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worship · full transcripts with timestamps · exported 2026-09-22</w:t>
      </w:r>
    </w:p>
    <w:p>
      <w:pPr>
        <w:pStyle w:val="Heading2"/>
      </w:pPr>
      <w:r>
        <w:t>why we complain instead of feeling gratitude</w:t>
      </w:r>
    </w:p>
    <w:p>
      <w:r>
        <w:rPr>
          <w:color w:val="666666"/>
          <w:sz w:val="18"/>
        </w:rPr>
        <w:t>Ramadan A Month of Study of the Quran August 23, 2009 · 2m 52s · at 53:35 · https://youtu.be/f90TVrzAOFs?t=3215</w:t>
      </w:r>
    </w:p>
    <w:p>
      <w:r>
        <w:rPr>
          <w:i/>
        </w:rPr>
        <w:t>“Har aadmi kisi na kisi shikayat liye rehta hai”</w:t>
      </w:r>
    </w:p>
    <w:p>
      <w:r>
        <w:rPr>
          <w:sz w:val="20"/>
        </w:rPr>
        <w:t>53:35  misal ke taur par, aap, aap, aap misal ke taur par, aap har aadmi hai, shikayatein liye rehta hai, kisi na kisi ki shikayat, ghar walon se shikayat, padosi se shikayat, hukumat se shikayat, police se shikayat,</w:t>
      </w:r>
      <w:r>
        <w:br/>
      </w:r>
      <w:r>
        <w:rPr>
          <w:sz w:val="20"/>
        </w:rPr>
        <w:t>53:50  aur yeh videsh se shikayat, america se shikayat. aap jaante hain, har aadmi kisi na kisi shikayat liye hui hai, shikayat se koi khalinaheen hai.</w:t>
      </w:r>
      <w:r>
        <w:br/>
      </w:r>
      <w:r>
        <w:rPr>
          <w:sz w:val="20"/>
        </w:rPr>
        <w:t>54:00  ab aapne quran ko khola ramzan ke mahine mein</w:t>
      </w:r>
      <w:r>
        <w:br/>
      </w:r>
      <w:r>
        <w:rPr>
          <w:sz w:val="20"/>
        </w:rPr>
        <w:t>54:04  aur pehli ayat aapke samne aayi: "alhamdulillah rabbil alameen". shukr hai khuda ka, jo rabbil alameen hai. to shukr to jab aap yeh kahenge ke khuda tera shukr hai, ab aapke andar ek soch aayegi ke main toh shikayaton mein jee raha hoon, shukr kaise karoon?</w:t>
      </w:r>
      <w:r>
        <w:br/>
      </w:r>
      <w:r>
        <w:rPr>
          <w:sz w:val="20"/>
        </w:rPr>
        <w:t>54:23  main toh shikayaton mein jee raha hoon, shukr kaise karoon? to shikayat ki nafsiyat khulega shukr ke liye,</w:t>
      </w:r>
      <w:r>
        <w:br/>
      </w:r>
      <w:r>
        <w:rPr>
          <w:sz w:val="20"/>
        </w:rPr>
        <w:t>54:34  yaani shikayat aur complaint ki jo psychology hai, woh khulega is baat ke liye ke aap khuda ka shukr ada kar saken. ab aap sochenge ke yeh kya mamla hai ke main toh shikayatein liye baitha hoon aur main shukr kaise karoon?</w:t>
      </w:r>
      <w:r>
        <w:br/>
      </w:r>
      <w:r>
        <w:rPr>
          <w:sz w:val="20"/>
        </w:rPr>
        <w:t>54:50  wohi yahan keh raha hai ke shukr karo, "alhamdulillah rabbil alameen" kaho. to kya karoon? ab aap sochenge, sochenge, sochenge.</w:t>
      </w:r>
      <w:r>
        <w:br/>
      </w:r>
      <w:r>
        <w:rPr>
          <w:sz w:val="20"/>
        </w:rPr>
        <w:t>54:58  sochte sochte aap par khulega ke jis cheez ko maine shikayat banaya hai, chahe hindu ke khilaf, videsh ke khilaf, american ke khilaf, british ke khilaf, kisi ke khilaf bhi,</w:t>
      </w:r>
      <w:r>
        <w:br/>
      </w:r>
      <w:r>
        <w:rPr>
          <w:sz w:val="20"/>
        </w:rPr>
        <w:t>55:14  ghar ke andar, ghar ke bahar, ab isko aap jab pinpoint karenge, yeh hai woh woh cheez jiski main shikayat liye baitha hua hoon.</w:t>
      </w:r>
      <w:r>
        <w:br/>
      </w:r>
      <w:r>
        <w:rPr>
          <w:sz w:val="20"/>
        </w:rPr>
        <w:t>55:24  ab aap sochenge ke khuda ne jo mujhe de rakha hai, khuda ne mujhe zindagi di, khuda mujhe zameen di, khuda ne mujhe agency supply kar raha hai, khuda suraj ki light diya, khuda ne, khuda ne hawa diya, barish diya,</w:t>
      </w:r>
      <w:r>
        <w:br/>
      </w:r>
      <w:r>
        <w:rPr>
          <w:sz w:val="20"/>
        </w:rPr>
        <w:t>55:39  ek yaani anginat cheezein. to aapko samajh mein kya aayega?</w:t>
      </w:r>
      <w:r>
        <w:br/>
      </w:r>
      <w:r>
        <w:rPr>
          <w:sz w:val="20"/>
        </w:rPr>
        <w:t>55:45  insaan se jo mujhe jo cheez nahin mili hai, woh toh 1% se bhi kam hai, aur khuda se jo mujhe mil rahi hai, jo cheez hai, woh toh 99% se bhi zyada hai. to na mili hui cheezein 1% se bhi kam hain,</w:t>
      </w:r>
      <w:r>
        <w:br/>
      </w:r>
      <w:r>
        <w:rPr>
          <w:sz w:val="20"/>
        </w:rPr>
        <w:t>56:02  aur mili hui cheez 99% se bhi zyada hai. to kya hai? shikayat khatm ho jayegi, shikayat khatm ho jayegi.</w:t>
      </w:r>
      <w:r>
        <w:br/>
      </w:r>
      <w:r>
        <w:rPr>
          <w:sz w:val="20"/>
        </w:rPr>
        <w:t>56:13  phir aapke andar shukr aayega, acknowledgement aayega, Allah ka eteraaf aayega. yeh hai study, yeh hai sochna, yeh hai ghaur karna. to yaad rakhiye, ramzan ka mahina jo hai,</w:t>
      </w:r>
    </w:p>
    <w:p>
      <w:pPr>
        <w:pStyle w:val="Heading2"/>
      </w:pPr>
      <w:r>
        <w:t>full case against the complete-religion misinterpretation</w:t>
      </w:r>
    </w:p>
    <w:p>
      <w:r>
        <w:rPr>
          <w:color w:val="666666"/>
          <w:sz w:val="18"/>
        </w:rPr>
        <w:t>Misconceptions About Islam May 13, 2006 · 4m 20s · at 3:22 · https://youtu.be/EQ79CIexXHY?t=202</w:t>
      </w:r>
    </w:p>
    <w:p>
      <w:r>
        <w:rPr>
          <w:i/>
        </w:rPr>
        <w:t>“Aap Arab world mein jaayen, har aalim kahega: Islam deen shamil o kamil”</w:t>
      </w:r>
    </w:p>
    <w:p>
      <w:r>
        <w:rPr>
          <w:sz w:val="20"/>
        </w:rPr>
        <w:t>3:22  aap arab world mein jaen, kisi bhi aalim se milein, aap to kya kahega? woh islam deen shamil-o-kamil, bare fakhr ke sath kahega.</w:t>
      </w:r>
      <w:r>
        <w:br/>
      </w:r>
      <w:r>
        <w:rPr>
          <w:sz w:val="20"/>
        </w:rPr>
        <w:t>3:31  woh islam deen shamil-o-kamil ke islam complete religion hai. bohat fakhr ke sath kahega har aalim, har scholar ke islam complete religion hai.</w:t>
      </w:r>
      <w:r>
        <w:br/>
      </w:r>
      <w:r>
        <w:rPr>
          <w:sz w:val="20"/>
        </w:rPr>
        <w:t>3:46  ab hum poochte hain, kahan likha hua hai bhai? kahan quran mein likha hua hai ke islam complete religion</w:t>
      </w:r>
      <w:r>
        <w:br/>
      </w:r>
      <w:r>
        <w:rPr>
          <w:sz w:val="20"/>
        </w:rPr>
        <w:t>3:51  hai, aur doosre jo hain, incomplete hain? kahin bhi nahin likha hua. nahin, yeh hai misinterpretation. alyawma akmaltu lakum deenakum ek ayat hai quran majeed mein, us ko galat matlab nikaal kar ke nikala hai ke islam mukammal mazhab hai.</w:t>
      </w:r>
      <w:r>
        <w:br/>
      </w:r>
      <w:r>
        <w:rPr>
          <w:sz w:val="20"/>
        </w:rPr>
        <w:t>4:05  yeh bilkul galat baat hai, baseless baat hai. is se kya hota hai? is se bohat bari kharabi paida hoti hai.</w:t>
      </w:r>
      <w:r>
        <w:br/>
      </w:r>
      <w:r>
        <w:rPr>
          <w:sz w:val="20"/>
        </w:rPr>
        <w:t>4:16  woh kharabi kya hai? isi se sab kharabiyan nikli hain.</w:t>
      </w:r>
      <w:r>
        <w:br/>
      </w:r>
      <w:r>
        <w:rPr>
          <w:sz w:val="20"/>
        </w:rPr>
        <w:t>4:21  militant culture isi se nikla hai. kyun? jab aap yeh nazariya banayein ke islam ek mukammal mazhab hai, aur har cheez is ki juri hui hai, har cheez pe amal karna hai, to kya mind banta hai ke sirf namaz parhne se priority nahin milegi?</w:t>
      </w:r>
      <w:r>
        <w:br/>
      </w:r>
      <w:r>
        <w:rPr>
          <w:sz w:val="20"/>
        </w:rPr>
        <w:t>4:37  sirf character acha banane se priority nahin milegi? zaroori hai ke islam ke saare hi principle ko establish kiya jaye, yaani state tak pahunchaya jaye.</w:t>
      </w:r>
      <w:r>
        <w:br/>
      </w:r>
      <w:r>
        <w:rPr>
          <w:sz w:val="20"/>
        </w:rPr>
        <w:t>4:48  from belief to state, jab islam ek mukammal mazhab hai, to aqeeday se le kar politics se jab tak aap is ko establish na karein, tab tak islam complete nahin hua.</w:t>
      </w:r>
      <w:r>
        <w:br/>
      </w:r>
      <w:r>
        <w:rPr>
          <w:sz w:val="20"/>
        </w:rPr>
        <w:t>4:58  aap ka complete nahi hua to aap paradise bhi nahi milenge. aap ko yeh hai simple logic. is nazariye ne sari dunya mein militancy phaila rakhi hai, halanke nazariya bilkul jhoota nazariya hai, jhoot hai.</w:t>
      </w:r>
      <w:r>
        <w:br/>
      </w:r>
      <w:r>
        <w:rPr>
          <w:sz w:val="20"/>
        </w:rPr>
        <w:t>5:09  mujhe yeh kehne mein poora yaqeen hai ke jhoota nazariya hai. yeh kahin bhi Quran o Hadees mein likha hua nahi hai.</w:t>
      </w:r>
      <w:r>
        <w:br/>
      </w:r>
      <w:r>
        <w:rPr>
          <w:sz w:val="20"/>
        </w:rPr>
        <w:t>5:18  alyawm akmaltu lakum deenakum jo ayat hai, is ka matlab yeh nahi ke Islam mukammal mazhab hai. is ka matlab hai ke yeh ayat utri thi Madine ke aakhri zamane mein.</w:t>
      </w:r>
      <w:r>
        <w:br/>
      </w:r>
      <w:r>
        <w:rPr>
          <w:sz w:val="20"/>
        </w:rPr>
        <w:t>5:30  aap jante hain ke Rasool Allah ko bohat zyada mukhalifat hui Makka mein, phir Madine mein aaye to phir wahan bhi bohat se jhagde hue, ladaiyan hui.</w:t>
      </w:r>
      <w:r>
        <w:br/>
      </w:r>
      <w:r>
        <w:rPr>
          <w:sz w:val="20"/>
        </w:rPr>
        <w:t>5:40  to Islam ka taqreeban Rasool Allah ke zamane ka taqreeban 20 saal jo hai, isi mein guzar gaya.</w:t>
      </w:r>
      <w:r>
        <w:br/>
      </w:r>
      <w:r>
        <w:rPr>
          <w:sz w:val="20"/>
        </w:rPr>
        <w:t>5:50  aap jante hain ke 23 saal mein aap ki wafaat hui hai. to aakhri zamane mein yeh Quran ki aakhri ayat utri thi, aakhri ayat.</w:t>
      </w:r>
      <w:r>
        <w:br/>
      </w:r>
      <w:r>
        <w:rPr>
          <w:sz w:val="20"/>
        </w:rPr>
        <w:t>6:00  is ka matlab yeh hai ke Quran mein jo taleemat, jo teaching utarne wali thi, jo verses, jo chapters utarne wale the, woh aaj poore ho gaye.</w:t>
      </w:r>
      <w:r>
        <w:br/>
      </w:r>
      <w:r>
        <w:rPr>
          <w:sz w:val="20"/>
        </w:rPr>
        <w:t>6:10  aaj hum ne poora kar diya tumhare tumhare deen ko. is ko le lete hain absolute sense mein, yaani is ka matlab le lete hain ke deen ko mukammal kiya, deen ko mukammal nahi kiya.</w:t>
      </w:r>
      <w:r>
        <w:br/>
      </w:r>
      <w:r>
        <w:rPr>
          <w:sz w:val="20"/>
        </w:rPr>
        <w:t>6:24  Rasool Allah par jo Quran utarne wala tha, is ki aakhri verse utar gayi. is ka matlab sirf yeh hai</w:t>
      </w:r>
      <w:r>
        <w:br/>
      </w:r>
      <w:r>
        <w:rPr>
          <w:sz w:val="20"/>
        </w:rPr>
        <w:t>6:30  ke kitni bari fallacy yeh hai, kyunke yeh aqeeda hai ab mauqa ke poora Quran jo hai, utar chuka tha pehle lauh-e-mehfooz se, utara ja chuka tha.</w:t>
      </w:r>
      <w:r>
        <w:br/>
      </w:r>
      <w:r>
        <w:rPr>
          <w:sz w:val="20"/>
        </w:rPr>
        <w:t>6:43  phir najman najman utra woh Rasool Allah par. yeh aqeeda hai, kitabon mein likha hua hai ke lailatul qadr mein poora poora Quran utar diya gaya, lekin Rasool Allah par thoda thoda karke utarta raha hua hai.</w:t>
      </w:r>
      <w:r>
        <w:br/>
      </w:r>
      <w:r>
        <w:rPr>
          <w:sz w:val="20"/>
        </w:rPr>
        <w:t>6:59  to jo Quran Allah ke nazdeek tay tha ke yeh hai Quran, 114 is ke chapters hain, aur saadey che hazar is ke verses hain, yeh jo tha Quran, is ki aakhri ayat utar gayi.</w:t>
      </w:r>
      <w:r>
        <w:br/>
      </w:r>
      <w:r>
        <w:rPr>
          <w:sz w:val="20"/>
        </w:rPr>
        <w:t>7:14  yeh hai matlab is ka matlab kya nikal liya ke mukammal deen utar diya tumhare upar. ab kya hai ke lad lad lad lad karke mukammal deen ko establish karo, hukoomatein qaim karo.</w:t>
      </w:r>
      <w:r>
        <w:br/>
      </w:r>
      <w:r>
        <w:rPr>
          <w:sz w:val="20"/>
        </w:rPr>
        <w:t>7:29  isi ki wajah se aap dekh rahe hain ke har jagah Musalman ladai bhiraye hue hain, phanse hue hain. is is interpretation jo galat hai, is ki wajah se yeh 100 percent wrong interpretation hai.</w:t>
      </w:r>
    </w:p>
    <w:p>
      <w:pPr>
        <w:pStyle w:val="Heading2"/>
      </w:pPr>
      <w:r>
        <w:t>taqwa, shukr, and fasting without losing its spirit</w:t>
      </w:r>
    </w:p>
    <w:p>
      <w:r>
        <w:rPr>
          <w:color w:val="666666"/>
          <w:sz w:val="18"/>
        </w:rPr>
        <w:t>On The Month of Ramadan September 23, 2007 · 2m 39s · at 32:14 · https://youtu.be/8MIl4_cPq1k?t=1934</w:t>
      </w:r>
    </w:p>
    <w:p>
      <w:r>
        <w:rPr>
          <w:i/>
        </w:rPr>
        <w:t>“Three words describe Ramadan: taqwa, shukr, and takbir.”</w:t>
      </w:r>
    </w:p>
    <w:p>
      <w:r>
        <w:rPr>
          <w:sz w:val="20"/>
        </w:rPr>
        <w:t>32:14  quran mein ramzan ke bayan jahan aaya hai, surah al-baqarah mein, us mein teen word use kiye gaye hain: taqwa, aur shukr, aur takbeer.</w:t>
      </w:r>
      <w:r>
        <w:br/>
      </w:r>
      <w:r>
        <w:rPr>
          <w:sz w:val="20"/>
        </w:rPr>
        <w:t>32:29  taqwa ka matlab hai</w:t>
      </w:r>
      <w:r>
        <w:br/>
      </w:r>
      <w:r>
        <w:rPr>
          <w:sz w:val="20"/>
        </w:rPr>
        <w:t>32:36  god conscious hona.</w:t>
      </w:r>
      <w:r>
        <w:br/>
      </w:r>
      <w:r>
        <w:rPr>
          <w:sz w:val="20"/>
        </w:rPr>
        <w:t>32:40  god conscious hona yeh hai taqwa ka matlab.</w:t>
      </w:r>
      <w:r>
        <w:br/>
      </w:r>
      <w:r>
        <w:rPr>
          <w:sz w:val="20"/>
        </w:rPr>
        <w:t>32:46  to dunya mein hum is tarah zindagi guzarein ke hum god conscious ho chuke hon.</w:t>
      </w:r>
      <w:r>
        <w:br/>
      </w:r>
      <w:r>
        <w:rPr>
          <w:sz w:val="20"/>
        </w:rPr>
        <w:t>32:57  iska roze se kya taluq hai</w:t>
      </w:r>
      <w:r>
        <w:br/>
      </w:r>
      <w:r>
        <w:rPr>
          <w:sz w:val="20"/>
        </w:rPr>
        <w:t>32:59  ? roze se yeh taluq hai ke hum khuda ne yeh kaha ke morning to light se le kar ke sun set tak tumhein khana peena chhod dena hai.</w:t>
      </w:r>
      <w:r>
        <w:br/>
      </w:r>
      <w:r>
        <w:rPr>
          <w:sz w:val="20"/>
        </w:rPr>
        <w:t>33:10  to hum ne is ko aisa kiya. yeh hai taqwa. yaani khuda ke hukum par hum ne apne apne routine ko badal diya, apne raat din ke timing ko badal diya.</w:t>
      </w:r>
      <w:r>
        <w:br/>
      </w:r>
      <w:r>
        <w:rPr>
          <w:sz w:val="20"/>
        </w:rPr>
        <w:t>33:27  to yeh yeh yeh aik aik aik yahi kal nahin. yaani yeh yahi kal nahin hai. yeh to aik symbolic way mein poori zindagi se is ka taluq hai.</w:t>
      </w:r>
      <w:r>
        <w:br/>
      </w:r>
      <w:r>
        <w:rPr>
          <w:sz w:val="20"/>
        </w:rPr>
        <w:t>33:38  agar hum is ko samajh lein ke sirf yahi kal hai to woh ritual ban jayega. lekin agar yeh samajh lein ke yahi kal hai ke morning to light se le kar ke sun set tak na khao to phir woh to ritual ban jayega.</w:t>
      </w:r>
      <w:r>
        <w:br/>
      </w:r>
      <w:r>
        <w:rPr>
          <w:sz w:val="20"/>
        </w:rPr>
        <w:t>33:55  aur phir woh kuch bhi nahin rahega.</w:t>
      </w:r>
      <w:r>
        <w:br/>
      </w:r>
      <w:r>
        <w:rPr>
          <w:sz w:val="20"/>
        </w:rPr>
        <w:t>33:57  isi liye dekhein hadith mein aata hai ke kam min saimin laisa min al-siyam illa al-ju' wa al-'atash kam min saimin laisa min al-siyam illa al-ju' wa al-'atash.</w:t>
      </w:r>
      <w:r>
        <w:br/>
      </w:r>
      <w:r>
        <w:rPr>
          <w:sz w:val="20"/>
        </w:rPr>
        <w:t>34:12  kitne roze daar aise hain jinko apne roze se sirf bhook milti hai aur pyas milti hai. is ka matlab hai woh log jo ritual ke taur par roze rakhein, yaani spirit ko chhod kar roze rakhein.</w:t>
      </w:r>
      <w:r>
        <w:br/>
      </w:r>
      <w:r>
        <w:rPr>
          <w:sz w:val="20"/>
        </w:rPr>
        <w:t>34:27  to spirit less roza jo hai woh sirf rasam hai aur woh sirf bhook aur pyas hai. is ka koi faida nahin. kam min saimin laisa min al-siyam illa al-ju' wa al-'atash kitne roze roze daar aise hain un ko apne roze se sirf bhook pyas milti hai.</w:t>
      </w:r>
      <w:r>
        <w:br/>
      </w:r>
      <w:r>
        <w:rPr>
          <w:sz w:val="20"/>
        </w:rPr>
        <w:t>34:46  to wohi roza hai yeh jo spirit jis ke andar na ho. to woh sirf rasam ho jayega, ritual reh jayega. ritual</w:t>
      </w:r>
      <w:r>
        <w:br/>
      </w:r>
      <w:r>
        <w:rPr>
          <w:sz w:val="20"/>
        </w:rPr>
        <w:t>34:54  ritual ki koi value nahin hai. aur shukr yeh hai ke aap jante hain ke aadmi cheezon ko for garden leta rehta hai.</w:t>
      </w:r>
    </w:p>
    <w:p>
      <w:pPr>
        <w:pStyle w:val="Heading2"/>
      </w:pPr>
      <w:r>
        <w:t>Two hadiths on angels announcing forgiveness on Eid night</w:t>
      </w:r>
    </w:p>
    <w:p>
      <w:r>
        <w:rPr>
          <w:color w:val="666666"/>
          <w:sz w:val="18"/>
        </w:rPr>
        <w:t>CPS Women Interaction 4 April 30, 2022 · 2m 17s · at 34:03 · https://youtu.be/O8DWIk3naCQ?t=2043</w:t>
      </w:r>
    </w:p>
    <w:p>
      <w:r>
        <w:rPr>
          <w:i/>
        </w:rPr>
        <w:t>“Pehle hum padhenge Lailatul Jaiza wali hadees”</w:t>
      </w:r>
    </w:p>
    <w:p>
      <w:r>
        <w:rPr>
          <w:sz w:val="20"/>
        </w:rPr>
        <w:t>34:03  Pehle hum padhenge Lailatul Jaiza wali ya Hadees. Yaumul Jaiza wali Hadees kaun padhenge? Sahi bin Awf Ansari apne wali se riwayat karte hain ke jab Eid ul Fitr ka din hota hai to farishte raston mein khade ho jate hain aur awaaz lagate hain.</w:t>
      </w:r>
      <w:r>
        <w:br/>
      </w:r>
      <w:r>
        <w:rPr>
          <w:sz w:val="20"/>
        </w:rPr>
        <w:t>34:23  Hai Musalmanon ki jamaat utho apne Rabbe Kareem ke liye jiska tohfa khair hi khair hai jab woh namaz Eid padh lete hain to ek awaaz lagane wala farishta awaaz lagata hai.</w:t>
      </w:r>
      <w:r>
        <w:br/>
      </w:r>
      <w:r>
        <w:rPr>
          <w:sz w:val="20"/>
        </w:rPr>
        <w:t>34:50  Suno tumhare Rab ne tumko bakhsh diya aur bas tum log khushi khushi ghar jao. Yeh inaam ka din hai. Woh kehta hai ae mere farishton uski jaza kya hai jisne apne amal ko poora kiya?</w:t>
      </w:r>
      <w:r>
        <w:br/>
      </w:r>
      <w:r>
        <w:rPr>
          <w:sz w:val="20"/>
        </w:rPr>
        <w:t>35:19  Farishte kehte hain ae hamare Rab uski jaza yahi ke usko uske amal ka poora poora badla diya jaye.</w:t>
      </w:r>
      <w:r>
        <w:br/>
      </w:r>
      <w:r>
        <w:rPr>
          <w:sz w:val="20"/>
        </w:rPr>
        <w:t>35:53  bas vah log is tarah lautate hain ki unki maqsad ho chuki hoti hai. to yah do harish thi jo maine aapke samne padhi. to yah script hamari honi chahiye, isi tarah se honi chahiye aur hamko allah tarah se ummid honi chahiye, ummid hona chahiye.</w:t>
      </w:r>
      <w:r>
        <w:br/>
      </w:r>
      <w:r>
        <w:rPr>
          <w:sz w:val="20"/>
        </w:rPr>
        <w:t>36:20  main wish aapke sare sawalon ke jawab aapko mil gaya.</w:t>
      </w:r>
    </w:p>
    <w:p>
      <w:pPr>
        <w:pStyle w:val="Heading2"/>
      </w:pPr>
      <w:r>
        <w:t>Fasting breaks eat-drink cycle for higher purpose</w:t>
      </w:r>
    </w:p>
    <w:p>
      <w:r>
        <w:rPr>
          <w:color w:val="666666"/>
          <w:sz w:val="18"/>
        </w:rPr>
        <w:t>Ramadan The Month of Fasting July 31, 2011- Maulana Wahiduddin Khan · 39s · at 9:38 · https://youtu.be/EpBJ1QtE748?t=578</w:t>
      </w:r>
    </w:p>
    <w:p>
      <w:r>
        <w:rPr>
          <w:i/>
        </w:rPr>
        <w:t>“Hum rozana khaate peete hain.”</w:t>
      </w:r>
    </w:p>
    <w:p>
      <w:r>
        <w:rPr>
          <w:sz w:val="20"/>
        </w:rPr>
        <w:t>9:38  jab bhi bhook lagi kha liya, jab bhi pyas lagi pani pi liya. to ek aisi zindagi guzarti hai jo goya ke isi qism ka hai jis ko kehte hain ke: "Eat drink and be merry".</w:t>
      </w:r>
      <w:r>
        <w:br/>
      </w:r>
      <w:r>
        <w:rPr>
          <w:sz w:val="20"/>
        </w:rPr>
        <w:t>9:53  khaoo peeo aur khush raho.</w:t>
      </w:r>
      <w:r>
        <w:br/>
      </w:r>
      <w:r>
        <w:rPr>
          <w:sz w:val="20"/>
        </w:rPr>
        <w:t>9:59  phir roze mein kaha jata hai ke nahi, khana band, peena band. to yeh kya hai? yeh aap ke andar yeh soch paida karne ke liye hai ke zindagi kuch aur ke liye bhi hai, zindagi ka maqsad kuch aur bhi hai.</w:t>
      </w:r>
    </w:p>
    <w:p>
      <w:pPr>
        <w:pStyle w:val="Heading2"/>
      </w:pPr>
      <w:r>
        <w:t>Traditional vs deep understanding of Islam</w:t>
      </w:r>
    </w:p>
    <w:p>
      <w:r>
        <w:rPr>
          <w:color w:val="666666"/>
          <w:sz w:val="18"/>
        </w:rPr>
        <w:t>Ramadan and The Quran 14 oct 2005 - Maulana Wahiduddin Khan · 38s · at 0:46 · https://youtu.be/t_Ciia8JlBk?t=46</w:t>
      </w:r>
    </w:p>
    <w:p>
      <w:r>
        <w:rPr>
          <w:i/>
        </w:rPr>
        <w:t>“Woh yeh hai ke ek hai Islam ko traditional way mein samajhna”</w:t>
      </w:r>
    </w:p>
    <w:p>
      <w:r>
        <w:rPr>
          <w:sz w:val="20"/>
        </w:rPr>
        <w:t>0:46  woh yeh hai ke ek hai islam ko traditional way mein samajhna, to us ke liye quran ka ya hadith ka translation</w:t>
      </w:r>
      <w:r>
        <w:br/>
      </w:r>
      <w:r>
        <w:rPr>
          <w:sz w:val="20"/>
        </w:rPr>
        <w:t>1:04  kafi hai.</w:t>
      </w:r>
      <w:r>
        <w:br/>
      </w:r>
      <w:r>
        <w:rPr>
          <w:sz w:val="20"/>
        </w:rPr>
        <w:t>1:08  lekin agar aap</w:t>
      </w:r>
      <w:r>
        <w:br/>
      </w:r>
      <w:r>
        <w:rPr>
          <w:sz w:val="20"/>
        </w:rPr>
        <w:t>1:13  gehrai mein jana chahein to aap ko sochna padega.</w:t>
      </w:r>
    </w:p>
    <w:p>
      <w:pPr>
        <w:pStyle w:val="Heading2"/>
      </w:pPr>
      <w:r>
        <w:t>taraweeh: praying together to hear the whole Quran recited</w:t>
      </w:r>
    </w:p>
    <w:p>
      <w:r>
        <w:rPr>
          <w:color w:val="666666"/>
          <w:sz w:val="18"/>
        </w:rPr>
        <w:t>Ramadan The Month of Fasting August 29, 2008 Maulana Wahiduddin Khan · 4m 06s · at 20:36 · https://youtu.be/DcDEAI5bgAg?t=1236</w:t>
      </w:r>
    </w:p>
    <w:p>
      <w:r>
        <w:rPr>
          <w:i/>
        </w:rPr>
        <w:t>“What is taraweeh? Praying tahajjud early, in congregation”</w:t>
      </w:r>
    </w:p>
    <w:p>
      <w:r>
        <w:rPr>
          <w:sz w:val="20"/>
        </w:rPr>
        <w:t>20:36  ab dekhiye, roze mein kya hota hai ke taraweeh kya hai? taraweeh tahajjud ko waqt se pehle parhna hai.</w:t>
      </w:r>
      <w:r>
        <w:br/>
      </w:r>
      <w:r>
        <w:rPr>
          <w:sz w:val="20"/>
        </w:rPr>
        <w:t>20:47  yaani tahajjud ka waqt hota hai fajar se pehle, lekin aap taraweeh parh lete hain isha ke baad. to yeh taraweeh ki taqdeem hai, yaani pehle parh lena.</w:t>
      </w:r>
      <w:r>
        <w:br/>
      </w:r>
      <w:r>
        <w:rPr>
          <w:sz w:val="20"/>
        </w:rPr>
        <w:t>21:01  kyun? is ki wajah se yeh mumkin ho jata hai ke aap taraweeh ko jamaat ke sath parhein, congregational andaaz mein parhein. jo so kar uthte hain, jab log phir is waqt jo tahajjud parhte hain to har aadmi akele akele parhta hai,</w:t>
      </w:r>
      <w:r>
        <w:br/>
      </w:r>
      <w:r>
        <w:rPr>
          <w:sz w:val="20"/>
        </w:rPr>
        <w:t>21:17  akele akele parhta hai. to woh bhi ek tareeqa hai. to ramzan mein is ko congregational bana diya gaya hai ke isha ke baad sab log mil kar ke taraweeh parhein.</w:t>
      </w:r>
      <w:r>
        <w:br/>
      </w:r>
      <w:r>
        <w:rPr>
          <w:sz w:val="20"/>
        </w:rPr>
        <w:t>21:31  dekhein, taraweeh ka khaas maqsad kya hai? taraweeh ka khaas maqsad hai namaz ki haalat mein quran ko sunna, poore quran ko.</w:t>
      </w:r>
      <w:r>
        <w:br/>
      </w:r>
      <w:r>
        <w:rPr>
          <w:sz w:val="20"/>
        </w:rPr>
        <w:t>21:42  aap jante hain ke taraweeh mein ek haafiz imamat karta hai, rozana isha ke baad, yahan tak ke isi tarah se har roz thoda thoda quran parh kar ke woh taraweeh parhata hai,</w:t>
      </w:r>
      <w:r>
        <w:br/>
      </w:r>
      <w:r>
        <w:rPr>
          <w:sz w:val="20"/>
        </w:rPr>
        <w:t>21:57  yahan tak ke poora quran woh ramzan mein khatam kar deta hai. to gaya ke poore quran ka mutaala hua, yaani yaani poore quran ka sun kar mutaala.</w:t>
      </w:r>
      <w:r>
        <w:br/>
      </w:r>
      <w:r>
        <w:rPr>
          <w:sz w:val="20"/>
        </w:rPr>
        <w:t>22:11  quran ka mutaala ek hi hai ke aap parh kar khuda quran ka study karein, quran ka mutaala karein. to ek hai quran ko parh kar is par sochna, ghaur karna.</w:t>
      </w:r>
      <w:r>
        <w:br/>
      </w:r>
      <w:r>
        <w:rPr>
          <w:sz w:val="20"/>
        </w:rPr>
        <w:t>22:22  ek hai ke sun kar sochna aur ghaur karna.</w:t>
      </w:r>
      <w:r>
        <w:br/>
      </w:r>
      <w:r>
        <w:rPr>
          <w:sz w:val="20"/>
        </w:rPr>
        <w:t>22:26  kyun ke aap taraweeh jo hai sun kar quran ka mutaala karne ka naam hai, sun kar quran ki study karne ka naam hai.</w:t>
      </w:r>
      <w:r>
        <w:br/>
      </w:r>
      <w:r>
        <w:rPr>
          <w:sz w:val="20"/>
        </w:rPr>
        <w:t>22:36  to jab aap sunte hain to sath sath aap sochte hain. to har ayat mein quran ke har hisse mein kuch na kuch baat batai gayi hai ke is tarah raho, is tarah socho,</w:t>
      </w:r>
      <w:r>
        <w:br/>
      </w:r>
      <w:r>
        <w:rPr>
          <w:sz w:val="20"/>
        </w:rPr>
        <w:t>22:50  aisa tumhara character hona chahiye, aisa tumhara behaviour hona chahiye, tum ko sirf khuda ko apna sole concern banana chahiye.</w:t>
      </w:r>
      <w:r>
        <w:br/>
      </w:r>
      <w:r>
        <w:rPr>
          <w:sz w:val="20"/>
        </w:rPr>
        <w:t>23:02  yaani woh sari baatein jin ko hum islam kehte hain, woh sab rozana quran ki shakal mein hamein sunai jati hain.</w:t>
      </w:r>
      <w:r>
        <w:br/>
      </w:r>
      <w:r>
        <w:rPr>
          <w:sz w:val="20"/>
        </w:rPr>
        <w:t>23:12  to yeh hai faida taraweeh ka ke taraweeh jo hai congregational andaaz mein, yaani ijtamai andaaz mein quran ko sunne ka naam hai.</w:t>
      </w:r>
      <w:r>
        <w:br/>
      </w:r>
      <w:r>
        <w:rPr>
          <w:sz w:val="20"/>
        </w:rPr>
        <w:t>23:23  yaani yun keh sakte hain ke quran ka ijtamai mutaala hai. taraweeh jo hai quran ka ijtamai mutaala hai,</w:t>
      </w:r>
      <w:r>
        <w:br/>
      </w:r>
      <w:r>
        <w:rPr>
          <w:sz w:val="20"/>
        </w:rPr>
        <w:t>23:31  yaani mil kar quran ko parhna, mil kar quran par ghaur karna. phir dekhiye, quran ko sunte hue aap ke zehn mein kai baar aisa hota hai ke koi sawal aa sakta hai, koi pehlu aa sakta hai.</w:t>
      </w:r>
      <w:r>
        <w:br/>
      </w:r>
      <w:r>
        <w:rPr>
          <w:sz w:val="20"/>
        </w:rPr>
        <w:t>23:44  to taraweeh ke baad phir discussion karein. to discussion bhi taraweeh ka ek juz hai. aisa nahi ke taraweeh ho, ab ab bhaag ke aap chale gaye.</w:t>
      </w:r>
      <w:r>
        <w:br/>
      </w:r>
      <w:r>
        <w:rPr>
          <w:sz w:val="20"/>
        </w:rPr>
        <w:t>23:55  nahi, taraweeh se aap ka zehn activate hoga.</w:t>
      </w:r>
      <w:r>
        <w:br/>
      </w:r>
      <w:r>
        <w:rPr>
          <w:sz w:val="20"/>
        </w:rPr>
        <w:t>24:00  taraweeh se taraweeh mein quran ko parh kar ke aap ke mind mein kuch sawalat paida ho sakte hain, koi pehlu aap ke zehn mein aa sakta hai.</w:t>
      </w:r>
      <w:r>
        <w:br/>
      </w:r>
      <w:r>
        <w:rPr>
          <w:sz w:val="20"/>
        </w:rPr>
        <w:t>24:11  to taraweeh ke baad is par discussion karna, is par baat karna aapas mein. to yeh quran ka charcha ho gaya</w:t>
      </w:r>
      <w:r>
        <w:br/>
      </w:r>
      <w:r>
        <w:rPr>
          <w:sz w:val="20"/>
        </w:rPr>
        <w:t>24:20  ke taraweeh ek taraf quran ka aap ko mutaala karati hai, doosri taraf woh aap ko taraweeh ke zariye aap ko mauqa milta hai ke aap quran ka charcha karein, charcha karein.</w:t>
      </w:r>
      <w:r>
        <w:br/>
      </w:r>
      <w:r>
        <w:rPr>
          <w:sz w:val="20"/>
        </w:rPr>
        <w:t>24:32  yaani isi par sochen, isi ka zikr karein, isi par exchange karein, isi par discussion karein. yeh sab is mein juda hua hai.</w:t>
      </w:r>
    </w:p>
    <w:p>
      <w:pPr>
        <w:pStyle w:val="Heading2"/>
      </w:pPr>
      <w:r>
        <w:t>a companion's story defining taqwa as careful avoidance</w:t>
      </w:r>
    </w:p>
    <w:p>
      <w:r>
        <w:rPr>
          <w:color w:val="666666"/>
          <w:sz w:val="18"/>
        </w:rPr>
        <w:t>Ramadan The Month of Fasting August 29, 2008 Maulana Wahiduddin Khan · 1m 26s · at 26:22 · https://youtu.be/DcDEAI5bgAg?t=1582</w:t>
      </w:r>
    </w:p>
    <w:p>
      <w:r>
        <w:rPr>
          <w:i/>
        </w:rPr>
        <w:t>“A companion asked: what is taqwa?”</w:t>
      </w:r>
    </w:p>
    <w:p>
      <w:r>
        <w:rPr>
          <w:sz w:val="20"/>
        </w:rPr>
        <w:t>26:22  taqwa, taqwa ke maani hote hain parhez, bachna. ek hadith hai, ek sahabi ne doosre sahabi se poocha ke taqwa kya hai?</w:t>
      </w:r>
      <w:r>
        <w:br/>
      </w:r>
      <w:r>
        <w:rPr>
          <w:sz w:val="20"/>
        </w:rPr>
        <w:t>26:35  to unhone taqwa ko is tarah define kiya ke taqwa ke lafzi maani hain bachna, parhez karna.</w:t>
      </w:r>
      <w:r>
        <w:br/>
      </w:r>
      <w:r>
        <w:rPr>
          <w:sz w:val="20"/>
        </w:rPr>
        <w:t>26:46  to unhone kaha ke tum kabhi aise rastay se guzre ho jo jhaariyon ke beech se guzar raha ho?</w:t>
      </w:r>
      <w:r>
        <w:br/>
      </w:r>
      <w:r>
        <w:rPr>
          <w:sz w:val="20"/>
        </w:rPr>
        <w:t>26:55  idhar bhi jhaari, udhar bhi jhaari, yaani kaantay daar jhaari, phaadni bashad. to unhone kaha ke haan, kyunke pehle arab mein aisa bohat hota tha.</w:t>
      </w:r>
      <w:r>
        <w:br/>
      </w:r>
      <w:r>
        <w:rPr>
          <w:sz w:val="20"/>
        </w:rPr>
        <w:t>27:05  to unhone poocha ke tum ne aise mauqe par kya kiya?</w:t>
      </w:r>
      <w:r>
        <w:br/>
      </w:r>
      <w:r>
        <w:rPr>
          <w:sz w:val="20"/>
        </w:rPr>
        <w:t>27:09  to unhone kaha ke shimar to wishtat, yaani apni qabron ko khoob samet liye aur bachte bachte nikal gaya ke kaanta dar lag jaye.</w:t>
      </w:r>
      <w:r>
        <w:br/>
      </w:r>
      <w:r>
        <w:rPr>
          <w:sz w:val="20"/>
        </w:rPr>
        <w:t>27:19  to unhone kaha ke zhalik al taqwa, yahi taqwa hai, yaani bachte hue guzarana, apne aap ko kaanton se bachte hue nikal jana.</w:t>
      </w:r>
      <w:r>
        <w:br/>
      </w:r>
      <w:r>
        <w:rPr>
          <w:sz w:val="20"/>
        </w:rPr>
        <w:t>27:31  yeh bataya gaya hai quran majeed mein taqwa ka maqsad, yaani quran majeed mein bataya gaya hai ke ramzan ka maqsad hai taqwa paida karna.</w:t>
      </w:r>
      <w:r>
        <w:br/>
      </w:r>
      <w:r>
        <w:rPr>
          <w:sz w:val="20"/>
        </w:rPr>
        <w:t>27:40  lakum tattaqun. to taqwa kya hai? bachte hue zindagi guzarna.</w:t>
      </w:r>
    </w:p>
    <w:p>
      <w:pPr>
        <w:pStyle w:val="Heading2"/>
      </w:pPr>
      <w:r>
        <w:t>suhoor timing shows worship isn't a rigid technicality</w:t>
      </w:r>
    </w:p>
    <w:p>
      <w:r>
        <w:rPr>
          <w:color w:val="666666"/>
          <w:sz w:val="18"/>
        </w:rPr>
        <w:t>Ramadan The Month of Fasting August 29, 2008 Maulana Wahiduddin Khan · 1m 35s · at 11:53 · https://youtu.be/DcDEAI5bgAg?t=713</w:t>
      </w:r>
    </w:p>
    <w:p>
      <w:r>
        <w:rPr>
          <w:i/>
        </w:rPr>
        <w:t>“If the adhan starts mid-sip, finish your water”</w:t>
      </w:r>
    </w:p>
    <w:p>
      <w:r>
        <w:rPr>
          <w:sz w:val="20"/>
        </w:rPr>
        <w:t>11:53  phir aap ne din bhar roza rakha to is se pehle sehri ki aati hai. sehri ke bare mein yeh hai keh jis ko hum kehte hain subah sadiq, yaani morning to light,</w:t>
      </w:r>
      <w:r>
        <w:br/>
      </w:r>
      <w:r>
        <w:rPr>
          <w:sz w:val="20"/>
        </w:rPr>
        <w:t>12:08  to subah sadiq se pehle pehle khana khatam kar diya jaye kyunkeh subah sadiq se roza</w:t>
      </w:r>
      <w:r>
        <w:br/>
      </w:r>
      <w:r>
        <w:rPr>
          <w:sz w:val="20"/>
        </w:rPr>
        <w:t>12:16  shuru ho jata hai. dekhein, sehri ke bare mein hadith mein aata hai keh keh sehri aap kha rahe hain aur azan ho gayi, elaan ho gaya keh subah sadiq ho gayi.</w:t>
      </w:r>
      <w:r>
        <w:br/>
      </w:r>
      <w:r>
        <w:rPr>
          <w:sz w:val="20"/>
        </w:rPr>
        <w:t>12:30  to us waqt agar aap abhi khana khatam nahi kar chuke hain, matlab aap pani ka glass liye hue hain aur azan ki awaz aane lagi to pani pee lijiye.</w:t>
      </w:r>
      <w:r>
        <w:br/>
      </w:r>
      <w:r>
        <w:rPr>
          <w:sz w:val="20"/>
        </w:rPr>
        <w:t>12:44  is ka matlab hai keh islam mein jo ibadatein hain, is mein bilkul technical qism ki had bandi nahi hai keh bilkul paanch baj kar saat minute hua to bas khatam.</w:t>
      </w:r>
      <w:r>
        <w:br/>
      </w:r>
      <w:r>
        <w:rPr>
          <w:sz w:val="20"/>
        </w:rPr>
        <w:t>12:56  islam mein koi ibadat technical type ki ibadat nahi hai. aam taur par aap ko yahi lehaaz karna hai keh subah sadiq ho to aap ka khana khatam ho jaye.</w:t>
      </w:r>
      <w:r>
        <w:br/>
      </w:r>
      <w:r>
        <w:rPr>
          <w:sz w:val="20"/>
        </w:rPr>
        <w:t>13:08  lekin agar kabhi aisa ho keh aap der mein uthe, khana shuru kiya to abhi khatam nahi hua tha, azan ho gayi to is ko aap poora kar lijiye kyunkeh ibadat jo hai, koi technical fe'l nahi hai,</w:t>
      </w:r>
      <w:r>
        <w:br/>
      </w:r>
      <w:r>
        <w:rPr>
          <w:sz w:val="20"/>
        </w:rPr>
        <w:t>13:23  aik aik spiritual fe'l hai, spirit se bhara hua fe'l hai.</w:t>
      </w:r>
    </w:p>
    <w:p>
      <w:pPr>
        <w:pStyle w:val="Heading2"/>
      </w:pPr>
      <w:r>
        <w:t>Managing worldly and religious duties</w:t>
      </w:r>
    </w:p>
    <w:p>
      <w:r>
        <w:rPr>
          <w:color w:val="666666"/>
          <w:sz w:val="18"/>
        </w:rPr>
        <w:t>CPS Women Monthly Q and A with Prof. Farida Khanam and Maulana Farhad Ahmed Umeri August 28, 2023 · 4m 46s · at 8:46 · https://youtu.be/gxAPgrrKfw0?t=526</w:t>
      </w:r>
    </w:p>
    <w:p>
      <w:r>
        <w:rPr>
          <w:i/>
        </w:rPr>
        <w:t>“Zaroori aur ghair zaroori mein farq karo”</w:t>
      </w:r>
    </w:p>
    <w:p>
      <w:r>
        <w:rPr>
          <w:sz w:val="20"/>
        </w:rPr>
        <w:t>8:46  har ek insaan ko us waqt lagta hai ki hamein yahan zyada zaroorat hai. to aadmi doosra kaam nahi kar pata. to ismein importance kis cheez ko zyada deni hai? matlab alada alada ke kaam ko ki aur jaise abhi aapne kaha ki intention sari cheezein hoti hain. intention par hi ki haan aazar milega.</w:t>
      </w:r>
      <w:r>
        <w:br/>
      </w:r>
      <w:r>
        <w:rPr>
          <w:sz w:val="20"/>
        </w:rPr>
        <w:t>9:09  to aakar hum kisi duniyavi cheez mein zyada focus kar rahe ho taki kisi usmein kam focus kar rahe hain aur wah duniyavi cheez bhi bahut zyada zaroori ho to manage kaise karna chahiye? asal mein do tarah ke kaam hote hain ek jo hai bilkul zaroori kaam hota hai.</w:t>
      </w:r>
      <w:r>
        <w:br/>
      </w:r>
      <w:r>
        <w:rPr>
          <w:sz w:val="20"/>
        </w:rPr>
        <w:t>9:32  ab koi bimar hai aur hum hi uski dekhbhal karni hai, koi doosra dekhbhal karne ke liye nahi hai to wah humein karna padega. usko doctor ke yahan le jana hai wah humein karna padega. lekin ab kai log kya karte hain ki unko ghoomne phirne jana hai. abhi abhi kisi ne bataya ki uske poore maa aur falan falan falan sab delhi ghoomne aa rahe hain.</w:t>
      </w:r>
      <w:r>
        <w:br/>
      </w:r>
      <w:r>
        <w:rPr>
          <w:sz w:val="20"/>
        </w:rPr>
        <w:t>9:56  ab agar hum kahein ki bhai delhi jab ghoomne aa rahe hain to tum uske saath raho, usko ghumao to yeh waste of time hai. to jab aapko yeh farq karna padega ki kya zaroori hai? kya ghair zaroori hai? jitna bhi aapke paas time ho utna time aapko khuda ke kaam mein lagana hai sirf zaroori kaam ke liye aap apne time ko wahan istemal kar sakte hain. to yeh log farq nahi karte log riwaj par chalte hain ki kya riwaj hai?</w:t>
      </w:r>
      <w:r>
        <w:br/>
      </w:r>
      <w:r>
        <w:rPr>
          <w:sz w:val="20"/>
        </w:rPr>
        <w:t>10:26  matlab hai ki ab riwaj hai ki kuch log ke bahut sare khane ghar mein pakte hain, bahut sare khane ki kya zaroorat hai? to yeh agar hamari isi par hai ki hamari thinking sahi hona chahiye. hamari thinking mein focus hona chahiye khuda ka kaam. to hum ek khane par bhi hum etekafa kar sakte hain. ek khana bhi hamare liye hamari health ke liye kafi ho sakta hai.</w:t>
      </w:r>
      <w:r>
        <w:br/>
      </w:r>
      <w:r>
        <w:rPr>
          <w:sz w:val="20"/>
        </w:rPr>
        <w:t>10:52  to is tarah ki cheezein hamein khud samajhna hoga kya zaroori hai aur kya ghair zaroori hai? to ghair zaroori cheezon se hamein bachna chahiye. to yahi hai bas yeh hai ki khud hi sochna padega. management khud hi karna padega. kya hamein karna chahiye? kya nahi karna chahiye?</w:t>
      </w:r>
      <w:r>
        <w:br/>
      </w:r>
      <w:r>
        <w:rPr>
          <w:sz w:val="20"/>
        </w:rPr>
        <w:t>11:14  misal ke taur par maurana sahab mujhe kehte the tum health ke liye park jao, walk karo, kabhi mana nahi karte the aur doctor ke yahan jaane ko mana nahi karte the. lekin agar hum ghoomne phillne jayein to wah mana karte the. to yeh farq karna padega ki kya zaroori hai, kya ghar zaroori hai? ji ab samajh gayi. yeh jakar.</w:t>
      </w:r>
      <w:r>
        <w:br/>
      </w:r>
      <w:r>
        <w:rPr>
          <w:sz w:val="20"/>
        </w:rPr>
        <w:t>11:41  result dekhkar kaam karna hai, result dekhkar. ji. aur anufraad keh rahe hain ki result oriented hamara kaam hona chahiye. ji ji. to wah bhi result oriented hai ki iska khuda ke yahan kya aazar milega? yeh result bhi hamein dekhna hai.</w:t>
      </w:r>
      <w:r>
        <w:br/>
      </w:r>
      <w:r>
        <w:rPr>
          <w:sz w:val="20"/>
        </w:rPr>
        <w:t>12:01  agar koi kaam aisa hai jisse hamein hamare naye kaam maal jayein, wah wah hamare kam ho jayenge khuda ke yahan to usse hamein bachna hai. ek aur point jo yahan par add karna wah yeh hai ki dekhiye allahir sulasilsalam kabhi safar mein jate to uski wajah se namazon ko jama karte the. halanki namaz apne time par padna hai aur safar par jana koi zaroori nahi ki din ke liye hi hota tha.</w:t>
      </w:r>
      <w:r>
        <w:br/>
      </w:r>
      <w:r>
        <w:rPr>
          <w:sz w:val="20"/>
        </w:rPr>
        <w:t>12:29  uske bawajood karte the woh deen ki aasani logon se milna, logon se tallahd banana, logon se woh</w:t>
      </w:r>
      <w:r>
        <w:br/>
      </w:r>
      <w:r>
        <w:rPr>
          <w:sz w:val="20"/>
        </w:rPr>
        <w:t>12:41  tribal ehsas tha na to tribal sardaron se mulakat karna aur unko unki talifein kalp karna to yeh</w:t>
      </w:r>
      <w:r>
        <w:br/>
      </w:r>
      <w:r>
        <w:rPr>
          <w:sz w:val="20"/>
        </w:rPr>
        <w:t>12:54  sab yeh yeh sab kaam hote hain.</w:t>
      </w:r>
      <w:r>
        <w:br/>
      </w:r>
      <w:r>
        <w:rPr>
          <w:sz w:val="20"/>
        </w:rPr>
        <w:t>13:06  to humko zyada se zyada apna time nikalna hai aur khuda ke ram mein kharch karna hai siwaye</w:t>
      </w:r>
      <w:r>
        <w:br/>
      </w:r>
      <w:r>
        <w:rPr>
          <w:sz w:val="20"/>
        </w:rPr>
        <w:t>13:19  zaruri kaam ke.</w:t>
      </w:r>
      <w:r>
        <w:br/>
      </w:r>
      <w:r>
        <w:rPr>
          <w:sz w:val="20"/>
        </w:rPr>
        <w:t>13:32  ji abba. Ok, thank you abba for answering the questions so elaborately with such clarity. And now nashma papa please ask your question. assalamualaykun. ek zamana tha jismein kehte the log religion mein islam mein koi sawal mat poocho. lekin maulana bilkul iske opposite the.</w:t>
      </w:r>
    </w:p>
    <w:p>
      <w:pPr>
        <w:pStyle w:val="Heading2"/>
      </w:pPr>
      <w:r>
        <w:t>Today's atheism mirrors ancient idolatry</w:t>
      </w:r>
    </w:p>
    <w:p>
      <w:r>
        <w:rPr>
          <w:color w:val="666666"/>
          <w:sz w:val="18"/>
        </w:rPr>
        <w:t>Hajj ek Tareekh-saaz Amal Haqeeqat-E-Hajj Book by Maulana Wahiduddin Khan · 1m 33s · at 19:24 · https://youtu.be/DcyTlpDdbg4?t=1164</w:t>
      </w:r>
    </w:p>
    <w:p>
      <w:r>
        <w:rPr>
          <w:i/>
        </w:rPr>
        <w:t>“آج زمانہ گھوم کر دوبارہ وہیں پہنچ گیا ہے جہاں وہ ابراہیم کے زمانے میں تھا۔”</w:t>
      </w:r>
    </w:p>
    <w:p>
      <w:r>
        <w:rPr>
          <w:sz w:val="20"/>
        </w:rPr>
        <w:t>19:24  aaj zamana ghoom kar dobara wahin pahunch gaya hai jahan woh hazrat ibrahim ke zamane mein tha. is waqt sare alam par shirk ka ghalba tha.</w:t>
      </w:r>
      <w:r>
        <w:br/>
      </w:r>
      <w:r>
        <w:rPr>
          <w:sz w:val="20"/>
        </w:rPr>
        <w:t>19:36  aaj sare alam par ilhad ka ghalba hai.</w:t>
      </w:r>
      <w:r>
        <w:br/>
      </w:r>
      <w:r>
        <w:rPr>
          <w:sz w:val="20"/>
        </w:rPr>
        <w:t>19:40  qadeem zamane ka insan agar mushrikana tarz par sochta tha to aaj ka insan mulhidana tarz par sochta hai.</w:t>
      </w:r>
      <w:r>
        <w:br/>
      </w:r>
      <w:r>
        <w:rPr>
          <w:sz w:val="20"/>
        </w:rPr>
        <w:t>19:49  haqeeqat yeh hai ke maujooda zamane ka mas'ala bhi wohi hai jo qadeem zamane ka mas'ala tha. is farq ke sath ke qadeem zamane mein mushrikana shaklah logon ke upar chhaya hua tha.</w:t>
      </w:r>
      <w:r>
        <w:br/>
      </w:r>
      <w:r>
        <w:rPr>
          <w:sz w:val="20"/>
        </w:rPr>
        <w:t>20:06  aaj logon ke upar ilhadi shaklah chhaya hua hai. is shaklah ya'ni zehni sanche ko todna hi aaj islam ka asal kaam hai.</w:t>
      </w:r>
      <w:r>
        <w:br/>
      </w:r>
      <w:r>
        <w:rPr>
          <w:sz w:val="20"/>
        </w:rPr>
        <w:t>20:17  aaj bhi islami muhim isi nahaj par tay hogi jis nahaj par qadeem zamane ki islami muhim tay hui thi.</w:t>
      </w:r>
      <w:r>
        <w:br/>
      </w:r>
      <w:r>
        <w:rPr>
          <w:sz w:val="20"/>
        </w:rPr>
        <w:t>20:28  ab dobara kuch logon ko zibah hona hai. ab phir kuch logon ko apni aulad ko sehra mein dalna hai taake deen ki tareekh dobara zinda ho.</w:t>
      </w:r>
      <w:r>
        <w:br/>
      </w:r>
      <w:r>
        <w:rPr>
          <w:sz w:val="20"/>
        </w:rPr>
        <w:t>20:40  maazi mein daur-e-shirk ko khatam karne ke liye ek nasal ki qurbani darkar thi. aaj daur-e-ilhad ko khatam karne ke liye dobara ek nasal ki qurbani darkar hai.</w:t>
      </w:r>
      <w:r>
        <w:br/>
      </w:r>
      <w:r>
        <w:rPr>
          <w:sz w:val="20"/>
        </w:rPr>
        <w:t>20:54  yahi hajj ka sab se bara sabaq hai.</w:t>
      </w:r>
    </w:p>
    <w:p>
      <w:pPr>
        <w:pStyle w:val="Heading2"/>
      </w:pPr>
      <w:r>
        <w:t>Hadith: fasting's reward, two joys, breath sweeter than musk</w:t>
      </w:r>
    </w:p>
    <w:p>
      <w:r>
        <w:rPr>
          <w:color w:val="666666"/>
          <w:sz w:val="18"/>
        </w:rPr>
        <w:t>Discovering The Spirit of Ramadan March 16, 2025 · 1m 42s · at 24:48 · https://youtu.be/WrIyg6N7390?t=1488</w:t>
      </w:r>
    </w:p>
    <w:p>
      <w:r>
        <w:rPr>
          <w:i/>
        </w:rPr>
        <w:t>“Every deed is rewarded ten to seven-hundredfold, except fasting”</w:t>
      </w:r>
    </w:p>
    <w:p>
      <w:r>
        <w:rPr>
          <w:sz w:val="20"/>
        </w:rPr>
        <w:t>24:48  ek hadith mujhe yaad aati hai, Allah ke Rasool sallallahu alaihi wasallam ki hadith hai ke</w:t>
      </w:r>
      <w:r>
        <w:br/>
      </w:r>
      <w:r>
        <w:rPr>
          <w:sz w:val="20"/>
        </w:rPr>
        <w:t>24:54  kullu 'amali ibn Adam yudaf' al-hasanatu bi 'ashri amthaliha ila sab'i mi'ati d'afin qala Allahu ta'ala illa as-sawma fa innahu li wa ana ajzi bihi, yad'u shahwatahu wa ta'amahu min ajli, li as-sa'imi farhatani farhatun 'inda fitrihi wa farhatun 'inda liqa'i Rabbihi</w:t>
      </w:r>
      <w:r>
        <w:br/>
      </w:r>
      <w:r>
        <w:rPr>
          <w:sz w:val="20"/>
        </w:rPr>
        <w:t>25:13  wa la khuloofu fami as-sa'imi atyabu 'indallahi min reehil miski was-sawmu junnatun wa idha kana yawmu ahadikum fala yarfus wala yashdub wa in sabahu ahadun aw qatalahu falyqul inni imra'un sa'imun</w:t>
      </w:r>
      <w:r>
        <w:br/>
      </w:r>
      <w:r>
        <w:rPr>
          <w:sz w:val="20"/>
        </w:rPr>
        <w:t>25:30  Abu Huraira Razi Allahu Anhu se riwayat hai Allah ke Rasool sallallahu alaihi wasallam ne kaha ke ibn Adam ke har amal ka badla jo diya jata hai sawab ke taur par, woh das se saat sau guna tak diya jata hai.</w:t>
      </w:r>
      <w:r>
        <w:br/>
      </w:r>
      <w:r>
        <w:rPr>
          <w:sz w:val="20"/>
        </w:rPr>
        <w:t>25:39  aur Allah Ta'ala ne kaha siwaye soum ke ke woh mere liye hai aur main hi is ka badla doon ga.</w:t>
      </w:r>
      <w:r>
        <w:br/>
      </w:r>
      <w:r>
        <w:rPr>
          <w:sz w:val="20"/>
        </w:rPr>
        <w:t>25:47  kyun ke woh apni khwahishat ko aur apne khana ko mere liye chhod deta hai. rozedar ke liye do khushiyan hain, ek khushi is waqt hoti hai jab koi iftar karta hai aur doosri khushi is waqt hogi jab woh apne Rab se mulaqat karega.</w:t>
      </w:r>
      <w:r>
        <w:br/>
      </w:r>
      <w:r>
        <w:rPr>
          <w:sz w:val="20"/>
        </w:rPr>
        <w:t>26:03  aur rozedar ki munh ki boo Allah ke nazdeek mushk ki khushboo se bhi zyada achhi hai. roza dhal hai.</w:t>
      </w:r>
      <w:r>
        <w:br/>
      </w:r>
      <w:r>
        <w:rPr>
          <w:sz w:val="20"/>
        </w:rPr>
        <w:t>26:13  jab tum mein se kisi ke roze ka din ho to woh koi besharm baat na kare, shor sharaba na kare, aur agar koi us ko gaali de to woh, aur ya koi us se jhagda kare, qital kare, jhagda kare to kahe ke main rozedar hoon.</w:t>
      </w:r>
    </w:p>
    <w:p>
      <w:pPr>
        <w:pStyle w:val="Heading2"/>
      </w:pPr>
      <w:r>
        <w:t>Creative dua from heart vs rote</w:t>
      </w:r>
    </w:p>
    <w:p>
      <w:r>
        <w:rPr>
          <w:color w:val="666666"/>
          <w:sz w:val="18"/>
        </w:rPr>
        <w:t>CPS Women Monthly Q and A with Prof. Farida Khanam and Maulana Farhad Ahmed Umeri August 28, 2023 · 5m 48s · at 18:01 · https://youtu.be/gxAPgrrKfw0?t=1081</w:t>
      </w:r>
    </w:p>
    <w:p>
      <w:r>
        <w:rPr>
          <w:i/>
        </w:rPr>
        <w:t>“Halaat ke hisaab se alfaaz nikalte hain to qubooliyat hoti hai”</w:t>
      </w:r>
    </w:p>
    <w:p>
      <w:r>
        <w:rPr>
          <w:sz w:val="20"/>
        </w:rPr>
        <w:t>18:01  Were they truly the way rasulullah recited them? This is the first part of the question abba. Please answer this, then I will ask you the second part. Kya keh rahe hain? Kaun si dua? The first part is about the duas that are taught by the name of rasulullah. Were they truly the way rasulullah recited them? Humein jo duaen duaen aayi hai masnoon dua ke naam par.</w:t>
      </w:r>
      <w:r>
        <w:br/>
      </w:r>
      <w:r>
        <w:rPr>
          <w:sz w:val="20"/>
        </w:rPr>
        <w:t>18:31  masnoon duain jin ko kaha jata hai.</w:t>
      </w:r>
      <w:r>
        <w:br/>
      </w:r>
      <w:r>
        <w:rPr>
          <w:sz w:val="20"/>
        </w:rPr>
        <w:t>18:49  Princess Khan aap yahan maujood hain please aap is question ko clear karen.</w:t>
      </w:r>
      <w:r>
        <w:br/>
      </w:r>
      <w:r>
        <w:rPr>
          <w:sz w:val="20"/>
        </w:rPr>
        <w:t>19:07  Aisa nahi jaise aajkal log duaen kitabein hoti hain aur duaen usko yeh har doosre nabiyon ki bhi duaen hoti hain. To usko yaad karte rehte hain, padhte rehte hain. Aisa nahi tha. Woh toh maulana ne baar baar likha hai ki woh halaat ke mutabiq woh kuch alfaaz poore jazbaat ke saath woh nikalte the. To woh isi wajah se uski itni zyada ahmiyat hoti thi.</w:t>
      </w:r>
      <w:r>
        <w:br/>
      </w:r>
      <w:r>
        <w:rPr>
          <w:sz w:val="20"/>
        </w:rPr>
        <w:t>19:31  Woh halaat ke hisab se woh alfaaz nikalte hain to woh khuda ke bargah mein uski qubooliyat hoti hai. Lekin agar hum woh ratkar padhenge to usse koi fayda nahi hoga ratne se kyunki usmein hamare jazbaat to shamil hi nahi hain usmein. To yeh thoda sa aap ismein keh dijiye sab band bahut likha hai.</w:t>
      </w:r>
      <w:r>
        <w:br/>
      </w:r>
      <w:r>
        <w:rPr>
          <w:sz w:val="20"/>
        </w:rPr>
        <w:t>19:53  dekhiye dua ke talluq se jo pehla sawal aap ka hai ke rasulla ne kaha to yakeenan bohat sari</w:t>
      </w:r>
      <w:r>
        <w:br/>
      </w:r>
      <w:r>
        <w:rPr>
          <w:sz w:val="20"/>
        </w:rPr>
        <w:t>20:13  duain aisi hain rasulla ne kaha hai.</w:t>
      </w:r>
      <w:r>
        <w:br/>
      </w:r>
      <w:r>
        <w:rPr>
          <w:sz w:val="20"/>
        </w:rPr>
        <w:t>20:33  kuch duain aisi hain jo rasulla ne nahi kaha, lekin baad mein logon ne fabricate kar diya hai.</w:t>
      </w:r>
      <w:r>
        <w:br/>
      </w:r>
      <w:r>
        <w:rPr>
          <w:sz w:val="20"/>
        </w:rPr>
        <w:t>20:53  ek point to yeh hai.</w:t>
      </w:r>
      <w:r>
        <w:br/>
      </w:r>
      <w:r>
        <w:rPr>
          <w:sz w:val="20"/>
        </w:rPr>
        <w:t>21:13  doosri cheez yeh hai jo apne jhuka aur Maulana ne is par likha hai ke rasulla se ek</w:t>
      </w:r>
      <w:r>
        <w:br/>
      </w:r>
      <w:r>
        <w:rPr>
          <w:sz w:val="20"/>
        </w:rPr>
        <w:t>21:33  hi waqt ke liye</w:t>
      </w:r>
      <w:r>
        <w:br/>
      </w:r>
      <w:r>
        <w:rPr>
          <w:sz w:val="20"/>
        </w:rPr>
        <w:t>21:54  To dil se hi woh nikalna chahiye tabhi woh allah ta'ala woh qabil qubool qubooliyat allah bakshega. Ab agar rati ratayi duaen aap padhenge to bilkul kaifiyat ke saath to usmein uska koi fayda nahi hai. Isko baar baar maulana ne likha hai. Yeh chapter padhna hai ki kiraye marfat kahin hai ji. To kitabon mein marfat mein ek poora chapter hai zikr dua.</w:t>
      </w:r>
      <w:r>
        <w:br/>
      </w:r>
      <w:r>
        <w:rPr>
          <w:sz w:val="20"/>
        </w:rPr>
        <w:t>22:20  Yeh english mein bhi aa gayi hai aur isko padh lengi to unko clarity ho jayegi. Maulana has always emphasized on creative dua that you meet prayer when the situation arises. The kind of situation you are in. You can make prayer and you can ask for that thing that is called creative dua. Isn't it aapka?</w:t>
      </w:r>
      <w:r>
        <w:br/>
      </w:r>
      <w:r>
        <w:rPr>
          <w:sz w:val="20"/>
        </w:rPr>
        <w:t>22:44  Ji haan, woh jaise ek misaal di maulana ne ki ek ladka tha usne apne baap se kaha ki mujhe cycle dila do. Woh sirf ek teacher tha. Usne kaha ki mere paas itna paisa nahi hai ki main cycle dilau.</w:t>
      </w:r>
      <w:r>
        <w:br/>
      </w:r>
      <w:r>
        <w:rPr>
          <w:sz w:val="20"/>
        </w:rPr>
        <w:t>22:59  Woh baar baar kehta raha to ek din baap gussa ho gaya ki maine keh diya to is iska uske upar itna asar hua ki usne karz lekar ke cycle dila di usko.</w:t>
      </w:r>
      <w:r>
        <w:br/>
      </w:r>
      <w:r>
        <w:rPr>
          <w:sz w:val="20"/>
        </w:rPr>
        <w:t>23:23  To woh jo usne dil ke saath kaha tha na, rote hue poore jazbaat ke saath tab tab woh baap par ghul gaya. To ise ab ab aap isi isi se aap samajh sakte hain ki khuda ko bhi aise hi alfaaz ki zaroorat hai. Ab woh rate hue alfaaz ki zaroorat nahi hai khuda ko to woh to woh qubool nahi hote hain rate hue alfaaz. Thank you, abba. Now we take the last question that has come to me.</w:t>
      </w:r>
      <w:r>
        <w:br/>
      </w:r>
      <w:r>
        <w:rPr>
          <w:sz w:val="20"/>
        </w:rPr>
        <w:t>23:49  Maulana, today the video on social harmony, maulana has talked about extensively on this social harmony because we live in a multicultural society and often we are, we we become participants of our friends and colleagues in their festival abba. So, I would like to ask this question, how much should be our participation? Is there any limitation to it?</w:t>
      </w:r>
    </w:p>
    <w:p>
      <w:pPr>
        <w:pStyle w:val="Heading2"/>
      </w:pPr>
      <w:r>
        <w:t>Harb Ramadan misconception and defensive war</w:t>
      </w:r>
    </w:p>
    <w:p>
      <w:r>
        <w:rPr>
          <w:color w:val="666666"/>
          <w:sz w:val="18"/>
        </w:rPr>
        <w:t>Ramadan and The Quran | October 14, 2005 | Maulana Wahiduddin Khan · 2m 01s · at 31:41 · https://youtu.be/wi4PL1CwY7w?t=1901</w:t>
      </w:r>
    </w:p>
    <w:p>
      <w:r>
        <w:rPr>
          <w:i/>
        </w:rPr>
        <w:t>“Aap ko ek lafz aata hoga harb harb Ramadan”</w:t>
      </w:r>
    </w:p>
    <w:p>
      <w:r>
        <w:rPr>
          <w:sz w:val="20"/>
        </w:rPr>
        <w:t>31:41  aap ko kuch na lage yeh matlab is hadith ka aaj kal dekhein yeh jo yani khud sakhta self khud se self style jo jihad chal raha hai idhar udhar to aap agar akhbar padhte honge to aap ko ek lafz ata hoga harab harab ramzan yeh bohat hi jhoota lafz hai dekhiye hua kya ke ras</w:t>
      </w:r>
      <w:r>
        <w:br/>
      </w:r>
      <w:r>
        <w:rPr>
          <w:sz w:val="20"/>
        </w:rPr>
        <w:t>32:11  ool Allah ke zamane mein badr battle of badr hui badr ki ladai hui is ladai mein rasool Allah ko fateh hui rasool Allah ki jeet hui aap ke jo mukhalif the woh haar gaye to yeh yeh nadan log yeh samajhte hain ke ramzan mein ladai ho to is mein jeet ho jayegi hamari to kai bar musalmanon ne ramzan mein ladai yeh soch ke chhedi ke phir to jeet ya</w:t>
      </w:r>
      <w:r>
        <w:br/>
      </w:r>
      <w:r>
        <w:rPr>
          <w:sz w:val="20"/>
        </w:rPr>
        <w:t>32:41  qeeni hai halanke zabardast haar hui hai aur tabahi aayi ek baat samajh lijiye ke harab ramzan ke koi mani nahi hai difa ramzan ke mani hain ek harab ramzan ek difa ramzan yani agar doosra fareeq ramzan ke mahine mein attack kar de to aap ko difa ke liye nikalna padega defence ke liye nikalna padega</w:t>
      </w:r>
      <w:r>
        <w:br/>
      </w:r>
      <w:r>
        <w:rPr>
          <w:sz w:val="20"/>
        </w:rPr>
        <w:t>33:12  yani aap dekhiye jang musalman ka choice nahi hai woh compulsion hai harab ramzan ke mani hain ke aap jang ko apna choice bana rahe hain kitni dhattayi ki baat yeh hai achi tarah samajh lijiye ke ladai jo hai woh musalman ka choice nahi hai is par laanat bhi aati hai to ladna padta hai lekin jab aap kehte hain harab ramzan yani battle of ramdh</w:t>
      </w:r>
    </w:p>
    <w:p>
      <w:pPr>
        <w:pStyle w:val="Heading2"/>
      </w:pPr>
      <w:r>
        <w:t>Labbaik means answering God's call to spread the message</w:t>
      </w:r>
    </w:p>
    <w:p>
      <w:r>
        <w:rPr>
          <w:color w:val="666666"/>
          <w:sz w:val="18"/>
        </w:rPr>
        <w:t>The Spirit of Hajj July 7, 2007 · 20s · at 19:19 · https://youtu.be/SV2CfNml8ic?t=1159</w:t>
      </w:r>
    </w:p>
    <w:p>
      <w:r>
        <w:rPr>
          <w:i/>
        </w:rPr>
        <w:t>“یہ خدا کی پکار کا جواب دینا ہے”</w:t>
      </w:r>
    </w:p>
    <w:p>
      <w:r>
        <w:rPr>
          <w:sz w:val="20"/>
        </w:rPr>
        <w:t>19:19  yeh khuda ki pukar ka jawab dena hai ke khuda ya tu ne pukara mein hazir hoon teri pukar par. pukara kis baat ke liye?</w:t>
      </w:r>
      <w:r>
        <w:br/>
      </w:r>
      <w:r>
        <w:rPr>
          <w:sz w:val="20"/>
        </w:rPr>
        <w:t>19:29  pukara is baat ke liye tum ae insaan tu mere hukumon par chal. ae insaan tu mere deen ka paigham pahuncha logon ko.</w:t>
      </w:r>
    </w:p>
    <w:p>
      <w:pPr>
        <w:pStyle w:val="Heading2"/>
      </w:pPr>
      <w:r>
        <w:t>What taqwa really means beyond hunger and thirst</w:t>
      </w:r>
    </w:p>
    <w:p>
      <w:r>
        <w:rPr>
          <w:color w:val="666666"/>
          <w:sz w:val="18"/>
        </w:rPr>
        <w:t>Discovering The Spirit of Ramadan March 16, 2025 · 1m 36s · at 9:59 · https://youtu.be/WrIyg6N7390?t=599</w:t>
      </w:r>
    </w:p>
    <w:p>
      <w:r>
        <w:rPr>
          <w:i/>
        </w:rPr>
        <w:t>“We forget how big a blessing we have”</w:t>
      </w:r>
    </w:p>
    <w:p>
      <w:r>
        <w:rPr>
          <w:sz w:val="20"/>
        </w:rPr>
        <w:t>9:59  to us ko dhyan nahi rehta ke kitni bari khuda ki nemmat hai, us ka hamein shukr karna hai aur khuda se dar kar apni zindagi guzarni hai.</w:t>
      </w:r>
      <w:r>
        <w:br/>
      </w:r>
      <w:r>
        <w:rPr>
          <w:sz w:val="20"/>
        </w:rPr>
        <w:t>10:08  taqwa ka matlab hai bohat zyada khuda se darna, ek muhtat andaaz, soch samajh kar apni zindagi guzarna. to matlab sirf bhook pyas se nahi taqwa paida ho jayega, balkeh hum ko khuda se dar kar zindagi guzaren.</w:t>
      </w:r>
      <w:r>
        <w:br/>
      </w:r>
      <w:r>
        <w:rPr>
          <w:sz w:val="20"/>
        </w:rPr>
        <w:t>10:25  koi bhi kaam hum karne jayen to hum sochen ke kya hamara khuda is se naraz to nahi hoga?</w:t>
      </w:r>
      <w:r>
        <w:br/>
      </w:r>
      <w:r>
        <w:rPr>
          <w:sz w:val="20"/>
        </w:rPr>
        <w:t>10:32  agar hamein lage ke yeh khuda ki marzi ke mutabiq yeh kaam nahi hai, to hum foran, hamein we should stop in our track foran hamein ruk jana chahiye.</w:t>
      </w:r>
      <w:r>
        <w:br/>
      </w:r>
      <w:r>
        <w:rPr>
          <w:sz w:val="20"/>
        </w:rPr>
        <w:t>10:41  aur isi tarah har kaam ko sochein ke khuda kis kaam se khush hota hai, to phir hum woh kaam karein. agar hum aisa mahine bhar aisa kaam kar lenge, to hamari achi tarbiyat ho jayegi.</w:t>
      </w:r>
      <w:r>
        <w:br/>
      </w:r>
      <w:r>
        <w:rPr>
          <w:sz w:val="20"/>
        </w:rPr>
        <w:t>10:55  jaise refresher courses hote hain tarbiyat karne ke liye, to aise hi ho jayega tarbiyat. aur hamara yeh taqreeban saal bhar chalta rahega.</w:t>
      </w:r>
      <w:r>
        <w:br/>
      </w:r>
      <w:r>
        <w:rPr>
          <w:sz w:val="20"/>
        </w:rPr>
        <w:t>11:06  to taqwa ka tarjuma khuda ka shaoor bhi kaha gaya hai. matlab har waqt khuda ko hazir o nazir samajhna. to khuda hamein dekh raha hai.</w:t>
      </w:r>
      <w:r>
        <w:br/>
      </w:r>
      <w:r>
        <w:rPr>
          <w:sz w:val="20"/>
        </w:rPr>
        <w:t>11:16  matlab yeh insight ke level par hum mehsoos karein</w:t>
      </w:r>
      <w:r>
        <w:br/>
      </w:r>
      <w:r>
        <w:rPr>
          <w:sz w:val="20"/>
        </w:rPr>
        <w:t>11:21  ge. jab hum bohat zyada khuda ko yaad karenge, to aisa lagega ke khuda hamein dekh raha hai. ab aap sochein ke khuda jab hamein dekh raha hai, to kitna zyada hamein ehsas hoga ke hum har kaam khuda ki marzi ke mutabiq karein.</w:t>
      </w:r>
    </w:p>
    <w:p>
      <w:pPr>
        <w:pStyle w:val="Heading2"/>
      </w:pPr>
      <w:r>
        <w:t>Prayer teaches submission to God</w:t>
      </w:r>
    </w:p>
    <w:p>
      <w:r>
        <w:rPr>
          <w:color w:val="666666"/>
          <w:sz w:val="18"/>
        </w:rPr>
        <w:t>What is Islam (Prophetic Wisdom) November 29, 2006 Maulana Wahiduddin Khan · 21s · at 16:12 · https://youtu.be/iVldpAeihtU?t=972</w:t>
      </w:r>
    </w:p>
    <w:p>
      <w:r>
        <w:rPr>
          <w:i/>
        </w:rPr>
        <w:t>“Allahu Akbar ka matlab hai ke main Khuda ke maa-tehat hoon”</w:t>
      </w:r>
    </w:p>
    <w:p>
      <w:r>
        <w:rPr>
          <w:sz w:val="20"/>
        </w:rPr>
        <w:t>16:12  "Allah Akbar" ka matlab hai ke mein Khuda ke mahtahat hoon. "I am under God Almighty".</w:t>
      </w:r>
      <w:r>
        <w:br/>
      </w:r>
      <w:r>
        <w:rPr>
          <w:sz w:val="20"/>
        </w:rPr>
        <w:t>16:20  to paanch baar yeh sikhati hai namaz ke "I am under God Almighty". to poori zindagi ko namaz regulate karti hai.</w:t>
      </w:r>
    </w:p>
    <w:p>
      <w:pPr>
        <w:pStyle w:val="Heading2"/>
      </w:pPr>
      <w:r>
        <w:t>fasting as training in reduced needs, root cause of world unrest</w:t>
      </w:r>
    </w:p>
    <w:p>
      <w:r>
        <w:rPr>
          <w:color w:val="666666"/>
          <w:sz w:val="18"/>
        </w:rPr>
        <w:t>Roza A Spiritual Jihad August 28, 2011 Maulana Wahiduddin Khan · 5m 30s · at 5:48 · https://youtu.be/7Xc_Fl6z5xU?t=348</w:t>
      </w:r>
    </w:p>
    <w:p>
      <w:r>
        <w:rPr>
          <w:i/>
        </w:rPr>
        <w:t>“Roza is not giving up food, it's reducing food”</w:t>
      </w:r>
    </w:p>
    <w:p>
      <w:r>
        <w:rPr>
          <w:sz w:val="20"/>
        </w:rPr>
        <w:t>5:48  dekhiye, roza roza kya hai? roza tark-e-ta'am ka naam nahin hai. roza taqleel-e-ta'am ka naam hai.</w:t>
      </w:r>
      <w:r>
        <w:br/>
      </w:r>
      <w:r>
        <w:rPr>
          <w:sz w:val="20"/>
        </w:rPr>
        <w:t>6:00  yani khana chhodna nahin, balkeh khana kam karna hai. din ko khana, raat ko na khana yahi to hai. yeh taqleel hai, taqleel-e-ta'am hai.</w:t>
      </w:r>
      <w:r>
        <w:br/>
      </w:r>
      <w:r>
        <w:rPr>
          <w:sz w:val="20"/>
        </w:rPr>
        <w:t>6:12  yeh ek bahut bada, ek bahut badi philosophy hai, saada baat nahin hai.</w:t>
      </w:r>
      <w:r>
        <w:br/>
      </w:r>
      <w:r>
        <w:rPr>
          <w:sz w:val="20"/>
        </w:rPr>
        <w:t>6:20  yani duniya mein need based zindagi guzarna. duniya mein kaha jata hai ke do, teen, teen darje hain: need, comfort, luxury.</w:t>
      </w:r>
      <w:r>
        <w:br/>
      </w:r>
      <w:r>
        <w:rPr>
          <w:sz w:val="20"/>
        </w:rPr>
        <w:t>6:35  need, comfort, luxury.</w:t>
      </w:r>
      <w:r>
        <w:br/>
      </w:r>
      <w:r>
        <w:rPr>
          <w:sz w:val="20"/>
        </w:rPr>
        <w:t>6:40  to roza is liye is baat ki adrak ki training hai ke aadmi need based zindagi guzar sak</w:t>
      </w:r>
      <w:r>
        <w:br/>
      </w:r>
      <w:r>
        <w:rPr>
          <w:sz w:val="20"/>
        </w:rPr>
        <w:t>6:48  ay. simple life, sirf zaroorat ke waqt duniya cheezon ko laina.</w:t>
      </w:r>
      <w:r>
        <w:br/>
      </w:r>
      <w:r>
        <w:rPr>
          <w:sz w:val="20"/>
        </w:rPr>
        <w:t>7:00  bahut hi takleefat se</w:t>
      </w:r>
      <w:r>
        <w:br/>
      </w:r>
      <w:r>
        <w:rPr>
          <w:sz w:val="20"/>
        </w:rPr>
        <w:t>7:06  apne ko bachana.</w:t>
      </w:r>
      <w:r>
        <w:br/>
      </w:r>
      <w:r>
        <w:rPr>
          <w:sz w:val="20"/>
        </w:rPr>
        <w:t>7:12  yahi to roza hai.</w:t>
      </w:r>
      <w:r>
        <w:br/>
      </w:r>
      <w:r>
        <w:rPr>
          <w:sz w:val="20"/>
        </w:rPr>
        <w:t>7:18  to khane peene mein kami karna is baat ki alamat hai ke tamam maadi cheezon mein kami kar ke duniya mein zindagi guzari jaye.</w:t>
      </w:r>
      <w:r>
        <w:br/>
      </w:r>
      <w:r>
        <w:rPr>
          <w:sz w:val="20"/>
        </w:rPr>
        <w:t>7:33  yani maadi raahaton, maadi luxury, us se bach kar duniya mein zindagi guzari jaye.</w:t>
      </w:r>
      <w:r>
        <w:br/>
      </w:r>
      <w:r>
        <w:rPr>
          <w:sz w:val="20"/>
        </w:rPr>
        <w:t>7:46  isi ki tarbiyat hai.</w:t>
      </w:r>
      <w:r>
        <w:br/>
      </w:r>
      <w:r>
        <w:rPr>
          <w:sz w:val="20"/>
        </w:rPr>
        <w:t>7:52  kal mere paas ek ek international magazine se ek aaya letter aaya ke aap ek article likhne ke liye, 500 words ka.</w:t>
      </w:r>
      <w:r>
        <w:br/>
      </w:r>
      <w:r>
        <w:rPr>
          <w:sz w:val="20"/>
        </w:rPr>
        <w:t>8:06  unhon ne yeh topic yeh diya tha ke aaj kal duniya mein ek upheaval chal raha hai, upheaval. yani Britain mein hua, aap jante hain, Gulf countries ho raha hai.</w:t>
      </w:r>
      <w:r>
        <w:br/>
      </w:r>
      <w:r>
        <w:rPr>
          <w:sz w:val="20"/>
        </w:rPr>
        <w:t>8:20  khud India mein hum dekhte hain: "why this upheaval?" to is ko, is ko kaise explain kiya jaye?</w:t>
      </w:r>
      <w:r>
        <w:br/>
      </w:r>
      <w:r>
        <w:rPr>
          <w:sz w:val="20"/>
        </w:rPr>
        <w:t>8:33  religious wisdom se kaise explain hota hai? yeh, yeh unhon ne manga.</w:t>
      </w:r>
      <w:r>
        <w:br/>
      </w:r>
      <w:r>
        <w:rPr>
          <w:sz w:val="20"/>
        </w:rPr>
        <w:t>8:41  to maine is ko ek article kal likhwaya. is mein maine bataya ke yeh jo ho raha hai, is ka raaz asal mein hai dissatisfaction.</w:t>
      </w:r>
      <w:r>
        <w:br/>
      </w:r>
      <w:r>
        <w:rPr>
          <w:sz w:val="20"/>
        </w:rPr>
        <w:t>8:56  dissatisfaction jo mila hua hai, us par raazi na hona.</w:t>
      </w:r>
      <w:r>
        <w:br/>
      </w:r>
      <w:r>
        <w:rPr>
          <w:sz w:val="20"/>
        </w:rPr>
        <w:t>9:05  jo mila hua hai, us par raazi na hona, us se zyada chahna. al-hakum al-takathur, aur zyada, aur zyada.</w:t>
      </w:r>
      <w:r>
        <w:br/>
      </w:r>
      <w:r>
        <w:rPr>
          <w:sz w:val="20"/>
        </w:rPr>
        <w:t>9:12  yeh takathur ki nafsiyat se yeh sab paida hua hai. woh ne sab ko, sab ko khane par sab ko mil raha hai. protest karne walon ko maine dekha TV par, sab khoob tandrust log thay, mujh se, mujh se baithe thay.</w:t>
      </w:r>
      <w:r>
        <w:br/>
      </w:r>
      <w:r>
        <w:rPr>
          <w:sz w:val="20"/>
        </w:rPr>
        <w:t>9:24  sab mujh se baithe thay woh aur shor kar rahe thay. kai bar main TV pe dekha jo protest karte hain, un ko woh us se zyada healthy, woh us se zyada acha, un ke jism tha aur aur shor kar rahe hain.</w:t>
      </w:r>
      <w:r>
        <w:br/>
      </w:r>
      <w:r>
        <w:rPr>
          <w:sz w:val="20"/>
        </w:rPr>
        <w:t>9:42  to aisa nahin ke woh bhookon par rahe hain. nahin, jo mila hua hai, us ko woh kam samajhte hain. magar sawal yeh hai ke jab mil jata hai, phir phir dobara ko jari rehta hai.</w:t>
      </w:r>
      <w:r>
        <w:br/>
      </w:r>
      <w:r>
        <w:rPr>
          <w:sz w:val="20"/>
        </w:rPr>
        <w:t>9:56  jaise India mein dekhiye, India mein British period mein logon ko lagta tha ke humein kuch nahin mila hua hai. to hangama khara hua, yahan tak ke 1947 mein India azaad ho gaya.</w:t>
      </w:r>
      <w:r>
        <w:br/>
      </w:r>
      <w:r>
        <w:rPr>
          <w:sz w:val="20"/>
        </w:rPr>
        <w:t>10:10  magar phir bhi dekhiye, jab jab jab Rukun Raan ki jo tehreek uthi thi, usi Ram</w:t>
      </w:r>
      <w:r>
        <w:br/>
      </w:r>
      <w:r>
        <w:rPr>
          <w:sz w:val="20"/>
        </w:rPr>
        <w:t>10:23  to is ke baad phir bhi, phir bhi logon ko wahi dis setsfaiyekt hua. ab, ab, ab awaz ka hangama hai. to koi bhi cheez mile to aadmi ko kam lagti hai.</w:t>
      </w:r>
      <w:r>
        <w:br/>
      </w:r>
      <w:r>
        <w:rPr>
          <w:sz w:val="20"/>
        </w:rPr>
        <w:t>10:36  wo</w:t>
      </w:r>
      <w:r>
        <w:br/>
      </w:r>
      <w:r>
        <w:rPr>
          <w:sz w:val="20"/>
        </w:rPr>
        <w:t>10:41  koi bhi cheez mile to kam lagti hai. yaani brtish period mein lagta tha hum ko kam mila hua hai, aadha hi aa gayi, tab bhi bara kam, kam mila hua hai. jab rain ne poora nara lagaya, wo bhi mil gaya, tab bhi kam mila hua hai.</w:t>
      </w:r>
      <w:r>
        <w:br/>
      </w:r>
      <w:r>
        <w:rPr>
          <w:sz w:val="20"/>
        </w:rPr>
        <w:t>10:54  ab phir wo hangama hai, kam mila hua hai. to rozah ko kam par razi hone ka sabak hai.</w:t>
      </w:r>
      <w:r>
        <w:br/>
      </w:r>
      <w:r>
        <w:rPr>
          <w:sz w:val="20"/>
        </w:rPr>
        <w:t>11:06  kyun? kam par razi hone hi mein aadmi ko pais milega aur sukoon milega.</w:t>
      </w:r>
    </w:p>
    <w:p>
      <w:pPr>
        <w:pStyle w:val="Heading2"/>
      </w:pPr>
      <w:r>
        <w:t>Dua story: child's plea to father</w:t>
      </w:r>
    </w:p>
    <w:p>
      <w:r>
        <w:rPr>
          <w:color w:val="666666"/>
          <w:sz w:val="18"/>
        </w:rPr>
        <w:t>Ramadan and The Quran 14 oct 2005 - Maulana Wahiduddin Khan · 50s · at 1:14:01 · https://youtu.be/t_Ciia8JlBk?t=4441</w:t>
      </w:r>
    </w:p>
    <w:p>
      <w:r>
        <w:rPr>
          <w:i/>
        </w:rPr>
        <w:t>“Aap hi hamaare baap hain, aap se na kahein to kis se”</w:t>
      </w:r>
    </w:p>
    <w:p>
      <w:r>
        <w:rPr>
          <w:sz w:val="20"/>
        </w:rPr>
        <w:t>1:14:01  "aap hi to hamare baap hain, aap se na kahein to kis se kahein?</w:t>
      </w:r>
      <w:r>
        <w:br/>
      </w:r>
      <w:r>
        <w:rPr>
          <w:sz w:val="20"/>
        </w:rPr>
        <w:t>1:14:13  aap hi to hamare baap hain, aap se na kahein to kis se kahein?"</w:t>
      </w:r>
      <w:r>
        <w:br/>
      </w:r>
      <w:r>
        <w:rPr>
          <w:sz w:val="20"/>
        </w:rPr>
        <w:t>1:14:20  is ke munh se jab nikla to baap bhi ro pada, aur baap ne kaha: "achha theek hai, main tum ko bicycle doonga." agle din kaise kaise kar ke us ne bicycle us ko khareed kar de di.</w:t>
      </w:r>
      <w:r>
        <w:br/>
      </w:r>
      <w:r>
        <w:rPr>
          <w:sz w:val="20"/>
        </w:rPr>
        <w:t>1:14:38  ab main ne socha is par ke aisa kyun hua? wohi dua jo reject ho rahi thi, wohi dua qabool kaise ho gayi? yeh darkhwast jab bete ne yeh kaha ke "aap hi to hamare baap hain,</w:t>
      </w:r>
    </w:p>
    <w:p>
      <w:pPr>
        <w:pStyle w:val="Heading2"/>
      </w:pPr>
      <w:r>
        <w:t>Ihram symbolizes simplicity and devotion</w:t>
      </w:r>
    </w:p>
    <w:p>
      <w:r>
        <w:rPr>
          <w:color w:val="666666"/>
          <w:sz w:val="18"/>
        </w:rPr>
        <w:t>Hajj and Its Application in Daily Life October 20, 2007 Maulana Wahiduddin Khan · 28s · at 16:27 · https://youtu.be/z_FspKZhl5s?t=987</w:t>
      </w:r>
    </w:p>
    <w:p>
      <w:r>
        <w:rPr>
          <w:i/>
        </w:rPr>
        <w:t>“Ihram is a symbol of simplicity.”</w:t>
      </w:r>
    </w:p>
    <w:p>
      <w:r>
        <w:rPr>
          <w:sz w:val="20"/>
        </w:rPr>
        <w:t>16:27  So ihram is a symbol of simplicity. Ihram is a symbol of simplicity. Ihram is a symbol of total devotion.</w:t>
      </w:r>
      <w:r>
        <w:br/>
      </w:r>
      <w:r>
        <w:rPr>
          <w:sz w:val="20"/>
        </w:rPr>
        <w:t>16:39  You know,</w:t>
      </w:r>
      <w:r>
        <w:br/>
      </w:r>
      <w:r>
        <w:rPr>
          <w:sz w:val="20"/>
        </w:rPr>
        <w:t>16:43  total devotion is required in Islam and simplicity is only a symbol of this kind of total devotion.</w:t>
      </w:r>
    </w:p>
    <w:p>
      <w:pPr>
        <w:pStyle w:val="Heading2"/>
      </w:pPr>
      <w:r>
        <w:t>Talbiyah and Hajj as dawah rehearsal</w:t>
      </w:r>
    </w:p>
    <w:p>
      <w:r>
        <w:rPr>
          <w:color w:val="666666"/>
          <w:sz w:val="18"/>
        </w:rPr>
        <w:t>Spirit of Hajj | December 10, 2006 | Maulana Wahiduddin Khan · 5m 37s · at 28:35 · https://youtu.be/Iu9NUWWy4pc?t=1715</w:t>
      </w:r>
    </w:p>
    <w:p>
      <w:r>
        <w:rPr>
          <w:i/>
        </w:rPr>
        <w:t>“Aap ne suna hoga ke haji”</w:t>
      </w:r>
    </w:p>
    <w:p>
      <w:r>
        <w:rPr>
          <w:sz w:val="20"/>
        </w:rPr>
        <w:t>28:35  aap ne suna hoga ke haji jo wahan jate hain to bohat zyada bolte hain wo labbaik allahumma labbaik, labbaik allahumma labbaik. aye khuda main hazir hoon, aye khuda main hazir hoon. aisa lagta hai ke jaise ke khuda ki koi pukar thi. is pukar ko suna haji ne aur daud kar aya wahan par. aye khuda main hazir hoon. to koi kisi baat ke liye pukara khuda ne. koi maqsad. koi maqsad. to is ko suna haji ne aur sun kar</w:t>
      </w:r>
      <w:r>
        <w:br/>
      </w:r>
      <w:r>
        <w:rPr>
          <w:sz w:val="20"/>
        </w:rPr>
        <w:t>29:05  ke dauda. daud kar wahan pahuncha. aur keh raha hai ke khuda ya main hazir hoon, khuda ya main hazir hoon. labbaik allahumma labbaik, allahumma labbaik. to ab ye sochiye ke wo kya cheez hai? ye is labbaik ka jo kaha jata hai talbiyah. ye bar bar wahan par haji kehta hai. talbiyah. ke khuda ya main hazir hoon, khuda ya main hazir hoon. ab sochiye ke ye ye kis baat ka hai? yani kis baat ke liye wo hazir hua hai wo?</w:t>
      </w:r>
      <w:r>
        <w:br/>
      </w:r>
      <w:r>
        <w:rPr>
          <w:sz w:val="20"/>
        </w:rPr>
        <w:t>29:35  apne watan ko chhod kar ke yahan aya hai aur keh raha hai ke main hazir hoon. to kis baat ke liye hazir hua hai? main ne is par bohat ghore kiya. mujhe samajh mein aya ke ye jo haziri hai ye hai ek bohat bade kaam ke liye. bohat bade kaam ke liye. main samajhta hoon ke haj jo hai haj is a rehe</w:t>
      </w:r>
      <w:r>
        <w:br/>
      </w:r>
      <w:r>
        <w:rPr>
          <w:sz w:val="20"/>
        </w:rPr>
        <w:t>30:05  arsal of daawa work.</w:t>
      </w:r>
      <w:r>
        <w:br/>
      </w:r>
      <w:r>
        <w:rPr>
          <w:sz w:val="20"/>
        </w:rPr>
        <w:t>30:10  haj jo hai daawa work ka rehearsal hai.</w:t>
      </w:r>
      <w:r>
        <w:br/>
      </w:r>
      <w:r>
        <w:rPr>
          <w:sz w:val="20"/>
        </w:rPr>
        <w:t>30:15  is mein shirket ke liye, is mein apne aap ko shamil karne ke liye.</w:t>
      </w:r>
      <w:r>
        <w:br/>
      </w:r>
      <w:r>
        <w:rPr>
          <w:sz w:val="20"/>
        </w:rPr>
        <w:t>30:20  yani khuda ne awaz di ke ay mere bande yahan par mein daawa work ka rehearsal karna chahta hoon.</w:t>
      </w:r>
      <w:r>
        <w:br/>
      </w:r>
      <w:r>
        <w:rPr>
          <w:sz w:val="20"/>
        </w:rPr>
        <w:t>30:25  aao is mein shamil ho jao.</w:t>
      </w:r>
      <w:r>
        <w:br/>
      </w:r>
      <w:r>
        <w:rPr>
          <w:sz w:val="20"/>
        </w:rPr>
        <w:t>30:30  to banda dauda apne ghar se.</w:t>
      </w:r>
      <w:r>
        <w:br/>
      </w:r>
      <w:r>
        <w:rPr>
          <w:sz w:val="20"/>
        </w:rPr>
        <w:t>30:35  daud kar pohancha.</w:t>
      </w:r>
      <w:r>
        <w:br/>
      </w:r>
      <w:r>
        <w:rPr>
          <w:sz w:val="20"/>
        </w:rPr>
        <w:t>30:40  aur keh raha hai ke khuda ya mein aa gaya.</w:t>
      </w:r>
      <w:r>
        <w:br/>
      </w:r>
      <w:r>
        <w:rPr>
          <w:sz w:val="20"/>
        </w:rPr>
        <w:t>30:46  yeh hai is ki rooh.</w:t>
      </w:r>
      <w:r>
        <w:br/>
      </w:r>
      <w:r>
        <w:rPr>
          <w:sz w:val="20"/>
        </w:rPr>
        <w:t>30:51  to according to my study haj is a rehearsal of daawa work.</w:t>
      </w:r>
      <w:r>
        <w:br/>
      </w:r>
      <w:r>
        <w:rPr>
          <w:sz w:val="20"/>
        </w:rPr>
        <w:t>30:57  haj daawa work ka rehearsal hai.</w:t>
      </w:r>
      <w:r>
        <w:br/>
      </w:r>
      <w:r>
        <w:rPr>
          <w:sz w:val="20"/>
        </w:rPr>
        <w:t>31:02  woh mein kaise keh raha hoon? is liye mein keh raha hoon ke</w:t>
      </w:r>
      <w:r>
        <w:br/>
      </w:r>
      <w:r>
        <w:rPr>
          <w:sz w:val="20"/>
        </w:rPr>
        <w:t>31:08  hadith mein aata hai ke ek sahabi ne rasool allah se poocha. aap jante hain ke haj mein ek bohat bada amal yun kiya jata hai ke janwar ko qurban kiya jata hai. qurbani. haj ka ek bohat bada. isi liye ye bohat bada ye hai. is ke jawab is ke. yani aap jante hain ke mukhtalif jaghon par. yani wahan to</w:t>
      </w:r>
      <w:r>
        <w:br/>
      </w:r>
      <w:r>
        <w:rPr>
          <w:sz w:val="20"/>
        </w:rPr>
        <w:t>31:38  haj hota hai lekin aur jagah par jahan musalman hotay hain wahan eid al adha manatay hain.</w:t>
      </w:r>
      <w:r>
        <w:br/>
      </w:r>
      <w:r>
        <w:rPr>
          <w:sz w:val="20"/>
        </w:rPr>
        <w:t>31:43  to is ko eid qurban kehtay hain.</w:t>
      </w:r>
      <w:r>
        <w:br/>
      </w:r>
      <w:r>
        <w:rPr>
          <w:sz w:val="20"/>
        </w:rPr>
        <w:t>31:48  qurbani ki eid.</w:t>
      </w:r>
      <w:r>
        <w:br/>
      </w:r>
      <w:r>
        <w:rPr>
          <w:sz w:val="20"/>
        </w:rPr>
        <w:t>31:53  to haj ka aik bohat bara amal hota hai qurbani.</w:t>
      </w:r>
      <w:r>
        <w:br/>
      </w:r>
      <w:r>
        <w:rPr>
          <w:sz w:val="20"/>
        </w:rPr>
        <w:t>31:58  to aik haji ne, aik sahabi ne rasool Allah se poocha ke ma hazir al-azha ya rasool Allah?</w:t>
      </w:r>
      <w:r>
        <w:br/>
      </w:r>
      <w:r>
        <w:rPr>
          <w:sz w:val="20"/>
        </w:rPr>
        <w:t>32:03  rasool Allah se poocha ke ma hazir al-azha ya rasool Allah?</w:t>
      </w:r>
      <w:r>
        <w:br/>
      </w:r>
      <w:r>
        <w:rPr>
          <w:sz w:val="20"/>
        </w:rPr>
        <w:t>32:08  What are these sacrifices of prophet of God? ye jo hum qurbani dete hain ye kya hai? a</w:t>
      </w:r>
      <w:r>
        <w:br/>
      </w:r>
      <w:r>
        <w:rPr>
          <w:sz w:val="20"/>
        </w:rPr>
        <w:t>32:16  Khuda ke rasool? What are these sacrifices of prophet of God? aap ne kaha ke sunnat ab ikram Ibrahim.</w:t>
      </w:r>
      <w:r>
        <w:br/>
      </w:r>
      <w:r>
        <w:rPr>
          <w:sz w:val="20"/>
        </w:rPr>
        <w:t>32:24  yani tradition of your father Ibrahim.</w:t>
      </w:r>
      <w:r>
        <w:br/>
      </w:r>
      <w:r>
        <w:rPr>
          <w:sz w:val="20"/>
        </w:rPr>
        <w:t>32:33  tumhare baap Ibrahim ki sunnat hai.</w:t>
      </w:r>
      <w:r>
        <w:br/>
      </w:r>
      <w:r>
        <w:rPr>
          <w:sz w:val="20"/>
        </w:rPr>
        <w:t>32:41  is se kya baat mili? ke haj jo hai haqeeqatan hazrat ibrahim ki jo sunnat hai un ki jo zindagi thi us zindagi ko hum wahan pe ja kar us ko isi ka rehearsal karte hain. hazrat ibrahim jo the main samajhta hoon ke bohat hi bade daayi the. apni poori family ko dawat mein laga diya unhone. poori family ko. to hazrat ibrahim paida hue iraq mein</w:t>
      </w:r>
      <w:r>
        <w:br/>
      </w:r>
      <w:r>
        <w:rPr>
          <w:sz w:val="20"/>
        </w:rPr>
        <w:t>33:11  .</w:t>
      </w:r>
      <w:r>
        <w:br/>
      </w:r>
      <w:r>
        <w:rPr>
          <w:sz w:val="20"/>
        </w:rPr>
        <w:t>33:15  wahan se gaye Misr.</w:t>
      </w:r>
      <w:r>
        <w:br/>
      </w:r>
      <w:r>
        <w:rPr>
          <w:sz w:val="20"/>
        </w:rPr>
        <w:t>33:19  Misr se aaye Syria.</w:t>
      </w:r>
      <w:r>
        <w:br/>
      </w:r>
      <w:r>
        <w:rPr>
          <w:sz w:val="20"/>
        </w:rPr>
        <w:t>33:24  Syria se phir apne bete Ismail ko un ki maan Hajra ko la kar ke Makkah mein basaya.</w:t>
      </w:r>
      <w:r>
        <w:br/>
      </w:r>
      <w:r>
        <w:rPr>
          <w:sz w:val="20"/>
        </w:rPr>
        <w:t>33:28  kyun? aik daawa team banane ke liye.</w:t>
      </w:r>
      <w:r>
        <w:br/>
      </w:r>
      <w:r>
        <w:rPr>
          <w:sz w:val="20"/>
        </w:rPr>
        <w:t>33:32  aik aisi team jo is zamane mein jo shirk phaila hua tha but parasti phaili hui thi.</w:t>
      </w:r>
      <w:r>
        <w:br/>
      </w:r>
      <w:r>
        <w:rPr>
          <w:sz w:val="20"/>
        </w:rPr>
        <w:t>33:37  to is mahaul se bacha kar aik team bane</w:t>
      </w:r>
      <w:r>
        <w:br/>
      </w:r>
      <w:r>
        <w:rPr>
          <w:sz w:val="20"/>
        </w:rPr>
        <w:t>33:41  jo daawa work kare.</w:t>
      </w:r>
      <w:r>
        <w:br/>
      </w:r>
      <w:r>
        <w:rPr>
          <w:sz w:val="20"/>
        </w:rPr>
        <w:t>33:46  international level par.</w:t>
      </w:r>
      <w:r>
        <w:br/>
      </w:r>
      <w:r>
        <w:rPr>
          <w:sz w:val="20"/>
        </w:rPr>
        <w:t>33:50  to unhon ne aik bohat bara plan yani daawa plan banaya.</w:t>
      </w:r>
      <w:r>
        <w:br/>
      </w:r>
      <w:r>
        <w:rPr>
          <w:sz w:val="20"/>
        </w:rPr>
        <w:t>33:54  aur apne bete ko aur us ko apne apne bete ko aur apni biwi ko la kar yahan basaya.</w:t>
      </w:r>
      <w:r>
        <w:br/>
      </w:r>
      <w:r>
        <w:rPr>
          <w:sz w:val="20"/>
        </w:rPr>
        <w:t>33:59  to ye is mein teen aadmi shamil thay.</w:t>
      </w:r>
      <w:r>
        <w:br/>
      </w:r>
      <w:r>
        <w:rPr>
          <w:sz w:val="20"/>
        </w:rPr>
        <w:t>34:03  Ibrahim, Ismail, Hajra.</w:t>
      </w:r>
      <w:r>
        <w:br/>
      </w:r>
      <w:r>
        <w:rPr>
          <w:sz w:val="20"/>
        </w:rPr>
        <w:t>34:08  to main kahunga ke ye daawa family thi.</w:t>
      </w:r>
    </w:p>
    <w:p>
      <w:pPr>
        <w:pStyle w:val="Heading2"/>
      </w:pPr>
      <w:r>
        <w:t>how attachment to family stops us from real sacrifice</w:t>
      </w:r>
    </w:p>
    <w:p>
      <w:r>
        <w:rPr>
          <w:color w:val="666666"/>
          <w:sz w:val="18"/>
        </w:rPr>
        <w:t>Eid Special CPS Women Interaction June 29, 2023 · 1m 50s · at 19:48 · https://youtu.be/Os7IYYOg8v4?t=1188</w:t>
      </w:r>
    </w:p>
    <w:p>
      <w:r>
        <w:rPr>
          <w:i/>
        </w:rPr>
        <w:t>“Responsibility family ki hai, usse kahin zyada khudi ki hoti hai”</w:t>
      </w:r>
    </w:p>
    <w:p>
      <w:r>
        <w:rPr>
          <w:sz w:val="20"/>
        </w:rPr>
        <w:t>19:48  Yeh baat hamein bahut achhe se samajhna chahiye kyunki hum bahut jaldi ghabra bhi jaate hain aur lekin yeh ek unka to bahut hi waqai mein ek hila dene wala mamla tha ki wahan par koi bhi nahi tha aur ek aurat ek chhote se bachche ko lekar is tarah se unhone jaas liya tha. Matlab iske uske aage to aur kuch soch nahi sakte. Woh level bahut high tha.</w:t>
      </w:r>
      <w:r>
        <w:br/>
      </w:r>
      <w:r>
        <w:rPr>
          <w:sz w:val="20"/>
        </w:rPr>
        <w:t>20:14  Are yeh jo stuti ne kaha ki responsibility family ki hai usi use kahin zyada hota ki hai. To yeh wali baat bhi main aaj bahut zyada isko samajh rahi thi ki kitni badi baat hai aaj hum family mein atke rehte hain. Lekin Hazad Ibrahim wale salam ne ab dekha ki unke maa ba unke wahan apni usko samajh rahe hain woh akele the. To unhone apni family ko chhodkar woh akele tanha kis tarah se chale gaye?</w:t>
      </w:r>
      <w:r>
        <w:br/>
      </w:r>
      <w:r>
        <w:rPr>
          <w:sz w:val="20"/>
        </w:rPr>
        <w:t>20:42  Akele, kis tarah se woh matlab family ko chhodkar Khuda ke liye nikal liye aur phir wahan par jakar phir unhone apni bachche aur biwi ko bhi chhod diya. Matlab Khuda ke liye unhone sab kuch chhod diya aur sirf iman unka jo trust tha woh sirf Khuda hi tha na? Tabhi to itna sambhala Allah Taalan ne. Unko bhi aur unke aaj woh din hai kya?</w:t>
      </w:r>
      <w:r>
        <w:br/>
      </w:r>
      <w:r>
        <w:rPr>
          <w:sz w:val="20"/>
        </w:rPr>
        <w:t>21:07  Aaj hum unko yaad karte hain aur magar hum unke aisi koi ek chhota sa bhi matlab hum chhoti si bhi ek sacrifice nahi de paate. Hum chhoti si cheez usmein bhi trust nahi kar paate. Yahan par bahut zyada sochna hai. Bahut zyada sochna hai. Hum kyun nahi kar paate?</w:t>
      </w:r>
      <w:r>
        <w:br/>
      </w:r>
      <w:r>
        <w:rPr>
          <w:sz w:val="20"/>
        </w:rPr>
        <w:t>21:25  yeh baatein manana sahib bhi bohat hum logon batate the ke namaz roza aur haj karte hain sab log bar sab kuch hota hai lekin hamare paas woh cheez nahi hai jo hum hota ke liye kare.</w:t>
      </w:r>
      <w:r>
        <w:br/>
      </w:r>
      <w:r>
        <w:rPr>
          <w:sz w:val="20"/>
        </w:rPr>
        <w:t>21:38  woh yaqeen paida karna bohat zaroori hai aur Doctor Safeena ki bhi baat hui thi bohat achi lagi ke mujhe aaj is cheez ko samjha ke yeh mission jo hai humein hamara jo hai aaj yeh conditioning tod diya hamari.</w:t>
      </w:r>
    </w:p>
    <w:p>
      <w:pPr>
        <w:pStyle w:val="Heading2"/>
      </w:pPr>
      <w:r>
        <w:t>Allahu Akbar teaches humility, not ego</w:t>
      </w:r>
    </w:p>
    <w:p>
      <w:r>
        <w:rPr>
          <w:color w:val="666666"/>
          <w:sz w:val="18"/>
        </w:rPr>
        <w:t>The Message of Eid Al- Adha November 6, 2011 - Maulana Wahiduddin Khan · 43s · at 16:41 · https://youtu.be/jRx-8VFlR9Q?t=1001</w:t>
      </w:r>
    </w:p>
    <w:p>
      <w:r>
        <w:rPr>
          <w:i/>
        </w:rPr>
        <w:t>“Allah bara hai, main bara nahi hoon”</w:t>
      </w:r>
    </w:p>
    <w:p>
      <w:r>
        <w:rPr>
          <w:sz w:val="20"/>
        </w:rPr>
        <w:t>16:41  lekin Allah bada hamein ek aur baat shamil hai, woh yeh ke main bada nahin hoon. "God is great and I am not great".</w:t>
      </w:r>
      <w:r>
        <w:br/>
      </w:r>
      <w:r>
        <w:rPr>
          <w:sz w:val="20"/>
        </w:rPr>
        <w:t>16:52  iska matlab kya hua? iska matlab yeh hua ke namaz jo hai, modesty ka sabak hai, tawazu ka sabak hai.</w:t>
      </w:r>
      <w:r>
        <w:br/>
      </w:r>
      <w:r>
        <w:rPr>
          <w:sz w:val="20"/>
        </w:rPr>
        <w:t>17:04  kitna bada revolutionary idea hai yeh inqilabi.</w:t>
      </w:r>
      <w:r>
        <w:br/>
      </w:r>
      <w:r>
        <w:rPr>
          <w:sz w:val="20"/>
        </w:rPr>
        <w:t>17:09  agar saare musalmanon mein modesty aa jaye, tawazu aa jaye to kitna bada inqilab ho jaye. modesty zid hai ego ki.</w:t>
      </w:r>
    </w:p>
    <w:p>
      <w:pPr>
        <w:pStyle w:val="Heading2"/>
      </w:pPr>
      <w:r>
        <w:t>Shukr is a star in the heart</w:t>
      </w:r>
    </w:p>
    <w:p>
      <w:r>
        <w:rPr>
          <w:color w:val="666666"/>
          <w:sz w:val="18"/>
        </w:rPr>
        <w:t>Spirit of Hajj | December 10, 2006 | Maulana Wahiduddin Khan · 30s · at 13:53 · https://youtu.be/Iu9NUWWy4pc?t=833</w:t>
      </w:r>
    </w:p>
    <w:p>
      <w:r>
        <w:rPr>
          <w:i/>
        </w:rPr>
        <w:t>“ek shukr ka star aa gaya hai mere dil mein”</w:t>
      </w:r>
    </w:p>
    <w:p>
      <w:r>
        <w:rPr>
          <w:sz w:val="20"/>
        </w:rPr>
        <w:t>13:53  aik shukr ka star aa gaya hai mere dil mein.</w:t>
      </w:r>
      <w:r>
        <w:br/>
      </w:r>
      <w:r>
        <w:rPr>
          <w:sz w:val="20"/>
        </w:rPr>
        <w:t>13:59  keh kaisa ajeeb hai yeh muamla.</w:t>
      </w:r>
      <w:r>
        <w:br/>
      </w:r>
      <w:r>
        <w:rPr>
          <w:sz w:val="20"/>
        </w:rPr>
        <w:t>14:04  keh aik ajeez insan, mein apne ko dunya ka sab se zyada ajeez insan samajhta hoon.</w:t>
      </w:r>
      <w:r>
        <w:br/>
      </w:r>
      <w:r>
        <w:rPr>
          <w:sz w:val="20"/>
        </w:rPr>
        <w:t>14:09  is tarah se minton ke andar aik news ko hasil kar sake.</w:t>
      </w:r>
      <w:r>
        <w:br/>
      </w:r>
      <w:r>
        <w:rPr>
          <w:sz w:val="20"/>
        </w:rPr>
        <w:t>14:14  yeh hai shukr.</w:t>
      </w:r>
      <w:r>
        <w:br/>
      </w:r>
      <w:r>
        <w:rPr>
          <w:sz w:val="20"/>
        </w:rPr>
        <w:t>14:19  shukr koi alhamdulillah ka naam nahi hai.</w:t>
      </w:r>
    </w:p>
    <w:p>
      <w:pPr>
        <w:pStyle w:val="Heading2"/>
      </w:pPr>
      <w:r>
        <w:t>how scholars preserved hadith by staying out of politics</w:t>
      </w:r>
    </w:p>
    <w:p>
      <w:r>
        <w:rPr>
          <w:color w:val="666666"/>
          <w:sz w:val="18"/>
        </w:rPr>
        <w:t>Misconceptions About Islam May 13, 2006 · 5m 53s · at 17:41 · https://youtu.be/EQ79CIexXHY?t=1061</w:t>
      </w:r>
    </w:p>
    <w:p>
      <w:r>
        <w:rPr>
          <w:i/>
        </w:rPr>
        <w:t>“Logon ne bahut zabardast paimane par 15 lakh aadmiyon se contact kiya”</w:t>
      </w:r>
    </w:p>
    <w:p>
      <w:r>
        <w:rPr>
          <w:sz w:val="20"/>
        </w:rPr>
        <w:t>17:41  logon ne bohat zabardast paimaanay par 15 lakh aadmiyon se contact kiya abbas period mein. aur is tarah kiya ke unhon ne yeh jo aaj kal yeh saray jhagray hotay hain har har mulk mein, is se poori tarah apnay ko detach rakha, alag rakha.</w:t>
      </w:r>
      <w:r>
        <w:br/>
      </w:r>
      <w:r>
        <w:rPr>
          <w:sz w:val="20"/>
        </w:rPr>
        <w:t>17:58  aap jante hain ke abbas period mein woh sari kharabiyan aa chuki theen politics mein, jis ko aaj le kar ke log larai kar rahay hain idhar udhar.</w:t>
      </w:r>
      <w:r>
        <w:br/>
      </w:r>
      <w:r>
        <w:rPr>
          <w:sz w:val="20"/>
        </w:rPr>
        <w:t>18:07  lekin yeh muhaddiseen jo thay, yeh jo scholars thay, unhon ne apnay aap ko poori tarah is se alag rakha. yaani political jhagron se alag rakhnay hi ki wajah se yeh possible hua ke 15 lakh aadmiyon ke record tayar karein.</w:t>
      </w:r>
      <w:r>
        <w:br/>
      </w:r>
      <w:r>
        <w:rPr>
          <w:sz w:val="20"/>
        </w:rPr>
        <w:t>18:21  yeh bhi ek history hai ke political jhagron mein jo uljhe ga, woh koi kaam nahi kar sakta. Jisko koi constructive kaam karna hai to us ko pehla kaam yeh karna hoga ke political jhagron se apne ko door le jaye.</w:t>
      </w:r>
      <w:r>
        <w:br/>
      </w:r>
      <w:r>
        <w:rPr>
          <w:sz w:val="20"/>
        </w:rPr>
        <w:t>18:36  Aap ghor kijiye, mein aksar sochta hoon yeh muhaddiseen jin ke mind mein lakhon hadith'ein theen, kyunke is waqt memory, aap aap jante hain ke jab memory bohat use hoti thi is zamane mein to log memory bohat achhi hoti thi.</w:t>
      </w:r>
      <w:r>
        <w:br/>
      </w:r>
      <w:r>
        <w:rPr>
          <w:sz w:val="20"/>
        </w:rPr>
        <w:t>18:53  Photographic memory aaj to chand logon ki hoti hai. Is waqt har aadmi ki photographic memory thi. Ya aisi samajh lijiye, aisi hoti hai. Aaj kisi kisi ki photographic memory hoti hai.</w:t>
      </w:r>
      <w:r>
        <w:br/>
      </w:r>
      <w:r>
        <w:rPr>
          <w:sz w:val="20"/>
        </w:rPr>
        <w:t>19:05  Is zamane mein har aadmi hi ki photographic memory thi, kyunke likhna hota nahi tha. Memory mein rakhte the baaton ko. To photographic memory hua is zamane mein hua karti thi logon ki.</w:t>
      </w:r>
      <w:r>
        <w:br/>
      </w:r>
      <w:r>
        <w:rPr>
          <w:sz w:val="20"/>
        </w:rPr>
        <w:t>19:18  To aap sochiye ke jin logon ke mind mein yeh sari hadith'ein theen, agar woh ladne lagte rulers se, in excuses ko le kar, jaise le kar ke aaj ladaiyan karte hain log Muslim countries mein, to kya hota</w:t>
      </w:r>
      <w:r>
        <w:br/>
      </w:r>
      <w:r>
        <w:rPr>
          <w:sz w:val="20"/>
        </w:rPr>
        <w:t>19:34  ? Yeh sare log qatal kar diye jate aur qabron pe chale jate. Aur hadith ka hamein kuch pata hi nahi hota. Hadith ka pata hi nahi hota hamein ke hadith kahan gayi.</w:t>
      </w:r>
      <w:r>
        <w:br/>
      </w:r>
      <w:r>
        <w:rPr>
          <w:sz w:val="20"/>
        </w:rPr>
        <w:t>19:47  Jin mind mein, jin logon ke memory mein hadith'ein theen, woh agar ladne lagte to yahi hota,</w:t>
      </w:r>
      <w:r>
        <w:br/>
      </w:r>
      <w:r>
        <w:rPr>
          <w:sz w:val="20"/>
        </w:rPr>
        <w:t>19:56  Jaisa ke Bangladesh mein hua, jaisa ke Pakistan mein hua, jaisa ke jaisa ke Afghanistan mein hua. Har jagah kitne sare log lad lad ke qatal ho gaye aur qabron pe chale gaye.</w:t>
      </w:r>
      <w:r>
        <w:br/>
      </w:r>
      <w:r>
        <w:rPr>
          <w:sz w:val="20"/>
        </w:rPr>
        <w:t>20:11  Abbas period mein aap ne kitabon mein parha hoga ke woh sari kharabiyan aa chuki theen, jisko le kar aaj Muslim countries mein so called Islamic yani jamaatein lad rahi hain apne apne rulers se.</w:t>
      </w:r>
      <w:r>
        <w:br/>
      </w:r>
      <w:r>
        <w:rPr>
          <w:sz w:val="20"/>
        </w:rPr>
        <w:t>20:27  Har jagah ladai chhi di hui hai, aap jante hain. Arab world mein Al-Ikhwan Al-Muslimeen jo hai, woh lad rahi hai. Aur Pakistan waghera mein Islami Jamaat Islami lad rahi hai.</w:t>
      </w:r>
      <w:r>
        <w:br/>
      </w:r>
      <w:r>
        <w:rPr>
          <w:sz w:val="20"/>
        </w:rPr>
        <w:t>20:40  Har jagah yeh lad rahe hain log. Jin cheezon ko le kar ke yeh rulers se lad rahe hain, yeh sari kharabiyan Abbas period mein maujood theen.</w:t>
      </w:r>
      <w:r>
        <w:br/>
      </w:r>
      <w:r>
        <w:rPr>
          <w:sz w:val="20"/>
        </w:rPr>
        <w:t>20:50  Agar aisa hota ke in in political kharabiyon ko le kar ladte yeh muhaddis, yeh scholars, ke yeh sab qabar pe chale jate, qaul hadithon ko jama karta, hamein hadithon ke bare mein kuch bhi pata na hota.</w:t>
      </w:r>
      <w:r>
        <w:br/>
      </w:r>
      <w:r>
        <w:rPr>
          <w:sz w:val="20"/>
        </w:rPr>
        <w:t>21:05  Phir is ke</w:t>
      </w:r>
      <w:r>
        <w:br/>
      </w:r>
      <w:r>
        <w:rPr>
          <w:sz w:val="20"/>
        </w:rPr>
        <w:t>21:07  Isi liye hadith mein bohat zyada Rasool Allah ne mana kiya tha ke rulers mein tum kharabiyan dekhoge, lekin un se revolt mat karna. Is ki yahi hikmat thi, is ke peeche yahi wisdom tha ke agar tum ladoge to jo kaam hona hai constructive, woh nahi hoga.</w:t>
      </w:r>
      <w:r>
        <w:br/>
      </w:r>
      <w:r>
        <w:rPr>
          <w:sz w:val="20"/>
        </w:rPr>
        <w:t>21:23  Positive kaam nahi hoga. To sari Islamic learning jo hai, Abbas period mein is ki tadween hui hai.</w:t>
      </w:r>
      <w:r>
        <w:br/>
      </w:r>
      <w:r>
        <w:rPr>
          <w:sz w:val="20"/>
        </w:rPr>
        <w:t>21:33  Ab bataiye ke log ladte agar to sab khatm ho jate? Phir Abdullah ibn Zubair khatm ho gaye aur Sayyid ibn Jubayr khatm ho gaye.</w:t>
      </w:r>
      <w:r>
        <w:br/>
      </w:r>
      <w:r>
        <w:rPr>
          <w:sz w:val="20"/>
        </w:rPr>
        <w:t>21:41  Bohat sare log khatm hue, mare gaye, woh log qatal kiye gaye. To yeh bohat badi hikmat thi, is ko samajh lijiye ke ek kaam ko karne ke liye doosre kaam ko chhodna padta hai.</w:t>
      </w:r>
      <w:r>
        <w:br/>
      </w:r>
      <w:r>
        <w:rPr>
          <w:sz w:val="20"/>
        </w:rPr>
        <w:t>21:53  Aap ek chahte hain ke constructive kaam karein to ladai bhadai chhodni padegi, is ko avoid karna padega. To</w:t>
      </w:r>
      <w:r>
        <w:br/>
      </w:r>
      <w:r>
        <w:rPr>
          <w:sz w:val="20"/>
        </w:rPr>
        <w:t>22:01  In logon ne hadithon ko, mein yeh yeh bataunga aap ko ke yeh jo ilm-e-rijal banaya hai, logon ne kisi bhi hadith ko aap jaanch sakte hain ke woh sahi hai ke nahi sahi hai,</w:t>
      </w:r>
      <w:r>
        <w:br/>
      </w:r>
      <w:r>
        <w:rPr>
          <w:sz w:val="20"/>
        </w:rPr>
        <w:t>22:16  Kyunke jo narrators hain, sab ke halaat maloom hain. Un ke halaat maloom kar kar ke aap jaan sakte hain. Agar aap chahein to direct taur par khud aap in kitabon ko parh</w:t>
      </w:r>
      <w:r>
        <w:br/>
      </w:r>
      <w:r>
        <w:rPr>
          <w:sz w:val="20"/>
        </w:rPr>
        <w:t>22:27  ein. Agar aap ke paas time nahi hai to Allama Nasiruddin Al-Albani ne chha jildon mein kitab likhi, chha volume mein. Chha volume mein ek set ka naam hai "Al-Silsilah Al-Sahiha", doosre ka naam hai "Al-Silsilah Al-Da'ifa".</w:t>
      </w:r>
      <w:r>
        <w:br/>
      </w:r>
      <w:r>
        <w:rPr>
          <w:sz w:val="20"/>
        </w:rPr>
        <w:t>22:44  Puri life khatm kar ke unhone hadithon ko chhanta aur jo hadith'ein authentic theen, un ko unhone "Al-Silsilah Al-Sahiha" mein ikattha kar diya.</w:t>
      </w:r>
      <w:r>
        <w:br/>
      </w:r>
      <w:r>
        <w:rPr>
          <w:sz w:val="20"/>
        </w:rPr>
        <w:t>22:53  Jo hadith'ein authentic nahi theen, un ko "Al-Silsilah Al-Da'ifa" mein ikattha kar diya. To aap agar chahein ke direct taur par ek ek hadith ko chhanen to ilm-e-rijal ki kitabon ko padhiye,</w:t>
      </w:r>
      <w:r>
        <w:br/>
      </w:r>
      <w:r>
        <w:rPr>
          <w:sz w:val="20"/>
        </w:rPr>
        <w:t>23:08  Jis mein ek ek aadmi ke halaat likhe hue maujood hain. Agar aap ke paas itna time nahi hai to Albani sahib ki yeh kitab dekh lijiye, aap chhanat chhanat kar unhone alag kar diya.</w:t>
      </w:r>
      <w:r>
        <w:br/>
      </w:r>
      <w:r>
        <w:rPr>
          <w:sz w:val="20"/>
        </w:rPr>
        <w:t>23:21  "Al-Silsilah Al-Sahiha" mein authentic hadith'ein hain, "Al-Silsilah Al-Da'ifa" mein woh hadith'ein hain jo authentic nahi hain. Yeh koi mushkil kaam nahi ke hadithon ko chhanta jaye.</w:t>
      </w:r>
    </w:p>
    <w:p>
      <w:pPr>
        <w:pStyle w:val="Heading2"/>
      </w:pPr>
      <w:r>
        <w:t>Fasting as disciplined life and self-control</w:t>
      </w:r>
    </w:p>
    <w:p>
      <w:r>
        <w:rPr>
          <w:color w:val="666666"/>
          <w:sz w:val="18"/>
        </w:rPr>
        <w:t>Ramadan The Month of Fasting July 31, 2011- Maulana Wahiduddin Khan · 2m 16s · at 19:12 · https://youtu.be/EpBJ1QtE748?t=1152</w:t>
      </w:r>
    </w:p>
    <w:p>
      <w:r>
        <w:rPr>
          <w:i/>
        </w:rPr>
        <w:t>“Roze ki haqiqat kya hai?”</w:t>
      </w:r>
    </w:p>
    <w:p>
      <w:r>
        <w:rPr>
          <w:sz w:val="20"/>
        </w:rPr>
        <w:t>19:12  haqeeqat kya hai is ki roze ki? mein samajhta hoon ke roza haqeeqat hai</w:t>
      </w:r>
      <w:r>
        <w:br/>
      </w:r>
      <w:r>
        <w:rPr>
          <w:sz w:val="20"/>
        </w:rPr>
        <w:t>19:22  zindagi ko disciplined way mein guzarna.</w:t>
      </w:r>
      <w:r>
        <w:br/>
      </w:r>
      <w:r>
        <w:rPr>
          <w:sz w:val="20"/>
        </w:rPr>
        <w:t>19:29  disciplined way mein guzarna. woh kya hai? dekhein aik hai bandha hua janwar, aik hai khula hua janwar.</w:t>
      </w:r>
      <w:r>
        <w:br/>
      </w:r>
      <w:r>
        <w:rPr>
          <w:sz w:val="20"/>
        </w:rPr>
        <w:t>19:41  khula hua janwar is khet mein jata hai, us khet mein jata hai. koi is ki koi cheez is ko rokti nahi.</w:t>
      </w:r>
      <w:r>
        <w:br/>
      </w:r>
      <w:r>
        <w:rPr>
          <w:sz w:val="20"/>
        </w:rPr>
        <w:t>19:50  lekin yeh bandha janwar jo hai woh usi tak mehdood rehta hai jo is ke samne hai. to hadith mein aata hai ke yeh yeh misaal di gayi hai ke momin ki misaal aisi hai jaise ke aik khunte mein bandha hua ghoda.</w:t>
      </w:r>
      <w:r>
        <w:br/>
      </w:r>
      <w:r>
        <w:rPr>
          <w:sz w:val="20"/>
        </w:rPr>
        <w:t>20:11  "mathal momin wa mathal iman". aik</w:t>
      </w:r>
      <w:r>
        <w:br/>
      </w:r>
      <w:r>
        <w:rPr>
          <w:sz w:val="20"/>
        </w:rPr>
        <w:t>20:19  ghoda khunte mein bandha hua hai, is ki aik rassi hai, farz ki jiye ke teen meter ki. teen meter ke barabar woh ghoomega, is ke aage nahi aa sakta.</w:t>
      </w:r>
      <w:r>
        <w:br/>
      </w:r>
      <w:r>
        <w:rPr>
          <w:sz w:val="20"/>
        </w:rPr>
        <w:t>20:29  to aik janwar jo hai khula hua ho, har khet mein woh daakhil ho jayega. jo bandha hua ho woh usi dayre mein rahega jo is ka is ke malik ne dayra muqarrar kar diya hai.</w:t>
      </w:r>
      <w:r>
        <w:br/>
      </w:r>
      <w:r>
        <w:rPr>
          <w:sz w:val="20"/>
        </w:rPr>
        <w:t>20:44  to goya ke ramzan ka mahina aap ko yaad dilata hai ke aap ko paband zindagi guzarna hai.</w:t>
      </w:r>
      <w:r>
        <w:br/>
      </w:r>
      <w:r>
        <w:rPr>
          <w:sz w:val="20"/>
        </w:rPr>
        <w:t>20:55  disciplined way mein zindagi guzarna hai. apne aap ko control kar ke duniya mein rehna hai. apne bhook par control, apne pyas par control, apni khwahishon par control.</w:t>
      </w:r>
      <w:r>
        <w:br/>
      </w:r>
      <w:r>
        <w:rPr>
          <w:sz w:val="20"/>
        </w:rPr>
        <w:t>21:11  har cheez par control.</w:t>
      </w:r>
      <w:r>
        <w:br/>
      </w:r>
      <w:r>
        <w:rPr>
          <w:sz w:val="20"/>
        </w:rPr>
        <w:t>21:15  to yeh hai ramzan ki haqeeqat. yeh hai ramzan ki haqeeqat. isi liye dekhiye quran mein hai ke: "la'allakum tattaqun".</w:t>
      </w:r>
    </w:p>
    <w:p>
      <w:pPr>
        <w:pStyle w:val="Heading2"/>
      </w:pPr>
      <w:r>
        <w:t>Rain fell right after student's prayer during a drought</w:t>
      </w:r>
    </w:p>
    <w:p>
      <w:r>
        <w:rPr>
          <w:color w:val="666666"/>
          <w:sz w:val="18"/>
        </w:rPr>
        <w:t>The Concept of Dua In Islam May 27, 2007 · 2m 34s · at 50:40 · https://youtu.be/wkRQaMb04dI?t=3040</w:t>
      </w:r>
    </w:p>
    <w:p>
      <w:r>
        <w:rPr>
          <w:i/>
        </w:rPr>
        <w:t>“1940 میں مدرسے میں استسقاء کی نماز کا واقعہ”</w:t>
      </w:r>
    </w:p>
    <w:p>
      <w:r>
        <w:rPr>
          <w:sz w:val="20"/>
        </w:rPr>
        <w:t>50:40  maine bhi yeh karishma dua ke zariye baarish ka karishma maine khud bhi dekha hai jab hum padhte the madras e mein, ghaliban 1940 ki baat hai, 1940 ki baat hai, 1940 ki baat hai.</w:t>
      </w:r>
      <w:r>
        <w:br/>
      </w:r>
      <w:r>
        <w:rPr>
          <w:sz w:val="20"/>
        </w:rPr>
        <w:t>50:55  to bahut qahat pada, sokha pada, baarish ruk gayi, woh bahut pareshan the. To main is zamane mein padhta tha madras e mein</w:t>
      </w:r>
      <w:r>
        <w:br/>
      </w:r>
      <w:r>
        <w:rPr>
          <w:sz w:val="20"/>
        </w:rPr>
        <w:t>51:06  to yeh hua ke istisqa ki namaz padhi jaye. Istisqa ki namaz maidan mein padhi jati thi, khuli masjid mein nahi padhi jati.</w:t>
      </w:r>
      <w:r>
        <w:br/>
      </w:r>
      <w:r>
        <w:rPr>
          <w:sz w:val="20"/>
        </w:rPr>
        <w:t>51:15  istisqa ki namaz masjid mein nahi padhi jati, khule maidan mein padhi jati hai. To wahan hamare madras e se kuch do kilometer shayad jagah fasla hoga, do kilometer ke fasle par ek jagah thi bina para, wahan par ek bahut khula maidan tha.</w:t>
      </w:r>
      <w:r>
        <w:br/>
      </w:r>
      <w:r>
        <w:rPr>
          <w:sz w:val="20"/>
        </w:rPr>
        <w:t>51:34  to hum madras e ke log wahan gaye, gaon ke log wahan aaye aur ek wahan kafi log ikhatta hue. To mere ustad the Maulana Saeed Ahmed Nadvi, ek sahib the, woh bahut hi naik aadmi the,</w:t>
      </w:r>
      <w:r>
        <w:br/>
      </w:r>
      <w:r>
        <w:rPr>
          <w:sz w:val="20"/>
        </w:rPr>
        <w:t>51:51  waisa naik aadmi shayad kam dekha ho maine. Maulana Saeed Ahmed Nadvi mujh e mujhko hadith inse maine hadith padhi hai,</w:t>
      </w:r>
      <w:r>
        <w:br/>
      </w:r>
      <w:r>
        <w:rPr>
          <w:sz w:val="20"/>
        </w:rPr>
        <w:t>52:04  woh hadith ke ustad the hamare madras e mein. Kabhi maine unko kuch kisi se ghasp karte hue, paan khate hue, idhar khade idhar khade nahi dekha.</w:t>
      </w:r>
      <w:r>
        <w:br/>
      </w:r>
      <w:r>
        <w:rPr>
          <w:sz w:val="20"/>
        </w:rPr>
        <w:t>52:13  apne kamre mein rehte the, kitabon ka study karte the aur class bhaag ke padha dete the, bas namaz padhte the. Bahut hi naik aadmi the.</w:t>
      </w:r>
      <w:r>
        <w:br/>
      </w:r>
      <w:r>
        <w:rPr>
          <w:sz w:val="20"/>
        </w:rPr>
        <w:t>52:23  to hum sab log wahan gaye aur unhone namaz padhai Maulana Saeed sahib ne.</w:t>
      </w:r>
      <w:r>
        <w:br/>
      </w:r>
      <w:r>
        <w:rPr>
          <w:sz w:val="20"/>
        </w:rPr>
        <w:t>52:30  yeh baat hai 1940 ki ghaliban.</w:t>
      </w:r>
      <w:r>
        <w:br/>
      </w:r>
      <w:r>
        <w:rPr>
          <w:sz w:val="20"/>
        </w:rPr>
        <w:t>52:34  to jab hum log gaye the madras e se to ek dam dhoop thi, bahut sakht dhoop thi, bahut zabardast dhoop thi. Aur Maulana Saeed sahib ne namaz padhai aur dua kiya.</w:t>
      </w:r>
      <w:r>
        <w:br/>
      </w:r>
      <w:r>
        <w:rPr>
          <w:sz w:val="20"/>
        </w:rPr>
        <w:t>52:53  to waqeatan woh kiske kiske dil se unhone dua ki hogi, Allah hi behtar janta hai. Lekin wahi waqea hua ke jab hum wahan se laute, madras e tak pahunchte pahunchte khoob baarish shuru ho gayi, yani abhi bheegte hue apne kamre mein dakhil hue.</w:t>
      </w:r>
    </w:p>
    <w:p>
      <w:pPr>
        <w:pStyle w:val="Heading2"/>
      </w:pPr>
      <w:r>
        <w:t>Ruku and Sujud as universal submission to God</w:t>
      </w:r>
    </w:p>
    <w:p>
      <w:r>
        <w:rPr>
          <w:color w:val="666666"/>
          <w:sz w:val="18"/>
        </w:rPr>
        <w:t>Islamic Prayer (English) February 27, 2007 · 2m 01s · at 14:26 · https://youtu.be/7G6Wa2IGSwE?t=866</w:t>
      </w:r>
    </w:p>
    <w:p>
      <w:r>
        <w:rPr>
          <w:i/>
        </w:rPr>
        <w:t>“You bow your head before God. Then you do Sujud.”</w:t>
      </w:r>
    </w:p>
    <w:p>
      <w:r>
        <w:rPr>
          <w:sz w:val="20"/>
        </w:rPr>
        <w:t>14:26  Then, after reading some more verses from the Qur'an, you go to Ruku.</w:t>
      </w:r>
      <w:r>
        <w:br/>
      </w:r>
      <w:r>
        <w:rPr>
          <w:sz w:val="20"/>
        </w:rPr>
        <w:t>14:35  You bow your head before God. Then you do Sujudah. You put your head on the earth</w:t>
      </w:r>
      <w:r>
        <w:br/>
      </w:r>
      <w:r>
        <w:rPr>
          <w:sz w:val="20"/>
        </w:rPr>
        <w:t>14:50  . This is</w:t>
      </w:r>
      <w:r>
        <w:br/>
      </w:r>
      <w:r>
        <w:rPr>
          <w:sz w:val="20"/>
        </w:rPr>
        <w:t>14:54  a</w:t>
      </w:r>
      <w:r>
        <w:br/>
      </w:r>
      <w:r>
        <w:rPr>
          <w:sz w:val="20"/>
        </w:rPr>
        <w:t>14:58  symbol of surrendering before God. It is a symbol of submission. Submission is the essence of Salat.</w:t>
      </w:r>
      <w:r>
        <w:br/>
      </w:r>
      <w:r>
        <w:rPr>
          <w:sz w:val="20"/>
        </w:rPr>
        <w:t>15:12  Submission is the universal religion.</w:t>
      </w:r>
      <w:r>
        <w:br/>
      </w:r>
      <w:r>
        <w:rPr>
          <w:sz w:val="20"/>
        </w:rPr>
        <w:t>15:19  Submission is the religion of both man and the universe.</w:t>
      </w:r>
      <w:r>
        <w:br/>
      </w:r>
      <w:r>
        <w:rPr>
          <w:sz w:val="20"/>
        </w:rPr>
        <w:t>15:26  The whole universe, all parts of the universe, all planets, all stars, and mountains and oceans, everything</w:t>
      </w:r>
      <w:r>
        <w:br/>
      </w:r>
      <w:r>
        <w:rPr>
          <w:sz w:val="20"/>
        </w:rPr>
        <w:t>15:42  is submitted to God.</w:t>
      </w:r>
      <w:r>
        <w:br/>
      </w:r>
      <w:r>
        <w:rPr>
          <w:sz w:val="20"/>
        </w:rPr>
        <w:t>15:46  Everything is surrendering to God. So Namaaz is also an act of surrender, an act of submission.</w:t>
      </w:r>
      <w:r>
        <w:br/>
      </w:r>
      <w:r>
        <w:rPr>
          <w:sz w:val="20"/>
        </w:rPr>
        <w:t>16:01  So when you perform Ruku, when you perform Sujudah, so externally, it is Ruku or Sujudah.</w:t>
      </w:r>
      <w:r>
        <w:br/>
      </w:r>
      <w:r>
        <w:rPr>
          <w:sz w:val="20"/>
        </w:rPr>
        <w:t>16:16  But internally, it is surrender. It is submission. This is the spirit of Salat.</w:t>
      </w:r>
    </w:p>
    <w:p>
      <w:pPr>
        <w:pStyle w:val="Heading2"/>
      </w:pPr>
      <w:r>
        <w:t>Popular ideas of the 'biggest dua' are bogus</w:t>
      </w:r>
    </w:p>
    <w:p>
      <w:r>
        <w:rPr>
          <w:color w:val="666666"/>
          <w:sz w:val="18"/>
        </w:rPr>
        <w:t>What is Dua (Only Lecture) April 26, 2009 Maulana Wahiduddin Khan · 41s · at 12:43 · https://youtu.be/JxIR0o_C7GM?t=763</w:t>
      </w:r>
    </w:p>
    <w:p>
      <w:r>
        <w:rPr>
          <w:i/>
        </w:rPr>
        <w:t>“Sab se badi dua samajhte hain fulan hazrat se karwa li jaye”</w:t>
      </w:r>
    </w:p>
    <w:p>
      <w:r>
        <w:rPr>
          <w:sz w:val="20"/>
        </w:rPr>
        <w:t>12:43  sab se bari dua samajhte hain ke falan hazrat se dua kara li jaye, falan dargah mein ja kar dua kara li jaye, falan kuch khaas tarah ke words hain, is ko parh diya jaye to sab se bari dua ho jayegi.</w:t>
      </w:r>
      <w:r>
        <w:br/>
      </w:r>
      <w:r>
        <w:rPr>
          <w:sz w:val="20"/>
        </w:rPr>
        <w:t>12:59  yeh sab bilkul bogus baatein hain.</w:t>
      </w:r>
      <w:r>
        <w:br/>
      </w:r>
      <w:r>
        <w:rPr>
          <w:sz w:val="20"/>
        </w:rPr>
        <w:t>13:04  mein samajhta hoon ke sab se bari dua woh hai jo madri zuban mein uble. jab jazbat ka samandar aap ke andar hota hai, jazbat ka samandar to sirf madri zubani mein niklta hai.</w:t>
      </w:r>
      <w:r>
        <w:br/>
      </w:r>
      <w:r>
        <w:rPr>
          <w:sz w:val="20"/>
        </w:rPr>
        <w:t>13:16  woh yaad rakhiye, rate hue alfaz mein nahi nikalta.</w:t>
      </w:r>
    </w:p>
    <w:p>
      <w:pPr>
        <w:pStyle w:val="Heading2"/>
      </w:pPr>
      <w:r>
        <w:t>Story of Adam: forgetting 99 percent over 1</w:t>
      </w:r>
    </w:p>
    <w:p>
      <w:r>
        <w:rPr>
          <w:color w:val="666666"/>
          <w:sz w:val="18"/>
        </w:rPr>
        <w:t>An Intellectual Journey May 1, 2011 · 2m 57s · at 19:06 · https://youtu.be/AqjjyimoIqw?t=1146</w:t>
      </w:r>
    </w:p>
    <w:p>
      <w:r>
        <w:rPr>
          <w:i/>
        </w:rPr>
        <w:t>“Main ne kaha dekhen, hota kya hai”</w:t>
      </w:r>
    </w:p>
    <w:p>
      <w:r>
        <w:rPr>
          <w:sz w:val="20"/>
        </w:rPr>
        <w:t>19:06  wahan main ek majlis mein main ne kaha ke dekho hota kya hai? Adam ka qissa main ne bataya. Hazrat Adam ko Allah taala ne paida kiya to jannat de di aur kaha ke jannat mein khoob jaise chaho waise raho.</w:t>
      </w:r>
      <w:r>
        <w:br/>
      </w:r>
      <w:r>
        <w:rPr>
          <w:sz w:val="20"/>
        </w:rPr>
        <w:t>19:23  poora jannat tumhare liye khuli hui hai. Lekin wahan par ek darakht tha, shajar mamnu'a yani forbidden tree.</w:t>
      </w:r>
      <w:r>
        <w:br/>
      </w:r>
      <w:r>
        <w:rPr>
          <w:sz w:val="20"/>
        </w:rPr>
        <w:t>19:34  is se is se bachao apne aap ko. Don't approach this tree. To goya ke 99 percent se zyada cheezein mili hui theen Adam ko.</w:t>
      </w:r>
      <w:r>
        <w:br/>
      </w:r>
      <w:r>
        <w:rPr>
          <w:sz w:val="20"/>
        </w:rPr>
        <w:t>19:46  ek percent se kam ek cheez thi, wo ek darakht.</w:t>
      </w:r>
      <w:r>
        <w:br/>
      </w:r>
      <w:r>
        <w:rPr>
          <w:sz w:val="20"/>
        </w:rPr>
        <w:t>19:50  wo ek darakht jo hai jannat ki nematon mein one percent se bhi kam tha. Aur baqi jo mili hui thi, wo more than 99 percent tha. To un ka temptation jo hai, wo jaaga aur un ka shaitan ne un ko bharkaya.</w:t>
      </w:r>
      <w:r>
        <w:br/>
      </w:r>
      <w:r>
        <w:rPr>
          <w:sz w:val="20"/>
        </w:rPr>
        <w:t>20:08  yeh Quran majeed mein hai ke bhai asal cheez to yahi hai jis se un ko roka gaya hai.</w:t>
      </w:r>
      <w:r>
        <w:br/>
      </w:r>
      <w:r>
        <w:rPr>
          <w:sz w:val="20"/>
        </w:rPr>
        <w:t>20:13  is is is is yani is forbidden tree ko itna badhaya, itna badhaya, itna badhaya hai ke wo sab kuch isi mein hai. To wo jo 99 percent mila hua tha, wo bhool gaya un ko.</w:t>
      </w:r>
      <w:r>
        <w:br/>
      </w:r>
      <w:r>
        <w:rPr>
          <w:sz w:val="20"/>
        </w:rPr>
        <w:t>20:26  aur ja kar unhone kha liya aur phir jannat se nikal diye gaye.</w:t>
      </w:r>
      <w:r>
        <w:br/>
      </w:r>
      <w:r>
        <w:rPr>
          <w:sz w:val="20"/>
        </w:rPr>
        <w:t>20:32  to main ne kaha ke dekho is mein kya sabak hai?</w:t>
      </w:r>
      <w:r>
        <w:br/>
      </w:r>
      <w:r>
        <w:rPr>
          <w:sz w:val="20"/>
        </w:rPr>
        <w:t>20:35  sabak yeh hai ke har aadmi, har aadmi, har aadmi ko 99 item mile hue hain. Koi bhi aisa nahi hai jis ke jis ko 99 item blessing ke naam mile hue hon.</w:t>
      </w:r>
      <w:r>
        <w:br/>
      </w:r>
      <w:r>
        <w:rPr>
          <w:sz w:val="20"/>
        </w:rPr>
        <w:t>20:53  lekin is koi na koi ek item is ko nahi mila hua hota hai. Wo har ek ko, chahe wo president ho, chahe king ho, chahe koi baldi aadmi ho, ek item to miss karega har ek ko.</w:t>
      </w:r>
      <w:r>
        <w:br/>
      </w:r>
      <w:r>
        <w:rPr>
          <w:sz w:val="20"/>
        </w:rPr>
        <w:t>21:06  phir bhi jannat mili thi un ko, yani Adam ko, phir bhi ek item, ek item miss kar raha tha. Yani poore pe jannat un ko de di gayi thi jo hazaron empire se bari thi wo.</w:t>
      </w:r>
      <w:r>
        <w:br/>
      </w:r>
      <w:r>
        <w:rPr>
          <w:sz w:val="20"/>
        </w:rPr>
        <w:t>21:22  lekin ek item nahi tha, bas isi par unhone concentrate kar diya. Bas yahin par sab kuch hai.</w:t>
      </w:r>
      <w:r>
        <w:br/>
      </w:r>
      <w:r>
        <w:rPr>
          <w:sz w:val="20"/>
        </w:rPr>
        <w:t>21:28  yeh hai, yeh hai yani test aadmi ka ke tum apna dhyan 99 percent pe lagao, one percent ko bhula do.</w:t>
      </w:r>
      <w:r>
        <w:br/>
      </w:r>
      <w:r>
        <w:rPr>
          <w:sz w:val="20"/>
        </w:rPr>
        <w:t>21:40  tab tum distraction se bacho ge.</w:t>
      </w:r>
      <w:r>
        <w:br/>
      </w:r>
      <w:r>
        <w:rPr>
          <w:sz w:val="20"/>
        </w:rPr>
        <w:t>21:44  distraction jo hai, wo isi liye hota hai ke aadmi is ek cheez jo aap ko nahi mili, isi par aap ka focus ho jata hai. Aur wo bohat hi disastrous hai.</w:t>
      </w:r>
      <w:r>
        <w:br/>
      </w:r>
      <w:r>
        <w:rPr>
          <w:sz w:val="20"/>
        </w:rPr>
        <w:t>21:56  and that leads to explosion from paradise. Kitna disastrous hai?</w:t>
      </w:r>
    </w:p>
    <w:p>
      <w:pPr>
        <w:pStyle w:val="Heading2"/>
      </w:pPr>
      <w:r>
        <w:t>Responding to Quranists with the heart, not conflict</w:t>
      </w:r>
    </w:p>
    <w:p>
      <w:r>
        <w:rPr>
          <w:color w:val="666666"/>
          <w:sz w:val="18"/>
        </w:rPr>
        <w:t>An Intellectual Journey May 1, 2011 · 2m 34s · at 1:24:42 · https://youtu.be/AqjjyimoIqw?t=5082</w:t>
      </w:r>
    </w:p>
    <w:p>
      <w:r>
        <w:rPr>
          <w:i/>
        </w:rPr>
        <w:t>“Dekhein, cope ka nazariya hi batil hai”</w:t>
      </w:r>
    </w:p>
    <w:p>
      <w:r>
        <w:rPr>
          <w:sz w:val="20"/>
        </w:rPr>
        <w:t>1:24:42  Kindly suggest how to cope with this problem so that we can stand against this satanic delusion. dekhen, cope ka nazariya hi batil hai, yeh jo nazariya hai ke how to cope, cope ka karna hai,</w:t>
      </w:r>
      <w:r>
        <w:br/>
      </w:r>
      <w:r>
        <w:rPr>
          <w:sz w:val="20"/>
        </w:rPr>
        <w:t>1:24:56  khair khwahi ke sath un ko se miliye, kitaaben dijiye, un ke liye dua kijiye. yeh cope ko jo lafz hai, woh mujhe pasand nahi hai.</w:t>
      </w:r>
      <w:r>
        <w:br/>
      </w:r>
      <w:r>
        <w:rPr>
          <w:sz w:val="20"/>
        </w:rPr>
        <w:t>1:25:07  aisa koi bhi shakhs jo aap ke ilm mein aata hai, us se miliye, us se baat kijiye. agar woh sincere hai aur waqai baat karta hai to baat chalaie, warna us ko kitaab dijiye.</w:t>
      </w:r>
      <w:r>
        <w:br/>
      </w:r>
      <w:r>
        <w:rPr>
          <w:sz w:val="20"/>
        </w:rPr>
        <w:t>1:25:19  is se bhi nahi kaam chalta, dua kijiye. bas un se na to nafrat paida kijiye, na un ko bura samjhiye, kuch nahi.</w:t>
      </w:r>
      <w:r>
        <w:br/>
      </w:r>
      <w:r>
        <w:rPr>
          <w:sz w:val="20"/>
        </w:rPr>
        <w:t>1:25:28  un ko samjhiye ke deviation ka case hai. deviation</w:t>
      </w:r>
      <w:r>
        <w:br/>
      </w:r>
      <w:r>
        <w:rPr>
          <w:sz w:val="20"/>
        </w:rPr>
        <w:t>1:25:33  yeh matlab hai ke bas ek koi saazish hai, yahudiyon ki saazish hai, aur yahudiyon ne saazish kar ke group khara kar rakha. yeh sab yeh soch bilkul galat hai.</w:t>
      </w:r>
      <w:r>
        <w:br/>
      </w:r>
      <w:r>
        <w:rPr>
          <w:sz w:val="20"/>
        </w:rPr>
        <w:t>1:25:42  aksar log yahi karte hain, yeh saazish ke alfaaz mein bayan karte hain, yeh saazish hai. ajeeb ghareeb qism ke tasawwurat musalmanon mein bane hue hain. har cheez ko saazish, har cheez ko saazish, koi saazish nahin.</w:t>
      </w:r>
      <w:r>
        <w:br/>
      </w:r>
      <w:r>
        <w:rPr>
          <w:sz w:val="20"/>
        </w:rPr>
        <w:t>1:25:54  un ki samajh mein nahin baat aa rahi, aap ko samjhaiye aur kitabein dijiye. nahin bhi kaam banta hai to dua kijiye</w:t>
      </w:r>
      <w:r>
        <w:br/>
      </w:r>
      <w:r>
        <w:rPr>
          <w:sz w:val="20"/>
        </w:rPr>
        <w:t>1:26:01  ye. bas yeh mat sochein ke yeh saazish hai, yeh satanic, yeh satanic hain. yeh log yeh sab alfaaz bolne ke maani hain ke aap un ki islaah nahin kar sakte.</w:t>
      </w:r>
      <w:r>
        <w:br/>
      </w:r>
      <w:r>
        <w:rPr>
          <w:sz w:val="20"/>
        </w:rPr>
        <w:t>1:26:10  aap ke dil mein un ke liye khair khwahi nahin hai. yeh tareeqa mein dekh, har islaah dil se shuru hoti hai. yaad rakhiye, har islaah dil se shuru hoti hai.</w:t>
      </w:r>
      <w:r>
        <w:br/>
      </w:r>
      <w:r>
        <w:rPr>
          <w:sz w:val="20"/>
        </w:rPr>
        <w:t>1:26:25  yeh dil mein khair khwahi, dil mein mohabbat, dil mein islaah ka jazba yahan se shuru hota hai. woh to logon ko to hai nahin, bas chahte hain ke bahar ja ke muqabla karein aur takrao karein, fatwa dein ke sahib yeh gumrah hain ya batil hain, yeh jahannum mein jayenge.</w:t>
      </w:r>
      <w:r>
        <w:br/>
      </w:r>
      <w:r>
        <w:rPr>
          <w:sz w:val="20"/>
        </w:rPr>
        <w:t>1:26:42  yeh koi tareeqa nahin hai.</w:t>
      </w:r>
      <w:r>
        <w:br/>
      </w:r>
      <w:r>
        <w:rPr>
          <w:sz w:val="20"/>
        </w:rPr>
        <w:t>1:26:45  to dawat ya islaah shuru hoti hai aap ke dil se, aur aap ke dil se shuru hone ka matlab yeh hai ke sab se pehle un ke khair khwah baniye, un se mohabbat karna seekhiye, un se, un ke,</w:t>
      </w:r>
      <w:r>
        <w:br/>
      </w:r>
      <w:r>
        <w:rPr>
          <w:sz w:val="20"/>
        </w:rPr>
        <w:t>1:27:02  un ke bare mein sanjeedgi ke sath sochiye ke kahan un ka dimagh atka hua hai, kis tarah hum un ke dimagh ko address kar sakte hain. is tarah se kaam hota hai.</w:t>
      </w:r>
    </w:p>
    <w:p>
      <w:pPr>
        <w:pStyle w:val="Heading2"/>
      </w:pPr>
      <w:r>
        <w:t>fasting redefined as reduction not renunciation of food</w:t>
      </w:r>
    </w:p>
    <w:p>
      <w:r>
        <w:rPr>
          <w:color w:val="666666"/>
          <w:sz w:val="18"/>
        </w:rPr>
        <w:t>Roza A Spiritual Jihad August 28, 2011 Maulana Wahiduddin Khan · 24s · at 5:48 · https://youtu.be/7Xc_Fl6z5xU?t=348</w:t>
      </w:r>
    </w:p>
    <w:p>
      <w:r>
        <w:rPr>
          <w:i/>
        </w:rPr>
        <w:t>“Roza kya hai? It is not renouncing food”</w:t>
      </w:r>
    </w:p>
    <w:p>
      <w:r>
        <w:rPr>
          <w:sz w:val="20"/>
        </w:rPr>
        <w:t>5:48  dekhiye, roza roza kya hai? roza tark-e-ta'am ka naam nahin hai. roza taqleel-e-ta'am ka naam hai.</w:t>
      </w:r>
      <w:r>
        <w:br/>
      </w:r>
      <w:r>
        <w:rPr>
          <w:sz w:val="20"/>
        </w:rPr>
        <w:t>6:00  yani khana chhodna nahin, balkeh khana kam karna hai. din ko khana, raat ko na khana yahi to hai. yeh taqleel hai, taqleel-e-ta'am hai.</w:t>
      </w:r>
    </w:p>
    <w:p>
      <w:pPr>
        <w:pStyle w:val="Heading2"/>
      </w:pPr>
      <w:r>
        <w:t>Fasting as reminder of two lives</w:t>
      </w:r>
    </w:p>
    <w:p>
      <w:r>
        <w:rPr>
          <w:color w:val="666666"/>
          <w:sz w:val="18"/>
        </w:rPr>
        <w:t>Roza and Ramadan September 3, 2007 Maulana Wahiduddin Khan · 2m 17s · at 9:11 · https://youtu.be/98PTg3r7yYE?t=551</w:t>
      </w:r>
    </w:p>
    <w:p>
      <w:r>
        <w:rPr>
          <w:i/>
        </w:rPr>
        <w:t>“Fasting and iftar are a great reminder”</w:t>
      </w:r>
    </w:p>
    <w:p>
      <w:r>
        <w:rPr>
          <w:sz w:val="20"/>
        </w:rPr>
        <w:t>9:11  is par ghor karte hue meri samajh mein aaya yeh baat aati hai ke roza aur iftar yeh darasal ek bohat bade reminder ki hesiyat rakhte hain.</w:t>
      </w:r>
      <w:r>
        <w:br/>
      </w:r>
      <w:r>
        <w:rPr>
          <w:sz w:val="20"/>
        </w:rPr>
        <w:t>9:23  reminder. yani zindagi ke reminder. yani roza yeh batata hai ke hamari zindagi ke do phases hain,</w:t>
      </w:r>
      <w:r>
        <w:br/>
      </w:r>
      <w:r>
        <w:rPr>
          <w:sz w:val="20"/>
        </w:rPr>
        <w:t>9:39  do period hain. ek hai roza period aur ek hai reward period.</w:t>
      </w:r>
      <w:r>
        <w:br/>
      </w:r>
      <w:r>
        <w:rPr>
          <w:sz w:val="20"/>
        </w:rPr>
        <w:t>9:48  aaj ki duniya mein hamein roze wali zindagi guzarna hai aur phir kya hoga ke agli zindagi mein, world year after mein hum ko is ka reward milega.</w:t>
      </w:r>
      <w:r>
        <w:br/>
      </w:r>
      <w:r>
        <w:rPr>
          <w:sz w:val="20"/>
        </w:rPr>
        <w:t>10:03  yeh hai. to yeh siyam period hai. baad wala jo hai woh reward period hoga. to isi liye farmaya ke roze ko, rozedar ko ek khushi woh hogi jab ke woh Khuda ke haan is ka inaam payega.</w:t>
      </w:r>
      <w:r>
        <w:br/>
      </w:r>
      <w:r>
        <w:rPr>
          <w:sz w:val="20"/>
        </w:rPr>
        <w:t>10:19  wohi asli khushi hai, wohi eternal khushi hai. yeh kaise? dekhen duniya mein Khuda ne har qism ki cheezen rakh di hain.</w:t>
      </w:r>
      <w:r>
        <w:br/>
      </w:r>
      <w:r>
        <w:rPr>
          <w:sz w:val="20"/>
        </w:rPr>
        <w:t>10:31  ek taraf hamare andar desire hain, har qism ke desire. hum ko freedom mila hua hai. duniya mein sari qism ki cheezen hain jo jin ki taraf aadmi daudta hai.</w:t>
      </w:r>
      <w:r>
        <w:br/>
      </w:r>
      <w:r>
        <w:rPr>
          <w:sz w:val="20"/>
        </w:rPr>
        <w:t>10:44  apni greed ke liye, apni selfishness ke liye. to duniya mein jo insaan ka jo test hai woh yeh hai ke woh duniya mein rozedar ban kar rahe.</w:t>
      </w:r>
      <w:r>
        <w:br/>
      </w:r>
      <w:r>
        <w:rPr>
          <w:sz w:val="20"/>
        </w:rPr>
        <w:t>11:00  aur agar roza alamat hai duniya ki zindagi ki aur iftar jo hai yani sham ko jo hum khate hain, peete hain, khush hote hain woh alamat hai akhirat ki zindagi ki.</w:t>
      </w:r>
      <w:r>
        <w:br/>
      </w:r>
      <w:r>
        <w:rPr>
          <w:sz w:val="20"/>
        </w:rPr>
        <w:t>11:15  roza duniya ki zindagi ki alamat hai aur iftar akhirat ki zindagi ki alamat hai. yani duniya mein insaan ko rozedar ban kar rehna hai.</w:t>
      </w:r>
    </w:p>
    <w:p>
      <w:pPr>
        <w:pStyle w:val="Heading2"/>
      </w:pPr>
      <w:r>
        <w:t>true criterion of prayer is inner humility, not form</w:t>
      </w:r>
    </w:p>
    <w:p>
      <w:r>
        <w:rPr>
          <w:color w:val="666666"/>
          <w:sz w:val="18"/>
        </w:rPr>
        <w:t>Misconceptions About Islam May 13, 2006 · 43s · at 39:56 · https://youtu.be/EQ79CIexXHY?t=2396</w:t>
      </w:r>
    </w:p>
    <w:p>
      <w:r>
        <w:rPr>
          <w:i/>
        </w:rPr>
        <w:t>“Namaz ka criteria hai khushu, form nahi”</w:t>
      </w:r>
    </w:p>
    <w:p>
      <w:r>
        <w:rPr>
          <w:sz w:val="20"/>
        </w:rPr>
        <w:t>39:56  asal cheez hai spirit, asal cheez hai rooh, asal cheez hai Khuda ka khauf. Quran mein hai ke "qad aflaha al-mu'minun alladhina fi salatihim khashi'un".</w:t>
      </w:r>
      <w:r>
        <w:br/>
      </w:r>
      <w:r>
        <w:rPr>
          <w:sz w:val="20"/>
        </w:rPr>
        <w:t>40:06  yani namaz ka criteria kya hai? is ke andar khushu ho. is ayat par gaur kijiye aap. hadith mein bhi aata hai ke "allah salata liman lam yatakhashsha".</w:t>
      </w:r>
      <w:r>
        <w:br/>
      </w:r>
      <w:r>
        <w:rPr>
          <w:sz w:val="20"/>
        </w:rPr>
        <w:t>40:16  toh namaz hui ke nahi hui, is ka criteria hai khushu. lekin logon ne kya bana liya?</w:t>
      </w:r>
      <w:r>
        <w:br/>
      </w:r>
      <w:r>
        <w:rPr>
          <w:sz w:val="20"/>
        </w:rPr>
        <w:t>40:22  criteria ke form durust hua ke nahi durust hua? ek set pattern ke mutabiq padhi ke nahi padhi gayi? toh unhone criteria badal diya.</w:t>
      </w:r>
      <w:r>
        <w:br/>
      </w:r>
      <w:r>
        <w:rPr>
          <w:sz w:val="20"/>
        </w:rPr>
        <w:t>40:33  criteria tha spirit aur bana diya unhone form. is ki wajah se yeh jhagde hue hain, itne</w:t>
      </w:r>
    </w:p>
    <w:p>
      <w:pPr>
        <w:pStyle w:val="Heading2"/>
      </w:pPr>
      <w:r>
        <w:t>Prophet's farewell message of unity and dawah</w:t>
      </w:r>
    </w:p>
    <w:p>
      <w:r>
        <w:rPr>
          <w:color w:val="666666"/>
          <w:sz w:val="18"/>
        </w:rPr>
        <w:t>The Pilgrimage of Hajj | Maulana Wahiduddin Khan · 5m 35s · at 36:40 · https://youtu.be/LrI5xzFpjCs?t=2200</w:t>
      </w:r>
    </w:p>
    <w:p>
      <w:r>
        <w:rPr>
          <w:i/>
        </w:rPr>
        <w:t>“Phir dekhiye, Hajj ke aakhri phase mein kya hua?”</w:t>
      </w:r>
    </w:p>
    <w:p>
      <w:r>
        <w:rPr>
          <w:sz w:val="20"/>
        </w:rPr>
        <w:t>36:40  phir dekhiye, hajj ke aakhri yaani final phase mein wahan par kya hua? Rasool Allah sal Allah alaihi wasallam ne khutba diya jis ko khutba e hajjat ul wida kaha jata hai kyunke Rasool Allah sal Allah alaihi wasallam is hajj ke baad jaldi wafat pa gaye, do dhai mahine ke baad. To ye aap ki ummat se aakhri mulaqat thi, goya jahan taqreeban</w:t>
      </w:r>
      <w:r>
        <w:br/>
      </w:r>
      <w:r>
        <w:rPr>
          <w:sz w:val="20"/>
        </w:rPr>
        <w:t>37:12  yaani dehd lakh aadmi ekatha the. To wahan par aap ne ek khutba diya, ye khutba e hajjat ul wida ke naam se kitabon mein maujood hai. Is khutbe mein main aap ne kai baaten farmayin, main yahan do baaton ka zikr karunga. Is khutbe mein aap ne ek to ye aelan farmaya ke la fazla arabi al alameen, ek ko doosre par koi fazilat nahi, a</w:t>
      </w:r>
      <w:r>
        <w:br/>
      </w:r>
      <w:r>
        <w:rPr>
          <w:sz w:val="20"/>
        </w:rPr>
        <w:t>37:42  rabi ko ghair arabi par koi farq nahi, ek nasl aur doosri nasl ke darmiyan koi imtiyaz nahi. Superior race aur inferior race ke fitne ke myth ko aap ne khatam kar diya. Hazaron saal se insan is myth mein jee raha tha, koi race superior race hai, koi race inferior race hai. Aap ne aelan farmaya ke nahi, ye sab jhoote myth hain, illa biddin wa taqwa</w:t>
      </w:r>
      <w:r>
        <w:br/>
      </w:r>
      <w:r>
        <w:rPr>
          <w:sz w:val="20"/>
        </w:rPr>
        <w:t>38:12  ٰ, yaani Allah ke paimane mein jo acha thehre, wo acha hai aur jo Allah ke paimane mein acha na thehre, wo bura hai. Na naam, na nasl, na color, na zuban, kuch bhi nahi. Ye tamam tar mamla hai Allah ke paimane par kaisa thehrega aadmi is ka. To ek baat ye aap ne farmayi, is ko hum keh sakte hain ke masawat e insani, ye sare insan barabar hain, s</w:t>
      </w:r>
      <w:r>
        <w:br/>
      </w:r>
      <w:r>
        <w:rPr>
          <w:sz w:val="20"/>
        </w:rPr>
        <w:t>38:42  are insan ek hain. Insan ke darmiyan farq jo hai, wo kirdaar se hota hai, na ke nasl se, race se, color se. In cheezon ki koi ahmiyat nahi hai, ye sab relative baaten hain. Ye ek aelan aap ne farmayi, is mein khutbe mein doosri aham baat jo thi, wo wo ye thi ke aap ne farmaya ke in Allah basani kaafatan lin naas faduni</w:t>
      </w:r>
      <w:r>
        <w:br/>
      </w:r>
      <w:r>
        <w:rPr>
          <w:sz w:val="20"/>
        </w:rPr>
        <w:t>39:14  ٰ, ke Allah ne mujh ko sare logon ke liye paighambar bana kar bheja hai, yaani mera paigham, mere zariye se jo Allah ne paigham diya, wo paigham sare insano tak pahunchna hai aur pahunchte rehna hai. Kyunke insan, aap jante hain, paida hote hain, marte hain, paida hote hain, marte hain. Insan koi himalaya pahad nahi hai ke jo khada hoga to hazaron saal khada hua hai. Insan to aap jante hain, 50 saal, 100 saal, 10 saal marte rehte hain log. To ye kaam</w:t>
      </w:r>
      <w:r>
        <w:br/>
      </w:r>
      <w:r>
        <w:rPr>
          <w:sz w:val="20"/>
        </w:rPr>
        <w:t>39:44  sonpa aap ne apni ummat ko ke nasl dar nasl tum is kaam ko karte raho, sari dunya mein mere message ko pahunchate raho, logon tak faduni, meri taraf se is farz ko anjam dete raho. Is ke baad kya hua? Agar aap jayen makkah madinah mein to aap payenge ke sahaba e kiram, jo ke taqreeban do lakh the, un ki qabrein bohat hi kam hain makkah madinah mein.</w:t>
      </w:r>
      <w:r>
        <w:br/>
      </w:r>
      <w:r>
        <w:rPr>
          <w:sz w:val="20"/>
        </w:rPr>
        <w:t>40:15  kyun? Rasool Allah ke is message ke baad sab bahar nikal gaye, arab ke bahar, un ki qabrein bahar bani. Kaisi ajeeb baat hai! Makkah madinah mein marne ke liye, wahan qabar banane ke liye koi thehra nahi. Atraf ke mulkon mein phail gayi. Yahi ye tha pehla diaspora Islam mein, aur isi ka nateeja hai ke wo pure muslim dunya ya arab world, jis ko hum kehte hain, unhon ne banayi</w:t>
      </w:r>
      <w:r>
        <w:br/>
      </w:r>
      <w:r>
        <w:rPr>
          <w:sz w:val="20"/>
        </w:rPr>
        <w:t>40:45  ke ek bohat bade ilaqe ko unhon ne Islam ka paigham diya. Unhon ne Islam ko sachai pa kar qabool kiya, us ko us se ek ek dunya bani, us dunya Islam. To ye kaam sahaba par khatam nahi hoga, jis tarah Rasool Allah par khatam nahi hua, is tarah sahaba par bhi khatam nahi hoga. Ye chalta rahega, chalta rahega, chalta rahega. Aur har haji, yaani aaj jab haji jata hai wahan to samajh lijiye ke wahan arafat ke</w:t>
      </w:r>
      <w:r>
        <w:br/>
      </w:r>
      <w:r>
        <w:rPr>
          <w:sz w:val="20"/>
        </w:rPr>
        <w:t>41:16  maidan mein aaj bhi ye awazen goonj rahi hain. Jo aadmi zinda shaoor ke sath jaye, zinda ehsas ke sath jaye, tareekh ko jan kar wahan jaye to sach much use mehsoos hoga ke aaj bhi arafat ke maidan mein Rasool Allah ki awaz goonj rahi hai ke aye logon! Mera paigham pahunchao, pahunchate raho, yahan tak ke qayamat tak pahunchao, pahunchate raho. Har nasl ko batao, koi nasl is se mehroom na rahe ke sachai kya hai, Allah taala ka</w:t>
      </w:r>
      <w:r>
        <w:br/>
      </w:r>
      <w:r>
        <w:rPr>
          <w:sz w:val="20"/>
        </w:rPr>
        <w:t>41:46  creation plan kya hai, maidan e hashar mein kya sawal jawab hone wala hai, jannat o jahannum mein kis ko kis ke liye jahannum ka faisla hoga, kis ke liye jannat ka faisla hoga. Is ko batate raho, batate raho, batate raho. To Rasool Allah ka ye message, Rasool Allah ke paigham, Rasool Allah ki pukar aaj bhi maidan e arafat mein goonj rahi hai. To ye hai hajj ka, hajj ki haqeeqat, hajj ka</w:t>
      </w:r>
    </w:p>
    <w:p>
      <w:pPr>
        <w:pStyle w:val="Heading2"/>
      </w:pPr>
      <w:r>
        <w:t>Why fasting earns unlimited reward — becoming a Quran-bearer</w:t>
      </w:r>
    </w:p>
    <w:p>
      <w:r>
        <w:rPr>
          <w:color w:val="666666"/>
          <w:sz w:val="18"/>
        </w:rPr>
        <w:t>The Spirit of Ramadan April 10, 2022 Dr. Saniyasnain Khan · 1m 46s · at 20:29 · https://youtu.be/MVnTihqgvus?t=1229</w:t>
      </w:r>
    </w:p>
    <w:p>
      <w:r>
        <w:rPr>
          <w:i/>
        </w:rPr>
        <w:t>“अल्लाह तालाह ने फरमाया है कि fasting मेरे लिए है”</w:t>
      </w:r>
    </w:p>
    <w:p>
      <w:r>
        <w:rPr>
          <w:sz w:val="20"/>
        </w:rPr>
        <w:t>20:29  Doctor fasting as we you know are also understanding from the conversation that it makes a person spiritual and a person keeps a fast. He leaves food and water only for the sake of his lord. And ek hadith mein bhi aata hai ki allah taala kehte hain ki fasting is for me and I will give its reward. toh yeh hadith ko bhi aap waazeh karte hain please.</w:t>
      </w:r>
      <w:r>
        <w:br/>
      </w:r>
      <w:r>
        <w:rPr>
          <w:sz w:val="20"/>
        </w:rPr>
        <w:t>20:59  yeh hadith bahut hi ahum hai. ismein allah taala ne farmaya hai ki fasting mere liye hai aur main hi iska reward dunga. yaani unlimited reward. hadith ke alfaaz is tarah hote hain ki jo bhi insaan achha kaam karta hai usko das guna se lekar saat sau guna tak badhaya jata hai. lekin allah taala ne farmaya ki roza mere liye hai aur main hi iska reward dunga.</w:t>
      </w:r>
      <w:r>
        <w:br/>
      </w:r>
      <w:r>
        <w:rPr>
          <w:sz w:val="20"/>
        </w:rPr>
        <w:t>21:29  toh yeh hadish bhi samajhna zara mushkil hai logon ke liye ki aisa kya hai ramzan ke mahine mein aur roze roze mein ki sirf bhook pyas ka tazurba hota hai aur itna unlimited reward. yeh baat thoda awazen nahi hoti hai ki insaan sirf bhookha pyasa rehta hai aur reward usko unlimited mil raha hai.</w:t>
      </w:r>
      <w:r>
        <w:br/>
      </w:r>
      <w:r>
        <w:rPr>
          <w:sz w:val="20"/>
        </w:rPr>
        <w:t>21:55  toh isko Maulana ne bahut achhe andaaz mein explain kiya hai ki ramzan ke mahine mein roze ko farz karna is baat ki alamat hai ki woh rozedar, Quran ka muballigh aur Quran ka hamil ban sake. ji.</w:t>
      </w:r>
      <w:r>
        <w:br/>
      </w:r>
      <w:r>
        <w:rPr>
          <w:sz w:val="20"/>
        </w:rPr>
        <w:t>22:15  yaani woh Quran ko gehrai se padhe, gehrai se samjhe, uske upar amal kare, usko apni zindagi ka hissa banaye aur saath hi Quran ke paigham ko saare insano tak pahunchaye. yaani Quran ka daai ban jaye. toh yeh jo dawat ka kaam hai yeh bahut mushkil kaam hai. yeh ek khushk andaaz ka kaam hai.</w:t>
      </w:r>
    </w:p>
    <w:p>
      <w:pPr>
        <w:pStyle w:val="Heading2"/>
      </w:pPr>
      <w:r>
        <w:t>Fasting as training in self-discipline</w:t>
      </w:r>
    </w:p>
    <w:p>
      <w:r>
        <w:rPr>
          <w:color w:val="666666"/>
          <w:sz w:val="18"/>
        </w:rPr>
        <w:t>In Conversation with Maulana Wahiduddin Khan on Ramadan · 27s · at 5:52 · https://youtu.be/CFsdIL4yWQg?t=352</w:t>
      </w:r>
    </w:p>
    <w:p>
      <w:r>
        <w:rPr>
          <w:i/>
        </w:rPr>
        <w:t>“Roza ka rukne ki tarbiyat hai”</w:t>
      </w:r>
    </w:p>
    <w:p>
      <w:r>
        <w:rPr>
          <w:sz w:val="20"/>
        </w:rPr>
        <w:t>5:52  roze ka rukne ki tarbiyat hai. aap yun keh sakte hain doosre lafzon mein ke yeh self discipline ki tarbiyat hai.</w:t>
      </w:r>
      <w:r>
        <w:br/>
      </w:r>
      <w:r>
        <w:rPr>
          <w:sz w:val="20"/>
        </w:rPr>
        <w:t>6:03  apne aap ko nazm mein rakhna, discipline mein rakhna. to self discipline ya self control ki tarbiyat hai roza.</w:t>
      </w:r>
      <w:r>
        <w:br/>
      </w:r>
      <w:r>
        <w:rPr>
          <w:sz w:val="20"/>
        </w:rPr>
        <w:t>6:14  aur zindagi mein bohat ziyada ahmiyat hai self discipline ki.</w:t>
      </w:r>
    </w:p>
    <w:p>
      <w:pPr>
        <w:pStyle w:val="Heading2"/>
      </w:pPr>
      <w:r>
        <w:t>The Batiniyyah sect: no religion, no obligation for elites</w:t>
      </w:r>
    </w:p>
    <w:p>
      <w:r>
        <w:rPr>
          <w:color w:val="666666"/>
          <w:sz w:val="18"/>
        </w:rPr>
        <w:t>Tasawwuf Tajdeed-e-Deen Book by Maulana Wahiduddin Khan · 1m 18s · at 1:30 · https://youtu.be/65H0szmbebY?t=90</w:t>
      </w:r>
    </w:p>
    <w:p>
      <w:r>
        <w:rPr>
          <w:i/>
        </w:rPr>
        <w:t>“One branch of Sufism is called Batiniyyah”</w:t>
      </w:r>
    </w:p>
    <w:p>
      <w:r>
        <w:rPr>
          <w:sz w:val="20"/>
        </w:rPr>
        <w:t>1:30  tasawwuf ki ek qism woh hai jis ko batinat kaha jata hai.</w:t>
      </w:r>
      <w:r>
        <w:br/>
      </w:r>
      <w:r>
        <w:rPr>
          <w:sz w:val="20"/>
        </w:rPr>
        <w:t>1:34  teesri sadi hijri mein, khaas taur par iran mein, kuch log aise paida hue jin ka kehna tha: "إن للقرآن ظاهراً وباطناً، والمراد باطنه".</w:t>
      </w:r>
      <w:r>
        <w:br/>
      </w:r>
      <w:r>
        <w:rPr>
          <w:sz w:val="20"/>
        </w:rPr>
        <w:t>1:46  quran ka ek zaahir hai aur ek batin hai, aur maqsood batin hi hai. isi liye woh batiniya ke naam se mashhoor hue.</w:t>
      </w:r>
      <w:r>
        <w:br/>
      </w:r>
      <w:r>
        <w:rPr>
          <w:sz w:val="20"/>
        </w:rPr>
        <w:t>1:55  ulama ke muttafiqa faisle ke mutabiq yeh zanadaqa ka giroh tha jis ne apni ibahat aur be amli ko chhipane ke liye yeh nazariya gadh liya tha.</w:t>
      </w:r>
      <w:r>
        <w:br/>
      </w:r>
      <w:r>
        <w:rPr>
          <w:sz w:val="20"/>
        </w:rPr>
        <w:t>2:05  woh kehte the ke "الصوفی لا مذہب لہ" yaani sufi ka koi mazhab nahi. is firqe ke ek shakhs se kaha gaya: "تم نماز نہیں پڑھتے، الا تصلی؟" us ne jawab diya: "أنتم مع أولادكم ونحن مع وارداتنا".</w:t>
      </w:r>
      <w:r>
        <w:br/>
      </w:r>
      <w:r>
        <w:rPr>
          <w:sz w:val="20"/>
        </w:rPr>
        <w:t>2:23  tum apne apne aulad mein ho aur hum apni wardaat mein. أنتم مع أولادكم ونحن مع وارداتنا۔</w:t>
      </w:r>
      <w:r>
        <w:br/>
      </w:r>
      <w:r>
        <w:rPr>
          <w:sz w:val="20"/>
        </w:rPr>
        <w:t>2:34  tum apne aulad mein ho aur hum apni wardaat mein. un ka aqeeda tha ke shariat ke mukallaf awam hain, na ke khawas.</w:t>
      </w:r>
      <w:r>
        <w:br/>
      </w:r>
      <w:r>
        <w:rPr>
          <w:sz w:val="20"/>
        </w:rPr>
        <w:t>2:44  أنت تکلیف خاص بالعوام، ساقط بالخواص۔</w:t>
      </w:r>
    </w:p>
    <w:p>
      <w:pPr>
        <w:pStyle w:val="Heading2"/>
      </w:pPr>
      <w:r>
        <w:t>Parsi father teaches child to trust no one but God</w:t>
      </w:r>
    </w:p>
    <w:p>
      <w:r>
        <w:rPr>
          <w:color w:val="666666"/>
          <w:sz w:val="18"/>
        </w:rPr>
        <w:t>Hadith-e-Jibril, April 21, 2013 · 50s · at 1:33:13 · https://youtu.be/0rF6Ou0pDog?t=5593</w:t>
      </w:r>
    </w:p>
    <w:p>
      <w:r>
        <w:rPr>
          <w:i/>
        </w:rPr>
        <w:t>“ایک پارسی نے اپنے بیٹے کو میز پر کھڑا کیا”</w:t>
      </w:r>
    </w:p>
    <w:p>
      <w:r>
        <w:rPr>
          <w:sz w:val="20"/>
        </w:rPr>
        <w:t>1:33:13  to mujhe bataya gaya ke yahan ek parsi hai. to us ne apne bete ko ek takht par, ek mez par khara kiya. mez par.</w:t>
      </w:r>
      <w:r>
        <w:br/>
      </w:r>
      <w:r>
        <w:rPr>
          <w:sz w:val="20"/>
        </w:rPr>
        <w:t>1:33:23  chote bache ko jo god mein liya jata hai us ko. chalne phirne wala tha woh. to mez par khara kar ke khud saamne aa beta aa.</w:t>
      </w:r>
      <w:r>
        <w:br/>
      </w:r>
      <w:r>
        <w:rPr>
          <w:sz w:val="20"/>
        </w:rPr>
        <w:t>1:33:36  yaani jaise ke woh god mein lena chahta hai us ko. to beta thoda jhuka us ki god god manne ke liye. to baap peeche hat gaya. aur beta dharram se gir pada zameen mein.</w:t>
      </w:r>
      <w:r>
        <w:br/>
      </w:r>
      <w:r>
        <w:rPr>
          <w:sz w:val="20"/>
        </w:rPr>
        <w:t>1:33:50  to us ke baad baap ne kaha ke dekho bete duniya mein kisi ek par bharosa na karna. apne baap par bhi nahi. to main samajhta hoon ke sab se bari cheez jo maa baap de sakte hain bache ke andar woh self confidence hai.</w:t>
      </w:r>
    </w:p>
    <w:p>
      <w:pPr>
        <w:pStyle w:val="Heading2"/>
      </w:pPr>
      <w:r>
        <w:t>the global significance and communication-age amplification of Hajj</w:t>
      </w:r>
    </w:p>
    <w:p>
      <w:r>
        <w:rPr>
          <w:color w:val="666666"/>
          <w:sz w:val="18"/>
        </w:rPr>
        <w:t>Revival of Abrahamic Mission October 28, 2012 · 5m 05s · at 1:15 · https://youtu.be/9mV72V5gsqM?t=75</w:t>
      </w:r>
    </w:p>
    <w:p>
      <w:r>
        <w:rPr>
          <w:i/>
        </w:rPr>
        <w:t>“عیدالاضحی کی اہمیت کیا ہے؟ عیدالاضحی دراصل حج کا ایکسٹینڈڈ چیپٹر ہے۔”</w:t>
      </w:r>
    </w:p>
    <w:p>
      <w:r>
        <w:rPr>
          <w:sz w:val="20"/>
        </w:rPr>
        <w:t>1:15  Eid al Adha ki ahmiyat kya hai?</w:t>
      </w:r>
      <w:r>
        <w:br/>
      </w:r>
      <w:r>
        <w:rPr>
          <w:sz w:val="20"/>
        </w:rPr>
        <w:t>1:21  dekhiye, Eid al Adha darasal</w:t>
      </w:r>
      <w:r>
        <w:br/>
      </w:r>
      <w:r>
        <w:rPr>
          <w:sz w:val="20"/>
        </w:rPr>
        <w:t>1:29  Hajj ka extended chapter hai.</w:t>
      </w:r>
      <w:r>
        <w:br/>
      </w:r>
      <w:r>
        <w:rPr>
          <w:sz w:val="20"/>
        </w:rPr>
        <w:t>1:37  aap jante hain ke inhi dinon mein jab ke hum Eid al Adha manate hain, inhi dinon mein Makkah mein Hajj ki international ibadat hoti hai.</w:t>
      </w:r>
      <w:r>
        <w:br/>
      </w:r>
      <w:r>
        <w:rPr>
          <w:sz w:val="20"/>
        </w:rPr>
        <w:t>1:51  to is se andaza hota hai ke dono ke darmiyan bohat gehra talluq hai. Woh talluq yahi hai ke jo ibadat Makkah mein ki jati hai,</w:t>
      </w:r>
      <w:r>
        <w:br/>
      </w:r>
      <w:r>
        <w:rPr>
          <w:sz w:val="20"/>
        </w:rPr>
        <w:t>2:05  saare log jama ho kar wahan ibadat karte hain, to isi din saari duniya ke musalman har jagah is ka</w:t>
      </w:r>
      <w:r>
        <w:br/>
      </w:r>
      <w:r>
        <w:rPr>
          <w:sz w:val="20"/>
        </w:rPr>
        <w:t>2:22  partial sense mein is ko dohrate hain.</w:t>
      </w:r>
      <w:r>
        <w:br/>
      </w:r>
      <w:r>
        <w:rPr>
          <w:sz w:val="20"/>
        </w:rPr>
        <w:t>2:30  is se andaza hota hai ke Hajj ki ibadat kitni zyada aham hai.</w:t>
      </w:r>
      <w:r>
        <w:br/>
      </w:r>
      <w:r>
        <w:rPr>
          <w:sz w:val="20"/>
        </w:rPr>
        <w:t>2:40  is liye zaroori hai ke hum Hajj ke bare mein samjhein ke Hajj kya hai, Hajj ka maqsad kya hai.</w:t>
      </w:r>
      <w:r>
        <w:br/>
      </w:r>
      <w:r>
        <w:rPr>
          <w:sz w:val="20"/>
        </w:rPr>
        <w:t>2:52  dekhiye, aap ne reporton par dekha hoga ke is saal Hajj ke liye jo log jama hue,</w:t>
      </w:r>
      <w:r>
        <w:br/>
      </w:r>
      <w:r>
        <w:rPr>
          <w:sz w:val="20"/>
        </w:rPr>
        <w:t>3:02  woh taqreeban chaalees lakh musalman the, yaani bahar wale local mila kar.</w:t>
      </w:r>
      <w:r>
        <w:br/>
      </w:r>
      <w:r>
        <w:rPr>
          <w:sz w:val="20"/>
        </w:rPr>
        <w:t>3:12  reporton mein bataya gaya hai ke duniya ke 198 mulkon ke log wahan the.</w:t>
      </w:r>
      <w:r>
        <w:br/>
      </w:r>
      <w:r>
        <w:rPr>
          <w:sz w:val="20"/>
        </w:rPr>
        <w:t>3:21  aap jante hain ke United Nations mein jo mulk member hain, un ki tadaad yahi hai. Yaani 198 mulk member hain United Nations ke.</w:t>
      </w:r>
      <w:r>
        <w:br/>
      </w:r>
      <w:r>
        <w:rPr>
          <w:sz w:val="20"/>
        </w:rPr>
        <w:t>3:37  to goya ke saare hi musalman wahan akhattha hue.</w:t>
      </w:r>
      <w:r>
        <w:br/>
      </w:r>
      <w:r>
        <w:rPr>
          <w:sz w:val="20"/>
        </w:rPr>
        <w:t>3:43  sab ka wahan par representation tha. Aur isi ki taqleed mein saari duniya ke musalman same din partial sense mein is jamaat mein shareek hue.</w:t>
      </w:r>
      <w:r>
        <w:br/>
      </w:r>
      <w:r>
        <w:rPr>
          <w:sz w:val="20"/>
        </w:rPr>
        <w:t>4:05  is ka matlab kya hai?</w:t>
      </w:r>
      <w:r>
        <w:br/>
      </w:r>
      <w:r>
        <w:rPr>
          <w:sz w:val="20"/>
        </w:rPr>
        <w:t>4:07  is ka matlab yeh hai ke sare dunya ke musalmanon ne haj mein shirkat ki. kisi ne direct, kisi ne indirect.</w:t>
      </w:r>
      <w:r>
        <w:br/>
      </w:r>
      <w:r>
        <w:rPr>
          <w:sz w:val="20"/>
        </w:rPr>
        <w:t>4:19  kaisi ajeeb baat hai. aur phir jante hain ke ab hum ek aise daur mein hain jab ke dunya mein communication ka zamana aa chuka hai.</w:t>
      </w:r>
      <w:r>
        <w:br/>
      </w:r>
      <w:r>
        <w:rPr>
          <w:sz w:val="20"/>
        </w:rPr>
        <w:t>4:33  chunaanche jaisa ke aap jante hain, haj ke sare rasoom TV wise kiye gaye. sari dunya ke musalmanon ne TV par dekha ke kis tarah log haj kar rahe hain.</w:t>
      </w:r>
      <w:r>
        <w:br/>
      </w:r>
      <w:r>
        <w:rPr>
          <w:sz w:val="20"/>
        </w:rPr>
        <w:t>4:53  goya ke sari dunya ke musalman har aitbaar se haj mein shareek ho gaye.</w:t>
      </w:r>
      <w:r>
        <w:br/>
      </w:r>
      <w:r>
        <w:rPr>
          <w:sz w:val="20"/>
        </w:rPr>
        <w:t>5:03  ab ghor kijiye ke itni badi ibadat,</w:t>
      </w:r>
      <w:r>
        <w:br/>
      </w:r>
      <w:r>
        <w:rPr>
          <w:sz w:val="20"/>
        </w:rPr>
        <w:t>5:09  itni badi ibadat ka kya purpose hai, is ka kya maqsad hai, yeh janna chahiye. aur kya woh hasil ho raha hai?</w:t>
      </w:r>
      <w:r>
        <w:br/>
      </w:r>
      <w:r>
        <w:rPr>
          <w:sz w:val="20"/>
        </w:rPr>
        <w:t>5:22  pehlay zamanay mein is tarah almi satah par haj nahi ada kiya ja sakta tha. lekin maujooda zamanay mein jo tarqqiyan hui hain, yeh jab communication jo aaya hai aur safar aasan ho gaya,</w:t>
      </w:r>
      <w:r>
        <w:br/>
      </w:r>
      <w:r>
        <w:rPr>
          <w:sz w:val="20"/>
        </w:rPr>
        <w:t>5:38  jab log oonton par safar karte thay to kitna kam log haj mein shirkat karte thay.</w:t>
      </w:r>
      <w:r>
        <w:br/>
      </w:r>
      <w:r>
        <w:rPr>
          <w:sz w:val="20"/>
        </w:rPr>
        <w:t>5:47  ab log hawa jahazon par safar karte hain, TV par dekhte hain, aur sari dunya ke musalman isi time, inhi dinon mein haj ke rasoom</w:t>
      </w:r>
      <w:r>
        <w:br/>
      </w:r>
      <w:r>
        <w:rPr>
          <w:sz w:val="20"/>
        </w:rPr>
        <w:t>6:04  juzwi taur par ada karte hain.</w:t>
      </w:r>
      <w:r>
        <w:br/>
      </w:r>
      <w:r>
        <w:rPr>
          <w:sz w:val="20"/>
        </w:rPr>
        <w:t>6:07  to jis haj ke liye Allah taala ne itna zyada intezam kiya ho, zaroori hai ke is ka koi bohat bara maqsad ho. bohat bara maqsad.</w:t>
      </w:r>
    </w:p>
    <w:p>
      <w:pPr>
        <w:pStyle w:val="Heading2"/>
      </w:pPr>
      <w:r>
        <w:t>Two forms of I'tikaf in Ramadan</w:t>
      </w:r>
    </w:p>
    <w:p>
      <w:r>
        <w:rPr>
          <w:color w:val="666666"/>
          <w:sz w:val="18"/>
        </w:rPr>
        <w:t>AL RISALA JUNE 2017 - AUDIO VERSION · 49s · at 3:04 · https://youtu.be/Qa5wquQq-s8?t=184</w:t>
      </w:r>
    </w:p>
    <w:p>
      <w:r>
        <w:rPr>
          <w:i/>
        </w:rPr>
        <w:t>“Itikaf ki do sureten hain”</w:t>
      </w:r>
    </w:p>
    <w:p>
      <w:r>
        <w:rPr>
          <w:sz w:val="20"/>
        </w:rPr>
        <w:t>3:04  aitkaf ka mahina. ramzan ka mahina roze ka mahina hai. ramzan mein ehle iman pure mahine har din roza rakhte hain.</w:t>
      </w:r>
      <w:r>
        <w:br/>
      </w:r>
      <w:r>
        <w:rPr>
          <w:sz w:val="20"/>
        </w:rPr>
        <w:t>3:17  isi ke sath ramzan ka mahina aitkaf ka mahina hai. mutayyan aitkaf agarchay chand dinon ke liye hota hai, lekin ghair mutayyan aitkaf pure mahine jari rehta hai.</w:t>
      </w:r>
      <w:r>
        <w:br/>
      </w:r>
      <w:r>
        <w:rPr>
          <w:sz w:val="20"/>
        </w:rPr>
        <w:t>3:31  aitkaf ki do sooraten hain: jismani aitkaf aur fikri aitkaf. jismani aitkaf mein aadmi apne aap ko alag kar ke masjid mein mutakif ho jata hai ta ke woh ziyada yaksui ke sath ibadat kare, aur ziyada se ziyada quran ki tilawat kare.</w:t>
      </w:r>
    </w:p>
    <w:p>
      <w:pPr>
        <w:pStyle w:val="Heading2"/>
      </w:pPr>
      <w:r>
        <w:t>Family legacy: daughter's marriage and Umm Darda's scholarship</w:t>
      </w:r>
    </w:p>
    <w:p>
      <w:r>
        <w:rPr>
          <w:color w:val="666666"/>
          <w:sz w:val="18"/>
        </w:rPr>
        <w:t>Lessons From The Life of Abu Darda (ra) November 9, 2025 · 6m 07s · at 41:53 · https://youtu.be/5V4oxolMiBA?t=2513</w:t>
      </w:r>
    </w:p>
    <w:p>
      <w:r>
        <w:rPr>
          <w:i/>
        </w:rPr>
        <w:t>“Abu Darda's daughter and the legacy of Umm Darda”</w:t>
      </w:r>
    </w:p>
    <w:p>
      <w:r>
        <w:rPr>
          <w:sz w:val="20"/>
        </w:rPr>
        <w:t>41:53  that's why those who dedicate themselves to learning are highly honored in Islam. doctor sahib, another significant thing that we learn from his life is in his choice for his daughter marriage.</w:t>
      </w:r>
      <w:r>
        <w:br/>
      </w:r>
      <w:r>
        <w:rPr>
          <w:sz w:val="20"/>
        </w:rPr>
        <w:t>42:10  its a huge lesson that we learn in spiritual vision. so please tell us about that.</w:t>
      </w:r>
      <w:r>
        <w:br/>
      </w:r>
      <w:r>
        <w:rPr>
          <w:sz w:val="20"/>
        </w:rPr>
        <w:t>42:19  yes, Muawiyah who was the governor of Syria, once asked Abu Dardah to give his daughter in marriage to his son Yazid.</w:t>
      </w:r>
      <w:r>
        <w:br/>
      </w:r>
      <w:r>
        <w:rPr>
          <w:sz w:val="20"/>
        </w:rPr>
        <w:t>42:29  and Abu Dardah politely declined the offer, and instead married her to an young man who was not a wealthy man, but his devotion and character pleased him.</w:t>
      </w:r>
      <w:r>
        <w:br/>
      </w:r>
      <w:r>
        <w:rPr>
          <w:sz w:val="20"/>
        </w:rPr>
        <w:t>42:43  so people was surprised, and they asked, "why you have done that?</w:t>
      </w:r>
      <w:r>
        <w:br/>
      </w:r>
      <w:r>
        <w:rPr>
          <w:sz w:val="20"/>
        </w:rPr>
        <w:t>42:47  " and Abu Dardah replied, "I do not want my daughter to live in palaces where servants stand everywhere to serve her, and surrounded by glamour and luxury.</w:t>
      </w:r>
      <w:r>
        <w:br/>
      </w:r>
      <w:r>
        <w:rPr>
          <w:sz w:val="20"/>
        </w:rPr>
        <w:t>42:59  so what will become her religion then? so how will her faith and her devotion to God remain safe in such environment?"</w:t>
      </w:r>
      <w:r>
        <w:br/>
      </w:r>
      <w:r>
        <w:rPr>
          <w:sz w:val="20"/>
        </w:rPr>
        <w:t>43:10  so his reply reflected his deep understanding that luxury, comfort, and spiritual depth can not co exist.</w:t>
      </w:r>
      <w:r>
        <w:br/>
      </w:r>
      <w:r>
        <w:rPr>
          <w:sz w:val="20"/>
        </w:rPr>
        <w:t>43:23  so ten is a amazing thing that he turned down offer from the khalifa, only because of this reason.</w:t>
      </w:r>
      <w:r>
        <w:br/>
      </w:r>
      <w:r>
        <w:rPr>
          <w:sz w:val="20"/>
        </w:rPr>
        <w:t>43:32  doctor sahib, Maulana used to speak a lot about the intellectual partnership between a husband and wife, that that is a most important thing, and how you can make your marriage into a super marriage.</w:t>
      </w:r>
      <w:r>
        <w:br/>
      </w:r>
      <w:r>
        <w:rPr>
          <w:sz w:val="20"/>
        </w:rPr>
        <w:t>43:43  so these are the things, values that you should look in a spouse, rather than the wealth and the status and the fame that you just explained.</w:t>
      </w:r>
      <w:r>
        <w:br/>
      </w:r>
      <w:r>
        <w:rPr>
          <w:sz w:val="20"/>
        </w:rPr>
        <w:t>43:53  wonderful. Doctor sahib, that brings us to the last question of today's session about Umm Dardah</w:t>
      </w:r>
      <w:r>
        <w:br/>
      </w:r>
      <w:r>
        <w:rPr>
          <w:sz w:val="20"/>
        </w:rPr>
        <w:t>44:00  Al-Sughra. I want to ask you in that part, that how did she achieve the status of status of a scholar and a teacher of a hadith?</w:t>
      </w:r>
      <w:r>
        <w:br/>
      </w:r>
      <w:r>
        <w:rPr>
          <w:sz w:val="20"/>
        </w:rPr>
        <w:t>44:11  please tell us about that. Umm Dardah Al-Sughra or junior Umm Dardah, as I have told, there were two Umm Dardah. The first wife was also Umm Dardah, she passed away.</w:t>
      </w:r>
      <w:r>
        <w:br/>
      </w:r>
      <w:r>
        <w:rPr>
          <w:sz w:val="20"/>
        </w:rPr>
        <w:t>44:23  then Abu Dardah married another lady who was also called Umm Dardah,</w:t>
      </w:r>
      <w:r>
        <w:br/>
      </w:r>
      <w:r>
        <w:rPr>
          <w:sz w:val="20"/>
        </w:rPr>
        <w:t>44:29  but her actual name was Hajimah bint Wu'ayb. And she herself was not a Sahabiyah, but she met many great Sahabah, and she was one of the most distinguished female scholars of her time.</w:t>
      </w:r>
      <w:r>
        <w:br/>
      </w:r>
      <w:r>
        <w:rPr>
          <w:sz w:val="20"/>
        </w:rPr>
        <w:t>44:46  and she lived with Abu Dardah and became a leading scholar in Syria.</w:t>
      </w:r>
      <w:r>
        <w:br/>
      </w:r>
      <w:r>
        <w:rPr>
          <w:sz w:val="20"/>
        </w:rPr>
        <w:t>44:52  she would teach in Damascus and in Masjid Al-Aqsa, addressing large gatherings. And even the Khalifa Abd al-Malik ibn Marwan used to attend her lessons.</w:t>
      </w:r>
      <w:r>
        <w:br/>
      </w:r>
      <w:r>
        <w:rPr>
          <w:sz w:val="20"/>
        </w:rPr>
        <w:t>45:07  you know, the Dome of the Rock, the beautiful Dome of the Rock, was built by Abd al-Malik ibn Marwan. So he used to attend his classes, her classes</w:t>
      </w:r>
      <w:r>
        <w:br/>
      </w:r>
      <w:r>
        <w:rPr>
          <w:sz w:val="20"/>
        </w:rPr>
        <w:t>45:19  . She narrated most of the ahadith from Abu Dardah. And when Abu Dardah (may Allah be pleased with him) was on his deathbed, she said to him, "You asked my hand from my father in this world, and Allah blessed me with you.</w:t>
      </w:r>
      <w:r>
        <w:br/>
      </w:r>
      <w:r>
        <w:rPr>
          <w:sz w:val="20"/>
        </w:rPr>
        <w:t>45:36  Now I ask you to ask Allah for my hand in Jannah. So I wish to be your wife there as well.</w:t>
      </w:r>
      <w:r>
        <w:br/>
      </w:r>
      <w:r>
        <w:rPr>
          <w:sz w:val="20"/>
        </w:rPr>
        <w:t>45:44  " So he accepted the request, and as he was passing away, he gathered the students and said to them, "Who will prepare himself for a day like this?" He means, he meant that I am about to die</w:t>
      </w:r>
      <w:r>
        <w:br/>
      </w:r>
      <w:r>
        <w:rPr>
          <w:sz w:val="20"/>
        </w:rPr>
        <w:t>46:12  . "You should prepare yourself for this day, which will surely come upon you." Then he passed away with complete peace on his face.</w:t>
      </w:r>
      <w:r>
        <w:br/>
      </w:r>
      <w:r>
        <w:rPr>
          <w:sz w:val="20"/>
        </w:rPr>
        <w:t>46:23  and after death, many people sought to marry Umm Dardah Al-Sughra, due to her knowledge, due to her virtue and dignity.</w:t>
      </w:r>
      <w:r>
        <w:br/>
      </w:r>
      <w:r>
        <w:rPr>
          <w:sz w:val="20"/>
        </w:rPr>
        <w:t>46:33  and among them was Mu'awiyah, the ruler of Syria.</w:t>
      </w:r>
      <w:r>
        <w:br/>
      </w:r>
      <w:r>
        <w:rPr>
          <w:sz w:val="20"/>
        </w:rPr>
        <w:t>46:37  and she declined the offer and said, "I am already engaged to Abu Dardah in paradise." So in Damascus, there is a mosque called Masjid Abu Dardah.</w:t>
      </w:r>
      <w:r>
        <w:br/>
      </w:r>
      <w:r>
        <w:rPr>
          <w:sz w:val="20"/>
        </w:rPr>
        <w:t>46:51  I like to show the photo. Yes, Doctor sahib, that be wonderful. And the mosque also contains the grave, which has grave of Abu Dardah and Umm Dardah.</w:t>
      </w:r>
      <w:r>
        <w:br/>
      </w:r>
      <w:r>
        <w:rPr>
          <w:sz w:val="20"/>
        </w:rPr>
        <w:t>47:02  This is the, this is the mosque called Masjid Abu Dardah in Damascus in Syria.</w:t>
      </w:r>
      <w:r>
        <w:br/>
      </w:r>
      <w:r>
        <w:rPr>
          <w:sz w:val="20"/>
        </w:rPr>
        <w:t>47:14  It is written on this gate, Masjid Al-Sahabi Al-Jalil Abi Dardah. And this is the grave.</w:t>
      </w:r>
      <w:r>
        <w:br/>
      </w:r>
      <w:r>
        <w:rPr>
          <w:sz w:val="20"/>
        </w:rPr>
        <w:t>47:30  Doctor sahib, we can raise it a little bit? Yar,</w:t>
      </w:r>
      <w:r>
        <w:br/>
      </w:r>
      <w:r>
        <w:rPr>
          <w:sz w:val="20"/>
        </w:rPr>
        <w:t>47:35  Jazak Allah. This is the grave, which is inside the mosque, and both Umm Dardah and Abu Dardah are buried in it. So Abu Dardah was not only a preserver of the Quran.</w:t>
      </w:r>
      <w:r>
        <w:br/>
      </w:r>
      <w:r>
        <w:rPr>
          <w:sz w:val="20"/>
        </w:rPr>
        <w:t>47:50  he understood its depth, he lived it and promoted it and worked for it and penetrated in its truth.</w:t>
      </w:r>
    </w:p>
    <w:p>
      <w:pPr>
        <w:pStyle w:val="Heading2"/>
      </w:pPr>
      <w:r>
        <w:t>The Quran's promise of tenfold reward for giving</w:t>
      </w:r>
    </w:p>
    <w:p>
      <w:r>
        <w:rPr>
          <w:color w:val="666666"/>
          <w:sz w:val="18"/>
        </w:rPr>
        <w:t>Spirit of Zakat 16 May 2007 - Maulana Wahiduddin Khan · 34s · at 45:01 · https://youtu.be/Ptou1yxZS_8?t=2701</w:t>
      </w:r>
    </w:p>
    <w:p>
      <w:r>
        <w:rPr>
          <w:i/>
        </w:rPr>
        <w:t>“In the Quran there's a permanent offer from God”</w:t>
      </w:r>
    </w:p>
    <w:p>
      <w:r>
        <w:rPr>
          <w:sz w:val="20"/>
        </w:rPr>
        <w:t>45:01  din he said, he is God Almighty. In the Quran, there is a permanent offer that every one who spends his money,</w:t>
      </w:r>
      <w:r>
        <w:br/>
      </w:r>
      <w:r>
        <w:rPr>
          <w:sz w:val="20"/>
        </w:rPr>
        <w:t>45:17  his earnings in, in the way of God, for the sake of God, he will be given a reward ten times more</w:t>
      </w:r>
      <w:r>
        <w:br/>
      </w:r>
      <w:r>
        <w:rPr>
          <w:sz w:val="20"/>
        </w:rPr>
        <w:t>45:33  dan di varldli avard.</w:t>
      </w:r>
    </w:p>
    <w:p>
      <w:pPr>
        <w:pStyle w:val="Heading2"/>
      </w:pPr>
      <w:r>
        <w:t>Final role of the ummah</w:t>
      </w:r>
    </w:p>
    <w:p>
      <w:r>
        <w:rPr>
          <w:color w:val="666666"/>
          <w:sz w:val="18"/>
        </w:rPr>
        <w:t>Al-Risala, May 2018 · 28s · at 21:10 · https://youtu.be/VsVaccpm1ug?t=1270</w:t>
      </w:r>
    </w:p>
    <w:p>
      <w:r>
        <w:rPr>
          <w:i/>
        </w:rPr>
        <w:t>“Yeh hadith Rasool peshgi khabar ki zaban mein yeh bata rahi hai”</w:t>
      </w:r>
    </w:p>
    <w:p>
      <w:r>
        <w:rPr>
          <w:sz w:val="20"/>
        </w:rPr>
        <w:t>21:10  yeh Hadees-e-Rasool peshagi khabar ki zaban mein yeh bata rahi hai ke aakhri daur mein ummat ka final role kya hoga.</w:t>
      </w:r>
      <w:r>
        <w:br/>
      </w:r>
      <w:r>
        <w:rPr>
          <w:sz w:val="20"/>
        </w:rPr>
        <w:t>21:20  woh role yeh hoga ke ummat apne zamane ke mawaqe ko istemal karte hue Allah ke kalam ya word of God ko dunya ke har goshe mein pahuncha de, yahan tak ke koi aurat ya mard is se bekhabar na rahe.</w:t>
      </w:r>
      <w:r>
        <w:br/>
      </w:r>
      <w:r>
        <w:rPr>
          <w:sz w:val="20"/>
        </w:rPr>
        <w:t>21:39  is Hadees mein kalmatul Islam se murad Quran hai. Quran ko har insan tak pahunchana kisi paresarar tareeqe par nahi hoga, balkeh woh doosre waqeyat ki tarah asbab ke zariye hoga.</w:t>
      </w:r>
    </w:p>
    <w:p>
      <w:pPr>
        <w:pStyle w:val="Heading2"/>
      </w:pPr>
      <w:r>
        <w:t>Minimum and maximum in Islamic obligations</w:t>
      </w:r>
    </w:p>
    <w:p>
      <w:r>
        <w:rPr>
          <w:color w:val="666666"/>
          <w:sz w:val="18"/>
        </w:rPr>
        <w:t>Darse Quran 03 07 07 · 5m 12s · at 20:10 · https://youtu.be/-5s9-7Xj6jU?t=1210</w:t>
      </w:r>
    </w:p>
    <w:p>
      <w:r>
        <w:rPr>
          <w:i/>
        </w:rPr>
        <w:t>“Islam mein har maamle mein ek minimum hota hai”</w:t>
      </w:r>
    </w:p>
    <w:p>
      <w:r>
        <w:rPr>
          <w:sz w:val="20"/>
        </w:rPr>
        <w:t>20:10  us mein se woh basic need ko lene ka haqdar hai. aap jante hain ke insaan ki zarooraten hain, insaan ko ghar chahiye, insaan ko kapda chahiye, insaan ko khana chahiye. to is tarah ki basic needs hain. is ke baghair insaan is dunya mein</w:t>
      </w:r>
      <w:r>
        <w:br/>
      </w:r>
      <w:r>
        <w:rPr>
          <w:sz w:val="20"/>
        </w:rPr>
        <w:t>20:45  zindagi guzar nahi sakta. to is ayat, to is to quran ki is ayat ke mutabiq infaq ke bare mein jo usool hai, woh yeh hai ke aadmi apni kamai mein se, apne maal mein se basic need ke qadar lene ka haqdar hai.</w:t>
      </w:r>
      <w:r>
        <w:br/>
      </w:r>
      <w:r>
        <w:rPr>
          <w:sz w:val="20"/>
        </w:rPr>
        <w:t>21:15  basic need se zyada jo maal us ke paas hai, us ko woh khuda ke raste mein kharch kare. yeh hai usool. to yahan main kahunga ke islam mein har mamle mein ek minimum hota hai, ek maximum hota hai. minimum aur maximum har mamle mein.</w:t>
      </w:r>
      <w:r>
        <w:br/>
      </w:r>
      <w:r>
        <w:rPr>
          <w:sz w:val="20"/>
        </w:rPr>
        <w:t>21:46  jaise quran ke mamle mein minimum yeh hai ke aap is ka translation padh len. maximum yeh hai ke aap arabi zaban seekhen aur arabi mein barah e rast, direct taur par jo quran ka text hai arabi zaban mein, us se aap quran ko padhen. to quran ke bare mein bhi minimum aur maximum hai. minimum yeh hai</w:t>
      </w:r>
      <w:r>
        <w:br/>
      </w:r>
      <w:r>
        <w:rPr>
          <w:sz w:val="20"/>
        </w:rPr>
        <w:t>22:17  ke aap quran ka tarjuma padh len, ya aap ko tarjuma padhna bhi nahi aata to kisi ko padhwa kar sun len. yeh minimum hua. aur maximum yeh hai ke aap quran ko direct taur par is ki arabic language mein padhen aur ghaur karen, ghaur kar ke is ke matlab ko samajhen. to hadith mein aata hai ke "likulli aayatin minha zahr wa batr"</w:t>
      </w:r>
      <w:r>
        <w:br/>
      </w:r>
      <w:r>
        <w:rPr>
          <w:sz w:val="20"/>
        </w:rPr>
        <w:t>22:49  yani quran ki har ayat ka kuch matlab quran ki har ayat ka kuch matlab is ke satron mein hai, aur kuch matlab bans satoor hai, yani kuch lines mein hai, kuch between the lines. to lines mein jo baaten hain, woh hain minimum, aur maximum yeh hai ke jo between the lines hai, us ko bhi ghaur kar ke samajhen.</w:t>
      </w:r>
      <w:r>
        <w:br/>
      </w:r>
      <w:r>
        <w:rPr>
          <w:sz w:val="20"/>
        </w:rPr>
        <w:t>23:20  to har cheez mein har cheez mein kuch minimum hota hai, kuch maximum hota hai. to infaq, infaq yani khuda ke raste mein kharch karna,</w:t>
      </w:r>
      <w:r>
        <w:br/>
      </w:r>
      <w:r>
        <w:rPr>
          <w:sz w:val="20"/>
        </w:rPr>
        <w:t>23:51  yeh jo kaam hai, to is ka bhi ek minimum hai, ek maximum hai. minimum kya hai? minimum hai dhai feesad dena apni kamai mein se. saal bhar, saal poora hone ke baad aap ke paas jo maal bacha, aap kama rahe hain, kharch kar rahe hain,</w:t>
      </w:r>
      <w:r>
        <w:br/>
      </w:r>
      <w:r>
        <w:rPr>
          <w:sz w:val="20"/>
        </w:rPr>
        <w:t>24:21  to us ko kehte hain haulan hawal. yani ek saal poora hone par jo maal aap ke paas bacha, us maal mein se aap dhai feesad ada karen zakat ke taur par. yeh hai minimum. to dhai feesad zakat jo hai, woh minimum hai. aur maximum kya hai? maximum yeh hai ke</w:t>
      </w:r>
      <w:r>
        <w:br/>
      </w:r>
      <w:r>
        <w:rPr>
          <w:sz w:val="20"/>
        </w:rPr>
        <w:t>24:52  basic need se zyada jo kuch bhi hai, woh sab khuda ke raste mein de den. yeh hai islam ka usool. to farmaya ke, to farmaya ke "yasaloona kama tha yunfiquna qul al-a</w:t>
      </w:r>
    </w:p>
    <w:p>
      <w:pPr>
        <w:pStyle w:val="Heading2"/>
      </w:pPr>
      <w:r>
        <w:t>Unity behind one prayer leader</w:t>
      </w:r>
    </w:p>
    <w:p>
      <w:r>
        <w:rPr>
          <w:color w:val="666666"/>
          <w:sz w:val="18"/>
        </w:rPr>
        <w:t>The Significance of Mosque in Islam 4 January, 2019 · 28s · at 4:23 · https://youtu.be/QnOj_KGHook?t=263</w:t>
      </w:r>
    </w:p>
    <w:p>
      <w:r>
        <w:rPr>
          <w:i/>
        </w:rPr>
        <w:t>“The Imam word means the leader.”</w:t>
      </w:r>
    </w:p>
    <w:p>
      <w:r>
        <w:rPr>
          <w:sz w:val="20"/>
        </w:rPr>
        <w:t>4:23  The Imam word means the leader. So the first lesson that namaz or worship or prayer that, uh, Muslims learn is</w:t>
      </w:r>
      <w:r>
        <w:br/>
      </w:r>
      <w:r>
        <w:rPr>
          <w:sz w:val="20"/>
        </w:rPr>
        <w:t>4:34  unity. That in spite of differences, in spite of different inclinations, in spite of different temperament, in spite of different ways of thinking, all unite behind a single prayer leader.</w:t>
      </w:r>
      <w:r>
        <w:br/>
      </w:r>
      <w:r>
        <w:rPr>
          <w:sz w:val="20"/>
        </w:rPr>
        <w:t>4:47  So that is a very important lesson of unity in spite of diversity.</w:t>
      </w:r>
    </w:p>
    <w:p>
      <w:pPr>
        <w:pStyle w:val="Heading2"/>
      </w:pPr>
      <w:r>
        <w:t>Parable of the palace, the dog, and worldly bait</w:t>
      </w:r>
    </w:p>
    <w:p>
      <w:r>
        <w:rPr>
          <w:color w:val="666666"/>
          <w:sz w:val="18"/>
        </w:rPr>
        <w:t>Lessons From The Life of Abu Darda (ra) November 9, 2025 · 1m 37s · at 13:31 · https://youtu.be/5V4oxolMiBA?t=811</w:t>
      </w:r>
    </w:p>
    <w:p>
      <w:r>
        <w:rPr>
          <w:i/>
        </w:rPr>
        <w:t>“A man wants to enter a great king's palace”</w:t>
      </w:r>
    </w:p>
    <w:p>
      <w:r>
        <w:rPr>
          <w:sz w:val="20"/>
        </w:rPr>
        <w:t>13:31  to him, renunciation was the ability to travel lightly towards god. doctor sahib, i was reading this book, "softening of the heart" by abdullah ibn mubarak, and he explained something similar to this about a zahid.</w:t>
      </w:r>
      <w:r>
        <w:br/>
      </w:r>
      <w:r>
        <w:rPr>
          <w:sz w:val="20"/>
        </w:rPr>
        <w:t>13:50  its a very interesting narration that he cited of the one of the great scholars of early islamic period, ibn qudamah</w:t>
      </w:r>
      <w:r>
        <w:br/>
      </w:r>
      <w:r>
        <w:rPr>
          <w:sz w:val="20"/>
        </w:rPr>
        <w:t>13:58  , and his mentioned about an unforgettable simile that a person wants to enter the palace of a great king in order to meet the king.</w:t>
      </w:r>
      <w:r>
        <w:br/>
      </w:r>
      <w:r>
        <w:rPr>
          <w:sz w:val="20"/>
        </w:rPr>
        <w:t>14:09  but even though the door is wide open, he cannot enter because there is a vicious dog at the entrance. so what he does is, he throws a scrap of bread, and the dog runs towards it, and the access to the palace is open</w:t>
      </w:r>
      <w:r>
        <w:br/>
      </w:r>
      <w:r>
        <w:rPr>
          <w:sz w:val="20"/>
        </w:rPr>
        <w:t>14:26  . so the narrator says that here the dog represents the satan, and the scrap of bread is this world, and the king is the god.</w:t>
      </w:r>
      <w:r>
        <w:br/>
      </w:r>
      <w:r>
        <w:rPr>
          <w:sz w:val="20"/>
        </w:rPr>
        <w:t>14:38  so a believer, a true believer, throws the scrap of bread in terms of throws the world aside, never to look back because his focus is to meet the creator</w:t>
      </w:r>
      <w:r>
        <w:br/>
      </w:r>
      <w:r>
        <w:rPr>
          <w:sz w:val="20"/>
        </w:rPr>
        <w:t>14:49  . but only that person can enter who has a free heart, and the free heart can be developed only when you are free from worldly distractions.</w:t>
      </w:r>
      <w:r>
        <w:br/>
      </w:r>
      <w:r>
        <w:rPr>
          <w:sz w:val="20"/>
        </w:rPr>
        <w:t>14:57  so like what hazrat abu darda did, completely dis own the world and focus on the hereafter. nice narration, yaar, amazing.</w:t>
      </w:r>
    </w:p>
    <w:p>
      <w:pPr>
        <w:pStyle w:val="Heading2"/>
      </w:pPr>
      <w:r>
        <w:t>Banu Ismail ended nature worship and brought science</w:t>
      </w:r>
    </w:p>
    <w:p>
      <w:r>
        <w:rPr>
          <w:color w:val="666666"/>
          <w:sz w:val="18"/>
        </w:rPr>
        <w:t>The Role of a Woman March 8, 2020 Maulana Wahiduddin Khan · 1m 31s · at 8:21 · https://youtu.be/aBPy_KTsk1A?t=501</w:t>
      </w:r>
    </w:p>
    <w:p>
      <w:r>
        <w:rPr>
          <w:i/>
        </w:rPr>
        <w:t>“Isi giroh ka yeh karnama hai”</w:t>
      </w:r>
    </w:p>
    <w:p>
      <w:r>
        <w:rPr>
          <w:sz w:val="20"/>
        </w:rPr>
        <w:t>8:21  isi guroh ka yeh karnama hai ke is ne tareekh mein pehli baar</w:t>
      </w:r>
      <w:r>
        <w:br/>
      </w:r>
      <w:r>
        <w:rPr>
          <w:sz w:val="20"/>
        </w:rPr>
        <w:t>8:32  dunya ko</w:t>
      </w:r>
      <w:r>
        <w:br/>
      </w:r>
      <w:r>
        <w:rPr>
          <w:sz w:val="20"/>
        </w:rPr>
        <w:t>8:39  is daur se nikala, yaani suraj parasti, chand parasti ke daur se nikala.</w:t>
      </w:r>
      <w:r>
        <w:br/>
      </w:r>
      <w:r>
        <w:rPr>
          <w:sz w:val="20"/>
        </w:rPr>
        <w:t>8:53  tab ja ke yeh mumkin hua ke insaan nature ko</w:t>
      </w:r>
      <w:r>
        <w:br/>
      </w:r>
      <w:r>
        <w:rPr>
          <w:sz w:val="20"/>
        </w:rPr>
        <w:t>9:02  explore kare. Nature ko parastish karne ke bajaye is ko explore kare aur phir aik lambay process ke baad</w:t>
      </w:r>
      <w:r>
        <w:br/>
      </w:r>
      <w:r>
        <w:rPr>
          <w:sz w:val="20"/>
        </w:rPr>
        <w:t>9:21  dunya mein science ka daur aaya.</w:t>
      </w:r>
      <w:r>
        <w:br/>
      </w:r>
      <w:r>
        <w:rPr>
          <w:sz w:val="20"/>
        </w:rPr>
        <w:t>9:27  science ka daur aaya. To is lihaaz se mein samajhta hoon ke There's a woman at the beginning of all great things ka title sab se pehle Hazrat Hajra ko</w:t>
      </w:r>
      <w:r>
        <w:br/>
      </w:r>
      <w:r>
        <w:rPr>
          <w:sz w:val="20"/>
        </w:rPr>
        <w:t>9:44  milta hai.</w:t>
      </w:r>
    </w:p>
    <w:p>
      <w:pPr>
        <w:pStyle w:val="Heading2"/>
      </w:pPr>
      <w:r>
        <w:t>slaughtering an animal alone understates true meaning of Hajj</w:t>
      </w:r>
    </w:p>
    <w:p>
      <w:r>
        <w:rPr>
          <w:color w:val="666666"/>
          <w:sz w:val="18"/>
        </w:rPr>
        <w:t>Revival of Abrahamic Mission October 28, 2012 · 46s · at 6:48 · https://youtu.be/9mV72V5gsqM?t=408</w:t>
      </w:r>
    </w:p>
    <w:p>
      <w:r>
        <w:rPr>
          <w:i/>
        </w:rPr>
        <w:t>“کیا صرف جانور کو ذبح کرنا یہی سنت ابراہیم ہے؟”</w:t>
      </w:r>
    </w:p>
    <w:p>
      <w:r>
        <w:rPr>
          <w:sz w:val="20"/>
        </w:rPr>
        <w:t>6:48  to aap ghor kijiye ke kya sirf janwar ko zabah karna yahi sunnat hai?</w:t>
      </w:r>
      <w:r>
        <w:br/>
      </w:r>
      <w:r>
        <w:rPr>
          <w:sz w:val="20"/>
        </w:rPr>
        <w:t>6:59  yani janwar ko ek khaas din aap zabah kar dein to yahi peghambar ki sunnat ho gayi? is ke liye itna intezam hai?</w:t>
      </w:r>
      <w:r>
        <w:br/>
      </w:r>
      <w:r>
        <w:rPr>
          <w:sz w:val="20"/>
        </w:rPr>
        <w:t>7:10  yeh haj ko under statement karna hai.</w:t>
      </w:r>
      <w:r>
        <w:br/>
      </w:r>
      <w:r>
        <w:rPr>
          <w:sz w:val="20"/>
        </w:rPr>
        <w:t>7:15  haj ko under statement karna hai ke ab yeh samjhein ke ek janwar le kar koi zabah kar diya to aap ne Hazrat Ibrahim ki sunnat par qaim ho gaye.</w:t>
      </w:r>
      <w:r>
        <w:br/>
      </w:r>
      <w:r>
        <w:rPr>
          <w:sz w:val="20"/>
        </w:rPr>
        <w:t>7:28  yeh haj ka under statement hai.</w:t>
      </w:r>
    </w:p>
    <w:p>
      <w:pPr>
        <w:pStyle w:val="Heading2"/>
      </w:pPr>
      <w:r>
        <w:t>Dua changes destiny</w:t>
      </w:r>
    </w:p>
    <w:p>
      <w:r>
        <w:rPr>
          <w:color w:val="666666"/>
          <w:sz w:val="18"/>
        </w:rPr>
        <w:t>The Spirit of Dua March 20, 2022 Dr. Saniyasnain Khan · 31s · at 56:42 · https://youtu.be/2v1uKLCxf5Y?t=3402</w:t>
      </w:r>
    </w:p>
    <w:p>
      <w:r>
        <w:rPr>
          <w:i/>
        </w:rPr>
        <w:t>“Dua can change destiny.”</w:t>
      </w:r>
    </w:p>
    <w:p>
      <w:r>
        <w:rPr>
          <w:sz w:val="20"/>
        </w:rPr>
        <w:t>56:42  Doctor sahib, jaisa ke yeh kaha jata hai ke insan ki destiny badli nahi jati, lekin ek hadith</w:t>
      </w:r>
      <w:r>
        <w:br/>
      </w:r>
      <w:r>
        <w:rPr>
          <w:sz w:val="20"/>
        </w:rPr>
        <w:t>56:48  hai ke dua se destiny bhi badal jati hai.</w:t>
      </w:r>
      <w:r>
        <w:br/>
      </w:r>
      <w:r>
        <w:rPr>
          <w:sz w:val="20"/>
        </w:rPr>
        <w:t>56:54  is hadith ke bare mein hum sab ko bataiye.</w:t>
      </w:r>
      <w:r>
        <w:br/>
      </w:r>
      <w:r>
        <w:rPr>
          <w:sz w:val="20"/>
        </w:rPr>
        <w:t>57:00  hadith mein aata hai prophet Mohammad la yurddul qada illad dua.</w:t>
      </w:r>
      <w:r>
        <w:br/>
      </w:r>
      <w:r>
        <w:rPr>
          <w:sz w:val="20"/>
        </w:rPr>
        <w:t>57:06  yeh jo destiny hai woh sirf dua se badalti hai.</w:t>
      </w:r>
      <w:r>
        <w:br/>
      </w:r>
      <w:r>
        <w:rPr>
          <w:sz w:val="20"/>
        </w:rPr>
        <w:t>57:13  Yeh badi zabardast hadish hai yaani itni dua ke andar taqat hai ki Allah taalah apni haath se likhi hui destiny ko badal deta hai.</w:t>
      </w:r>
    </w:p>
    <w:p>
      <w:pPr>
        <w:pStyle w:val="Heading2"/>
      </w:pPr>
      <w:r>
        <w:t>the changing historical stages of dawah</w:t>
      </w:r>
    </w:p>
    <w:p>
      <w:r>
        <w:rPr>
          <w:color w:val="666666"/>
          <w:sz w:val="18"/>
        </w:rPr>
        <w:t>Welcome Address by Dr. Rajat Malhotra CPS International Peace Conference April 29-30, 2023 · 1m 50s · at 8:39 · https://youtu.be/z94aS7nevv0?t=519</w:t>
      </w:r>
    </w:p>
    <w:p>
      <w:r>
        <w:rPr>
          <w:i/>
        </w:rPr>
        <w:t>“Kaaryakari dawah ke marahil kya hain?”</w:t>
      </w:r>
    </w:p>
    <w:p>
      <w:r>
        <w:rPr>
          <w:sz w:val="20"/>
        </w:rPr>
        <w:t>8:39  is baat ko achhi tarah samajh lijiye ke karakiyat dawat jo hai uske marahil kya hai? Yaani Khuda ta'ala ko qistam manage kar raha hai. Pehla daur woh hai jabke Allah ne Ambiya ko bheja ke woh elaan karein, woh bataye logon ko aur unki madad ke liye Allah ne moajze diye, moajze.</w:t>
      </w:r>
      <w:r>
        <w:br/>
      </w:r>
      <w:r>
        <w:rPr>
          <w:sz w:val="20"/>
        </w:rPr>
        <w:t>9:08  moajze ko ko maane hote hain aajiz kar dene wala yani compelling cheez aajiz kar dene wala. Lekin insaan ko aazadi mili hui thi. Aazadi ko misuse kiya usne aur woh buton ko maanne ki tayyar nahi hua.</w:t>
      </w:r>
      <w:r>
        <w:br/>
      </w:r>
      <w:r>
        <w:rPr>
          <w:sz w:val="20"/>
        </w:rPr>
        <w:t>9:31  kuch chand individuals aise nikle lekin koi group, koi team ki umeed nahi ban paai. To woh jo method tha ke profit plus mujza, profit plus miracle, Allah taala ne usko mansookh kar diya. Ab yeh nahi hua.</w:t>
      </w:r>
      <w:r>
        <w:br/>
      </w:r>
      <w:r>
        <w:rPr>
          <w:sz w:val="20"/>
        </w:rPr>
        <w:t>9:59  ab profit plus team ho gayi. Rachna sahab se pehle jo daur guzra hai kuch saulat profit trust miracle ka daur tha woh. In taakhbar aur unki madad ke liye moajze. Woh daur khatam kar dega. Ab kya hai raakhad plus team jisko ehsaaba kaha gaya hai.</w:t>
      </w:r>
      <w:r>
        <w:br/>
      </w:r>
      <w:r>
        <w:rPr>
          <w:sz w:val="20"/>
        </w:rPr>
        <w:t>10:29  to do ek saaba hadees se sabit hota hai. Asaba Rasul, Ifan Rasul. Asaba Rasul rawayati daur ke liye aur Ikwan Asur saansi daur ke.</w:t>
      </w:r>
    </w:p>
    <w:p>
      <w:pPr>
        <w:pStyle w:val="Heading2"/>
      </w:pPr>
      <w:r>
        <w:t>Dua is essence of worship</w:t>
      </w:r>
    </w:p>
    <w:p>
      <w:r>
        <w:rPr>
          <w:color w:val="666666"/>
          <w:sz w:val="18"/>
        </w:rPr>
        <w:t>The Spirit of Dua March 20, 2022 Dr. Saniyasnain Khan · 39s · at 2:25 · https://youtu.be/2v1uKLCxf5Y?t=145</w:t>
      </w:r>
    </w:p>
    <w:p>
      <w:r>
        <w:rPr>
          <w:i/>
        </w:rPr>
        <w:t>“Dua is the essence of worship.”</w:t>
      </w:r>
    </w:p>
    <w:p>
      <w:r>
        <w:rPr>
          <w:sz w:val="20"/>
        </w:rPr>
        <w:t>2:25  dua mukhl ibada, dua is the essence of worship.</w:t>
      </w:r>
      <w:r>
        <w:br/>
      </w:r>
      <w:r>
        <w:rPr>
          <w:sz w:val="20"/>
        </w:rPr>
        <w:t>2:32  to is tarah se dua ke bare mein prophet ki bohat sayings hain aur dua darasal Khuda choonke</w:t>
      </w:r>
      <w:r>
        <w:br/>
      </w:r>
      <w:r>
        <w:rPr>
          <w:sz w:val="20"/>
        </w:rPr>
        <w:t>2:40  khaliq hai aur wahi dene wala hai, to har cheez ke liye dua karna aur Khuda se qareeb</w:t>
      </w:r>
      <w:r>
        <w:br/>
      </w:r>
      <w:r>
        <w:rPr>
          <w:sz w:val="20"/>
        </w:rPr>
        <w:t>2:48  hone ka bhi zariya dua hai aur jab insan Khuda se qareeb hota hai tabhi uska spiritual development</w:t>
      </w:r>
      <w:r>
        <w:br/>
      </w:r>
      <w:r>
        <w:rPr>
          <w:sz w:val="20"/>
        </w:rPr>
        <w:t>2:56  hota hai aur yani marfat e rabb ka bhi zariya duai hai.</w:t>
      </w:r>
      <w:r>
        <w:br/>
      </w:r>
      <w:r>
        <w:rPr>
          <w:sz w:val="20"/>
        </w:rPr>
        <w:t>3:04  Ji. DocsApp kai log yeh samajhte hain ke dua jo hai woh specific situation mein ki jaye. Jaise kabhi koi museebat aaye ya challenge kisi ke samne aa jaye ya phir koi zaroorat ho. Lekin Maulana Wahiduddin Khan sahib always used to emphasize that we should do dua for all our needs. To iske bare mein aap kuch batayein humein.</w:t>
      </w:r>
    </w:p>
    <w:p>
      <w:pPr>
        <w:pStyle w:val="Heading2"/>
      </w:pPr>
      <w:r>
        <w:t>Hadith: dua itself is worship</w:t>
      </w:r>
    </w:p>
    <w:p>
      <w:r>
        <w:rPr>
          <w:color w:val="666666"/>
          <w:sz w:val="18"/>
        </w:rPr>
        <w:t>The Concept of Dua In Islam May 27, 2007 · 24s · at 3:20 · https://youtu.be/wkRQaMb04dI?t=200</w:t>
      </w:r>
    </w:p>
    <w:p>
      <w:r>
        <w:rPr>
          <w:i/>
        </w:rPr>
        <w:t>“الدعاء ہی العبادہ — dua hi ibadat hai”</w:t>
      </w:r>
    </w:p>
    <w:p>
      <w:r>
        <w:rPr>
          <w:sz w:val="20"/>
        </w:rPr>
        <w:t>3:20  Hadees mein aata hai ke "Alduaa makhul ibadah". dua ibadat ka khulasa hai.</w:t>
      </w:r>
      <w:r>
        <w:br/>
      </w:r>
      <w:r>
        <w:rPr>
          <w:sz w:val="20"/>
        </w:rPr>
        <w:t>3:33  ek aur Hadees mein hai "Alduaa hi alibadah". dua hi ibadat hai. dua hi worship hai.</w:t>
      </w:r>
    </w:p>
    <w:p>
      <w:pPr>
        <w:pStyle w:val="Heading2"/>
      </w:pPr>
      <w:r>
        <w:t>Fasting breaks stubbornness and arrogance</w:t>
      </w:r>
    </w:p>
    <w:p>
      <w:r>
        <w:rPr>
          <w:color w:val="666666"/>
          <w:sz w:val="18"/>
        </w:rPr>
        <w:t>Ramadan and The Quran September 03, 2006 Maulana Wahiduddin Khan · 23s · at 27:50 · https://youtu.be/LJU2AJuPQZc?t=1670</w:t>
      </w:r>
    </w:p>
    <w:p>
      <w:r>
        <w:rPr>
          <w:i/>
        </w:rPr>
        <w:t>“Roza istabrans aur arogans ko todne ke liye hai”</w:t>
      </w:r>
    </w:p>
    <w:p>
      <w:r>
        <w:rPr>
          <w:sz w:val="20"/>
        </w:rPr>
        <w:t>27:50  isi ko todne ke liye roza rakha gaya hai. log stubbornness ko todna, log arrogance ko todna, apni apne superiority ke ehsaas ko todna.</w:t>
      </w:r>
      <w:r>
        <w:br/>
      </w:r>
      <w:r>
        <w:rPr>
          <w:sz w:val="20"/>
        </w:rPr>
        <w:t>28:05  to roza ek bahut badi scheme hai insaan ke sudhaar ke liye.</w:t>
      </w:r>
    </w:p>
    <w:p>
      <w:pPr>
        <w:pStyle w:val="Heading2"/>
      </w:pPr>
      <w:r>
        <w:t>Three men trapped in a cave freed by sincere deeds</w:t>
      </w:r>
    </w:p>
    <w:p>
      <w:r>
        <w:rPr>
          <w:color w:val="666666"/>
          <w:sz w:val="18"/>
        </w:rPr>
        <w:t>The Concept of Dua In Islam May 27, 2007 · 7m 46s · at 33:09 · https://youtu.be/wkRQaMb04dI?t=1989</w:t>
      </w:r>
    </w:p>
    <w:p>
      <w:r>
        <w:rPr>
          <w:i/>
        </w:rPr>
        <w:t>“تین آدمی راستے میں تھے، رات ہو گئی”</w:t>
      </w:r>
    </w:p>
    <w:p>
      <w:r>
        <w:rPr>
          <w:sz w:val="20"/>
        </w:rPr>
        <w:t>33:09  misalan ek waqea hadees mein aata hai ke teen aadmi, pehle zamane mein jab koi sarke nahi hoti thi, aajkal ki tarah se shahar nahi hote the, aaj ki tarah se theherne ke liye hotel nahi hote the, tab ki baat hai yeh.</w:t>
      </w:r>
      <w:r>
        <w:br/>
      </w:r>
      <w:r>
        <w:rPr>
          <w:sz w:val="20"/>
        </w:rPr>
        <w:t>33:26  to teen aadmi kahin ja rahe the to raat ho gayi.</w:t>
      </w:r>
      <w:r>
        <w:br/>
      </w:r>
      <w:r>
        <w:rPr>
          <w:sz w:val="20"/>
        </w:rPr>
        <w:t>33:33  to raat ke waqt woh ek ek jo isko cave kehte hain, cave kho, pahad ka kho, is mein woh theher gaye raat guzarne ke liye.</w:t>
      </w:r>
      <w:r>
        <w:br/>
      </w:r>
      <w:r>
        <w:rPr>
          <w:sz w:val="20"/>
        </w:rPr>
        <w:t>33:48  aap jante hain ke mountain mein yeh jagah jagah jagah ghare hote hain, cave hote hain. to is mein woh theher gaye teeno aadmi. yahan par raat ko guzar lenge, phir jayenge subah ko.</w:t>
      </w:r>
      <w:r>
        <w:br/>
      </w:r>
      <w:r>
        <w:rPr>
          <w:sz w:val="20"/>
        </w:rPr>
        <w:t>34:02  to landslide hua. pahadon mein aap jante hain ke landslide hota rehta hai. to landslide is tarah hua ke woh jo jo cave tha, cave ka jo mouth tha, uska jo munh tha, uska ek dam band ho gaya.</w:t>
      </w:r>
      <w:r>
        <w:br/>
      </w:r>
      <w:r>
        <w:rPr>
          <w:sz w:val="20"/>
        </w:rPr>
        <w:t>34:19  itna band ho gaya ke nikalne ke liye jagah nahi rahi logon ko, nahi rahi.</w:t>
      </w:r>
      <w:r>
        <w:br/>
      </w:r>
      <w:r>
        <w:rPr>
          <w:sz w:val="20"/>
        </w:rPr>
        <w:t>34:28  bahut bada pathar tha, woh hata sakte nahi the. ab teeno ne kaha ke bhai ab kya karein? yeh waqea sahi hai, bahut hadees mein aaya hai.</w:t>
      </w:r>
      <w:r>
        <w:br/>
      </w:r>
      <w:r>
        <w:rPr>
          <w:sz w:val="20"/>
        </w:rPr>
        <w:t>34:41  pehli ummaton ke zamane ke liye aaya hai ke pehle log jo the, Khuda ke bande, unke bare mein aaya hai.</w:t>
      </w:r>
      <w:r>
        <w:br/>
      </w:r>
      <w:r>
        <w:rPr>
          <w:sz w:val="20"/>
        </w:rPr>
        <w:t>34:49  to yeh in logon ne socha ke hum log agar hamare paas koi amal hai, koi sachcha amal, to uska reference de kar hum dua karein.</w:t>
      </w:r>
      <w:r>
        <w:br/>
      </w:r>
      <w:r>
        <w:rPr>
          <w:sz w:val="20"/>
        </w:rPr>
        <w:t>35:03  ke Khuda ya maine aisa kiya, tere liye aisa kiya, to uska mein wasta de kar, uska reference de kar dua karta hoon ke tu is pathar ko hata de.</w:t>
      </w:r>
      <w:r>
        <w:br/>
      </w:r>
      <w:r>
        <w:rPr>
          <w:sz w:val="20"/>
        </w:rPr>
        <w:t>35:20  to ek aadmi ne dua ki. usne kaha ke Khuda ya</w:t>
      </w:r>
      <w:r>
        <w:br/>
      </w:r>
      <w:r>
        <w:rPr>
          <w:sz w:val="20"/>
        </w:rPr>
        <w:t>35:32  ek aadmi ko maine hire kiya, din bhar ka karne ke liye, mazdoor ko. to subah se shamat tak usne kaam kiya.</w:t>
      </w:r>
      <w:r>
        <w:br/>
      </w:r>
      <w:r>
        <w:rPr>
          <w:sz w:val="20"/>
        </w:rPr>
        <w:t>35:42  ab uska kuch paisa banta tha,</w:t>
      </w:r>
      <w:r>
        <w:br/>
      </w:r>
      <w:r>
        <w:rPr>
          <w:sz w:val="20"/>
        </w:rPr>
        <w:t>35:47  kuch dirham dinar. to sham ko woh paisa mujhe usko dena tha, lekin kisi wajah se woh chala gaya. aur phir paisa lene ke liye lauta nahi.</w:t>
      </w:r>
      <w:r>
        <w:br/>
      </w:r>
      <w:r>
        <w:rPr>
          <w:sz w:val="20"/>
        </w:rPr>
        <w:t>35:58  yeh bilkul sachcha qissa hai jo Bukhari mein aaya hai. to bahut dinon ke baad woh lauta.</w:t>
      </w:r>
      <w:r>
        <w:br/>
      </w:r>
      <w:r>
        <w:rPr>
          <w:sz w:val="20"/>
        </w:rPr>
        <w:t>36:08  is beech mein kya hua tha?</w:t>
      </w:r>
      <w:r>
        <w:br/>
      </w:r>
      <w:r>
        <w:rPr>
          <w:sz w:val="20"/>
        </w:rPr>
        <w:t>36:11  is aadmi ne is paise ko jo uski mazdoori ka paisa tha, usse kuch bhed bakri khareed li. usne uska haan bhed bakri ka kaam kiya karta tha.</w:t>
      </w:r>
      <w:r>
        <w:br/>
      </w:r>
      <w:r>
        <w:rPr>
          <w:sz w:val="20"/>
        </w:rPr>
        <w:t>36:23  to aisa hua ke itni barkat hui, itni barkat hui, use bachche paida hue, bachche paida hue, bahut bada ek gala ban gaya.</w:t>
      </w:r>
      <w:r>
        <w:br/>
      </w:r>
      <w:r>
        <w:rPr>
          <w:sz w:val="20"/>
        </w:rPr>
        <w:t>36:34  horde, bahut si bhed bakri, bahut saare.</w:t>
      </w:r>
      <w:r>
        <w:br/>
      </w:r>
      <w:r>
        <w:rPr>
          <w:sz w:val="20"/>
        </w:rPr>
        <w:t>36:38  us zamane mein bhed bakri jo hai, woh bahut badi wealth hoti thi, wealth.</w:t>
      </w:r>
      <w:r>
        <w:br/>
      </w:r>
      <w:r>
        <w:rPr>
          <w:sz w:val="20"/>
        </w:rPr>
        <w:t>36:46  to uska ghar aisi jagah tha ke uske ghar ke samne field thi, maidan tha.</w:t>
      </w:r>
      <w:r>
        <w:br/>
      </w:r>
      <w:r>
        <w:rPr>
          <w:sz w:val="20"/>
        </w:rPr>
        <w:t>36:53  to bohat dinon, kuch saalon ke baad woh aadmi jo hai, aaya aur kaha ke dekho mein wohi mazdoor hoon</w:t>
      </w:r>
      <w:r>
        <w:br/>
      </w:r>
      <w:r>
        <w:rPr>
          <w:sz w:val="20"/>
        </w:rPr>
        <w:t>37:05  aur maine tumhare haan ek din kaam kiya tha, din bhar, bohat mehnat ke saath, phir mein mazdoori liye baghair chala gaya.</w:t>
      </w:r>
      <w:r>
        <w:br/>
      </w:r>
      <w:r>
        <w:rPr>
          <w:sz w:val="20"/>
        </w:rPr>
        <w:t>37:14  to meri mazdoori mujhe de do, mein usi ke liye aaya hoon.</w:t>
      </w:r>
      <w:r>
        <w:br/>
      </w:r>
      <w:r>
        <w:rPr>
          <w:sz w:val="20"/>
        </w:rPr>
        <w:t>37:28  to is aadmi ne kaha</w:t>
      </w:r>
      <w:r>
        <w:br/>
      </w:r>
      <w:r>
        <w:rPr>
          <w:sz w:val="20"/>
        </w:rPr>
        <w:t>37:35  yeh yeh jo oopar field hai, jo maidan hai, jitna bhi bhed bakri hai, sab yeh tumhari mazdoori hai, yeh tumhare wages hain, yeh sab le jao tum.</w:t>
      </w:r>
      <w:r>
        <w:br/>
      </w:r>
      <w:r>
        <w:rPr>
          <w:sz w:val="20"/>
        </w:rPr>
        <w:t>37:50  us ne kaha ke mere saath mazaaq mat karo, mujh se jo karo,</w:t>
      </w:r>
      <w:r>
        <w:br/>
      </w:r>
      <w:r>
        <w:rPr>
          <w:sz w:val="20"/>
        </w:rPr>
        <w:t>37:55  bhai meri jo mazdoori thi, wohi de do mujhe, yeh to jo kar rahe hain aap ke saara bhi bhed bakri mein utha le jaoon yahan se. us ne kaha ke nahin, yeh sab tumhare hi hain.</w:t>
      </w:r>
      <w:r>
        <w:br/>
      </w:r>
      <w:r>
        <w:rPr>
          <w:sz w:val="20"/>
        </w:rPr>
        <w:t>38:08  kyun ke tumhare paise hi se maine kuch bhed bakri khareedi aur barhte barhte itni ho gayi ab yeh Khuda ki barkat hai, tumhara paisa hi hai jo itna zyada barh gaya, to sab le jao.</w:t>
      </w:r>
      <w:r>
        <w:br/>
      </w:r>
      <w:r>
        <w:rPr>
          <w:sz w:val="20"/>
        </w:rPr>
        <w:t>38:23  to is aadmi ne dua mein kaha ke Khuda ya</w:t>
      </w:r>
      <w:r>
        <w:br/>
      </w:r>
      <w:r>
        <w:rPr>
          <w:sz w:val="20"/>
        </w:rPr>
        <w:t>38:30  maine aisa kaha is mazdoor se. phir is mazdoor ne kiya kiya ke saara bhed bakri utha le gaya, haq haq haq kar chala gaya, le kar ke ek bhed nahin chhora is ne.</w:t>
      </w:r>
      <w:r>
        <w:br/>
      </w:r>
      <w:r>
        <w:rPr>
          <w:sz w:val="20"/>
        </w:rPr>
        <w:t>38:43  aur maine khushi khushi ke saath us ko de diya, maine usay mana nahin kiya kyun ke usi ke paise the, usi paise ka woh tha.</w:t>
      </w:r>
      <w:r>
        <w:br/>
      </w:r>
      <w:r>
        <w:rPr>
          <w:sz w:val="20"/>
        </w:rPr>
        <w:t>38:51  to us ne kaha Khuda ya yeh kaam jo maine kiya, yeh tere liye kiya kyun ke mein tujh se darta tha.</w:t>
      </w:r>
      <w:r>
        <w:br/>
      </w:r>
      <w:r>
        <w:rPr>
          <w:sz w:val="20"/>
        </w:rPr>
        <w:t>39:01  mein jaanta tha ke yeh bhed bakri isi paise ki wajah se hai, isi paise ki barkat se itna sab ho gaya hai. yeh to Khuda ya mein tujh se darta tha, is liye maine us ko saara bhed bakri de diya.</w:t>
      </w:r>
      <w:r>
        <w:br/>
      </w:r>
      <w:r>
        <w:rPr>
          <w:sz w:val="20"/>
        </w:rPr>
        <w:t>39:14  to tu is pathar ko khiska de.</w:t>
      </w:r>
      <w:r>
        <w:br/>
      </w:r>
      <w:r>
        <w:rPr>
          <w:sz w:val="20"/>
        </w:rPr>
        <w:t>39:20  to hadith mein aata hai ke pathar thoda sa khisak gaya, magar itna nahin khiska ke log us se paar ho jayen, itna nahin khiska.</w:t>
      </w:r>
      <w:r>
        <w:br/>
      </w:r>
      <w:r>
        <w:rPr>
          <w:sz w:val="20"/>
        </w:rPr>
        <w:t>39:32  phir baqi donon ne bhi duaen keen, aisi hi ek ek apne amal ko le kar ke. mein is detail mein nahin jaunga. baqi donon ne bhi isi tarah apna ek ek amal pesh kar ke dua ki ke Khuda ya yeh jo amal maine kiya tha,</w:t>
      </w:r>
      <w:r>
        <w:br/>
      </w:r>
      <w:r>
        <w:rPr>
          <w:sz w:val="20"/>
        </w:rPr>
        <w:t>39:47  woh tere liye kiya tha,</w:t>
      </w:r>
      <w:r>
        <w:br/>
      </w:r>
      <w:r>
        <w:rPr>
          <w:sz w:val="20"/>
        </w:rPr>
        <w:t>39:49  to tu is pathar ko hata de hamare raaste se. to doosre ki dua se kuch hatta, lekin abhi itna nahin hatta ke woh woh log nikal jayen us se bahar.</w:t>
      </w:r>
      <w:r>
        <w:br/>
      </w:r>
      <w:r>
        <w:rPr>
          <w:sz w:val="20"/>
        </w:rPr>
        <w:t>40:02  jab teesre ne dua ki, teesre ne, tab poora hatta woh aur teennon ke teennon nikal gaye woh.</w:t>
      </w:r>
      <w:r>
        <w:br/>
      </w:r>
      <w:r>
        <w:rPr>
          <w:sz w:val="20"/>
        </w:rPr>
        <w:t>40:11  ab is mein dekhen ke woh jo ayat hai ke amal saleh us ke upar le aata hai, good deed us ke upar le aata hai, to kiya matlab hai is ka?</w:t>
      </w:r>
      <w:r>
        <w:br/>
      </w:r>
      <w:r>
        <w:rPr>
          <w:sz w:val="20"/>
        </w:rPr>
        <w:t>40:22  is tarah ka amal agar aap aadmi ke paas hai to woh booster ban jayega us ki dua ke liye.</w:t>
      </w:r>
      <w:r>
        <w:br/>
      </w:r>
      <w:r>
        <w:rPr>
          <w:sz w:val="20"/>
        </w:rPr>
        <w:t>40:30  booster</w:t>
      </w:r>
      <w:r>
        <w:br/>
      </w:r>
      <w:r>
        <w:rPr>
          <w:sz w:val="20"/>
        </w:rPr>
        <w:t>40:34  tum teennon ke liye, tum teennon ne ke paas aise amal the, to jab woh us ko refer kar ke woh dua ki unhon ne, to apne booster ko shamil kar diya unhon ne is dua ke liye.</w:t>
      </w:r>
      <w:r>
        <w:br/>
      </w:r>
      <w:r>
        <w:rPr>
          <w:sz w:val="20"/>
        </w:rPr>
        <w:t>40:47  to dua Khuda tak pahunch gayi aur woh pathar hatta.</w:t>
      </w:r>
    </w:p>
    <w:p>
      <w:pPr>
        <w:pStyle w:val="Heading2"/>
      </w:pPr>
      <w:r>
        <w:t>Essence of dua is supplicant's state</w:t>
      </w:r>
    </w:p>
    <w:p>
      <w:r>
        <w:rPr>
          <w:color w:val="666666"/>
          <w:sz w:val="18"/>
        </w:rPr>
        <w:t>Duaa | March 6, 2016 · 1m 30s · at 38:12 · https://youtu.be/4DBIpoNPcog?t=2292</w:t>
      </w:r>
    </w:p>
    <w:p>
      <w:r>
        <w:rPr>
          <w:i/>
        </w:rPr>
        <w:t>“Jab tak aap dua go ki rabani shakhsiyat na daryaft karein”</w:t>
      </w:r>
    </w:p>
    <w:p>
      <w:r>
        <w:rPr>
          <w:sz w:val="20"/>
        </w:rPr>
        <w:t>38:12  jab tak aap dua go ki rabbani shakhsiyat ko daryaft na karen, aap us dua ko samajh nahi sakte. is dua ke alfaaz milen ge aap ko, haqeeqat nahi mile gi. yeh aise hi hai jaise ke aik badam mile aap ko, to badam mein us ka aik chhilka hota hai, aik us ka maghz hota hai. to agar chhilka aap ko mil</w:t>
      </w:r>
      <w:r>
        <w:br/>
      </w:r>
      <w:r>
        <w:rPr>
          <w:sz w:val="20"/>
        </w:rPr>
        <w:t>38:42  jaye, to woh badam nahi mila aap ko, badam nahi mile ga jabke maghz mile aap ko. agar sirf chhilka mila to badam nahi mila aap ko. aise hi dua mein bhi agar sirf alfaaz mil gaye to dua nahi mili aap ko. to yeh baat us waqt samajh mein ati hai jab ke aap tadabbur karen, ghore o fikr karen,</w:t>
      </w:r>
      <w:r>
        <w:br/>
      </w:r>
      <w:r>
        <w:rPr>
          <w:sz w:val="20"/>
        </w:rPr>
        <w:t>39:13  background ko shamil kar ke dua ko samajhne ki koshish karen. aur dekhiye, zindagi mein hamesha tajrubaat hote hain, har subah shaam. aisa nahi ke kisi ki zindagi spot nahi hoti, spot zindagi to robot ki hoti hai. jo zinda insan hai, uski zindagi kabhi bhi spot nahi hoti, har</w:t>
      </w:r>
    </w:p>
    <w:p>
      <w:pPr>
        <w:pStyle w:val="Heading2"/>
      </w:pPr>
      <w:r>
        <w:t>Hajj's no-quarrel rule is training for patience in daily life</w:t>
      </w:r>
    </w:p>
    <w:p>
      <w:r>
        <w:rPr>
          <w:color w:val="666666"/>
          <w:sz w:val="18"/>
        </w:rPr>
        <w:t>The Spirit of Hajj July 7, 2007 · 2m 37s · at 46:44 · https://youtu.be/SV2CfNml8ic?t=2804</w:t>
      </w:r>
    </w:p>
    <w:p>
      <w:r>
        <w:rPr>
          <w:i/>
        </w:rPr>
        <w:t>“حج کے بارے میں قران میں ایا ہے کہ جب تم حج کے لیے نکلو”</w:t>
      </w:r>
    </w:p>
    <w:p>
      <w:r>
        <w:rPr>
          <w:sz w:val="20"/>
        </w:rPr>
        <w:t>46:44  hamari soch badalti badal deti hai hamara behavior badal jata hai misaal ke taur par hajj ke bare mein quran mein aya hai ke jab tum hajj ke liye niklo to tumhein jhagda nahi karna hai is se ladna phirna nahi hai gaali galoch nahi karna hai ab yahan par aap ne tajurba kiya</w:t>
      </w:r>
      <w:r>
        <w:br/>
      </w:r>
      <w:r>
        <w:rPr>
          <w:sz w:val="20"/>
        </w:rPr>
        <w:t>47:03  yeh bhi bator rasam nahi tha ke jab tak aap jitne dinon wahan par hain makka mein tab tak to aap munh band rakh kiye rahen aur jaise loot kar pahunche apni duniya mein jo jo aap ka watan hai to phir wahi karne lage aap</w:t>
      </w:r>
      <w:r>
        <w:br/>
      </w:r>
      <w:r>
        <w:rPr>
          <w:sz w:val="20"/>
        </w:rPr>
        <w:t>47:23  to makka mein jo aap ko bataya gaya tha hukum diya gaya tha ke kyunke aap jante hain ke jab bohat se log ekhatta hote hain to aapas mein ikhtilafat hote hain akele akele aap rahen to ikhtilaf kya hoga kuch ikhtilaf nahi hoga lekin jab aap bohat se log ekhatta hote hain to kuch na kuch difference kuch na kuch ikhtilaf kuch na kuch shikayat kuch na kuch ho jati hai kuch na kuch</w:t>
      </w:r>
      <w:r>
        <w:br/>
      </w:r>
      <w:r>
        <w:rPr>
          <w:sz w:val="20"/>
        </w:rPr>
        <w:t>47:48  ab is shikayat ko le kar ke makke ka dauran jo hain aap wahan hajj ke dauran to aap ko jhagda nahi karna hai ghussa nahi karna hai marpeet nahi karni hai warna hajj batil ho jayega hajj nahi hoga lekin yeh inhi chand dinon ke liye nahi hai yeh baat yeh to ek tarbiyat hai</w:t>
      </w:r>
      <w:r>
        <w:br/>
      </w:r>
      <w:r>
        <w:rPr>
          <w:sz w:val="20"/>
        </w:rPr>
        <w:t>48:10  to is ehsas ko le kar aap lotein</w:t>
      </w:r>
      <w:r>
        <w:br/>
      </w:r>
      <w:r>
        <w:rPr>
          <w:sz w:val="20"/>
        </w:rPr>
        <w:t>48:13  ke mujhe samaj mein khandan mein logon ke darmiyan is tarah aana hai ke agar koi shikayati baat</w:t>
      </w:r>
      <w:r>
        <w:br/>
      </w:r>
      <w:r>
        <w:rPr>
          <w:sz w:val="20"/>
        </w:rPr>
        <w:t>48:20  ho to main sabr kar loon</w:t>
      </w:r>
      <w:r>
        <w:br/>
      </w:r>
      <w:r>
        <w:rPr>
          <w:sz w:val="20"/>
        </w:rPr>
        <w:t>48:24  koi mujhe ghussa dilaye to main ghusse ko pi jaoon</w:t>
      </w:r>
      <w:r>
        <w:br/>
      </w:r>
      <w:r>
        <w:rPr>
          <w:sz w:val="20"/>
        </w:rPr>
        <w:t>48:29  koi mujhe sataye to main usko Allah ke hawale kar doon yeh haj spirit uska naam</w:t>
      </w:r>
      <w:r>
        <w:br/>
      </w:r>
      <w:r>
        <w:rPr>
          <w:sz w:val="20"/>
        </w:rPr>
        <w:t>48:36  haj spirit spirit</w:t>
      </w:r>
      <w:r>
        <w:br/>
      </w:r>
      <w:r>
        <w:rPr>
          <w:sz w:val="20"/>
        </w:rPr>
        <w:t>48:40  to rasmi hajj karne ke baad baat khatam nahi ho jati hai balke asal baat to baat ko shuru hoti hai</w:t>
      </w:r>
      <w:r>
        <w:br/>
      </w:r>
      <w:r>
        <w:rPr>
          <w:sz w:val="20"/>
        </w:rPr>
        <w:t>48:52  yani woh pattern</w:t>
      </w:r>
      <w:r>
        <w:br/>
      </w:r>
      <w:r>
        <w:rPr>
          <w:sz w:val="20"/>
        </w:rPr>
        <w:t>48:54  aur woh tarbiyat jo jo wahan aap ne hasil ki hai usko la kar ke zindagi mein</w:t>
      </w:r>
      <w:r>
        <w:br/>
      </w:r>
      <w:r>
        <w:rPr>
          <w:sz w:val="20"/>
        </w:rPr>
        <w:t>49:01  translate karna zindagi mein usko utarna rozmarra ki zindagi mein</w:t>
      </w:r>
      <w:r>
        <w:br/>
      </w:r>
      <w:r>
        <w:rPr>
          <w:sz w:val="20"/>
        </w:rPr>
        <w:t>49:08  usko istemal karna</w:t>
      </w:r>
      <w:r>
        <w:br/>
      </w:r>
      <w:r>
        <w:rPr>
          <w:sz w:val="20"/>
        </w:rPr>
        <w:t>49:11  isi mani mein haj haj jo hai badi ibadat hai</w:t>
      </w:r>
      <w:r>
        <w:br/>
      </w:r>
      <w:r>
        <w:rPr>
          <w:sz w:val="20"/>
        </w:rPr>
        <w:t>49:16  log samajhte hain ke haj jo hai mysteriously koi is mein badai chupi hui hai</w:t>
      </w:r>
    </w:p>
    <w:p>
      <w:pPr>
        <w:pStyle w:val="Heading2"/>
      </w:pPr>
      <w:r>
        <w:t>Running between Safa and Marwa symbolizes purposeful life</w:t>
      </w:r>
    </w:p>
    <w:p>
      <w:r>
        <w:rPr>
          <w:color w:val="666666"/>
          <w:sz w:val="18"/>
        </w:rPr>
        <w:t>The Message of Hajj November 4, 2008 Maulana Wahiduddin Khan · 1m 18s · at 19:13 · https://youtu.be/CIGhIpsejkY?t=1153</w:t>
      </w:r>
    </w:p>
    <w:p>
      <w:r>
        <w:rPr>
          <w:i/>
        </w:rPr>
        <w:t>“Safa o Marwa ke darmiyan daudna bhi ek symbol hai”</w:t>
      </w:r>
    </w:p>
    <w:p>
      <w:r>
        <w:rPr>
          <w:sz w:val="20"/>
        </w:rPr>
        <w:t>19:13  ab dekhiye, safa o marwa ke darmiyan jo saaye hai,</w:t>
      </w:r>
      <w:r>
        <w:br/>
      </w:r>
      <w:r>
        <w:rPr>
          <w:sz w:val="20"/>
        </w:rPr>
        <w:t>19:19  saat bar safa o marwa, jo do chatanen hain, us ke gird aadmi halki, yani</w:t>
      </w:r>
      <w:r>
        <w:br/>
      </w:r>
      <w:r>
        <w:rPr>
          <w:sz w:val="20"/>
        </w:rPr>
        <w:t>19:30  mamooli qism ki tez raftaar se daurta hai, yani disk walk karta hai. is ka yeh kiya hai? yeh bhi symbol hai, yeh bhi kisi cheez ko stimulate kar raha hai.</w:t>
      </w:r>
      <w:r>
        <w:br/>
      </w:r>
      <w:r>
        <w:rPr>
          <w:sz w:val="20"/>
        </w:rPr>
        <w:t>19:43  yeh chalna aap ka jo hai, yeh kisi cheez ko stimulate kar raha hai. woh kiya hai?</w:t>
      </w:r>
      <w:r>
        <w:br/>
      </w:r>
      <w:r>
        <w:rPr>
          <w:sz w:val="20"/>
        </w:rPr>
        <w:t>19:48  woh activities ko. aap ki activities jo hain, bas safa o marwa tak mehdood rahen gi, yani Khuda ke deen tak, Khuda ke kaam tak.</w:t>
      </w:r>
      <w:r>
        <w:br/>
      </w:r>
      <w:r>
        <w:rPr>
          <w:sz w:val="20"/>
        </w:rPr>
        <w:t>19:59  us ke aage aap ki koi, koi, koi daud hai, koi na, na koi daud dhoop hai, na, na kuch hai.</w:t>
      </w:r>
      <w:r>
        <w:br/>
      </w:r>
      <w:r>
        <w:rPr>
          <w:sz w:val="20"/>
        </w:rPr>
        <w:t>20:07  to daud dhoop ka jo markaz hai, woh aik ban jaye, yani Khawand Quddus ka, yani ka jo kaam hai,</w:t>
      </w:r>
      <w:r>
        <w:br/>
      </w:r>
      <w:r>
        <w:rPr>
          <w:sz w:val="20"/>
        </w:rPr>
        <w:t>20:21  dawat il Allah. bas aap ki daud dhoop ka markaz wahi ban jaye. dekhen, dawat il Allah jo hai, saada kaam nahi hai.</w:t>
      </w:r>
    </w:p>
    <w:p>
      <w:pPr>
        <w:pStyle w:val="Heading2"/>
      </w:pPr>
      <w:r>
        <w:t>Metaphorical interpretation of four walls for women</w:t>
      </w:r>
    </w:p>
    <w:p>
      <w:r>
        <w:rPr>
          <w:color w:val="666666"/>
          <w:sz w:val="18"/>
        </w:rPr>
        <w:t>CPS INTERNATIONAL EK TA 'RUF · 2m 02s · at 17:49 · https://youtu.be/THnDqEQqhJk?t=1069</w:t>
      </w:r>
    </w:p>
    <w:p>
      <w:r>
        <w:rPr>
          <w:i/>
        </w:rPr>
        <w:t>“A Christian priest objected about Muslim women's four walls.”</w:t>
      </w:r>
    </w:p>
    <w:p>
      <w:r>
        <w:rPr>
          <w:sz w:val="20"/>
        </w:rPr>
        <w:t>17:49  Ek misaal se yeh samajhne mein aasani hogi. Ek interfaith program mein ek Christian priest ne mujh se kaha ke inhi Musalmanon se ek aitraaz tha ke Musalman aurat ke talluq se woh yeh unhone kuch suna tha aisa ke aurat ka daira ghar ki chaar deewari hai.</w:t>
      </w:r>
      <w:r>
        <w:br/>
      </w:r>
      <w:r>
        <w:rPr>
          <w:sz w:val="20"/>
        </w:rPr>
        <w:t>18:10  Un ka focus tha</w:t>
      </w:r>
      <w:r>
        <w:br/>
      </w:r>
      <w:r>
        <w:rPr>
          <w:sz w:val="20"/>
        </w:rPr>
        <w:t>18:12  four walls par, chaar deewari par. Mujhe aise mauqe par Maulana sahib ki teachings se Allah ne ek baat yaad dilai, woh yeh ke kai baaton ko samajhne ke liye literal meaning se hat kar is ka metaphorical ya symbolic meaning lena parta hai.</w:t>
      </w:r>
      <w:r>
        <w:br/>
      </w:r>
      <w:r>
        <w:rPr>
          <w:sz w:val="20"/>
        </w:rPr>
        <w:t>18:34  Yahan par unhone deewar ko physical deewar ke maani mein le liya jabke aurat ka role nurturing of families, home management, educational and dawah field ke daire mein hai jis mein</w:t>
      </w:r>
      <w:r>
        <w:br/>
      </w:r>
      <w:r>
        <w:rPr>
          <w:sz w:val="20"/>
        </w:rPr>
        <w:t>18:50  ghar se bahar ke interactions shamil hain. To maine un se kaha ke yeh chaar deewari, yeh physical wall of brick and mortar nahi hai, yeh wall of modesty hai jo dignity aur grace se banti hai.</w:t>
      </w:r>
      <w:r>
        <w:br/>
      </w:r>
      <w:r>
        <w:rPr>
          <w:sz w:val="20"/>
        </w:rPr>
        <w:t>19:07  This is a wall which a woman should build around herself with her grace and dignity which will act as a protection in her interactions.</w:t>
      </w:r>
      <w:r>
        <w:br/>
      </w:r>
      <w:r>
        <w:rPr>
          <w:sz w:val="20"/>
        </w:rPr>
        <w:t>19:20  Samne wala is se interact karte hue</w:t>
      </w:r>
      <w:r>
        <w:br/>
      </w:r>
      <w:r>
        <w:rPr>
          <w:sz w:val="20"/>
        </w:rPr>
        <w:t>19:24  be baak hona chahe to ek deewar haail hone ka ehsaas rahe. Yeh sun kar unhone kaha: "Sister, this is a very meaningful explanation." Ab dekhiye,</w:t>
      </w:r>
      <w:r>
        <w:br/>
      </w:r>
      <w:r>
        <w:rPr>
          <w:sz w:val="20"/>
        </w:rPr>
        <w:t>19:38  asli usloob kitna zaroori hai</w:t>
      </w:r>
      <w:r>
        <w:br/>
      </w:r>
      <w:r>
        <w:rPr>
          <w:sz w:val="20"/>
        </w:rPr>
        <w:t>19:40  khud ko bhi baaton ko samajhne ke liye aur doosron ko bhi samjhane ke liye. Ab ek aur modern day concept ka discussion share karti hoon.</w:t>
      </w:r>
    </w:p>
    <w:p>
      <w:pPr>
        <w:pStyle w:val="Heading2"/>
      </w:pPr>
      <w:r>
        <w:t>Laylatul Qadr: night of forgiveness</w:t>
      </w:r>
    </w:p>
    <w:p>
      <w:r>
        <w:rPr>
          <w:color w:val="666666"/>
          <w:sz w:val="18"/>
        </w:rPr>
        <w:t>Ramadan The Month of Fasting 29Aug, 2008 - Maulana Wahiduddin Khan · 2m 50s · at 42:00 · https://youtu.be/O9ie_tCNGHM?t=2520</w:t>
      </w:r>
    </w:p>
    <w:p>
      <w:r>
        <w:rPr>
          <w:i/>
        </w:rPr>
        <w:t>“In Ramadan, there is the Night of Power”</w:t>
      </w:r>
    </w:p>
    <w:p>
      <w:r>
        <w:rPr>
          <w:sz w:val="20"/>
        </w:rPr>
        <w:t>42:00  Ramadan mein aakhri zamaney mein kaha gaya hai ke ek shab qadr aati hai. shab qadr to shab qadr ke bare mein yeh hai ke yeh yahi woh raat hai jis din Quran utara gaya, matlab utarna shuru hua.</w:t>
      </w:r>
      <w:r>
        <w:br/>
      </w:r>
      <w:r>
        <w:rPr>
          <w:sz w:val="20"/>
        </w:rPr>
        <w:t>42:19  to woh Ramadan ke aakhir mein aati hai. to Allah taala ne us ko ek yaadgar raat qarar de diya, yaadgar raat ke jis raat ko Quran rasool Allah sal Allah alih wasalam par utra tha,</w:t>
      </w:r>
      <w:r>
        <w:br/>
      </w:r>
      <w:r>
        <w:rPr>
          <w:sz w:val="20"/>
        </w:rPr>
        <w:t>42:35  jab ke aap ghare hira the. aap to pehli baar jo utra tha Quran ghare hira mein aap ke upar, to woh Ramadan ke aakhri zamaney ki ek raat thi.</w:t>
      </w:r>
      <w:r>
        <w:br/>
      </w:r>
      <w:r>
        <w:rPr>
          <w:sz w:val="20"/>
        </w:rPr>
        <w:t>42:45  to is raat ko Allah taala ne</w:t>
      </w:r>
      <w:r>
        <w:br/>
      </w:r>
      <w:r>
        <w:rPr>
          <w:sz w:val="20"/>
        </w:rPr>
        <w:t>42:50  ek yaadgar raat qarar de diya. aur har saal is raat ko</w:t>
      </w:r>
      <w:r>
        <w:br/>
      </w:r>
      <w:r>
        <w:rPr>
          <w:sz w:val="20"/>
        </w:rPr>
        <w:t>42:58  logon ko hukum diya gaya hai ke woh ibadat karen, zyada se zyada yaad karen Quran ko, aur yaad karen ke Allah taala ne kis tarah se hidayat ka intezam kiya insan ke liye, insan ke liye Quran ki soorat mein.</w:t>
      </w:r>
      <w:r>
        <w:br/>
      </w:r>
      <w:r>
        <w:rPr>
          <w:sz w:val="20"/>
        </w:rPr>
        <w:t>43:12  to woh raat un baton ko yaad karne ki raat hai. yaani Lailat al Qadr mein aap yeh sab yaad karen ke Khuda ki kitni bari rehmat hai ke us ne apni kitab utari aur humein yeh mauqa diya ke hum kitab ke zariye hidayat hasil karen,</w:t>
      </w:r>
      <w:r>
        <w:br/>
      </w:r>
      <w:r>
        <w:rPr>
          <w:sz w:val="20"/>
        </w:rPr>
        <w:t>43:30  apni zindagi ko sanwaren, jannat ke mustahiq banen. to yeh yeh sab baton ko yaad karna. hadith mein aata hai ke Hazrat Aisha ne rasool Allah se poocha ke agar main shab qadr ko paoon to main kya karoon?</w:t>
      </w:r>
      <w:r>
        <w:br/>
      </w:r>
      <w:r>
        <w:rPr>
          <w:sz w:val="20"/>
        </w:rPr>
        <w:t>43:48  to aap ne farmaya ke yeh dua karo ke Allahumma anta afuwwun tuhibbul afwa</w:t>
      </w:r>
      <w:r>
        <w:br/>
      </w:r>
      <w:r>
        <w:rPr>
          <w:sz w:val="20"/>
        </w:rPr>
        <w:t>43:53  wu. aye Khuda! tu maaf karne wala hai, tu maafi ko pasand karta hai, to aye Khuda!</w:t>
      </w:r>
      <w:r>
        <w:br/>
      </w:r>
      <w:r>
        <w:rPr>
          <w:sz w:val="20"/>
        </w:rPr>
        <w:t>44:03  to mujh ko maaf kar de. yeh sab se bari dua hai jo momin karna chahiye shab qadr mein bhi, shab qadr ke bahir bhi.</w:t>
      </w:r>
      <w:r>
        <w:br/>
      </w:r>
      <w:r>
        <w:rPr>
          <w:sz w:val="20"/>
        </w:rPr>
        <w:t>44:14  lekin shab qadr ki ahmiyat yeh hai ke is din Allah taala ne Quran ko utara, is raat ko Allah taala ne Quran ko utara, insan par apni rehmat ka izhar kiya.</w:t>
      </w:r>
      <w:r>
        <w:br/>
      </w:r>
      <w:r>
        <w:rPr>
          <w:sz w:val="20"/>
        </w:rPr>
        <w:t>44:25  yaani Khuda ne is raat ko apni kitab rehmat bheji insan ki taraf taake insan us ko follow kar ke Khuda ki maghfirat hasil kare,</w:t>
      </w:r>
      <w:r>
        <w:br/>
      </w:r>
      <w:r>
        <w:rPr>
          <w:sz w:val="20"/>
        </w:rPr>
        <w:t>44:38  jannat hasil kare. to is liye yeh dua ki ahmiyat hai ke aye Khuda!</w:t>
      </w:r>
      <w:r>
        <w:br/>
      </w:r>
      <w:r>
        <w:rPr>
          <w:sz w:val="20"/>
        </w:rPr>
        <w:t>44:45  to maafi ko pasand karta hai,</w:t>
      </w:r>
    </w:p>
    <w:p>
      <w:pPr>
        <w:pStyle w:val="Heading2"/>
      </w:pPr>
      <w:r>
        <w:t>Dua is our greatest strength</w:t>
      </w:r>
    </w:p>
    <w:p>
      <w:r>
        <w:rPr>
          <w:color w:val="666666"/>
          <w:sz w:val="18"/>
        </w:rPr>
        <w:t>Q&amp;A 19 Feb 2012 Maulana Wahiduddin Khan · 47s · at 6:44 · https://youtu.be/ZJlQ-Ue_PhY?t=404</w:t>
      </w:r>
    </w:p>
    <w:p>
      <w:r>
        <w:rPr>
          <w:i/>
        </w:rPr>
        <w:t>“Dua hamari sabse badi taqat hai”</w:t>
      </w:r>
    </w:p>
    <w:p>
      <w:r>
        <w:rPr>
          <w:sz w:val="20"/>
        </w:rPr>
        <w:t>6:44  to baharhal, dua hamari sabse badi taqat hai. dawat ka kaam hamein dua ke zariye karna hai. koi mukhalafat kare to uska haq fail hai. kisi mukhalafat ke peeche hamein nahin padna hai.</w:t>
      </w:r>
      <w:r>
        <w:br/>
      </w:r>
      <w:r>
        <w:rPr>
          <w:sz w:val="20"/>
        </w:rPr>
        <w:t>7:01  mukhalafat karta hai, uska fail hai. wo hum uske liye bhi dua karna hai. na to hamein kisi ke liye, yani nafrat karna hai kisi se, na kisi se takrana hai. dua karte hue aage badhte rehna hai.</w:t>
      </w:r>
      <w:r>
        <w:br/>
      </w:r>
      <w:r>
        <w:rPr>
          <w:sz w:val="20"/>
        </w:rPr>
        <w:t>7:18  to iski ek misal hai ki kis tarah se raste khulte hain dua ke zariye. to khuda insani tareekh ko manage kar raha hai, to allah taala ne manage kiya hua. aap dekh lijiye, iske</w:t>
      </w:r>
    </w:p>
    <w:p>
      <w:pPr>
        <w:pStyle w:val="Heading2"/>
      </w:pPr>
      <w:r>
        <w:t>Literal and religious meaning of Tahajjud</w:t>
      </w:r>
    </w:p>
    <w:p>
      <w:r>
        <w:rPr>
          <w:color w:val="666666"/>
          <w:sz w:val="18"/>
        </w:rPr>
        <w:t>The Spirit of Tahajjud Prayer February 27, 2022 Dr. Saniyasnain Khan · 1m 45s · at 1:36 · https://youtu.be/QKVdxVFto7s?t=96</w:t>
      </w:r>
    </w:p>
    <w:p>
      <w:r>
        <w:rPr>
          <w:i/>
        </w:rPr>
        <w:t>“To is tahajjud ka jo madda hai wo haazada hai”</w:t>
      </w:r>
    </w:p>
    <w:p>
      <w:r>
        <w:rPr>
          <w:sz w:val="20"/>
        </w:rPr>
        <w:t>1:36  To is taajud jo maadda hai woh hazaada hai, hazaada aur isse ek word bana hai hujood ya</w:t>
      </w:r>
      <w:r>
        <w:br/>
      </w:r>
      <w:r>
        <w:rPr>
          <w:sz w:val="20"/>
        </w:rPr>
        <w:t>1:47  al hujood, jiska matlab hota hai ke raat ko sona sleeping at night aur isi se bana hai</w:t>
      </w:r>
      <w:r>
        <w:br/>
      </w:r>
      <w:r>
        <w:rPr>
          <w:sz w:val="20"/>
        </w:rPr>
        <w:t>1:59  tahajjud jiska literal matlab hota hai neend door karna ya raat ko neend mein se uth jana.</w:t>
      </w:r>
      <w:r>
        <w:br/>
      </w:r>
      <w:r>
        <w:rPr>
          <w:sz w:val="20"/>
        </w:rPr>
        <w:t>2:11  lekin jab ek religious term ke taur par ise use karte hain to iska matlab hai ki raat ko namaz padhna fazir se pehle aur jaise abhi doctor rajat ne bataya ki isko qyamul lail bhi kehte hain, salatul lail bhi kehte hain aur quran mein bhi aaya hai tajjut qawad wamin allaili fat tahajjadihi nafil atlaq.</w:t>
      </w:r>
      <w:r>
        <w:br/>
      </w:r>
      <w:r>
        <w:rPr>
          <w:sz w:val="20"/>
        </w:rPr>
        <w:t>2:39  to yeh ek nafil prayer hai yaani voluntary prayer hai, extra prayer aur obligatory prayer nahi hai.</w:t>
      </w:r>
      <w:r>
        <w:br/>
      </w:r>
      <w:r>
        <w:rPr>
          <w:sz w:val="20"/>
        </w:rPr>
        <w:t>2:55  maulana ne nafil ke baare mein bataya tha ki nafil ka matlab yeh hai ki agar aap kisi ke liye kuch zyada karna chahte hain jo prescribed hai usse to woh aap chahte hain ki kuch aur karein. to allah taala ke liye kuch aur ibadat karein. to yeh ibadatein mazid hain, extra prayer hain. to tahajjud ka yeh hai meaning. ji. literal meaning. ji.</w:t>
      </w:r>
      <w:r>
        <w:br/>
      </w:r>
      <w:r>
        <w:rPr>
          <w:sz w:val="20"/>
        </w:rPr>
        <w:t>3:21  to doctor jaise aapne bataya tahajjud jaisa ki hum jaante hain it is performed after isha but before fazr. ji. so what are the times of, timings of tahajjud? iske baare mein bataiye. waise jaise aapne kaha ki tahajjud ka jo waqt hai woh isha ke baad se lekar fazr ki azan se pehle tak hai.</w:t>
      </w:r>
    </w:p>
    <w:p>
      <w:pPr>
        <w:pStyle w:val="Heading2"/>
      </w:pPr>
      <w:r>
        <w:t>Hadith condemning both giver and taker of bribes</w:t>
      </w:r>
    </w:p>
    <w:p>
      <w:r>
        <w:rPr>
          <w:color w:val="666666"/>
          <w:sz w:val="18"/>
        </w:rPr>
        <w:t>The Importance of Zakat May 08, 2022 Dr. Saniyasnain Khan · 26s · at 50:01 · https://youtu.be/92nslWvnQ5Y?t=3001</w:t>
      </w:r>
    </w:p>
    <w:p>
      <w:r>
        <w:rPr>
          <w:i/>
        </w:rPr>
        <w:t>“The one who gives a bribe and the one who takes it, both cursed”</w:t>
      </w:r>
    </w:p>
    <w:p>
      <w:r>
        <w:rPr>
          <w:sz w:val="20"/>
        </w:rPr>
        <w:t>50:01  ji. aisa nahin ke koi unlawful tareeqe se kamaaye dishonesty ke saath aur corruption karke. ab jaise hadees mein aata hai ke jo shakhs bribe deta hai riswat. ji. aur jo shakhs leta hai dono ko qarz kiya hai. ji. aisa nahin hai log samajhte hain ke jo riswat leta hai wahi galat kaam ji. kar raha balki jo deta hai woh bhi equally responsible bilkul.</w:t>
      </w:r>
      <w:r>
        <w:br/>
      </w:r>
      <w:r>
        <w:rPr>
          <w:sz w:val="20"/>
        </w:rPr>
        <w:t>50:27  to kisi bhi tarah ki koi bhi dishonesty se agar aap koi ab zakat ya sadqa karenge to woh alag yahan acceptable nahin hai. ji ji ji. to yeh bahut ahum cheez hai. ji. aap ne bilkul sahi kaha DocsApp aur Islamic history mein yeh aaya bhi hai. madina mein ek saahab the jinka naam tha saaleba ibn haatebal ansari. woh ek hypocrite the aur unhone zakat deni chaahi lekin un ko mana kar diya gaya. un se zakat nahin li gayi, li gayi.</w:t>
      </w:r>
    </w:p>
    <w:p>
      <w:pPr>
        <w:pStyle w:val="Heading2"/>
      </w:pPr>
      <w:r>
        <w:t>Simple life dedicated to God's mission</w:t>
      </w:r>
    </w:p>
    <w:p>
      <w:r>
        <w:rPr>
          <w:color w:val="666666"/>
          <w:sz w:val="18"/>
        </w:rPr>
        <w:t>The Spirit of Hajj | November 10, 2007 · 30s · at 39:22 · https://youtu.be/lLM-kLIlvdw?t=2362</w:t>
      </w:r>
    </w:p>
    <w:p>
      <w:r>
        <w:rPr>
          <w:i/>
        </w:rPr>
        <w:t>“Meri zindagi bilkul simple hogi”</w:t>
      </w:r>
    </w:p>
    <w:p>
      <w:r>
        <w:rPr>
          <w:sz w:val="20"/>
        </w:rPr>
        <w:t>39:22  meri zindagi bilkul simple hogi. bilkul simple.</w:t>
      </w:r>
      <w:r>
        <w:br/>
      </w:r>
      <w:r>
        <w:rPr>
          <w:sz w:val="20"/>
        </w:rPr>
        <w:t>39:27  aur main jo kuch mere paas hai, us ko lagaunga main tere mission mein.</w:t>
      </w:r>
      <w:r>
        <w:br/>
      </w:r>
      <w:r>
        <w:rPr>
          <w:sz w:val="20"/>
        </w:rPr>
        <w:t>39:32  chahe lot kar ke aap ehraam jaisa kapda na bhi pehne, tab bhi ehraam ki spirit aap ki</w:t>
      </w:r>
      <w:r>
        <w:br/>
      </w:r>
      <w:r>
        <w:rPr>
          <w:sz w:val="20"/>
        </w:rPr>
        <w:t>39:37  zindagi mein shamil ho jana chahiye.</w:t>
      </w:r>
      <w:r>
        <w:br/>
      </w:r>
      <w:r>
        <w:rPr>
          <w:sz w:val="20"/>
        </w:rPr>
        <w:t>39:42  yani ek hai ehram ka jaisa kapra.</w:t>
      </w:r>
      <w:r>
        <w:br/>
      </w:r>
      <w:r>
        <w:rPr>
          <w:sz w:val="20"/>
        </w:rPr>
        <w:t>39:47  ehram ka jaisa</w:t>
      </w:r>
    </w:p>
    <w:p>
      <w:pPr>
        <w:pStyle w:val="Heading2"/>
      </w:pPr>
      <w:r>
        <w:t>fruit-peel analogy for empty ritual fasting</w:t>
      </w:r>
    </w:p>
    <w:p>
      <w:r>
        <w:rPr>
          <w:color w:val="666666"/>
          <w:sz w:val="18"/>
        </w:rPr>
        <w:t>Ramadan The Month of Fasting August 29, 2008 Maulana Wahiduddin Khan · 38s · at 33:45 · https://youtu.be/DcDEAI5bgAg?t=2025</w:t>
      </w:r>
    </w:p>
    <w:p>
      <w:r>
        <w:rPr>
          <w:i/>
        </w:rPr>
        <w:t>“Every fruit has a peel — imagine eating only that”</w:t>
      </w:r>
    </w:p>
    <w:p>
      <w:r>
        <w:rPr>
          <w:sz w:val="20"/>
        </w:rPr>
        <w:t>33:45  jaise aap dekhiye, ek phal hai to har phal mein ek chhilka hota hai. to aap chhilka khayen aur us ka andar ka jo hai, us ko phenk den.</w:t>
      </w:r>
      <w:r>
        <w:br/>
      </w:r>
      <w:r>
        <w:rPr>
          <w:sz w:val="20"/>
        </w:rPr>
        <w:t>33:54  to kaha jaye ke aap ko phal nahi mila, aap ko phal mein se sirf chhilka mila.</w:t>
      </w:r>
      <w:r>
        <w:br/>
      </w:r>
      <w:r>
        <w:rPr>
          <w:sz w:val="20"/>
        </w:rPr>
        <w:t>34:00  is tarah se jo log roze ke zamane mein aisa karen ke us ke form ke aitbar se to roza rakhen aur apne andar spirit na paida karen, shukr kiye aur taqwa ki, to unhone goya ke phal ke chhilke ko liya aur us ke magz ko chhod diya.</w:t>
      </w:r>
    </w:p>
    <w:p>
      <w:pPr>
        <w:pStyle w:val="Heading2"/>
      </w:pPr>
      <w:r>
        <w:t>Literal meaning of Eid al-Adha as mini-Hajj</w:t>
      </w:r>
    </w:p>
    <w:p>
      <w:r>
        <w:rPr>
          <w:color w:val="666666"/>
          <w:sz w:val="18"/>
        </w:rPr>
        <w:t>The Message of Eid Al- Adha November 6, 2011 - Maulana Wahiduddin Khan · 27s · at 1:36 · https://youtu.be/jRx-8VFlR9Q?t=96</w:t>
      </w:r>
    </w:p>
    <w:p>
      <w:r>
        <w:rPr>
          <w:i/>
        </w:rPr>
        <w:t>“Eid al-Adha ka lafzi matlab hai qurbani ki eid”</w:t>
      </w:r>
    </w:p>
    <w:p>
      <w:r>
        <w:rPr>
          <w:sz w:val="20"/>
        </w:rPr>
        <w:t>1:36  eid al-adhaa ka lafzi matlab hai qurbani ki eid. yeh eid al-adhaa har saal tamam dunya mein musalman manate hain.</w:t>
      </w:r>
      <w:r>
        <w:br/>
      </w:r>
      <w:r>
        <w:rPr>
          <w:sz w:val="20"/>
        </w:rPr>
        <w:t>1:55  eid al-adhaa goya ke mini hajj hai.</w:t>
      </w:r>
    </w:p>
    <w:p>
      <w:pPr>
        <w:pStyle w:val="Heading2"/>
      </w:pPr>
      <w:r>
        <w:t>Meaning of Labbaik Allahumma Labbaik at Eid</w:t>
      </w:r>
    </w:p>
    <w:p>
      <w:r>
        <w:rPr>
          <w:color w:val="666666"/>
          <w:sz w:val="18"/>
        </w:rPr>
        <w:t>The Message of Eid Al- Adha November 6, 2011 - Maulana Wahiduddin Khan · 2m 29s · at 3:18 · https://youtu.be/jRx-8VFlR9Q?t=198</w:t>
      </w:r>
    </w:p>
    <w:p>
      <w:r>
        <w:rPr>
          <w:i/>
        </w:rPr>
        <w:t>“Labbaik Allahumma Labbaik — a mumin's heart calling out”</w:t>
      </w:r>
    </w:p>
    <w:p>
      <w:r>
        <w:rPr>
          <w:sz w:val="20"/>
        </w:rPr>
        <w:t>3:18  maslan subah ko aap uthte hain to ghar se tayyar ho kar rawana hote hain eidgah ki taraf, yeh kehte hue: "labbaik allahumma labbaik, labbaik allahumma labbaik." aye Allah!</w:t>
      </w:r>
      <w:r>
        <w:br/>
      </w:r>
      <w:r>
        <w:rPr>
          <w:sz w:val="20"/>
        </w:rPr>
        <w:t>3:39  mein hazir hoon, aye Allah! mein ha</w:t>
      </w:r>
      <w:r>
        <w:br/>
      </w:r>
      <w:r>
        <w:rPr>
          <w:sz w:val="20"/>
        </w:rPr>
        <w:t>3:42  zoor hoon. yeh sirf ek lafzi baat nahi hai, yeh momin ke dil ki pukar hai.</w:t>
      </w:r>
      <w:r>
        <w:br/>
      </w:r>
      <w:r>
        <w:rPr>
          <w:sz w:val="20"/>
        </w:rPr>
        <w:t>3:57  eid al-adha ke din ek saccha momin apne</w:t>
      </w:r>
      <w:r>
        <w:br/>
      </w:r>
      <w:r>
        <w:rPr>
          <w:sz w:val="20"/>
        </w:rPr>
        <w:t>4:06  iman ko is tarah taza karta hai, apne pulsh ko, apne ahad ko is tarah din dobara taza karta hai, yeh alfaaz bol kar.</w:t>
      </w:r>
      <w:r>
        <w:br/>
      </w:r>
      <w:r>
        <w:rPr>
          <w:sz w:val="20"/>
        </w:rPr>
        <w:t>4:20  iska matlab yeh hai ke aap Allah se yeh ahad karte hain ke meri zindagi god oriented zindagi hogi,</w:t>
      </w:r>
      <w:r>
        <w:br/>
      </w:r>
      <w:r>
        <w:rPr>
          <w:sz w:val="20"/>
        </w:rPr>
        <w:t>4:33  khuda rukh zindagi hogi. meri dhoop ek Allah ke liye hogi.</w:t>
      </w:r>
      <w:r>
        <w:br/>
      </w:r>
      <w:r>
        <w:rPr>
          <w:sz w:val="20"/>
        </w:rPr>
        <w:t>4:43  aap jante hain is duniya mein har aadmi ke bahut se taaluqat hote hain: biwi, bachche, khandan, business, job, aur us ke bahut se duniyavi taqaze.</w:t>
      </w:r>
      <w:r>
        <w:br/>
      </w:r>
      <w:r>
        <w:rPr>
          <w:sz w:val="20"/>
        </w:rPr>
        <w:t>5:02  to aadmi bachpan se inhi cheezon mein conditioned ho jata hai.</w:t>
      </w:r>
      <w:r>
        <w:br/>
      </w:r>
      <w:r>
        <w:rPr>
          <w:sz w:val="20"/>
        </w:rPr>
        <w:t>5:11  dheere dheere aisa hota hai ke woh is ke siwa kuch aur soch nahi pata. to us ki tawajjohaat ka markaz yahi sab cheezein ho jati hain.</w:t>
      </w:r>
      <w:r>
        <w:br/>
      </w:r>
      <w:r>
        <w:rPr>
          <w:sz w:val="20"/>
        </w:rPr>
        <w:t>5:22  lekin momin woh hai jis ka soul karsan Allah ho, jis ki tawajjohaat ka markaz us ka khaliq ho.</w:t>
      </w:r>
      <w:r>
        <w:br/>
      </w:r>
      <w:r>
        <w:rPr>
          <w:sz w:val="20"/>
        </w:rPr>
        <w:t>5:33  to isi haqiqat ka ailaan hota hai "labbaik Allahumma labbaik" ke alfaaz mein.</w:t>
      </w:r>
    </w:p>
    <w:p>
      <w:pPr>
        <w:pStyle w:val="Heading2"/>
      </w:pPr>
      <w:r>
        <w:t>Fasting is about spiritual experience not food</w:t>
      </w:r>
    </w:p>
    <w:p>
      <w:r>
        <w:rPr>
          <w:color w:val="666666"/>
          <w:sz w:val="18"/>
        </w:rPr>
        <w:t>Fasting: A Scheme for Life | May 27, 2017 · 5m 53s · at 18:07 · https://youtu.be/CbE2a1baFv8?t=1087</w:t>
      </w:r>
    </w:p>
    <w:p>
      <w:r>
        <w:rPr>
          <w:i/>
        </w:rPr>
        <w:t>“Yeh ajeeb baat hai ke aaj se nahi, bohat pehle se ek culture aata hai”</w:t>
      </w:r>
    </w:p>
    <w:p>
      <w:r>
        <w:rPr>
          <w:sz w:val="20"/>
        </w:rPr>
        <w:t>18:07  yeh ajeeb baat hai ke aaj se nahi, bohat pehle se ek culture aata hai, khoob khane wala.</w:t>
      </w:r>
      <w:r>
        <w:br/>
      </w:r>
      <w:r>
        <w:rPr>
          <w:sz w:val="20"/>
        </w:rPr>
        <w:t>18:18  pehlay zamanay mein, kai so saal pehle ki baat hai, ek Farsi shayar ne ek shair kaha tha.</w:t>
      </w:r>
      <w:r>
        <w:br/>
      </w:r>
      <w:r>
        <w:rPr>
          <w:sz w:val="20"/>
        </w:rPr>
        <w:t>18:29  Farsi shayar ne ek shair kaha tha, mujhe shayar ka naam yaad nahi hai, Irani shayar tha:</w:t>
      </w:r>
      <w:r>
        <w:br/>
      </w:r>
      <w:r>
        <w:rPr>
          <w:sz w:val="20"/>
        </w:rPr>
        <w:t>18:41  "tan parvari khalq, fuzood shud darazat, jadd garmi iftar, nadarat Ramzan heech." is ka matlab yeh hai ke</w:t>
      </w:r>
      <w:r>
        <w:br/>
      </w:r>
      <w:r>
        <w:rPr>
          <w:sz w:val="20"/>
        </w:rPr>
        <w:t>18:51  roze mein logon ko khana peena aur badh gaya aur ram ram iftar ki dhoom aur sari ki</w:t>
      </w:r>
      <w:r>
        <w:br/>
      </w:r>
      <w:r>
        <w:rPr>
          <w:sz w:val="20"/>
        </w:rPr>
        <w:t>19:01  dhoom ke siwa aur kuch nahi raha roze mein.</w:t>
      </w:r>
      <w:r>
        <w:br/>
      </w:r>
      <w:r>
        <w:rPr>
          <w:sz w:val="20"/>
        </w:rPr>
        <w:t>19:11  tan parvari khalq, fuzood shud darazat, jadd jadd garmi iftar, nadarat Ramzan heech.</w:t>
      </w:r>
      <w:r>
        <w:br/>
      </w:r>
      <w:r>
        <w:rPr>
          <w:sz w:val="20"/>
        </w:rPr>
        <w:t>19:21  dekhiye, roza bhook roze tajurbe ke liye hota hai, ek naya tajurba.</w:t>
      </w:r>
      <w:r>
        <w:br/>
      </w:r>
      <w:r>
        <w:rPr>
          <w:sz w:val="20"/>
        </w:rPr>
        <w:t>19:31  roza jo hai, khwamkhwah nahi hai, ek naye experience ke liye jis ko hadith mein</w:t>
      </w:r>
      <w:r>
        <w:br/>
      </w:r>
      <w:r>
        <w:rPr>
          <w:sz w:val="20"/>
        </w:rPr>
        <w:t>19:41  khuloof kaha gaya.</w:t>
      </w:r>
      <w:r>
        <w:br/>
      </w:r>
      <w:r>
        <w:rPr>
          <w:sz w:val="20"/>
        </w:rPr>
        <w:t>19:49  khuloof ek experience ek hai, khuloof ek experience hai.</w:t>
      </w:r>
      <w:r>
        <w:br/>
      </w:r>
      <w:r>
        <w:rPr>
          <w:sz w:val="20"/>
        </w:rPr>
        <w:t>19:56  to roza jo hai, ek anokhi ibadat hai, is mein is mein makhsoos experience hai.</w:t>
      </w:r>
      <w:r>
        <w:br/>
      </w:r>
      <w:r>
        <w:rPr>
          <w:sz w:val="20"/>
        </w:rPr>
        <w:t>20:04  namaz mein experience nahi hota, lekin roze mein experience hota hai, bhook ki wajah se, piyas ki wajah se. to is</w:t>
      </w:r>
      <w:r>
        <w:br/>
      </w:r>
      <w:r>
        <w:rPr>
          <w:sz w:val="20"/>
        </w:rPr>
        <w:t>20:11  experience ko paida karne ke liye roza rakha gaya hai. Agar aap is experience ko maans kar dein, is ke is kisi tareeqe se aisa ho jaaye ke aap ko woh woh experience ho hi nahi, maslan garmi ke mahine mein raat din aap air conditioner kamre mein baithe rahen, 24 ghante AC AC chal raha hai aur aap bilkul aaram ke saath is ke</w:t>
      </w:r>
      <w:r>
        <w:br/>
      </w:r>
      <w:r>
        <w:rPr>
          <w:sz w:val="20"/>
        </w:rPr>
        <w:t>20:41  andar so rahe hain, baith rahe hain, yeh koi achi baat nahi hai.</w:t>
      </w:r>
      <w:r>
        <w:br/>
      </w:r>
      <w:r>
        <w:rPr>
          <w:sz w:val="20"/>
        </w:rPr>
        <w:t>20:52  garmi mein aap ko garmi hone honi chahiye, bhook mein bhook lagna chahiye aap ko.</w:t>
      </w:r>
      <w:r>
        <w:br/>
      </w:r>
      <w:r>
        <w:rPr>
          <w:sz w:val="20"/>
        </w:rPr>
        <w:t>21:03  yani roza plus tajurba roza hai, roza plus experience roza hai aur roza ma'raz experience roza hi nahi hai.</w:t>
      </w:r>
      <w:r>
        <w:br/>
      </w:r>
      <w:r>
        <w:rPr>
          <w:sz w:val="20"/>
        </w:rPr>
        <w:t>21:14  isi liye ek hadith hai ke "kam min saimin laysa min saimi illa jo waltash".</w:t>
      </w:r>
      <w:r>
        <w:br/>
      </w:r>
      <w:r>
        <w:rPr>
          <w:sz w:val="20"/>
        </w:rPr>
        <w:t>21:22  rasool Allah ne farmaya ke kitne hi roze daar hain jin ko roze se bhook pyas ke siwa</w:t>
      </w:r>
      <w:r>
        <w:br/>
      </w:r>
      <w:r>
        <w:rPr>
          <w:sz w:val="20"/>
        </w:rPr>
        <w:t>21:30  aur kuch nahi milta, kyunke un ka roza tajurba nahi banta, un ka roza experience nahi banta, un</w:t>
      </w:r>
      <w:r>
        <w:br/>
      </w:r>
      <w:r>
        <w:rPr>
          <w:sz w:val="20"/>
        </w:rPr>
        <w:t>21:39  ka un ka roza un ke andar spiritual awakening nahi lata.</w:t>
      </w:r>
      <w:r>
        <w:br/>
      </w:r>
      <w:r>
        <w:rPr>
          <w:sz w:val="20"/>
        </w:rPr>
        <w:t>21:47  jis roze mein spiritual awakening na ho, us ke bare mein rasool Allah ne farmaya ke us se</w:t>
      </w:r>
      <w:r>
        <w:br/>
      </w:r>
      <w:r>
        <w:rPr>
          <w:sz w:val="20"/>
        </w:rPr>
        <w:t>21:54  kuch nahi milta insan ko.</w:t>
      </w:r>
      <w:r>
        <w:br/>
      </w:r>
      <w:r>
        <w:rPr>
          <w:sz w:val="20"/>
        </w:rPr>
        <w:t>22:02  to yaad rakhiye, zindagi mein sab se bari cheez tajurba hi to hai.</w:t>
      </w:r>
      <w:r>
        <w:br/>
      </w:r>
      <w:r>
        <w:rPr>
          <w:sz w:val="20"/>
        </w:rPr>
        <w:t>22:10  tajurba wo jo Quran mein hai ke "is mein kya yeh tajurbe ki baat hai?</w:t>
      </w:r>
      <w:r>
        <w:br/>
      </w:r>
      <w:r>
        <w:rPr>
          <w:sz w:val="20"/>
        </w:rPr>
        <w:t>22:17  " yani Allah taala ka matlab hai ke insan ke sath bimari ka tajurba ho, bhook ka tajurba</w:t>
      </w:r>
      <w:r>
        <w:br/>
      </w:r>
      <w:r>
        <w:rPr>
          <w:sz w:val="20"/>
        </w:rPr>
        <w:t>22:28  ho, nuksan ka tajurba ho, takleef ka tajurba ho.</w:t>
      </w:r>
      <w:r>
        <w:br/>
      </w:r>
      <w:r>
        <w:rPr>
          <w:sz w:val="20"/>
        </w:rPr>
        <w:t>22:39  wish sabireen aise logon ke liye khushkhabri hai jo is tajurbe ko partially tor par lein, is tajurbe</w:t>
      </w:r>
      <w:r>
        <w:br/>
      </w:r>
      <w:r>
        <w:rPr>
          <w:sz w:val="20"/>
        </w:rPr>
        <w:t>22:50  se wo spiritual spiritual food hasil karein.</w:t>
      </w:r>
      <w:r>
        <w:br/>
      </w:r>
      <w:r>
        <w:rPr>
          <w:sz w:val="20"/>
        </w:rPr>
        <w:t>23:01  Yaani yeh jo bhook hai, pyaas hai, nuksan hai, takleef hai, yeh sab experiences hain. To jo experience is qism ke experience sabr karen. Sabr ka matlab kya hai? Is ko positive turn den. Sabr ka matlab hai museebat ko positive turn dena. Idha asabat musibat qalu inna lillahi wa inna ilaihi raji'un. Is ka matlab kya</w:t>
      </w:r>
      <w:r>
        <w:br/>
      </w:r>
      <w:r>
        <w:rPr>
          <w:sz w:val="20"/>
        </w:rPr>
        <w:t>23:31  hai? Unhon ne museebat ko positive turn diya, unhon ne negative mein negative experience se positive lesson nikala. To roza jo hai, poori jo zindagi ki scheme hai Allah taala ki, us ka ek part hai, alag se koi cheez nahi hai. Log samajhte hain ke roza Ramzan ka mahina aaya to 30</w:t>
      </w:r>
    </w:p>
    <w:p>
      <w:pPr>
        <w:pStyle w:val="Heading2"/>
      </w:pPr>
      <w:r>
        <w:t>The space Prophet called a piece of paradise</w:t>
      </w:r>
    </w:p>
    <w:p>
      <w:r>
        <w:rPr>
          <w:color w:val="666666"/>
          <w:sz w:val="18"/>
        </w:rPr>
        <w:t>The Spirit of Namaz February 13, 2022 Dr. Saniyasnain Khan · 58s · at 1:06:00 · https://youtu.be/Mh4K7ZR4RbE?t=3960</w:t>
      </w:r>
    </w:p>
    <w:p>
      <w:r>
        <w:rPr>
          <w:i/>
        </w:rPr>
        <w:t>“In Medina's mosque there's a spot called Riyad al-Jannah”</w:t>
      </w:r>
    </w:p>
    <w:p>
      <w:r>
        <w:rPr>
          <w:sz w:val="20"/>
        </w:rPr>
        <w:t>1:06:00  main ek misaal deta hoon ke agar aap madina jayen, madina ki masjid jo hai, usmein aage ki</w:t>
      </w:r>
      <w:r>
        <w:br/>
      </w:r>
      <w:r>
        <w:rPr>
          <w:sz w:val="20"/>
        </w:rPr>
        <w:t>1:06:12  taraf ek hissa hai jisko riyazul janma kaha jata hai aur woh jahan par imam khade hote hain</w:t>
      </w:r>
      <w:r>
        <w:br/>
      </w:r>
      <w:r>
        <w:rPr>
          <w:sz w:val="20"/>
        </w:rPr>
        <w:t>1:06:24  wahan thoda sa alag sa carpet bhi hota hai to lagta hai ke ye woh hissa hai.</w:t>
      </w:r>
      <w:r>
        <w:br/>
      </w:r>
      <w:r>
        <w:rPr>
          <w:sz w:val="20"/>
        </w:rPr>
        <w:t>1:06:36  Chunke Prophet ne kaha tha Ma baina Mimberi wa Baitil Jannah. Yeh mere mimbar, mimbar yaani pulpit jahan Imam lead karta hai prayer. Usse aur mere ghar ke beach ki jo jagah hai woh jannat ke baagon mein se ek baag hai. To logon ne usko literal sense mein le liya.</w:t>
      </w:r>
      <w:r>
        <w:br/>
      </w:r>
      <w:r>
        <w:rPr>
          <w:sz w:val="20"/>
        </w:rPr>
        <w:t>1:06:58  Darasal baat yeh thi ke jab masjid bani, Masjid e Nabwi to ek area thoda sa khaali reh gaya, empty space thi. To Prophet ne kuch kamre banaye wahan jisko hujra ya hujraat kaha jata hai Quran mein bhi Surah Hujraat hai.</w:t>
      </w:r>
    </w:p>
    <w:p>
      <w:pPr>
        <w:pStyle w:val="Heading2"/>
      </w:pPr>
      <w:r>
        <w:t>Namaaz is the mirage of a believer</w:t>
      </w:r>
    </w:p>
    <w:p>
      <w:r>
        <w:rPr>
          <w:color w:val="666666"/>
          <w:sz w:val="18"/>
        </w:rPr>
        <w:t>Islamic Prayer (Part 1) (English) February 27, 2007 Maulana Wahiduddin Khan · 47s · at 4:14 · https://youtu.be/p_6r0MDbHmY?t=254</w:t>
      </w:r>
    </w:p>
    <w:p>
      <w:r>
        <w:rPr>
          <w:i/>
        </w:rPr>
        <w:t>“So prayer, or Salat, is the most important teaching of Islam.”</w:t>
      </w:r>
    </w:p>
    <w:p>
      <w:r>
        <w:rPr>
          <w:sz w:val="20"/>
        </w:rPr>
        <w:t>4:14  So prayer, or Salat, is the most important teaching of the Islam. Now, there is a Hadith: "As-Salatu Mi'rajul Mumineen." Namaz is the Mi'raj of a believer.</w:t>
      </w:r>
      <w:r>
        <w:br/>
      </w:r>
      <w:r>
        <w:rPr>
          <w:sz w:val="20"/>
        </w:rPr>
        <w:t>4:44  Mi'raj means ascension. So Namaz is like ascension because it brings you in the presence of God.</w:t>
      </w:r>
      <w:r>
        <w:br/>
      </w:r>
      <w:r>
        <w:rPr>
          <w:sz w:val="20"/>
        </w:rPr>
        <w:t>5:01  Then there is a Hadith: "Al-Masajid Buyutul Muttaqin." The mosques are houses of pious people.</w:t>
      </w:r>
    </w:p>
    <w:p>
      <w:pPr>
        <w:pStyle w:val="Heading2"/>
      </w:pPr>
      <w:r>
        <w:t>Boarding a plane became a symbol of life and death</w:t>
      </w:r>
    </w:p>
    <w:p>
      <w:r>
        <w:rPr>
          <w:color w:val="666666"/>
          <w:sz w:val="18"/>
        </w:rPr>
        <w:t>An Intellectual Journey May 1, 2011 · 2m 19s · at 5:22 · https://youtu.be/AqjjyimoIqw?t=322</w:t>
      </w:r>
    </w:p>
    <w:p>
      <w:r>
        <w:rPr>
          <w:i/>
        </w:rPr>
        <w:t>“Main aapko apna ek experience batata hoon”</w:t>
      </w:r>
    </w:p>
    <w:p>
      <w:r>
        <w:rPr>
          <w:sz w:val="20"/>
        </w:rPr>
        <w:t>5:22  ab dekhiye ke mein aap ko apna aik experience batata hoon.</w:t>
      </w:r>
      <w:r>
        <w:br/>
      </w:r>
      <w:r>
        <w:rPr>
          <w:sz w:val="20"/>
        </w:rPr>
        <w:t>5:29  jab mein yahan se rawana hua aur airport par pohncha</w:t>
      </w:r>
      <w:r>
        <w:br/>
      </w:r>
      <w:r>
        <w:rPr>
          <w:sz w:val="20"/>
        </w:rPr>
        <w:t>5:37  to airport se hum jahaz mein safar sawaar hue. jahaz mein sawaar hue. yeh waqea mere liye aik aik symbolic sense mein zindagi aur maut ka tajurba ban gaya.</w:t>
      </w:r>
      <w:r>
        <w:br/>
      </w:r>
      <w:r>
        <w:rPr>
          <w:sz w:val="20"/>
        </w:rPr>
        <w:t>5:53  mein socha ke khudaaya isi tarah aik din mera safar hayat khatam hoga.</w:t>
      </w:r>
      <w:r>
        <w:br/>
      </w:r>
      <w:r>
        <w:rPr>
          <w:sz w:val="20"/>
        </w:rPr>
        <w:t>6:03  firishte aayenge aur aik aur sawari par mujhe bitha denge jo sawari ja rahi hogi is duniya se kisi aur duniya ki taraf.</w:t>
      </w:r>
      <w:r>
        <w:br/>
      </w:r>
      <w:r>
        <w:rPr>
          <w:sz w:val="20"/>
        </w:rPr>
        <w:t>6:17  ab yeh mein sochne laga.</w:t>
      </w:r>
      <w:r>
        <w:br/>
      </w:r>
      <w:r>
        <w:rPr>
          <w:sz w:val="20"/>
        </w:rPr>
        <w:t>6:22  isi mein soch mein raha ke kaisa ajeeb woh din hoga jab ke maut ke firishte aayen, mujhe</w:t>
      </w:r>
      <w:r>
        <w:br/>
      </w:r>
      <w:r>
        <w:rPr>
          <w:sz w:val="20"/>
        </w:rPr>
        <w:t>6:33  yaani aik aur sawari bitha dein. woh aik hoga goya ke aik aik aik explosion hoga.</w:t>
      </w:r>
      <w:r>
        <w:br/>
      </w:r>
      <w:r>
        <w:rPr>
          <w:sz w:val="20"/>
        </w:rPr>
        <w:t>6:45  compulsory explosion is duniya se. chalo ab yahan tumhein rehne ka waqt khatam ho gaya.</w:t>
      </w:r>
      <w:r>
        <w:br/>
      </w:r>
      <w:r>
        <w:rPr>
          <w:sz w:val="20"/>
        </w:rPr>
        <w:t>6:51  ab aik jahaz mein, aik maut ke jahaz mein mujhe baithna hoga. woh kahan jayega kuch pata nahi. yeh sab sochta raha mein. to ab mind ko mein activate kiye hue tha.</w:t>
      </w:r>
      <w:r>
        <w:br/>
      </w:r>
      <w:r>
        <w:rPr>
          <w:sz w:val="20"/>
        </w:rPr>
        <w:t>7:05  mind ko activate kiye hue tha is jo khuda ka jo creation plan hai. poora mind mera creation plan of god ko soch raha tha.</w:t>
      </w:r>
      <w:r>
        <w:br/>
      </w:r>
      <w:r>
        <w:rPr>
          <w:sz w:val="20"/>
        </w:rPr>
        <w:t>7:14  zindagi aur maut, maut ke baad aik aur duniya.</w:t>
      </w:r>
      <w:r>
        <w:br/>
      </w:r>
      <w:r>
        <w:rPr>
          <w:sz w:val="20"/>
        </w:rPr>
        <w:t>7:19  to is ka nateeja kya hua dekhiye? aik bohat bari Allah taala ne mujhe blessing di. yeh safar mere liye aik bohat bara point of reference ban gaya.</w:t>
      </w:r>
      <w:r>
        <w:br/>
      </w:r>
      <w:r>
        <w:rPr>
          <w:sz w:val="20"/>
        </w:rPr>
        <w:t>7:30  bohat bari dua ke liye point of reference. ab hamara jahaz fly karte hue, fly karte hue ja raha tha.</w:t>
      </w:r>
    </w:p>
    <w:p>
      <w:pPr>
        <w:pStyle w:val="Heading2"/>
      </w:pPr>
      <w:r>
        <w:t>Fifth day's concession-worship surpasses four days of strictness</w:t>
      </w:r>
    </w:p>
    <w:p>
      <w:r>
        <w:rPr>
          <w:color w:val="666666"/>
          <w:sz w:val="18"/>
        </w:rPr>
        <w:t>Spirit of Worship April 4, 2014 Maulana Wahiduddin Khan · 1m 32s · at 24:55 · https://youtu.be/67oq6WyFJ5I?t=1495</w:t>
      </w:r>
    </w:p>
    <w:p>
      <w:r>
        <w:rPr>
          <w:i/>
        </w:rPr>
        <w:t>“Farz kijiye ke char din aap ne azeemat ke mutabiq ibadat ki”</w:t>
      </w:r>
    </w:p>
    <w:p>
      <w:r>
        <w:rPr>
          <w:sz w:val="20"/>
        </w:rPr>
        <w:t>24:55  yaani aap agar farz kijiye ke</w:t>
      </w:r>
      <w:r>
        <w:br/>
      </w:r>
      <w:r>
        <w:rPr>
          <w:sz w:val="20"/>
        </w:rPr>
        <w:t>25:01  chaar din aap ne azimat ke mutabiq ibadat ki,</w:t>
      </w:r>
      <w:r>
        <w:br/>
      </w:r>
      <w:r>
        <w:rPr>
          <w:sz w:val="20"/>
        </w:rPr>
        <w:t>25:09  azimat ke jo tareeqe hain, fuqaha ne bataye hain, jo</w:t>
      </w:r>
      <w:r>
        <w:br/>
      </w:r>
      <w:r>
        <w:rPr>
          <w:sz w:val="20"/>
        </w:rPr>
        <w:t>25:16  is ke mutabiq chaar din ibadat ki, paanchwein din aap ko koi aarza laiq ho gaya aur aap rukhsat</w:t>
      </w:r>
      <w:r>
        <w:br/>
      </w:r>
      <w:r>
        <w:rPr>
          <w:sz w:val="20"/>
        </w:rPr>
        <w:t>25:28  par sochne lage, to yaqeen kijiye ke paanchwein din ki ibadat aap ke chaaron din ki ibadat se zyada afzal ho jayegi.</w:t>
      </w:r>
      <w:r>
        <w:br/>
      </w:r>
      <w:r>
        <w:rPr>
          <w:sz w:val="20"/>
        </w:rPr>
        <w:t>25:37  agar sahi, agar sahi aap ke andar ehsaas ho to.</w:t>
      </w:r>
      <w:r>
        <w:br/>
      </w:r>
      <w:r>
        <w:rPr>
          <w:sz w:val="20"/>
        </w:rPr>
        <w:t>25:44  yaani azimat wali ibadat se zyada badi ban jayegi woh ibadat jo rukhsat ke tehat aap anjaam dein. isi liye Allah ko mehboob hai, isi liye Allah ko mehboob hai ke insaan rukhsat ko istemal kare.</w:t>
      </w:r>
      <w:r>
        <w:br/>
      </w:r>
      <w:r>
        <w:rPr>
          <w:sz w:val="20"/>
        </w:rPr>
        <w:t>26:05  rukhsat ko jo istemal na kare,</w:t>
      </w:r>
      <w:r>
        <w:br/>
      </w:r>
      <w:r>
        <w:rPr>
          <w:sz w:val="20"/>
        </w:rPr>
        <w:t>26:11  us ne goya ke ek mauqa kho diya, ek opportunity kho diya. woh</w:t>
      </w:r>
      <w:r>
        <w:br/>
      </w:r>
      <w:r>
        <w:rPr>
          <w:sz w:val="20"/>
        </w:rPr>
        <w:t>26:18  rukhsat ek mauqa hai, ek opportunity hai. jo is ko istemal kare, woh Allah ka mehboob banega.</w:t>
      </w:r>
    </w:p>
    <w:p>
      <w:pPr>
        <w:pStyle w:val="Heading2"/>
      </w:pPr>
      <w:r>
        <w:t>Invitation to be God's helper</w:t>
      </w:r>
    </w:p>
    <w:p>
      <w:r>
        <w:rPr>
          <w:color w:val="666666"/>
          <w:sz w:val="18"/>
        </w:rPr>
        <w:t>Five Pillars of Islam - Part- II (English) February 22, 2025 Dr. Rajat Malhotra · 27s · at 45:42 · https://youtu.be/fGlUbxcL7fQ?t=2742</w:t>
      </w:r>
    </w:p>
    <w:p>
      <w:r>
        <w:rPr>
          <w:i/>
        </w:rPr>
        <w:t>“Believers be God's helper”</w:t>
      </w:r>
    </w:p>
    <w:p>
      <w:r>
        <w:rPr>
          <w:sz w:val="20"/>
        </w:rPr>
        <w:t>45:42  Said that if you do that, god will show mercy to you. Look at the, next, you know, this heartening, verse, believers be god's helper. Yeah, I read it so many times when the first time I read it, I said to myself, does God really need help? He is the self sustaining, he is the mighty, he is the creator.</w:t>
      </w:r>
      <w:r>
        <w:br/>
      </w:r>
      <w:r>
        <w:rPr>
          <w:sz w:val="20"/>
        </w:rPr>
        <w:t>46:09  I mean, he says be and everything, everything comes into reality. But only for this task, only for the task of conveying the message of God he's saying, be my helper. Would you not want to be noted in the book as someone who helped and supported god's cause? How can we afford not to be included in god's cause? It is phenomenal verse.</w:t>
      </w:r>
    </w:p>
    <w:p>
      <w:pPr>
        <w:pStyle w:val="Heading2"/>
      </w:pPr>
      <w:r>
        <w:t>Taqwa defined through thorny path example</w:t>
      </w:r>
    </w:p>
    <w:p>
      <w:r>
        <w:rPr>
          <w:color w:val="666666"/>
          <w:sz w:val="18"/>
        </w:rPr>
        <w:t>Ramadan and The Quran September 03, 2006 Maulana Wahiduddin Khan · 4m 07s · at 37:15 · https://youtu.be/LJU2AJuPQZc?t=2235</w:t>
      </w:r>
    </w:p>
    <w:p>
      <w:r>
        <w:rPr>
          <w:i/>
        </w:rPr>
        <w:t>“Quran mein roze ka hukm hai laallakum tattaqoon”</w:t>
      </w:r>
    </w:p>
    <w:p>
      <w:r>
        <w:rPr>
          <w:sz w:val="20"/>
        </w:rPr>
        <w:t>37:15  quran mein jahan hukum diya gaya hai roze ka, to wahan par aaya hai ke la'allakum tattaqun. ta ke tumhare andar taqwa paida ho.</w:t>
      </w:r>
      <w:r>
        <w:br/>
      </w:r>
      <w:r>
        <w:rPr>
          <w:sz w:val="20"/>
        </w:rPr>
        <w:t>37:27  ta ke tum mutaqqi bano. dekhein, mutaqqi kehte hain hoshiyar aadmi ko. hoshiyar.</w:t>
      </w:r>
      <w:r>
        <w:br/>
      </w:r>
      <w:r>
        <w:rPr>
          <w:sz w:val="20"/>
        </w:rPr>
        <w:t>37:36  yani ehtiyat, muhtat mizaj.</w:t>
      </w:r>
      <w:r>
        <w:br/>
      </w:r>
      <w:r>
        <w:rPr>
          <w:sz w:val="20"/>
        </w:rPr>
        <w:t>37:45  to aadmi ke andar ehtiyat ka mizaj aaye, woh hoshiyar insan ban kar rahe dunya mein, yeh hai roze ka maqsad.</w:t>
      </w:r>
      <w:r>
        <w:br/>
      </w:r>
      <w:r>
        <w:rPr>
          <w:sz w:val="20"/>
        </w:rPr>
        <w:t>37:56  kyun ke khana samne hai, aap nahi khate to aap ehtiyati to kar rahe hain. pani samne hai, aap nahi peete piyas ke bawajood to aap ehtiyati to kar rahe hain, yahi hai taqwa.</w:t>
      </w:r>
      <w:r>
        <w:br/>
      </w:r>
      <w:r>
        <w:rPr>
          <w:sz w:val="20"/>
        </w:rPr>
        <w:t>38:11  to aap hoshiyar bane rehte hain pure mahine mein. to taqwa ki tarbiyat hoti hai roze mein. ke aap ek hoshiyar insan ban kar rahe, is ki tarbiyat di jati hai aap ko roze mein.</w:t>
      </w:r>
      <w:r>
        <w:br/>
      </w:r>
      <w:r>
        <w:rPr>
          <w:sz w:val="20"/>
        </w:rPr>
        <w:t>38:25  to taqwa kya hai? is ke bare mein mein aap ko ek waqia sunata hoon. islam mein jo sani khalifa the, umar bin al-khattab, woh bohat hi top ke aadmi mane jate hain islam ki tareekh mein.</w:t>
      </w:r>
      <w:r>
        <w:br/>
      </w:r>
      <w:r>
        <w:rPr>
          <w:sz w:val="20"/>
        </w:rPr>
        <w:t>38:42  to unhone ek aur sathi se kaha ke yeh batao ke taqwa kya hai?</w:t>
      </w:r>
      <w:r>
        <w:br/>
      </w:r>
      <w:r>
        <w:rPr>
          <w:sz w:val="20"/>
        </w:rPr>
        <w:t>38:54  taqwa kya hai? to unhone kaha ke kya aap kabhi chalte hain aise rastay mein jahan jhariyan hon dono taraf?</w:t>
      </w:r>
      <w:r>
        <w:br/>
      </w:r>
      <w:r>
        <w:rPr>
          <w:sz w:val="20"/>
        </w:rPr>
        <w:t>39:07  kaante daar jhariyan? kyun ke wahan par bohat aisa hota tha. ab to har taraf sarkain ban gayi hain. lekin pehle to rastay jo hua karte the, woh aise hi hua karte the.</w:t>
      </w:r>
      <w:r>
        <w:br/>
      </w:r>
      <w:r>
        <w:rPr>
          <w:sz w:val="20"/>
        </w:rPr>
        <w:t>39:21  to unhone poocha ke kya aap kabhi aise kisi rastay se guzre hain jahan dono taraf kaante daar jhariyan hon? to unhone kaha ke haan.</w:t>
      </w:r>
      <w:r>
        <w:br/>
      </w:r>
      <w:r>
        <w:rPr>
          <w:sz w:val="20"/>
        </w:rPr>
        <w:t>39:30  to unhon ne kaha ke aap ne kya kiya? to unhon ne kaha ke **shrunk my bedsheet**. yaani main ne apne kapre samait liye.</w:t>
      </w:r>
      <w:r>
        <w:br/>
      </w:r>
      <w:r>
        <w:rPr>
          <w:sz w:val="20"/>
        </w:rPr>
        <w:t>39:42  aur bachta hua nikal gaya. yaani idhar bhi kaantay daar jhaari. idhar bhi kaantay daar jhaari. yaani thaarni bush jis ko kehte hain.</w:t>
      </w:r>
      <w:r>
        <w:br/>
      </w:r>
      <w:r>
        <w:rPr>
          <w:sz w:val="20"/>
        </w:rPr>
        <w:t>39:53  thaarni bush idhar bhi, thaarni bush idhar bhi. to unhon ne kaha ke main ne aik aik kapre jo hain woh apne samaitay aur bachta hua nikal gaya.</w:t>
      </w:r>
      <w:r>
        <w:br/>
      </w:r>
      <w:r>
        <w:rPr>
          <w:sz w:val="20"/>
        </w:rPr>
        <w:t>40:03  to unhon ne kaha ke zaalik al-taqwa. yahi taqwa hai. yahi hai hoshiyar banna. to dunya ki zindagi jo hai, is mein har taraf ka thaarni bushz hain.</w:t>
      </w:r>
      <w:r>
        <w:br/>
      </w:r>
      <w:r>
        <w:rPr>
          <w:sz w:val="20"/>
        </w:rPr>
        <w:t>40:19  matlab har taraf. yaani aisi targeebaat hain jo hamein burai mein daal deti hain.</w:t>
      </w:r>
      <w:r>
        <w:br/>
      </w:r>
      <w:r>
        <w:rPr>
          <w:sz w:val="20"/>
        </w:rPr>
        <w:t>40:30  har taraf targeebaat. poori dunya bhari hui hai targeebaat se. to in targeebaat ke beech mein hamein apna safar karna parta hai.</w:t>
      </w:r>
      <w:r>
        <w:br/>
      </w:r>
      <w:r>
        <w:rPr>
          <w:sz w:val="20"/>
        </w:rPr>
        <w:t>40:44  to kaise karein? waise hi karein jaise ke thaarni bush ke beech se aap guzarte hain. yaani bachte hue, bachte hue, bachte hue chale jana.</w:t>
      </w:r>
      <w:r>
        <w:br/>
      </w:r>
      <w:r>
        <w:rPr>
          <w:sz w:val="20"/>
        </w:rPr>
        <w:t>41:00  main samajhta hoon ke yeh jo misaal hai, yeh bohat achhi tarah batati hai ke</w:t>
      </w:r>
      <w:r>
        <w:br/>
      </w:r>
      <w:r>
        <w:rPr>
          <w:sz w:val="20"/>
        </w:rPr>
        <w:t>41:10  roza mein kis baat ki tarbiyat di jaati hai ya roze ka maqsad kya hai.</w:t>
      </w:r>
    </w:p>
    <w:p>
      <w:pPr>
        <w:pStyle w:val="Heading2"/>
      </w:pPr>
      <w:r>
        <w:t>What niyyat and taqwa really mean</w:t>
      </w:r>
    </w:p>
    <w:p>
      <w:r>
        <w:rPr>
          <w:color w:val="666666"/>
          <w:sz w:val="18"/>
        </w:rPr>
        <w:t>The Spirit of Roza Sept 7, 2008 · 2m 54s · at 16:35 · https://youtu.be/C9G1oBdqoKk?t=995</w:t>
      </w:r>
    </w:p>
    <w:p>
      <w:r>
        <w:rPr>
          <w:i/>
        </w:rPr>
        <w:t>“Roze ka yeh beginning hai, wo sochne se shuru hoti hai”</w:t>
      </w:r>
    </w:p>
    <w:p>
      <w:r>
        <w:rPr>
          <w:sz w:val="20"/>
        </w:rPr>
        <w:t>16:35  kyun ke roze ka yeh beginning hai woh sochne se shuru hoti hai. pehle sochna hai tab roza aata hai. jo niyat kaha jaata hai ke niyat ke baghair roza nahi hai.</w:t>
      </w:r>
      <w:r>
        <w:br/>
      </w:r>
      <w:r>
        <w:rPr>
          <w:sz w:val="20"/>
        </w:rPr>
        <w:t>16:47  yeh masla hai ke niyat ke baghair roza nahi hota. to niyat kya hai? niyat yahi hai roze ke baray mein sochna.</w:t>
      </w:r>
      <w:r>
        <w:br/>
      </w:r>
      <w:r>
        <w:rPr>
          <w:sz w:val="20"/>
        </w:rPr>
        <w:t>17:00  yeh socha hua roza rakhna.</w:t>
      </w:r>
      <w:r>
        <w:br/>
      </w:r>
      <w:r>
        <w:rPr>
          <w:sz w:val="20"/>
        </w:rPr>
        <w:t>17:03  niyat ka matlab yeh hai ke socha hua roza rakhna. yaani sochne wale process ko pehle jaari karna phir roza rakhna.</w:t>
      </w:r>
      <w:r>
        <w:br/>
      </w:r>
      <w:r>
        <w:rPr>
          <w:sz w:val="20"/>
        </w:rPr>
        <w:t>17:14  wohi jo mein ne arz kiya ke democracy se pehle democratization ka process chahiye. wahi yahan bhi hai.</w:t>
      </w:r>
      <w:r>
        <w:br/>
      </w:r>
      <w:r>
        <w:rPr>
          <w:sz w:val="20"/>
        </w:rPr>
        <w:t>17:26  quran mein hai ke quran roze ka maqsad taqwa bataya</w:t>
      </w:r>
      <w:r>
        <w:br/>
      </w:r>
      <w:r>
        <w:rPr>
          <w:sz w:val="20"/>
        </w:rPr>
        <w:t>17:31  gaya hai: la'allakum tattaqun. to taqwa kya hai? taqwa ka matlab hai conscious hona.</w:t>
      </w:r>
      <w:r>
        <w:br/>
      </w:r>
      <w:r>
        <w:rPr>
          <w:sz w:val="20"/>
        </w:rPr>
        <w:t>17:41  ek sahabi ne bataye baat ho rahi thi ek sahabi se do sahabi se ke taqwa kya hai? to unhon ne kaha ke tum kabhi ek aisi jhaari mein gaye ho jo jis ko kehte hain thorny bush,</w:t>
      </w:r>
      <w:r>
        <w:br/>
      </w:r>
      <w:r>
        <w:rPr>
          <w:sz w:val="20"/>
        </w:rPr>
        <w:t>17:58  kaantay daar jhaari.</w:t>
      </w:r>
      <w:r>
        <w:br/>
      </w:r>
      <w:r>
        <w:rPr>
          <w:sz w:val="20"/>
        </w:rPr>
        <w:t>18:01  to kaise guzre is se? unhon ne kaha ke maine apne kapre ko sameta bachte bachte nikal gaya. to unhon ne kaha ke zaalik al-taqwa, yahi taqwa hai.</w:t>
      </w:r>
      <w:r>
        <w:br/>
      </w:r>
      <w:r>
        <w:rPr>
          <w:sz w:val="20"/>
        </w:rPr>
        <w:t>18:12  to taqwa ka matlab hota hai cautious approach. zindagi mein cautious approach ikhtiyar karna.</w:t>
      </w:r>
      <w:r>
        <w:br/>
      </w:r>
      <w:r>
        <w:rPr>
          <w:sz w:val="20"/>
        </w:rPr>
        <w:t>18:22  ke hamein aisi duniya mein rehna hai jahan satan hai, jahan apne nafs ke desires hain, society mein logon ki taraf se provocation hai, bahut saari cheezein hain.</w:t>
      </w:r>
      <w:r>
        <w:br/>
      </w:r>
      <w:r>
        <w:rPr>
          <w:sz w:val="20"/>
        </w:rPr>
        <w:t>18:36  in sab ke beech se hamein pass hona hai. to bahut hi cautious approach hamein ikhtiyar karna padega. tabhi hum safe tareeqe se guzar payenge.</w:t>
      </w:r>
      <w:r>
        <w:br/>
      </w:r>
      <w:r>
        <w:rPr>
          <w:sz w:val="20"/>
        </w:rPr>
        <w:t>18:50  nahi to idhar phansege, idhar phansege aur apni destination par hum pahunch nahi payenge. yeh hai taqwa.</w:t>
      </w:r>
      <w:r>
        <w:br/>
      </w:r>
      <w:r>
        <w:rPr>
          <w:sz w:val="20"/>
        </w:rPr>
        <w:t>19:00  to taqwa kisi mysterious cheez cheez ka naam nahi hai. Quran majeed mein hai ke la'allakum tattaqun.</w:t>
      </w:r>
      <w:r>
        <w:br/>
      </w:r>
      <w:r>
        <w:rPr>
          <w:sz w:val="20"/>
        </w:rPr>
        <w:t>19:10  yaani roza is liye tumhare upar farz kiya gaya ke tumhare andar taqwa paida ho. to taqwa koi mysterious cheez nahi hai.</w:t>
      </w:r>
      <w:r>
        <w:br/>
      </w:r>
      <w:r>
        <w:rPr>
          <w:sz w:val="20"/>
        </w:rPr>
        <w:t>19:19  taqwa haqeeqat mein yahi hai jis ko main keh raha hoon cautious approach. mamlaat mein aap bahut zyada muhtat hon.</w:t>
      </w:r>
    </w:p>
    <w:p>
      <w:pPr>
        <w:pStyle w:val="Heading2"/>
      </w:pPr>
      <w:r>
        <w:t>Hippie's line: comfortable there physically, here spiritually</w:t>
      </w:r>
    </w:p>
    <w:p>
      <w:r>
        <w:rPr>
          <w:color w:val="666666"/>
          <w:sz w:val="18"/>
        </w:rPr>
        <w:t>Spirit of Ramadan April 3, 2022 Prof. Farida Khanam · 56s · at 35:30 · https://youtu.be/cj5T0Atpeu8?t=2130</w:t>
      </w:r>
    </w:p>
    <w:p>
      <w:r>
        <w:rPr>
          <w:i/>
        </w:rPr>
        <w:t>“वो India आया और हिमालियाज़ में घूम रहा था”</w:t>
      </w:r>
    </w:p>
    <w:p>
      <w:r>
        <w:rPr>
          <w:sz w:val="20"/>
        </w:rPr>
        <w:t>35:30  to wo India aaya aur Himalayas mein uski Himalaya ki tarah hi mein wo ghoom raha tha. to bilkul hippie bana hua. to ek hum ek teacher the english ke, professor Ozair. to unko wah mila tha. unhone un se poocha ki yahan Canada ka ek bashinda Canada ek developed country hai. yahan kya kar raha hai? to usne jo jumla kaha tha, wo bahut hi important hai. usne kaha tha ki mere paas wahan sab kuch tha.</w:t>
      </w:r>
      <w:r>
        <w:br/>
      </w:r>
      <w:r>
        <w:rPr>
          <w:sz w:val="20"/>
        </w:rPr>
        <w:t>35:57  behtareen ghar tha, car tha, biwi bachche the. lekin I was comfortable there physically. I am comfortable here spiritually. to hum apna taskhiya karke Khuda parastana zindagi ek tayyar karke hum yahan par ek, ek spiritual comfort milega, solace milega. Khuda ki yaad se hame bahut zyada sukoon milta hai.</w:t>
      </w:r>
      <w:r>
        <w:br/>
      </w:r>
      <w:r>
        <w:rPr>
          <w:sz w:val="20"/>
        </w:rPr>
        <w:t>36:26  hamari duaen qubool hongi. to hame apna taskhiya karna hai. taskhiye ke liye deconditioning par Maulana ne bahut zyada zor diya hai ki hame apni deconditioning karni hai. Deconditioning hoti hai introspection se. to hame introspection karna hai, apna muhasaba karna hai. kyunki hame hame khud hi hame pata hai ki hamare andar kya kamiyan hain, kahan hum serious nahi hain. Khuda ke din ko lekar ke wo hum khud jaan sakte hain.</w:t>
      </w:r>
    </w:p>
    <w:p>
      <w:pPr>
        <w:pStyle w:val="Heading2"/>
      </w:pPr>
      <w:r>
        <w:t>Muhaddithin vs fuqaha on diversity in worship</w:t>
      </w:r>
    </w:p>
    <w:p>
      <w:r>
        <w:rPr>
          <w:color w:val="666666"/>
          <w:sz w:val="18"/>
        </w:rPr>
        <w:t>Fiqh Tajdeed-e-Deen Book by Maulana Wahiduddin Khan · 3m 03s · at 7:55 · https://youtu.be/ZHDgBUfz80U?t=475</w:t>
      </w:r>
    </w:p>
    <w:p>
      <w:r>
        <w:rPr>
          <w:i/>
        </w:rPr>
        <w:t>“Regarding the fiqh school of the hadith imams...”</w:t>
      </w:r>
    </w:p>
    <w:p>
      <w:r>
        <w:rPr>
          <w:sz w:val="20"/>
        </w:rPr>
        <w:t>7:55  Aimma-e-Hadees ke fiqhi maslak ke baray mein ulama ke darmiyan jo ikhtilaf hai, us ki wajah yahi hai kyunke maroof ma'noon mein un ka koi aik fiqhi maslak hi na tha: Jami' Bayan al-'Ilm juz thani.</w:t>
      </w:r>
      <w:r>
        <w:br/>
      </w:r>
      <w:r>
        <w:rPr>
          <w:sz w:val="20"/>
        </w:rPr>
        <w:t>8:09  magar fuqaha ki raay is se mukhtalif thi.</w:t>
      </w:r>
      <w:r>
        <w:br/>
      </w:r>
      <w:r>
        <w:rPr>
          <w:sz w:val="20"/>
        </w:rPr>
        <w:t>8:12  abu umar kehte hain ke imam shafi, lais ibn saad, uzai, abu thaur aur deegar fuqaha ki rai yeh hai ke jab aik hi maslay mein do mutzad qoul hon to dono haq nahi ho sakte.</w:t>
      </w:r>
      <w:r>
        <w:br/>
      </w:r>
      <w:r>
        <w:rPr>
          <w:sz w:val="20"/>
        </w:rPr>
        <w:t>8:25  lazmi tor par aik hi sahih hoga, doosra ghlat. mal haq illa wahid.</w:t>
      </w:r>
      <w:r>
        <w:br/>
      </w:r>
      <w:r>
        <w:rPr>
          <w:sz w:val="20"/>
        </w:rPr>
        <w:t>8:33  aisi surat mein zaroori hai ke kitab o sunnat, ijma ummat aur usool-e-musallama par qiyas kar ke aik ko rajih aur doosre ko marjooh qarar diya jaye.</w:t>
      </w:r>
      <w:r>
        <w:br/>
      </w:r>
      <w:r>
        <w:rPr>
          <w:sz w:val="20"/>
        </w:rPr>
        <w:t>8:45  is bahs mein haq bilashuba muhaddiseen ki taraf tha. kuch umoor aisay zaroor hain jin mein farq ka mamla haq aur na-haq ka mamla hota hai, magar har farq ki noiyat yahi nahi hoti.</w:t>
      </w:r>
      <w:r>
        <w:br/>
      </w:r>
      <w:r>
        <w:rPr>
          <w:sz w:val="20"/>
        </w:rPr>
        <w:t>8:58  misal ke taur par, kuch riwayat ke mutabiq nabi sallallahu alaihi wasallam ka gumaan tha ke kuch janwar, maslan chooha, goh, yahood ki masakh shuda naslon ki aulad hain.</w:t>
      </w:r>
      <w:r>
        <w:br/>
      </w:r>
      <w:r>
        <w:rPr>
          <w:sz w:val="20"/>
        </w:rPr>
        <w:t>9:09  lalahu min al-qurun allati masakhat. muslim.</w:t>
      </w:r>
      <w:r>
        <w:br/>
      </w:r>
      <w:r>
        <w:rPr>
          <w:sz w:val="20"/>
        </w:rPr>
        <w:t>9:14  magar doosri riwayat ke mutabiq aap ne farmaya ke tamam janwar pehle se hain. koi janwar kisi masakh shuda qaum ki nasal se nahi.</w:t>
      </w:r>
      <w:r>
        <w:br/>
      </w:r>
      <w:r>
        <w:rPr>
          <w:sz w:val="20"/>
        </w:rPr>
        <w:t>9:23  innallaha lam yal'an qawman qatt famasakhahum fakana lahum naslun walakinnaha khalqun kan.</w:t>
      </w:r>
      <w:r>
        <w:br/>
      </w:r>
      <w:r>
        <w:rPr>
          <w:sz w:val="20"/>
        </w:rPr>
        <w:t>9:33  abu daud</w:t>
      </w:r>
      <w:r>
        <w:br/>
      </w:r>
      <w:r>
        <w:rPr>
          <w:sz w:val="20"/>
        </w:rPr>
        <w:t>9:34  zahair hai ke in dono mein se koi aik hi baat sahih ho sakti hai, is liye hum majboor hain ke aik riwayat ko tark kar ke doosri ko ikhtiyar karein.</w:t>
      </w:r>
      <w:r>
        <w:br/>
      </w:r>
      <w:r>
        <w:rPr>
          <w:sz w:val="20"/>
        </w:rPr>
        <w:t>9:44  isi tarah kuch riwayat ke mutabiq aulad-e-mushrikeen ke baray mein farmaya ke woh apne aba ke sath jahannum mein honge. hum ma'a abaihim.</w:t>
      </w:r>
      <w:r>
        <w:br/>
      </w:r>
      <w:r>
        <w:rPr>
          <w:sz w:val="20"/>
        </w:rPr>
        <w:t>9:53  ibn kathir. doosri taraf aisi bhi riwayat hain ke aap ne farmaya ke koi bacha halat-e-tifli mein mar jaye to woh jannat mein jayega.</w:t>
      </w:r>
      <w:r>
        <w:br/>
      </w:r>
      <w:r>
        <w:rPr>
          <w:sz w:val="20"/>
        </w:rPr>
        <w:t>10:03  al-mawludu fil jannah. ahmad tabrani ki aik riwayat ke mutabiq aap se atfal-e-mushrikeen ke baray mein poocha gaya to aap ne farmaya: "woh ahle jannat ke khadim honge."</w:t>
      </w:r>
      <w:r>
        <w:br/>
      </w:r>
      <w:r>
        <w:rPr>
          <w:sz w:val="20"/>
        </w:rPr>
        <w:t>10:14  hum khuddamu ahli al-jannah. zahair hai ke aik larka ba'iq waqt jannat aur dozakh dono jagah nahi ho sakta, is liye hamara farz hoga ke dono qism ki riwayat ki chhanbeen kar ke sahih tar qoul ko talash karein.</w:t>
      </w:r>
      <w:r>
        <w:br/>
      </w:r>
      <w:r>
        <w:rPr>
          <w:sz w:val="20"/>
        </w:rPr>
        <w:t>10:30  m</w:t>
      </w:r>
      <w:r>
        <w:br/>
      </w:r>
      <w:r>
        <w:rPr>
          <w:sz w:val="20"/>
        </w:rPr>
        <w:t>10:31  agar jahan tak ibadat ke tareeqon mein mazkoor farq ka talluq hai, woh na sirf intehai zimni aur furui hain balkay aik aisay daira se talluq rakhte hain jahan farq ke mani lazman yeh nahi hain ke aik sahih hai aur doosra ghlat.</w:t>
      </w:r>
      <w:r>
        <w:br/>
      </w:r>
      <w:r>
        <w:rPr>
          <w:sz w:val="20"/>
        </w:rPr>
        <w:t>10:46  is mamle mein farq darasal tanawwu aur taus'a ko batata hai, na ke haq aur na-haq ko. yahi wajah hai ke hum aik aik hi sahabi ko bas auqat mukhtalif amal karte hue paate hain.</w:t>
      </w:r>
    </w:p>
    <w:p>
      <w:pPr>
        <w:pStyle w:val="Heading2"/>
      </w:pPr>
      <w:r>
        <w:t>Prophet's positive mindset in Madinah</w:t>
      </w:r>
    </w:p>
    <w:p>
      <w:r>
        <w:rPr>
          <w:color w:val="666666"/>
          <w:sz w:val="18"/>
        </w:rPr>
        <w:t>Eid al-Adha | October 16, 2013 | Maulana Wahiduddin Khan · 1m 33s · at 39:00 · https://youtu.be/05WtVSgBj3g?t=2340</w:t>
      </w:r>
    </w:p>
    <w:p>
      <w:r>
        <w:rPr>
          <w:i/>
        </w:rPr>
        <w:t>“Main bahut zyada sitaye gaye”</w:t>
      </w:r>
    </w:p>
    <w:p>
      <w:r>
        <w:rPr>
          <w:sz w:val="20"/>
        </w:rPr>
        <w:t>39:00  mein bohat ziyada sataye gaye, aap ko 13 saal ke baad aap ne hijrat ki. Jab Madine pahunche to wahan par aap ne jo pehli taqreer ki thi, pehli speech jo aap ki thi, woh poori ki poori sehat mere samne maujood hai. Is mein aap parhiye. Ek lafz bhi us se shikayat ka nahi. Aaj kal ke zamane mein kya hai ke agar logon ko maar ke bhagaya jaye kahin</w:t>
      </w:r>
      <w:r>
        <w:br/>
      </w:r>
      <w:r>
        <w:rPr>
          <w:sz w:val="20"/>
        </w:rPr>
        <w:t>39:30  se to wahan se ja kar bolen ke dekho bhai kitne zalim hain, hum ko watan se chhod kar yahan aana para. Yani pehli baat to yahi kahen ge ke hum ko watan chhodna para apna. Kitne zalim hain yeh log. Rasool Allah ne aisa ek kalma nahi parha, kaha wahan par. 10 saal tak Madine mein rahe, kabhi koi shikayat ki baat nahi ki. Yeh taqreer poori ki poori maujood hai, Sirat Imam Sham mein aap parh lijiye is ko. To aap ko dawat ka kaam karne ke liye</w:t>
      </w:r>
      <w:r>
        <w:br/>
      </w:r>
      <w:r>
        <w:rPr>
          <w:sz w:val="20"/>
        </w:rPr>
        <w:t>40:00  apne andar 100 percent ek positive mind banana parega. Positive mind. No complain, no protest, no negative thought, in sab se apne ko aazad karna parega. Warna dawat ka kaam nahi ho sakta hai.</w:t>
      </w:r>
    </w:p>
    <w:p>
      <w:pPr>
        <w:pStyle w:val="Heading2"/>
      </w:pPr>
      <w:r>
        <w:t>Every Hajj ritual reenacts Ibrahim's story</w:t>
      </w:r>
    </w:p>
    <w:p>
      <w:r>
        <w:rPr>
          <w:color w:val="666666"/>
          <w:sz w:val="18"/>
        </w:rPr>
        <w:t>Hajj ek Tareekh-saaz Amal Haqeeqat-E-Hajj Book by Maulana Wahiduddin Khan · 1m 53s · at 1:15 · https://youtu.be/DcyTlpDdbg4?t=75</w:t>
      </w:r>
    </w:p>
    <w:p>
      <w:r>
        <w:rPr>
          <w:i/>
        </w:rPr>
        <w:t>“حاجی اپنے گھر سے نکل کر حجاز کے لیے روانہ ہوتا ہے۔”</w:t>
      </w:r>
    </w:p>
    <w:p>
      <w:r>
        <w:rPr>
          <w:sz w:val="20"/>
        </w:rPr>
        <w:t>1:15  haji apne ghar se nikal kar hijaz ke liye rawana hota hai. jis tarah hazrat ibrahim iraq se nikal kar hijaz aaye,</w:t>
      </w:r>
      <w:r>
        <w:br/>
      </w:r>
      <w:r>
        <w:rPr>
          <w:sz w:val="20"/>
        </w:rPr>
        <w:t>1:30  woh makke ke qareeb pohnch kar sile hue kapre utar deta hai aur apne jism par do chadarein lapait leta hai.</w:t>
      </w:r>
      <w:r>
        <w:br/>
      </w:r>
      <w:r>
        <w:rPr>
          <w:sz w:val="20"/>
        </w:rPr>
        <w:t>1:43  yeh isi qism ki saada poshakh hai jo us zamane mein hazrat ibrahim aur hazrat ismail ki hoti thi.</w:t>
      </w:r>
      <w:r>
        <w:br/>
      </w:r>
      <w:r>
        <w:rPr>
          <w:sz w:val="20"/>
        </w:rPr>
        <w:t>1:55  haji makka pohanchta hai to kabe ke gird ghoom kar is ka chakkar lagata hai. yeh wahi tawaf hai jo hazrat ibrahim aur hazrat ismail ne ahad khudaawandi ki tasdeeq ke liye kiya tha.</w:t>
      </w:r>
      <w:r>
        <w:br/>
      </w:r>
      <w:r>
        <w:rPr>
          <w:sz w:val="20"/>
        </w:rPr>
        <w:t>2:14  haji safa o marwa ke darmiyan saat bar sahi karta hai.</w:t>
      </w:r>
      <w:r>
        <w:br/>
      </w:r>
      <w:r>
        <w:rPr>
          <w:sz w:val="20"/>
        </w:rPr>
        <w:t>2:19  yeh hazrat hajra ki us daud ki naqal hai jo unhon ne is biaban mein pani ki talash ke liye ki.</w:t>
      </w:r>
      <w:r>
        <w:br/>
      </w:r>
      <w:r>
        <w:rPr>
          <w:sz w:val="20"/>
        </w:rPr>
        <w:t>2:31  haji mina ja kar qurbani karta hai. yeh us qurbani ka allamati aada hai jo hazrat ibrahim ne aula bete ke liye aur us ke baad khuda ke hukum se mendhe ke liye ki thi.</w:t>
      </w:r>
      <w:r>
        <w:br/>
      </w:r>
      <w:r>
        <w:rPr>
          <w:sz w:val="20"/>
        </w:rPr>
        <w:t>2:49  haji jimaarat par ja kar shaitan ko kankariyan marta hai. yeh us amal ki yaadgar hai jo hazrat ismail ne shaitan ki taraf kankariyan maar kar kiya tha jabke us ne unhein behkane ki koshish ki.</w:t>
      </w:r>
    </w:p>
    <w:p>
      <w:pPr>
        <w:pStyle w:val="Heading2"/>
      </w:pPr>
      <w:r>
        <w:t>elderly Maulana's energy shames younger followers</w:t>
      </w:r>
    </w:p>
    <w:p>
      <w:r>
        <w:rPr>
          <w:color w:val="666666"/>
          <w:sz w:val="18"/>
        </w:rPr>
        <w:t>Eid Special CPS Women Interaction June 29, 2023 · 1m 00s · at 32:53 · https://youtu.be/Os7IYYOg8v4?t=1973</w:t>
      </w:r>
    </w:p>
    <w:p>
      <w:r>
        <w:rPr>
          <w:i/>
        </w:rPr>
        <w:t>“Bahut energetically woh climb kar gaye upar”</w:t>
      </w:r>
    </w:p>
    <w:p>
      <w:r>
        <w:rPr>
          <w:sz w:val="20"/>
        </w:rPr>
        <w:t>32:53  And he very energetically he climbed up and then there was a lady who was sitting ek doosri lady jo baithi hui thi doosre birth par unhon ne unko toka ke she couldn't imagine ke such a this aged may be for her unko pata hogi aise matlab kaise chadh gaye yeh upar itna umar inka and unhon ne kuch bola bhi unko. He said he is so agile for his age. Yes yes he is so agile for his age.</w:t>
      </w:r>
      <w:r>
        <w:br/>
      </w:r>
      <w:r>
        <w:rPr>
          <w:sz w:val="20"/>
        </w:rPr>
        <w:t>33:21  paridha pa bhi nahi kabhi mention kiya tha is baat ko.</w:t>
      </w:r>
      <w:r>
        <w:br/>
      </w:r>
      <w:r>
        <w:rPr>
          <w:sz w:val="20"/>
        </w:rPr>
        <w:t>33:25  So I think this is an example for us to be like molana.</w:t>
      </w:r>
      <w:r>
        <w:br/>
      </w:r>
      <w:r>
        <w:rPr>
          <w:sz w:val="20"/>
        </w:rPr>
        <w:t>33:29  At that age molana could climb so energetically.</w:t>
      </w:r>
      <w:r>
        <w:br/>
      </w:r>
      <w:r>
        <w:rPr>
          <w:sz w:val="20"/>
        </w:rPr>
        <w:t>33:33  hamari energy kahan gayi?</w:t>
      </w:r>
      <w:r>
        <w:br/>
      </w:r>
      <w:r>
        <w:rPr>
          <w:sz w:val="20"/>
        </w:rPr>
        <w:t>33:37  CPS ladies ki. Yes.</w:t>
      </w:r>
      <w:r>
        <w:br/>
      </w:r>
      <w:r>
        <w:rPr>
          <w:sz w:val="20"/>
        </w:rPr>
        <w:t>33:41  So we need And to the best part is those people who don't take care they are smiling the most. Yes.</w:t>
      </w:r>
      <w:r>
        <w:br/>
      </w:r>
      <w:r>
        <w:rPr>
          <w:sz w:val="20"/>
        </w:rPr>
        <w:t>33:45  They know who we are talking about.</w:t>
      </w:r>
      <w:r>
        <w:br/>
      </w:r>
      <w:r>
        <w:rPr>
          <w:sz w:val="20"/>
        </w:rPr>
        <w:t>33:49  I am talking to you. Am pinpointing.</w:t>
      </w:r>
      <w:r>
        <w:br/>
      </w:r>
      <w:r>
        <w:rPr>
          <w:sz w:val="20"/>
        </w:rPr>
        <w:t>33:53  Aapki salah mujhe yaad hai stuti when I was leaving Delhi and you were mentioned this every CPS ladies need to take care of this help to carry this message of message after this. It is a very very big responsibility. So if we don't take care of the health then how are we able to work? Bahut hi khayal karti hoon siki. Khayal karti hoon hamesha karungi shalla. Jaisa kya</w:t>
      </w:r>
    </w:p>
    <w:p>
      <w:pPr>
        <w:pStyle w:val="Heading2"/>
      </w:pPr>
      <w:r>
        <w:t>Dhikr is not mere repetition</w:t>
      </w:r>
    </w:p>
    <w:p>
      <w:r>
        <w:rPr>
          <w:color w:val="666666"/>
          <w:sz w:val="18"/>
        </w:rPr>
        <w:t>The Concept of Zikr e kathir in Islam I 26 Sept, 2010 - Maulana Wahiduddin Khan · 23s · at 1:14 · https://youtu.be/ePHZRQ3mpXc?t=74</w:t>
      </w:r>
    </w:p>
    <w:p>
      <w:r>
        <w:rPr>
          <w:i/>
        </w:rPr>
        <w:t>“Khuda ko yaad karne ka matlab yeh nahi hai”</w:t>
      </w:r>
    </w:p>
    <w:p>
      <w:r>
        <w:rPr>
          <w:sz w:val="20"/>
        </w:rPr>
        <w:t>1:14  to Khuda ko yaad karna kya hai? Khuda ko yaad karne ka matlab yeh nahi hai ke aap koi shabdon ko le kar usko dohraen, jaise Allah Allah Allah Allah karen.</w:t>
      </w:r>
      <w:r>
        <w:br/>
      </w:r>
      <w:r>
        <w:rPr>
          <w:sz w:val="20"/>
        </w:rPr>
        <w:t>1:28  aap yeh matlab nahi hai.</w:t>
      </w:r>
      <w:r>
        <w:br/>
      </w:r>
      <w:r>
        <w:rPr>
          <w:sz w:val="20"/>
        </w:rPr>
        <w:t>1:32  that is underestimation of God. hamare</w:t>
      </w:r>
    </w:p>
    <w:p>
      <w:pPr>
        <w:pStyle w:val="Heading2"/>
      </w:pPr>
      <w:r>
        <w:t>Self-discipline is the essence of fasting</w:t>
      </w:r>
    </w:p>
    <w:p>
      <w:r>
        <w:rPr>
          <w:color w:val="666666"/>
          <w:sz w:val="18"/>
        </w:rPr>
        <w:t>The Spirit of Fasting October 2, 2005 Maulana Wahiduddin Khan · 39s · at 3:07 · https://youtu.be/7OwO1UoCxmQ?t=187</w:t>
      </w:r>
    </w:p>
    <w:p>
      <w:r>
        <w:rPr>
          <w:i/>
        </w:rPr>
        <w:t>“Nazm o zabt taht-e-majboori hai aur Khuda ka jo manne wala hai”</w:t>
      </w:r>
    </w:p>
    <w:p>
      <w:r>
        <w:rPr>
          <w:sz w:val="20"/>
        </w:rPr>
        <w:t>3:07  Bahut hi tight nazm o zabt ke andar woh harkat karta hai. To wahan par kya hai? Woh</w:t>
      </w:r>
      <w:r>
        <w:br/>
      </w:r>
      <w:r>
        <w:rPr>
          <w:sz w:val="20"/>
        </w:rPr>
        <w:t>3:16  nazm o zabt taht majboori hai aur Khuda ka jo manane wala hai, yaani momin, woh apni zindagi mein nazm o zabt ko khud apne irade se apnata hai.</w:t>
      </w:r>
      <w:r>
        <w:br/>
      </w:r>
      <w:r>
        <w:rPr>
          <w:sz w:val="20"/>
        </w:rPr>
        <w:t>3:36  Is liye yeh kehna sahi hoga ke roze ka matlab hai self-discipline ki tarbiyat.</w:t>
      </w:r>
    </w:p>
    <w:p>
      <w:pPr>
        <w:pStyle w:val="Heading2"/>
      </w:pPr>
      <w:r>
        <w:t>Power is a claimed necessity, but not in the Quran</w:t>
      </w:r>
    </w:p>
    <w:p>
      <w:r>
        <w:rPr>
          <w:color w:val="666666"/>
          <w:sz w:val="18"/>
        </w:rPr>
        <w:t>Revival of Islam March 23, 2014 · 1m 49s · at 1:13:19 · https://youtu.be/Wc4Vsc4u1JI?t=4399</w:t>
      </w:r>
    </w:p>
    <w:p>
      <w:r>
        <w:rPr>
          <w:i/>
        </w:rPr>
        <w:t>“Where does the Quran say power is your need?”</w:t>
      </w:r>
    </w:p>
    <w:p>
      <w:r>
        <w:rPr>
          <w:sz w:val="20"/>
        </w:rPr>
        <w:t>1:13:19  maulana, ye sawal aaya hai muhammad ilyas sahab ka chennai se. unhone likha hai: "Maulana, ek sahab ne kaha ke iqtadar hamara maqsad nahi, zarurat hai." Maulana, is mein jo mughalta hai, us ko wazeh karein.</w:t>
      </w:r>
      <w:r>
        <w:br/>
      </w:r>
      <w:r>
        <w:rPr>
          <w:sz w:val="20"/>
        </w:rPr>
        <w:t>1:13:36  mughalta ye hai ke quran mein hai na, hadith mein hai. yahi mughalta hai.</w:t>
      </w:r>
      <w:r>
        <w:br/>
      </w:r>
      <w:r>
        <w:rPr>
          <w:sz w:val="20"/>
        </w:rPr>
        <w:t>1:13:43  ye to mughalta hai. saaf hai. aap apne dimagh se bolein to ye to ek feal haram hua. aap kahein ke namaz is liye hai ke is mein body ko exercise milti hai, to batao.</w:t>
      </w:r>
      <w:r>
        <w:br/>
      </w:r>
      <w:r>
        <w:rPr>
          <w:sz w:val="20"/>
        </w:rPr>
        <w:t>1:13:58  namaz is liye hoti hai ke is se sehat banti hai, to quran mein kahan likha hua hai? kahan likha hua hai quran? batao. to kahan likha hua hai ke hukumat tumhari zarurat hai, hukumat qaim karo?</w:t>
      </w:r>
      <w:r>
        <w:br/>
      </w:r>
      <w:r>
        <w:rPr>
          <w:sz w:val="20"/>
        </w:rPr>
        <w:t>1:14:10  kahan likha hua hai?</w:t>
      </w:r>
      <w:r>
        <w:br/>
      </w:r>
      <w:r>
        <w:rPr>
          <w:sz w:val="20"/>
        </w:rPr>
        <w:t>1:14:12  yeh to gunah se bari cheez hai yeh ke aap aisi baat kahein jo quran mein nahi hai. yeh gunah se, yeh crime hai, crime. koi aisi ayat nahi hai quran majeed mein jo yeh kehti ho ke aye musalmano,</w:t>
      </w:r>
      <w:r>
        <w:br/>
      </w:r>
      <w:r>
        <w:rPr>
          <w:sz w:val="20"/>
        </w:rPr>
        <w:t>1:14:27  hukumat tumhari zaroorat hai, is liye hukumat qaim karo. jo log hukumat muqabil hain, un ko larr kar ke khatam hatao, un ko. aur tum apni hukumat qaim karo.</w:t>
      </w:r>
      <w:r>
        <w:br/>
      </w:r>
      <w:r>
        <w:rPr>
          <w:sz w:val="20"/>
        </w:rPr>
        <w:t>1:14:36  kahan likha hua hai?</w:t>
      </w:r>
      <w:r>
        <w:br/>
      </w:r>
      <w:r>
        <w:rPr>
          <w:sz w:val="20"/>
        </w:rPr>
        <w:t>1:14:38  jo log aap se kehte hain ke woh to allah taala ke haan un ki flagging hogi. ke tum ne woh kaam baat kaise kahi jo quran mein likhi hui nahi thi? apne dimagh se.</w:t>
      </w:r>
    </w:p>
    <w:p>
      <w:pPr>
        <w:pStyle w:val="Heading2"/>
      </w:pPr>
      <w:r>
        <w:t>Lack of intellectual awakening</w:t>
      </w:r>
    </w:p>
    <w:p>
      <w:r>
        <w:rPr>
          <w:color w:val="666666"/>
          <w:sz w:val="18"/>
        </w:rPr>
        <w:t>Muslims in the Modern Age, Jan 18, 2009 · 27s · at 2:04 · https://youtu.be/7zDCFtOSWSw?t=124</w:t>
      </w:r>
    </w:p>
    <w:p>
      <w:r>
        <w:rPr>
          <w:i/>
        </w:rPr>
        <w:t>“I can say with conviction that the most important problem with Muslims”</w:t>
      </w:r>
    </w:p>
    <w:p>
      <w:r>
        <w:rPr>
          <w:sz w:val="20"/>
        </w:rPr>
        <w:t>2:04  And I can say with conviction that the most important problem with Muslims is that they lack</w:t>
      </w:r>
      <w:r>
        <w:br/>
      </w:r>
      <w:r>
        <w:rPr>
          <w:sz w:val="20"/>
        </w:rPr>
        <w:t>2:24  the</w:t>
      </w:r>
      <w:r>
        <w:br/>
      </w:r>
      <w:r>
        <w:rPr>
          <w:sz w:val="20"/>
        </w:rPr>
        <w:t>2:27  intellectual awakening.</w:t>
      </w:r>
    </w:p>
    <w:p>
      <w:pPr>
        <w:pStyle w:val="Heading2"/>
      </w:pPr>
      <w:r>
        <w:t>Hazrat Umar's gratitude for water</w:t>
      </w:r>
    </w:p>
    <w:p>
      <w:r>
        <w:rPr>
          <w:color w:val="666666"/>
          <w:sz w:val="18"/>
        </w:rPr>
        <w:t>Islam in Daily Life | December 18, 2007 · 1m 00s · at 44:45 · https://youtu.be/wLp27oWti4c?t=2685</w:t>
      </w:r>
    </w:p>
    <w:p>
      <w:r>
        <w:rPr>
          <w:i/>
        </w:rPr>
        <w:t>“Hazrat Umar ko pyaas lagi, pani piya aur shukr kiya”</w:t>
      </w:r>
    </w:p>
    <w:p>
      <w:r>
        <w:rPr>
          <w:sz w:val="20"/>
        </w:rPr>
        <w:t>44:45  uda ko yaad karte rahen. yeh hai zikr. yeh hai zikr. hazrat umar ko pyaas lagi. un ko pani laya gaya. ek glass pani piya unhone. jante hain unhone kya kaha? ab woh bhi dekhiye us ko zikr banaya unhone. zikr ek conversion hai. yaani pani peene ko convert kiya unhone</w:t>
      </w:r>
      <w:r>
        <w:br/>
      </w:r>
      <w:r>
        <w:rPr>
          <w:sz w:val="20"/>
        </w:rPr>
        <w:t>45:15  ek ek khuda ki yaad mein. to zikr basically ek conversion ka naam hai. art of conversion. zikr means to learn the art of conversion. woh kaise? un ko pani laya gaya, unhone pani ko piya. to unhone kaha ke tum ek glass pani pite ho. tumhari body mein pani jata</w:t>
      </w:r>
    </w:p>
    <w:p>
      <w:pPr>
        <w:pStyle w:val="Heading2"/>
      </w:pPr>
      <w:r>
        <w:t>Hadith: Allah loves concessions taken as much as duties</w:t>
      </w:r>
    </w:p>
    <w:p>
      <w:r>
        <w:rPr>
          <w:color w:val="666666"/>
          <w:sz w:val="18"/>
        </w:rPr>
        <w:t>Spirit of Worship April 4, 2014 Maulana Wahiduddin Khan · 21s · at 0:33 · https://youtu.be/67oq6WyFJ5I?t=33</w:t>
      </w:r>
    </w:p>
    <w:p>
      <w:r>
        <w:rPr>
          <w:i/>
        </w:rPr>
        <w:t>“Ibn Abbas riwayat karte hain, Rasulullah ne farmaya”</w:t>
      </w:r>
    </w:p>
    <w:p>
      <w:r>
        <w:rPr>
          <w:sz w:val="20"/>
        </w:rPr>
        <w:t>0:33  Ibn Abbas riwayat karte hain ke Rasool Allah sal Allah alaihi wa sallam ne farmaya</w:t>
      </w:r>
      <w:r>
        <w:br/>
      </w:r>
      <w:r>
        <w:rPr>
          <w:sz w:val="20"/>
        </w:rPr>
        <w:t>0:39  : "ke Allah ko yeh baat mahboob hai ke us ki rukhsat ko bhi aisay hi liya jaye jaisa ke Allah ko yeh mahboob hai ke us ke azaa'im ko liya jaye." Maulana is hadith ki wazahat farmayein.</w:t>
      </w:r>
    </w:p>
    <w:p>
      <w:pPr>
        <w:pStyle w:val="Heading2"/>
      </w:pPr>
      <w:r>
        <w:t>People forget blessings received, keep begging for more</w:t>
      </w:r>
    </w:p>
    <w:p>
      <w:r>
        <w:rPr>
          <w:color w:val="666666"/>
          <w:sz w:val="18"/>
        </w:rPr>
        <w:t>The Concept of Dua In Islam May 27, 2007 · 27s · at 12:48 · https://youtu.be/wkRQaMb04dI?t=768</w:t>
      </w:r>
    </w:p>
    <w:p>
      <w:r>
        <w:rPr>
          <w:i/>
        </w:rPr>
        <w:t>“ملی ہوئی چیز کو لوگ بھولے رہتے ہیں”</w:t>
      </w:r>
    </w:p>
    <w:p>
      <w:r>
        <w:rPr>
          <w:sz w:val="20"/>
        </w:rPr>
        <w:t>12:48  mili hui cheez ko log bhule rehte hain aur na mili hui cheez ke liye dua karte hain. yeh sab ka haal hai.</w:t>
      </w:r>
      <w:r>
        <w:br/>
      </w:r>
      <w:r>
        <w:rPr>
          <w:sz w:val="20"/>
        </w:rPr>
        <w:t>12:59  mili hui cheez ko bhule rehte hain.</w:t>
      </w:r>
      <w:r>
        <w:br/>
      </w:r>
      <w:r>
        <w:rPr>
          <w:sz w:val="20"/>
        </w:rPr>
        <w:t>13:03  mili hui cheez ke liye Khuda ki ko acknowledge nahi karte. aur aur aur mang rahe hain, aur aur mang rahe hain.</w:t>
      </w:r>
    </w:p>
    <w:p>
      <w:pPr>
        <w:pStyle w:val="Heading2"/>
      </w:pPr>
      <w:r>
        <w:t>Two full prophetic prayer stories: Moses and Jacob</w:t>
      </w:r>
    </w:p>
    <w:p>
      <w:r>
        <w:rPr>
          <w:color w:val="666666"/>
          <w:sz w:val="18"/>
        </w:rPr>
        <w:t>The Importance of Dua | April 4, 2016 | Maulana Wahiduddin Khan · 5m 34s · at 46:21 · https://youtu.be/B9d4B3Nqiww?t=2781</w:t>
      </w:r>
    </w:p>
    <w:p>
      <w:r>
        <w:rPr>
          <w:i/>
        </w:rPr>
        <w:t>“Rabbi inni lima anzalta ilayya min khairin faqir”</w:t>
      </w:r>
    </w:p>
    <w:p>
      <w:r>
        <w:rPr>
          <w:sz w:val="20"/>
        </w:rPr>
        <w:t>46:21  ng you may send down for me.</w:t>
      </w:r>
      <w:r>
        <w:br/>
      </w:r>
      <w:r>
        <w:rPr>
          <w:sz w:val="20"/>
        </w:rPr>
        <w:t>46:26  So Maulana, what is the significance of this prayer? دیکھیے، وہ دعا تھی رب انی لما انزلت الی</w:t>
      </w:r>
      <w:r>
        <w:br/>
      </w:r>
      <w:r>
        <w:rPr>
          <w:sz w:val="20"/>
        </w:rPr>
        <w:t>46:31  min khair al-faqir.</w:t>
      </w:r>
      <w:r>
        <w:br/>
      </w:r>
      <w:r>
        <w:rPr>
          <w:sz w:val="20"/>
        </w:rPr>
        <w:t>46:36  is ke peeche ek lambi history hai.</w:t>
      </w:r>
      <w:r>
        <w:br/>
      </w:r>
      <w:r>
        <w:rPr>
          <w:sz w:val="20"/>
        </w:rPr>
        <w:t>46:41  yaani Hazrat Umar ne, woh Hazrat Hazrat Musa ne ek lambi zindagi guzari, ek kuch din Misr mein</w:t>
      </w:r>
      <w:r>
        <w:br/>
      </w:r>
      <w:r>
        <w:rPr>
          <w:sz w:val="20"/>
        </w:rPr>
        <w:t>46:46  rahe, Egypt mein</w:t>
      </w:r>
      <w:r>
        <w:br/>
      </w:r>
      <w:r>
        <w:rPr>
          <w:sz w:val="20"/>
        </w:rPr>
        <w:t>46:51  kuch safar mein rahe.</w:t>
      </w:r>
      <w:r>
        <w:br/>
      </w:r>
      <w:r>
        <w:rPr>
          <w:sz w:val="20"/>
        </w:rPr>
        <w:t>46:56  kehti hai lambi muddat safar kiya hua unhon ne, phir woh pahunche wahan madin mein, phir wahan rahe.</w:t>
      </w:r>
      <w:r>
        <w:br/>
      </w:r>
      <w:r>
        <w:rPr>
          <w:sz w:val="20"/>
        </w:rPr>
        <w:t>47:01  to bohat lambi history hai.</w:t>
      </w:r>
      <w:r>
        <w:br/>
      </w:r>
      <w:r>
        <w:rPr>
          <w:sz w:val="20"/>
        </w:rPr>
        <w:t>47:06  to abhi in ko sachai nahi mili thi, yaani peghambar nahi mili thi in ko.</w:t>
      </w:r>
      <w:r>
        <w:br/>
      </w:r>
      <w:r>
        <w:rPr>
          <w:sz w:val="20"/>
        </w:rPr>
        <w:t>47:12  yaani misr mein janglon mein ya madin mein ya woh kanwein par pani pilaya unhon ne.</w:t>
      </w:r>
      <w:r>
        <w:br/>
      </w:r>
      <w:r>
        <w:rPr>
          <w:sz w:val="20"/>
        </w:rPr>
        <w:t>47:17  woh yeh saare jo waqiat guzre kai saal ke darmiyan, tab</w:t>
      </w:r>
      <w:r>
        <w:br/>
      </w:r>
      <w:r>
        <w:rPr>
          <w:sz w:val="20"/>
        </w:rPr>
        <w:t>47:22  tak woh paygambar nahi bane the, lekin sachai ki talash mein the. To phir woh isi dauran yeh waqia guzra ke ek din thake hue aur shayad bhookh bhi, khana bhi nahi khaya tha, us halat mein woh peit neeche baith gaye, peit ke saaye mein baith gaye, neeche baith gaye. Is waqt un ki zaban se nikla Rabbi inni lima</w:t>
      </w:r>
      <w:r>
        <w:br/>
      </w:r>
      <w:r>
        <w:rPr>
          <w:sz w:val="20"/>
        </w:rPr>
        <w:t>47:52  anzalt ila man khair al faqeer.</w:t>
      </w:r>
      <w:r>
        <w:br/>
      </w:r>
      <w:r>
        <w:rPr>
          <w:sz w:val="20"/>
        </w:rPr>
        <w:t>47:57  yaani khudaaya to ne mere liye jo khair muqaddar kiya ho, us ka main mohtaaj hoon.</w:t>
      </w:r>
      <w:r>
        <w:br/>
      </w:r>
      <w:r>
        <w:rPr>
          <w:sz w:val="20"/>
        </w:rPr>
        <w:t>48:02  woh khair bala nahi tha, milne wala tha nabuwat.</w:t>
      </w:r>
      <w:r>
        <w:br/>
      </w:r>
      <w:r>
        <w:rPr>
          <w:sz w:val="20"/>
        </w:rPr>
        <w:t>48:07  to woh jis kaifiyat ke saath unhon ne yeh dua ki hogi, hum bhi kursi pe baith kar</w:t>
      </w:r>
      <w:r>
        <w:br/>
      </w:r>
      <w:r>
        <w:rPr>
          <w:sz w:val="20"/>
        </w:rPr>
        <w:t>48:12  nahi kar sakte.</w:t>
      </w:r>
      <w:r>
        <w:br/>
      </w:r>
      <w:r>
        <w:rPr>
          <w:sz w:val="20"/>
        </w:rPr>
        <w:t>48:17  rab inni lima anzalt ila khair al faqeer ke khudaaya to ne mujhe paida kiya aur mere andar</w:t>
      </w:r>
      <w:r>
        <w:br/>
      </w:r>
      <w:r>
        <w:rPr>
          <w:sz w:val="20"/>
        </w:rPr>
        <w:t>48:22  sochne ka wada diya, mujhe seekha banaya.</w:t>
      </w:r>
      <w:r>
        <w:br/>
      </w:r>
      <w:r>
        <w:rPr>
          <w:sz w:val="20"/>
        </w:rPr>
        <w:t>48:26  main dhoondta phir raha hoon to kuch to tera, tere creation plan ke mutabiq kuch to hoga jo</w:t>
      </w:r>
      <w:r>
        <w:br/>
      </w:r>
      <w:r>
        <w:rPr>
          <w:sz w:val="20"/>
        </w:rPr>
        <w:t>48:30  to mere liye muqaddar kiya ho.</w:t>
      </w:r>
      <w:r>
        <w:br/>
      </w:r>
      <w:r>
        <w:rPr>
          <w:sz w:val="20"/>
        </w:rPr>
        <w:t>48:35  to ne to main us ka faqeer hoon, us ka mohtaaj hoon.</w:t>
      </w:r>
      <w:r>
        <w:br/>
      </w:r>
      <w:r>
        <w:rPr>
          <w:sz w:val="20"/>
        </w:rPr>
        <w:t>48:39  yeh sab ehsaasaat is dil mein bhare hon ge.</w:t>
      </w:r>
      <w:r>
        <w:br/>
      </w:r>
      <w:r>
        <w:rPr>
          <w:sz w:val="20"/>
        </w:rPr>
        <w:t>48:43  phir yeh zubaan se un ke nikla hoga yeh alfaaz.</w:t>
      </w:r>
      <w:r>
        <w:br/>
      </w:r>
      <w:r>
        <w:rPr>
          <w:sz w:val="20"/>
        </w:rPr>
        <w:t>48:48  to yahi alfaaz, yeh yeh spirit, isi spirit ke saath koi koi insaan dua kare, bashart ke</w:t>
      </w:r>
      <w:r>
        <w:br/>
      </w:r>
      <w:r>
        <w:rPr>
          <w:sz w:val="20"/>
        </w:rPr>
        <w:t>48:52  uski history bhi wahi ho, to zaroor qubool hogi.</w:t>
      </w:r>
      <w:r>
        <w:br/>
      </w:r>
      <w:r>
        <w:rPr>
          <w:sz w:val="20"/>
        </w:rPr>
        <w:t>48:57  وہ So there was a whole series of events through which the Prophet Moses went through, and this</w:t>
      </w:r>
      <w:r>
        <w:br/>
      </w:r>
      <w:r>
        <w:rPr>
          <w:sz w:val="20"/>
        </w:rPr>
        <w:t>49:02  prayers are culmination of those series of events.</w:t>
      </w:r>
      <w:r>
        <w:br/>
      </w:r>
      <w:r>
        <w:rPr>
          <w:sz w:val="20"/>
        </w:rPr>
        <w:t>49:07  And if he prayed to God with that spirit, then this prayer would get accepted.</w:t>
      </w:r>
      <w:r>
        <w:br/>
      </w:r>
      <w:r>
        <w:rPr>
          <w:sz w:val="20"/>
        </w:rPr>
        <w:t>49:12  Maulana, similarly Prophet Jacob also prayed, and his prayer has come in this manner in the Quran.</w:t>
      </w:r>
      <w:r>
        <w:br/>
      </w:r>
      <w:r>
        <w:rPr>
          <w:sz w:val="20"/>
        </w:rPr>
        <w:t>49:17  i only complain of my anguish</w:t>
      </w:r>
      <w:r>
        <w:br/>
      </w:r>
      <w:r>
        <w:rPr>
          <w:sz w:val="20"/>
        </w:rPr>
        <w:t>49:22  and my sorrow to god.</w:t>
      </w:r>
      <w:r>
        <w:br/>
      </w:r>
      <w:r>
        <w:rPr>
          <w:sz w:val="20"/>
        </w:rPr>
        <w:t>49:29  haan, yeh hazrat yaqoob ke kalmaat hain.</w:t>
      </w:r>
      <w:r>
        <w:br/>
      </w:r>
      <w:r>
        <w:rPr>
          <w:sz w:val="20"/>
        </w:rPr>
        <w:t>49:35  yeh to yeh us waqt nikle the un ki zubaan se jab un ke beton ne agar bataya</w:t>
      </w:r>
      <w:r>
        <w:br/>
      </w:r>
      <w:r>
        <w:rPr>
          <w:sz w:val="20"/>
        </w:rPr>
        <w:t>49:41  keh woh yusuf to nahin rahe dunya mein to to mein yaani is mauqe par woh beton se</w:t>
      </w:r>
      <w:r>
        <w:br/>
      </w:r>
      <w:r>
        <w:rPr>
          <w:sz w:val="20"/>
        </w:rPr>
        <w:t>49:47  ghussa hote, beton ko marte,</w:t>
      </w:r>
      <w:r>
        <w:br/>
      </w:r>
      <w:r>
        <w:rPr>
          <w:sz w:val="20"/>
        </w:rPr>
        <w:t>49:53  kisi se shikayat karte. Yeh sab kuch nahi kiya unhon ne, kuch bhi nahi kiya. Un ko kaha ke khudaaya main sab kuch tere upar dalta hoon, tu hi mere haal ko jaanta hai, main to hi se umeed karta hoon, tu hi meri madad farma. To yeh is dua ka jo sift spirit hai, woh hai sab kuch Allah par dal dena. Yani khud inteqaam lena, khud ladna bhidna, khud</w:t>
      </w:r>
      <w:r>
        <w:br/>
      </w:r>
      <w:r>
        <w:rPr>
          <w:sz w:val="20"/>
        </w:rPr>
        <w:t>50:23  shikayatein karna, yeh nahi. Allah par dal dena, Allah par dal dena. To yeh to bohat bari spirit hai dua ki. Aaj kal jo musalman duayein bad duayein karte hain zalim ke khilaf, woh is spirit ke khilaf hai. Zalim ke khilaf bohat bad duayein hoti hain, woh sab spirit ke khilaf hai, is spirit ke khilaf hai. Aap ke sath koi acha, koi aisa sulook karta hai jo aap ko</w:t>
      </w:r>
      <w:r>
        <w:br/>
      </w:r>
      <w:r>
        <w:rPr>
          <w:sz w:val="20"/>
        </w:rPr>
        <w:t>50:53  pasand nahi, tab bhi Allah ke khaliq ne dali is ko, jo koi mangna hai, Allah se mangiye. To is to spirit, is ki spirit jo thi ke jo hua, woh kisi insan ne kiya, lekin woh is insan se shikayat nahi karta. Main tujh se shikayat karta hoon, main tujh se mangta hoon, tere tere hawale karta hoon, main saare malik. To yeh spirit agar ho to to bohat bari spirit hai aur zaroor qabool hogi. Woh so Maulana, the spirit behind the</w:t>
      </w:r>
      <w:r>
        <w:br/>
      </w:r>
      <w:r>
        <w:rPr>
          <w:sz w:val="20"/>
        </w:rPr>
        <w:t>51:23  The prayer of Prophet Jacob is that I leave everything in God.</w:t>
      </w:r>
      <w:r>
        <w:br/>
      </w:r>
      <w:r>
        <w:rPr>
          <w:sz w:val="20"/>
        </w:rPr>
        <w:t>51:30  Although he had complaints against some human beings, he prayed to God, he left everything to God</w:t>
      </w:r>
      <w:r>
        <w:br/>
      </w:r>
      <w:r>
        <w:rPr>
          <w:sz w:val="20"/>
        </w:rPr>
        <w:t>51:36  instead of complaining or protesting or praying against other.</w:t>
      </w:r>
      <w:r>
        <w:br/>
      </w:r>
      <w:r>
        <w:rPr>
          <w:sz w:val="20"/>
        </w:rPr>
        <w:t>51:43  Maulana, can you please tell us how can prayer help in increasing our spirituality? جو بہت زیادہ گہرا</w:t>
      </w:r>
      <w:r>
        <w:br/>
      </w:r>
      <w:r>
        <w:rPr>
          <w:sz w:val="20"/>
        </w:rPr>
        <w:t>51:49  taalluq hai spirituality mein aur dua mein,</w:t>
      </w:r>
    </w:p>
    <w:p>
      <w:pPr>
        <w:pStyle w:val="Heading2"/>
      </w:pPr>
      <w:r>
        <w:t>Black magic cannot overpower strong faith</w:t>
      </w:r>
    </w:p>
    <w:p>
      <w:r>
        <w:rPr>
          <w:color w:val="666666"/>
          <w:sz w:val="18"/>
        </w:rPr>
        <w:t>Ramadan The Month of Fasting July 31, 2011 · 1m 51s · at 1:00:43 · https://youtu.be/4W4Dg7zt0DM?t=3643</w:t>
      </w:r>
    </w:p>
    <w:p>
      <w:r>
        <w:rPr>
          <w:i/>
        </w:rPr>
        <w:t>“Sehar ke baare mein log bahut baRha-chaRha kehte hain”</w:t>
      </w:r>
    </w:p>
    <w:p>
      <w:r>
        <w:rPr>
          <w:sz w:val="20"/>
        </w:rPr>
        <w:t>1:00:43  . dainkhain, sahar ke baray mein log bohat , mera khayal hai, barhaate charhaate hain. sahar jo hai,</w:t>
      </w:r>
      <w:r>
        <w:br/>
      </w:r>
      <w:r>
        <w:rPr>
          <w:sz w:val="20"/>
        </w:rPr>
        <w:t>1:00:53  kabhi bhi insaan ko , yani aisa nahi hota ke wo overpower kar le. koi bhi cheez aisi nahi hai jo allah ki marzi ke baghair insaan ko takleef pohanchaye, is ko maghloob kar le. aisa nahi ho</w:t>
      </w:r>
      <w:r>
        <w:br/>
      </w:r>
      <w:r>
        <w:rPr>
          <w:sz w:val="20"/>
        </w:rPr>
        <w:t>1:01:12  sakta. mein nahi manta ke sahar jo hai, insaan ko maghloob kar sakta hai. log is mein za'eef al-a'tiqad hotay hain, un ke zehn, yani soch mein toham parasti hoti hai.</w:t>
      </w:r>
      <w:r>
        <w:br/>
      </w:r>
      <w:r>
        <w:rPr>
          <w:sz w:val="20"/>
        </w:rPr>
        <w:t>1:01:28  un asbaab se wo is ke , yani is ke asar mein aajatay hain. mere oopar sahar kiya gaya , mere oopar koi asar nahi hua .</w:t>
      </w:r>
      <w:r>
        <w:br/>
      </w:r>
      <w:r>
        <w:rPr>
          <w:sz w:val="20"/>
        </w:rPr>
        <w:t>1:01:40  to asal cheez, aaj dekhein, yaad rakhein, asal cheez sehar nahin hai. asal cheez woh insaan hai jis par sehar ka asar, jis par sehar kiya gaya hai. log aam taur par sehar ke le kar kuch sochte hain, aam taur par sehar ko le kar sochte hain. nahin, aap us ko le kar sochen jis par sehar kiya gaya hai.</w:t>
      </w:r>
      <w:r>
        <w:br/>
      </w:r>
      <w:r>
        <w:rPr>
          <w:sz w:val="20"/>
        </w:rPr>
        <w:t>1:01:55  woh aadmi agar strong hai apni thinking mein, koi asar nahin hoga. woh hota hai bahut superfluous, superfluous hoga, barha maamooli hoga.</w:t>
      </w:r>
      <w:r>
        <w:br/>
      </w:r>
      <w:r>
        <w:rPr>
          <w:sz w:val="20"/>
        </w:rPr>
        <w:t>1:02:06  yani kuch hota hai, bas darjay mein ho sakta hai, yani touch kare, us darjay mein ho sakta hai woh. lekin woh aap ko, yani magloob kar le, aisa nahin ho sakta.</w:t>
      </w:r>
      <w:r>
        <w:br/>
      </w:r>
      <w:r>
        <w:rPr>
          <w:sz w:val="20"/>
        </w:rPr>
        <w:t>1:02:18  to mein samajhta hoon ke aadmi ko chahiye ke woh Quran o Hadees ko parhe aur fikri haisiyat se woh strong aadmi ho, saaf suthra rahe, paakizah rahe, namaz wazu karta ho.</w:t>
      </w:r>
      <w:r>
        <w:br/>
      </w:r>
      <w:r>
        <w:rPr>
          <w:sz w:val="20"/>
        </w:rPr>
        <w:t>1:02:30  to sehar ya koi aisi cheez is par asar nahin karegi.</w:t>
      </w:r>
    </w:p>
    <w:p>
      <w:pPr>
        <w:pStyle w:val="Heading2"/>
      </w:pPr>
      <w:r>
        <w:t>The real purpose behind fasting explained</w:t>
      </w:r>
    </w:p>
    <w:p>
      <w:r>
        <w:rPr>
          <w:color w:val="666666"/>
          <w:sz w:val="18"/>
        </w:rPr>
        <w:t>Importance and Virtues of Ramadan April 2, 2023 · 37s · at 13:47 · https://youtu.be/M2Phb22Vw_4?t=827</w:t>
      </w:r>
    </w:p>
    <w:p>
      <w:r>
        <w:rPr>
          <w:i/>
        </w:rPr>
        <w:t>“Main aim of fasting is to weaken material dependence”</w:t>
      </w:r>
    </w:p>
    <w:p>
      <w:r>
        <w:rPr>
          <w:sz w:val="20"/>
        </w:rPr>
        <w:t>13:46  ji</w:t>
      </w:r>
      <w:r>
        <w:br/>
      </w:r>
      <w:r>
        <w:rPr>
          <w:sz w:val="20"/>
        </w:rPr>
        <w:t>13:47  actually doctor sahib, main aim of fasting to yahi hai ke insaan ka jo hai material dependence weaken ho jaye, aur jo spiritual resolve hai woh strengthen ho jaye.</w:t>
      </w:r>
      <w:r>
        <w:br/>
      </w:r>
      <w:r>
        <w:rPr>
          <w:sz w:val="20"/>
        </w:rPr>
        <w:t>13:59  kyun ke spiritual resolve se hi doctor sahib taqwa paida hota hai insaan ke andar, aur asal purpose fasting ka yeh hai ke insaan ke andar ek humility aaye.</w:t>
      </w:r>
      <w:r>
        <w:br/>
      </w:r>
      <w:r>
        <w:rPr>
          <w:sz w:val="20"/>
        </w:rPr>
        <w:t>14:08  aur humility Maulana Wahiduddin Khan sahib kaha karte the ke true repentance se hi produce hoti hai. aur rasool Allah ne bhi ek martaba doctor sahib farmaya ke "A person who does sincere repentance can do away with anything and everything."</w:t>
      </w:r>
    </w:p>
    <w:p>
      <w:pPr>
        <w:pStyle w:val="Heading2"/>
      </w:pPr>
      <w:r>
        <w:t>Spirit vs form: lying and falsehood</w:t>
      </w:r>
    </w:p>
    <w:p>
      <w:r>
        <w:rPr>
          <w:color w:val="666666"/>
          <w:sz w:val="18"/>
        </w:rPr>
        <w:t>Ramadan The Month of Fasting 29Aug, 2008 - Maulana Wahiduddin Khan · 4m 20s · at 34:53 · https://youtu.be/O9ie_tCNGHM?t=2093</w:t>
      </w:r>
    </w:p>
    <w:p>
      <w:r>
        <w:rPr>
          <w:i/>
        </w:rPr>
        <w:t>“A hadith: Whoever does not give up false speech”</w:t>
      </w:r>
    </w:p>
    <w:p>
      <w:r>
        <w:rPr>
          <w:sz w:val="20"/>
        </w:rPr>
        <w:t>34:53  dekhiye, ek hadith hai, rasool Allah ne farmaya ke man lam yeda qaul al-zoor wal amal bihi fa laysa lillahi hajatu n fi yeda ta'amahu wa sharabahu</w:t>
      </w:r>
      <w:r>
        <w:br/>
      </w:r>
      <w:r>
        <w:rPr>
          <w:sz w:val="20"/>
        </w:rPr>
        <w:t>35:13  ke jis aadmi ne jhoot bolna aur jhoot par amal karna na chhora to Allah ko is ki hajat nahi ke wo apne pani ko, apne khane ko chhod de.</w:t>
      </w:r>
      <w:r>
        <w:br/>
      </w:r>
      <w:r>
        <w:rPr>
          <w:sz w:val="20"/>
        </w:rPr>
        <w:t>35:28  kyunke asal cheez jo chahiye thi, wo to wo tha.</w:t>
      </w:r>
      <w:r>
        <w:br/>
      </w:r>
      <w:r>
        <w:rPr>
          <w:sz w:val="20"/>
        </w:rPr>
        <w:t>35:36  yani asal cheez to ye thi ke aadmi ke andar shukr ki aur taqwa ki spirit paida ho, Khuda ka khauf paida ho, Khuda ke mamle mein parhezgari paida ho, Khuda ke inaamaat ko,</w:t>
      </w:r>
      <w:r>
        <w:br/>
      </w:r>
      <w:r>
        <w:rPr>
          <w:sz w:val="20"/>
        </w:rPr>
        <w:t>35:53  wo Khuda ke inaamaat ka wo eteraaf kare. shukr kehte hain eteraaf ko. to ye sab cheezein theen jo chahiye, jo matloob thi roze se, wahi paida nahi hui.</w:t>
      </w:r>
      <w:r>
        <w:br/>
      </w:r>
      <w:r>
        <w:rPr>
          <w:sz w:val="20"/>
        </w:rPr>
        <w:t>36:05  to farmaya ke aisa aadmi jo hai, roza rakha hai ya na rakha hai, dono barabar hain. yahan par sochiye</w:t>
      </w:r>
      <w:r>
        <w:br/>
      </w:r>
      <w:r>
        <w:rPr>
          <w:sz w:val="20"/>
        </w:rPr>
        <w:t>36:18  ke jhoot kya hai aur jhoot par amal karna kya hai. kyunke dekhein, do lafz aaye hain ke jis ne jhoot bolna aur jhoot par amal karna na chhora, to is ka matlab kya hai?</w:t>
      </w:r>
      <w:r>
        <w:br/>
      </w:r>
      <w:r>
        <w:rPr>
          <w:sz w:val="20"/>
        </w:rPr>
        <w:t>36:35  to jhoot bolna ye hai ke aap ek aisi baat bolein jo aap ko karna nahi hai. jhoot bolna ye hai ke aap ek aisi baat bolein jis ko aap ko karna nahi hai.</w:t>
      </w:r>
      <w:r>
        <w:br/>
      </w:r>
      <w:r>
        <w:rPr>
          <w:sz w:val="20"/>
        </w:rPr>
        <w:t>36:47  kisi aadmi ne aap se madad mangi, koi zaroorat thi, us ko aap ne kaha haan bilkul, main tumhari zaroorat poori karunga aur dil mein aaya ke mujhe is ko kuch ek paisa bhi nahi dena hai.</w:t>
      </w:r>
      <w:r>
        <w:br/>
      </w:r>
      <w:r>
        <w:rPr>
          <w:sz w:val="20"/>
        </w:rPr>
        <w:t>37:01  to aap jhoot boley. to ek hai jhoot bolna, to ek hai jhoot par amal karna. jhoot par amal karna ye hai ke aadmi jo kar raha hai, us ko beautiful alfaaz mein main bataye.</w:t>
      </w:r>
      <w:r>
        <w:br/>
      </w:r>
      <w:r>
        <w:rPr>
          <w:sz w:val="20"/>
        </w:rPr>
        <w:t>37:20  jo kar raha hai, wo ghalat kaam hai lekin us ke liye beautiful shabd bol raha hai. to ye jhoot par amal karna hai.</w:t>
      </w:r>
      <w:r>
        <w:br/>
      </w:r>
      <w:r>
        <w:rPr>
          <w:sz w:val="20"/>
        </w:rPr>
        <w:t>37:32  jaise aap kisi mamle ko le kar protest karein aur demonstration karein, sadkon par aa kar ke shor ghul karein, hangama karein aur phir takrao ho, nafratein badhein to aap kahein ke hum to human rights ke liye kaam kar rahe hain.</w:t>
      </w:r>
      <w:r>
        <w:br/>
      </w:r>
      <w:r>
        <w:rPr>
          <w:sz w:val="20"/>
        </w:rPr>
        <w:t>37:51  to human rights ka kaam kya hua? ye to nafrat ke liye kaam hua. ye to logon ke andar violence paida karne ka kaam hua, logon ko andar ek doosre se door karne ka kaam tha.</w:t>
      </w:r>
      <w:r>
        <w:br/>
      </w:r>
      <w:r>
        <w:rPr>
          <w:sz w:val="20"/>
        </w:rPr>
        <w:t>38:03  to aisa kaam karna ke wo kaam khud to sahi na ho aur aap us ko beautiful sab bol kar ke ye kahein ke ye bara acha kaam hai, bohat acha kaam hai,</w:t>
      </w:r>
      <w:r>
        <w:br/>
      </w:r>
      <w:r>
        <w:rPr>
          <w:sz w:val="20"/>
        </w:rPr>
        <w:t>38:17  ye jhoot par amal karna kaha jayega. to ye dono cheezein bohat hi buri hain. jhoot bolna bhi aur jhoot par amal karna bhi.</w:t>
      </w:r>
      <w:r>
        <w:br/>
      </w:r>
      <w:r>
        <w:rPr>
          <w:sz w:val="20"/>
        </w:rPr>
        <w:t>38:30  to jo aadmi in cheezon ko na chhore aur sirf bhooka pyasa rahe, to is ka roza kya? is ka roza kuch bhi nahi.</w:t>
      </w:r>
      <w:r>
        <w:br/>
      </w:r>
      <w:r>
        <w:rPr>
          <w:sz w:val="20"/>
        </w:rPr>
        <w:t>38:42  to ye jaanna chahiye ke roze ka do pehlu hain. ek hai is ki spirit, doosra hai is ka form.</w:t>
      </w:r>
      <w:r>
        <w:br/>
      </w:r>
      <w:r>
        <w:rPr>
          <w:sz w:val="20"/>
        </w:rPr>
        <w:t>38:54  to dono aitbar se humein roza rakhna padta hai, spirit ke aitbar se bhi aur form ke aitbar se bhi. spirit ko alag karne ke baad sirf form ko koi dohraaye to is ki koi value Allah taala ke haan nahi hai.</w:t>
      </w:r>
    </w:p>
    <w:p>
      <w:pPr>
        <w:pStyle w:val="Heading2"/>
      </w:pPr>
      <w:r>
        <w:t>Peace as initiative in Islam</w:t>
      </w:r>
    </w:p>
    <w:p>
      <w:r>
        <w:rPr>
          <w:color w:val="666666"/>
          <w:sz w:val="18"/>
        </w:rPr>
        <w:t>Al-Risala, May 2018 · 2m 25s · at 1:09:24 · https://youtu.be/VsVaccpm1ug?t=4164</w:t>
      </w:r>
    </w:p>
    <w:p>
      <w:r>
        <w:rPr>
          <w:i/>
        </w:rPr>
        <w:t>“Amn aik iqdam”</w:t>
      </w:r>
    </w:p>
    <w:p>
      <w:r>
        <w:rPr>
          <w:sz w:val="20"/>
        </w:rPr>
        <w:t>1:09:24  aman ek qdam. islam mein jang difa ka mamla, issue of defense hai aur aman qdam ka issue, issue of advancement hai.</w:t>
      </w:r>
      <w:r>
        <w:br/>
      </w:r>
      <w:r>
        <w:rPr>
          <w:sz w:val="20"/>
        </w:rPr>
        <w:t>1:09:35  islam mein ahl-e-iman ko ijazat nahin ke wo apni taraf se jang chheden. albatta jahan tak aman ka ta'alluq hai, ahl-e-iman ko yeh karna hai ke wo islam ki ishaat ke liye pur aman qdam ka mansooba banayen.</w:t>
      </w:r>
      <w:r>
        <w:br/>
      </w:r>
      <w:r>
        <w:rPr>
          <w:sz w:val="20"/>
        </w:rPr>
        <w:t>1:09:51  islam ka yeh usool fitrat ke qanoon par mabni hai. fitrat ke qanoon ke mutabiq jang ke zariye kisi misbat nateeje ka hasool mumkin nahin kyunke jang se kisi baat ka faisla nahin hota,</w:t>
      </w:r>
      <w:r>
        <w:br/>
      </w:r>
      <w:r>
        <w:rPr>
          <w:sz w:val="20"/>
        </w:rPr>
        <w:t>1:10:05  na haarne ki soorat mein aur na jeetne ki soorat mein. jang mein agar fateh hasil ho tab bhi haarne wale fareeq ke dil mein intiqam ka jazba bhadak uthta hai.</w:t>
      </w:r>
      <w:r>
        <w:br/>
      </w:r>
      <w:r>
        <w:rPr>
          <w:sz w:val="20"/>
        </w:rPr>
        <w:t>1:10:16  is liye jang mein fateh bhi ek nayi jang ka aaghaz ban jata hai. pur aman mansooba bandi hamesha apna kaam karti hai.</w:t>
      </w:r>
      <w:r>
        <w:br/>
      </w:r>
      <w:r>
        <w:rPr>
          <w:sz w:val="20"/>
        </w:rPr>
        <w:t>1:10:26  pur aman mansooba bandi koi naya masla paida nahin karti, wo sirf masle ke hal ki taraf le jati hai. pur aman mansooba bandi ke tehat qdam karna ek aise anjam ki taraf le jata hai jahan jang ka khatma ho jaye aur logon ko pur aman sargharmiyon ke liye awqaf ya opportunities hasil ho jayen.</w:t>
      </w:r>
      <w:r>
        <w:br/>
      </w:r>
      <w:r>
        <w:rPr>
          <w:sz w:val="20"/>
        </w:rPr>
        <w:t>1:10:47  islam ke daur-e-awwal ki tareekh is usool ki tasdeeq karti hai. paighambar e islam sallallahu alaihi wasallam ke zamane mein ahl-e-iman aur un ke mukhalifeen ke darmiyan kuch ladaiyan huin, misalan ghazwa badr, ghazwa uhud, ghazwa hunain waghera.</w:t>
      </w:r>
      <w:r>
        <w:br/>
      </w:r>
      <w:r>
        <w:rPr>
          <w:sz w:val="20"/>
        </w:rPr>
        <w:t>1:11:07  magar in ladaiyon se takrao khatm nahin hua. takrao ka khatma us waqt hua jab aap ne yak tarfa taur par sulah ki.</w:t>
      </w:r>
      <w:r>
        <w:br/>
      </w:r>
      <w:r>
        <w:rPr>
          <w:sz w:val="20"/>
        </w:rPr>
        <w:t>1:11:18  quran mein fateh ki ayat sirf sulah hudaybiyah ke baad nazil hui. is ayat mein fateh ka matlab hai takrao ka khatma aur pur aman sargharmiyon ke liye muwafiq mahol paida ho jana.</w:t>
      </w:r>
      <w:r>
        <w:br/>
      </w:r>
      <w:r>
        <w:rPr>
          <w:sz w:val="20"/>
        </w:rPr>
        <w:t>1:11:31  kisi aur ghazwa ke baad fateh ki ayat nahin utri. hudaybiyah ka waqia chheh hijri mein paish aaya. is mauqe par fareeq-e-sani ki koshish sirf yeh thi ke rasool aur ashab-e-rasool makkah mein dakhil na hon aur umrah kiye baghair wapas madinah chale jayen.</w:t>
      </w:r>
    </w:p>
    <w:p>
      <w:pPr>
        <w:pStyle w:val="Heading2"/>
      </w:pPr>
      <w:r>
        <w:t>The eight categories of zakat and the primacy of dawah</w:t>
      </w:r>
    </w:p>
    <w:p>
      <w:r>
        <w:rPr>
          <w:color w:val="666666"/>
          <w:sz w:val="18"/>
        </w:rPr>
        <w:t>Spirit of Zakat May 4, 2007 Maulana Wahiduddin Khan · 5m 55s · at 49:39 · https://youtu.be/oj5_5pFnmHk?t=2979</w:t>
      </w:r>
    </w:p>
    <w:p>
      <w:r>
        <w:rPr>
          <w:i/>
        </w:rPr>
        <w:t>“Look at Surah Tawbah — eight categories of zakat”</w:t>
      </w:r>
    </w:p>
    <w:p>
      <w:r>
        <w:rPr>
          <w:sz w:val="20"/>
        </w:rPr>
        <w:t>49:39  quran mein dekhiye, surah taubah</w:t>
      </w:r>
      <w:r>
        <w:br/>
      </w:r>
      <w:r>
        <w:rPr>
          <w:sz w:val="20"/>
        </w:rPr>
        <w:t>49:44  mein ek ayat hai, is mein yeh ayat hai ke innama assadaqatu lil fuqarai wal masakeeni wal amileena alaiha</w:t>
      </w:r>
      <w:r>
        <w:br/>
      </w:r>
      <w:r>
        <w:rPr>
          <w:sz w:val="20"/>
        </w:rPr>
        <w:t>49:53  wa fi ar riqabi is tarah se ayat hai jis mein aath maddein batai gayi hain. aath maddein. to jis aadmi ko detail mein janna ho ke zakat ki maddein kya hain, kahan kahan zakat ke paise ko kharch karna hai,</w:t>
      </w:r>
      <w:r>
        <w:br/>
      </w:r>
      <w:r>
        <w:rPr>
          <w:sz w:val="20"/>
        </w:rPr>
        <w:t>50:09  to is ayat ka mutala kar sakta hai woh. is ayat, koi bhi tafsir aap ke pas ho, us tafsir mein aap ko yeh ayat mil jayegi.</w:t>
      </w:r>
      <w:r>
        <w:br/>
      </w:r>
      <w:r>
        <w:rPr>
          <w:sz w:val="20"/>
        </w:rPr>
        <w:t>50:18  surah taubah mein innama assadaqatu lil fuqarai wal masakeeni wal amileena alaiha</w:t>
      </w:r>
      <w:r>
        <w:br/>
      </w:r>
      <w:r>
        <w:rPr>
          <w:sz w:val="20"/>
        </w:rPr>
        <w:t>50:28  to is ayat mein dekhiye,</w:t>
      </w:r>
      <w:r>
        <w:br/>
      </w:r>
      <w:r>
        <w:rPr>
          <w:sz w:val="20"/>
        </w:rPr>
        <w:t>50:35  aath maddein batai gayi hain. to woh aath maddein jo hain, woh kya kya hain? fuqara aur masakeen, yani ghareeb log.</w:t>
      </w:r>
      <w:r>
        <w:br/>
      </w:r>
      <w:r>
        <w:rPr>
          <w:sz w:val="20"/>
        </w:rPr>
        <w:t>50:47  ghareeb logon ke upar kharch karna hai.</w:t>
      </w:r>
      <w:r>
        <w:br/>
      </w:r>
      <w:r>
        <w:rPr>
          <w:sz w:val="20"/>
        </w:rPr>
        <w:t>50:51  is tarah se woh log jo masayib mein phans gaye hon, jaise musafir, ghar mein to is ke pas jeene ke liye saman maujood hai, lekin safar mein gaya, wahan phans gaya woh.</w:t>
      </w:r>
      <w:r>
        <w:br/>
      </w:r>
      <w:r>
        <w:rPr>
          <w:sz w:val="20"/>
        </w:rPr>
        <w:t>51:02  to ek woh log hain jo fuqara aur masakeen hain, jin ke pas kam paisa hai, aamdani nahin hai. ek woh log hain, yani mustaqil taur par woh masle se dochar hain.</w:t>
      </w:r>
      <w:r>
        <w:br/>
      </w:r>
      <w:r>
        <w:rPr>
          <w:sz w:val="20"/>
        </w:rPr>
        <w:t>51:15  ek woh hai jo musafir hota hai, ghar par woh ho to ghar par is ke liye saman hota hai, lekin safar mein kabhi phans jata hai to is ko bhi aap zakat ki mad se de sakte hain.</w:t>
      </w:r>
      <w:r>
        <w:br/>
      </w:r>
      <w:r>
        <w:rPr>
          <w:sz w:val="20"/>
        </w:rPr>
        <w:t>51:28  is tarah se jo musibaton mein phanse hue hon, maslan farz kiye ke woh muqadma tha un ke pas, un ke upar tawan lagaya gaya.</w:t>
      </w:r>
      <w:r>
        <w:br/>
      </w:r>
      <w:r>
        <w:rPr>
          <w:sz w:val="20"/>
        </w:rPr>
        <w:t>51:39  tawan nahin de paye woh, ab woh jail mein pade hue hain.</w:t>
      </w:r>
      <w:r>
        <w:br/>
      </w:r>
      <w:r>
        <w:rPr>
          <w:sz w:val="20"/>
        </w:rPr>
        <w:t>51:43  in ka tawan ada kar diya jaye taake woh jail se un ko chhutti mil jaye. yeh bhi zakat ki mad se diya ja sakta hai. is tarah se Allah ke raste mein ek mad yeh bhi hai ke Allah ke raste mein kharch karna.</w:t>
      </w:r>
      <w:r>
        <w:br/>
      </w:r>
      <w:r>
        <w:rPr>
          <w:sz w:val="20"/>
        </w:rPr>
        <w:t>51:58  Allah ke raste mein kharch karne se, jahan tak maine samjha hai, sab se bari mad jo hai, woh hai dawat ilal Allah.</w:t>
      </w:r>
      <w:r>
        <w:br/>
      </w:r>
      <w:r>
        <w:rPr>
          <w:sz w:val="20"/>
        </w:rPr>
        <w:t>52:07  Allah</w:t>
      </w:r>
      <w:r>
        <w:br/>
      </w:r>
      <w:r>
        <w:rPr>
          <w:sz w:val="20"/>
        </w:rPr>
        <w:t>52:08  ke raste mein kharch karne ka jo is ayat mein maujood hai, is se murad hai, jahan tak main samajhta hoon, dawat ilal Allah, yani Allah ke paigham ko doosron tak pahunchana.</w:t>
      </w:r>
      <w:r>
        <w:br/>
      </w:r>
      <w:r>
        <w:rPr>
          <w:sz w:val="20"/>
        </w:rPr>
        <w:t>52:23  main samajhta hoon ke yeh sab se bara kaam hai jo Allah ke raste mein kiya jata hai. yani Allah ne banaya hai is dunya ko</w:t>
      </w:r>
      <w:r>
        <w:br/>
      </w:r>
      <w:r>
        <w:rPr>
          <w:sz w:val="20"/>
        </w:rPr>
        <w:t>52:32  ab Khuda yeh chahta hai ke maut se pehle logon ko yeh maloom ho jaye ke What was the creation plan of God.</w:t>
      </w:r>
      <w:r>
        <w:br/>
      </w:r>
      <w:r>
        <w:rPr>
          <w:sz w:val="20"/>
        </w:rPr>
        <w:t>52:44  Khuda ka takhliqi naqsha kya tha? taake woh jaan len ke akhirat mein jab unhein jaancha jayega, is jaanch ka criterion kya hoga.</w:t>
      </w:r>
      <w:r>
        <w:br/>
      </w:r>
      <w:r>
        <w:rPr>
          <w:sz w:val="20"/>
        </w:rPr>
        <w:t>52:56  yeh bohat hi important baat hai ke log paida ho rahe hain, jeete hain, mar jaate hain.</w:t>
      </w:r>
      <w:r>
        <w:br/>
      </w:r>
      <w:r>
        <w:rPr>
          <w:sz w:val="20"/>
        </w:rPr>
        <w:t>53:03  lekin aap jante hain ke aasman se koi awaaz to aati nahin. Koi pahad par likha hua nahin hai. What is the purpose of life?</w:t>
      </w:r>
      <w:r>
        <w:br/>
      </w:r>
      <w:r>
        <w:rPr>
          <w:sz w:val="20"/>
        </w:rPr>
        <w:t>53:13  What is life and what is death? What is the day of judgment. yeh sab cheezein jo likhi hui nahin hain, Khuda ne apne paighambaron ke zariye bheji hain.</w:t>
      </w:r>
      <w:r>
        <w:br/>
      </w:r>
      <w:r>
        <w:rPr>
          <w:sz w:val="20"/>
        </w:rPr>
        <w:t>53:24  to in baaton, is message ko, yaani Khuda ki is scheme ko batana logon ko har zabaan mein, har zamane mein, har mauqe par, yeh hai dawat ilal Allah.</w:t>
      </w:r>
      <w:r>
        <w:br/>
      </w:r>
      <w:r>
        <w:rPr>
          <w:sz w:val="20"/>
        </w:rPr>
        <w:t>53:38  yeh Khuda ka sab se bara concern hai. Khuda yeh chahta hai ke log marne se pehle jaan lein. Yaani Khuda bekhabari mein na marein.</w:t>
      </w:r>
      <w:r>
        <w:br/>
      </w:r>
      <w:r>
        <w:rPr>
          <w:sz w:val="20"/>
        </w:rPr>
        <w:t>53:47  Khuda chahta hai ke log bekhabari mein na marein.</w:t>
      </w:r>
      <w:r>
        <w:br/>
      </w:r>
      <w:r>
        <w:rPr>
          <w:sz w:val="20"/>
        </w:rPr>
        <w:t>53:52  yeh na keh sakein wahan ja kar ke hamein koi pata hi nahin tha. Inna kunna ghafileen . Khuda ke samne jab pesh honge woh, to woh yeh na keh sakein ke hum to jante nahin the ke Day of Judgment hai, hisab kitab hai, jannat jahannum hai.</w:t>
      </w:r>
      <w:r>
        <w:br/>
      </w:r>
      <w:r>
        <w:rPr>
          <w:sz w:val="20"/>
        </w:rPr>
        <w:t>54:10  hamein to kuch pata nahin tha. To Khuda chahta hai ke in ki is bekhabari ko toda jaye.</w:t>
      </w:r>
      <w:r>
        <w:br/>
      </w:r>
      <w:r>
        <w:rPr>
          <w:sz w:val="20"/>
        </w:rPr>
        <w:t>54:19  woh sab kuch in ke ilm mein aa jaye. Taake jis ko hidayat lena hai, woh hidayat le. Jo hidayat nahin lena hai, to woh pakda jayega woh.</w:t>
      </w:r>
      <w:r>
        <w:br/>
      </w:r>
      <w:r>
        <w:rPr>
          <w:sz w:val="20"/>
        </w:rPr>
        <w:t>54:31  to logon ko Khuda ki is scheme se ba-khabar karna. Khuda ki logon ki bekhabari ko todna.</w:t>
      </w:r>
      <w:r>
        <w:br/>
      </w:r>
      <w:r>
        <w:rPr>
          <w:sz w:val="20"/>
        </w:rPr>
        <w:t>54:40  ke log marein to haalat-e-ghafalat mein na marein. Log marein to haalat-e-ghafalat mein na marein. Yeh hai dawat ilal Allah.</w:t>
      </w:r>
      <w:r>
        <w:br/>
      </w:r>
      <w:r>
        <w:rPr>
          <w:sz w:val="20"/>
        </w:rPr>
        <w:t>54:48  isi liye Quran mein is ko inzar aur basharat kaha gaya hai. Inzar aur basharat. Yaani warning dena. Aur good tiding dena.</w:t>
      </w:r>
      <w:r>
        <w:br/>
      </w:r>
      <w:r>
        <w:rPr>
          <w:sz w:val="20"/>
        </w:rPr>
        <w:t>55:00  Warning is baat ki ke agar tum ne Khuda ke scheme ke khilaf zindagi bitai is duniya mein, to tumhare liye hell hai.</w:t>
      </w:r>
      <w:r>
        <w:br/>
      </w:r>
      <w:r>
        <w:rPr>
          <w:sz w:val="20"/>
        </w:rPr>
        <w:t>55:11  Aur good tiding yeh ke agar tum ne Khuda ke hukumon ko follow kiya, to tumhare liye paradise hai.</w:t>
      </w:r>
      <w:r>
        <w:br/>
      </w:r>
      <w:r>
        <w:rPr>
          <w:sz w:val="20"/>
        </w:rPr>
        <w:t>55:18  to yeh dawat ilal Allah ko Quran mein kaha gaya hai inzar aur basharat. To yeh kaam jo hai, main samajhta hoon ke fi sabilillah mein sab se muqaddam yahi hai.</w:t>
      </w:r>
    </w:p>
    <w:p>
      <w:pPr>
        <w:pStyle w:val="Heading2"/>
      </w:pPr>
      <w:r>
        <w:t>Prayer's real test is the heart, closing thought on faith</w:t>
      </w:r>
    </w:p>
    <w:p>
      <w:r>
        <w:rPr>
          <w:color w:val="666666"/>
          <w:sz w:val="18"/>
        </w:rPr>
        <w:t>Islam mein Fiqhi Ikhtelaf (Jurisprudential Disagreement in Islam) Maulana Wahiddudin Khan · 3m 12s · at 27:15 · https://youtu.be/8S3yyG9KYOE?t=1635</w:t>
      </w:r>
    </w:p>
    <w:p>
      <w:r>
        <w:rPr>
          <w:i/>
        </w:rPr>
        <w:t>“The real thing is spirit, the real thing is fear of God”</w:t>
      </w:r>
    </w:p>
    <w:p>
      <w:r>
        <w:rPr>
          <w:sz w:val="20"/>
        </w:rPr>
        <w:t>27:15  asal cheez hai spirit, asal cheez hai rooh, asal cheez hai Khuda ka khauf. Quran mein hai ke "qad aflaha al mominun allazina fi salatihim khashiun".</w:t>
      </w:r>
      <w:r>
        <w:br/>
      </w:r>
      <w:r>
        <w:rPr>
          <w:sz w:val="20"/>
        </w:rPr>
        <w:t>27:25  yani namaz ka criteria kya hai? is ke andar khushu ho. is ayat par ghor kijiye aap. hadith mein bhi aata hai ke "Allah salata lam lam takhshu".</w:t>
      </w:r>
      <w:r>
        <w:br/>
      </w:r>
      <w:r>
        <w:rPr>
          <w:sz w:val="20"/>
        </w:rPr>
        <w:t>27:35  to namaz hui ke nahi hui, is ka criteria hai khushu. lekin logon ne kya bana liya? criteria ke form durust hua ke nahi durust hua?</w:t>
      </w:r>
      <w:r>
        <w:br/>
      </w:r>
      <w:r>
        <w:rPr>
          <w:sz w:val="20"/>
        </w:rPr>
        <w:t>27:44  ek set pattern ke mutabiq parhi ke nahi parhi gayi? to unhon ne criteria badal diya. criteria tha spirit aur bana diya unhon ne form.</w:t>
      </w:r>
      <w:r>
        <w:br/>
      </w:r>
      <w:r>
        <w:rPr>
          <w:sz w:val="20"/>
        </w:rPr>
        <w:t>27:56  is ke nateejay mein itne jhagde hue hain, itne Islam ke khilaf itni badgumaniyan, itna misunderstanding. to khulasa yeh hai ke agar kisi ko yeh janna hai ke Islam sach much kya hai,</w:t>
      </w:r>
      <w:r>
        <w:br/>
      </w:r>
      <w:r>
        <w:rPr>
          <w:sz w:val="20"/>
        </w:rPr>
        <w:t>28:12  isko Quran ko parhna chahiye aur hadith ko parhna chahiye. doosri kitaben jo hain, jo baat koi likhi gayi hain, woh kitaben aap parh sakte hain, lekin yeh nahi karna chahiye aap ko yeh ghalti ke aap yeh samjhen ke jo darja Quran o hadith ka hai, wahi darja un kitabon ka hai.</w:t>
      </w:r>
      <w:r>
        <w:br/>
      </w:r>
      <w:r>
        <w:rPr>
          <w:sz w:val="20"/>
        </w:rPr>
        <w:t>28:31  aap ko yeh kehne ki himmat honi chahiye ke Quran o hadith ke baad jo kuch hai, woh is waqt hai jab ke Quran o ha</w:t>
      </w:r>
      <w:r>
        <w:br/>
      </w:r>
      <w:r>
        <w:rPr>
          <w:sz w:val="20"/>
        </w:rPr>
        <w:t>28:39  dith ke mutabiq ho. nahi ho to woh sab hum us ko reject kar denge. yeh logon ki himmat nahi hai. isi liye confusion rehta hai, isi liye misunderstanding mein pade rehte hain.</w:t>
      </w:r>
      <w:r>
        <w:br/>
      </w:r>
      <w:r>
        <w:rPr>
          <w:sz w:val="20"/>
        </w:rPr>
        <w:t>28:51  woh to sahi masla yeh hai ke aap yeh kaise kahein? yeh himmat aap ke andar ho ke deen wahi hai jo Quran mein aur hadith mein hai. baqi jo hai, woh interpretation hai.</w:t>
      </w:r>
      <w:r>
        <w:br/>
      </w:r>
      <w:r>
        <w:rPr>
          <w:sz w:val="20"/>
        </w:rPr>
        <w:t>29:01  interpretation jo hai, ghalt bhi ho sakta hai, sahi bhi ho sakta hai. jahan interpretation aaya, wahan sahi ghalt dono aa gaya.</w:t>
      </w:r>
      <w:r>
        <w:br/>
      </w:r>
      <w:r>
        <w:rPr>
          <w:sz w:val="20"/>
        </w:rPr>
        <w:t>29:09  seedhi si baat agar aap samajh lein ke jahan tak Quran ka aur hadith ka taluq hai, is ke text ka, us mein koi ikhtilaf nahi, koi shakk nahi.</w:t>
      </w:r>
      <w:r>
        <w:br/>
      </w:r>
      <w:r>
        <w:rPr>
          <w:sz w:val="20"/>
        </w:rPr>
        <w:t>29:19  lekin jahan doosre insanon mein ki baaten jab hain, jab un ki sharah ho, un ka commentary ho, un ka interpretation ho, to woh sahi bhi ho sakta hai, ghalt bhi ho sakta hai.</w:t>
      </w:r>
      <w:r>
        <w:br/>
      </w:r>
      <w:r>
        <w:rPr>
          <w:sz w:val="20"/>
        </w:rPr>
        <w:t>29:31  jab tak yeh clear na ho mind mein, hamesha confusion rahega. aur jo yaqeen hona chahiye ke yeh deen haq hai, yeh Khuda ka deen hai, yeh mehfooz deen hai, woh yaqeeni mehroom rahenge.</w:t>
      </w:r>
      <w:r>
        <w:br/>
      </w:r>
      <w:r>
        <w:rPr>
          <w:sz w:val="20"/>
        </w:rPr>
        <w:t>29:43  aap is yaqeen se mehroom rahenge. ghor kijiye ke kitni bari mehroomi hai ke aadmi ko yaqeen na ho apne Khuda ke paigham par, Khuda ke deen par yaqeen na ho.</w:t>
      </w:r>
      <w:r>
        <w:br/>
      </w:r>
      <w:r>
        <w:rPr>
          <w:sz w:val="20"/>
        </w:rPr>
        <w:t>29:55  sab se bari cheez hai conviction.</w:t>
      </w:r>
      <w:r>
        <w:br/>
      </w:r>
      <w:r>
        <w:rPr>
          <w:sz w:val="20"/>
        </w:rPr>
        <w:t>29:58  conviction jab aayega? jab ke aap is usool ko manen jo maine arz kiya aap ki khidmat mein. aqool qawli haza wastaghfirullaha lakum ajmaeen.</w:t>
      </w:r>
    </w:p>
    <w:p>
      <w:pPr>
        <w:pStyle w:val="Heading2"/>
      </w:pPr>
      <w:r>
        <w:t>Iman is not static, it grows</w:t>
      </w:r>
    </w:p>
    <w:p>
      <w:r>
        <w:rPr>
          <w:color w:val="666666"/>
          <w:sz w:val="18"/>
        </w:rPr>
        <w:t>Ramadan and The Quran 14 oct 2005 - Maulana Wahiduddin Khan · 31s · at 7:07 · https://youtu.be/t_Ciia8JlBk?t=427</w:t>
      </w:r>
    </w:p>
    <w:p>
      <w:r>
        <w:rPr>
          <w:i/>
        </w:rPr>
        <w:t>“Iman koi state, static cheez nahi hai”</w:t>
      </w:r>
    </w:p>
    <w:p>
      <w:r>
        <w:rPr>
          <w:sz w:val="20"/>
        </w:rPr>
        <w:t>7:07  imaan koi static, static cheez nahin hai. imaan ek ek aisi cheez hai jo grow karti rahe, badhti rahe.</w:t>
      </w:r>
      <w:r>
        <w:br/>
      </w:r>
      <w:r>
        <w:rPr>
          <w:sz w:val="20"/>
        </w:rPr>
        <w:t>7:19  to yeh jo yahan imaan ka badhna hai, to is tarah hota hai ke hum aap sochte hain,</w:t>
      </w:r>
      <w:r>
        <w:br/>
      </w:r>
      <w:r>
        <w:rPr>
          <w:sz w:val="20"/>
        </w:rPr>
        <w:t>7:26  khuda ko yaad karte hain, Quran ko padhte hain, lekin jab aap exchange karte hain kisi se to woh bhi usi ki ek surat hoti hai.</w:t>
      </w:r>
    </w:p>
    <w:p>
      <w:pPr>
        <w:pStyle w:val="Heading2"/>
      </w:pPr>
      <w:r>
        <w:t>Democracy analogy shows fasting needs inner spirit first</w:t>
      </w:r>
    </w:p>
    <w:p>
      <w:r>
        <w:rPr>
          <w:color w:val="666666"/>
          <w:sz w:val="18"/>
        </w:rPr>
        <w:t>The Spirit of Roza Sept 7, 2008 · 5m 09s · at 0:58 · https://youtu.be/C9G1oBdqoKk?t=58</w:t>
      </w:r>
    </w:p>
    <w:p>
      <w:r>
        <w:rPr>
          <w:i/>
        </w:rPr>
        <w:t>“Aaj subah main radio sun raha tha, democracy ke baare mein”</w:t>
      </w:r>
    </w:p>
    <w:p>
      <w:r>
        <w:rPr>
          <w:sz w:val="20"/>
        </w:rPr>
        <w:t>0:58  aaj subah mein radio sun raha tha to is par ek program aa raha tha democracy ke bare mein.</w:t>
      </w:r>
      <w:r>
        <w:br/>
      </w:r>
      <w:r>
        <w:rPr>
          <w:sz w:val="20"/>
        </w:rPr>
        <w:t>1:10  democracy.</w:t>
      </w:r>
      <w:r>
        <w:br/>
      </w:r>
      <w:r>
        <w:rPr>
          <w:sz w:val="20"/>
        </w:rPr>
        <w:t>1:12  to koi professor sahab bol rahe the, unhon ne kaha ke democracy se pehle chahiye democratization.</w:t>
      </w:r>
      <w:r>
        <w:br/>
      </w:r>
      <w:r>
        <w:rPr>
          <w:sz w:val="20"/>
        </w:rPr>
        <w:t>1:26  yani democratic system agar hamein banana hai to is se pehle hamein democratic society banani paregi. nahi to wo democracy jo hogi wo sachi democracy nahi hogi.</w:t>
      </w:r>
      <w:r>
        <w:br/>
      </w:r>
      <w:r>
        <w:rPr>
          <w:sz w:val="20"/>
        </w:rPr>
        <w:t>1:43  jaisa ke galbert ne kaha tha ke kuch mulkon mein democracy hai lekin wo function anarchy zyada aur kuch nahi. to unhon ne yeh bataya ke democratic process mein number one hai 100 fisad literacy.</w:t>
      </w:r>
      <w:r>
        <w:br/>
      </w:r>
      <w:r>
        <w:rPr>
          <w:sz w:val="20"/>
        </w:rPr>
        <w:t>2:04  koi literacy se hota hai ke log jo hain intellectually awaken hote hain, un mein samajh aati hai.</w:t>
      </w:r>
      <w:r>
        <w:br/>
      </w:r>
      <w:r>
        <w:rPr>
          <w:sz w:val="20"/>
        </w:rPr>
        <w:t>2:14  kyunki democracy mein logon ko freedom to hoti hai lekin controlled dhang par, disciplined way mein unhein apni freedom ko istemal karna parta hai.</w:t>
      </w:r>
      <w:r>
        <w:br/>
      </w:r>
      <w:r>
        <w:rPr>
          <w:sz w:val="20"/>
        </w:rPr>
        <w:t>2:30  to bohat zyada, yani samajhdar logon ke beech mein sachi democracy aa sakti hai.</w:t>
      </w:r>
      <w:r>
        <w:br/>
      </w:r>
      <w:r>
        <w:rPr>
          <w:sz w:val="20"/>
        </w:rPr>
        <w:t>2:39  to mein yeh jo mein ne suna to mere dil mein aaya ke roza ka mamla bhi aisa hi hai. roza se pehle roza spirit chahiye.</w:t>
      </w:r>
      <w:r>
        <w:br/>
      </w:r>
      <w:r>
        <w:rPr>
          <w:sz w:val="20"/>
        </w:rPr>
        <w:t>2:51  agar logon ke andar</w:t>
      </w:r>
      <w:r>
        <w:br/>
      </w:r>
      <w:r>
        <w:rPr>
          <w:sz w:val="20"/>
        </w:rPr>
        <w:t>2:55  roza ki samajh na ho, roze ki spirit un ke andar na ho to roza ka mahina ayega, ab khate peete guzar jayega, kuch logon ko milega nahi is se.</w:t>
      </w:r>
      <w:r>
        <w:br/>
      </w:r>
      <w:r>
        <w:rPr>
          <w:sz w:val="20"/>
        </w:rPr>
        <w:t>3:10  dekhein kya hai spirit roze ki? mein samajhta hoon ke ek shabd mein yeh hai ke Khuda ki jo sab blessing hai, balke is Khuda ki jo blessing hai uska realization.</w:t>
      </w:r>
      <w:r>
        <w:br/>
      </w:r>
      <w:r>
        <w:rPr>
          <w:sz w:val="20"/>
        </w:rPr>
        <w:t>3:29  to khana peena aap jante hain ke duniya mein jis tarah pani bohat hi abundantly maujood hai, khana peena bhi abundantly maujood hai.</w:t>
      </w:r>
      <w:r>
        <w:br/>
      </w:r>
      <w:r>
        <w:rPr>
          <w:sz w:val="20"/>
        </w:rPr>
        <w:t>3:42  to log khate peete rehte hain. Delhi mein dekhein ghareeb log ja ke wahan line laga lete hain dargah mein, koi aata hai paisa wala aur sab ko khana bant deta hai.</w:t>
      </w:r>
      <w:r>
        <w:br/>
      </w:r>
      <w:r>
        <w:rPr>
          <w:sz w:val="20"/>
        </w:rPr>
        <w:t>3:54  to khana milta rehta hai is liye log is ka, yani sacha ehsas nahi ho pata ke khana kitni bari blessing hai.</w:t>
      </w:r>
      <w:r>
        <w:br/>
      </w:r>
      <w:r>
        <w:rPr>
          <w:sz w:val="20"/>
        </w:rPr>
        <w:t>4:06  to roza jo hai wo compulsive experience mein keh sakta hoon is ko.</w:t>
      </w:r>
      <w:r>
        <w:br/>
      </w:r>
      <w:r>
        <w:rPr>
          <w:sz w:val="20"/>
        </w:rPr>
        <w:t>4:12  yani khane peene ki jo importance hai uska compulsive experience dilaya karaya jata hai roze ke zamane mein.</w:t>
      </w:r>
      <w:r>
        <w:br/>
      </w:r>
      <w:r>
        <w:rPr>
          <w:sz w:val="20"/>
        </w:rPr>
        <w:t>4:25  to mein samajhta hoon ke roze ka asal maqsad yahi hai. lekin log khoob khate peete hain, roze ke zamane mein bhi khoob khate peete hain. to na bhook pehle lagti hai na bhook baad ko lagti hai.</w:t>
      </w:r>
      <w:r>
        <w:br/>
      </w:r>
      <w:r>
        <w:rPr>
          <w:sz w:val="20"/>
        </w:rPr>
        <w:t>4:38  jab bhook hi na lage to aap ko kya pata ke roza kya cheez hai? mein sunta hoon logon ko, arey bhai khoob theek se sari khao taake bhook na lage.</w:t>
      </w:r>
      <w:r>
        <w:br/>
      </w:r>
      <w:r>
        <w:rPr>
          <w:sz w:val="20"/>
        </w:rPr>
        <w:t>4:50  to yeh to roze ki spirit ko kill karna hai. dekhein hadees mein aata hai ke Allah taala ne farmaya: "ya ibadi kullukum jae illa man atamtahu"</w:t>
      </w:r>
      <w:r>
        <w:br/>
      </w:r>
      <w:r>
        <w:rPr>
          <w:sz w:val="20"/>
        </w:rPr>
        <w:t>5:09  . aye mere bando! tum sab ke sab bhooke ho siwa us ke jis ko mein khilaoon. to khana Khuda ke dene se milta hai.</w:t>
      </w:r>
      <w:r>
        <w:br/>
      </w:r>
      <w:r>
        <w:rPr>
          <w:sz w:val="20"/>
        </w:rPr>
        <w:t>5:24  Khuda na de to hum bhooke pade rahenge. isi baat ko janne ke liye roza hai. aur phir jab aap ko ek cheez ka realization hota hai to sari cheezon ko ho jata hai.</w:t>
      </w:r>
      <w:r>
        <w:br/>
      </w:r>
      <w:r>
        <w:rPr>
          <w:sz w:val="20"/>
        </w:rPr>
        <w:t>5:42  to mein samajhta hoon ke is baat ko roze se pehle logon ko janna chahiye ke roze ki spirit kya hai. baghair jaane hue roza rakhna</w:t>
      </w:r>
      <w:r>
        <w:br/>
      </w:r>
      <w:r>
        <w:rPr>
          <w:sz w:val="20"/>
        </w:rPr>
        <w:t>5:56  iska koi faida nahin.</w:t>
      </w:r>
      <w:r>
        <w:br/>
      </w:r>
      <w:r>
        <w:rPr>
          <w:sz w:val="20"/>
        </w:rPr>
        <w:t>6:00  to</w:t>
      </w:r>
      <w:r>
        <w:br/>
      </w:r>
      <w:r>
        <w:rPr>
          <w:sz w:val="20"/>
        </w:rPr>
        <w:t>6:03  yahi mein samajh paya hoon roze ki haqeeqat.</w:t>
      </w:r>
    </w:p>
    <w:p>
      <w:pPr>
        <w:pStyle w:val="Heading2"/>
      </w:pPr>
      <w:r>
        <w:t>Dua needs sincerity and brokenness, not rote words</w:t>
      </w:r>
    </w:p>
    <w:p>
      <w:r>
        <w:rPr>
          <w:color w:val="666666"/>
          <w:sz w:val="18"/>
        </w:rPr>
        <w:t>Spirit of Ramadan April 3, 2022 Prof. Farida Khanam · 2m 15s · at 21:26 · https://youtu.be/cj5T0Atpeu8?t=1286</w:t>
      </w:r>
    </w:p>
    <w:p>
      <w:r>
        <w:rPr>
          <w:i/>
        </w:rPr>
        <w:t>“दुआ से हम खुदा से connection कायम करते हैं”</w:t>
      </w:r>
    </w:p>
    <w:p>
      <w:r>
        <w:rPr>
          <w:sz w:val="20"/>
        </w:rPr>
        <w:t>21:26  dua se hum khuda se connection kayam karte hain. to isliye dua bahut zyada important hai aur allah taala pasand farmata hai ki banda jo hai allah se dua kare phir dua aur bahut zyada jab khushu khuzu se dua karte hain, poore dili dil se dua karte hain tab allah taala usko qubool karta hai. to woh asal mein wahi point hai jaha hum khuda se talog kayam karte hain.</w:t>
      </w:r>
      <w:r>
        <w:br/>
      </w:r>
      <w:r>
        <w:rPr>
          <w:sz w:val="20"/>
        </w:rPr>
        <w:t>21:56  to woh jo aajkal jo chali hui hai masnoon duaen, to woh log usko padhte rehte hain, usko yaad rakh lete hain, rat lete hain, usko padhte rehte hain. Asal mein woh dua nahi hai balkeh woh jo kaifiyat ko jo sari duaen hain sahaba ki aur prophets ki, to woh kaifiyat se woh guzarte the. Us waqt unke dil se, dimagh se kuch alfaaz nikalte the. To woh hota tha.</w:t>
      </w:r>
      <w:r>
        <w:br/>
      </w:r>
      <w:r>
        <w:rPr>
          <w:sz w:val="20"/>
        </w:rPr>
        <w:t>22:21  To hamein un kaifiyat se guzarte hue kuch alfaaz nikal aate hain. Woh hamare toote hue dil se woh alfaaz nikalte hain, izz ke saath nikalte hain. To woh jo hoti hai helplessness ki kaifiyat, to tab Khuda ke yahan us un alfaaz ko qubooliyat hoti hai. Rate hue alfaaz ki qubooliyat nahi hai.</w:t>
      </w:r>
      <w:r>
        <w:br/>
      </w:r>
      <w:r>
        <w:rPr>
          <w:sz w:val="20"/>
        </w:rPr>
        <w:t>22:45  Rate hue alfaaz ke saath jab tak spirit na shamil ho, tab tak woh Khuda ke yahan qubool nahi hoga. Kyunkeh yeh kaifiyat itni zyada important hai keh Rasoolullah sallallahu alaihi wasallam paighambar hote hue ek baar aap ke paas hazar Jibraeel aaye keh yeh wahan halaat bohat sakht hain.</w:t>
      </w:r>
      <w:r>
        <w:br/>
      </w:r>
      <w:r>
        <w:rPr>
          <w:sz w:val="20"/>
        </w:rPr>
        <w:t>23:05  to hazar jibrehel aaye ki yeh makka ki poori wadi ko aap ke liye qubool ho rahi hai ki</w:t>
      </w:r>
      <w:r>
        <w:br/>
      </w:r>
      <w:r>
        <w:rPr>
          <w:sz w:val="20"/>
        </w:rPr>
        <w:t>23:23  nahi ho rahi hai.</w:t>
      </w:r>
      <w:r>
        <w:br/>
      </w:r>
      <w:r>
        <w:rPr>
          <w:sz w:val="20"/>
        </w:rPr>
        <w:t>23:41  Warna aisi namazen hain, aisi duaen hain jo Khuda ke yahan se wapas kar di jati hain. To dua jo hai woh ek ibadat hai. Dua sirf kuch chand alfaaz ko dohrana nahi hai kyunkeh dua jo hai hum apni modesty ko Khuda ke aage establish karte hain keh hum bande hain, Khuda mabood hai, hum taker hain, Khuda giver hai, hum recipient hain, Khuda munim hai.</w:t>
      </w:r>
    </w:p>
    <w:p>
      <w:pPr>
        <w:pStyle w:val="Heading2"/>
      </w:pPr>
      <w:r>
        <w:t>Islam is ideology not rituals</w:t>
      </w:r>
    </w:p>
    <w:p>
      <w:r>
        <w:rPr>
          <w:color w:val="666666"/>
          <w:sz w:val="18"/>
        </w:rPr>
        <w:t>Islam in Daily Life | December 18, 2007 · 1m 01s · at 7:54 · https://youtu.be/wLp27oWti4c?t=474</w:t>
      </w:r>
    </w:p>
    <w:p>
      <w:r>
        <w:rPr>
          <w:i/>
        </w:rPr>
        <w:t>“Islam rituals ka mazhab nahi hai”</w:t>
      </w:r>
    </w:p>
    <w:p>
      <w:r>
        <w:rPr>
          <w:sz w:val="20"/>
        </w:rPr>
        <w:t>7:54  aaj mein chahta hoon ke isi topic par kuch baat kahoon.</w:t>
      </w:r>
      <w:r>
        <w:br/>
      </w:r>
      <w:r>
        <w:rPr>
          <w:sz w:val="20"/>
        </w:rPr>
        <w:t>7:59  dekhiye pehli baat yeh hai ke islam rituals ka mazhab nahi hai.</w:t>
      </w:r>
      <w:r>
        <w:br/>
      </w:r>
      <w:r>
        <w:rPr>
          <w:sz w:val="20"/>
        </w:rPr>
        <w:t>8:04  islam ek ideology ka mazhab hai.</w:t>
      </w:r>
      <w:r>
        <w:br/>
      </w:r>
      <w:r>
        <w:rPr>
          <w:sz w:val="20"/>
        </w:rPr>
        <w:t>8:09  ek spirit, ek spirit hai, ek divine spirit.</w:t>
      </w:r>
      <w:r>
        <w:br/>
      </w:r>
      <w:r>
        <w:rPr>
          <w:sz w:val="20"/>
        </w:rPr>
        <w:t>8:14  isko inculcate karna aadmi ke andar.</w:t>
      </w:r>
      <w:r>
        <w:br/>
      </w:r>
      <w:r>
        <w:rPr>
          <w:sz w:val="20"/>
        </w:rPr>
        <w:t>8:19  yeh hai islam ka</w:t>
      </w:r>
      <w:r>
        <w:br/>
      </w:r>
      <w:r>
        <w:rPr>
          <w:sz w:val="20"/>
        </w:rPr>
        <w:t>8:24  asal target.</w:t>
      </w:r>
      <w:r>
        <w:br/>
      </w:r>
      <w:r>
        <w:rPr>
          <w:sz w:val="20"/>
        </w:rPr>
        <w:t>8:29  to daily life ke liye islam ne koi manual nahi diya hai.</w:t>
      </w:r>
      <w:r>
        <w:br/>
      </w:r>
      <w:r>
        <w:rPr>
          <w:sz w:val="20"/>
        </w:rPr>
        <w:t>8:35  koi routine nahi diya hai.</w:t>
      </w:r>
      <w:r>
        <w:br/>
      </w:r>
      <w:r>
        <w:rPr>
          <w:sz w:val="20"/>
        </w:rPr>
        <w:t>8:40  aisi koi baat islam mein nahi hai.</w:t>
      </w:r>
      <w:r>
        <w:br/>
      </w:r>
      <w:r>
        <w:rPr>
          <w:sz w:val="20"/>
        </w:rPr>
        <w:t>8:45  aap quran ko padhein to is mein koi bhi aap manual type ki cheez nahi paayenge.</w:t>
      </w:r>
      <w:r>
        <w:br/>
      </w:r>
      <w:r>
        <w:rPr>
          <w:sz w:val="20"/>
        </w:rPr>
        <w:t>8:50  koi routine type ki cheez nahi paayenge.</w:t>
      </w:r>
    </w:p>
    <w:p>
      <w:pPr>
        <w:pStyle w:val="Heading2"/>
      </w:pPr>
      <w:r>
        <w:t>courage and the hidden test of faith</w:t>
      </w:r>
    </w:p>
    <w:p>
      <w:r>
        <w:rPr>
          <w:color w:val="666666"/>
          <w:sz w:val="18"/>
        </w:rPr>
        <w:t>Welcome Address by Dr. Rajat Malhotra CPS International Peace Conference April 29-30, 2023 · 2m 34s · at 10:50 · https://youtu.be/z94aS7nevv0?t=650</w:t>
      </w:r>
    </w:p>
    <w:p>
      <w:r>
        <w:rPr>
          <w:i/>
        </w:rPr>
        <w:t>“Pehli himmat toh karni padti hai”</w:t>
      </w:r>
    </w:p>
    <w:p>
      <w:r>
        <w:rPr>
          <w:sz w:val="20"/>
        </w:rPr>
        <w:t>10:50  donon mein jo is common hai, donon yeh saaba, donon jo yeh saaba hai, donon jo jo garv hai, usmein jo is common hai, woh kya hai?</w:t>
      </w:r>
      <w:r>
        <w:br/>
      </w:r>
      <w:r>
        <w:rPr>
          <w:sz w:val="20"/>
        </w:rPr>
        <w:t>11:03  woh ek, woh ek hai ke aap himmat karke human face ban jayein, kyunke pehli himmat to karni padti hai, pehli himmat to karni padti hai, badhai halaat tareekh honge, badhai raahain chal rahi hongi.</w:t>
      </w:r>
      <w:r>
        <w:br/>
      </w:r>
      <w:r>
        <w:rPr>
          <w:sz w:val="20"/>
        </w:rPr>
        <w:t>11:27  badhai kuch ashwaap dikhai nahi denge, phir bhi aapko hafte ko shukna padega. Yeh mat samjhiye ke khwaish dikhai de aaj baap khulkar saamne aa jaye kyunke agar aisa ho jaye to intehaan khatam, test, test khatam. To test ko khatam karke, test ki masla ko khatam karke madad kabhi nahi aati. Yaad rakhiye.</w:t>
      </w:r>
      <w:r>
        <w:br/>
      </w:r>
      <w:r>
        <w:rPr>
          <w:sz w:val="20"/>
        </w:rPr>
        <w:t>11:57  madad aati hai, test par aap qualify karein, tab aati hai. To test kya hai? Hadees baat hai ke man jagal humu Muhammad waidan hum makhirte hi tafahul lao anumumi duniya.</w:t>
      </w:r>
      <w:r>
        <w:br/>
      </w:r>
      <w:r>
        <w:rPr>
          <w:sz w:val="20"/>
        </w:rPr>
        <w:t>12:23  matlab jo Allah ko prospr sole concern bana le dawat-e-Allah ko opera ko chhod de usmein chal pade uske raaste mein. Badhai ashwaap ho gaya na ho, badhai saathi ho gaya na ho, badhai darwaze khule ho gaye na khule ho gaye, apne ko chhod de to jaise hi woh chhodega phir phir preshton ki madad aa jayegi.</w:t>
      </w:r>
      <w:r>
        <w:br/>
      </w:r>
      <w:r>
        <w:rPr>
          <w:sz w:val="20"/>
        </w:rPr>
        <w:t>12:53  to is test mein to barah poora uthana padega.</w:t>
      </w:r>
      <w:r>
        <w:br/>
      </w:r>
      <w:r>
        <w:rPr>
          <w:sz w:val="20"/>
        </w:rPr>
        <w:t>13:00  is test mein barah poora utarna padega ke bazaar aswaap ki ghar mohitgi hogi aur aapko koodna padega</w:t>
      </w:r>
      <w:r>
        <w:br/>
      </w:r>
      <w:r>
        <w:rPr>
          <w:sz w:val="20"/>
        </w:rPr>
        <w:t>13:08  daanv fark ke liye.</w:t>
      </w:r>
      <w:r>
        <w:br/>
      </w:r>
      <w:r>
        <w:rPr>
          <w:sz w:val="20"/>
        </w:rPr>
        <w:t>13:16  to yahi ehsaaba ubal ke waqt hua ehsaaba aasani ke baad fark yahi hai.</w:t>
      </w:r>
      <w:r>
        <w:br/>
      </w:r>
      <w:r>
        <w:rPr>
          <w:sz w:val="20"/>
        </w:rPr>
        <w:t>13:24  yahi mamla asawre surat saath prashah hai ya mamla ikhmanrasurat saathi prashah hai. Ab dekhiye, hadees kehta hai ke zameen mein koi chhota ya bada ghar nahi bachega, jahan Allah ka kalma dakhal na ho jayega. Allah kalma kya hai?</w:t>
      </w:r>
    </w:p>
    <w:p>
      <w:pPr>
        <w:pStyle w:val="Heading2"/>
      </w:pPr>
      <w:r>
        <w:t>Zakat as a reminder that everything is God's gift</w:t>
      </w:r>
    </w:p>
    <w:p>
      <w:r>
        <w:rPr>
          <w:color w:val="666666"/>
          <w:sz w:val="18"/>
        </w:rPr>
        <w:t>The Importance of Zakat May 08, 2022 Dr. Saniyasnain Khan · 2m 11s · at 5:57 · https://youtu.be/92nslWvnQ5Y?t=357</w:t>
      </w:r>
    </w:p>
    <w:p>
      <w:r>
        <w:rPr>
          <w:i/>
        </w:rPr>
        <w:t>“Zakat is really an annual reminder about who owns everything”</w:t>
      </w:r>
    </w:p>
    <w:p>
      <w:r>
        <w:rPr>
          <w:sz w:val="20"/>
        </w:rPr>
        <w:t>5:57  iske baare mein bataein. zakat darasal ek qism ka, ek qism ka saalana reminder hai, saalana yaad dehani hai ki insaan ke paas jo bhi hai woh allah ka atiya hai, uska diya hua hai. chunki is duniya mein jo bhi insaan karta hai, jo bhi kamata hai, jo bhi business karta hai to bahut saare factors hain jinki wajah se woh yeh kar paata hai.</w:t>
      </w:r>
      <w:r>
        <w:br/>
      </w:r>
      <w:r>
        <w:rPr>
          <w:sz w:val="20"/>
        </w:rPr>
        <w:t>6:27  ab yeh jo planet hai jis par hum rehte hain, agar yahan gravity na ho to hum car bhi nahi chala sakte, jahaz bhi nahi uda sakte, factories bhi nahi laga sakte, ghar bhi nahi bana sakte. aise hi hawa hai, oxygen hai, pani hai, yeh saari cheezein allah taalah ki di hui hain, usi ki wajah se hum kar paate hain aur abhi aapne dekha ki COVID ke time mein oxygen ka crisis ho gaya tha. logon ki death hone lagi thi.</w:t>
      </w:r>
      <w:r>
        <w:br/>
      </w:r>
      <w:r>
        <w:rPr>
          <w:sz w:val="20"/>
        </w:rPr>
        <w:t>6:54  to zara si ek koi cheez bhi agar uska balance bigad jaye to insan kuch kar nahi sakta.</w:t>
      </w:r>
      <w:r>
        <w:br/>
      </w:r>
      <w:r>
        <w:rPr>
          <w:sz w:val="20"/>
        </w:rPr>
        <w:t>7:01  to yeh ek tarike se yeh yeh jaanna chahiye ke jo bhi hamare paas daulat hai wo allah</w:t>
      </w:r>
      <w:r>
        <w:br/>
      </w:r>
      <w:r>
        <w:rPr>
          <w:sz w:val="20"/>
        </w:rPr>
        <w:t>7:08  talaah ki di hui ata karda ek tarike se gift hai aur usmein garibon ka bhi hissa hai</w:t>
      </w:r>
      <w:r>
        <w:br/>
      </w:r>
      <w:r>
        <w:rPr>
          <w:sz w:val="20"/>
        </w:rPr>
        <w:t>7:15  to hum un haqdaroon ko pahunchayein aur jo deen ke kaam mein bhi jiski jis mein zaroorat hai usmein</w:t>
      </w:r>
      <w:r>
        <w:br/>
      </w:r>
      <w:r>
        <w:rPr>
          <w:sz w:val="20"/>
        </w:rPr>
        <w:t>7:22  bhi hum usko dein.</w:t>
      </w:r>
      <w:r>
        <w:br/>
      </w:r>
      <w:r>
        <w:rPr>
          <w:sz w:val="20"/>
        </w:rPr>
        <w:t>7:30  to ek tarike se yeh ek salana reminder hai ke jo bhi allah talaah ne is duniya mein</w:t>
      </w:r>
      <w:r>
        <w:br/>
      </w:r>
      <w:r>
        <w:rPr>
          <w:sz w:val="20"/>
        </w:rPr>
        <w:t>7:37  intazamat kiye hain bahut hi aala qism ke uski uski wajah se hum kuch kaam kar paate hain</w:t>
      </w:r>
      <w:r>
        <w:br/>
      </w:r>
      <w:r>
        <w:rPr>
          <w:sz w:val="20"/>
        </w:rPr>
        <w:t>7:45  aur hum earn kar paate hain to usmein allah talaah ka jo jo allah talaah ka intezam hai</w:t>
      </w:r>
      <w:r>
        <w:br/>
      </w:r>
      <w:r>
        <w:rPr>
          <w:sz w:val="20"/>
        </w:rPr>
        <w:t>7:52  wo samjhe hum ke yeh cheezein hamari khud hamari koshish se nahi hai balki allah ki ek tarike</w:t>
      </w:r>
      <w:r>
        <w:br/>
      </w:r>
      <w:r>
        <w:rPr>
          <w:sz w:val="20"/>
        </w:rPr>
        <w:t>8:00  se yeh hadiya hai, gift hai hamare liye to hum jo garibon ka haq hai usko adak karein.</w:t>
      </w:r>
      <w:r>
        <w:br/>
      </w:r>
      <w:r>
        <w:rPr>
          <w:sz w:val="20"/>
        </w:rPr>
        <w:t>8:08  to yahi darasal importance ya haqeeqat hai zakat ki. ji, doctor jaise aapne kaha ki gareebon ka haq adaa karein. to doctor aath made batai gayi hain zaqaat ki. to hum chahenge ki aap uske baare mein bhi hamein bataein ki kaun se eight heads hain zaqaat ke?</w:t>
      </w:r>
    </w:p>
    <w:p>
      <w:pPr>
        <w:pStyle w:val="Heading2"/>
      </w:pPr>
      <w:r>
        <w:t>Life melts like ice: use time wisely</w:t>
      </w:r>
    </w:p>
    <w:p>
      <w:r>
        <w:rPr>
          <w:color w:val="666666"/>
          <w:sz w:val="18"/>
        </w:rPr>
        <w:t>On Salah (Prayer) | January 22, 2006 | Maulana Wahiduddin Khan · 2m 33s · at 1:02:16 · https://youtu.be/k9e3-2e4uTw?t=3736</w:t>
      </w:r>
    </w:p>
    <w:p>
      <w:r>
        <w:rPr>
          <w:i/>
        </w:rPr>
        <w:t>“Us zamane mein barf ki ice factory nahi hoti thi, lekin ek aur tareeqa tha barf banane ka”</w:t>
      </w:r>
    </w:p>
    <w:p>
      <w:r>
        <w:rPr>
          <w:sz w:val="20"/>
        </w:rPr>
        <w:t>1:02:16  is zamane mein barf ki ice factory nahi hoti thi, lekin ek aur tareeqa tha barf banane ka. is se bana barf bana kar bech bechte the log. toh woh ek aadmi bech raha tha barf, yani woh ghoom ghoom kar ke woh kehta tha, pukarta tha: "ae logon! ek aise aadmi ki madad karo jis ka saman har lamha pighal kar khatam ho raha hai." matlab agar tum khareedoge</w:t>
      </w:r>
      <w:r>
        <w:br/>
      </w:r>
      <w:r>
        <w:rPr>
          <w:sz w:val="20"/>
        </w:rPr>
        <w:t>1:02:46  nahi aur mujhe aise hi mera barf jo hai aise pada rahega toh kuch der ke baad sara pighal ke beh chuka hoga. mere paas kuch bhi nahi rahega. toh unhone kaha ke jab maine suna is aadmi ko yeh kehte hue ke "ae logon! ek aise insaan ki madad karo jis ka سرمایہ, jis ka capital har waqt kam ho raha hai, kam ho raha hai, kam ho raha hai, decrease ho raha hai." toh unhone kaha ke yahi zindagi ka mamla hai. zindagi</w:t>
      </w:r>
      <w:r>
        <w:br/>
      </w:r>
      <w:r>
        <w:rPr>
          <w:sz w:val="20"/>
        </w:rPr>
        <w:t>1:03:16  kya hai? har lamha countdown ho raha hai. hum maut ki taraf ja rahe hain. log birthday manate hain, halanke death day manana chahiye. kyunke har agla saal kya hota hai? woh death ko yaad dilata hai ke meri umar mein ek saal aur kam ho gaya. jab hum birthday manate hote hain toh aisa nahi hai ke birthday ke din hamari umar badh rahi hai. har saal jab khatam hua mera</w:t>
      </w:r>
      <w:r>
        <w:br/>
      </w:r>
      <w:r>
        <w:rPr>
          <w:sz w:val="20"/>
        </w:rPr>
        <w:t>1:03:47  , har saal jab poora hota hai toh woh ek reminder hai ke tumhari zindagi jitni thi, us mein ek saal aur kam ho gaya, ek saal aur kam ho gaya. toh yeh mamla countdown ka mamla hai. toh unhone likha hai ke yeh surah bata rahi hai ke "ae insaan! hoshiyar ho ja, alert ho ja, avail kar le apne time ko." avail na karna hi ghaate mein jana hai. matlab barf na bechna hi barf ko khatam karna hai.</w:t>
      </w:r>
      <w:r>
        <w:br/>
      </w:r>
      <w:r>
        <w:rPr>
          <w:sz w:val="20"/>
        </w:rPr>
        <w:t>1:04:18  bech lo, yani barf ko istemal kar lo toh mil gaya. agar chhode raho, chhode raho toh khatam. toh unhone likha hai ke zindagi aise hi hai, bas ke ghaata toh apne aap ho raha hai, loss toh apne aap hi ho raha hai. lekin avail karna hai toh woh aap ko planning karni padegi, struggle karni padegi, koshish karni padegi.</w:t>
      </w:r>
    </w:p>
    <w:p>
      <w:pPr>
        <w:pStyle w:val="Heading2"/>
      </w:pPr>
      <w:r>
        <w:t>Qurbani as the essence of Eid</w:t>
      </w:r>
    </w:p>
    <w:p>
      <w:r>
        <w:rPr>
          <w:color w:val="666666"/>
          <w:sz w:val="18"/>
        </w:rPr>
        <w:t>Eid al Adha December 23, 2007 - Maulana Wahiduddin Khan · 33s · at 3:59 · https://youtu.be/-I9lDjtq3FY?t=239</w:t>
      </w:r>
    </w:p>
    <w:p>
      <w:r>
        <w:rPr>
          <w:i/>
        </w:rPr>
        <w:t>“Eid al-Adha ki khaas jo sifat hai woh hai qurbani.”</w:t>
      </w:r>
    </w:p>
    <w:p>
      <w:r>
        <w:rPr>
          <w:sz w:val="20"/>
        </w:rPr>
        <w:t>3:59  to eid adha ki khaas jo sifat hai woh hai qurbani.</w:t>
      </w:r>
      <w:r>
        <w:br/>
      </w:r>
      <w:r>
        <w:rPr>
          <w:sz w:val="20"/>
        </w:rPr>
        <w:t>4:08  is ki tareekh chaar hazar saal pehle tak jati hai kyunke rasool Allah se poocha gaya ke yeh qurbani kya hai?</w:t>
      </w:r>
      <w:r>
        <w:br/>
      </w:r>
      <w:r>
        <w:rPr>
          <w:sz w:val="20"/>
        </w:rPr>
        <w:t>4:19  to aap ne farmaya ke sunnat abikum Ibrahim. yeh tumhare baap Ibrahim ki sunnat hai, un ka tareeqa hai.</w:t>
      </w:r>
    </w:p>
    <w:p>
      <w:pPr>
        <w:pStyle w:val="Heading2"/>
      </w:pPr>
      <w:r>
        <w:t>Full explanation of hajj-e-mabrur with a personal example</w:t>
      </w:r>
    </w:p>
    <w:p>
      <w:r>
        <w:rPr>
          <w:color w:val="666666"/>
          <w:sz w:val="18"/>
        </w:rPr>
        <w:t>Spirit of Hajj July 3, 2022 Prof. Farida Khanam · 1m 49s · at 29:14 · https://youtu.be/--Nez1VOcAQ?t=1754</w:t>
      </w:r>
    </w:p>
    <w:p>
      <w:r>
        <w:rPr>
          <w:i/>
        </w:rPr>
        <w:t>“हज्ये मबरूर वह है जिसमें कोई गुनाह का काम न हो”</w:t>
      </w:r>
    </w:p>
    <w:p>
      <w:r>
        <w:rPr>
          <w:sz w:val="20"/>
        </w:rPr>
        <w:t>29:14  ji aur hajje mabroor kisko kehte hain aap? woh bhi aap iske bare mein bataiye. hajje mavarur ko log samajhte hain ke aisa haj ke tamam gunah maaf ho gaye hon. aisa nahi hai ke ab hamein to pata hi nahi ke hamare gunah maaf ho gaye ki nahi maaf ho gaye. woh to akhirat mein hi pata chalega.</w:t>
      </w:r>
      <w:r>
        <w:br/>
      </w:r>
      <w:r>
        <w:rPr>
          <w:sz w:val="20"/>
        </w:rPr>
        <w:t>29:36  iska matlab yeh hai ke ek aisa haj jismein humne poori koshish ki ho ke hum koi gunah ka kaam usme na humne kiya ho. jaise jaise hamein bataya gaya hai tamam jo hamari buraiyan hain unse door rehne ki koshish karen aur jhagda fasad yeh sab na karen. jab main haj karne gai thi to mena mein ab wahan to bahut garmi hoti hai.</w:t>
      </w:r>
      <w:r>
        <w:br/>
      </w:r>
      <w:r>
        <w:rPr>
          <w:sz w:val="20"/>
        </w:rPr>
        <w:t>30:03  ab woh jo pankha chal raha tha ek hi bada pankha tha usko doosre log jo apni taraf apni taraf bar bar kar lete the. hamein garmi lagti thi to ab hum zyada bol baal bhi sakte the lekin hum bolte nahi the kyunke haj mein bilkul allowed nahi hai ke hum ladai karen jhagda karen kisi ko galat alfaaz bolen to yeh allowed nahi hai. to iski waja se hamein bahut zyada iska training hamari ho jati hai.</w:t>
      </w:r>
      <w:r>
        <w:br/>
      </w:r>
      <w:r>
        <w:rPr>
          <w:sz w:val="20"/>
        </w:rPr>
        <w:t>30:31  to agar hum spirit ke saath haj karein to humko iska poora fayda hoga aur aisa hi haj</w:t>
      </w:r>
      <w:r>
        <w:br/>
      </w:r>
      <w:r>
        <w:rPr>
          <w:sz w:val="20"/>
        </w:rPr>
        <w:t>30:41  jo hai ajya magarur kaha ja sakta hai ke jisme humko dunya se berakabti ho jaye khuda se</w:t>
      </w:r>
      <w:r>
        <w:br/>
      </w:r>
      <w:r>
        <w:rPr>
          <w:sz w:val="20"/>
        </w:rPr>
        <w:t>30:52  bahut gehra talluq ho jaye.</w:t>
      </w:r>
      <w:r>
        <w:br/>
      </w:r>
      <w:r>
        <w:rPr>
          <w:sz w:val="20"/>
        </w:rPr>
        <w:t>31:03  to aise usko hadzm avroor kaha jata hai. ji. aapka ek comment padhna chahunga. doctor safeena tavasum jo program ko dekh rahi hain saharanpur se, unhon ne likha hai, jaza kallah for making us understand the true spirit of idul haza, idul haza and haj. this is an annual pledge to live a life of sacrifice like prophet ibrahim.</w:t>
      </w:r>
    </w:p>
    <w:p>
      <w:pPr>
        <w:pStyle w:val="Heading2"/>
      </w:pPr>
      <w:r>
        <w:t>Islam's God-based ideology and final prophet</w:t>
      </w:r>
    </w:p>
    <w:p>
      <w:r>
        <w:rPr>
          <w:color w:val="666666"/>
          <w:sz w:val="18"/>
        </w:rPr>
        <w:t>What is Islam (Prophetic Wisdom) November 29, 2006 Maulana Wahiduddin Khan · 5m 43s · at 5:37 · https://youtu.be/iVldpAeihtU?t=337</w:t>
      </w:r>
    </w:p>
    <w:p>
      <w:r>
        <w:rPr>
          <w:i/>
        </w:rPr>
        <w:t>“To pehla jo hai, woh hai aqeeday ki baat”</w:t>
      </w:r>
    </w:p>
    <w:p>
      <w:r>
        <w:rPr>
          <w:sz w:val="20"/>
        </w:rPr>
        <w:t>5:37  To pehla jo hai, woh hai aqide ki baat, yaani ideology ki baat. Islam ki jo ideology hai, woh kya hai?</w:t>
      </w:r>
      <w:r>
        <w:br/>
      </w:r>
      <w:r>
        <w:rPr>
          <w:sz w:val="20"/>
        </w:rPr>
        <w:t>5:53  Basically islam ki ideology hai god based ideology,</w:t>
      </w:r>
      <w:r>
        <w:br/>
      </w:r>
      <w:r>
        <w:rPr>
          <w:sz w:val="20"/>
        </w:rPr>
        <w:t>6:01  god oriented ideology. Yaani basic baat to yahi ek hi hai ke aadmi is baat ko, is haqeeqat ko realize kare ke is duniya ka insan ka aur aur sare universe ka ek creator hai,</w:t>
      </w:r>
      <w:r>
        <w:br/>
      </w:r>
      <w:r>
        <w:rPr>
          <w:sz w:val="20"/>
        </w:rPr>
        <w:t>6:27  wahi creator uska sustainer hai, wahi law giver hai, usi ne sab ko paida kiya hai aur usi ki taraf sab ko laut kar jana hai.</w:t>
      </w:r>
      <w:r>
        <w:br/>
      </w:r>
      <w:r>
        <w:rPr>
          <w:sz w:val="20"/>
        </w:rPr>
        <w:t>6:43  To yeh hai ideology islam ki. Phir isi se juda hua yeh hai ke Khuda ne apne prophet bheje logon ko yeh batane ke liye ke Khuda ki Khuda ki marzi ke mutabiq insan ka lifestyle kya hona chahiye.</w:t>
      </w:r>
      <w:r>
        <w:br/>
      </w:r>
      <w:r>
        <w:rPr>
          <w:sz w:val="20"/>
        </w:rPr>
        <w:t>7:10  Khuda ke ki jo scheme of things hai, usmein insan ko kis tarah rehna chahiye. Khuda ka jo creation plan hai, usko jaankar uske mutabiq kis tarah hamein apni zindagi ko organize karna chahiye,</w:t>
      </w:r>
      <w:r>
        <w:br/>
      </w:r>
      <w:r>
        <w:rPr>
          <w:sz w:val="20"/>
        </w:rPr>
        <w:t>7:34  yeh batane ke liye Khuda ne prophet bhejhe. To prophet ka silsila poori history mein jari raha hai, lekin seventh century mein Khuda ne Muhammad bin Abdullah bin Abdul Muttalib ko apna final prophet banakar bheja.</w:t>
      </w:r>
      <w:r>
        <w:br/>
      </w:r>
      <w:r>
        <w:rPr>
          <w:sz w:val="20"/>
        </w:rPr>
        <w:t>7:58  Final is sense mein ke pichhle paighambaron ki baatein preserve nahi reh paayi thi, history mein unka record nahi bana, unki baatein jo thi,</w:t>
      </w:r>
      <w:r>
        <w:br/>
      </w:r>
      <w:r>
        <w:rPr>
          <w:sz w:val="20"/>
        </w:rPr>
        <w:t>8:12  uska koi authentic source nahi hai jis se hum jaan saken.</w:t>
      </w:r>
      <w:r>
        <w:br/>
      </w:r>
      <w:r>
        <w:rPr>
          <w:sz w:val="20"/>
        </w:rPr>
        <w:t>8:19  To final prophet Khuda ne bheja aur uske saath yeh intezam bhi kar diya ke uski baatein history ka hissa ban jayein, part of history.</w:t>
      </w:r>
      <w:r>
        <w:br/>
      </w:r>
      <w:r>
        <w:rPr>
          <w:sz w:val="20"/>
        </w:rPr>
        <w:t>8:36  Pichhle paighambaron ki zindagi part of history nahi ban saki.</w:t>
      </w:r>
      <w:r>
        <w:br/>
      </w:r>
      <w:r>
        <w:rPr>
          <w:sz w:val="20"/>
        </w:rPr>
        <w:t>8:43  Misal ke taur par Moses aaye Egypt mein to Egypt ki history, yaani Moses ki jo contemporary history hai, jabke Pharaoh wahan par rule karta tha,</w:t>
      </w:r>
      <w:r>
        <w:br/>
      </w:r>
      <w:r>
        <w:rPr>
          <w:sz w:val="20"/>
        </w:rPr>
        <w:t>9:00  uska to record hai, lekin Moses ka record nahi history mein. To jo prophet pehle aaye, woh history mein mention nahi hue.</w:t>
      </w:r>
      <w:r>
        <w:br/>
      </w:r>
      <w:r>
        <w:rPr>
          <w:sz w:val="20"/>
        </w:rPr>
        <w:t>9:14  Kisi bhi wajah se yeh waqea hua. To final prophet ke saath yeh special mamla hua ke aap ki zindagi history ka part ban gayi,</w:t>
      </w:r>
      <w:r>
        <w:br/>
      </w:r>
      <w:r>
        <w:rPr>
          <w:sz w:val="20"/>
        </w:rPr>
        <w:t>9:31  yaani khud us zamane ki, aap ke zamane ki jo contemporary history hai, usmein ismein woh mention ho gayi. Misal ke taur par Edward Gibbon ki kitab hai,</w:t>
      </w:r>
      <w:r>
        <w:br/>
      </w:r>
      <w:r>
        <w:rPr>
          <w:sz w:val="20"/>
        </w:rPr>
        <w:t>9:46  Edward Gibbon, mashhoor British historian, kitab hai bahut hi mashhoor ke "Rise and Fall of Roman Empire".</w:t>
      </w:r>
      <w:r>
        <w:br/>
      </w:r>
      <w:r>
        <w:rPr>
          <w:sz w:val="20"/>
        </w:rPr>
        <w:t>10:04  to is mein woh mention karta hai rasool Allah ko. yeh anokhi baat hai, kisi aur history mein aap nahin paayenge ke is mein prophet ko mention kiya gaya ho.</w:t>
      </w:r>
      <w:r>
        <w:br/>
      </w:r>
      <w:r>
        <w:rPr>
          <w:sz w:val="20"/>
        </w:rPr>
        <w:t>10:18  misalan Iraq ki history mein Hazrat Ibrahim ko mention nahin kiya jata. Egypt ki history mein Moses ka koi reference nahin hota.</w:t>
      </w:r>
      <w:r>
        <w:br/>
      </w:r>
      <w:r>
        <w:rPr>
          <w:sz w:val="20"/>
        </w:rPr>
        <w:t>10:32  Syria aur Palestine ki history mein Jesus Christ ka koi reference nahin hota. yeh anokhi baat hai ke is zamane ki jo history likhi gayi aur baat ko jo likhi gayi, us mein prophet Muhammad ka reference maujood hai.</w:t>
      </w:r>
      <w:r>
        <w:br/>
      </w:r>
      <w:r>
        <w:rPr>
          <w:sz w:val="20"/>
        </w:rPr>
        <w:t>10:55  isi ko mein keh raha hoon ke specially aisa hua, exceptionally aisa hua ke prophet Muhammad ka poora kaam, aap ka poora mission ki jo activities thin, woh sab history ka part ban gayi.</w:t>
      </w:r>
      <w:r>
        <w:br/>
      </w:r>
      <w:r>
        <w:rPr>
          <w:sz w:val="20"/>
        </w:rPr>
        <w:t>11:21  to Islam ka, Islam ki jo ideology hai, woh isi par base karti hai: ek Khuda ko maanna aur ek Khuda ne jis paighambar ko bheja guidance ke liye, us ko maanna.</w:t>
      </w:r>
    </w:p>
    <w:p>
      <w:pPr>
        <w:pStyle w:val="Heading2"/>
      </w:pPr>
      <w:r>
        <w:t>Fasting is a fasting shock from Allah</w:t>
      </w:r>
    </w:p>
    <w:p>
      <w:r>
        <w:rPr>
          <w:color w:val="666666"/>
          <w:sz w:val="18"/>
        </w:rPr>
        <w:t>Roza (Fasting) Shock May 26, 2019 · 20s · at 4:38 · https://youtu.be/GXYhGriFRpM?t=278</w:t>
      </w:r>
    </w:p>
    <w:p>
      <w:r>
        <w:rPr>
          <w:i/>
        </w:rPr>
        <w:t>“Aaj aap jaante hain ke yeh bahut badi nemat hai Allah ki”</w:t>
      </w:r>
    </w:p>
    <w:p>
      <w:r>
        <w:rPr>
          <w:sz w:val="20"/>
        </w:rPr>
        <w:t>4:38  aaj aap jante hain ke yeh bohat bari nemat hai Allah taala ki. to aaj jab jab malaika se jawab aaya ke roza kya hai?</w:t>
      </w:r>
      <w:r>
        <w:br/>
      </w:r>
      <w:r>
        <w:rPr>
          <w:sz w:val="20"/>
        </w:rPr>
        <w:t>4:53  roza fasting shock hai.</w:t>
      </w:r>
    </w:p>
    <w:p>
      <w:pPr>
        <w:pStyle w:val="Heading2"/>
      </w:pPr>
      <w:r>
        <w:t>Mercy runs to the one who replans</w:t>
      </w:r>
    </w:p>
    <w:p>
      <w:r>
        <w:rPr>
          <w:color w:val="666666"/>
          <w:sz w:val="18"/>
        </w:rPr>
        <w:t>Fasting and Re-planning June 18, 2017 · 27s · at 36:59 · https://youtu.be/ekpPWHrK1DI?t=2219</w:t>
      </w:r>
    </w:p>
    <w:p>
      <w:r>
        <w:rPr>
          <w:i/>
        </w:rPr>
        <w:t>“Jab banda re-planning karta hai”</w:t>
      </w:r>
    </w:p>
    <w:p>
      <w:r>
        <w:rPr>
          <w:sz w:val="20"/>
        </w:rPr>
        <w:t>36:59  to Allah Rabb ul Alameen ki rehmat is ki taraf dor kar aati hai dor kar</w:t>
      </w:r>
      <w:r>
        <w:br/>
      </w:r>
      <w:r>
        <w:rPr>
          <w:sz w:val="20"/>
        </w:rPr>
        <w:t>37:11  jab banda re planning karta hai is ke mutabiq zindagi ko phir say banata hai to Allah ki rehmat is ki taraf dor kar aati hai</w:t>
      </w:r>
    </w:p>
    <w:p>
      <w:pPr>
        <w:pStyle w:val="Heading2"/>
      </w:pPr>
      <w:r>
        <w:t>Hajj is a journey to God</w:t>
      </w:r>
    </w:p>
    <w:p>
      <w:r>
        <w:rPr>
          <w:color w:val="666666"/>
          <w:sz w:val="18"/>
        </w:rPr>
        <w:t>The Universal Message of Hajj May 25, 2025 · 37s · at 5:21 · https://youtu.be/dr_sfN8NMzQ?t=321</w:t>
      </w:r>
    </w:p>
    <w:p>
      <w:r>
        <w:rPr>
          <w:i/>
        </w:rPr>
        <w:t>“Hajj ka safar khuda ki taraf safar hai”</w:t>
      </w:r>
    </w:p>
    <w:p>
      <w:r>
        <w:rPr>
          <w:sz w:val="20"/>
        </w:rPr>
        <w:t>5:21  jaisa ke molana ne apni kitaab "haqeeqat e haj" mein likha hai, haj ka safar Khuda ki taraf safar hai. haj Allah taala se mulaqaat hai.</w:t>
      </w:r>
      <w:r>
        <w:br/>
      </w:r>
      <w:r>
        <w:rPr>
          <w:sz w:val="20"/>
        </w:rPr>
        <w:t>5:31  doosri ibaadaten Allah taala ki yaad hain, jab ke haj goya khud Allah taala tak pahunch jaane ki koshish hai.</w:t>
      </w:r>
      <w:r>
        <w:br/>
      </w:r>
      <w:r>
        <w:rPr>
          <w:sz w:val="20"/>
        </w:rPr>
        <w:t>5:42  molana likhte hain Al-Risala February ninety seven mein . woh haji jo na sirf dhul hijjah ka haji ho balkeh poori umar aur poori zindagi ka haji ban jaye to aisa hi haj Allah taala ke haan qabil e qabool hoga.</w:t>
      </w:r>
    </w:p>
    <w:p>
      <w:pPr>
        <w:pStyle w:val="Heading2"/>
      </w:pPr>
      <w:r>
        <w:t>Prayer trains submission with Japanese example</w:t>
      </w:r>
    </w:p>
    <w:p>
      <w:r>
        <w:rPr>
          <w:color w:val="666666"/>
          <w:sz w:val="18"/>
        </w:rPr>
        <w:t>What is Islam (Prophetic Wisdom) November 29, 2006 Maulana Wahiduddin Khan · 5m 34s · at 11:39 · https://youtu.be/iVldpAeihtU?t=699</w:t>
      </w:r>
    </w:p>
    <w:p>
      <w:r>
        <w:rPr>
          <w:i/>
        </w:rPr>
        <w:t>“Doosri cheez hai jis ko kaha gaya Salaat”</w:t>
      </w:r>
    </w:p>
    <w:p>
      <w:r>
        <w:rPr>
          <w:sz w:val="20"/>
        </w:rPr>
        <w:t>11:39  doosri cheez hai jis ko kaha gaya salat, jis ko hum kehte hain namaz ya five time prayer. yeh aadmi ki 24 ghante mein paanch baar namaz padh jaati hai.</w:t>
      </w:r>
      <w:r>
        <w:br/>
      </w:r>
      <w:r>
        <w:rPr>
          <w:sz w:val="20"/>
        </w:rPr>
        <w:t>11:56  to yeh kya hai? 24 ghante mein rozana paanch baar namaz padhna, sari zindagi, poori life time.</w:t>
      </w:r>
      <w:r>
        <w:br/>
      </w:r>
      <w:r>
        <w:rPr>
          <w:sz w:val="20"/>
        </w:rPr>
        <w:t>12:07  yeh kya hai? yeh hai Khuda ke aqeeday ki buniyad par zindagi ko organize karna. yaani jab rozana aap paanch baar namaz padhenge to is ka matlab yeh hua ke aap yeh jo ideology hai,</w:t>
      </w:r>
      <w:r>
        <w:br/>
      </w:r>
      <w:r>
        <w:rPr>
          <w:sz w:val="20"/>
        </w:rPr>
        <w:t>12:25  God based ideology, is par aap poori zindagi ko utha liye hue hain, is par aap poori zindagi ko organize kar rahe hain. misal ke taur par in paanch waqt ki namazon mein taqreeban dhasai sau baar, taqreeban dhasai sau baar hum kehte hain: "Allah Akbar,</w:t>
      </w:r>
      <w:r>
        <w:br/>
      </w:r>
      <w:r>
        <w:rPr>
          <w:sz w:val="20"/>
        </w:rPr>
        <w:t>12:49  God is great". yeh 24 ghante mein in namazon ke darmiyan dhasai sau baar kaha jata hai: "Allah Akbar, God is great".</w:t>
      </w:r>
      <w:r>
        <w:br/>
      </w:r>
      <w:r>
        <w:rPr>
          <w:sz w:val="20"/>
        </w:rPr>
        <w:t>13:02  is ka matlab kya hai? "God is great and I am not great, mind is not great".</w:t>
      </w:r>
      <w:r>
        <w:br/>
      </w:r>
      <w:r>
        <w:rPr>
          <w:sz w:val="20"/>
        </w:rPr>
        <w:t>13:16  Khuda bada hai, mein bada nahin hoon. to is ka matlab kya hua? yeh hai modesty ka, modesty ka lesson, modesty ka sabak.</w:t>
      </w:r>
      <w:r>
        <w:br/>
      </w:r>
      <w:r>
        <w:rPr>
          <w:sz w:val="20"/>
        </w:rPr>
        <w:t>13:33  to goya ke namaz aadmi ko is baat ke liye train karti hai ke woh duniya mein modest ban kar rahe.</w:t>
      </w:r>
      <w:r>
        <w:br/>
      </w:r>
      <w:r>
        <w:rPr>
          <w:sz w:val="20"/>
        </w:rPr>
        <w:t>13:47  jaise mein Japan ki, mein ne ek kitaab padhi, Japanese society.</w:t>
      </w:r>
      <w:r>
        <w:br/>
      </w:r>
      <w:r>
        <w:rPr>
          <w:sz w:val="20"/>
        </w:rPr>
        <w:t>13:59  to Japan ke log hain nature par, yeh bohat hi alag thalag, un ka, un ko history mein woh alag thalag rahe.</w:t>
      </w:r>
      <w:r>
        <w:br/>
      </w:r>
      <w:r>
        <w:rPr>
          <w:sz w:val="20"/>
        </w:rPr>
        <w:t>14:09  woh to woh nature par reh gaye. ab kuch badli, tabdeeli aa rahi hai. to Japanese society mein yeh tha is book mein ke har Japani, har Japani man aur Japani woman ke andar by nature yeh feeling rehti hai ke "I am under someone".</w:t>
      </w:r>
      <w:r>
        <w:br/>
      </w:r>
      <w:r>
        <w:rPr>
          <w:sz w:val="20"/>
        </w:rPr>
        <w:t>14:38  "I am under someone", mein kisi ke mahtahat hoon. to Japaniyon ke ehsas jo hai, itna strong hai ke us ki wajah se un mein aapas mein ladai nahin hoti.</w:t>
      </w:r>
      <w:r>
        <w:br/>
      </w:r>
      <w:r>
        <w:rPr>
          <w:sz w:val="20"/>
        </w:rPr>
        <w:t>14:51  wahan companyon mein hadtal nahin hoti. wahan aisa nahin hota ke kaam chhod kar ke hadtal karein aur saare mulk mein strike karein.</w:t>
      </w:r>
      <w:r>
        <w:br/>
      </w:r>
      <w:r>
        <w:rPr>
          <w:sz w:val="20"/>
        </w:rPr>
        <w:t>15:03  aur Japan band ka wahan koi aisa kuch bhi nahin hota ke Japan band, saare sadkein band, aisa kuch wahan nahin hota.</w:t>
      </w:r>
      <w:r>
        <w:br/>
      </w:r>
      <w:r>
        <w:rPr>
          <w:sz w:val="20"/>
        </w:rPr>
        <w:t>15:14  bohat se, bohat agar un ko company se koi shikayat hai to apne haath par woh kaali patti baandh lete hain aur kaam isi tarah karte rehte hain.</w:t>
      </w:r>
      <w:r>
        <w:br/>
      </w:r>
      <w:r>
        <w:rPr>
          <w:sz w:val="20"/>
        </w:rPr>
        <w:t>15:25  to is mein mein ne padha ke Japaniyon ki, yaani ek aadmi wahan ja kar raha tha, das saal se zyada, phir woh kitaab likhi thi us ne. to us ne kaha ke Japaniyon ka, mein ne paaya hai, un ka jo ehsas ya un ki feeling jo hoti hai, woh yeh ke "I am under someone", mein kisi ke mahtahat hoon.</w:t>
      </w:r>
      <w:r>
        <w:br/>
      </w:r>
      <w:r>
        <w:rPr>
          <w:sz w:val="20"/>
        </w:rPr>
        <w:t>15:43  to goya ehsas mahtati mein jeete hain woh. isi liye un ke haan takrao nahin hota. kisi ko takrao, kisi ke khilaaf karte hain aap to wahan yeh mizaj hi nahin un ka.</w:t>
      </w:r>
      <w:r>
        <w:br/>
      </w:r>
      <w:r>
        <w:rPr>
          <w:sz w:val="20"/>
        </w:rPr>
        <w:t>15:59  to yeh un ke andar by nature hai. to yeh jo namaz hai, sach poochhein to namaz isi qism ki feeling Khuda ke bare mein paida karti hai.</w:t>
      </w:r>
      <w:r>
        <w:br/>
      </w:r>
      <w:r>
        <w:rPr>
          <w:sz w:val="20"/>
        </w:rPr>
        <w:t>16:12  "Allah Akbar" ka matlab hai ke mein Khuda ke mahtahat hoon. "I am under God Almighty".</w:t>
      </w:r>
      <w:r>
        <w:br/>
      </w:r>
      <w:r>
        <w:rPr>
          <w:sz w:val="20"/>
        </w:rPr>
        <w:t>16:20  to paanch baar yeh sikhati hai namaz ke "I am under God Almighty". to poori zindagi ko namaz regulate karti hai.</w:t>
      </w:r>
      <w:r>
        <w:br/>
      </w:r>
      <w:r>
        <w:rPr>
          <w:sz w:val="20"/>
        </w:rPr>
        <w:t>16:33  aap ghhor kijiye ke 24 ghante mein jab paanch baar aisa ho aur dhai sau baar yeh aadmi iqraar kare, yeh kahe apni zabaan se ke main Khuda ke mahtahat hoon, main Khuda ke mahtahat hoon.</w:t>
      </w:r>
      <w:r>
        <w:br/>
      </w:r>
      <w:r>
        <w:rPr>
          <w:sz w:val="20"/>
        </w:rPr>
        <w:t>16:50  to is se aadmi ke andar kya hoga? modesty aayegi, submission ke saath rehna us ko aayega.</w:t>
      </w:r>
      <w:r>
        <w:br/>
      </w:r>
      <w:r>
        <w:rPr>
          <w:sz w:val="20"/>
        </w:rPr>
        <w:t>17:00  yeh baatein hongi. to namaz jo hai, ek training hai Islamic lifestyle ke liye.</w:t>
      </w:r>
    </w:p>
    <w:p>
      <w:pPr>
        <w:pStyle w:val="Heading2"/>
      </w:pPr>
      <w:r>
        <w:t>Patience means forgiving instead of taking revenge</w:t>
      </w:r>
    </w:p>
    <w:p>
      <w:r>
        <w:rPr>
          <w:color w:val="666666"/>
          <w:sz w:val="18"/>
        </w:rPr>
        <w:t>Ramadan The Month of Spiritual Training September 20, 2008 · 1m 33s · at 13:35 · https://youtu.be/VI9axojg6Ro?t=815</w:t>
      </w:r>
    </w:p>
    <w:p>
      <w:r>
        <w:rPr>
          <w:i/>
        </w:rPr>
        <w:t>“Ghussa aaye to sabr karo ya be-sabri?”</w:t>
      </w:r>
    </w:p>
    <w:p>
      <w:r>
        <w:rPr>
          <w:sz w:val="20"/>
        </w:rPr>
        <w:t>13:35  sabr ka matlab kya hai?</w:t>
      </w:r>
      <w:r>
        <w:br/>
      </w:r>
      <w:r>
        <w:rPr>
          <w:sz w:val="20"/>
        </w:rPr>
        <w:t>13:37  quran mein hai ke wa idha ma ghadibu hum yaghfuroon. un ko jab ghussa aata hai to woh maaf kar dete hain.</w:t>
      </w:r>
      <w:r>
        <w:br/>
      </w:r>
      <w:r>
        <w:rPr>
          <w:sz w:val="20"/>
        </w:rPr>
        <w:t>13:48  to ghussa jab aata hai to aadmi ke liye do tareeqe hote hain: ya to sabr kare ya be sabri kare. be sabri karega to us ke andar revenge aayega, inteqaam aa jayega, ladhe bharega.</w:t>
      </w:r>
      <w:r>
        <w:br/>
      </w:r>
      <w:r>
        <w:rPr>
          <w:sz w:val="20"/>
        </w:rPr>
        <w:t>14:04  yeh be sabri ka andaaz hai.</w:t>
      </w:r>
      <w:r>
        <w:br/>
      </w:r>
      <w:r>
        <w:rPr>
          <w:sz w:val="20"/>
        </w:rPr>
        <w:t>14:06  aur sabr ka andaaz kya hai? maaf kar dega, woh avoid karega, woh i'raaz karega, woh tolerate karega. to ramzan ko shahr ul sabr kaha gaya is liye ke isi baat ki training di jati hai ramzan ke mahine mein.</w:t>
      </w:r>
      <w:r>
        <w:br/>
      </w:r>
      <w:r>
        <w:rPr>
          <w:sz w:val="20"/>
        </w:rPr>
        <w:t>14:25  goya ek khusoosi course hai</w:t>
      </w:r>
      <w:r>
        <w:br/>
      </w:r>
      <w:r>
        <w:rPr>
          <w:sz w:val="20"/>
        </w:rPr>
        <w:t>14:28  inhi baaton ko aadmi ke andar paida karne ke liye. ramzan ka mahina ek goya ek khusoosi course, ek special course ki hesiyat rakhta hai.</w:t>
      </w:r>
      <w:r>
        <w:br/>
      </w:r>
      <w:r>
        <w:rPr>
          <w:sz w:val="20"/>
        </w:rPr>
        <w:t>14:38  yani wohi cheezein jo saal bhar insan ko karna hai, usi ke liye ek special course ke taur par ramzan ka mahina rakha gaya ke koi bhadkaye to bhadko mat, koi ghussa dilaye to ghussa mat ho,</w:t>
      </w:r>
      <w:r>
        <w:br/>
      </w:r>
      <w:r>
        <w:rPr>
          <w:sz w:val="20"/>
        </w:rPr>
        <w:t>14:57  koi provoke kare to provoke mat ho. yeh hai shahr ul sabr ka matlab. aise hi dekhiye, shahr ul quran bhi hai.</w:t>
      </w:r>
    </w:p>
    <w:p>
      <w:pPr>
        <w:pStyle w:val="Heading2"/>
      </w:pPr>
      <w:r>
        <w:t>Fasting breaks arrogance and false logic</w:t>
      </w:r>
    </w:p>
    <w:p>
      <w:r>
        <w:rPr>
          <w:color w:val="666666"/>
          <w:sz w:val="18"/>
        </w:rPr>
        <w:t>Ramadan and The Quran September 03, 2006 Maulana Wahiduddin Khan · 4m 10s · at 23:55 · https://youtu.be/LJU2AJuPQZc?t=1435</w:t>
      </w:r>
    </w:p>
    <w:p>
      <w:r>
        <w:rPr>
          <w:i/>
        </w:rPr>
        <w:t>“Aaj kal jo log bahut zyada baat karte hain”</w:t>
      </w:r>
    </w:p>
    <w:p>
      <w:r>
        <w:rPr>
          <w:sz w:val="20"/>
        </w:rPr>
        <w:t>23:55  helplessness ka tajurba karata hai. jo log bahut zyada baat karte hain, yani abhi main Doordarshan ka ek program tha, parson narsoun,</w:t>
      </w:r>
      <w:r>
        <w:br/>
      </w:r>
      <w:r>
        <w:rPr>
          <w:sz w:val="20"/>
        </w:rPr>
        <w:t>24:10  wahan saare intellectual professor class ke log baithe hue the. har aadmi ajeeb ajeeb point nikaal kar ke apne ko superior bata raha tha.</w:t>
      </w:r>
      <w:r>
        <w:br/>
      </w:r>
      <w:r>
        <w:rPr>
          <w:sz w:val="20"/>
        </w:rPr>
        <w:t>24:21  aur baat kahin khatam nahi hui. ek commercial harmony subject tha is ka, lekin hum koi message nahi de sake logon ko. kyunke har aadmi ek nayi baat nikaalta tha.</w:t>
      </w:r>
      <w:r>
        <w:br/>
      </w:r>
      <w:r>
        <w:rPr>
          <w:sz w:val="20"/>
        </w:rPr>
        <w:t>24:33  kai baar maine dekha ke ek achhi baat kahi gayi</w:t>
      </w:r>
      <w:r>
        <w:br/>
      </w:r>
      <w:r>
        <w:rPr>
          <w:sz w:val="20"/>
        </w:rPr>
        <w:t>24:42  aur usne ek ek ek ajeeb o ghareeb tor par us ko bhi radd kar diya. maslan main ne kaha ke ke aaj kal hamare India mein sab se zyada zaroorat hai education ki.</w:t>
      </w:r>
      <w:r>
        <w:br/>
      </w:r>
      <w:r>
        <w:rPr>
          <w:sz w:val="20"/>
        </w:rPr>
        <w:t>24:53  to ek professor sahab kya kehte hain? nahin, sewa ke baghair education nahin. kyunke Gandhi ji ne kaha tha ke sewa hona chahiye. ab koi yeh nahin sochta ke sewa gram banaya unhon ne aur fail ho gaya.</w:t>
      </w:r>
      <w:r>
        <w:br/>
      </w:r>
      <w:r>
        <w:rPr>
          <w:sz w:val="20"/>
        </w:rPr>
        <w:t>25:05  to ab to re assessment ka mauqa hai.</w:t>
      </w:r>
      <w:r>
        <w:br/>
      </w:r>
      <w:r>
        <w:rPr>
          <w:sz w:val="20"/>
        </w:rPr>
        <w:t>25:10  yeh sahi Gandhi ji ne bataya tha, sewa ko unhon ne base banaya tha aur sewa gram banaya tha. yaani teen village banaye gaye: sewa gram, kasturba gram, vinoba gram.</w:t>
      </w:r>
      <w:r>
        <w:br/>
      </w:r>
      <w:r>
        <w:rPr>
          <w:sz w:val="20"/>
        </w:rPr>
        <w:t>25:22  aur teeno fail ho gaye. main teeno mein gaya hoon, main wahan wahi hai jo har jagah hota hai. wahi corruption, wahi anarchy, wahi jhagde.</w:t>
      </w:r>
      <w:r>
        <w:br/>
      </w:r>
      <w:r>
        <w:rPr>
          <w:sz w:val="20"/>
        </w:rPr>
        <w:t>25:32  to sewa ko le kar ke sudhaar paida karna woh to fail ho chuka hai. to re assessment karne ki zaroorat hai.</w:t>
      </w:r>
      <w:r>
        <w:br/>
      </w:r>
      <w:r>
        <w:rPr>
          <w:sz w:val="20"/>
        </w:rPr>
        <w:t>25:41  to main ne jab education ki baat kahi to Gandhi ke naam le kar unhon ne is ko kaat diya. phir main ne kaha ke South Korea mein, Singapore mein, Japan mein dekhen, education se unhon ne koi starting point banaya to us se itni taraqqi wahan par hui.</w:t>
      </w:r>
      <w:r>
        <w:br/>
      </w:r>
      <w:r>
        <w:rPr>
          <w:sz w:val="20"/>
        </w:rPr>
        <w:t>25:59  to ek sahab kya kehte hain? wahan bhi jhagde hain. ab yeh bilkul stupid baat hai yeh. jhagde khatm nahin ho sakte kabhi bhi.</w:t>
      </w:r>
      <w:r>
        <w:br/>
      </w:r>
      <w:r>
        <w:rPr>
          <w:sz w:val="20"/>
        </w:rPr>
        <w:t>26:10  to main ne kaha ke jis cheez ko aap jhagda kehte hain, woh differences hote hain. to is ka hal kya hai?</w:t>
      </w:r>
      <w:r>
        <w:br/>
      </w:r>
      <w:r>
        <w:rPr>
          <w:sz w:val="20"/>
        </w:rPr>
        <w:t>26:19  you have to learn the art of different management. tab ek sahab kya kehte hain? sahab, anyaay to ladna padega. ab dekhen, anyaay ladna padega to result to dekho.</w:t>
      </w:r>
      <w:r>
        <w:br/>
      </w:r>
      <w:r>
        <w:rPr>
          <w:sz w:val="20"/>
        </w:rPr>
        <w:t>26:33  yaani anyaay ladne ke liye aap apni jaan de denge.</w:t>
      </w:r>
      <w:r>
        <w:br/>
      </w:r>
      <w:r>
        <w:rPr>
          <w:sz w:val="20"/>
        </w:rPr>
        <w:t>26:38  anyaay se ladne ke liye, injustice se ladne ke liye phir sochna padega ke result kya nikalne wala hai. to ek ke baad ek, ek ke baad ek aadmi ek ek ek shosha nikaal nikaal kar ke aur baaton ko radd karte rahe woh, aur baat aakhir mein kuch bhi nahin bani.</w:t>
      </w:r>
      <w:r>
        <w:br/>
      </w:r>
      <w:r>
        <w:rPr>
          <w:sz w:val="20"/>
        </w:rPr>
        <w:t>26:58  to jab main wahan se utha to mere mind mein, main waqi ke main ro raha tha aur mere mind mein yeh tha ke yeh yeh jis cheez ko logic kehte hain, woh logic kya hai?</w:t>
      </w:r>
      <w:r>
        <w:br/>
      </w:r>
      <w:r>
        <w:rPr>
          <w:sz w:val="20"/>
        </w:rPr>
        <w:t>27:19  to main ne kaha ke logic is a phenomena of stubbornness rather than of scientific attitude.</w:t>
      </w:r>
      <w:r>
        <w:br/>
      </w:r>
      <w:r>
        <w:rPr>
          <w:sz w:val="20"/>
        </w:rPr>
        <w:t>27:30  is isi ehsaas ko le kar main wahan se lauta. har aadmi ek jhooti logic, ek false logic laga raha hai. false logic laga kar har baat ko defeat kar raha hai woh.</w:t>
      </w:r>
      <w:r>
        <w:br/>
      </w:r>
      <w:r>
        <w:rPr>
          <w:sz w:val="20"/>
        </w:rPr>
        <w:t>27:39  to main wapas hua, mera dil ro raha tha aur main keh raha tha ke logic is a phenomena of stubbornness rather than of scientific attitude.</w:t>
      </w:r>
      <w:r>
        <w:br/>
      </w:r>
      <w:r>
        <w:rPr>
          <w:sz w:val="20"/>
        </w:rPr>
        <w:t>27:50  isi ko todne ke liye roza rakha gaya hai. log stubbornness ko todna, log arrogance ko todna, apni apne superiority ke ehsaas ko todna.</w:t>
      </w:r>
    </w:p>
    <w:p>
      <w:pPr>
        <w:pStyle w:val="Heading2"/>
      </w:pPr>
      <w:r>
        <w:t>Protest and complaints do not help resolve issues</w:t>
      </w:r>
    </w:p>
    <w:p>
      <w:r>
        <w:rPr>
          <w:color w:val="666666"/>
          <w:sz w:val="18"/>
        </w:rPr>
        <w:t>The Method of Planning August 14, 2016 · 3m 38s · at 48:04 · https://youtu.be/84WV8NS2VKQ?t=2884</w:t>
      </w:r>
    </w:p>
    <w:p>
      <w:r>
        <w:rPr>
          <w:i/>
        </w:rPr>
        <w:t>“Mawlana, agla sawal Muradabad se hai Farooq sahib ka”</w:t>
      </w:r>
    </w:p>
    <w:p>
      <w:r>
        <w:rPr>
          <w:sz w:val="20"/>
        </w:rPr>
        <w:t>48:04  tab tak koi nai bagni nahin hogi.</w:t>
      </w:r>
      <w:r>
        <w:br/>
      </w:r>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r>
        <w:br/>
      </w:r>
      <w:r>
        <w:rPr>
          <w:sz w:val="20"/>
        </w:rPr>
        <w:t>49:37  Maulana, agla sawal Shakeel sahib ne kiya hai Ghaziabad se, aur unhon ne likha hai: "Maulana sahib,</w:t>
      </w:r>
      <w:r>
        <w:br/>
      </w:r>
      <w:r>
        <w:rPr>
          <w:sz w:val="20"/>
        </w:rPr>
        <w:t>49:45  sometimes protests and raising complaints get the attention of authorities so that they take action, otherwise they do</w:t>
      </w:r>
      <w:r>
        <w:br/>
      </w:r>
      <w:r>
        <w:rPr>
          <w:sz w:val="20"/>
        </w:rPr>
        <w:t>49:53  not act at all and become complacent.</w:t>
      </w:r>
      <w:r>
        <w:br/>
      </w:r>
      <w:r>
        <w:rPr>
          <w:sz w:val="20"/>
        </w:rPr>
        <w:t>50:01  There are so many cases where coming on the road to force government to take action has helped. Don't you think that sometimes protests and complaints help in getting matters resolved faster?</w:t>
      </w:r>
      <w:r>
        <w:br/>
      </w:r>
      <w:r>
        <w:rPr>
          <w:sz w:val="20"/>
        </w:rPr>
        <w:t>50:14  " ek bhi misal nahi, aap jo keh rahe hain, so many examples, ek bhi misal nahi.</w:t>
      </w:r>
      <w:r>
        <w:br/>
      </w:r>
      <w:r>
        <w:rPr>
          <w:sz w:val="20"/>
        </w:rPr>
        <w:t>50:21  kabhi bhi protest ka tareeqa aur opposition politics ya political activities, yeh kabhi bhi koi positive result nahi nikla hai.</w:t>
      </w:r>
      <w:r>
        <w:br/>
      </w:r>
      <w:r>
        <w:rPr>
          <w:sz w:val="20"/>
        </w:rPr>
        <w:t>50:28  ab misal de ke bataon ga, koi ek misal de dijiye.</w:t>
      </w:r>
      <w:r>
        <w:br/>
      </w:r>
      <w:r>
        <w:rPr>
          <w:sz w:val="20"/>
        </w:rPr>
        <w:t>50:36  misal nateeja niklta hai jaise England mein Fabian Society ne jo kaam kiya, is ka result nikla.</w:t>
      </w:r>
      <w:r>
        <w:br/>
      </w:r>
      <w:r>
        <w:rPr>
          <w:sz w:val="20"/>
        </w:rPr>
        <w:t>50:43  unhon ne na protest kiya, na sarkon par aye, na koi demand kiya, kuch bhi nahi.</w:t>
      </w:r>
      <w:r>
        <w:br/>
      </w:r>
      <w:r>
        <w:rPr>
          <w:sz w:val="20"/>
        </w:rPr>
        <w:t>50:50  peaceful tareeqe se unhon ne kaam kiya, aur bohat bara result aa gaya.</w:t>
      </w:r>
      <w:r>
        <w:br/>
      </w:r>
      <w:r>
        <w:rPr>
          <w:sz w:val="20"/>
        </w:rPr>
        <w:t>50:58  aap Fabian Society ko parhiye, aap jo keh rahe hain to is ki misal aap den ge, agle</w:t>
      </w:r>
      <w:r>
        <w:br/>
      </w:r>
      <w:r>
        <w:rPr>
          <w:sz w:val="20"/>
        </w:rPr>
        <w:t>51:05  Sunday ko to bataon ga.</w:t>
      </w:r>
      <w:r>
        <w:br/>
      </w:r>
      <w:r>
        <w:rPr>
          <w:sz w:val="20"/>
        </w:rPr>
        <w:t>51:12  koi ek misal de dijiye ke yeh jo negative activism hai, is se kuch faida nikalta hai.</w:t>
      </w:r>
      <w:r>
        <w:br/>
      </w:r>
      <w:r>
        <w:rPr>
          <w:sz w:val="20"/>
        </w:rPr>
        <w:t>51:20  positive activism se faida nikalta hai, negative activism se faida koi nahi nikalta.</w:t>
      </w:r>
      <w:r>
        <w:br/>
      </w:r>
      <w:r>
        <w:rPr>
          <w:sz w:val="20"/>
        </w:rPr>
        <w:t>51:27  Maulana, agla sawal Mumbai se kiya hai Fayyaz sahib ne, aur unhon ne aap se poocha hai ke</w:t>
      </w:r>
      <w:r>
        <w:br/>
      </w:r>
      <w:r>
        <w:rPr>
          <w:sz w:val="20"/>
        </w:rPr>
        <w:t>51:34  Maulana sahib, can we do DAWA work by using cinema, movies, and documentaries as the medium?</w:t>
      </w:r>
      <w:r>
        <w:br/>
      </w:r>
      <w:r>
        <w:rPr>
          <w:sz w:val="20"/>
        </w:rPr>
        <w:t>51:42  What is your advice to that?</w:t>
      </w:r>
    </w:p>
    <w:p>
      <w:pPr>
        <w:pStyle w:val="Heading2"/>
      </w:pPr>
      <w:r>
        <w:t>sincere fasting, night prayer and Laylatul Qadr forgive sins</w:t>
      </w:r>
    </w:p>
    <w:p>
      <w:r>
        <w:rPr>
          <w:color w:val="666666"/>
          <w:sz w:val="18"/>
        </w:rPr>
        <w:t>Soulful Ramadan Inspiring Duas and Hadiths</w:t>
        <w:br/>
        <w:t>March 10, 2024 · 1m 39s · at 16:24 · https://youtu.be/ZXO-tq7pyQA?t=984</w:t>
      </w:r>
    </w:p>
    <w:p>
      <w:r>
        <w:rPr>
          <w:i/>
        </w:rPr>
        <w:t>“Whoever fasts with faith and sincerity, all past sins are forgiven”</w:t>
      </w:r>
    </w:p>
    <w:p>
      <w:r>
        <w:rPr>
          <w:sz w:val="20"/>
        </w:rPr>
        <w:t>16:24  ein. haan, ye this is a very incredible hadith. ismein teen baatein kahi gayi hain: man sa ramadana imanan wa ehtisaban ghafara lahu ma taqaddama min zambih. ji, ki jisne roza rakha iman aur ehtisab ke saath. iman aur ehtisab ko hum aaj ke term mein kahenge spirit ke saath, yaani poori rooh uske andar shamil thi.</w:t>
      </w:r>
      <w:r>
        <w:br/>
      </w:r>
      <w:r>
        <w:rPr>
          <w:sz w:val="20"/>
        </w:rPr>
        <w:t>16:45  ji, to usne jisne roza rakha imaan aur ehsab ke saath, uske saare past sins aa allah maaf kar dega. aur isi tarah hai ki, man kama ramazana imaanan wa ehsab gafr lahu ma taqaddam bin jambi. ki jisne ramazan mein raat ki namaz parhi, jisko qayam ul lail kaha jaata tha, ab usko taraveeh kaha jaata hai. to jisne taraveeh ki namaz parhi imaan aur ehsab ke saath, uske saare gunaah maaf ho jayenge. ji</w:t>
      </w:r>
      <w:r>
        <w:br/>
      </w:r>
      <w:r>
        <w:rPr>
          <w:sz w:val="20"/>
        </w:rPr>
        <w:t>17:15  , aur phir teesri baat ye hai ki, man kama lailatul qadr imaanan wa ehsab gafr lahu ma taqaddam bin jambi. to ek hi sentence hai, sirf ek do word ka farq hai ki jisne lailatul qadr ki raat mein namaz parhi, jaag ke aur ek taraveeh ya ji doosri namaz, to uske bhi saare guna</w:t>
      </w:r>
      <w:r>
        <w:br/>
      </w:r>
      <w:r>
        <w:rPr>
          <w:sz w:val="20"/>
        </w:rPr>
        <w:t>17:37  h maaf ho jaate hain. jo ismein saara zor hai, woh imaanan wa ehsab par hai ki poori spirit ke saath aur rooh ke saath sincere a fasting and with full spirit. to woh a yaani chahe woh taraveeh ho ya lailatul qadr ho, to usmein uske yaani a ramazan gives you numerous opportunity to grow your spiritchu</w:t>
      </w:r>
    </w:p>
    <w:p>
      <w:pPr>
        <w:pStyle w:val="Heading2"/>
      </w:pPr>
      <w:r>
        <w:t>Ramadan: gratitude, fasting, and retreat</w:t>
      </w:r>
    </w:p>
    <w:p>
      <w:r>
        <w:rPr>
          <w:color w:val="666666"/>
          <w:sz w:val="18"/>
        </w:rPr>
        <w:t>AL RISALA JUNE 2017 - AUDIO VERSION · 5m 38s · at 0:07 · https://youtu.be/Qa5wquQq-s8?t=7</w:t>
      </w:r>
    </w:p>
    <w:p>
      <w:r>
        <w:rPr>
          <w:i/>
        </w:rPr>
        <w:t>“Ramadan ka mahina shukr ka mahina”</w:t>
      </w:r>
    </w:p>
    <w:p>
      <w:r>
        <w:rPr>
          <w:sz w:val="20"/>
        </w:rPr>
        <w:t>0:07  Ramadan ka mahina, shukr ka mahina. Ramadan ka mahina roza, yani fasting ka mahina hai. Ramadan ke bare mein Quran ki ek ayat ka tarjuma yeh hai:</w:t>
      </w:r>
      <w:r>
        <w:br/>
      </w:r>
      <w:r>
        <w:rPr>
          <w:sz w:val="20"/>
        </w:rPr>
        <w:t>0:20  "Ramadan ka mahina, jis mein Quran utara gaya, hidayaat hai logon ke liye, aur khuli nishaniyan rastay ki, aur haq aur batil ke darmiyan faisla karne wala.</w:t>
      </w:r>
      <w:r>
        <w:br/>
      </w:r>
      <w:r>
        <w:rPr>
          <w:sz w:val="20"/>
        </w:rPr>
        <w:t>0:34  Pas tum mein se jo koi is mahine ko paye woh is ke roze rakhe, aur jo beemar ho ya safar par ho to woh doosre dinon mein is ki ginti poori kar le.</w:t>
      </w:r>
      <w:r>
        <w:br/>
      </w:r>
      <w:r>
        <w:rPr>
          <w:sz w:val="20"/>
        </w:rPr>
        <w:t>0:46  Allah tumhare liye aasani chahta hai, woh tumhare sath sakhti karna nahi chahta, aur is liye ke tum ginti poori kar lo, aur Allah ki barhai karo is par ke us ne tum ko rah batai, aur ta ke tum is ke shukr guzar bano." Al Baqarah.</w:t>
      </w:r>
      <w:r>
        <w:br/>
      </w:r>
      <w:r>
        <w:rPr>
          <w:sz w:val="20"/>
        </w:rPr>
        <w:t>1:07  Ramadan mein roza rakhne ka asal maqsad yeh hai ke woh insan ke liye shukr ka reminder rahe. Insan ko ek zaroorat mand makhlooq ki hesiyat se paida kiya gaya hai.</w:t>
      </w:r>
      <w:r>
        <w:br/>
      </w:r>
      <w:r>
        <w:rPr>
          <w:sz w:val="20"/>
        </w:rPr>
        <w:t>1:22  Insan ko apni zindagi ke liye har lamha kisi cheez ki zaroorat hoti hai: khana, pani, hawa, oxygen, roshni waghera.</w:t>
      </w:r>
      <w:r>
        <w:br/>
      </w:r>
      <w:r>
        <w:rPr>
          <w:sz w:val="20"/>
        </w:rPr>
        <w:t>1:35  isi ke sath insan ke liye zarurat hai ke is ki dunya is ke liye friendly dunya ho. yeh tamam cheezen insan ko har lamha aur har roz milti rehti hain,</w:t>
      </w:r>
      <w:r>
        <w:br/>
      </w:r>
      <w:r>
        <w:rPr>
          <w:sz w:val="20"/>
        </w:rPr>
        <w:t>1:48  magar insan in ka shukr nahi karta kyunke woh cheezen ko for granted leta rehta hai. insan ke isi mizaj ki bina par zarurat hai ke is ke liye ek khususiy reminder ho jo us ko is mamle mein salana yaad dahani ka kaam kare, aur us ko bar bar ghaflat se jagata rahe.</w:t>
      </w:r>
      <w:r>
        <w:br/>
      </w:r>
      <w:r>
        <w:rPr>
          <w:sz w:val="20"/>
        </w:rPr>
        <w:t>2:12  ramzan ki salana rozedari ka yahi maqsad hai. ramzan ka maqsad yeh hai ke aadmi ke andar nematon ke etiraf ki spirit jagai jaye.</w:t>
      </w:r>
      <w:r>
        <w:br/>
      </w:r>
      <w:r>
        <w:rPr>
          <w:sz w:val="20"/>
        </w:rPr>
        <w:t>2:24  ghiza ka tark is aitbar se ek almati tark hai. roze ke zariye insan ko waqti tor par bhook aur piyas ka tajurba karaya jata hai ta ke woh tamam khudai atiyat ko yaad kare, woh soche ke agar yeh atiyat mujh ko hasil na hon to mera kya haal hoga,</w:t>
      </w:r>
      <w:r>
        <w:br/>
      </w:r>
      <w:r>
        <w:rPr>
          <w:sz w:val="20"/>
        </w:rPr>
        <w:t>2:48  aur phir woh Allah ke moti yani giver hone ka etiraf kare, woh Allah ki barhai ko daryaft ke darje mein maloom kar le.</w:t>
      </w:r>
      <w:r>
        <w:br/>
      </w:r>
      <w:r>
        <w:rPr>
          <w:sz w:val="20"/>
        </w:rPr>
        <w:t>3:04  aitkaf ka mahina. ramzan ka mahina roze ka mahina hai. ramzan mein ehle iman pure mahine har din roza rakhte hain.</w:t>
      </w:r>
      <w:r>
        <w:br/>
      </w:r>
      <w:r>
        <w:rPr>
          <w:sz w:val="20"/>
        </w:rPr>
        <w:t>3:17  isi ke sath ramzan ka mahina aitkaf ka mahina hai. mutayyan aitkaf agarchay chand dinon ke liye hota hai, lekin ghair mutayyan aitkaf pure mahine jari rehta hai.</w:t>
      </w:r>
      <w:r>
        <w:br/>
      </w:r>
      <w:r>
        <w:rPr>
          <w:sz w:val="20"/>
        </w:rPr>
        <w:t>3:31  aitkaf ki do sooraten hain: jismani aitkaf aur fikri aitkaf. jismani aitkaf mein aadmi apne aap ko alag kar ke masjid mein mutakif ho jata hai ta ke woh ziyada yaksui ke sath ibadat kare, aur ziyada se ziyada quran ki tilawat kare.</w:t>
      </w:r>
      <w:r>
        <w:br/>
      </w:r>
      <w:r>
        <w:rPr>
          <w:sz w:val="20"/>
        </w:rPr>
        <w:t>3:53  isi ke sath aitkaf ki ek aur surat hai jis ko fikri aitkaf yani intellectual aitkaf kaha ja sakta hai.</w:t>
      </w:r>
      <w:r>
        <w:br/>
      </w:r>
      <w:r>
        <w:rPr>
          <w:sz w:val="20"/>
        </w:rPr>
        <w:t>4:02  yeh aitkaf har waqt aur har jagah jari rehta hai. is aitkaf mein aadmi apna ziyada waqt tafakkur aur tadabbur mein guzarta hai.</w:t>
      </w:r>
      <w:r>
        <w:br/>
      </w:r>
      <w:r>
        <w:rPr>
          <w:sz w:val="20"/>
        </w:rPr>
        <w:t>4:14  woh deen ki baaton mein ghor karta hai, aur apne aas pas ki dunya se deeni sabaq hasil karne ki koshish karta hai.</w:t>
      </w:r>
      <w:r>
        <w:br/>
      </w:r>
      <w:r>
        <w:rPr>
          <w:sz w:val="20"/>
        </w:rPr>
        <w:t>4:22  woh ziyada se ziyada rohani aitkaf yani spiritual aitkaf mein mashgool rehta hai. istilahi tor par aitkaf wahi hai jo masjid mein kiya jata hai, lekin jab aadmi rozedari ki zindagi guzarta hai to fitri tor par is ke andar rozedarana soch paida hoti hai.</w:t>
      </w:r>
      <w:r>
        <w:br/>
      </w:r>
      <w:r>
        <w:rPr>
          <w:sz w:val="20"/>
        </w:rPr>
        <w:t>4:44  woh Allah wali soch mein mashgool rehta hai. deen ki baaten is ke zehan mein ghoomti rehti hain. woh akhirat se mutaliq baaton ke bare mein ghor o fikar karta rehta hai.</w:t>
      </w:r>
      <w:r>
        <w:br/>
      </w:r>
      <w:r>
        <w:rPr>
          <w:sz w:val="20"/>
        </w:rPr>
        <w:t>4:58  yeh zehni aitkaf hai. aitkaf ki yeh doosri surat agarchay qanooni aitbar se roze ka hissa nahi hai, lekin woh bilashuba rozedarana zindagi ka fitri hissa hai.</w:t>
      </w:r>
      <w:r>
        <w:br/>
      </w:r>
      <w:r>
        <w:rPr>
          <w:sz w:val="20"/>
        </w:rPr>
        <w:t>5:12  jab aadmi mah ramzan mein rozedarana zindagi guzarta hai to bar bar is ka mind is mozu par trigger hota rehta hai.</w:t>
      </w:r>
      <w:r>
        <w:br/>
      </w:r>
      <w:r>
        <w:rPr>
          <w:sz w:val="20"/>
        </w:rPr>
        <w:t>5:23  maroof rozedari agar is ke roze ka qanooni hissa hoti hai to yeh doosri rozedari is ke roze ka fitri hissa ban jati hai.</w:t>
      </w:r>
      <w:r>
        <w:br/>
      </w:r>
      <w:r>
        <w:rPr>
          <w:sz w:val="20"/>
        </w:rPr>
        <w:t>5:34  ek ki ahmiyat agar formal aitbar se hai to doosre ki ahmiyat ghair formal aitbar se.</w:t>
      </w:r>
    </w:p>
    <w:p>
      <w:pPr>
        <w:pStyle w:val="Heading2"/>
      </w:pPr>
      <w:r>
        <w:t>Fasting is a shield</w:t>
      </w:r>
    </w:p>
    <w:p>
      <w:r>
        <w:rPr>
          <w:color w:val="666666"/>
          <w:sz w:val="18"/>
        </w:rPr>
        <w:t>Ramadan and The Quran | October 14, 2005 | Maulana Wahiduddin Khan · 30s · at 39:19 · https://youtu.be/wi4PL1CwY7w?t=2359</w:t>
      </w:r>
    </w:p>
    <w:p>
      <w:r>
        <w:rPr>
          <w:i/>
        </w:rPr>
        <w:t>“Ek hadees hai ke roza dhaal hai”</w:t>
      </w:r>
    </w:p>
    <w:p>
      <w:r>
        <w:rPr>
          <w:sz w:val="20"/>
        </w:rPr>
        <w:t>39:19  mizaj aisa banta hai uska temperament aisa banta hai ke woh buraiyon se rukne lagta hai yani uska woh mizaj jo uska temperament us ko burai se rokne lagta hai is ki ek misaal hadith mein yeh milti hai ke rasool allah ne farmaya ke jo shakhs roza rakha hai to woh na jhagda na jhagda kare na gaali</w:t>
      </w:r>
    </w:p>
    <w:p>
      <w:pPr>
        <w:pStyle w:val="Heading2"/>
      </w:pPr>
      <w:r>
        <w:t>Dua works through your own deeds, not a saint's grave</w:t>
      </w:r>
    </w:p>
    <w:p>
      <w:r>
        <w:rPr>
          <w:color w:val="666666"/>
          <w:sz w:val="18"/>
        </w:rPr>
        <w:t>The Concept of Dua In Islam May 27, 2007 · 28s · at 58:27 · https://youtu.be/wkRQaMb04dI?t=3507</w:t>
      </w:r>
    </w:p>
    <w:p>
      <w:r>
        <w:rPr>
          <w:i/>
        </w:rPr>
        <w:t>“دعا کسی بزرگ کے واسطے سے نہیں ہوتی”</w:t>
      </w:r>
    </w:p>
    <w:p>
      <w:r>
        <w:rPr>
          <w:sz w:val="20"/>
        </w:rPr>
        <w:t>58:27  yaad rakhiye, dua kisi buzurg ke waste se nahi hoti, kisi qabr wale ke waste se nahi hoti, apne amal ke waste se hoti hai.</w:t>
      </w:r>
      <w:r>
        <w:br/>
      </w:r>
      <w:r>
        <w:rPr>
          <w:sz w:val="20"/>
        </w:rPr>
        <w:t>58:43  wal amal salihirfa'ajulo log ismein pade hue hain ke koi buzurg daryaft karein, koi qabr wala daryaft karein, uska wasta de kar dua karein to qubool ho jayegi, yeh bilkul besali baat hai.</w:t>
      </w:r>
    </w:p>
    <w:p>
      <w:pPr>
        <w:pStyle w:val="Heading2"/>
      </w:pPr>
      <w:r>
        <w:t>Sanjay Gandhi story: crediting man over the Creator</w:t>
      </w:r>
    </w:p>
    <w:p>
      <w:r>
        <w:rPr>
          <w:color w:val="666666"/>
          <w:sz w:val="18"/>
        </w:rPr>
        <w:t>What is Dua (Only Lecture) April 26, 2009 Maulana Wahiduddin Khan · 5m 20s · at 52:43 · https://youtu.be/JxIR0o_C7GM?t=3163</w:t>
      </w:r>
    </w:p>
    <w:p>
      <w:r>
        <w:rPr>
          <w:i/>
        </w:rPr>
        <w:t>“Sanjay Gandhi ke zamane ka waqia hai”</w:t>
      </w:r>
    </w:p>
    <w:p>
      <w:r>
        <w:rPr>
          <w:sz w:val="20"/>
        </w:rPr>
        <w:t>52:43  aik qissa main ne bataya tha, us ko bhi main dohrata hoon kyunke is sequence mein is ki importance bahut zyada hai ke Sanjay Gandhi ke zamane ka waqia yeh hai.</w:t>
      </w:r>
      <w:r>
        <w:br/>
      </w:r>
      <w:r>
        <w:rPr>
          <w:sz w:val="20"/>
        </w:rPr>
        <w:t>52:55  hamare Adam Garh ke area ke aik sahib thay jo dehati gaon ke aadmi thay, haan musalman. To woh Sanjay ki party mein shamil ho gaye.</w:t>
      </w:r>
      <w:r>
        <w:br/>
      </w:r>
      <w:r>
        <w:rPr>
          <w:sz w:val="20"/>
        </w:rPr>
        <w:t>53:08  to is zamane mein Sanjay Gandhi ko musalmanon ki zaroorat thi.</w:t>
      </w:r>
      <w:r>
        <w:br/>
      </w:r>
      <w:r>
        <w:rPr>
          <w:sz w:val="20"/>
        </w:rPr>
        <w:t>53:11  to hote hote hote Sanjay Gandhi ne un ko Rai Sahib ka member bana diya. Gaon ka aik aadmi jo hai, New Delhi mein Rai Sahib ka member ban gaya, yahan par us ko jane ke liye ghar mil gaya aur car mil gayi, telephone, car, sab cheez.</w:t>
      </w:r>
      <w:r>
        <w:br/>
      </w:r>
      <w:r>
        <w:rPr>
          <w:sz w:val="20"/>
        </w:rPr>
        <w:t>53:30  to hamare saathi thay Abul Furqan sahib, isi area ke thay, ab un ki death ho chuki hai. Woh aaye to un se milne ke liye gaye, woh jaan pehchan thi.</w:t>
      </w:r>
      <w:r>
        <w:br/>
      </w:r>
      <w:r>
        <w:rPr>
          <w:sz w:val="20"/>
        </w:rPr>
        <w:t>53:42  jab wapas aaye woh to unhon ne kaha sahib, aaj ka waqia batata hoon aap ko. Jab wahan gaye woh, yani jab member parliament ke liye jo residence hotay hain, us mein koi jagah mili thi rehne ke liye, to us mein woh gaye.</w:t>
      </w:r>
      <w:r>
        <w:br/>
      </w:r>
      <w:r>
        <w:rPr>
          <w:sz w:val="20"/>
        </w:rPr>
        <w:t>54:00  ab wahan car hai, telephone hai, sab cheezain hain, furniture hai.</w:t>
      </w:r>
      <w:r>
        <w:br/>
      </w:r>
      <w:r>
        <w:rPr>
          <w:sz w:val="20"/>
        </w:rPr>
        <w:t>54:05  to woh aadmi jo tha, bata rahe the ke shuru se aakhir tak bas yahi kehta raha ke yeh sab sanjay babu ki dein hai, yeh sab sanjay babu ki dein hai.</w:t>
      </w:r>
      <w:r>
        <w:br/>
      </w:r>
      <w:r>
        <w:rPr>
          <w:sz w:val="20"/>
        </w:rPr>
        <w:t>54:22  yeh gehra jazba maine kisi ke andar nahi paya ke yeh sab khawand barkat bartar ki dein hai, woh keh sake.</w:t>
      </w:r>
      <w:r>
        <w:br/>
      </w:r>
      <w:r>
        <w:rPr>
          <w:sz w:val="20"/>
        </w:rPr>
        <w:t>54:32  yeh galaxy, yeh solar system, yeh hawaein, yeh zameen, yeh ghalla, yeh phal, yeh mewa, yeh daryaein jo beh rahi hain, koi yeh keh sakta keh nahi saka.</w:t>
      </w:r>
      <w:r>
        <w:br/>
      </w:r>
      <w:r>
        <w:rPr>
          <w:sz w:val="20"/>
        </w:rPr>
        <w:t>54:46  main maine nahi suna, mere kaano ne yeh sab khawand bartar ki dein hai.</w:t>
      </w:r>
      <w:r>
        <w:br/>
      </w:r>
      <w:r>
        <w:rPr>
          <w:sz w:val="20"/>
        </w:rPr>
        <w:t>54:59  agar koi keh sakta to us ko khuda gaon se nikal kar ke la kar ke dil, yaani capital city mein, us ko abad karta, lekin koi keh nahi saka.</w:t>
      </w:r>
      <w:r>
        <w:br/>
      </w:r>
      <w:r>
        <w:rPr>
          <w:sz w:val="20"/>
        </w:rPr>
        <w:t>55:11  isi ki zindagi mein yeh yeh bagh nahi hoga, yeh bagh nahi hoga ke khuda ko yaad kare, woh khuda ki rehmaton ko yaad kare, khuda ki blessing ko yaad kare.</w:t>
      </w:r>
      <w:r>
        <w:br/>
      </w:r>
      <w:r>
        <w:rPr>
          <w:sz w:val="20"/>
        </w:rPr>
        <w:t>55:24  yeh poori universe jo hai, woh is ke liye is is soch mein dhal jaye ke yeh sab khawand bartar ki dein hai.</w:t>
      </w:r>
      <w:r>
        <w:br/>
      </w:r>
      <w:r>
        <w:rPr>
          <w:sz w:val="20"/>
        </w:rPr>
        <w:t>55:34  mujhe kam az kam aisa insaan nahi maloom, na sagar mein, na akabir mein, na aalim mein, na ghair aalim mein, na namaziyon mein, na be namaziyon mein.</w:t>
      </w:r>
      <w:r>
        <w:br/>
      </w:r>
      <w:r>
        <w:rPr>
          <w:sz w:val="20"/>
        </w:rPr>
        <w:t>55:49  kahin bhi maine khuda ki barhai ka charcha suna hi nahi, na madrase mein suna, na masjid mein suna, na ijtamaat mein suna, na jalson mein, na idaron mein. Apne barhon ka charcha hota hai, apne buzurgon ka, apne jo banawati buzurg hain, jo hamare khud bana likhe hain, bana liya hum ne, akabir jin ko kehte hain, hum un ke charchay hotay hain.</w:t>
      </w:r>
      <w:r>
        <w:br/>
      </w:r>
      <w:r>
        <w:rPr>
          <w:sz w:val="20"/>
        </w:rPr>
        <w:t>56:14  itni bari dunya khuda ne bana ke aap ko di hai.</w:t>
      </w:r>
      <w:r>
        <w:br/>
      </w:r>
      <w:r>
        <w:rPr>
          <w:sz w:val="20"/>
        </w:rPr>
        <w:t>56:18  yeh anokha yeh planet hai, is par life support system hai. Aap bataiye ke main bol raha hoon to main khuda mujhe supply kar raha hai, oxygen khuda mujhe supply karta hai, roshni khuda mujhe tofeeq de raha hai ke main boloon,</w:t>
      </w:r>
      <w:r>
        <w:br/>
      </w:r>
      <w:r>
        <w:rPr>
          <w:sz w:val="20"/>
        </w:rPr>
        <w:t>56:36  khuda meri bol ko aap tak pouncha raha hai. Yaani billion billion cheezein involve hain is mein.</w:t>
      </w:r>
      <w:r>
        <w:br/>
      </w:r>
      <w:r>
        <w:rPr>
          <w:sz w:val="20"/>
        </w:rPr>
        <w:t>56:47  yeh kitna bara aap ke andar ubhalna chahe samandar ke yeh khawand bartar ki dein hai.</w:t>
      </w:r>
      <w:r>
        <w:br/>
      </w:r>
      <w:r>
        <w:rPr>
          <w:sz w:val="20"/>
        </w:rPr>
        <w:t>56:56  lekin koi nahi, koi ek insaan mere ilm mein nahi, na maine parha, na suna, na jana, na kisi ne bataya mujhe aisa koi insaan rehta hai zameen ke upar.</w:t>
      </w:r>
      <w:r>
        <w:br/>
      </w:r>
      <w:r>
        <w:rPr>
          <w:sz w:val="20"/>
        </w:rPr>
        <w:t>57:13  kaisi anokhi baat hai ke sanjay babu ki dein sab ko dikhai parhe aur khawand zuljalal ki dein kisi ko na dikhai parhe.</w:t>
      </w:r>
      <w:r>
        <w:br/>
      </w:r>
      <w:r>
        <w:rPr>
          <w:sz w:val="20"/>
        </w:rPr>
        <w:t>57:26  kaisi anokhi baat hai</w:t>
      </w:r>
      <w:r>
        <w:br/>
      </w:r>
      <w:r>
        <w:rPr>
          <w:sz w:val="20"/>
        </w:rPr>
        <w:t>57:31  sanjay babu ki choti si dein logon ko dikhai parhe aur khuda ki universal dein jo hai, kainati dein jo hai, woh kisi ko dikhai na parhe.</w:t>
      </w:r>
      <w:r>
        <w:br/>
      </w:r>
      <w:r>
        <w:rPr>
          <w:sz w:val="20"/>
        </w:rPr>
        <w:t>57:50  isi liye living dua kisi ki zuban se nahi nikalti. Hadees mein aata hai ke tum duaen karoge, wala istijab lakum, duaen qabool nahi hongi.</w:t>
      </w:r>
    </w:p>
    <w:p>
      <w:pPr>
        <w:pStyle w:val="Heading2"/>
      </w:pPr>
      <w:r>
        <w:t>Angels, scripture and messengers cure cosmic loneliness</w:t>
      </w:r>
    </w:p>
    <w:p>
      <w:r>
        <w:rPr>
          <w:color w:val="666666"/>
          <w:sz w:val="18"/>
        </w:rPr>
        <w:t>Hadith-e-Jibril, April 21, 2013 · 5m 48s · at 29:39 · https://youtu.be/0rF6Ou0pDog?t=1779</w:t>
      </w:r>
    </w:p>
    <w:p>
      <w:r>
        <w:rPr>
          <w:i/>
        </w:rPr>
        <w:t>“وملائکتہ وکتبہ ورسلہ، کتاب پر ایمان لاؤ”</w:t>
      </w:r>
    </w:p>
    <w:p>
      <w:r>
        <w:rPr>
          <w:sz w:val="20"/>
        </w:rPr>
        <w:t>29:39  Wa malaikatahu wa kutubihu wa rusulih. Kitab par imaan lao, yani Allah ki kitab par, aur farishton par imaan lao, aur rasoolon par imaan lao.</w:t>
      </w:r>
      <w:r>
        <w:br/>
      </w:r>
      <w:r>
        <w:rPr>
          <w:sz w:val="20"/>
        </w:rPr>
        <w:t>29:51  Yeh sab imaan ka hissa hai.</w:t>
      </w:r>
      <w:r>
        <w:br/>
      </w:r>
      <w:r>
        <w:rPr>
          <w:sz w:val="20"/>
        </w:rPr>
        <w:t>29:56  Dekhein, jab aap ko daryaft hoti hai imaan ke darje mein haqeeqat ki daryaft to yeh sab cheezein aap ke daryaft ka hissa ban jati hain.</w:t>
      </w:r>
      <w:r>
        <w:br/>
      </w:r>
      <w:r>
        <w:rPr>
          <w:sz w:val="20"/>
        </w:rPr>
        <w:t>30:07  Aap daryaft karte hain ke Allah ne insaan ko jab paida kiya to yahi chhod nahi diya, ek nizam qaim kiya ke ek paighambar ho, us paighambar ka farishta aaye, Allah ki wahi le aaye,</w:t>
      </w:r>
      <w:r>
        <w:br/>
      </w:r>
      <w:r>
        <w:rPr>
          <w:sz w:val="20"/>
        </w:rPr>
        <w:t>30:24  woh aayi jama kar ke ek kitab banayi jaye. To yeh ek nizam hai Allah taala ka hidayat ka nizam. To kitab par imaan ke mani hain ke Allah ne jo nizam banaya hai hidayat insani ka, us ki daryaft,</w:t>
      </w:r>
      <w:r>
        <w:br/>
      </w:r>
      <w:r>
        <w:rPr>
          <w:sz w:val="20"/>
        </w:rPr>
        <w:t>30:40  us par yaqeen.</w:t>
      </w:r>
      <w:r>
        <w:br/>
      </w:r>
      <w:r>
        <w:rPr>
          <w:sz w:val="20"/>
        </w:rPr>
        <w:t>30:44  Yeh jo Allah ki aayi hui kitab hai, ab Quran, woh divine guidance hai. Us par yaqeen, yeh matlab hai is ka.</w:t>
      </w:r>
      <w:r>
        <w:br/>
      </w:r>
      <w:r>
        <w:rPr>
          <w:sz w:val="20"/>
        </w:rPr>
        <w:t>30:58  Doosri cheez hai malaika.</w:t>
      </w:r>
      <w:r>
        <w:br/>
      </w:r>
      <w:r>
        <w:rPr>
          <w:sz w:val="20"/>
        </w:rPr>
        <w:t>31:01  Yeh jo kainat hai, is ka nizam chala rahe hain malaika, yani malaika ko Allah taala ke karrindey hain.</w:t>
      </w:r>
      <w:r>
        <w:br/>
      </w:r>
      <w:r>
        <w:rPr>
          <w:sz w:val="20"/>
        </w:rPr>
        <w:t>31:14  To kaha ke is ka matlab yeh hai ke yeh mechanical world ka ulta hai. Yeh jo log Allah ko nahi mante, is ko ek mechanical phenomena samajhte hain kainat ko.</w:t>
      </w:r>
      <w:r>
        <w:br/>
      </w:r>
      <w:r>
        <w:rPr>
          <w:sz w:val="20"/>
        </w:rPr>
        <w:t>31:27  Mechanical phenomena,</w:t>
      </w:r>
      <w:r>
        <w:br/>
      </w:r>
      <w:r>
        <w:rPr>
          <w:sz w:val="20"/>
        </w:rPr>
        <w:t>31:31  ek be rooh machine. Lekin jab aap malaika par imaan late hain to is ka matlab yeh hota hai ke ek zinda kainat hai, yeh zinda hastiyan is ko nizam chala rahi hain, is ko manage kar rahi hain.</w:t>
      </w:r>
      <w:r>
        <w:br/>
      </w:r>
      <w:r>
        <w:rPr>
          <w:sz w:val="20"/>
        </w:rPr>
        <w:t>31:44  Har taraf woh zinda hastiyan mutharrik hain. Ab gaur kijiye ke kitna zyada badh jata hai aap ka shaoor kainat,</w:t>
      </w:r>
      <w:r>
        <w:br/>
      </w:r>
      <w:r>
        <w:rPr>
          <w:sz w:val="20"/>
        </w:rPr>
        <w:t>31:55  kitna zyada badh jata hai</w:t>
      </w:r>
      <w:r>
        <w:br/>
      </w:r>
      <w:r>
        <w:rPr>
          <w:sz w:val="20"/>
        </w:rPr>
        <w:t>31:58  ke agar aap manein kainat ko ek ek mechanical waqea to woh ek be rooh cheez hogi, be rooh cheez. Lekin jab yeh manein ke yeh kainat jo hai, is ko zinda hastiyan chala rahi hain,</w:t>
      </w:r>
      <w:r>
        <w:br/>
      </w:r>
      <w:r>
        <w:rPr>
          <w:sz w:val="20"/>
        </w:rPr>
        <w:t>32:13  farishte, angels, to ek ajeeb o ghareeb aap ko, aap ka imaan jo hai, ek living imaan ban jata hai.</w:t>
      </w:r>
      <w:r>
        <w:br/>
      </w:r>
      <w:r>
        <w:rPr>
          <w:sz w:val="20"/>
        </w:rPr>
        <w:t>32:21  Aap ke andar ek ek naya shaoor jaagta hai kainat ke bare mein. Aur teesri cheez jo hai,</w:t>
      </w:r>
      <w:r>
        <w:br/>
      </w:r>
      <w:r>
        <w:rPr>
          <w:sz w:val="20"/>
        </w:rPr>
        <w:t>32:32  Wa kutubihu wa rusulih. Rasool,</w:t>
      </w:r>
      <w:r>
        <w:br/>
      </w:r>
      <w:r>
        <w:rPr>
          <w:sz w:val="20"/>
        </w:rPr>
        <w:t>32:38  yani Allah taala ne tareekh mein bar bar peghambar bheje, aur aakhir mein Muhammad Sallallahu Alaihi Wasallam ko bheja hidayat insaan ki hidayat ke liye.</w:t>
      </w:r>
      <w:r>
        <w:br/>
      </w:r>
      <w:r>
        <w:rPr>
          <w:sz w:val="20"/>
        </w:rPr>
        <w:t>32:52  Aur aap par jo jo wahi utri, woh Quran ki surat mein mehfooz ho gayi. Aap ne jo kuch kaha, woh bhi hadith ki surat mein mehfooz ho gaya.</w:t>
      </w:r>
      <w:r>
        <w:br/>
      </w:r>
      <w:r>
        <w:rPr>
          <w:sz w:val="20"/>
        </w:rPr>
        <w:t>33:02  In sab baaton ko jaanna,</w:t>
      </w:r>
      <w:r>
        <w:br/>
      </w:r>
      <w:r>
        <w:rPr>
          <w:sz w:val="20"/>
        </w:rPr>
        <w:t>33:06  Iska matlab hai ke jo guidance, jo authentic guidance hai, woh rasool, rasooli guidance hai, authentic guidance, Allah ki taraf se aayi hui hai.</w:t>
      </w:r>
      <w:r>
        <w:br/>
      </w:r>
      <w:r>
        <w:rPr>
          <w:sz w:val="20"/>
        </w:rPr>
        <w:t>33:24  Is se aap ko ek ajeeb yaqeen haasil hota hai.</w:t>
      </w:r>
      <w:r>
        <w:br/>
      </w:r>
      <w:r>
        <w:rPr>
          <w:sz w:val="20"/>
        </w:rPr>
        <w:t>33:31  Is kainat mein ek scientist ne likha hai ke jab hum kainat ka mutala karte hain telescope ke zariye se to hum dekhte hain ke bohat badi kainat hai, bohat hi zyada badi kainat hai.</w:t>
      </w:r>
      <w:r>
        <w:br/>
      </w:r>
      <w:r>
        <w:rPr>
          <w:sz w:val="20"/>
        </w:rPr>
        <w:t>33:48  Is mein insaan bilkul akela dikhai deta hai. To ek ajeeb ehsas hota hai,</w:t>
      </w:r>
      <w:r>
        <w:br/>
      </w:r>
      <w:r>
        <w:rPr>
          <w:sz w:val="20"/>
        </w:rPr>
        <w:t>33:57  Bilkul akela, ek loneliness ka ehsas hota hai.</w:t>
      </w:r>
      <w:r>
        <w:br/>
      </w:r>
      <w:r>
        <w:rPr>
          <w:sz w:val="20"/>
        </w:rPr>
        <w:t>34:04  Lekin jab aap yaqeen karte hain rasoolon par to yeh loneliness khatam ho jata hai. To aap samajhte hain ke Allah ne aap ko akela nahi chhora, farishton ke zariye se peghambar ke paas hidayat bheji, aur is hidayat ko mehfooz kar diya Quran ki surat mein aur sunnat-e-rasool ki surat mein.</w:t>
      </w:r>
      <w:r>
        <w:br/>
      </w:r>
      <w:r>
        <w:rPr>
          <w:sz w:val="20"/>
        </w:rPr>
        <w:t>34:27  To aap ka tanhai ka ehsas khatam ho jata hai.</w:t>
      </w:r>
      <w:r>
        <w:br/>
      </w:r>
      <w:r>
        <w:rPr>
          <w:sz w:val="20"/>
        </w:rPr>
        <w:t>34:31  Phir ek ajeeb ghareeb zindagi aap ke andar aati hai.</w:t>
      </w:r>
      <w:r>
        <w:br/>
      </w:r>
      <w:r>
        <w:rPr>
          <w:sz w:val="20"/>
        </w:rPr>
        <w:t>34:39  Is zindagi ko main samajhta hoon ke lafzon mein bayan nahi kar sakta. Yun samajh lein ke aap akele kahin desert mein hon, akele bilkul desert mein tadap rahe hon.</w:t>
      </w:r>
      <w:r>
        <w:br/>
      </w:r>
      <w:r>
        <w:rPr>
          <w:sz w:val="20"/>
        </w:rPr>
        <w:t>34:49  Phir aap ko wahan se utha kar ek ek bohat thi shehar, ek abad shehar mein pahuncha diya jaye to kitna bada experience hota hoga aap ko.</w:t>
      </w:r>
      <w:r>
        <w:br/>
      </w:r>
      <w:r>
        <w:rPr>
          <w:sz w:val="20"/>
        </w:rPr>
        <w:t>34:59  Isi qism ka billion time zyada bada experience us waqt hoga jab aap yeh daryaft karein ke is kainat mein main akela nahi hoon, yahan Khuda hai, yahan malaika hain, yahan rasool hain, yahan Allah ki hidayat hai.</w:t>
      </w:r>
      <w:r>
        <w:br/>
      </w:r>
      <w:r>
        <w:rPr>
          <w:sz w:val="20"/>
        </w:rPr>
        <w:t>35:14  To woh tajruba billion time zyada bade level par haasil hota hai. Wal yawm al-aakhir, aur aakhirat ke din par yaqeen.</w:t>
      </w:r>
    </w:p>
    <w:p>
      <w:pPr>
        <w:pStyle w:val="Heading2"/>
      </w:pPr>
      <w:r>
        <w:t>Atheist denial and youth-age view</w:t>
      </w:r>
    </w:p>
    <w:p>
      <w:r>
        <w:rPr>
          <w:color w:val="666666"/>
          <w:sz w:val="18"/>
        </w:rPr>
        <w:t>Ideology of Tawhid June 08, 2008 Maulana Wahiduddin Khan · 1m 24s · at 3:33 · https://youtu.be/fMy6xgYDkwY?t=213</w:t>
      </w:r>
    </w:p>
    <w:p>
      <w:r>
        <w:rPr>
          <w:i/>
        </w:rPr>
        <w:t>“To isi ka ek item mujhe aaj mila paper mein”</w:t>
      </w:r>
    </w:p>
    <w:p>
      <w:r>
        <w:rPr>
          <w:sz w:val="20"/>
        </w:rPr>
        <w:t>3:33  to isi ka ek item mujhe aaj mila paper mein, aaj yani aath June ke paper mein.</w:t>
      </w:r>
      <w:r>
        <w:br/>
      </w:r>
      <w:r>
        <w:rPr>
          <w:sz w:val="20"/>
        </w:rPr>
        <w:t>3:42  ek sahab jo film industry mein well known hain, to aaj un ka ek interview aaya hai.</w:t>
      </w:r>
      <w:r>
        <w:br/>
      </w:r>
      <w:r>
        <w:rPr>
          <w:sz w:val="20"/>
        </w:rPr>
        <w:t>3:53  to yani aath June ke paper mein. to woh kehte hain ke: "I don't believe in God.</w:t>
      </w:r>
      <w:r>
        <w:br/>
      </w:r>
      <w:r>
        <w:rPr>
          <w:sz w:val="20"/>
        </w:rPr>
        <w:t>4:03  I don't like all those rituals. I don't like to visit mandir aur masjid waghera." aur mujhe to apne hard work par bharosa hai.</w:t>
      </w:r>
      <w:r>
        <w:br/>
      </w:r>
      <w:r>
        <w:rPr>
          <w:sz w:val="20"/>
        </w:rPr>
        <w:t>4:19  dekhein yeh baat hai sirf youth age ki. maine zindagi ke bohat tajrube kiye hain.</w:t>
      </w:r>
      <w:r>
        <w:br/>
      </w:r>
      <w:r>
        <w:rPr>
          <w:sz w:val="20"/>
        </w:rPr>
        <w:t>4:28  main boorha ho chuka hoon to bohat zyada experience maine kiya hai.</w:t>
      </w:r>
    </w:p>
    <w:p>
      <w:pPr>
        <w:pStyle w:val="Heading2"/>
      </w:pPr>
      <w:r>
        <w:t>Introduction to Islamic prayer</w:t>
      </w:r>
    </w:p>
    <w:p>
      <w:r>
        <w:rPr>
          <w:color w:val="666666"/>
          <w:sz w:val="18"/>
        </w:rPr>
        <w:t>Salat -- Islamic Prayer I 27th Feb. 07 · 55s · at 0:04 · https://youtu.be/y1MA97h7mxg?t=4</w:t>
      </w:r>
    </w:p>
    <w:p>
      <w:r>
        <w:rPr>
          <w:i/>
        </w:rPr>
        <w:t>“Bismillah ar-Rahman ar-Rahim”</w:t>
      </w:r>
    </w:p>
    <w:p>
      <w:r>
        <w:rPr>
          <w:sz w:val="20"/>
        </w:rPr>
        <w:t>0:04  bismillah rahman rahim, wasallallahu ala nabiyyil karim.</w:t>
      </w:r>
      <w:r>
        <w:br/>
      </w:r>
      <w:r>
        <w:rPr>
          <w:sz w:val="20"/>
        </w:rPr>
        <w:t>0:17  rabishrah li sadri, wayassir li amri, wahalil uqdata min lisani, yafqahu qawli.</w:t>
      </w:r>
      <w:r>
        <w:br/>
      </w:r>
      <w:r>
        <w:rPr>
          <w:sz w:val="20"/>
        </w:rPr>
        <w:t>0:31  The theme for this day is Islamic prayer.</w:t>
      </w:r>
      <w:r>
        <w:br/>
      </w:r>
      <w:r>
        <w:rPr>
          <w:sz w:val="20"/>
        </w:rPr>
        <w:t>0:45  The Arabic equivalent to the prayer is Salat, and in Persian and Urdu it is called Namaz.</w:t>
      </w:r>
      <w:r>
        <w:br/>
      </w:r>
      <w:r>
        <w:rPr>
          <w:sz w:val="20"/>
        </w:rPr>
        <w:t>0:59  so prayer, and salat, and namaz are one and the same. you know, there is a hadith.</w:t>
      </w:r>
    </w:p>
    <w:p>
      <w:pPr>
        <w:pStyle w:val="Heading2"/>
      </w:pPr>
      <w:r>
        <w:t>What is dua and why it needs a prepared mind</w:t>
      </w:r>
    </w:p>
    <w:p>
      <w:r>
        <w:rPr>
          <w:color w:val="666666"/>
          <w:sz w:val="18"/>
        </w:rPr>
        <w:t>The Importance of Dua | April 4, 2016 | Maulana Wahiduddin Khan · 2m 05s · at 0:45 · https://youtu.be/B9d4B3Nqiww?t=45</w:t>
      </w:r>
    </w:p>
    <w:p>
      <w:r>
        <w:rPr>
          <w:i/>
        </w:rPr>
        <w:t>“Dua ka literal meaning hai pukarna”</w:t>
      </w:r>
    </w:p>
    <w:p>
      <w:r>
        <w:rPr>
          <w:sz w:val="20"/>
        </w:rPr>
        <w:t>0:45  Ji, dua ka literal meaning hai pukarna.</w:t>
      </w:r>
      <w:r>
        <w:br/>
      </w:r>
      <w:r>
        <w:rPr>
          <w:sz w:val="20"/>
        </w:rPr>
        <w:t>0:55  is ka matlab hota hai insan jab apne rab ko pukare to us ko dua kaha jata hai.</w:t>
      </w:r>
      <w:r>
        <w:br/>
      </w:r>
      <w:r>
        <w:rPr>
          <w:sz w:val="20"/>
        </w:rPr>
        <w:t>1:06  dua ek bohat hi</w:t>
      </w:r>
      <w:r>
        <w:br/>
      </w:r>
      <w:r>
        <w:rPr>
          <w:sz w:val="20"/>
        </w:rPr>
        <w:t>1:16  special prayer hai.</w:t>
      </w:r>
      <w:r>
        <w:br/>
      </w:r>
      <w:r>
        <w:rPr>
          <w:sz w:val="20"/>
        </w:rPr>
        <w:t>1:24  dua yeh nahi ke bas koi baat padhe to aap lagen kuch relative alfaaz dua ke bolne lagen.</w:t>
      </w:r>
      <w:r>
        <w:br/>
      </w:r>
      <w:r>
        <w:rPr>
          <w:sz w:val="20"/>
        </w:rPr>
        <w:t>1:31  دعا ایک prepared mind چاہتی ہے۔</w:t>
      </w:r>
      <w:r>
        <w:br/>
      </w:r>
      <w:r>
        <w:rPr>
          <w:sz w:val="20"/>
        </w:rPr>
        <w:t>1:39  It requires a prepared mind to make a dua.</w:t>
      </w:r>
      <w:r>
        <w:br/>
      </w:r>
      <w:r>
        <w:rPr>
          <w:sz w:val="20"/>
        </w:rPr>
        <w:t>1:46  into source of the word.</w:t>
      </w:r>
      <w:r>
        <w:br/>
      </w:r>
      <w:r>
        <w:rPr>
          <w:sz w:val="20"/>
        </w:rPr>
        <w:t>1:54  to jis ko jis tarah doosre discipline mein aap apne aap ko prepare karte hain, maslan aap chahte</w:t>
      </w:r>
      <w:r>
        <w:br/>
      </w:r>
      <w:r>
        <w:rPr>
          <w:sz w:val="20"/>
        </w:rPr>
        <w:t>2:03  hain ke good english bolein aap to us ke liye aap log tayyar karte hain.</w:t>
      </w:r>
      <w:r>
        <w:br/>
      </w:r>
      <w:r>
        <w:rPr>
          <w:sz w:val="20"/>
        </w:rPr>
        <w:t>2:11  aap aise hi</w:t>
      </w:r>
      <w:r>
        <w:br/>
      </w:r>
      <w:r>
        <w:rPr>
          <w:sz w:val="20"/>
        </w:rPr>
        <w:t>2:19  sachi dua ke liye bhi aap ko apne ko tayyar karna hoga.</w:t>
      </w:r>
      <w:r>
        <w:br/>
      </w:r>
      <w:r>
        <w:rPr>
          <w:sz w:val="20"/>
        </w:rPr>
        <w:t>2:27  warna dua will go to unman.</w:t>
      </w:r>
      <w:r>
        <w:br/>
      </w:r>
      <w:r>
        <w:rPr>
          <w:sz w:val="20"/>
        </w:rPr>
        <w:t>2:35  مولانا، there is a saying of the Prophet according to which the essence of worship is prayer.</w:t>
      </w:r>
      <w:r>
        <w:br/>
      </w:r>
      <w:r>
        <w:rPr>
          <w:sz w:val="20"/>
        </w:rPr>
        <w:t>2:43  what does this mean? dekhiye, bohat hi important baat hai.</w:t>
      </w:r>
    </w:p>
    <w:p>
      <w:pPr>
        <w:pStyle w:val="Heading2"/>
      </w:pPr>
      <w:r>
        <w:t>Purifying the self and rediscovering our true nature</w:t>
      </w:r>
    </w:p>
    <w:p>
      <w:r>
        <w:rPr>
          <w:color w:val="666666"/>
          <w:sz w:val="18"/>
        </w:rPr>
        <w:t>Message of Ramadan April 9, 2023 Prof. Farida Khanam · 2m 43s · at 22:56 · https://youtu.be/z-jsHB1vlV4?t=1376</w:t>
      </w:r>
    </w:p>
    <w:p>
      <w:r>
        <w:rPr>
          <w:i/>
        </w:rPr>
        <w:t>“Purification of the self means we get lost in this world”</w:t>
      </w:r>
    </w:p>
    <w:p>
      <w:r>
        <w:rPr>
          <w:sz w:val="20"/>
        </w:rPr>
        <w:t>22:56  to purification of the self ka matlab hai ke hum apne ek mahaul mein rehte hain, is duniya ki zindagi mein rehte hain, to usmein hum kho jate hain. duniya jo hai woh bahut attractive hai. to hum usmein kho jate hain aur humko yeh ehsaas nahin hota ke hum is duniya mein kisi maqsad ke liye bheje gaye hain. to yeh jo hai duniya jo humein us maqsad se deviate karti hai.</w:t>
      </w:r>
      <w:r>
        <w:br/>
      </w:r>
      <w:r>
        <w:rPr>
          <w:sz w:val="20"/>
        </w:rPr>
        <w:t>23:23  maqsad jo hai hamara sirat e mustaqeem ka usse hamara deviation ho jata hai. to isliye humein bar bar iska yaad dilaya jata hai ke hum apni freedom ka misuse kar rahe hain. kyunke freedom to humein di gayi hai test ke liye. lekin is freedom ko humein misuse nahin karna hai. allah ki marzi ke mutabiq humein apni freedom ka use karna hai. yahi hamara test hai.</w:t>
      </w:r>
      <w:r>
        <w:br/>
      </w:r>
      <w:r>
        <w:rPr>
          <w:sz w:val="20"/>
        </w:rPr>
        <w:t>23:49  to humein chahiye ke hum apne nafs ko jo hamara conditioned ho jata hai bar bar conditioning ka case ban jata hai kyunke hum mustaqil society mein jate hain tarah tarah ka cheezon se hum expose hote hain to hamari conditioning hoti rehti hai. to hamesha us conditioning ko introspection ke zariye se humein usko door karna chahiye introspection, istighfar.</w:t>
      </w:r>
      <w:r>
        <w:br/>
      </w:r>
      <w:r>
        <w:rPr>
          <w:sz w:val="20"/>
        </w:rPr>
        <w:t>24:14  to koi bhi humein koi bhi galat kaam karein to hum sochenge kyunke insaan apne aap ko bohat ziyada acha samajhta hai. kisi ne kaha tha ke har insaan ke kaan mein shaitan ne yeh phook diya hai ke tumse acha koi nahi. to insaan apne aap ko sab acha hi samajhte hain. to is wajah se unko apni ghalti nazar nahi aati hai. to jab hum introspection karte hain, Maulana bohat ziyada introspection karte the.</w:t>
      </w:r>
      <w:r>
        <w:br/>
      </w:r>
      <w:r>
        <w:rPr>
          <w:sz w:val="20"/>
        </w:rPr>
        <w:t>24:42  baar baar sochte rehte the ke maine koi baat mein ghalti to nahi ho gayi hai. musalsal is par sochte rehte the. to hum soch sochkar hum apni ghalti ko dhoondhein, ghalti ko nikalen aur phir Khuda se istighfar karein. Khuda se tauba karein. usko tauba to nasooh kar dein, sacchi tauba. to woh tauba karein to kaha jaye ke jisne imaan aur ehsaab ke saath roze rakhe uske tamam pichle gunah maaf ho jate hain.</w:t>
      </w:r>
      <w:r>
        <w:br/>
      </w:r>
      <w:r>
        <w:rPr>
          <w:sz w:val="20"/>
        </w:rPr>
        <w:t>25:11  yeh hadees hai. to yeh kaam koi bohat ziyada mushkil nahi hai ke we are spiritual by birth. hum spiritual hi paida hue hain. yeh to upar se hamari conditioning ho jati hai. to isi veil ko hamein hatana hai. jab hum is veil ko hatayenge to jo hamara spiritual potential hai woh actual ban jayega. to hamein sirf discover karna hai. aisa nahi kuch invent karna hai.</w:t>
      </w:r>
      <w:r>
        <w:br/>
      </w:r>
      <w:r>
        <w:rPr>
          <w:sz w:val="20"/>
        </w:rPr>
        <w:t>25:39  koi nai cheez nikalni hai balkeh hamein sirf discover karna hai apni asal fitrat ko. to yeh asal fitrat ko discover karenge jab bhi hum hamara Khuda se connection qaim hoga. to yeh kaam itna aam hai ke paighambar ko ka ek kaam bataya gaya hai ke woh ummat ka tazkiya karta hai. Surah Baqarah mein 129.</w:t>
      </w:r>
    </w:p>
    <w:p>
      <w:pPr>
        <w:pStyle w:val="Heading2"/>
      </w:pPr>
      <w:r>
        <w:t>God-man meeting point is helplessness</w:t>
      </w:r>
    </w:p>
    <w:p>
      <w:r>
        <w:rPr>
          <w:color w:val="666666"/>
          <w:sz w:val="18"/>
        </w:rPr>
        <w:t>Ramadan October 2, 2005 Maulana Wahiduddin Khan · 21s · at 43:21 · https://youtu.be/s3XMFRsiqC0?t=2601</w:t>
      </w:r>
    </w:p>
    <w:p>
      <w:r>
        <w:rPr>
          <w:i/>
        </w:rPr>
        <w:t>“Yani helplessness”</w:t>
      </w:r>
    </w:p>
    <w:p>
      <w:r>
        <w:rPr>
          <w:sz w:val="20"/>
        </w:rPr>
        <w:t>43:21  yaani helplessness. Az means helplessness. Jab helplessness ka aakhri darja aa jaye</w:t>
      </w:r>
      <w:r>
        <w:br/>
      </w:r>
      <w:r>
        <w:rPr>
          <w:sz w:val="20"/>
        </w:rPr>
        <w:t>43:35  to wahi aap Khuda se mulaqaat hoti hai aap ki.</w:t>
      </w:r>
    </w:p>
    <w:p>
      <w:pPr>
        <w:pStyle w:val="Heading2"/>
      </w:pPr>
      <w:r>
        <w:t>full chain from intellect to God-consciousness</w:t>
      </w:r>
    </w:p>
    <w:p>
      <w:r>
        <w:rPr>
          <w:color w:val="666666"/>
          <w:sz w:val="18"/>
        </w:rPr>
        <w:t>Dars -e-Quran June 30, 2007 · 5m 24s · at 33:08 · https://youtu.be/I2HVuhH6eS8?t=1988</w:t>
      </w:r>
    </w:p>
    <w:p>
      <w:r>
        <w:rPr>
          <w:i/>
        </w:rPr>
        <w:t>“اے عقل والو! مجھ سے ڈرو”</w:t>
      </w:r>
    </w:p>
    <w:p>
      <w:r>
        <w:rPr>
          <w:sz w:val="20"/>
        </w:rPr>
        <w:t>33:08  wa attaqooni ya ulil albab aql walo! mujh se daro.</w:t>
      </w:r>
      <w:r>
        <w:br/>
      </w:r>
      <w:r>
        <w:rPr>
          <w:sz w:val="20"/>
        </w:rPr>
        <w:t>33:17  aql walo! mujh se daro. aql walo! taqwa ka tareeqa ikhtiyar karo. yeh bohat hi aham baat hai.</w:t>
      </w:r>
      <w:r>
        <w:br/>
      </w:r>
      <w:r>
        <w:rPr>
          <w:sz w:val="20"/>
        </w:rPr>
        <w:t>33:31  is se yeh maloom hua ke taqwa ka talluq aql se hai. khuda ke, khuda se dar kar dunya mein rehna, mutaqqi ban kar dunya mein rehna,</w:t>
      </w:r>
      <w:r>
        <w:br/>
      </w:r>
      <w:r>
        <w:rPr>
          <w:sz w:val="20"/>
        </w:rPr>
        <w:t>33:45  taqwa ka tareeqa ikhtiyar karna, is ka talluq kis se hai? aql se hai. aql kaise hai?</w:t>
      </w:r>
      <w:r>
        <w:br/>
      </w:r>
      <w:r>
        <w:rPr>
          <w:sz w:val="20"/>
        </w:rPr>
        <w:t>33:54  aql se. aadmi ke pure behavior ko insan ka mind control karta hai.</w:t>
      </w:r>
      <w:r>
        <w:br/>
      </w:r>
      <w:r>
        <w:rPr>
          <w:sz w:val="20"/>
        </w:rPr>
        <w:t>34:04  yeh body jo hai, yeh to body jo hai, yeh to mind ka vehicle hai. mind ki sawari hai. asal jo hai, woh to mind hai.</w:t>
      </w:r>
      <w:r>
        <w:br/>
      </w:r>
      <w:r>
        <w:rPr>
          <w:sz w:val="20"/>
        </w:rPr>
        <w:t>34:15  sara kaam mind ke zariye hota hai. aur mind jo hai, kya hai?</w:t>
      </w:r>
      <w:r>
        <w:br/>
      </w:r>
      <w:r>
        <w:rPr>
          <w:sz w:val="20"/>
        </w:rPr>
        <w:t>34:21  woh thinking capacity is ke andar be panah hai.</w:t>
      </w:r>
      <w:r>
        <w:br/>
      </w:r>
      <w:r>
        <w:rPr>
          <w:sz w:val="20"/>
        </w:rPr>
        <w:t>34:27  hamara mind is ke andar ek universe of thinking hai. woh sare universe ke barabar is ke andar thinking ki taqat pai jati hai.</w:t>
      </w:r>
      <w:r>
        <w:br/>
      </w:r>
      <w:r>
        <w:rPr>
          <w:sz w:val="20"/>
        </w:rPr>
        <w:t>34:43  to soch samajh kar ke jab aadmi ek ravaiyah banaye ga to woh bohat bari baat hogi is ke liye.</w:t>
      </w:r>
      <w:r>
        <w:br/>
      </w:r>
      <w:r>
        <w:rPr>
          <w:sz w:val="20"/>
        </w:rPr>
        <w:t>34:54  to taqwa mein aql ka talluq kis tarah se hai</w:t>
      </w:r>
      <w:r>
        <w:br/>
      </w:r>
      <w:r>
        <w:rPr>
          <w:sz w:val="20"/>
        </w:rPr>
        <w:t>34:57  ? is tarah se hai ke hum apni aql ko istemal kar ke ghor o fikr karte hain, sochte hain.</w:t>
      </w:r>
      <w:r>
        <w:br/>
      </w:r>
      <w:r>
        <w:rPr>
          <w:sz w:val="20"/>
        </w:rPr>
        <w:t>35:07  aur phir hum khuda ko discover karte hain. khuda ki marifat hasil karte hain. hum ko khuda ki daryaft hoti hai.</w:t>
      </w:r>
      <w:r>
        <w:br/>
      </w:r>
      <w:r>
        <w:rPr>
          <w:sz w:val="20"/>
        </w:rPr>
        <w:t>35:18  to marifat khuda ki kaise hoti hai? aql ke zariye hoti hai.</w:t>
      </w:r>
      <w:r>
        <w:br/>
      </w:r>
      <w:r>
        <w:rPr>
          <w:sz w:val="20"/>
        </w:rPr>
        <w:t>35:26  aql ko istemaal jab kareinge hum, tabhi hum ko marifat ka darja milega.</w:t>
      </w:r>
      <w:r>
        <w:br/>
      </w:r>
      <w:r>
        <w:rPr>
          <w:sz w:val="20"/>
        </w:rPr>
        <w:t>35:36  to jab aadmi ko Khuda ki gehri marifat ho, is ne Khuda ki baRai ko daryaft kiya ho, Khuda ki azmat ko is ne paya ho,</w:t>
      </w:r>
      <w:r>
        <w:br/>
      </w:r>
      <w:r>
        <w:rPr>
          <w:sz w:val="20"/>
        </w:rPr>
        <w:t>35:48  apni aql ko istemaal kar ke, apni ghor o fikr ko istemaal kar ke, tadabbur aur tafakkur ko istemaal kar ke is ne jana ho ke Khuda hi is alam ka creator hai, Khuda hi is alam ka sustainer hai,</w:t>
      </w:r>
      <w:r>
        <w:br/>
      </w:r>
      <w:r>
        <w:rPr>
          <w:sz w:val="20"/>
        </w:rPr>
        <w:t>36:05  Khuda Rabb ul Alameen hai,</w:t>
      </w:r>
      <w:r>
        <w:br/>
      </w:r>
      <w:r>
        <w:rPr>
          <w:sz w:val="20"/>
        </w:rPr>
        <w:t>36:09  Khuda Malik e Youm ud Deen hai, yeh sari baatein soch kar aadmi ke dimagh mein aati hain. aur isi ko marifat kaha gaya hai.</w:t>
      </w:r>
      <w:r>
        <w:br/>
      </w:r>
      <w:r>
        <w:rPr>
          <w:sz w:val="20"/>
        </w:rPr>
        <w:t>36:20  to marifat sochne se aati hai, aql ko istemaal karne se aati hai.</w:t>
      </w:r>
      <w:r>
        <w:br/>
      </w:r>
      <w:r>
        <w:rPr>
          <w:sz w:val="20"/>
        </w:rPr>
        <w:t>36:28  to jab hum aql ko istemaal kar ke Khuda ki is tarah marifat hasil kareinge to isi ke nateeje ka naam taqwa hai.</w:t>
      </w:r>
      <w:r>
        <w:br/>
      </w:r>
      <w:r>
        <w:rPr>
          <w:sz w:val="20"/>
        </w:rPr>
        <w:t>36:41  isi ke nateeje ka naam taqwa hai.</w:t>
      </w:r>
      <w:r>
        <w:br/>
      </w:r>
      <w:r>
        <w:rPr>
          <w:sz w:val="20"/>
        </w:rPr>
        <w:t>36:46  jaise aap ek jagah hain, achanak aap ko yeh daryaft ho ke yahan par ek sher khara hua hai.</w:t>
      </w:r>
      <w:r>
        <w:br/>
      </w:r>
      <w:r>
        <w:rPr>
          <w:sz w:val="20"/>
        </w:rPr>
        <w:t>36:57  to kya hoga? ek zabardast ehsas jaagega aap ke andar ke apne aap ko sher se bachana hai.</w:t>
      </w:r>
      <w:r>
        <w:br/>
      </w:r>
      <w:r>
        <w:rPr>
          <w:sz w:val="20"/>
        </w:rPr>
        <w:t>37:07  sher ki daryaft apne aap sher ke bare mein aap ko jaga deti hai.</w:t>
      </w:r>
      <w:r>
        <w:br/>
      </w:r>
      <w:r>
        <w:rPr>
          <w:sz w:val="20"/>
        </w:rPr>
        <w:t>37:16  sher ki maujudgi ko daryaft karte hi aap ke andar ek zabardast storm aata hai.</w:t>
      </w:r>
      <w:r>
        <w:br/>
      </w:r>
      <w:r>
        <w:rPr>
          <w:sz w:val="20"/>
        </w:rPr>
        <w:t>37:30  is tarike se Khuda ki daryaft bhi ek zabardast storm layegi aap ke andar. Khuda aap ka sab se bara concern ban jayega.</w:t>
      </w:r>
      <w:r>
        <w:br/>
      </w:r>
      <w:r>
        <w:rPr>
          <w:sz w:val="20"/>
        </w:rPr>
        <w:t>37:43  aap sab se zyada Khuda se darenge. aap sab se zyada Khuda se mohabbat kareinge. aap ke sare jazbat ka markaz Khuda ban jayega.</w:t>
      </w:r>
      <w:r>
        <w:br/>
      </w:r>
      <w:r>
        <w:rPr>
          <w:sz w:val="20"/>
        </w:rPr>
        <w:t>37:57  aap ki soch God oriented soch hogi. aap ki speech God oriented speech hogi.</w:t>
      </w:r>
      <w:r>
        <w:br/>
      </w:r>
      <w:r>
        <w:rPr>
          <w:sz w:val="20"/>
        </w:rPr>
        <w:t>38:11  aap ka amal God oriented amal hoga. aap ka behavior God oriented behavior hoga.</w:t>
      </w:r>
      <w:r>
        <w:br/>
      </w:r>
      <w:r>
        <w:rPr>
          <w:sz w:val="20"/>
        </w:rPr>
        <w:t>38:24  to sab cheez juri hui hai marifat se aur marifat ka nateeja hai taqwa. to farmaya ke</w:t>
      </w:r>
    </w:p>
    <w:p>
      <w:pPr>
        <w:pStyle w:val="Heading2"/>
      </w:pPr>
      <w:r>
        <w:t>Qarun's ungrateful wealth and his sudden destruction</w:t>
      </w:r>
    </w:p>
    <w:p>
      <w:r>
        <w:rPr>
          <w:color w:val="666666"/>
          <w:sz w:val="18"/>
        </w:rPr>
        <w:t>The Spirit of Namaz February 13, 2022 Dr. Saniyasnain Khan · 1m 19s · at 51:34 · https://youtu.be/Mh4K7ZR4RbE?t=3094</w:t>
      </w:r>
    </w:p>
    <w:p>
      <w:r>
        <w:rPr>
          <w:i/>
        </w:rPr>
        <w:t>“There was a man named Qarun, the opposite example”</w:t>
      </w:r>
    </w:p>
    <w:p>
      <w:r>
        <w:rPr>
          <w:sz w:val="20"/>
        </w:rPr>
        <w:t>51:34  to ye yani shakirana zindagi ki misaal thi aur agar hum gair shakirana zindagi ki misaal bhi dekhein to wo bhi quran bhi milti hai bahut achhi. ek aadmi tha caron jisko bible mein kora kehte hain. wo pharaoh ka kiron ka saathi tha to uske baad bahut daulat thi. bahut hi treasure bada treasure house tha. treasure tha uska itna ki chabiyan hi bahut sare log uthate the.</w:t>
      </w:r>
      <w:r>
        <w:br/>
      </w:r>
      <w:r>
        <w:rPr>
          <w:sz w:val="20"/>
        </w:rPr>
        <w:t>52:01  to us se logon ne kaha bhai tumhare paas bahut daulat hai. tum iski namaz karte ho. is se achha hai ke tum gareeb logon ko do, madad karo logon ki.</w:t>
      </w:r>
      <w:r>
        <w:br/>
      </w:r>
      <w:r>
        <w:rPr>
          <w:sz w:val="20"/>
        </w:rPr>
        <w:t>52:26  to yeh ek ghair shakirana zindagi ki misaal hai uska aur anjam hi aisa hua ke ek jhaljhala aaya bahut bada. uska jo ghar tha palace, treasure aur woh khud sab us us jaldale mein zameen doos ho gaya aur woh khatm ho gaya. to yeh hai jo hamd molana kahi ke har waqt huda ke shukr mein jeena.</w:t>
      </w:r>
      <w:r>
        <w:br/>
      </w:r>
      <w:r>
        <w:rPr>
          <w:sz w:val="20"/>
        </w:rPr>
        <w:t>52:53  yeh badi ahum cheez hai yaani yeh ahum tareen hai. varshury fatiha poori isi ke baare mein hai aur doosri jo cheez hai woh taqdeer hai yaani allah wakbar. ab aajkal to allahu akbar ek political nara van gaya hai. halanki allahu akbar ka matlab hai ke khuda bada hai aur main chhota hoon.</w:t>
      </w:r>
    </w:p>
    <w:p>
      <w:pPr>
        <w:pStyle w:val="Heading2"/>
      </w:pPr>
      <w:r>
        <w:t>Islamic speech leads to introspection</w:t>
      </w:r>
    </w:p>
    <w:p>
      <w:r>
        <w:rPr>
          <w:color w:val="666666"/>
          <w:sz w:val="18"/>
        </w:rPr>
        <w:t>Q&amp;A 09 Dec 2007 Maulana Wahiduddin Khan · 28s · at 3:00 · https://youtu.be/Ks8odTgyfgc?t=180</w:t>
      </w:r>
    </w:p>
    <w:p>
      <w:r>
        <w:rPr>
          <w:i/>
        </w:rPr>
        <w:t>“To main samajhta hoon ki jo criteria hai”</w:t>
      </w:r>
    </w:p>
    <w:p>
      <w:r>
        <w:rPr>
          <w:sz w:val="20"/>
        </w:rPr>
        <w:t>3:00  to main samajhta hoon ki jo criteria hai, wo yeh hai ki speech islami speech hai, usko sunkar ke log introspection mein chale jayein, sochne lage, sochne lage, sochne lage. aur jahan taliyan bajayein, to wo to yani gumrahi hai, wo kyunki rasoolallah ke miyar se hata hua hai. jo rasoolallah ka miyar hai, usse hata hua hai. yeh har mamle mein hai,</w:t>
      </w:r>
    </w:p>
    <w:p>
      <w:pPr>
        <w:pStyle w:val="Heading2"/>
      </w:pPr>
      <w:r>
        <w:t>Despair is disbelief according to Quran</w:t>
      </w:r>
    </w:p>
    <w:p>
      <w:r>
        <w:rPr>
          <w:color w:val="666666"/>
          <w:sz w:val="18"/>
        </w:rPr>
        <w:t>CPS INTERNATIONAL EK TA 'RUF · 44s · at 21:38 · https://youtu.be/THnDqEQqhJk?t=1298</w:t>
      </w:r>
    </w:p>
    <w:p>
      <w:r>
        <w:rPr>
          <w:i/>
        </w:rPr>
        <w:t>“If we die in despair, that is disbelief.”</w:t>
      </w:r>
    </w:p>
    <w:p>
      <w:r>
        <w:rPr>
          <w:sz w:val="20"/>
        </w:rPr>
        <w:t>21:38  Mera aap se ek sawal hai: Agar hum girgira kar Allah se dua mangte hon ke hamein sirat e mustaqeem par chalayein aur is giroh mein shamil karein jo aakhirat mein Allah ke paas qabool hone wala ho, to kya Rahman o Raheem Rab, hidayat dene wale, pukaarne wale ki pukaar sunne wale, sirat e mustaqeem ki taraf bulane wale, hamein bhatakne ke liye chhod denge?</w:t>
      </w:r>
      <w:r>
        <w:br/>
      </w:r>
      <w:r>
        <w:rPr>
          <w:sz w:val="20"/>
        </w:rPr>
        <w:t>22:08  kya hum na umidi</w:t>
      </w:r>
      <w:r>
        <w:br/>
      </w:r>
      <w:r>
        <w:rPr>
          <w:sz w:val="20"/>
        </w:rPr>
        <w:t>22:09  mein jee kar mar jayen ge? aisa hai to phir yeh kufar hoga kyunke Allah ne farmaya hai: "na umidi kufar hai." ab CPS ke kaam ki wazahat karti hoon.</w:t>
      </w:r>
    </w:p>
    <w:p>
      <w:pPr>
        <w:pStyle w:val="Heading2"/>
      </w:pPr>
      <w:r>
        <w:t>Quran exegesis and continuous ijtihad</w:t>
      </w:r>
    </w:p>
    <w:p>
      <w:r>
        <w:rPr>
          <w:color w:val="666666"/>
          <w:sz w:val="18"/>
        </w:rPr>
        <w:t>AL RISALA JUNE 2017 - AUDIO VERSION · 5m 39s · at 11:20 · https://youtu.be/Qa5wquQq-s8?t=680</w:t>
      </w:r>
    </w:p>
    <w:p>
      <w:r>
        <w:rPr>
          <w:i/>
        </w:rPr>
        <w:t>“Quran ki tafseer mein kaseer kitaabein”</w:t>
      </w:r>
    </w:p>
    <w:p>
      <w:r>
        <w:rPr>
          <w:sz w:val="20"/>
        </w:rPr>
        <w:t>11:20  quran ki tafseer. quran ki tafseer mein kasrat se kitabein likhi gayi hain. aam tareeqa yeh hai ke in mufassireen ko mukhtalif tabaqat mein taqseem kiya gaya hai.</w:t>
      </w:r>
      <w:r>
        <w:br/>
      </w:r>
      <w:r>
        <w:rPr>
          <w:sz w:val="20"/>
        </w:rPr>
        <w:t>11:35  pehlay tabaqe mein sahaba ki tafseerein hain, mislan abdullah ibn abbas aur abdullah ibn masood waghera.</w:t>
      </w:r>
      <w:r>
        <w:br/>
      </w:r>
      <w:r>
        <w:rPr>
          <w:sz w:val="20"/>
        </w:rPr>
        <w:t>11:44  dosray tabaqe mein tabieen ki tafseerein hain, mislan akrama aur mujahid waghera. teesray tabaqe mein woh log jinhon ne sahaba o tabieen ke aqwal ko jama kiya, mislan abdul razzaq aur sufyan bin uyaynah waghera.</w:t>
      </w:r>
      <w:r>
        <w:br/>
      </w:r>
      <w:r>
        <w:rPr>
          <w:sz w:val="20"/>
        </w:rPr>
        <w:t>12:03  chauthe tabaqe mein woh log hain jinhon ne sahaba o tabieen ke aqwal par apni tawjeeh aur tarjeeh aur istinbaat ko shamil kiya, mislan ibn jarir tabari waghera.</w:t>
      </w:r>
      <w:r>
        <w:br/>
      </w:r>
      <w:r>
        <w:rPr>
          <w:sz w:val="20"/>
        </w:rPr>
        <w:t>12:16  panchwein tabaqe mein un logon ko shumar kiya gaya hai jo quran ki tafseer mein lughwi fawaid aur wujooh e aarab ka zikr karte hain, mislan abu ishaq al-zajjaj aur abu jaafar al-nahhas waghera.</w:t>
      </w:r>
      <w:r>
        <w:br/>
      </w:r>
      <w:r>
        <w:rPr>
          <w:sz w:val="20"/>
        </w:rPr>
        <w:t>12:31  chhatay tabaqe mein woh mufassireen atay hain jo kisi khaas ilm mein shaghf rakhte thay aur usi ke mutabiq unhon ne apni tafseerein likhi hain, mislan abu hayyan al-andalusi ki tafseer "al-bahr al-muhit" jo nahvi qawaid ke aitbar se likhi gayi, aur abubakar al-jassas ki "ahkam al-quran" jis mein fiqhi aitbar se ayat ki tafseer ki gayi hai.</w:t>
      </w:r>
      <w:r>
        <w:br/>
      </w:r>
      <w:r>
        <w:rPr>
          <w:sz w:val="20"/>
        </w:rPr>
        <w:t>12:59  saatwein tabaqe mein daur jadeed ke mufassireen ko shumar kiya ja sakta hai, mislan muhammad abduh, rasheed rida aur syed qutb waghera.</w:t>
      </w:r>
      <w:r>
        <w:br/>
      </w:r>
      <w:r>
        <w:rPr>
          <w:sz w:val="20"/>
        </w:rPr>
        <w:t>13:11  mufassireen ke tabaqat ki yeh taqseem amlan durust hai, lekin woh baad ke zamanay mein qaim ki gayi hai. jahan tak quran ka taluq hai, is mein sarahat ke sath sirf ek hi tabaqe ka zikr kiya gaya hai, aur woh quran mein tadabbur aur tafakkur karne walay log hain.</w:t>
      </w:r>
      <w:r>
        <w:br/>
      </w:r>
      <w:r>
        <w:rPr>
          <w:sz w:val="20"/>
        </w:rPr>
        <w:t>13:31  quran ke alfaaz yeh hain: "kitab anzalnahu ilayka mubarakul liyudabbiru ayatihi walitadhakkar ulul albab".</w:t>
      </w:r>
      <w:r>
        <w:br/>
      </w:r>
      <w:r>
        <w:rPr>
          <w:sz w:val="20"/>
        </w:rPr>
        <w:t>13:45  tahum zahir hai ke yeh tadabbur aazadana tadabbur nahin hoga, balke woh is mamle mein tamam mo'tabar makhaz aur mo'tabar shakhsiyaton ko shamil kar ke kiya jayega.</w:t>
      </w:r>
      <w:r>
        <w:br/>
      </w:r>
      <w:r>
        <w:rPr>
          <w:sz w:val="20"/>
        </w:rPr>
        <w:t>13:58  mutala quran ka maqsad sirf fanni taqaze ko poora karna nahin hai, balke yeh hai ke woh qari ke apne zehn ka juz ban jaye.</w:t>
      </w:r>
      <w:r>
        <w:br/>
      </w:r>
      <w:r>
        <w:rPr>
          <w:sz w:val="20"/>
        </w:rPr>
        <w:t>14:08  yahi woh haqeeqat hai jo quran ki is aayat mein bayan ki gayi hai: "bal huwa ayatum bayyinatum fi sudoor alladhina utul ilm".</w:t>
      </w:r>
      <w:r>
        <w:br/>
      </w:r>
      <w:r>
        <w:rPr>
          <w:sz w:val="20"/>
        </w:rPr>
        <w:t>14:24  quran kitab mahjoor. quran ki aik ayat in alfaaz mein aayi hai: "wa qala ar-rasool: ya rabbi!</w:t>
      </w:r>
      <w:r>
        <w:br/>
      </w:r>
      <w:r>
        <w:rPr>
          <w:sz w:val="20"/>
        </w:rPr>
        <w:t>14:33  ana qaumun ittakhathoo al-qurana mahjoora". rasool kahega ke: "ae mir</w:t>
      </w:r>
      <w:r>
        <w:br/>
      </w:r>
      <w:r>
        <w:rPr>
          <w:sz w:val="20"/>
        </w:rPr>
        <w:t>14:41  e rab! meri qaum ne is quran ko chhori hui kitab bana diya". quran ko kitab mahjoor yaani abandoned book banane ka matlab kya hai?</w:t>
      </w:r>
      <w:r>
        <w:br/>
      </w:r>
      <w:r>
        <w:rPr>
          <w:sz w:val="20"/>
        </w:rPr>
        <w:t>14:52  is ka matlab yeh nahi hai ke baad ke zamane mein ummat aisa karegi ke woh quran ko kisi andhere goshe mein daal de aur woh is se koi ta'alluq na rakhe.</w:t>
      </w:r>
      <w:r>
        <w:br/>
      </w:r>
      <w:r>
        <w:rPr>
          <w:sz w:val="20"/>
        </w:rPr>
        <w:t>15:05  ummat khwah apne daur-e-zawaal mein ho, tab bhi is ke liye aisa karna bilkul naamumkin hai. quran baad ke zamane mein ummat ka fakhr yaani pride ban jaata hai.</w:t>
      </w:r>
      <w:r>
        <w:br/>
      </w:r>
      <w:r>
        <w:rPr>
          <w:sz w:val="20"/>
        </w:rPr>
        <w:t>15:18  phir kaise koi ummat aisa kar sakti hai ke woh quran ko apne liye aik chhori hui kitab bana de?</w:t>
      </w:r>
      <w:r>
        <w:br/>
      </w:r>
      <w:r>
        <w:rPr>
          <w:sz w:val="20"/>
        </w:rPr>
        <w:t>15:26  asal yeh hai ke halaat hamesha badalte rehte hain, sirf zamane ke aitbaar se nahi, balkeh roz-o-shab ke aitbaar se bhi.</w:t>
      </w:r>
      <w:r>
        <w:br/>
      </w:r>
      <w:r>
        <w:rPr>
          <w:sz w:val="20"/>
        </w:rPr>
        <w:t>15:35  mislan banu qareezah ki riwayat sahih bukhari hadith number 946 ke mutabiq chand ghanton ke andar bhi halaat badal sakte hain aur naye ijtihad ki zaroorat pesh aa sakti hai.</w:t>
      </w:r>
      <w:r>
        <w:br/>
      </w:r>
      <w:r>
        <w:rPr>
          <w:sz w:val="20"/>
        </w:rPr>
        <w:t>15:51  is liye quran ko kitab-e-hidayat banane ke liye zaroori hai ke ummat ke ulama aur rehnuma ijtihad ki salahiyat ke hamil hon.</w:t>
      </w:r>
      <w:r>
        <w:br/>
      </w:r>
      <w:r>
        <w:rPr>
          <w:sz w:val="20"/>
        </w:rPr>
        <w:t>16:02  woh har nayi soorat-e-haal mein quran ki tatbeeq-e-nau yaani re-application tayyar kar saken. woh quran ki abdi ta'limaat ki waqti tafseer daryaft karte rahen.</w:t>
      </w:r>
      <w:r>
        <w:br/>
      </w:r>
      <w:r>
        <w:rPr>
          <w:sz w:val="20"/>
        </w:rPr>
        <w:t>16:15  is maamle mein sahih tatbeeq ke liye zaroori hai ke aadmi waqt ke halaat ka nihayat sahih andaaza kar sake.</w:t>
      </w:r>
      <w:r>
        <w:br/>
      </w:r>
      <w:r>
        <w:rPr>
          <w:sz w:val="20"/>
        </w:rPr>
        <w:t>16:24  agar woh apni ghair-haqeeqat pasandana fikr ki bina par muwafiq soorat-e-haal ko apne liye mukhalif soorat-e-haal samajh le to woh badle hue halaat mein quran ki sahih tatbeeq daryaft karne mein nakaam rahega.</w:t>
      </w:r>
      <w:r>
        <w:br/>
      </w:r>
      <w:r>
        <w:rPr>
          <w:sz w:val="20"/>
        </w:rPr>
        <w:t>16:41  woh kisi hukum ka aisa mafhoom samajh lega jis ka quran se koi ta'alluq na hoga. is bina par quran ki durust tatbeeq ke liye zaroori hai ke aadmi ke andar durust fikr maujood ho.</w:t>
      </w:r>
    </w:p>
    <w:p>
      <w:pPr>
        <w:pStyle w:val="Heading2"/>
      </w:pPr>
      <w:r>
        <w:t>what Ramadan and the Quran's message really are</w:t>
      </w:r>
    </w:p>
    <w:p>
      <w:r>
        <w:rPr>
          <w:color w:val="666666"/>
          <w:sz w:val="18"/>
        </w:rPr>
        <w:t>On The Month of Ramadan September 23, 2007 · 1m 22s · at 0:36 · https://youtu.be/8MIl4_cPq1k?t=36</w:t>
      </w:r>
    </w:p>
    <w:p>
      <w:r>
        <w:rPr>
          <w:i/>
        </w:rPr>
        <w:t>“Today's topic is the month of Ramadan.”</w:t>
      </w:r>
    </w:p>
    <w:p>
      <w:r>
        <w:rPr>
          <w:sz w:val="20"/>
        </w:rPr>
        <w:t>0:36  aaj ka jo topic hai woh hai "on the month of ramadan".</w:t>
      </w:r>
      <w:r>
        <w:br/>
      </w:r>
      <w:r>
        <w:rPr>
          <w:sz w:val="20"/>
        </w:rPr>
        <w:t>0:46  aap jante hain ke ramadan jo hai woh hijri calendar ka nawan mahina hai.</w:t>
      </w:r>
      <w:r>
        <w:br/>
      </w:r>
      <w:r>
        <w:rPr>
          <w:sz w:val="20"/>
        </w:rPr>
        <w:t>0:57  is mahine ko islam mein poore mahine ke liye fasting ka mahina banaya gaya hai, aur kaha yeh gaya hai quran mein ke is mahine mein allah taala ne quran utara, quran.</w:t>
      </w:r>
      <w:r>
        <w:br/>
      </w:r>
      <w:r>
        <w:rPr>
          <w:sz w:val="20"/>
        </w:rPr>
        <w:t>1:16  is liye tum is mahine mein poore mahine ke liye roza rakho. to yeh hai month of ramadan.</w:t>
      </w:r>
      <w:r>
        <w:br/>
      </w:r>
      <w:r>
        <w:rPr>
          <w:sz w:val="20"/>
        </w:rPr>
        <w:t>1:28  quran kya hai? quran is liye utra ke sare insan khuda ki is kitab ke aage surrender karen, is kitab ko manen.</w:t>
      </w:r>
      <w:r>
        <w:br/>
      </w:r>
      <w:r>
        <w:rPr>
          <w:sz w:val="20"/>
        </w:rPr>
        <w:t>1:41  yeh hai quran ka guest, quran ke message ka guest. yaani isi surrender karne mein insan ki tarraqi hai, insan ka salvation hai.</w:t>
      </w:r>
    </w:p>
    <w:p>
      <w:pPr>
        <w:pStyle w:val="Heading2"/>
      </w:pPr>
      <w:r>
        <w:t>Full argument: da'wah, oppression, hadith, peace</w:t>
      </w:r>
    </w:p>
    <w:p>
      <w:r>
        <w:rPr>
          <w:color w:val="666666"/>
          <w:sz w:val="18"/>
        </w:rPr>
        <w:t>Fasting Culture June 04, 2017 · 2m 35s · at 1:30 · https://youtu.be/1F78c0Z9ceg?t=90</w:t>
      </w:r>
    </w:p>
    <w:p>
      <w:r>
        <w:rPr>
          <w:i/>
        </w:rPr>
        <w:t>“Yesterday I met a religious Muslim”</w:t>
      </w:r>
    </w:p>
    <w:p>
      <w:r>
        <w:rPr>
          <w:sz w:val="20"/>
        </w:rPr>
        <w:t>1:30  deeni musalman se hui jo dawat ka kaam bhi karte hain. to un se jab meri mulaqat hui to mein ne un se kaha ke dawat ka kaam karna chahiye.</w:t>
      </w:r>
      <w:r>
        <w:br/>
      </w:r>
      <w:r>
        <w:rPr>
          <w:sz w:val="20"/>
        </w:rPr>
        <w:t>1:38  to unhon ne kaha yaqeenan dawat ka kaam hona chahiye aur har ek ke liye karna farz hai. lekin isi ke sath yeh bhi dekhna hai ke agar kahin par zulm ho raha hai to is zulm ke khilaf uthna hai aur is zulm ko khatam karna hai.</w:t>
      </w:r>
      <w:r>
        <w:br/>
      </w:r>
      <w:r>
        <w:rPr>
          <w:sz w:val="20"/>
        </w:rPr>
        <w:t>1:51  is ke baghair hum samaj mein achhai nahi la sakte hain.</w:t>
      </w:r>
      <w:r>
        <w:br/>
      </w:r>
      <w:r>
        <w:rPr>
          <w:sz w:val="20"/>
        </w:rPr>
        <w:t>1:56  dekhiye, yeh baat kahi unhon ne Ramzan ki 7 tareekh ko. is ke mani hain ke hamari jo qaum hai, muslim qaum, woh janti hi nahi ke roze ki speed kya hai, roze ka maqsad kya hai.</w:t>
      </w:r>
      <w:r>
        <w:br/>
      </w:r>
      <w:r>
        <w:rPr>
          <w:sz w:val="20"/>
        </w:rPr>
        <w:t>2:17  yani dawat bhi chalegi, adl ke khilaf ladai bhi chalegi. yeh roze ki speed ke khilaf hai. roze ki speed peace peace hai, peace.</w:t>
      </w:r>
      <w:r>
        <w:br/>
      </w:r>
      <w:r>
        <w:rPr>
          <w:sz w:val="20"/>
        </w:rPr>
        <w:t>2:33  yani peaceful life ikhtiyar karna yeh hai roze ki speed. mein aap ko ek hadith batana chahta hoon jis se bohat relevant hai ke roza kya hai.</w:t>
      </w:r>
      <w:r>
        <w:br/>
      </w:r>
      <w:r>
        <w:rPr>
          <w:sz w:val="20"/>
        </w:rPr>
        <w:t>2:49  aap woh hadith batayenge؟</w:t>
      </w:r>
      <w:r>
        <w:br/>
      </w:r>
      <w:r>
        <w:rPr>
          <w:sz w:val="20"/>
        </w:rPr>
        <w:t>2:51  an abi huraira taqal: qala rasul Allah sallallahu alaihi wasallam: "idha kana yawm sum ahadakum falayarfus yawm wala yusab, fa in sabba ahadun aw qatalahu falyaqul inni amrun saim." musnad ahmad hadith number 7693.</w:t>
      </w:r>
      <w:r>
        <w:br/>
      </w:r>
      <w:r>
        <w:rPr>
          <w:sz w:val="20"/>
        </w:rPr>
        <w:t>3:14  abu huraira se riwayat hai rasool Allah sallallahu alaihi wasallam ne farmaya: "jab tum mein se kisi ke roze ka din ho to us din woh koi buri baat na kahe aur na shor hangama machaye.</w:t>
      </w:r>
      <w:r>
        <w:br/>
      </w:r>
      <w:r>
        <w:rPr>
          <w:sz w:val="20"/>
        </w:rPr>
        <w:t>3:30  aur agar koi is ko bura bhala kahe ya is se ladai kare to woh kahe: 'main rozedar aadmi hoon, main rozedar aadmi hoon.'"</w:t>
      </w:r>
      <w:r>
        <w:br/>
      </w:r>
      <w:r>
        <w:rPr>
          <w:sz w:val="20"/>
        </w:rPr>
        <w:t>3:43  dekhiye, is hadith ko le kar aap sochen ke roze ki speed kya hai. roze ki speed yeh hai ke agar koi shakhs zulm kar raha ho tab bhi aap jawab mein zulm na karen balkeh yeh kahein ke "main to rozedar hoon,</w:t>
      </w:r>
    </w:p>
    <w:p>
      <w:pPr>
        <w:pStyle w:val="Heading2"/>
      </w:pPr>
      <w:r>
        <w:t>A clinging child illustrates true single-minded focus</w:t>
      </w:r>
    </w:p>
    <w:p>
      <w:r>
        <w:rPr>
          <w:color w:val="666666"/>
          <w:sz w:val="18"/>
        </w:rPr>
        <w:t>The Importance of Dua December 15, 2006 · 2m 19s · at 42:51 · https://youtu.be/u4cSEoh_mfY?t=2571</w:t>
      </w:r>
    </w:p>
    <w:p>
      <w:r>
        <w:rPr>
          <w:i/>
        </w:rPr>
        <w:t>“Why were you late? My son wouldn't let go”</w:t>
      </w:r>
    </w:p>
    <w:p>
      <w:r>
        <w:rPr>
          <w:sz w:val="20"/>
        </w:rPr>
        <w:t>42:51  ek Maulana sahab the. to ek jalse mein unhon ne ja kar ke bolna tha. der mein pahunche. to unhon ne poocha ke bhai kyon der kar di aap ne?</w:t>
      </w:r>
      <w:r>
        <w:br/>
      </w:r>
      <w:r>
        <w:rPr>
          <w:sz w:val="20"/>
        </w:rPr>
        <w:t>43:04  to pata chala? ke jab woh tayyar ho kar nikalne lage to un ke bete sahab ne un ka paon pakad liya. kaha abaji main bhi chalun ga.</w:t>
      </w:r>
      <w:r>
        <w:br/>
      </w:r>
      <w:r>
        <w:rPr>
          <w:sz w:val="20"/>
        </w:rPr>
        <w:t>43:15  ab bachche se der tak un ka woh raha hota raha. ya jud-o-jihad keh lijiye. woh kehte the bhai wahan tum nahi ja sakte.</w:t>
      </w:r>
      <w:r>
        <w:br/>
      </w:r>
      <w:r>
        <w:rPr>
          <w:sz w:val="20"/>
        </w:rPr>
        <w:t>43:25  wahan aisa hai. woh kehte the nahi main to chalun ga aisa hai. yeh hai tavajjoh. aap ke andar itna azm hona chahiye ke bachche ko dhakel den.</w:t>
      </w:r>
      <w:r>
        <w:br/>
      </w:r>
      <w:r>
        <w:rPr>
          <w:sz w:val="20"/>
        </w:rPr>
        <w:t>43:37  dhakel kar aage chale jayen.</w:t>
      </w:r>
      <w:r>
        <w:br/>
      </w:r>
      <w:r>
        <w:rPr>
          <w:sz w:val="20"/>
        </w:rPr>
        <w:t>43:40  ab bachche ne paon pakad liya to bas ab isi ke bandh gaye aap. bachchon ko manaa rahe hain. aise log kabhi bhi woh is dua ka tofeeq nahi payenge jis se rehmat ke darwaze khulte hain.</w:t>
      </w:r>
      <w:r>
        <w:br/>
      </w:r>
      <w:r>
        <w:rPr>
          <w:sz w:val="20"/>
        </w:rPr>
        <w:t>43:57  yeh chhoti chhoti baaton ko bahana lete rahen woh.</w:t>
      </w:r>
      <w:r>
        <w:br/>
      </w:r>
      <w:r>
        <w:rPr>
          <w:sz w:val="20"/>
        </w:rPr>
        <w:t>44:03  is dua ka darwaza sirf us ke liye khulta hai jo kabhi bahana na laye. jo kabhi tavajjoh ko bardasht na kare.</w:t>
      </w:r>
      <w:r>
        <w:br/>
      </w:r>
      <w:r>
        <w:rPr>
          <w:sz w:val="20"/>
        </w:rPr>
        <w:t>44:13  jiska tavajjoh kabhi toote nahi. ek tavajjoh par uska uska zehan hamesha laga rahe. tab aisa hota hai ke dekhen soorat-e-haal to aati aati hai hamesha.</w:t>
      </w:r>
      <w:r>
        <w:br/>
      </w:r>
      <w:r>
        <w:rPr>
          <w:sz w:val="20"/>
        </w:rPr>
        <w:t>44:27  masla soorat-e-haal ko istemal karne ka hai.</w:t>
      </w:r>
      <w:r>
        <w:br/>
      </w:r>
      <w:r>
        <w:rPr>
          <w:sz w:val="20"/>
        </w:rPr>
        <w:t>44:31  soorat-e-haal hamesha paish aati hai. istemal woh log kar paate hain jo apni apni tavajjoh ko idhar udhar bikhair na rakha ho jinhon ne.</w:t>
      </w:r>
      <w:r>
        <w:br/>
      </w:r>
      <w:r>
        <w:rPr>
          <w:sz w:val="20"/>
        </w:rPr>
        <w:t>44:47  jinhon ne bikhair na rakha ho. jo apni tavajjoh ko idhar udhar jinka tavajjoh bikhra hua hai idhar udhar. to woh kabhi bhi woh soorat-e-haal aaye gi lekin us ko nuqta hawala na bana sakenge woh apni dua ke liye.</w:t>
      </w:r>
    </w:p>
    <w:p>
      <w:pPr>
        <w:pStyle w:val="Heading2"/>
      </w:pPr>
      <w:r>
        <w:t>Guiding one person outweighs everything the sun touches</w:t>
      </w:r>
    </w:p>
    <w:p>
      <w:r>
        <w:rPr>
          <w:color w:val="666666"/>
          <w:sz w:val="18"/>
        </w:rPr>
        <w:t>The Importance of Zakat May 08, 2022 Dr. Saniyasnain Khan · 29s · at 1:05:46 · https://youtu.be/92nslWvnQ5Y?t=3946</w:t>
      </w:r>
    </w:p>
    <w:p>
      <w:r>
        <w:rPr>
          <w:i/>
        </w:rPr>
        <w:t>“If God guides even one person through you, that outweighs everything”</w:t>
      </w:r>
    </w:p>
    <w:p>
      <w:r>
        <w:rPr>
          <w:sz w:val="20"/>
        </w:rPr>
        <w:t>1:05:46  there is a hadith doctor sahab bahut hi zabardast hadith hai ki prophet ne farmaya ki if, if god grants guidance to a single person through you then it is better than all those things upon which the sun rises aur doctor sahab agar hum dekhein quran jo hai is a book of guidance, to agar woh koi shakhs quran ki guidance ko pa le to isse zyada badi cheez kya ho sakti hai? ji.</w:t>
      </w:r>
      <w:r>
        <w:br/>
      </w:r>
      <w:r>
        <w:rPr>
          <w:sz w:val="20"/>
        </w:rPr>
        <w:t>1:06:15  to sawal mera yahi hai ki kya zakat ko hum quran distribution ke liye istemal kar sakte hain ya nahi? iske bare mein batayein. haan, jaisa aapne kaha ki quran book of guidance hai aur eternal success ka zariya hai.</w:t>
      </w:r>
    </w:p>
    <w:p>
      <w:pPr>
        <w:pStyle w:val="Heading2"/>
      </w:pPr>
      <w:r>
        <w:t>Hajj is about spirit not form</w:t>
      </w:r>
    </w:p>
    <w:p>
      <w:r>
        <w:rPr>
          <w:color w:val="666666"/>
          <w:sz w:val="18"/>
        </w:rPr>
        <w:t>The Spirit of Hajj | November 10, 2007 · 31s · at 24:32 · https://youtu.be/lLM-kLIlvdw?t=1472</w:t>
      </w:r>
    </w:p>
    <w:p>
      <w:r>
        <w:rPr>
          <w:i/>
        </w:rPr>
        <w:t>“Hajj naam hai spirit ka”</w:t>
      </w:r>
    </w:p>
    <w:p>
      <w:r>
        <w:rPr>
          <w:sz w:val="20"/>
        </w:rPr>
        <w:t>24:32  sirf masail ka naam nahin hai, sirf rituals ka naam nahin hai, sirf form ka naam nahin hai.</w:t>
      </w:r>
      <w:r>
        <w:br/>
      </w:r>
      <w:r>
        <w:rPr>
          <w:sz w:val="20"/>
        </w:rPr>
        <w:t>24:38  hajj naam hai spirit ka.</w:t>
      </w:r>
      <w:r>
        <w:br/>
      </w:r>
      <w:r>
        <w:rPr>
          <w:sz w:val="20"/>
        </w:rPr>
        <w:t>24:43  isprit ka naam hai yeh hajj.</w:t>
      </w:r>
      <w:r>
        <w:br/>
      </w:r>
      <w:r>
        <w:rPr>
          <w:sz w:val="20"/>
        </w:rPr>
        <w:t>24:48  woh isprit le kar aap aayein toh aap ne hajj kiya.</w:t>
      </w:r>
      <w:r>
        <w:br/>
      </w:r>
      <w:r>
        <w:rPr>
          <w:sz w:val="20"/>
        </w:rPr>
        <w:t>24:53  nahi toh nahi.</w:t>
      </w:r>
      <w:r>
        <w:br/>
      </w:r>
      <w:r>
        <w:rPr>
          <w:sz w:val="20"/>
        </w:rPr>
        <w:t>24:59  ab jaise mein arz karoon, aap padhein ge jab rasool Allah ke hajj ka qissa jo aaya hai kitabon mein</w:t>
      </w:r>
    </w:p>
    <w:p>
      <w:pPr>
        <w:pStyle w:val="Heading2"/>
      </w:pPr>
      <w:r>
        <w:t>Discovery and personal story of speech recovery</w:t>
      </w:r>
    </w:p>
    <w:p>
      <w:r>
        <w:rPr>
          <w:color w:val="666666"/>
          <w:sz w:val="18"/>
        </w:rPr>
        <w:t>Shukr 18 Jan 2020 - Maulana Wahiduddin Khan · 5m 41s · at 10:07 · https://youtu.be/5gy8neGGM_E?t=607</w:t>
      </w:r>
    </w:p>
    <w:p>
      <w:r>
        <w:rPr>
          <w:i/>
        </w:rPr>
        <w:t>“Sab se pehle toh yeh discovery ka kalma hai”</w:t>
      </w:r>
    </w:p>
    <w:p>
      <w:r>
        <w:rPr>
          <w:sz w:val="20"/>
        </w:rPr>
        <w:t>10:07  sab se pehle to yeh discovery ka kalma hai. discovery ka kalma hai. agar discovery hui hai tab woh shukr hai, warna shukri nahi woh.</w:t>
      </w:r>
      <w:r>
        <w:br/>
      </w:r>
      <w:r>
        <w:rPr>
          <w:sz w:val="20"/>
        </w:rPr>
        <w:t>10:22  yani jis cheez ko, jis cheez ko woh iqrar karne ja raha hai, woh cheez bator blessing ke is ne discover ki hai, tab is ne shukr kiya.</w:t>
      </w:r>
      <w:r>
        <w:br/>
      </w:r>
      <w:r>
        <w:rPr>
          <w:sz w:val="20"/>
        </w:rPr>
        <w:t>10:35  warna woh lips service hai aur kuch nahi hai.</w:t>
      </w:r>
      <w:r>
        <w:br/>
      </w:r>
      <w:r>
        <w:rPr>
          <w:sz w:val="20"/>
        </w:rPr>
        <w:t>10:37  Maulana, jo aap ne abhi kaha na ke discover kariye, tab woh ja ke sahi shukr hai, woh lips service nahi hai. to yeh is ko thoda elaborate karenge, Maulana, ke discovery kya hai?</w:t>
      </w:r>
      <w:r>
        <w:br/>
      </w:r>
      <w:r>
        <w:rPr>
          <w:sz w:val="20"/>
        </w:rPr>
        <w:t>10:49  matlab is ke kya mani hain jo aap ne baat kahi</w:t>
      </w:r>
      <w:r>
        <w:br/>
      </w:r>
      <w:r>
        <w:rPr>
          <w:sz w:val="20"/>
        </w:rPr>
        <w:t>10:52  hai? is liye ke jis cheez ko aap shukr karte hain,</w:t>
      </w:r>
      <w:r>
        <w:br/>
      </w:r>
      <w:r>
        <w:rPr>
          <w:sz w:val="20"/>
        </w:rPr>
        <w:t>10:58  neamat, blessing, woh ek bohat bara,</w:t>
      </w:r>
      <w:r>
        <w:br/>
      </w:r>
      <w:r>
        <w:rPr>
          <w:sz w:val="20"/>
        </w:rPr>
        <w:t>11:07  bohat bara atiya hai, mili hui cheez hai. jaise misal ke taur par dekhiye, main bol raha hoon.</w:t>
      </w:r>
      <w:r>
        <w:br/>
      </w:r>
      <w:r>
        <w:rPr>
          <w:sz w:val="20"/>
        </w:rPr>
        <w:t>11:20  yeh bol raha hoon</w:t>
      </w:r>
      <w:r>
        <w:br/>
      </w:r>
      <w:r>
        <w:rPr>
          <w:sz w:val="20"/>
        </w:rPr>
        <w:t>11:24  is liye anokhi baat hai.</w:t>
      </w:r>
      <w:r>
        <w:br/>
      </w:r>
      <w:r>
        <w:rPr>
          <w:sz w:val="20"/>
        </w:rPr>
        <w:t>11:28  jaise aaj main ne kaha ke</w:t>
      </w:r>
      <w:r>
        <w:br/>
      </w:r>
      <w:r>
        <w:rPr>
          <w:sz w:val="20"/>
        </w:rPr>
        <w:t>11:34  hamara body, hamare, hum, hum jo base insan jo hum ek ek hain, is ka vehicle hai.</w:t>
      </w:r>
      <w:r>
        <w:br/>
      </w:r>
      <w:r>
        <w:rPr>
          <w:sz w:val="20"/>
        </w:rPr>
        <w:t>11:50  to hum is ko jane, discover karein ke kis tarah se hamare yeh jo wajood hai, jo body hai,</w:t>
      </w:r>
      <w:r>
        <w:br/>
      </w:r>
      <w:r>
        <w:rPr>
          <w:sz w:val="20"/>
        </w:rPr>
        <w:t>12:04  kis tarah hamare, hamare pure</w:t>
      </w:r>
      <w:r>
        <w:br/>
      </w:r>
      <w:r>
        <w:rPr>
          <w:sz w:val="20"/>
        </w:rPr>
        <w:t>12:10  hasti ko</w:t>
      </w:r>
      <w:r>
        <w:br/>
      </w:r>
      <w:r>
        <w:rPr>
          <w:sz w:val="20"/>
        </w:rPr>
        <w:t>12:14  liye phirti hai. yeh sab vehicle bani bani hui hai.</w:t>
      </w:r>
      <w:r>
        <w:br/>
      </w:r>
      <w:r>
        <w:rPr>
          <w:sz w:val="20"/>
        </w:rPr>
        <w:t>12:22  toh bahut badi cheez hai yeh. Allah ne humein ek insaan ke taur par paida kiya, phir ek vehicle diya.</w:t>
      </w:r>
      <w:r>
        <w:br/>
      </w:r>
      <w:r>
        <w:rPr>
          <w:sz w:val="20"/>
        </w:rPr>
        <w:t>12:35  yeh vehicle zara sa is mein kuch farq pad jaye toh hum fail ho jate hain.</w:t>
      </w:r>
      <w:r>
        <w:br/>
      </w:r>
      <w:r>
        <w:rPr>
          <w:sz w:val="20"/>
        </w:rPr>
        <w:t>12:47  toh jab aadmi discover kare is baat ko ke Allah ne usko sirf ek wajood nahi diya balkeh vehicle bhi saath saath diya,</w:t>
      </w:r>
      <w:r>
        <w:br/>
      </w:r>
      <w:r>
        <w:rPr>
          <w:sz w:val="20"/>
        </w:rPr>
        <w:t>13:05  toh itna zyada shukr aayega uske andar ke woh tadap uthega.</w:t>
      </w:r>
      <w:r>
        <w:br/>
      </w:r>
      <w:r>
        <w:rPr>
          <w:sz w:val="20"/>
        </w:rPr>
        <w:t>13:18  toh jab is discovery ke darje mein aap ko,</w:t>
      </w:r>
      <w:r>
        <w:br/>
      </w:r>
      <w:r>
        <w:rPr>
          <w:sz w:val="20"/>
        </w:rPr>
        <w:t>13:29  discovery ke darje mein aap payein hain is haqeeqat ko,</w:t>
      </w:r>
      <w:r>
        <w:br/>
      </w:r>
      <w:r>
        <w:rPr>
          <w:sz w:val="20"/>
        </w:rPr>
        <w:t>13:39  ab jaise misaal dekhiye, abhi mein bol raha hoon aap ko, chand din pehle tak mein ek dum aisa ho gaya tha ke mein kuch</w:t>
      </w:r>
      <w:r>
        <w:br/>
      </w:r>
      <w:r>
        <w:rPr>
          <w:sz w:val="20"/>
        </w:rPr>
        <w:t>13:55  aisa, meri bol kharab ho gayi thi ke koi samajh na paye ke kya bol raha hoon mein.</w:t>
      </w:r>
      <w:r>
        <w:br/>
      </w:r>
      <w:r>
        <w:rPr>
          <w:sz w:val="20"/>
        </w:rPr>
        <w:t>14:06  toh shayad doctor Anwar Abbas ne dawat di is se ya jis se bhi. Meri, meri search poochein toh meri bol lot aayi.</w:t>
      </w:r>
      <w:r>
        <w:br/>
      </w:r>
      <w:r>
        <w:rPr>
          <w:sz w:val="20"/>
        </w:rPr>
        <w:t>14:24  Dilli mein ek doctor Nawaz Anwar Abbas hain, toh woh</w:t>
      </w:r>
      <w:r>
        <w:br/>
      </w:r>
      <w:r>
        <w:rPr>
          <w:sz w:val="20"/>
        </w:rPr>
        <w:t>14:33  kuch dawat di unhone. Hakimi dawat. Toh koi cheez kaam nahi kar rahi thi.</w:t>
      </w:r>
      <w:r>
        <w:br/>
      </w:r>
      <w:r>
        <w:rPr>
          <w:sz w:val="20"/>
        </w:rPr>
        <w:t>14:46  toh unki dua bahut mu'assir hui mere khayal se. Aur doctor Sharma ne, doctor Sharma ne ek tareeqa bataya, usko apply kiya gaya.</w:t>
      </w:r>
      <w:r>
        <w:br/>
      </w:r>
      <w:r>
        <w:rPr>
          <w:sz w:val="20"/>
        </w:rPr>
        <w:t>14:58  toh mein doctor Sharma, doctor Sharma ki ka method aur doctor Anwar Abbas ki dua,</w:t>
      </w:r>
      <w:r>
        <w:br/>
      </w:r>
      <w:r>
        <w:rPr>
          <w:sz w:val="20"/>
        </w:rPr>
        <w:t>15:12  is se mein phir se bolne qabil ho gaya.</w:t>
      </w:r>
      <w:r>
        <w:br/>
      </w:r>
      <w:r>
        <w:rPr>
          <w:sz w:val="20"/>
        </w:rPr>
        <w:t>15:19  toh is tarah se jab aadmi discover karta hai</w:t>
      </w:r>
      <w:r>
        <w:br/>
      </w:r>
      <w:r>
        <w:rPr>
          <w:sz w:val="20"/>
        </w:rPr>
        <w:t>15:24  toh us par ek ajeeb, ek</w:t>
      </w:r>
      <w:r>
        <w:br/>
      </w:r>
      <w:r>
        <w:rPr>
          <w:sz w:val="20"/>
        </w:rPr>
        <w:t>15:30  ek ajeeb ehsaas ubalta hai uske andar. Toh is ehsaas ko jo paye aur waqai usko iqrar karein toh woh hai shukriya, mere khayal se shukr.</w:t>
      </w:r>
    </w:p>
    <w:p>
      <w:pPr>
        <w:pStyle w:val="Heading2"/>
      </w:pPr>
      <w:r>
        <w:t>Ramadan as a speed breaker against wasted time</w:t>
      </w:r>
    </w:p>
    <w:p>
      <w:r>
        <w:rPr>
          <w:color w:val="666666"/>
          <w:sz w:val="18"/>
        </w:rPr>
        <w:t>Spirit of Ramadan April 3, 2022 Prof. Farida Khanam · 2m 13s · at 26:00 · https://youtu.be/cj5T0Atpeu8?t=1560</w:t>
      </w:r>
    </w:p>
    <w:p>
      <w:r>
        <w:rPr>
          <w:i/>
        </w:rPr>
        <w:t>“shopping हराम नहीं है लेकिन waste of time है”</w:t>
      </w:r>
    </w:p>
    <w:p>
      <w:r>
        <w:rPr>
          <w:sz w:val="20"/>
        </w:rPr>
        <w:t>26:00  Yaani is dunya mein hamein aisa lagta hai keh hum bilkul aazad hain jo chahe karein. To yahi ek speed breaker ka kaam deta hai Ramzan jo hai. To hum jo hai apni un cheezon se bachna shuru kar dete hain jo cheezon ke Allah taala ne pasand nahi ki. Kuch to aisi cheezen hain jo keh jaiz hain lekin unko bhi chhodna chahiye kyunkeh woh waste of time hoti hain.</w:t>
      </w:r>
      <w:r>
        <w:br/>
      </w:r>
      <w:r>
        <w:rPr>
          <w:sz w:val="20"/>
        </w:rPr>
        <w:t>26:29  Misal ke taur par shopping, koi shopping haram nahi hai lekin waste of time hai. To baaten karna bohat der der tak log baaten karte rehte hain. To woh sab jaiz hain, lekin waste of time hai. To yahan aadmi bohat zyada mohtat ho jata hai keh kya cheez Khuda ko pasand hai, kya cheez Khuda ko pasand nahi hai. Kyunkeh hamein chahiye keh hum har cheez mein yeh sochein keh haan, Khuda hum se kya chahta hai?</w:t>
      </w:r>
      <w:r>
        <w:br/>
      </w:r>
      <w:r>
        <w:rPr>
          <w:sz w:val="20"/>
        </w:rPr>
        <w:t>26:55  Ke hum jab baithe kuch log milkar woh kehte hain keh hum doosron ko bulate hain kyunkeh hum yahi to talash kar rahe the keh yeh halqa mil gaya jo Khuda ka zikr kar raha hai.</w:t>
      </w:r>
      <w:r>
        <w:br/>
      </w:r>
      <w:r>
        <w:rPr>
          <w:sz w:val="20"/>
        </w:rPr>
        <w:t>27:22  To yeh hamein jab apna ek ek minute ko hamein zaya nahi karna hai. Hamein kuch pata nahi keh hum is dunya mein kitne dinon ke liye aaye hain hamein, kal ka bhi pata nahi. To apna time ka zaya nahi karna hai balkeh apni jo hai har tarah ki distraction ko khatam kar dena hai. Bohat sari distraction aisi hain jo sin nahi hain, lekin hamein usko bhi khatam kar dena hai.</w:t>
      </w:r>
      <w:r>
        <w:br/>
      </w:r>
      <w:r>
        <w:rPr>
          <w:sz w:val="20"/>
        </w:rPr>
        <w:t>27:48  Kyunkeh uski wajah se hum apna time jo hai woh devote nahi kar payenge. Apna jo spiritual self hamein banani hai, usmein devote nahi kar payenge aur hum jo hai usmein aa jayenge. Agar hum, hum apni personality ko develop nahi kar paye, maturity apne andar nahi paida kar paye, to shaitan hamein aasani se behkalega.</w:t>
      </w:r>
      <w:r>
        <w:br/>
      </w:r>
      <w:r>
        <w:rPr>
          <w:sz w:val="20"/>
        </w:rPr>
        <w:t>28:13  To hamein bohat zyada apne aap ko apni personality ko develop karna hai aur shaitan ke behkawe se bachna hai woh. Kyunkeh shaitan janta hai keh yeh insan jo hai itna zyada iske andar desires hain, to usi desire ki rah se woh hamein behkata hai.</w:t>
      </w:r>
    </w:p>
    <w:p>
      <w:pPr>
        <w:pStyle w:val="Heading2"/>
      </w:pPr>
      <w:r>
        <w:t>Waiting for relief as a form of worship</w:t>
      </w:r>
    </w:p>
    <w:p>
      <w:r>
        <w:rPr>
          <w:color w:val="666666"/>
          <w:sz w:val="18"/>
        </w:rPr>
        <w:t>Hadith-e-Rasool | April 9, 2006 | Maulana Wahiduddin Khan · 5m 35s · at 37:54 · https://youtu.be/zxaMbPyrpQY?t=2274</w:t>
      </w:r>
    </w:p>
    <w:p>
      <w:r>
        <w:rPr>
          <w:i/>
        </w:rPr>
        <w:t>“افضل العبادت انتظار الفرج”</w:t>
      </w:r>
    </w:p>
    <w:p>
      <w:r>
        <w:rPr>
          <w:sz w:val="20"/>
        </w:rPr>
        <w:t>37:54  yaani hadithain jo hain, woh hikmat ke moti hain. to kuch hikmat ke moti main aap ki khidmat mein arz karna chahoon ga. ek hadith hai: Afzal Al-Abadat Intizar Al-Faraj. Afzal Al-Abadat Intizar Al-Faraj. sab se oonchi ibadat yeh hai</w:t>
      </w:r>
      <w:r>
        <w:br/>
      </w:r>
      <w:r>
        <w:rPr>
          <w:sz w:val="20"/>
        </w:rPr>
        <w:t>38:24  keh aadmi kushadgi ka intezar karey. yani aadmi phansa hua hai kisi masley mein, kisi problem mein, to wait karey keh yeh problem solve ho. yeh wait karna farmaiya gaya keh yeh ibadat hai, Khuda ki worship hai. mein samajhta hoon keh bohat bari baat is mein kahi gayi hai. dekhiye, hota kya hai keh koi</w:t>
      </w:r>
      <w:r>
        <w:br/>
      </w:r>
      <w:r>
        <w:rPr>
          <w:sz w:val="20"/>
        </w:rPr>
        <w:t>38:54  problem meri zindagi mein aaya to foran mein chahta hoon keh laroon is sey, larr kar ke usay khatam karoon, ya kam az kam mayoos ho jata hoon, ya negative thought aatey hain mere mind mein, hate aati hai kisi ke khilaaf, jis ney mein samajhta hoon keh us ney yeh problem create kiya hai. in sab ko kill karne wala yeh hai keh aap wait karein.</w:t>
      </w:r>
      <w:r>
        <w:br/>
      </w:r>
      <w:r>
        <w:rPr>
          <w:sz w:val="20"/>
        </w:rPr>
        <w:t>39:26  Afzal ul ibadat intizar ul faraj. faraj, faraj ka matlab hai kushadgi, yani solution, problem ka solution. to problem pesh aaya aur us ke solution ke liye aap ney intezar kiya to yeh hai bohat bari ibadat. dekhiye, yeh saada baat nahi hai. Ghalib ka ek sher hai, woh mein samajhta hoon keh bohat hi relevant hai yahan par</w:t>
      </w:r>
      <w:r>
        <w:br/>
      </w:r>
      <w:r>
        <w:rPr>
          <w:sz w:val="20"/>
        </w:rPr>
        <w:t>39:57  keh raat din gardish mein hain, saat asmaan ho rahe ga, kuch na kuch ghabraein kiya. raat din gardish mein hain, saat asmaan ho rahe ga, kuch na kuch ghabraein kiya. mein samajhta hoon keh yeh wait and see ka jo concept hai, isi ko unhon ney apne andaaz mein bayan kiya. to cheez kya hai? is dunya mein</w:t>
      </w:r>
      <w:r>
        <w:br/>
      </w:r>
      <w:r>
        <w:rPr>
          <w:sz w:val="20"/>
        </w:rPr>
        <w:t>40:27  ek cheez hai, woh us ko hum kehte hain law of nature ya natural process. is dunya mein natural process chal raha hai, woh har lamha chal raha hai. maslan garmi ka mahina aaya, garmi May June ka mahina aaya, bohat garmi lag rahi hai, bohat garmi lag rahi hai. that is natural process. ab aap pareshan ho gaye keh af itni garmi, af itni garmi. lekin woh woh garmi jo hai, woh</w:t>
      </w:r>
      <w:r>
        <w:br/>
      </w:r>
      <w:r>
        <w:rPr>
          <w:sz w:val="20"/>
        </w:rPr>
        <w:t>40:57  ek process hai. us ki wajah se kya hota hai keh pani ko heat heat di jati hai. woh heating process hai pani ko garam karne ke liye taakeh bhap uthey, bhap ooper jaye, ooper ja kar ke ek poora jo Khuda ka nizaam hai, us nizaam ke tehat woh phir dobara barsay zameen ke ooper. to bazahir to heat hai, lekin woh thandak laane ke liye ek process hai. to agar hum bohat garmi pad rahi hai,</w:t>
      </w:r>
      <w:r>
        <w:br/>
      </w:r>
      <w:r>
        <w:rPr>
          <w:sz w:val="20"/>
        </w:rPr>
        <w:t>41:28  to agar hum wahan pe wait karein, intezar karein to kya matlab hoga? hum Khuda ke natural process ko intezar kar rahe hain, us process culmination ka intezar kar rahe hain. is liye woh ibadat hai. yani ek problem aaya to hum ney yeh samjha keh yeh problem jo hai, Khuda ka jo dunya mein jo Khuda ke qanoon hain, Khuda ka jo nizaam hai, us ki bana par aisa hai.</w:t>
      </w:r>
      <w:r>
        <w:br/>
      </w:r>
      <w:r>
        <w:rPr>
          <w:sz w:val="20"/>
        </w:rPr>
        <w:t>41:58  kyunke yahan raat aata hai, din aati hai, phir din aati hai, phir raat aata hai, garmi aati hai, sardi aati hai. yeh Khuda ka nizaam hai, Khuda ka qanoon hai. to agar hum ney yeh samjha aur Khuda ko yaad kiya, aur hum raazi hue is baat par keh Khuda ka nizaam apna kaam karey, aur hamare is problem ka solution nikle is process ke tehat, to yeh Khuda ke qanoon par raazi hona,</w:t>
      </w:r>
      <w:r>
        <w:br/>
      </w:r>
      <w:r>
        <w:rPr>
          <w:sz w:val="20"/>
        </w:rPr>
        <w:t>42:29  yeh apne aap mein ek ibadat hai. aur bharrk uthna, pareshan hona, mayoos hona, larrne lagna, negative thought apne dil mein paalna, is ka matlab yeh hai keh aap Khuda ke ne jo system banaya hai, jo jo qanoon dunya mein chalaya hai, jo law of nature hai, us par raazi nahi hain. us par raazi nahi hain to is ka matlab kya hui hai? is ka matlab yahi hui keh aap Khuda ki ibadat nahi kar rahe</w:t>
      </w:r>
      <w:r>
        <w:br/>
      </w:r>
      <w:r>
        <w:rPr>
          <w:sz w:val="20"/>
        </w:rPr>
        <w:t>42:59  hain. ek mauqa jis mein Khuda ke bataye hue, Khuda ke banaye hue nizaam par raazi hona ho kar aap ibadat guzar bante thay, raazi na ho kar ke aap ibadat se door hotay thay. to yeh hai keh agar koi problem hamein hum face karte hain to agar hum yeh</w:t>
      </w:r>
    </w:p>
    <w:p>
      <w:pPr>
        <w:pStyle w:val="Heading2"/>
      </w:pPr>
      <w:r>
        <w:t>Yusuf's brothers and the meaning of an extra gift</w:t>
      </w:r>
    </w:p>
    <w:p>
      <w:r>
        <w:rPr>
          <w:color w:val="666666"/>
          <w:sz w:val="18"/>
        </w:rPr>
        <w:t>In Conversation with Maulana Wahiduddin Khan (Amaal-e-Ramadan) 25 Aug, 2007 · 40s · at 30:01 · https://youtu.be/DRE5UnumqIY?t=1801</w:t>
      </w:r>
    </w:p>
    <w:p>
      <w:r>
        <w:rPr>
          <w:i/>
        </w:rPr>
        <w:t>“Hazrat Yusuf ke bhai gaye, unhe khilaya pilaya”</w:t>
      </w:r>
    </w:p>
    <w:p>
      <w:r>
        <w:rPr>
          <w:sz w:val="20"/>
        </w:rPr>
        <w:t>30:01  hmm, kuch aur. ya Hazrat Yusuf (AS) ke haan un ke bhai gaye to unhone un ko khilaye pilaye. jab jaane lage to us ne kuch rakh diya ke raaste mein khane ke liye.</w:t>
      </w:r>
      <w:r>
        <w:br/>
      </w:r>
      <w:r>
        <w:rPr>
          <w:sz w:val="20"/>
        </w:rPr>
        <w:t>30:11  yeh kuch aur tha, yeh naafila tha goya ke. hmm, to aadmi ka yeh agar sachcha lagaav hota hai to kuch aur karna chahta hai.</w:t>
      </w:r>
      <w:r>
        <w:br/>
      </w:r>
      <w:r>
        <w:rPr>
          <w:sz w:val="20"/>
        </w:rPr>
        <w:t>30:21  to Allah taala se agar sachcha lagaav hai to paanch waqt ke muqarrar namaz ke ilawa bhi kuch namaz padhna chahega woh. ji, to isi isi ka naam tahajjud hai.</w:t>
      </w:r>
      <w:r>
        <w:br/>
      </w:r>
      <w:r>
        <w:rPr>
          <w:sz w:val="20"/>
        </w:rPr>
        <w:t>30:30  hmm,</w:t>
      </w:r>
      <w:r>
        <w:br/>
      </w:r>
      <w:r>
        <w:rPr>
          <w:sz w:val="20"/>
        </w:rPr>
        <w:t>30:31  goya tahajjud jo hai, woh mohabbat ilahi ki pehchaan hai. jis aadmi ki nazar sachchi mohabbat hogi Khuda ki, woh aur zyada ibaadat karna chahega, raaton mein uth kar Khuda ko yaad karna chahega.</w:t>
      </w:r>
    </w:p>
    <w:p>
      <w:pPr>
        <w:pStyle w:val="Heading2"/>
      </w:pPr>
      <w:r>
        <w:t>Why reflection and contemplation outweigh empty ritual</w:t>
      </w:r>
    </w:p>
    <w:p>
      <w:r>
        <w:rPr>
          <w:color w:val="666666"/>
          <w:sz w:val="18"/>
        </w:rPr>
        <w:t>Lessons From The Life of Abu Darda (ra) November 9, 2025 · 4m 50s · at 15:08 · https://youtu.be/5V4oxolMiBA?t=908</w:t>
      </w:r>
    </w:p>
    <w:p>
      <w:r>
        <w:rPr>
          <w:i/>
        </w:rPr>
        <w:t>“Abu Darda's most frequent form of worship was reflection”</w:t>
      </w:r>
    </w:p>
    <w:p>
      <w:r>
        <w:rPr>
          <w:sz w:val="20"/>
        </w:rPr>
        <w:t>15:08  doctor sahib, i want to ask the next question from the aspect of um darda</w:t>
      </w:r>
      <w:r>
        <w:br/>
      </w:r>
      <w:r>
        <w:rPr>
          <w:sz w:val="20"/>
        </w:rPr>
        <w:t>15:15  . she is to mention that hazrat abu darda used to do a frequent act during night worship.</w:t>
      </w:r>
      <w:r>
        <w:br/>
      </w:r>
      <w:r>
        <w:rPr>
          <w:sz w:val="20"/>
        </w:rPr>
        <w:t>15:24  so if you could explain that? yaar, there is a narration from ibn abdullah ibn utbah. he once asked um darda, the wife of abu darda r.a., he asked that what was abu darda most frequent form of</w:t>
      </w:r>
      <w:r>
        <w:br/>
      </w:r>
      <w:r>
        <w:rPr>
          <w:sz w:val="20"/>
        </w:rPr>
        <w:t>15:40  worship. so she said, "at-tafakkur wal-i'tibar, reflection and contemplation." abu darda used to spend long hours thinking deeply about god's signs in the creation and the meaning of life.</w:t>
      </w:r>
      <w:r>
        <w:br/>
      </w:r>
      <w:r>
        <w:rPr>
          <w:sz w:val="20"/>
        </w:rPr>
        <w:t>15:56  for him, the great form of worship was tafakkur, the awakening of mind and heart through thinking.</w:t>
      </w:r>
      <w:r>
        <w:br/>
      </w:r>
      <w:r>
        <w:rPr>
          <w:sz w:val="20"/>
        </w:rPr>
        <w:t>16:05  and he would say, "tafakkur khairun min qiyam laylah."</w:t>
      </w:r>
      <w:r>
        <w:br/>
      </w:r>
      <w:r>
        <w:rPr>
          <w:sz w:val="20"/>
        </w:rPr>
        <w:t>16:10  a moment of reflection is better than praying throughout the night. he shows, this shows that true realization of creator can only happen through thinking, contemplation,</w:t>
      </w:r>
      <w:r>
        <w:br/>
      </w:r>
      <w:r>
        <w:rPr>
          <w:sz w:val="20"/>
        </w:rPr>
        <w:t>16:28  deeper awareness, tusamm, and reflection and contemplation. as mentioned by abu darda, means embracing oneself in the world of the quran,</w:t>
      </w:r>
      <w:r>
        <w:br/>
      </w:r>
      <w:r>
        <w:rPr>
          <w:sz w:val="20"/>
        </w:rPr>
        <w:t>16:42  thinking deeply about its wisdom, trying to understand its inner meanings.</w:t>
      </w:r>
      <w:r>
        <w:br/>
      </w:r>
      <w:r>
        <w:rPr>
          <w:sz w:val="20"/>
        </w:rPr>
        <w:t>16:49  and the prophet p.b.u.h. said, "min kulli ayatin minha zaharun wa batin." meaning every verse has a outer meaning and it has an inner meaning.</w:t>
      </w:r>
      <w:r>
        <w:br/>
      </w:r>
      <w:r>
        <w:rPr>
          <w:sz w:val="20"/>
        </w:rPr>
        <w:t>16:59  so inner meaning is the important aspect of the quran, and without this reflection, worship, worship becomes empty form, where repetition of words without spirit.</w:t>
      </w:r>
      <w:r>
        <w:br/>
      </w:r>
      <w:r>
        <w:rPr>
          <w:sz w:val="20"/>
        </w:rPr>
        <w:t>17:16  but when contemplation is present, every act of worship, prayer, hajj, dua, zakat, fasting, becomes alive with awareness of love of the creator.</w:t>
      </w:r>
      <w:r>
        <w:br/>
      </w:r>
      <w:r>
        <w:rPr>
          <w:sz w:val="20"/>
        </w:rPr>
        <w:t>17:29  and there is another narration that one day the prophet sat down and took a dry twig, and he shook off the leaves.</w:t>
      </w:r>
      <w:r>
        <w:br/>
      </w:r>
      <w:r>
        <w:rPr>
          <w:sz w:val="20"/>
        </w:rPr>
        <w:t>17:44  and the prophet said to abu darda r.a., "ana qaul la ilaha illallah, wallahu akbar, walhamdulillah, wasubhanullah,</w:t>
      </w:r>
      <w:r>
        <w:br/>
      </w:r>
      <w:r>
        <w:rPr>
          <w:sz w:val="20"/>
        </w:rPr>
        <w:t>17:58  kama yuhittu waraq ash-shajarah." saying la ilaha illallah, allah akbar, alhamdulillah, and subhanullah, removes sins just as the leaves fall from the tree.</w:t>
      </w:r>
      <w:r>
        <w:br/>
      </w:r>
      <w:r>
        <w:rPr>
          <w:sz w:val="20"/>
        </w:rPr>
        <w:t>18:15  then the prophet said, "ya abu darda, qabli take hold of them, abu darda, before you are prevented from doing so." meaning before death comes to you, you should take hold of that.</w:t>
      </w:r>
      <w:r>
        <w:br/>
      </w:r>
      <w:r>
        <w:rPr>
          <w:sz w:val="20"/>
        </w:rPr>
        <w:t>18:33  and these are called al-baqiyat as-salihat, these are ever lasting good deeds.</w:t>
      </w:r>
      <w:r>
        <w:br/>
      </w:r>
      <w:r>
        <w:rPr>
          <w:sz w:val="20"/>
        </w:rPr>
        <w:t>18:39  so true remembrance is when your inner feelings take the shape of words, and that rise from the soul with sincerity.</w:t>
      </w:r>
      <w:r>
        <w:br/>
      </w:r>
      <w:r>
        <w:rPr>
          <w:sz w:val="20"/>
        </w:rPr>
        <w:t>18:53  so it is not repetition of word, but it should come from from your heart.</w:t>
      </w:r>
      <w:r>
        <w:br/>
      </w:r>
      <w:r>
        <w:rPr>
          <w:sz w:val="20"/>
        </w:rPr>
        <w:t>19:00  right, doctor sahib, this is a very important point that you have beautifully explained, because most of the time we find people focus on the rituals, on performing the act.</w:t>
      </w:r>
      <w:r>
        <w:br/>
      </w:r>
      <w:r>
        <w:rPr>
          <w:sz w:val="20"/>
        </w:rPr>
        <w:t>19:12  maulana wahiduddin khan sahib used to drive home this point a lot, which you just explained, and you expanded upon it. his to say that tadabbur is not just simply, you know, translating the word that contemplation, but it means to convert it into a deeper meaning.</w:t>
      </w:r>
      <w:r>
        <w:br/>
      </w:r>
      <w:r>
        <w:rPr>
          <w:sz w:val="20"/>
        </w:rPr>
        <w:t>19:28  that is tadabbur</w:t>
      </w:r>
      <w:r>
        <w:br/>
      </w:r>
      <w:r>
        <w:rPr>
          <w:sz w:val="20"/>
        </w:rPr>
        <w:t>19:29  , and thusam is when you convert non spiritual items into spiritual items. and if you develop this art of conversion, then you develop aala marifat, higher god realization.</w:t>
      </w:r>
      <w:r>
        <w:br/>
      </w:r>
      <w:r>
        <w:rPr>
          <w:sz w:val="20"/>
        </w:rPr>
        <w:t>19:40  so this is a very important point that you highlighted, doctor sahib, and we must bring this in our thought process that merely performing the act is not sufficient.</w:t>
      </w:r>
      <w:r>
        <w:br/>
      </w:r>
      <w:r>
        <w:rPr>
          <w:sz w:val="20"/>
        </w:rPr>
        <w:t>19:52  the spirit behind it is the most important aspect of it.</w:t>
      </w:r>
    </w:p>
    <w:p>
      <w:pPr>
        <w:pStyle w:val="Heading2"/>
      </w:pPr>
      <w:r>
        <w:t>Fasting builds lifelong self-control and discipline</w:t>
      </w:r>
    </w:p>
    <w:p>
      <w:r>
        <w:rPr>
          <w:color w:val="666666"/>
          <w:sz w:val="18"/>
        </w:rPr>
        <w:t>Ramadan The Month of Spiritual Training September 20, 2008 · 4m 39s · at 46:14 · https://youtu.be/VI9axojg6Ro?t=2774</w:t>
      </w:r>
    </w:p>
    <w:p>
      <w:r>
        <w:rPr>
          <w:i/>
        </w:rPr>
        <w:t>“Roza aadmi ke andar ek discipline paida karta hai”</w:t>
      </w:r>
    </w:p>
    <w:p>
      <w:r>
        <w:rPr>
          <w:sz w:val="20"/>
        </w:rPr>
        <w:t>46:14  is ko aap yoon bhi keh sakte hain ke roza jo hai, aadmi ke andar ek discipline paida karta hai, self control ki sifat paida karta hai.</w:t>
      </w:r>
      <w:r>
        <w:br/>
      </w:r>
      <w:r>
        <w:rPr>
          <w:sz w:val="20"/>
        </w:rPr>
        <w:t>46:24  jaise aap roze ka zamana hai, aap ke samne khana rakha hua hai, thanda pani rakha hua hai, lekin aap is ko istemal nahi karte.</w:t>
      </w:r>
      <w:r>
        <w:br/>
      </w:r>
      <w:r>
        <w:rPr>
          <w:sz w:val="20"/>
        </w:rPr>
        <w:t>46:36  ya pani pite ya khana khate, yeh kya hai? yeh self control, self discipline.</w:t>
      </w:r>
      <w:r>
        <w:br/>
      </w:r>
      <w:r>
        <w:rPr>
          <w:sz w:val="20"/>
        </w:rPr>
        <w:t>46:45  isi liye roze ke liye jo lafz hai arabic mein, woh hai saum. SAUM saum, saad wa meem.</w:t>
      </w:r>
      <w:r>
        <w:br/>
      </w:r>
      <w:r>
        <w:rPr>
          <w:sz w:val="20"/>
        </w:rPr>
        <w:t>46:55  roze ke liye arabic word jo hai, woh saum hai. saum ke matlab kya hain? abstinence, rokna, thamna apne ko.</w:t>
      </w:r>
      <w:r>
        <w:br/>
      </w:r>
      <w:r>
        <w:rPr>
          <w:sz w:val="20"/>
        </w:rPr>
        <w:t>47:09  to khana rakha hua hai samne, paani rakha hua hai samne, lekin aap ko rokte hain, is ko istemal nahi karte. to yeh kya cheez hai?</w:t>
      </w:r>
      <w:r>
        <w:br/>
      </w:r>
      <w:r>
        <w:rPr>
          <w:sz w:val="20"/>
        </w:rPr>
        <w:t>47:18  yeh yeh hai self discipline, self control, khud inzisabti. urdu mein aap keh sakte hain khud inzisabti, apne ko yani inzisab ke sath rakhna dunya mein,</w:t>
      </w:r>
      <w:r>
        <w:br/>
      </w:r>
      <w:r>
        <w:rPr>
          <w:sz w:val="20"/>
        </w:rPr>
        <w:t>47:37  apne ko rokkr dunya mein rakhna. to yahi to sabse bari cheez hai. aap jante hain ke car mein agar break na ho, break kiya hai?</w:t>
      </w:r>
      <w:r>
        <w:br/>
      </w:r>
      <w:r>
        <w:rPr>
          <w:sz w:val="20"/>
        </w:rPr>
        <w:t>47:49  isko rokne ka device hai. break na ho to bas daurega, khali car daudti rahegi, daudti rahegi, yahan tak ja ke kisi khadd mein gir jayega.</w:t>
      </w:r>
      <w:r>
        <w:br/>
      </w:r>
      <w:r>
        <w:rPr>
          <w:sz w:val="20"/>
        </w:rPr>
        <w:t>48:01  to rok bhi chahiye.</w:t>
      </w:r>
      <w:r>
        <w:br/>
      </w:r>
      <w:r>
        <w:rPr>
          <w:sz w:val="20"/>
        </w:rPr>
        <w:t>48:05  rok na ho to aap ki car aap ke kaam nahi ayegi. to zindagi mein ek rok bhi chahiye. woh rok jo hai, woh break jo hai, woh aap ko diya jata hai roze ke zariye se.</w:t>
      </w:r>
      <w:r>
        <w:br/>
      </w:r>
      <w:r>
        <w:rPr>
          <w:sz w:val="20"/>
        </w:rPr>
        <w:t>48:24  apne ko rokkr dunya mein zindagi guzaro, apne ko discipline mein rakhkr zindagi guzaro, apne ko control karte hue zindagi guzaro.</w:t>
      </w:r>
      <w:r>
        <w:br/>
      </w:r>
      <w:r>
        <w:rPr>
          <w:sz w:val="20"/>
        </w:rPr>
        <w:t>48:34  to pani ke muamle mein aap ko self control sikhaya jata hai, khane ke muamle mein aap ko self control sikhaya jata hai.</w:t>
      </w:r>
      <w:r>
        <w:br/>
      </w:r>
      <w:r>
        <w:rPr>
          <w:sz w:val="20"/>
        </w:rPr>
        <w:t>48:45  isi yahi spirits ko khuda chahta hai aap puri zindagi mein dekhen, puri zindagi mein dekhen.</w:t>
      </w:r>
      <w:r>
        <w:br/>
      </w:r>
      <w:r>
        <w:rPr>
          <w:sz w:val="20"/>
        </w:rPr>
        <w:t>48:53  jaise hadith mein aata hai ke agar roze ke zamane mein koi shakhs tum ko gaali de, tum ko bura bhala kahe, sab o shatm kare tumhara,</w:t>
      </w:r>
      <w:r>
        <w:br/>
      </w:r>
      <w:r>
        <w:rPr>
          <w:sz w:val="20"/>
        </w:rPr>
        <w:t>49:07  to tum keh do إني رُؤَمْ سَائِمًا ke bhai mein to rozedar hoon, mein ne to roza rakh rakha hai, is liye mujhe gaali nahi dena hai, mujhe yani negatively react nahi karna hai.</w:t>
      </w:r>
      <w:r>
        <w:br/>
      </w:r>
      <w:r>
        <w:rPr>
          <w:sz w:val="20"/>
        </w:rPr>
        <w:t>49:26  tum azaad ho to tum jo chahe karo, mein to azaad nahi hoon. to yahi to hai self control, yahi to hai self discipline.</w:t>
      </w:r>
      <w:r>
        <w:br/>
      </w:r>
      <w:r>
        <w:rPr>
          <w:sz w:val="20"/>
        </w:rPr>
        <w:t>49:35  to agar ek lafz mein kehna ho ke roza jo hai, is ka maqsad kiya hai, to yeh mein kahunga ke is ka maqsad hai self control, self discipline.</w:t>
      </w:r>
      <w:r>
        <w:br/>
      </w:r>
      <w:r>
        <w:rPr>
          <w:sz w:val="20"/>
        </w:rPr>
        <w:t>49:47  aur yeh jo sifat hai self control aur self discipline ki, zahir hai ke yeh ek mahine ke liye nahi hai, ek din ke liye nahi hai.</w:t>
      </w:r>
      <w:r>
        <w:br/>
      </w:r>
      <w:r>
        <w:rPr>
          <w:sz w:val="20"/>
        </w:rPr>
        <w:t>49:56  yeh to puri zindagi ke liye hai, hamesha ke liye hai. puri zindagi mein bar bar aisa hota hai ke humein apne ko control karna parta hai, bar bar aisa hota hai ke apne ko control karna parta hai.</w:t>
      </w:r>
      <w:r>
        <w:br/>
      </w:r>
      <w:r>
        <w:rPr>
          <w:sz w:val="20"/>
        </w:rPr>
        <w:t>50:09  agar aap control mein na rakhen apne aap ko to kahin shaitan aap ko uchak le jayega, kahin aap apni khwahishen aap ko distract kar dengi. to kiya hoga?</w:t>
      </w:r>
      <w:r>
        <w:br/>
      </w:r>
      <w:r>
        <w:rPr>
          <w:sz w:val="20"/>
        </w:rPr>
        <w:t>50:20  aap ki zindagi bilkul bekar guzar jayegi,</w:t>
      </w:r>
      <w:r>
        <w:br/>
      </w:r>
      <w:r>
        <w:rPr>
          <w:sz w:val="20"/>
        </w:rPr>
        <w:t>50:26  aap ki zindagi is raste par nahi chalegi jo khuda ne muqarrar kiya hai aap ke liye.</w:t>
      </w:r>
      <w:r>
        <w:br/>
      </w:r>
      <w:r>
        <w:rPr>
          <w:sz w:val="20"/>
        </w:rPr>
        <w:t>50:36  to ek lafz mein hum yeh keh sakte hain ke roza naam hai self discipline ka, self control ka, yani is ki spirit apne andar paida karne ka, ta ke puri zindagi humein isi tarah zindagi guzar saken.</w:t>
      </w:r>
    </w:p>
    <w:p>
      <w:pPr>
        <w:pStyle w:val="Heading2"/>
      </w:pPr>
      <w:r>
        <w:t>Hadith: believer like a horse tied to a stake</w:t>
      </w:r>
    </w:p>
    <w:p>
      <w:r>
        <w:rPr>
          <w:color w:val="666666"/>
          <w:sz w:val="18"/>
        </w:rPr>
        <w:t>Ramadan The Month of Fasting July 31, 2011 · 46s · at 19:47 · https://youtu.be/4W4Dg7zt0DM?t=1187</w:t>
      </w:r>
    </w:p>
    <w:p>
      <w:r>
        <w:rPr>
          <w:i/>
        </w:rPr>
        <w:t>“Momin ki misal jaise khunte se bandha ghoda”</w:t>
      </w:r>
    </w:p>
    <w:p>
      <w:r>
        <w:rPr>
          <w:sz w:val="20"/>
        </w:rPr>
        <w:t>19:47  to Hadees mein aata hai keh yeh yeh misaal di gayi hai keh momin ki misaal aisi hai jaisay keh aik khontay mein bandha hua ghoda.</w:t>
      </w:r>
      <w:r>
        <w:br/>
      </w:r>
      <w:r>
        <w:rPr>
          <w:sz w:val="20"/>
        </w:rPr>
        <w:t>20:01  mathalu mu'minin wa mathalu al-eemaani kamathali farasin fi aakh</w:t>
      </w:r>
      <w:r>
        <w:br/>
      </w:r>
      <w:r>
        <w:rPr>
          <w:sz w:val="20"/>
        </w:rPr>
        <w:t>20:05  iritihi. yohulussummu yarji'u ila aakhritihi. aik ghoda khontay mein bandha hua hai, is ki aik rassi hai, farz kijiye keh teen meter ki.</w:t>
      </w:r>
      <w:r>
        <w:br/>
      </w:r>
      <w:r>
        <w:rPr>
          <w:sz w:val="20"/>
        </w:rPr>
        <w:t>20:15  teen meter ke barabar woh ghoome ga, is ke aage nahin aa sakta. to aik janwar jo hai khula hua ho, har khet mein woh dakhil ho jaye ga.</w:t>
      </w:r>
      <w:r>
        <w:br/>
      </w:r>
      <w:r>
        <w:rPr>
          <w:sz w:val="20"/>
        </w:rPr>
        <w:t>20:26  jo bandha hua ho woh isi dayre mein rahe ga jo is ka is ke malik ne dayra muqarrar kar diya hai.</w:t>
      </w:r>
    </w:p>
    <w:p>
      <w:pPr>
        <w:pStyle w:val="Heading2"/>
      </w:pPr>
      <w:r>
        <w:t>Truth was with muhaddithin in debate</w:t>
      </w:r>
    </w:p>
    <w:p>
      <w:r>
        <w:rPr>
          <w:color w:val="666666"/>
          <w:sz w:val="18"/>
        </w:rPr>
        <w:t>Fiqh Tajdeed-e-Deen Book by Maulana Wahiduddin Khan · 35s · at 8:33 · https://youtu.be/ZHDgBUfz80U?t=513</w:t>
      </w:r>
    </w:p>
    <w:p>
      <w:r>
        <w:rPr>
          <w:i/>
        </w:rPr>
        <w:t>“In this debate, the truth was with the muhaddithin.”</w:t>
      </w:r>
    </w:p>
    <w:p>
      <w:r>
        <w:rPr>
          <w:sz w:val="20"/>
        </w:rPr>
        <w:t>8:33  aisi surat mein zaroori hai ke kitab o sunnat, ijma ummat aur usool-e-musallama par qiyas kar ke aik ko rajih aur doosre ko marjooh qarar diya jaye.</w:t>
      </w:r>
      <w:r>
        <w:br/>
      </w:r>
      <w:r>
        <w:rPr>
          <w:sz w:val="20"/>
        </w:rPr>
        <w:t>8:45  is bahs mein haq bilashuba muhaddiseen ki taraf tha. kuch umoor aisay zaroor hain jin mein farq ka mamla haq aur na-haq ka mamla hota hai, magar har farq ki noiyat yahi nahi hoti.</w:t>
      </w:r>
      <w:r>
        <w:br/>
      </w:r>
      <w:r>
        <w:rPr>
          <w:sz w:val="20"/>
        </w:rPr>
        <w:t>8:58  misal ke taur par, kuch riwayat ke mutabiq nabi sallallahu alaihi wasallam ka gumaan tha ke kuch janwar, maslan chooha, goh, yahood ki masakh shuda naslon ki aulad hain.</w:t>
      </w:r>
    </w:p>
    <w:p>
      <w:pPr>
        <w:pStyle w:val="Heading2"/>
      </w:pPr>
      <w:r>
        <w:t>Two ways to live follow or control desires</w:t>
      </w:r>
    </w:p>
    <w:p>
      <w:r>
        <w:rPr>
          <w:color w:val="666666"/>
          <w:sz w:val="18"/>
        </w:rPr>
        <w:t>The Spirit of Fasting October 2, 2005 Maulana Wahiduddin Khan · 1m 57s · at 3:47 · https://youtu.be/7OwO1UoCxmQ?t=227</w:t>
      </w:r>
    </w:p>
    <w:p>
      <w:r>
        <w:rPr>
          <w:i/>
        </w:rPr>
        <w:t>“Aap jaante hain ke is duniya mein zindagi guzarne ke”</w:t>
      </w:r>
    </w:p>
    <w:p>
      <w:r>
        <w:rPr>
          <w:sz w:val="20"/>
        </w:rPr>
        <w:t>3:47  Yaani aap jante hain ke is duniya mein zindagi guzarne ke do tareeke hain.</w:t>
      </w:r>
      <w:r>
        <w:br/>
      </w:r>
      <w:r>
        <w:rPr>
          <w:sz w:val="20"/>
        </w:rPr>
        <w:t>3:58  Har aadmi khwahish se bhara hua hai, koi bhi insan khwahish se khali nahi.</w:t>
      </w:r>
      <w:r>
        <w:br/>
      </w:r>
      <w:r>
        <w:rPr>
          <w:sz w:val="20"/>
        </w:rPr>
        <w:t>4:08  Jaza'ir-e-tezair hain jiska naam insan hai. To ab zindagi ke do tareeke hain.</w:t>
      </w:r>
      <w:r>
        <w:br/>
      </w:r>
      <w:r>
        <w:rPr>
          <w:sz w:val="20"/>
        </w:rPr>
        <w:t>4:17  Ek yeh ke aap apni khwahish ko follow karein. Jo khwahish aa gayi dil mein, bas us ko poora karte rahein.</w:t>
      </w:r>
      <w:r>
        <w:br/>
      </w:r>
      <w:r>
        <w:rPr>
          <w:sz w:val="20"/>
        </w:rPr>
        <w:t>4:31  Kisi par badla aa gaya hai to badla poora karein. Paisa lootne ka aa gaya hai to paisa lootein. Corruption ki khwahish aa gayi hai to corruption karein.</w:t>
      </w:r>
      <w:r>
        <w:br/>
      </w:r>
      <w:r>
        <w:rPr>
          <w:sz w:val="20"/>
        </w:rPr>
        <w:t>4:46  Qarz-e-lust, milis, badla, ghussa,</w:t>
      </w:r>
      <w:r>
        <w:br/>
      </w:r>
      <w:r>
        <w:rPr>
          <w:sz w:val="20"/>
        </w:rPr>
        <w:t>4:54  khudgarzi</w:t>
      </w:r>
      <w:r>
        <w:br/>
      </w:r>
      <w:r>
        <w:rPr>
          <w:sz w:val="20"/>
        </w:rPr>
        <w:t>4:58  aur bartar banna, apne ko sab se ooncha uthana, ana pasandi.</w:t>
      </w:r>
      <w:r>
        <w:br/>
      </w:r>
      <w:r>
        <w:rPr>
          <w:sz w:val="20"/>
        </w:rPr>
        <w:t>5:07  jitna bhi hai, agar sochen aap to sab khwahishein khwahishein hain.</w:t>
      </w:r>
      <w:r>
        <w:br/>
      </w:r>
      <w:r>
        <w:rPr>
          <w:sz w:val="20"/>
        </w:rPr>
        <w:t>5:15  to zindagi ke do tareeqe hain. ek yeh hai ke aap har khwahish ko azaad chhod dein aur jahan koi khwahish aayi, us ko aap poora karne lagen.</w:t>
      </w:r>
      <w:r>
        <w:br/>
      </w:r>
      <w:r>
        <w:rPr>
          <w:sz w:val="20"/>
        </w:rPr>
        <w:t>5:28  ek hai aap khwahish ko manage karen, khwahish ko control karen. dunya mein zindagi guzarne ke yahi do tareeqe hain, koi bhi teesra tareeqa nahin.</w:t>
      </w:r>
    </w:p>
    <w:p>
      <w:pPr>
        <w:pStyle w:val="Heading2"/>
      </w:pPr>
      <w:r>
        <w:t>Fear of God is inner spirit of Salat</w:t>
      </w:r>
    </w:p>
    <w:p>
      <w:r>
        <w:rPr>
          <w:color w:val="666666"/>
          <w:sz w:val="18"/>
        </w:rPr>
        <w:t>Salat -- Islamic Prayer I 27th Feb. 07 · 25s · at 57:49 · https://youtu.be/y1MA97h7mxg?t=3469</w:t>
      </w:r>
    </w:p>
    <w:p>
      <w:r>
        <w:rPr>
          <w:i/>
        </w:rPr>
        <w:t>“So fear of God is the inner spirit of Namaz”</w:t>
      </w:r>
    </w:p>
    <w:p>
      <w:r>
        <w:rPr>
          <w:sz w:val="20"/>
        </w:rPr>
        <w:t>57:49  So fear of God is the inner spirit of Namaz or Islamic prayer. So one who keeps fear of God in his Salat, he is a successful person.</w:t>
      </w:r>
      <w:r>
        <w:br/>
      </w:r>
      <w:r>
        <w:rPr>
          <w:sz w:val="20"/>
        </w:rPr>
        <w:t>58:14  Without khushu, there is no true Salat. And without true Salat, there is no success.</w:t>
      </w:r>
    </w:p>
    <w:p>
      <w:pPr>
        <w:pStyle w:val="Heading2"/>
      </w:pPr>
      <w:r>
        <w:t>Form and spirit both accepted</w:t>
      </w:r>
    </w:p>
    <w:p>
      <w:r>
        <w:rPr>
          <w:color w:val="666666"/>
          <w:sz w:val="18"/>
        </w:rPr>
        <w:t>The Pilgrimage of Hajj | Maulana Wahiduddin Khan · 31s · at 43:46 · https://youtu.be/LrI5xzFpjCs?t=2626</w:t>
      </w:r>
    </w:p>
    <w:p>
      <w:r>
        <w:rPr>
          <w:i/>
        </w:rPr>
        <w:t>“To form aur spirit dono qabool honge”</w:t>
      </w:r>
    </w:p>
    <w:p>
      <w:r>
        <w:rPr>
          <w:sz w:val="20"/>
        </w:rPr>
        <w:t>43:46  to form aur spirit dono qabool honge. Ye hai hajj ki haqeeqat, aur ye hai hajj ka paigham. Aqool qawli haza wastaghfirullaha li walakum ajmeen</w:t>
      </w:r>
    </w:p>
    <w:p>
      <w:pPr>
        <w:pStyle w:val="Heading2"/>
      </w:pPr>
      <w:r>
        <w:t>fasting has nothing to do with desert scarcity</w:t>
      </w:r>
    </w:p>
    <w:p>
      <w:r>
        <w:rPr>
          <w:color w:val="666666"/>
          <w:sz w:val="18"/>
        </w:rPr>
        <w:t>Ramadan A Month of Study of the Quran August 23, 2009 · 39s · at 11:17 · https://youtu.be/f90TVrzAOFs?t=677</w:t>
      </w:r>
    </w:p>
    <w:p>
      <w:r>
        <w:rPr>
          <w:i/>
        </w:rPr>
        <w:t>“Roze ka tarika hamesha se raha hai aasmani shariaton mein”</w:t>
      </w:r>
    </w:p>
    <w:p>
      <w:r>
        <w:rPr>
          <w:sz w:val="20"/>
        </w:rPr>
        <w:t>11:17  iske maani yeh rozah ka jo tareeqa hai woh hamesha se raha hai aasmani shariyaton mein. maine kuch logon ko yeh kehte hue suna ke arab mein kyunke desert hua karta tha, wahan khane peene ka saaman bohat kam milta tha,</w:t>
      </w:r>
      <w:r>
        <w:br/>
      </w:r>
      <w:r>
        <w:rPr>
          <w:sz w:val="20"/>
        </w:rPr>
        <w:t>11:38  to keh diya ke rozah khulo. yeh bilkul hi stupid baat hai. basically baat hai.</w:t>
      </w:r>
      <w:r>
        <w:br/>
      </w:r>
      <w:r>
        <w:rPr>
          <w:sz w:val="20"/>
        </w:rPr>
        <w:t>11:46  rozay ka taluq desert se nahi hai. kuch nahi hai. woh har jagah mabsoot hai. kyunke masla bhooke rehne ka nahi hai.</w:t>
      </w:r>
    </w:p>
    <w:p>
      <w:pPr>
        <w:pStyle w:val="Heading2"/>
      </w:pPr>
      <w:r>
        <w:t>Quran verse: jihad means following Ibrahim, who never fought</w:t>
      </w:r>
    </w:p>
    <w:p>
      <w:r>
        <w:rPr>
          <w:color w:val="666666"/>
          <w:sz w:val="18"/>
        </w:rPr>
        <w:t>Revival of Abrahamic Mission October 28, 2012 · 1m 43s · at 7:43 · https://youtu.be/9mV72V5gsqM?t=463</w:t>
      </w:r>
    </w:p>
    <w:p>
      <w:r>
        <w:rPr>
          <w:i/>
        </w:rPr>
        <w:t>“وجاهدوا فی اللہ حق جہادہ، ملة ابیکم ابراہیم۔”</w:t>
      </w:r>
    </w:p>
    <w:p>
      <w:r>
        <w:rPr>
          <w:sz w:val="20"/>
        </w:rPr>
        <w:t>7:43  dekhein Quran mein Surah Haj hai, Al Haj, jo ke Surah jo ke Quran ki Surah number 22 hai.</w:t>
      </w:r>
      <w:r>
        <w:br/>
      </w:r>
      <w:r>
        <w:rPr>
          <w:sz w:val="20"/>
        </w:rPr>
        <w:t>7:53  is mein jo ayat hai, ayat number 37, us ko aap parhiye.</w:t>
      </w:r>
      <w:r>
        <w:br/>
      </w:r>
      <w:r>
        <w:rPr>
          <w:sz w:val="20"/>
        </w:rPr>
        <w:t>8:01  is mein hai ke wajاهدū fī Allāhi ḥaqqa jihādih, huwa-ktarākum, wa mā jaʿala ʿalaykum fī d-dīni min ḥaraj.</w:t>
      </w:r>
      <w:r>
        <w:br/>
      </w:r>
      <w:r>
        <w:rPr>
          <w:sz w:val="20"/>
        </w:rPr>
        <w:t>8:13  millat abیکم ibrahim, hua samakum almuslimeen min qabl wa fi hadha, layakoon alrasool shaheeda alaikum wa takoon shuhada ala alnas.</w:t>
      </w:r>
      <w:r>
        <w:br/>
      </w:r>
      <w:r>
        <w:rPr>
          <w:sz w:val="20"/>
        </w:rPr>
        <w:t>8:29  is aayat mein bataya gaya hai ke</w:t>
      </w:r>
      <w:r>
        <w:br/>
      </w:r>
      <w:r>
        <w:rPr>
          <w:sz w:val="20"/>
        </w:rPr>
        <w:t>8:33  allah ke liye jihad karo, jaisa ke jihad kiya hazrat ibrahim ne.</w:t>
      </w:r>
      <w:r>
        <w:br/>
      </w:r>
      <w:r>
        <w:rPr>
          <w:sz w:val="20"/>
        </w:rPr>
        <w:t>8:44  allah ke liye jihad karo, jaisa ke jihad kiya hazrat ibrahim ne. isi ke liye allah taala ne tum ko muntakhib kar liya hai.</w:t>
      </w:r>
      <w:r>
        <w:br/>
      </w:r>
      <w:r>
        <w:rPr>
          <w:sz w:val="20"/>
        </w:rPr>
        <w:t>8:54  ab bataiye ke hazrat ibrahim ne kaun sa jihad kiya?</w:t>
      </w:r>
      <w:r>
        <w:br/>
      </w:r>
      <w:r>
        <w:rPr>
          <w:sz w:val="20"/>
        </w:rPr>
        <w:t>8:58  is ka koi saboot nahi hai ke hazrat ibrahim ne kabhi talwar chalai, kabhi kisi ko mara, kisi ke khilaf jang chhedi, aisa koi saboot nahi hai.</w:t>
      </w:r>
      <w:r>
        <w:br/>
      </w:r>
      <w:r>
        <w:rPr>
          <w:sz w:val="20"/>
        </w:rPr>
        <w:t>9:11  to yahan par jihad se murad wahi amal hoga jo hazrat ibrahim ne amalan ada kiya tha. woh kya tha? woh sirf ek tha, ab woh hai dawat ila allah</w:t>
      </w:r>
    </w:p>
    <w:p>
      <w:pPr>
        <w:pStyle w:val="Heading2"/>
      </w:pPr>
      <w:r>
        <w:t>Adam's forbidden tree and humanity's endless distraction</w:t>
      </w:r>
    </w:p>
    <w:p>
      <w:r>
        <w:rPr>
          <w:color w:val="666666"/>
          <w:sz w:val="18"/>
        </w:rPr>
        <w:t>An Intellectual Journey May 1, 2011 · 4m 00s · at 19:06 · https://youtu.be/AqjjyimoIqw?t=1146</w:t>
      </w:r>
    </w:p>
    <w:p>
      <w:r>
        <w:rPr>
          <w:i/>
        </w:rPr>
        <w:t>“Main ne kaha dekhen, hota kya hai”</w:t>
      </w:r>
    </w:p>
    <w:p>
      <w:r>
        <w:rPr>
          <w:sz w:val="20"/>
        </w:rPr>
        <w:t>19:06  wahan main ek majlis mein main ne kaha ke dekho hota kya hai? Adam ka qissa main ne bataya. Hazrat Adam ko Allah taala ne paida kiya to jannat de di aur kaha ke jannat mein khoob jaise chaho waise raho.</w:t>
      </w:r>
      <w:r>
        <w:br/>
      </w:r>
      <w:r>
        <w:rPr>
          <w:sz w:val="20"/>
        </w:rPr>
        <w:t>19:23  poora jannat tumhare liye khuli hui hai. Lekin wahan par ek darakht tha, shajar mamnu'a yani forbidden tree.</w:t>
      </w:r>
      <w:r>
        <w:br/>
      </w:r>
      <w:r>
        <w:rPr>
          <w:sz w:val="20"/>
        </w:rPr>
        <w:t>19:34  is se is se bachao apne aap ko. Don't approach this tree. To goya ke 99 percent se zyada cheezein mili hui theen Adam ko.</w:t>
      </w:r>
      <w:r>
        <w:br/>
      </w:r>
      <w:r>
        <w:rPr>
          <w:sz w:val="20"/>
        </w:rPr>
        <w:t>19:46  ek percent se kam ek cheez thi, wo ek darakht.</w:t>
      </w:r>
      <w:r>
        <w:br/>
      </w:r>
      <w:r>
        <w:rPr>
          <w:sz w:val="20"/>
        </w:rPr>
        <w:t>19:50  wo ek darakht jo hai jannat ki nematon mein one percent se bhi kam tha. Aur baqi jo mili hui thi, wo more than 99 percent tha. To un ka temptation jo hai, wo jaaga aur un ka shaitan ne un ko bharkaya.</w:t>
      </w:r>
      <w:r>
        <w:br/>
      </w:r>
      <w:r>
        <w:rPr>
          <w:sz w:val="20"/>
        </w:rPr>
        <w:t>20:08  yeh Quran majeed mein hai ke bhai asal cheez to yahi hai jis se un ko roka gaya hai.</w:t>
      </w:r>
      <w:r>
        <w:br/>
      </w:r>
      <w:r>
        <w:rPr>
          <w:sz w:val="20"/>
        </w:rPr>
        <w:t>20:13  is is is is yani is forbidden tree ko itna badhaya, itna badhaya, itna badhaya hai ke wo sab kuch isi mein hai. To wo jo 99 percent mila hua tha, wo bhool gaya un ko.</w:t>
      </w:r>
      <w:r>
        <w:br/>
      </w:r>
      <w:r>
        <w:rPr>
          <w:sz w:val="20"/>
        </w:rPr>
        <w:t>20:26  aur ja kar unhone kha liya aur phir jannat se nikal diye gaye.</w:t>
      </w:r>
      <w:r>
        <w:br/>
      </w:r>
      <w:r>
        <w:rPr>
          <w:sz w:val="20"/>
        </w:rPr>
        <w:t>20:32  to main ne kaha ke dekho is mein kya sabak hai?</w:t>
      </w:r>
      <w:r>
        <w:br/>
      </w:r>
      <w:r>
        <w:rPr>
          <w:sz w:val="20"/>
        </w:rPr>
        <w:t>20:35  sabak yeh hai ke har aadmi, har aadmi, har aadmi ko 99 item mile hue hain. Koi bhi aisa nahi hai jis ke jis ko 99 item blessing ke naam mile hue hon.</w:t>
      </w:r>
      <w:r>
        <w:br/>
      </w:r>
      <w:r>
        <w:rPr>
          <w:sz w:val="20"/>
        </w:rPr>
        <w:t>20:53  lekin is koi na koi ek item is ko nahi mila hua hota hai. Wo har ek ko, chahe wo president ho, chahe king ho, chahe koi baldi aadmi ho, ek item to miss karega har ek ko.</w:t>
      </w:r>
      <w:r>
        <w:br/>
      </w:r>
      <w:r>
        <w:rPr>
          <w:sz w:val="20"/>
        </w:rPr>
        <w:t>21:06  phir bhi jannat mili thi un ko, yani Adam ko, phir bhi ek item, ek item miss kar raha tha. Yani poore pe jannat un ko de di gayi thi jo hazaron empire se bari thi wo.</w:t>
      </w:r>
      <w:r>
        <w:br/>
      </w:r>
      <w:r>
        <w:rPr>
          <w:sz w:val="20"/>
        </w:rPr>
        <w:t>21:22  lekin ek item nahi tha, bas isi par unhone concentrate kar diya. Bas yahin par sab kuch hai.</w:t>
      </w:r>
      <w:r>
        <w:br/>
      </w:r>
      <w:r>
        <w:rPr>
          <w:sz w:val="20"/>
        </w:rPr>
        <w:t>21:28  yeh hai, yeh hai yani test aadmi ka ke tum apna dhyan 99 percent pe lagao, one percent ko bhula do.</w:t>
      </w:r>
      <w:r>
        <w:br/>
      </w:r>
      <w:r>
        <w:rPr>
          <w:sz w:val="20"/>
        </w:rPr>
        <w:t>21:40  tab tum distraction se bacho ge.</w:t>
      </w:r>
      <w:r>
        <w:br/>
      </w:r>
      <w:r>
        <w:rPr>
          <w:sz w:val="20"/>
        </w:rPr>
        <w:t>21:44  distraction jo hai, wo isi liye hota hai ke aadmi is ek cheez jo aap ko nahi mili, isi par aap ka focus ho jata hai. Aur wo bohat hi disastrous hai.</w:t>
      </w:r>
      <w:r>
        <w:br/>
      </w:r>
      <w:r>
        <w:rPr>
          <w:sz w:val="20"/>
        </w:rPr>
        <w:t>21:56  and that leads to explosion from paradise. Kitna disastrous hai?</w:t>
      </w:r>
      <w:r>
        <w:br/>
      </w:r>
      <w:r>
        <w:rPr>
          <w:sz w:val="20"/>
        </w:rPr>
        <w:t>22:04  to yeh hai jis mein sare log phanse hue hain.</w:t>
      </w:r>
      <w:r>
        <w:br/>
      </w:r>
      <w:r>
        <w:rPr>
          <w:sz w:val="20"/>
        </w:rPr>
        <w:t>22:08  is wajah se cheezein se sabak nahi le paate, cheezon ko point of reference bana kar ke dua nahi kar paate, cheezon mein jo spiritual food hai, us ko hasil nahi kar paate.</w:t>
      </w:r>
      <w:r>
        <w:br/>
      </w:r>
      <w:r>
        <w:rPr>
          <w:sz w:val="20"/>
        </w:rPr>
        <w:t>22:20  spiritual food har cheez mein spiritual food hai, har tajrube mein. Lekin aadmi is se mehroom rehta hai.</w:t>
      </w:r>
      <w:r>
        <w:br/>
      </w:r>
      <w:r>
        <w:rPr>
          <w:sz w:val="20"/>
        </w:rPr>
        <w:t>22:31  kyun ke wahi distraction idhar dimagh idhar lagata hai, idhar lagata hai, idhar bhagta hai, idhar bhagta hai.</w:t>
      </w:r>
      <w:r>
        <w:br/>
      </w:r>
      <w:r>
        <w:rPr>
          <w:sz w:val="20"/>
        </w:rPr>
        <w:t>22:40  to spiritual food lene ke liye zaroori hai ke aap ne koi distraction se bachaen. Aur jab bacha paenge, jab aap ne mind ko bohat active rakha hai.</w:t>
      </w:r>
      <w:r>
        <w:br/>
      </w:r>
      <w:r>
        <w:rPr>
          <w:sz w:val="20"/>
        </w:rPr>
        <w:t>22:54  mind ko active rakh kar ke parh sakte hain. aap is ka koi technical formula nahi hai. yaad rakhiye, distraction se apne ko bachane ka koi bhi technical formula nahi hai.</w:t>
      </w:r>
    </w:p>
    <w:p>
      <w:pPr>
        <w:pStyle w:val="Heading2"/>
      </w:pPr>
      <w:r>
        <w:t>dissatisfaction, not hunger, drives global protest movements</w:t>
      </w:r>
    </w:p>
    <w:p>
      <w:r>
        <w:rPr>
          <w:color w:val="666666"/>
          <w:sz w:val="18"/>
        </w:rPr>
        <w:t>Roza A Spiritual Jihad August 28, 2011 Maulana Wahiduddin Khan · 2m 37s · at 8:41 · https://youtu.be/7Xc_Fl6z5xU?t=521</w:t>
      </w:r>
    </w:p>
    <w:p>
      <w:r>
        <w:rPr>
          <w:i/>
        </w:rPr>
        <w:t>“The secret of today's global upheaval is dissatisfaction”</w:t>
      </w:r>
    </w:p>
    <w:p>
      <w:r>
        <w:rPr>
          <w:sz w:val="20"/>
        </w:rPr>
        <w:t>8:41  to maine is ko ek article kal likhwaya. is mein maine bataya ke yeh jo ho raha hai, is ka raaz asal mein hai dissatisfaction.</w:t>
      </w:r>
      <w:r>
        <w:br/>
      </w:r>
      <w:r>
        <w:rPr>
          <w:sz w:val="20"/>
        </w:rPr>
        <w:t>8:56  dissatisfaction jo mila hua hai, us par raazi na hona.</w:t>
      </w:r>
      <w:r>
        <w:br/>
      </w:r>
      <w:r>
        <w:rPr>
          <w:sz w:val="20"/>
        </w:rPr>
        <w:t>9:05  jo mila hua hai, us par raazi na hona, us se zyada chahna. al-hakum al-takathur, aur zyada, aur zyada.</w:t>
      </w:r>
      <w:r>
        <w:br/>
      </w:r>
      <w:r>
        <w:rPr>
          <w:sz w:val="20"/>
        </w:rPr>
        <w:t>9:12  yeh takathur ki nafsiyat se yeh sab paida hua hai. woh ne sab ko, sab ko khane par sab ko mil raha hai. protest karne walon ko maine dekha TV par, sab khoob tandrust log thay, mujh se, mujh se baithe thay.</w:t>
      </w:r>
      <w:r>
        <w:br/>
      </w:r>
      <w:r>
        <w:rPr>
          <w:sz w:val="20"/>
        </w:rPr>
        <w:t>9:24  sab mujh se baithe thay woh aur shor kar rahe thay. kai bar main TV pe dekha jo protest karte hain, un ko woh us se zyada healthy, woh us se zyada acha, un ke jism tha aur aur shor kar rahe hain.</w:t>
      </w:r>
      <w:r>
        <w:br/>
      </w:r>
      <w:r>
        <w:rPr>
          <w:sz w:val="20"/>
        </w:rPr>
        <w:t>9:42  to aisa nahin ke woh bhookon par rahe hain. nahin, jo mila hua hai, us ko woh kam samajhte hain. magar sawal yeh hai ke jab mil jata hai, phir phir dobara ko jari rehta hai.</w:t>
      </w:r>
      <w:r>
        <w:br/>
      </w:r>
      <w:r>
        <w:rPr>
          <w:sz w:val="20"/>
        </w:rPr>
        <w:t>9:56  jaise India mein dekhiye, India mein British period mein logon ko lagta tha ke humein kuch nahin mila hua hai. to hangama khara hua, yahan tak ke 1947 mein India azaad ho gaya.</w:t>
      </w:r>
      <w:r>
        <w:br/>
      </w:r>
      <w:r>
        <w:rPr>
          <w:sz w:val="20"/>
        </w:rPr>
        <w:t>10:10  magar phir bhi dekhiye, jab jab jab Rukun Raan ki jo tehreek uthi thi, usi Ram</w:t>
      </w:r>
      <w:r>
        <w:br/>
      </w:r>
      <w:r>
        <w:rPr>
          <w:sz w:val="20"/>
        </w:rPr>
        <w:t>10:23  to is ke baad phir bhi, phir bhi logon ko wahi dis setsfaiyekt hua. ab, ab, ab awaz ka hangama hai. to koi bhi cheez mile to aadmi ko kam lagti hai.</w:t>
      </w:r>
      <w:r>
        <w:br/>
      </w:r>
      <w:r>
        <w:rPr>
          <w:sz w:val="20"/>
        </w:rPr>
        <w:t>10:36  wo</w:t>
      </w:r>
      <w:r>
        <w:br/>
      </w:r>
      <w:r>
        <w:rPr>
          <w:sz w:val="20"/>
        </w:rPr>
        <w:t>10:41  koi bhi cheez mile to kam lagti hai. yaani brtish period mein lagta tha hum ko kam mila hua hai, aadha hi aa gayi, tab bhi bara kam, kam mila hua hai. jab rain ne poora nara lagaya, wo bhi mil gaya, tab bhi kam mila hua hai.</w:t>
      </w:r>
      <w:r>
        <w:br/>
      </w:r>
      <w:r>
        <w:rPr>
          <w:sz w:val="20"/>
        </w:rPr>
        <w:t>10:54  ab phir wo hangama hai, kam mila hua hai. to rozah ko kam par razi hone ka sabak hai.</w:t>
      </w:r>
      <w:r>
        <w:br/>
      </w:r>
      <w:r>
        <w:rPr>
          <w:sz w:val="20"/>
        </w:rPr>
        <w:t>11:06  kyun? kam par razi hone hi mein aadmi ko pais milega aur sukoon milega.</w:t>
      </w:r>
    </w:p>
    <w:p>
      <w:pPr>
        <w:pStyle w:val="Heading2"/>
      </w:pPr>
      <w:r>
        <w:t>Fasting teaches discipline and taqwa</w:t>
      </w:r>
    </w:p>
    <w:p>
      <w:r>
        <w:rPr>
          <w:color w:val="666666"/>
          <w:sz w:val="18"/>
        </w:rPr>
        <w:t>Ramadan The Month of Fasting July 31, 2011- Maulana Wahiduddin Khan · 45s · at 20:44 · https://youtu.be/EpBJ1QtE748?t=1244</w:t>
      </w:r>
    </w:p>
    <w:p>
      <w:r>
        <w:rPr>
          <w:i/>
        </w:rPr>
        <w:t>“To goya ke Ramadan ka mahina aap ko yaad dilata hai.”</w:t>
      </w:r>
    </w:p>
    <w:p>
      <w:r>
        <w:rPr>
          <w:sz w:val="20"/>
        </w:rPr>
        <w:t>20:44  to goya ke ramzan ka mahina aap ko yaad dilata hai ke aap ko paband zindagi guzarna hai.</w:t>
      </w:r>
      <w:r>
        <w:br/>
      </w:r>
      <w:r>
        <w:rPr>
          <w:sz w:val="20"/>
        </w:rPr>
        <w:t>20:55  disciplined way mein zindagi guzarna hai. apne aap ko control kar ke duniya mein rehna hai. apne bhook par control, apne pyas par control, apni khwahishon par control.</w:t>
      </w:r>
      <w:r>
        <w:br/>
      </w:r>
      <w:r>
        <w:rPr>
          <w:sz w:val="20"/>
        </w:rPr>
        <w:t>21:11  har cheez par control.</w:t>
      </w:r>
      <w:r>
        <w:br/>
      </w:r>
      <w:r>
        <w:rPr>
          <w:sz w:val="20"/>
        </w:rPr>
        <w:t>21:15  to yeh hai ramzan ki haqeeqat. yeh hai ramzan ki haqeeqat. isi liye dekhiye quran mein hai ke: "la'allakum tattaqun".</w:t>
      </w:r>
    </w:p>
    <w:p>
      <w:pPr>
        <w:pStyle w:val="Heading2"/>
      </w:pPr>
      <w:r>
        <w:t>Minimum and maximum limits of giving in Islam</w:t>
      </w:r>
    </w:p>
    <w:p>
      <w:r>
        <w:rPr>
          <w:color w:val="666666"/>
          <w:sz w:val="18"/>
        </w:rPr>
        <w:t>Spirit of Zakat (English) May 16, 2007 Maulana Wahiduddin Khan · 3m 02s · at 33:11 · https://youtu.be/J-0gHxSsXWc?t=1991</w:t>
      </w:r>
    </w:p>
    <w:p>
      <w:r>
        <w:rPr>
          <w:i/>
        </w:rPr>
        <w:t>“In the Qur'an there are three words: Zakat, Sadaqah, Infaq.”</w:t>
      </w:r>
    </w:p>
    <w:p>
      <w:r>
        <w:rPr>
          <w:sz w:val="20"/>
        </w:rPr>
        <w:t>33:11  poor. Then, in the Qur'an, there are different words in this regard: Zakat, Sadaqah, Infaq.</w:t>
      </w:r>
      <w:r>
        <w:br/>
      </w:r>
      <w:r>
        <w:rPr>
          <w:sz w:val="20"/>
        </w:rPr>
        <w:t>33:22  These are three words: Zakat, Sadaqah, Infaq. So, according to the Qur'an, Zakat is not a charity.</w:t>
      </w:r>
      <w:r>
        <w:br/>
      </w:r>
      <w:r>
        <w:rPr>
          <w:sz w:val="20"/>
        </w:rPr>
        <w:t>33:32  It is not simply philanthropy.</w:t>
      </w:r>
      <w:r>
        <w:br/>
      </w:r>
      <w:r>
        <w:rPr>
          <w:sz w:val="20"/>
        </w:rPr>
        <w:t>33:35  It is a contribution towards society. And there are two levels of this contribution: minimum and maximum.</w:t>
      </w:r>
      <w:r>
        <w:br/>
      </w:r>
      <w:r>
        <w:rPr>
          <w:sz w:val="20"/>
        </w:rPr>
        <w:t>33:50  Minimum contribution is 2.5% from your earnings, from your assets, from your money, from your savings.</w:t>
      </w:r>
      <w:r>
        <w:br/>
      </w:r>
      <w:r>
        <w:rPr>
          <w:sz w:val="20"/>
        </w:rPr>
        <w:t>34:00  So, Zakat is a contribution towards society, towards mankind.</w:t>
      </w:r>
      <w:r>
        <w:br/>
      </w:r>
      <w:r>
        <w:rPr>
          <w:sz w:val="20"/>
        </w:rPr>
        <w:t>34:06  Then, there are two different levels: minimum and maximum. Minimum contribution is 2.5% from your earnings.</w:t>
      </w:r>
      <w:r>
        <w:br/>
      </w:r>
      <w:r>
        <w:rPr>
          <w:sz w:val="20"/>
        </w:rPr>
        <w:t>34:22  Then, for the maximum contribution, there is no limit. No limit. There is a very relevant verse in the Qur'an: yassaloonaka matha yunfiqun</w:t>
      </w:r>
      <w:r>
        <w:br/>
      </w:r>
      <w:r>
        <w:rPr>
          <w:sz w:val="20"/>
        </w:rPr>
        <w:t>34:35  a qulil lahu People ask you about Infaq.</w:t>
      </w:r>
      <w:r>
        <w:br/>
      </w:r>
      <w:r>
        <w:rPr>
          <w:sz w:val="20"/>
        </w:rPr>
        <w:t>34:44  Infaq means giving money for the betterment of society, for the sake of God.</w:t>
      </w:r>
      <w:r>
        <w:br/>
      </w:r>
      <w:r>
        <w:rPr>
          <w:sz w:val="20"/>
        </w:rPr>
        <w:t>34:54  So, people ask you about Infaq. matha yunfiqun People ask you about Infaq.</w:t>
      </w:r>
      <w:r>
        <w:br/>
      </w:r>
      <w:r>
        <w:rPr>
          <w:sz w:val="20"/>
        </w:rPr>
        <w:t>35:06  So,</w:t>
      </w:r>
      <w:r>
        <w:br/>
      </w:r>
      <w:r>
        <w:rPr>
          <w:sz w:val="20"/>
        </w:rPr>
        <w:t>35:09  tell them that all that which is all that which is more than your need matha yunfiqun qulil lahu you have right only for your basic needs.</w:t>
      </w:r>
      <w:r>
        <w:br/>
      </w:r>
      <w:r>
        <w:rPr>
          <w:sz w:val="20"/>
        </w:rPr>
        <w:t>35:30  So, you have to pay everything other than need</w:t>
      </w:r>
      <w:r>
        <w:br/>
      </w:r>
      <w:r>
        <w:rPr>
          <w:sz w:val="20"/>
        </w:rPr>
        <w:t>35:35  s. Other than needs. This is the maximum. The minimum limit of Infaq is 2.5%.</w:t>
      </w:r>
      <w:r>
        <w:br/>
      </w:r>
      <w:r>
        <w:rPr>
          <w:sz w:val="20"/>
        </w:rPr>
        <w:t>35:45  And the maximum limit of Infaq is</w:t>
      </w:r>
      <w:r>
        <w:br/>
      </w:r>
      <w:r>
        <w:rPr>
          <w:sz w:val="20"/>
        </w:rPr>
        <w:t>35:53  all everything that is more than your need, more than your need, more than your basic need.</w:t>
      </w:r>
      <w:r>
        <w:br/>
      </w:r>
      <w:r>
        <w:rPr>
          <w:sz w:val="20"/>
        </w:rPr>
        <w:t>36:05  So, this is the minimum limit and maximum limit.</w:t>
      </w:r>
    </w:p>
    <w:p>
      <w:pPr>
        <w:pStyle w:val="Heading2"/>
      </w:pPr>
      <w:r>
        <w:t>Three earthly angels transform a mission into a universal one</w:t>
      </w:r>
    </w:p>
    <w:p>
      <w:r>
        <w:rPr>
          <w:color w:val="666666"/>
          <w:sz w:val="18"/>
        </w:rPr>
        <w:t>The Importance of Dua December 15, 2006 · 5m 31s · at 25:59 · https://youtu.be/u4cSEoh_mfY?t=1559</w:t>
      </w:r>
    </w:p>
    <w:p>
      <w:r>
        <w:rPr>
          <w:i/>
        </w:rPr>
        <w:t>“But I later learned all my prayers were answered”</w:t>
      </w:r>
    </w:p>
    <w:p>
      <w:r>
        <w:rPr>
          <w:sz w:val="20"/>
        </w:rPr>
        <w:t>25:59  bahut baat ko mujhe maloom hua ke meri duaen sab ki sab Allah taala ne qubool kar li theen. aur bahut hi bara meri zindagi mein ek revolution aaya.</w:t>
      </w:r>
      <w:r>
        <w:br/>
      </w:r>
      <w:r>
        <w:rPr>
          <w:sz w:val="20"/>
        </w:rPr>
        <w:t>26:13  woh kya? woh</w:t>
      </w:r>
      <w:r>
        <w:br/>
      </w:r>
      <w:r>
        <w:rPr>
          <w:sz w:val="20"/>
        </w:rPr>
        <w:t>26:21  woh yeh team ka banna tha.</w:t>
      </w:r>
      <w:r>
        <w:br/>
      </w:r>
      <w:r>
        <w:rPr>
          <w:sz w:val="20"/>
        </w:rPr>
        <w:t>26:25  is team ka banna tha. Khuda, teen angel mere paas Khuda ne bheja.</w:t>
      </w:r>
      <w:r>
        <w:br/>
      </w:r>
      <w:r>
        <w:rPr>
          <w:sz w:val="20"/>
        </w:rPr>
        <w:t>26:35  Mr Khalid Ansari, Mr Rajat Bhutra, aur Ms Priya Malik.</w:t>
      </w:r>
      <w:r>
        <w:br/>
      </w:r>
      <w:r>
        <w:rPr>
          <w:sz w:val="20"/>
        </w:rPr>
        <w:t>26:44  yeh log mere paas aaye. yeh log secular dhang par sochte the. yeh jadeed taleem liye hue the.</w:t>
      </w:r>
      <w:r>
        <w:br/>
      </w:r>
      <w:r>
        <w:rPr>
          <w:sz w:val="20"/>
        </w:rPr>
        <w:t>26:59  woh Muslim orientation se bilkul khali the. toh yeh log mere paas aane lage. in se ta'ammul hua.</w:t>
      </w:r>
      <w:r>
        <w:br/>
      </w:r>
      <w:r>
        <w:rPr>
          <w:sz w:val="20"/>
        </w:rPr>
        <w:t>27:11  aur phir mere zehen mein ek nayi soch ubhri.</w:t>
      </w:r>
      <w:r>
        <w:br/>
      </w:r>
      <w:r>
        <w:rPr>
          <w:sz w:val="20"/>
        </w:rPr>
        <w:t>27:15  woh yaani Muslim orientation ke bajaye insaan orientation. ab main dekhta hoon toh is zamane mein jo kitaben main likhi theen, us mein jo kitab mere nazdeek bilkul insaan ko samne rakh ke likhi gayi thi,</w:t>
      </w:r>
      <w:r>
        <w:br/>
      </w:r>
      <w:r>
        <w:rPr>
          <w:sz w:val="20"/>
        </w:rPr>
        <w:t>27:32  humanity at large ko, woh thi "Insaan Apne Aap Ko Pehchan". Mind knows thyself</w:t>
      </w:r>
      <w:r>
        <w:br/>
      </w:r>
      <w:r>
        <w:rPr>
          <w:sz w:val="20"/>
        </w:rPr>
        <w:t>27:41  ab main parhta hoon toh woh bhi Muslim oriented hai woh. kyunke conditioning hui thi zabardast thi meri.</w:t>
      </w:r>
      <w:r>
        <w:br/>
      </w:r>
      <w:r>
        <w:rPr>
          <w:sz w:val="20"/>
        </w:rPr>
        <w:t>27:49  ke jo kitab main ne likhi aam insaan ko address karne ke liye, us mein bhi mera woh mind jhalak raha tha. Muslim oriented mind.</w:t>
      </w:r>
      <w:r>
        <w:br/>
      </w:r>
      <w:r>
        <w:rPr>
          <w:sz w:val="20"/>
        </w:rPr>
        <w:t>28:01  toh yeh teeno aadmi jo aaye, un se jo ta'ammul hua, us se mere andar ek re-thinking aayi. main ne re-assess kiya apne khayalat ko.</w:t>
      </w:r>
      <w:r>
        <w:br/>
      </w:r>
      <w:r>
        <w:rPr>
          <w:sz w:val="20"/>
        </w:rPr>
        <w:t>28:13  re-engineer kiya apne aap ko. hote hote hote hote meri soch bilkul badal gayi. yaani jo soch thi pehle Muslim oriented soch, ab ban gayi insaan oriented soch.</w:t>
      </w:r>
      <w:r>
        <w:br/>
      </w:r>
      <w:r>
        <w:rPr>
          <w:sz w:val="20"/>
        </w:rPr>
        <w:t>28:27  yeh bohat bara revolution tha meri zindagi mein. is se pehle goya ke mein yani community work jis ko kehte hain, is ka aik hissa tha.</w:t>
      </w:r>
      <w:r>
        <w:br/>
      </w:r>
      <w:r>
        <w:rPr>
          <w:sz w:val="20"/>
        </w:rPr>
        <w:t>28:40  muslim community ka aik hissa tha mein apne mission ke aitbar se. ab mein humanity at large ka hissa hoon.</w:t>
      </w:r>
      <w:r>
        <w:br/>
      </w:r>
      <w:r>
        <w:rPr>
          <w:sz w:val="20"/>
        </w:rPr>
        <w:t>28:51  ab poori insan, poori humanity mere samne hai. poori insaniyat ko le kar mein sochta hoon. to is zamane mein jo duaen mein karta tha, agar woh qabool ho gayin hotin to kya hota?</w:t>
      </w:r>
      <w:r>
        <w:br/>
      </w:r>
      <w:r>
        <w:rPr>
          <w:sz w:val="20"/>
        </w:rPr>
        <w:t>29:08  mein wohin ke wohin pada rehta. yani muslim oriented mission rehta mera, jaisa ke tha pehle. lekin qabool na ho kar ke khuda ne mor diya mere kaam ko.</w:t>
      </w:r>
      <w:r>
        <w:br/>
      </w:r>
      <w:r>
        <w:rPr>
          <w:sz w:val="20"/>
        </w:rPr>
        <w:t>29:22  muslim oriented mission ko insan oriented mission bana diya. yani is ko yoon samajh lete hain ke prophetic mission bana diya.</w:t>
      </w:r>
      <w:r>
        <w:br/>
      </w:r>
      <w:r>
        <w:rPr>
          <w:sz w:val="20"/>
        </w:rPr>
        <w:t>29:33  pehle woh milli mission tha, muslim mission tha.</w:t>
      </w:r>
      <w:r>
        <w:br/>
      </w:r>
      <w:r>
        <w:rPr>
          <w:sz w:val="20"/>
        </w:rPr>
        <w:t>29:37  ab yeh mission prophetic mission ban gaya. kyunke prophet sare insan ko le kar sochta hai. prophet kisi community ko le kar nahi sochta.</w:t>
      </w:r>
      <w:r>
        <w:br/>
      </w:r>
      <w:r>
        <w:rPr>
          <w:sz w:val="20"/>
        </w:rPr>
        <w:t>29:48  aap ghor kijiye kitna bara yeh barkat thi meri, jo meri samajh se dua qabool na hone ki shakal mein samne aayi.</w:t>
      </w:r>
      <w:r>
        <w:br/>
      </w:r>
      <w:r>
        <w:rPr>
          <w:sz w:val="20"/>
        </w:rPr>
        <w:t>29:59  yani aik mission jo aik community ka mission tha, aik milli mission tha,</w:t>
      </w:r>
      <w:r>
        <w:br/>
      </w:r>
      <w:r>
        <w:rPr>
          <w:sz w:val="20"/>
        </w:rPr>
        <w:t>30:09  woh mission poore insaniyat ka mission ban gaya. poori humanity ka mission ban gaya. universal mission ban gaya.</w:t>
      </w:r>
      <w:r>
        <w:br/>
      </w:r>
      <w:r>
        <w:rPr>
          <w:sz w:val="20"/>
        </w:rPr>
        <w:t>30:18  yani kitna bara yeh inqilab hua.</w:t>
      </w:r>
      <w:r>
        <w:br/>
      </w:r>
      <w:r>
        <w:rPr>
          <w:sz w:val="20"/>
        </w:rPr>
        <w:t>30:25  to mein yeh keh raha hoon ke dekhiye, aap dua karen aur kitni achi dua aap ki zuban se nikle. aap ki samajh se dikhai ho ke aap aap ki samajh se dikhai parhe ke aap ne sara dil oondhel kar rakh diya hai aur phir bhi qabool nahi hui.</w:t>
      </w:r>
      <w:r>
        <w:br/>
      </w:r>
      <w:r>
        <w:rPr>
          <w:sz w:val="20"/>
        </w:rPr>
        <w:t>30:47  to kabhi bhi aap mayoos na pariye.</w:t>
      </w:r>
      <w:r>
        <w:br/>
      </w:r>
      <w:r>
        <w:rPr>
          <w:sz w:val="20"/>
        </w:rPr>
        <w:t>30:51  yeh samajh lijiye ke khuda ne qabool kar liya hai aur zyada achhe dhang se is ko woh hamein jawab dega. jaisa ke mere sath hua.</w:t>
      </w:r>
      <w:r>
        <w:br/>
      </w:r>
      <w:r>
        <w:rPr>
          <w:sz w:val="20"/>
        </w:rPr>
        <w:t>31:04  ab mein sochta hoon ke agar mein isi halat mein mar jata to mein shayad jahiliyat ki maut marta. isi liye mein kehta hoon ke teen angel mere pas aaye.</w:t>
      </w:r>
      <w:r>
        <w:br/>
      </w:r>
      <w:r>
        <w:rPr>
          <w:sz w:val="20"/>
        </w:rPr>
        <w:t>31:17  ab mein samajhta hoon ke ab mein marunga to prophetic mission par marunga. universal mission par marunga. aap ko zyada behtar miras de kar marunga.</w:t>
      </w:r>
    </w:p>
    <w:p>
      <w:pPr>
        <w:pStyle w:val="Heading2"/>
      </w:pPr>
      <w:r>
        <w:t>Fasting promotes patience culture</w:t>
      </w:r>
    </w:p>
    <w:p>
      <w:r>
        <w:rPr>
          <w:color w:val="666666"/>
          <w:sz w:val="18"/>
        </w:rPr>
        <w:t>Ramadan and The Quran | October 14, 2005 | Maulana Wahiduddin Khan · 1m 31s · at 54:05 · https://youtu.be/wi4PL1CwY7w?t=3245</w:t>
      </w:r>
    </w:p>
    <w:p>
      <w:r>
        <w:rPr>
          <w:i/>
        </w:rPr>
        <w:t>“Mein samajhta hoon ke roza sabr culture ko promote karta hai”</w:t>
      </w:r>
    </w:p>
    <w:p>
      <w:r>
        <w:rPr>
          <w:sz w:val="20"/>
        </w:rPr>
        <w:t>54:05  intellectual exchange karen is tarah apna intellectual intellectual development barhaen mein samajhta hon ke ye roze ka zyada bara role hai isi tarah se roze ka jo mein samajhta hon ke roza sabr culture ko promote karta hai hadith mein aata hai ke huwa shahr al sabr roza sabr ka</w:t>
      </w:r>
      <w:r>
        <w:br/>
      </w:r>
      <w:r>
        <w:rPr>
          <w:sz w:val="20"/>
        </w:rPr>
        <w:t>54:35  mahina hai sabr means patience to roza jo hai sabr culture ko promote karne ka naam hai agar mein kahoon to kahoon ga aur sabr yani patience islam mein bohat important is ki har cheez se sabr jara hua hai agar aap daawa work karna chahein koi ulti seedhi bolay ga to aap ko wahan sabr karna pare ga daawa process ruk jaye ga dawat ka process ruk jaye ga</w:t>
      </w:r>
      <w:r>
        <w:br/>
      </w:r>
      <w:r>
        <w:rPr>
          <w:sz w:val="20"/>
        </w:rPr>
        <w:t>55:06  koi bhi aap deen ka kaam karna chahein to tarah tarah ke log milenge to wo log aap ko provoke bhi kar sakte hain aisi baat keh sakte hain ke aap ke andar heat paida ho jaye aap ka hunger paida ho jaye to wahan aap ko sabr karna pare ga patience se kaam lena pare ga warna wo sara process ruk jaye ga to ye jo ye jo roze mein khane par sabr peene par sabr desire par sabr ye</w:t>
      </w:r>
    </w:p>
    <w:p>
      <w:pPr>
        <w:pStyle w:val="Heading2"/>
      </w:pPr>
      <w:r>
        <w:t>Intentionally missed prayers need repentance, not makeup</w:t>
      </w:r>
    </w:p>
    <w:p>
      <w:r>
        <w:rPr>
          <w:color w:val="666666"/>
          <w:sz w:val="18"/>
        </w:rPr>
        <w:t>CPS Women Interaction 4 April 30, 2022 · 1m 00s · at 49:50 · https://youtu.be/O8DWIk3naCQ?t=2990</w:t>
      </w:r>
    </w:p>
    <w:p>
      <w:r>
        <w:rPr>
          <w:i/>
        </w:rPr>
        <w:t>“Agar jaanbujhkar namaz chhodte hain hum”</w:t>
      </w:r>
    </w:p>
    <w:p>
      <w:r>
        <w:rPr>
          <w:sz w:val="20"/>
        </w:rPr>
        <w:t>49:50  balki agar jaanboojhkar namaz chhodte hain hum, maloom hai ki falan namaz humne jaanboojhkar chhod diya baqi Allah</w:t>
      </w:r>
      <w:r>
        <w:br/>
      </w:r>
      <w:r>
        <w:rPr>
          <w:sz w:val="20"/>
        </w:rPr>
        <w:t>50:10  ke talluq se koi kaam ho, galti hogi Allah ke talluq se to usmein tauba aur istefaar, tauba</w:t>
      </w:r>
      <w:r>
        <w:br/>
      </w:r>
      <w:r>
        <w:rPr>
          <w:sz w:val="20"/>
        </w:rPr>
        <w:t>50:30  aur istefaar isko lazim pakad lenge.</w:t>
      </w:r>
      <w:r>
        <w:br/>
      </w:r>
      <w:r>
        <w:rPr>
          <w:sz w:val="20"/>
        </w:rPr>
        <w:t>50:50  bahut shukriya shayad aapko. ji main femida aap se kahungi apni learning share karen. achha main dekh loon. meri aawaaz aa rahi ji, aawaaz thodi kam hai.</w:t>
      </w:r>
    </w:p>
    <w:p>
      <w:pPr>
        <w:pStyle w:val="Heading2"/>
      </w:pPr>
      <w:r>
        <w:t>Ramadan deflates ego - the puppet analogy</w:t>
      </w:r>
    </w:p>
    <w:p>
      <w:r>
        <w:rPr>
          <w:color w:val="666666"/>
          <w:sz w:val="18"/>
        </w:rPr>
        <w:t>Ramadan and The Quran September 03, 2006 Maulana Wahiduddin Khan · 1m 52s · at 53:37 · https://youtu.be/LJU2AJuPQZc?t=3217</w:t>
      </w:r>
    </w:p>
    <w:p>
      <w:r>
        <w:rPr>
          <w:i/>
        </w:rPr>
        <w:t>“Ramadan ka maqsad hai aadmi ko kathputli karna”</w:t>
      </w:r>
    </w:p>
    <w:p>
      <w:r>
        <w:rPr>
          <w:sz w:val="20"/>
        </w:rPr>
        <w:t>53:37  to Ramzan ka mahina ka maqsad yeh hai ke aadmi ko kathputli kiya jaye. us ke ghubare ki hawa nikaal di jaye.</w:t>
      </w:r>
      <w:r>
        <w:br/>
      </w:r>
      <w:r>
        <w:rPr>
          <w:sz w:val="20"/>
        </w:rPr>
        <w:t>53:46  taake us ke andar sachcha shukr paida ho. jab tak aap kathputli na hon. main samajhta hoon ke sab se bara hikmat hai kathputli hona.</w:t>
      </w:r>
      <w:r>
        <w:br/>
      </w:r>
      <w:r>
        <w:rPr>
          <w:sz w:val="20"/>
        </w:rPr>
        <w:t>53:59  kath putli ka matlab kya hai? jab 1971 mein jab pakistan ke do tukde hue the.</w:t>
      </w:r>
      <w:r>
        <w:br/>
      </w:r>
      <w:r>
        <w:rPr>
          <w:sz w:val="20"/>
        </w:rPr>
        <w:t>54:09  bangla desh ban kar alag hua tha. aap jante hain ke pehle pakistan jo tha, east pakistan aur west pakistan kaha jata tha. jo jo east pakistan hai, woh ab bangla desh kaha jata hai.</w:t>
      </w:r>
      <w:r>
        <w:br/>
      </w:r>
      <w:r>
        <w:rPr>
          <w:sz w:val="20"/>
        </w:rPr>
        <w:t>54:20  to do tukde ho gaya. is zamane mein bohat si kitabein chhapi thin. mislan "dismemberment of pakistan" aur "pakistan after" yani kai is tarah ki kitabein chhapi thin.</w:t>
      </w:r>
      <w:r>
        <w:br/>
      </w:r>
      <w:r>
        <w:rPr>
          <w:sz w:val="20"/>
        </w:rPr>
        <w:t>54:34  "partition of after partition" waghera. to ek unwan mujhe bohat pasand aaya tha. woh tha "pakistan kath putli".</w:t>
      </w:r>
      <w:r>
        <w:br/>
      </w:r>
      <w:r>
        <w:rPr>
          <w:sz w:val="20"/>
        </w:rPr>
        <w:t>54:47  "pakistan kath putli" yani pakistan wahan ho gaya, waisa ho gaya jaisa ke woh haqiqatan tha. yani yeh masnooi soorat-e-haal thi ke beech mein ek hazar meel ki doori hai.</w:t>
      </w:r>
      <w:r>
        <w:br/>
      </w:r>
      <w:r>
        <w:rPr>
          <w:sz w:val="20"/>
        </w:rPr>
        <w:t>55:04  kyun ke aap jante hain ke dono pakistan ke dono hisse jo the, us mein hazar meel ka faasla tha. to yeh ek jighrafiai ajuba tha.</w:t>
      </w:r>
      <w:r>
        <w:br/>
      </w:r>
      <w:r>
        <w:rPr>
          <w:sz w:val="20"/>
        </w:rPr>
        <w:t>55:15  ke aise do ilaqe ek mulk hon. to isi ko us ne kaha ke "pakistan kath putli". to jo haqeeqi soorat-e-haal thi, wahan pakistan aa gaya.</w:t>
      </w:r>
    </w:p>
    <w:p>
      <w:pPr>
        <w:pStyle w:val="Heading2"/>
      </w:pPr>
      <w:r>
        <w:t>God-oriented life through Labbaik</w:t>
      </w:r>
    </w:p>
    <w:p>
      <w:r>
        <w:rPr>
          <w:color w:val="666666"/>
          <w:sz w:val="18"/>
        </w:rPr>
        <w:t>The Message of Eid Al-Adha November 6, 2011 Maulana Wahiduddin Khan · 46s · at 3:43 · https://youtu.be/y59PU_RD2cg?t=223</w:t>
      </w:r>
    </w:p>
    <w:p>
      <w:r>
        <w:rPr>
          <w:i/>
        </w:rPr>
        <w:t>“Yeh momin ke dil ki pukaar hai.”</w:t>
      </w:r>
    </w:p>
    <w:p>
      <w:r>
        <w:rPr>
          <w:sz w:val="20"/>
        </w:rPr>
        <w:t>3:43  yeh momin ke dil ki pukar hai۔</w:t>
      </w:r>
      <w:r>
        <w:br/>
      </w:r>
      <w:r>
        <w:rPr>
          <w:sz w:val="20"/>
        </w:rPr>
        <w:t>3:53  eid al-adha ke din aik sacha momin apne</w:t>
      </w:r>
      <w:r>
        <w:br/>
      </w:r>
      <w:r>
        <w:rPr>
          <w:sz w:val="20"/>
        </w:rPr>
        <w:t>4:03  iman ko is tarah taza karta hai, apne plish ko, apne ahad ko is tarah din dobara taza karta hai, yeh alfaz bol kar۔</w:t>
      </w:r>
      <w:r>
        <w:br/>
      </w:r>
      <w:r>
        <w:rPr>
          <w:sz w:val="20"/>
        </w:rPr>
        <w:t>4:16  is ka matlab yeh hai ke aap Allah se yeh ahad karte hain ke meri zindagi god oriented zindagi hogi,</w:t>
      </w:r>
    </w:p>
    <w:p>
      <w:pPr>
        <w:pStyle w:val="Heading2"/>
      </w:pPr>
      <w:r>
        <w:t>Farewell Hajj sermon: not a rights charter but a new era</w:t>
      </w:r>
    </w:p>
    <w:p>
      <w:r>
        <w:rPr>
          <w:color w:val="666666"/>
          <w:sz w:val="18"/>
        </w:rPr>
        <w:t>Revival of Abrahamic Mission October 28, 2012 · 5m 40s · at 16:10 · https://youtu.be/9mV72V5gsqM?t=970</w:t>
      </w:r>
    </w:p>
    <w:p>
      <w:r>
        <w:rPr>
          <w:i/>
        </w:rPr>
        <w:t>“رسول اللہ نے حجۃ الوداع میں جو مراسم ادا کیے۔”</w:t>
      </w:r>
    </w:p>
    <w:p>
      <w:r>
        <w:rPr>
          <w:sz w:val="20"/>
        </w:rPr>
        <w:t>16:09  yeh hai qiss</w:t>
      </w:r>
      <w:r>
        <w:br/>
      </w:r>
      <w:r>
        <w:rPr>
          <w:sz w:val="20"/>
        </w:rPr>
        <w:t>16:10  a. to Rasool Allah Sal Allahu Alaihi Wasallam ne jo Hajj kiya tha jis ko hum kehte hain Hajjat-ul-Wida, aap ne apni wafat se taqreeban do mahine pehle is mauqe par aap ne woh saare marasim jo ada kiye isi ko haaliya log ada karte hain.</w:t>
      </w:r>
      <w:r>
        <w:br/>
      </w:r>
      <w:r>
        <w:rPr>
          <w:sz w:val="20"/>
        </w:rPr>
        <w:t>16:31  isi ko partial sense mein hum Eid al-Adha ke mauqe par ada karte hain.</w:t>
      </w:r>
      <w:r>
        <w:br/>
      </w:r>
      <w:r>
        <w:rPr>
          <w:sz w:val="20"/>
        </w:rPr>
        <w:t>16:38  to woh kya tha?</w:t>
      </w:r>
      <w:r>
        <w:br/>
      </w:r>
      <w:r>
        <w:rPr>
          <w:sz w:val="20"/>
        </w:rPr>
        <w:t>16:41  woh kya tha?</w:t>
      </w:r>
      <w:r>
        <w:br/>
      </w:r>
      <w:r>
        <w:rPr>
          <w:sz w:val="20"/>
        </w:rPr>
        <w:t>16:46  dekhen rasool Allah sal Allah aleh wasalam ne tawaf kiya, saaye ki, shaitan ko kankaryan maari waghera waghera hote hue aap Arafat mein waqoof kiya aap ne.</w:t>
      </w:r>
      <w:r>
        <w:br/>
      </w:r>
      <w:r>
        <w:rPr>
          <w:sz w:val="20"/>
        </w:rPr>
        <w:t>17:00  jis ko haj ka rukn aazam mana jata hai.</w:t>
      </w:r>
      <w:r>
        <w:br/>
      </w:r>
      <w:r>
        <w:rPr>
          <w:sz w:val="20"/>
        </w:rPr>
        <w:t>17:04  hadees mein aata hai ke al haj Arafah yani Arafat mein agar aap ne qayam kar liya to aap ka haj ho gaya. to is ka culmination hota hai Arafat mein qayam.</w:t>
      </w:r>
      <w:r>
        <w:br/>
      </w:r>
      <w:r>
        <w:rPr>
          <w:sz w:val="20"/>
        </w:rPr>
        <w:t>17:19  poora haj ka jo مراسم hai is ka culmination hai Arafat Arafat mein qayam. isi liye ke al haj Arafah</w:t>
      </w:r>
      <w:r>
        <w:br/>
      </w:r>
      <w:r>
        <w:rPr>
          <w:sz w:val="20"/>
        </w:rPr>
        <w:t>17:29  . ab dekhiye ke aap ne yeh sab jo kiya to kiya yeh sirf yeh kuch rituals thay?</w:t>
      </w:r>
      <w:r>
        <w:br/>
      </w:r>
      <w:r>
        <w:rPr>
          <w:sz w:val="20"/>
        </w:rPr>
        <w:t>17:40  koi rasmein theen? nahin. yeh aap ne ek illustrate kiya is baat ko ke Allah ke sachay mannay walay ko kya karna hai.</w:t>
      </w:r>
      <w:r>
        <w:br/>
      </w:r>
      <w:r>
        <w:rPr>
          <w:sz w:val="20"/>
        </w:rPr>
        <w:t>17:57  isko Allah ke gird tawaf karna hai, Allah ke mission ke liye daurna hai, Allah ke liye qurbani dena hai, Allah ke liye sona hai, Allah ke liye jaagna hai, Allah ke liye theharna hai, Allah ke liye safar karna hai.</w:t>
      </w:r>
      <w:r>
        <w:br/>
      </w:r>
      <w:r>
        <w:rPr>
          <w:sz w:val="20"/>
        </w:rPr>
        <w:t>18:12  yani dawat Allah ke liye. yeh sari sargharmiyan dawat Allah ke liye.</w:t>
      </w:r>
      <w:r>
        <w:br/>
      </w:r>
      <w:r>
        <w:rPr>
          <w:sz w:val="20"/>
        </w:rPr>
        <w:t>18:20  ek sahab ne likha hai, ek mufassir ne ke haj haj jihad ki mashq hai.</w:t>
      </w:r>
      <w:r>
        <w:br/>
      </w:r>
      <w:r>
        <w:rPr>
          <w:sz w:val="20"/>
        </w:rPr>
        <w:t>18:31  magar yeh baat sahi nahin hai. haj dawat Allah ki mashq hai. dawat Allah ki mashq hai jihad.</w:t>
      </w:r>
      <w:r>
        <w:br/>
      </w:r>
      <w:r>
        <w:rPr>
          <w:sz w:val="20"/>
        </w:rPr>
        <w:t>18:40  sari jo karrwaiyan hoti hain haqeeqatan woh ajza hain ek daee ke.</w:t>
      </w:r>
      <w:r>
        <w:br/>
      </w:r>
      <w:r>
        <w:rPr>
          <w:sz w:val="20"/>
        </w:rPr>
        <w:t>18:48  phir aap dekhiye Arafat Arafat ke maidan mein rasool Allah aaye, sare sahaba aaye to wahan par ek ek pahari hai jis ko kehte hain jabal rehmat.</w:t>
      </w:r>
      <w:r>
        <w:br/>
      </w:r>
      <w:r>
        <w:rPr>
          <w:sz w:val="20"/>
        </w:rPr>
        <w:t>19:01  wahan par kharay ho kar aap ne ek khutba diya. dekhiye itnay sare room mein ek lakh chobees hazar wahan par thay maujood.</w:t>
      </w:r>
      <w:r>
        <w:br/>
      </w:r>
      <w:r>
        <w:rPr>
          <w:sz w:val="20"/>
        </w:rPr>
        <w:t>19:10  sab tak aap ki awaz nahin puhanch sakti thi.</w:t>
      </w:r>
      <w:r>
        <w:br/>
      </w:r>
      <w:r>
        <w:rPr>
          <w:sz w:val="20"/>
        </w:rPr>
        <w:t>19:13  to is ki shakal yeh hui. kaha jata hai ke Abbas jo aap ke chacha thay woh jahir al saud thay.</w:t>
      </w:r>
      <w:r>
        <w:br/>
      </w:r>
      <w:r>
        <w:rPr>
          <w:sz w:val="20"/>
        </w:rPr>
        <w:t>19:24  yani un ki awaz bohat buland hoti thi. to wahan shakal yeh thi ke rasool Allah bolte thay. phir Hazrat Abbas us ko ziyada buland awaz se bolte thay.</w:t>
      </w:r>
      <w:r>
        <w:br/>
      </w:r>
      <w:r>
        <w:rPr>
          <w:sz w:val="20"/>
        </w:rPr>
        <w:t>19:37  taake logon tak baat puhanchay. is tarah hua yeh</w:t>
      </w:r>
      <w:r>
        <w:br/>
      </w:r>
      <w:r>
        <w:rPr>
          <w:sz w:val="20"/>
        </w:rPr>
        <w:t>19:41  sab. is Hajjat al Wida mein rasool Allah ne jo baatein kahi theen us ke liye logon ne ek bohat bara lafz daryaft kiya hai ke woh hai huqooq al insaan ka manshoor.</w:t>
      </w:r>
      <w:r>
        <w:br/>
      </w:r>
      <w:r>
        <w:rPr>
          <w:sz w:val="20"/>
        </w:rPr>
        <w:t>19:52  mein is se ittefaq nahin karta. huqooq al insaan ka manshoor manshoor to ek bohat choti cheez hai. nahin, woh dawat Allah ki planning thi.</w:t>
      </w:r>
      <w:r>
        <w:br/>
      </w:r>
      <w:r>
        <w:rPr>
          <w:sz w:val="20"/>
        </w:rPr>
        <w:t>20:04  abadi zindagi huqooq al insaan ka manshoor kya hai?</w:t>
      </w:r>
      <w:r>
        <w:br/>
      </w:r>
      <w:r>
        <w:rPr>
          <w:sz w:val="20"/>
        </w:rPr>
        <w:t>20:10  manshoor ka matlab hota hai declaration. yani declaration of human rights. huqooq al insaan ka manshoor kya hai?</w:t>
      </w:r>
      <w:r>
        <w:br/>
      </w:r>
      <w:r>
        <w:rPr>
          <w:sz w:val="20"/>
        </w:rPr>
        <w:t>20:21  dunya ki zindagi mein jo insaan ke rights hain us ka ailan.</w:t>
      </w:r>
      <w:r>
        <w:br/>
      </w:r>
      <w:r>
        <w:rPr>
          <w:sz w:val="20"/>
        </w:rPr>
        <w:t>20:31  yeh to bohat choti cheez hai. rasool Allah is liye aaye thay ke insaan ko abadi kamyabi ka rasta dikhaen.</w:t>
      </w:r>
      <w:r>
        <w:br/>
      </w:r>
      <w:r>
        <w:rPr>
          <w:sz w:val="20"/>
        </w:rPr>
        <w:t>20:41  aap jantay hain ke insaan ki zindagi dunya mein shuru hoti hai lekin phir us ko eternity tak jaari rehti hai. abadi taur par.</w:t>
      </w:r>
      <w:r>
        <w:br/>
      </w:r>
      <w:r>
        <w:rPr>
          <w:sz w:val="20"/>
        </w:rPr>
        <w:t>20:51  to is poori zindagi mein guide karne ke liye rasool Allah aaye thay. to Hajjat al Wida ka jo khutba hai woh mere nazdeek is ka yeh sahi taabeer nahin ke huqooq al insaan ka manshoor tha woh.</w:t>
      </w:r>
      <w:r>
        <w:br/>
      </w:r>
      <w:r>
        <w:rPr>
          <w:sz w:val="20"/>
        </w:rPr>
        <w:t>21:09  nahi, is mein jo baatein hain ke woh ek daur ka khatma aur doosre daur ka aaghaz is ka ailaan kiya aap ne.</w:t>
      </w:r>
      <w:r>
        <w:br/>
      </w:r>
      <w:r>
        <w:rPr>
          <w:sz w:val="20"/>
        </w:rPr>
        <w:t>21:19  Yaani woh daur jo ladaai bhadaai par chalta tha, jo maal ki chhan jhapta par chalta tha, is mein yahi sab baatein hain.</w:t>
      </w:r>
      <w:r>
        <w:br/>
      </w:r>
      <w:r>
        <w:rPr>
          <w:sz w:val="20"/>
        </w:rPr>
        <w:t>21:30  To yeh jo hota tha qabaili daur mein aap ne ailaan kiya ke aaj se sab cheezein khatam. Ab ek naya daur shuru hoga.</w:t>
      </w:r>
      <w:r>
        <w:br/>
      </w:r>
      <w:r>
        <w:rPr>
          <w:sz w:val="20"/>
        </w:rPr>
        <w:t>21:40  Woh daur hoga Khuda rakhi daur, aakhirat rakhi daur, God oriented daur.</w:t>
      </w:r>
    </w:p>
    <w:p>
      <w:pPr>
        <w:pStyle w:val="Heading2"/>
      </w:pPr>
      <w:r>
        <w:t>The extraordinary length of the Prophet's night prayer</w:t>
      </w:r>
    </w:p>
    <w:p>
      <w:r>
        <w:rPr>
          <w:color w:val="666666"/>
          <w:sz w:val="18"/>
        </w:rPr>
        <w:t>Importance and Virtues of Ramadan April 2, 2023 · 4m 21s · at 39:29 · https://youtu.be/M2Phb22Vw_4?t=2369</w:t>
      </w:r>
    </w:p>
    <w:p>
      <w:r>
        <w:rPr>
          <w:i/>
        </w:rPr>
        <w:t>“Someone asked Aisha how the Prophet prayed at night”</w:t>
      </w:r>
    </w:p>
    <w:p>
      <w:r>
        <w:rPr>
          <w:sz w:val="20"/>
        </w:rPr>
        <w:t>39:29  ah</w:t>
      </w:r>
      <w:r>
        <w:br/>
      </w:r>
      <w:r>
        <w:rPr>
          <w:sz w:val="20"/>
        </w:rPr>
        <w:t>39:30  hazrat ayesha r.a. ki ek hadith hai. ah ah pucha kisi ne ah qiyam-ul-layl ke bare mein.</w:t>
      </w:r>
      <w:r>
        <w:br/>
      </w:r>
      <w:r>
        <w:rPr>
          <w:sz w:val="20"/>
        </w:rPr>
        <w:t>39:39  bhai jis ko tarawih aaj kal kaha jata hai ke rasool allah kaise padhte the? toh hazrat ayesha ne bataya ke char rakat padhte the, phir rest karte the, phir char rakat padhte the.</w:t>
      </w:r>
      <w:r>
        <w:br/>
      </w:r>
      <w:r>
        <w:rPr>
          <w:sz w:val="20"/>
        </w:rPr>
        <w:t>39:52  yani two plus two plus two plus two four aur phir teen witr. lekin unhone jo baat kahi uske baad woh badi zabardast hai.</w:t>
      </w:r>
      <w:r>
        <w:br/>
      </w:r>
      <w:r>
        <w:rPr>
          <w:sz w:val="20"/>
        </w:rPr>
        <w:t>40:00  kaha ke fal tas'al an husniha wa tulaha keh pucho mat mujh se ke kitni khoobsurat hoti thi woh aur kitni lambi hoti thi.</w:t>
      </w:r>
      <w:r>
        <w:br/>
      </w:r>
      <w:r>
        <w:rPr>
          <w:sz w:val="20"/>
        </w:rPr>
        <w:t>40:10  ji yani i cannot express in words.</w:t>
      </w:r>
      <w:r>
        <w:br/>
      </w:r>
      <w:r>
        <w:rPr>
          <w:sz w:val="20"/>
        </w:rPr>
        <w:t>40:19  ji to phir hazrat aisha kehti hain ke maine a prophet se kaha ke aap 8 rak'at padh ke so jate hain.</w:t>
      </w:r>
      <w:r>
        <w:br/>
      </w:r>
      <w:r>
        <w:rPr>
          <w:sz w:val="20"/>
        </w:rPr>
        <w:t>40:31  ji to rasool allah ne kaha ke meri aankhein so rahi hoti hain lekin dil bedaar rehta hai. ji to paighambar ka to khair mamla alag hi hota hai.</w:t>
      </w:r>
      <w:r>
        <w:br/>
      </w:r>
      <w:r>
        <w:rPr>
          <w:sz w:val="20"/>
        </w:rPr>
        <w:t>40:40  ji ji ji to yeh jo baat kahi ke ek bahut hi khoobsurat namaz thi aur bahut hi lambi namaz thi, iska ek aur waqia bhi milta hai humein. ji ek sahabi the hazrat hudaifa raziallah anhu, to woh batate hain ke main ek raat ko rasool allah sallallahualaihiwasallam ke sath namaz maine padhi.</w:t>
      </w:r>
      <w:r>
        <w:br/>
      </w:r>
      <w:r>
        <w:rPr>
          <w:sz w:val="20"/>
        </w:rPr>
        <w:t>40:59  to prophet ne namaz shuru ki aur surah al baqarah padhni shuru ki. hmm to maine socha ke 100 verses tak padhenge, phir rukoo mein chale jayenge.</w:t>
      </w:r>
      <w:r>
        <w:br/>
      </w:r>
      <w:r>
        <w:rPr>
          <w:sz w:val="20"/>
        </w:rPr>
        <w:t>41:12  lekin prophet 100 verses se aage badh gaye. ji to unhone socha ke acha lagta hai ke poori surah al baqarah khatam karenge.</w:t>
      </w:r>
      <w:r>
        <w:br/>
      </w:r>
      <w:r>
        <w:rPr>
          <w:sz w:val="20"/>
        </w:rPr>
        <w:t>41:21  ji to rasool allah sallallahualaihiwasallam ne poori surah al baqarah khatam kar di aur is se bhi aage badh ke surah an nisa padhni shuru kar di. j</w:t>
      </w:r>
      <w:r>
        <w:br/>
      </w:r>
      <w:r>
        <w:rPr>
          <w:sz w:val="20"/>
        </w:rPr>
        <w:t>41:28  i surah an nisa aur poori surah an nisa padhi aur phir is ke baad surah al imran poori complete ki.</w:t>
      </w:r>
      <w:r>
        <w:br/>
      </w:r>
      <w:r>
        <w:rPr>
          <w:sz w:val="20"/>
        </w:rPr>
        <w:t>41:37  ji to a phir unhone rasool allah ne rukoo kiya.</w:t>
      </w:r>
      <w:r>
        <w:br/>
      </w:r>
      <w:r>
        <w:rPr>
          <w:sz w:val="20"/>
        </w:rPr>
        <w:t>41:44  to sahabi batate hain ke jahan par bhi a koi a ayat aati thi, allah ki glory bayan karne wali, allah ki azmat bayan</w:t>
      </w:r>
      <w:r>
        <w:br/>
      </w:r>
      <w:r>
        <w:rPr>
          <w:sz w:val="20"/>
        </w:rPr>
        <w:t>41:58  karne wali, to rasool allah wahan rukte the aur allah ki azmat aur glory bayan karte the. hmm aur jahan bhi koi dua ki baat aati thi to wahan rukte the aur dua karne lagte the.</w:t>
      </w:r>
      <w:r>
        <w:br/>
      </w:r>
      <w:r>
        <w:rPr>
          <w:sz w:val="20"/>
        </w:rPr>
        <w:t>42:10  aur jahan kahin allah se panah mangne ki baat aati, koi allah se dar ki baat aati to wahan panah mangne lagte the ruk ke.</w:t>
      </w:r>
      <w:r>
        <w:br/>
      </w:r>
      <w:r>
        <w:rPr>
          <w:sz w:val="20"/>
        </w:rPr>
        <w:t>42:20  to yani woh is tarah ki namaz padhte the. aur kaha ke jab rukoo mein gaye to itni hi der rukoo ki jitni der tilawat ki thi.</w:t>
      </w:r>
      <w:r>
        <w:br/>
      </w:r>
      <w:r>
        <w:rPr>
          <w:sz w:val="20"/>
        </w:rPr>
        <w:t>42:28  yani tasawwur nahi kar sakte, ek ghante se se zyada hi. ji yani rukoo mein bhi itni der rahe aur wahan bhi allah ki ki badai aur uska charcha aur uski azmat bayan karte rahe, glorify karte rahe.</w:t>
      </w:r>
      <w:r>
        <w:br/>
      </w:r>
      <w:r>
        <w:rPr>
          <w:sz w:val="20"/>
        </w:rPr>
        <w:t>42:40  aur phir jab rukoo se khade hue, hmm to wahan bhi itni der tak khade rahe jitni der tak tilawat ki thi. matlab yeh dekhein kitni spirit hai iske andar.</w:t>
      </w:r>
      <w:r>
        <w:br/>
      </w:r>
      <w:r>
        <w:rPr>
          <w:sz w:val="20"/>
        </w:rPr>
        <w:t>42:50  ji bilkul. aur phir sahabi batate hain ke jab a sajde mein gaye to is mein bhi itni der tak sajda kiya.</w:t>
      </w:r>
      <w:r>
        <w:br/>
      </w:r>
      <w:r>
        <w:rPr>
          <w:sz w:val="20"/>
        </w:rPr>
        <w:t>42:58  to yeh a a aur aur batate hain ke rasool allah bahut theher theher ke quran padh rahe the, jaldi jaldi nahi padh rahe the. itna lamba quran, 3 a longest surah ek sath padhi lekin theher theher ke aur is mein beech beech mein rukte the jahan jaisa jaisi verses aati thin, uske mutabiq dua karte the, glorify karte the, allah</w:t>
      </w:r>
      <w:r>
        <w:br/>
      </w:r>
      <w:r>
        <w:rPr>
          <w:sz w:val="20"/>
        </w:rPr>
        <w:t>43:21  ki tareef karte the. ji to yeh yeh rasool allah sallallahualaihiwasallam ka tareeqa tha. aur is se pata chalta hai ke kya hoti hai spirit.</w:t>
      </w:r>
      <w:r>
        <w:br/>
      </w:r>
      <w:r>
        <w:rPr>
          <w:sz w:val="20"/>
        </w:rPr>
        <w:t>43:32  ji tarawih ki spirit kya hai. mere ko woh bahut doctor sahib achhi line lagi thi. molana ek bar explain kar rahe the ke tarawih jo hai woh ibadat ki halat mein quran ka muhtat hai.</w:t>
      </w:r>
      <w:r>
        <w:br/>
      </w:r>
      <w:r>
        <w:rPr>
          <w:sz w:val="20"/>
        </w:rPr>
        <w:t>43:45  ji a aur jaise aap ne kaha, woh kehte the "it's a joint study, collective study. it's a joint study."</w:t>
      </w:r>
    </w:p>
    <w:p>
      <w:pPr>
        <w:pStyle w:val="Heading2"/>
      </w:pPr>
      <w:r>
        <w:t>Zakat as acknowledging civilization's contribution</w:t>
      </w:r>
    </w:p>
    <w:p>
      <w:r>
        <w:rPr>
          <w:color w:val="666666"/>
          <w:sz w:val="18"/>
        </w:rPr>
        <w:t>Spirit of Zakat (English) May 16, 2007 Maulana Wahiduddin Khan · 2m 55s · at 18:51 · https://youtu.be/J-0gHxSsXWc?t=1131</w:t>
      </w:r>
    </w:p>
    <w:p>
      <w:r>
        <w:rPr>
          <w:i/>
        </w:rPr>
        <w:t>“Then it is also Haqqulabad — people's right.”</w:t>
      </w:r>
    </w:p>
    <w:p>
      <w:r>
        <w:rPr>
          <w:sz w:val="20"/>
        </w:rPr>
        <w:t>18:51  by acknowledging your honesty. Then it is also Haqqulabad.</w:t>
      </w:r>
      <w:r>
        <w:br/>
      </w:r>
      <w:r>
        <w:rPr>
          <w:sz w:val="20"/>
        </w:rPr>
        <w:t>19:01  That is people's share. People'sright. Then how is it people's share?</w:t>
      </w:r>
      <w:r>
        <w:br/>
      </w:r>
      <w:r>
        <w:rPr>
          <w:sz w:val="20"/>
        </w:rPr>
        <w:t>19:11  How is it people'sright?</w:t>
      </w:r>
      <w:r>
        <w:br/>
      </w:r>
      <w:r>
        <w:rPr>
          <w:sz w:val="20"/>
        </w:rPr>
        <w:t>19:13  Because you cannot you earn anything alone without the assistance of humanity.</w:t>
      </w:r>
      <w:r>
        <w:br/>
      </w:r>
      <w:r>
        <w:rPr>
          <w:sz w:val="20"/>
        </w:rPr>
        <w:t>19:25  It is impossible. A whole society, a whole civilization, all men and women have some share.</w:t>
      </w:r>
      <w:r>
        <w:br/>
      </w:r>
      <w:r>
        <w:rPr>
          <w:sz w:val="20"/>
        </w:rPr>
        <w:t>19:35  Otherwise, you cannot do anything.</w:t>
      </w:r>
      <w:r>
        <w:br/>
      </w:r>
      <w:r>
        <w:rPr>
          <w:sz w:val="20"/>
        </w:rPr>
        <w:t>19:39  For example, when you do any business or when you do a job, you have to travel by car, by train, by aeroplane.</w:t>
      </w:r>
      <w:r>
        <w:br/>
      </w:r>
      <w:r>
        <w:rPr>
          <w:sz w:val="20"/>
        </w:rPr>
        <w:t>19:51  Who has invented all these things? It is civilization. Civilization is a combined effort of humanity.</w:t>
      </w:r>
      <w:r>
        <w:br/>
      </w:r>
      <w:r>
        <w:rPr>
          <w:sz w:val="20"/>
        </w:rPr>
        <w:t>20:04  What is civilization?</w:t>
      </w:r>
      <w:r>
        <w:br/>
      </w:r>
      <w:r>
        <w:rPr>
          <w:sz w:val="20"/>
        </w:rPr>
        <w:t>20:06  Civilization is a combined effort of humanity. So, the whole civilization is involved.</w:t>
      </w:r>
      <w:r>
        <w:br/>
      </w:r>
      <w:r>
        <w:rPr>
          <w:sz w:val="20"/>
        </w:rPr>
        <w:t>20:15  All those things you use</w:t>
      </w:r>
      <w:r>
        <w:br/>
      </w:r>
      <w:r>
        <w:rPr>
          <w:sz w:val="20"/>
        </w:rPr>
        <w:t>20:20  in the way of earning money are given to you by civilization: your cloth, your shoes, your conveyance.</w:t>
      </w:r>
      <w:r>
        <w:br/>
      </w:r>
      <w:r>
        <w:rPr>
          <w:sz w:val="20"/>
        </w:rPr>
        <w:t>20:33  And all those thing</w:t>
      </w:r>
      <w:r>
        <w:br/>
      </w:r>
      <w:r>
        <w:rPr>
          <w:sz w:val="20"/>
        </w:rPr>
        <w:t>20:36  s, these cities, are given to you by civilization. It is a contribution of civilization.</w:t>
      </w:r>
      <w:r>
        <w:br/>
      </w:r>
      <w:r>
        <w:rPr>
          <w:sz w:val="20"/>
        </w:rPr>
        <w:t>20:48  So, when your money was due to all these contributions by humanity, you have to give it a share.</w:t>
      </w:r>
      <w:r>
        <w:br/>
      </w:r>
      <w:r>
        <w:rPr>
          <w:sz w:val="20"/>
        </w:rPr>
        <w:t>21:05  This is an act of honesty. So, when you pay Zakat, you are acknowledging the contribution of civilization.</w:t>
      </w:r>
      <w:r>
        <w:br/>
      </w:r>
      <w:r>
        <w:rPr>
          <w:sz w:val="20"/>
        </w:rPr>
        <w:t>21:18  When you pay Zakat on one side, you are acknowledging the contribution of God in terms of life support system.</w:t>
      </w:r>
      <w:r>
        <w:br/>
      </w:r>
      <w:r>
        <w:rPr>
          <w:sz w:val="20"/>
        </w:rPr>
        <w:t>21:28  And on the other side, on the other side, when you are paying Zakat, you are acknowledging the contribution of humanity or civilization.</w:t>
      </w:r>
      <w:r>
        <w:br/>
      </w:r>
      <w:r>
        <w:rPr>
          <w:sz w:val="20"/>
        </w:rPr>
        <w:t>21:40  So, these are two Haqqullah and Haqqulabad.</w:t>
      </w:r>
    </w:p>
    <w:p>
      <w:pPr>
        <w:pStyle w:val="Heading2"/>
      </w:pPr>
      <w:r>
        <w:t>Prayers empty of Allah's glory</w:t>
      </w:r>
    </w:p>
    <w:p>
      <w:r>
        <w:rPr>
          <w:color w:val="666666"/>
          <w:sz w:val="18"/>
        </w:rPr>
        <w:t>The Spirit of Namaz | May 21, 2017 · 31s · at 11:51 · https://youtu.be/xN9SA_q272Y?t=711</w:t>
      </w:r>
    </w:p>
    <w:p>
      <w:r>
        <w:rPr>
          <w:i/>
        </w:rPr>
        <w:t>“Glory, IS ki, BJP ki, America ki, Israel ki.”</w:t>
      </w:r>
    </w:p>
    <w:p>
      <w:r>
        <w:rPr>
          <w:sz w:val="20"/>
        </w:rPr>
        <w:t>11:51  glory, iss ki, bjp ki, america ki, israel ki.</w:t>
      </w:r>
      <w:r>
        <w:br/>
      </w:r>
      <w:r>
        <w:rPr>
          <w:sz w:val="20"/>
        </w:rPr>
        <w:t>11:57  aisi namazein kya hain? kuch bhi nahi.</w:t>
      </w:r>
      <w:r>
        <w:br/>
      </w:r>
      <w:r>
        <w:rPr>
          <w:sz w:val="20"/>
        </w:rPr>
        <w:t>12:03  aisi namazein kya hain? to jis namaz ki dhoop hai, saari duniya musalmanon ki, har jagah dhoop machi</w:t>
      </w:r>
      <w:r>
        <w:br/>
      </w:r>
      <w:r>
        <w:rPr>
          <w:sz w:val="20"/>
        </w:rPr>
        <w:t>12:10  hui hai, namaz ki beshumar masjidien hain lekin woh kya hai? spirit less namaz, yeh rituals wali namaz.</w:t>
      </w:r>
      <w:r>
        <w:br/>
      </w:r>
      <w:r>
        <w:rPr>
          <w:sz w:val="20"/>
        </w:rPr>
        <w:t>12:16  in mein na shukr ka</w:t>
      </w:r>
    </w:p>
    <w:p>
      <w:pPr>
        <w:pStyle w:val="Heading2"/>
      </w:pPr>
      <w:r>
        <w:t>two Quranic signs of whether you truly love God</w:t>
      </w:r>
    </w:p>
    <w:p>
      <w:r>
        <w:rPr>
          <w:color w:val="666666"/>
          <w:sz w:val="18"/>
        </w:rPr>
        <w:t>Revival of Abrahamic Mission October 28, 2012 · 3m 20s · at 1:12:36 · https://youtu.be/9mV72V5gsqM?t=4356</w:t>
      </w:r>
    </w:p>
    <w:p>
      <w:r>
        <w:rPr>
          <w:i/>
        </w:rPr>
        <w:t>“سبجیکٹیو کرائٹیریا یہ ہے کہ میرا سول کرسن اللہ بن گیا ہے۔”</w:t>
      </w:r>
    </w:p>
    <w:p>
      <w:r>
        <w:rPr>
          <w:sz w:val="20"/>
        </w:rPr>
        <w:t>1:12:36  dekhiye, is ka koi objective criteria to main nahi bata sakta. subjective criteria bata sakta hoon.</w:t>
      </w:r>
      <w:r>
        <w:br/>
      </w:r>
      <w:r>
        <w:rPr>
          <w:sz w:val="20"/>
        </w:rPr>
        <w:t>1:12:50  subjective criteria yeh hai ke jab aadmi yeh paye ke mera soul concern allah ban gaya hai,</w:t>
      </w:r>
      <w:r>
        <w:br/>
      </w:r>
      <w:r>
        <w:rPr>
          <w:sz w:val="20"/>
        </w:rPr>
        <w:t>1:13:02  soul concern,</w:t>
      </w:r>
      <w:r>
        <w:br/>
      </w:r>
      <w:r>
        <w:rPr>
          <w:sz w:val="20"/>
        </w:rPr>
        <w:t>1:13:07  to is ke mani hain ke woh is darjay ko pohanch gaya. main is ko, yani samajhne ke liye, quran ki do ayatein aap ko batata hoon.</w:t>
      </w:r>
      <w:r>
        <w:br/>
      </w:r>
      <w:r>
        <w:rPr>
          <w:sz w:val="20"/>
        </w:rPr>
        <w:t>1:13:21  quran ke, yani do ayatein batati hain ke kis ne allah se taluq paida hua, kis ka, kis ka paida nahi hua. ek ayat hai un logon ke baray mein jo akhirat mein nakaam honge.</w:t>
      </w:r>
      <w:r>
        <w:br/>
      </w:r>
      <w:r>
        <w:rPr>
          <w:sz w:val="20"/>
        </w:rPr>
        <w:t>1:13:37  aakhirat mein in ko reward nahin mile ga. is mein hai ke: "wa kaana fi ahlihi masrooran"</w:t>
      </w:r>
      <w:r>
        <w:br/>
      </w:r>
      <w:r>
        <w:rPr>
          <w:sz w:val="20"/>
        </w:rPr>
        <w:t>1:13:47  . apni family mein woh khoob khush rehta tha. woh: "wa kaana fi ahlihi masrooran". to yeh aik criteria hai ke jo logon ko aap ke paayein ke khoob family mein hua karte hain, woh khoob khush rehte hain.</w:t>
      </w:r>
      <w:r>
        <w:br/>
      </w:r>
      <w:r>
        <w:rPr>
          <w:sz w:val="20"/>
        </w:rPr>
        <w:t>1:14:02  woh family un ka concern bane, bari hui hai. family ke liye kamara, family ke liye kharch karna, sari un ki planning family ko le kar hoti hai.</w:t>
      </w:r>
      <w:r>
        <w:br/>
      </w:r>
      <w:r>
        <w:rPr>
          <w:sz w:val="20"/>
        </w:rPr>
        <w:t>1:14:17  to: "kaana fi ahlihi masrooran". to is ke maani kuch to Khuda ko nahin paaya hai, family ko paaya hai.</w:t>
      </w:r>
      <w:r>
        <w:br/>
      </w:r>
      <w:r>
        <w:rPr>
          <w:sz w:val="20"/>
        </w:rPr>
        <w:t>1:14:27  is ki yaft jo hai, is ki yaft is ki family hai, Khuda nahin hai.</w:t>
      </w:r>
      <w:r>
        <w:br/>
      </w:r>
      <w:r>
        <w:rPr>
          <w:sz w:val="20"/>
        </w:rPr>
        <w:t>1:14:33  to yeh aik case yeh hai. doosra case yeh hai ke Quran mein hai ke jo logon ko aakhirat mein jannat mile gi, un ke baray mein hai ke: "kunna fi ahlinaa mushrikeen".</w:t>
      </w:r>
      <w:r>
        <w:br/>
      </w:r>
      <w:r>
        <w:rPr>
          <w:sz w:val="20"/>
        </w:rPr>
        <w:t>1:14:55  khud jannat wala kehta hai ke: "kunna fi ahlinaa mushrikeen". hum apne family mein dar kar rehte thay,</w:t>
      </w:r>
      <w:r>
        <w:br/>
      </w:r>
      <w:r>
        <w:rPr>
          <w:sz w:val="20"/>
        </w:rPr>
        <w:t>1:15:07  yaani family mein humein, family mein hum hotay thay, lekin hum ko Allah ki accountability ka ehsaas humare dar pe chhaya rehta tha.</w:t>
      </w:r>
      <w:r>
        <w:br/>
      </w:r>
      <w:r>
        <w:rPr>
          <w:sz w:val="20"/>
        </w:rPr>
        <w:t>1:15:19  to aik hai case: "kunna fi ahlinaa mushrikeen" ka ke aadmi family ho, lekin is ka is ka zehn laga hua Allah ki taraf, accountability ki taraf, aakhirat ki taraf.</w:t>
      </w:r>
      <w:r>
        <w:br/>
      </w:r>
      <w:r>
        <w:rPr>
          <w:sz w:val="20"/>
        </w:rPr>
        <w:t>1:15:34  aik woh hai ke woh family mein hai, to bas family mein magan hai, family mein khush hai. to yeh do pehchan hain bazahir ke kis ne Allah se ta'alluq paida kiya aur kis kis ka ta'alluq Allah se paida nahin hua.</w:t>
      </w:r>
    </w:p>
    <w:p>
      <w:pPr>
        <w:pStyle w:val="Heading2"/>
      </w:pPr>
      <w:r>
        <w:t>the seven sleepers' prayer for guidance</w:t>
      </w:r>
    </w:p>
    <w:p>
      <w:r>
        <w:rPr>
          <w:color w:val="666666"/>
          <w:sz w:val="18"/>
        </w:rPr>
        <w:t>Powerful Life-Changing Quranic Duas with Explanation (English) October 27, 2024 · 1m 36s · at 24:26 · https://youtu.be/4cYteSjPIKw?t=1466</w:t>
      </w:r>
    </w:p>
    <w:p>
      <w:r>
        <w:rPr>
          <w:i/>
        </w:rPr>
        <w:t>“This is the prayer of the seven sleepers, Ashab al-Kahf.”</w:t>
      </w:r>
    </w:p>
    <w:p>
      <w:r>
        <w:rPr>
          <w:sz w:val="20"/>
        </w:rPr>
        <w:t>24:26  "rabbana atina min ladunka rahmatan wa hayyi' lana min amrina rashada.</w:t>
      </w:r>
      <w:r>
        <w:br/>
      </w:r>
      <w:r>
        <w:rPr>
          <w:sz w:val="20"/>
        </w:rPr>
        <w:t>24:34  "this is the prayer of the seven sleepers, ashab al kahf. o our lord, grant us your special mercy and give us the right guidance in our affairs."</w:t>
      </w:r>
      <w:r>
        <w:br/>
      </w:r>
      <w:r>
        <w:rPr>
          <w:sz w:val="20"/>
        </w:rPr>
        <w:t>24:52  this is the prayer of ashab al kahf</w:t>
      </w:r>
      <w:r>
        <w:br/>
      </w:r>
      <w:r>
        <w:rPr>
          <w:sz w:val="20"/>
        </w:rPr>
        <w:t>24:56  . they were being persecuted by the king, so they ran away from the city and they took shelter in a cave.</w:t>
      </w:r>
      <w:r>
        <w:br/>
      </w:r>
      <w:r>
        <w:rPr>
          <w:sz w:val="20"/>
        </w:rPr>
        <w:t>25:07  and this prayer comes right at the beginning of surah ashab, surah al kahf</w:t>
      </w:r>
      <w:r>
        <w:br/>
      </w:r>
      <w:r>
        <w:rPr>
          <w:sz w:val="20"/>
        </w:rPr>
        <w:t>25:16  . and a very very important prayer as they are asking god for right guidance because without right guidance, we cannot accomplish anything, anything meaningful</w:t>
      </w:r>
      <w:r>
        <w:br/>
      </w:r>
      <w:r>
        <w:rPr>
          <w:sz w:val="20"/>
        </w:rPr>
        <w:t>25:32  . seeking guidance from god is very crucial, especially in times of difficulty, in times of disagreement, confusion,</w:t>
      </w:r>
      <w:r>
        <w:br/>
      </w:r>
      <w:r>
        <w:rPr>
          <w:sz w:val="20"/>
        </w:rPr>
        <w:t>25:45  when it becomes very hard to understand things clearly . even if we read surah al fatiha every day, several times, ihdina as-sirat al-mustaqeem, guide us to the straight path .</w:t>
      </w:r>
    </w:p>
    <w:p>
      <w:pPr>
        <w:pStyle w:val="Heading2"/>
      </w:pPr>
      <w:r>
        <w:t>A true prayer's proof isn't looking answered</w:t>
      </w:r>
    </w:p>
    <w:p>
      <w:r>
        <w:rPr>
          <w:color w:val="666666"/>
          <w:sz w:val="18"/>
        </w:rPr>
        <w:t>The Importance of Dua December 15, 2006 · 43s · at 17:37 · https://youtu.be/u4cSEoh_mfY?t=1057</w:t>
      </w:r>
    </w:p>
    <w:p>
      <w:r>
        <w:rPr>
          <w:i/>
        </w:rPr>
        <w:t>“A true dua's proof isn't that it looks accepted”</w:t>
      </w:r>
    </w:p>
    <w:p>
      <w:r>
        <w:rPr>
          <w:sz w:val="20"/>
        </w:rPr>
        <w:t>17:37  haqeeqi dua ko janne ka criterion yeh nahi hai ke dua karne wale ke nazdeek woh qabool ho gayi ho.</w:t>
      </w:r>
      <w:r>
        <w:br/>
      </w:r>
      <w:r>
        <w:rPr>
          <w:sz w:val="20"/>
        </w:rPr>
        <w:t>17:47  yaad rakhiye,</w:t>
      </w:r>
      <w:r>
        <w:br/>
      </w:r>
      <w:r>
        <w:rPr>
          <w:sz w:val="20"/>
        </w:rPr>
        <w:t>17:51  ek real dua, ek sachi dua, agar aap ki zuban se nikli hai, yeh na samjhiye ke woh aap ki samajh se qabool ho gayi ho, tab woh sachi dua hai.</w:t>
      </w:r>
      <w:r>
        <w:br/>
      </w:r>
      <w:r>
        <w:rPr>
          <w:sz w:val="20"/>
        </w:rPr>
        <w:t>18:04  kabhi yeh na samjhiye.</w:t>
      </w:r>
      <w:r>
        <w:br/>
      </w:r>
      <w:r>
        <w:rPr>
          <w:sz w:val="20"/>
        </w:rPr>
        <w:t>18:10  bilkul yeh possible hai ke aap ki samajh ke mutabiq dua qabool na hui ho, lekin woh super dua ho.</w:t>
      </w:r>
    </w:p>
    <w:p>
      <w:pPr>
        <w:pStyle w:val="Heading2"/>
      </w:pPr>
      <w:r>
        <w:t>Ego conflict and need for desire control</w:t>
      </w:r>
    </w:p>
    <w:p>
      <w:r>
        <w:rPr>
          <w:color w:val="666666"/>
          <w:sz w:val="18"/>
        </w:rPr>
        <w:t>Ramadan October 2, 2005 Maulana Wahiduddin Khan · 1m 57s · at 6:42 · https://youtu.be/s3XMFRsiqC0?t=402</w:t>
      </w:r>
    </w:p>
    <w:p>
      <w:r>
        <w:rPr>
          <w:i/>
        </w:rPr>
        <w:t>“Ek baar mein ek town mein gaya”</w:t>
      </w:r>
    </w:p>
    <w:p>
      <w:r>
        <w:rPr>
          <w:sz w:val="20"/>
        </w:rPr>
        <w:t>6:42  ek baar mein ek town mein gaya, wahan koi program tha. to logon ne bataya ke yahan par</w:t>
      </w:r>
      <w:r>
        <w:br/>
      </w:r>
      <w:r>
        <w:rPr>
          <w:sz w:val="20"/>
        </w:rPr>
        <w:t>6:51  do bade log aapas mein lad rahe hain. do Musalman, dono namaz parhne wale hain. to kisi, koi ego problem aa gaya dono mein to lad rahe hain aapas mein.</w:t>
      </w:r>
      <w:r>
        <w:br/>
      </w:r>
      <w:r>
        <w:rPr>
          <w:sz w:val="20"/>
        </w:rPr>
        <w:t>7:06  to</w:t>
      </w:r>
      <w:r>
        <w:br/>
      </w:r>
      <w:r>
        <w:rPr>
          <w:sz w:val="20"/>
        </w:rPr>
        <w:t>7:08  logon ne kaha ke aap in se miliye aur in ko samjhaiye kyunke bada nuqsan ho raha hai is ki wajah se. to mein masjid mein, kisi masjid mein mein namaz parhi to wahan in mein se ek sahib maujood the.</w:t>
      </w:r>
      <w:r>
        <w:br/>
      </w:r>
      <w:r>
        <w:rPr>
          <w:sz w:val="20"/>
        </w:rPr>
        <w:t>7:27  to unhon ne bataya ke dekhen ek sahib yahi hain jo yahan par namaz parhne, woh masjid ke mutawalli bhi the ghaliban. to mein un se mila.</w:t>
      </w:r>
      <w:r>
        <w:br/>
      </w:r>
      <w:r>
        <w:rPr>
          <w:sz w:val="20"/>
        </w:rPr>
        <w:t>7:37  to pehle to unhon ne badi aao bhagat ki, chaye waghera ka intezam kiya aur bahut achhi achhi baaten keen.</w:t>
      </w:r>
      <w:r>
        <w:br/>
      </w:r>
      <w:r>
        <w:rPr>
          <w:sz w:val="20"/>
        </w:rPr>
        <w:t>7:46  phir mein ne kaha ke dekhen mein ne suna hai ke aap mein aur falan sahib mein muqadma bazi ho rahi hai. aur koi is ka base nahin hai, sirf ego ka problem hai jis ke liye aap log lad rahe hain aapas mein.</w:t>
      </w:r>
      <w:r>
        <w:br/>
      </w:r>
      <w:r>
        <w:rPr>
          <w:sz w:val="20"/>
        </w:rPr>
        <w:t>8:03  to mein ne kaha ke is ko settle kar lijie, khatam kar dijie is ko.</w:t>
      </w:r>
      <w:r>
        <w:br/>
      </w:r>
      <w:r>
        <w:rPr>
          <w:sz w:val="20"/>
        </w:rPr>
        <w:t>8:07  achanak hi un ka mood badal gaya. unhon ne kaha ke Maulana sahib is bare mein to aap kuch na kahein. to is ka matlab yahan par woh apni desire ko khula chhodna chahte the.</w:t>
      </w:r>
      <w:r>
        <w:br/>
      </w:r>
      <w:r>
        <w:rPr>
          <w:sz w:val="20"/>
        </w:rPr>
        <w:t>8:24  ke un ke ego ko agar thes pahunchi hai to unhein is ka badla le nahin lena hai. aur ek insaan woh hai jo ruk jaye.</w:t>
      </w:r>
    </w:p>
    <w:p>
      <w:pPr>
        <w:pStyle w:val="Heading2"/>
      </w:pPr>
      <w:r>
        <w:t>staying united as a team despite differences</w:t>
      </w:r>
    </w:p>
    <w:p>
      <w:r>
        <w:rPr>
          <w:color w:val="666666"/>
          <w:sz w:val="18"/>
        </w:rPr>
        <w:t>Welcome Address by Dr. Rajat Malhotra CPS International Peace Conference April 29-30, 2023 · 1m 41s · at 4:01 · https://youtu.be/z94aS7nevv0?t=241</w:t>
      </w:r>
    </w:p>
    <w:p>
      <w:r>
        <w:rPr>
          <w:i/>
        </w:rPr>
        <w:t>“Satan is the wolf of the lone sheep”</w:t>
      </w:r>
    </w:p>
    <w:p>
      <w:r>
        <w:rPr>
          <w:sz w:val="20"/>
        </w:rPr>
        <w:t>4:01  isme koi shaq nahi ke CPS mission aaj waqt ki awaaz hai, lekin yeh bhi sahi hai ke daawati kaam sirf team ke level par hi ho sakta hai, individual level par nahi ho sakta hai. Hadees mein aaya hai ke satan is the wolf of man. Ek bhediya jhund se nikle hue ek bhed yani sheep ka aasani se shikar kar leta hai.</w:t>
      </w:r>
      <w:r>
        <w:br/>
      </w:r>
      <w:r>
        <w:rPr>
          <w:sz w:val="20"/>
        </w:rPr>
        <w:t>4:28  isiliye Rasoolullah ne farmaya, avoid branching out, stay together with the group. Lekin aksar aisa hota hai ke team mein log offend ho jate hain. Woh kisi baat se ke unki baat nahi maani gayi, alag ho jate hain. Kai logon ko lagta hai ke unko humiliate kar diya. Mujhe yahan par Hazrat Umar ki ek baat bohat zabardast lagi.</w:t>
      </w:r>
      <w:r>
        <w:br/>
      </w:r>
      <w:r>
        <w:rPr>
          <w:sz w:val="20"/>
        </w:rPr>
        <w:t>4:50  unhon ne kaha, the humiliation of obedience brings a man closer to a good end as against dignity earned through disobedience. Itaat mein zillat bardasht karna gunahon mein zahiri izzat milne se neki ke zyada qareeb hai. Maulana Wahiduddin Khan sahab ko ek hi concern tha. Woh is mission ki potential ko jaan chuke the.</w:t>
      </w:r>
      <w:r>
        <w:br/>
      </w:r>
      <w:r>
        <w:rPr>
          <w:sz w:val="20"/>
        </w:rPr>
        <w:t>5:16  unhon ne CPS members ke dilon mein jo dawat ki aag lagi hui hai, usko bhaamp liya tha. Lekin woh ek hi cheez kehte the ke hum sab apne differences ko manage kar sakein. Woh kehte the team bani hai to differences to aayenge. Lekin hamein differences ko secondary banana hai aur Allah ke liye team se jude rehne ko hamein asal banana hai.</w:t>
      </w:r>
      <w:r>
        <w:br/>
      </w:r>
      <w:r>
        <w:rPr>
          <w:sz w:val="20"/>
        </w:rPr>
        <w:t>5:42  dawat hi hamara main kaam hai, doosra aur koi kaam nahi. Ek Allah ne ek bohat bada ek kaam karwa liya ke hamare paas sara literature ab tayyar hai.</w:t>
      </w:r>
    </w:p>
    <w:p>
      <w:pPr>
        <w:pStyle w:val="Heading2"/>
      </w:pPr>
      <w:r>
        <w:t>Discussion vs debate and human equality</w:t>
      </w:r>
    </w:p>
    <w:p>
      <w:r>
        <w:rPr>
          <w:color w:val="666666"/>
          <w:sz w:val="18"/>
        </w:rPr>
        <w:t>Q&amp;A 09 Dec 2007 Maulana Wahiduddin Khan · 2m 26s · at 11:36 · https://youtu.be/Ks8odTgyfgc?t=696</w:t>
      </w:r>
    </w:p>
    <w:p>
      <w:r>
        <w:rPr>
          <w:i/>
        </w:rPr>
        <w:t>“Discussion mein aap kisi kisi sachchai tak pahunchana chahte hain”</w:t>
      </w:r>
    </w:p>
    <w:p>
      <w:r>
        <w:rPr>
          <w:sz w:val="20"/>
        </w:rPr>
        <w:t>11:36  discussion mein aap kisi kisi sachchai tak pahunchna chahte hain, uske liye discussion karte hain. aap sachchai kya hai aur baat karein, baat kar pahunche wahan tak jo sachchai hai. debate ka maqsad yeh nahi hota. debate to ek one sided hota hai. yaani ek aadmi apne ko samajhta hai ke mujhe apni pride ko establish karna hai doosre ke upar.</w:t>
      </w:r>
      <w:r>
        <w:br/>
      </w:r>
      <w:r>
        <w:rPr>
          <w:sz w:val="20"/>
        </w:rPr>
        <w:t>11:58  basically debate ka maqsad hota hai apne pride ko doosre par establish karna.</w:t>
      </w:r>
      <w:r>
        <w:br/>
      </w:r>
      <w:r>
        <w:rPr>
          <w:sz w:val="20"/>
        </w:rPr>
        <w:t>12:06  aur discussion jo hai, wo sachchai ki talash ke liye aapas mein baat cheet karne ka naam hai. jaise ek debater se ek ek non muslim ne poocha, "kya aap wo kafir kyun kehte hain?</w:t>
      </w:r>
      <w:r>
        <w:br/>
      </w:r>
      <w:r>
        <w:rPr>
          <w:sz w:val="20"/>
        </w:rPr>
        <w:t>12:25  " to unhone kaha ke "hamare dekh to ya to musalman hain ya kafir hain. aap musalman ho jaiye, to hum kafir nahi kahenge." aap ek kitni is clesstus hai. iske dekhiye, aap aap yeh kahiye ke aap insaan hain, aap kafir nahi hain. ek daai ka jo dil hai, wo chahega ke usko insaan kahe.</w:t>
      </w:r>
      <w:r>
        <w:br/>
      </w:r>
      <w:r>
        <w:rPr>
          <w:sz w:val="20"/>
        </w:rPr>
        <w:t>12:47  uske baad ek potential ko discover karein. usko kafir ki category mein daal kar ke door karna apne aap se. yeh sirf debated kaam hai, daai kaam nahi hai. hamare dekhiye, yeh kehna galat hai ke hum musalman hain, wo baaki saare log kafir hain. yeh bilkul galat hai. yeh baat hum musalman hain, wo insaan hain. balki hum sab insaan hi insaan hain.</w:t>
      </w:r>
      <w:r>
        <w:br/>
      </w:r>
      <w:r>
        <w:rPr>
          <w:sz w:val="20"/>
        </w:rPr>
        <w:t>13:08  sach poochhe to hum sab insaan hain. aur allah taala ke yahan faisla hoga ke kaun sahi maano mein true true momin tha. aisa nahi ke hum sab log sab ke sab bas musalman hain aur sab jannat mein hain. hum but certificate aayega hamare paas. hum sach poochhe to hum candidate hain.</w:t>
      </w:r>
      <w:r>
        <w:br/>
      </w:r>
      <w:r>
        <w:rPr>
          <w:sz w:val="20"/>
        </w:rPr>
        <w:t>13:29  candidate hain hum. aisa nahi ke hamare ko certificate aaya hua hai hamare paas. allah taala ke yahan jo day of judgement hoga, us waqt faisla hoga ke kaun tha true believer, true momin. abhi abhi koi faisla nahi kar sakta hai. abhi to sab insaan hi insaan hain. hum bhi insaan, aap bhi insaan.</w:t>
      </w:r>
      <w:r>
        <w:br/>
      </w:r>
      <w:r>
        <w:rPr>
          <w:sz w:val="20"/>
        </w:rPr>
        <w:t>13:46  main samajhta hoon ke categorization sahi nahi hai. hum hum sab apne aap ko insaan samjhein aur aur insaniyat yaani ko ek barabar ki nazar se dekhein.</w:t>
      </w:r>
    </w:p>
    <w:p>
      <w:pPr>
        <w:pStyle w:val="Heading2"/>
      </w:pPr>
      <w:r>
        <w:t>Pre-scientific and scientific ages</w:t>
      </w:r>
    </w:p>
    <w:p>
      <w:r>
        <w:rPr>
          <w:color w:val="666666"/>
          <w:sz w:val="18"/>
        </w:rPr>
        <w:t>Eid al Adha December 23, 2007 - Maulana Wahiduddin Khan · 1m 46s · at 22:20 · https://youtu.be/-I9lDjtq3FY?t=1340</w:t>
      </w:r>
    </w:p>
    <w:p>
      <w:r>
        <w:rPr>
          <w:i/>
        </w:rPr>
        <w:t>“History insaan ki do samaanon mein bati hui hai.”</w:t>
      </w:r>
    </w:p>
    <w:p>
      <w:r>
        <w:rPr>
          <w:sz w:val="20"/>
        </w:rPr>
        <w:t>22:20  halanke aisa hai hi nahi. yahan mein ek baat yaad dilana chahunga ke history jo hai insaan ki woh do zamano mein bati hui hai.</w:t>
      </w:r>
      <w:r>
        <w:br/>
      </w:r>
      <w:r>
        <w:rPr>
          <w:sz w:val="20"/>
        </w:rPr>
        <w:t>22:33  pre scientific age aur post scientific age. pre scientific age jo hai woh hai suppression par base karta tha.</w:t>
      </w:r>
      <w:r>
        <w:br/>
      </w:r>
      <w:r>
        <w:rPr>
          <w:sz w:val="20"/>
        </w:rPr>
        <w:t>22:42  suppression. har taraf suppression. phir jab science aayi to sab suppression khatm ho gayi. to jo log yeh kehte hain ke yeh jiyo ko marna hai aur jiyo marna sab se baad sin hai.</w:t>
      </w:r>
      <w:r>
        <w:br/>
      </w:r>
      <w:r>
        <w:rPr>
          <w:sz w:val="20"/>
        </w:rPr>
        <w:t>22:57  woh boli bol rahe hain pre scientific age ki. yeh pre scientific notions hain. yeh boli bolna.</w:t>
      </w:r>
      <w:r>
        <w:br/>
      </w:r>
      <w:r>
        <w:rPr>
          <w:sz w:val="20"/>
        </w:rPr>
        <w:t>23:07  kyun? science ne bataya hai ke zindagi to har cheez mein hai. pehle ka insaan yeh samajhta tha ke zindagi sirf animal mein hai.</w:t>
      </w:r>
      <w:r>
        <w:br/>
      </w:r>
      <w:r>
        <w:rPr>
          <w:sz w:val="20"/>
        </w:rPr>
        <w:t>23:17  ab to maloom hua ke paani mein zindagi hai. doodh mein zindagi hai. to aap kya karenge? kya bhooke marenge? aap bhooke mar sakte hain.</w:t>
      </w:r>
      <w:r>
        <w:br/>
      </w:r>
      <w:r>
        <w:rPr>
          <w:sz w:val="20"/>
        </w:rPr>
        <w:t>23:28  yaani aap jab paani peete hain tab bhi zindagi aap ke andar dakhil hoti hai. doodh peete hain tab bhi zindagi dakhil hoti hai aap ke andar. kuch bhi aap khate hain sabzi ya phal to zindagi dakhil hoti hai.</w:t>
      </w:r>
      <w:r>
        <w:br/>
      </w:r>
      <w:r>
        <w:rPr>
          <w:sz w:val="20"/>
        </w:rPr>
        <w:t>23:41  to aap sensation to kal har har waqt kar rahe hain aap. har waqt aap bacteria ko kill kar rahe hain. science se pehle insaan nahi jaanta tha ke har cheez mein zindagi hai.</w:t>
      </w:r>
      <w:r>
        <w:br/>
      </w:r>
      <w:r>
        <w:rPr>
          <w:sz w:val="20"/>
        </w:rPr>
        <w:t>23:56  to yeh philosophy bana. killing of killing of sensation is sin. ab to maloom hua ke woh killing ke baghair to aap zinda hi nahi reh sakte.</w:t>
      </w:r>
    </w:p>
    <w:p>
      <w:pPr>
        <w:pStyle w:val="Heading2"/>
      </w:pPr>
      <w:r>
        <w:t>The eight categories the Quran allows zakat to fund</w:t>
      </w:r>
    </w:p>
    <w:p>
      <w:r>
        <w:rPr>
          <w:color w:val="666666"/>
          <w:sz w:val="18"/>
        </w:rPr>
        <w:t>The Importance of Zakat May 08, 2022 Dr. Saniyasnain Khan · 3m 44s · at 8:34 · https://youtu.be/92nslWvnQ5Y?t=514</w:t>
      </w:r>
    </w:p>
    <w:p>
      <w:r>
        <w:rPr>
          <w:i/>
        </w:rPr>
        <w:t>“The Quran names eight heads where zakat can be spent”</w:t>
      </w:r>
    </w:p>
    <w:p>
      <w:r>
        <w:rPr>
          <w:sz w:val="20"/>
        </w:rPr>
        <w:t>8:34  quran mein surah at-taubah mein aath made hain, heads hain jisme zakat di ja sakti hai. to sabse pehle hai fukara yaani poor jinke paas kuch nahi hai. to jo bahut hi gareeb hai woh fukara hai aur phir masakeen hain. masakeen woh log hain jinke paas kuch hai. ji.</w:t>
      </w:r>
      <w:r>
        <w:br/>
      </w:r>
      <w:r>
        <w:rPr>
          <w:sz w:val="20"/>
        </w:rPr>
        <w:t>9:01  lekin woh unki jo needs hain woh poori nahi hoti. to unko bhi zaqaat di ja sakti hai aur phir aamileen, aamileen ka matlab hai ki jo log zaqaat collect karte hain, jaise institutions ke paas log hote hain woh jaake collect karte hain zakaat, to unko bhi zakaat di ja sakti hai.</w:t>
      </w:r>
      <w:r>
        <w:br/>
      </w:r>
      <w:r>
        <w:rPr>
          <w:sz w:val="20"/>
        </w:rPr>
        <w:t>9:26  aise hi hai ek mad, ek head muhallafat-ul-quloob yaani softening of the hearts ya soft corner paida karna.</w:t>
      </w:r>
      <w:r>
        <w:br/>
      </w:r>
      <w:r>
        <w:rPr>
          <w:sz w:val="20"/>
        </w:rPr>
        <w:t>9:36  yeh khaas taur se yeh bahut hi ahmm head hai zakaad ka jis mein dawat ka kaam bhi aata</w:t>
      </w:r>
      <w:r>
        <w:br/>
      </w:r>
      <w:r>
        <w:rPr>
          <w:sz w:val="20"/>
        </w:rPr>
        <w:t>9:43  hai yaani ke deen ka deen ka jo kaam hai khaas taur se dawat quran ko logon tak pahunchana,</w:t>
      </w:r>
      <w:r>
        <w:br/>
      </w:r>
      <w:r>
        <w:rPr>
          <w:sz w:val="20"/>
        </w:rPr>
        <w:t>9:50  deen ki baatein logon tak pahunchana usmein jo akhrazad hai quran ki printing hai, quran ka distribution hai,</w:t>
      </w:r>
      <w:r>
        <w:br/>
      </w:r>
      <w:r>
        <w:rPr>
          <w:sz w:val="20"/>
        </w:rPr>
        <w:t>9:57  kitabein hai aajkal to digital daur aa gaya hai to usmein bhi jo cheezein hain to us par</w:t>
      </w:r>
      <w:r>
        <w:br/>
      </w:r>
      <w:r>
        <w:rPr>
          <w:sz w:val="20"/>
        </w:rPr>
        <w:t>10:04  bhi yeh kharch ho sakta hai yaani jo madhu hai jisko hameen deen ki baatein batani hain, quran</w:t>
      </w:r>
      <w:r>
        <w:br/>
      </w:r>
      <w:r>
        <w:rPr>
          <w:sz w:val="20"/>
        </w:rPr>
        <w:t>10:11  ka paigaam pahunchana uske andar ek soft corner paida karna taake woh mutala kare islam ke baare mein</w:t>
      </w:r>
      <w:r>
        <w:br/>
      </w:r>
      <w:r>
        <w:rPr>
          <w:sz w:val="20"/>
        </w:rPr>
        <w:t>10:18  jaane, islam ki ko samjhe, quran ko samjhe toh yeh ek bahut achha head hai jismein daawati kaam</w:t>
      </w:r>
      <w:r>
        <w:br/>
      </w:r>
      <w:r>
        <w:rPr>
          <w:sz w:val="20"/>
        </w:rPr>
        <w:t>10:25  bhi aa jaata hai aur phir hai rikab.</w:t>
      </w:r>
      <w:r>
        <w:br/>
      </w:r>
      <w:r>
        <w:rPr>
          <w:sz w:val="20"/>
        </w:rPr>
        <w:t>10:32  rikab ka matlab hai us zamane mein slaves hote the toh slaves ko free karne ke liye yeh</w:t>
      </w:r>
      <w:r>
        <w:br/>
      </w:r>
      <w:r>
        <w:rPr>
          <w:sz w:val="20"/>
        </w:rPr>
        <w:t>10:37  head hua karta tha ab toh yeh cheez khatm ho gayi hai lekin abhi bhi log prisoners ki</w:t>
      </w:r>
      <w:r>
        <w:br/>
      </w:r>
      <w:r>
        <w:rPr>
          <w:sz w:val="20"/>
        </w:rPr>
        <w:t>10:43  help kar karte hain koi agar aisa hai jo paid ho gaya hai aur masoom hai woh begunah</w:t>
      </w:r>
      <w:r>
        <w:br/>
      </w:r>
      <w:r>
        <w:rPr>
          <w:sz w:val="20"/>
        </w:rPr>
        <w:t>10:49  hai toh usko help karna, usko chhudana, uske liye legal help karna woh bhi sab ismein aa jaata</w:t>
      </w:r>
      <w:r>
        <w:br/>
      </w:r>
      <w:r>
        <w:rPr>
          <w:sz w:val="20"/>
        </w:rPr>
        <w:t>10:55  hai aur phir hai garmeen, garmeen woh hai jo jiska jisne bahut loan vagairah liya hai aur woh</w:t>
      </w:r>
      <w:r>
        <w:br/>
      </w:r>
      <w:r>
        <w:rPr>
          <w:sz w:val="20"/>
        </w:rPr>
        <w:t>11:01  us us loan mein daba hua hai aur woh pay nahin kar pa raha hai toh usko us</w:t>
      </w:r>
      <w:r>
        <w:br/>
      </w:r>
      <w:r>
        <w:rPr>
          <w:sz w:val="20"/>
        </w:rPr>
        <w:t>11:07  ismad mein bhi diya ja sakta hai aur phir is fiss abhi lillah, sabhi lillah matlab hai khuda</w:t>
      </w:r>
      <w:r>
        <w:br/>
      </w:r>
      <w:r>
        <w:rPr>
          <w:sz w:val="20"/>
        </w:rPr>
        <w:t>11:13  ke raah mein.</w:t>
      </w:r>
      <w:r>
        <w:br/>
      </w:r>
      <w:r>
        <w:rPr>
          <w:sz w:val="20"/>
        </w:rPr>
        <w:t>11:19  yeh bhi ek bahut hi bada head hai jisme aap bahut saari cheezein aa jaati hain aur dawat ka kaam bhi ismein aata hai ki quran ko logon tak pahunchana abhi sabee lillah mein aata hai aur yeh ek bahut hi ahum head hai islam ke jo aur kaam hai woh sab iske andar aa sakte hain aur phir hai Ibn Sabil. Ibn Sabil ka matlab hai travelers.</w:t>
      </w:r>
      <w:r>
        <w:br/>
      </w:r>
      <w:r>
        <w:rPr>
          <w:sz w:val="20"/>
        </w:rPr>
        <w:t>11:47  toh travelers us zamane mein jab banks nahin hote the aur yeh sab cheezein yeh facilities nahin thi</w:t>
      </w:r>
      <w:r>
        <w:br/>
      </w:r>
      <w:r>
        <w:rPr>
          <w:sz w:val="20"/>
        </w:rPr>
        <w:t>11:53  toh kabhi kabhi kya hota tha koi shakhs apne ghar mein toh woh rich hai lekin woh travel</w:t>
      </w:r>
      <w:r>
        <w:br/>
      </w:r>
      <w:r>
        <w:rPr>
          <w:sz w:val="20"/>
        </w:rPr>
        <w:t>11:59  karke kahin doosri country jaata tha toh wahan woh kisi wajah se gareeb ho jaata tha.</w:t>
      </w:r>
      <w:r>
        <w:br/>
      </w:r>
      <w:r>
        <w:rPr>
          <w:sz w:val="20"/>
        </w:rPr>
        <w:t>12:05  toh usko bhi zakat ka yeh ek head hai jo jisko zakat diya hai.</w:t>
      </w:r>
      <w:r>
        <w:br/>
      </w:r>
      <w:r>
        <w:rPr>
          <w:sz w:val="20"/>
        </w:rPr>
        <w:t>12:11  toh yeh aath heads hain aur inmein beirhaal zakat ki rakam di ja sakti hai. Ji.</w:t>
      </w:r>
      <w:r>
        <w:br/>
      </w:r>
      <w:r>
        <w:rPr>
          <w:sz w:val="20"/>
        </w:rPr>
        <w:t>12:18  DocsApp apne aath heads bataein lekin zaqaat ki ek calculation ka bhi ek process hai. to uske baare mein bhi kuch hum sabko bataiye. zaqaat ko kaise calculate karte hain uske liye chahiye ki kisi achhe mufti se milein. ji. kyunki itna aasan nahi hai. jaise log kehte hain 2.5% zakat deni hai. lekin itna aasan nahi hai.</w:t>
      </w:r>
    </w:p>
    <w:p>
      <w:pPr>
        <w:pStyle w:val="Heading2"/>
      </w:pPr>
      <w:r>
        <w:t>Fasting is a month of training</w:t>
      </w:r>
    </w:p>
    <w:p>
      <w:r>
        <w:rPr>
          <w:color w:val="666666"/>
          <w:sz w:val="18"/>
        </w:rPr>
        <w:t>Ramadan The Month of Fasting 29Aug, 2008 - Maulana Wahiduddin Khan · 24s · at 4:49 · https://youtu.be/O9ie_tCNGHM?t=289</w:t>
      </w:r>
    </w:p>
    <w:p>
      <w:r>
        <w:rPr>
          <w:i/>
        </w:rPr>
        <w:t>“Fasting is a month of training”</w:t>
      </w:r>
    </w:p>
    <w:p>
      <w:r>
        <w:rPr>
          <w:sz w:val="20"/>
        </w:rPr>
        <w:t>4:49  negative aspect na ho, sirf positive aspect ho. yeh hai roza. to roza darasal tarbiyat ka mahina hai,</w:t>
      </w:r>
      <w:r>
        <w:br/>
      </w:r>
      <w:r>
        <w:rPr>
          <w:sz w:val="20"/>
        </w:rPr>
        <w:t>5:05  training ka mahina hai, apne aap ko tayyar karne ka mahina hai.</w:t>
      </w:r>
    </w:p>
    <w:p>
      <w:pPr>
        <w:pStyle w:val="Heading2"/>
      </w:pPr>
      <w:r>
        <w:t>first time truly understanding Eid ul-Adha's meaning</w:t>
      </w:r>
    </w:p>
    <w:p>
      <w:r>
        <w:rPr>
          <w:color w:val="666666"/>
          <w:sz w:val="18"/>
        </w:rPr>
        <w:t>Eid Special CPS Women Interaction June 29, 2023 · 2m 03s · at 24:31 · https://youtu.be/Os7IYYOg8v4?t=1471</w:t>
      </w:r>
    </w:p>
    <w:p>
      <w:r>
        <w:rPr>
          <w:i/>
        </w:rPr>
        <w:t>“Pehli baar zindagi mein mujhe Eid ul-Adha meri samajh mein aayi hai”</w:t>
      </w:r>
    </w:p>
    <w:p>
      <w:r>
        <w:rPr>
          <w:sz w:val="20"/>
        </w:rPr>
        <w:t>24:31  haan, please. Please raise your hand for this. Ok. Assalamu Alaikum everyone. Shukriya. Pehli baar zindagi mein mujhe Izd-e-Adasi meri samajh mein aayi hai because of Maulana video.</w:t>
      </w:r>
      <w:r>
        <w:br/>
      </w:r>
      <w:r>
        <w:rPr>
          <w:sz w:val="20"/>
        </w:rPr>
        <w:t>24:52  kal afternoon maine Maulana ki video dekhi thi toh usmein Maulana ne point to point detail bhi Idlajaa'a Preeta Idlajaa'a ke bare mein bole the. Main toh gyaarah saal se aisi bayan sabhi net hi suni hai. Toh yahi first time hai main iske bare mein sunna aur Maulana ka jo takeaway hai Maulana ki learning yeh jo talks hai yeh ek hai.</w:t>
      </w:r>
      <w:r>
        <w:br/>
      </w:r>
      <w:r>
        <w:rPr>
          <w:sz w:val="20"/>
        </w:rPr>
        <w:t>25:22  Ibrahwalas ke lamb ko jaisa Allah Taala aankh se bachaya hai waisa hi daai ko jo pareshani aaye toh bhi Allah Taala bachata hai. Toh hamare andar jo negativity hai, jo complaint culture hai, jo violence hai woh khatam karni chahiye. Wahi asal khulwari hai.</w:t>
      </w:r>
      <w:r>
        <w:br/>
      </w:r>
      <w:r>
        <w:rPr>
          <w:sz w:val="20"/>
        </w:rPr>
        <w:t>25:43  Eid ka din wahi qurbani karni chahiye aur Khuda ki mission ke liye jo aadmi khada hote hain uske liye Allah mazgar van banta hai. Yeh toh hum sabko experience hai ke Allah bohat bara vaccine madadgar hai. Woh kis tarah unki daai ko protect karta, kis tarah guide karta.</w:t>
      </w:r>
      <w:r>
        <w:br/>
      </w:r>
      <w:r>
        <w:rPr>
          <w:sz w:val="20"/>
        </w:rPr>
        <w:t>26:08  toh hum real life mein bhi experience karte hain aur meri special learning hai Molana mein Molana mein ke zariye se ke ek daai up to date training chahiye. Toh zamana ke according to their zamana ke intellectually updated rehni chahiye aur physically physically bhi active rehna chahiye.</w:t>
      </w:r>
      <w:r>
        <w:br/>
      </w:r>
      <w:r>
        <w:rPr>
          <w:sz w:val="20"/>
        </w:rPr>
        <w:t>26:34  yeh Maulana sab prove karke dikhaya hai ke Maulana sab ne English bar seekh seekha hai apne aap ko health healthy ke matlab simplicity ke saath simple food liya hai.</w:t>
      </w:r>
    </w:p>
    <w:p>
      <w:pPr>
        <w:pStyle w:val="Heading2"/>
      </w:pPr>
      <w:r>
        <w:t>Israf versus zakat: two ways to treat wealth</w:t>
      </w:r>
    </w:p>
    <w:p>
      <w:r>
        <w:rPr>
          <w:color w:val="666666"/>
          <w:sz w:val="18"/>
        </w:rPr>
        <w:t>Spirit of Zakat May 4, 2007 Maulana Wahiduddin Khan · 2m 29s · at 5:35 · https://youtu.be/oj5_5pFnmHk?t=335</w:t>
      </w:r>
    </w:p>
    <w:p>
      <w:r>
        <w:rPr>
          <w:i/>
        </w:rPr>
        <w:t>“The opposite of zakat is israf, wastefulness”</w:t>
      </w:r>
    </w:p>
    <w:p>
      <w:r>
        <w:rPr>
          <w:sz w:val="20"/>
        </w:rPr>
        <w:t>5:35  zakat ka ulta israf hai. maal ke muamle mein ek rawaiyya woh hai jis ko israf kaha gaya. doosra rawaiyya woh hai jis ko zakat kaha gaya.</w:t>
      </w:r>
      <w:r>
        <w:br/>
      </w:r>
      <w:r>
        <w:rPr>
          <w:sz w:val="20"/>
        </w:rPr>
        <w:t>5:48  in dono lafzon ko agar samajh liya jaye to maal ke muamle mein islam ki taleem poori tarah wazeh ho jati hai.</w:t>
      </w:r>
      <w:r>
        <w:br/>
      </w:r>
      <w:r>
        <w:rPr>
          <w:sz w:val="20"/>
        </w:rPr>
        <w:t>5:57  yani jis ko mein kahunga ke art of money management. islami nuqta nazar se money management sab kuch aadmi jaan lega agar woh in do lafzon ko samajh le.</w:t>
      </w:r>
      <w:r>
        <w:br/>
      </w:r>
      <w:r>
        <w:rPr>
          <w:sz w:val="20"/>
        </w:rPr>
        <w:t>6:15  ab dekhiye ke israf kya hai.</w:t>
      </w:r>
      <w:r>
        <w:br/>
      </w:r>
      <w:r>
        <w:rPr>
          <w:sz w:val="20"/>
        </w:rPr>
        <w:t>6:18  israf ka matlab hai paisay ko idhar udhar kharch karna. israf ke lafzi ma'ani hote hain to waste, zaya karna.</w:t>
      </w:r>
      <w:r>
        <w:br/>
      </w:r>
      <w:r>
        <w:rPr>
          <w:sz w:val="20"/>
        </w:rPr>
        <w:t>6:33  quran mein hai ke la tabazzir tabzira inn al mubazzireen kaanu ikhwan al shaitain yani jo paisa tum kamate ho aur kama kar tumhari jeb mein aata hai,</w:t>
      </w:r>
      <w:r>
        <w:br/>
      </w:r>
      <w:r>
        <w:rPr>
          <w:sz w:val="20"/>
        </w:rPr>
        <w:t>6:48  is ko chheento mat. tabzeer ke maani hain chheentna. to zameen par aap koi cheez chheentein idhar udhar to aaj zahir hai ke aap ne waste kiya is ko.</w:t>
      </w:r>
      <w:r>
        <w:br/>
      </w:r>
      <w:r>
        <w:rPr>
          <w:sz w:val="20"/>
        </w:rPr>
        <w:t>6:58  yahi hai israf</w:t>
      </w:r>
      <w:r>
        <w:br/>
      </w:r>
      <w:r>
        <w:rPr>
          <w:sz w:val="20"/>
        </w:rPr>
        <w:t>7:01  to woh saari maddein jo haqeeqi zaroorat se zyada hain, woh sab quran ke mutabiq ya islam ke mutabiq woh tabzeer ya israf hain.</w:t>
      </w:r>
      <w:r>
        <w:br/>
      </w:r>
      <w:r>
        <w:rPr>
          <w:sz w:val="20"/>
        </w:rPr>
        <w:t>7:12  to israf maani hain to waste, maal ko zaya karna. is ka matlab kya hua</w:t>
      </w:r>
      <w:r>
        <w:br/>
      </w:r>
      <w:r>
        <w:rPr>
          <w:sz w:val="20"/>
        </w:rPr>
        <w:t>7:24  ke jo maal aap ne apni khwahish ke liye kharch kiya, dunya ki numaish ke liye kharch kiya, dunya mein logon ko khush karne ke liye kharch kiya,</w:t>
      </w:r>
      <w:r>
        <w:br/>
      </w:r>
      <w:r>
        <w:rPr>
          <w:sz w:val="20"/>
        </w:rPr>
        <w:t>7:38  maal apne ghar walon ko khush karne ke liye kharch kiya, shadi byah mein dhoom machai waghera waghera,</w:t>
      </w:r>
      <w:r>
        <w:br/>
      </w:r>
      <w:r>
        <w:rPr>
          <w:sz w:val="20"/>
        </w:rPr>
        <w:t>7:48  to yeh sab jo hai khuda ki nazar mein israf hai. yaani paise ko waste karna hai. kyun waste karna hai? paisa is liye hai ke is ke zariye aadmi aakhirat mein apni jagah banaaye.</w:t>
      </w:r>
    </w:p>
    <w:p>
      <w:pPr>
        <w:pStyle w:val="Heading2"/>
      </w:pPr>
      <w:r>
        <w:t>Man's greatest power is not being offended</w:t>
      </w:r>
    </w:p>
    <w:p>
      <w:r>
        <w:rPr>
          <w:color w:val="666666"/>
          <w:sz w:val="18"/>
        </w:rPr>
        <w:t>Interaction with umries 25 july, 2019 - Maulana Wahiduddin Khan · 22s · at 20:37 · https://youtu.be/MjQYVF1PwhM?t=1237</w:t>
      </w:r>
    </w:p>
    <w:p>
      <w:r>
        <w:rPr>
          <w:i/>
        </w:rPr>
        <w:t>“Insaan ki sab se badi taqat yeh hai ke woh afand na ho”</w:t>
      </w:r>
    </w:p>
    <w:p>
      <w:r>
        <w:rPr>
          <w:sz w:val="20"/>
        </w:rPr>
        <w:t>20:37  to insan ki sab se bari taqat yeh hai, insan ki sab se bari taqat yeh hai ke woh,</w:t>
      </w:r>
      <w:r>
        <w:br/>
      </w:r>
      <w:r>
        <w:rPr>
          <w:sz w:val="20"/>
        </w:rPr>
        <w:t>20:49  woh jis ko kehtay hain, offend na hon, offend na hon, ghussa na karen.</w:t>
      </w:r>
    </w:p>
    <w:p>
      <w:pPr>
        <w:pStyle w:val="Heading2"/>
      </w:pPr>
      <w:r>
        <w:t>Khair is not limited to food or money</w:t>
      </w:r>
    </w:p>
    <w:p>
      <w:r>
        <w:rPr>
          <w:color w:val="666666"/>
          <w:sz w:val="18"/>
        </w:rPr>
        <w:t>Spirit of Ramadan | June 14, 2015 · 30s · at 3:25 · https://youtu.be/LMQxfxQcnxQ?t=205</w:t>
      </w:r>
    </w:p>
    <w:p>
      <w:r>
        <w:rPr>
          <w:i/>
        </w:rPr>
        <w:t>“کھانا پینا یا پیسے کے معنی میں نہیں ہے”</w:t>
      </w:r>
    </w:p>
    <w:p>
      <w:r>
        <w:rPr>
          <w:sz w:val="20"/>
        </w:rPr>
        <w:t>3:25  khana peena ya paise ke mani mein nahi hai. jo cheez bhi doosron ke liye khair ho, aadmi jo to sakha karta hai doosron ke liye, sadqa karta hai doosron ke liye, to doosron ke liye jo cheez khair ho, jo un ke liye nafe dene wali ho, woh sab is mein shamil hogi. to ramzan goya is baat ki spirit paida karne ke</w:t>
      </w:r>
    </w:p>
    <w:p>
      <w:pPr>
        <w:pStyle w:val="Heading2"/>
      </w:pPr>
      <w:r>
        <w:t>Fiqh originally meant divine wisdom, not law</w:t>
      </w:r>
    </w:p>
    <w:p>
      <w:r>
        <w:rPr>
          <w:color w:val="666666"/>
          <w:sz w:val="18"/>
        </w:rPr>
        <w:t>The School of Fiqh in Islam (English) April 14, 2007 Maulana Wahiduddin Khan · 49s · at 7:17 · https://youtu.be/Kc-mTjI23HM?t=437</w:t>
      </w:r>
    </w:p>
    <w:p>
      <w:r>
        <w:rPr>
          <w:i/>
        </w:rPr>
        <w:t>“Literally, fiqh means wisdom, divine wisdom”</w:t>
      </w:r>
    </w:p>
    <w:p>
      <w:r>
        <w:rPr>
          <w:sz w:val="20"/>
        </w:rPr>
        <w:t>7:17  . But, it is not there in modern concept, in modern sense. In Quran and in Hadith, fiqh is used in the sense of wisdom.</w:t>
      </w:r>
      <w:r>
        <w:br/>
      </w:r>
      <w:r>
        <w:rPr>
          <w:sz w:val="20"/>
        </w:rPr>
        <w:t>7:37  . Literally, fiqh means wisdom.</w:t>
      </w:r>
      <w:r>
        <w:br/>
      </w:r>
      <w:r>
        <w:rPr>
          <w:sz w:val="20"/>
        </w:rPr>
        <w:t>7:41  . And in Quran and Hadith, it is used in this literal sense. Wisdom, here it means divine wisdom.</w:t>
      </w:r>
      <w:r>
        <w:br/>
      </w:r>
      <w:r>
        <w:rPr>
          <w:sz w:val="20"/>
        </w:rPr>
        <w:t>7:53  . So, according to the Quran and Hadith, fiqh means divine wisdom. But, in present term, fiqh means law, Sharia law.</w:t>
      </w:r>
    </w:p>
    <w:p>
      <w:pPr>
        <w:pStyle w:val="Heading2"/>
      </w:pPr>
      <w:r>
        <w:t>Language of hammering in Quran</w:t>
      </w:r>
    </w:p>
    <w:p>
      <w:r>
        <w:rPr>
          <w:color w:val="666666"/>
          <w:sz w:val="18"/>
        </w:rPr>
        <w:t>Spirit of Zakat I May 4, 2007 · 3m 03s · at 1:08:48 · https://youtu.be/CSXO7LY_9cM?t=4128</w:t>
      </w:r>
    </w:p>
    <w:p>
      <w:r>
        <w:rPr>
          <w:i/>
        </w:rPr>
        <w:t>“Is tarah ki jo baatein aati hain, is ko samajhne mein logon ne”</w:t>
      </w:r>
    </w:p>
    <w:p>
      <w:r>
        <w:rPr>
          <w:sz w:val="20"/>
        </w:rPr>
        <w:t>1:08:48  is tarah ki jo baatein aati hain, is ko samajhne mein logon ne bohat ghalti ki hai. dekhein, yeh hoti hai hammering ki zuban, hammering ki zuban hoti hai, jaise Quran mein Khuda ki zuban se Rasool Allah ne to kisi ko kafir nahi kaha, lekin Khuda ki zuban se aaya hai ke Ayya al-Kafirun. yaad rakhiye ke Quran mein jahan bhi aaya hai, Khuda ki zuban se hai, Rasool Allah ki zuban se nahi hai. kafir ka lafz to</w:t>
      </w:r>
      <w:r>
        <w:br/>
      </w:r>
      <w:r>
        <w:rPr>
          <w:sz w:val="20"/>
        </w:rPr>
        <w:t>1:09:18  khuda ne jab kaha ke eiha al kafiroon, aye inkar karne walon, aur rasool allah ne jab kaha ke</w:t>
      </w:r>
      <w:r>
        <w:br/>
      </w:r>
      <w:r>
        <w:rPr>
          <w:sz w:val="20"/>
        </w:rPr>
        <w:t>1:09:24  یہ گھٹنوں کے اوپر گھستے ہوئے جائیں گے، that was language of hammering.</w:t>
      </w:r>
      <w:r>
        <w:br/>
      </w:r>
      <w:r>
        <w:rPr>
          <w:sz w:val="20"/>
        </w:rPr>
        <w:t>1:09:31  is ko log na samajhne ki wajah se is ko le lete hain literal maano mein, to samajh</w:t>
      </w:r>
      <w:r>
        <w:br/>
      </w:r>
      <w:r>
        <w:rPr>
          <w:sz w:val="20"/>
        </w:rPr>
        <w:t>1:09:37  nahi paate baaton ko.</w:t>
      </w:r>
      <w:r>
        <w:br/>
      </w:r>
      <w:r>
        <w:rPr>
          <w:sz w:val="20"/>
        </w:rPr>
        <w:t>1:09:43  quran aur hadith mein jahan bhi sakht alfaaz hain, woh sab</w:t>
      </w:r>
      <w:r>
        <w:br/>
      </w:r>
      <w:r>
        <w:rPr>
          <w:sz w:val="20"/>
        </w:rPr>
        <w:t>1:09:49  hemorrhage ki zuban hai, woh hammering ki zuban hai.</w:t>
      </w:r>
      <w:r>
        <w:br/>
      </w:r>
      <w:r>
        <w:rPr>
          <w:sz w:val="20"/>
        </w:rPr>
        <w:t>1:09:54  hammering, hammering ka matlab hota hai hathaura chalana.</w:t>
      </w:r>
      <w:r>
        <w:br/>
      </w:r>
      <w:r>
        <w:rPr>
          <w:sz w:val="20"/>
        </w:rPr>
        <w:t>1:09:59  ek hai, aap naram naram baatein kahein, ek hai kade andaaz mein bolein.</w:t>
      </w:r>
      <w:r>
        <w:br/>
      </w:r>
      <w:r>
        <w:rPr>
          <w:sz w:val="20"/>
        </w:rPr>
        <w:t>1:10:04  آپ اس کو کہا جاتا ہے language of hammering۔</w:t>
      </w:r>
      <w:r>
        <w:br/>
      </w:r>
      <w:r>
        <w:rPr>
          <w:sz w:val="20"/>
        </w:rPr>
        <w:t>1:10:09  to tajurba yeh hai ke aap naram naram naram naram baatein karein to aadmi asar nahi leta, lekin</w:t>
      </w:r>
      <w:r>
        <w:br/>
      </w:r>
      <w:r>
        <w:rPr>
          <w:sz w:val="20"/>
        </w:rPr>
        <w:t>1:10:14  jab kada bolte hain aap to asar let</w:t>
      </w:r>
      <w:r>
        <w:br/>
      </w:r>
      <w:r>
        <w:rPr>
          <w:sz w:val="20"/>
        </w:rPr>
        <w:t>1:10:19  a hai, woh badal jata hai.</w:t>
      </w:r>
      <w:r>
        <w:br/>
      </w:r>
      <w:r>
        <w:rPr>
          <w:sz w:val="20"/>
        </w:rPr>
        <w:t>1:10:24  woh isi liye aap dekhiye, jin logon ke bare mein allah taala ne farmaya tha ke eiha al kafiroon,</w:t>
      </w:r>
      <w:r>
        <w:br/>
      </w:r>
      <w:r>
        <w:rPr>
          <w:sz w:val="20"/>
        </w:rPr>
        <w:t>1:10:29  qul ya eiha al kafiroon, woh kaun thay? makka ke log thay, jab rasool allah ne hijrat ki makka</w:t>
      </w:r>
      <w:r>
        <w:br/>
      </w:r>
      <w:r>
        <w:rPr>
          <w:sz w:val="20"/>
        </w:rPr>
        <w:t>1:10:34  se, us waqt yeh ayat utri thi nabuwat ke terahwein saal, jab rasool allah ne makka se hijrat</w:t>
      </w:r>
      <w:r>
        <w:br/>
      </w:r>
      <w:r>
        <w:rPr>
          <w:sz w:val="20"/>
        </w:rPr>
        <w:t>1:10:39  ki, us waqt yeh ayat utri thi.</w:t>
      </w:r>
      <w:r>
        <w:br/>
      </w:r>
      <w:r>
        <w:rPr>
          <w:sz w:val="20"/>
        </w:rPr>
        <w:t>1:10:44  is mein kaha gaya, qul ya</w:t>
      </w:r>
      <w:r>
        <w:br/>
      </w:r>
      <w:r>
        <w:rPr>
          <w:sz w:val="20"/>
        </w:rPr>
        <w:t>1:10:49  eiha al kafiroon, keh do ke aye inkar karne walon.</w:t>
      </w:r>
      <w:r>
        <w:br/>
      </w:r>
      <w:r>
        <w:rPr>
          <w:sz w:val="20"/>
        </w:rPr>
        <w:t>1:10:55  lekin aap jante hain ke yeh taqreeban saare log phir islam mein dakhil ho gaye.</w:t>
      </w:r>
      <w:r>
        <w:br/>
      </w:r>
      <w:r>
        <w:rPr>
          <w:sz w:val="20"/>
        </w:rPr>
        <w:t>1:11:01  to agar khuda ne muqaddar kar diya hota ke inkar mein rahein, inkar mein marein, to un ko</w:t>
      </w:r>
      <w:r>
        <w:br/>
      </w:r>
      <w:r>
        <w:rPr>
          <w:sz w:val="20"/>
        </w:rPr>
        <w:t>1:11:08  yeh tofeeq kyun milti? kyunke sachai ko qabool karna jo hai, woh insaan karta hai, lekin tofeeq khuda</w:t>
      </w:r>
      <w:r>
        <w:br/>
      </w:r>
      <w:r>
        <w:rPr>
          <w:sz w:val="20"/>
        </w:rPr>
        <w:t>1:11:14  ki taraf se aati hai. yaad rakhiye,</w:t>
      </w:r>
      <w:r>
        <w:br/>
      </w:r>
      <w:r>
        <w:rPr>
          <w:sz w:val="20"/>
        </w:rPr>
        <w:t>1:11:20  baghair Khuda ki tofeeq se koi aadmi sachai ko na samjhega, na manega.</w:t>
      </w:r>
      <w:r>
        <w:br/>
      </w:r>
      <w:r>
        <w:rPr>
          <w:sz w:val="20"/>
        </w:rPr>
        <w:t>1:11:28  Allah yehdi yashaa, innaka la tehdi manbit, Allah yehdi yashaa.</w:t>
      </w:r>
      <w:r>
        <w:br/>
      </w:r>
      <w:r>
        <w:rPr>
          <w:sz w:val="20"/>
        </w:rPr>
        <w:t>1:11:36  to yeh mamooli baat nahi ke aadmi sachai ko mane.</w:t>
      </w:r>
      <w:r>
        <w:br/>
      </w:r>
      <w:r>
        <w:rPr>
          <w:sz w:val="20"/>
        </w:rPr>
        <w:t>1:11:44  har aadmi conditioning mein jeeta hai, har aadmi ke dimagh mein khayalat ka jangal basa hua hota hai.</w:t>
      </w:r>
    </w:p>
    <w:p>
      <w:pPr>
        <w:pStyle w:val="Heading2"/>
      </w:pPr>
      <w:r>
        <w:t>True fasting is self-discipline</w:t>
      </w:r>
    </w:p>
    <w:p>
      <w:r>
        <w:rPr>
          <w:color w:val="666666"/>
          <w:sz w:val="18"/>
        </w:rPr>
        <w:t>Al-Risala, May 2018 · 33s · at 1:32 · https://youtu.be/VsVaccpm1ug?t=92</w:t>
      </w:r>
    </w:p>
    <w:p>
      <w:r>
        <w:rPr>
          <w:i/>
        </w:rPr>
        <w:t>“Sachcha rozedar woh hai jo Ramzan ke mahine mein yeh tay kare”</w:t>
      </w:r>
    </w:p>
    <w:p>
      <w:r>
        <w:rPr>
          <w:sz w:val="20"/>
        </w:rPr>
        <w:t>1:32  sacha rozedar woh hai jo ramzan ke mahine mein yeh tay kare ke woh apni qabil tark adaton ko daryaft kare ga, aur har din kam az kam aik adat ko Allah ke liye chhod de ga.</w:t>
      </w:r>
      <w:r>
        <w:br/>
      </w:r>
      <w:r>
        <w:rPr>
          <w:sz w:val="20"/>
        </w:rPr>
        <w:t>1:47  yeh goya Allah ke liye aik khud inzibati ya self discipline ka maamla hai. is khud inzibati ke amal mein chhodne ki bohat si cheezain hain, maslan aik suni hui baat ko bila tehqeeq doosron se bayan karna,</w:t>
      </w:r>
    </w:p>
    <w:p>
      <w:pPr>
        <w:pStyle w:val="Heading2"/>
      </w:pPr>
      <w:r>
        <w:t>My only teacher is Allah through constant prayer</w:t>
      </w:r>
    </w:p>
    <w:p>
      <w:r>
        <w:rPr>
          <w:color w:val="666666"/>
          <w:sz w:val="18"/>
        </w:rPr>
        <w:t>An Intellectual Journey May 1, 2011 · 53s · at 59:58 · https://youtu.be/AqjjyimoIqw?t=3598</w:t>
      </w:r>
    </w:p>
    <w:p>
      <w:r>
        <w:rPr>
          <w:i/>
        </w:rPr>
        <w:t>“Mera teacher khud Allah Ta'ala hai”</w:t>
      </w:r>
    </w:p>
    <w:p>
      <w:r>
        <w:rPr>
          <w:sz w:val="20"/>
        </w:rPr>
        <w:t>59:58  mera teacher khud Allah taala hai, koi doosra teacher nahi.</w:t>
      </w:r>
      <w:r>
        <w:br/>
      </w:r>
      <w:r>
        <w:rPr>
          <w:sz w:val="20"/>
        </w:rPr>
        <w:t>1:00:07  mein raat din dua karta hoon, Ibn Taymiyyah ne jo dua ki thi: "Ya mu'allim Ibrahim 'allimni", to mein to raat din wohi dua karta hoon: "Allah mera mu'allim hai,</w:t>
      </w:r>
      <w:r>
        <w:br/>
      </w:r>
      <w:r>
        <w:rPr>
          <w:sz w:val="20"/>
        </w:rPr>
        <w:t>1:00:21  Allah mera teacher hai,</w:t>
      </w:r>
      <w:r>
        <w:br/>
      </w:r>
      <w:r>
        <w:rPr>
          <w:sz w:val="20"/>
        </w:rPr>
        <w:t>1:00:25  allah hi mujhe inspire karta hai. " main allah ke inspiration se bolta hoon.</w:t>
      </w:r>
      <w:r>
        <w:br/>
      </w:r>
      <w:r>
        <w:rPr>
          <w:sz w:val="20"/>
        </w:rPr>
        <w:t>1:00:34  mere liye kitabein jo hain, woh secondary source hain, secondary source hain, primary source mera jo hai, woh khud divine inspiration hai, jo dua ke zariye kisi bhi shakhs ko milta hai.</w:t>
      </w:r>
    </w:p>
    <w:p>
      <w:pPr>
        <w:pStyle w:val="Heading2"/>
      </w:pPr>
      <w:r>
        <w:t>Giving spirit and ideological planning for Ramadan</w:t>
      </w:r>
    </w:p>
    <w:p>
      <w:r>
        <w:rPr>
          <w:color w:val="666666"/>
          <w:sz w:val="18"/>
        </w:rPr>
        <w:t>Spirit of Ramadan | June 14, 2015 · 5m 35s · at 38:50 · https://youtu.be/LMQxfxQcnxQ?t=2330</w:t>
      </w:r>
    </w:p>
    <w:p>
      <w:r>
        <w:rPr>
          <w:i/>
        </w:rPr>
        <w:t>“اس بار ہم میں سے ہر شخص کو رمضان میں یہ سپرٹ”</w:t>
      </w:r>
    </w:p>
    <w:p>
      <w:r>
        <w:rPr>
          <w:sz w:val="20"/>
        </w:rPr>
        <w:t>38:50  is bar hum mein se har shakhs ko ramzan mein yeh spirit jagana hai, yani giving spirit. ab dunya ko kya dein? to main arz karunga ke hamare paas dene ke liye sirf ek cheez hai, woh hai ideology, tauheed ki ideology. hamare paas kuch nahi hai dene ke liye kyunke sare technology to unhi ke hain, har cheez unhi se lete hain. sare</w:t>
      </w:r>
      <w:r>
        <w:br/>
      </w:r>
      <w:r>
        <w:rPr>
          <w:sz w:val="20"/>
        </w:rPr>
        <w:t>39:20  market, saare shobay, center unhi ki technology se bhare hue haiN.</w:t>
      </w:r>
      <w:r>
        <w:br/>
      </w:r>
      <w:r>
        <w:rPr>
          <w:sz w:val="20"/>
        </w:rPr>
        <w:t>39:28  lekin ek cheez hamare paas woh hai jo un ke paas nahi hai, woh hai ideology, ideology of truth.</w:t>
      </w:r>
      <w:r>
        <w:br/>
      </w:r>
      <w:r>
        <w:rPr>
          <w:sz w:val="20"/>
        </w:rPr>
        <w:t>39:36  hamare paas yeh cheez maujood hai to hamein isi ki planning karna chahiye.</w:t>
      </w:r>
      <w:r>
        <w:br/>
      </w:r>
      <w:r>
        <w:rPr>
          <w:sz w:val="20"/>
        </w:rPr>
        <w:t>39:43  dawat ki planning, quran ko har zaban mein tarjuma kar ke doosron ko pahunchana,</w:t>
      </w:r>
      <w:r>
        <w:br/>
      </w:r>
      <w:r>
        <w:rPr>
          <w:sz w:val="20"/>
        </w:rPr>
        <w:t>39:51  seerat rasool pe kitab mein likh kar ke, yani peaceful andaaz mein is ko logon tak pahunchana</w:t>
      </w:r>
      <w:r>
        <w:br/>
      </w:r>
      <w:r>
        <w:rPr>
          <w:sz w:val="20"/>
        </w:rPr>
        <w:t>39:56  har zaban mein.</w:t>
      </w:r>
      <w:r>
        <w:br/>
      </w:r>
      <w:r>
        <w:rPr>
          <w:sz w:val="20"/>
        </w:rPr>
        <w:t>40:01  to hamari jo jo planning hoti hogi, woh ideology based hogi.</w:t>
      </w:r>
      <w:r>
        <w:br/>
      </w:r>
      <w:r>
        <w:rPr>
          <w:sz w:val="20"/>
        </w:rPr>
        <w:t>40:06  yeh nahi ke maal ka boycott karein, un ke khilaaf mazameen chapayein, un ke khilaaf taqreerein karein.</w:t>
      </w:r>
      <w:r>
        <w:br/>
      </w:r>
      <w:r>
        <w:rPr>
          <w:sz w:val="20"/>
        </w:rPr>
        <w:t>40:12  yeh koi planning nahi hai.</w:t>
      </w:r>
      <w:r>
        <w:br/>
      </w:r>
      <w:r>
        <w:rPr>
          <w:sz w:val="20"/>
        </w:rPr>
        <w:t>40:17  dekhein, jo jo planning chalne wali na ho, jo effective na ho, woh planning nahi hai. woh</w:t>
      </w:r>
      <w:r>
        <w:br/>
      </w:r>
      <w:r>
        <w:rPr>
          <w:sz w:val="20"/>
        </w:rPr>
        <w:t>40:22  koi bhi doosri planning to musalman bohat kar chuke hain, woh effective nahi hui.</w:t>
      </w:r>
      <w:r>
        <w:br/>
      </w:r>
      <w:r>
        <w:rPr>
          <w:sz w:val="20"/>
        </w:rPr>
        <w:t>40:29  to jo mansooba amal mein na aa sake, matlab result jo chahte hain aap, woh result is se</w:t>
      </w:r>
      <w:r>
        <w:br/>
      </w:r>
      <w:r>
        <w:rPr>
          <w:sz w:val="20"/>
        </w:rPr>
        <w:t>40:37  na nikle to woh woh mansooba nahi tha, woh planning nahi thi.</w:t>
      </w:r>
      <w:r>
        <w:br/>
      </w:r>
      <w:r>
        <w:rPr>
          <w:sz w:val="20"/>
        </w:rPr>
        <w:t>40:45  woh to mein samajhta hoon ke hum hamare paas sirf ek hi cheez hai, woh hai ideology of tauheed.</w:t>
      </w:r>
      <w:r>
        <w:br/>
      </w:r>
      <w:r>
        <w:rPr>
          <w:sz w:val="20"/>
        </w:rPr>
        <w:t>40:52  hamare paas jo mehfooz quran hai, mehfooz sunnat rasool hai, yeh cheezein hamare paas hain.</w:t>
      </w:r>
      <w:r>
        <w:br/>
      </w:r>
      <w:r>
        <w:rPr>
          <w:sz w:val="20"/>
        </w:rPr>
        <w:t>41:00  sahaba ke sahaba ki zindagi ki shakal mein hamare paas bohat bari tareekh hai.</w:t>
      </w:r>
      <w:r>
        <w:br/>
      </w:r>
      <w:r>
        <w:rPr>
          <w:sz w:val="20"/>
        </w:rPr>
        <w:t>41:07  to yeh is ki buniyad par hamein planning karna chahiye, is ki buniyad par.</w:t>
      </w:r>
      <w:r>
        <w:br/>
      </w:r>
      <w:r>
        <w:rPr>
          <w:sz w:val="20"/>
        </w:rPr>
        <w:t>41:15  aur is ki dunya dunya ko isi ka intezar hai, aaj ki dunya ko isi ka intezar hai.</w:t>
      </w:r>
      <w:r>
        <w:br/>
      </w:r>
      <w:r>
        <w:rPr>
          <w:sz w:val="20"/>
        </w:rPr>
        <w:t>41:22  hum is ka sawal koi aur cheez dunya ko nahi de sakte.</w:t>
      </w:r>
      <w:r>
        <w:br/>
      </w:r>
      <w:r>
        <w:rPr>
          <w:sz w:val="20"/>
        </w:rPr>
        <w:t>41:30  to aaj ka jo akhbar hai, us mein yani isi unwan ke tehat mera mazmoon chupa hai ke</w:t>
      </w:r>
      <w:r>
        <w:br/>
      </w:r>
      <w:r>
        <w:rPr>
          <w:sz w:val="20"/>
        </w:rPr>
        <w:t>41:38  رمضان اس لیے کہ giving spirit لوگوں کے اندر آئے، giving spirit۔</w:t>
      </w:r>
      <w:r>
        <w:br/>
      </w:r>
      <w:r>
        <w:rPr>
          <w:sz w:val="20"/>
        </w:rPr>
        <w:t>41:45  aur khud rasool Allah salallahu alaihi wasallam ki ka jo namoona hai, us se yahi sabit hota hai.</w:t>
      </w:r>
      <w:r>
        <w:br/>
      </w:r>
      <w:r>
        <w:rPr>
          <w:sz w:val="20"/>
        </w:rPr>
        <w:t>41:53  jaisa ke maine bukhari ki riwayat aap ko sunai ke rasool ALLAH صلی اللہ علیہ وسلم ramzan ke mahine mein, zamane mein khair dono ko doosron ko dein. is ke liye aap hawa ki tarah tez ho jaate the. to log is ko yani khair ko sirf sadqa ke mani mein lete hain, yani mali sadqa ya khane peene ka sadqa. wo is ka ek pehlu hai. hadith mein</w:t>
      </w:r>
      <w:r>
        <w:br/>
      </w:r>
      <w:r>
        <w:rPr>
          <w:sz w:val="20"/>
        </w:rPr>
        <w:t>42:23  lafz khair hai, roti ka lafz nahi hai.</w:t>
      </w:r>
      <w:r>
        <w:br/>
      </w:r>
      <w:r>
        <w:rPr>
          <w:sz w:val="20"/>
        </w:rPr>
        <w:t>42:34  to khair ko aap is ke jamay maani mein lijiye, is ke universal maani mein lijiye.</w:t>
      </w:r>
      <w:r>
        <w:br/>
      </w:r>
      <w:r>
        <w:rPr>
          <w:sz w:val="20"/>
        </w:rPr>
        <w:t>42:44  to yeh baat</w:t>
      </w:r>
      <w:r>
        <w:br/>
      </w:r>
      <w:r>
        <w:rPr>
          <w:sz w:val="20"/>
        </w:rPr>
        <w:t>42:55  hamein hum sab ko sochna hai.</w:t>
      </w:r>
      <w:r>
        <w:br/>
      </w:r>
      <w:r>
        <w:rPr>
          <w:sz w:val="20"/>
        </w:rPr>
        <w:t>43:03  ab sirf chand din reh gaye hain roze ke shuru mein, teesra hota hai.</w:t>
      </w:r>
      <w:r>
        <w:br/>
      </w:r>
      <w:r>
        <w:rPr>
          <w:sz w:val="20"/>
        </w:rPr>
        <w:t>43:10  hum pre ramzan period se guzar rahe hain, to humein chahiye ke hum sochen, tayari karen, tadabbur aur</w:t>
      </w:r>
      <w:r>
        <w:br/>
      </w:r>
      <w:r>
        <w:rPr>
          <w:sz w:val="20"/>
        </w:rPr>
        <w:t>43:18  tafakkur karen, aur apne aap ko prepare karen is kaam ke liye ke hum dunya ke liye</w:t>
      </w:r>
      <w:r>
        <w:br/>
      </w:r>
      <w:r>
        <w:rPr>
          <w:sz w:val="20"/>
        </w:rPr>
        <w:t>43:26  giver community banein. giver community abhi tak musalman taker community bane hue hain, hum giver community banein. yeh hai wo baat jis ke liye humein apne ko tayyar karna hai. to main dua karta hoon ke ALLAH ta'ala mujh ko aur aap ko tofeeq de ke hum is is is is spirit ko samjhein aur is supr</w:t>
      </w:r>
      <w:r>
        <w:br/>
      </w:r>
      <w:r>
        <w:rPr>
          <w:sz w:val="20"/>
        </w:rPr>
        <w:t>43:56  it ko apne andar inculcate karein taake ALLAH hum se raazi ho. aur ALLAH humein dunya mein aur aakhirat mein apni madad farmaye, ALLAH humein hamari maghfirat farmaye aur jannat mein dakhla ata farmaye. assalamu alaikum warahmatullah wabarakatuh. we are</w:t>
      </w:r>
    </w:p>
    <w:p>
      <w:pPr>
        <w:pStyle w:val="Heading2"/>
      </w:pPr>
      <w:r>
        <w:t>Zakat definition, purification and personal aspect</w:t>
      </w:r>
    </w:p>
    <w:p>
      <w:r>
        <w:rPr>
          <w:color w:val="666666"/>
          <w:sz w:val="18"/>
        </w:rPr>
        <w:t>Principles of Zakat in Islam 11 May 2007 - Maulana Wahiduddin Khan · 4m 55s · at 7:46 · https://youtu.be/RmfLc_lQrxs?t=466</w:t>
      </w:r>
    </w:p>
    <w:p>
      <w:r>
        <w:rPr>
          <w:i/>
        </w:rPr>
        <w:t>“Now, let us take the Zakat. What is Zakat?”</w:t>
      </w:r>
    </w:p>
    <w:p>
      <w:r>
        <w:rPr>
          <w:sz w:val="20"/>
        </w:rPr>
        <w:t>7:46  These are the 5 pillars of Islam. Now, let us take the Zakat.</w:t>
      </w:r>
      <w:r>
        <w:br/>
      </w:r>
      <w:r>
        <w:rPr>
          <w:sz w:val="20"/>
        </w:rPr>
        <w:t>7:50  What is Zakat?</w:t>
      </w:r>
      <w:r>
        <w:br/>
      </w:r>
      <w:r>
        <w:rPr>
          <w:sz w:val="20"/>
        </w:rPr>
        <w:t>7:55  Zakat is... the... Zakat gives you the principle of money management.</w:t>
      </w:r>
      <w:r>
        <w:br/>
      </w:r>
      <w:r>
        <w:rPr>
          <w:sz w:val="20"/>
        </w:rPr>
        <w:t>8:04  Now... Zakat literally means purification. Purification.</w:t>
      </w:r>
      <w:r>
        <w:br/>
      </w:r>
      <w:r>
        <w:rPr>
          <w:sz w:val="20"/>
        </w:rPr>
        <w:t>8:15  The literal meaning of Zakat is purification. So when you pay Zakat from your earning... you are purifying yourself.</w:t>
      </w:r>
      <w:r>
        <w:br/>
      </w:r>
      <w:r>
        <w:rPr>
          <w:sz w:val="20"/>
        </w:rPr>
        <w:t>8:28  You know... money is the greatest... thing for everyone. The center of love is money.</w:t>
      </w:r>
      <w:r>
        <w:br/>
      </w:r>
      <w:r>
        <w:rPr>
          <w:sz w:val="20"/>
        </w:rPr>
        <w:t>8:37  For everyone.</w:t>
      </w:r>
      <w:r>
        <w:br/>
      </w:r>
      <w:r>
        <w:rPr>
          <w:sz w:val="20"/>
        </w:rPr>
        <w:t>8:40  Everyone loves money. So there is a verse in the Quran... lan tanalul birra hatta tunfiqu mimma tuhibbun Money is your supreme concern.</w:t>
      </w:r>
      <w:r>
        <w:br/>
      </w:r>
      <w:r>
        <w:rPr>
          <w:sz w:val="20"/>
        </w:rPr>
        <w:t>8:59  You love money. So until you pay from this... money, you are not a true believer. This is purification.</w:t>
      </w:r>
      <w:r>
        <w:br/>
      </w:r>
      <w:r>
        <w:rPr>
          <w:sz w:val="20"/>
        </w:rPr>
        <w:t>9:10  When you pay a part of your earning... for the sake of God...</w:t>
      </w:r>
      <w:r>
        <w:br/>
      </w:r>
      <w:r>
        <w:rPr>
          <w:sz w:val="20"/>
        </w:rPr>
        <w:t>9:20  it means that you are purifying your money. You are inculcating the spirit of...</w:t>
      </w:r>
      <w:r>
        <w:br/>
      </w:r>
      <w:r>
        <w:rPr>
          <w:sz w:val="20"/>
        </w:rPr>
        <w:t>9:31  consciousness. That God is everything. My money is for God.</w:t>
      </w:r>
      <w:r>
        <w:br/>
      </w:r>
      <w:r>
        <w:rPr>
          <w:sz w:val="20"/>
        </w:rPr>
        <w:t>9:38  I am for God.</w:t>
      </w:r>
      <w:r>
        <w:br/>
      </w:r>
      <w:r>
        <w:rPr>
          <w:sz w:val="20"/>
        </w:rPr>
        <w:t>9:42  Every... belonging of my...</w:t>
      </w:r>
      <w:r>
        <w:br/>
      </w:r>
      <w:r>
        <w:rPr>
          <w:sz w:val="20"/>
        </w:rPr>
        <w:t>9:48  myself is for God. So... Zakat is a sign of this kind of...</w:t>
      </w:r>
      <w:r>
        <w:br/>
      </w:r>
      <w:r>
        <w:rPr>
          <w:sz w:val="20"/>
        </w:rPr>
        <w:t>10:00  decision, this kind of...</w:t>
      </w:r>
      <w:r>
        <w:br/>
      </w:r>
      <w:r>
        <w:rPr>
          <w:sz w:val="20"/>
        </w:rPr>
        <w:t>10:04  of</w:t>
      </w:r>
      <w:r>
        <w:br/>
      </w:r>
      <w:r>
        <w:rPr>
          <w:sz w:val="20"/>
        </w:rPr>
        <w:t>10:06  declaration. So, there are 2 aspects, 2 basic aspects of Zakat. There are 2 basic aspects of Zakat.</w:t>
      </w:r>
      <w:r>
        <w:br/>
      </w:r>
      <w:r>
        <w:rPr>
          <w:sz w:val="20"/>
        </w:rPr>
        <w:t>10:21  One is personal.</w:t>
      </w:r>
      <w:r>
        <w:br/>
      </w:r>
      <w:r>
        <w:rPr>
          <w:sz w:val="20"/>
        </w:rPr>
        <w:t>10:23  And the second is social. 2 aspects. Personal and social. So, personal aspect is referred in the Quran...</w:t>
      </w:r>
      <w:r>
        <w:br/>
      </w:r>
      <w:r>
        <w:rPr>
          <w:sz w:val="20"/>
        </w:rPr>
        <w:t>10:35  in these verses.</w:t>
      </w:r>
      <w:r>
        <w:br/>
      </w:r>
      <w:r>
        <w:rPr>
          <w:sz w:val="20"/>
        </w:rPr>
        <w:t>10:40  yuti malahu yatazakka Then the social aspect is referred in the Hadith... in these verses.</w:t>
      </w:r>
      <w:r>
        <w:br/>
      </w:r>
      <w:r>
        <w:rPr>
          <w:sz w:val="20"/>
        </w:rPr>
        <w:t>10:53  tukhz min aghniyaikum wa turad ila fuqaraikum This is the social aspect of Zakat. Now, let us take the first. That is the personal aspect of Zakat.</w:t>
      </w:r>
      <w:r>
        <w:br/>
      </w:r>
      <w:r>
        <w:rPr>
          <w:sz w:val="20"/>
        </w:rPr>
        <w:t>11:06  This is mentioned in this verse. yu'ti malahu yatazakka</w:t>
      </w:r>
      <w:r>
        <w:br/>
      </w:r>
      <w:r>
        <w:rPr>
          <w:sz w:val="20"/>
        </w:rPr>
        <w:t>11:14  It means that believer is one... who... gives his money... for the sake of self-purification.</w:t>
      </w:r>
      <w:r>
        <w:br/>
      </w:r>
      <w:r>
        <w:rPr>
          <w:sz w:val="20"/>
        </w:rPr>
        <w:t>11:25  yu'ti malahu yatazakka A true believer is one...</w:t>
      </w:r>
      <w:r>
        <w:br/>
      </w:r>
      <w:r>
        <w:rPr>
          <w:sz w:val="20"/>
        </w:rPr>
        <w:t>11:31  who...</w:t>
      </w:r>
      <w:r>
        <w:br/>
      </w:r>
      <w:r>
        <w:rPr>
          <w:sz w:val="20"/>
        </w:rPr>
        <w:t>11:35  spends his money for the sake of God. So that he may purify himself.</w:t>
      </w:r>
      <w:r>
        <w:br/>
      </w:r>
      <w:r>
        <w:rPr>
          <w:sz w:val="20"/>
        </w:rPr>
        <w:t>11:47  How... how one purifies himself? By paying... Zakat.</w:t>
      </w:r>
      <w:r>
        <w:br/>
      </w:r>
      <w:r>
        <w:rPr>
          <w:sz w:val="20"/>
        </w:rPr>
        <w:t>11:58  Because... because Zakat... you pay Zakat from your money.</w:t>
      </w:r>
      <w:r>
        <w:br/>
      </w:r>
      <w:r>
        <w:rPr>
          <w:sz w:val="20"/>
        </w:rPr>
        <w:t>12:07  You have earned money... after a long struggle. After a great struggle. Money is your greatest...</w:t>
      </w:r>
      <w:r>
        <w:br/>
      </w:r>
      <w:r>
        <w:rPr>
          <w:sz w:val="20"/>
        </w:rPr>
        <w:t>12:18  greatest... goal. Everyone...</w:t>
      </w:r>
      <w:r>
        <w:br/>
      </w:r>
      <w:r>
        <w:rPr>
          <w:sz w:val="20"/>
        </w:rPr>
        <w:t>12:24  tries... tries to acquire money. To acquire more and more money.</w:t>
      </w:r>
      <w:r>
        <w:br/>
      </w:r>
      <w:r>
        <w:rPr>
          <w:sz w:val="20"/>
        </w:rPr>
        <w:t>12:33  Money is the sole concern of everyone. Every human being.</w:t>
      </w:r>
    </w:p>
    <w:p>
      <w:pPr>
        <w:pStyle w:val="Heading2"/>
      </w:pPr>
      <w:r>
        <w:t>The giving hand is better than the taking hand</w:t>
      </w:r>
    </w:p>
    <w:p>
      <w:r>
        <w:rPr>
          <w:color w:val="666666"/>
          <w:sz w:val="18"/>
        </w:rPr>
        <w:t>Importance of Ramadan March 24, 2024 · 51s · at 44:00 · https://youtu.be/cn67uauGQrc?t=2640</w:t>
      </w:r>
    </w:p>
    <w:p>
      <w:r>
        <w:rPr>
          <w:i/>
        </w:rPr>
        <w:t>“Hadith mein hai: dene wala haath lene wale haath se behtar hai”</w:t>
      </w:r>
    </w:p>
    <w:p>
      <w:r>
        <w:rPr>
          <w:sz w:val="20"/>
        </w:rPr>
        <w:t>44:00  ji, hadith mein ek dene wala hath lene wale hath se behtar hai, kyunke dekhein, insaan bohat hi zyada kamzor hai, helpless hai, aur is duniya mein se jab jayega to bilkul khali hath jayega.</w:t>
      </w:r>
      <w:r>
        <w:br/>
      </w:r>
      <w:r>
        <w:rPr>
          <w:sz w:val="20"/>
        </w:rPr>
        <w:t>44:13  us waqt woh Khuda se rehmat ki darkhwast karega, kyunke Khuda ki rehmat se hi jannat milegi. Ab us waqt agar Khuda keh de ke "jab tumhare paas koi aata tha to tum us ki madad nahin karte the, ab tum kya, kaise tum mujh se rehmat ki darkhwast kar rahe ho?"</w:t>
      </w:r>
      <w:r>
        <w:br/>
      </w:r>
      <w:r>
        <w:rPr>
          <w:sz w:val="20"/>
        </w:rPr>
        <w:t>44:30  tum ko matlab kyun tum par rehmat ki jaye?" To is wajah se yeh hamari apni woh banti hai, hum ke hamari apni zaroorat banti hai, kisi ke sath bhala karna, kisi ki zaroorat poori karna, kyunke yeh rewardable act hai, humein is ka reward milega.</w:t>
      </w:r>
    </w:p>
    <w:p>
      <w:pPr>
        <w:pStyle w:val="Heading2"/>
      </w:pPr>
      <w:r>
        <w:t>Hajj trains for peace in this world and hereafter</w:t>
      </w:r>
    </w:p>
    <w:p>
      <w:r>
        <w:rPr>
          <w:color w:val="666666"/>
          <w:sz w:val="18"/>
        </w:rPr>
        <w:t>The Universal Message of Hajj May 25, 2025 · 3m 51s · at 33:49 · https://youtu.be/dr_sfN8NMzQ?t=2029</w:t>
      </w:r>
    </w:p>
    <w:p>
      <w:r>
        <w:rPr>
          <w:i/>
        </w:rPr>
        <w:t>“Asal mein Hajj mein is tarah se chonke jahaan lakhon log jamah ho rahe hain”</w:t>
      </w:r>
    </w:p>
    <w:p>
      <w:r>
        <w:rPr>
          <w:sz w:val="20"/>
        </w:rPr>
        <w:t>33:49  asl mein haj mein is tareeqe se chuki jahan lakhon log jama ho rahe hon aur phir wahan mana kar diya jaye ke yahan ladai jhagda, koi bure alfaaz nahi nikal sakte, koi violence nahi kar sakte, to haj nahi hoga. To aadmi bahut zyada,</w:t>
      </w:r>
      <w:r>
        <w:br/>
      </w:r>
      <w:r>
        <w:rPr>
          <w:sz w:val="20"/>
        </w:rPr>
        <w:t>34:06  bahut zyada woh karta hai, iska khayal rakhta hai ke yahan koi galat kaam nahi karna hai. To yeh chalis din ki training jo hai, bahut zabardast hoti hai.</w:t>
      </w:r>
      <w:r>
        <w:br/>
      </w:r>
      <w:r>
        <w:rPr>
          <w:sz w:val="20"/>
        </w:rPr>
        <w:t>34:17  wahan par poori duniya se log aate hain, mukhtalif mulkon ke, mukhtalif cultures ke, mukhtalif zaban wale. To tarah tarah ke provocation bhi hote hain.</w:t>
      </w:r>
      <w:r>
        <w:br/>
      </w:r>
      <w:r>
        <w:rPr>
          <w:sz w:val="20"/>
        </w:rPr>
        <w:t>34:30  aur wahan par jo chuki bilkul allowed nahi hai ke jhagda karna, zaban se kisi ko takleef pahanchana, kisi janwar ko marna ya zakhami karna, sab kuch forbid na ho.</w:t>
      </w:r>
      <w:r>
        <w:br/>
      </w:r>
      <w:r>
        <w:rPr>
          <w:sz w:val="20"/>
        </w:rPr>
        <w:t>34:43  to is wajah se insan bahut zyada iska dhyan rakhta hai. Aur ab psychology mein aisa hai ke agar ek ek ek muddat tak aadmi ek ek iska woh kare, khayal rakhe in sababaton ka, to usko aadat si iski pad jati hai.</w:t>
      </w:r>
      <w:r>
        <w:br/>
      </w:r>
      <w:r>
        <w:rPr>
          <w:sz w:val="20"/>
        </w:rPr>
        <w:t>35:02  to chalis din toh bahut ho jate hain ke usko aadat pad jaye ke woh peaceful tareeqe se society mein rahega.</w:t>
      </w:r>
      <w:r>
        <w:br/>
      </w:r>
      <w:r>
        <w:rPr>
          <w:sz w:val="20"/>
        </w:rPr>
        <w:t>35:10  to ek hadith hai ke jo shakhs haj is tarah ada kare ke log uski zaban aur uske hath se mehfooz rahen, to uske tamam gunah maaf ho jayenge.</w:t>
      </w:r>
      <w:r>
        <w:br/>
      </w:r>
      <w:r>
        <w:rPr>
          <w:sz w:val="20"/>
        </w:rPr>
        <w:t>35:21  to yeh toh bahut hi bada incentive hai ke hum haj karen aur poore aadab ke sath haj karen, to hamare pichhle bhi tamam gunah maaf ho jayenge.</w:t>
      </w:r>
      <w:r>
        <w:br/>
      </w:r>
      <w:r>
        <w:rPr>
          <w:sz w:val="20"/>
        </w:rPr>
        <w:t>35:31  aur aindah jo hai, iska poora khayal rakhen. To aise bahut sare misalein</w:t>
      </w:r>
      <w:r>
        <w:br/>
      </w:r>
      <w:r>
        <w:rPr>
          <w:sz w:val="20"/>
        </w:rPr>
        <w:t>35:37  hain. Ek misal mein abhi isi saal mere bhatije Adnan Khan, jo Dr. Sani Hasnain Khan sahib ke sahibzade hain, woh Umrah karne gaye the.</w:t>
      </w:r>
      <w:r>
        <w:br/>
      </w:r>
      <w:r>
        <w:rPr>
          <w:sz w:val="20"/>
        </w:rPr>
        <w:t>35:51  to aisa ittefaq hua ke unke peeche peeche koi boodhi aurat ismein thi wheelchair pe. To iska koi beti hogi, koi hoga, us wheelchair ko chala raha tha.</w:t>
      </w:r>
      <w:r>
        <w:br/>
      </w:r>
      <w:r>
        <w:rPr>
          <w:sz w:val="20"/>
        </w:rPr>
        <w:t>36:04  to Adnan ko bahut tez chot lag gayi ke khoon behne lag gaya. To ab chuki wahan kuch allowed nahi hai, ladai jhagda, to aadmi jo hai, sab ke sab peaceful tareeqe se rehna chahte hain.</w:t>
      </w:r>
      <w:r>
        <w:br/>
      </w:r>
      <w:r>
        <w:rPr>
          <w:sz w:val="20"/>
        </w:rPr>
        <w:t>36:18  to Adnan ne sirf itna kaha ke, "Behan, tum ne kya kar diya?" Aur yeh keh ke aage badh gaye. To ab aapas sochiye ke jab aadmi tis din, chalis din aise mahaul mein rahega ke koi galat kaam woh nahi kar sake</w:t>
      </w:r>
      <w:r>
        <w:br/>
      </w:r>
      <w:r>
        <w:rPr>
          <w:sz w:val="20"/>
        </w:rPr>
        <w:t>36:33  ga, kyunke agar galat kaam kiya to haj qabool nahi hoga. To iski wajah se woh bahut zyada alert rehta hai aur zyada se zyada aise har kaam se bachna chahta hai.</w:t>
      </w:r>
      <w:r>
        <w:br/>
      </w:r>
      <w:r>
        <w:rPr>
          <w:sz w:val="20"/>
        </w:rPr>
        <w:t>36:47  mujhe apna bhi ek waqia yaad aata hai jab mein haj karne gayi thi to Makkah mein bahut sakht garmi thi. Ab pankha shayad ek hi tha. Ab doosre log jo hain, apni taraf pankha kar lete the. Hum ko bahut garmi lagti thi lekin hum kuch boli bolte hi nahi the,</w:t>
      </w:r>
      <w:r>
        <w:br/>
      </w:r>
      <w:r>
        <w:rPr>
          <w:sz w:val="20"/>
        </w:rPr>
        <w:t>37:03  kyunke maloom hai ke wahan kuch allowed nahi hai, jhagda ladai karna, kuch sakht kalimi bhi karna, kuch allowed nahi hai. To is tareeqe se sab ke sath aise waqiat pesh aate hain.</w:t>
      </w:r>
      <w:r>
        <w:br/>
      </w:r>
      <w:r>
        <w:rPr>
          <w:sz w:val="20"/>
        </w:rPr>
        <w:t>37:14  yeh haj jo hai na, ek rehearsal hai ke hamein isi tareeqe se duniya mein rehna hai.</w:t>
      </w:r>
      <w:r>
        <w:br/>
      </w:r>
      <w:r>
        <w:rPr>
          <w:sz w:val="20"/>
        </w:rPr>
        <w:t>37:20  jitna zyada hum peaceful tareeqe se is duniya mein rahenge, utna hi hum kamyabi hasil karenge duniya ke mamlaat mein bhi aur akhirat ke liye bhi. Jo kuch hamein karna hai, Khuda ki marifat hasil karna hai, Khuda ki discovery karna hai, to woh sab peaceful mahaul mein hi ho sakta hai.</w:t>
      </w:r>
    </w:p>
    <w:p>
      <w:pPr>
        <w:pStyle w:val="Heading2"/>
      </w:pPr>
      <w:r>
        <w:t>full teaching on ihsan, with a story</w:t>
      </w:r>
    </w:p>
    <w:p>
      <w:r>
        <w:rPr>
          <w:color w:val="666666"/>
          <w:sz w:val="18"/>
        </w:rPr>
        <w:t>Dars -e-Quran June 30, 2007 · 5m 00s · at 20:04 · https://youtu.be/I2HVuhH6eS8?t=1204</w:t>
      </w:r>
    </w:p>
    <w:p>
      <w:r>
        <w:rPr>
          <w:i/>
        </w:rPr>
        <w:t>“احسان کے معنی ہیں کام کو خوبی کے ساتھ کرنا”</w:t>
      </w:r>
    </w:p>
    <w:p>
      <w:r>
        <w:rPr>
          <w:sz w:val="20"/>
        </w:rPr>
        <w:t>20:03  yeh matlab hai</w:t>
      </w:r>
      <w:r>
        <w:br/>
      </w:r>
      <w:r>
        <w:rPr>
          <w:sz w:val="20"/>
        </w:rPr>
        <w:t>20:04  is aayat ka.</w:t>
      </w:r>
      <w:r>
        <w:br/>
      </w:r>
      <w:r>
        <w:rPr>
          <w:sz w:val="20"/>
        </w:rPr>
        <w:t>20:04  is ke baad dekhiye</w:t>
      </w:r>
      <w:r>
        <w:br/>
      </w:r>
      <w:r>
        <w:rPr>
          <w:sz w:val="20"/>
        </w:rPr>
        <w:t>20:08  aayat number 195</w:t>
      </w:r>
      <w:r>
        <w:br/>
      </w:r>
      <w:r>
        <w:rPr>
          <w:sz w:val="20"/>
        </w:rPr>
        <w:t>20:13  surah baqarah ki aayat number 195</w:t>
      </w:r>
      <w:r>
        <w:br/>
      </w:r>
      <w:r>
        <w:rPr>
          <w:sz w:val="20"/>
        </w:rPr>
        <w:t>20:17  mein farmaya ke</w:t>
      </w:r>
      <w:r>
        <w:br/>
      </w:r>
      <w:r>
        <w:rPr>
          <w:sz w:val="20"/>
        </w:rPr>
        <w:t>20:19  ihsanu fa innal laaha yuhibbul muhsineen ihsanu</w:t>
      </w:r>
      <w:r>
        <w:br/>
      </w:r>
      <w:r>
        <w:rPr>
          <w:sz w:val="20"/>
        </w:rPr>
        <w:t>20:27  fa innal laaha yuhibbul muhsineen is ka matlab kya hai?</w:t>
      </w:r>
      <w:r>
        <w:br/>
      </w:r>
      <w:r>
        <w:rPr>
          <w:sz w:val="20"/>
        </w:rPr>
        <w:t>20:34  ihsan ke maani hote hain kisi kaam ko husn o khoobi ke sath anjam dena. ek hai ke aap kisi kaam ko, ek routine ko toh karein.</w:t>
      </w:r>
      <w:r>
        <w:br/>
      </w:r>
      <w:r>
        <w:rPr>
          <w:sz w:val="20"/>
        </w:rPr>
        <w:t>20:46  ek hai ke us ko husn o khoobi ke sath anjam dein.</w:t>
      </w:r>
      <w:r>
        <w:br/>
      </w:r>
      <w:r>
        <w:rPr>
          <w:sz w:val="20"/>
        </w:rPr>
        <w:t>20:50  toh farmaya ke jo Khuda ke ahkam hain, jo tumhari zimmedariyan hain, jo tumhari duty hai, us ko husn o khoobi ke sath anjam do.</w:t>
      </w:r>
      <w:r>
        <w:br/>
      </w:r>
      <w:r>
        <w:rPr>
          <w:sz w:val="20"/>
        </w:rPr>
        <w:t>21:06  husn o khoobi ka matlab yeh hai ke dil ki poori razamandi ho, soch samajh kar kiya jaye, achhe se achhe andaaz mein kiya jaye.</w:t>
      </w:r>
      <w:r>
        <w:br/>
      </w:r>
      <w:r>
        <w:rPr>
          <w:sz w:val="20"/>
        </w:rPr>
        <w:t>21:22  har aitbar se us ko behtar banane ki koshish ki jaye. yeh hai husn o khoobi ke sath karna.</w:t>
      </w:r>
      <w:r>
        <w:br/>
      </w:r>
      <w:r>
        <w:rPr>
          <w:sz w:val="20"/>
        </w:rPr>
        <w:t>21:33  toh is ka talluq har cheez se hai. yani speech se bhi hai aur amal se bhi hai. qaul se bhi hai aur action se bhi hai.</w:t>
      </w:r>
      <w:r>
        <w:br/>
      </w:r>
      <w:r>
        <w:rPr>
          <w:sz w:val="20"/>
        </w:rPr>
        <w:t>21:43  har cheez se. maslan yahan tak ke is ka talluq niyat se bhi hai.</w:t>
      </w:r>
      <w:r>
        <w:br/>
      </w:r>
      <w:r>
        <w:rPr>
          <w:sz w:val="20"/>
        </w:rPr>
        <w:t>21:52  ihsan ka talluq niyat se bhi hai. woh kaise? kisi ne kisi ke bare mein aap ko yeh baat pahunchi ke us ne aisa aur aisa kaha.</w:t>
      </w:r>
      <w:r>
        <w:br/>
      </w:r>
      <w:r>
        <w:rPr>
          <w:sz w:val="20"/>
        </w:rPr>
        <w:t>22:05  toh aap us ko achhe sense mein lein. farz kijiye ke batane wale ne jis tarah bataya hai, us se lagta hai ke us ne aap ke khilaf koi negative baat keh di hai.</w:t>
      </w:r>
      <w:r>
        <w:br/>
      </w:r>
      <w:r>
        <w:rPr>
          <w:sz w:val="20"/>
        </w:rPr>
        <w:t>22:19  toh aap us ki scrutiny karein. us ki tehqeeq karein. achhe tareeqe se jaanchein ke sahi baat kya hai.</w:t>
      </w:r>
      <w:r>
        <w:br/>
      </w:r>
      <w:r>
        <w:rPr>
          <w:sz w:val="20"/>
        </w:rPr>
        <w:t>22:31  ho sakta hai ke yeh pata chale ke us ne jo baat kahi thi, woh aur thi aur batane wale ne us ko badal kar kuch aur keh diya. toh aisa hoga toh baat wahin ki wahin khatam ho jayegi.</w:t>
      </w:r>
      <w:r>
        <w:br/>
      </w:r>
      <w:r>
        <w:rPr>
          <w:sz w:val="20"/>
        </w:rPr>
        <w:t>22:45  phir doosri shakal yeh hai ke us ne sach much hi aap ke khilaf kuch keh diya ho. tab bhi ihsan kya hai?</w:t>
      </w:r>
      <w:r>
        <w:br/>
      </w:r>
      <w:r>
        <w:rPr>
          <w:sz w:val="20"/>
        </w:rPr>
        <w:t>22:54  keh agar is ne bura kaha hai to aap bura na kahein. Aap is ke liye dua karein.</w:t>
      </w:r>
      <w:r>
        <w:br/>
      </w:r>
      <w:r>
        <w:rPr>
          <w:sz w:val="20"/>
        </w:rPr>
        <w:t>23:04  jaise ek shakhs ne, ek buzurg the, ek shakhs ne un ko bura kaha. Ek burai mansoob ki un ki taraf keh tum aise ho.</w:t>
      </w:r>
      <w:r>
        <w:br/>
      </w:r>
      <w:r>
        <w:rPr>
          <w:sz w:val="20"/>
        </w:rPr>
        <w:t>23:18  to buzurg ne kaha keh agar</w:t>
      </w:r>
      <w:r>
        <w:br/>
      </w:r>
      <w:r>
        <w:rPr>
          <w:sz w:val="20"/>
        </w:rPr>
        <w:t>23:22  yeh burai mere andar hai to Khuda mujhe maaf kar de. Aur tum ne agar galat baat keh di hai to Khuda tumhein maaf kar de.</w:t>
      </w:r>
      <w:r>
        <w:br/>
      </w:r>
      <w:r>
        <w:rPr>
          <w:sz w:val="20"/>
        </w:rPr>
        <w:t>23:32  yeh hai ehsaan.</w:t>
      </w:r>
      <w:r>
        <w:br/>
      </w:r>
      <w:r>
        <w:rPr>
          <w:sz w:val="20"/>
        </w:rPr>
        <w:t>23:35  to jab koi baat aap ko pohnche to pehli aap ko pehla kaam yeh karna chahiye keh is ki scrutiny karein.</w:t>
      </w:r>
      <w:r>
        <w:br/>
      </w:r>
      <w:r>
        <w:rPr>
          <w:sz w:val="20"/>
        </w:rPr>
        <w:t>23:45  is ki tehqeeq karein. Is ki detail mein jayein. Ke sach much is ne kya kaha hai.</w:t>
      </w:r>
      <w:r>
        <w:br/>
      </w:r>
      <w:r>
        <w:rPr>
          <w:sz w:val="20"/>
        </w:rPr>
        <w:t>23:55  aam tor par aap jante hain yeh tajurba hai har ek ka keh aam tor par baaton ko report karne mein log ghatate badhate hain.</w:t>
      </w:r>
      <w:r>
        <w:br/>
      </w:r>
      <w:r>
        <w:rPr>
          <w:sz w:val="20"/>
        </w:rPr>
        <w:t>24:05  aise aisa insaan jo baaton ko na ghataye na badhaye, woh as it is kahe. Aisa insaan kahin hazaron hazar mein koi ek hota hoga.</w:t>
      </w:r>
      <w:r>
        <w:br/>
      </w:r>
      <w:r>
        <w:rPr>
          <w:sz w:val="20"/>
        </w:rPr>
        <w:t>24:18  ya shayad koi bhi na ho. Is wajah se zaroori hai keh is ki scrutiny ki jaye. To jab aap scrutiny karein ge to do mein se ek baat nikle gi.</w:t>
      </w:r>
      <w:r>
        <w:br/>
      </w:r>
      <w:r>
        <w:rPr>
          <w:sz w:val="20"/>
        </w:rPr>
        <w:t>24:31  ya to is ne sach much aap ke khilaf kaha hoga.</w:t>
      </w:r>
      <w:r>
        <w:br/>
      </w:r>
      <w:r>
        <w:rPr>
          <w:sz w:val="20"/>
        </w:rPr>
        <w:t>24:36  to aap us ko maaf kar dijiye.</w:t>
      </w:r>
      <w:r>
        <w:br/>
      </w:r>
      <w:r>
        <w:rPr>
          <w:sz w:val="20"/>
        </w:rPr>
        <w:t>24:41  agar galat kaha is ne, tab bhi us ko maaf kar dijiye. Dono halaton mein apne seene ko khali kar lijiye is se.</w:t>
      </w:r>
      <w:r>
        <w:br/>
      </w:r>
      <w:r>
        <w:rPr>
          <w:sz w:val="20"/>
        </w:rPr>
        <w:t>24:52  jawabi nafrat na kijiye. Yeh hai ehsaan. To is ka taluq niyat se bhi hai, qaul se bhi hai, amal se bhi hai.</w:t>
      </w:r>
    </w:p>
    <w:p>
      <w:pPr>
        <w:pStyle w:val="Heading2"/>
      </w:pPr>
      <w:r>
        <w:t>Flexibility in prayer times</w:t>
      </w:r>
    </w:p>
    <w:p>
      <w:r>
        <w:rPr>
          <w:color w:val="666666"/>
          <w:sz w:val="18"/>
        </w:rPr>
        <w:t>The Significance of Mosque in Islam 4 January, 2019 · 1m 07s · at 20:12 · https://youtu.be/QnOj_KGHook?t=1212</w:t>
      </w:r>
    </w:p>
    <w:p>
      <w:r>
        <w:rPr>
          <w:i/>
        </w:rPr>
        <w:t>“Yeah, so there is a solution to this.”</w:t>
      </w:r>
    </w:p>
    <w:p>
      <w:r>
        <w:rPr>
          <w:sz w:val="20"/>
        </w:rPr>
        <w:t>20:12  Yeah, so there is a solution to this. This is a phenomenon which we also face. There are a lot of working Muslims, working professionals in companies, and they have to be in the midst of their work</w:t>
      </w:r>
      <w:r>
        <w:br/>
      </w:r>
      <w:r>
        <w:rPr>
          <w:sz w:val="20"/>
        </w:rPr>
        <w:t>20:22  . They cannot leave their work and go and pray. So Islam is a very flexible religion. It allows you to make your prayers before your work and do your prayers after your work.</w:t>
      </w:r>
      <w:r>
        <w:br/>
      </w:r>
      <w:r>
        <w:rPr>
          <w:sz w:val="20"/>
        </w:rPr>
        <w:t>20:32  So you don't have to leave your work, leave everything, and say that, "No, I have to pray. If I don't pray, God will be angry with me." That is not the case. You can always do your prayers after you're done with your work.</w:t>
      </w:r>
      <w:r>
        <w:br/>
      </w:r>
      <w:r>
        <w:rPr>
          <w:sz w:val="20"/>
        </w:rPr>
        <w:t>20:45  Just it. Islam gives that allowance.</w:t>
      </w:r>
      <w:r>
        <w:br/>
      </w:r>
      <w:r>
        <w:rPr>
          <w:sz w:val="20"/>
        </w:rPr>
        <w:t>20:53  Ja, Muslim, ja, so ein Muslim ist verpflichtet, fünfmal zu beten, aber das bedeutet nicht, dass das unbedingt bis in dieser Zeit, aber er kann, ja, es gibt eine gewisse Flexibilität, dass er kann früh morgens beten oder abends beten oder nachmittags beten.</w:t>
      </w:r>
      <w:r>
        <w:br/>
      </w:r>
      <w:r>
        <w:rPr>
          <w:sz w:val="20"/>
        </w:rPr>
        <w:t>21:13  Das ist, gibt es, Islam gibt eine gewisse Flexibilität.</w:t>
      </w:r>
    </w:p>
    <w:p>
      <w:pPr>
        <w:pStyle w:val="Heading2"/>
      </w:pPr>
      <w:r>
        <w:t>Political sloganeering turns the Kaaba into a dispute</w:t>
      </w:r>
    </w:p>
    <w:p>
      <w:r>
        <w:rPr>
          <w:color w:val="666666"/>
          <w:sz w:val="18"/>
        </w:rPr>
        <w:t>Haqeeqat-E-Hajj Book by Maulana Wahiduddin Khan · 1m 01s · at 3:04:28 · https://youtu.be/fNuk7YC0jSM?t=11068</w:t>
      </w:r>
    </w:p>
    <w:p>
      <w:r>
        <w:rPr>
          <w:i/>
        </w:rPr>
        <w:t>“راقم الحروف نے ستمبر 1982 میں حج کا فریضہ ادا کیا تھا”</w:t>
      </w:r>
    </w:p>
    <w:p>
      <w:r>
        <w:rPr>
          <w:sz w:val="20"/>
        </w:rPr>
        <w:t>3:04:28  raqim al-huroof ne september 1982 mein hajj ka fariza ada kiya tha</w:t>
      </w:r>
      <w:r>
        <w:br/>
      </w:r>
      <w:r>
        <w:rPr>
          <w:sz w:val="20"/>
        </w:rPr>
        <w:t>3:04:35  ek roz jab ke mein baitullah ke andar tha</w:t>
      </w:r>
      <w:r>
        <w:br/>
      </w:r>
      <w:r>
        <w:rPr>
          <w:sz w:val="20"/>
        </w:rPr>
        <w:t>3:04:40  ek khaas mulk ke kuch log wahan aaye</w:t>
      </w:r>
      <w:r>
        <w:br/>
      </w:r>
      <w:r>
        <w:rPr>
          <w:sz w:val="20"/>
        </w:rPr>
        <w:t>3:04:43  aur apne mulk ke leader ka naam le kar zindabad</w:t>
      </w:r>
      <w:r>
        <w:br/>
      </w:r>
      <w:r>
        <w:rPr>
          <w:sz w:val="20"/>
        </w:rPr>
        <w:t>3:04:49  painda abad ke nare lagane lage</w:t>
      </w:r>
      <w:r>
        <w:br/>
      </w:r>
      <w:r>
        <w:rPr>
          <w:sz w:val="20"/>
        </w:rPr>
        <w:t>3:04:54  yeh sun kar bohat se haji un ke gird jama ho gaye</w:t>
      </w:r>
      <w:r>
        <w:br/>
      </w:r>
      <w:r>
        <w:rPr>
          <w:sz w:val="20"/>
        </w:rPr>
        <w:t>3:04:58  aps mein ikhtilafi bahasein shuru ho gayin</w:t>
      </w:r>
      <w:r>
        <w:br/>
      </w:r>
      <w:r>
        <w:rPr>
          <w:sz w:val="20"/>
        </w:rPr>
        <w:t>3:05:03  yeh silsila bohat der tak jari raha</w:t>
      </w:r>
      <w:r>
        <w:br/>
      </w:r>
      <w:r>
        <w:rPr>
          <w:sz w:val="20"/>
        </w:rPr>
        <w:t>3:05:06  baitullah ka mahol zikr aur ibadat ka mahol hai magar mazkoora nadani ke nateejay mein woh siyasi</w:t>
      </w:r>
      <w:r>
        <w:br/>
      </w:r>
      <w:r>
        <w:rPr>
          <w:sz w:val="20"/>
        </w:rPr>
        <w:t>3:05:16  nizaa ka mahol ban kar reh gaya</w:t>
      </w:r>
      <w:r>
        <w:br/>
      </w:r>
      <w:r>
        <w:rPr>
          <w:sz w:val="20"/>
        </w:rPr>
        <w:t>3:05:20  yahi qissa madine mein bhi pesh aaya</w:t>
      </w:r>
      <w:r>
        <w:br/>
      </w:r>
      <w:r>
        <w:rPr>
          <w:sz w:val="20"/>
        </w:rPr>
        <w:t>3:05:24  madine mein mein aik hotel mein thehra hua tha</w:t>
      </w:r>
    </w:p>
    <w:p>
      <w:pPr>
        <w:pStyle w:val="Heading2"/>
      </w:pPr>
      <w:r>
        <w:t>Prophet's patience despite Quraysh's constant harassment</w:t>
      </w:r>
    </w:p>
    <w:p>
      <w:r>
        <w:rPr>
          <w:color w:val="666666"/>
          <w:sz w:val="18"/>
        </w:rPr>
        <w:t>Ramadan The Month of Remembrance June 21, 2015 · 52s · at 37:01 · https://youtu.be/D0D6zmqcScc?t=2221</w:t>
      </w:r>
    </w:p>
    <w:p>
      <w:r>
        <w:rPr>
          <w:i/>
        </w:rPr>
        <w:t>“Aye Quraish! Tumhara padosh bura padosh hai”</w:t>
      </w:r>
    </w:p>
    <w:p>
      <w:r>
        <w:rPr>
          <w:sz w:val="20"/>
        </w:rPr>
        <w:t>37:01  to aap ne farmaya: "aey quraish! tumhara paros kutta bura paros hai. aey quraish!</w:t>
      </w:r>
      <w:r>
        <w:br/>
      </w:r>
      <w:r>
        <w:rPr>
          <w:sz w:val="20"/>
        </w:rPr>
        <w:t>37:09  quraish! tumhara paros kutta bura paros hai." rastay mein bhi to kaantay bicha rakhe hain tum ne. madine mein bhi aise hi hua.</w:t>
      </w:r>
      <w:r>
        <w:br/>
      </w:r>
      <w:r>
        <w:rPr>
          <w:sz w:val="20"/>
        </w:rPr>
        <w:t>37:21  hazrat ayesha kehti hain ke madine mein ke baray mein hatamahun naasu hatamah kahte hain rondna, pees dalna.</w:t>
      </w:r>
      <w:r>
        <w:br/>
      </w:r>
      <w:r>
        <w:rPr>
          <w:sz w:val="20"/>
        </w:rPr>
        <w:t>37:32  hatamahun naasu logon ne aap ko pees dala tha, matlab itna sataya tha ke jaise kaha: "pees dala, pees dala ho." is ke bawajood rasool Allah sallay Allah alayh wasallam ne kabhi bad dua nahi ki, kabhi nafrat ki dua nahi bolay, kabhi intiqam ki baat nahi kahi.</w:t>
      </w:r>
    </w:p>
    <w:p>
      <w:pPr>
        <w:pStyle w:val="Heading2"/>
      </w:pPr>
      <w:r>
        <w:t>thirst at iftar reveals water as a hidden blessing</w:t>
      </w:r>
    </w:p>
    <w:p>
      <w:r>
        <w:rPr>
          <w:color w:val="666666"/>
          <w:sz w:val="18"/>
        </w:rPr>
        <w:t>Ramadan The Month of Fasting August 29, 2008 Maulana Wahiduddin Khan · 40s · at 30:03 · https://youtu.be/DcDEAI5bgAg?t=1803</w:t>
      </w:r>
    </w:p>
    <w:p>
      <w:r>
        <w:rPr>
          <w:i/>
        </w:rPr>
        <w:t>“You didn't drink all day — then evening comes”</w:t>
      </w:r>
    </w:p>
    <w:p>
      <w:r>
        <w:rPr>
          <w:sz w:val="20"/>
        </w:rPr>
        <w:t>30:03  to shukr is tarah paida hoga ke aap ne din bhar pani nahi piya, pyas lagi phir bhi nahi piya, halaq sookh gaya phir bhi nahi piya.</w:t>
      </w:r>
      <w:r>
        <w:br/>
      </w:r>
      <w:r>
        <w:rPr>
          <w:sz w:val="20"/>
        </w:rPr>
        <w:t>30:16  ab sham ko jab aap pani peete hain to lagta hai ek kaisi ajeeb nemat hai Allah taala ki. yeh</w:t>
      </w:r>
      <w:r>
        <w:br/>
      </w:r>
      <w:r>
        <w:rPr>
          <w:sz w:val="20"/>
        </w:rPr>
        <w:t>30:23  to Allah Rasool Allah salallaho alaihi wasallam ne sham ko jab iftar kiya aur pani piya to aap ne farmaya ke zahabazam o waqtal urooq ke pyas chali gayi, pyas bujh gayi aur ragen tar ho gayin.</w:t>
      </w:r>
    </w:p>
    <w:p>
      <w:pPr>
        <w:pStyle w:val="Heading2"/>
      </w:pPr>
      <w:r>
        <w:t>Distraction as biggest obstacle</w:t>
      </w:r>
    </w:p>
    <w:p>
      <w:r>
        <w:rPr>
          <w:color w:val="666666"/>
          <w:sz w:val="18"/>
        </w:rPr>
        <w:t>Divine Help January 04, 2015 · 3m 14s · at 1:09:19 · https://youtu.be/IsFIb5jI5u8?t=4159</w:t>
      </w:r>
    </w:p>
    <w:p>
      <w:r>
        <w:rPr>
          <w:i/>
        </w:rPr>
        <w:t>“Sab se bada jo rook hai woh distraction”</w:t>
      </w:r>
    </w:p>
    <w:p>
      <w:r>
        <w:rPr>
          <w:sz w:val="20"/>
        </w:rPr>
        <w:t>1:09:19  dekhiye, sab se bara jo rok hai woh woh hai distraction.</w:t>
      </w:r>
      <w:r>
        <w:br/>
      </w:r>
      <w:r>
        <w:rPr>
          <w:sz w:val="20"/>
        </w:rPr>
        <w:t>1:09:23  sare log distraction mein phanse hue hain.</w:t>
      </w:r>
      <w:r>
        <w:br/>
      </w:r>
      <w:r>
        <w:rPr>
          <w:sz w:val="20"/>
        </w:rPr>
        <w:t>1:09:28  to jab tak aap apne ko yani alag kar ke nahi sochen ge, tab tak aap baton ko</w:t>
      </w:r>
      <w:r>
        <w:br/>
      </w:r>
      <w:r>
        <w:rPr>
          <w:sz w:val="20"/>
        </w:rPr>
        <w:t>1:09:33  samajh nahi sakte.</w:t>
      </w:r>
      <w:r>
        <w:br/>
      </w:r>
      <w:r>
        <w:rPr>
          <w:sz w:val="20"/>
        </w:rPr>
        <w:t>1:09:37  har aadmi kahin na kahin distract ho raha hai, kahin na kahin distract ho raha hai, subah sham raat din.</w:t>
      </w:r>
      <w:r>
        <w:br/>
      </w:r>
      <w:r>
        <w:rPr>
          <w:sz w:val="20"/>
        </w:rPr>
        <w:t>1:09:42  ab dekhen, jaise aaj maine aap ko misaal di ke subah mein fajar mein utha to achaanak</w:t>
      </w:r>
      <w:r>
        <w:br/>
      </w:r>
      <w:r>
        <w:rPr>
          <w:sz w:val="20"/>
        </w:rPr>
        <w:t>1:09:47  ek ek ek ayat ka woh mafhoom mere zehen mein aa gaya jo puri tareekh mein kisi ne</w:t>
      </w:r>
      <w:r>
        <w:br/>
      </w:r>
      <w:r>
        <w:rPr>
          <w:sz w:val="20"/>
        </w:rPr>
        <w:t>1:09:52  kisi ne daryaft hi nahi kiya.</w:t>
      </w:r>
      <w:r>
        <w:br/>
      </w:r>
      <w:r>
        <w:rPr>
          <w:sz w:val="20"/>
        </w:rPr>
        <w:t>1:09:56  aap sari tafsirien parh daliye is ayat ki فَأَصَابَكُمْ غَمًّا بِغَمٍ is mein jo baat bataen ge, woh</w:t>
      </w:r>
      <w:r>
        <w:br/>
      </w:r>
      <w:r>
        <w:rPr>
          <w:sz w:val="20"/>
        </w:rPr>
        <w:t>1:10:01  salbi hogi, negative hogi, manfi hogi.</w:t>
      </w:r>
      <w:r>
        <w:br/>
      </w:r>
      <w:r>
        <w:rPr>
          <w:sz w:val="20"/>
        </w:rPr>
        <w:t>1:10:06  positive aspect nahi hoga ke tum apne minus ko plus mein convert karo, tum negativity ko positivity mein convert karo.</w:t>
      </w:r>
      <w:r>
        <w:br/>
      </w:r>
      <w:r>
        <w:rPr>
          <w:sz w:val="20"/>
        </w:rPr>
        <w:t>1:10:11  yeh kisi ne likha hi nahi hai.</w:t>
      </w:r>
      <w:r>
        <w:br/>
      </w:r>
      <w:r>
        <w:rPr>
          <w:sz w:val="20"/>
        </w:rPr>
        <w:t>1:10:15  to chounke main apne ko involve kiya, maine sari zindagi Allah mein aur Quran mein aur hadith</w:t>
      </w:r>
      <w:r>
        <w:br/>
      </w:r>
      <w:r>
        <w:rPr>
          <w:sz w:val="20"/>
        </w:rPr>
        <w:t>1:10:20  mein involve kiya, isi mein jeena, isi mein sona, isi mein jaagna, subah shaam.</w:t>
      </w:r>
      <w:r>
        <w:br/>
      </w:r>
      <w:r>
        <w:rPr>
          <w:sz w:val="20"/>
        </w:rPr>
        <w:t>1:10:25  to is ki wajah se yeh baatein mere mind mein aati rehti hain.</w:t>
      </w:r>
      <w:r>
        <w:br/>
      </w:r>
      <w:r>
        <w:rPr>
          <w:sz w:val="20"/>
        </w:rPr>
        <w:t>1:10:29  achanak hi woh achanak nahi aayi, woh barson barson ka jo process ho raha tha mere mind mein,</w:t>
      </w:r>
      <w:r>
        <w:br/>
      </w:r>
      <w:r>
        <w:rPr>
          <w:sz w:val="20"/>
        </w:rPr>
        <w:t>1:10:34  woh saamne aa gaya.</w:t>
      </w:r>
      <w:r>
        <w:br/>
      </w:r>
      <w:r>
        <w:rPr>
          <w:sz w:val="20"/>
        </w:rPr>
        <w:t>1:10:39  yani woh woh ek lambe process ka culmination tha.</w:t>
      </w:r>
      <w:r>
        <w:br/>
      </w:r>
      <w:r>
        <w:rPr>
          <w:sz w:val="20"/>
        </w:rPr>
        <w:t>1:10:44  to us waqt koi is tarah koi kar nahi pata, to nahi kar pata.</w:t>
      </w:r>
      <w:r>
        <w:br/>
      </w:r>
      <w:r>
        <w:rPr>
          <w:sz w:val="20"/>
        </w:rPr>
        <w:t>1:10:48  to aap kam az kam meri kitabein padhiye aap.</w:t>
      </w:r>
      <w:r>
        <w:br/>
      </w:r>
      <w:r>
        <w:rPr>
          <w:sz w:val="20"/>
        </w:rPr>
        <w:t>1:10:53  yeh jo maine aaj jo baat maine kahi is ayat ke bare mein, sari aap tafaseer</w:t>
      </w:r>
      <w:r>
        <w:br/>
      </w:r>
      <w:r>
        <w:rPr>
          <w:sz w:val="20"/>
        </w:rPr>
        <w:t>1:10:58  padh daaliye, sari tafaseer.</w:t>
      </w:r>
      <w:r>
        <w:br/>
      </w:r>
      <w:r>
        <w:rPr>
          <w:sz w:val="20"/>
        </w:rPr>
        <w:t>1:11:03  kisi mein nahi milega ke iska ek ek yeh iska yeh mafhoom ke tum apne</w:t>
      </w:r>
      <w:r>
        <w:br/>
      </w:r>
      <w:r>
        <w:rPr>
          <w:sz w:val="20"/>
        </w:rPr>
        <w:t>1:11:07  minus points ko plus points banao, apni negativity ko positivity mein convert karo, manfi ko musbat banao.</w:t>
      </w:r>
      <w:r>
        <w:br/>
      </w:r>
      <w:r>
        <w:rPr>
          <w:sz w:val="20"/>
        </w:rPr>
        <w:t>1:11:12  ab is ki wajah se ayat kitni oonchi ho jati hai, kitni azeem ban jati hai.</w:t>
      </w:r>
      <w:r>
        <w:br/>
      </w:r>
      <w:r>
        <w:rPr>
          <w:sz w:val="20"/>
        </w:rPr>
        <w:t>1:11:17  lekin kisi ne likha hi nahi hai.</w:t>
      </w:r>
      <w:r>
        <w:br/>
      </w:r>
      <w:r>
        <w:rPr>
          <w:sz w:val="20"/>
        </w:rPr>
        <w:t>1:11:22  to wajah yeh hai ke bachpan se mere andar kya hai? Soch, soch, soch, sochna hi mera yani</w:t>
      </w:r>
      <w:r>
        <w:br/>
      </w:r>
      <w:r>
        <w:rPr>
          <w:sz w:val="20"/>
        </w:rPr>
        <w:t>1:11:26  mutalea karna aur sochna, padhna aur sochna.</w:t>
      </w:r>
      <w:r>
        <w:br/>
      </w:r>
      <w:r>
        <w:rPr>
          <w:sz w:val="20"/>
        </w:rPr>
        <w:t>1:11:31  to mere mind mein har waqt ek process chalta raha tha, press process.</w:t>
      </w:r>
      <w:r>
        <w:br/>
      </w:r>
      <w:r>
        <w:rPr>
          <w:sz w:val="20"/>
        </w:rPr>
        <w:t>1:11:36  to is ayat ko le kar jo process chal raha tha barson se, iska culmination tha ke</w:t>
      </w:r>
      <w:r>
        <w:br/>
      </w:r>
      <w:r>
        <w:rPr>
          <w:sz w:val="20"/>
        </w:rPr>
        <w:t>1:11:40  aaj subah mere zehan achanak yeh mafhoom mere zehan mein aa gaya.</w:t>
      </w:r>
      <w:r>
        <w:br/>
      </w:r>
      <w:r>
        <w:rPr>
          <w:sz w:val="20"/>
        </w:rPr>
        <w:t>1:11:45  to ya to aap to aap kisi ke paas yeh mauqa nahi hai ke woh aisa kare.</w:t>
      </w:r>
      <w:r>
        <w:br/>
      </w:r>
      <w:r>
        <w:rPr>
          <w:sz w:val="20"/>
        </w:rPr>
        <w:t>1:11:50  to theek hai, ab main hamari kitabein padhiye.</w:t>
      </w:r>
      <w:r>
        <w:br/>
      </w:r>
      <w:r>
        <w:rPr>
          <w:sz w:val="20"/>
        </w:rPr>
        <w:t>1:11:55  main yeh nahi kehta ke aap bhi har shakhs meri tareeqe se sacrifice karein.</w:t>
      </w:r>
      <w:r>
        <w:br/>
      </w:r>
      <w:r>
        <w:rPr>
          <w:sz w:val="20"/>
        </w:rPr>
        <w:t>1:11:59  lekin yeh to kar sakta hai ke meri kitabein parhein aap.</w:t>
      </w:r>
      <w:r>
        <w:br/>
      </w:r>
      <w:r>
        <w:rPr>
          <w:sz w:val="20"/>
        </w:rPr>
        <w:t>1:12:04  to meri kitabein kyun nahin parhte aap? to mein apne har saathi ko aur doosre logon ko bhi</w:t>
      </w:r>
      <w:r>
        <w:br/>
      </w:r>
      <w:r>
        <w:rPr>
          <w:sz w:val="20"/>
        </w:rPr>
        <w:t>1:12:09  jo seekhr hain, un ko kahoon ga ke hamari kitabon ko aap bohat ziyada study kijiye aur sari</w:t>
      </w:r>
      <w:r>
        <w:br/>
      </w:r>
      <w:r>
        <w:rPr>
          <w:sz w:val="20"/>
        </w:rPr>
        <w:t>1:12:14  kitabein parhiye aap.</w:t>
      </w:r>
      <w:r>
        <w:br/>
      </w:r>
      <w:r>
        <w:rPr>
          <w:sz w:val="20"/>
        </w:rPr>
        <w:t>1:12:18  koi aik yeh nahin ke aik falan falan kitab, sab kitabein parhiye.</w:t>
      </w:r>
      <w:r>
        <w:br/>
      </w:r>
      <w:r>
        <w:rPr>
          <w:sz w:val="20"/>
        </w:rPr>
        <w:t>1:12:23  yeh bohat hi zaroori hai sachai ko paane ke liye.</w:t>
      </w:r>
      <w:r>
        <w:br/>
      </w:r>
      <w:r>
        <w:rPr>
          <w:sz w:val="20"/>
        </w:rPr>
        <w:t>1:12:28  Okay, so we will end this session now.</w:t>
      </w:r>
      <w:r>
        <w:br/>
      </w:r>
      <w:r>
        <w:rPr>
          <w:sz w:val="20"/>
        </w:rPr>
        <w:t>1:12:33  Thank you.</w:t>
      </w:r>
    </w:p>
    <w:p>
      <w:pPr>
        <w:pStyle w:val="Heading2"/>
      </w:pPr>
      <w:r>
        <w:t>Turning riot into peace through tears and prayer</w:t>
      </w:r>
    </w:p>
    <w:p>
      <w:r>
        <w:rPr>
          <w:color w:val="666666"/>
          <w:sz w:val="18"/>
        </w:rPr>
        <w:t>Interaction with umries 25 july, 2019 - Maulana Wahiduddin Khan · 5m 42s · at 42:57 · https://youtu.be/MjQYVF1PwhM?t=2577</w:t>
      </w:r>
    </w:p>
    <w:p>
      <w:r>
        <w:rPr>
          <w:i/>
        </w:rPr>
        <w:t>“Jese dekhiye, Baabri Masjid jo todi gayi thi”</w:t>
      </w:r>
    </w:p>
    <w:p>
      <w:r>
        <w:rPr>
          <w:sz w:val="20"/>
        </w:rPr>
        <w:t>42:57  jaise dekhiye, bavi barchhi jo toDi gayi thi to sare musalman aur sare hindu ek dusre ke aamne samne ho gaye.</w:t>
      </w:r>
      <w:r>
        <w:br/>
      </w:r>
      <w:r>
        <w:rPr>
          <w:sz w:val="20"/>
        </w:rPr>
        <w:t>43:11  un ko un se nafrat, un ko un se nafrat ke aap sab log jante hain, aap sab log jante hain.</w:t>
      </w:r>
      <w:r>
        <w:br/>
      </w:r>
      <w:r>
        <w:rPr>
          <w:sz w:val="20"/>
        </w:rPr>
        <w:t>43:25  achha, main</w:t>
      </w:r>
      <w:r>
        <w:br/>
      </w:r>
      <w:r>
        <w:rPr>
          <w:sz w:val="20"/>
        </w:rPr>
        <w:t>43:29  is ke baad hamare kuch saathi the, sochdar aur aur kuch hindu the, wo to unhone ek shanti yatra nikali thi,</w:t>
      </w:r>
      <w:r>
        <w:br/>
      </w:r>
      <w:r>
        <w:rPr>
          <w:sz w:val="20"/>
        </w:rPr>
        <w:t>43:44  shanti yatra. to us ko us waqt shamil kiya. to main ek jagah pahuncha, ye wo area tha jahan fasaad hua tha, isi ram mandir ke sawal par fasaad hua tha aur wahan logon ne aag jalai thi.</w:t>
      </w:r>
      <w:r>
        <w:br/>
      </w:r>
      <w:r>
        <w:rPr>
          <w:sz w:val="20"/>
        </w:rPr>
        <w:t>44:09  to jab hamare ye jamaat, yani main tha, sochdar the aur kuch aur hindu the, to hum logon ne ek yatra nikali thi.</w:t>
      </w:r>
      <w:r>
        <w:br/>
      </w:r>
      <w:r>
        <w:rPr>
          <w:sz w:val="20"/>
        </w:rPr>
        <w:t>44:25  to jab hum wahan pahunche to us waqt wahan par dhuan nikal raha tha,</w:t>
      </w:r>
      <w:r>
        <w:br/>
      </w:r>
      <w:r>
        <w:rPr>
          <w:sz w:val="20"/>
        </w:rPr>
        <w:t>44:34  shahar ke mukhtalif hisson mein abhi bhi aag ka dhuan nikalta hai, nikal raha tha. deewarein toTi hui thin to hamein wahan koi stage nahi tha jahan hum khaDe ho kar bolen.</w:t>
      </w:r>
      <w:r>
        <w:br/>
      </w:r>
      <w:r>
        <w:rPr>
          <w:sz w:val="20"/>
        </w:rPr>
        <w:t>44:50  to mujhe yaad hai ke main ek toTi hui deewar par khaDa ho ke bola tha, toTi hui deewar par khaDa ho ke bola tha</w:t>
      </w:r>
      <w:r>
        <w:br/>
      </w:r>
      <w:r>
        <w:rPr>
          <w:sz w:val="20"/>
        </w:rPr>
        <w:t>45:05  aur aas pas dhuein ka mahol tha.</w:t>
      </w:r>
      <w:r>
        <w:br/>
      </w:r>
      <w:r>
        <w:rPr>
          <w:sz w:val="20"/>
        </w:rPr>
        <w:t>45:10  to jab main khaDa hua ek toTi hui deewar par</w:t>
      </w:r>
      <w:r>
        <w:br/>
      </w:r>
      <w:r>
        <w:rPr>
          <w:sz w:val="20"/>
        </w:rPr>
        <w:t>45:19  aur idhar udhar se dhuan nikal raha tha ke jalaya gaya hai yahan par, to main jab khaDa hua is par</w:t>
      </w:r>
      <w:r>
        <w:br/>
      </w:r>
      <w:r>
        <w:rPr>
          <w:sz w:val="20"/>
        </w:rPr>
        <w:t>45:32  to main jab bolna shuru kiya to mera haal ye tha ke munh se alfaaz to baat ko nikle aur aankhon aankhon se aansu behne lage</w:t>
      </w:r>
      <w:r>
        <w:br/>
      </w:r>
      <w:r>
        <w:rPr>
          <w:sz w:val="20"/>
        </w:rPr>
        <w:t>45:52  aur rote hue maine kaha tha wo deewar par khaDe ho kar ke</w:t>
      </w:r>
      <w:r>
        <w:br/>
      </w:r>
      <w:r>
        <w:rPr>
          <w:sz w:val="20"/>
        </w:rPr>
        <w:t>45:59  ye sab ye sab baqayda main is kitab mein parh sakte hain aap. aswar hind, aswar hind ek kitab hai, is mein tafsil se ye sab baatein maujud hain.</w:t>
      </w:r>
      <w:r>
        <w:br/>
      </w:r>
      <w:r>
        <w:rPr>
          <w:sz w:val="20"/>
        </w:rPr>
        <w:t>46:15  to jab maine kaha is toTi hui aur jali hui deewar par khaDe ho kar ke wo bolna shuru kiya aur ro raha tha, main to main ne kaha ke hum yahan is liye aaye hain,</w:t>
      </w:r>
      <w:r>
        <w:br/>
      </w:r>
      <w:r>
        <w:rPr>
          <w:sz w:val="20"/>
        </w:rPr>
        <w:t>46:37  us waqt bhi wahan par dhuan tha, aag ke nishanat the.</w:t>
      </w:r>
      <w:r>
        <w:br/>
      </w:r>
      <w:r>
        <w:rPr>
          <w:sz w:val="20"/>
        </w:rPr>
        <w:t>46:46  hum yahan is liye aaye hain ke jis aag ko,</w:t>
      </w:r>
      <w:r>
        <w:br/>
      </w:r>
      <w:r>
        <w:rPr>
          <w:sz w:val="20"/>
        </w:rPr>
        <w:t>46:55  jis aag ko government ke</w:t>
      </w:r>
      <w:r>
        <w:br/>
      </w:r>
      <w:r>
        <w:rPr>
          <w:sz w:val="20"/>
        </w:rPr>
        <w:t>47:03  fire brigade na bujha saka hai,</w:t>
      </w:r>
      <w:r>
        <w:br/>
      </w:r>
      <w:r>
        <w:rPr>
          <w:sz w:val="20"/>
        </w:rPr>
        <w:t>47:09  jis aag ko government ka fire brigade na bujha saka hai, us ko hum apni aankhon se, apne aansuon se bujha dein.</w:t>
      </w:r>
      <w:r>
        <w:br/>
      </w:r>
      <w:r>
        <w:rPr>
          <w:sz w:val="20"/>
        </w:rPr>
        <w:t>47:23  lambi taqreer nahi ki thi maine ke yeh jab maine kaha ke hum yahan is liye aaye hain ke jis aag ko government ka fire brigade na bujha saka,</w:t>
      </w:r>
      <w:r>
        <w:br/>
      </w:r>
      <w:r>
        <w:rPr>
          <w:sz w:val="20"/>
        </w:rPr>
        <w:t>47:40  us ko hum apne aansuon se bujha dein. to yeh main keh raha tha aur ro raha tha aur saare log lage rone, achaanak wahan ka mahaul badal gaya.</w:t>
      </w:r>
      <w:r>
        <w:br/>
      </w:r>
      <w:r>
        <w:rPr>
          <w:sz w:val="20"/>
        </w:rPr>
        <w:t>47:55  is ke baad jo jalsa hua to har aadmi bilkul alag andar ki boli bol raha tha aur saara mahaul bilkul aman aman paraan ban gaya tha, haalankeh wahan par nafrat aur yahi sab tha.</w:t>
      </w:r>
      <w:r>
        <w:br/>
      </w:r>
      <w:r>
        <w:rPr>
          <w:sz w:val="20"/>
        </w:rPr>
        <w:t>48:20  yeh faida hai jo aap ne kiya kaha tha, aap ne madu ko madu se nafrat, haan, madu se aap nafrat na karenge to aap se malkooti alfaaz niklenge.</w:t>
      </w:r>
      <w:r>
        <w:br/>
      </w:r>
      <w:r>
        <w:rPr>
          <w:sz w:val="20"/>
        </w:rPr>
        <w:t>48:34  aap ke</w:t>
      </w:r>
    </w:p>
    <w:p>
      <w:pPr>
        <w:pStyle w:val="Heading2"/>
      </w:pPr>
      <w:r>
        <w:t>Freedom is a test, not a right</w:t>
      </w:r>
    </w:p>
    <w:p>
      <w:r>
        <w:rPr>
          <w:color w:val="666666"/>
          <w:sz w:val="18"/>
        </w:rPr>
        <w:t>The Spirit of Fasting October 2, 2005 Maulana Wahiduddin Khan · 38s · at 11:21 · https://youtu.be/7OwO1UoCxmQ?t=681</w:t>
      </w:r>
    </w:p>
    <w:p>
      <w:r>
        <w:rPr>
          <w:i/>
        </w:rPr>
        <w:t>“Aazad rakha hai Khuda ne, lekin yaad rakhiye ke aazadi haq”</w:t>
      </w:r>
    </w:p>
    <w:p>
      <w:r>
        <w:rPr>
          <w:sz w:val="20"/>
        </w:rPr>
        <w:t>11:21  azaad rakha hai Khuda ne, lekin yaad rakhiye ke azadi haq nahi kisi ka, yeh test paper hai.</w:t>
      </w:r>
      <w:r>
        <w:br/>
      </w:r>
      <w:r>
        <w:rPr>
          <w:sz w:val="20"/>
        </w:rPr>
        <w:t>11:33  sabse badi cheez jo logon ko pata nahi hai, chahe woh ek aam aadmi ho ya koi hukmaran ho, koi ghareeb ho ya ameer ho, sabse badi cheez jisko log bhule hue hain woh yeh hai ke hum ko jo azadi mili hui hai woh hamara haq nahi hai,</w:t>
      </w:r>
      <w:r>
        <w:br/>
      </w:r>
      <w:r>
        <w:rPr>
          <w:sz w:val="20"/>
        </w:rPr>
        <w:t>11:54  woh hamara test paper hai.</w:t>
      </w:r>
    </w:p>
    <w:p>
      <w:pPr>
        <w:pStyle w:val="Heading2"/>
      </w:pPr>
      <w:r>
        <w:t>What the Prophet really did in Cave Hira</w:t>
      </w:r>
    </w:p>
    <w:p>
      <w:r>
        <w:rPr>
          <w:color w:val="666666"/>
          <w:sz w:val="18"/>
        </w:rPr>
        <w:t>Roza and The Quran August 15, 2010 · 4m 26s · at 3:54 · https://youtu.be/Aaby-dLkPL4?t=234</w:t>
      </w:r>
    </w:p>
    <w:p>
      <w:r>
        <w:rPr>
          <w:i/>
        </w:rPr>
        <w:t>“روزہ رمضان میں فرض تو مدینے کے دور میں ہوا”</w:t>
      </w:r>
    </w:p>
    <w:p>
      <w:r>
        <w:rPr>
          <w:sz w:val="20"/>
        </w:rPr>
        <w:t>3:54  dekhein roza jo hai, yaani Ramzan ke mahine mein roza rakhna to yeh baqayda farz to hua hai Madeene ke daur mein, lekin woh Rasool Allah par jab nabuwat shuru nahi hui thi tab se yeh hai.</w:t>
      </w:r>
      <w:r>
        <w:br/>
      </w:r>
      <w:r>
        <w:rPr>
          <w:sz w:val="20"/>
        </w:rPr>
        <w:t>4:12  yaani aap jante hain ke, yaani jo aap par wahi aana shuru hui to woh, woh tha yaani 610 isvi mein.</w:t>
      </w:r>
      <w:r>
        <w:br/>
      </w:r>
      <w:r>
        <w:rPr>
          <w:sz w:val="20"/>
        </w:rPr>
        <w:t>4:30  aap ki paidaish hui thi 570 isvi mein. to yeh mashhoor hai ke aap nabuwat se pehle ghar e Hira mein jate thay.</w:t>
      </w:r>
      <w:r>
        <w:br/>
      </w:r>
      <w:r>
        <w:rPr>
          <w:sz w:val="20"/>
        </w:rPr>
        <w:t>4:41  lekin yeh matlab nahi ke ghar e Hira mein sari zindagi batate thay aap. yaani 40 saal tak ghar e Hira mein aap rahe, aisa nahi hai.</w:t>
      </w:r>
      <w:r>
        <w:br/>
      </w:r>
      <w:r>
        <w:rPr>
          <w:sz w:val="20"/>
        </w:rPr>
        <w:t>4:54  yeh bhi mujhe abhi samajh mein aaya. zehan mein yeh baitha hua tha ke Rasool Allah jo thay nabi banne se pehle ghar e Hira mein ja kar rehte thay.</w:t>
      </w:r>
      <w:r>
        <w:br/>
      </w:r>
      <w:r>
        <w:rPr>
          <w:sz w:val="20"/>
        </w:rPr>
        <w:t>5:03  to unconsciously mere mind mein tha ke aap ghar e Hira mein, yaani aap ke raat din guzarte thay.</w:t>
      </w:r>
      <w:r>
        <w:br/>
      </w:r>
      <w:r>
        <w:rPr>
          <w:sz w:val="20"/>
        </w:rPr>
        <w:t>5:11  halankeh aisa nahi hai. Rasool Allah aap ko maloom hai ke tijarat karte thay. yaani Makka se Sham jate thay tijarti saman le kar ke, phir wahan se tijarti saman late thay.</w:t>
      </w:r>
      <w:r>
        <w:br/>
      </w:r>
      <w:r>
        <w:rPr>
          <w:sz w:val="20"/>
        </w:rPr>
        <w:t>5:27  to zahir hai ke is qism ke jab safar kar rahe hon aap to aap Hira mein kaise baithe rahenge? to asal yeh hai ke har saal Ramzan ke mahina jo tha aap ka woh aap Hira mein batate thay.</w:t>
      </w:r>
      <w:r>
        <w:br/>
      </w:r>
      <w:r>
        <w:rPr>
          <w:sz w:val="20"/>
        </w:rPr>
        <w:t>5:43  yeh pehle se chala aa raha tha wahan par. is ka ishara khud Quran majeed mein hai dekhiye ke Quran majeed mein hai ke kutiba alaikumus siyam kutiba allazeena min qablikum.</w:t>
      </w:r>
      <w:r>
        <w:br/>
      </w:r>
      <w:r>
        <w:rPr>
          <w:sz w:val="20"/>
        </w:rPr>
        <w:t>5:58  yeh roza rakha gaya hai jo Ramzan ka. to pichli ummaton mein bhi yeh tha.</w:t>
      </w:r>
      <w:r>
        <w:br/>
      </w:r>
      <w:r>
        <w:rPr>
          <w:sz w:val="20"/>
        </w:rPr>
        <w:t>6:06  to Quraish jo thay Makka ke woh had apne ko Hazrat Ibrahim ki ummat mante thay.</w:t>
      </w:r>
      <w:r>
        <w:br/>
      </w:r>
      <w:r>
        <w:rPr>
          <w:sz w:val="20"/>
        </w:rPr>
        <w:t>6:13  Hazrat Ibrahim. to Hazrat Ibrahim ke zamane mein bhi yeh tha, yeh tha maujood. agarche kuch badli hui shakal mein tha lekin tha.</w:t>
      </w:r>
      <w:r>
        <w:br/>
      </w:r>
      <w:r>
        <w:rPr>
          <w:sz w:val="20"/>
        </w:rPr>
        <w:t>6:23  to woh jo tradition chali aa rahi thi us tradition ke tehat aap aisa karte thay ke har saal Ramzan ka mahina aap Hira mein guzarte thay.</w:t>
      </w:r>
      <w:r>
        <w:br/>
      </w:r>
      <w:r>
        <w:rPr>
          <w:sz w:val="20"/>
        </w:rPr>
        <w:t>6:35  aap roza rakhte thay. yeh kuch ulama ne likha hai aisa.</w:t>
      </w:r>
      <w:r>
        <w:br/>
      </w:r>
      <w:r>
        <w:rPr>
          <w:sz w:val="20"/>
        </w:rPr>
        <w:t>6:42  to wahan kya karte thay? aam taur par sufia yeh samajhte hain ke wahan aap muraqba karte thay. jo kehte hain meditation.</w:t>
      </w:r>
      <w:r>
        <w:br/>
      </w:r>
      <w:r>
        <w:rPr>
          <w:sz w:val="20"/>
        </w:rPr>
        <w:t>6:54  hamari yeh galat hai. Rasool Allah wahan muraqba nahi karte thay. ek aalim ne likha hai aam taur par aata hai kitabon ke tahannuth.</w:t>
      </w:r>
      <w:r>
        <w:br/>
      </w:r>
      <w:r>
        <w:rPr>
          <w:sz w:val="20"/>
        </w:rPr>
        <w:t>7:06  isko tahannuth kaha jata hai lekin tahannuth ka matlab woh nahi hai ke muraqba.</w:t>
      </w:r>
      <w:r>
        <w:br/>
      </w:r>
      <w:r>
        <w:rPr>
          <w:sz w:val="20"/>
        </w:rPr>
        <w:t>7:11  ek aalim ne likha hai ke tafakkur wal e'tebar. sochte rehte thay wahan. yaani woh tha aap ka daur contemplation ka.</w:t>
      </w:r>
      <w:r>
        <w:br/>
      </w:r>
      <w:r>
        <w:rPr>
          <w:sz w:val="20"/>
        </w:rPr>
        <w:t>7:22  meditation ka nahi. to is ka matlab yeh hai ke Rasool Allah sallallahu alaihi wasallam Ramzan ka mahina jo tha us ko sochne mein guzarte thay.</w:t>
      </w:r>
      <w:r>
        <w:br/>
      </w:r>
      <w:r>
        <w:rPr>
          <w:sz w:val="20"/>
        </w:rPr>
        <w:t>7:32  roza rakhne ka matlab yeh tha ke apne ko distraction se bachana.</w:t>
      </w:r>
      <w:r>
        <w:br/>
      </w:r>
      <w:r>
        <w:rPr>
          <w:sz w:val="20"/>
        </w:rPr>
        <w:t>7:37  jab aadmi khayega nahi piyega nahi aur jo us ke routine hain us ko chhod dega to sara time hi time us ke paas hai.</w:t>
      </w:r>
      <w:r>
        <w:br/>
      </w:r>
      <w:r>
        <w:rPr>
          <w:sz w:val="20"/>
        </w:rPr>
        <w:t>7:49  to kaha ke apne ko distraction se bacha kar ke alag thalag jo ke jana wahan par contemplation yaani ghaur o fikr mein zindagi guzarna yeh hai.</w:t>
      </w:r>
      <w:r>
        <w:br/>
      </w:r>
      <w:r>
        <w:rPr>
          <w:sz w:val="20"/>
        </w:rPr>
        <w:t>8:02  to roze ka mahina socially ka mahina hai. aur yaad rakhiye sab kuch sochne hi se maloom hota hai. jaise maine apni misaal di aap ko ke sochte sochte mujhe maloom hua ke Rasool Allah ka zamana mere dada ka zamana nahi tha.</w:t>
      </w:r>
    </w:p>
    <w:p>
      <w:pPr>
        <w:pStyle w:val="Heading2"/>
      </w:pPr>
      <w:r>
        <w:t>media only reports what Muslims actually do</w:t>
      </w:r>
    </w:p>
    <w:p>
      <w:r>
        <w:rPr>
          <w:color w:val="666666"/>
          <w:sz w:val="18"/>
        </w:rPr>
        <w:t>Misconceptions About Islam May 13, 2006 · 37s · at 12:15 · https://youtu.be/EQ79CIexXHY?t=735</w:t>
      </w:r>
    </w:p>
    <w:p>
      <w:r>
        <w:rPr>
          <w:i/>
        </w:rPr>
        <w:t>“Aap bomb marenge to media kya kahega?”</w:t>
      </w:r>
    </w:p>
    <w:p>
      <w:r>
        <w:rPr>
          <w:sz w:val="20"/>
        </w:rPr>
        <w:t>12:15  media ka musalman jo karte hain woh media mein chupta hai, media mein aata hai. to media bechara kya kare? aap bomb marenge to kya media kahega?</w:t>
      </w:r>
      <w:r>
        <w:br/>
      </w:r>
      <w:r>
        <w:rPr>
          <w:sz w:val="20"/>
        </w:rPr>
        <w:t>12:24  haan, unhon ne phool phenk diya. kya karega media? aap ke bomb ko jab woh lega to phool bana kar ke pesh karega dunya ke samne. to khwamkhwah kehte hain ke media ne.</w:t>
      </w:r>
      <w:r>
        <w:br/>
      </w:r>
      <w:r>
        <w:rPr>
          <w:sz w:val="20"/>
        </w:rPr>
        <w:t>12:37  media ko mein hargiz hargiz responsible nahi samajhta.</w:t>
      </w:r>
      <w:r>
        <w:br/>
      </w:r>
      <w:r>
        <w:rPr>
          <w:sz w:val="20"/>
        </w:rPr>
        <w:t>12:41  media jo hai woh reporting ki industry hai. woh report to karega jo aap karenge. is ko report yahi wajah hai ke misunderstanding islam ke khilaf khatam nahi hoti.</w:t>
      </w:r>
    </w:p>
    <w:p>
      <w:pPr>
        <w:pStyle w:val="Heading2"/>
      </w:pPr>
      <w:r>
        <w:t>true meaning of gratitude, shukr, explained</w:t>
      </w:r>
    </w:p>
    <w:p>
      <w:r>
        <w:rPr>
          <w:color w:val="666666"/>
          <w:sz w:val="18"/>
        </w:rPr>
        <w:t>On The Month of Ramadan September 23, 2007 · 33s · at 36:27 · https://youtu.be/8MIl4_cPq1k?t=2187</w:t>
      </w:r>
    </w:p>
    <w:p>
      <w:r>
        <w:rPr>
          <w:i/>
        </w:rPr>
        <w:t>“The word shukr is not a formality.”</w:t>
      </w:r>
    </w:p>
    <w:p>
      <w:r>
        <w:rPr>
          <w:sz w:val="20"/>
        </w:rPr>
        <w:t>36:27  shukr ka lafz sarvis ka naam nahi hai.</w:t>
      </w:r>
      <w:r>
        <w:br/>
      </w:r>
      <w:r>
        <w:rPr>
          <w:sz w:val="20"/>
        </w:rPr>
        <w:t>36:31  shukr jo hai dil ki poori feeling ke sath, poori کیفیت ke sath, dil ke poore ehsas ke sath jo baat jo jo aap acknowledge karte hain Khuda ki blessing ka,</w:t>
      </w:r>
      <w:r>
        <w:br/>
      </w:r>
      <w:r>
        <w:rPr>
          <w:sz w:val="20"/>
        </w:rPr>
        <w:t>36:45  is gehre acknowledge, is is gehre acknowledgement ka naam hai shukr. Isi tarah se takbeer aaya hai "wa yatakabbar Allahu alaikum mimma haddakum" yani Khuda ki barhai ko manna.</w:t>
      </w:r>
    </w:p>
    <w:p>
      <w:pPr>
        <w:pStyle w:val="Heading2"/>
      </w:pPr>
      <w:r>
        <w:t>Companions prayed differently: the flawed logic behind sects</w:t>
      </w:r>
    </w:p>
    <w:p>
      <w:r>
        <w:rPr>
          <w:color w:val="666666"/>
          <w:sz w:val="18"/>
        </w:rPr>
        <w:t>Islam mein Fiqhi Ikhtelaf (Jurisprudential Disagreement in Islam) Maulana Wahiddudin Khan · 5m 09s · at 12:40 · https://youtu.be/8S3yyG9KYOE?t=760</w:t>
      </w:r>
    </w:p>
    <w:p>
      <w:r>
        <w:rPr>
          <w:i/>
        </w:rPr>
        <w:t>“Since companions themselves differed, what should we do?”</w:t>
      </w:r>
    </w:p>
    <w:p>
      <w:r>
        <w:rPr>
          <w:sz w:val="20"/>
        </w:rPr>
        <w:t>12:40  ab sawal paida hua ke jab sahabi hi namuna hain, unhi se humein lena hai ke kaise namaz parhi jae, aur wohi alag alag dhang se parh rahe hain, to hum kya karein?</w:t>
      </w:r>
      <w:r>
        <w:br/>
      </w:r>
      <w:r>
        <w:rPr>
          <w:sz w:val="20"/>
        </w:rPr>
        <w:t>12:49  ab yahan par ek bahut badi bhool hui logon se.</w:t>
      </w:r>
      <w:r>
        <w:br/>
      </w:r>
      <w:r>
        <w:rPr>
          <w:sz w:val="20"/>
        </w:rPr>
        <w:t>12:55  woh bhool yeh hui ke unhon ne keh diya ke "al haq la ta'addud". yeh principle bilkul false principle tha. yeh "al haq la ta'addud" haq kai nahin ho sakta.</w:t>
      </w:r>
      <w:r>
        <w:br/>
      </w:r>
      <w:r>
        <w:rPr>
          <w:sz w:val="20"/>
        </w:rPr>
        <w:t>13:07  "al haq la ta'addud" mani hain haq kai nahin ho sakta, yani namaz ka ek hi tareeqa sahi hoga, doosra galat hoga. yani agar koi kisi ne keh diya "ameen" zor se aur kisi ne kaha ke dheere se, to dono mein se ek hi ko sahi hoga, doosra galat hoga.</w:t>
      </w:r>
      <w:r>
        <w:br/>
      </w:r>
      <w:r>
        <w:rPr>
          <w:sz w:val="20"/>
        </w:rPr>
        <w:t>13:25  kisi ne yahan agar neet bandhi aur kisi ne yahan bandhi, dono mein se ek hi tareeqa sahi hoga, doosra galat hoga. ab poora jhagda is par khada hua. "al haq la ta'addud" haq to ek hi hoga.</w:t>
      </w:r>
      <w:r>
        <w:br/>
      </w:r>
      <w:r>
        <w:rPr>
          <w:sz w:val="20"/>
        </w:rPr>
        <w:t>13:39  yeh bahut hi bada bhool hui hai hamari history mein, jis ko aaj tak hum bhugat rahe hain ke Islam ke naam par bahut sare group bane hue hain.</w:t>
      </w:r>
      <w:r>
        <w:br/>
      </w:r>
      <w:r>
        <w:rPr>
          <w:sz w:val="20"/>
        </w:rPr>
        <w:t>13:49  ek aadmi doosri masjid mein namaz nahin parhta, ek aadmi doosre imam ke peechhe namaz nahin parhta.</w:t>
      </w:r>
      <w:r>
        <w:br/>
      </w:r>
      <w:r>
        <w:rPr>
          <w:sz w:val="20"/>
        </w:rPr>
        <w:t>13:55  ab bahut jhagde agar aap jante hon to is ki wajah se paida hue hain. to unhon ne kya kaha ke hum phir kya karenge? hum is ko pata karenge aur pata kar ke kuch ko kuch ko len, kuch ko nahin lenge.</w:t>
      </w:r>
      <w:r>
        <w:br/>
      </w:r>
      <w:r>
        <w:rPr>
          <w:sz w:val="20"/>
        </w:rPr>
        <w:t>14:10  yani jis ko kehte hain tarjeeh, kisi ko ya to galat sabit karenge ya us ko hum tarjeeh denge. yani ek ko chhod kar doosre ko afzal samjhenge.</w:t>
      </w:r>
      <w:r>
        <w:br/>
      </w:r>
      <w:r>
        <w:rPr>
          <w:sz w:val="20"/>
        </w:rPr>
        <w:t>14:21  ab ek poori woh kar ke logon ne kai set banaye, jo kai fiqhi school hain, is mein yahi ke kuch ko chhod kar unhon ne kuch aur ko le kar ke ek set banaya apna, ek set pattern.</w:t>
      </w:r>
      <w:r>
        <w:br/>
      </w:r>
      <w:r>
        <w:rPr>
          <w:sz w:val="20"/>
        </w:rPr>
        <w:t>14:34  to chaar yeh jo hain ya paanch jo hain, aaj kal jo zyada tar maujood hain, hamare haan paanch set pattern hain ya namaz parhne ke, aur bhi doosri cheezein bhi hain.</w:t>
      </w:r>
      <w:r>
        <w:br/>
      </w:r>
      <w:r>
        <w:rPr>
          <w:sz w:val="20"/>
        </w:rPr>
        <w:t>14:45  yeh sab bilkul ek bekaar kaam hai. yeh ki</w:t>
      </w:r>
      <w:r>
        <w:br/>
      </w:r>
      <w:r>
        <w:rPr>
          <w:sz w:val="20"/>
        </w:rPr>
        <w:t>14:49  oon? dekhiye, is ki logic kitni galat hai.</w:t>
      </w:r>
      <w:r>
        <w:br/>
      </w:r>
      <w:r>
        <w:rPr>
          <w:sz w:val="20"/>
        </w:rPr>
        <w:t>14:55  logic is liye galat hai ke jab ek tareeqa aap ko mil raha hai sahabi se, doosra tareeqa bhi sahabi se mil raha hai aap ko, to aap ko yeh right hi nahi ke ek ek ko na manen, doosre ko manen.</w:t>
      </w:r>
      <w:r>
        <w:br/>
      </w:r>
      <w:r>
        <w:rPr>
          <w:sz w:val="20"/>
        </w:rPr>
        <w:t>15:08  koi aap ke paas aisa aisa aap ke paas koi authority nahi hai.</w:t>
      </w:r>
      <w:r>
        <w:br/>
      </w:r>
      <w:r>
        <w:rPr>
          <w:sz w:val="20"/>
        </w:rPr>
        <w:t>15:14  jab dono hi tareeqe sahabi se mil rahe hain, to kis ne aap ko right diya ke aap ek ko reject karen, doosre ko manen? kitni galat logic hai yeh.</w:t>
      </w:r>
      <w:r>
        <w:br/>
      </w:r>
      <w:r>
        <w:rPr>
          <w:sz w:val="20"/>
        </w:rPr>
        <w:t>15:25  aap par laazim hai ke dono ko manen, is ko bhi theek manen, is ko bhi theek manen, aur phir sochen ke dono hi kaise theek ho sakte hain.</w:t>
      </w:r>
      <w:r>
        <w:br/>
      </w:r>
      <w:r>
        <w:rPr>
          <w:sz w:val="20"/>
        </w:rPr>
        <w:t>15:35  yaani pehla qulo aap ko jab yeh milega ke dono hi jab theek hain, to mujhe sochna padega ke dono kaise theek ho sakte hain.</w:t>
      </w:r>
      <w:r>
        <w:br/>
      </w:r>
      <w:r>
        <w:rPr>
          <w:sz w:val="20"/>
        </w:rPr>
        <w:t>15:44  agar is tarah sochte hain na, to masla hal ho jata hai. woh kya? woh yeh ke aap dekhiye ke different sahabi jo hain, woh un ke yahan differences jo hain, woh do dhang ke hain.</w:t>
      </w:r>
      <w:r>
        <w:br/>
      </w:r>
      <w:r>
        <w:rPr>
          <w:sz w:val="20"/>
        </w:rPr>
        <w:t>16:00  yaani jahan tak is baat ka ta'alluq hai ke namaz ke jo basic principles hain, is mein koi bhi difference nahi hai. misaal ke taur par saare sahabi kehte hain ke fajar ki namaz do rakat, saare kehte hain ke zuhr ki namaz chaar rakat, saare kehte hain ke asr ki namaz chaar rakat, saare kehte hain ke maghrib ki namaz teen rakat, saare kehte hain ke isha ki namaz chaar rakat.</w:t>
      </w:r>
      <w:r>
        <w:br/>
      </w:r>
      <w:r>
        <w:rPr>
          <w:sz w:val="20"/>
        </w:rPr>
        <w:t>16:22  is mein koi bhi difference nahi hai, koi bhi difference nahi hai.</w:t>
      </w:r>
      <w:r>
        <w:br/>
      </w:r>
      <w:r>
        <w:rPr>
          <w:sz w:val="20"/>
        </w:rPr>
        <w:t>16:29  is tarah aur bhi kai cheezein hain jin ko hum farz kehte hain, koi difference is mein nahi hai. ab difference kis mein aata hai? wohi "ameen" zor se kahen ge, dheere se kahen waghera mein.</w:t>
      </w:r>
      <w:r>
        <w:br/>
      </w:r>
      <w:r>
        <w:rPr>
          <w:sz w:val="20"/>
        </w:rPr>
        <w:t>16:39  wuzu karen to wuzu mein ek hi baar dho len ya do baar dhoen ke teen baar dhoen. to dekhiye, yahan par aap ko jaanna chahiye tha ke basics mein difference nahi hai, non basics mein difference hai.</w:t>
      </w:r>
      <w:r>
        <w:br/>
      </w:r>
      <w:r>
        <w:rPr>
          <w:sz w:val="20"/>
        </w:rPr>
        <w:t>16:54  har cheez mein kuch basics hote hain, kuch non basics hote hain.</w:t>
      </w:r>
      <w:r>
        <w:br/>
      </w:r>
      <w:r>
        <w:rPr>
          <w:sz w:val="20"/>
        </w:rPr>
        <w:t>16:57  jaise is kamre mein dekhiye, itne saare log baithe hue hain. ek aadmi aata hai, woh ek statement deta hai ke is kamre mein 100 aadmi baithe hue hain, suppose.</w:t>
      </w:r>
      <w:r>
        <w:br/>
      </w:r>
      <w:r>
        <w:rPr>
          <w:sz w:val="20"/>
        </w:rPr>
        <w:t>17:09  ab kya sab ke baithne ka mood ek hi hai? ab dekhiye, baith is baat mein to koi farq nahi hai ke baithe hue hain, lekin alag alag mood se baithe hue hain, alag alag dhang se baithe hue</w:t>
      </w:r>
      <w:r>
        <w:br/>
      </w:r>
      <w:r>
        <w:rPr>
          <w:sz w:val="20"/>
        </w:rPr>
        <w:t>17:22  hain. kisi ke paon phaila hua hai, kisi ke paon chimta hua hai, koi koi wall ko tek kar baitha hua hai, koi alag se baitha hua hai.</w:t>
      </w:r>
      <w:r>
        <w:br/>
      </w:r>
      <w:r>
        <w:rPr>
          <w:sz w:val="20"/>
        </w:rPr>
        <w:t>17:31  to dekhiye, ek hai baithna, ek hai baithne ka tareeqa. to baithne mein koi farq nahi hai, lekin is mein farq hai.</w:t>
      </w:r>
      <w:r>
        <w:br/>
      </w:r>
      <w:r>
        <w:rPr>
          <w:sz w:val="20"/>
        </w:rPr>
        <w:t>17:41  to is namaz mein yeh tha ke jo basics the namaz ke, woh ek the, lekin jo non basics the, us mein difference tha.</w:t>
      </w:r>
    </w:p>
    <w:p>
      <w:pPr>
        <w:pStyle w:val="Heading2"/>
      </w:pPr>
      <w:r>
        <w:t>Ibrahim's total trust in Allah and the concept of inner light</w:t>
      </w:r>
    </w:p>
    <w:p>
      <w:r>
        <w:rPr>
          <w:color w:val="666666"/>
          <w:sz w:val="18"/>
        </w:rPr>
        <w:t>Powerful Life-Changing Quranic Duas with Explanation (English) October 27, 2024 · 3m 45s · at 33:51 · https://youtu.be/4cYteSjPIKw?t=2031</w:t>
      </w:r>
    </w:p>
    <w:p>
      <w:r>
        <w:rPr>
          <w:i/>
        </w:rPr>
        <w:t>“Lord, upon You we have placed our trust.”</w:t>
      </w:r>
    </w:p>
    <w:p>
      <w:r>
        <w:rPr>
          <w:sz w:val="20"/>
        </w:rPr>
        <w:t>33:51  that's why the duas are accepted during this time. And there is a very beautiful dua of Prophet Ibrahim (AS): "Rabbana alaika tawakkalna.</w:t>
      </w:r>
      <w:r>
        <w:br/>
      </w:r>
      <w:r>
        <w:rPr>
          <w:sz w:val="20"/>
        </w:rPr>
        <w:t>34:03  "O our Lord, in You we have placed our trust</w:t>
      </w:r>
      <w:r>
        <w:br/>
      </w:r>
      <w:r>
        <w:rPr>
          <w:sz w:val="20"/>
        </w:rPr>
        <w:t>34:08  . "Wa alaika anabna. "And to You we turn in repentance. "Wa alaika al-masir. "And to You is the final return.</w:t>
      </w:r>
      <w:r>
        <w:br/>
      </w:r>
      <w:r>
        <w:rPr>
          <w:sz w:val="20"/>
        </w:rPr>
        <w:t>34:20  Ibrahim (AS), if you see his life, he placed his complete trust in God.</w:t>
      </w:r>
      <w:r>
        <w:br/>
      </w:r>
      <w:r>
        <w:rPr>
          <w:sz w:val="20"/>
        </w:rPr>
        <w:t>34:32  His father expelled him from them, from his home. His father expelled him from his home. The king threw him into fire, and ultimately he was forced to leave his own hometown.</w:t>
      </w:r>
      <w:r>
        <w:br/>
      </w:r>
      <w:r>
        <w:rPr>
          <w:sz w:val="20"/>
        </w:rPr>
        <w:t>34:49  But throughout his life, he kept his complete trust in Allah. That is why God helped him at every step.</w:t>
      </w:r>
      <w:r>
        <w:br/>
      </w:r>
      <w:r>
        <w:rPr>
          <w:sz w:val="20"/>
        </w:rPr>
        <w:t>34:59  He had no support, no financial, no material support, yet he fully trusted God, and God helped him in miraculous ways.</w:t>
      </w:r>
      <w:r>
        <w:br/>
      </w:r>
      <w:r>
        <w:rPr>
          <w:sz w:val="20"/>
        </w:rPr>
        <w:t>35:12  So trust in God is so important.</w:t>
      </w:r>
      <w:r>
        <w:br/>
      </w:r>
      <w:r>
        <w:rPr>
          <w:sz w:val="20"/>
        </w:rPr>
        <w:t>35:15  This is a crucial message that we learn from the life of Prophet Ibrahim (AS). "Rabbana atina min ladunka rahmatan.</w:t>
      </w:r>
      <w:r>
        <w:br/>
      </w:r>
      <w:r>
        <w:rPr>
          <w:sz w:val="20"/>
        </w:rPr>
        <w:t>35:27  "O Lord, perfect our guidance for us. "Waghfir lana. "And forgive us. "Inna ala kulli shay'in qadeer. "You have power over all things." This is a profound verse.</w:t>
      </w:r>
      <w:r>
        <w:br/>
      </w:r>
      <w:r>
        <w:rPr>
          <w:sz w:val="20"/>
        </w:rPr>
        <w:t>35:43  It says that the inner personality, the reality of a person will be revealed on the Day of Judgement. Today people cannot see, or can only partially see our outer personality.</w:t>
      </w:r>
      <w:r>
        <w:br/>
      </w:r>
      <w:r>
        <w:rPr>
          <w:sz w:val="20"/>
        </w:rPr>
        <w:t>35:59  They cannot see our inner personality. And the Day of Judgement, when God will appear, we will stand before Him. Our entire inner personality will be exposed</w:t>
      </w:r>
      <w:r>
        <w:br/>
      </w:r>
      <w:r>
        <w:rPr>
          <w:sz w:val="20"/>
        </w:rPr>
        <w:t>36:14  . Today it is hidden, it is, it is, it remains hidden. But on the Day of Judgement, it will manifest in some kind of light.</w:t>
      </w:r>
      <w:r>
        <w:br/>
      </w:r>
      <w:r>
        <w:rPr>
          <w:sz w:val="20"/>
        </w:rPr>
        <w:t>36:28  the better the inner person will be, the more light will shine. The noor will appear on person's face, hands, feet, and entire body.</w:t>
      </w:r>
      <w:r>
        <w:br/>
      </w:r>
      <w:r>
        <w:rPr>
          <w:sz w:val="20"/>
        </w:rPr>
        <w:t>36:43  so the inner personality will take some kind of form, some kind of shape. and this is, this is an astonishing concept that Maulana Wahiduddin Khan has explained in his writings.</w:t>
      </w:r>
      <w:r>
        <w:br/>
      </w:r>
      <w:r>
        <w:rPr>
          <w:sz w:val="20"/>
        </w:rPr>
        <w:t>37:02  so those moments of deep realization and closeness to God, which only God knows, will become evident for all.</w:t>
      </w:r>
      <w:r>
        <w:br/>
      </w:r>
      <w:r>
        <w:rPr>
          <w:sz w:val="20"/>
        </w:rPr>
        <w:t>37:14  . who can, who can know the moment of profound ma'rifah we experience. but in that day, in the day of judgment, it will be clear for everyone to see. so this is a very amazing concept which Maulana has explained in his writings.</w:t>
      </w:r>
    </w:p>
    <w:p>
      <w:pPr>
        <w:pStyle w:val="Heading2"/>
      </w:pPr>
      <w:r>
        <w:t>Absence of gratitude spirit in prayers</w:t>
      </w:r>
    </w:p>
    <w:p>
      <w:r>
        <w:rPr>
          <w:color w:val="666666"/>
          <w:sz w:val="18"/>
        </w:rPr>
        <w:t>The Spirit of Namaz | May 21, 2017 · 31s · at 8:49 · https://youtu.be/xN9SA_q272Y?t=529</w:t>
      </w:r>
    </w:p>
    <w:p>
      <w:r>
        <w:rPr>
          <w:i/>
        </w:rPr>
        <w:t>“Hamd spirit bilkul nahi hai.”</w:t>
      </w:r>
    </w:p>
    <w:p>
      <w:r>
        <w:rPr>
          <w:sz w:val="20"/>
        </w:rPr>
        <w:t>8:49  hamd spirit bilkul hi nahi hai.</w:t>
      </w:r>
      <w:r>
        <w:br/>
      </w:r>
      <w:r>
        <w:rPr>
          <w:sz w:val="20"/>
        </w:rPr>
        <w:t>8:54  jo namaz padhte hain masjidon mein, hamd spirit bilkul nahi, shukr ki spirit bilkul nahi, kyunke woh to</w:t>
      </w:r>
      <w:r>
        <w:br/>
      </w:r>
      <w:r>
        <w:rPr>
          <w:sz w:val="20"/>
        </w:rPr>
        <w:t>9:00  ji rahe hain mahroomi mein.</w:t>
      </w:r>
      <w:r>
        <w:br/>
      </w:r>
      <w:r>
        <w:rPr>
          <w:sz w:val="20"/>
        </w:rPr>
        <w:t>9:05  abhi jo up mein election hua, wahan bjp jeet gayi to saare hi musalman "one</w:t>
      </w:r>
      <w:r>
        <w:br/>
      </w:r>
      <w:r>
        <w:rPr>
          <w:sz w:val="20"/>
        </w:rPr>
        <w:t>9:10  two all" bas isi ka charcha kar rahe hain: bjp jeet gayi, bjp jeet gayi.</w:t>
      </w:r>
      <w:r>
        <w:br/>
      </w:r>
      <w:r>
        <w:rPr>
          <w:sz w:val="20"/>
        </w:rPr>
        <w:t>9:15  namaz padhte hain yeh log.</w:t>
      </w:r>
    </w:p>
    <w:p>
      <w:pPr>
        <w:pStyle w:val="Heading2"/>
      </w:pPr>
      <w:r>
        <w:t>Criteria from Quran, Sunnah, Sahaba</w:t>
      </w:r>
    </w:p>
    <w:p>
      <w:r>
        <w:rPr>
          <w:color w:val="666666"/>
          <w:sz w:val="18"/>
        </w:rPr>
        <w:t>Q&amp;A 09 Dec 2007 Maulana Wahiduddin Khan · 1m 27s · at 0:27 · https://youtu.be/Ks8odTgyfgc?t=27</w:t>
      </w:r>
    </w:p>
    <w:p>
      <w:r>
        <w:rPr>
          <w:i/>
        </w:rPr>
        <w:t>“Dekhiye, hadees mein iska answer milta hai humko”</w:t>
      </w:r>
    </w:p>
    <w:p>
      <w:r>
        <w:rPr>
          <w:sz w:val="20"/>
        </w:rPr>
        <w:t>0:27  dekhiye, hadis mein iska answer milta hai humko</w:t>
      </w:r>
      <w:r>
        <w:br/>
      </w:r>
      <w:r>
        <w:rPr>
          <w:sz w:val="20"/>
        </w:rPr>
        <w:t>0:36  ki rasoolallah sallallahu alaihi wasallam ne vafat se pehle, vafat se kuch din pehle, ye farmaya tha ki "tark to fikam sakalan." tark fikam sakalan. main tumhare darmiyan do bhari cheez chhod raha hoon. jab tak tum pakde rahoge,</w:t>
      </w:r>
      <w:r>
        <w:br/>
      </w:r>
      <w:r>
        <w:rPr>
          <w:sz w:val="20"/>
        </w:rPr>
        <w:t>1:02  tum gumrah nahi hoge.</w:t>
      </w:r>
      <w:r>
        <w:br/>
      </w:r>
      <w:r>
        <w:rPr>
          <w:sz w:val="20"/>
        </w:rPr>
        <w:t>1:05  wo kya hai? kitabullah wa sunnati. khuda ki kitab aur paigambar ki sunnat. to bilkul saada baat hai ki agar koi bhi mamle mein aap janna chahte ho, to aap quran ko dekhiye aur rasoolallah ki sunnat ko dekhiye.</w:t>
      </w:r>
      <w:r>
        <w:br/>
      </w:r>
      <w:r>
        <w:rPr>
          <w:sz w:val="20"/>
        </w:rPr>
        <w:t>1:24  aur ismein aap sahaba ko mila sakte hain. to quran ko dekhiye, rasoolallah ki sunnat aur sahaba ka jo amal hai, usko dekhiye. yahi hai hamare yahan model. isi par jaanchiye aap.</w:t>
      </w:r>
      <w:r>
        <w:br/>
      </w:r>
      <w:r>
        <w:rPr>
          <w:sz w:val="20"/>
        </w:rPr>
        <w:t>1:41  galti yahan hoti hai ki hum apne mind se ek soch banate hain, ek criteria banate hain, us par chal padte hain.</w:t>
      </w:r>
    </w:p>
    <w:p>
      <w:pPr>
        <w:pStyle w:val="Heading2"/>
      </w:pPr>
      <w:r>
        <w:t>Don't let provocation turn you negative</w:t>
      </w:r>
    </w:p>
    <w:p>
      <w:r>
        <w:rPr>
          <w:color w:val="666666"/>
          <w:sz w:val="18"/>
        </w:rPr>
        <w:t>Message of Ramadan April 9, 2023 Prof. Farida Khanam · 43s · at 7:58 · https://youtu.be/z-jsHB1vlV4?t=478</w:t>
      </w:r>
    </w:p>
    <w:p>
      <w:r>
        <w:rPr>
          <w:i/>
        </w:rPr>
        <w:t>“If any provocation comes, don't let yourself be provoked”</w:t>
      </w:r>
    </w:p>
    <w:p>
      <w:r>
        <w:rPr>
          <w:sz w:val="20"/>
        </w:rPr>
        <w:t>7:58  koi bhi provocation ho to tum provoke na ho, kisi tareeke se bhi tumhare andar negativity na aaye, chahe kitna hi doosron se problem tum log face karna pade aur agar koi kuch galat baat kehta hai to tum uska jawab mat do, tum keh do main rozedar hoon.</w:t>
      </w:r>
      <w:r>
        <w:br/>
      </w:r>
      <w:r>
        <w:rPr>
          <w:sz w:val="20"/>
        </w:rPr>
        <w:t>8:15  to yeh jo hai sara mashk jo sahab mahine bhar ki hoti hai, uski wajah se hamari ek, ek positive personality banti hai lekin hamein uske liye bilkul sachha roza rakhna chahiye, poori spirit ke saath roza. to maulana sahab ne har ek ibadat ko kaha hai ki uski spirit ke saath rakhi jaaye, rakh wah ek ibadat ki jaaye tabhi wah qabil e qubool hoti hai khuda ke yahan.</w:t>
      </w:r>
      <w:r>
        <w:br/>
      </w:r>
      <w:r>
        <w:rPr>
          <w:sz w:val="20"/>
        </w:rPr>
        <w:t>8:41  aisi bahut si hadith hain ki jab tak hum uski spirit ke saath nahi kaam karenge tab tak wah khuda ke yahan, namaz bhi khuda ke yahan wah acceptable nahi hogi. to isi tareeke se roza hai.</w:t>
      </w:r>
    </w:p>
    <w:p>
      <w:pPr>
        <w:pStyle w:val="Heading2"/>
      </w:pPr>
      <w:r>
        <w:t>Quran revealed to be studied, not just recited</w:t>
      </w:r>
    </w:p>
    <w:p>
      <w:r>
        <w:rPr>
          <w:color w:val="666666"/>
          <w:sz w:val="18"/>
        </w:rPr>
        <w:t>Ramadan A Month of Study of the Quran August 23, 2009 · 4m 37s · at 13:40 · https://youtu.be/f90TVrzAOFs?t=820</w:t>
      </w:r>
    </w:p>
    <w:p>
      <w:r>
        <w:rPr>
          <w:i/>
        </w:rPr>
        <w:t>“Quran mein hai ke Ramadan ke mahine mein Quran utra”</w:t>
      </w:r>
    </w:p>
    <w:p>
      <w:r>
        <w:rPr>
          <w:sz w:val="20"/>
        </w:rPr>
        <w:t>13:40  iske baad dekhiye Quran mein hai ke " shahru Ramadan allazi unzila fihil Quran min hudan linnasi wa bayyinatin minal huda wal furqan"</w:t>
      </w:r>
      <w:r>
        <w:br/>
      </w:r>
      <w:r>
        <w:rPr>
          <w:sz w:val="20"/>
        </w:rPr>
        <w:t>13:49  yaani yeh farmaya hai ke Ramadan ka jo mahina hai is mahine mein Quran utra tha. yaani Rasool Allah sal Allah aleh wasallam wahan par Hira pahad ke qeum mein the, ghar Hira mein.</w:t>
      </w:r>
      <w:r>
        <w:br/>
      </w:r>
      <w:r>
        <w:rPr>
          <w:sz w:val="20"/>
        </w:rPr>
        <w:t>14:04  us waqt Jibrael aaye aur woh Ramadan ka aakhri tareekh mein the. kaha jata hai ke woh 27 tareekh thi.</w:t>
      </w:r>
      <w:r>
        <w:br/>
      </w:r>
      <w:r>
        <w:rPr>
          <w:sz w:val="20"/>
        </w:rPr>
        <w:t>14:15  to yeh Ramadan shuru yaani Quran shuru hua utarna. yaani Ramadan ke mahine mein Quran ka revelation shuru hua.</w:t>
      </w:r>
      <w:r>
        <w:br/>
      </w:r>
      <w:r>
        <w:rPr>
          <w:sz w:val="20"/>
        </w:rPr>
        <w:t>14:26  is sense mein kaha gaya hai Quran utra is mahine mein. to Quran ka kya taqaza hum se hai? Quran kis liye utra hai?</w:t>
      </w:r>
      <w:r>
        <w:br/>
      </w:r>
      <w:r>
        <w:rPr>
          <w:sz w:val="20"/>
        </w:rPr>
        <w:t>14:36  research station ke liye nahi hai. be samjhe boojhe tilawat ke liye nahi utra. woh utra hai study ke liye.</w:t>
      </w:r>
      <w:r>
        <w:br/>
      </w:r>
      <w:r>
        <w:rPr>
          <w:sz w:val="20"/>
        </w:rPr>
        <w:t>14:44  study ke liye utra hai ke Quran par socho. Quran mein Khuda ne sachaiyon ko khola hai. jo creation plan of God hai usko bataya hai.</w:t>
      </w:r>
      <w:r>
        <w:br/>
      </w:r>
      <w:r>
        <w:rPr>
          <w:sz w:val="20"/>
        </w:rPr>
        <w:t>14:59  ansain world ke bare mein hamein khabrein di hain. to hum sochein, sochein taake hum isko discover karein.</w:t>
      </w:r>
      <w:r>
        <w:br/>
      </w:r>
      <w:r>
        <w:rPr>
          <w:sz w:val="20"/>
        </w:rPr>
        <w:t>15:07  to ramzan ka mahina ko khuda ne bana diya study of da quran ka mahina. is mahine mein ko yaadgar bana diya allah ta'ala ne ke ab mahina hi ki yadgar mahina hai, memorable mahina hai jismein quran utarta tha.</w:t>
      </w:r>
      <w:r>
        <w:br/>
      </w:r>
      <w:r>
        <w:rPr>
          <w:sz w:val="20"/>
        </w:rPr>
        <w:t>15:26  isko month of quran ke taur par karo . isko month of quran ya'ni month of da study of da quran.</w:t>
      </w:r>
      <w:r>
        <w:br/>
      </w:r>
      <w:r>
        <w:rPr>
          <w:sz w:val="20"/>
        </w:rPr>
        <w:t>15:35  to jab quran par aap sochenge, ghaur karenge to aapko baatein ismein milengi. ismein farmaya ke bain at min al-huda wal furqan ke quran mein bain at hain.</w:t>
      </w:r>
      <w:r>
        <w:br/>
      </w:r>
      <w:r>
        <w:rPr>
          <w:sz w:val="20"/>
        </w:rPr>
        <w:t>15:50  bain at ya'ni khule dalail . isse kya nikla ke quran jo hai woh reason based hai. iski teaching quran</w:t>
      </w:r>
      <w:r>
        <w:br/>
      </w:r>
      <w:r>
        <w:rPr>
          <w:sz w:val="20"/>
        </w:rPr>
        <w:t>16:01  ki jo taleem hain, quran ki jo teachings hain woh sab reason based hain. ismein koi mysterious, mysterious cheezein nahin hain iske andar . na koi expression hai iske andar.</w:t>
      </w:r>
      <w:r>
        <w:br/>
      </w:r>
      <w:r>
        <w:rPr>
          <w:sz w:val="20"/>
        </w:rPr>
        <w:t>16:14  reason based hain sari baatein. aap ab aql ko istemal karein, apni soch ko istemal karein to in baaton ko aap discover karenge.</w:t>
      </w:r>
      <w:r>
        <w:br/>
      </w:r>
      <w:r>
        <w:rPr>
          <w:sz w:val="20"/>
        </w:rPr>
        <w:t>16:22  aur jab aap discover karenge tabhi to iski gehraiyon ko paayenge aap.</w:t>
      </w:r>
      <w:r>
        <w:br/>
      </w:r>
      <w:r>
        <w:rPr>
          <w:sz w:val="20"/>
        </w:rPr>
        <w:t>16:28  to yeh bahut hi zaroori baat hai jaanna ke quran ki taleem hain sab ke sab reason based hain.</w:t>
      </w:r>
      <w:r>
        <w:br/>
      </w:r>
      <w:r>
        <w:rPr>
          <w:sz w:val="20"/>
        </w:rPr>
        <w:t>16:38  to ya'ni bain at min al-huda ya'ni woh huda par bain at hain. ya'ni yeh keh sakte hain aap ke clear proof of guidance.</w:t>
      </w:r>
      <w:r>
        <w:br/>
      </w:r>
      <w:r>
        <w:rPr>
          <w:sz w:val="20"/>
        </w:rPr>
        <w:t>16:52  jo</w:t>
      </w:r>
      <w:r>
        <w:br/>
      </w:r>
      <w:r>
        <w:rPr>
          <w:sz w:val="20"/>
        </w:rPr>
        <w:t>16:53  guidance quran majeed mein hai iske saath proof juda hua hai. iski reason juda hui hai. ya'ni sab ke sab rational basis par hain. sab ke sab aisa nahin hai ke bas yun hi hain.</w:t>
      </w:r>
      <w:r>
        <w:br/>
      </w:r>
      <w:r>
        <w:rPr>
          <w:sz w:val="20"/>
        </w:rPr>
        <w:t>17:07  to sab ke sab rational teachings hain quran majeed mein.</w:t>
      </w:r>
      <w:r>
        <w:br/>
      </w:r>
      <w:r>
        <w:rPr>
          <w:sz w:val="20"/>
        </w:rPr>
        <w:t>17:14  lekin woh kab aap jaan paayenge ke isko jab aap sab sochenge? aap sochenge nahin to jaan bhi nahin paayenge.</w:t>
      </w:r>
      <w:r>
        <w:br/>
      </w:r>
      <w:r>
        <w:rPr>
          <w:sz w:val="20"/>
        </w:rPr>
        <w:t>17:25  to reason based hona quran ki taleem ka, quran ki teaching ka yeh hamein invite karta hai ke hum isko sochein. isi liye hadith mein aata hai ke "likulli aayatin min haa zaahirun wa baatinun"</w:t>
      </w:r>
      <w:r>
        <w:br/>
      </w:r>
      <w:r>
        <w:rPr>
          <w:sz w:val="20"/>
        </w:rPr>
        <w:t>17:40  ya'ni quran ka ek line mein hai, ek between the lines . jo baatein line mein hain ya'ni isko aap padh ke jaan lenge. lekin jo between the lines hai us par aapko sochna padega.</w:t>
      </w:r>
      <w:r>
        <w:br/>
      </w:r>
      <w:r>
        <w:rPr>
          <w:sz w:val="20"/>
        </w:rPr>
        <w:t>17:56  to quran ka ek pehlu woh hai jo bilkul literal taur par saamne aata hai. doosra pehlu woh hai jo soch ke maloom hota hai. to yeh karna padega hamein.</w:t>
      </w:r>
      <w:r>
        <w:br/>
      </w:r>
      <w:r>
        <w:rPr>
          <w:sz w:val="20"/>
        </w:rPr>
        <w:t>18:11  ek mein ek misaal deta hoon aapko</w:t>
      </w:r>
    </w:p>
    <w:p>
      <w:pPr>
        <w:pStyle w:val="Heading2"/>
      </w:pPr>
      <w:r>
        <w:t>Islamic prayer combines mind and body</w:t>
      </w:r>
    </w:p>
    <w:p>
      <w:r>
        <w:rPr>
          <w:color w:val="666666"/>
          <w:sz w:val="18"/>
        </w:rPr>
        <w:t>Salat -- Islamic Prayer I 27th Feb. 07 · 3m 44s · at 32:37 · https://youtu.be/y1MA97h7mxg?t=1957</w:t>
      </w:r>
    </w:p>
    <w:p>
      <w:r>
        <w:rPr>
          <w:i/>
        </w:rPr>
        <w:t>“Islamic prayer is not a ritual or spiritless form”</w:t>
      </w:r>
    </w:p>
    <w:p>
      <w:r>
        <w:rPr>
          <w:sz w:val="20"/>
        </w:rPr>
        <w:t>32:37  It is very important to know that Islamic prayer is not a ritual or spiritless form.</w:t>
      </w:r>
      <w:r>
        <w:br/>
      </w:r>
      <w:r>
        <w:rPr>
          <w:sz w:val="20"/>
        </w:rPr>
        <w:t>32:56  Islamic prayer is a living prayer. It is intellectual worship, worship with its spirit, worship with full consciousness.</w:t>
      </w:r>
      <w:r>
        <w:br/>
      </w:r>
      <w:r>
        <w:rPr>
          <w:sz w:val="20"/>
        </w:rPr>
        <w:t>33:20  If your body is involved in Islamic prayer but your mind is absent, then it is not prayer.</w:t>
      </w:r>
      <w:r>
        <w:br/>
      </w:r>
      <w:r>
        <w:rPr>
          <w:sz w:val="20"/>
        </w:rPr>
        <w:t>33:30  You know every human being has a body.</w:t>
      </w:r>
      <w:r>
        <w:br/>
      </w:r>
      <w:r>
        <w:rPr>
          <w:sz w:val="20"/>
        </w:rPr>
        <w:t>33:40  At the same time, he has a mind.</w:t>
      </w:r>
      <w:r>
        <w:br/>
      </w:r>
      <w:r>
        <w:rPr>
          <w:sz w:val="20"/>
        </w:rPr>
        <w:t>33:51  So mind and body both must be involved in Islamic prayer.</w:t>
      </w:r>
      <w:r>
        <w:br/>
      </w:r>
      <w:r>
        <w:rPr>
          <w:sz w:val="20"/>
        </w:rPr>
        <w:t>33:58  Bodily, you will perform the outer aspect of prayer.</w:t>
      </w:r>
      <w:r>
        <w:br/>
      </w:r>
      <w:r>
        <w:rPr>
          <w:sz w:val="20"/>
        </w:rPr>
        <w:t>34:06  But intellectually, you must be involved in prayer.</w:t>
      </w:r>
      <w:r>
        <w:br/>
      </w:r>
      <w:r>
        <w:rPr>
          <w:sz w:val="20"/>
        </w:rPr>
        <w:t>34:14  At the time of prayer, you must think about God.</w:t>
      </w:r>
      <w:r>
        <w:br/>
      </w:r>
      <w:r>
        <w:rPr>
          <w:sz w:val="20"/>
        </w:rPr>
        <w:t>34:22  You must think about the presence of God.</w:t>
      </w:r>
      <w:r>
        <w:br/>
      </w:r>
      <w:r>
        <w:rPr>
          <w:sz w:val="20"/>
        </w:rPr>
        <w:t>34:30  You must think about the accountability.</w:t>
      </w:r>
      <w:r>
        <w:br/>
      </w:r>
      <w:r>
        <w:rPr>
          <w:sz w:val="20"/>
        </w:rPr>
        <w:t>34:39  When you read some part of the Quran in your prayer, you must understand its meaning.</w:t>
      </w:r>
      <w:r>
        <w:br/>
      </w:r>
      <w:r>
        <w:rPr>
          <w:sz w:val="20"/>
        </w:rPr>
        <w:t>34:47  For example, when you say in your prayer, maliki yawm al-din Lord of the Day of Judgment, when</w:t>
      </w:r>
      <w:r>
        <w:br/>
      </w:r>
      <w:r>
        <w:rPr>
          <w:sz w:val="20"/>
        </w:rPr>
        <w:t>34:56  you say this, Lord of the Day of Judgment, you have to remember the Day of Judgment.</w:t>
      </w:r>
      <w:r>
        <w:br/>
      </w:r>
      <w:r>
        <w:rPr>
          <w:sz w:val="20"/>
        </w:rPr>
        <w:t>35:05  You have to think about accountability.</w:t>
      </w:r>
      <w:r>
        <w:br/>
      </w:r>
      <w:r>
        <w:rPr>
          <w:sz w:val="20"/>
        </w:rPr>
        <w:t>35:15  So it is very important.</w:t>
      </w:r>
      <w:r>
        <w:br/>
      </w:r>
      <w:r>
        <w:rPr>
          <w:sz w:val="20"/>
        </w:rPr>
        <w:t>35:25  Prayer is a combination of mind and body.</w:t>
      </w:r>
      <w:r>
        <w:br/>
      </w:r>
      <w:r>
        <w:rPr>
          <w:sz w:val="20"/>
        </w:rPr>
        <w:t>35:36  Prayer is a combination of external act and also internal spirit.</w:t>
      </w:r>
      <w:r>
        <w:br/>
      </w:r>
      <w:r>
        <w:rPr>
          <w:sz w:val="20"/>
        </w:rPr>
        <w:t>35:46  So you have to pray with both inner spirit and external form.</w:t>
      </w:r>
      <w:r>
        <w:br/>
      </w:r>
      <w:r>
        <w:rPr>
          <w:sz w:val="20"/>
        </w:rPr>
        <w:t>35:57  Without form, there is no worship. And at the same time, without spirit, there is no Salat. So this is the true picture of Salat or prayer or Namaz.</w:t>
      </w:r>
      <w:r>
        <w:br/>
      </w:r>
      <w:r>
        <w:rPr>
          <w:sz w:val="20"/>
        </w:rPr>
        <w:t>36:21  May God bless us to perform this Salat in the right way.</w:t>
      </w:r>
    </w:p>
    <w:p>
      <w:pPr>
        <w:pStyle w:val="Heading2"/>
      </w:pPr>
      <w:r>
        <w:t>dawah is the only real work, not social or milli work</w:t>
      </w:r>
    </w:p>
    <w:p>
      <w:r>
        <w:rPr>
          <w:color w:val="666666"/>
          <w:sz w:val="18"/>
        </w:rPr>
        <w:t>Revival of Abrahamic Mission October 28, 2012 · 2m 19s · at 1:04:04 · https://youtu.be/9mV72V5gsqM?t=3844</w:t>
      </w:r>
    </w:p>
    <w:p>
      <w:r>
        <w:rPr>
          <w:i/>
        </w:rPr>
        <w:t>“When we explain to Muslims that دعوت الی اللہ is the responsibility...”</w:t>
      </w:r>
    </w:p>
    <w:p>
      <w:r>
        <w:rPr>
          <w:sz w:val="20"/>
        </w:rPr>
        <w:t>1:04:04  maulana, agla sawal dilli se hai miss naghma siddiqui</w:t>
      </w:r>
      <w:r>
        <w:br/>
      </w:r>
      <w:r>
        <w:rPr>
          <w:sz w:val="20"/>
        </w:rPr>
        <w:t>1:04:07  ka. unhon ne likha hai: "When we explain to Muslims that دعویٰ الا اللہ is the responsibility, it does not get any positive response.</w:t>
      </w:r>
      <w:r>
        <w:br/>
      </w:r>
      <w:r>
        <w:rPr>
          <w:sz w:val="20"/>
        </w:rPr>
        <w:t>1:04:18  They say yes, it is good, but continue to do either their social or milli work. Maulana, when the task is so big and Muslims are not giving a positive response, what should we do?"</w:t>
      </w:r>
      <w:r>
        <w:br/>
      </w:r>
      <w:r>
        <w:rPr>
          <w:sz w:val="20"/>
        </w:rPr>
        <w:t>1:04:33  dekhiye, social work, milli work, yeh to koi kaam nahi hai mere nazdeek, na islami aitbar se aur na aqal ke aitbar se.</w:t>
      </w:r>
      <w:r>
        <w:br/>
      </w:r>
      <w:r>
        <w:rPr>
          <w:sz w:val="20"/>
        </w:rPr>
        <w:t>1:04:47  is liye hamara islami aitbar se yeh hai ke rasool Allah ki zindagi mein hamein koi aisa namona nahi milta ke aap ne social work ya milli work kiya ho, aap ne sirf dawah work kiya.</w:t>
      </w:r>
      <w:r>
        <w:br/>
      </w:r>
      <w:r>
        <w:rPr>
          <w:sz w:val="20"/>
        </w:rPr>
        <w:t>1:05:02  is ke bare mein mein likh chuka hoon tafseel se, aap parh sakte hain ke rasool Allah ne kabhi bhi yeh kaam nahi kiya. Hatta ke aap ko yeh kaam karne ke liye kaha gaya, is tarah ka kaam, to aap ne kaha ke: "ma lahza boiz to aalaykum,</w:t>
      </w:r>
      <w:r>
        <w:br/>
      </w:r>
      <w:r>
        <w:rPr>
          <w:sz w:val="20"/>
        </w:rPr>
        <w:t>1:05:20  mein is ke liye nahi bheja gaya hoon. Yeh yeh mera kaam to dawat al Allah hai." Aql ka mamla yeh hai ke mein aqli tor par bhi is ko absurd samajhta hoon.</w:t>
      </w:r>
      <w:r>
        <w:br/>
      </w:r>
      <w:r>
        <w:rPr>
          <w:sz w:val="20"/>
        </w:rPr>
        <w:t>1:05:31  is</w:t>
      </w:r>
      <w:r>
        <w:br/>
      </w:r>
      <w:r>
        <w:rPr>
          <w:sz w:val="20"/>
        </w:rPr>
        <w:t>1:05:32  liye ke sab se bari cheez dekhiye, yeh nahi ke aap un ki help karein, sab se bari cheez aap ko incentive dein, challenge ko face karne ki taqat paida karein.</w:t>
      </w:r>
      <w:r>
        <w:br/>
      </w:r>
      <w:r>
        <w:rPr>
          <w:sz w:val="20"/>
        </w:rPr>
        <w:t>1:05:42  un ke andar aaj kal jo chala hua hai, muslim empowerment aur community empowerment, falan empowerment, yeh sab bilkul absurd mein samajhta hoon.</w:t>
      </w:r>
      <w:r>
        <w:br/>
      </w:r>
      <w:r>
        <w:rPr>
          <w:sz w:val="20"/>
        </w:rPr>
        <w:t>1:05:53  is ko</w:t>
      </w:r>
      <w:r>
        <w:br/>
      </w:r>
      <w:r>
        <w:rPr>
          <w:sz w:val="20"/>
        </w:rPr>
        <w:t>1:05:56  woh saare log jin ko kaha jata hai ke: "he was born with a silver spoon in his mouth", mere nazdeek woh sab se ziyada fail thay zindagi mein kyunke unhone challenge ko face nahi kiya.</w:t>
      </w:r>
      <w:r>
        <w:br/>
      </w:r>
      <w:r>
        <w:rPr>
          <w:sz w:val="20"/>
        </w:rPr>
        <w:t>1:06:09  un ka idhar personality nahi bani, un ka idhar incentive nahi ubhra. To mein is ko koi kaam nahi samajhta. Jo kaam ko aik hi kaam ko mein kaam samajhta hoon ke education, intehai aala mayar ki education,</w:t>
      </w:r>
    </w:p>
    <w:p>
      <w:pPr>
        <w:pStyle w:val="Heading2"/>
      </w:pPr>
      <w:r>
        <w:t>Ancient shirk and today's atheism are the same problem</w:t>
      </w:r>
    </w:p>
    <w:p>
      <w:r>
        <w:rPr>
          <w:color w:val="666666"/>
          <w:sz w:val="18"/>
        </w:rPr>
        <w:t>Hajj ek Tareekh-saaz Amal Haqeeqat-E-Hajj Book by Maulana Wahiduddin Khan · 24s · at 19:24 · https://youtu.be/DcyTlpDdbg4?t=1164</w:t>
      </w:r>
    </w:p>
    <w:p>
      <w:r>
        <w:rPr>
          <w:i/>
        </w:rPr>
        <w:t>“آج سارے عالم پر الحاد کا غلبہ ہے۔”</w:t>
      </w:r>
    </w:p>
    <w:p>
      <w:r>
        <w:rPr>
          <w:sz w:val="20"/>
        </w:rPr>
        <w:t>19:24  aaj zamana ghoom kar dobara wahin pahunch gaya hai jahan woh hazrat ibrahim ke zamane mein tha. is waqt sare alam par shirk ka ghalba tha.</w:t>
      </w:r>
      <w:r>
        <w:br/>
      </w:r>
      <w:r>
        <w:rPr>
          <w:sz w:val="20"/>
        </w:rPr>
        <w:t>19:36  aaj sare alam par ilhad ka ghalba hai.</w:t>
      </w:r>
      <w:r>
        <w:br/>
      </w:r>
      <w:r>
        <w:rPr>
          <w:sz w:val="20"/>
        </w:rPr>
        <w:t>19:40  qadeem zamane ka insan agar mushrikana tarz par sochta tha to aaj ka insan mulhidana tarz par sochta hai.</w:t>
      </w:r>
    </w:p>
    <w:p>
      <w:pPr>
        <w:pStyle w:val="Heading2"/>
      </w:pPr>
      <w:r>
        <w:t>Realizing God's constant blessing while lost at LA airport</w:t>
      </w:r>
    </w:p>
    <w:p>
      <w:r>
        <w:rPr>
          <w:color w:val="666666"/>
          <w:sz w:val="18"/>
        </w:rPr>
        <w:t>The Concept of Dua In Islam May 27, 2007 · 2m 38s · at 10:05 · https://youtu.be/wkRQaMb04dI?t=605</w:t>
      </w:r>
    </w:p>
    <w:p>
      <w:r>
        <w:rPr>
          <w:i/>
        </w:rPr>
        <w:t>“جب میں لاس اینجلس ایئرپورٹ سے باہر آیا”</w:t>
      </w:r>
    </w:p>
    <w:p>
      <w:r>
        <w:rPr>
          <w:sz w:val="20"/>
        </w:rPr>
        <w:t>10:05  jaise main apna ek experience batata hoon aap ko usko illustrate karne ke liye. ek bar main Dilli se USA gaya to wahan par jab main utra Los Angeles mein,</w:t>
      </w:r>
      <w:r>
        <w:br/>
      </w:r>
      <w:r>
        <w:rPr>
          <w:sz w:val="20"/>
        </w:rPr>
        <w:t>10:21  Los Angeles mein jab airport se bahar aaya to bohat se log the wahan par. saare log wohin woh daud rahe hain caron ke liye, taxi ke liye taake aage ja sakein woh.</w:t>
      </w:r>
      <w:r>
        <w:br/>
      </w:r>
      <w:r>
        <w:rPr>
          <w:sz w:val="20"/>
        </w:rPr>
        <w:t>10:36  to mein logon ke chehre parh na chaha ke kya is se pehle jo blessing hui thi Khuda ki, ke unhein airplane par, unhein jahaz par safar karne ka mauqa mila, yeh bhi to blessing thi.</w:t>
      </w:r>
      <w:r>
        <w:br/>
      </w:r>
      <w:r>
        <w:rPr>
          <w:sz w:val="20"/>
        </w:rPr>
        <w:t>10:50  woh bhool chuke hain log. ab sab ka dhyan kis par hai? car par, taxi par.</w:t>
      </w:r>
      <w:r>
        <w:br/>
      </w:r>
      <w:r>
        <w:rPr>
          <w:sz w:val="20"/>
        </w:rPr>
        <w:t>10:58  to agli blessing woh cha rahe hain aur pichli blessing ko acknowledge nahi kar rahe. aur meri yeh halat thi ke mein airport ke bahar aaya to wahan par der tak woh khara tha.</w:t>
      </w:r>
      <w:r>
        <w:br/>
      </w:r>
      <w:r>
        <w:rPr>
          <w:sz w:val="20"/>
        </w:rPr>
        <w:t>11:10  mere sath jo aaye thay woh dhoondh rahe thay mujh ko ke kidhar hain, kidhar hain. kyun khara ho gaya mein</w:t>
      </w:r>
      <w:r>
        <w:br/>
      </w:r>
      <w:r>
        <w:rPr>
          <w:sz w:val="20"/>
        </w:rPr>
        <w:t>11:19  ?achanak ek idea mind mein aaya ke dekho jab mein Delhi mein tha tab bhi Khuda ki taraf se mujh ko oxygen supply ho rahi thi,</w:t>
      </w:r>
      <w:r>
        <w:br/>
      </w:r>
      <w:r>
        <w:rPr>
          <w:sz w:val="20"/>
        </w:rPr>
        <w:t>11:34  free supply.</w:t>
      </w:r>
      <w:r>
        <w:br/>
      </w:r>
      <w:r>
        <w:rPr>
          <w:sz w:val="20"/>
        </w:rPr>
        <w:t>11:37  aap jante hain ke agar oxygen na mile to hum mar jayenge thori der mein. to mere mind mein aaya ke dekho jab mein Delhi mein tha tab bhi Khuda ki taraf se mujh ko oxygen ki free supply ho rahi thi.</w:t>
      </w:r>
      <w:r>
        <w:br/>
      </w:r>
      <w:r>
        <w:rPr>
          <w:sz w:val="20"/>
        </w:rPr>
        <w:t>11:53  aur yahan mein itni door pohancha hoon aur is angle ki sadak par khara hua hoon, tab bhi isi tarah Khuda ki taraf se oxygen ki free supply ho rahi hai.</w:t>
      </w:r>
      <w:r>
        <w:br/>
      </w:r>
      <w:r>
        <w:rPr>
          <w:sz w:val="20"/>
        </w:rPr>
        <w:t>12:10  free supply ho rahi hai.</w:t>
      </w:r>
      <w:r>
        <w:br/>
      </w:r>
      <w:r>
        <w:rPr>
          <w:sz w:val="20"/>
        </w:rPr>
        <w:t>12:13  ab yeh haal mein jo gum hua is soch mein to wohi khara ho gaya, khara ho gaya, khara ho gaya. ab log mere jo aaye thay receive karne ke liye woh dhoondh rahe hain mujh ko idhar udhar.</w:t>
      </w:r>
      <w:r>
        <w:br/>
      </w:r>
      <w:r>
        <w:rPr>
          <w:sz w:val="20"/>
        </w:rPr>
        <w:t>12:24  to dekhein, mein samajhta hoon ke pehli condition yeh hai ke jab aap Khuda se uski agli blessing mang rahe hain to pichli blessing ko dekhein ke aap acknowledge kiya hai aapne.</w:t>
      </w:r>
    </w:p>
    <w:p>
      <w:pPr>
        <w:pStyle w:val="Heading2"/>
      </w:pPr>
      <w:r>
        <w:t>Negative thoughts and planning must be given up</w:t>
      </w:r>
    </w:p>
    <w:p>
      <w:r>
        <w:rPr>
          <w:color w:val="666666"/>
          <w:sz w:val="18"/>
        </w:rPr>
        <w:t>Adopt A Life of Fasting May 1, 2020 Maulana Wahiduddin Khan · 26s · at 6:43 · https://youtu.be/oH6_1ogi0o4?t=403</w:t>
      </w:r>
    </w:p>
    <w:p>
      <w:r>
        <w:rPr>
          <w:i/>
        </w:rPr>
        <w:t>“Negative soch bhi chhorna hai”</w:t>
      </w:r>
    </w:p>
    <w:p>
      <w:r>
        <w:rPr>
          <w:sz w:val="20"/>
        </w:rPr>
        <w:t>6:43  negative soch</w:t>
      </w:r>
      <w:r>
        <w:br/>
      </w:r>
      <w:r>
        <w:rPr>
          <w:sz w:val="20"/>
        </w:rPr>
        <w:t>6:52  bhi chhodna hai,</w:t>
      </w:r>
      <w:r>
        <w:br/>
      </w:r>
      <w:r>
        <w:rPr>
          <w:sz w:val="20"/>
        </w:rPr>
        <w:t>6:58  negative planning bhi sochna hai, chhodna hai.</w:t>
      </w:r>
    </w:p>
    <w:p>
      <w:pPr>
        <w:pStyle w:val="Heading2"/>
      </w:pPr>
      <w:r>
        <w:t>Hajj trains Muslims to live in peace</w:t>
      </w:r>
    </w:p>
    <w:p>
      <w:r>
        <w:rPr>
          <w:color w:val="666666"/>
          <w:sz w:val="18"/>
        </w:rPr>
        <w:t>Hajj and Its Application in Daily Life October 20, 2007 Maulana Wahiduddin Khan · 32s · at 28:14 · https://youtu.be/z_FspKZhl5s?t=1694</w:t>
      </w:r>
    </w:p>
    <w:p>
      <w:r>
        <w:rPr>
          <w:i/>
        </w:rPr>
        <w:t>“During Hajj, you cannot kill anything.”</w:t>
      </w:r>
    </w:p>
    <w:p>
      <w:r>
        <w:rPr>
          <w:sz w:val="20"/>
        </w:rPr>
        <w:t>28:14  You know, when you are in Hajj, in Makkah, so during Hajj, you cannot kill anything.</w:t>
      </w:r>
      <w:r>
        <w:br/>
      </w:r>
      <w:r>
        <w:rPr>
          <w:sz w:val="20"/>
        </w:rPr>
        <w:t>28:24  Even a mosquito, even an ant, you are not allowed to kill anything. Why?</w:t>
      </w:r>
      <w:r>
        <w:br/>
      </w:r>
      <w:r>
        <w:rPr>
          <w:sz w:val="20"/>
        </w:rPr>
        <w:t>28:35  Because Hajj is a lesson, a training, a preparation that you must live in peace.</w:t>
      </w:r>
    </w:p>
    <w:p>
      <w:pPr>
        <w:pStyle w:val="Heading2"/>
      </w:pPr>
      <w:r>
        <w:t>patience as the key to concentration in prayer</w:t>
      </w:r>
    </w:p>
    <w:p>
      <w:r>
        <w:rPr>
          <w:color w:val="666666"/>
          <w:sz w:val="18"/>
        </w:rPr>
        <w:t>Islamic Prayer (English) February 27, 2007 · 2m 54s · at 52:32 · https://youtu.be/7G6Wa2IGSwE?t=3152</w:t>
      </w:r>
    </w:p>
    <w:p>
      <w:r>
        <w:rPr>
          <w:i/>
        </w:rPr>
        <w:t>“Prayer requires great concentration, and only patience can give you that.”</w:t>
      </w:r>
    </w:p>
    <w:p>
      <w:r>
        <w:rPr>
          <w:sz w:val="20"/>
        </w:rPr>
        <w:t>52:32  there is a verse in the Qur'an: ist'eenoo bis sabri was salat</w:t>
      </w:r>
      <w:r>
        <w:br/>
      </w:r>
      <w:r>
        <w:rPr>
          <w:sz w:val="20"/>
        </w:rPr>
        <w:t>52:41  Seek help</w:t>
      </w:r>
      <w:r>
        <w:br/>
      </w:r>
      <w:r>
        <w:rPr>
          <w:sz w:val="20"/>
        </w:rPr>
        <w:t>52:45  of God by Salat and Sabr, prayer and patience.</w:t>
      </w:r>
      <w:r>
        <w:br/>
      </w:r>
      <w:r>
        <w:rPr>
          <w:sz w:val="20"/>
        </w:rPr>
        <w:t>52:55  This Qur'anic verse tells us that Sabr is also a part of Namaaz.</w:t>
      </w:r>
      <w:r>
        <w:br/>
      </w:r>
      <w:r>
        <w:rPr>
          <w:sz w:val="20"/>
        </w:rPr>
        <w:t>53:07  Sabr is also a part of Namaaz or Islamic prayer. Why? Namaaz or Islamic prayer requires great concentration.</w:t>
      </w:r>
      <w:r>
        <w:br/>
      </w:r>
      <w:r>
        <w:rPr>
          <w:sz w:val="20"/>
        </w:rPr>
        <w:t>53:24  Great, great concentration.</w:t>
      </w:r>
      <w:r>
        <w:br/>
      </w:r>
      <w:r>
        <w:rPr>
          <w:sz w:val="20"/>
        </w:rPr>
        <w:t>53:28  And without Sabr or patience, you cannot attain this kind of concentration.</w:t>
      </w:r>
      <w:r>
        <w:br/>
      </w:r>
      <w:r>
        <w:rPr>
          <w:sz w:val="20"/>
        </w:rPr>
        <w:t>53:44  You know, in this life, every time... In this life, every time, there are distractions, distractions, distractions.</w:t>
      </w:r>
      <w:r>
        <w:br/>
      </w:r>
      <w:r>
        <w:rPr>
          <w:sz w:val="20"/>
        </w:rPr>
        <w:t>53:55  Every time. So you have to save yourself from these distraction</w:t>
      </w:r>
      <w:r>
        <w:br/>
      </w:r>
      <w:r>
        <w:rPr>
          <w:sz w:val="20"/>
        </w:rPr>
        <w:t>54:07  s. And it is Sabr or patience that gives you the strength by which you can restrain yourself from being a victim of those distractions.</w:t>
      </w:r>
      <w:r>
        <w:br/>
      </w:r>
      <w:r>
        <w:rPr>
          <w:sz w:val="20"/>
        </w:rPr>
        <w:t>54:32  So the formula is that</w:t>
      </w:r>
      <w:r>
        <w:br/>
      </w:r>
      <w:r>
        <w:rPr>
          <w:sz w:val="20"/>
        </w:rPr>
        <w:t>54:37  true Salat requires</w:t>
      </w:r>
      <w:r>
        <w:br/>
      </w:r>
      <w:r>
        <w:rPr>
          <w:sz w:val="20"/>
        </w:rPr>
        <w:t>54:42  complete concentration. And</w:t>
      </w:r>
      <w:r>
        <w:br/>
      </w:r>
      <w:r>
        <w:rPr>
          <w:sz w:val="20"/>
        </w:rPr>
        <w:t>54:49  complete concentration can be attained only by saving yourself from all kinds of distractions.</w:t>
      </w:r>
      <w:r>
        <w:br/>
      </w:r>
      <w:r>
        <w:rPr>
          <w:sz w:val="20"/>
        </w:rPr>
        <w:t>55:02  And it is Sabr or patience that gives you that kind of strength</w:t>
      </w:r>
      <w:r>
        <w:br/>
      </w:r>
      <w:r>
        <w:rPr>
          <w:sz w:val="20"/>
        </w:rPr>
        <w:t>55:10  . Only by Sabr, you can save yourself from distractions. So in this sense, Sabr is an integral part of Salat.</w:t>
      </w:r>
    </w:p>
    <w:p>
      <w:pPr>
        <w:pStyle w:val="Heading2"/>
      </w:pPr>
      <w:r>
        <w:t>Sahaba's extraordinary generosity during famine and hardship</w:t>
      </w:r>
    </w:p>
    <w:p>
      <w:r>
        <w:rPr>
          <w:color w:val="666666"/>
          <w:sz w:val="18"/>
        </w:rPr>
        <w:t>The Importance of Zakat May 08, 2022 Dr. Saniyasnain Khan · 4m 56s · at 37:35 · https://youtu.be/92nslWvnQ5Y?t=2255</w:t>
      </w:r>
    </w:p>
    <w:p>
      <w:r>
        <w:rPr>
          <w:i/>
        </w:rPr>
        <w:t>“During a famine in Madinah, one man's caravan saved the city”</w:t>
      </w:r>
    </w:p>
    <w:p>
      <w:r>
        <w:rPr>
          <w:sz w:val="20"/>
        </w:rPr>
        <w:t>37:35  bilkul. DocsApp agla sawal main karna chahunga. yeh sawal hai Hazrat Usman ke hawale se ki there was once a famine in Madina and Hazrat Usman donated huge quantity of grains. to iske baare mein bhi kuch humein bataein.</w:t>
      </w:r>
      <w:r>
        <w:br/>
      </w:r>
      <w:r>
        <w:rPr>
          <w:sz w:val="20"/>
        </w:rPr>
        <w:t>37:57  haan, Madina mein ek famine aa gaya tha to logon ko badi pareshani thi to log aaye us waqt Hazrat Abu Bakr raziyallahu anhu khalif the. to logon ne kaha bahut pareshani hai, bahut tangi hai, khane ke liye nahi hai.</w:t>
      </w:r>
      <w:r>
        <w:br/>
      </w:r>
      <w:r>
        <w:rPr>
          <w:sz w:val="20"/>
        </w:rPr>
        <w:t>38:27  razillahnd ka tha.</w:t>
      </w:r>
      <w:r>
        <w:br/>
      </w:r>
      <w:r>
        <w:rPr>
          <w:sz w:val="20"/>
        </w:rPr>
        <w:t>38:39  to jab woh itna bada kaafila aaya to madinah ke saare taajir aa gaye aur hazrat usman razillahnd</w:t>
      </w:r>
      <w:r>
        <w:br/>
      </w:r>
      <w:r>
        <w:rPr>
          <w:sz w:val="20"/>
        </w:rPr>
        <w:t>38:52  se kaha ke aap humein de dijiye jo bhi aap to aisa bada exemplary incident hai yeh aur</w:t>
      </w:r>
      <w:r>
        <w:br/>
      </w:r>
      <w:r>
        <w:rPr>
          <w:sz w:val="20"/>
        </w:rPr>
        <w:t>39:04  aise aur bhi kai saare incidents milte hain.</w:t>
      </w:r>
      <w:r>
        <w:br/>
      </w:r>
      <w:r>
        <w:rPr>
          <w:sz w:val="20"/>
        </w:rPr>
        <w:t>39:17  ek sahabi the, Abdur Rahman bin Auf bahut hi bade sahabi the aur yeh taajir the aur bahut hi ameer the. ji. to unhone bhi ek baar saat sau oont par lada hua saaman de diya tha. to yeh mizaj tha sahaba ka. ji ji. DocsApp sahabi ki aap baat kar rahe hain.</w:t>
      </w:r>
      <w:r>
        <w:br/>
      </w:r>
      <w:r>
        <w:rPr>
          <w:sz w:val="20"/>
        </w:rPr>
        <w:t>39:39  to there is another exemplary incident of Abu Talha, you know, of his selflessness that how he fed a person, you know, when he was hungry. to uske baare mein bhi aap humein bataein. Hazrat Abu Talha bahut hi bade sahabi hain aur earliest sahabi inka naam aata hai jo aath log jinhone Islam qubool kiya tha sabse pehle unmein se ek the yeh sahabi yeh Hazrat Abu Talha.</w:t>
      </w:r>
      <w:r>
        <w:br/>
      </w:r>
      <w:r>
        <w:rPr>
          <w:sz w:val="20"/>
        </w:rPr>
        <w:t>40:08  to ek baar rasoolullah ke paas baithe hue the sahaba to ek aadmi aaya usne kaha main bahut bhookha hoon mujhe khana khilaiye. ji. to rasoolullah ne kaha jo sahaba baithe the kaun inhe apna mehmaan banayega aaj ki raat? to Hazrat Abu Talha raziyallahu anhu khade hue kaha ki main banaunga. to woh leke chale gaye apne ghar.</w:t>
      </w:r>
      <w:r>
        <w:br/>
      </w:r>
      <w:r>
        <w:rPr>
          <w:sz w:val="20"/>
        </w:rPr>
        <w:t>40:34  to ghar gaye to wife se kaha ki yeh mehmaan hai Prophet Mohammad sallam ke. to wife ne kaha hamare paas to bahut thoda khana hai, bachchon ke liye bas hai. ji. to unhone kaha ki achhe bachchon ko tum behla ke sula do aur jab hum khana khane baithenge to tum chirag bujha dena. yaani us zamane mein agar chirag bujha diya to bilkul andhera ho jata tha.</w:t>
      </w:r>
      <w:r>
        <w:br/>
      </w:r>
      <w:r>
        <w:rPr>
          <w:sz w:val="20"/>
        </w:rPr>
        <w:t>41:00  to wahi yeh maksad tha ki jab Hazrat Abu Talha un sahabi ke saath baithenge khane ke liye to chirag jab bujh jayega to woh khate rahenge. woh mujhe nahi dekhenge main nahi kha raha hoon. to aise hi kiya unki wife ne ki jab khane ke liye baithe to chirag bujha diya. to woh jo mehmaan the unhone khana kha liya aur Abu Talha aur unki wife ne bhi nahi khaya.</w:t>
      </w:r>
      <w:r>
        <w:br/>
      </w:r>
      <w:r>
        <w:rPr>
          <w:sz w:val="20"/>
        </w:rPr>
        <w:t>41:28  to subah jab hazrat abuttullah aaye masjid mein rasoollah ke paas, to rasoollah ne kaha ke to</w:t>
      </w:r>
      <w:r>
        <w:br/>
      </w:r>
      <w:r>
        <w:rPr>
          <w:sz w:val="20"/>
        </w:rPr>
        <w:t>41:45  rasoolla sallam ne farmaaya ke tum dono miya biwi ke amal ko allah ne dekha aur pasand kiya aur hansa.</w:t>
      </w:r>
      <w:r>
        <w:br/>
      </w:r>
      <w:r>
        <w:rPr>
          <w:sz w:val="20"/>
        </w:rPr>
        <w:t>42:02  ji. aur Quran mein ek ayat reveal hui ki wa yu'thiroona 'ala anfusihim wa law kaana bihim khasaasah. ki woh doosron ko prefer karte hain apne upar. ji. halanki woh khud unke ahqa hai, khud woh mohtaaj hai. haan sure. to yeh, yeh tha sahaba ka character. ji ho shaa Allah, bahut hi zabardast yeh incident tha doctor sahab. bahut kuch seekhne ko milta hai humein sahaba ji.</w:t>
      </w:r>
      <w:r>
        <w:br/>
      </w:r>
      <w:r>
        <w:rPr>
          <w:sz w:val="20"/>
        </w:rPr>
        <w:t>42:31  ki zindagi nikkil hai.</w:t>
      </w:r>
    </w:p>
    <w:p>
      <w:pPr>
        <w:pStyle w:val="Heading2"/>
      </w:pPr>
      <w:r>
        <w:t>Purpose of fasting is training</w:t>
      </w:r>
    </w:p>
    <w:p>
      <w:r>
        <w:rPr>
          <w:color w:val="666666"/>
          <w:sz w:val="18"/>
        </w:rPr>
        <w:t>The Spirit of Fasting Gratitude to God April 25, 2020 Maulana Wahiduddin Khan · 26s · at 34:16 · https://youtu.be/ql1UxsMLOzg?t=2056</w:t>
      </w:r>
    </w:p>
    <w:p>
      <w:r>
        <w:rPr>
          <w:i/>
        </w:rPr>
        <w:t>“Rozay ka asal maqsad tarbiyat hai”</w:t>
      </w:r>
    </w:p>
    <w:p>
      <w:r>
        <w:rPr>
          <w:sz w:val="20"/>
        </w:rPr>
        <w:t>34:16  roze ka asal maqsad tarbiyat hai. yaani is baat ki tarbiyat ke chhodne wali cheezon ko chhodna aa jaye.</w:t>
      </w:r>
      <w:r>
        <w:br/>
      </w:r>
      <w:r>
        <w:rPr>
          <w:sz w:val="20"/>
        </w:rPr>
        <w:t>34:29  chhodne wali cheezon ko chhodha jaye. aur jo allah ki nematein hain jaise pani hai, khana hai us ko khoob shukr kiya jaye.</w:t>
      </w:r>
    </w:p>
    <w:p>
      <w:pPr>
        <w:pStyle w:val="Heading2"/>
      </w:pPr>
      <w:r>
        <w:t>Real stoning of Satan in daily life</w:t>
      </w:r>
    </w:p>
    <w:p>
      <w:r>
        <w:rPr>
          <w:color w:val="666666"/>
          <w:sz w:val="18"/>
        </w:rPr>
        <w:t>The Spirit of Hajj | November 10, 2007 · 5m 04s · at 54:07 · https://youtu.be/lLM-kLIlvdw?t=3247</w:t>
      </w:r>
    </w:p>
    <w:p>
      <w:r>
        <w:rPr>
          <w:i/>
        </w:rPr>
        <w:t>“Jab shaitan ne aap ke andar yeh jazba bhadkaya”</w:t>
      </w:r>
    </w:p>
    <w:p>
      <w:r>
        <w:rPr>
          <w:sz w:val="20"/>
        </w:rPr>
        <w:t>54:07  jab shaitan ne aap ke andar yeh jazba bharkaya ke tumhare paas paisa hai, chalo bari car kharidte</w:t>
      </w:r>
      <w:r>
        <w:br/>
      </w:r>
      <w:r>
        <w:rPr>
          <w:sz w:val="20"/>
        </w:rPr>
        <w:t>54:11  hain, chalo naya model lete hain, to wahan par shaitan ne aap ko aksaya.</w:t>
      </w:r>
      <w:r>
        <w:br/>
      </w:r>
      <w:r>
        <w:rPr>
          <w:sz w:val="20"/>
        </w:rPr>
        <w:t>54:14  shaitan aap ke andar dakhil ho gaya.</w:t>
      </w:r>
      <w:r>
        <w:br/>
      </w:r>
      <w:r>
        <w:rPr>
          <w:sz w:val="20"/>
        </w:rPr>
        <w:t>54:18  wahan par konkri mariye.</w:t>
      </w:r>
      <w:r>
        <w:br/>
      </w:r>
      <w:r>
        <w:rPr>
          <w:sz w:val="20"/>
        </w:rPr>
        <w:t>54:22  wahan shaitan ko bhagaiye.</w:t>
      </w:r>
      <w:r>
        <w:br/>
      </w:r>
      <w:r>
        <w:rPr>
          <w:sz w:val="20"/>
        </w:rPr>
        <w:t>54:26  khuda se madad mangiye.</w:t>
      </w:r>
      <w:r>
        <w:br/>
      </w:r>
      <w:r>
        <w:rPr>
          <w:sz w:val="20"/>
        </w:rPr>
        <w:t>54:30  khuda ki madad se aap is shaitan ko bhaga sakte hain. yeh kijiye.</w:t>
      </w:r>
      <w:r>
        <w:br/>
      </w:r>
      <w:r>
        <w:rPr>
          <w:sz w:val="20"/>
        </w:rPr>
        <w:t>54:33  is tarah se</w:t>
      </w:r>
      <w:r>
        <w:br/>
      </w:r>
      <w:r>
        <w:rPr>
          <w:sz w:val="20"/>
        </w:rPr>
        <w:t>54:37  kisi ne aap ko provoke kar diya.</w:t>
      </w:r>
      <w:r>
        <w:br/>
      </w:r>
      <w:r>
        <w:rPr>
          <w:sz w:val="20"/>
        </w:rPr>
        <w:t>54:40  kisi ne aap ko kuch ghussa dila diya.</w:t>
      </w:r>
      <w:r>
        <w:br/>
      </w:r>
      <w:r>
        <w:rPr>
          <w:sz w:val="20"/>
        </w:rPr>
        <w:t>54:43  ab shaitan foran, instantly aa jayega aap ke andar.</w:t>
      </w:r>
      <w:r>
        <w:br/>
      </w:r>
      <w:r>
        <w:rPr>
          <w:sz w:val="20"/>
        </w:rPr>
        <w:t>54:45  aur bharkayega aap ke ghusse ko.</w:t>
      </w:r>
      <w:r>
        <w:br/>
      </w:r>
      <w:r>
        <w:rPr>
          <w:sz w:val="20"/>
        </w:rPr>
        <w:t>54:48  ise badla lena hai, isko lesson sikhana hai.</w:t>
      </w:r>
      <w:r>
        <w:br/>
      </w:r>
      <w:r>
        <w:rPr>
          <w:sz w:val="20"/>
        </w:rPr>
        <w:t>54:51  i will teach you my lesson.</w:t>
      </w:r>
      <w:r>
        <w:br/>
      </w:r>
      <w:r>
        <w:rPr>
          <w:sz w:val="20"/>
        </w:rPr>
        <w:t>54:54  yeh jazba shaitan daal deta hai aap ke andar.</w:t>
      </w:r>
      <w:r>
        <w:br/>
      </w:r>
      <w:r>
        <w:rPr>
          <w:sz w:val="20"/>
        </w:rPr>
        <w:t>54:56  wahan par shaitan ko konkri marna hai aap ko.</w:t>
      </w:r>
      <w:r>
        <w:br/>
      </w:r>
      <w:r>
        <w:rPr>
          <w:sz w:val="20"/>
        </w:rPr>
        <w:t>54:59  to bhago yahan se.</w:t>
      </w:r>
      <w:r>
        <w:br/>
      </w:r>
      <w:r>
        <w:rPr>
          <w:sz w:val="20"/>
        </w:rPr>
        <w:t>55:02  main is ko maaf karunga.</w:t>
      </w:r>
      <w:r>
        <w:br/>
      </w:r>
      <w:r>
        <w:rPr>
          <w:sz w:val="20"/>
        </w:rPr>
        <w:t>55:04  main is ko for</w:t>
      </w:r>
      <w:r>
        <w:br/>
      </w:r>
      <w:r>
        <w:rPr>
          <w:sz w:val="20"/>
        </w:rPr>
        <w:t>55:07  give karunga.</w:t>
      </w:r>
      <w:r>
        <w:br/>
      </w:r>
      <w:r>
        <w:rPr>
          <w:sz w:val="20"/>
        </w:rPr>
        <w:t>55:13  kyun ke is par mujhe bohat bara reward milega.</w:t>
      </w:r>
      <w:r>
        <w:br/>
      </w:r>
      <w:r>
        <w:rPr>
          <w:sz w:val="20"/>
        </w:rPr>
        <w:t>55:20  yani jab shaitan aisa kare ke kisi ke, kisi ke kisi, yani bure rawaiye par ghussa aa jaye</w:t>
      </w:r>
      <w:r>
        <w:br/>
      </w:r>
      <w:r>
        <w:rPr>
          <w:sz w:val="20"/>
        </w:rPr>
        <w:t>55:26  aap ke andar, aur us waqt shaitan bharkaye aap ko, aur ghusse ko barhaye, is ko chahe ke</w:t>
      </w:r>
      <w:r>
        <w:br/>
      </w:r>
      <w:r>
        <w:rPr>
          <w:sz w:val="20"/>
        </w:rPr>
        <w:t>55:32  revenge lene ke liye main khada ho jaun, to samjhiye ke shaitan ghus aaya hai.</w:t>
      </w:r>
      <w:r>
        <w:br/>
      </w:r>
      <w:r>
        <w:rPr>
          <w:sz w:val="20"/>
        </w:rPr>
        <w:t>55:38  shaitan ko bhagaiye.</w:t>
      </w:r>
      <w:r>
        <w:br/>
      </w:r>
      <w:r>
        <w:rPr>
          <w:sz w:val="20"/>
        </w:rPr>
        <w:t>55:42  ise kankri mariye.</w:t>
      </w:r>
      <w:r>
        <w:br/>
      </w:r>
      <w:r>
        <w:rPr>
          <w:sz w:val="20"/>
        </w:rPr>
        <w:t>55:46  kankri marna kya hai? aap apne mind ko active kijiye.</w:t>
      </w:r>
      <w:r>
        <w:br/>
      </w:r>
      <w:r>
        <w:rPr>
          <w:sz w:val="20"/>
        </w:rPr>
        <w:t>55:50  sochne lagie ke nahi, main ghusa, ghuse ko control karunga.</w:t>
      </w:r>
      <w:r>
        <w:br/>
      </w:r>
      <w:r>
        <w:rPr>
          <w:sz w:val="20"/>
        </w:rPr>
        <w:t>55:53  main revenge nahi lunga.</w:t>
      </w:r>
      <w:r>
        <w:br/>
      </w:r>
      <w:r>
        <w:rPr>
          <w:sz w:val="20"/>
        </w:rPr>
        <w:t>55:57  kyun? is liye ke agar maine aisa kiya to mujhe khuda bohat bara inaam dega.</w:t>
      </w:r>
      <w:r>
        <w:br/>
      </w:r>
      <w:r>
        <w:rPr>
          <w:sz w:val="20"/>
        </w:rPr>
        <w:t>56:01  to asal ram yahan par hai.</w:t>
      </w:r>
      <w:r>
        <w:br/>
      </w:r>
      <w:r>
        <w:rPr>
          <w:sz w:val="20"/>
        </w:rPr>
        <w:t>56:05  wo jo aap ne ram ki thi</w:t>
      </w:r>
      <w:r>
        <w:br/>
      </w:r>
      <w:r>
        <w:rPr>
          <w:sz w:val="20"/>
        </w:rPr>
        <w:t>56:08  hajj mein, wo symbolic rami thi.</w:t>
      </w:r>
      <w:r>
        <w:br/>
      </w:r>
      <w:r>
        <w:rPr>
          <w:sz w:val="20"/>
        </w:rPr>
        <w:t>56:13  wo symbolic stoning thi.</w:t>
      </w:r>
      <w:r>
        <w:br/>
      </w:r>
      <w:r>
        <w:rPr>
          <w:sz w:val="20"/>
        </w:rPr>
        <w:t>56:17  real stoning to aap ko apni zindagi mein karna hai. rozana.</w:t>
      </w:r>
      <w:r>
        <w:br/>
      </w:r>
      <w:r>
        <w:rPr>
          <w:sz w:val="20"/>
        </w:rPr>
        <w:t>56:21  rozana karna hai.</w:t>
      </w:r>
      <w:r>
        <w:br/>
      </w:r>
      <w:r>
        <w:rPr>
          <w:sz w:val="20"/>
        </w:rPr>
        <w:t>56:26  jab aap ke andar nafrat ka jazba bharke to wahan aap ko ram karna hai.</w:t>
      </w:r>
      <w:r>
        <w:br/>
      </w:r>
      <w:r>
        <w:rPr>
          <w:sz w:val="20"/>
        </w:rPr>
        <w:t>56:30  jab aap ke andar ghusa bharke to wahan aap ko ram karna hai.</w:t>
      </w:r>
      <w:r>
        <w:br/>
      </w:r>
      <w:r>
        <w:rPr>
          <w:sz w:val="20"/>
        </w:rPr>
        <w:t>56:34  jab aap ke andar interest bharke to wahan aap ko ram karna hai. jab</w:t>
      </w:r>
      <w:r>
        <w:br/>
      </w:r>
      <w:r>
        <w:rPr>
          <w:sz w:val="20"/>
        </w:rPr>
        <w:t>56:39  aap ko aisi cheezein dil mein paida kare shaitan ke aap paisa ko waste karein, time ko waste</w:t>
      </w:r>
      <w:r>
        <w:br/>
      </w:r>
      <w:r>
        <w:rPr>
          <w:sz w:val="20"/>
        </w:rPr>
        <w:t>56:45  karein, jhoote takallufon, jhoote takallufat mein apne aap ko zaya karein, to wahan par ram karne ka waqt aa gaya.</w:t>
      </w:r>
      <w:r>
        <w:br/>
      </w:r>
      <w:r>
        <w:rPr>
          <w:sz w:val="20"/>
        </w:rPr>
        <w:t>56:51  jab yeh aap ke andar jazba ubhre ke mujhe ab dunya ko acha banana hai, doosron se acha</w:t>
      </w:r>
      <w:r>
        <w:br/>
      </w:r>
      <w:r>
        <w:rPr>
          <w:sz w:val="20"/>
        </w:rPr>
        <w:t>56:57  mustaqbil banana hai, aur akhirat bhool jayein.</w:t>
      </w:r>
      <w:r>
        <w:br/>
      </w:r>
      <w:r>
        <w:rPr>
          <w:sz w:val="20"/>
        </w:rPr>
        <w:t>57:03  jab akhirat ko</w:t>
      </w:r>
      <w:r>
        <w:br/>
      </w:r>
      <w:r>
        <w:rPr>
          <w:sz w:val="20"/>
        </w:rPr>
        <w:t>57:09  bhool kar ke aap dunya mein lagne lagein to wahan par aap ko shaitan ko ram karne ka</w:t>
      </w:r>
      <w:r>
        <w:br/>
      </w:r>
      <w:r>
        <w:rPr>
          <w:sz w:val="20"/>
        </w:rPr>
        <w:t>57:13  waqt aa gaya.</w:t>
      </w:r>
      <w:r>
        <w:br/>
      </w:r>
      <w:r>
        <w:rPr>
          <w:sz w:val="20"/>
        </w:rPr>
        <w:t>57:18  jab khuda ke aage surrender karna aur khuda ke liye itraf karna, ya aap bhool rahe hon aur</w:t>
      </w:r>
      <w:r>
        <w:br/>
      </w:r>
      <w:r>
        <w:rPr>
          <w:sz w:val="20"/>
        </w:rPr>
        <w:t>57:22  aap be-itrafi ki taraf jaane lagein, yani acknowledge na karein kisi ka aur itraf na karein kisi</w:t>
      </w:r>
      <w:r>
        <w:br/>
      </w:r>
      <w:r>
        <w:rPr>
          <w:sz w:val="20"/>
        </w:rPr>
        <w:t>57:27  ka, to wahan shaitan ghusa hai aap ke andar.</w:t>
      </w:r>
      <w:r>
        <w:br/>
      </w:r>
      <w:r>
        <w:rPr>
          <w:sz w:val="20"/>
        </w:rPr>
        <w:t>57:32  to wahan ab aap ko ko kankri marna hai.</w:t>
      </w:r>
      <w:r>
        <w:br/>
      </w:r>
      <w:r>
        <w:rPr>
          <w:sz w:val="20"/>
        </w:rPr>
        <w:t>57:36  shaitan ko bhagana hai.</w:t>
      </w:r>
      <w:r>
        <w:br/>
      </w:r>
      <w:r>
        <w:rPr>
          <w:sz w:val="20"/>
        </w:rPr>
        <w:t>57:41  to apne mind ko active rakhna hai, tab aap shaitan ko rami kar painge.</w:t>
      </w:r>
      <w:r>
        <w:br/>
      </w:r>
      <w:r>
        <w:rPr>
          <w:sz w:val="20"/>
        </w:rPr>
        <w:t>57:45  wahan to aap ne hath ko josh di aur kankri ja ke lag gayi shaitan ko.</w:t>
      </w:r>
      <w:r>
        <w:br/>
      </w:r>
      <w:r>
        <w:rPr>
          <w:sz w:val="20"/>
        </w:rPr>
        <w:t>57:49  yahan aap ne mind ko active karna hai.</w:t>
      </w:r>
      <w:r>
        <w:br/>
      </w:r>
      <w:r>
        <w:rPr>
          <w:sz w:val="20"/>
        </w:rPr>
        <w:t>57:54  apni soch ko active karna hai.</w:t>
      </w:r>
      <w:r>
        <w:br/>
      </w:r>
      <w:r>
        <w:rPr>
          <w:sz w:val="20"/>
        </w:rPr>
        <w:t>57:58  yahan par intellectual awakening ke zariye aap shaitan ko bhaga sakte hain apne andar se.</w:t>
      </w:r>
      <w:r>
        <w:br/>
      </w:r>
      <w:r>
        <w:rPr>
          <w:sz w:val="20"/>
        </w:rPr>
        <w:t>58:02  yeh hai asli haj.</w:t>
      </w:r>
      <w:r>
        <w:br/>
      </w:r>
      <w:r>
        <w:rPr>
          <w:sz w:val="20"/>
        </w:rPr>
        <w:t>58:07  ke symbolic stoning ko aap</w:t>
      </w:r>
      <w:r>
        <w:br/>
      </w:r>
      <w:r>
        <w:rPr>
          <w:sz w:val="20"/>
        </w:rPr>
        <w:t>58:11  real stoning banayein.</w:t>
      </w:r>
      <w:r>
        <w:br/>
      </w:r>
      <w:r>
        <w:rPr>
          <w:sz w:val="20"/>
        </w:rPr>
        <w:t>58:15  aur woh aap ko apni daily life mein banana hai.</w:t>
      </w:r>
      <w:r>
        <w:br/>
      </w:r>
      <w:r>
        <w:rPr>
          <w:sz w:val="20"/>
        </w:rPr>
        <w:t>58:19  daily life mein.</w:t>
      </w:r>
      <w:r>
        <w:br/>
      </w:r>
      <w:r>
        <w:rPr>
          <w:sz w:val="20"/>
        </w:rPr>
        <w:t>58:24  symbolic tor par aap ne ehram bandha.</w:t>
      </w:r>
      <w:r>
        <w:br/>
      </w:r>
      <w:r>
        <w:rPr>
          <w:sz w:val="20"/>
        </w:rPr>
        <w:t>58:28  isko daily life mein aap is tarah banayein ke aap apni life ko saada kar lein.</w:t>
      </w:r>
      <w:r>
        <w:br/>
      </w:r>
      <w:r>
        <w:rPr>
          <w:sz w:val="20"/>
        </w:rPr>
        <w:t>58:32  to achi tarah samajh lijiye ke haj ka ek shakal hai ke isko, isko masail ke</w:t>
      </w:r>
      <w:r>
        <w:br/>
      </w:r>
      <w:r>
        <w:rPr>
          <w:sz w:val="20"/>
        </w:rPr>
        <w:t>58:37  aitbar se ada kiya jaye. Lekin asli</w:t>
      </w:r>
      <w:r>
        <w:br/>
      </w:r>
      <w:r>
        <w:rPr>
          <w:sz w:val="20"/>
        </w:rPr>
        <w:t>58:41  hajj yeh hai ke aap us ki spirit ke aitbar se ada karein. aur spirit poori zindagi mein chha jaye. hajj ki spirit aap ki poori zindagi mein shamil ho jaye. aqool qawli hadha wastaghfirullah alaikum ajmaeen.</w:t>
      </w:r>
    </w:p>
    <w:p>
      <w:pPr>
        <w:pStyle w:val="Heading2"/>
      </w:pPr>
      <w:r>
        <w:t>Ihram symbolizes leaving human civilization</w:t>
      </w:r>
    </w:p>
    <w:p>
      <w:r>
        <w:rPr>
          <w:color w:val="666666"/>
          <w:sz w:val="18"/>
        </w:rPr>
        <w:t>The Pilgrimage of Hajj | Maulana Wahiduddin Khan · 30s · at 6:27 · https://youtu.be/LrI5xzFpjCs?t=387</w:t>
      </w:r>
    </w:p>
    <w:p>
      <w:r>
        <w:rPr>
          <w:i/>
        </w:rPr>
        <w:t>“Yeh yeh kya hai?”</w:t>
      </w:r>
    </w:p>
    <w:p>
      <w:r>
        <w:rPr>
          <w:sz w:val="20"/>
        </w:rPr>
        <w:t>6:27  Yeh yeh kya hai? Yeh is baat ki alamat hai ke haji ne ab insani tamaddun ko chhoda aur woh fitrat ke tamaddun mein, khudai form mein aa gaya. Apne mahol ko chhoda us ne. Mahol ko chhoda tha us ne usi waqt jab ke us ne ghar se nikla tha. Lekin jab us ne Ihram pehan liya to mukammal taur par goya woh apne us</w:t>
      </w:r>
    </w:p>
    <w:p>
      <w:pPr>
        <w:pStyle w:val="Heading2"/>
      </w:pPr>
      <w:r>
        <w:t>Gautam Buddha's vessel story</w:t>
      </w:r>
    </w:p>
    <w:p>
      <w:r>
        <w:rPr>
          <w:color w:val="666666"/>
          <w:sz w:val="18"/>
        </w:rPr>
        <w:t>The Concept of Zikr e kathir in Islam I 26 Sept, 2010 - Maulana Wahiduddin Khan · 2m 55s · at 17:52 · https://youtu.be/ePHZRQ3mpXc?t=1072</w:t>
      </w:r>
    </w:p>
    <w:p>
      <w:r>
        <w:rPr>
          <w:i/>
        </w:rPr>
        <w:t>“Gautam Buddha ko ek milkman ne apne haan bulaya”</w:t>
      </w:r>
    </w:p>
    <w:p>
      <w:r>
        <w:rPr>
          <w:sz w:val="20"/>
        </w:rPr>
        <w:t>17:52  woh mujhe bohat hi pasand hai. isi liye main aksar batata hoon. Gautam Buddh ko aik mulk mein ne, yaani aik gwalay ne, apne haan bulaya.</w:t>
      </w:r>
      <w:r>
        <w:br/>
      </w:r>
      <w:r>
        <w:rPr>
          <w:sz w:val="20"/>
        </w:rPr>
        <w:t>18:06  us ne kaha ke mere paas gaaye</w:t>
      </w:r>
      <w:r>
        <w:br/>
      </w:r>
      <w:r>
        <w:rPr>
          <w:sz w:val="20"/>
        </w:rPr>
        <w:t>18:09  ka karobar hota hai, doodh ka, to main aap ko fresh doodh dena chahta hoon aur main aap se gyaan lena chahta hoon.</w:t>
      </w:r>
      <w:r>
        <w:br/>
      </w:r>
      <w:r>
        <w:rPr>
          <w:sz w:val="20"/>
        </w:rPr>
        <w:t>18:19  waise to main yahin pohncha deta, lekin aap mera yeh mujhe barkat dijiye, mujhe gyaan dijiye. to main</w:t>
      </w:r>
      <w:r>
        <w:br/>
      </w:r>
      <w:r>
        <w:rPr>
          <w:sz w:val="20"/>
        </w:rPr>
        <w:t>18:28  to Gautam Buddh us ke ghar gaye, aik bartan le gaye saath, lekin bartan ke andar jaan boojh kar unhon ne koi mitti daal di.</w:t>
      </w:r>
      <w:r>
        <w:br/>
      </w:r>
      <w:r>
        <w:rPr>
          <w:sz w:val="20"/>
        </w:rPr>
        <w:t>18:40  to jab unhon ne diya us gwalay ko, us mulk mein ko, to us ne dekha ke us ke andar to mitti hai.</w:t>
      </w:r>
      <w:r>
        <w:br/>
      </w:r>
      <w:r>
        <w:rPr>
          <w:sz w:val="20"/>
        </w:rPr>
        <w:t>18:50  to us ne kya kiya? khoob us ko saaf kiya, achhay tareeqay se maaj kar ke pani se saaf kiya, phir fresh milk us ke andar rakha</w:t>
      </w:r>
      <w:r>
        <w:br/>
      </w:r>
      <w:r>
        <w:rPr>
          <w:sz w:val="20"/>
        </w:rPr>
        <w:t>19:00  aur la kar ke Gautam Buddh ko diya.</w:t>
      </w:r>
      <w:r>
        <w:br/>
      </w:r>
      <w:r>
        <w:rPr>
          <w:sz w:val="20"/>
        </w:rPr>
        <w:t>19:04  to Gautam Buddh us ko le kar ke chalne lage.</w:t>
      </w:r>
      <w:r>
        <w:br/>
      </w:r>
      <w:r>
        <w:rPr>
          <w:sz w:val="20"/>
        </w:rPr>
        <w:t>19:11  to mulk mein ne kaha ke aap to bas doodh le ke chalay ja rahay hain aur hum ko gyaan to diya nahi aap ne.</w:t>
      </w:r>
      <w:r>
        <w:br/>
      </w:r>
      <w:r>
        <w:rPr>
          <w:sz w:val="20"/>
        </w:rPr>
        <w:t>19:18  to Gautam Buddh ne kaha ke main ne tum ko gyaan de diya.</w:t>
      </w:r>
      <w:r>
        <w:br/>
      </w:r>
      <w:r>
        <w:rPr>
          <w:sz w:val="20"/>
        </w:rPr>
        <w:t>19:25  unhon ne kaha woh kaise? kaha ke dekho, yeh jo bartan hai, yeh jo pot hai, is mein yeh saaf nahi tha.</w:t>
      </w:r>
      <w:r>
        <w:br/>
      </w:r>
      <w:r>
        <w:rPr>
          <w:sz w:val="20"/>
        </w:rPr>
        <w:t>19:38  to tum ne is mein fresh milk rakhna pasand nahi kiya</w:t>
      </w:r>
      <w:r>
        <w:br/>
      </w:r>
      <w:r>
        <w:rPr>
          <w:sz w:val="20"/>
        </w:rPr>
        <w:t>19:42  kyun ke fresh milk to kharab ho jata. to is mein safai ki tum ne, phir tum ne is ke andar taaza doodh, asli doodh rakha is ke andar.</w:t>
      </w:r>
      <w:r>
        <w:br/>
      </w:r>
      <w:r>
        <w:rPr>
          <w:sz w:val="20"/>
        </w:rPr>
        <w:t>19:55  to tumhara jo seena hai, tumhara jo container hai andar ka,</w:t>
      </w:r>
      <w:r>
        <w:br/>
      </w:r>
      <w:r>
        <w:rPr>
          <w:sz w:val="20"/>
        </w:rPr>
        <w:t>19:59  woh container hi ganda hai, polluted hai. woh container is mein logon ke baray mein tumhare andar shikayatein hain, logon ke baray mein talkhiyan hain, logon ke baray mein tumhare andar dushmaniayn hain,</w:t>
      </w:r>
      <w:r>
        <w:br/>
      </w:r>
      <w:r>
        <w:rPr>
          <w:sz w:val="20"/>
        </w:rPr>
        <w:t>20:18  logon ke baray mein tumhare andar hate hai. to tumhara container jo hai, woh to pollute ho chuka hai, ganda ho chuka hai.</w:t>
      </w:r>
      <w:r>
        <w:br/>
      </w:r>
      <w:r>
        <w:rPr>
          <w:sz w:val="20"/>
        </w:rPr>
        <w:t>20:28  to main gyaan rakhoon to kahan rakhoon?</w:t>
      </w:r>
      <w:r>
        <w:br/>
      </w:r>
      <w:r>
        <w:rPr>
          <w:sz w:val="20"/>
        </w:rPr>
        <w:t>20:33  yeh muamla bohat hi achhay tareeqay mein illustrate karta raha hai ke Khuda ki Khuda ka realization kis ko milta hai, Khuda ki marifat kis ko milti hai.</w:t>
      </w:r>
    </w:p>
    <w:p>
      <w:pPr>
        <w:pStyle w:val="Heading2"/>
      </w:pPr>
      <w:r>
        <w:t>Fasting cuts man to size, reveals helplessness</w:t>
      </w:r>
    </w:p>
    <w:p>
      <w:r>
        <w:rPr>
          <w:color w:val="666666"/>
          <w:sz w:val="18"/>
        </w:rPr>
        <w:t>Ramadan and The Quran 14 oct 2005 - Maulana Wahiduddin Khan · 3m 05s · at 48:52 · https://youtu.be/t_Ciia8JlBk?t=2932</w:t>
      </w:r>
    </w:p>
    <w:p>
      <w:r>
        <w:rPr>
          <w:i/>
        </w:rPr>
        <w:t>“Moman woh hai jo cut to size ho chuka ho”</w:t>
      </w:r>
    </w:p>
    <w:p>
      <w:r>
        <w:rPr>
          <w:sz w:val="20"/>
        </w:rPr>
        <w:t>48:52  yahan mein ek aur baat arz karna chahta hoon jo bohat important hai, woh yeh ke jahan tak mein ne samjha hai, momin woh hai jo cut aside ho chuka ho.</w:t>
      </w:r>
      <w:r>
        <w:br/>
      </w:r>
      <w:r>
        <w:rPr>
          <w:sz w:val="20"/>
        </w:rPr>
        <w:t>49:09  best behtareen word jo mujhe mila hai momin ke liye, woh hai man cut aside. man cut aside.</w:t>
      </w:r>
      <w:r>
        <w:br/>
      </w:r>
      <w:r>
        <w:rPr>
          <w:sz w:val="20"/>
        </w:rPr>
        <w:t>49:19  dekhen, man cut aside ka matlab kya hai? is ki mein ek misaal doonga. 1971 mein</w:t>
      </w:r>
      <w:r>
        <w:br/>
      </w:r>
      <w:r>
        <w:rPr>
          <w:sz w:val="20"/>
        </w:rPr>
        <w:t>49:28  jab india aur pakistan ki ladai hui, pakistan do tukre ho gaya. yani east pakistan aur mashriqi pakistan dono do alag alag mulk ban gaye.</w:t>
      </w:r>
      <w:r>
        <w:br/>
      </w:r>
      <w:r>
        <w:rPr>
          <w:sz w:val="20"/>
        </w:rPr>
        <w:t>49:38  to bohat si kitaben chhapi theen is zamane mein. un ke title kai tarah ke thay, maslan, "dismemberment of pakistan",</w:t>
      </w:r>
      <w:r>
        <w:br/>
      </w:r>
      <w:r>
        <w:rPr>
          <w:sz w:val="20"/>
        </w:rPr>
        <w:t>49:50  "partition of after partition" waghera. ek kitab ka title tha "pakistan cut aside".</w:t>
      </w:r>
      <w:r>
        <w:br/>
      </w:r>
      <w:r>
        <w:rPr>
          <w:sz w:val="20"/>
        </w:rPr>
        <w:t>50:03  "Pakistan cut aside" yani Pakistan jo tha, ek artificial barhothri thi, haqeeqi nahi thi.</w:t>
      </w:r>
      <w:r>
        <w:br/>
      </w:r>
      <w:r>
        <w:rPr>
          <w:sz w:val="20"/>
        </w:rPr>
        <w:t>50:12  woh kyunke yeh koi matlabi nahi ke ek mulk aisa ho jis ke beech mein hazar mil ka fasla ho. yeh to koi</w:t>
      </w:r>
      <w:r>
        <w:br/>
      </w:r>
      <w:r>
        <w:rPr>
          <w:sz w:val="20"/>
        </w:rPr>
        <w:t>50:21  aisa koi mulk duniya mein kabhi hua nahi. to ek masnooi mulk tha, woh ghubare jaisa hai. ghubare ka size bhi itna hota hai, phool ke itna bada hota hai.</w:t>
      </w:r>
      <w:r>
        <w:br/>
      </w:r>
      <w:r>
        <w:rPr>
          <w:sz w:val="20"/>
        </w:rPr>
        <w:t>50:32  to ek ghubare ki tarah ek phoola phoola hua ek mulk tha.</w:t>
      </w:r>
      <w:r>
        <w:br/>
      </w:r>
      <w:r>
        <w:rPr>
          <w:sz w:val="20"/>
        </w:rPr>
        <w:t>50:38  to jab bangladesh bana to gaya ke apne real size par aa gaya pakistan. to isi ko is ne kaha tha ke "pakistan cut aside".</w:t>
      </w:r>
      <w:r>
        <w:br/>
      </w:r>
      <w:r>
        <w:rPr>
          <w:sz w:val="20"/>
        </w:rPr>
        <w:t>50:51  to mein samajhta hoon ke momin ki</w:t>
      </w:r>
      <w:r>
        <w:br/>
      </w:r>
      <w:r>
        <w:rPr>
          <w:sz w:val="20"/>
        </w:rPr>
        <w:t>50:54  behtareen word jo mujhe milta hai ke woh man cut aside hota hai. aur yeh roza ek bohat aham hissa hai, bohat aham role hai roze ka.</w:t>
      </w:r>
      <w:r>
        <w:br/>
      </w:r>
      <w:r>
        <w:rPr>
          <w:sz w:val="20"/>
        </w:rPr>
        <w:t>51:05  yani insan apni helplessness ka ehsas karta hai</w:t>
      </w:r>
      <w:r>
        <w:br/>
      </w:r>
      <w:r>
        <w:rPr>
          <w:sz w:val="20"/>
        </w:rPr>
        <w:t>51:12  ke khana na mile to mein kuch bhi nahi hoon, pani na mile to mein kuch bhi nahi hoon, aaram karne ko na mile to mein kuch bhi nahi hoon, sone ko na mile to mein kuch bhi nahi hoon.</w:t>
      </w:r>
      <w:r>
        <w:br/>
      </w:r>
      <w:r>
        <w:rPr>
          <w:sz w:val="20"/>
        </w:rPr>
        <w:t>51:26  hum jo ek insan ke roop mein chalte phirte hain aur kaam karte hain, kab? jab hamein khana milta rahe, pani milta rahe, aaram karte rahein, hum neend hum ko aaye, raat ko soyein.</w:t>
      </w:r>
      <w:r>
        <w:br/>
      </w:r>
      <w:r>
        <w:rPr>
          <w:sz w:val="20"/>
        </w:rPr>
        <w:t>51:36  hum yeh sab ramzan mein sab gadbad ho jata hai,</w:t>
      </w:r>
      <w:r>
        <w:br/>
      </w:r>
      <w:r>
        <w:rPr>
          <w:sz w:val="20"/>
        </w:rPr>
        <w:t>51:41  sara mamla bikhar jata hai. to insan apne asli roop ko wahan tajurba karta hai, yani helplessness ka.</w:t>
      </w:r>
      <w:r>
        <w:br/>
      </w:r>
      <w:r>
        <w:rPr>
          <w:sz w:val="20"/>
        </w:rPr>
        <w:t>51:52  to asli jo roop hai insaan ka, woh yeh hai ke aik helpless,</w:t>
      </w:r>
    </w:p>
    <w:p>
      <w:pPr>
        <w:pStyle w:val="Heading2"/>
      </w:pPr>
      <w:r>
        <w:t>Arafat reminds of Day of Judgment</w:t>
      </w:r>
    </w:p>
    <w:p>
      <w:r>
        <w:rPr>
          <w:color w:val="666666"/>
          <w:sz w:val="18"/>
        </w:rPr>
        <w:t>The Pilgrimage of Hajj | Maulana Wahiduddin Khan · 1m 33s · at 32:59 · https://youtu.be/LrI5xzFpjCs?t=1979</w:t>
      </w:r>
    </w:p>
    <w:p>
      <w:r>
        <w:rPr>
          <w:i/>
        </w:rPr>
        <w:t>“Hajj ka aap jaante hain, sab se ahem hissa yahi hai”</w:t>
      </w:r>
    </w:p>
    <w:p>
      <w:r>
        <w:rPr>
          <w:sz w:val="20"/>
        </w:rPr>
        <w:t>32:59  hajj ka aap jante hain, sab se aham hissa yahi hai kyun ke hadees mein aata hai ke al hajj jo arafah, yani arafah ke maidan mein ikattha hona, yahi hajj ka sab se bara, sab se bara juz hai. to arafat kya hai? arafat ke maidan mein ikattha hona haqiqatan hashar ke maidan mein ikattha hone ki yaad dahani hai. is ki aik soorat hai kyun ke quran mein aaya hai, aata hai ke jab duniya khatam ho jayegi,</w:t>
      </w:r>
      <w:r>
        <w:br/>
      </w:r>
      <w:r>
        <w:rPr>
          <w:sz w:val="20"/>
        </w:rPr>
        <w:t>33:30  aakhri waqt aa jayega to khuda pukarega aur sare insan apne jaghon se nikal kar, apne qabron se nikal kar wahan daurenge, wahan pahunchenge jisko yom ul juma ka, wo jisko maidan e hashar kaha jata hai. Sare insan khuda ke samne ekatha ho jayenge wahan taake sab ka hisab kitab ho. To ye waqia jo hone wala hai, jisko quran mein yom ul juma kaha gaya hai, yom ul hisab kaha gaya hai, yom ul taghabun kaha gaya hai. Yom</w:t>
      </w:r>
      <w:r>
        <w:br/>
      </w:r>
      <w:r>
        <w:rPr>
          <w:sz w:val="20"/>
        </w:rPr>
        <w:t>34:00  ul taghabun ka matlab hai haar jeet ka din, yaani sare log ekatha hon aur sab ka faisla ho. Kisi ke liye haar ka faisla, kisi ke liye jeet ka faisla, kisi ke liye jannat ka faisla, kisi ke liye jahannum ka faisla. To sare logon ko Allah awaz dega, wahan daud kar wahan pahunchenge hashar ke maidan mein taake apne abadi anjam ka faisla sunein Allah ki zuban se. To isi hone wale waqie ki yaad dehani hai arafat ke maidan mein ekatha hona</w:t>
      </w:r>
    </w:p>
    <w:p>
      <w:pPr>
        <w:pStyle w:val="Heading2"/>
      </w:pPr>
      <w:r>
        <w:t>Focus on self-accountability not others' faults</w:t>
      </w:r>
    </w:p>
    <w:p>
      <w:r>
        <w:rPr>
          <w:color w:val="666666"/>
          <w:sz w:val="18"/>
        </w:rPr>
        <w:t>Hadith-e-Rasool | April 9, 2006 | Maulana Wahiduddin Khan · 5m 34s · at 1:00:23 · https://youtu.be/zxaMbPyrpQY?t=3623</w:t>
      </w:r>
    </w:p>
    <w:p>
      <w:r>
        <w:rPr>
          <w:i/>
        </w:rPr>
        <w:t>“مجھے ایک واقعہ ابھی ہوا”</w:t>
      </w:r>
    </w:p>
    <w:p>
      <w:r>
        <w:rPr>
          <w:sz w:val="20"/>
        </w:rPr>
        <w:t>1:00:23  dam ek badlao aa jayega. mujhe ek waqia abhi hua, us ko mein arz karta hoon. do char din pehle ki baat hai, America se ek sahib ne ek woh bheja, CD a kya kehte hain, us ko ek discovery jo hai, unhon ne ki thi internet par. ghanton waqt lagaya hoga us mein. to us mein</w:t>
      </w:r>
      <w:r>
        <w:br/>
      </w:r>
      <w:r>
        <w:rPr>
          <w:sz w:val="20"/>
        </w:rPr>
        <w:t>1:00:53  tha ke America mein ek kitab chhapi hai jis mein bataya gaya hai ke September 11 ka jo qissa hua tha, jis mein world tower ko jahaz se takra kar gira diya gaya tha, to September 11 ka waqia jo hai, woh khud George Bush ne karwaya tha. to unhon ne bari mehnat kar ke nikala us ko aur us ki copy bheji yahan ke "dekhiye, us ko</w:t>
      </w:r>
      <w:r>
        <w:br/>
      </w:r>
      <w:r>
        <w:rPr>
          <w:sz w:val="20"/>
        </w:rPr>
        <w:t>1:01:23  George Bush ne khud hi karwaya tha" yeh aap yaqeen kijiye ke mujhe is se koi dilchaspi nahi hui, kuch bhi maine us ko khol kar dekha bhi nahi. meri zaban par yeh aaya ke log doosron ka chapter kholne mein busy hain, apna chapter koi nahi kholta. jis ko dekhe, woh doosron ke chapter kholne ke laga hua hai. jis ko dekhe, hamar</w:t>
      </w:r>
      <w:r>
        <w:br/>
      </w:r>
      <w:r>
        <w:rPr>
          <w:sz w:val="20"/>
        </w:rPr>
        <w:t>1:01:53  e samaj mein doosron ki kamzoriyan batana, doosron ki kami batana, doosron ki burai batana, doosron ke bare mein bari bari cheezen disclose karna. abhi mein kal gaya tha yahan par ek hospital mein, to ek sahib wahan kehne lage, "dekhen sahib, yeh doctor sahib jo hain, unhon ne yeh gadbad kar rakha hai." ab woh</w:t>
      </w:r>
      <w:r>
        <w:br/>
      </w:r>
      <w:r>
        <w:rPr>
          <w:sz w:val="20"/>
        </w:rPr>
        <w:t>1:02:23  ek disclose karne lage, jis ko dekhe, woh usi mein mashgool hai, doosron ka chapter kholne mein. lekin sacha insan woh hai jo apna chapter khole, jo introspection kare, apni kamzoriyon ko nikale. yaqeen kijiye ke yeh time ka waste karna hai, paise ka waste karna hai ke aap doosron ka chapter khulte rahen.</w:t>
      </w:r>
      <w:r>
        <w:br/>
      </w:r>
      <w:r>
        <w:rPr>
          <w:sz w:val="20"/>
        </w:rPr>
        <w:t>1:02:56  jis aadmi ko mein ek hadith se pehle sunai thi ke "la tazal qadam abdin hatta ursal aruwain" aadmi ke qadam hatenge nahi Khuda ke samne se. yeh day of judgment ki baat kahi gayi hai, day of judgment ki baat kahi gayi hai. "la tazal qadam abdin hatta ursal aruwain" aadmi ek qadam Khuda ke samne se hate ga nahi jab tak char baaton ka woh jawab</w:t>
      </w:r>
      <w:r>
        <w:br/>
      </w:r>
      <w:r>
        <w:rPr>
          <w:sz w:val="20"/>
        </w:rPr>
        <w:t>1:03:26  na de le, jab tak woh char baaton ka jawab na de le. char baaten kya hain? jo maal kamaya, woh kahan se kamaya? is maal ko jo kharch kiya, woh kin baaton mein kharch kiya? aur yeh ke jo ilm hasil kiya</w:t>
      </w:r>
      <w:r>
        <w:br/>
      </w:r>
      <w:r>
        <w:rPr>
          <w:sz w:val="20"/>
        </w:rPr>
        <w:t>1:03:56  , woh kaun sa ilm hasil kiya? aur is ilm ko jahan istemal kiya, woh kahan istemal kiya? yeh chaar baatein hain. ab bataiye ke agar aadmi yeh soche to usko discharge, ab sara sara concern ban jaye uska ke apne chapter kholo. doosron ka chapter kholna, yaqeen kijiye ke intellectual, yani intellectual logon ke</w:t>
      </w:r>
      <w:r>
        <w:br/>
      </w:r>
      <w:r>
        <w:rPr>
          <w:sz w:val="20"/>
        </w:rPr>
        <w:t>1:04:26  shaitani bura lafz agar bolunga, ek satiric kaam hai jis mein intellectuals phanse rehte hain. maine yeh paya hai ke saare intellectuals doosron ke chapter kholne mein lage rehte hain. ab maslan yeh jo aaya hai, wahan se sirf yani circumstantial evidence base karta hai, woh sara waqt is mein koi real proof nahi hai. circumstantial evidence par, aur yaad rakhiye, circumstantial evidence mein itni gunjaish hai ke hum jo yahan</w:t>
      </w:r>
      <w:r>
        <w:br/>
      </w:r>
      <w:r>
        <w:rPr>
          <w:sz w:val="20"/>
        </w:rPr>
        <w:t>1:04:56  kaam kar rahe hain, isi ko bata sakta hai ke hum jail khane mein baithe hue hain aur choriyaan kar rahe hain. circumstantial evidence mein bohat zyada gunjaish hoti hai baat ko idhar udhar karne ki. ek hi baat ko das andaaz se aap nikaal sakte hain. iska matlab jab tak aap ke paas koi real factual evidence na ho, circumstantial evidence ko kuch bhi nahi samajhti. chunancha adalaton, hamari jo adalaten hain, kabhi bhi koi judge circumstan</w:t>
      </w:r>
      <w:r>
        <w:br/>
      </w:r>
      <w:r>
        <w:rPr>
          <w:sz w:val="20"/>
        </w:rPr>
        <w:t>1:05:26  tial evidence faisla nahi deta. yeh law hai. aisi kitabein likhte hain, log padhte hain aur dhoom machate hain aur kharidte hain. isko yeh sab intellectual corruption ka nateeja hai. yeh sab hai. to behal, main yeh keh raha tha ke jo spirit hai hadith ki, woh yeh hai ke aadmi ko chahiye ke woh apna chapter khole.</w:t>
      </w:r>
    </w:p>
    <w:p>
      <w:pPr>
        <w:pStyle w:val="Heading2"/>
      </w:pPr>
      <w:r>
        <w:t>Reward for fasting is from Allah</w:t>
      </w:r>
    </w:p>
    <w:p>
      <w:r>
        <w:rPr>
          <w:color w:val="666666"/>
          <w:sz w:val="18"/>
        </w:rPr>
        <w:t>Message on Eid-al-Fitr April 11, 2024 Prof. Farida Khanam and Dr. Saniyasnain Khan · 1m 50s · at 17:22 · https://youtu.be/3qViBNVh85o?t=1042</w:t>
      </w:r>
    </w:p>
    <w:p>
      <w:r>
        <w:rPr>
          <w:i/>
        </w:rPr>
        <w:t>“Yani iska matlab yeh hai ki Allah kitna tadardah hai”</w:t>
      </w:r>
    </w:p>
    <w:p>
      <w:r>
        <w:rPr>
          <w:sz w:val="20"/>
        </w:rPr>
        <w:t>17:22  yaani iska matlab yeh hai ke allah kitna dardmand hai, bando ke amal ka ke zyada reward deta</w:t>
      </w:r>
      <w:r>
        <w:br/>
      </w:r>
      <w:r>
        <w:rPr>
          <w:sz w:val="20"/>
        </w:rPr>
        <w:t>17:31  hai aur ek aise hi ek aur hadith hai jiska main kuch hissa lunga ramzan ke mutalliq woh</w:t>
      </w:r>
      <w:r>
        <w:br/>
      </w:r>
      <w:r>
        <w:rPr>
          <w:sz w:val="20"/>
        </w:rPr>
        <w:t>17:41  hadith hai ke hadith mein aata hai ke jo bhi koi amal karta hai insaan, good deed karta</w:t>
      </w:r>
      <w:r>
        <w:br/>
      </w:r>
      <w:r>
        <w:rPr>
          <w:sz w:val="20"/>
        </w:rPr>
        <w:t>17:50  hai, uska 10 times se lekar 700 times tak reward allah taala deta hai.</w:t>
      </w:r>
      <w:r>
        <w:br/>
      </w:r>
      <w:r>
        <w:rPr>
          <w:sz w:val="20"/>
        </w:rPr>
        <w:t>18:00  10 times se hundred, seven hundred times tak yaani depending on his spirit aur jo uska shauk hai. lekin usi hadish mein allah talah farmata hai illah saum ke roze ke alawa. yaani roze ka jo reward hai wo uski koi limit nahi hai, unlimited reward hai.</w:t>
      </w:r>
      <w:r>
        <w:br/>
      </w:r>
      <w:r>
        <w:rPr>
          <w:sz w:val="20"/>
        </w:rPr>
        <w:t>18:21  yeh allad allad dekhega ki kaisi spirit hai uske mutabik wo reward kitna bhi de sakta hai aur allat alfamata hai fainaahuli wa anajzeebih ki yeh roza mere liye hai aur main hi iska reward dunga. yaani apni taraf mansoof karta hai ki main reward dunga aur unlimited reward dunga. koi fixed reward iska nahi hai.</w:t>
      </w:r>
      <w:r>
        <w:br/>
      </w:r>
      <w:r>
        <w:rPr>
          <w:sz w:val="20"/>
        </w:rPr>
        <w:t>18:46  yaani jo bhi bando ki kaifiyat hai, dilli kaifiyat hai, uske mutabik reward allah talah deta hai. to isse pata chalta hai ki roze ki jo spirit hai wo important hai aur allah talah wahi dekhega ki kiski kisne kitni spirit aur kitne kaifiyat uski thi roze ke boran.</w:t>
      </w:r>
      <w:r>
        <w:br/>
      </w:r>
      <w:r>
        <w:rPr>
          <w:sz w:val="20"/>
        </w:rPr>
        <w:t>19:12  aise hi isi hadith ka ek aur hissa hai ke jab koi roza rakhe aur usse koi ladai</w:t>
      </w:r>
    </w:p>
    <w:p>
      <w:pPr>
        <w:pStyle w:val="Heading2"/>
      </w:pPr>
      <w:r>
        <w:t>Definition of Zakat as 2.5 percent</w:t>
      </w:r>
    </w:p>
    <w:p>
      <w:r>
        <w:rPr>
          <w:color w:val="666666"/>
          <w:sz w:val="18"/>
        </w:rPr>
        <w:t>Spirit of Zakat I May 4, 2007 · 30s · at 24:23 · https://youtu.be/CSXO7LY_9cM?t=1463</w:t>
      </w:r>
    </w:p>
    <w:p>
      <w:r>
        <w:rPr>
          <w:i/>
        </w:rPr>
        <w:t>“Aam i'tibar se zakat yeh hai keh”</w:t>
      </w:r>
    </w:p>
    <w:p>
      <w:r>
        <w:rPr>
          <w:sz w:val="20"/>
        </w:rPr>
        <w:t>24:23  ge ke zakat kya hai? Yani aam aitbaar se zakat yeh hai ke saal bhar aap ne kamaya, saal ke aakhir mein jo kuch hai aap ke paas, us mein se aap ne dhai percent de diya. Saal bhar kamaya aap ne, kharch kiya, hote hote aakhir mein jo jis ko kehte hain haulana haul, haulana haul, saal ke poora hone par jo maal aap ke paas hai, us mein se aap ne dhai</w:t>
      </w:r>
    </w:p>
    <w:p>
      <w:pPr>
        <w:pStyle w:val="Heading2"/>
      </w:pPr>
      <w:r>
        <w:t>Everywhere signs of God as poet said</w:t>
      </w:r>
    </w:p>
    <w:p>
      <w:r>
        <w:rPr>
          <w:color w:val="666666"/>
          <w:sz w:val="18"/>
        </w:rPr>
        <w:t>Remembrance of God December 30, 2017 · 37s · at 19:25 · https://youtu.be/EAlfS5kuHfA?t=1165</w:t>
      </w:r>
    </w:p>
    <w:p>
      <w:r>
        <w:rPr>
          <w:i/>
        </w:rPr>
        <w:t>“Har jagah Allah dikhayi dega”</w:t>
      </w:r>
    </w:p>
    <w:p>
      <w:r>
        <w:rPr>
          <w:sz w:val="20"/>
        </w:rPr>
        <w:t>19:25  is tarah se dekhen, jab aap ka mind is tarah se prepared ho, to woh bar bar trigger hoga, bar bar us ko point of reference milen ge,</w:t>
      </w:r>
      <w:r>
        <w:br/>
      </w:r>
      <w:r>
        <w:rPr>
          <w:sz w:val="20"/>
        </w:rPr>
        <w:t>19:42  aur phir us ko har jagah Allah dikhai de ga. Jaise ek shayar ne kaha tha: "Wa fi kulli shain lahu ayatun tadullu 'alal wahid" yani har har cheez mein Khuda ka nishan.</w:t>
      </w:r>
    </w:p>
    <w:p>
      <w:pPr>
        <w:pStyle w:val="Heading2"/>
      </w:pPr>
      <w:r>
        <w:t>Satan has no power to force sin</w:t>
      </w:r>
    </w:p>
    <w:p>
      <w:r>
        <w:rPr>
          <w:color w:val="666666"/>
          <w:sz w:val="18"/>
        </w:rPr>
        <w:t>Soulful Ramadan Inspiring Duas and Hadiths</w:t>
        <w:br/>
        <w:t>March 10, 2024 · 38s · at 13:26 · https://youtu.be/ZXO-tq7pyQA?t=806</w:t>
      </w:r>
    </w:p>
    <w:p>
      <w:r>
        <w:rPr>
          <w:i/>
        </w:rPr>
        <w:t>“Satan has no power over My righteous servants”</w:t>
      </w:r>
    </w:p>
    <w:p>
      <w:r>
        <w:rPr>
          <w:sz w:val="20"/>
        </w:rPr>
        <w:t>13:26  to shaitan ka kaam yeh hai ki woh bure amal ko, bure kaam ko beautify karke dikhaye. aur to phir aadmi uske peeche daud, daud padta hai. aur isi liye quran mein aata hai, "inna ibadaa-ti illal ghawiyyun," yaani jo mere nek bande honge, allah taala farmata hai,</w:t>
      </w:r>
      <w:r>
        <w:br/>
      </w:r>
      <w:r>
        <w:rPr>
          <w:sz w:val="20"/>
        </w:rPr>
        <w:t>13:45  woh un par koi asar nahi hoga tumhara. sirf woh log asar andaaz honge jo tumhare peeche chal, chal pade.</w:t>
      </w:r>
      <w:r>
        <w:br/>
      </w:r>
      <w:r>
        <w:rPr>
          <w:sz w:val="20"/>
        </w:rPr>
        <w:t>13:53  to yeh a, yaani koi a shaitan ke paas koi power nahi hai ki hamein zabardasti humse koi bura kaam kara de. hum, wo to hum khud usse mu</w:t>
      </w:r>
    </w:p>
    <w:p>
      <w:pPr>
        <w:pStyle w:val="Heading2"/>
      </w:pPr>
      <w:r>
        <w:t>Ramadan is month of spiritual activism</w:t>
      </w:r>
    </w:p>
    <w:p>
      <w:r>
        <w:rPr>
          <w:color w:val="666666"/>
          <w:sz w:val="18"/>
        </w:rPr>
        <w:t>Ramadan and The Quran September 03, 2006 Maulana Wahiduddin Khan · 43s · at 21:21 · https://youtu.be/LJU2AJuPQZc?t=1281</w:t>
      </w:r>
    </w:p>
    <w:p>
      <w:r>
        <w:rPr>
          <w:i/>
        </w:rPr>
        <w:t>“Roze ka mahina hai spiritual activism ka mahina”</w:t>
      </w:r>
    </w:p>
    <w:p>
      <w:r>
        <w:rPr>
          <w:sz w:val="20"/>
        </w:rPr>
        <w:t>21:21  judicial activism, media activism, educational activism. to is ko le kar agar main kahoon to main kahoon ga ke roze ka mahina jo hai woh woh hai spiritual activism ka mahina.</w:t>
      </w:r>
      <w:r>
        <w:br/>
      </w:r>
      <w:r>
        <w:rPr>
          <w:sz w:val="20"/>
        </w:rPr>
        <w:t>21:39  spiritual activism.</w:t>
      </w:r>
      <w:r>
        <w:br/>
      </w:r>
      <w:r>
        <w:rPr>
          <w:sz w:val="20"/>
        </w:rPr>
        <w:t>21:46  yani ek mahina hum khaas karte hain is ke liye ke hum</w:t>
      </w:r>
      <w:r>
        <w:br/>
      </w:r>
      <w:r>
        <w:rPr>
          <w:sz w:val="20"/>
        </w:rPr>
        <w:t>21:54  apni spirituality ko jagayenge. hamare andar jo jo content hai spirituality ka, woh aam dino mein soya rehta hai.</w:t>
      </w:r>
    </w:p>
    <w:p>
      <w:pPr>
        <w:pStyle w:val="Heading2"/>
      </w:pPr>
      <w:r>
        <w:t>Itikaf's real purpose and a chilling mosque anecdote</w:t>
      </w:r>
    </w:p>
    <w:p>
      <w:r>
        <w:rPr>
          <w:color w:val="666666"/>
          <w:sz w:val="18"/>
        </w:rPr>
        <w:t>In Conversation with Maulana Wahiduddin Khan (Amaal-e-Ramadan) 25 Aug, 2007 · 2m 16s · at 37:06 · https://youtu.be/DRE5UnumqIY?t=2226</w:t>
      </w:r>
    </w:p>
    <w:p>
      <w:r>
        <w:rPr>
          <w:i/>
        </w:rPr>
        <w:t>“Ramzan mein aitikaf kya aata hai?”</w:t>
      </w:r>
    </w:p>
    <w:p>
      <w:r>
        <w:rPr>
          <w:sz w:val="20"/>
        </w:rPr>
        <w:t>37:06  bilkul sahi hai. ramzan mein aitkaf kiya aata hai? aitkaf ki kya ahmiyat hai? aitkaf jo hai, isi maqsad ko jis ke liye roza hai, isi ko aur zyada hasil karne ki tadbeer hai.</w:t>
      </w:r>
      <w:r>
        <w:br/>
      </w:r>
      <w:r>
        <w:rPr>
          <w:sz w:val="20"/>
        </w:rPr>
        <w:t>37:20  yani ek sui. eitkaf ka matlab hai ek sui. aam taur par roze mein bhi ek sui matloob hai. ji, ke aadmi khane peene ka mashghala na rakhega to kuch time zyada mil jayega is ko.</w:t>
      </w:r>
      <w:r>
        <w:br/>
      </w:r>
      <w:r>
        <w:rPr>
          <w:sz w:val="20"/>
        </w:rPr>
        <w:t>37:34  hmm, isi tarah se aur bhi zyada yeksui karne ke liye woh masjid mein baith jata hai kuch dinon ke liye. to eitkaf jo hai, sach poochhen to isi amal ke liye.</w:t>
      </w:r>
      <w:r>
        <w:br/>
      </w:r>
      <w:r>
        <w:rPr>
          <w:sz w:val="20"/>
        </w:rPr>
        <w:t>37:46  yani ibadat hai, zikr hai, tilawat hai, Allah taala ko yaad karna hai. isi amal ke liye koi prasarar cheez nahi hai woh.</w:t>
      </w:r>
      <w:r>
        <w:br/>
      </w:r>
      <w:r>
        <w:rPr>
          <w:sz w:val="20"/>
        </w:rPr>
        <w:t>37:56  ji, isi amal ko mazeed yeksui ke sath ada karne ke liye eitkaf kiya jata hai.</w:t>
      </w:r>
      <w:r>
        <w:br/>
      </w:r>
      <w:r>
        <w:rPr>
          <w:sz w:val="20"/>
        </w:rPr>
        <w:t>38:03  yani Ramzan ki jo Ramzan ke jo aamal hain, unhi ki zyada murtakiz surat hai eitkaf. haan, yeh bilkul sahi kaha aap ne. hadith mein aaya hai eitkaf ke bare mein ke ya'takifu al-zunub.</w:t>
      </w:r>
      <w:r>
        <w:br/>
      </w:r>
      <w:r>
        <w:rPr>
          <w:sz w:val="20"/>
        </w:rPr>
        <w:t>38:17  iska kya matlab hoga?</w:t>
      </w:r>
      <w:r>
        <w:br/>
      </w:r>
      <w:r>
        <w:rPr>
          <w:sz w:val="20"/>
        </w:rPr>
        <w:t>38:20  yeh iska ek pehlu hai ke aadmi apne ko gunahon se door kar leta hai. zahir hai ke jab aap masjid ke koshish mein ja kar baith jayenge, hmm, samaj mein nahi honge, ma'ashre ke andar nahi honge to zunub se door ho gaye aap.</w:t>
      </w:r>
      <w:r>
        <w:br/>
      </w:r>
      <w:r>
        <w:rPr>
          <w:sz w:val="20"/>
        </w:rPr>
        <w:t>38:35  kyunki zunb jo hai, woh masjid mein to hota nahi, logon ke beech mein hota hai, samaj ke andar hota hai.</w:t>
      </w:r>
      <w:r>
        <w:br/>
      </w:r>
      <w:r>
        <w:rPr>
          <w:sz w:val="20"/>
        </w:rPr>
        <w:t>38:42  to ab wahan masjid ja kar ke agar koi zunb kare, matlab buri baaten soche, koi sazish kare, hmm, kisi ke khilaf. main ek sahib ko janta hoon, woh masjid mein qatl ki sazish karte the.</w:t>
      </w:r>
      <w:r>
        <w:br/>
      </w:r>
      <w:r>
        <w:rPr>
          <w:sz w:val="20"/>
        </w:rPr>
        <w:t>38:55  woh, hmm, apne mukhalif fareeq jo tha, uska usko</w:t>
      </w:r>
      <w:r>
        <w:br/>
      </w:r>
      <w:r>
        <w:rPr>
          <w:sz w:val="20"/>
        </w:rPr>
        <w:t>39:01  qatl karwane karwaya unhon ne. to uski sazish unhon ne masjid mein ki thi. hmm, to masjid mein bhi zunb kar sakta hai aadmi. ji, kyunki zunb ka ta'alluq soch se hai.</w:t>
      </w:r>
      <w:r>
        <w:br/>
      </w:r>
      <w:r>
        <w:rPr>
          <w:sz w:val="20"/>
        </w:rPr>
        <w:t>39:14  soch to phir bhi aap ke sath rahegi, chahe aap masjid mein hon, chahe samaj mein hon. bilkul. to soch ki satah par apne ko</w:t>
      </w:r>
      <w:r>
        <w:br/>
      </w:r>
      <w:r>
        <w:rPr>
          <w:sz w:val="20"/>
        </w:rPr>
        <w:t>39:20  zunub se door karna padta hai.</w:t>
      </w:r>
    </w:p>
    <w:p>
      <w:pPr>
        <w:pStyle w:val="Heading2"/>
      </w:pPr>
      <w:r>
        <w:t>Allah never fails to fulfill His promise</w:t>
      </w:r>
    </w:p>
    <w:p>
      <w:r>
        <w:rPr>
          <w:color w:val="666666"/>
          <w:sz w:val="18"/>
        </w:rPr>
        <w:t>Powerful Life-Changing Quranic Duas with Explanation (English) October 27, 2024 · 32s · at 14:27 · https://youtu.be/4cYteSjPIKw?t=867</w:t>
      </w:r>
    </w:p>
    <w:p>
      <w:r>
        <w:rPr>
          <w:i/>
        </w:rPr>
        <w:t>“Allah never fails to fulfill His promise.”</w:t>
      </w:r>
    </w:p>
    <w:p>
      <w:r>
        <w:rPr>
          <w:sz w:val="20"/>
        </w:rPr>
        <w:t>14:27  "an alla layakhlaf almiad". God will fulfill his promises.</w:t>
      </w:r>
      <w:r>
        <w:br/>
      </w:r>
      <w:r>
        <w:rPr>
          <w:sz w:val="20"/>
        </w:rPr>
        <w:t>14:33  .This is the prayer of Prophet Ibrahim, Ibrahim Alaihis Salam. This is a prayer of a believer when he contemplates in the Day of Judgment, and the doom said.</w:t>
      </w:r>
      <w:r>
        <w:br/>
      </w:r>
      <w:r>
        <w:rPr>
          <w:sz w:val="20"/>
        </w:rPr>
        <w:t>14:49  when God will bring the entire humanity together, the belief, reflection, the today, and the Day of Judgment</w:t>
      </w:r>
      <w:r>
        <w:br/>
      </w:r>
      <w:r>
        <w:rPr>
          <w:sz w:val="20"/>
        </w:rPr>
        <w:t>15:00  , and that turns into a dua. Allah, save us from the difficult moment when no one is in a help.</w:t>
      </w:r>
    </w:p>
    <w:p>
      <w:pPr>
        <w:pStyle w:val="Heading2"/>
      </w:pPr>
      <w:r>
        <w:t>Only humans discover blessings through fasting</w:t>
      </w:r>
    </w:p>
    <w:p>
      <w:r>
        <w:rPr>
          <w:color w:val="666666"/>
          <w:sz w:val="18"/>
        </w:rPr>
        <w:t>The Spirit of Ramadan 5 Sept, 2010 - Maulana Wahiduddin Khan · 2m 13s · at 3:04 · https://youtu.be/2w5Tm9gWvPA?t=184</w:t>
      </w:r>
    </w:p>
    <w:p>
      <w:r>
        <w:rPr>
          <w:i/>
        </w:rPr>
        <w:t>“Roza farz kiya gaya kis ke liye?”</w:t>
      </w:r>
    </w:p>
    <w:p>
      <w:r>
        <w:rPr>
          <w:sz w:val="20"/>
        </w:rPr>
        <w:t>3:04  farz kiya gaya kis ke liye؟ insaan ke liye. sher aur haathi ko roza nahi rakhna hai. pahaad aur samundaron ko roza nahi rakhna hai.</w:t>
      </w:r>
      <w:r>
        <w:br/>
      </w:r>
      <w:r>
        <w:rPr>
          <w:sz w:val="20"/>
        </w:rPr>
        <w:t>3:16  star aur planets ke liye roza nahi hai. yeh hai comparison.</w:t>
      </w:r>
      <w:r>
        <w:br/>
      </w:r>
      <w:r>
        <w:rPr>
          <w:sz w:val="20"/>
        </w:rPr>
        <w:t>3:23  is tarah jab aap sochenge to bohat ajeeb ghareeb qism ki ek ek aap ko haqeeqat maloom hogi. keh sirf insaan ko Allah ne chuna keh woh roza rakhe.</w:t>
      </w:r>
      <w:r>
        <w:br/>
      </w:r>
      <w:r>
        <w:rPr>
          <w:sz w:val="20"/>
        </w:rPr>
        <w:t>3:37  aur itni bari universe hai, itni bari kainat hai, kisi ke liye roza rakhna nahi muqarrar kiya gaya. to is ka matlab hai keh koi bohat hi bari baat is ke andar hai.</w:t>
      </w:r>
      <w:r>
        <w:br/>
      </w:r>
      <w:r>
        <w:rPr>
          <w:sz w:val="20"/>
        </w:rPr>
        <w:t>3:49  bohat hi bari baat hai. woh kya hai؟</w:t>
      </w:r>
      <w:r>
        <w:br/>
      </w:r>
      <w:r>
        <w:rPr>
          <w:sz w:val="20"/>
        </w:rPr>
        <w:t>3:55  yaani roze mein kya karte hain aap؟ hadees mein aata hai keh roze ka sawab insaan ko, bohat rozedaar ko bohat zyada diya jaata hai.</w:t>
      </w:r>
      <w:r>
        <w:br/>
      </w:r>
      <w:r>
        <w:rPr>
          <w:sz w:val="20"/>
        </w:rPr>
        <w:t>4:10  unlimited diya jaata hai.</w:t>
      </w:r>
      <w:r>
        <w:br/>
      </w:r>
      <w:r>
        <w:rPr>
          <w:sz w:val="20"/>
        </w:rPr>
        <w:t>4:13  to hadees mein aata hai keh "یدع طعامہ وشرابہ ولذتہ وشہوتہ لاجلی"۔</w:t>
      </w:r>
      <w:r>
        <w:br/>
      </w:r>
      <w:r>
        <w:rPr>
          <w:sz w:val="20"/>
        </w:rPr>
        <w:t>4:24  yaani rozedaar mere liye, yaani Allah ke liye chhodta hai khane ko, peene ko, lazzaton ko.</w:t>
      </w:r>
      <w:r>
        <w:br/>
      </w:r>
      <w:r>
        <w:rPr>
          <w:sz w:val="20"/>
        </w:rPr>
        <w:t>4:34  sirf Allah ke liye.</w:t>
      </w:r>
      <w:r>
        <w:br/>
      </w:r>
      <w:r>
        <w:rPr>
          <w:sz w:val="20"/>
        </w:rPr>
        <w:t>4:37  to yeh yeh sharaf sirf insaan ko haasil hai keh woh chhodde kisi cheez ko. aur jo makhlooqat hain woh jaanti hi nahi keh chhodna bhi koi cheez hai. chhodne se kya hota hai؟</w:t>
      </w:r>
      <w:r>
        <w:br/>
      </w:r>
      <w:r>
        <w:rPr>
          <w:sz w:val="20"/>
        </w:rPr>
        <w:t>4:50  is ki ahmiyat aap samajh paate hain. jab aap paani se apne ko mehroom kiya, jaan boojh kar. bhooke aur pyaase rahe aap.</w:t>
      </w:r>
      <w:r>
        <w:br/>
      </w:r>
      <w:r>
        <w:rPr>
          <w:sz w:val="20"/>
        </w:rPr>
        <w:t>4:59  phir shaam ko iftar ke waqt aap ne paani piya, khana khaya. to aap ne discover kiya</w:t>
      </w:r>
      <w:r>
        <w:br/>
      </w:r>
      <w:r>
        <w:rPr>
          <w:sz w:val="20"/>
        </w:rPr>
        <w:t>5:06  keh yeh jo khana aur paani hai Allah ki kitni bari nemat hai. to discovery ke baad jo aadmi ke andar ehsaas jaagta hai woh ajeeb o ghareeb cheez hai.</w:t>
      </w:r>
    </w:p>
    <w:p>
      <w:pPr>
        <w:pStyle w:val="Heading2"/>
      </w:pPr>
      <w:r>
        <w:t>personal testimony: understanding Eid, trust, and reviving dawah</w:t>
      </w:r>
    </w:p>
    <w:p>
      <w:r>
        <w:rPr>
          <w:color w:val="666666"/>
          <w:sz w:val="18"/>
        </w:rPr>
        <w:t>Eid Special CPS Women Interaction June 29, 2023 · 5m 52s · at 24:31 · https://youtu.be/Os7IYYOg8v4?t=1471</w:t>
      </w:r>
    </w:p>
    <w:p>
      <w:r>
        <w:rPr>
          <w:i/>
        </w:rPr>
        <w:t>“Pehli baar zindagi mein mujhe Eid ul-Adha meri samajh mein aayi hai”</w:t>
      </w:r>
    </w:p>
    <w:p>
      <w:r>
        <w:rPr>
          <w:sz w:val="20"/>
        </w:rPr>
        <w:t>24:31  haan, please. Please raise your hand for this. Ok. Assalamu Alaikum everyone. Shukriya. Pehli baar zindagi mein mujhe Izd-e-Adasi meri samajh mein aayi hai because of Maulana video.</w:t>
      </w:r>
      <w:r>
        <w:br/>
      </w:r>
      <w:r>
        <w:rPr>
          <w:sz w:val="20"/>
        </w:rPr>
        <w:t>24:52  kal afternoon maine Maulana ki video dekhi thi toh usmein Maulana ne point to point detail bhi Idlajaa'a Preeta Idlajaa'a ke bare mein bole the. Main toh gyaarah saal se aisi bayan sabhi net hi suni hai. Toh yahi first time hai main iske bare mein sunna aur Maulana ka jo takeaway hai Maulana ki learning yeh jo talks hai yeh ek hai.</w:t>
      </w:r>
      <w:r>
        <w:br/>
      </w:r>
      <w:r>
        <w:rPr>
          <w:sz w:val="20"/>
        </w:rPr>
        <w:t>25:22  Ibrahwalas ke lamb ko jaisa Allah Taala aankh se bachaya hai waisa hi daai ko jo pareshani aaye toh bhi Allah Taala bachata hai. Toh hamare andar jo negativity hai, jo complaint culture hai, jo violence hai woh khatam karni chahiye. Wahi asal khulwari hai.</w:t>
      </w:r>
      <w:r>
        <w:br/>
      </w:r>
      <w:r>
        <w:rPr>
          <w:sz w:val="20"/>
        </w:rPr>
        <w:t>25:43  Eid ka din wahi qurbani karni chahiye aur Khuda ki mission ke liye jo aadmi khada hote hain uske liye Allah mazgar van banta hai. Yeh toh hum sabko experience hai ke Allah bohat bara vaccine madadgar hai. Woh kis tarah unki daai ko protect karta, kis tarah guide karta.</w:t>
      </w:r>
      <w:r>
        <w:br/>
      </w:r>
      <w:r>
        <w:rPr>
          <w:sz w:val="20"/>
        </w:rPr>
        <w:t>26:08  toh hum real life mein bhi experience karte hain aur meri special learning hai Molana mein Molana mein ke zariye se ke ek daai up to date training chahiye. Toh zamana ke according to their zamana ke intellectually updated rehni chahiye aur physically physically bhi active rehna chahiye.</w:t>
      </w:r>
      <w:r>
        <w:br/>
      </w:r>
      <w:r>
        <w:rPr>
          <w:sz w:val="20"/>
        </w:rPr>
        <w:t>26:34  yeh Maulana sab prove karke dikhaya hai ke Maulana sab ne English bar seekh seekha hai apne aap ko health healthy ke matlab simplicity ke saath simple food liya hai.</w:t>
      </w:r>
      <w:r>
        <w:br/>
      </w:r>
      <w:r>
        <w:rPr>
          <w:sz w:val="20"/>
        </w:rPr>
        <w:t>26:48  simplicity ke saath positive thinking ke saath apne aap ko bohat achhe se fit rakha hai ke daai ke do tasks hain ke intellectually apne aap ko develop karni chahiye aur physically apni health ko maintain karni chahiye.</w:t>
      </w:r>
      <w:r>
        <w:br/>
      </w:r>
      <w:r>
        <w:rPr>
          <w:sz w:val="20"/>
        </w:rPr>
        <w:t>27:05  kyunki duniya bhar opportunities itna aware hokar hai ke hum mentally physically active hone se unko avail kar</w:t>
      </w:r>
      <w:r>
        <w:br/>
      </w:r>
      <w:r>
        <w:rPr>
          <w:sz w:val="20"/>
        </w:rPr>
        <w:t>27:13  sakte hain aur ek zamane se hamein bhi saath saath chadh sakte hain kyunki allah taalaah humko madad</w:t>
      </w:r>
      <w:r>
        <w:br/>
      </w:r>
      <w:r>
        <w:rPr>
          <w:sz w:val="20"/>
        </w:rPr>
        <w:t>27:21  karne ke liye, humko guide karne ke liye allah taalaah maujood hai thak bahut har haal mein hum</w:t>
      </w:r>
      <w:r>
        <w:br/>
      </w:r>
      <w:r>
        <w:rPr>
          <w:sz w:val="20"/>
        </w:rPr>
        <w:t>27:29  sukhaar na late hai lekin allah taalaah hamare bahut nazdeek hai, bahut nazdeek hai.</w:t>
      </w:r>
      <w:r>
        <w:br/>
      </w:r>
      <w:r>
        <w:rPr>
          <w:sz w:val="20"/>
        </w:rPr>
        <w:t>27:38  aaye mere bando, tumhein gusse maango, gusse gaayat maango, gusse gaayat maango, tumhari main tumhari gaayat karunga, tumhari plant khaunga. Toh kal subah maine darya karne baithi thi tab mere andar itna sukoon aayi thi main aisa feel hui ke parishtor ka bheed mere mere saamne aaya hai.</w:t>
      </w:r>
      <w:r>
        <w:br/>
      </w:r>
      <w:r>
        <w:rPr>
          <w:sz w:val="20"/>
        </w:rPr>
        <w:t>28:05  to maine us par, us par dekha hai salah wale kumhe alag malai kahin hai aur left and</w:t>
      </w:r>
      <w:r>
        <w:br/>
      </w:r>
      <w:r>
        <w:rPr>
          <w:sz w:val="20"/>
        </w:rPr>
        <w:t>28:11  right and back arms to kahin hai aur maine yahi dwar kya hai ki allahlah jo dwar karna</w:t>
      </w:r>
      <w:r>
        <w:br/>
      </w:r>
      <w:r>
        <w:rPr>
          <w:sz w:val="20"/>
        </w:rPr>
        <w:t>28:17  mujhe aata nahi hai lekin hamare sabke hak mein jo jo behtar hai wahi dua kar rahi hoon</w:t>
      </w:r>
      <w:r>
        <w:br/>
      </w:r>
      <w:r>
        <w:rPr>
          <w:sz w:val="20"/>
        </w:rPr>
        <w:t>28:23  ki jo andar mere andar ka feeling hai tu samajh sakta hai, tu jaane wala hai to meri</w:t>
      </w:r>
      <w:r>
        <w:br/>
      </w:r>
      <w:r>
        <w:rPr>
          <w:sz w:val="20"/>
        </w:rPr>
        <w:t>28:29  dua ko khukool karne aur hum sab kuch jahan mart hai bachcha aur general wirdos mein aadha logon</w:t>
      </w:r>
      <w:r>
        <w:br/>
      </w:r>
      <w:r>
        <w:rPr>
          <w:sz w:val="20"/>
        </w:rPr>
        <w:t>28:35  ke saath humko darjar hatakar.</w:t>
      </w:r>
      <w:r>
        <w:br/>
      </w:r>
      <w:r>
        <w:rPr>
          <w:sz w:val="20"/>
        </w:rPr>
        <w:t>28:41  yahi dua kiya hai woh few seconds ke liye pee rahi hai aur toh main bayan bhi nahi kar sakti hoon. Utna khuboon mili hai, utna phir mujhe mili hai kal seedhe subah aur aaj hamari dukaan suni hai aur ek intermediate student aayi hai. Ek bacchi unhone chura maan li hai. Hum toh peace address bolkar hamare dukaan mein rakhte hain.</w:t>
      </w:r>
      <w:r>
        <w:br/>
      </w:r>
      <w:r>
        <w:rPr>
          <w:sz w:val="20"/>
        </w:rPr>
        <w:t>29:05  toh maine parson flight fas liya hai unki father ko maine tab tak phir family life chelgoo mein diya hai. Toh unhone puch ke aap woh kya hai? Woh Quran hai. Main padhti hoon mujhe interest hai mujhe de dijiye. Toh maine Quran de diya toh Quran unka father ne aisa aisa karke le liya aur bohat khush hokar le liya. Yeh toh bohat achhi kitab hai. Mere paas theek Gita padhi hai, bible padhi hai. Ab puran ki chauk hai.</w:t>
      </w:r>
      <w:r>
        <w:br/>
      </w:r>
      <w:r>
        <w:rPr>
          <w:sz w:val="20"/>
        </w:rPr>
        <w:t>29:33  aapki dukaan mein puran mili hai. Toh maine itna khush hoon ke alag alag, wahin ka din mujhe nai opportunity diya hai aur Maulana sahib eba bhi kahe ke mere din dawa sritva revive karne ke liye aati hai. Dawa mission ko revive karne ke liye aate hain har saal. Toh hum dawa mission ko revive karni chahiye.</w:t>
      </w:r>
      <w:r>
        <w:br/>
      </w:r>
      <w:r>
        <w:rPr>
          <w:sz w:val="20"/>
        </w:rPr>
        <w:t>29:58  hamare andar dawa field ko instantly karni chahiye. Tabhi hum saal bhar energy achhi energy ke saath aur positivity ke saath dawa kaam kar sakte hain. Yahi main meri learning hai meri swari zaada Allah. Zaada Allah for joining Aisha and sharing your learning.</w:t>
      </w:r>
      <w:r>
        <w:br/>
      </w:r>
      <w:r>
        <w:rPr>
          <w:sz w:val="20"/>
        </w:rPr>
        <w:t>30:23  So profound learning you you mentioned and aur koi ladies hain jo apni learning ko share karna chahti hain please go ahead. Ok, stuti wants to say something please. I'm sorry, main itna bol rahi hoon but I'm just so overwhelmed by it. Like Aisha said that ek daai ko apni health ka khayal karna chahiye.</w:t>
      </w:r>
    </w:p>
    <w:p>
      <w:pPr>
        <w:pStyle w:val="Heading2"/>
      </w:pPr>
      <w:r>
        <w:t>Evolution of fasting and its situational application</w:t>
      </w:r>
    </w:p>
    <w:p>
      <w:r>
        <w:rPr>
          <w:color w:val="666666"/>
          <w:sz w:val="18"/>
        </w:rPr>
        <w:t>Ramadan and The Quran | October 14, 2005 | Maulana Wahiduddin Khan · 3m 30s · at 22:40 · https://youtu.be/wi4PL1CwY7w?t=1360</w:t>
      </w:r>
    </w:p>
    <w:p>
      <w:r>
        <w:rPr>
          <w:i/>
        </w:rPr>
        <w:t>“Aise hamesha se nahi tha”</w:t>
      </w:r>
    </w:p>
    <w:p>
      <w:r>
        <w:rPr>
          <w:sz w:val="20"/>
        </w:rPr>
        <w:t>22:40  aise hamesha se nahi tha. aap jante hain ke rasool Allah sal Allah alaihi wasallam makkah mein peghambar banaye gaye 610 isvi mein. to us waqt kya tha? us waqt roze ke kuch din muqarrar nahi the. shuru mein kisi ne ek roza rakh liya, kisi ne do char roza rakh liya. kuch fix nahi tha kitna roza rakhna hai. makkah ke shuru mein</w:t>
      </w:r>
      <w:r>
        <w:br/>
      </w:r>
      <w:r>
        <w:rPr>
          <w:sz w:val="20"/>
        </w:rPr>
        <w:t>23:10  isi tarah chalta raha yeh silsila 13 saal tak. phir jab madina aap aaye, madina 13 saal ke baad tab bhi madina aate hi roza is tareeqe se farz nahi kiya gaya ke ek mahine ka roza. yeh rasool Allah sal Allah alaihi wasallam shuru ke ek ek period tak aap ne e</w:t>
      </w:r>
      <w:r>
        <w:br/>
      </w:r>
      <w:r>
        <w:rPr>
          <w:sz w:val="20"/>
        </w:rPr>
        <w:t>23:40  sa kiya ke yahood ka jo tareeqa tha us ko aap ne apna liya. madine mein yahood the. is zamane mein yahood jo the apni shariyat ke mutabiq das roze har saal rakhte the. das roze har saal. to rasool Allah sal Allah alaihi wasallam ne bhi aur sahaba ne bhi das roze rakhe shuru mein. phir quran ki</w:t>
      </w:r>
      <w:r>
        <w:br/>
      </w:r>
      <w:r>
        <w:rPr>
          <w:sz w:val="20"/>
        </w:rPr>
        <w:t>24:11  woh ayat utri ke ke ek mahine ka roza farz kiya gaya. to goya roze ke teen daur hue. shuru mein koi tadad mutayyan nahi. baad ko das din ki tadad mutayyan hui. phir baad ko 30 din ki tadad mutayyan hui. yahan mein yeh kehna chahta hoon ke yeh sirf is ka matlab yeh nahi ke sirf rasool Allah ke zamane mein</w:t>
      </w:r>
      <w:r>
        <w:br/>
      </w:r>
      <w:r>
        <w:rPr>
          <w:sz w:val="20"/>
        </w:rPr>
        <w:t>24:41  aisa tha. aaj bhi yahi kuch hai. is ko achi tarah samajh lijiye. jo log samajhte hain ke woh sab pichla daur mansookh ho chuka hai bilkul galat samajhte hain woh. islam mein koi cheez kabhi mansookh nahi hoti, cancel nahi hoti, abrogated nahi hoti. woh kya cheez hai? sare islam ke jo commandments hain woh hain according to the situation. yani agar dobara</w:t>
      </w:r>
      <w:r>
        <w:br/>
      </w:r>
      <w:r>
        <w:rPr>
          <w:sz w:val="20"/>
        </w:rPr>
        <w:t>25:11  woh situation create ho jaye jo makkah mein thi to makkah wala roza aa jayega. woh situation agar create ho jaye jo madine ke shuru mein thi to shuru wala roza aa jayega. aur agar woh situation create ho jaye jo madine ke yani second half mein thi to woh roza hum par apply hone lagega. to yeh jo yeh jo teen period hain roze ke to woh teeno ke teeno according to situ</w:t>
      </w:r>
      <w:r>
        <w:br/>
      </w:r>
      <w:r>
        <w:rPr>
          <w:sz w:val="20"/>
        </w:rPr>
        <w:t>25:41  ation hain. jaisi aap ki situation ho us ke mutabiq aap ko haq hai, right hai ke aap amal karen. ab mein aap ko ek aur baat kehna chahunga. ek hadith hai ke la yaqool ahadukum sam ramdh</w:t>
      </w:r>
    </w:p>
    <w:p>
      <w:pPr>
        <w:pStyle w:val="Heading2"/>
      </w:pPr>
      <w:r>
        <w:t>Prayer as inner spirit, not mere repetition</w:t>
      </w:r>
    </w:p>
    <w:p>
      <w:r>
        <w:rPr>
          <w:color w:val="666666"/>
          <w:sz w:val="18"/>
        </w:rPr>
        <w:t>The School of Fiqh in Islam (English) April 14, 2007 Maulana Wahiduddin Khan · 47s · at 27:27 · https://youtu.be/Kc-mTjI23HM?t=1647</w:t>
      </w:r>
    </w:p>
    <w:p>
      <w:r>
        <w:rPr>
          <w:i/>
        </w:rPr>
        <w:t>“Namaz is not simply a repetition of form”</w:t>
      </w:r>
    </w:p>
    <w:p>
      <w:r>
        <w:rPr>
          <w:sz w:val="20"/>
        </w:rPr>
        <w:t>27:27  and that difference is not unwanted, but is wanted, because namaz is not simply a repetition of form, a rituals.</w:t>
      </w:r>
      <w:r>
        <w:br/>
      </w:r>
      <w:r>
        <w:rPr>
          <w:sz w:val="20"/>
        </w:rPr>
        <w:t>27:42  salah prayer is not simply a repetition of some rituals, some form. na, it is deeply, it is deeply rooted in our sentiment</w:t>
      </w:r>
      <w:r>
        <w:br/>
      </w:r>
      <w:r>
        <w:rPr>
          <w:sz w:val="20"/>
        </w:rPr>
        <w:t>27:56  , term of form. salah is an expression of inner spirit, inner spirit.</w:t>
      </w:r>
      <w:r>
        <w:br/>
      </w:r>
      <w:r>
        <w:rPr>
          <w:sz w:val="20"/>
        </w:rPr>
        <w:t>28:06  so, everything, anything that is, that has the two parts, inner spirit and outer form, it is bound to be different.</w:t>
      </w:r>
    </w:p>
    <w:p>
      <w:pPr>
        <w:pStyle w:val="Heading2"/>
      </w:pPr>
      <w:r>
        <w:t>Clapping on rejected innovations</w:t>
      </w:r>
    </w:p>
    <w:p>
      <w:r>
        <w:rPr>
          <w:color w:val="666666"/>
          <w:sz w:val="18"/>
        </w:rPr>
        <w:t>Q&amp;A 09 Dec 2007 Maulana Wahiduddin Khan · 24s · at 5:00 · https://youtu.be/Ks8odTgyfgc?t=300</w:t>
      </w:r>
    </w:p>
    <w:p>
      <w:r>
        <w:rPr>
          <w:i/>
        </w:rPr>
        <w:t>“To jo rejected hai, us par log taaliyaan bajaate hain”</w:t>
      </w:r>
    </w:p>
    <w:p>
      <w:r>
        <w:rPr>
          <w:sz w:val="20"/>
        </w:rPr>
        <w:t>5:00  to jo rejected hai, us par log taliyan bajate hain. aap zara gaur kijiye.</w:t>
      </w:r>
      <w:r>
        <w:br/>
      </w:r>
      <w:r>
        <w:rPr>
          <w:sz w:val="20"/>
        </w:rPr>
        <w:t>5:08  to khuda ke yahan qabul nahi ki jayegi. yeh khuda ke yahan kabhi bhi isko liya nahi jata. to kisi bhi cheez ko aap jaanchiye is nazar se ki quran ke mutabiq khaya nahi, rasoolallah ki sunnat ke mutabiq khaya nahi, sahaba ne aisa kiya tha ya nahi kiya tha.</w:t>
      </w:r>
    </w:p>
    <w:p>
      <w:pPr>
        <w:pStyle w:val="Heading2"/>
      </w:pPr>
      <w:r>
        <w:t>Best and worst places: mosques vs markets</w:t>
      </w:r>
    </w:p>
    <w:p>
      <w:r>
        <w:rPr>
          <w:color w:val="666666"/>
          <w:sz w:val="18"/>
        </w:rPr>
        <w:t>On Salah (Prayer) (Part 1) January 22, 2006 Maulana Wahiduddin Khan · 3m 51s · at 15:23 · https://youtu.be/jUvYhkpx-sM?t=923</w:t>
      </w:r>
    </w:p>
    <w:p>
      <w:r>
        <w:rPr>
          <w:i/>
        </w:rPr>
        <w:t>“Yahan main ek hadith se shuru karunga.”</w:t>
      </w:r>
    </w:p>
    <w:p>
      <w:r>
        <w:rPr>
          <w:sz w:val="20"/>
        </w:rPr>
        <w:t>15:23  yahan mein aik hadith se shuru karunga.</w:t>
      </w:r>
      <w:r>
        <w:br/>
      </w:r>
      <w:r>
        <w:rPr>
          <w:sz w:val="20"/>
        </w:rPr>
        <w:t>15:30  aik hadith jo kai kitabon mein aai hai, mislan sahih muslim mein, musnad ahmad mein.</w:t>
      </w:r>
      <w:r>
        <w:br/>
      </w:r>
      <w:r>
        <w:rPr>
          <w:sz w:val="20"/>
        </w:rPr>
        <w:t>15:39  to is mein bataya gaya hai ke aik shakhs Prophet ke pas aya.</w:t>
      </w:r>
      <w:r>
        <w:br/>
      </w:r>
      <w:r>
        <w:rPr>
          <w:sz w:val="20"/>
        </w:rPr>
        <w:t>15:48  us ne aik sawal kiya.</w:t>
      </w:r>
      <w:r>
        <w:br/>
      </w:r>
      <w:r>
        <w:rPr>
          <w:sz w:val="20"/>
        </w:rPr>
        <w:t>15:54  us ne poocha ke a khuda ke rasool!</w:t>
      </w:r>
      <w:r>
        <w:br/>
      </w:r>
      <w:r>
        <w:rPr>
          <w:sz w:val="20"/>
        </w:rPr>
        <w:t>16:01  dunya mein sab se achi jagah kaun si hai? aur dunya mein sab se buri jagah kaun hai?</w:t>
      </w:r>
      <w:r>
        <w:br/>
      </w:r>
      <w:r>
        <w:rPr>
          <w:sz w:val="20"/>
        </w:rPr>
        <w:t>16:12  dunya mein sab se achi jagah kaun si hai? aur dunya mein sab se buri jagah kaun si hai? to aap ne kaha ke mujh ko bhi nahi maloom.</w:t>
      </w:r>
      <w:r>
        <w:br/>
      </w:r>
      <w:r>
        <w:rPr>
          <w:sz w:val="20"/>
        </w:rPr>
        <w:t>16:25  ye hadith mein aata hai, sahih muslim mein aur musnad ahmad mein. aur bhi baz kitabon mein. ke aap ne farmaya ke</w:t>
      </w:r>
      <w:r>
        <w:br/>
      </w:r>
      <w:r>
        <w:rPr>
          <w:sz w:val="20"/>
        </w:rPr>
        <w:t>16:34  mujhe bhi is sawal ka jawab nahi maloom. is ke bad jibril aaye. ke jibril to aap ke pas aate rehte the.</w:t>
      </w:r>
      <w:r>
        <w:br/>
      </w:r>
      <w:r>
        <w:rPr>
          <w:sz w:val="20"/>
        </w:rPr>
        <w:t>16:44  to aap ne ye sawal jibril, anjal jo the, un se rakha.</w:t>
      </w:r>
      <w:r>
        <w:br/>
      </w:r>
      <w:r>
        <w:rPr>
          <w:sz w:val="20"/>
        </w:rPr>
        <w:t>16:51  kyun ke aap jante hain ke jibril ka direct contact khuda se hota rehta hai. yani wo is position mein the ke wo khuda se direct pooch saken.</w:t>
      </w:r>
      <w:r>
        <w:br/>
      </w:r>
      <w:r>
        <w:rPr>
          <w:sz w:val="20"/>
        </w:rPr>
        <w:t>17:02  to aap ne</w:t>
      </w:r>
      <w:r>
        <w:br/>
      </w:r>
      <w:r>
        <w:rPr>
          <w:sz w:val="20"/>
        </w:rPr>
        <w:t>17:06  jibril se ke samne ye sawal rakha.</w:t>
      </w:r>
      <w:r>
        <w:br/>
      </w:r>
      <w:r>
        <w:rPr>
          <w:sz w:val="20"/>
        </w:rPr>
        <w:t>17:12  ke sab se achi jagah dunya mein kaun hai? sab se buri jagah dunya mein kaun hai? to jibril ne kaha ke mujh ko bhi nahi maloom.</w:t>
      </w:r>
      <w:r>
        <w:br/>
      </w:r>
      <w:r>
        <w:rPr>
          <w:sz w:val="20"/>
        </w:rPr>
        <w:t>17:25  is ke bad kya hua? ke hadith mein aata hai ke jibril oopar asman ki taraf uthe. yahan tak ke wo kehte hain, jibril kehte hain ke mein</w:t>
      </w:r>
      <w:r>
        <w:br/>
      </w:r>
      <w:r>
        <w:rPr>
          <w:sz w:val="20"/>
        </w:rPr>
        <w:t>17:39  khuda se itna zyada qareeb hua, jitna qareeb mein is se pehle kabhi nahi hua tha.</w:t>
      </w:r>
      <w:r>
        <w:br/>
      </w:r>
      <w:r>
        <w:rPr>
          <w:sz w:val="20"/>
        </w:rPr>
        <w:t>17:52  qareeb hone ka matlab ye nahi ke hum hum aap aik doosre se qareeb hain. khuda se qareeb hona aisi aisi shakal mein nahi hota hai.</w:t>
      </w:r>
      <w:r>
        <w:br/>
      </w:r>
      <w:r>
        <w:rPr>
          <w:sz w:val="20"/>
        </w:rPr>
        <w:t>18:03  to behal, wo kehte hain ke mein itna zyada qareeb hua, jitna qareeb is se pehle kabhi nahi hua tha. aur phir mein ne poocha khuda se yahi sawal.</w:t>
      </w:r>
      <w:r>
        <w:br/>
      </w:r>
      <w:r>
        <w:rPr>
          <w:sz w:val="20"/>
        </w:rPr>
        <w:t>18:16  to khuda ki taraf se jo jawab aaya, wo ye tha ke</w:t>
      </w:r>
      <w:r>
        <w:br/>
      </w:r>
      <w:r>
        <w:rPr>
          <w:sz w:val="20"/>
        </w:rPr>
        <w:t>18:23  khair al-maqam ila Allah masajiduh wa sharr al-maqam ila Allah aswaquh.</w:t>
      </w:r>
      <w:r>
        <w:br/>
      </w:r>
      <w:r>
        <w:rPr>
          <w:sz w:val="20"/>
        </w:rPr>
        <w:t>18:34  is ka matlab ye hai ke khuda ke nazdeek dunya mein sab se buri jagah is ke bazar hain,</w:t>
      </w:r>
      <w:r>
        <w:br/>
      </w:r>
      <w:r>
        <w:rPr>
          <w:sz w:val="20"/>
        </w:rPr>
        <w:t>18:48  shopping center hain. aur khuda ke nazdeek sab se achi jagah dunya mein masjid hai, jahan namaz ada ki jati hai.</w:t>
      </w:r>
      <w:r>
        <w:br/>
      </w:r>
      <w:r>
        <w:rPr>
          <w:sz w:val="20"/>
        </w:rPr>
        <w:t>19:03  ye jawab bohat zyada sochne ka hai. kafi soch kar hi aap samajh sakte hain ke is jawab ke andar kya gehrai hai.</w:t>
      </w:r>
    </w:p>
    <w:p>
      <w:pPr>
        <w:pStyle w:val="Heading2"/>
      </w:pPr>
      <w:r>
        <w:t>Muslims in America doing bad dua</w:t>
      </w:r>
    </w:p>
    <w:p>
      <w:r>
        <w:rPr>
          <w:color w:val="666666"/>
          <w:sz w:val="18"/>
        </w:rPr>
        <w:t>Muslims in the Modern Age, Jan 18, 2009 · 50s · at 3:00 · https://youtu.be/7zDCFtOSWSw?t=180</w:t>
      </w:r>
    </w:p>
    <w:p>
      <w:r>
        <w:rPr>
          <w:i/>
        </w:rPr>
        <w:t>“Yesterday I received a telephone from America”</w:t>
      </w:r>
    </w:p>
    <w:p>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p>
    <w:p>
      <w:pPr>
        <w:pStyle w:val="Heading2"/>
      </w:pPr>
      <w:r>
        <w:t>Fasting isn't hunger, it's leaving bad talk behind</w:t>
      </w:r>
    </w:p>
    <w:p>
      <w:r>
        <w:rPr>
          <w:color w:val="666666"/>
          <w:sz w:val="18"/>
        </w:rPr>
        <w:t>Roza and The Quran August 15, 2010 · 27s · at 32:21 · https://youtu.be/Aaby-dLkPL4?t=1941</w:t>
      </w:r>
    </w:p>
    <w:p>
      <w:r>
        <w:rPr>
          <w:i/>
        </w:rPr>
        <w:t>“روزہ کھانا پینا چھوڑنے کا نام نہیں ہے”</w:t>
      </w:r>
    </w:p>
    <w:p>
      <w:r>
        <w:rPr>
          <w:sz w:val="20"/>
        </w:rPr>
        <w:t>32:21  bahut si hadeesein is tarah ki hain ke roza khana peena chhodne ka naam nahi hai roza yeh hai ke tum behooda baaton ko chhod do laghu baaton ko chhod do manfi baaton ko chhod do yeh roza ab ghor kijiye ke agar fazail aur masail hi ka naam roza ho in in hadeeson ka kya matlab hai</w:t>
      </w:r>
    </w:p>
    <w:p>
      <w:pPr>
        <w:pStyle w:val="Heading2"/>
      </w:pPr>
      <w:r>
        <w:t>Nafil worship brings divine guidance</w:t>
      </w:r>
    </w:p>
    <w:p>
      <w:r>
        <w:rPr>
          <w:color w:val="666666"/>
          <w:sz w:val="18"/>
        </w:rPr>
        <w:t>Sufism an Introduction August 13, 2020 Prof. Farida Khanam · 37s · at 8:43 · https://youtu.be/7VOpY8OvRdM?t=523</w:t>
      </w:r>
    </w:p>
    <w:p>
      <w:r>
        <w:rPr>
          <w:i/>
        </w:rPr>
        <w:t>“Jo Allah ke liye nafil ibadat karta hai”</w:t>
      </w:r>
    </w:p>
    <w:p>
      <w:r>
        <w:rPr>
          <w:sz w:val="20"/>
        </w:rPr>
        <w:t>8:43  ehtimam kiya. ek hadith hai ke jo Allah ke liye nafl ibadat karta hai to Allah uska hath ban jata hai jis se woh kaam karta hai.</w:t>
      </w:r>
      <w:r>
        <w:br/>
      </w:r>
      <w:r>
        <w:rPr>
          <w:sz w:val="20"/>
        </w:rPr>
        <w:t>8:55  Allah uska paon ban jata hai jis se woh chalta hai. Allah uski aankh ban jata hai jis se woh dekhta hai. yani har haal mein us ko Khuda ki guidance milti rehti hai.</w:t>
      </w:r>
      <w:r>
        <w:br/>
      </w:r>
      <w:r>
        <w:rPr>
          <w:sz w:val="20"/>
        </w:rPr>
        <w:t>9:07  kyunke nafl namazon ka matlab kya hai ke woh itna zyada Khuda se qurbat hasil karna chahta hai to us ke liye woh kuch na kuch mustaqil taur par Khuda ki yaad karta rehta hai.</w:t>
      </w:r>
    </w:p>
    <w:p>
      <w:pPr>
        <w:pStyle w:val="Heading2"/>
      </w:pPr>
      <w:r>
        <w:t>Every human is potentially Muslim</w:t>
      </w:r>
    </w:p>
    <w:p>
      <w:r>
        <w:rPr>
          <w:color w:val="666666"/>
          <w:sz w:val="18"/>
        </w:rPr>
        <w:t>The Spirit Hajj December 10, 2006 · 36s · at 1:20:29 · https://youtu.be/ZpChhBy6lvU?t=4829</w:t>
      </w:r>
    </w:p>
    <w:p>
      <w:r>
        <w:rPr>
          <w:i/>
        </w:rPr>
        <w:t>“Kaisi ajeeb baat, har koi mumkina tor par musalman hai”</w:t>
      </w:r>
    </w:p>
    <w:p>
      <w:r>
        <w:rPr>
          <w:sz w:val="20"/>
        </w:rPr>
        <w:t>1:20:29  kaisi ajeeb baat har koi mumkinah tor par muslim hai. mujhe aik baar japan ke aik sahib milay. woh tabdeel ho gaye thay.</w:t>
      </w:r>
      <w:r>
        <w:br/>
      </w:r>
      <w:r>
        <w:rPr>
          <w:sz w:val="20"/>
        </w:rPr>
        <w:t>1:20:41  toh aik arab mulk mein milay thay woh</w:t>
      </w:r>
      <w:r>
        <w:br/>
      </w:r>
      <w:r>
        <w:rPr>
          <w:sz w:val="20"/>
        </w:rPr>
        <w:t>1:20:44  . toh unhon ne kaha ke. ke yahi kaha tha unhon ne. ke har japani jo hai. woh mumkinah tor par muslim hai.</w:t>
      </w:r>
      <w:r>
        <w:br/>
      </w:r>
      <w:r>
        <w:rPr>
          <w:sz w:val="20"/>
        </w:rPr>
        <w:t>1:20:55  japani log mumkinah tor par muslim hain. toh mein ne kaha ke yeh japani logon ki baat nahi hai. har insaan mumkinah tor par muslim hai.</w:t>
      </w:r>
      <w:r>
        <w:br/>
      </w:r>
      <w:r>
        <w:rPr>
          <w:sz w:val="20"/>
        </w:rPr>
        <w:t>1:21:06  kyun ke woh toh fitrat mein hai.</w:t>
      </w:r>
    </w:p>
    <w:p>
      <w:pPr>
        <w:pStyle w:val="Heading2"/>
      </w:pPr>
      <w:r>
        <w:t>Prophet Jacob's prayer of patience amid grief</w:t>
      </w:r>
    </w:p>
    <w:p>
      <w:r>
        <w:rPr>
          <w:color w:val="666666"/>
          <w:sz w:val="18"/>
        </w:rPr>
        <w:t>The Importance of Dua | April 4, 2016 | Maulana Wahiduddin Khan · 2m 33s · at 49:22 · https://youtu.be/B9d4B3Nqiww?t=2962</w:t>
      </w:r>
    </w:p>
    <w:p>
      <w:r>
        <w:rPr>
          <w:i/>
        </w:rPr>
        <w:t>“Yeh hain Hazrat Yaqoob ke kalimat”</w:t>
      </w:r>
    </w:p>
    <w:p>
      <w:r>
        <w:rPr>
          <w:sz w:val="20"/>
        </w:rPr>
        <w:t>49:22  and my sorrow to god.</w:t>
      </w:r>
      <w:r>
        <w:br/>
      </w:r>
      <w:r>
        <w:rPr>
          <w:sz w:val="20"/>
        </w:rPr>
        <w:t>49:29  haan, yeh hazrat yaqoob ke kalmaat hain.</w:t>
      </w:r>
      <w:r>
        <w:br/>
      </w:r>
      <w:r>
        <w:rPr>
          <w:sz w:val="20"/>
        </w:rPr>
        <w:t>49:35  yeh to yeh us waqt nikle the un ki zubaan se jab un ke beton ne agar bataya</w:t>
      </w:r>
      <w:r>
        <w:br/>
      </w:r>
      <w:r>
        <w:rPr>
          <w:sz w:val="20"/>
        </w:rPr>
        <w:t>49:41  keh woh yusuf to nahin rahe dunya mein to to mein yaani is mauqe par woh beton se</w:t>
      </w:r>
      <w:r>
        <w:br/>
      </w:r>
      <w:r>
        <w:rPr>
          <w:sz w:val="20"/>
        </w:rPr>
        <w:t>49:47  ghussa hote, beton ko marte,</w:t>
      </w:r>
      <w:r>
        <w:br/>
      </w:r>
      <w:r>
        <w:rPr>
          <w:sz w:val="20"/>
        </w:rPr>
        <w:t>49:53  kisi se shikayat karte. Yeh sab kuch nahi kiya unhon ne, kuch bhi nahi kiya. Un ko kaha ke khudaaya main sab kuch tere upar dalta hoon, tu hi mere haal ko jaanta hai, main to hi se umeed karta hoon, tu hi meri madad farma. To yeh is dua ka jo sift spirit hai, woh hai sab kuch Allah par dal dena. Yani khud inteqaam lena, khud ladna bhidna, khud</w:t>
      </w:r>
      <w:r>
        <w:br/>
      </w:r>
      <w:r>
        <w:rPr>
          <w:sz w:val="20"/>
        </w:rPr>
        <w:t>50:23  shikayatein karna, yeh nahi. Allah par dal dena, Allah par dal dena. To yeh to bohat bari spirit hai dua ki. Aaj kal jo musalman duayein bad duayein karte hain zalim ke khilaf, woh is spirit ke khilaf hai. Zalim ke khilaf bohat bad duayein hoti hain, woh sab spirit ke khilaf hai, is spirit ke khilaf hai. Aap ke sath koi acha, koi aisa sulook karta hai jo aap ko</w:t>
      </w:r>
      <w:r>
        <w:br/>
      </w:r>
      <w:r>
        <w:rPr>
          <w:sz w:val="20"/>
        </w:rPr>
        <w:t>50:53  pasand nahi, tab bhi Allah ke khaliq ne dali is ko, jo koi mangna hai, Allah se mangiye. To is to spirit, is ki spirit jo thi ke jo hua, woh kisi insan ne kiya, lekin woh is insan se shikayat nahi karta. Main tujh se shikayat karta hoon, main tujh se mangta hoon, tere tere hawale karta hoon, main saare malik. To yeh spirit agar ho to to bohat bari spirit hai aur zaroor qabool hogi. Woh so Maulana, the spirit behind the</w:t>
      </w:r>
      <w:r>
        <w:br/>
      </w:r>
      <w:r>
        <w:rPr>
          <w:sz w:val="20"/>
        </w:rPr>
        <w:t>51:23  The prayer of Prophet Jacob is that I leave everything in God.</w:t>
      </w:r>
      <w:r>
        <w:br/>
      </w:r>
      <w:r>
        <w:rPr>
          <w:sz w:val="20"/>
        </w:rPr>
        <w:t>51:30  Although he had complaints against some human beings, he prayed to God, he left everything to God</w:t>
      </w:r>
      <w:r>
        <w:br/>
      </w:r>
      <w:r>
        <w:rPr>
          <w:sz w:val="20"/>
        </w:rPr>
        <w:t>51:36  instead of complaining or protesting or praying against other.</w:t>
      </w:r>
      <w:r>
        <w:br/>
      </w:r>
      <w:r>
        <w:rPr>
          <w:sz w:val="20"/>
        </w:rPr>
        <w:t>51:43  Maulana, can you please tell us how can prayer help in increasing our spirituality? جو بہت زیادہ گہرا</w:t>
      </w:r>
      <w:r>
        <w:br/>
      </w:r>
      <w:r>
        <w:rPr>
          <w:sz w:val="20"/>
        </w:rPr>
        <w:t>51:49  taalluq hai spirituality mein aur dua mein,</w:t>
      </w:r>
    </w:p>
    <w:p>
      <w:pPr>
        <w:pStyle w:val="Heading2"/>
      </w:pPr>
      <w:r>
        <w:t>Scholar puzzled why Islam split into four schools</w:t>
      </w:r>
    </w:p>
    <w:p>
      <w:r>
        <w:rPr>
          <w:color w:val="666666"/>
          <w:sz w:val="18"/>
        </w:rPr>
        <w:t>The School of Fiqh in Islam (English) April 14, 2007 Maulana Wahiduddin Khan · 2m 37s · at 0:53 · https://youtu.be/Kc-mTjI23HM?t=53</w:t>
      </w:r>
    </w:p>
    <w:p>
      <w:r>
        <w:rPr>
          <w:i/>
        </w:rPr>
        <w:t>“Yesterday I happened to meet a senior scholar”</w:t>
      </w:r>
    </w:p>
    <w:p>
      <w:r>
        <w:rPr>
          <w:sz w:val="20"/>
        </w:rPr>
        <w:t>0:53  yesterday, i happen to meet a scholar, a senior scholar.</w:t>
      </w:r>
      <w:r>
        <w:br/>
      </w:r>
      <w:r>
        <w:rPr>
          <w:sz w:val="20"/>
        </w:rPr>
        <w:t>1:05  He was not a Muslim, but he was very sincere person. He said that I am interested in religious histories.</w:t>
      </w:r>
      <w:r>
        <w:br/>
      </w:r>
      <w:r>
        <w:rPr>
          <w:sz w:val="20"/>
        </w:rPr>
        <w:t>1:19  i am interested in religious studies.</w:t>
      </w:r>
      <w:r>
        <w:br/>
      </w:r>
      <w:r>
        <w:rPr>
          <w:sz w:val="20"/>
        </w:rPr>
        <w:t>1:24  so, i have study Islam in detail. he said that i have read</w:t>
      </w:r>
      <w:r>
        <w:br/>
      </w:r>
      <w:r>
        <w:rPr>
          <w:sz w:val="20"/>
        </w:rPr>
        <w:t>1:34  quran and hadith from its translations, english translations.</w:t>
      </w:r>
      <w:r>
        <w:br/>
      </w:r>
      <w:r>
        <w:rPr>
          <w:sz w:val="20"/>
        </w:rPr>
        <w:t>1:45  i was impressed very much.</w:t>
      </w:r>
      <w:r>
        <w:br/>
      </w:r>
      <w:r>
        <w:rPr>
          <w:sz w:val="20"/>
        </w:rPr>
        <w:t>1:51  i found that Islam is a unique religion in term of oneness, in term of in term of the concept of oneness.</w:t>
      </w:r>
      <w:r>
        <w:br/>
      </w:r>
      <w:r>
        <w:rPr>
          <w:sz w:val="20"/>
        </w:rPr>
        <w:t>2:04  tawheed is the basis of the religion of Islam. in Islam, God is one, prophet is one, quran is one.</w:t>
      </w:r>
      <w:r>
        <w:br/>
      </w:r>
      <w:r>
        <w:rPr>
          <w:sz w:val="20"/>
        </w:rPr>
        <w:t>2:17  so, all the system of Islam is based on the concept of one. it is very fascinating, but at the same time,</w:t>
      </w:r>
      <w:r>
        <w:br/>
      </w:r>
      <w:r>
        <w:rPr>
          <w:sz w:val="20"/>
        </w:rPr>
        <w:t>2:35  i found that there is a contradiction in Islam.</w:t>
      </w:r>
      <w:r>
        <w:br/>
      </w:r>
      <w:r>
        <w:rPr>
          <w:sz w:val="20"/>
        </w:rPr>
        <w:t>2:42  because Islam divided into four or more four schools of fiqh. you know, there are different schools of fiqh, like Hanafi,</w:t>
      </w:r>
      <w:r>
        <w:br/>
      </w:r>
      <w:r>
        <w:rPr>
          <w:sz w:val="20"/>
        </w:rPr>
        <w:t>2:56  Shafi'i, Hanbali, and Maliki.</w:t>
      </w:r>
      <w:r>
        <w:br/>
      </w:r>
      <w:r>
        <w:rPr>
          <w:sz w:val="20"/>
        </w:rPr>
        <w:t>3:03  although in term of history, there are more than four schools, but the popular schools are these four schools of fiqh.</w:t>
      </w:r>
      <w:r>
        <w:br/>
      </w:r>
      <w:r>
        <w:rPr>
          <w:sz w:val="20"/>
        </w:rPr>
        <w:t>3:19  so, he said that why Islam divided into four fiqh?</w:t>
      </w:r>
      <w:r>
        <w:br/>
      </w:r>
      <w:r>
        <w:rPr>
          <w:sz w:val="20"/>
        </w:rPr>
        <w:t>3:27  it is not understandable to me.</w:t>
      </w:r>
    </w:p>
    <w:p>
      <w:pPr>
        <w:pStyle w:val="Heading2"/>
      </w:pPr>
      <w:r>
        <w:t>Is praying at Mecca or Medina more effective</w:t>
      </w:r>
    </w:p>
    <w:p>
      <w:r>
        <w:rPr>
          <w:color w:val="666666"/>
          <w:sz w:val="18"/>
        </w:rPr>
        <w:t>The Importance of Dua | April 4, 2016 | Maulana Wahiduddin Khan · 1m 30s · at 57:29 · https://youtu.be/B9d4B3Nqiww?t=3449</w:t>
      </w:r>
    </w:p>
    <w:p>
      <w:r>
        <w:rPr>
          <w:i/>
        </w:rPr>
        <w:t>“Dua ka taalluq place se nahi hai”</w:t>
      </w:r>
    </w:p>
    <w:p>
      <w:r>
        <w:rPr>
          <w:sz w:val="20"/>
        </w:rPr>
        <w:t>57:29  part of prayer. Maulana, I will just take one last question. Is praying at Mecca or Medina more effective than praying at any other place? dekhiye, mere janne ke mutabiq dua ka talluq prayer se nahi hai. aisa nahi ke Mecca Madine mein aap dua karein to qabool ho jaye. dekhiye, hadith ki kitabon mein aaya hai ke Badr ka jo ghazwa hua</w:t>
      </w:r>
      <w:r>
        <w:br/>
      </w:r>
      <w:r>
        <w:rPr>
          <w:sz w:val="20"/>
        </w:rPr>
        <w:t>57:59  tha, is se pehle abojahal kaaba mein gaya.</w:t>
      </w:r>
      <w:r>
        <w:br/>
      </w:r>
      <w:r>
        <w:rPr>
          <w:sz w:val="20"/>
        </w:rPr>
        <w:t>58:03  abojahal kaaba mein gaya, kaaba mein ja kar is ka is ka parda pakra aur apne lie dua</w:t>
      </w:r>
      <w:r>
        <w:br/>
      </w:r>
      <w:r>
        <w:rPr>
          <w:sz w:val="20"/>
        </w:rPr>
        <w:t>58:08  ki Allah taala se.</w:t>
      </w:r>
      <w:r>
        <w:br/>
      </w:r>
      <w:r>
        <w:rPr>
          <w:sz w:val="20"/>
        </w:rPr>
        <w:t>58:12  yeh baqayda maujood hai hadithon mein ke kaaba ka ghalaf pakar kar abojahal ne dua ki ke is</w:t>
      </w:r>
      <w:r>
        <w:br/>
      </w:r>
      <w:r>
        <w:rPr>
          <w:sz w:val="20"/>
        </w:rPr>
        <w:t>58:16  jang mein hum ko kamyabi ho.</w:t>
      </w:r>
      <w:r>
        <w:br/>
      </w:r>
      <w:r>
        <w:rPr>
          <w:sz w:val="20"/>
        </w:rPr>
        <w:t>58:21  aur phir wo gaya badr ke bazar mein, aur zahir hai ke wo shikast hui us ko.</w:t>
      </w:r>
      <w:r>
        <w:br/>
      </w:r>
      <w:r>
        <w:rPr>
          <w:sz w:val="20"/>
        </w:rPr>
        <w:t>58:25  to makkah mein d</w:t>
      </w:r>
      <w:r>
        <w:br/>
      </w:r>
      <w:r>
        <w:rPr>
          <w:sz w:val="20"/>
        </w:rPr>
        <w:t>58:29  ua karaye to woh woh zyada afzal dua ho, zaroor qabool ho jaye. aisa kuch bhi nahi hai, is se kuch hone wala nahi hai. So Maulana, praying at Mecca or Medina is not important. What is important is the spirit inside us. Thank you very much Maulana for sharing your deep insights on prayer and telling us why it is so important in Islam. And thank you for joining us live. If you want to watch more videos of Maulana Wahiduddin Khan, you can log in to cpsglobal.org. Thank you.</w:t>
      </w:r>
    </w:p>
    <w:p>
      <w:pPr>
        <w:pStyle w:val="Heading2"/>
      </w:pPr>
      <w:r>
        <w:t>No righteousness without spending what you love</w:t>
      </w:r>
    </w:p>
    <w:p>
      <w:r>
        <w:rPr>
          <w:color w:val="666666"/>
          <w:sz w:val="18"/>
        </w:rPr>
        <w:t>Spirit of Zakat May 4, 2007 Maulana Wahiduddin Khan · 24s · at 10:41 · https://youtu.be/oj5_5pFnmHk?t=641</w:t>
      </w:r>
    </w:p>
    <w:p>
      <w:r>
        <w:rPr>
          <w:i/>
        </w:rPr>
        <w:t>“You cannot be righteous in God's eyes”</w:t>
      </w:r>
    </w:p>
    <w:p>
      <w:r>
        <w:rPr>
          <w:sz w:val="20"/>
        </w:rPr>
        <w:t>10:41  khuda ki nazar mein tum naik nahi ban sakte</w:t>
      </w:r>
      <w:r>
        <w:br/>
      </w:r>
      <w:r>
        <w:rPr>
          <w:sz w:val="20"/>
        </w:rPr>
        <w:t>10:45  jab tak tum apne mehboob maal mein se na kharch karo. to yeh hai zakat ya infaq ya sadqa. ke maal agarche aadmi ko bohat mehboob hai, lekin khuda ke raaste mein us ko kharch karna pare ga, warna us ko jannat nahi milne wali hai.</w:t>
      </w:r>
    </w:p>
    <w:p>
      <w:pPr>
        <w:pStyle w:val="Heading2"/>
      </w:pPr>
      <w:r>
        <w:t>Salah as the spiritual art of time management</w:t>
      </w:r>
    </w:p>
    <w:p>
      <w:r>
        <w:rPr>
          <w:color w:val="666666"/>
          <w:sz w:val="18"/>
        </w:rPr>
        <w:t>Spirit of Zakat 16 May 2007 - Maulana Wahiduddin Khan · 1m 38s · at 6:41 · https://youtu.be/Ptou1yxZS_8?t=401</w:t>
      </w:r>
    </w:p>
    <w:p>
      <w:r>
        <w:rPr>
          <w:i/>
        </w:rPr>
        <w:t>“Then there's the prayer, that is salah”</w:t>
      </w:r>
    </w:p>
    <w:p>
      <w:r>
        <w:rPr>
          <w:sz w:val="20"/>
        </w:rPr>
        <w:t>6:41  namaz, that is salat. salat is also a basic principle. five time salat is very important to manage your activities</w:t>
      </w:r>
      <w:r>
        <w:br/>
      </w:r>
      <w:r>
        <w:rPr>
          <w:sz w:val="20"/>
        </w:rPr>
        <w:t>7:00  . when you,</w:t>
      </w:r>
      <w:r>
        <w:br/>
      </w:r>
      <w:r>
        <w:rPr>
          <w:sz w:val="20"/>
        </w:rPr>
        <w:t>7:04  when you perform salat five time a day, then you are, you are able to manage your, your time, your day and night.</w:t>
      </w:r>
      <w:r>
        <w:br/>
      </w:r>
      <w:r>
        <w:rPr>
          <w:sz w:val="20"/>
        </w:rPr>
        <w:t>7:21  so, in this sense, salat is the art of time management</w:t>
      </w:r>
      <w:r>
        <w:br/>
      </w:r>
      <w:r>
        <w:rPr>
          <w:sz w:val="20"/>
        </w:rPr>
        <w:t>7:26  . i am not using time management in technical term, as a technical term. no, i am using this word as a spiritual term.</w:t>
      </w:r>
      <w:r>
        <w:br/>
      </w:r>
      <w:r>
        <w:rPr>
          <w:sz w:val="20"/>
        </w:rPr>
        <w:t>7:40  you can manage your spirituality</w:t>
      </w:r>
      <w:r>
        <w:br/>
      </w:r>
      <w:r>
        <w:rPr>
          <w:sz w:val="20"/>
        </w:rPr>
        <w:t>7:43  in these five basic principles. when you perform salat five time a day, then you are able to manage your spirituality according to this.</w:t>
      </w:r>
      <w:r>
        <w:br/>
      </w:r>
      <w:r>
        <w:rPr>
          <w:sz w:val="20"/>
        </w:rPr>
        <w:t>8:02  so, five time prayer gives you a principle by which you can manage your life in, in the term of spirituality.</w:t>
      </w:r>
    </w:p>
    <w:p>
      <w:pPr>
        <w:pStyle w:val="Heading2"/>
      </w:pPr>
      <w:r>
        <w:t>Story of asking Aisha about Prophet's Tahajjud</w:t>
      </w:r>
    </w:p>
    <w:p>
      <w:r>
        <w:rPr>
          <w:color w:val="666666"/>
          <w:sz w:val="18"/>
        </w:rPr>
        <w:t>The Spirit of Tahajjud Prayer February 27, 2022 Dr. Saniyasnain Khan · 6m 09s · at 16:36 · https://youtu.be/QKVdxVFto7s?t=996</w:t>
      </w:r>
    </w:p>
    <w:p>
      <w:r>
        <w:rPr>
          <w:i/>
        </w:rPr>
        <w:t>“Vo ek tabe the yani second generation prophet ke baad”</w:t>
      </w:r>
    </w:p>
    <w:p>
      <w:r>
        <w:rPr>
          <w:sz w:val="20"/>
        </w:rPr>
        <w:t>16:36  wo ek taabi the yaani second generation profit ke baad, second generation sahaba ke baad.</w:t>
      </w:r>
      <w:r>
        <w:br/>
      </w:r>
      <w:r>
        <w:rPr>
          <w:sz w:val="20"/>
        </w:rPr>
        <w:t>16:41  to unke zehan mein kuch sawalat the.</w:t>
      </w:r>
      <w:r>
        <w:br/>
      </w:r>
      <w:r>
        <w:rPr>
          <w:sz w:val="20"/>
        </w:rPr>
        <w:t>16:46  to wo aaye hazrat abdullah ibn abbas razillahan ke paas.</w:t>
      </w:r>
      <w:r>
        <w:br/>
      </w:r>
      <w:r>
        <w:rPr>
          <w:sz w:val="20"/>
        </w:rPr>
        <w:t>16:51  hazrat abdullah ibn abbas prophet ke cousin the.</w:t>
      </w:r>
      <w:r>
        <w:br/>
      </w:r>
      <w:r>
        <w:rPr>
          <w:sz w:val="20"/>
        </w:rPr>
        <w:t>16:56  hazrat abbas ke bete.</w:t>
      </w:r>
      <w:r>
        <w:br/>
      </w:r>
      <w:r>
        <w:rPr>
          <w:sz w:val="20"/>
        </w:rPr>
        <w:t>17:01  hazrat abbas ke naam se hi abbasi dynasty shuru hui thi.</w:t>
      </w:r>
      <w:r>
        <w:br/>
      </w:r>
      <w:r>
        <w:rPr>
          <w:sz w:val="20"/>
        </w:rPr>
        <w:t>17:07  to Hazrat Abdullah ibn Abbas bilkul prophet ke bete ki tarah se the aur ghar mein aksar rehte the aur Hazrat Aisha ke student the. And he is considered to be the first commentator on the Quran. ji. unhone Quran ki bahut hi achhi tarah se explain kiya.</w:t>
      </w:r>
      <w:r>
        <w:br/>
      </w:r>
      <w:r>
        <w:rPr>
          <w:sz w:val="20"/>
        </w:rPr>
        <w:t>17:24  to Saad bin Hisham aaye Hazrat Abdullah Ibn Abbas ke paas kaha ke mere paas kuch sawalat hain jaise main jaanna chahta hoon prophet ke witr ke bare mein. witr wo namaz hai jo Isha mein aakhir mein padhi jaati hai teen rakat.</w:t>
      </w:r>
      <w:r>
        <w:br/>
      </w:r>
      <w:r>
        <w:rPr>
          <w:sz w:val="20"/>
        </w:rPr>
        <w:t>17:42  to Hazrat Abdullah Ibn Abbas raziallah anha ne kaha ke main tumhe ek aise shakhs ka naam batata hoon jo is zameen par is subject par sabse zyada janne wala hai. to unhone kaha bataiye. to unhone kaha ke tum jao Hazrat Aisha raziallah anha ke paas, Ummul Mu'mineen, mother of the believers ke paas. to unhone kaha theek hai main jaata hoon.</w:t>
      </w:r>
      <w:r>
        <w:br/>
      </w:r>
      <w:r>
        <w:rPr>
          <w:sz w:val="20"/>
        </w:rPr>
        <w:t>18:11  to Abdullah Ibn Abbas ne kaha ke jab tumhein kuch baat pata chale to mere paas aana mujhe bhi batana. to wo directly nahi gaye wo ek aur sahab ke paas gaye jo wo bhi tabi the. unka naam tha Hakim bin Aflah. to Hakim bin Aflah ke paas gaye aur kaha ke mere paas kuch sawalat hain. main Hazrat Aisha ke paas jaanna chahta hoon. aap mujhe leke chaliye.</w:t>
      </w:r>
      <w:r>
        <w:br/>
      </w:r>
      <w:r>
        <w:rPr>
          <w:sz w:val="20"/>
        </w:rPr>
        <w:t>18:40  to unhone kaha nahi nahi main nahi ja sakta. unhone inkar kar diya bilkul saaf. to bahut israr kiya inhone. qasam dilayi to khair kaise kaise taiyar ho gaye. to saath lekar gaye. Hazrat Aisha ke ghar mein dakhil hue. to Hazrat Aisha ne dono ko dekha. to Hakim bin Aflah se Hazrat Aisha ne kaha ke yeh tumhare saath kaun hai?</w:t>
      </w:r>
      <w:r>
        <w:br/>
      </w:r>
      <w:r>
        <w:rPr>
          <w:sz w:val="20"/>
        </w:rPr>
        <w:t>19:09  to unhon ne kaha ke yeh saad ibn hisham hai. to hazrat aisha pehchan nahi paai. boli ke kaun hisham? to unhon ne kaha ke aamir ke bete, aamir, rajjat aamir ek saabi the. to pehchan gayi woh. to dua di, unko reham ki dua di aur kaha ke aamir kitne achhe insaan the.</w:t>
      </w:r>
      <w:r>
        <w:br/>
      </w:r>
      <w:r>
        <w:rPr>
          <w:sz w:val="20"/>
        </w:rPr>
        <w:t>19:38  phir saath baith gaye wahan aur rajjat aisha se puchha ke ae ummul mumineen, o mother of the believers. aap hamein prophet ke character ke baare mein bataiye. rasullah sallam ke akhlaq ke baare mein bataiye. to hazrat aisha ne ek sawal kiya to yeh chaunk gaye.</w:t>
      </w:r>
      <w:r>
        <w:br/>
      </w:r>
      <w:r>
        <w:rPr>
          <w:sz w:val="20"/>
        </w:rPr>
        <w:t>20:03  hazrat aisha ne kaha saath se ke kya tum quran nahi padhte? to woh chaunk gaye. unhon ne kaha haan haan zaroor padhta hoon, kyun nahi padhta hoon? to hazrat aisha ne kaha ke dekho rasullah, prophet mohammad sarapa quran the. yaani his character was an embodiment of the quran.</w:t>
      </w:r>
      <w:r>
        <w:br/>
      </w:r>
      <w:r>
        <w:rPr>
          <w:sz w:val="20"/>
        </w:rPr>
        <w:t>20:33  His character was the personification of the quran. yaani jo bhi quran mein allah akhlaq ki baatein hai woh sab prophet mohammad ke andar maujood thi. yaani woh ek chalte phirte quran the.</w:t>
      </w:r>
      <w:r>
        <w:br/>
      </w:r>
      <w:r>
        <w:rPr>
          <w:sz w:val="20"/>
        </w:rPr>
        <w:t>20:50  He was a walking quran aur quran ne khud isko tasleem kiya hai ke inna qulla aala khuluqi nazeen, ae paighambar aap bahut hi aala akhlaq par faaiz hain. Your cheezein sublime character. to yeh sawal ka jawab sunkar saat din shaam ko bada itmeenaan hua.</w:t>
      </w:r>
      <w:r>
        <w:br/>
      </w:r>
      <w:r>
        <w:rPr>
          <w:sz w:val="20"/>
        </w:rPr>
        <w:t>21:17  to unhon ne socha ke main kuch aur sawal kar loon uthne se pehle. to unhon ne kaha rajjat aisha se ke mujhe rasullah sallam prophet mohammad ke qiyamul lail ke baare mein bataiye. yaani tahajjud kaise padhte the? to phir rajjat aisha ne waise hi sawal kiya ke kya tum ya ummul muzammil nahi padhte? to unhon ne kaha zaroor padhta hoon, kyun nahi padhta hoon?</w:t>
      </w:r>
      <w:r>
        <w:br/>
      </w:r>
      <w:r>
        <w:rPr>
          <w:sz w:val="20"/>
        </w:rPr>
        <w:t>21:47  to rajjat aisha ne bataya ke dekho jab surah al muzammil naazil hui, reveal hui to aakhir ki kuch ayatein poori tarah se reveal nahi hui thi aur shuru mein jo ayatein hain surah al muzammil ki chapter 73 usmein hukm aaya hai. commandment aaya hai tahajjud ke liye.</w:t>
      </w:r>
      <w:r>
        <w:br/>
      </w:r>
      <w:r>
        <w:rPr>
          <w:sz w:val="20"/>
        </w:rPr>
        <w:t>22:13  Ya ayyuhal muzammil qumil laila illah qaleela. nisfahu awin qusmin minhu qaleela. aw zidd alaihi wa rattilil quran ha tartila.</w:t>
      </w:r>
      <w:r>
        <w:br/>
      </w:r>
      <w:r>
        <w:rPr>
          <w:sz w:val="20"/>
        </w:rPr>
        <w:t>22:24  ke ae kapde mein lapte hue insaan uth aur raat ki namaz padh aur aadha aadhi raat ko namaz padho ya usse kuch kam kar lo ya aadhi raat se kuch zyada kar lo aur quran ko theher theher ke padho.</w:t>
      </w:r>
      <w:r>
        <w:br/>
      </w:r>
      <w:r>
        <w:rPr>
          <w:sz w:val="20"/>
        </w:rPr>
        <w:t>22:45  to yeh commandment aaya jab quran mein surah al muzammil mein to us waqt koi namaz farz nahi thi. jaise ab paanch namazein farz hain to woh bilkul early period ka ke yeh surat thi jo reveal hui. to us waqt tahajjud ki namaz farz ho gayi.</w:t>
      </w:r>
    </w:p>
    <w:p>
      <w:pPr>
        <w:pStyle w:val="Heading2"/>
      </w:pPr>
      <w:r>
        <w:t>Keeping political disputes out of the Hajj pilgrimage</w:t>
      </w:r>
    </w:p>
    <w:p>
      <w:r>
        <w:rPr>
          <w:color w:val="666666"/>
          <w:sz w:val="18"/>
        </w:rPr>
        <w:t>Haqeeqat-E-Hajj Book by Maulana Wahiduddin Khan · 3m 48s · at 3:03:59 · https://youtu.be/fNuk7YC0jSM?t=11039</w:t>
      </w:r>
    </w:p>
    <w:p>
      <w:r>
        <w:rPr>
          <w:i/>
        </w:rPr>
        <w:t>“حج کے ادارے کو عالمی دعوتی ادارہ بنانے کی ایک لازمی شرط ہے”</w:t>
      </w:r>
    </w:p>
    <w:p>
      <w:r>
        <w:rPr>
          <w:sz w:val="20"/>
        </w:rPr>
        <w:t>3:03:59  ek zaroori shart kitab haqeeqat hajj maulana wahiduddin khan safha number 69</w:t>
      </w:r>
      <w:r>
        <w:br/>
      </w:r>
      <w:r>
        <w:rPr>
          <w:sz w:val="20"/>
        </w:rPr>
        <w:t>3:04:12  hajj ke idare ko aalami dawati idara banane ki ek hi lazmi shart hai aur woh yeh ke hajj ke farize ko siyasat se bilkul alag rakha jaye</w:t>
      </w:r>
      <w:r>
        <w:br/>
      </w:r>
      <w:r>
        <w:rPr>
          <w:sz w:val="20"/>
        </w:rPr>
        <w:t>3:04:28  raqim al-huroof ne september 1982 mein hajj ka fariza ada kiya tha</w:t>
      </w:r>
      <w:r>
        <w:br/>
      </w:r>
      <w:r>
        <w:rPr>
          <w:sz w:val="20"/>
        </w:rPr>
        <w:t>3:04:35  ek roz jab ke mein baitullah ke andar tha</w:t>
      </w:r>
      <w:r>
        <w:br/>
      </w:r>
      <w:r>
        <w:rPr>
          <w:sz w:val="20"/>
        </w:rPr>
        <w:t>3:04:40  ek khaas mulk ke kuch log wahan aaye</w:t>
      </w:r>
      <w:r>
        <w:br/>
      </w:r>
      <w:r>
        <w:rPr>
          <w:sz w:val="20"/>
        </w:rPr>
        <w:t>3:04:43  aur apne mulk ke leader ka naam le kar zindabad</w:t>
      </w:r>
      <w:r>
        <w:br/>
      </w:r>
      <w:r>
        <w:rPr>
          <w:sz w:val="20"/>
        </w:rPr>
        <w:t>3:04:49  painda abad ke nare lagane lage</w:t>
      </w:r>
      <w:r>
        <w:br/>
      </w:r>
      <w:r>
        <w:rPr>
          <w:sz w:val="20"/>
        </w:rPr>
        <w:t>3:04:54  yeh sun kar bohat se haji un ke gird jama ho gaye</w:t>
      </w:r>
      <w:r>
        <w:br/>
      </w:r>
      <w:r>
        <w:rPr>
          <w:sz w:val="20"/>
        </w:rPr>
        <w:t>3:04:58  aps mein ikhtilafi bahasein shuru ho gayin</w:t>
      </w:r>
      <w:r>
        <w:br/>
      </w:r>
      <w:r>
        <w:rPr>
          <w:sz w:val="20"/>
        </w:rPr>
        <w:t>3:05:03  yeh silsila bohat der tak jari raha</w:t>
      </w:r>
      <w:r>
        <w:br/>
      </w:r>
      <w:r>
        <w:rPr>
          <w:sz w:val="20"/>
        </w:rPr>
        <w:t>3:05:06  baitullah ka mahol zikr aur ibadat ka mahol hai magar mazkoora nadani ke nateejay mein woh siyasi</w:t>
      </w:r>
      <w:r>
        <w:br/>
      </w:r>
      <w:r>
        <w:rPr>
          <w:sz w:val="20"/>
        </w:rPr>
        <w:t>3:05:16  nizaa ka mahol ban kar reh gaya</w:t>
      </w:r>
      <w:r>
        <w:br/>
      </w:r>
      <w:r>
        <w:rPr>
          <w:sz w:val="20"/>
        </w:rPr>
        <w:t>3:05:20  yahi qissa madine mein bhi pesh aaya</w:t>
      </w:r>
      <w:r>
        <w:br/>
      </w:r>
      <w:r>
        <w:rPr>
          <w:sz w:val="20"/>
        </w:rPr>
        <w:t>3:05:24  madine mein mein aik hotel mein thehra hua tha</w:t>
      </w:r>
      <w:r>
        <w:br/>
      </w:r>
      <w:r>
        <w:rPr>
          <w:sz w:val="20"/>
        </w:rPr>
        <w:t>3:05:29  wahan kuch naujawan mere kamre mein aaye un ke paas bohat se chhpe hue pamphlet thay jo angrezi aur arabi zaban mein tayyar kiye gaye thay</w:t>
      </w:r>
      <w:r>
        <w:br/>
      </w:r>
      <w:r>
        <w:rPr>
          <w:sz w:val="20"/>
        </w:rPr>
        <w:t>3:05:44  un kitabchon mein ek khaas muslim mulk ke hukmaran ko nishana bana kar is ke baray mein mukhalifana baatein likhi gayi theen</w:t>
      </w:r>
      <w:r>
        <w:br/>
      </w:r>
      <w:r>
        <w:rPr>
          <w:sz w:val="20"/>
        </w:rPr>
        <w:t>3:05:54  un naujawano ne yeh kitabche mujhe diye to main ne kaha ke aap apna qeemti waqt bhi barbad kar rahe hain aur ayyam e hajj ko bhi nihayat galat taur par istemal kar rahe hain woh naujawan mujh se bahas karte rahe yahan tak ke woh bigad kar chale gaye maujooda zamane mein yeh rujhan kafi barha hai</w:t>
      </w:r>
      <w:r>
        <w:br/>
      </w:r>
      <w:r>
        <w:rPr>
          <w:sz w:val="20"/>
        </w:rPr>
        <w:t>3:06:22  kuch idare aur kuch hukmatein hajj ko sirf is nazar se dekhti hain yahan ba ijtima sari dunya ke musalman jama hote hain is liye un ko apne mahdood siyasi maqasid ke liye istemal kiya jaye magar yeh tareeqa sarasar galat aur hajj ke maqasid ke bilkul khilaf hai</w:t>
      </w:r>
      <w:r>
        <w:br/>
      </w:r>
      <w:r>
        <w:rPr>
          <w:sz w:val="20"/>
        </w:rPr>
        <w:t>3:06:48  hajj mein jama hone wale musalmanon ko sirf is nazar se dekhna chahiye ke woh hajj ka fariza ada karne ke liye aaye hain</w:t>
      </w:r>
      <w:r>
        <w:br/>
      </w:r>
      <w:r>
        <w:rPr>
          <w:sz w:val="20"/>
        </w:rPr>
        <w:t>3:06:58  is aalmi ijtima se faida uthane ka sahi tareeqa yeh hai ke logon ke andar dawati rooh paida ki jaye taake woh wapas ja kar apne apne ilaqon mein allah ke deen ka ailan karne wale bane na ke ek doosre ke khilaf manfi propaganda karne wale</w:t>
      </w:r>
      <w:r>
        <w:br/>
      </w:r>
      <w:r>
        <w:rPr>
          <w:sz w:val="20"/>
        </w:rPr>
        <w:t>3:07:23  hajj ek zabardast quwwat hai aur is ko nihayat moasar taur par aalmi islami dawat ke liye istemal kiya ja sakta hai magar shart yeh hai ke is ko apas ke ikhtilaf ka maidan na banaya jaye</w:t>
      </w:r>
    </w:p>
    <w:p>
      <w:pPr>
        <w:pStyle w:val="Heading2"/>
      </w:pPr>
      <w:r>
        <w:t>true spirit behind fasting, taraweeh and night worship</w:t>
      </w:r>
    </w:p>
    <w:p>
      <w:r>
        <w:rPr>
          <w:color w:val="666666"/>
          <w:sz w:val="18"/>
        </w:rPr>
        <w:t>Soulful Ramadan Inspiring Duas and Hadiths</w:t>
        <w:br/>
        <w:t>March 10, 2024 · 5m 07s · at 16:24 · https://youtu.be/ZXO-tq7pyQA?t=984</w:t>
      </w:r>
    </w:p>
    <w:p>
      <w:r>
        <w:rPr>
          <w:i/>
        </w:rPr>
        <w:t>“This is a very incredible hadith — three things are said in it”</w:t>
      </w:r>
    </w:p>
    <w:p>
      <w:r>
        <w:rPr>
          <w:sz w:val="20"/>
        </w:rPr>
        <w:t>16:24  ein. haan, ye this is a very incredible hadith. ismein teen baatein kahi gayi hain: man sa ramadana imanan wa ehtisaban ghafara lahu ma taqaddama min zambih. ji, ki jisne roza rakha iman aur ehtisab ke saath. iman aur ehtisab ko hum aaj ke term mein kahenge spirit ke saath, yaani poori rooh uske andar shamil thi.</w:t>
      </w:r>
      <w:r>
        <w:br/>
      </w:r>
      <w:r>
        <w:rPr>
          <w:sz w:val="20"/>
        </w:rPr>
        <w:t>16:45  ji, to usne jisne roza rakha imaan aur ehsab ke saath, uske saare past sins aa allah maaf kar dega. aur isi tarah hai ki, man kama ramazana imaanan wa ehsab gafr lahu ma taqaddam bin jambi. ki jisne ramazan mein raat ki namaz parhi, jisko qayam ul lail kaha jaata tha, ab usko taraveeh kaha jaata hai. to jisne taraveeh ki namaz parhi imaan aur ehsab ke saath, uske saare gunaah maaf ho jayenge. ji</w:t>
      </w:r>
      <w:r>
        <w:br/>
      </w:r>
      <w:r>
        <w:rPr>
          <w:sz w:val="20"/>
        </w:rPr>
        <w:t>17:15  , aur phir teesri baat ye hai ki, man kama lailatul qadr imaanan wa ehsab gafr lahu ma taqaddam bin jambi. to ek hi sentence hai, sirf ek do word ka farq hai ki jisne lailatul qadr ki raat mein namaz parhi, jaag ke aur ek taraveeh ya ji doosri namaz, to uske bhi saare guna</w:t>
      </w:r>
      <w:r>
        <w:br/>
      </w:r>
      <w:r>
        <w:rPr>
          <w:sz w:val="20"/>
        </w:rPr>
        <w:t>17:37  h maaf ho jaate hain. jo ismein saara zor hai, woh imaanan wa ehsab par hai ki poori spirit ke saath aur rooh ke saath sincere a fasting and with full spirit. to woh a yaani chahe woh taraveeh ho ya lailatul qadr ho, to usmein uske yaani a ramazan gives you numerous opportunity to grow your spiritchu</w:t>
      </w:r>
      <w:r>
        <w:br/>
      </w:r>
      <w:r>
        <w:rPr>
          <w:sz w:val="20"/>
        </w:rPr>
        <w:t>18:03  ality. yaani aap raat ko namaz parhen, roza rakhen, aap lailatul qadr mein jaage. to ye sab cheezein. y lekin jo asal cheez hai, ab taraveeh ki jo aajkal soorat haal hai, woh aisi ho gayi hai ki jaldi-jaldi parh ke aur aadmi samajhta hai, humne taraveeh parh li aur sun li. ji, to ye ye isse ko bahut bada faida nahi hai</w:t>
      </w:r>
      <w:r>
        <w:br/>
      </w:r>
      <w:r>
        <w:rPr>
          <w:sz w:val="20"/>
        </w:rPr>
        <w:t>18:26  jab tak ki aap samjhe nahi aur jab tak ki quran ka ke oopar ko samjhe aur tadabbur karein aur phir apni zindagi mein usko apply karein. bilkul ji, to uske liye tareeqa ye ho sakta hai ki maan lijiye aap taraveeh parhne ja rahe hain, to aapko maloom hona chahiye aaj imam kaun sa a part parhenge. hum a jo paara hota hai na, juz aam taur se ek paara, sawa paara, dedh paara parhte hain. ji, imam hazraat</w:t>
      </w:r>
      <w:r>
        <w:br/>
      </w:r>
      <w:r>
        <w:rPr>
          <w:sz w:val="20"/>
        </w:rPr>
        <w:t>18:54  to pata hona chahiye ki aaj kaun sa paara hai. hum pata chal jayega, woh to imam sahib batayenge. to woh woh paara aapko chahiye ki aap usko parhen, uska translation parhen aur uski tafseer parhen. main to hamesha maulana viduddin khan sahib ki jo tafseer hai, taskirul quran, woh recommend karta hoon.</w:t>
      </w:r>
      <w:r>
        <w:br/>
      </w:r>
      <w:r>
        <w:rPr>
          <w:sz w:val="20"/>
        </w:rPr>
        <w:t>19:15  bilkul, woh inteha ek to bahut hi brief hai, single volume mein hai, bahut hi simple hai aur quran ke jo deeper meaning hai, woh usmein a maulana ne ujagar kiye hain.</w:t>
      </w:r>
      <w:r>
        <w:br/>
      </w:r>
      <w:r>
        <w:rPr>
          <w:sz w:val="20"/>
        </w:rPr>
        <w:t>19:27  to agar koi is tarah se quran parhe ki pehle matan parhe, yaani jo text hai arabi, phir uska translation parhe, phir jo neeche chhota sa uske oopar ek ek note hai, woh parhe, to aapko quran ke jo deeper meaning hai, woh aapke oopar khulenge. yaani tadabbur, tawassum, yaani uske oopar sochna, contemplation karna, t</w:t>
      </w:r>
      <w:r>
        <w:br/>
      </w:r>
      <w:r>
        <w:rPr>
          <w:sz w:val="20"/>
        </w:rPr>
        <w:t>19:49  b tab jaakar uska ye faida hoga ki ye saare gunaah maaf ho jayenge. warna woh jo abhi ritualistic andaaz mein taraveeh ka shauq ho gaya hai, bahut jaldi parhna, kuch samajh mein nahi aata, to woh to sirf ek itminaan ho gaya aapko ki humne namaz parh li. namaz ka to jab faida hai ki jab aapko usse take away mile, har roz aapko kuch mile namaz se.</w:t>
      </w:r>
      <w:r>
        <w:br/>
      </w:r>
      <w:r>
        <w:rPr>
          <w:sz w:val="20"/>
        </w:rPr>
        <w:t>20:13  hazrat ayesha farmaati hain ki rasoolallah sallallahu alaihi wasallam chaar rakat namaz parhte the raat ko aur and he use to pray through out the year. aisa nahi, sirf ramazan mein. through out the year, this was his practice to pray four rakat. then he would rest, then he would pray four rakat, then he would pray three rakat witr. ye na ye hazrat ayesha ne bataya ki saare saal mein unka tareeqa yahi tha, ramazan ya ghair</w:t>
      </w:r>
      <w:r>
        <w:br/>
      </w:r>
      <w:r>
        <w:rPr>
          <w:sz w:val="20"/>
        </w:rPr>
        <w:t>20:39  ramazan. ji, aur ek baar rasoolallah sallallahu alaihi wasallam se poocha ki, "ya rasoolallah, do you sleep after a praying?" matlab aapne namaz parhi, uske baad so gaye. to rasoolallah kahte hain ki, "my eyes are sleeping, but my heart is awake." ji, yaani rasoolallah sochte the uske oopar. rasoolallah sallallahu alaihi wasallam sochte the jo parha quran mein aur gehrai se sochte the, tadabbur karte</w:t>
      </w:r>
      <w:r>
        <w:br/>
      </w:r>
      <w:r>
        <w:rPr>
          <w:sz w:val="20"/>
        </w:rPr>
        <w:t>21:03  the. to yahi cheez hai ki ke yaani ramazan mein bahut saari aapko opportunity milti hain ki aapne roza rakha, phir aapne taraveeh parhi, phir lailatul qadr hai, phir quran parhte hain aur gehrai se samajhte hain. to it gives lot of opportunity to a believer. ji, to grow his spirituality. ji, bahut important baat ye doctor sahib aapne batayi hum sabko.</w:t>
      </w:r>
    </w:p>
    <w:p>
      <w:pPr>
        <w:pStyle w:val="Heading2"/>
      </w:pPr>
      <w:r>
        <w:t>Patience keeps peace in society, Holi-Friday example</w:t>
      </w:r>
    </w:p>
    <w:p>
      <w:r>
        <w:rPr>
          <w:color w:val="666666"/>
          <w:sz w:val="18"/>
        </w:rPr>
        <w:t>Discovering The Spirit of Ramadan March 16, 2025 · 1m 41s · at 20:14 · https://youtu.be/WrIyg6N7390?t=1214</w:t>
      </w:r>
    </w:p>
    <w:p>
      <w:r>
        <w:rPr>
          <w:i/>
        </w:rPr>
        <w:t>“We're not alone — we live in a society”</w:t>
      </w:r>
    </w:p>
    <w:p>
      <w:r>
        <w:rPr>
          <w:sz w:val="20"/>
        </w:rPr>
        <w:t>20:14  kyunke is dunya mein dekhiye, hum akele nahin hain. hum ko ek samaj mein rehna padta hai, ek khandan mein rehna padta hai. to hum ko tarah tarah ke waqeat paish aate rehte hain.</w:t>
      </w:r>
      <w:r>
        <w:br/>
      </w:r>
      <w:r>
        <w:rPr>
          <w:sz w:val="20"/>
        </w:rPr>
        <w:t>20:24  to humein sabr karna chahiye. aur sabr bas shuru shuru mein mushkil lagta hai.</w:t>
      </w:r>
      <w:r>
        <w:br/>
      </w:r>
      <w:r>
        <w:rPr>
          <w:sz w:val="20"/>
        </w:rPr>
        <w:t>20:30  baad mein humein bilkul be koshish ke baghair hum sabr kar sakte hain. humein mushkil jo hai, hamari khatm ho jati hai. to sabr sirf khana peena chhodne ki waja se jo humein pareshani hoti hai, isi mein sabr nahin karna hai.</w:t>
      </w:r>
      <w:r>
        <w:br/>
      </w:r>
      <w:r>
        <w:rPr>
          <w:sz w:val="20"/>
        </w:rPr>
        <w:t>20:44  to sabr to ek aam hukum hai. har mamle mein humein sabr karna hai. aur waqti tor par jab hum sabr kar lete hain, to hamare halaat behtar ho jate hain.</w:t>
      </w:r>
      <w:r>
        <w:br/>
      </w:r>
      <w:r>
        <w:rPr>
          <w:sz w:val="20"/>
        </w:rPr>
        <w:t>20:54  lekin agar hum jawab dein to baat bigadti hai.</w:t>
      </w:r>
      <w:r>
        <w:br/>
      </w:r>
      <w:r>
        <w:rPr>
          <w:sz w:val="20"/>
        </w:rPr>
        <w:t>20:57  abhi dekhiye, itna zabardast mamla hua tha jumme ko. log samajh rahe the ke bohat jhagda hoga. kyunke holi aur jumme ki namaz ka waqt takrao ho raha tha.</w:t>
      </w:r>
      <w:r>
        <w:br/>
      </w:r>
      <w:r>
        <w:rPr>
          <w:sz w:val="20"/>
        </w:rPr>
        <w:t>21:09  lekin dekhiye, halaat bohat achhe rahe. aur jhagda waghera nahin hua. musalmanon ne sabr bardasht kiya. aur na doosri taraf se koi aisa mamla paish aaya.</w:t>
      </w:r>
      <w:r>
        <w:br/>
      </w:r>
      <w:r>
        <w:rPr>
          <w:sz w:val="20"/>
        </w:rPr>
        <w:t>21:20  sab achhe tareeqe se, sab halaat ban gaye. aur koi fasad o sud nahin</w:t>
      </w:r>
      <w:r>
        <w:br/>
      </w:r>
      <w:r>
        <w:rPr>
          <w:sz w:val="20"/>
        </w:rPr>
        <w:t>21:25  hua. to sabr karne se na sirf hum apni apni zindagi ko theek karte hain, balkey samaj mein bhi aman qaim hota hai.</w:t>
      </w:r>
      <w:r>
        <w:br/>
      </w:r>
      <w:r>
        <w:rPr>
          <w:sz w:val="20"/>
        </w:rPr>
        <w:t>21:33  to sabr jo hai, bohat zyada zaroori hai. kyunke aisa to kabhi ho nahin sakta ke hamari marzi ke mutabiq sare kaam hon.</w:t>
      </w:r>
      <w:r>
        <w:br/>
      </w:r>
      <w:r>
        <w:rPr>
          <w:sz w:val="20"/>
        </w:rPr>
        <w:t>21:42  kyunke bohat sare log is dunya mein reh rahe hain. sab ki apni apni marzi hoti hai. to sabr se insan jo hai, woh nakhushgawar waqeat ko bardasht kar pata hai.</w:t>
      </w:r>
    </w:p>
    <w:p>
      <w:pPr>
        <w:pStyle w:val="Heading2"/>
      </w:pPr>
      <w:r>
        <w:t>From ihram to tawaf: God-oriented life</w:t>
      </w:r>
    </w:p>
    <w:p>
      <w:r>
        <w:rPr>
          <w:color w:val="666666"/>
          <w:sz w:val="18"/>
        </w:rPr>
        <w:t>The Pilgrimage of Hajj | Maulana Wahiduddin Khan · 5m 06s · at 6:27 · https://youtu.be/LrI5xzFpjCs?t=387</w:t>
      </w:r>
    </w:p>
    <w:p>
      <w:r>
        <w:rPr>
          <w:i/>
        </w:rPr>
        <w:t>“Yeh yeh kya hai?”</w:t>
      </w:r>
    </w:p>
    <w:p>
      <w:r>
        <w:rPr>
          <w:sz w:val="20"/>
        </w:rPr>
        <w:t>6:27  Yeh yeh kya hai? Yeh is baat ki alamat hai ke haji ne ab insani tamaddun ko chhoda aur woh fitrat ke tamaddun mein, khudai form mein aa gaya. Apne mahol ko chhoda us ne. Mahol ko chhoda tha us ne usi waqt jab ke us ne ghar se nikla tha. Lekin jab us ne Ihram pehan liya to mukammal taur par goya woh apne us</w:t>
      </w:r>
      <w:r>
        <w:br/>
      </w:r>
      <w:r>
        <w:rPr>
          <w:sz w:val="20"/>
        </w:rPr>
        <w:t>6:57  mahol se jis mein reh raha tha, ab tak us se nikal kar ek naye mahol mein aa gaya. Is tarah is ke andar ek nayi nafsiyaat jaagegi. Ek naya zehan paida hoga. Kyun? Is liye ke us ne jo kapda ab tak woh pehne hue tha ya pehanta tha, woh woh tamaddun ka nishan tha. Ab jo kapde pehne us ne bilasle, baghair sile hue do chadarain goya ke ab woh fitrat ke mahol mein aa gaya.</w:t>
      </w:r>
      <w:r>
        <w:br/>
      </w:r>
      <w:r>
        <w:rPr>
          <w:sz w:val="20"/>
        </w:rPr>
        <w:t>7:28  Fitrat ka kapda us ne pehan liya. Yeh bohat bara muamla hai. Is ko mein yuhun keh sakta hoon ke ek taraf is ki zuban par hota hai: "Labbayk Allahumma Labbayk". Yani Allah ki barai us ke dimagh mein aayi hai, us ki zuban par hai, us ki soch mein aa gayi hai. Lekin kapde mein bilkul saada. Yeh koi simple living high thinking ka muamla hai. Apne rehan sehan mein woh saada ban gaya. Apni so</w:t>
      </w:r>
      <w:r>
        <w:br/>
      </w:r>
      <w:r>
        <w:rPr>
          <w:sz w:val="20"/>
        </w:rPr>
        <w:t>7:58  ch mein is ne apne ko ooncha uthaya. ek gaad oriented thinking paida kar li apne andar. is ki alamat hai: "labbaik allahumma labbaik" . yeh hai ehraam ki haqeeqat. to is tarah miqat mein jo kuch faasle par hota hai, makkah ke har jagah ki miqatein alag alag hain. jo makkah se kuch door muqarrar ki gayi hain. to wahan se woh fitrat ke libaas mein</w:t>
      </w:r>
      <w:r>
        <w:br/>
      </w:r>
      <w:r>
        <w:rPr>
          <w:sz w:val="20"/>
        </w:rPr>
        <w:t>8:28  aur khuda ki yaad mein aage badhta hai. yahan tak ke woh makkah mein dakhil hota hai. sab se pehla kaam wahan jo kiya jata hai woh hai tawaf. kaaba ka tawaf. yaani kaaba ke gird saat baar ghoomna. kaaba jo hai duniya mein ek hi aisa yaani structure hai</w:t>
      </w:r>
      <w:r>
        <w:br/>
      </w:r>
      <w:r>
        <w:rPr>
          <w:sz w:val="20"/>
        </w:rPr>
        <w:t>8:59  jo qadeem tareen paighambar ki alamat hai. aisa koi structure duniya mein maujood nahin. yaani saade chaar hazaar saal pehle hazrat ibrahim ne is ko banaya aur ab tak woh maujood hai. to khuda ne jo apne paighambar bheje duniya mein logon ki hidayat ke liye to un ke bohat se nishanaat the. ab sirf ek hi nishan aisa baqi reh gaya hai jo paighambaraana daur insaniyat ki yaad dilata hai.</w:t>
      </w:r>
      <w:r>
        <w:br/>
      </w:r>
      <w:r>
        <w:rPr>
          <w:sz w:val="20"/>
        </w:rPr>
        <w:t>9:29  to jis waqt haji wahan pahunchta hai aur kaaba ke gird tawaf karta hai to woh goya is ahad ko zinda karta hai ke main paighambar wali zindagi ikhtiyar karunga. allah taala ne duniya mein apni pasand wali zindagi ke namoone paighambaron ke zariye qaim ki. jis ki ek alamati, jis ka ek alamati dhancha hai kaaba.</w:t>
      </w:r>
      <w:r>
        <w:br/>
      </w:r>
      <w:r>
        <w:rPr>
          <w:sz w:val="20"/>
        </w:rPr>
        <w:t>10:00  kyun ke hazrat ibrahim ne kaaba ko banaya tha allah ki ibaadat ke liye. to kaaba ke gird jab haji tawaf karta hai to apne andar is ehsaas ko jagata hai ke mujhe paighambar wale namoone ikhtiyar karna hain. mujhe kaaba ke gird tawaf karte hue, is ke gird ghoomte hue, goya woh khuda oriented life, gaad oriented life ka</w:t>
      </w:r>
      <w:r>
        <w:br/>
      </w:r>
      <w:r>
        <w:rPr>
          <w:sz w:val="20"/>
        </w:rPr>
        <w:t>10:30  jazba apne andar paida karta hai. kyun ke saare paighambaron ka jo jo khulasa tha woh yahi hai ke aye logon! gaad oriented life ikhtiyar karo. tumhari zindagi ka markaz khuda ban jaye. tumhari soch, tumhare jazbaat, tumhare door dhoop, har cheez ka markaz khuda ban jaye. isi ko main keh raha hoon gaad oriented life. to kaaba ke gird tawaf kar ke haji apne andar is ehsaas ko jagata hai.</w:t>
      </w:r>
      <w:r>
        <w:br/>
      </w:r>
      <w:r>
        <w:rPr>
          <w:sz w:val="20"/>
        </w:rPr>
        <w:t>11:02  zahire hai ke is se bari aur koi cheez nahin. yeh duniya mein jo allah ki pasand wali zindagi hai woh hai hi yahi ke ke aap ki zindagi ka rukh khuda ki taraf ho gaya ho. is ke baad jo doosra, jo doosra feal, jo doosra kaam karta hai haji woh yeh ke woh</w:t>
      </w:r>
    </w:p>
    <w:p>
      <w:pPr>
        <w:pStyle w:val="Heading2"/>
      </w:pPr>
      <w:r>
        <w:t>No intention, no fast — the hadith principle explained</w:t>
      </w:r>
    </w:p>
    <w:p>
      <w:r>
        <w:rPr>
          <w:color w:val="666666"/>
          <w:sz w:val="18"/>
        </w:rPr>
        <w:t>In Conversation with Maulana Wahiduddin Khan (Amaal-e-Ramadan) 25 Aug, 2007 · 35s · at 3:31 · https://youtu.be/DRE5UnumqIY?t=211</w:t>
      </w:r>
    </w:p>
    <w:p>
      <w:r>
        <w:rPr>
          <w:i/>
        </w:rPr>
        <w:t>“Niyyat nahi to roza bhi nahi”</w:t>
      </w:r>
    </w:p>
    <w:p>
      <w:r>
        <w:rPr>
          <w:sz w:val="20"/>
        </w:rPr>
        <w:t>3:31  tarzeed mein farmaya Rasool Allah Salallahu Alaihi Wasallam ne ke niyat nahi to rozah bhi nahi. Yaani tumhari asal shakhsiyat to andar ki shakhsiyat hai.</w:t>
      </w:r>
      <w:r>
        <w:br/>
      </w:r>
      <w:r>
        <w:rPr>
          <w:sz w:val="20"/>
        </w:rPr>
        <w:t>3:42  andar ki shakhsiyat jo hai, jab aap niyat karte hain ke wabso main ghadd nawaitu jo aap kehte hain,</w:t>
      </w:r>
      <w:r>
        <w:br/>
      </w:r>
      <w:r>
        <w:rPr>
          <w:sz w:val="20"/>
        </w:rPr>
        <w:t>3:50  to wabso main ghadd nawaitu yeh bhi ek lip service nahi hoti hai. Yeh is baat ka irada hota hai ke maine apni asal shakhsiyat jo hai, meri dakhli shakhsiyat, usko maine rozay mein shamil kiya.</w:t>
      </w:r>
    </w:p>
    <w:p>
      <w:pPr>
        <w:pStyle w:val="Heading2"/>
      </w:pPr>
      <w:r>
        <w:t>Ramadan is giving spirit not taking</w:t>
      </w:r>
    </w:p>
    <w:p>
      <w:r>
        <w:rPr>
          <w:color w:val="666666"/>
          <w:sz w:val="18"/>
        </w:rPr>
        <w:t>Spirit of Ramadan | June 14, 2015 · 31s · at 20:42 · https://youtu.be/LMQxfxQcnxQ?t=1242</w:t>
      </w:r>
    </w:p>
    <w:p>
      <w:r>
        <w:rPr>
          <w:i/>
        </w:rPr>
        <w:t>“تو ایک لفظ میں یہ کہوں گا کہ رمضان”</w:t>
      </w:r>
    </w:p>
    <w:p>
      <w:r>
        <w:rPr>
          <w:sz w:val="20"/>
        </w:rPr>
        <w:t>20:42  saara focus kar rahay hain.</w:t>
      </w:r>
      <w:r>
        <w:br/>
      </w:r>
      <w:r>
        <w:rPr>
          <w:sz w:val="20"/>
        </w:rPr>
        <w:t>20:47  mujhe mile, mujhe mile, mujhe mile.</w:t>
      </w:r>
      <w:r>
        <w:br/>
      </w:r>
      <w:r>
        <w:rPr>
          <w:sz w:val="20"/>
        </w:rPr>
        <w:t>20:51  aur rasool Allah sal Allah alaihi wasallam tareeqa kehte hain ke dono doosron ko pohnche, doosron ko pohnche,</w:t>
      </w:r>
      <w:r>
        <w:br/>
      </w:r>
      <w:r>
        <w:rPr>
          <w:sz w:val="20"/>
        </w:rPr>
        <w:t>20:56  doosron ko pohnche.</w:t>
      </w:r>
      <w:r>
        <w:br/>
      </w:r>
      <w:r>
        <w:rPr>
          <w:sz w:val="20"/>
        </w:rPr>
        <w:t>21:00  to ek lafz mein yeh kahoon ga ke ramzan taking spirit ke liye nahi hai, giving spirit ke liye.</w:t>
      </w:r>
      <w:r>
        <w:br/>
      </w:r>
      <w:r>
        <w:rPr>
          <w:sz w:val="20"/>
        </w:rPr>
        <w:t>21:05  aaj kal jo hai hum is mani mein ramzan woh taking spirit ke liye hai.</w:t>
      </w:r>
      <w:r>
        <w:br/>
      </w:r>
      <w:r>
        <w:rPr>
          <w:sz w:val="20"/>
        </w:rPr>
        <w:t>21:09  mein kya khaoon, kya piyoon, kya sehri karoon, kya iftar karoon, yeh sara isi par sochte hain. woh</w:t>
      </w:r>
    </w:p>
    <w:p>
      <w:pPr>
        <w:pStyle w:val="Heading2"/>
      </w:pPr>
      <w:r>
        <w:t>Quran: your meat and blood don't reach God, taqwa does</w:t>
      </w:r>
    </w:p>
    <w:p>
      <w:r>
        <w:rPr>
          <w:color w:val="666666"/>
          <w:sz w:val="18"/>
        </w:rPr>
        <w:t>The Spirit of Hajj July 7, 2007 · 32s · at 5:07 · https://youtu.be/SV2CfNml8ic?t=307</w:t>
      </w:r>
    </w:p>
    <w:p>
      <w:r>
        <w:rPr>
          <w:i/>
        </w:rPr>
        <w:t>“خدا کو تمہارا گوشت اور خون نہیں پہنچتا”</w:t>
      </w:r>
    </w:p>
    <w:p>
      <w:r>
        <w:rPr>
          <w:sz w:val="20"/>
        </w:rPr>
        <w:t>5:07  kyun ke quran mein hai haj mein aadmi qurbani karta hai to us ke baray mein hai ke Allah</w:t>
      </w:r>
      <w:r>
        <w:br/>
      </w:r>
      <w:r>
        <w:rPr>
          <w:sz w:val="20"/>
        </w:rPr>
        <w:t>5:19  khuda ko tumhara gosht aur khoon nahi pohanchta. khuda ko tumhara taqwa pohanchta hai. aap ghor kijiye ke haj ki spirit taqwa hai.</w:t>
      </w:r>
      <w:r>
        <w:br/>
      </w:r>
      <w:r>
        <w:rPr>
          <w:sz w:val="20"/>
        </w:rPr>
        <w:t>5:31  Allah se darna. Allah ka khauf dil mein aa jana. accountability ka ehsas.</w:t>
      </w:r>
    </w:p>
    <w:p>
      <w:pPr>
        <w:pStyle w:val="Heading2"/>
      </w:pPr>
      <w:r>
        <w:t>Freedom at Midnight: living like hermits to think deeply</w:t>
      </w:r>
    </w:p>
    <w:p>
      <w:r>
        <w:rPr>
          <w:color w:val="666666"/>
          <w:sz w:val="18"/>
        </w:rPr>
        <w:t>Roza and The Quran August 15, 2010 · 2m 13s · at 10:52 · https://youtu.be/Aaby-dLkPL4?t=652</w:t>
      </w:r>
    </w:p>
    <w:p>
      <w:r>
        <w:rPr>
          <w:i/>
        </w:rPr>
        <w:t>“انڈیا کو آزادی ملی تھی 15 اگست کو”</w:t>
      </w:r>
    </w:p>
    <w:p>
      <w:r>
        <w:rPr>
          <w:sz w:val="20"/>
        </w:rPr>
        <w:t>10:52  to yeh jo hai yani is ka matlab, is is ka jo ek misaal mein doon to us se baat wazeh hoti hai ke India ko azadi mili thi 15 august ko.</w:t>
      </w:r>
      <w:r>
        <w:br/>
      </w:r>
      <w:r>
        <w:rPr>
          <w:sz w:val="20"/>
        </w:rPr>
        <w:t>11:06  aaj 15 august hai. 15 august 1947 ko azadi mili thi. aaj ka din yaad dilata hai hum ko azadi ka din.</w:t>
      </w:r>
      <w:r>
        <w:br/>
      </w:r>
      <w:r>
        <w:rPr>
          <w:sz w:val="20"/>
        </w:rPr>
        <w:t>11:16  to is par bohat kitabein likhi gayi hain.</w:t>
      </w:r>
      <w:r>
        <w:br/>
      </w:r>
      <w:r>
        <w:rPr>
          <w:sz w:val="20"/>
        </w:rPr>
        <w:t>11:19  bohat ziyada kitabein hain. India ki azadi par mislan India Wins Freedom waghera. to do writers, ek French, ek ek British,</w:t>
      </w:r>
      <w:r>
        <w:br/>
      </w:r>
      <w:r>
        <w:rPr>
          <w:sz w:val="20"/>
        </w:rPr>
        <w:t>11:33  ne mil kar ke ek kitab likhi hai.</w:t>
      </w:r>
      <w:r>
        <w:br/>
      </w:r>
      <w:r>
        <w:rPr>
          <w:sz w:val="20"/>
        </w:rPr>
        <w:t>11:36  is ka naam hai Freedom at Midnight. kyunke 15 august ke ko 12 baj kar ek minute par viceroy ne elaan kiya tha ke today India is free.</w:t>
      </w:r>
      <w:r>
        <w:br/>
      </w:r>
      <w:r>
        <w:rPr>
          <w:sz w:val="20"/>
        </w:rPr>
        <w:t>11:50  to yeh adhi raat ki azadi hui. to is ne kitab ka naam rakha Freedom at Midnight. to yeh dono ne kitab kaise likhi?</w:t>
      </w:r>
      <w:r>
        <w:br/>
      </w:r>
      <w:r>
        <w:rPr>
          <w:sz w:val="20"/>
        </w:rPr>
        <w:t>12:02  to mein ne ek interview padha tha us mein unhon ne kaha tha hum interview mein ke we lived like hermits and we produced Freedom at Midnight.</w:t>
      </w:r>
      <w:r>
        <w:br/>
      </w:r>
      <w:r>
        <w:rPr>
          <w:sz w:val="20"/>
        </w:rPr>
        <w:t>12:21  yani hum tark-e-duniya ki tarah rahe aur phir hum ne yeh kitab likh dali.</w:t>
      </w:r>
      <w:r>
        <w:br/>
      </w:r>
      <w:r>
        <w:rPr>
          <w:sz w:val="20"/>
        </w:rPr>
        <w:t>12:28  we lived like hermits and we produced Freedom at Midnight. to yeh hai roze ki spirit yeh hai.</w:t>
      </w:r>
      <w:r>
        <w:br/>
      </w:r>
      <w:r>
        <w:rPr>
          <w:sz w:val="20"/>
        </w:rPr>
        <w:t>12:39  to woh tark-e-duniya jo bane thay to is liye nahi ke bas khali koi murakaba karein. nahi woh parhte thay, study karte thay. sara jo document tha azadi ka woh sab is mein bohat ziyada woh chhanbeen karte thay.</w:t>
      </w:r>
      <w:r>
        <w:br/>
      </w:r>
      <w:r>
        <w:rPr>
          <w:sz w:val="20"/>
        </w:rPr>
        <w:t>12:55  phir kitab likhi unhon ne.</w:t>
      </w:r>
      <w:r>
        <w:br/>
      </w:r>
      <w:r>
        <w:rPr>
          <w:sz w:val="20"/>
        </w:rPr>
        <w:t>12:58  to yeh jo abstinence hai woh isi liye hai.</w:t>
      </w:r>
    </w:p>
    <w:p>
      <w:pPr>
        <w:pStyle w:val="Heading2"/>
      </w:pPr>
      <w:r>
        <w:t>Planning according to available resources</w:t>
      </w:r>
    </w:p>
    <w:p>
      <w:r>
        <w:rPr>
          <w:color w:val="666666"/>
          <w:sz w:val="18"/>
        </w:rPr>
        <w:t>The Method of Planning August 14, 2016 · 1m 37s · at 42:28 · https://youtu.be/84WV8NS2VKQ?t=2548</w:t>
      </w:r>
    </w:p>
    <w:p>
      <w:r>
        <w:rPr>
          <w:i/>
        </w:rPr>
        <w:t>“Dekhiye yeh planning ke usool ke khilaf hai”</w:t>
      </w:r>
    </w:p>
    <w:p>
      <w:r>
        <w:rPr>
          <w:sz w:val="20"/>
        </w:rPr>
        <w:t>42:28  "dekhein, yeh planning ke usool ke khilaaf hai.</w:t>
      </w:r>
      <w:r>
        <w:br/>
      </w:r>
      <w:r>
        <w:rPr>
          <w:sz w:val="20"/>
        </w:rPr>
        <w:t>42:34  Planning ke usool kya hai? Ke jo available hai, us ko bharpoor istemaal karna taake jo available nahi</w:t>
      </w:r>
      <w:r>
        <w:br/>
      </w:r>
      <w:r>
        <w:rPr>
          <w:sz w:val="20"/>
        </w:rPr>
        <w:t>42:40  hai, woh hum achieve kar sakein.</w:t>
      </w:r>
      <w:r>
        <w:br/>
      </w:r>
      <w:r>
        <w:rPr>
          <w:sz w:val="20"/>
        </w:rPr>
        <w:t>42:47  Jo available nahi hai, us par planning kiya aati hai? Koi bhi nahi karta.</w:t>
      </w:r>
      <w:r>
        <w:br/>
      </w:r>
      <w:r>
        <w:rPr>
          <w:sz w:val="20"/>
        </w:rPr>
        <w:t>42:53  Available opportunities ko avail karna, yeh hai planning.</w:t>
      </w:r>
      <w:r>
        <w:br/>
      </w:r>
      <w:r>
        <w:rPr>
          <w:sz w:val="20"/>
        </w:rPr>
        <w:t>43:00  aur jo dunya mein kamyab hua hai, woh isi usool par kamyab hua hai ke available opportunities ko</w:t>
      </w:r>
      <w:r>
        <w:br/>
      </w:r>
      <w:r>
        <w:rPr>
          <w:sz w:val="20"/>
        </w:rPr>
        <w:t>43:06  bohat hi wisely istemal karna.</w:t>
      </w:r>
      <w:r>
        <w:br/>
      </w:r>
      <w:r>
        <w:rPr>
          <w:sz w:val="20"/>
        </w:rPr>
        <w:t>43:13  isi ka naam planning hai.</w:t>
      </w:r>
      <w:r>
        <w:br/>
      </w:r>
      <w:r>
        <w:rPr>
          <w:sz w:val="20"/>
        </w:rPr>
        <w:t>43:19  jo is ke khilaf chala, woh kamyab nahi hua, aur jo is ke mutabiq chala, woh kamyab hua.</w:t>
      </w:r>
      <w:r>
        <w:br/>
      </w:r>
      <w:r>
        <w:rPr>
          <w:sz w:val="20"/>
        </w:rPr>
        <w:t>43:26  main ne aap ko misalein dein, un misalon ko jo main ne pesh kiya aap ke samne, un</w:t>
      </w:r>
      <w:r>
        <w:br/>
      </w:r>
      <w:r>
        <w:rPr>
          <w:sz w:val="20"/>
        </w:rPr>
        <w:t>43:32  misalon ki buniyad par aap bataiye ke meri baat sahi hai ya galat.</w:t>
      </w:r>
      <w:r>
        <w:br/>
      </w:r>
      <w:r>
        <w:rPr>
          <w:sz w:val="20"/>
        </w:rPr>
        <w:t>43:39  main ne aap ko history ki misal di, rasool Allah ki misal di.</w:t>
      </w:r>
      <w:r>
        <w:br/>
      </w:r>
      <w:r>
        <w:rPr>
          <w:sz w:val="20"/>
        </w:rPr>
        <w:t>43:45  maulana, aisa hi ek similar question aaya hai Aftab Alam sahib ka Kolkata se, aur unhon ne likha</w:t>
      </w:r>
      <w:r>
        <w:br/>
      </w:r>
      <w:r>
        <w:rPr>
          <w:sz w:val="20"/>
        </w:rPr>
        <w:t>43:52  hai ke generally planning is done targeting to achieve the goal that is beyond our capability, but from</w:t>
      </w:r>
      <w:r>
        <w:br/>
      </w:r>
      <w:r>
        <w:rPr>
          <w:sz w:val="20"/>
        </w:rPr>
        <w:t>43:58  today's lecture it is learned that only result oriented planning is fruitful.</w:t>
      </w:r>
      <w:r>
        <w:br/>
      </w:r>
      <w:r>
        <w:rPr>
          <w:sz w:val="20"/>
        </w:rPr>
        <w:t>44:05  Then Maulana, why is it said do planning according to your aim in life? We know that sometimes aim is beyond the limit.</w:t>
      </w:r>
    </w:p>
    <w:p>
      <w:pPr>
        <w:pStyle w:val="Heading2"/>
      </w:pPr>
      <w:r>
        <w:t>Everything has positive and negative aspects</w:t>
      </w:r>
    </w:p>
    <w:p>
      <w:r>
        <w:rPr>
          <w:color w:val="666666"/>
          <w:sz w:val="18"/>
        </w:rPr>
        <w:t>Darse Quran 03 07 07 · 32s · at 8:29 · https://youtu.be/-5s9-7Xj6jU?t=509</w:t>
      </w:r>
    </w:p>
    <w:p>
      <w:r>
        <w:rPr>
          <w:i/>
        </w:rPr>
        <w:t>“Is duniya mein har cheez mein kuch na kuch faida shamil hai”</w:t>
      </w:r>
    </w:p>
    <w:p>
      <w:r>
        <w:rPr>
          <w:sz w:val="20"/>
        </w:rPr>
        <w:t>8:29  is duniya mein har cheez mein kuch na kuch faida bhi shamil hai. yeh is, yeh yeh principle hai, law of nature hai yeh ke har cheez mein positive aspect hota hai, aur sath sath negative aspect bhi hota hai. koi bhi cheez na to 100 percent negative hoti, na aur na 100 percent positive hoti. yeh law of nature hai. to</w:t>
      </w:r>
    </w:p>
    <w:p>
      <w:pPr>
        <w:pStyle w:val="Heading2"/>
      </w:pPr>
      <w:r>
        <w:t>Personal Discovery Brings Modesty</w:t>
      </w:r>
    </w:p>
    <w:p>
      <w:r>
        <w:rPr>
          <w:color w:val="666666"/>
          <w:sz w:val="18"/>
        </w:rPr>
        <w:t>The Ideology of Truth July 15, 2007 · 1m 11s · at 14:26 · https://youtu.be/EOXdI723eHI?t=866</w:t>
      </w:r>
    </w:p>
    <w:p>
      <w:r>
        <w:rPr>
          <w:i/>
        </w:rPr>
        <w:t>“Main apne baare mein keh sakta hoon ke maine truth”</w:t>
      </w:r>
    </w:p>
    <w:p>
      <w:r>
        <w:rPr>
          <w:sz w:val="20"/>
        </w:rPr>
        <w:t>14:26  sab disappear ho jata hai. mein apne bare mein keh sakta hoon ke mein ne truth, truth meri discovery hai. I have discovered the truth on my own.</w:t>
      </w:r>
      <w:r>
        <w:br/>
      </w:r>
      <w:r>
        <w:rPr>
          <w:sz w:val="20"/>
        </w:rPr>
        <w:t>14:40  to jab mein ne discover kiya truth ko to har cheez meri zindagi mein disappear ho gayi. intolerance, hate, confrontation aur malice aur injustice, dishonesty sab disappear ho gayi.</w:t>
      </w:r>
      <w:r>
        <w:br/>
      </w:r>
      <w:r>
        <w:rPr>
          <w:sz w:val="20"/>
        </w:rPr>
        <w:t>15:04  har insaan mere liye ek ek hi darje ka ban gaya. doosri cheez jo mujhe mili woh modesty. mein samajhta hoon ke oneness of truth jo hai woh aap ko supreme sense mein modest banata hai.</w:t>
      </w:r>
      <w:r>
        <w:br/>
      </w:r>
      <w:r>
        <w:rPr>
          <w:sz w:val="20"/>
        </w:rPr>
        <w:t>15:19  modesty. agar modesty nahi aayi to aap ne sachai ko bhi nahi paya. modesty. to jahan modesty aa jaye wahan bhi aap dekhiye arrogance khatam, egoism khatam,</w:t>
      </w:r>
    </w:p>
    <w:p>
      <w:pPr>
        <w:pStyle w:val="Heading2"/>
      </w:pPr>
      <w:r>
        <w:t>Mosques full but empty of guidance</w:t>
      </w:r>
    </w:p>
    <w:p>
      <w:r>
        <w:rPr>
          <w:color w:val="666666"/>
          <w:sz w:val="18"/>
        </w:rPr>
        <w:t>Spirit and Form in Islam · 26s · at 3:59 · https://youtu.be/frQuKwqtHiU?t=239</w:t>
      </w:r>
    </w:p>
    <w:p>
      <w:r>
        <w:rPr>
          <w:i/>
        </w:rPr>
        <w:t>“Mosques will be full of worshippers but empty of guidance.”</w:t>
      </w:r>
    </w:p>
    <w:p>
      <w:r>
        <w:rPr>
          <w:sz w:val="20"/>
        </w:rPr>
        <w:t>3:59  kisi ajeeb baat hai dekhiye masjidein namaziyon se bhari hongi lekin woh hidayat se khali hongi.</w:t>
      </w:r>
      <w:r>
        <w:br/>
      </w:r>
      <w:r>
        <w:rPr>
          <w:sz w:val="20"/>
        </w:rPr>
        <w:t>4:10  yeh na samjhiye ke masjid mein namaziyon ki bheed ho to Islam apni taraqqi ki halat mein hai. Namaziyon ki bheed ka naam iqamat-e-salat nahi hai.</w:t>
      </w:r>
    </w:p>
    <w:p>
      <w:pPr>
        <w:pStyle w:val="Heading2"/>
      </w:pPr>
      <w:r>
        <w:t>Tahajjud better than world and Jannah story</w:t>
      </w:r>
    </w:p>
    <w:p>
      <w:r>
        <w:rPr>
          <w:color w:val="666666"/>
          <w:sz w:val="18"/>
        </w:rPr>
        <w:t>The Spirit of Tahajjud Prayer February 27, 2022 Dr. Saniyasnain Khan · 3m 35s · at 47:06 · https://youtu.be/QKVdxVFto7s?t=2826</w:t>
      </w:r>
    </w:p>
    <w:p>
      <w:r>
        <w:rPr>
          <w:i/>
        </w:rPr>
        <w:t>“Yani duniya as a planet ji aur jo us mein cheezein hain”</w:t>
      </w:r>
    </w:p>
    <w:p>
      <w:r>
        <w:rPr>
          <w:sz w:val="20"/>
        </w:rPr>
        <w:t>47:06  yaani duniya as a planet ji aur jo usmein cheezein hain saari cities hain aur infrastructure hai aur sab kuch mila ke usse wo chand rakaten, behtar hain. to yeh baat samajhna bada mushkil hai ki itni si namaz jo hai wo kaise is duniya se behtar ho sakti hai. kyunki duniya ki zindagi to ek bahut hi mahdood zindagi hai.</w:t>
      </w:r>
      <w:r>
        <w:br/>
      </w:r>
      <w:r>
        <w:rPr>
          <w:sz w:val="20"/>
        </w:rPr>
        <w:t>47:33  test ke liye allah taala ne insaan ko yahan paida kiya hai aur wo khatm ho jayegi. lekin akhirat ki jo zindagi hai wo eternal hai. hamesha hamesha ki zindagi hai. to duniya ki zindagi kitni bhi achhi ho, agar wo limited hai to uske muqable mein to behtar nahi ho sakti jo unlimited hai. ek aur hadees mein aata hai jo thoda isko explain karti hai is baat ko.</w:t>
      </w:r>
      <w:r>
        <w:br/>
      </w:r>
      <w:r>
        <w:rPr>
          <w:sz w:val="20"/>
        </w:rPr>
        <w:t>48:02  molane ne kai baar isko sunaya hai. woh yeh ki jo day of judgement mein jab hisab kitab hoga to sabka hisab kitab ho jayega. kuch log jannat mein chale jayenge, kuch log jannat se deprive ho jayenge, sabka hisab kitab ho jayega. sirf ek aadmi reh jayega. uska kuch aisa hisab tha ki wo na idhar jaane ke liye theek hai, na udhar jaane ke liye theek hai.</w:t>
      </w:r>
      <w:r>
        <w:br/>
      </w:r>
      <w:r>
        <w:rPr>
          <w:sz w:val="20"/>
        </w:rPr>
        <w:t>48:30  to wo wahan khada rahega akela. to wo allah taala se kahega ki allah taala tu ne mujhe jannat mein nahi dakhil kiya to kam se kam dikha de mujhe. jannat kaisi hai? to allad allafarhayega apne farishton se ki inko zara dikha do jannat.</w:t>
      </w:r>
      <w:r>
        <w:br/>
      </w:r>
      <w:r>
        <w:rPr>
          <w:sz w:val="20"/>
        </w:rPr>
        <w:t>48:56  ek round laga laga ke aaye yeh jannat mein. to wo zabriste le jaate hai, janat ghumaate hai, phir wapas aata hai wo shakhs. phir wo shakhs bolta hai allah se ki ae allah, tu ne mujhe apni janat dikha diya tu ismein mujhe daal bhi de.</w:t>
      </w:r>
      <w:r>
        <w:br/>
      </w:r>
      <w:r>
        <w:rPr>
          <w:sz w:val="20"/>
        </w:rPr>
        <w:t>49:19  tu allataala farmata hai ki ae mere bande tu mujhse jannat mat maang. tu jis duniya se aaya hai wo duniya aur ek aur duniya waisi main tujhe deta hoon lekin jannat mat maang. to wo banda kehta hai ki laqun wa ashka khalke ka.</w:t>
      </w:r>
      <w:r>
        <w:br/>
      </w:r>
      <w:r>
        <w:rPr>
          <w:sz w:val="20"/>
        </w:rPr>
        <w:t>49:48  kaise main tere bandon mein sabse unfortunate banda banu? to yeh jumla sunke allah taala ko hansi aa jati hai aur usko jannat mein dakhil kar deta hai. bahut kam aisi hadeesen hain jismein allah ke hansne ka zikr hai. ek baar prophet ne koi baat kahi to usmein kaha ki allah taala ko hansi aa gayi. to sahaba baithe hue the.</w:t>
      </w:r>
      <w:r>
        <w:br/>
      </w:r>
      <w:r>
        <w:rPr>
          <w:sz w:val="20"/>
        </w:rPr>
        <w:t>50:17  unhone puchha ki yaar usoolullah kya allah taala ko bhi hansi aati hai? to prophet ne kahan aati hai hansi? aur kaha ki aise khuda se aise rabb se hamein na umeed nahi hona chahiye jo hansta bhi ho. to isse is hadees se thoda wazeh hota hai ki kya matlab hai tha iska? ji.</w:t>
      </w:r>
      <w:r>
        <w:br/>
      </w:r>
      <w:r>
        <w:rPr>
          <w:sz w:val="20"/>
        </w:rPr>
        <w:t>50:41  doctor, in your last program you spoke of a very important thing that one should make a spiritual corner in the house. so, i wanted to know if there is an example or saying of the prophet</w:t>
      </w:r>
    </w:p>
    <w:p>
      <w:pPr>
        <w:pStyle w:val="Heading2"/>
      </w:pPr>
      <w:r>
        <w:t>Prophet Adam's prayer for forgiveness</w:t>
      </w:r>
    </w:p>
    <w:p>
      <w:r>
        <w:rPr>
          <w:color w:val="666666"/>
          <w:sz w:val="18"/>
        </w:rPr>
        <w:t>The Importance of Dua | April 4, 2016 | Maulana Wahiduddin Khan · 2m 00s · at 55:28 · https://youtu.be/B9d4B3Nqiww?t=3328</w:t>
      </w:r>
    </w:p>
    <w:p>
      <w:r>
        <w:rPr>
          <w:i/>
        </w:rPr>
        <w:t>“Hamare Rab, hum ne apni jaanon par zulm kiya”</w:t>
      </w:r>
    </w:p>
    <w:p>
      <w:r>
        <w:rPr>
          <w:sz w:val="20"/>
        </w:rPr>
        <w:t>55:28  ain expreshn af gaud orented livng.</w:t>
      </w:r>
      <w:r>
        <w:br/>
      </w:r>
      <w:r>
        <w:rPr>
          <w:sz w:val="20"/>
        </w:rPr>
        <w:t>55:33  مولانا، similarly Prophet Adam also prayed.</w:t>
      </w:r>
      <w:r>
        <w:br/>
      </w:r>
      <w:r>
        <w:rPr>
          <w:sz w:val="20"/>
        </w:rPr>
        <w:t>55:37  He said, "Our Lord, we have wronged our souls."</w:t>
      </w:r>
      <w:r>
        <w:br/>
      </w:r>
      <w:r>
        <w:rPr>
          <w:sz w:val="20"/>
        </w:rPr>
        <w:t>55:41  If you do not forgive us and have mercy on us, we shall be among the lost.</w:t>
      </w:r>
      <w:r>
        <w:br/>
      </w:r>
      <w:r>
        <w:rPr>
          <w:sz w:val="20"/>
        </w:rPr>
        <w:t>55:45  kain yu pliz giv as a bak graund af dis prer? is mein hai ke rabana zalamna anfusna.</w:t>
      </w:r>
      <w:r>
        <w:br/>
      </w:r>
      <w:r>
        <w:rPr>
          <w:sz w:val="20"/>
        </w:rPr>
        <w:t>55:50  ham ne apne janon ke sath zulam kiya, yaani khud apni ka khaidah kar sake jo hamein chahiye</w:t>
      </w:r>
      <w:r>
        <w:br/>
      </w:r>
      <w:r>
        <w:rPr>
          <w:sz w:val="20"/>
        </w:rPr>
        <w:t>55:54  tha apne lie</w:t>
      </w:r>
      <w:r>
        <w:br/>
      </w:r>
      <w:r>
        <w:rPr>
          <w:sz w:val="20"/>
        </w:rPr>
        <w:t>55:58  woh bhi nahi kar saka. hum to khud to hum kho chuke hain, khud to hamare paas koi raha nahi. ab to hi hamein sambhal. yeh us ko mein yeh kahunga ke ek aadmi koi ghalati kar kar jaye, apne bade se kahe ke ke mujh se yeh ghalati ho gayi, aap meri ghalati ko aap sambhaliye, aap mere bade hain. to yeh</w:t>
      </w:r>
      <w:r>
        <w:br/>
      </w:r>
      <w:r>
        <w:rPr>
          <w:sz w:val="20"/>
        </w:rPr>
        <w:t>56:28  wohi cheez hai yeh ke adam ne jo ghalti ki, wo ghalti fatal na bane.</w:t>
      </w:r>
      <w:r>
        <w:br/>
      </w:r>
      <w:r>
        <w:rPr>
          <w:sz w:val="20"/>
        </w:rPr>
        <w:t>56:33  is ki dua hai wo ke ghalti to mujh se ho gayi, lekin is se mujhe bacha ke</w:t>
      </w:r>
      <w:r>
        <w:br/>
      </w:r>
      <w:r>
        <w:rPr>
          <w:sz w:val="20"/>
        </w:rPr>
        <w:t>56:39  wo dua meri fatal ban jaye.</w:t>
      </w:r>
      <w:r>
        <w:br/>
      </w:r>
      <w:r>
        <w:rPr>
          <w:sz w:val="20"/>
        </w:rPr>
        <w:t>56:44  mujhe mujhe sambhal le, ghalti ke bawajood mujh se sambhal le.</w:t>
      </w:r>
      <w:r>
        <w:br/>
      </w:r>
      <w:r>
        <w:rPr>
          <w:sz w:val="20"/>
        </w:rPr>
        <w:t>56:49  yeh to bohat bari dua hai, main samajhta hoon.</w:t>
      </w:r>
      <w:r>
        <w:br/>
      </w:r>
      <w:r>
        <w:rPr>
          <w:sz w:val="20"/>
        </w:rPr>
        <w:t>56:54  aur jab aadmi sach much etraf ko dua karta hai, sach much yaani</w:t>
      </w:r>
      <w:r>
        <w:br/>
      </w:r>
      <w:r>
        <w:rPr>
          <w:sz w:val="20"/>
        </w:rPr>
        <w:t>56:59  us ko sachi spirit ke sath karta hai dua, to zaroor qabool hoti hai. jaisa ke Hazrat Adam ko dua qabool ho gayi, Hazrat Adam ki dua qabool ho gayi, kyunke woh dua sachi dua thi. yahan par dua ka matlab yeh hoga ke meri ghalati ko to sambhal le, jo ghalati mujh se ho gayi hai, us ke anjaam se mujhe bacha le. so murad that means repentance is also a very important</w:t>
      </w:r>
    </w:p>
    <w:p>
      <w:pPr>
        <w:pStyle w:val="Heading2"/>
      </w:pPr>
      <w:r>
        <w:t>Prayer is a combination of mind and body</w:t>
      </w:r>
    </w:p>
    <w:p>
      <w:r>
        <w:rPr>
          <w:color w:val="666666"/>
          <w:sz w:val="18"/>
        </w:rPr>
        <w:t>Islamic Prayer (Part 1) (English) February 27, 2007 Maulana Wahiduddin Khan · 2m 07s · at 35:42 · https://youtu.be/p_6r0MDbHmY?t=2142</w:t>
      </w:r>
    </w:p>
    <w:p>
      <w:r>
        <w:rPr>
          <w:i/>
        </w:rPr>
        <w:t>“So mind and body both must be involved in Islamic prayer”</w:t>
      </w:r>
    </w:p>
    <w:p>
      <w:r>
        <w:rPr>
          <w:sz w:val="20"/>
        </w:rPr>
        <w:t>35:42  So mind and body both must be involved in Islamic prayer.</w:t>
      </w:r>
      <w:r>
        <w:br/>
      </w:r>
      <w:r>
        <w:rPr>
          <w:sz w:val="20"/>
        </w:rPr>
        <w:t>35:50  Bodily, you will perform the outer aspect of prayer.</w:t>
      </w:r>
      <w:r>
        <w:br/>
      </w:r>
      <w:r>
        <w:rPr>
          <w:sz w:val="20"/>
        </w:rPr>
        <w:t>35:58  But intellectually, you must involve in prayer.</w:t>
      </w:r>
      <w:r>
        <w:br/>
      </w:r>
      <w:r>
        <w:rPr>
          <w:sz w:val="20"/>
        </w:rPr>
        <w:t>36:06  At the time of prayer, you must think about God.</w:t>
      </w:r>
      <w:r>
        <w:br/>
      </w:r>
      <w:r>
        <w:rPr>
          <w:sz w:val="20"/>
        </w:rPr>
        <w:t>36:14  You must think about the presence of God.</w:t>
      </w:r>
      <w:r>
        <w:br/>
      </w:r>
      <w:r>
        <w:rPr>
          <w:sz w:val="20"/>
        </w:rPr>
        <w:t>36:22  You must think about the accountability.</w:t>
      </w:r>
      <w:r>
        <w:br/>
      </w:r>
      <w:r>
        <w:rPr>
          <w:sz w:val="20"/>
        </w:rPr>
        <w:t>36:30  When you read some part of the Quran in your prayer, you must understand its meaning.</w:t>
      </w:r>
      <w:r>
        <w:br/>
      </w:r>
      <w:r>
        <w:rPr>
          <w:sz w:val="20"/>
        </w:rPr>
        <w:t>36:38  For example, when you say in your prayer, maliki yawm al-din, Lord of the Day of Judgment.</w:t>
      </w:r>
      <w:r>
        <w:br/>
      </w:r>
      <w:r>
        <w:rPr>
          <w:sz w:val="20"/>
        </w:rPr>
        <w:t>36:47  When you say this, Lord of the Day of Judgment, you have to remember the Day of Judgment.</w:t>
      </w:r>
      <w:r>
        <w:br/>
      </w:r>
      <w:r>
        <w:rPr>
          <w:sz w:val="20"/>
        </w:rPr>
        <w:t>36:57  You have to think about accountability.</w:t>
      </w:r>
      <w:r>
        <w:br/>
      </w:r>
      <w:r>
        <w:rPr>
          <w:sz w:val="20"/>
        </w:rPr>
        <w:t>37:07  So it is very important.</w:t>
      </w:r>
      <w:r>
        <w:br/>
      </w:r>
      <w:r>
        <w:rPr>
          <w:sz w:val="20"/>
        </w:rPr>
        <w:t>37:17  Prayer is a combination of mind and body.</w:t>
      </w:r>
      <w:r>
        <w:br/>
      </w:r>
      <w:r>
        <w:rPr>
          <w:sz w:val="20"/>
        </w:rPr>
        <w:t>37:28  Prayer is a combination of external act and also internal spirit.</w:t>
      </w:r>
      <w:r>
        <w:br/>
      </w:r>
      <w:r>
        <w:rPr>
          <w:sz w:val="20"/>
        </w:rPr>
        <w:t>37:38  So you have to pray with both inner spirit and external form.</w:t>
      </w:r>
      <w:r>
        <w:br/>
      </w:r>
      <w:r>
        <w:rPr>
          <w:sz w:val="20"/>
        </w:rPr>
        <w:t>37:49  Without form, there is no worship.</w:t>
      </w:r>
    </w:p>
    <w:p>
      <w:pPr>
        <w:pStyle w:val="Heading2"/>
      </w:pPr>
      <w:r>
        <w:t>Truth like Motherhood</w:t>
      </w:r>
    </w:p>
    <w:p>
      <w:r>
        <w:rPr>
          <w:color w:val="666666"/>
          <w:sz w:val="18"/>
        </w:rPr>
        <w:t>The Ideology of Truth July 15, 2007 · 28s · at 12:59 · https://youtu.be/EOXdI723eHI?t=779</w:t>
      </w:r>
    </w:p>
    <w:p>
      <w:r>
        <w:rPr>
          <w:i/>
        </w:rPr>
        <w:t>“Truth ka mamla motherhood jaisa mamla hai.”</w:t>
      </w:r>
    </w:p>
    <w:p>
      <w:r>
        <w:rPr>
          <w:sz w:val="20"/>
        </w:rPr>
        <w:t>12:59  agar aap se kaha jaye ke tumhari chaar maaen hain to is ka matlab yeh hoga ke aap maa wali feeling hi aap aap se ghayab ho jayegi. to</w:t>
      </w:r>
      <w:r>
        <w:br/>
      </w:r>
      <w:r>
        <w:rPr>
          <w:sz w:val="20"/>
        </w:rPr>
        <w:t>13:13  truth ka mamla jo hai woh motherhood jaisa mamla hai. woh spirit ko bardasht nahi kar sakta. to oneness of reality hi natural formula hai.</w:t>
      </w:r>
    </w:p>
    <w:p>
      <w:pPr>
        <w:pStyle w:val="Heading2"/>
      </w:pPr>
      <w:r>
        <w:t>Dua seeking refuge from worldly distraction of heart</w:t>
      </w:r>
    </w:p>
    <w:p>
      <w:r>
        <w:rPr>
          <w:color w:val="666666"/>
          <w:sz w:val="18"/>
        </w:rPr>
        <w:t>Lessons From The Life of Abu Darda (ra) November 9, 2025 · 41s · at 7:51 · https://youtu.be/5V4oxolMiBA?t=471</w:t>
      </w:r>
    </w:p>
    <w:p>
      <w:r>
        <w:rPr>
          <w:i/>
        </w:rPr>
        <w:t>“I seek refuge in You from scattering of heart”</w:t>
      </w:r>
    </w:p>
    <w:p>
      <w:r>
        <w:rPr>
          <w:sz w:val="20"/>
        </w:rPr>
        <w:t>7:51  right. such a simple and non materialistic attribute, doctor sahib, i really like many of his sayings. one of his dua, i really loved, when hazrat abu darda prayed, he said, "that god, i seek refuge in you from the scattering of the heart." so</w:t>
      </w:r>
      <w:r>
        <w:br/>
      </w:r>
      <w:r>
        <w:rPr>
          <w:sz w:val="20"/>
        </w:rPr>
        <w:t>8:08  he was asked, "what is what you mean by scattering of the heart?" so he said, "to have wealth in every valley." it clearly tells us that distraction and wealth are directly proportional.</w:t>
      </w:r>
      <w:r>
        <w:br/>
      </w:r>
      <w:r>
        <w:rPr>
          <w:sz w:val="20"/>
        </w:rPr>
        <w:t>8:21  if you seek more wealth, then you be more distracted, and your spiritual equilibrium will be disturbed. so its very important that you, you know, to have a balance in life.</w:t>
      </w:r>
    </w:p>
    <w:p>
      <w:pPr>
        <w:pStyle w:val="Heading2"/>
      </w:pPr>
      <w:r>
        <w:t>Strong personality leads to paradise</w:t>
      </w:r>
    </w:p>
    <w:p>
      <w:r>
        <w:rPr>
          <w:color w:val="666666"/>
          <w:sz w:val="18"/>
        </w:rPr>
        <w:t>CPS Women Monthly Q and A with Prof. Farida Khanam and Maulana Farhad Ahmed Umeri August 28, 2023 · 30s · at 6:53 · https://youtu.be/gxAPgrrKfw0?t=413</w:t>
      </w:r>
    </w:p>
    <w:p>
      <w:r>
        <w:rPr>
          <w:i/>
        </w:rPr>
        <w:t>“Strong personality hi jannat mein jayegi”</w:t>
      </w:r>
    </w:p>
    <w:p>
      <w:r>
        <w:rPr>
          <w:sz w:val="20"/>
        </w:rPr>
        <w:t>6:53  to humko as it is baat karna chahiye aur merit par cheezon ko judge karna chahiye. yeh bahut zyada important hai aur bahut zyada videos hain short video bhi aate rehte hain yeh strong personality hi jannat mein jayegi. to strong personality kyunki insaan ki personality uski soch se banti hai. agar uska soch galat ho to uski personality bhi galat ho jayegi.</w:t>
      </w:r>
      <w:r>
        <w:br/>
      </w:r>
      <w:r>
        <w:rPr>
          <w:sz w:val="20"/>
        </w:rPr>
        <w:t>7:23  kyunki insaan ka jo hai mind bilkul clear hona chahiye ki usko ki khuda kya chahta hai? insaan ko bilkul hi double standard nahi banna hai. aam taur par yeh dekha gaya ki log double standard hote hain ki apne liye kuch doosre ke liye kuch. to yeh sab nahi karna hai.</w:t>
      </w:r>
    </w:p>
    <w:p>
      <w:pPr>
        <w:pStyle w:val="Heading2"/>
      </w:pPr>
      <w:r>
        <w:t>Modesty lesson from Allahu Akbar</w:t>
      </w:r>
    </w:p>
    <w:p>
      <w:r>
        <w:rPr>
          <w:color w:val="666666"/>
          <w:sz w:val="18"/>
        </w:rPr>
        <w:t>What is Islam (Prophetic Wisdom) November 29, 2006 Maulana Wahiduddin Khan · 45s · at 13:02 · https://youtu.be/iVldpAeihtU?t=782</w:t>
      </w:r>
    </w:p>
    <w:p>
      <w:r>
        <w:rPr>
          <w:i/>
        </w:rPr>
        <w:t>“God is great and I am not great”</w:t>
      </w:r>
    </w:p>
    <w:p>
      <w:r>
        <w:rPr>
          <w:sz w:val="20"/>
        </w:rPr>
        <w:t>13:02  is ka matlab kya hai? "God is great and I am not great, mind is not great".</w:t>
      </w:r>
      <w:r>
        <w:br/>
      </w:r>
      <w:r>
        <w:rPr>
          <w:sz w:val="20"/>
        </w:rPr>
        <w:t>13:16  Khuda bada hai, mein bada nahin hoon. to is ka matlab kya hua? yeh hai modesty ka, modesty ka lesson, modesty ka sabak.</w:t>
      </w:r>
      <w:r>
        <w:br/>
      </w:r>
      <w:r>
        <w:rPr>
          <w:sz w:val="20"/>
        </w:rPr>
        <w:t>13:33  to goya ke namaz aadmi ko is baat ke liye train karti hai ke woh duniya mein modest ban kar rahe.</w:t>
      </w:r>
    </w:p>
    <w:p>
      <w:pPr>
        <w:pStyle w:val="Heading2"/>
      </w:pPr>
      <w:r>
        <w:t>Abu Bakr's deathbed statement on how future reform happens</w:t>
      </w:r>
    </w:p>
    <w:p>
      <w:r>
        <w:rPr>
          <w:color w:val="666666"/>
          <w:sz w:val="18"/>
        </w:rPr>
        <w:t>Revival of Islam March 23, 2014 · 1m 49s · at 7:54 · https://youtu.be/Wc4Vsc4u1JI?t=474</w:t>
      </w:r>
    </w:p>
    <w:p>
      <w:r>
        <w:rPr>
          <w:i/>
        </w:rPr>
        <w:t>“Abu Bakr's dying words on how reform repeats”</w:t>
      </w:r>
    </w:p>
    <w:p>
      <w:r>
        <w:rPr>
          <w:sz w:val="20"/>
        </w:rPr>
        <w:t>7:54  to kya karna hai? is ke baray mein bhi hadithain mojood hain. dekhen, aap jantay hain ke rasool Allah ke jo pehle khaleefa thay, hazrat abubakar siddique, jin ki wafat hui hai san 13 hijri mein.</w:t>
      </w:r>
      <w:r>
        <w:br/>
      </w:r>
      <w:r>
        <w:rPr>
          <w:sz w:val="20"/>
        </w:rPr>
        <w:t>8:12  san 13 hijri mein</w:t>
      </w:r>
      <w:r>
        <w:br/>
      </w:r>
      <w:r>
        <w:rPr>
          <w:sz w:val="20"/>
        </w:rPr>
        <w:t>8:15  to jab un ko, jab woh bimar hue aakhri zamanay mein, to maut se pehle jab woh kamzor ho chukay thay, unhon ne kaha ke mujh ko le kar chalo, mimbar par bithao.</w:t>
      </w:r>
      <w:r>
        <w:br/>
      </w:r>
      <w:r>
        <w:rPr>
          <w:sz w:val="20"/>
        </w:rPr>
        <w:t>8:30  to log sahara de kar un ko laye, mimbar par bithaya. yeh maut se pehle ka waqia hai.</w:t>
      </w:r>
      <w:r>
        <w:br/>
      </w:r>
      <w:r>
        <w:rPr>
          <w:sz w:val="20"/>
        </w:rPr>
        <w:t>8:38  is is waqt to unhon ne yeh baat kahi ke is ummat ka baad ka zamanay mein jo islaah hogi, woh isi pattern par hogi jo is ummat ke ibtidai daur mein hui thi.</w:t>
      </w:r>
      <w:r>
        <w:br/>
      </w:r>
      <w:r>
        <w:rPr>
          <w:sz w:val="20"/>
        </w:rPr>
        <w:t>8:51  isi baat ko imam malik, jo ke top ke tabay tabayee hain, jin ki wafat hui hai 179 hijri mein,</w:t>
      </w:r>
      <w:r>
        <w:br/>
      </w:r>
      <w:r>
        <w:rPr>
          <w:sz w:val="20"/>
        </w:rPr>
        <w:t>9:03  isi ko unhon ne in alfaaz mein kaha tha ke "لن یسرها آخر هذه الامة الا بما صلوا به اولها" ۔</w:t>
      </w:r>
      <w:r>
        <w:br/>
      </w:r>
      <w:r>
        <w:rPr>
          <w:sz w:val="20"/>
        </w:rPr>
        <w:t>9:14  is ummat ka aakhir yani baad ke zamanay ke logon ke darmiyan islaah bhi isi pattern par hogi jis pattern par pehle zamanay mein hui thi.</w:t>
      </w:r>
      <w:r>
        <w:br/>
      </w:r>
      <w:r>
        <w:rPr>
          <w:sz w:val="20"/>
        </w:rPr>
        <w:t>9:26  is ummat ke aakhri hissay ki islaah bhi isi tarah par hogi jis tarah is ummat ke pehle hissay ki islaah hui thi. ab aap ko main aik bohat hi ahem hadith sunana chahta hoon.</w:t>
      </w:r>
    </w:p>
    <w:p>
      <w:pPr>
        <w:pStyle w:val="Heading2"/>
      </w:pPr>
      <w:r>
        <w:t>Complete lesson on Eid al-Adha sacrifice</w:t>
      </w:r>
    </w:p>
    <w:p>
      <w:r>
        <w:rPr>
          <w:color w:val="666666"/>
          <w:sz w:val="18"/>
        </w:rPr>
        <w:t>Self Sacrifice for Divine Mission October 5, 2014 · 4m 44s · at 1:03 · https://youtu.be/1_ue_-AmesQ?t=63</w:t>
      </w:r>
    </w:p>
    <w:p>
      <w:r>
        <w:rPr>
          <w:i/>
        </w:rPr>
        <w:t>“Eid al-Adha ka jo literal matlab hai woh hai qurbani ki Eid”</w:t>
      </w:r>
    </w:p>
    <w:p>
      <w:r>
        <w:rPr>
          <w:sz w:val="20"/>
        </w:rPr>
        <w:t>1:03  eid ul adha ka jo literal matlab hai woh hai qurbani ki eid.</w:t>
      </w:r>
      <w:r>
        <w:br/>
      </w:r>
      <w:r>
        <w:rPr>
          <w:sz w:val="20"/>
        </w:rPr>
        <w:t>1:15  qurbani ki eid.</w:t>
      </w:r>
      <w:r>
        <w:br/>
      </w:r>
      <w:r>
        <w:rPr>
          <w:sz w:val="20"/>
        </w:rPr>
        <w:t>1:20  to ab se char hazar saal pehle ek waqea hua, ek qurbani ka ek waqea jis ka zikr quran mein aaya hai.</w:t>
      </w:r>
      <w:r>
        <w:br/>
      </w:r>
      <w:r>
        <w:rPr>
          <w:sz w:val="20"/>
        </w:rPr>
        <w:t>1:33  to</w:t>
      </w:r>
      <w:r>
        <w:br/>
      </w:r>
      <w:r>
        <w:rPr>
          <w:sz w:val="20"/>
        </w:rPr>
        <w:t>1:37  is ko Allah taala ne ek misaal kaise de di ke log isi tarah qurbani ki</w:t>
      </w:r>
      <w:r>
        <w:br/>
      </w:r>
      <w:r>
        <w:rPr>
          <w:sz w:val="20"/>
        </w:rPr>
        <w:t>1:48  ko zinda karte rahen.</w:t>
      </w:r>
      <w:r>
        <w:br/>
      </w:r>
      <w:r>
        <w:rPr>
          <w:sz w:val="20"/>
        </w:rPr>
        <w:t>1:55  to woh sari dunya ke musalman eid ul adha manate hain isi ki taameel mein.</w:t>
      </w:r>
      <w:r>
        <w:br/>
      </w:r>
      <w:r>
        <w:rPr>
          <w:sz w:val="20"/>
        </w:rPr>
        <w:t>2:08  surah as saffat quran ki surah number 37 hai. is mein yeh ayat hai ke hazrat ismail ko hazrat ibrahim ne zabh ke liye litaya tha aur phir baad ko Allah ke hukum se ek medhe ko unhon ne qurban kiya.</w:t>
      </w:r>
      <w:r>
        <w:br/>
      </w:r>
      <w:r>
        <w:rPr>
          <w:sz w:val="20"/>
        </w:rPr>
        <w:t>2:30  to is ka zikr karte hi surah as saffat mein yeh alfaaz aaye hain:</w:t>
      </w:r>
      <w:r>
        <w:br/>
      </w:r>
      <w:r>
        <w:rPr>
          <w:sz w:val="20"/>
        </w:rPr>
        <w:t>2:39  wa fadaynahu bi zibhin azeem. wa tarakna alayhi fil aakhireen. is ka matlab yeh hai ke ismail ko hum ne chuda liya ek badi qurbani ke liye.</w:t>
      </w:r>
      <w:r>
        <w:br/>
      </w:r>
      <w:r>
        <w:rPr>
          <w:sz w:val="20"/>
        </w:rPr>
        <w:t>3:00  wa tarakna alayhi fil aakhireen aur is par hum ne choda baad ko baad walon ko. yeh jo hai ke wa tarakna alayhi fil aakhireen yani baad walon mein is ko hamesha ke liye ek</w:t>
      </w:r>
      <w:r>
        <w:br/>
      </w:r>
      <w:r>
        <w:rPr>
          <w:sz w:val="20"/>
        </w:rPr>
        <w:t>3:22  taqreeb ki hesiyat de di ke har saal tamam musalman is ko dohraen. aur yeh pledge len ke unhein isi tarah se</w:t>
      </w:r>
      <w:r>
        <w:br/>
      </w:r>
      <w:r>
        <w:rPr>
          <w:sz w:val="20"/>
        </w:rPr>
        <w:t>3:37  Allah ke mission ke liye qurbani dete rehna hai. to yeh ayat bahut zyada sochne wali ayat hai.</w:t>
      </w:r>
      <w:r>
        <w:br/>
      </w:r>
      <w:r>
        <w:rPr>
          <w:sz w:val="20"/>
        </w:rPr>
        <w:t>3:50  to yeh jo hai ke wafadina bizibhin azeem aur hum ne chuda liya ismail ko aik bari qurbani ke liye.</w:t>
      </w:r>
      <w:r>
        <w:br/>
      </w:r>
      <w:r>
        <w:rPr>
          <w:sz w:val="20"/>
        </w:rPr>
        <w:t>4:08  We ransomed him for the sake of a greater sacrifice.</w:t>
      </w:r>
      <w:r>
        <w:br/>
      </w:r>
      <w:r>
        <w:rPr>
          <w:sz w:val="20"/>
        </w:rPr>
        <w:t>4:20  to aam tor par log samajhte hain ke zibha azeem ka matlab hai woh medha. aur ajeeb o ghareeb qism ki kahaniyan banai gayi hain ke woh medha jannat mein tha, jannat ke mein charta tha woh, bohat dinon tak charta raha.</w:t>
      </w:r>
      <w:r>
        <w:br/>
      </w:r>
      <w:r>
        <w:rPr>
          <w:sz w:val="20"/>
        </w:rPr>
        <w:t>4:35  to woh jibril us ko laye. yeh sab bilkul mauzu rawaiyat hain. is ka haqeeqat se koi talluq nahin. case sirf yeh hai ke Hazrat Ibrahim ko Allah taala ne aik khwab dikhaya.</w:t>
      </w:r>
      <w:r>
        <w:br/>
      </w:r>
      <w:r>
        <w:rPr>
          <w:sz w:val="20"/>
        </w:rPr>
        <w:t>4:52  is khwab mein unhon ne dekha ke main apne bete ismail ko zabh kar raha hoon.</w:t>
      </w:r>
      <w:r>
        <w:br/>
      </w:r>
      <w:r>
        <w:rPr>
          <w:sz w:val="20"/>
        </w:rPr>
        <w:t>5:00  to nabbi ka khwab sach hota hai. woh apne bete ko zabh karne ke liye tayyar ho gaye.</w:t>
      </w:r>
      <w:r>
        <w:br/>
      </w:r>
      <w:r>
        <w:rPr>
          <w:sz w:val="20"/>
        </w:rPr>
        <w:t>5:10  is waqt woh ghaliban das barah saal ke darmiyan thay. to is waqt awaz aayi</w:t>
      </w:r>
      <w:r>
        <w:br/>
      </w:r>
      <w:r>
        <w:rPr>
          <w:sz w:val="20"/>
        </w:rPr>
        <w:t>5:21  ke aey Ibrahim! tum ne khwab ko sach kar dikhaya. lekin is waqt phir yeh kaha gaya ke tum aik medhe ko zabh kar do.</w:t>
      </w:r>
      <w:r>
        <w:br/>
      </w:r>
      <w:r>
        <w:rPr>
          <w:sz w:val="20"/>
        </w:rPr>
        <w:t>5:33  bete ko zabh karna nahin hai. to is ka mani hai ke yahan par yeh jo zibha azeem aya hai, zibha azeem ke mani hote hain great sacrifice.</w:t>
      </w:r>
    </w:p>
    <w:p>
      <w:pPr>
        <w:pStyle w:val="Heading2"/>
      </w:pPr>
      <w:r>
        <w:t>Prophet's answer for his long night prayers</w:t>
      </w:r>
    </w:p>
    <w:p>
      <w:r>
        <w:rPr>
          <w:color w:val="666666"/>
          <w:sz w:val="18"/>
        </w:rPr>
        <w:t>Discovering The Spirit of Ramadan March 16, 2025 · 38s · at 45:03 · https://youtu.be/WrIyg6N7390?t=2703</w:t>
      </w:r>
    </w:p>
    <w:p>
      <w:r>
        <w:rPr>
          <w:i/>
        </w:rPr>
        <w:t>“Why pray so long? Shall I not be grateful?”</w:t>
      </w:r>
    </w:p>
    <w:p>
      <w:r>
        <w:rPr>
          <w:sz w:val="20"/>
        </w:rPr>
        <w:t>45:03  rahi ho. kisi ko bhi nemmat mil rahi hai, tab bhi hamein Khuda ka shukr ada karna chahiye ke Khuda kitna bara benefactor hai. to Rasool Allah Sal Allahu Alaihi Wasallam jab ibadat karte the Ramzan mein, khaas taur par bahut lambe lambe time, to aap ke paon mein waram aa jata tha.</w:t>
      </w:r>
      <w:r>
        <w:br/>
      </w:r>
      <w:r>
        <w:rPr>
          <w:sz w:val="20"/>
        </w:rPr>
        <w:t>45:18  to kisi ne kaha ke aap itni lambi ibadat karte hain kyun? to aap ne kaha, kya main Khuda ka shukr guzar banda na banu?</w:t>
      </w:r>
      <w:r>
        <w:br/>
      </w:r>
      <w:r>
        <w:rPr>
          <w:sz w:val="20"/>
        </w:rPr>
        <w:t>45:28  to aap dekhiye ke jab Rasool Allah Sal Allahu Alaihi Wasallam jinka din raat sirf isi mein guzar raha tha, to woh itni zyada ibadat karte the ke koi din raat deen ke hi kamon mein guzarta tha.</w:t>
      </w:r>
    </w:p>
    <w:p>
      <w:pPr>
        <w:pStyle w:val="Heading2"/>
      </w:pPr>
      <w:r>
        <w:t>Acknowledge past blessings before asking God for more</w:t>
      </w:r>
    </w:p>
    <w:p>
      <w:r>
        <w:rPr>
          <w:color w:val="666666"/>
          <w:sz w:val="18"/>
        </w:rPr>
        <w:t>The Concept of Dua In Islam May 27, 2007 · 3m 43s · at 9:01 · https://youtu.be/wkRQaMb04dI?t=541</w:t>
      </w:r>
    </w:p>
    <w:p>
      <w:r>
        <w:rPr>
          <w:i/>
        </w:rPr>
        <w:t>“پہلے جو بلیسنگ آپ کی تھی، اسکو اکنالج کیا؟”</w:t>
      </w:r>
    </w:p>
    <w:p>
      <w:r>
        <w:rPr>
          <w:sz w:val="20"/>
        </w:rPr>
        <w:t>9:01  to condition kya hai? main samajhta hoon ke ek condition hai aisi ke iske baghair dua dua nahi hai.</w:t>
      </w:r>
      <w:r>
        <w:br/>
      </w:r>
      <w:r>
        <w:rPr>
          <w:sz w:val="20"/>
        </w:rPr>
        <w:t>9:10  woh kya?</w:t>
      </w:r>
      <w:r>
        <w:br/>
      </w:r>
      <w:r>
        <w:rPr>
          <w:sz w:val="20"/>
        </w:rPr>
        <w:t>9:14  woh hai ke jab aap dua mang rahe hon to aur koi blessing mang rahe hon khuda se, to wahan par sawaliya paida hota hai ke is se pehle jo khuda ki blessing thi aap ko, kya usko acknowledge kiya hai aap ne?</w:t>
      </w:r>
      <w:r>
        <w:br/>
      </w:r>
      <w:r>
        <w:rPr>
          <w:sz w:val="20"/>
        </w:rPr>
        <w:t>9:33  is se pehle bhi to bohat si blessing aap ko khuda ki ho chuki hain.</w:t>
      </w:r>
      <w:r>
        <w:br/>
      </w:r>
      <w:r>
        <w:rPr>
          <w:sz w:val="20"/>
        </w:rPr>
        <w:t>9:38  aap ka paida hona hi khud blessing tha.</w:t>
      </w:r>
      <w:r>
        <w:br/>
      </w:r>
      <w:r>
        <w:rPr>
          <w:sz w:val="20"/>
        </w:rPr>
        <w:t>9:44  to pehle is se pehle jo blessing aap ki thi, hai, raat din, usko aap ne acknowledge nahi kiya hai agar.</w:t>
      </w:r>
      <w:r>
        <w:br/>
      </w:r>
      <w:r>
        <w:rPr>
          <w:sz w:val="20"/>
        </w:rPr>
        <w:t>9:54  to shukr kiya jata hai. shukr ka matlab hai acknowledge karna. to aur blessing kahan se milegi aap ko?</w:t>
      </w:r>
      <w:r>
        <w:br/>
      </w:r>
      <w:r>
        <w:rPr>
          <w:sz w:val="20"/>
        </w:rPr>
        <w:t>10:05  jaise main apna ek experience batata hoon aap ko usko illustrate karne ke liye. ek bar main Dilli se USA gaya to wahan par jab main utra Los Angeles mein,</w:t>
      </w:r>
      <w:r>
        <w:br/>
      </w:r>
      <w:r>
        <w:rPr>
          <w:sz w:val="20"/>
        </w:rPr>
        <w:t>10:21  Los Angeles mein jab airport se bahar aaya to bohat se log the wahan par. saare log wohin woh daud rahe hain caron ke liye, taxi ke liye taake aage ja sakein woh.</w:t>
      </w:r>
      <w:r>
        <w:br/>
      </w:r>
      <w:r>
        <w:rPr>
          <w:sz w:val="20"/>
        </w:rPr>
        <w:t>10:36  to mein logon ke chehre parh na chaha ke kya is se pehle jo blessing hui thi Khuda ki, ke unhein airplane par, unhein jahaz par safar karne ka mauqa mila, yeh bhi to blessing thi.</w:t>
      </w:r>
      <w:r>
        <w:br/>
      </w:r>
      <w:r>
        <w:rPr>
          <w:sz w:val="20"/>
        </w:rPr>
        <w:t>10:50  woh bhool chuke hain log. ab sab ka dhyan kis par hai? car par, taxi par.</w:t>
      </w:r>
      <w:r>
        <w:br/>
      </w:r>
      <w:r>
        <w:rPr>
          <w:sz w:val="20"/>
        </w:rPr>
        <w:t>10:58  to agli blessing woh cha rahe hain aur pichli blessing ko acknowledge nahi kar rahe. aur meri yeh halat thi ke mein airport ke bahar aaya to wahan par der tak woh khara tha.</w:t>
      </w:r>
      <w:r>
        <w:br/>
      </w:r>
      <w:r>
        <w:rPr>
          <w:sz w:val="20"/>
        </w:rPr>
        <w:t>11:10  mere sath jo aaye thay woh dhoondh rahe thay mujh ko ke kidhar hain, kidhar hain. kyun khara ho gaya mein</w:t>
      </w:r>
      <w:r>
        <w:br/>
      </w:r>
      <w:r>
        <w:rPr>
          <w:sz w:val="20"/>
        </w:rPr>
        <w:t>11:19  ?achanak ek idea mind mein aaya ke dekho jab mein Delhi mein tha tab bhi Khuda ki taraf se mujh ko oxygen supply ho rahi thi,</w:t>
      </w:r>
      <w:r>
        <w:br/>
      </w:r>
      <w:r>
        <w:rPr>
          <w:sz w:val="20"/>
        </w:rPr>
        <w:t>11:34  free supply.</w:t>
      </w:r>
      <w:r>
        <w:br/>
      </w:r>
      <w:r>
        <w:rPr>
          <w:sz w:val="20"/>
        </w:rPr>
        <w:t>11:37  aap jante hain ke agar oxygen na mile to hum mar jayenge thori der mein. to mere mind mein aaya ke dekho jab mein Delhi mein tha tab bhi Khuda ki taraf se mujh ko oxygen ki free supply ho rahi thi.</w:t>
      </w:r>
      <w:r>
        <w:br/>
      </w:r>
      <w:r>
        <w:rPr>
          <w:sz w:val="20"/>
        </w:rPr>
        <w:t>11:53  aur yahan mein itni door pohancha hoon aur is angle ki sadak par khara hua hoon, tab bhi isi tarah Khuda ki taraf se oxygen ki free supply ho rahi hai.</w:t>
      </w:r>
      <w:r>
        <w:br/>
      </w:r>
      <w:r>
        <w:rPr>
          <w:sz w:val="20"/>
        </w:rPr>
        <w:t>12:10  free supply ho rahi hai.</w:t>
      </w:r>
      <w:r>
        <w:br/>
      </w:r>
      <w:r>
        <w:rPr>
          <w:sz w:val="20"/>
        </w:rPr>
        <w:t>12:13  ab yeh haal mein jo gum hua is soch mein to wohi khara ho gaya, khara ho gaya, khara ho gaya. ab log mere jo aaye thay receive karne ke liye woh dhoondh rahe hain mujh ko idhar udhar.</w:t>
      </w:r>
      <w:r>
        <w:br/>
      </w:r>
      <w:r>
        <w:rPr>
          <w:sz w:val="20"/>
        </w:rPr>
        <w:t>12:24  to dekhein, mein samajhta hoon ke pehli condition yeh hai ke jab aap Khuda se uski agli blessing mang rahe hain to pichli blessing ko dekhein ke aap acknowledge kiya hai aapne.</w:t>
      </w:r>
    </w:p>
    <w:p>
      <w:pPr>
        <w:pStyle w:val="Heading2"/>
      </w:pPr>
      <w:r>
        <w:t>Tahajjud is about appropriate time</w:t>
      </w:r>
    </w:p>
    <w:p>
      <w:r>
        <w:rPr>
          <w:color w:val="666666"/>
          <w:sz w:val="18"/>
        </w:rPr>
        <w:t>The Spirit of Tahajjud Prayer February 27, 2022 Dr. Saniyasnain Khan · 1m 43s · at 11:11 · https://youtu.be/QKVdxVFto7s?t=671</w:t>
      </w:r>
    </w:p>
    <w:p>
      <w:r>
        <w:rPr>
          <w:i/>
        </w:rPr>
        <w:t>“Yeh auspicious time ka masla nahi hai”</w:t>
      </w:r>
    </w:p>
    <w:p>
      <w:r>
        <w:rPr>
          <w:sz w:val="20"/>
        </w:rPr>
        <w:t>11:11  yeh auspicious time ka masla nahi hai. matlab koi aisa nahi hai koi time hai jismein aapne aap uth gaye aur aapne namaz padh li to bahut sawab hai. ji. balki ek suitable time hai.</w:t>
      </w:r>
      <w:r>
        <w:br/>
      </w:r>
      <w:r>
        <w:rPr>
          <w:sz w:val="20"/>
        </w:rPr>
        <w:t>11:26  quran mein aata hai in nashiyat allaili ya ashaddugatao va aqum makila ki raat ka jo uthna hai</w:t>
      </w:r>
      <w:r>
        <w:br/>
      </w:r>
      <w:r>
        <w:rPr>
          <w:sz w:val="20"/>
        </w:rPr>
        <w:t>11:34  tumhare liye bahut yaani apne ko zer karna hai, itna aasan nahi hai aur baat bahut achhi samajh</w:t>
      </w:r>
      <w:r>
        <w:br/>
      </w:r>
      <w:r>
        <w:rPr>
          <w:sz w:val="20"/>
        </w:rPr>
        <w:t>11:42  mein aati hai ki yaani jab aap quran padhte hain usmein us waqt mein quran padhte hain namaz</w:t>
      </w:r>
      <w:r>
        <w:br/>
      </w:r>
      <w:r>
        <w:rPr>
          <w:sz w:val="20"/>
        </w:rPr>
        <w:t>11:50  mein to badi clarity hoti hai.</w:t>
      </w:r>
      <w:r>
        <w:br/>
      </w:r>
      <w:r>
        <w:rPr>
          <w:sz w:val="20"/>
        </w:rPr>
        <w:t>11:58  ji. to sara mamla jo hai wo clarity ka hai ke bahut hi baat samajh mein aati hai. aap bahut achhi dua kar paate hain yaani bahut hi appropriate time hai. Islam mein koi lucky time nahi hota hai ke lucky time hai, unlucky time hai, ya lucky jagah hai koi. ji. ya koi shakhs hai, lucky unlucky. ji. yeh concept nahi hai. bahut ahum baat hai yeh. yeh bahut ahum hai. logon log aisa kehte hain ke yahan ghar jo hai bahut lucky hai hamara.</w:t>
      </w:r>
      <w:r>
        <w:br/>
      </w:r>
      <w:r>
        <w:rPr>
          <w:sz w:val="20"/>
        </w:rPr>
        <w:t>12:28  yeh hamari dukaan badi unlucky hai. ji. ya wo shakhs mere liye bahut lucky hai. yeh sab cheezein nahi hai. sirf appropriate time hai. us waqt agar aap ibadat karenge to aapki kaifiyat zyada hogi. ji. kaifiyat, kaifiyat paida hogi zyada. to kaifiyat agar aapki dil mein zyada ubhregi to uska yaqeenan zyada asar hoga aur zyada sawab hoga. ji.</w:t>
      </w:r>
      <w:r>
        <w:br/>
      </w:r>
      <w:r>
        <w:rPr>
          <w:sz w:val="20"/>
        </w:rPr>
        <w:t>12:54  Doc sahib, there is also a hadith that Allah descends down on the lower heaven and says, is there anyone who prays to me so that I accept his prayer? I will request if you can explain this hadith to all of us.</w:t>
      </w:r>
    </w:p>
    <w:p>
      <w:pPr>
        <w:pStyle w:val="Heading2"/>
      </w:pPr>
      <w:r>
        <w:t>Hajj as an eternal covenant with God</w:t>
      </w:r>
    </w:p>
    <w:p>
      <w:r>
        <w:rPr>
          <w:color w:val="666666"/>
          <w:sz w:val="18"/>
        </w:rPr>
        <w:t>Hajj ek Tareekh-saaz Amal Haqeeqat-E-Hajj Book by Maulana Wahiduddin Khan · 49s · at 21:23 · https://youtu.be/DcyTlpDdbg4?t=1283</w:t>
      </w:r>
    </w:p>
    <w:p>
      <w:r>
        <w:rPr>
          <w:i/>
        </w:rPr>
        <w:t>“حاجی بار بار کہتا ہے لبیک اللہم لبیک۔”</w:t>
      </w:r>
    </w:p>
    <w:p>
      <w:r>
        <w:rPr>
          <w:sz w:val="20"/>
        </w:rPr>
        <w:t>21:23  haji marasim-e-hajj ke dauran bar bar labbaik allahumma labbaik ya'ni hazir hoon khudaaya main hazir hoon kehta hai.</w:t>
      </w:r>
      <w:r>
        <w:br/>
      </w:r>
      <w:r>
        <w:rPr>
          <w:sz w:val="20"/>
        </w:rPr>
        <w:t>21:32  yeh kya hai? yeh ahad-naame ke alfaaz hain. hajj khuda aur bande ke darmiyan ek ahad hai. ahad hamesha aaghaz hota hai.</w:t>
      </w:r>
      <w:r>
        <w:br/>
      </w:r>
      <w:r>
        <w:rPr>
          <w:sz w:val="20"/>
        </w:rPr>
        <w:t>21:43  woh ikhtitam nahin hota. yahi hajj ki ibadat ka mu'amla hai.</w:t>
      </w:r>
      <w:r>
        <w:br/>
      </w:r>
      <w:r>
        <w:rPr>
          <w:sz w:val="20"/>
        </w:rPr>
        <w:t>21:49  jo shakhs marasim-e-hajj ko ada kar ke wapas aata hai woh goya khuda se ek muqaddas ahad kar ke wapas aata hai. wapas aane ke baad use mutma'in ho kar baith nahin jana hai balkeh apne halaat aur salahiyat ke aitbar se woh kaam shuru kar deta hai jis ka woh apne rab se ahad kar ke wapas aaya hai.</w:t>
      </w:r>
    </w:p>
    <w:p>
      <w:pPr>
        <w:pStyle w:val="Heading2"/>
      </w:pPr>
      <w:r>
        <w:t>The most excellent sadaqa is given while healthy</w:t>
      </w:r>
    </w:p>
    <w:p>
      <w:r>
        <w:rPr>
          <w:color w:val="666666"/>
          <w:sz w:val="18"/>
        </w:rPr>
        <w:t>The Importance of Zakat May 08, 2022 Dr. Saniyasnain Khan · 57s · at 53:44 · https://youtu.be/92nslWvnQ5Y?t=3224</w:t>
      </w:r>
    </w:p>
    <w:p>
      <w:r>
        <w:rPr>
          <w:i/>
        </w:rPr>
        <w:t>“Which charity is the very best kind to give?”</w:t>
      </w:r>
    </w:p>
    <w:p>
      <w:r>
        <w:rPr>
          <w:sz w:val="20"/>
        </w:rPr>
        <w:t>53:44  rasoolullah sallallahu alaihi wasallam ne bataya hai is ko kisi ne poocha hai ke sab se afzal sadqa kaun sa hai? sab se achha, sab se behtar. ji. to rasoolullah sallallahu alaihi wasallam ne bataya ke woh sadqa jo tum apni health jab tum healthy hote ho tab karte ho. healthy ka matlab hai ke tum prime age mein hote ho. ab jab hum log prime age mein hote hain to hum apne business ko badhaate hain. ji.</w:t>
      </w:r>
      <w:r>
        <w:br/>
      </w:r>
      <w:r>
        <w:rPr>
          <w:sz w:val="20"/>
        </w:rPr>
        <w:t>54:11  hum apne hamare paas bade ambitions hote hain aur daulat balki yeh hadees mein aata hai ke tum us waqt daulat ka shauk bhi hota hai tumhare andar. ji. aur yeh bhi hota hai ke agar tum doge in sab kaamon mein to daulat kam ho jaayegi. to woh jo us age mein jo karta hai yaani jo prime age mein youth age mein jab woh apna business ko badhaana chahta hai, expansion karna chahta hai aur tarah tarah ke us ke andar khwahishaat hoti hain.</w:t>
      </w:r>
      <w:r>
        <w:br/>
      </w:r>
      <w:r>
        <w:rPr>
          <w:sz w:val="20"/>
        </w:rPr>
        <w:t>54:41  ji.</w:t>
      </w:r>
    </w:p>
    <w:p>
      <w:pPr>
        <w:pStyle w:val="Heading2"/>
      </w:pPr>
      <w:r>
        <w:t>Satan's arrogant refusal: 'I am better than Adam'</w:t>
      </w:r>
    </w:p>
    <w:p>
      <w:r>
        <w:rPr>
          <w:color w:val="666666"/>
          <w:sz w:val="18"/>
        </w:rPr>
        <w:t>The Importance of Modesty March 1, 2009 · 47s · at 3:43 · https://youtu.be/c599K8yDwzk?t=223</w:t>
      </w:r>
    </w:p>
    <w:p>
      <w:r>
        <w:rPr>
          <w:i/>
        </w:rPr>
        <w:t>“The angels bowed; Satan said, 'I am better.'”</w:t>
      </w:r>
    </w:p>
    <w:p>
      <w:r>
        <w:rPr>
          <w:sz w:val="20"/>
        </w:rPr>
        <w:t>3:43  jhukna hai. To woh jhuk gaye. Aur Satan jo tha, jo jinnaat ka sardar tha, woh nahi jhuka.</w:t>
      </w:r>
      <w:r>
        <w:br/>
      </w:r>
      <w:r>
        <w:rPr>
          <w:sz w:val="20"/>
        </w:rPr>
        <w:t>3:54  to us waqt jab poocha gaya ke tum jhuke kyun nahi? To us ne kya kaha tha?</w:t>
      </w:r>
      <w:r>
        <w:br/>
      </w:r>
      <w:r>
        <w:rPr>
          <w:sz w:val="20"/>
        </w:rPr>
        <w:t>4:01  "ana khair minhu" . main is se acha hoon. "I am better than Adam" .</w:t>
      </w:r>
      <w:r>
        <w:br/>
      </w:r>
      <w:r>
        <w:rPr>
          <w:sz w:val="20"/>
        </w:rPr>
        <w:t>4:13  tu us ne apni aik logic nikali ke woh mitti se banaye gaye hain, main aag se. tu is liye main un se acha hoon. tu yahin se shuru hua ke angels ne, yani farishton ne, modesty ka tareeqa ikhtiyar kiya.</w:t>
      </w:r>
    </w:p>
    <w:p>
      <w:pPr>
        <w:pStyle w:val="Heading2"/>
      </w:pPr>
      <w:r>
        <w:t>Two-fold mission: discovery for non-Muslims, rediscovery for Muslims</w:t>
      </w:r>
    </w:p>
    <w:p>
      <w:r>
        <w:rPr>
          <w:color w:val="666666"/>
          <w:sz w:val="18"/>
        </w:rPr>
        <w:t>Revival of Islam March 23, 2014 · 1m 16s · at 39:36 · https://youtu.be/Wc4Vsc4u1JI?t=2376</w:t>
      </w:r>
    </w:p>
    <w:p>
      <w:r>
        <w:rPr>
          <w:i/>
        </w:rPr>
        <w:t>“Our work has two fields of engagement”</w:t>
      </w:r>
    </w:p>
    <w:p>
      <w:r>
        <w:rPr>
          <w:sz w:val="20"/>
        </w:rPr>
        <w:t>39:36  Isi liye main aksar yeh kaha karta hoon ke hamara jo kaam hai, hamare kaam yani ke do bahaz hain, do maidan hain kaam ke.</w:t>
      </w:r>
      <w:r>
        <w:br/>
      </w:r>
      <w:r>
        <w:rPr>
          <w:sz w:val="20"/>
        </w:rPr>
        <w:t>39:49  aik hai musalman, aik hai nan muslim. to nan muslim ki nisbat se hum ko yeh karna hai ke hum hum islam ko un ki discovery banaein.</w:t>
      </w:r>
      <w:r>
        <w:br/>
      </w:r>
      <w:r>
        <w:rPr>
          <w:sz w:val="20"/>
        </w:rPr>
        <w:t>40:01  nan muslim ki nisbat se hamara kaam yeh hai ke hum un ko islam, hum islam ko un ki discovery banaein. aur musalmanon ki nisbat se kya kaam hai? musalmanon ki nisbat se hamara kaam yeh hai ke hum un ko islam ki rediscovery banaein.</w:t>
      </w:r>
      <w:r>
        <w:br/>
      </w:r>
      <w:r>
        <w:rPr>
          <w:sz w:val="20"/>
        </w:rPr>
        <w:t>40:14  rediscovery,</w:t>
      </w:r>
      <w:r>
        <w:br/>
      </w:r>
      <w:r>
        <w:rPr>
          <w:sz w:val="20"/>
        </w:rPr>
        <w:t>40:15  kyunke asal islam ko bhool gaye hain. khud sakhta islam to qaim hai. aaj ke jo musalman hain, woh asal islam ko bhool gaye hain.</w:t>
      </w:r>
      <w:r>
        <w:br/>
      </w:r>
      <w:r>
        <w:rPr>
          <w:sz w:val="20"/>
        </w:rPr>
        <w:t>40:24  woh khud apna, un ka aik self style version hai islam ka, us par qaim hain. woh is liye zaroorat hai ke un ke liye islam ko un ki rediscovery banaya jaye.</w:t>
      </w:r>
      <w:r>
        <w:br/>
      </w:r>
      <w:r>
        <w:rPr>
          <w:sz w:val="20"/>
        </w:rPr>
        <w:t>40:37  yeh do lafz jo bolta hoon, isi liye bolta hoon ke ghair musalmanon ke liye hamein islam ko un ki discovery banana hai aur musalmanon ke liye hamein un ko islam, un ke liye islam ko un ki rediscovery banana hai.</w:t>
      </w:r>
    </w:p>
    <w:p>
      <w:pPr>
        <w:pStyle w:val="Heading2"/>
      </w:pPr>
      <w:r>
        <w:t>why the Prophet gave more charity in Ramadan</w:t>
      </w:r>
    </w:p>
    <w:p>
      <w:r>
        <w:rPr>
          <w:color w:val="666666"/>
          <w:sz w:val="18"/>
        </w:rPr>
        <w:t>Ramadan The Month of Fasting August 29, 2008 Maulana Wahiduddin Khan · 55s · at 38:48 · https://youtu.be/DcDEAI5bgAg?t=2328</w:t>
      </w:r>
    </w:p>
    <w:p>
      <w:r>
        <w:rPr>
          <w:i/>
        </w:rPr>
        <w:t>“The Prophet gave far more charity during Ramadan”</w:t>
      </w:r>
    </w:p>
    <w:p>
      <w:r>
        <w:rPr>
          <w:sz w:val="20"/>
        </w:rPr>
        <w:t>38:48  hadees mein aata hai ke Rasool Allah Sal Allahu Alaihi Wasallam roze mein bohat ziyada khairat karte the, bohat ziyada logon ko madad karte the.</w:t>
      </w:r>
      <w:r>
        <w:br/>
      </w:r>
      <w:r>
        <w:rPr>
          <w:sz w:val="20"/>
        </w:rPr>
        <w:t>38:59  to yeh spirit phir Ramzan mein jagayi jati hai. Kyunke jab aap khud aap ko pyaas lagti hai to aap sochte hain ke woh log jin ke paas pani ka intezaam nahi hai, woh kitni bari museebat mein hain.</w:t>
      </w:r>
      <w:r>
        <w:br/>
      </w:r>
      <w:r>
        <w:rPr>
          <w:sz w:val="20"/>
        </w:rPr>
        <w:t>39:14  jab aap ko bhook lagti hai to aap sochte hain ke jin logon ke paas khane ke liye kuch nahi hai, to un ko kitni bari museebat hai. To apni pyaas se doosron ki pyaas ko sochna, apni bhook se doosron ki bhook ka andaza karna,</w:t>
      </w:r>
      <w:r>
        <w:br/>
      </w:r>
      <w:r>
        <w:rPr>
          <w:sz w:val="20"/>
        </w:rPr>
        <w:t>39:30  yeh yeh hai maqsad roze ka. Isi liye Rasool Allah Sal Allahu Alaihi Wasallam ziyada khair khairat ka kaam karte the roze mein. Kyunke roza aap ke andar ehsaas ko jagata hai.</w:t>
      </w:r>
    </w:p>
    <w:p>
      <w:pPr>
        <w:pStyle w:val="Heading2"/>
      </w:pPr>
      <w:r>
        <w:t>Priest story and mind-based spirituality from Quran</w:t>
      </w:r>
    </w:p>
    <w:p>
      <w:r>
        <w:rPr>
          <w:color w:val="666666"/>
          <w:sz w:val="18"/>
        </w:rPr>
        <w:t>CPS INTERNATIONAL EK TA 'RUF · 3m 13s · at 17:49 · https://youtu.be/THnDqEQqhJk?t=1069</w:t>
      </w:r>
    </w:p>
    <w:p>
      <w:r>
        <w:rPr>
          <w:i/>
        </w:rPr>
        <w:t>“A Christian priest objected about Muslim women's four walls.”</w:t>
      </w:r>
    </w:p>
    <w:p>
      <w:r>
        <w:rPr>
          <w:sz w:val="20"/>
        </w:rPr>
        <w:t>17:49  Ek misaal se yeh samajhne mein aasani hogi. Ek interfaith program mein ek Christian priest ne mujh se kaha ke inhi Musalmanon se ek aitraaz tha ke Musalman aurat ke talluq se woh yeh unhone kuch suna tha aisa ke aurat ka daira ghar ki chaar deewari hai.</w:t>
      </w:r>
      <w:r>
        <w:br/>
      </w:r>
      <w:r>
        <w:rPr>
          <w:sz w:val="20"/>
        </w:rPr>
        <w:t>18:10  Un ka focus tha</w:t>
      </w:r>
      <w:r>
        <w:br/>
      </w:r>
      <w:r>
        <w:rPr>
          <w:sz w:val="20"/>
        </w:rPr>
        <w:t>18:12  four walls par, chaar deewari par. Mujhe aise mauqe par Maulana sahib ki teachings se Allah ne ek baat yaad dilai, woh yeh ke kai baaton ko samajhne ke liye literal meaning se hat kar is ka metaphorical ya symbolic meaning lena parta hai.</w:t>
      </w:r>
      <w:r>
        <w:br/>
      </w:r>
      <w:r>
        <w:rPr>
          <w:sz w:val="20"/>
        </w:rPr>
        <w:t>18:34  Yahan par unhone deewar ko physical deewar ke maani mein le liya jabke aurat ka role nurturing of families, home management, educational and dawah field ke daire mein hai jis mein</w:t>
      </w:r>
      <w:r>
        <w:br/>
      </w:r>
      <w:r>
        <w:rPr>
          <w:sz w:val="20"/>
        </w:rPr>
        <w:t>18:50  ghar se bahar ke interactions shamil hain. To maine un se kaha ke yeh chaar deewari, yeh physical wall of brick and mortar nahi hai, yeh wall of modesty hai jo dignity aur grace se banti hai.</w:t>
      </w:r>
      <w:r>
        <w:br/>
      </w:r>
      <w:r>
        <w:rPr>
          <w:sz w:val="20"/>
        </w:rPr>
        <w:t>19:07  This is a wall which a woman should build around herself with her grace and dignity which will act as a protection in her interactions.</w:t>
      </w:r>
      <w:r>
        <w:br/>
      </w:r>
      <w:r>
        <w:rPr>
          <w:sz w:val="20"/>
        </w:rPr>
        <w:t>19:20  Samne wala is se interact karte hue</w:t>
      </w:r>
      <w:r>
        <w:br/>
      </w:r>
      <w:r>
        <w:rPr>
          <w:sz w:val="20"/>
        </w:rPr>
        <w:t>19:24  be baak hona chahe to ek deewar haail hone ka ehsaas rahe. Yeh sun kar unhone kaha: "Sister, this is a very meaningful explanation." Ab dekhiye,</w:t>
      </w:r>
      <w:r>
        <w:br/>
      </w:r>
      <w:r>
        <w:rPr>
          <w:sz w:val="20"/>
        </w:rPr>
        <w:t>19:38  asli usloob kitna zaroori hai</w:t>
      </w:r>
      <w:r>
        <w:br/>
      </w:r>
      <w:r>
        <w:rPr>
          <w:sz w:val="20"/>
        </w:rPr>
        <w:t>19:40  khud ko bhi baaton ko samajhne ke liye aur doosron ko bhi samjhane ke liye. Ab ek aur modern day concept ka discussion share karti hoon.</w:t>
      </w:r>
      <w:r>
        <w:br/>
      </w:r>
      <w:r>
        <w:rPr>
          <w:sz w:val="20"/>
        </w:rPr>
        <w:t>19:51  Yeh spirituality ke different types ke bare mein hai. Spirituality without God ka concept bhi hai aaj duniya mein, lekin Islam God as a supreme concern ki spirituality pesh karta hai.</w:t>
      </w:r>
      <w:r>
        <w:br/>
      </w:r>
      <w:r>
        <w:rPr>
          <w:sz w:val="20"/>
        </w:rPr>
        <w:t>20:06  Isi tarah duniya heart based spirituality pesh karti hai jis ke kuch tareeqe hain jis mein apne mind ko kuch der bilkul khaali karne ki mashq karai jati hai.</w:t>
      </w:r>
      <w:r>
        <w:br/>
      </w:r>
      <w:r>
        <w:rPr>
          <w:sz w:val="20"/>
        </w:rPr>
        <w:t>20:21  Maulana sahib ne Quran se hamein mind based spirituality ki baat batai hai ke har waqt insan ko aware rehna hai,</w:t>
      </w:r>
      <w:r>
        <w:br/>
      </w:r>
      <w:r>
        <w:rPr>
          <w:sz w:val="20"/>
        </w:rPr>
        <w:t>20:32  sochna hai. Quran ki pukaar hai: "Ya Ulal Absar, Ya Ulal Albab! Ae dekhne walon, Ae aql</w:t>
      </w:r>
      <w:r>
        <w:br/>
      </w:r>
      <w:r>
        <w:rPr>
          <w:sz w:val="20"/>
        </w:rPr>
        <w:t>20:40  walon! We should not shut off our minds, we should be awaken souls." Apni soch ko jagaiye aur mind ke level par faisle lijiye.</w:t>
      </w:r>
      <w:r>
        <w:br/>
      </w:r>
      <w:r>
        <w:rPr>
          <w:sz w:val="20"/>
        </w:rPr>
        <w:t>20:51  Muwafiq halaat Allah hamare liye faraham karega. Is kaam mein der na karein, kya maloom hamara agla lamha hamari maut ka ho.</w:t>
      </w:r>
    </w:p>
    <w:p>
      <w:pPr>
        <w:pStyle w:val="Heading2"/>
      </w:pPr>
      <w:r>
        <w:t>sacrifice versus trust in God distinguished</w:t>
      </w:r>
    </w:p>
    <w:p>
      <w:r>
        <w:rPr>
          <w:color w:val="666666"/>
          <w:sz w:val="18"/>
        </w:rPr>
        <w:t>Eid Special CPS Women Interaction June 29, 2023 · 51s · at 17:45 · https://youtu.be/Os7IYYOg8v4?t=1065</w:t>
      </w:r>
    </w:p>
    <w:p>
      <w:r>
        <w:rPr>
          <w:i/>
        </w:rPr>
        <w:t>“Ek to hai sacrifice, aur doosra hai trust in God”</w:t>
      </w:r>
    </w:p>
    <w:p>
      <w:r>
        <w:rPr>
          <w:sz w:val="20"/>
        </w:rPr>
        <w:t>17:45  So, aap kuch kehna chahenge? Want to Sorry, ek cheez add karni thi ki jo Najma aunty ne bola ki sacrifice, one more thing it just struck me. It is ek toh hai sacrifice aur doosra hai trust in God.</w:t>
      </w:r>
      <w:r>
        <w:br/>
      </w:r>
      <w:r>
        <w:rPr>
          <w:sz w:val="20"/>
        </w:rPr>
        <w:t>18:10  That that level of trust to have ki Allah meha matlab mujhe chhod do tum. Jo hoga dekh lungi. Mere liye kuch achha hi socha hoga. Kuch socha hoga mere bare mein and you feel so fortunate that almiya has thought about you and woh apne aap mein ek bahut badi cheez hai ki ek toh hamara apna sacrifice aur ek doosri side par woh trust.</w:t>
      </w:r>
      <w:r>
        <w:br/>
      </w:r>
      <w:r>
        <w:rPr>
          <w:sz w:val="20"/>
        </w:rPr>
        <w:t>18:36  Trust that I would not get wasted what she said. Oh my god and agar woh woh level uska ek thoda sa percentage bhi test trust ka hum log kar kar le Then there would not be any problem.</w:t>
      </w:r>
    </w:p>
    <w:p>
      <w:pPr>
        <w:pStyle w:val="Heading2"/>
      </w:pPr>
      <w:r>
        <w:t>from prophets to companions: the arc of dawah</w:t>
      </w:r>
    </w:p>
    <w:p>
      <w:r>
        <w:rPr>
          <w:color w:val="666666"/>
          <w:sz w:val="18"/>
        </w:rPr>
        <w:t>Welcome Address by Dr. Rajat Malhotra CPS International Peace Conference April 29-30, 2023 · 4m 45s · at 8:39 · https://youtu.be/z94aS7nevv0?t=519</w:t>
      </w:r>
    </w:p>
    <w:p>
      <w:r>
        <w:rPr>
          <w:i/>
        </w:rPr>
        <w:t>“Khuda taarikh ko kis tarah manage kar raha hai”</w:t>
      </w:r>
    </w:p>
    <w:p>
      <w:r>
        <w:rPr>
          <w:sz w:val="20"/>
        </w:rPr>
        <w:t>8:39  is baat ko achhi tarah samajh lijiye ke karakiyat dawat jo hai uske marahil kya hai? Yaani Khuda ta'ala ko qistam manage kar raha hai. Pehla daur woh hai jabke Allah ne Ambiya ko bheja ke woh elaan karein, woh bataye logon ko aur unki madad ke liye Allah ne moajze diye, moajze.</w:t>
      </w:r>
      <w:r>
        <w:br/>
      </w:r>
      <w:r>
        <w:rPr>
          <w:sz w:val="20"/>
        </w:rPr>
        <w:t>9:08  moajze ko ko maane hote hain aajiz kar dene wala yani compelling cheez aajiz kar dene wala. Lekin insaan ko aazadi mili hui thi. Aazadi ko misuse kiya usne aur woh buton ko maanne ki tayyar nahi hua.</w:t>
      </w:r>
      <w:r>
        <w:br/>
      </w:r>
      <w:r>
        <w:rPr>
          <w:sz w:val="20"/>
        </w:rPr>
        <w:t>9:31  kuch chand individuals aise nikle lekin koi group, koi team ki umeed nahi ban paai. To woh jo method tha ke profit plus mujza, profit plus miracle, Allah taala ne usko mansookh kar diya. Ab yeh nahi hua.</w:t>
      </w:r>
      <w:r>
        <w:br/>
      </w:r>
      <w:r>
        <w:rPr>
          <w:sz w:val="20"/>
        </w:rPr>
        <w:t>9:59  ab profit plus team ho gayi. Rachna sahab se pehle jo daur guzra hai kuch saulat profit trust miracle ka daur tha woh. In taakhbar aur unki madad ke liye moajze. Woh daur khatam kar dega. Ab kya hai raakhad plus team jisko ehsaaba kaha gaya hai.</w:t>
      </w:r>
      <w:r>
        <w:br/>
      </w:r>
      <w:r>
        <w:rPr>
          <w:sz w:val="20"/>
        </w:rPr>
        <w:t>10:29  to do ek saaba hadees se sabit hota hai. Asaba Rasul, Ifan Rasul. Asaba Rasul rawayati daur ke liye aur Ikwan Asur saansi daur ke.</w:t>
      </w:r>
      <w:r>
        <w:br/>
      </w:r>
      <w:r>
        <w:rPr>
          <w:sz w:val="20"/>
        </w:rPr>
        <w:t>10:50  donon mein jo is common hai, donon yeh saaba, donon jo yeh saaba hai, donon jo jo garv hai, usmein jo is common hai, woh kya hai?</w:t>
      </w:r>
      <w:r>
        <w:br/>
      </w:r>
      <w:r>
        <w:rPr>
          <w:sz w:val="20"/>
        </w:rPr>
        <w:t>11:03  woh ek, woh ek hai ke aap himmat karke human face ban jayein, kyunke pehli himmat to karni padti hai, pehli himmat to karni padti hai, badhai halaat tareekh honge, badhai raahain chal rahi hongi.</w:t>
      </w:r>
      <w:r>
        <w:br/>
      </w:r>
      <w:r>
        <w:rPr>
          <w:sz w:val="20"/>
        </w:rPr>
        <w:t>11:27  badhai kuch ashwaap dikhai nahi denge, phir bhi aapko hafte ko shukna padega. Yeh mat samjhiye ke khwaish dikhai de aaj baap khulkar saamne aa jaye kyunke agar aisa ho jaye to intehaan khatam, test, test khatam. To test ko khatam karke, test ki masla ko khatam karke madad kabhi nahi aati. Yaad rakhiye.</w:t>
      </w:r>
      <w:r>
        <w:br/>
      </w:r>
      <w:r>
        <w:rPr>
          <w:sz w:val="20"/>
        </w:rPr>
        <w:t>11:57  madad aati hai, test par aap qualify karein, tab aati hai. To test kya hai? Hadees baat hai ke man jagal humu Muhammad waidan hum makhirte hi tafahul lao anumumi duniya.</w:t>
      </w:r>
      <w:r>
        <w:br/>
      </w:r>
      <w:r>
        <w:rPr>
          <w:sz w:val="20"/>
        </w:rPr>
        <w:t>12:23  matlab jo Allah ko prospr sole concern bana le dawat-e-Allah ko opera ko chhod de usmein chal pade uske raaste mein. Badhai ashwaap ho gaya na ho, badhai saathi ho gaya na ho, badhai darwaze khule ho gaye na khule ho gaye, apne ko chhod de to jaise hi woh chhodega phir phir preshton ki madad aa jayegi.</w:t>
      </w:r>
      <w:r>
        <w:br/>
      </w:r>
      <w:r>
        <w:rPr>
          <w:sz w:val="20"/>
        </w:rPr>
        <w:t>12:53  to is test mein to barah poora uthana padega.</w:t>
      </w:r>
      <w:r>
        <w:br/>
      </w:r>
      <w:r>
        <w:rPr>
          <w:sz w:val="20"/>
        </w:rPr>
        <w:t>13:00  is test mein barah poora utarna padega ke bazaar aswaap ki ghar mohitgi hogi aur aapko koodna padega</w:t>
      </w:r>
      <w:r>
        <w:br/>
      </w:r>
      <w:r>
        <w:rPr>
          <w:sz w:val="20"/>
        </w:rPr>
        <w:t>13:08  daanv fark ke liye.</w:t>
      </w:r>
      <w:r>
        <w:br/>
      </w:r>
      <w:r>
        <w:rPr>
          <w:sz w:val="20"/>
        </w:rPr>
        <w:t>13:16  to yahi ehsaaba ubal ke waqt hua ehsaaba aasani ke baad fark yahi hai.</w:t>
      </w:r>
      <w:r>
        <w:br/>
      </w:r>
      <w:r>
        <w:rPr>
          <w:sz w:val="20"/>
        </w:rPr>
        <w:t>13:24  yahi mamla asawre surat saath prashah hai ya mamla ikhmanrasurat saathi prashah hai. Ab dekhiye, hadees kehta hai ke zameen mein koi chhota ya bada ghar nahi bachega, jahan Allah ka kalma dakhal na ho jayega. Allah kalma kya hai?</w:t>
      </w:r>
    </w:p>
    <w:p>
      <w:pPr>
        <w:pStyle w:val="Heading2"/>
      </w:pPr>
      <w:r>
        <w:t>Harsh Quranic language is 'hammering', like a mother's warning</w:t>
      </w:r>
    </w:p>
    <w:p>
      <w:r>
        <w:rPr>
          <w:color w:val="666666"/>
          <w:sz w:val="18"/>
        </w:rPr>
        <w:t>Spirit of Zakat May 4, 2007 Maulana Wahiduddin Khan · 5m 23s · at 1:05:01 · https://youtu.be/oj5_5pFnmHk?t=3901</w:t>
      </w:r>
    </w:p>
    <w:p>
      <w:r>
        <w:rPr>
          <w:i/>
        </w:rPr>
        <w:t>“People misunderstand harsh words in Quran and hadith”</w:t>
      </w:r>
    </w:p>
    <w:p>
      <w:r>
        <w:rPr>
          <w:sz w:val="20"/>
        </w:rPr>
        <w:t>1:05:01  is mein main aik baat aur is ab add karna chahunga ke dekhiye. quran aur hadith mein is tarah ki jo baatein aati hain, is ke samajhne mein logon ne bohat ghalati ki hai.</w:t>
      </w:r>
      <w:r>
        <w:br/>
      </w:r>
      <w:r>
        <w:rPr>
          <w:sz w:val="20"/>
        </w:rPr>
        <w:t>1:05:14  dekhiye, yeh hoti hai hammering ki zuban. hammering ki zuban hoti hai. jaise quran mein khuda ki zuban se rasool allah ne to kisi ko kafir nahi kaha.</w:t>
      </w:r>
      <w:r>
        <w:br/>
      </w:r>
      <w:r>
        <w:rPr>
          <w:sz w:val="20"/>
        </w:rPr>
        <w:t>1:05:26  lekin khuda ki zuban se aaya hai ke ayyuhal kafirun. yaad rakhiye ke quran mein jahan bhi aaya hai, khuda ki zuban se hai, rasool allah ki zuban se nahi hai kafir ka lafz.</w:t>
      </w:r>
      <w:r>
        <w:br/>
      </w:r>
      <w:r>
        <w:rPr>
          <w:sz w:val="20"/>
        </w:rPr>
        <w:t>1:05:39  to khuda ne jab kaha ke ayyuhal kafirun. aye inkar karne walo. aur rasool allah ne jab kaha ke yeh ghutnon ke bal ghisste hue jayenge.</w:t>
      </w:r>
      <w:r>
        <w:br/>
      </w:r>
      <w:r>
        <w:rPr>
          <w:sz w:val="20"/>
        </w:rPr>
        <w:t>1:05:53  that was language of hammering.</w:t>
      </w:r>
      <w:r>
        <w:br/>
      </w:r>
      <w:r>
        <w:rPr>
          <w:sz w:val="20"/>
        </w:rPr>
        <w:t>1:05:58  is ko log na samajhne ki wajah se is ko le lete hain literal maanon mein.</w:t>
      </w:r>
      <w:r>
        <w:br/>
      </w:r>
      <w:r>
        <w:rPr>
          <w:sz w:val="20"/>
        </w:rPr>
        <w:t>1:06:03  to woh samajh nahi paate baaton ko. quran aur hadith mein jahan bhi sakht alfaaz hain, woh sab hammering ki zuban hai, hammering. hammering ke maane hote hain hathaura chalana.</w:t>
      </w:r>
      <w:r>
        <w:br/>
      </w:r>
      <w:r>
        <w:rPr>
          <w:sz w:val="20"/>
        </w:rPr>
        <w:t>1:06:13  aik hai aap naram naram baatein karen. aik hai kade andaaz mein bolen aap. is ko kaha jata hai language of hammering.</w:t>
      </w:r>
      <w:r>
        <w:br/>
      </w:r>
      <w:r>
        <w:rPr>
          <w:sz w:val="20"/>
        </w:rPr>
        <w:t>1:06:23  to tajurba yeh hai ke aap naram naram baatein karen to aadmi asar nahi leta.</w:t>
      </w:r>
      <w:r>
        <w:br/>
      </w:r>
      <w:r>
        <w:rPr>
          <w:sz w:val="20"/>
        </w:rPr>
        <w:t>1:06:29  lekin jab kada bolte hain aap to asar leta hai woh. aur badal jata hai woh. isi liye aap dekhiye. jin logon ke baray mein allah taala ne farmaya tha ke ayyuhal kafirun.</w:t>
      </w:r>
      <w:r>
        <w:br/>
      </w:r>
      <w:r>
        <w:rPr>
          <w:sz w:val="20"/>
        </w:rPr>
        <w:t>1:06:40  qul ya ayyuha alkafiroon. woh kaun thay? makka ke log thay. jab rasool allah ne hijrat ki makka se, us waqt yeh ayat utri thi.</w:t>
      </w:r>
      <w:r>
        <w:br/>
      </w:r>
      <w:r>
        <w:rPr>
          <w:sz w:val="20"/>
        </w:rPr>
        <w:t>1:06:52  nubowat ke terahwein saal, jab rasool allah ne makka se hijrat ki, us waqt yeh ayat utri thi. is mein kaha gaya hai qul ya ayyuha alkafiroon .</w:t>
      </w:r>
      <w:r>
        <w:br/>
      </w:r>
      <w:r>
        <w:rPr>
          <w:sz w:val="20"/>
        </w:rPr>
        <w:t>1:07:03  keh do ke aye inkar karne walon. lekin aap jante hain ke yeh taqreeban saare log phir islam mein dakhil ho gaye.</w:t>
      </w:r>
      <w:r>
        <w:br/>
      </w:r>
      <w:r>
        <w:rPr>
          <w:sz w:val="20"/>
        </w:rPr>
        <w:t>1:07:14  to agar khuda ne muqaddar kar diya hota ke inkar mein rahen, inkar mein maren, to un ko yeh tofeeq kyun milti?</w:t>
      </w:r>
      <w:r>
        <w:br/>
      </w:r>
      <w:r>
        <w:rPr>
          <w:sz w:val="20"/>
        </w:rPr>
        <w:t>1:07:22  kyun ke sachai ko qabool karna jo hai, woh insan karta hai lekin tofeeq khuda ki taraf se aati hai, yaad rakhiye.</w:t>
      </w:r>
      <w:r>
        <w:br/>
      </w:r>
      <w:r>
        <w:rPr>
          <w:sz w:val="20"/>
        </w:rPr>
        <w:t>1:07:33  baghair khuda ki tofeeq se koi aadmi sachai ko na samjhega, na manega.</w:t>
      </w:r>
      <w:r>
        <w:br/>
      </w:r>
      <w:r>
        <w:rPr>
          <w:sz w:val="20"/>
        </w:rPr>
        <w:t>1:07:42  walakin allaha yahdi man yashao innaka la tahdi man abata</w:t>
      </w:r>
      <w:r>
        <w:br/>
      </w:r>
      <w:r>
        <w:rPr>
          <w:sz w:val="20"/>
        </w:rPr>
        <w:t>1:07:52  . yeh mamooli baat nahi ke aadmi sachai ko manay. har aadmi conditioning mein jeeta hai, har aadmi ke dimagh mein khayalat ka jangla basa hua hota hai.</w:t>
      </w:r>
      <w:r>
        <w:br/>
      </w:r>
      <w:r>
        <w:rPr>
          <w:sz w:val="20"/>
        </w:rPr>
        <w:t>1:08:05  bachpan se le kar baad ki umer tak kya kya baaten hoti hain jin mein woh jeeta hai woh. phir sachai ko manna koi aasan kaam hai?</w:t>
      </w:r>
      <w:r>
        <w:br/>
      </w:r>
      <w:r>
        <w:rPr>
          <w:sz w:val="20"/>
        </w:rPr>
        <w:t>1:08:16  apni poori zindagi ko use hadaf karna parta hai.</w:t>
      </w:r>
      <w:r>
        <w:br/>
      </w:r>
      <w:r>
        <w:rPr>
          <w:sz w:val="20"/>
        </w:rPr>
        <w:t>1:08:20  farz kijiye ke ek aadmi sachai ko man raha hai chalis saal ki umer mein. paida hua bure mahol mein, chalis saal bitaya bure mahol mein.</w:t>
      </w:r>
      <w:r>
        <w:br/>
      </w:r>
      <w:r>
        <w:rPr>
          <w:sz w:val="20"/>
        </w:rPr>
        <w:t>1:08:31  ab chalis saal ke baad woh kehta hai ke main sachai ko manta hoon. to yeh mamooli baat nahi hai. yeh apne chalis saal ko hadaf karna hai.</w:t>
      </w:r>
      <w:r>
        <w:br/>
      </w:r>
      <w:r>
        <w:rPr>
          <w:sz w:val="20"/>
        </w:rPr>
        <w:t>1:08:40  is ko reject karna hai. is ko mitana hai.</w:t>
      </w:r>
      <w:r>
        <w:br/>
      </w:r>
      <w:r>
        <w:rPr>
          <w:sz w:val="20"/>
        </w:rPr>
        <w:t>1:08:46  itna bara hausla, itni bari soojh boojh, baghair khuda ki tofeeq ke nahi aa sakti hai. to agar khuda ke haan yeh muqaddar hota ke log jo hain inkar hi mein jiyenge, inkar mein marenge,</w:t>
      </w:r>
      <w:r>
        <w:br/>
      </w:r>
      <w:r>
        <w:rPr>
          <w:sz w:val="20"/>
        </w:rPr>
        <w:t>1:09:02  to yeh kabhi na aisa aata.</w:t>
      </w:r>
      <w:r>
        <w:br/>
      </w:r>
      <w:r>
        <w:rPr>
          <w:sz w:val="20"/>
        </w:rPr>
        <w:t>1:09:08  aisa tha hi nahi.</w:t>
      </w:r>
      <w:r>
        <w:br/>
      </w:r>
      <w:r>
        <w:rPr>
          <w:sz w:val="20"/>
        </w:rPr>
        <w:t>1:09:10  to jab khuda ne farmaya ke qul ya ayyuha alkafiroon . yeh darasal yeh thi language of hammering. aur aap dekhiye ke kitna zabardast asar is ka hua ke woh sab ke sab aa gaye, rasool allah ke saathi ban gaye.</w:t>
      </w:r>
      <w:r>
        <w:br/>
      </w:r>
      <w:r>
        <w:rPr>
          <w:sz w:val="20"/>
        </w:rPr>
        <w:t>1:09:26  rasool allah ke saathi ban gaye. isi tarah se jab aap ne yeh farmaya ke abdul rehman bin auf jo hain, abdul rehman bin auf jo hain, woh jayenge jannat mein ghisatate hue.</w:t>
      </w:r>
      <w:r>
        <w:br/>
      </w:r>
      <w:r>
        <w:rPr>
          <w:sz w:val="20"/>
        </w:rPr>
        <w:t>1:09:40  that was also language of hammering. Kyun ke agar sach much yahi hone wala hota to kyun aisa hota ke woh khare ho kar ke jate jannat mein?</w:t>
      </w:r>
      <w:r>
        <w:br/>
      </w:r>
      <w:r>
        <w:rPr>
          <w:sz w:val="20"/>
        </w:rPr>
        <w:t>1:09:52  un ko yeh tofeeq milti ke itne bare tijarti qafle ko woh khuda ke rastay mein de dein? saare saman ko?</w:t>
      </w:r>
      <w:r>
        <w:br/>
      </w:r>
      <w:r>
        <w:rPr>
          <w:sz w:val="20"/>
        </w:rPr>
        <w:t>1:10:03  to jis tarah se qul ya ayyuha alkafiroon . language of hammering thi. isi tarah se aap ko yeh kehna bhi hota language of hammering.</w:t>
      </w:r>
      <w:r>
        <w:br/>
      </w:r>
      <w:r>
        <w:rPr>
          <w:sz w:val="20"/>
        </w:rPr>
        <w:t>1:10:15  yeh tha, dekhiye language of hammering kya hai? yeh mohabbat ki zaban hai. yeh maan ki zaban hai.</w:t>
      </w:r>
    </w:p>
    <w:p>
      <w:pPr>
        <w:pStyle w:val="Heading2"/>
      </w:pPr>
      <w:r>
        <w:t>The Prophet's ruling in a camel zakat dispute</w:t>
      </w:r>
    </w:p>
    <w:p>
      <w:r>
        <w:rPr>
          <w:color w:val="666666"/>
          <w:sz w:val="18"/>
        </w:rPr>
        <w:t>The Importance of Zakat May 08, 2022 Dr. Saniyasnain Khan · 2m 18s · at 21:39 · https://youtu.be/92nslWvnQ5Y?t=1299</w:t>
      </w:r>
    </w:p>
    <w:p>
      <w:r>
        <w:rPr>
          <w:i/>
        </w:rPr>
        <w:t>“You can take more, but you can't take less”</w:t>
      </w:r>
    </w:p>
    <w:p>
      <w:r>
        <w:rPr>
          <w:sz w:val="20"/>
        </w:rPr>
        <w:t>21:39  hazrat ubaiyb naqab ka, hazrat ubaiyb naqab bahut bade bade sahabi hain aur madina ke the aur jab</w:t>
      </w:r>
      <w:r>
        <w:br/>
      </w:r>
      <w:r>
        <w:rPr>
          <w:sz w:val="20"/>
        </w:rPr>
        <w:t>21:50  rasoolullah sallam madina gaye toh sabse pehle jo wahi utri madina mein toh hazrat ubaiyb naqab ne likhi thi</w:t>
      </w:r>
      <w:r>
        <w:br/>
      </w:r>
      <w:r>
        <w:rPr>
          <w:sz w:val="20"/>
        </w:rPr>
        <w:t>22:01  woh kaatib-e-wahi the. Ji.</w:t>
      </w:r>
      <w:r>
        <w:br/>
      </w:r>
      <w:r>
        <w:rPr>
          <w:sz w:val="20"/>
        </w:rPr>
        <w:t>22:13  to jab unhone calculate kiya hazrat ubaiyib nkab ne to unhone kaha ki bhai tumhara jo yeh jo oont hai sirf ek chhoti oont ka bachcha bas tum de do ek saal ka. ek bachcha de do isse zyada ki zaroorat nahi hai. to us aadmi ne kaha ki main poora oont de deta hoon, poori oont nahi de deta hoon. ji. woh doodh bhi degi, sawari bhi kar sakte hain, saamaan bhi la sakte hain.</w:t>
      </w:r>
      <w:r>
        <w:br/>
      </w:r>
      <w:r>
        <w:rPr>
          <w:sz w:val="20"/>
        </w:rPr>
        <w:t>22:41  ek bachcha agar de dunga to kya kaam aayega? vo to bahut waqt lagega, bada hota hai. to hazrat ubai apne kabrajillan unhone kaha ki bhai main zyada to le nahin sakta. jo van raha hai vahi lunga. to phir donon gae prophet mohammad sallam ke paas aur puchha ki yah, yah oont nahin dena chahte hain halanki sirf ek chhota bachcha ek saal ka van raha hai inake calculation se.</w:t>
      </w:r>
      <w:r>
        <w:br/>
      </w:r>
      <w:r>
        <w:rPr>
          <w:sz w:val="20"/>
        </w:rPr>
        <w:t>23:08  to rasoolullah sallam ne kaha ki tum jo bhi zyada doge khuda ke ram mein to uske liye tumhein ajal milega aur unse kaha ki tum le sakte ho, mooth nahin le sakte ho aur phir dohabbati usko ki tumhare maal mein allah taala varkat tataafan baaya to jitna bhi zyada dena chahe ji. de sakte hain yaani minimum ka to amount hai, minimum ki ek limit hai lekin maximum ki koi limit nahin hai.</w:t>
      </w:r>
      <w:r>
        <w:br/>
      </w:r>
      <w:r>
        <w:rPr>
          <w:sz w:val="20"/>
        </w:rPr>
        <w:t>23:37  ji, jitna bhi dena chahe vah to. ji. doctor abekh yahan par ek sawal yah bhi uthta hai, in fact kai log yah sawal karte hain yah sawal professor farida khanam ne bhi bheja hai aap, aapke liye ki hum log government ko tax dete hain. to aur upar se zakat aapne jaise bataya ki obligatory hai.</w:t>
      </w:r>
      <w:r>
        <w:br/>
      </w:r>
      <w:r>
        <w:rPr>
          <w:sz w:val="20"/>
        </w:rPr>
        <w:t>23:57  so does that mean that zakat is an addition to the taxes that we pay to the government ya un taxes ko hum include kar sakte hain zakat ke khane mein? nahin, taxes ko include zakat mein nahin kar sakte. tax ek alag cheez hai. ji. taxes pay karna chahiye. aap is government aap rahte hain is mulk mein, yahan roads hain, airports hain, saare saare hain. ji ji ji. paise to chahiye to poora poora tax dena chahiye. tax ki chori nahin karni chahiye.</w:t>
      </w:r>
    </w:p>
    <w:p>
      <w:pPr>
        <w:pStyle w:val="Heading2"/>
      </w:pPr>
      <w:r>
        <w:t>Fasting trains a disciplined, controlled life</w:t>
      </w:r>
    </w:p>
    <w:p>
      <w:r>
        <w:rPr>
          <w:color w:val="666666"/>
          <w:sz w:val="18"/>
        </w:rPr>
        <w:t>Ramadan The Month of Fasting July 31, 2011 · 2m 12s · at 19:07 · https://youtu.be/4W4Dg7zt0DM?t=1147</w:t>
      </w:r>
    </w:p>
    <w:p>
      <w:r>
        <w:rPr>
          <w:i/>
        </w:rPr>
        <w:t>“Roza haqeeqat hai zindagi disciplined tareeqe se guzaarna”</w:t>
      </w:r>
    </w:p>
    <w:p>
      <w:r>
        <w:rPr>
          <w:sz w:val="20"/>
        </w:rPr>
        <w:t>19:07  haqeeqat kiya hai is ki roze ki? main samajhta hoon keh roza haqeeqat hai zindagi ko disciplined way mein guzarna.</w:t>
      </w:r>
      <w:r>
        <w:br/>
      </w:r>
      <w:r>
        <w:rPr>
          <w:sz w:val="20"/>
        </w:rPr>
        <w:t>19:19  disciplined way mein guzarna. woh kiya hai? dekhen, aik hai bandha hua janwar, aik hai khula hua janwar.</w:t>
      </w:r>
      <w:r>
        <w:br/>
      </w:r>
      <w:r>
        <w:rPr>
          <w:sz w:val="20"/>
        </w:rPr>
        <w:t>19:31  khula hua janwar us khet mein jata hai, us khet mein jata hai.</w:t>
      </w:r>
      <w:r>
        <w:br/>
      </w:r>
      <w:r>
        <w:rPr>
          <w:sz w:val="20"/>
        </w:rPr>
        <w:t>19:36  koi is ki koi cheez is ko rokti nahin. lekin yeh bandha janwar jo hai woh isi tak mehdood rehta hai jis ke samne hai.</w:t>
      </w:r>
      <w:r>
        <w:br/>
      </w:r>
      <w:r>
        <w:rPr>
          <w:sz w:val="20"/>
        </w:rPr>
        <w:t>19:47  to Hadees mein aata hai keh yeh yeh misaal di gayi hai keh momin ki misaal aisi hai jaisay keh aik khontay mein bandha hua ghoda.</w:t>
      </w:r>
      <w:r>
        <w:br/>
      </w:r>
      <w:r>
        <w:rPr>
          <w:sz w:val="20"/>
        </w:rPr>
        <w:t>20:01  mathalu mu'minin wa mathalu al-eemaani kamathali farasin fi aakh</w:t>
      </w:r>
      <w:r>
        <w:br/>
      </w:r>
      <w:r>
        <w:rPr>
          <w:sz w:val="20"/>
        </w:rPr>
        <w:t>20:05  iritihi. yohulussummu yarji'u ila aakhritihi. aik ghoda khontay mein bandha hua hai, is ki aik rassi hai, farz kijiye keh teen meter ki.</w:t>
      </w:r>
      <w:r>
        <w:br/>
      </w:r>
      <w:r>
        <w:rPr>
          <w:sz w:val="20"/>
        </w:rPr>
        <w:t>20:15  teen meter ke barabar woh ghoome ga, is ke aage nahin aa sakta. to aik janwar jo hai khula hua ho, har khet mein woh dakhil ho jaye ga.</w:t>
      </w:r>
      <w:r>
        <w:br/>
      </w:r>
      <w:r>
        <w:rPr>
          <w:sz w:val="20"/>
        </w:rPr>
        <w:t>20:26  jo bandha hua ho woh isi dayre mein rahe ga jo is ka is ke malik ne dayra muqarrar kar diya hai.</w:t>
      </w:r>
      <w:r>
        <w:br/>
      </w:r>
      <w:r>
        <w:rPr>
          <w:sz w:val="20"/>
        </w:rPr>
        <w:t>20:34  to goya keh Ramzan ka mahina aap ko yaad dilata hai keh aap ko paband zindagi guzarni hai.</w:t>
      </w:r>
      <w:r>
        <w:br/>
      </w:r>
      <w:r>
        <w:rPr>
          <w:sz w:val="20"/>
        </w:rPr>
        <w:t>20:45  disciplined way mein zindagi guzarni hai. apne aap ko control kar ke duniya mein rehna hai. apne bhook par control, apne piyas par control, apni khwahishon par control.</w:t>
      </w:r>
      <w:r>
        <w:br/>
      </w:r>
      <w:r>
        <w:rPr>
          <w:sz w:val="20"/>
        </w:rPr>
        <w:t>21:01  har cheez par control.</w:t>
      </w:r>
      <w:r>
        <w:br/>
      </w:r>
      <w:r>
        <w:rPr>
          <w:sz w:val="20"/>
        </w:rPr>
        <w:t>21:06  to yeh hai ramzan ki haqeeqat. yeh hai ramzan ki haqeeqat. isi liye dekhiye, quran mein hai ke la'allakum tattaqoon.</w:t>
      </w:r>
    </w:p>
    <w:p>
      <w:pPr>
        <w:pStyle w:val="Heading2"/>
      </w:pPr>
      <w:r>
        <w:t>All books are supportive literature</w:t>
      </w:r>
    </w:p>
    <w:p>
      <w:r>
        <w:rPr>
          <w:color w:val="666666"/>
          <w:sz w:val="18"/>
        </w:rPr>
        <w:t>Divine Help January 04, 2015 · 5m 39s · at 1:01:45 · https://youtu.be/IsFIb5jI5u8?t=3705</w:t>
      </w:r>
    </w:p>
    <w:p>
      <w:r>
        <w:rPr>
          <w:i/>
        </w:rPr>
        <w:t>“Dekhiye hamari jitni bhi kitaabein hain”</w:t>
      </w:r>
    </w:p>
    <w:p>
      <w:r>
        <w:rPr>
          <w:sz w:val="20"/>
        </w:rPr>
        <w:t>1:01:45  dekhiye, hamari jitni bhi kitabein hain, sach poochhein to supportive literature hi hain, chahe choti ho ya badi.</w:t>
      </w:r>
      <w:r>
        <w:br/>
      </w:r>
      <w:r>
        <w:rPr>
          <w:sz w:val="20"/>
        </w:rPr>
        <w:t>1:01:50  Supportive literature ka lafz jo bol raha hoon, bahut hi wise sense mein bol raha hoon.</w:t>
      </w:r>
      <w:r>
        <w:br/>
      </w:r>
      <w:r>
        <w:rPr>
          <w:sz w:val="20"/>
        </w:rPr>
        <w:t>1:01:56  kisi limited sense mein nahi ke namaz ka tareeqa, mislan yeh baat ke namaz ka tareeqa Quran mein</w:t>
      </w:r>
      <w:r>
        <w:br/>
      </w:r>
      <w:r>
        <w:rPr>
          <w:sz w:val="20"/>
        </w:rPr>
        <w:t>1:02:02  nahi hai, koi kitaab chhaape, us mein namaz ka tareeqa bataaye.</w:t>
      </w:r>
      <w:r>
        <w:br/>
      </w:r>
      <w:r>
        <w:rPr>
          <w:sz w:val="20"/>
        </w:rPr>
        <w:t>1:02:07  to yeh bahut hi limited sense hoga.</w:t>
      </w:r>
      <w:r>
        <w:br/>
      </w:r>
      <w:r>
        <w:rPr>
          <w:sz w:val="20"/>
        </w:rPr>
        <w:t>1:02:13  hamari jitni bhi kitabein hain, chahe woh do warq ki bhi hon ya risale mein koi ek safhe</w:t>
      </w:r>
      <w:r>
        <w:br/>
      </w:r>
      <w:r>
        <w:rPr>
          <w:sz w:val="20"/>
        </w:rPr>
        <w:t>1:02:19  ka mazmoon ho, woh sab supportive literature hi hota hai, kisi directly ya indirectly.</w:t>
      </w:r>
      <w:r>
        <w:br/>
      </w:r>
      <w:r>
        <w:rPr>
          <w:sz w:val="20"/>
        </w:rPr>
        <w:t>1:02:25  to main is mein koi yeh nahi keh sakta ke falan kitaab aap sari kitabein phailaiye.</w:t>
      </w:r>
      <w:r>
        <w:br/>
      </w:r>
      <w:r>
        <w:rPr>
          <w:sz w:val="20"/>
        </w:rPr>
        <w:t>1:02:30  har kitaab mein wisdom hai, har kitaab mein support hai, har kitaab mein taayidi mawad hai, har kitaab</w:t>
      </w:r>
      <w:r>
        <w:br/>
      </w:r>
      <w:r>
        <w:rPr>
          <w:sz w:val="20"/>
        </w:rPr>
        <w:t>1:02:36  without any exception.</w:t>
      </w:r>
      <w:r>
        <w:br/>
      </w:r>
      <w:r>
        <w:rPr>
          <w:sz w:val="20"/>
        </w:rPr>
        <w:t>1:02:42  bas aap parh jitna aap jitna aap ke bas mein ho, utna phailaiye.</w:t>
      </w:r>
      <w:r>
        <w:br/>
      </w:r>
      <w:r>
        <w:rPr>
          <w:sz w:val="20"/>
        </w:rPr>
        <w:t>1:02:48  yahi main kahunga.</w:t>
      </w:r>
      <w:r>
        <w:br/>
      </w:r>
      <w:r>
        <w:rPr>
          <w:sz w:val="20"/>
        </w:rPr>
        <w:t>1:02:53  dekhiye, yaad rakhiye ke sirf agar tarjuma ne phaila diya to yeh yeh kafi nahi hoga.</w:t>
      </w:r>
      <w:r>
        <w:br/>
      </w:r>
      <w:r>
        <w:rPr>
          <w:sz w:val="20"/>
        </w:rPr>
        <w:t>1:02:59  quran bataya ke tabyeen ke peghambar bataya ke agar quran pesh karta hai aur uski tabyeen karta</w:t>
      </w:r>
      <w:r>
        <w:br/>
      </w:r>
      <w:r>
        <w:rPr>
          <w:sz w:val="20"/>
        </w:rPr>
        <w:t>1:03:05  hai, uski tashreeh karta hai, uski wazahat karta hai, to dekhiye, bilkul yeksan taur par zaroori</w:t>
      </w:r>
      <w:r>
        <w:br/>
      </w:r>
      <w:r>
        <w:rPr>
          <w:sz w:val="20"/>
        </w:rPr>
        <w:t>1:03:11  hai ke aap quran ka tarjuma phailayen aur sath sath supportive literature phailayen.</w:t>
      </w:r>
      <w:r>
        <w:br/>
      </w:r>
      <w:r>
        <w:rPr>
          <w:sz w:val="20"/>
        </w:rPr>
        <w:t>1:03:16  agar aap nahi phailayenge to yaqeen kijiye ke aap ka maqsad poora nahi ho sakta.</w:t>
      </w:r>
      <w:r>
        <w:br/>
      </w:r>
      <w:r>
        <w:rPr>
          <w:sz w:val="20"/>
        </w:rPr>
        <w:t>1:03:22  main jitne mere saathi hain, chahe india mein hon ya india ke bahar main hon, un sab se</w:t>
      </w:r>
      <w:r>
        <w:br/>
      </w:r>
      <w:r>
        <w:rPr>
          <w:sz w:val="20"/>
        </w:rPr>
        <w:t>1:03:28  kahunga ke aisa yeh soch kabhi aap ke andar paida nahi honi chahiye ke aap ne quran</w:t>
      </w:r>
      <w:r>
        <w:br/>
      </w:r>
      <w:r>
        <w:rPr>
          <w:sz w:val="20"/>
        </w:rPr>
        <w:t>1:03:34  distribute kar diya to kaam ho gaya.</w:t>
      </w:r>
      <w:r>
        <w:br/>
      </w:r>
      <w:r>
        <w:rPr>
          <w:sz w:val="20"/>
        </w:rPr>
        <w:t>1:03:39  nahi, nahi, quran distribute karne ke sath sath aap ko zaroori hai ke aap supportive literature ko phailayen.</w:t>
      </w:r>
      <w:r>
        <w:br/>
      </w:r>
      <w:r>
        <w:rPr>
          <w:sz w:val="20"/>
        </w:rPr>
        <w:t>1:03:45  jaise abhi main ne ayat padhi aap ko wajاهدوا به جهاد کبیر yahan par kya likha hai? koi</w:t>
      </w:r>
      <w:r>
        <w:br/>
      </w:r>
      <w:r>
        <w:rPr>
          <w:sz w:val="20"/>
        </w:rPr>
        <w:t>1:03:51  kuch logon ne ke un ke sath lado, fight karo, yani jahad ko fight karne mein le liya.</w:t>
      </w:r>
      <w:r>
        <w:br/>
      </w:r>
      <w:r>
        <w:rPr>
          <w:sz w:val="20"/>
        </w:rPr>
        <w:t>1:03:57  ab koi aadmi is ko padhega to yeh samjhega ke fight karo.</w:t>
      </w:r>
      <w:r>
        <w:br/>
      </w:r>
      <w:r>
        <w:rPr>
          <w:sz w:val="20"/>
        </w:rPr>
        <w:t>1:04:02  to quran ka tarjuma jitna zaroori hai, taqreeban itna hi zaroori hai aap ke baad bhi ke aap</w:t>
      </w:r>
      <w:r>
        <w:br/>
      </w:r>
      <w:r>
        <w:rPr>
          <w:sz w:val="20"/>
        </w:rPr>
        <w:t>1:04:08  supportive literature ko phailayen, warna mind aadmi ka address nahi hoga.</w:t>
      </w:r>
      <w:r>
        <w:br/>
      </w:r>
      <w:r>
        <w:rPr>
          <w:sz w:val="20"/>
        </w:rPr>
        <w:t>1:04:14  aadmi is ko samajh nahi payega, aadmi phir bhi confusion mein rahega kyunke hamara jo literature</w:t>
      </w:r>
      <w:r>
        <w:br/>
      </w:r>
      <w:r>
        <w:rPr>
          <w:sz w:val="20"/>
        </w:rPr>
        <w:t>1:04:20  hai, woh modern idiom mein hai aur jo modern mind hai, us ko samjha hum ne, phir samajh</w:t>
      </w:r>
      <w:r>
        <w:br/>
      </w:r>
      <w:r>
        <w:rPr>
          <w:sz w:val="20"/>
        </w:rPr>
        <w:t>1:04:25  kar us ko address karne ki koshish ki.</w:t>
      </w:r>
      <w:r>
        <w:br/>
      </w:r>
      <w:r>
        <w:rPr>
          <w:sz w:val="20"/>
        </w:rPr>
        <w:t>1:04:31  is liye bohat hi zaroori hai ke aap quran bhi phailayen aur supportive literature bhi phailayen.</w:t>
      </w:r>
      <w:r>
        <w:br/>
      </w:r>
      <w:r>
        <w:rPr>
          <w:sz w:val="20"/>
        </w:rPr>
        <w:t>1:04:37  maulana, agla sawal maulana iqbal umri ne bheja hai tamil nadu se aur unhone likha hai ke</w:t>
      </w:r>
      <w:r>
        <w:br/>
      </w:r>
      <w:r>
        <w:rPr>
          <w:sz w:val="20"/>
        </w:rPr>
        <w:t>1:04:43  maulana fikri mughalaton se bachne ke liye cps mission ke logon ko kya karna hoga? is</w:t>
      </w:r>
      <w:r>
        <w:br/>
      </w:r>
      <w:r>
        <w:rPr>
          <w:sz w:val="20"/>
        </w:rPr>
        <w:t>1:04:48  ki rehnumai karen.</w:t>
      </w:r>
      <w:r>
        <w:br/>
      </w:r>
      <w:r>
        <w:rPr>
          <w:sz w:val="20"/>
        </w:rPr>
        <w:t>1:04:54  sirf ek kaam ke jo kitaben chhapi hain, us ko study karna.</w:t>
      </w:r>
      <w:r>
        <w:br/>
      </w:r>
      <w:r>
        <w:rPr>
          <w:sz w:val="20"/>
        </w:rPr>
        <w:t>1:05:00  kal mere paas aaye ek sahab jo kashmir ke the aur der tak woh baaten karte rahe, woh</w:t>
      </w:r>
      <w:r>
        <w:br/>
      </w:r>
      <w:r>
        <w:rPr>
          <w:sz w:val="20"/>
        </w:rPr>
        <w:t>1:05:06  bohat zyada is ke fan hain, is ko bataya unhone magar un ki confusion tha un ke mind mein.</w:t>
      </w:r>
      <w:r>
        <w:br/>
      </w:r>
      <w:r>
        <w:rPr>
          <w:sz w:val="20"/>
        </w:rPr>
        <w:t>1:05:11  to main ne kaha aap kitaben to kam padhi hain aap ne aur apne ko is ka muwafiq</w:t>
      </w:r>
      <w:r>
        <w:br/>
      </w:r>
      <w:r>
        <w:rPr>
          <w:sz w:val="20"/>
        </w:rPr>
        <w:t>1:05:17  bata rahe hain.</w:t>
      </w:r>
      <w:r>
        <w:br/>
      </w:r>
      <w:r>
        <w:rPr>
          <w:sz w:val="20"/>
        </w:rPr>
        <w:t>1:05:23  to mein samajhta hoon ke CPS ke tamam logon ka pehla kaam hai ke hamari kitabon</w:t>
      </w:r>
      <w:r>
        <w:br/>
      </w:r>
      <w:r>
        <w:rPr>
          <w:sz w:val="20"/>
        </w:rPr>
        <w:t>1:05:29  ko bar bar parhein.</w:t>
      </w:r>
      <w:r>
        <w:br/>
      </w:r>
      <w:r>
        <w:rPr>
          <w:sz w:val="20"/>
        </w:rPr>
        <w:t>1:05:34  agar woh bar bar nahin parhein ge to confusion mein rahen ge aur mission ki guideline un ko</w:t>
      </w:r>
      <w:r>
        <w:br/>
      </w:r>
      <w:r>
        <w:rPr>
          <w:sz w:val="20"/>
        </w:rPr>
        <w:t>1:05:40  nahin mile gi ke kaise mission ka kaam karein.</w:t>
      </w:r>
      <w:r>
        <w:br/>
      </w:r>
      <w:r>
        <w:rPr>
          <w:sz w:val="20"/>
        </w:rPr>
        <w:t>1:05:46  mein samajhta hoon ke log is ki ahmiyat nahin samajhte ke risala monthly ko baqayda parhein, speech of</w:t>
      </w:r>
      <w:r>
        <w:br/>
      </w:r>
      <w:r>
        <w:rPr>
          <w:sz w:val="20"/>
        </w:rPr>
        <w:t>1:05:52  Islam ko baqayda parhein, hamari jo kitabein hain, is ko bohat hi baqayda parhein.</w:t>
      </w:r>
      <w:r>
        <w:br/>
      </w:r>
      <w:r>
        <w:rPr>
          <w:sz w:val="20"/>
        </w:rPr>
        <w:t>1:05:57  jab tak aap is tarah nahin karein ge, aap ka mind tayyar nahin hoga, aap prepared mind nahin</w:t>
      </w:r>
      <w:r>
        <w:br/>
      </w:r>
      <w:r>
        <w:rPr>
          <w:sz w:val="20"/>
        </w:rPr>
        <w:t>1:06:03  banen ge to aap kaam kaise karein ge? is ka koi alternative nahin hai, is ka koi doosra</w:t>
      </w:r>
      <w:r>
        <w:br/>
      </w:r>
      <w:r>
        <w:rPr>
          <w:sz w:val="20"/>
        </w:rPr>
        <w:t>1:06:09  option nahin hai.</w:t>
      </w:r>
      <w:r>
        <w:br/>
      </w:r>
      <w:r>
        <w:rPr>
          <w:sz w:val="20"/>
        </w:rPr>
        <w:t>1:06:15  har aadmi ko chahiye, hamare jitne bhi saathi hain ke woh yeh kaam karein ke risala monthly Urdu</w:t>
      </w:r>
      <w:r>
        <w:br/>
      </w:r>
      <w:r>
        <w:rPr>
          <w:sz w:val="20"/>
        </w:rPr>
        <w:t>1:06:20  ko regular tareeqe se parhein, speech of Islam ko baqayda parhein, har mahine mein hamari kitabon ka mutala</w:t>
      </w:r>
      <w:r>
        <w:br/>
      </w:r>
      <w:r>
        <w:rPr>
          <w:sz w:val="20"/>
        </w:rPr>
        <w:t>1:06:26  karein, warna woh kaam ko sahi dhang par nahin kar sakein ge.</w:t>
      </w:r>
      <w:r>
        <w:br/>
      </w:r>
      <w:r>
        <w:rPr>
          <w:sz w:val="20"/>
        </w:rPr>
        <w:t>1:06:32  Maulana, agla sawal lene se pehle ek comment parhna chahenge jo Doha, Qatar se Maulana Abdul Basit Umri</w:t>
      </w:r>
      <w:r>
        <w:br/>
      </w:r>
      <w:r>
        <w:rPr>
          <w:sz w:val="20"/>
        </w:rPr>
        <w:t>1:06:38  ne bheja hai.</w:t>
      </w:r>
      <w:r>
        <w:br/>
      </w:r>
      <w:r>
        <w:rPr>
          <w:sz w:val="20"/>
        </w:rPr>
        <w:t>1:06:43  unhon ne likha hai ke Maulana, aaj aap ki taqreer sun kar bohat ziyada hope mili.</w:t>
      </w:r>
      <w:r>
        <w:br/>
      </w:r>
      <w:r>
        <w:rPr>
          <w:sz w:val="20"/>
        </w:rPr>
        <w:t>1:06:49  doosri baat yeh hai ke ek momin ke liye har soorat-e-haal mein khair hai.</w:t>
      </w:r>
      <w:r>
        <w:br/>
      </w:r>
      <w:r>
        <w:rPr>
          <w:sz w:val="20"/>
        </w:rPr>
        <w:t>1:06:55  woh khair kis tarah hoti hai, aaj aap ki taqreer se bohat achhi tarah se samajh mein aaya.</w:t>
      </w:r>
      <w:r>
        <w:br/>
      </w:r>
      <w:r>
        <w:rPr>
          <w:sz w:val="20"/>
        </w:rPr>
        <w:t>1:07:01  Maulana, agla sawal kya hai Tariq Ali sahib ne Tampa USA se aur unhon ne likha</w:t>
      </w:r>
      <w:r>
        <w:br/>
      </w:r>
      <w:r>
        <w:rPr>
          <w:sz w:val="20"/>
        </w:rPr>
        <w:t>1:07:06  hai ke Maulana Sahab I would like to know as to how you develop this skill of looking</w:t>
      </w:r>
      <w:r>
        <w:br/>
      </w:r>
      <w:r>
        <w:rPr>
          <w:sz w:val="20"/>
        </w:rPr>
        <w:t>1:07:12  at various things from a different perspective.</w:t>
      </w:r>
      <w:r>
        <w:br/>
      </w:r>
      <w:r>
        <w:rPr>
          <w:sz w:val="20"/>
        </w:rPr>
        <w:t>1:07:18  Did you learn this art from some scholar or is it your own work?</w:t>
      </w:r>
      <w:r>
        <w:br/>
      </w:r>
      <w:r>
        <w:rPr>
          <w:sz w:val="20"/>
        </w:rPr>
        <w:t>1:07:24  Any suggestion or advice you would like to make for people like me so that we can also learn to look at things in a different manner?</w:t>
      </w:r>
    </w:p>
    <w:p>
      <w:pPr>
        <w:pStyle w:val="Heading2"/>
      </w:pPr>
      <w:r>
        <w:t>Why spreading your message must be purely for God's sake</w:t>
      </w:r>
    </w:p>
    <w:p>
      <w:r>
        <w:rPr>
          <w:color w:val="666666"/>
          <w:sz w:val="18"/>
        </w:rPr>
        <w:t>Ramadan The Month of Remembrance June 21, 2015 · 2m 52s · at 35:09 · https://youtu.be/D0D6zmqcScc?t=2109</w:t>
      </w:r>
    </w:p>
    <w:p>
      <w:r>
        <w:rPr>
          <w:i/>
        </w:rPr>
        <w:t>“Kal parso ek sath humari mulaqat hui to dawat ki baat hui”</w:t>
      </w:r>
    </w:p>
    <w:p>
      <w:r>
        <w:rPr>
          <w:sz w:val="20"/>
        </w:rPr>
        <w:t>35:09  misalan kal parson ek saath hamari mulaqat hui to dawat ki baat hui. dawat</w:t>
      </w:r>
      <w:r>
        <w:br/>
      </w:r>
      <w:r>
        <w:rPr>
          <w:sz w:val="20"/>
        </w:rPr>
        <w:t>35:17  to unhon ne kaha ke aap dawat ki baat karte hain, yahan to hamari jaan bachana mushkil hai. hamare saath discription hota hai, hamare huqooq salb kiye jate hain, hamare hum hum ko human rights hamare mehfooz nahi hain.</w:t>
      </w:r>
      <w:r>
        <w:br/>
      </w:r>
      <w:r>
        <w:rPr>
          <w:sz w:val="20"/>
        </w:rPr>
        <w:t>35:40  yeh sab baatein karne lage jo ke aam taur par karte hain musalman.</w:t>
      </w:r>
      <w:r>
        <w:br/>
      </w:r>
      <w:r>
        <w:rPr>
          <w:sz w:val="20"/>
        </w:rPr>
        <w:t>35:47  to to aise logon ke saath hum dawat den ge? aise logon ke saath to hamare yani</w:t>
      </w:r>
      <w:r>
        <w:br/>
      </w:r>
      <w:r>
        <w:rPr>
          <w:sz w:val="20"/>
        </w:rPr>
        <w:t>35:58  unhon ne sakht alfaaz bolay, main is ko dohrana nahi chahta.</w:t>
      </w:r>
      <w:r>
        <w:br/>
      </w:r>
      <w:r>
        <w:rPr>
          <w:sz w:val="20"/>
        </w:rPr>
        <w:t>36:04  to is ke mani hain ke dawat jo hai hamesha aaj hi ki baat nahi hai, woh lajil Allah hoti hai. rasool Allah ko bhi makka madina mein jab dawat deni pari to wahan pe agar lajil Allah ka mamla na hota to aap nahi de sakte.</w:t>
      </w:r>
      <w:r>
        <w:br/>
      </w:r>
      <w:r>
        <w:rPr>
          <w:sz w:val="20"/>
        </w:rPr>
        <w:t>36:23  aap misalan dekhen, jab aap makka mein thay to quraish qabeela wahan tha,</w:t>
      </w:r>
      <w:r>
        <w:br/>
      </w:r>
      <w:r>
        <w:rPr>
          <w:sz w:val="20"/>
        </w:rPr>
        <w:t>36:32  woh kya karte thay ke aap ke rastay mein kaat kaat dalte thay. is zamanay mein koi street light ka intezam to tha nahi, andhera hota tha ke aap niklen to kahin kaat kanta chabh jaye.</w:t>
      </w:r>
      <w:r>
        <w:br/>
      </w:r>
      <w:r>
        <w:rPr>
          <w:sz w:val="20"/>
        </w:rPr>
        <w:t>36:52  is zamanay mein aaj kal ki tarah se yeh boot bhi nahi hotay thay, mamooli chappal hota tha.</w:t>
      </w:r>
      <w:r>
        <w:br/>
      </w:r>
      <w:r>
        <w:rPr>
          <w:sz w:val="20"/>
        </w:rPr>
        <w:t>37:01  to aap ne farmaya: "aey quraish! tumhara paros kutta bura paros hai. aey quraish!</w:t>
      </w:r>
      <w:r>
        <w:br/>
      </w:r>
      <w:r>
        <w:rPr>
          <w:sz w:val="20"/>
        </w:rPr>
        <w:t>37:09  quraish! tumhara paros kutta bura paros hai." rastay mein bhi to kaantay bicha rakhe hain tum ne. madine mein bhi aise hi hua.</w:t>
      </w:r>
      <w:r>
        <w:br/>
      </w:r>
      <w:r>
        <w:rPr>
          <w:sz w:val="20"/>
        </w:rPr>
        <w:t>37:21  hazrat ayesha kehti hain ke madine mein ke baray mein hatamahun naasu hatamah kahte hain rondna, pees dalna.</w:t>
      </w:r>
      <w:r>
        <w:br/>
      </w:r>
      <w:r>
        <w:rPr>
          <w:sz w:val="20"/>
        </w:rPr>
        <w:t>37:32  hatamahun naasu logon ne aap ko pees dala tha, matlab itna sataya tha ke jaise kaha: "pees dala, pees dala ho." is ke bawajood rasool Allah sallay Allah alayh wasallam ne kabhi bad dua nahi ki, kabhi nafrat ki dua nahi bolay, kabhi intiqam ki baat nahi kahi.</w:t>
      </w:r>
      <w:r>
        <w:br/>
      </w:r>
      <w:r>
        <w:rPr>
          <w:sz w:val="20"/>
        </w:rPr>
        <w:t>37:53  yak tarfa khair khwahi ke saath dawat ka kaam karte hain. to woh hai dawat hamesha lajil Allah hot</w:t>
      </w:r>
    </w:p>
    <w:p>
      <w:pPr>
        <w:pStyle w:val="Heading2"/>
      </w:pPr>
      <w:r>
        <w:t>Re-plan your life after fasting</w:t>
      </w:r>
    </w:p>
    <w:p>
      <w:r>
        <w:rPr>
          <w:color w:val="666666"/>
          <w:sz w:val="18"/>
        </w:rPr>
        <w:t>Fasting and Re-planning June 18, 2017 · 2m 15s · at 35:54 · https://youtu.be/ekpPWHrK1DI?t=2154</w:t>
      </w:r>
    </w:p>
    <w:p>
      <w:r>
        <w:rPr>
          <w:i/>
        </w:rPr>
        <w:t>“To main ye kahunga ke is tarah sochiye”</w:t>
      </w:r>
    </w:p>
    <w:p>
      <w:r>
        <w:rPr>
          <w:sz w:val="20"/>
        </w:rPr>
        <w:t>35:54  to mein yeh kahoon ga ke is tarah sochiye aur apni zindagi ki re planning kijiye is tarah ke sochiye aur apni zindagi ki re planning kijiye phir say mansooba banaiye</w:t>
      </w:r>
      <w:r>
        <w:br/>
      </w:r>
      <w:r>
        <w:rPr>
          <w:sz w:val="20"/>
        </w:rPr>
        <w:t>36:16  kyunki dekhiye yeh Quran hadith say sabit hai ke banda jab toba karta hai toba ka mani hai phir say lot ta hai sahi ki taraf yani re planning karta hai toba ka matlab hi re planning hai</w:t>
      </w:r>
      <w:r>
        <w:br/>
      </w:r>
      <w:r>
        <w:rPr>
          <w:sz w:val="20"/>
        </w:rPr>
        <w:t>36:42  banda jab toba karta hai to is ka matlab yahi hai</w:t>
      </w:r>
      <w:r>
        <w:br/>
      </w:r>
      <w:r>
        <w:rPr>
          <w:sz w:val="20"/>
        </w:rPr>
        <w:t>36:49  keh banda jab apnay amal ki re planning karta hai</w:t>
      </w:r>
      <w:r>
        <w:br/>
      </w:r>
      <w:r>
        <w:rPr>
          <w:sz w:val="20"/>
        </w:rPr>
        <w:t>36:59  to Allah Rabb ul Alameen ki rehmat is ki taraf dor kar aati hai dor kar</w:t>
      </w:r>
      <w:r>
        <w:br/>
      </w:r>
      <w:r>
        <w:rPr>
          <w:sz w:val="20"/>
        </w:rPr>
        <w:t>37:11  jab banda re planning karta hai is ke mutabiq zindagi ko phir say banata hai to Allah ki rehmat is ki taraf dor kar aati hai</w:t>
      </w:r>
      <w:r>
        <w:br/>
      </w:r>
      <w:r>
        <w:rPr>
          <w:sz w:val="20"/>
        </w:rPr>
        <w:t>37:27  to mein yahi</w:t>
      </w:r>
      <w:r>
        <w:br/>
      </w:r>
      <w:r>
        <w:rPr>
          <w:sz w:val="20"/>
        </w:rPr>
        <w:t>37:31  darkhwast karunga aap aap hazrat se</w:t>
      </w:r>
      <w:r>
        <w:br/>
      </w:r>
      <w:r>
        <w:rPr>
          <w:sz w:val="20"/>
        </w:rPr>
        <w:t>37:34  ke phir se sochiye phir se planning kijiye phir se apne mamlaat durust kijiye is ke baad na</w:t>
      </w:r>
      <w:r>
        <w:br/>
      </w:r>
      <w:r>
        <w:rPr>
          <w:sz w:val="20"/>
        </w:rPr>
        <w:t>37:43  kahin shikayat hogi na kahin koi kahin dushman hoga</w:t>
      </w:r>
      <w:r>
        <w:br/>
      </w:r>
      <w:r>
        <w:rPr>
          <w:sz w:val="20"/>
        </w:rPr>
        <w:t>37:48  kuch bhi nahin hoga na kahin gun hoga na kahin bam hoga</w:t>
      </w:r>
      <w:r>
        <w:br/>
      </w:r>
      <w:r>
        <w:rPr>
          <w:sz w:val="20"/>
        </w:rPr>
        <w:t>37:54  saari duniya aap ki duniya hogi</w:t>
      </w:r>
      <w:r>
        <w:br/>
      </w:r>
      <w:r>
        <w:rPr>
          <w:sz w:val="20"/>
        </w:rPr>
        <w:t>37:57  jis duniya ka aap samajh baithe hain ke yeh duniya to dushmanon ki duniya hai woh duniya aap</w:t>
      </w:r>
      <w:r>
        <w:br/>
      </w:r>
      <w:r>
        <w:rPr>
          <w:sz w:val="20"/>
        </w:rPr>
        <w:t>38:02  ki aap ke doston ki duniya ban jayegi</w:t>
      </w:r>
    </w:p>
    <w:p>
      <w:pPr>
        <w:pStyle w:val="Heading2"/>
      </w:pPr>
      <w:r>
        <w:t>The merchant, the Quran, and the hadith: hajj's form without spirit</w:t>
      </w:r>
    </w:p>
    <w:p>
      <w:r>
        <w:rPr>
          <w:color w:val="666666"/>
          <w:sz w:val="18"/>
        </w:rPr>
        <w:t>The Spirit of Hajj July 7, 2007 · 5m 14s · at 4:01 · https://youtu.be/SV2CfNml8ic?t=241</w:t>
      </w:r>
    </w:p>
    <w:p>
      <w:r>
        <w:rPr>
          <w:i/>
        </w:rPr>
        <w:t>“ایک مسلمان تاجر ہیں انہوں نے تو وہ ہر سال حج کرتے ہیں”</w:t>
      </w:r>
    </w:p>
    <w:p>
      <w:r>
        <w:rPr>
          <w:sz w:val="20"/>
        </w:rPr>
        <w:t>4:01  aik musalman tajir hain unhon ne to woh har saal haj karte hain. har saal. to haj karte karte un ko pachis ho gaye haj.</w:t>
      </w:r>
      <w:r>
        <w:br/>
      </w:r>
      <w:r>
        <w:rPr>
          <w:sz w:val="20"/>
        </w:rPr>
        <w:t>4:13  yani pachis haj unhon ne mutawatar kiya. to is ke baad kya hua? unhon ne haj silver jubilee banai.</w:t>
      </w:r>
      <w:r>
        <w:br/>
      </w:r>
      <w:r>
        <w:rPr>
          <w:sz w:val="20"/>
        </w:rPr>
        <w:t>4:23  aap ghor kijiye ke haj silver jubilee. ke pachis saal haj kiya unhon ne to woh haj ka jashan manaya gaya. dawatain dhoom dham aur josheeli taqreerein aur chiraghan.</w:t>
      </w:r>
      <w:r>
        <w:br/>
      </w:r>
      <w:r>
        <w:rPr>
          <w:sz w:val="20"/>
        </w:rPr>
        <w:t>4:38  is ka mani hai ke haj ki spirit se log be khabar hain.</w:t>
      </w:r>
      <w:r>
        <w:br/>
      </w:r>
      <w:r>
        <w:rPr>
          <w:sz w:val="20"/>
        </w:rPr>
        <w:t>4:42  is ke form ko jante hain. yani bait bar form unhon ne pachis bar haj kiya to is ki khushi mana rahe hain aur haj ka jashan mana rahe hain. halankay bait par spirit agar haj karte woh to is mein to aadmi ke paas kuch bhi na hota yeh sab sochne ke li</w:t>
      </w:r>
      <w:r>
        <w:br/>
      </w:r>
      <w:r>
        <w:rPr>
          <w:sz w:val="20"/>
        </w:rPr>
        <w:t>5:02  ye. tak taqwa hota.</w:t>
      </w:r>
      <w:r>
        <w:br/>
      </w:r>
      <w:r>
        <w:rPr>
          <w:sz w:val="20"/>
        </w:rPr>
        <w:t>5:07  kyun ke quran mein hai haj mein aadmi qurbani karta hai to us ke baray mein hai ke Allah</w:t>
      </w:r>
      <w:r>
        <w:br/>
      </w:r>
      <w:r>
        <w:rPr>
          <w:sz w:val="20"/>
        </w:rPr>
        <w:t>5:19  khuda ko tumhara gosht aur khoon nahi pohanchta. khuda ko tumhara taqwa pohanchta hai. aap ghor kijiye ke haj ki spirit taqwa hai.</w:t>
      </w:r>
      <w:r>
        <w:br/>
      </w:r>
      <w:r>
        <w:rPr>
          <w:sz w:val="20"/>
        </w:rPr>
        <w:t>5:31  Allah se darna. Allah ka khauf dil mein aa jana. accountability ka ehsas.</w:t>
      </w:r>
      <w:r>
        <w:br/>
      </w:r>
      <w:r>
        <w:rPr>
          <w:sz w:val="20"/>
        </w:rPr>
        <w:t>5:40  aap ghor kijiye ke yeh ehsas jaage aadmi ke andar. is qism ka uska mizaj banay Allah se darne wala mizaj to woh jashan manay ga.</w:t>
      </w:r>
      <w:r>
        <w:br/>
      </w:r>
      <w:r>
        <w:rPr>
          <w:sz w:val="20"/>
        </w:rPr>
        <w:t>5:50  kya koi aisa karega ke mein mutaqqi mein mutaqqi insan hoon to mujhe jashan manana hai?</w:t>
      </w:r>
      <w:r>
        <w:br/>
      </w:r>
      <w:r>
        <w:rPr>
          <w:sz w:val="20"/>
        </w:rPr>
        <w:t>6:00  just spirit ka nahi hota just form ka hota hai. to is se andaza hota hai ke log kitna ziyada be khabar hain haj ki haqeeqat se.</w:t>
      </w:r>
      <w:r>
        <w:br/>
      </w:r>
      <w:r>
        <w:rPr>
          <w:sz w:val="20"/>
        </w:rPr>
        <w:t>6:13  aur yeh soorat e haal jo is zamanay mein hai ke haj ka form logon ko pata hai is ke jashan mintay hain. har haji jab lot ta hai wahan se ya jata hai wahan se to baray dhoom dham se jata hai.</w:t>
      </w:r>
      <w:r>
        <w:br/>
      </w:r>
      <w:r>
        <w:rPr>
          <w:sz w:val="20"/>
        </w:rPr>
        <w:t>6:25  dhoom dham se wapas ata hai.</w:t>
      </w:r>
      <w:r>
        <w:br/>
      </w:r>
      <w:r>
        <w:rPr>
          <w:sz w:val="20"/>
        </w:rPr>
        <w:t>6:28  aur bara is ka istiqbal hota hai. Alhaj kaha jata hai is ko. to woh aik intehai shakal hai ke aik sahib ne silver jubilee bana dali.</w:t>
      </w:r>
      <w:r>
        <w:br/>
      </w:r>
      <w:r>
        <w:rPr>
          <w:sz w:val="20"/>
        </w:rPr>
        <w:t>6:40  lekin aik hadith hai bohat ziyada hamein is muamlay mein</w:t>
      </w:r>
      <w:r>
        <w:br/>
      </w:r>
      <w:r>
        <w:rPr>
          <w:sz w:val="20"/>
        </w:rPr>
        <w:t>6:50  yani aankh kholnay wali. bohat ziyada daranay wali.</w:t>
      </w:r>
      <w:r>
        <w:br/>
      </w:r>
      <w:r>
        <w:rPr>
          <w:sz w:val="20"/>
        </w:rPr>
        <w:t>6:55  hadith mein ata hai ke yati al nas zaman</w:t>
      </w:r>
      <w:r>
        <w:br/>
      </w:r>
      <w:r>
        <w:rPr>
          <w:sz w:val="20"/>
        </w:rPr>
        <w:t>7:02  yati al nas zaman yuhajj jo</w:t>
      </w:r>
      <w:r>
        <w:br/>
      </w:r>
      <w:r>
        <w:rPr>
          <w:sz w:val="20"/>
        </w:rPr>
        <w:t>7:11  yuhajj al aghniya lil nazaha wa ausatuhum lil tijarah wa qura hum lil ra'yah wa summah wa fuqarauhum lil mas'alah.</w:t>
      </w:r>
      <w:r>
        <w:br/>
      </w:r>
      <w:r>
        <w:rPr>
          <w:sz w:val="20"/>
        </w:rPr>
        <w:t>7:31  yeh hadith hai. is ka tarjuma yeh hai ke aik zamanay ga logon ke oopar rasool Allah ke baad mustaqbil mein aik zamanay ga logon ke oopar jab ke ummat ke jo dolatmand log hain paise walay log hain</w:t>
      </w:r>
      <w:r>
        <w:br/>
      </w:r>
      <w:r>
        <w:rPr>
          <w:sz w:val="20"/>
        </w:rPr>
        <w:t>7:52  woh haj karein ge outing ke tor par.</w:t>
      </w:r>
      <w:r>
        <w:br/>
      </w:r>
      <w:r>
        <w:rPr>
          <w:sz w:val="20"/>
        </w:rPr>
        <w:t>8:00  entertainment ke tor par.</w:t>
      </w:r>
      <w:r>
        <w:br/>
      </w:r>
      <w:r>
        <w:rPr>
          <w:sz w:val="20"/>
        </w:rPr>
        <w:t>8:04  kisi ajeeb baat hai. aur un ke darmiyani log haj karein ge business ke liye.</w:t>
      </w:r>
      <w:r>
        <w:br/>
      </w:r>
      <w:r>
        <w:rPr>
          <w:sz w:val="20"/>
        </w:rPr>
        <w:t>8:16  business ke liye. aur un ke ulma jo hain woh haj karein ge</w:t>
      </w:r>
      <w:r>
        <w:br/>
      </w:r>
      <w:r>
        <w:rPr>
          <w:sz w:val="20"/>
        </w:rPr>
        <w:t>8:24  riaya o sumah yani dikhawe ke liye. aur un ke jo fuqra hain woh haj karein ge wahan ja kar ke sawal karein chanda hasil karein.</w:t>
      </w:r>
      <w:r>
        <w:br/>
      </w:r>
      <w:r>
        <w:rPr>
          <w:sz w:val="20"/>
        </w:rPr>
        <w:t>8:41  ek tanbehi suratehal aaj hai.</w:t>
      </w:r>
      <w:r>
        <w:br/>
      </w:r>
      <w:r>
        <w:rPr>
          <w:sz w:val="20"/>
        </w:rPr>
        <w:t>8:44  haj ki haqeeqat ghayab hai. aur kuch log outing kar rahe hain. kuch log shan dikha rahe hain ke main hazrat aalim falan sahib haj karne ja rahe hain woh un ke sath dhoom machti hai.</w:t>
      </w:r>
      <w:r>
        <w:br/>
      </w:r>
      <w:r>
        <w:rPr>
          <w:sz w:val="20"/>
        </w:rPr>
        <w:t>9:01  kuch log tijaratein karte hain is ke liye jate hain wahan par. kuch log jate hain chanda lene ke liye. yeh bohat hi zyada sochne ki baat hai ke hamara haj bhi to aise nahi hai.</w:t>
      </w:r>
    </w:p>
    <w:p>
      <w:pPr>
        <w:pStyle w:val="Heading2"/>
      </w:pPr>
      <w:r>
        <w:t>Hajj's spirit: carrying the message to all people</w:t>
      </w:r>
    </w:p>
    <w:p>
      <w:r>
        <w:rPr>
          <w:color w:val="666666"/>
          <w:sz w:val="18"/>
        </w:rPr>
        <w:t>The Message of Eid Al-Adha November 6, 2011 · 1m 57s · at 41:08 · https://youtu.be/rJrjqkrLjMY?t=2468</w:t>
      </w:r>
    </w:p>
    <w:p>
      <w:r>
        <w:rPr>
          <w:i/>
        </w:rPr>
        <w:t>“حج کی جو عبادت ہے، اس کی روح دعوت ہے”</w:t>
      </w:r>
    </w:p>
    <w:p>
      <w:r>
        <w:rPr>
          <w:sz w:val="20"/>
        </w:rPr>
        <w:t>41:08  Daawati planning. Sach poochhein to hajj ka jo hajj ki jo ibadat hai, is ki rooh dawat hai.</w:t>
      </w:r>
      <w:r>
        <w:br/>
      </w:r>
      <w:r>
        <w:rPr>
          <w:sz w:val="20"/>
        </w:rPr>
        <w:t>41:18  Yeh is ayat se aap samajh sakte hain. Is ko</w:t>
      </w:r>
      <w:r>
        <w:br/>
      </w:r>
      <w:r>
        <w:rPr>
          <w:sz w:val="20"/>
        </w:rPr>
        <w:t>41:21  Ek ayat hai Quran Majeed ki ke agar saare hi musalman ekhatta nahi ho sakte to un mein se kuch log niklein. Falawla nafaratun min kulli firqatin ta'aftu li yatafaqqahu fid deen to</w:t>
      </w:r>
      <w:r>
        <w:br/>
      </w:r>
      <w:r>
        <w:rPr>
          <w:sz w:val="20"/>
        </w:rPr>
        <w:t>41:39  Jagah jagah se muntakhib log niklein aur ek center pe ekhatta hon. To hajj mein kya hota hai?</w:t>
      </w:r>
      <w:r>
        <w:br/>
      </w:r>
      <w:r>
        <w:rPr>
          <w:sz w:val="20"/>
        </w:rPr>
        <w:t>41:46  Saari duniya se muntakhib afraad nikl nikl kar ke Makkah mein jama hote hain. To Rasool Allah Sal Allahu Alaihi Wasallam ke zamane mein jo hajj hua tha, jis ko hum Hajjat ul Wida kehte hain, wahan par jo aap ne khutba diya tha,</w:t>
      </w:r>
      <w:r>
        <w:br/>
      </w:r>
      <w:r>
        <w:rPr>
          <w:sz w:val="20"/>
        </w:rPr>
        <w:t>42:01  Woh khutba parhein aap to aap ko poori spirit hajj ki samajh mein aayegi. Woh spirit hai dawat, dawat, dawat ki spirit.</w:t>
      </w:r>
      <w:r>
        <w:br/>
      </w:r>
      <w:r>
        <w:rPr>
          <w:sz w:val="20"/>
        </w:rPr>
        <w:t>42:11  Chunancha Khutba Hajjat ul Wida mein aap ne jo baatein farmayi thi, to aap ne farmaya tha ke Allah ne mujhe saare aalam ke liye bheja hai, saare aalam ke liye Illal nas kaffatan fa addu anni innallaha ba'asani kaffatan linnasi fa addu anni Allah ne mujhe bheja hai saare insano ke liye.</w:t>
      </w:r>
      <w:r>
        <w:br/>
      </w:r>
      <w:r>
        <w:rPr>
          <w:sz w:val="20"/>
        </w:rPr>
        <w:t>42:41  To tum log ab hajj ke baad yahan se jao aur saare insano tak mera paigham pahuncha do. Aap ne farmaya tha ke fal yuballigh ash shahidu al ghaib jo yahan maujood hai, woh un ko pahuncha de jo maujood nahi hain.</w:t>
      </w:r>
      <w:r>
        <w:br/>
      </w:r>
      <w:r>
        <w:rPr>
          <w:sz w:val="20"/>
        </w:rPr>
        <w:t>42:59  Yeh hai asal asal message hajj. Hajj ka asal maqsad hajj ka</w:t>
      </w:r>
    </w:p>
    <w:p>
      <w:pPr>
        <w:pStyle w:val="Heading2"/>
      </w:pPr>
      <w:r>
        <w:t>Hajj as Rehearsal for Life</w:t>
      </w:r>
    </w:p>
    <w:p>
      <w:r>
        <w:rPr>
          <w:color w:val="666666"/>
          <w:sz w:val="18"/>
        </w:rPr>
        <w:t>The Ideology of Truth July 15, 2007 · 29s · at 17:17 · https://youtu.be/EOXdI723eHI?t=1037</w:t>
      </w:r>
    </w:p>
    <w:p>
      <w:r>
        <w:rPr>
          <w:i/>
        </w:rPr>
        <w:t>“Islam to dekhiye ye sikhata hai”</w:t>
      </w:r>
    </w:p>
    <w:p>
      <w:r>
        <w:rPr>
          <w:sz w:val="20"/>
        </w:rPr>
        <w:t>17:17  Islam to dekhiye yeh sikhaata hai ke jo sab se bari ibadat Islam mein kiya hai? Hajj. Hajj kiya hai? Ek rehearsal hai poori zindagi ka.</w:t>
      </w:r>
      <w:r>
        <w:br/>
      </w:r>
      <w:r>
        <w:rPr>
          <w:sz w:val="20"/>
        </w:rPr>
        <w:t>17:28  Hajj ka matlab ritual nahi hai. Ek rehearsal hai ke wahan ja kar ke chand dinon mein aap ek course ko poora karte hain taake isi course ko aa kar translate kar saken apni poori zindagi mein.</w:t>
      </w:r>
    </w:p>
    <w:p>
      <w:pPr>
        <w:pStyle w:val="Heading2"/>
      </w:pPr>
      <w:r>
        <w:t>Discovery leads to true gratitude</w:t>
      </w:r>
    </w:p>
    <w:p>
      <w:r>
        <w:rPr>
          <w:color w:val="666666"/>
          <w:sz w:val="18"/>
        </w:rPr>
        <w:t>Shukr 18 Jan 2020 - Maulana Wahiduddin Khan · 2m 58s · at 10:07 · https://youtu.be/5gy8neGGM_E?t=607</w:t>
      </w:r>
    </w:p>
    <w:p>
      <w:r>
        <w:rPr>
          <w:i/>
        </w:rPr>
        <w:t>“Sab se pehle toh yeh discovery ka kalma hai”</w:t>
      </w:r>
    </w:p>
    <w:p>
      <w:r>
        <w:rPr>
          <w:sz w:val="20"/>
        </w:rPr>
        <w:t>10:07  sab se pehle to yeh discovery ka kalma hai. discovery ka kalma hai. agar discovery hui hai tab woh shukr hai, warna shukri nahi woh.</w:t>
      </w:r>
      <w:r>
        <w:br/>
      </w:r>
      <w:r>
        <w:rPr>
          <w:sz w:val="20"/>
        </w:rPr>
        <w:t>10:22  yani jis cheez ko, jis cheez ko woh iqrar karne ja raha hai, woh cheez bator blessing ke is ne discover ki hai, tab is ne shukr kiya.</w:t>
      </w:r>
      <w:r>
        <w:br/>
      </w:r>
      <w:r>
        <w:rPr>
          <w:sz w:val="20"/>
        </w:rPr>
        <w:t>10:35  warna woh lips service hai aur kuch nahi hai.</w:t>
      </w:r>
      <w:r>
        <w:br/>
      </w:r>
      <w:r>
        <w:rPr>
          <w:sz w:val="20"/>
        </w:rPr>
        <w:t>10:37  Maulana, jo aap ne abhi kaha na ke discover kariye, tab woh ja ke sahi shukr hai, woh lips service nahi hai. to yeh is ko thoda elaborate karenge, Maulana, ke discovery kya hai?</w:t>
      </w:r>
      <w:r>
        <w:br/>
      </w:r>
      <w:r>
        <w:rPr>
          <w:sz w:val="20"/>
        </w:rPr>
        <w:t>10:49  matlab is ke kya mani hain jo aap ne baat kahi</w:t>
      </w:r>
      <w:r>
        <w:br/>
      </w:r>
      <w:r>
        <w:rPr>
          <w:sz w:val="20"/>
        </w:rPr>
        <w:t>10:52  hai? is liye ke jis cheez ko aap shukr karte hain,</w:t>
      </w:r>
      <w:r>
        <w:br/>
      </w:r>
      <w:r>
        <w:rPr>
          <w:sz w:val="20"/>
        </w:rPr>
        <w:t>10:58  neamat, blessing, woh ek bohat bara,</w:t>
      </w:r>
      <w:r>
        <w:br/>
      </w:r>
      <w:r>
        <w:rPr>
          <w:sz w:val="20"/>
        </w:rPr>
        <w:t>11:07  bohat bara atiya hai, mili hui cheez hai. jaise misal ke taur par dekhiye, main bol raha hoon.</w:t>
      </w:r>
      <w:r>
        <w:br/>
      </w:r>
      <w:r>
        <w:rPr>
          <w:sz w:val="20"/>
        </w:rPr>
        <w:t>11:20  yeh bol raha hoon</w:t>
      </w:r>
      <w:r>
        <w:br/>
      </w:r>
      <w:r>
        <w:rPr>
          <w:sz w:val="20"/>
        </w:rPr>
        <w:t>11:24  is liye anokhi baat hai.</w:t>
      </w:r>
      <w:r>
        <w:br/>
      </w:r>
      <w:r>
        <w:rPr>
          <w:sz w:val="20"/>
        </w:rPr>
        <w:t>11:28  jaise aaj main ne kaha ke</w:t>
      </w:r>
      <w:r>
        <w:br/>
      </w:r>
      <w:r>
        <w:rPr>
          <w:sz w:val="20"/>
        </w:rPr>
        <w:t>11:34  hamara body, hamare, hum, hum jo base insan jo hum ek ek hain, is ka vehicle hai.</w:t>
      </w:r>
      <w:r>
        <w:br/>
      </w:r>
      <w:r>
        <w:rPr>
          <w:sz w:val="20"/>
        </w:rPr>
        <w:t>11:50  to hum is ko jane, discover karein ke kis tarah se hamare yeh jo wajood hai, jo body hai,</w:t>
      </w:r>
      <w:r>
        <w:br/>
      </w:r>
      <w:r>
        <w:rPr>
          <w:sz w:val="20"/>
        </w:rPr>
        <w:t>12:04  kis tarah hamare, hamare pure</w:t>
      </w:r>
      <w:r>
        <w:br/>
      </w:r>
      <w:r>
        <w:rPr>
          <w:sz w:val="20"/>
        </w:rPr>
        <w:t>12:10  hasti ko</w:t>
      </w:r>
      <w:r>
        <w:br/>
      </w:r>
      <w:r>
        <w:rPr>
          <w:sz w:val="20"/>
        </w:rPr>
        <w:t>12:14  liye phirti hai. yeh sab vehicle bani bani hui hai.</w:t>
      </w:r>
      <w:r>
        <w:br/>
      </w:r>
      <w:r>
        <w:rPr>
          <w:sz w:val="20"/>
        </w:rPr>
        <w:t>12:22  toh bahut badi cheez hai yeh. Allah ne humein ek insaan ke taur par paida kiya, phir ek vehicle diya.</w:t>
      </w:r>
      <w:r>
        <w:br/>
      </w:r>
      <w:r>
        <w:rPr>
          <w:sz w:val="20"/>
        </w:rPr>
        <w:t>12:35  yeh vehicle zara sa is mein kuch farq pad jaye toh hum fail ho jate hain.</w:t>
      </w:r>
      <w:r>
        <w:br/>
      </w:r>
      <w:r>
        <w:rPr>
          <w:sz w:val="20"/>
        </w:rPr>
        <w:t>12:47  toh jab aadmi discover kare is baat ko ke Allah ne usko sirf ek wajood nahi diya balkeh vehicle bhi saath saath diya,</w:t>
      </w:r>
    </w:p>
    <w:p>
      <w:pPr>
        <w:pStyle w:val="Heading2"/>
      </w:pPr>
      <w:r>
        <w:t>Fasting reminds you this world belongs to God</w:t>
      </w:r>
    </w:p>
    <w:p>
      <w:r>
        <w:rPr>
          <w:color w:val="666666"/>
          <w:sz w:val="18"/>
        </w:rPr>
        <w:t>Discovering The Spirit of Ramadan March 16, 2025 · 38s · at 0:58 · https://youtu.be/WrIyg6N7390?t=58</w:t>
      </w:r>
    </w:p>
    <w:p>
      <w:r>
        <w:rPr>
          <w:i/>
        </w:rPr>
        <w:t>“Roza is a reminder: you are in God's world”</w:t>
      </w:r>
    </w:p>
    <w:p>
      <w:r>
        <w:rPr>
          <w:sz w:val="20"/>
        </w:rPr>
        <w:t>0:58  Roza ek sachche insaan ke liye ek yaad dehani hai, is baat ki yaad dehani ke tum Khuda ki duniya mein ho.</w:t>
      </w:r>
      <w:r>
        <w:br/>
      </w:r>
      <w:r>
        <w:rPr>
          <w:sz w:val="20"/>
        </w:rPr>
        <w:t>1:07  Tum ek aisi duniya mein ho jis ko Khuda ne banaya hai. Is duniya ke maalik tum nahi ho, balke Khuda is ka maalik hai. Yahan tum apni marzi ke sath nahi reh sakte.</w:t>
      </w:r>
      <w:r>
        <w:br/>
      </w:r>
      <w:r>
        <w:rPr>
          <w:sz w:val="20"/>
        </w:rPr>
        <w:t>1:20  Yahan tum apni marzi ke sath nahi kha sakte. Yahan tum apni marzi ke sath nahi pee sakte. Yahan tum apni marzi se nahi bol sakte.</w:t>
      </w:r>
      <w:r>
        <w:br/>
      </w:r>
      <w:r>
        <w:rPr>
          <w:sz w:val="20"/>
        </w:rPr>
        <w:t>1:29  Yahan tum ko Khuda ki marzi ke mutabiq rehna hai, na ke khud apni marzi ke mutabiq. Roza kya</w:t>
      </w:r>
    </w:p>
    <w:p>
      <w:pPr>
        <w:pStyle w:val="Heading2"/>
      </w:pPr>
      <w:r>
        <w:t>Ramadan as month of taqwa, shukr, sabr, tadabbur</w:t>
      </w:r>
    </w:p>
    <w:p>
      <w:r>
        <w:rPr>
          <w:color w:val="666666"/>
          <w:sz w:val="18"/>
        </w:rPr>
        <w:t>Ramadan The Month of Fasting July 31, 2011- Maulana Wahiduddin Khan · 3m 13s · at 28:57 · https://youtu.be/EpBJ1QtE748?t=1737</w:t>
      </w:r>
    </w:p>
    <w:p>
      <w:r>
        <w:rPr>
          <w:i/>
        </w:rPr>
        <w:t>“Ramadan ke baare mein Quran mein aaya taqwa ka lafz”</w:t>
      </w:r>
    </w:p>
    <w:p>
      <w:r>
        <w:rPr>
          <w:sz w:val="20"/>
        </w:rPr>
        <w:t>28:57  to Ramzan ke bare mein Quran mein aaya taqwa ka lafz aur shukr ka lafz. yaani "la'allakum tattaqun". is ka matlab ye hai ke roza jo hai taqwa ka mahina hai.</w:t>
      </w:r>
      <w:r>
        <w:br/>
      </w:r>
      <w:r>
        <w:rPr>
          <w:sz w:val="20"/>
        </w:rPr>
        <w:t>29:10  phir aaya "la'allakum tashkurun". roza shukr ka mahina hai.</w:t>
      </w:r>
      <w:r>
        <w:br/>
      </w:r>
      <w:r>
        <w:rPr>
          <w:sz w:val="20"/>
        </w:rPr>
        <w:t>29:17  yaani shahr ul taqwa aur shahr ul shukr. hadees mein ek aur cheez aayi hai. hua shahr us sabr.</w:t>
      </w:r>
      <w:r>
        <w:br/>
      </w:r>
      <w:r>
        <w:rPr>
          <w:sz w:val="20"/>
        </w:rPr>
        <w:t>29:27  wo sabr ka mahina hai. is par ghor karte hue mujhe ek baat samajh mein aayi. wahi jo maine kaha tha ke Ramzan se pehle jo Shaban aata hai to wo jud o sad ul madra ke mani hain ke Ramzan ke bare mein sochna, Ramzan ki tayyari karna, Ramzan ki apna waqt phir phir karna.</w:t>
      </w:r>
      <w:r>
        <w:br/>
      </w:r>
      <w:r>
        <w:rPr>
          <w:sz w:val="20"/>
        </w:rPr>
        <w:t>29:46  ye hai.</w:t>
      </w:r>
      <w:r>
        <w:br/>
      </w:r>
      <w:r>
        <w:rPr>
          <w:sz w:val="20"/>
        </w:rPr>
        <w:t>29:50  to Rasool Allah sal'lallahu alaihi wasallam ne goya ke ek aur cheez daryaft ki Ramzan ke bare mein jo Quran mein mazkoor nahi thi. Quran mein tha ke shahr ul taqwa hai ye, shahr ul shukr hai ye.</w:t>
      </w:r>
      <w:r>
        <w:br/>
      </w:r>
      <w:r>
        <w:rPr>
          <w:sz w:val="20"/>
        </w:rPr>
        <w:t>30:03  aap ne ek aur cheez mein izafa kiya ke wo shahr us sabr hai.</w:t>
      </w:r>
      <w:r>
        <w:br/>
      </w:r>
      <w:r>
        <w:rPr>
          <w:sz w:val="20"/>
        </w:rPr>
        <w:t>30:10  is se mujhe ek badi ajeeb baat samajh mein aayi. ke kuch buniyadi cheezon ko Quran mein bata diya gaya hai, lekin is ka matlab ye nahi ke aap ka soch ka dayera khatam ho gaya.</w:t>
      </w:r>
      <w:r>
        <w:br/>
      </w:r>
      <w:r>
        <w:rPr>
          <w:sz w:val="20"/>
        </w:rPr>
        <w:t>30:20  aap sochenge to aur aur baaten nikalenge, aur aur baaten nikalenge. ye bhi ek sunnat hai. ye bhi ek namoona hai, ye bhi ek uswa hai.</w:t>
      </w:r>
      <w:r>
        <w:br/>
      </w:r>
      <w:r>
        <w:rPr>
          <w:sz w:val="20"/>
        </w:rPr>
        <w:t>30:30  ke socho aur socho aur socho. to nayi nayi baaten tum ko milengi. naye naye pehlu khulenge tumhare upar. chunancha main ghor karta raha to mujhe ek baat samajh mein aayi.</w:t>
      </w:r>
      <w:r>
        <w:br/>
      </w:r>
      <w:r>
        <w:rPr>
          <w:sz w:val="20"/>
        </w:rPr>
        <w:t>30:44  ke shayad roze ko ye kahein ke shahr ul tadabbur bhi hai roza. shahr ul tadabbur. roza shahr ul taqwa hai, roza shahr ul shukr hai, roza shahr us sabr hai.</w:t>
      </w:r>
      <w:r>
        <w:br/>
      </w:r>
      <w:r>
        <w:rPr>
          <w:sz w:val="20"/>
        </w:rPr>
        <w:t>30:58  roza shahr ul tadabbur bhi hai.</w:t>
      </w:r>
      <w:r>
        <w:br/>
      </w:r>
      <w:r>
        <w:rPr>
          <w:sz w:val="20"/>
        </w:rPr>
        <w:t>31:06  is ke bare mein main kuch arz karunga, pehle is ke liye shahr us sabr. dekhiye jis ye farmaya ke roza sabr ka mahina hai, ye saada baat nahi hai.</w:t>
      </w:r>
      <w:r>
        <w:br/>
      </w:r>
      <w:r>
        <w:rPr>
          <w:sz w:val="20"/>
        </w:rPr>
        <w:t>31:18  sabr ke mani kya hain? sabr ke mani hain ke koi khilaf mizaj baaten hon to aap provoke na hon, bhadak na uthen.</w:t>
      </w:r>
      <w:r>
        <w:br/>
      </w:r>
      <w:r>
        <w:rPr>
          <w:sz w:val="20"/>
        </w:rPr>
        <w:t>31:31  apni normalcy ko baqi rakhen. sabr ke mani hain e'tedaal ko baqi rakhna. koi aadmi dekhiye bar bar kya hota hai.</w:t>
      </w:r>
      <w:r>
        <w:br/>
      </w:r>
      <w:r>
        <w:rPr>
          <w:sz w:val="20"/>
        </w:rPr>
        <w:t>31:41  jazbaat se maghloob ho jata hai, khwahish se maghloob ho jata hai, isht'aal se maghloob ho jata hai. bar bar aisa hota rehta hai. mohabbat se maghloob ho jata hai.</w:t>
      </w:r>
      <w:r>
        <w:br/>
      </w:r>
      <w:r>
        <w:rPr>
          <w:sz w:val="20"/>
        </w:rPr>
        <w:t>31:53  sabr ka matlab hai apne ko haalat e'tedaal par qaim rakhna. normal haalat jo hai aadmi ki fitri, us ko qaim rakhna is ko.</w:t>
      </w:r>
      <w:r>
        <w:br/>
      </w:r>
      <w:r>
        <w:rPr>
          <w:sz w:val="20"/>
        </w:rPr>
        <w:t>32:02  is ke bohat faayde hain. is ka main ek ek taaza misaal deta hoon aap ko.</w:t>
      </w:r>
    </w:p>
    <w:p>
      <w:pPr>
        <w:pStyle w:val="Heading2"/>
      </w:pPr>
      <w:r>
        <w:t>Pomegranate analogy for prayer form and essence</w:t>
      </w:r>
    </w:p>
    <w:p>
      <w:r>
        <w:rPr>
          <w:color w:val="666666"/>
          <w:sz w:val="18"/>
        </w:rPr>
        <w:t>Aspects of Quran &amp; Hadith in Islam (English) | March 20, 2007 | Maulana Wahiduddin Khan · 30s · at 19:37 · https://youtu.be/CJd5YVgHP9k?t=1177</w:t>
      </w:r>
    </w:p>
    <w:p>
      <w:r>
        <w:rPr>
          <w:i/>
        </w:rPr>
        <w:t>“When you buy a pomegranate, what do you buy it for?”</w:t>
      </w:r>
    </w:p>
    <w:p>
      <w:r>
        <w:rPr>
          <w:sz w:val="20"/>
        </w:rPr>
        <w:t>19:37  yeh waqia hai ke namaz ka ek form hai, namaz ka ek form hai, lekin us ki haqeeqat hai. maslan anar ko lijiye, anar jab aap kharidte hain to kis liye kharidte hain? is ka zahir hai ke chhilka hai, mota sa bohat, lekin chhilke ke liye to nahi kharidte aap. is ke andar jo daane hain, us ke liye kharidte hain. to anar ka chhilka is ka form hai, aur is ke andar jo daane hain, woh is ka</w:t>
      </w:r>
    </w:p>
    <w:p>
      <w:pPr>
        <w:pStyle w:val="Heading2"/>
      </w:pPr>
      <w:r>
        <w:t>How biased thinking distorts truth</w:t>
      </w:r>
    </w:p>
    <w:p>
      <w:r>
        <w:rPr>
          <w:color w:val="666666"/>
          <w:sz w:val="18"/>
        </w:rPr>
        <w:t>As it is Thinking (Prophetic Wisdom) November 22, 2006 Maulana Wahiduddin Khan · 29s · at 3:29 · https://youtu.be/nxIMtbJsKyQ?t=209</w:t>
      </w:r>
    </w:p>
    <w:p>
      <w:r>
        <w:rPr>
          <w:i/>
        </w:rPr>
        <w:t>“Preoccupied thinking uske andar aa jati hai”</w:t>
      </w:r>
    </w:p>
    <w:p>
      <w:r>
        <w:rPr>
          <w:sz w:val="20"/>
        </w:rPr>
        <w:t>3:29  preoccupied thinking is ke andar aa jati hai. biased thinking aa jati hai. is ki conditioning hoti hai. to aadmi cheezon ko</w:t>
      </w:r>
      <w:r>
        <w:br/>
      </w:r>
      <w:r>
        <w:rPr>
          <w:sz w:val="20"/>
        </w:rPr>
        <w:t>3:41  apne dhang se le leta hai.</w:t>
      </w:r>
      <w:r>
        <w:br/>
      </w:r>
      <w:r>
        <w:rPr>
          <w:sz w:val="20"/>
        </w:rPr>
        <w:t>3:46  to is ko sachai kabhi aisa hota hai ke sachai is ko galat dikhai deti hai apni samajh se. ya galat baat sachi maloom hone lagti hai apni samajh se.</w:t>
      </w:r>
    </w:p>
    <w:p>
      <w:pPr>
        <w:pStyle w:val="Heading2"/>
      </w:pPr>
      <w:r>
        <w:t>Spirit reaches God, not form</w:t>
      </w:r>
    </w:p>
    <w:p>
      <w:r>
        <w:rPr>
          <w:color w:val="666666"/>
          <w:sz w:val="18"/>
        </w:rPr>
        <w:t>Spirit and Form in Islam · 20s · at 7:07 · https://youtu.be/frQuKwqtHiU?t=427</w:t>
      </w:r>
    </w:p>
    <w:p>
      <w:r>
        <w:rPr>
          <w:i/>
        </w:rPr>
        <w:t>“Form does not reach, spirit reaches.”</w:t>
      </w:r>
    </w:p>
    <w:p>
      <w:r>
        <w:rPr>
          <w:sz w:val="20"/>
        </w:rPr>
        <w:t>7:07  yani form nahi pahunchta spirit pahunchti hai.</w:t>
      </w:r>
      <w:r>
        <w:br/>
      </w:r>
      <w:r>
        <w:rPr>
          <w:sz w:val="20"/>
        </w:rPr>
        <w:t>7:15  form nahi pahunchta spirit pahunchti hai. Isi tarah se Quran mein hai ke "Qad aflaha al mu'minun alladhina hum fi salatihim khashi'un".</w:t>
      </w:r>
    </w:p>
    <w:p>
      <w:pPr>
        <w:pStyle w:val="Heading2"/>
      </w:pPr>
      <w:r>
        <w:t>hajj verse and its lesson for daily life</w:t>
      </w:r>
    </w:p>
    <w:p>
      <w:r>
        <w:rPr>
          <w:color w:val="666666"/>
          <w:sz w:val="18"/>
        </w:rPr>
        <w:t>Dars -e-Quran June 30, 2007 · 3m 34s · at 29:06 · https://youtu.be/I2HVuhH6eS8?t=1746</w:t>
      </w:r>
    </w:p>
    <w:p>
      <w:r>
        <w:rPr>
          <w:i/>
        </w:rPr>
        <w:t>“فلا رفس ولا فسوق ولا جدال فی الحج”</w:t>
      </w:r>
    </w:p>
    <w:p>
      <w:r>
        <w:rPr>
          <w:sz w:val="20"/>
        </w:rPr>
        <w:t>29:06  197</w:t>
      </w:r>
      <w:r>
        <w:br/>
      </w:r>
      <w:r>
        <w:rPr>
          <w:sz w:val="20"/>
        </w:rPr>
        <w:t>29:12  surah baqarah 197 mein hajj ka bayan hai. to farmaya ke jab hajj ke liye niklo to fala rafs wa la fusooqa wa la jidala fil hajj</w:t>
      </w:r>
      <w:r>
        <w:br/>
      </w:r>
      <w:r>
        <w:rPr>
          <w:sz w:val="20"/>
        </w:rPr>
        <w:t>29:32  fala rafs wa la fusooqa wa la jidala fil hajj yaani hajj ke safar mein aap jante hain ke aadmi bohat se logon ke beech mein aa jata hai.</w:t>
      </w:r>
      <w:r>
        <w:br/>
      </w:r>
      <w:r>
        <w:rPr>
          <w:sz w:val="20"/>
        </w:rPr>
        <w:t>29:45  aap ghar mein, aap apne ghar mein akele hain. lekin jab hajj ke liye niklenge aap to bohat se logon ke saath safar karna padega. bohat se logon ke saath rehna padega.</w:t>
      </w:r>
      <w:r>
        <w:br/>
      </w:r>
      <w:r>
        <w:rPr>
          <w:sz w:val="20"/>
        </w:rPr>
        <w:t>29:57  bohat se logon ke saath mil kar ke ibadat karna padega.</w:t>
      </w:r>
      <w:r>
        <w:br/>
      </w:r>
      <w:r>
        <w:rPr>
          <w:sz w:val="20"/>
        </w:rPr>
        <w:t>30:02  to kya hota hai phir? baar baar aisa hota hai ke koi kahin ikhtilaf ho gaya, kahin difference aa gaya, kahin shikayat ho gayi, kahin kisi se kisi ko takleef pahanch gayi.</w:t>
      </w:r>
      <w:r>
        <w:br/>
      </w:r>
      <w:r>
        <w:rPr>
          <w:sz w:val="20"/>
        </w:rPr>
        <w:t>30:16  to farmaya ke fala rafs wa la fusooqa wa la jidala fil hajj ke hajj ke liye niklo jab tum to na to tumhein gandi baat bolna hai, na jhagda karna hai,</w:t>
      </w:r>
      <w:r>
        <w:br/>
      </w:r>
      <w:r>
        <w:rPr>
          <w:sz w:val="20"/>
        </w:rPr>
        <w:t>30:31  na koi buri baat bolna hai. to gandi baat, buri baat, jhagde wali baat, in sab baaton se apne aap ko bachana hai.</w:t>
      </w:r>
      <w:r>
        <w:br/>
      </w:r>
      <w:r>
        <w:rPr>
          <w:sz w:val="20"/>
        </w:rPr>
        <w:t>30:42  iska matlab yeh nahi ke hajj mein bachana hai sirf. nahi</w:t>
      </w:r>
      <w:r>
        <w:br/>
      </w:r>
      <w:r>
        <w:rPr>
          <w:sz w:val="20"/>
        </w:rPr>
        <w:t>30:47  . hajj to training period hai in baaton ke liye. hum society mein kaise rahen?</w:t>
      </w:r>
      <w:r>
        <w:br/>
      </w:r>
      <w:r>
        <w:rPr>
          <w:sz w:val="20"/>
        </w:rPr>
        <w:t>30:57  logon ke saath jab hum mil jul kar rahen to kaise rahen? to wahan par yeh karna hai humein. roz apni daily life mein ke na munh se hum gandi baat bolen, na buri baat nikalen, na jhagda karen.</w:t>
      </w:r>
      <w:r>
        <w:br/>
      </w:r>
      <w:r>
        <w:rPr>
          <w:sz w:val="20"/>
        </w:rPr>
        <w:t>31:13  is tarah se hamein apni society mein rehna hai.</w:t>
      </w:r>
      <w:r>
        <w:br/>
      </w:r>
      <w:r>
        <w:rPr>
          <w:sz w:val="20"/>
        </w:rPr>
        <w:t>31:17  to haj mein ek ibadat ke mahol paida kar ke wahan is ki training ki jati hai. is ki training di jati hai.</w:t>
      </w:r>
      <w:r>
        <w:br/>
      </w:r>
      <w:r>
        <w:rPr>
          <w:sz w:val="20"/>
        </w:rPr>
        <w:t>31:28  to yeh sari zindagi ke liye yeh baat chahiye</w:t>
      </w:r>
      <w:r>
        <w:br/>
      </w:r>
      <w:r>
        <w:rPr>
          <w:sz w:val="20"/>
        </w:rPr>
        <w:t>31:34  ke aadmi sari zindagi is tarah rahe ke logon ke sath woh peaceful tareeqe se rahe. logon ke sath sharafat ke sath rahe. logon ke sath is tarah rahe ke un ke liye koi woh problem create nahi kar raha hai.</w:t>
      </w:r>
      <w:r>
        <w:br/>
      </w:r>
      <w:r>
        <w:rPr>
          <w:sz w:val="20"/>
        </w:rPr>
        <w:t>31:49  yeh hamein apni daily life mein karna hai aur sari umar karna hai.</w:t>
      </w:r>
      <w:r>
        <w:br/>
      </w:r>
      <w:r>
        <w:rPr>
          <w:sz w:val="20"/>
        </w:rPr>
        <w:t>31:56  isi ki training ke liye, isi ki tarbiyat ke liye haj mein is ko khaas tareeqe se is par emphasis di gai.</w:t>
      </w:r>
      <w:r>
        <w:br/>
      </w:r>
      <w:r>
        <w:rPr>
          <w:sz w:val="20"/>
        </w:rPr>
        <w:t>32:07  bohat hi important ke sath is ko bataya gaya.</w:t>
      </w:r>
      <w:r>
        <w:br/>
      </w:r>
      <w:r>
        <w:rPr>
          <w:sz w:val="20"/>
        </w:rPr>
        <w:t>32:11  ke haj mein agar tum bharpoor tor par apne andar yeh habit paida kar lo, apne aap ko train kar lo, apne zehan ko bana lo to phir sari zindagi is ka asar rahega aur tumhari daily life mein, yani wapas aane ke baad jo tumhari daily life hai,</w:t>
      </w:r>
      <w:r>
        <w:br/>
      </w:r>
      <w:r>
        <w:rPr>
          <w:sz w:val="20"/>
        </w:rPr>
        <w:t>32:33  woh is mein is mein is ka rang dikhai dega.</w:t>
      </w:r>
    </w:p>
    <w:p>
      <w:pPr>
        <w:pStyle w:val="Heading2"/>
      </w:pPr>
      <w:r>
        <w:t>Quran commands prayer, hadith supplies its practical form</w:t>
      </w:r>
    </w:p>
    <w:p>
      <w:r>
        <w:rPr>
          <w:color w:val="666666"/>
          <w:sz w:val="18"/>
        </w:rPr>
        <w:t>The School of Fiqh in Islam (English) April 14, 2007 Maulana Wahiduddin Khan · 1m 52s · at 8:51 · https://youtu.be/Kc-mTjI23HM?t=531</w:t>
      </w:r>
    </w:p>
    <w:p>
      <w:r>
        <w:rPr>
          <w:i/>
        </w:rPr>
        <w:t>“In Quran, there are several mentions of salah”</w:t>
      </w:r>
    </w:p>
    <w:p>
      <w:r>
        <w:rPr>
          <w:sz w:val="20"/>
        </w:rPr>
        <w:t>8:51  mostly, these differences are pretend to the prayer, salat prayer, example.</w:t>
      </w:r>
      <w:r>
        <w:br/>
      </w:r>
      <w:r>
        <w:rPr>
          <w:sz w:val="20"/>
        </w:rPr>
        <w:t>9:01  so, if you read quran, you will find that in quran, there are several mentions of salat, that is namaz or prayer.</w:t>
      </w:r>
      <w:r>
        <w:br/>
      </w:r>
      <w:r>
        <w:rPr>
          <w:sz w:val="20"/>
        </w:rPr>
        <w:t>9:14  but, in quran, there is no practical details of salat. no, not at all.</w:t>
      </w:r>
      <w:r>
        <w:br/>
      </w:r>
      <w:r>
        <w:rPr>
          <w:sz w:val="20"/>
        </w:rPr>
        <w:t>9:21  quran says that "qad aflal mominun alladhina fi salatihim khashiun". those believers are successful, who are</w:t>
      </w:r>
      <w:r>
        <w:br/>
      </w:r>
      <w:r>
        <w:rPr>
          <w:sz w:val="20"/>
        </w:rPr>
        <w:t>9:36  who perform salat with god consciousness, with khushu. khushu means divine</w:t>
      </w:r>
      <w:r>
        <w:br/>
      </w:r>
      <w:r>
        <w:rPr>
          <w:sz w:val="20"/>
        </w:rPr>
        <w:t>9:45  consciousness. also, there are some more verses in the quran regarding salat. but, you cannot find any detail about practical form of the salat.</w:t>
      </w:r>
      <w:r>
        <w:br/>
      </w:r>
      <w:r>
        <w:rPr>
          <w:sz w:val="20"/>
        </w:rPr>
        <w:t>9:59  practical form of salat is found only in hadith. the prophet of islam has said: "sallu kama raituni usalli".</w:t>
      </w:r>
      <w:r>
        <w:br/>
      </w:r>
      <w:r>
        <w:rPr>
          <w:sz w:val="20"/>
        </w:rPr>
        <w:t>10:12  perform salat prayer as you see myself. so, imitate my prayer.</w:t>
      </w:r>
      <w:r>
        <w:br/>
      </w:r>
      <w:r>
        <w:rPr>
          <w:sz w:val="20"/>
        </w:rPr>
        <w:t>10:26  so, in quran, you cannot find commandment of salat, but without practical details.</w:t>
      </w:r>
      <w:r>
        <w:br/>
      </w:r>
      <w:r>
        <w:rPr>
          <w:sz w:val="20"/>
        </w:rPr>
        <w:t>10:38  these details are found in hadith literature.</w:t>
      </w:r>
    </w:p>
    <w:p>
      <w:pPr>
        <w:pStyle w:val="Heading2"/>
      </w:pPr>
      <w:r>
        <w:t>Spiritless prayer is deterioration</w:t>
      </w:r>
    </w:p>
    <w:p>
      <w:r>
        <w:rPr>
          <w:color w:val="666666"/>
          <w:sz w:val="18"/>
        </w:rPr>
        <w:t>The Concept of Tajdid in Islam April 19, 2007 · 30s · at 5:23 · https://youtu.be/xOF-8m3m7KA?t=323</w:t>
      </w:r>
    </w:p>
    <w:p>
      <w:r>
        <w:rPr>
          <w:i/>
        </w:rPr>
        <w:t>“When prayer becomes spiritless, that is deterioration.”</w:t>
      </w:r>
    </w:p>
    <w:p>
      <w:r>
        <w:rPr>
          <w:sz w:val="20"/>
        </w:rPr>
        <w:t>5:23  so this is deterioration. when salat becomes spirit less, that is deterioration.</w:t>
      </w:r>
      <w:r>
        <w:br/>
      </w:r>
      <w:r>
        <w:rPr>
          <w:sz w:val="20"/>
        </w:rPr>
        <w:t>5:36  so here revival means to revive the spirit of salat</w:t>
      </w:r>
      <w:r>
        <w:br/>
      </w:r>
      <w:r>
        <w:rPr>
          <w:sz w:val="20"/>
        </w:rPr>
        <w:t>5:46  . when salat is based, when salat is reduced to a form.</w:t>
      </w:r>
    </w:p>
    <w:p>
      <w:pPr>
        <w:pStyle w:val="Heading2"/>
      </w:pPr>
      <w:r>
        <w:t>Hajirah's role from nature worship to science to modern challenge</w:t>
      </w:r>
    </w:p>
    <w:p>
      <w:r>
        <w:rPr>
          <w:color w:val="666666"/>
          <w:sz w:val="18"/>
        </w:rPr>
        <w:t>The Role of a Woman March 8, 2020 Maulana Wahiduddin Khan · 5m 14s · at 6:00 · https://youtu.be/aBPy_KTsk1A?t=360</w:t>
      </w:r>
    </w:p>
    <w:p>
      <w:r>
        <w:rPr>
          <w:i/>
        </w:rPr>
        <w:t>“History tells that the hero is Hazrat Hajirah”</w:t>
      </w:r>
    </w:p>
    <w:p>
      <w:r>
        <w:rPr>
          <w:sz w:val="20"/>
        </w:rPr>
        <w:t>6:00  to jo tareekh hai woh batati hai ke is ki hero Hazrat Hajra hain. Is ki hero Hazrat Hajra hain.</w:t>
      </w:r>
      <w:r>
        <w:br/>
      </w:r>
      <w:r>
        <w:rPr>
          <w:sz w:val="20"/>
        </w:rPr>
        <w:t>6:12  Hazrat Hajra is tareeqay se ke Hazrat Ibrahim ne</w:t>
      </w:r>
      <w:r>
        <w:br/>
      </w:r>
      <w:r>
        <w:rPr>
          <w:sz w:val="20"/>
        </w:rPr>
        <w:t>6:17  apni biwi aur apne bete ko desert mein basa liya,</w:t>
      </w:r>
      <w:r>
        <w:br/>
      </w:r>
      <w:r>
        <w:rPr>
          <w:sz w:val="20"/>
        </w:rPr>
        <w:t>6:26  aik nai nasal bananay ke liye. Is zamanay mein de-carnation ki wajah se sari dunya mein cow of worship raaij ho gayi thi.</w:t>
      </w:r>
      <w:r>
        <w:br/>
      </w:r>
      <w:r>
        <w:rPr>
          <w:sz w:val="20"/>
        </w:rPr>
        <w:t>6:43  to aik nai nasal jis ki carnation na hui ho, darkaar thi.</w:t>
      </w:r>
      <w:r>
        <w:br/>
      </w:r>
      <w:r>
        <w:rPr>
          <w:sz w:val="20"/>
        </w:rPr>
        <w:t>6:56  woh Hazrat Hajra ki qurbani se bani jab woh desert mein apne bachay ko le kar bas gayeen, jahan koi</w:t>
      </w:r>
      <w:r>
        <w:br/>
      </w:r>
      <w:r>
        <w:rPr>
          <w:sz w:val="20"/>
        </w:rPr>
        <w:t>7:15  is qism ki carnation ka mahol nahi tha. To aik desert therapy ke zariye, is ko mein keh sakta hoon desert therapy.</w:t>
      </w:r>
      <w:r>
        <w:br/>
      </w:r>
      <w:r>
        <w:rPr>
          <w:sz w:val="20"/>
        </w:rPr>
        <w:t>7:29  to desert therapy ke zariye</w:t>
      </w:r>
      <w:r>
        <w:br/>
      </w:r>
      <w:r>
        <w:rPr>
          <w:sz w:val="20"/>
        </w:rPr>
        <w:t>7:34  aik nasal bani free of carnation.</w:t>
      </w:r>
      <w:r>
        <w:br/>
      </w:r>
      <w:r>
        <w:rPr>
          <w:sz w:val="20"/>
        </w:rPr>
        <w:t>7:41  is ko hum kehte hain Banu Ismail. To yeh Banu Ismail thay jin ki nasal se aik nai generation paida hui.</w:t>
      </w:r>
      <w:r>
        <w:br/>
      </w:r>
      <w:r>
        <w:rPr>
          <w:sz w:val="20"/>
        </w:rPr>
        <w:t>7:58  is generation mein Hazrat Muhammad (SAW) paida hue aur phir unhon ne aik mu'ahideen ki aik</w:t>
      </w:r>
      <w:r>
        <w:br/>
      </w:r>
      <w:r>
        <w:rPr>
          <w:sz w:val="20"/>
        </w:rPr>
        <w:t>8:15  guroh banaya.</w:t>
      </w:r>
      <w:r>
        <w:br/>
      </w:r>
      <w:r>
        <w:rPr>
          <w:sz w:val="20"/>
        </w:rPr>
        <w:t>8:21  isi guroh ka yeh karnama hai ke is ne tareekh mein pehli baar</w:t>
      </w:r>
      <w:r>
        <w:br/>
      </w:r>
      <w:r>
        <w:rPr>
          <w:sz w:val="20"/>
        </w:rPr>
        <w:t>8:32  dunya ko</w:t>
      </w:r>
      <w:r>
        <w:br/>
      </w:r>
      <w:r>
        <w:rPr>
          <w:sz w:val="20"/>
        </w:rPr>
        <w:t>8:39  is daur se nikala, yaani suraj parasti, chand parasti ke daur se nikala.</w:t>
      </w:r>
      <w:r>
        <w:br/>
      </w:r>
      <w:r>
        <w:rPr>
          <w:sz w:val="20"/>
        </w:rPr>
        <w:t>8:53  tab ja ke yeh mumkin hua ke insaan nature ko</w:t>
      </w:r>
      <w:r>
        <w:br/>
      </w:r>
      <w:r>
        <w:rPr>
          <w:sz w:val="20"/>
        </w:rPr>
        <w:t>9:02  explore kare. Nature ko parastish karne ke bajaye is ko explore kare aur phir aik lambay process ke baad</w:t>
      </w:r>
      <w:r>
        <w:br/>
      </w:r>
      <w:r>
        <w:rPr>
          <w:sz w:val="20"/>
        </w:rPr>
        <w:t>9:21  dunya mein science ka daur aaya.</w:t>
      </w:r>
      <w:r>
        <w:br/>
      </w:r>
      <w:r>
        <w:rPr>
          <w:sz w:val="20"/>
        </w:rPr>
        <w:t>9:27  science ka daur aaya. To is lihaaz se mein samajhta hoon ke There's a woman at the beginning of all great things ka title sab se pehle Hazrat Hajra ko</w:t>
      </w:r>
      <w:r>
        <w:br/>
      </w:r>
      <w:r>
        <w:rPr>
          <w:sz w:val="20"/>
        </w:rPr>
        <w:t>9:44  milta hai.</w:t>
      </w:r>
      <w:r>
        <w:br/>
      </w:r>
      <w:r>
        <w:rPr>
          <w:sz w:val="20"/>
        </w:rPr>
        <w:t>9:52  is lihaaz se Islam ne jo sabaq diya hai, us mein se aik sabaq yeh hai ke khawateen ko chahiye ke woh apne role ko samjhein,</w:t>
      </w:r>
      <w:r>
        <w:br/>
      </w:r>
      <w:r>
        <w:rPr>
          <w:sz w:val="20"/>
        </w:rPr>
        <w:t>10:09  woh inqilabi role</w:t>
      </w:r>
      <w:r>
        <w:br/>
      </w:r>
      <w:r>
        <w:rPr>
          <w:sz w:val="20"/>
        </w:rPr>
        <w:t>10:11  jo un ka hai, us ko discover karein. To qadeem zamanay mein Hajra ki nasal ne insaan ko nature worship se nikala tha.</w:t>
      </w:r>
      <w:r>
        <w:br/>
      </w:r>
      <w:r>
        <w:rPr>
          <w:sz w:val="20"/>
        </w:rPr>
        <w:t>10:31  Nature worship se nikala tha. Ab mein samajhta hoon ke khawateen ka role yeh hai ke insaan ko matter parastish ke daur se nikalein.</w:t>
      </w:r>
      <w:r>
        <w:br/>
      </w:r>
      <w:r>
        <w:rPr>
          <w:sz w:val="20"/>
        </w:rPr>
        <w:t>10:46  Aaj duniya matter parast ban gayi hai,</w:t>
      </w:r>
      <w:r>
        <w:br/>
      </w:r>
      <w:r>
        <w:rPr>
          <w:sz w:val="20"/>
        </w:rPr>
        <w:t>10:50  madah parast ban gayi hai. To mein samajhta hoon ke maujooda zamane mein khawateen ka yeh role hai ke woh insaan ko matter parast se nikalein aur sache maano mein Khuda parast banayein.</w:t>
      </w:r>
      <w:r>
        <w:br/>
      </w:r>
      <w:r>
        <w:rPr>
          <w:sz w:val="20"/>
        </w:rPr>
        <w:t>11:09  Khuda parast banayein.</w:t>
      </w:r>
    </w:p>
    <w:p>
      <w:pPr>
        <w:pStyle w:val="Heading2"/>
      </w:pPr>
      <w:r>
        <w:t>Three prohibitions during Hajj</w:t>
      </w:r>
    </w:p>
    <w:p>
      <w:r>
        <w:rPr>
          <w:color w:val="666666"/>
          <w:sz w:val="18"/>
        </w:rPr>
        <w:t>Five Pillars of Islam - Part- II (English) February 22, 2025 Dr. Rajat Malhotra · 1m 52s · at 24:46 · https://youtu.be/fGlUbxcL7fQ?t=1486</w:t>
      </w:r>
    </w:p>
    <w:p>
      <w:r>
        <w:rPr>
          <w:i/>
        </w:rPr>
        <w:t>“The pilgrimages in the appointed months”</w:t>
      </w:r>
    </w:p>
    <w:p>
      <w:r>
        <w:rPr>
          <w:sz w:val="20"/>
        </w:rPr>
        <w:t>24:46  The pilgrimages in the appointed months, whoever intends to perform it during them must abstain from indecent speech, from all wicked conduct, and from quarreling while on the pilgrimage. Whatever good you may do, God is aware of it. Make provision for yourself, but surely the best of all provision is God consciousness. Always be mindful of me, you that are in doubt with, understanding.</w:t>
      </w:r>
      <w:r>
        <w:br/>
      </w:r>
      <w:r>
        <w:rPr>
          <w:sz w:val="20"/>
        </w:rPr>
        <w:t>25:15  So there are these three terms, that I have highlighted in bold, indecent speech, wicked conduct and quarreling. Jab hajj ke liye log jama hote hain, it is a kind of a training because, you know, people from all over the world, from different geographies, cultural backgrounds, they come. And it does happen that there are situations that people with base desires, they say something that spoils the spiritual atmosphere by the lewd comments.</w:t>
      </w:r>
      <w:r>
        <w:br/>
      </w:r>
      <w:r>
        <w:rPr>
          <w:sz w:val="20"/>
        </w:rPr>
        <w:t>25:45  Or let's say if somebody, uh-uh, confronts them or provokes them, they get into a quarrel, or they lose their dignified self. So what does Quran says? It says ki these are sins to be avoided. So in that sense, hajj is a is a superb, is a superb training because you are gathered at a place of sanctity and reverence.</w:t>
      </w:r>
      <w:r>
        <w:br/>
      </w:r>
      <w:r>
        <w:rPr>
          <w:sz w:val="20"/>
        </w:rPr>
        <w:t>26:10  And remember, god does not want your form, but god wants your pity, taqwa. It is the pity which is that provision which will help you in your journey from this world to the hereafter. Maulana Wahiduddin Khan sahib kehte the ki, ki when unless a person is willing to renounce all that is against the faith, the blessings of faith will not come to that person.</w:t>
      </w:r>
      <w:r>
        <w:br/>
      </w:r>
      <w:r>
        <w:rPr>
          <w:sz w:val="20"/>
        </w:rPr>
        <w:t>26:38  So we often see that, you know, aapne dekha hoga ki log memorize karte hain prayers and they will read it from the book. There's nothing wrong about it. It's it is required. It fulfills the legal requirement.</w:t>
      </w:r>
    </w:p>
    <w:p>
      <w:pPr>
        <w:pStyle w:val="Heading2"/>
      </w:pPr>
      <w:r>
        <w:t>Formal fasting vs real fasting with backbiting example</w:t>
      </w:r>
    </w:p>
    <w:p>
      <w:r>
        <w:rPr>
          <w:color w:val="666666"/>
          <w:sz w:val="18"/>
        </w:rPr>
        <w:t>Adopt A Life of Fasting May 1, 2020 Maulana Wahiduddin Khan · 4m 08s · at 0:38 · https://youtu.be/oH6_1ogi0o4?t=38</w:t>
      </w:r>
    </w:p>
    <w:p>
      <w:r>
        <w:rPr>
          <w:i/>
        </w:rPr>
        <w:t>“Ramadan ka mahina Islami Hindi mein ek extraordinary mahina hai”</w:t>
      </w:r>
    </w:p>
    <w:p>
      <w:r>
        <w:rPr>
          <w:sz w:val="20"/>
        </w:rPr>
        <w:t>0:38  Ramzan ka mahina</w:t>
      </w:r>
      <w:r>
        <w:br/>
      </w:r>
      <w:r>
        <w:rPr>
          <w:sz w:val="20"/>
        </w:rPr>
        <w:t>0:42  Islami Hindi mein aik extra ordinary mahina hai, yani saare din, saare mahina aadmi khata peeta hai,</w:t>
      </w:r>
      <w:r>
        <w:br/>
      </w:r>
      <w:r>
        <w:rPr>
          <w:sz w:val="20"/>
        </w:rPr>
        <w:t>0:58  lekin Ramzan ke mahine mein khana peena chhod deta hai.</w:t>
      </w:r>
      <w:r>
        <w:br/>
      </w:r>
      <w:r>
        <w:rPr>
          <w:sz w:val="20"/>
        </w:rPr>
        <w:t>1:13  yeh bohat hi</w:t>
      </w:r>
      <w:r>
        <w:br/>
      </w:r>
      <w:r>
        <w:rPr>
          <w:sz w:val="20"/>
        </w:rPr>
        <w:t>1:18  anokha</w:t>
      </w:r>
      <w:r>
        <w:br/>
      </w:r>
      <w:r>
        <w:rPr>
          <w:sz w:val="20"/>
        </w:rPr>
        <w:t>1:24  amal hai.</w:t>
      </w:r>
      <w:r>
        <w:br/>
      </w:r>
      <w:r>
        <w:rPr>
          <w:sz w:val="20"/>
        </w:rPr>
        <w:t>1:34  magar yeh janna chahiye ke yeh jo</w:t>
      </w:r>
      <w:r>
        <w:br/>
      </w:r>
      <w:r>
        <w:rPr>
          <w:sz w:val="20"/>
        </w:rPr>
        <w:t>1:42  waqt muqarrar ke liye khana peena chhod diya jata hai, woh haramti tor par hai,</w:t>
      </w:r>
      <w:r>
        <w:br/>
      </w:r>
      <w:r>
        <w:rPr>
          <w:sz w:val="20"/>
        </w:rPr>
        <w:t>1:57  wohi asal nahi hai.</w:t>
      </w:r>
      <w:r>
        <w:br/>
      </w:r>
      <w:r>
        <w:rPr>
          <w:sz w:val="20"/>
        </w:rPr>
        <w:t>2:04  chunanche hadith mein aata hai ke:</w:t>
      </w:r>
      <w:r>
        <w:br/>
      </w:r>
      <w:r>
        <w:rPr>
          <w:sz w:val="20"/>
        </w:rPr>
        <w:t>2:12  "malam yadda qawla al-zur wa al-amr bihi fa yusrif lil hayati yadda ta'amud" .</w:t>
      </w:r>
      <w:r>
        <w:br/>
      </w:r>
      <w:r>
        <w:rPr>
          <w:sz w:val="20"/>
        </w:rPr>
        <w:t>2:25  jo aadmi</w:t>
      </w:r>
      <w:r>
        <w:br/>
      </w:r>
      <w:r>
        <w:rPr>
          <w:sz w:val="20"/>
        </w:rPr>
        <w:t>2:29  qawl-e-zor ko aur zor par amal karne ko na chhoday, to Allah ko us ki hajat nahi ke woh khana peena chhod de.</w:t>
      </w:r>
      <w:r>
        <w:br/>
      </w:r>
      <w:r>
        <w:rPr>
          <w:sz w:val="20"/>
        </w:rPr>
        <w:t>2:41  is ka ma'ni hai ke yeh khana peena asal'an haramti tor par hai,</w:t>
      </w:r>
      <w:r>
        <w:br/>
      </w:r>
      <w:r>
        <w:rPr>
          <w:sz w:val="20"/>
        </w:rPr>
        <w:t>2:50  haramti tor par hai.</w:t>
      </w:r>
      <w:r>
        <w:br/>
      </w:r>
      <w:r>
        <w:rPr>
          <w:sz w:val="20"/>
        </w:rPr>
        <w:t>3:01  chunanche ek hadith hai</w:t>
      </w:r>
      <w:r>
        <w:br/>
      </w:r>
      <w:r>
        <w:rPr>
          <w:sz w:val="20"/>
        </w:rPr>
        <w:t>3:07  ke bismillah se bataya gaya ke falan do aadmiyon ne roza rakha aur dono</w:t>
      </w:r>
      <w:r>
        <w:br/>
      </w:r>
      <w:r>
        <w:rPr>
          <w:sz w:val="20"/>
        </w:rPr>
        <w:t>3:24  ek sath baith kar</w:t>
      </w:r>
      <w:r>
        <w:br/>
      </w:r>
      <w:r>
        <w:rPr>
          <w:sz w:val="20"/>
        </w:rPr>
        <w:t>3:30  ek doosre ke khilaf</w:t>
      </w:r>
      <w:r>
        <w:br/>
      </w:r>
      <w:r>
        <w:rPr>
          <w:sz w:val="20"/>
        </w:rPr>
        <w:t>3:36  ghibat ki baatein karte rahe.</w:t>
      </w:r>
      <w:r>
        <w:br/>
      </w:r>
      <w:r>
        <w:rPr>
          <w:sz w:val="20"/>
        </w:rPr>
        <w:t>3:41  to aap ne farmaya ke unhon ne</w:t>
      </w:r>
      <w:r>
        <w:br/>
      </w:r>
      <w:r>
        <w:rPr>
          <w:sz w:val="20"/>
        </w:rPr>
        <w:t>3:50  aaram se roza rakha,</w:t>
      </w:r>
      <w:r>
        <w:br/>
      </w:r>
      <w:r>
        <w:rPr>
          <w:sz w:val="20"/>
        </w:rPr>
        <w:t>3:56  unhon ne halaal se roza rakha aur haraam se iftar kar liya.</w:t>
      </w:r>
      <w:r>
        <w:br/>
      </w:r>
      <w:r>
        <w:rPr>
          <w:sz w:val="20"/>
        </w:rPr>
        <w:t>4:12  kyun ke roze mein khana aap ne chhodna, woh to haramti tor par hai, ya'ni haramti roza rakha aur haqeeqi roza nahi chhodha.</w:t>
      </w:r>
      <w:r>
        <w:br/>
      </w:r>
      <w:r>
        <w:rPr>
          <w:sz w:val="20"/>
        </w:rPr>
        <w:t>4:29  is ka matlab yeh hai: haramti roza to rakha lekin haqeeqi roza nahi rakha.</w:t>
      </w:r>
    </w:p>
    <w:p>
      <w:pPr>
        <w:pStyle w:val="Heading2"/>
      </w:pPr>
      <w:r>
        <w:t>Why real dua needs a 'reference point'</w:t>
      </w:r>
    </w:p>
    <w:p>
      <w:r>
        <w:rPr>
          <w:color w:val="666666"/>
          <w:sz w:val="18"/>
        </w:rPr>
        <w:t>What is Dua (Only Lecture) April 26, 2009 Maulana Wahiduddin Khan · 1m 37s · at 20:28 · https://youtu.be/JxIR0o_C7GM?t=1228</w:t>
      </w:r>
    </w:p>
    <w:p>
      <w:r>
        <w:rPr>
          <w:i/>
        </w:rPr>
        <w:t>“Dua ke liye ek reference point chahiye”</w:t>
      </w:r>
    </w:p>
    <w:p>
      <w:r>
        <w:rPr>
          <w:sz w:val="20"/>
        </w:rPr>
        <w:t>20:28  ke</w:t>
      </w:r>
      <w:r>
        <w:br/>
      </w:r>
      <w:r>
        <w:rPr>
          <w:sz w:val="20"/>
        </w:rPr>
        <w:t>20:36  dua ka ek bohat hi, bohat hi aham nuqta hoti hai. important point mujhe samajh mein aaya hai ke dua ke liye ek reference point chahiye.</w:t>
      </w:r>
      <w:r>
        <w:br/>
      </w:r>
      <w:r>
        <w:rPr>
          <w:sz w:val="20"/>
        </w:rPr>
        <w:t>20:53  reference point ho, tab dua nikalti hai aap ki zaban se. abstract tor par dua nahin nikalti.</w:t>
      </w:r>
      <w:r>
        <w:br/>
      </w:r>
      <w:r>
        <w:rPr>
          <w:sz w:val="20"/>
        </w:rPr>
        <w:t>21:03  dua jo hai, abstract tor par nahin nikalti hai. ek reference point hota hai, tab dua nikalti hai. bari dua.</w:t>
      </w:r>
      <w:r>
        <w:br/>
      </w:r>
      <w:r>
        <w:rPr>
          <w:sz w:val="20"/>
        </w:rPr>
        <w:t>21:14  reference point se meri kya murad hai? mein aap ko is ka example deta hoon.</w:t>
      </w:r>
      <w:r>
        <w:br/>
      </w:r>
      <w:r>
        <w:rPr>
          <w:sz w:val="20"/>
        </w:rPr>
        <w:t>21:21  dekhiye, yeh baat bohat zyada samajhne ki hai. sab se bara jo, yani chance hota hai, sab se bari jo opportunity hoti hai, isi ko saare log khole hue rehte hain.</w:t>
      </w:r>
      <w:r>
        <w:br/>
      </w:r>
      <w:r>
        <w:rPr>
          <w:sz w:val="20"/>
        </w:rPr>
        <w:t>21:35  kyun ke is, is, is concept ko nahin jante ke reference point it requires reference point to make a dua, real dua.</w:t>
      </w:r>
      <w:r>
        <w:br/>
      </w:r>
      <w:r>
        <w:rPr>
          <w:sz w:val="20"/>
        </w:rPr>
        <w:t>21:47  ek reference point hota hua woh dua nikalti hai jo khuda tak pahunch jati hai. koi janta hi nahin hai is ko. yahi jante hain ke bazaar se khareedo kitaab aur duaen jo chapi hui hain, us ko rat lo aur us ko parhte raho.</w:t>
      </w:r>
    </w:p>
    <w:p>
      <w:pPr>
        <w:pStyle w:val="Heading2"/>
      </w:pPr>
      <w:r>
        <w:t>A purified soul is why fasting makes prayers heard</w:t>
      </w:r>
    </w:p>
    <w:p>
      <w:r>
        <w:rPr>
          <w:color w:val="666666"/>
          <w:sz w:val="18"/>
        </w:rPr>
        <w:t>Ramadan The Month of Spiritual Training September 20, 2008 · 5m 41s · at 50:55 · https://youtu.be/VI9axojg6Ro?t=3055</w:t>
      </w:r>
    </w:p>
    <w:p>
      <w:r>
        <w:rPr>
          <w:i/>
        </w:rPr>
        <w:t>“Roze ki aayaton ke darmiyan dua ki aayat kyun hai?”</w:t>
      </w:r>
    </w:p>
    <w:p>
      <w:r>
        <w:rPr>
          <w:sz w:val="20"/>
        </w:rPr>
        <w:t>50:55  dekhiye, quran mein jo roze, quran mein jo roze ki ayaten aayi hain surah al baqarah mein, to us in ayaton ke darmiyan yeh ayat hai dua ki ayat وإذا سالك عبادي عني فإني قريب وجب دعوة الداعي ذا دعان فليستجيبوا لي وليؤمنوا بي لا لهم يشهدون yeh ayat roze ke hukum ke beech mein aayi hai.</w:t>
      </w:r>
      <w:r>
        <w:br/>
      </w:r>
      <w:r>
        <w:rPr>
          <w:sz w:val="20"/>
        </w:rPr>
        <w:t>51:25  is ka tarjuma yeh hai: jab mere bande mere bare mein tum se puchhen to keh do ke mein qareeb hoon, pukarne wale ki pukar ka jawab deta hoon.</w:t>
      </w:r>
      <w:r>
        <w:br/>
      </w:r>
      <w:r>
        <w:rPr>
          <w:sz w:val="20"/>
        </w:rPr>
        <w:t>51:41  to woh mujhe pukaren, mein un ka jawab doonga, mujhe meri taraf se un ko response milega.</w:t>
      </w:r>
      <w:r>
        <w:br/>
      </w:r>
      <w:r>
        <w:rPr>
          <w:sz w:val="20"/>
        </w:rPr>
        <w:t>51:51  yahan pe yeh sochne ki baat hai ke dua ki baat kyun jodi gayi roze ke sath, yani roze ke zikr ke sath dua ka yeh ayat kyun shamil ki gayi.</w:t>
      </w:r>
      <w:r>
        <w:br/>
      </w:r>
      <w:r>
        <w:rPr>
          <w:sz w:val="20"/>
        </w:rPr>
        <w:t>52:05  is par ghor karte hue yeh samajh mein aata hai ke roza aur dua bohat zyada ek doosre se jure hue hain, bohat zyada. kyun?</w:t>
      </w:r>
      <w:r>
        <w:br/>
      </w:r>
      <w:r>
        <w:rPr>
          <w:sz w:val="20"/>
        </w:rPr>
        <w:t>52:15  quran mein yeh hai ke quran mein hai ke إِلَيْهَ يَصَدُو الْكَلِمُ الطَّيِّبِ وَلَا مُرِسَّالِ يَرْفِعُهُ yani khuda ki taraf woh dua jati hai jo purified dil se nikle.</w:t>
      </w:r>
      <w:r>
        <w:br/>
      </w:r>
      <w:r>
        <w:rPr>
          <w:sz w:val="20"/>
        </w:rPr>
        <w:t>52:36  jo aadmi apne dil ko ka tazkiya kar rakha ho, us ne apne ko purify kar rakha ho, us ne to purified soul se jo nikalti hai dua, wahi Khuda tak jati hai.</w:t>
      </w:r>
      <w:r>
        <w:br/>
      </w:r>
      <w:r>
        <w:rPr>
          <w:sz w:val="20"/>
        </w:rPr>
        <w:t>52:49  ab aap sochiye, roza to yahi hai apne ko purify karna. Roza aur kya hai? Yeh to hai koi roza.</w:t>
      </w:r>
      <w:r>
        <w:br/>
      </w:r>
      <w:r>
        <w:rPr>
          <w:sz w:val="20"/>
        </w:rPr>
        <w:t>52:59  roza ka maqsad hai apne aap ko purify karna,</w:t>
      </w:r>
      <w:r>
        <w:br/>
      </w:r>
      <w:r>
        <w:rPr>
          <w:sz w:val="20"/>
        </w:rPr>
        <w:t>53:04  ae self purification. To is mani yeh hue ke purified soul jo hai, jo banai aap ne roza rakh kar ke, to aap ne apne aap ko is qabil banaya hai ke aap dua karein aur Khuda is dua ko sune.</w:t>
      </w:r>
      <w:r>
        <w:br/>
      </w:r>
      <w:r>
        <w:rPr>
          <w:sz w:val="20"/>
        </w:rPr>
        <w:t>53:18  yeh kitni bari baat hai ke agar aadmi yeh chahta hai ke us ki dua Khuda ka suni jaye, us ki dua Khuda tak pahunche,</w:t>
      </w:r>
      <w:r>
        <w:br/>
      </w:r>
      <w:r>
        <w:rPr>
          <w:sz w:val="20"/>
        </w:rPr>
        <w:t>53:30  to kya karna hai? Is ko</w:t>
      </w:r>
      <w:r>
        <w:br/>
      </w:r>
      <w:r>
        <w:rPr>
          <w:sz w:val="20"/>
        </w:rPr>
        <w:t>53:33  apne aap ko purify karna hai. Roza wale amal ke zariye, roza wala amal jo hai, woh saal bhar chalega.</w:t>
      </w:r>
      <w:r>
        <w:br/>
      </w:r>
      <w:r>
        <w:rPr>
          <w:sz w:val="20"/>
        </w:rPr>
        <w:t>53:43  yeh nahi ke waqti tor par hai. Woh yani apne andar sabr paida karna, apne andar shukr paida karna, apne andar taqwa paida karna, apne andar Quran ki spirit paida karna.</w:t>
      </w:r>
      <w:r>
        <w:br/>
      </w:r>
      <w:r>
        <w:rPr>
          <w:sz w:val="20"/>
        </w:rPr>
        <w:t>53:58  is tarah se aadmi apne ko purify karega aur jo purified soul hogi, usi ki zuban se woh dua niklegi, woh jandar dua,</w:t>
      </w:r>
      <w:r>
        <w:br/>
      </w:r>
      <w:r>
        <w:rPr>
          <w:sz w:val="20"/>
        </w:rPr>
        <w:t>54:12  woh asar wali dua, woh gehri dua jo seedhi Khuda tak pahunche. Abhi kitni bari baat batai gayi hai roze ke context mein.</w:t>
      </w:r>
      <w:r>
        <w:br/>
      </w:r>
      <w:r>
        <w:rPr>
          <w:sz w:val="20"/>
        </w:rPr>
        <w:t>54:27  roze ke context mein kitni bari baat batai gayi hai ke dua ki qubooliyat ka raaz yeh hai. Dua ki dekhiye, ya dua ki qubooliyat ka raaz yeh nahi ke kuch kuch mysterious, kuch mysterious words aap kahein daryaft kar lein.</w:t>
      </w:r>
      <w:r>
        <w:br/>
      </w:r>
      <w:r>
        <w:rPr>
          <w:sz w:val="20"/>
        </w:rPr>
        <w:t>54:44  aisa nahi, kuch mysterious words hain, in ko aap jaan lein to aap ko woh dua mil gayi jo Khuda tak pahunche.</w:t>
      </w:r>
      <w:r>
        <w:br/>
      </w:r>
      <w:r>
        <w:rPr>
          <w:sz w:val="20"/>
        </w:rPr>
        <w:t>54:53  yaad rakhiye, dua kisi mysterious lafzon ka naam nahi hai, hargiz nahi. Dua naam hai purified soul se nikle hue alfaaz ka.</w:t>
      </w:r>
      <w:r>
        <w:br/>
      </w:r>
      <w:r>
        <w:rPr>
          <w:sz w:val="20"/>
        </w:rPr>
        <w:t>55:07  yeh is ayat mein hamein milta hai, Surah Baqarah ki ayat, yeh ayat ke roze ke context mein dua ki baat batai gayi insaan ko.</w:t>
      </w:r>
      <w:r>
        <w:br/>
      </w:r>
      <w:r>
        <w:rPr>
          <w:sz w:val="20"/>
        </w:rPr>
        <w:t>55:18  to roze ke mahine mein, jaisa ke maine arz kiya ke aadmi ke andar sabr ki sifat paida ki jati hai, shukr ki sifat paida kar di jati hai, taqwa ki sifat paida ki jati hai, Quran ki spirit paida ki jati hai.</w:t>
      </w:r>
      <w:r>
        <w:br/>
      </w:r>
      <w:r>
        <w:rPr>
          <w:sz w:val="20"/>
        </w:rPr>
        <w:t>55:34  yahi to purification hai. Yeh sab to hai woh cheez jis ko hum kehte hain, yani soul ko apni rooh ko purify karna.</w:t>
      </w:r>
      <w:r>
        <w:br/>
      </w:r>
      <w:r>
        <w:rPr>
          <w:sz w:val="20"/>
        </w:rPr>
        <w:t>55:45  to in sab cheezon, yeh ek course ho gaya.</w:t>
      </w:r>
      <w:r>
        <w:br/>
      </w:r>
      <w:r>
        <w:rPr>
          <w:sz w:val="20"/>
        </w:rPr>
        <w:t>55:49  course of purification. To roza jo hai, ek course hai apne aap ko purify karne ka. Sachha roza, yani ritual ke tor par jo roza rakha jaye, woh nahi.</w:t>
      </w:r>
      <w:r>
        <w:br/>
      </w:r>
      <w:r>
        <w:rPr>
          <w:sz w:val="20"/>
        </w:rPr>
        <w:t>56:03  jo roza rasam ke tor par rakha jaye, woh nahi. Main keh raha hoon, is ko</w:t>
      </w:r>
      <w:r>
        <w:br/>
      </w:r>
      <w:r>
        <w:rPr>
          <w:sz w:val="20"/>
        </w:rPr>
        <w:t>56:06  jo sachha roza hai. Sachha roza jab aadmi rakhega to us ne apne soul ko purify kiya, apni rooh ka tazkiya kiya, apne aap ko pak kiya.</w:t>
      </w:r>
      <w:r>
        <w:br/>
      </w:r>
      <w:r>
        <w:rPr>
          <w:sz w:val="20"/>
        </w:rPr>
        <w:t>56:24  to jab insaan aisa banega, jab roze ke course se guzar kar apne aap ko aisa banayega, woh to phir us ki zuban se duaen niklengi.</w:t>
      </w:r>
    </w:p>
    <w:p>
      <w:pPr>
        <w:pStyle w:val="Heading2"/>
      </w:pPr>
      <w:r>
        <w:t>a tour of the prophets' most beautiful Quranic duas</w:t>
      </w:r>
    </w:p>
    <w:p>
      <w:r>
        <w:rPr>
          <w:color w:val="666666"/>
          <w:sz w:val="18"/>
        </w:rPr>
        <w:t>Soulful Ramadan Inspiring Duas and Hadiths</w:t>
        <w:br/>
        <w:t>March 10, 2024 · 5m 58s · at 50:36 · https://youtu.be/ZXO-tq7pyQA?t=3036</w:t>
      </w:r>
    </w:p>
    <w:p>
      <w:r>
        <w:rPr>
          <w:i/>
        </w:rPr>
        <w:t>“Hazrat Adam's dua is one of the most beautiful duas”</w:t>
      </w:r>
    </w:p>
    <w:p>
      <w:r>
        <w:rPr>
          <w:sz w:val="20"/>
        </w:rPr>
        <w:t>50:36  hain. thodi khaas taur se quran mein jo behtar duaen hain, wo paigambaron ki hi duaen hain. ji, kuch ahle iman ki duaen hain. to hazrat adam al salam ki dua yeh bahut hi achhi dua hai. rabbana zalamna afsana lana wa tarana lana kunan minal khasireen. yaani our lord, we have wronged ourselves. and if you will not forgive us, and you will not have mercy on us, we will be among the lost. yaani adam al salam aur havva dono se kuch galti</w:t>
      </w:r>
      <w:r>
        <w:br/>
      </w:r>
      <w:r>
        <w:rPr>
          <w:sz w:val="20"/>
        </w:rPr>
        <w:t>51:06  hui thi, to dono ne dua ki. ji, rabbana aqbal, rabbana zalamna. ismein tasniya ka siga hai. dual, dono maang rahe hain ki humse galti hui, to hamein maaf farma de. its a very beautiful dua jo kisi waqt padhi ja sakti hai. ji,</w:t>
      </w:r>
      <w:r>
        <w:br/>
      </w:r>
      <w:r>
        <w:rPr>
          <w:sz w:val="20"/>
        </w:rPr>
        <w:t>51:24  a jo duaen hain quran ki, hadees ki, usko aam taur se log samajhte hain ki a bas padh le 40 baar subah aur is din aur us din padh le 100 baar. yeh yeh dua ka matlab nahi hai.</w:t>
      </w:r>
      <w:r>
        <w:br/>
      </w:r>
      <w:r>
        <w:rPr>
          <w:sz w:val="20"/>
        </w:rPr>
        <w:t>51:41  yeh jo yeh duaen hamein milti hain, yeh sab hamein ek yeh batati hain ki jo bade-bade ahle iman guzre hain, unke dil mein kya kaifiyat paida hui thi kisi khaas mauqe pe. hum yeh yeh alfaaz padhe ja sakte hain, lekin yeh kaifiyat jo hai, wo zyada important hai. ji, to</w:t>
      </w:r>
      <w:r>
        <w:br/>
      </w:r>
      <w:r>
        <w:rPr>
          <w:sz w:val="20"/>
        </w:rPr>
        <w:t>52:01  dua ki kaifiyat taari karna wo zyada aham hai. aur dil se dua nikle, chahe zaroori nahi hai ki yeh arabic alfaaz ho. aap aap urdu mein bhi dua kar sakte hain, english mein kar sakte hain, jo bhi. to dua niklni chahiye dil se, tabhi wo qabool hoti hai apne alfaaz mein. ji, aise hi a hazrat yunus al salam ki bahut achhi aur mashhoor dua hai. la ilaha illaa anta subhanaka inni kuntu min az zalimeen. there is no deity but you.</w:t>
      </w:r>
      <w:r>
        <w:br/>
      </w:r>
      <w:r>
        <w:rPr>
          <w:sz w:val="20"/>
        </w:rPr>
        <w:t>52:29  glory be to you. and i was indeed rang. hazrat yunus al salam jab machhli ke pet mein gaye, to yah bahut hi khubsurat dua ki unhone. aur foran allah ta'ala ne machhli ko hukm diya ki tum bahar safe li unko le aao. to kabhi pareshani ke waqt ho, to is tarah ki dua ki ja sakti hai. masha'allah. aur ayyub al salam jo bimar bahut pad gaye, unki family bhi a bahut masail. to unhone bahut achhi dua</w:t>
      </w:r>
      <w:r>
        <w:br/>
      </w:r>
      <w:r>
        <w:rPr>
          <w:sz w:val="20"/>
        </w:rPr>
        <w:t>52:57  ki. rabbi masni adar. rabbi masni adar wa anta arham rahim. ki a mere rab, a mere a my lord, i been affected with disease, with with with distress. but you are the most merciful of the merciful. yani tu hai jisse hum dua kar sakte hain, jisse hum kuch ummeed kar sakte hain. tu hi hai sabse meharban karne walon mein se, sabse zyada meharban</w:t>
      </w:r>
      <w:r>
        <w:br/>
      </w:r>
      <w:r>
        <w:rPr>
          <w:sz w:val="20"/>
        </w:rPr>
        <w:t>53:24  . to yah badi achhi dua hai. aur aur yah sab dekhiye, badi short aur comprehensive dua hai. to aap yaad bhi kar sakte hain is tarah ke ehsasat paida karne ke liye. ji, khas taur se bimari ke waqt. inni masni adar wa anta arham rahim. bahut jo it's a really beautiful dua.</w:t>
      </w:r>
      <w:r>
        <w:br/>
      </w:r>
      <w:r>
        <w:rPr>
          <w:sz w:val="20"/>
        </w:rPr>
        <w:t>53:42  aise ibrahim al salam ki dua. rabbana rabbana fili wali walid wali momineen yam yaqum hisab. a a mere rab, my lord, forgive me and forgive my parents and all the believers on the day of judgment. bahut achhi dua hai hazrat ibrahim al salam ki.</w:t>
      </w:r>
      <w:r>
        <w:br/>
      </w:r>
      <w:r>
        <w:rPr>
          <w:sz w:val="20"/>
        </w:rPr>
        <w:t>54:05  aise hi hazrat ibrahim al salam ki ek aur dua hai. rabbana aleka tawakkal wa ik anbana wa ik al masir. our lord, in you we have placed our trust. and to you we turn in repentance. and to you is the final return. yani kitni comprehensive dua hai.</w:t>
      </w:r>
      <w:r>
        <w:br/>
      </w:r>
      <w:r>
        <w:rPr>
          <w:sz w:val="20"/>
        </w:rPr>
        <w:t>54:26  ji, yani zamin se duniya se lekar aakhirat tak is mein baat kah di gayi hai. aur musa al salam ki dua, jo bahut pareshani ki halat mein madan pahunche the, to unke dil se ek itni achhi dua nikli ki allah ta'ala ne usi waqt qubool kar di. woh usi waqt qubool ho gayi woh dua. ke rabbi inni lima anzalta ilayya min khair faqir.</w:t>
      </w:r>
      <w:r>
        <w:br/>
      </w:r>
      <w:r>
        <w:rPr>
          <w:sz w:val="20"/>
        </w:rPr>
        <w:t>54:48  hum kyunki bahut pareshani ki halat mein woh bhaag ke gaye the misr se. aur dar bhi tha. aur koi nayi jagah par pahunche, to woh unhone help ki un do ladies ki. paani pilaya unke janwaron ko. phir ek ek ped ke neeche lete gaye. to yah dua badi inspired prayer nikli dil se unki. rabbi inni lima anzalta ilayya min khair faqir. lord, i am truly in need of whatever blessing you may send down upon me.</w:t>
      </w:r>
      <w:r>
        <w:br/>
      </w:r>
      <w:r>
        <w:rPr>
          <w:sz w:val="20"/>
        </w:rPr>
        <w:t>55:16  ji, jo bhi tu apni rehmat aur meri taraf bheje, main uska bahut hi mohtaj hun. yani yah ek aise insaan ki dua hai ki jo bahut pareshani ke aalam mein hai. to ulama kahna hai ki yah dua a kare koi. yani dil se dua kare, to foran qubool hoti hai. aur aise hi hazrat musa al salam ki yah bhi dua hai jo hum padhte hain. ji, yah bhi bahut aham dua hai.</w:t>
      </w:r>
      <w:r>
        <w:br/>
      </w:r>
      <w:r>
        <w:rPr>
          <w:sz w:val="20"/>
        </w:rPr>
        <w:t>55:43  rab shali sadri wasli amri lan lisani yaf wazli wazir min ahli harun aakhi ud ajri wa ashrak fi amri kanab kasira najak kasira. to yah dua ka jo woh hissa hai, mujhe bahut pasand hai ki harun al salam ke liye kaha ki mera mera saathi bana de. ji, aur</w:t>
      </w:r>
      <w:r>
        <w:br/>
      </w:r>
      <w:r>
        <w:rPr>
          <w:sz w:val="20"/>
        </w:rPr>
        <w:t>56:05  kaha ki hum dono milkar tera khoob charcha karein. kanab kasira najak kasira. yani uski wajah batayi ki hum dono milkar tera tujhe khoob yaad karein, tera khoob charcha karein, tujhse khoob dua karein. masha'allah. to ye ye ye ek paighambarana yani soch hai ki woh dua kar rahe hain apne bhai ke liye. to kisliye?</w:t>
      </w:r>
      <w:r>
        <w:br/>
      </w:r>
      <w:r>
        <w:rPr>
          <w:sz w:val="20"/>
        </w:rPr>
        <w:t>56:29  ki hum tera khoob zikr karein. ji, to milke jo zikr karne ki baat hai, woh is mein aayi hai.</w:t>
      </w:r>
    </w:p>
    <w:p>
      <w:pPr>
        <w:pStyle w:val="Heading2"/>
      </w:pPr>
      <w:r>
        <w:t>Hajj rituals reenact Prophet Ibrahim's life</w:t>
      </w:r>
    </w:p>
    <w:p>
      <w:r>
        <w:rPr>
          <w:color w:val="666666"/>
          <w:sz w:val="18"/>
        </w:rPr>
        <w:t>The Universal Message of Hajj May 25, 2025 · 1m 42s · at 23:08 · https://youtu.be/dr_sfN8NMzQ?t=1388</w:t>
      </w:r>
    </w:p>
    <w:p>
      <w:r>
        <w:rPr>
          <w:i/>
        </w:rPr>
        <w:t>“Hazrat Ibrahim, jo ke bahut bade prophet the”</w:t>
      </w:r>
    </w:p>
    <w:p>
      <w:r>
        <w:rPr>
          <w:sz w:val="20"/>
        </w:rPr>
        <w:t>23:08  Hazrat Ibrahim, jo ke bahut bade paighambar the, unhone jab Khuda ke deen ka paigham aam karne ke liye unki zindagi mein kya kya waqiyat aaye,</w:t>
      </w:r>
      <w:r>
        <w:br/>
      </w:r>
      <w:r>
        <w:rPr>
          <w:sz w:val="20"/>
        </w:rPr>
        <w:t>23:19  to is waqiyat ko hum usko is is waqiyat ke mutabiq saare manasik dein. To hum isko rehearsal samajh lijiye. Hajj ek rehearsal hai Hazrat Ibrahim ki zindagi ka.</w:t>
      </w:r>
      <w:r>
        <w:br/>
      </w:r>
      <w:r>
        <w:rPr>
          <w:sz w:val="20"/>
        </w:rPr>
        <w:t>23:34  to hazrat ibrahim ne jis tarah khuda ko apna rasool qarar banaya, woh apna ek apna mehboob beta qurban karne ke liye tayyar ho gaye.</w:t>
      </w:r>
      <w:r>
        <w:br/>
      </w:r>
      <w:r>
        <w:rPr>
          <w:sz w:val="20"/>
        </w:rPr>
        <w:t>23:44  to qurbani ki had tak woh unhone ah khuda ke deen ke liye kaam kiya. to hamein har cheez se sabak lena chahiye.</w:t>
      </w:r>
      <w:r>
        <w:br/>
      </w:r>
      <w:r>
        <w:rPr>
          <w:sz w:val="20"/>
        </w:rPr>
        <w:t>23:55  aur ismein hum mein to bohat bade bade sabak hain. to hum ko sochen, is se sabak len. aur yeh nahi ke sirf kuch duaein ratta maar ke apna hajj ke jo arkan hain, poore kar liye, ho gaya.</w:t>
      </w:r>
      <w:r>
        <w:br/>
      </w:r>
      <w:r>
        <w:rPr>
          <w:sz w:val="20"/>
        </w:rPr>
        <w:t>24:12  to jab haji jaata hai, jab jaise jahaz mein baithta hai, tab hi labbaik allahumma labbaik kehna shuru kar deta hai. mere khayal mein woh is ko bhain nahi samajhta hai ke is ka matlab kya hai.</w:t>
      </w:r>
      <w:r>
        <w:br/>
      </w:r>
      <w:r>
        <w:rPr>
          <w:sz w:val="20"/>
        </w:rPr>
        <w:t>24:23  jab labbaik ka matlab hi yeh hai ke, "ae khuda, hum hazir hain, har har is ke liye hazir hain, jo jis cheez ki bhi zaroorat hogi tere deen ke liye, is ke liye hum apne aap ko tayyar karenge."</w:t>
      </w:r>
      <w:r>
        <w:br/>
      </w:r>
      <w:r>
        <w:rPr>
          <w:sz w:val="20"/>
        </w:rPr>
        <w:t>24:38  ab jab hum ehram pehente hain to ehram ek do do sada sil ghair sile hue kapde hote hain. is se pata chalta hai ke simplicity kitni zyada zaroori hai.</w:t>
      </w:r>
    </w:p>
    <w:p>
      <w:pPr>
        <w:pStyle w:val="Heading2"/>
      </w:pPr>
      <w:r>
        <w:t>Fasting means abstinence, month of patience</w:t>
      </w:r>
    </w:p>
    <w:p>
      <w:r>
        <w:rPr>
          <w:color w:val="666666"/>
          <w:sz w:val="18"/>
        </w:rPr>
        <w:t>Ramadan The Month of Fasting 29Aug, 2008 - Maulana Wahiduddin Khan · 28s · at 2:10 · https://youtu.be/O9ie_tCNGHM?t=130</w:t>
      </w:r>
    </w:p>
    <w:p>
      <w:r>
        <w:rPr>
          <w:i/>
        </w:rPr>
        <w:t>“Fasting means abstinence, month of patience”</w:t>
      </w:r>
    </w:p>
    <w:p>
      <w:r>
        <w:rPr>
          <w:sz w:val="20"/>
        </w:rPr>
        <w:t>2:10  saum ka matlab hai abstinence, rukna. hadith mein kaha gaya hai ramadan ko shahr as-sabr, sabr ka mahina.</w:t>
      </w:r>
      <w:r>
        <w:br/>
      </w:r>
      <w:r>
        <w:rPr>
          <w:sz w:val="20"/>
        </w:rPr>
        <w:t>2:27  to rukne ka mahina ya sabr karne ka mahina dono ek hi baat hai, yani patience ka mahina.</w:t>
      </w:r>
    </w:p>
    <w:p>
      <w:pPr>
        <w:pStyle w:val="Heading2"/>
      </w:pPr>
      <w:r>
        <w:t>Reframing an Ashram as a 'Spiritual Garden'</w:t>
      </w:r>
    </w:p>
    <w:p>
      <w:r>
        <w:rPr>
          <w:color w:val="666666"/>
          <w:sz w:val="18"/>
        </w:rPr>
        <w:t>The Importance of Modesty March 1, 2009 · 21s · at 19:24 · https://youtu.be/c599K8yDwzk?t=1164</w:t>
      </w:r>
    </w:p>
    <w:p>
      <w:r>
        <w:rPr>
          <w:i/>
        </w:rPr>
        <w:t>“They call it an Ashram — I call it a Spiritual Garden.”</w:t>
      </w:r>
    </w:p>
    <w:p>
      <w:r>
        <w:rPr>
          <w:sz w:val="20"/>
        </w:rPr>
        <w:t>19:24  kehne ke liye is ka naam ashram hai. lekin yeh hai spiritual garden. spiritual garden.</w:t>
      </w:r>
      <w:r>
        <w:br/>
      </w:r>
      <w:r>
        <w:rPr>
          <w:sz w:val="20"/>
        </w:rPr>
        <w:t>19:33  ab yeh aisi cheez thi ke hamare aur un ke beech mein common ground ban gaya. agar main yeh kehta ke yeh hinduo'n ka ashram hai. farz kijiye. to kya tasawwur banta ke mere aur un ke beech mein koi common cheez yahan nahi hai.</w:t>
      </w:r>
    </w:p>
    <w:p>
      <w:pPr>
        <w:pStyle w:val="Heading2"/>
      </w:pPr>
      <w:r>
        <w:t>Story of a tribal leader who half-listened to Quran</w:t>
      </w:r>
    </w:p>
    <w:p>
      <w:r>
        <w:rPr>
          <w:color w:val="666666"/>
          <w:sz w:val="18"/>
        </w:rPr>
        <w:t>Message of Ramadan April 9, 2023 Prof. Farida Khanam · 52s · at 18:56 · https://youtu.be/z-jsHB1vlV4?t=1136</w:t>
      </w:r>
    </w:p>
    <w:p>
      <w:r>
        <w:rPr>
          <w:i/>
        </w:rPr>
        <w:t>“His house was huge — he was a leader in Medina”</w:t>
      </w:r>
    </w:p>
    <w:p>
      <w:r>
        <w:rPr>
          <w:sz w:val="20"/>
        </w:rPr>
        <w:t>18:56  uska ghar bahut bada tha kalanuuma. woh leader tha madina ka. to wahan uske paas bahut sare log baithe hue the to rasoolullah sallallahu alaihi wasallam donkey par ja rahe the to woh utar ke wahan uske paas gaye aur wahan quran ki chand ayatein usko sunai. woh to bahut andar andar woh munafiq tha sabse bada munafiq wahi tha. upar se islam le aaya tha kyunke majority wahan islam le aayi thi to usko usi mein faida tha.</w:t>
      </w:r>
      <w:r>
        <w:br/>
      </w:r>
      <w:r>
        <w:rPr>
          <w:sz w:val="20"/>
        </w:rPr>
        <w:t>19:24  to usne kaha quran, jab aap quran suna rahe the to khamoshi se sunta raha. phir jab aap chuke to kehne laga woh ke aapne jo baat kahi hai woh theek hai lekin jo aapko bulaye sunne ke liye bas aap usi ko sunaiye. to ab yeh kitna bada sabr ki baat hai. to isi tarah se har baat par sabr karna padta hai.</w:t>
      </w:r>
      <w:r>
        <w:br/>
      </w:r>
      <w:r>
        <w:rPr>
          <w:sz w:val="20"/>
        </w:rPr>
        <w:t>19:48  agar hum sabr nahin karenge to hum hamara negative reaction hoga aur woh hamare khilaf jayega. hamara paigham doosron tak nahin pahunch payega kyunke har aadmi jab conditioned hai to usko deconditioning mein usko time lagta hai to us time ke liye humein sabr karna padega taake usko mauka diya jaye ke woh apni halat e fitri par aa sake.</w:t>
      </w:r>
    </w:p>
    <w:p>
      <w:pPr>
        <w:pStyle w:val="Heading2"/>
      </w:pPr>
      <w:r>
        <w:t>Zakat as the art of money management</w:t>
      </w:r>
    </w:p>
    <w:p>
      <w:r>
        <w:rPr>
          <w:color w:val="666666"/>
          <w:sz w:val="18"/>
        </w:rPr>
        <w:t>Spirit of Zakat (English) May 16, 2007 Maulana Wahiduddin Khan · 1m 37s · at 10:13 · https://youtu.be/J-0gHxSsXWc?t=613</w:t>
      </w:r>
    </w:p>
    <w:p>
      <w:r>
        <w:rPr>
          <w:i/>
        </w:rPr>
        <w:t>“Zakat is one of the five principles of Islam.”</w:t>
      </w:r>
    </w:p>
    <w:p>
      <w:r>
        <w:rPr>
          <w:sz w:val="20"/>
        </w:rPr>
        <w:t>10:13  Then there is the Zakat. And in this talk, I am going to say something about Zakat.</w:t>
      </w:r>
      <w:r>
        <w:br/>
      </w:r>
      <w:r>
        <w:rPr>
          <w:sz w:val="20"/>
        </w:rPr>
        <w:t>10:27  Zakat is one of the five principles of Islam. And Zakat is very important for</w:t>
      </w:r>
      <w:r>
        <w:br/>
      </w:r>
      <w:r>
        <w:rPr>
          <w:sz w:val="20"/>
        </w:rPr>
        <w:t>10:43  the process of purification. Zakat literally means purification or making pure.</w:t>
      </w:r>
      <w:r>
        <w:br/>
      </w:r>
      <w:r>
        <w:rPr>
          <w:sz w:val="20"/>
        </w:rPr>
        <w:t>10:56  So, Zakat pertains to money or earning. So, Zakat principle gives you the art of money management: how to manage your money in theright way,</w:t>
      </w:r>
      <w:r>
        <w:br/>
      </w:r>
      <w:r>
        <w:rPr>
          <w:sz w:val="20"/>
        </w:rPr>
        <w:t>11:15  how to manage your earning according to God's commandment</w:t>
      </w:r>
      <w:r>
        <w:br/>
      </w:r>
      <w:r>
        <w:rPr>
          <w:sz w:val="20"/>
        </w:rPr>
        <w:t>11:24  s. So, Zakat is very important in this regard. Zakat gives you the art of money management.</w:t>
      </w:r>
      <w:r>
        <w:br/>
      </w:r>
      <w:r>
        <w:rPr>
          <w:sz w:val="20"/>
        </w:rPr>
        <w:t>11:37  Now, there are two different aspects of Zakat: Masa'il-e-Zakat and Haqiqat-e-Zakat. Masa'il-e-Zakat means</w:t>
      </w:r>
    </w:p>
    <w:p>
      <w:pPr>
        <w:pStyle w:val="Heading2"/>
      </w:pPr>
      <w:r>
        <w:t>Why the word Hajj literally means walking to arrive</w:t>
      </w:r>
    </w:p>
    <w:p>
      <w:r>
        <w:rPr>
          <w:color w:val="666666"/>
          <w:sz w:val="18"/>
        </w:rPr>
        <w:t>The Message of Hajj November 4, 2008 Maulana Wahiduddin Khan · 43s · at 11:27 · https://youtu.be/CIGhIpsejkY?t=687</w:t>
      </w:r>
    </w:p>
    <w:p>
      <w:r>
        <w:rPr>
          <w:i/>
        </w:rPr>
        <w:t>“Hajj ke maayne hain chal kar kahin pahunchna”</w:t>
      </w:r>
    </w:p>
    <w:p>
      <w:r>
        <w:rPr>
          <w:sz w:val="20"/>
        </w:rPr>
        <w:t>11:27  aap ghar se niklte hain aur chalte hue Makka pahunchte hain. haj hi, haj sirf haj ek aisi ibaadat hai jis mein chal kar kahin pahunchna hota hai, is liye is ka naam haj hai.</w:t>
      </w:r>
      <w:r>
        <w:br/>
      </w:r>
      <w:r>
        <w:rPr>
          <w:sz w:val="20"/>
        </w:rPr>
        <w:t>11:43  haj ke ma'ani hain chal kar kahin pahunchna. yeh chal kar kahin pahunchna jo hai, woh kya hai? yahi to da'wat hai. da'wat mein aap apne maqaam se nikal kar doosre maqaam tak jate hain,</w:t>
      </w:r>
      <w:r>
        <w:br/>
      </w:r>
      <w:r>
        <w:rPr>
          <w:sz w:val="20"/>
        </w:rPr>
        <w:t>11:57  yaani mad'u tak jate hain, mad'u tak apni baat pahunchate hain ja kar ke. to da'wat poore ma'anon mein chalne phirne ki activities hain.</w:t>
      </w:r>
    </w:p>
    <w:p>
      <w:pPr>
        <w:pStyle w:val="Heading2"/>
      </w:pPr>
      <w:r>
        <w:t>Zikr is a living state not repetition</w:t>
      </w:r>
    </w:p>
    <w:p>
      <w:r>
        <w:rPr>
          <w:color w:val="666666"/>
          <w:sz w:val="18"/>
        </w:rPr>
        <w:t>Remembrance of God December 30, 2017 · 26s · at 24:09 · https://youtu.be/EAlfS5kuHfA?t=1449</w:t>
      </w:r>
    </w:p>
    <w:p>
      <w:r>
        <w:rPr>
          <w:i/>
        </w:rPr>
        <w:t>“Zikr Allah naam ki takrar ka naam nahi”</w:t>
      </w:r>
    </w:p>
    <w:p>
      <w:r>
        <w:rPr>
          <w:sz w:val="20"/>
        </w:rPr>
        <w:t>24:09  isi ka naam hai zikr Allah. zikr Allah naam ki</w:t>
      </w:r>
      <w:r>
        <w:br/>
      </w:r>
      <w:r>
        <w:rPr>
          <w:sz w:val="20"/>
        </w:rPr>
        <w:t>24:18  ki takrar ka naam nahi hai,</w:t>
      </w:r>
      <w:r>
        <w:br/>
      </w:r>
      <w:r>
        <w:rPr>
          <w:sz w:val="20"/>
        </w:rPr>
        <w:t>24:23  balkeh aik cheez, aik aik aik zindagi ka naam hai, aik zinda halat ka naam hai.</w:t>
      </w:r>
    </w:p>
    <w:p>
      <w:pPr>
        <w:pStyle w:val="Heading2"/>
      </w:pPr>
      <w:r>
        <w:t>Prayer is a scientific phenomenon, not a mystery</w:t>
      </w:r>
    </w:p>
    <w:p>
      <w:r>
        <w:rPr>
          <w:color w:val="666666"/>
          <w:sz w:val="18"/>
        </w:rPr>
        <w:t>The Concept of Dua In Islam May 27, 2007 · 53s · at 1:21 · https://youtu.be/wkRQaMb04dI?t=81</w:t>
      </w:r>
    </w:p>
    <w:p>
      <w:r>
        <w:rPr>
          <w:i/>
        </w:rPr>
        <w:t>“دعا ایک بہت ہی سائنٹیفک فینامنا ہے”</w:t>
      </w:r>
    </w:p>
    <w:p>
      <w:r>
        <w:rPr>
          <w:sz w:val="20"/>
        </w:rPr>
        <w:t>1:21  dua ek bahut hi scientific phenomenon hai.</w:t>
      </w:r>
      <w:r>
        <w:br/>
      </w:r>
      <w:r>
        <w:rPr>
          <w:sz w:val="20"/>
        </w:rPr>
        <w:t>1:27  scientific ka matlab yeh hai ke aisi cheez jo hum apni reason se jaan sakein. dekhein, ek cheez woh hoti hai jise hum apni reason se isko explain na kar sakte hon.</w:t>
      </w:r>
      <w:r>
        <w:br/>
      </w:r>
      <w:r>
        <w:rPr>
          <w:sz w:val="20"/>
        </w:rPr>
        <w:t>1:44  to woh hota hai, woh hoti hai mystery. aur scientific cheez woh hai jisko aap apni reason se explain kar sakte ho.</w:t>
      </w:r>
      <w:r>
        <w:br/>
      </w:r>
      <w:r>
        <w:rPr>
          <w:sz w:val="20"/>
        </w:rPr>
        <w:t>1:57  to dua ko mystery nahi hai. dua ek scientific phenomenon hai. "Prayerispower" ka matlab yeh nahi hai ke koi mystery se koi aap ko milta hai kuch, dua se. nahi.</w:t>
      </w:r>
    </w:p>
    <w:p>
      <w:pPr>
        <w:pStyle w:val="Heading2"/>
      </w:pPr>
      <w:r>
        <w:t>Today's world needs a new generation's sacrifice</w:t>
      </w:r>
    </w:p>
    <w:p>
      <w:r>
        <w:rPr>
          <w:color w:val="666666"/>
          <w:sz w:val="18"/>
        </w:rPr>
        <w:t>Haqeeqat-E-Hajj Book by Maulana Wahiduddin Khan · 37s · at 2:22:59 · https://youtu.be/fNuk7YC0jSM?t=8579</w:t>
      </w:r>
    </w:p>
    <w:p>
      <w:r>
        <w:rPr>
          <w:i/>
        </w:rPr>
        <w:t>“اب دوبارہ کچھ لوگوں کو ذبح ہونا ہے”</w:t>
      </w:r>
    </w:p>
    <w:p>
      <w:r>
        <w:rPr>
          <w:sz w:val="20"/>
        </w:rPr>
        <w:t>2:22:59  maazi mein daur-e-shirk ko khatam karne ke liye ek nasal ki qurbani darkar thi. aaj daur-e-ilhad ko khatam karne ke liye dobara ek nasal ki qurbani darkar hai.</w:t>
      </w:r>
      <w:r>
        <w:br/>
      </w:r>
      <w:r>
        <w:rPr>
          <w:sz w:val="20"/>
        </w:rPr>
        <w:t>2:23:13  yehi Hajj ka sab se bara sabak hai. isi ka Hajj aaj Hajj-e-mabroor hai jo Hajj ke baad yeh azm le kar wahan se wapas aaye.</w:t>
      </w:r>
      <w:r>
        <w:br/>
      </w:r>
      <w:r>
        <w:rPr>
          <w:sz w:val="20"/>
        </w:rPr>
        <w:t>2:23:26  haqeeqat yeh hai ke Hajj se faraghat ke baad haji ka kaam khatam nahi ho jata. Hajj se faraghat ke baad haji ka asal kaam shuru hota hai.</w:t>
      </w:r>
    </w:p>
    <w:p>
      <w:pPr>
        <w:pStyle w:val="Heading2"/>
      </w:pPr>
      <w:r>
        <w:t>Discovery analogy for kalima</w:t>
      </w:r>
    </w:p>
    <w:p>
      <w:r>
        <w:rPr>
          <w:color w:val="666666"/>
          <w:sz w:val="18"/>
        </w:rPr>
        <w:t>Qurbani aur Islam (Al-Risala, August 2018) · 29s · at 6:37 · https://youtu.be/uwy-G-Vtie8?t=397</w:t>
      </w:r>
    </w:p>
    <w:p>
      <w:r>
        <w:rPr>
          <w:i/>
        </w:rPr>
        <w:t>“Yunan ke qadeem falsafi Arsh Medes ko yeh justaju thi”</w:t>
      </w:r>
    </w:p>
    <w:p>
      <w:r>
        <w:rPr>
          <w:sz w:val="20"/>
        </w:rPr>
        <w:t>6:37  wo is ki talash mein tha. ek din wo pani ke hauz mein leta hua naha raha tha. achanak us ko fitrat ke is qanoon ki daryaft hui jis ko law of buoyancy kaha jata hai.</w:t>
      </w:r>
      <w:r>
        <w:br/>
      </w:r>
      <w:r>
        <w:rPr>
          <w:sz w:val="20"/>
        </w:rPr>
        <w:t>6:53  us waqt us ke andar ehtijaj ya thrill ki kaifiyat paida hui. wo achanak hauz se nikla aur yeh kehta hua bhaga ke maine pa liya, maine pa liya, eureka, eureka.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