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Questions &amp; Answers — Maulana Wahiduddin Khan</w:t>
      </w:r>
    </w:p>
    <w:p>
      <w:r>
        <w:rPr>
          <w:sz w:val="18"/>
        </w:rPr>
        <w:t>189 questions · category Ethics &amp; Character · full transcripts with timestamps · exported 2026-09-22</w:t>
      </w:r>
    </w:p>
    <w:p>
      <w:pPr>
        <w:pStyle w:val="Heading2"/>
      </w:pPr>
      <w:r>
        <w:t>Accountability for good intention causing discord?</w:t>
      </w:r>
    </w:p>
    <w:p>
      <w:r>
        <w:rPr>
          <w:color w:val="666666"/>
          <w:sz w:val="18"/>
        </w:rPr>
        <w:t>Ethics &amp; Character · God Gives in Abundance 13 Oct 2019 - Maulana Wahiduddin Khan · 3m 03s · at 36:32 · https://youtu.be/eC4RaczXBzM?t=2192</w:t>
      </w:r>
    </w:p>
    <w:p>
      <w:r>
        <w:rPr>
          <w:i/>
        </w:rPr>
        <w:t>“If someone does a deed that causes discord in the Ummah, but his intention was good, will he be held accountable in the Hereafter? For example, some people gave a political interpretation to Islam.”</w:t>
      </w:r>
    </w:p>
    <w:p>
      <w:r>
        <w:rPr>
          <w:sz w:val="20"/>
        </w:rPr>
        <w:t>36:32  Alhamdulillah, aap ki baaton se aur zyada dawat ka kaam karne ki inspiration mili hai. Jazak Allah." Khair, Maulana, agla sawal lete hain.</w:t>
      </w:r>
      <w:r>
        <w:br/>
      </w:r>
      <w:r>
        <w:rPr>
          <w:sz w:val="20"/>
        </w:rPr>
        <w:t>36:45  Yeh sawal bheja hai Rampur se Irshad Ali sahib ne. Unhone likha hai: "Maulana, agar kisi se koi aisa kaam ho jaye jis se ummat mein bigaad paida ho jaye,</w:t>
      </w:r>
      <w:r>
        <w:br/>
      </w:r>
      <w:r>
        <w:rPr>
          <w:sz w:val="20"/>
        </w:rPr>
        <w:t>37:01  Lekin uski niyat us kaam ko karne ki achhi thi, toh kya uski akhirat mein pakad hogi? Jaise ke kuch logon ne Islam ko political interpretation diya." Dekhein, hadith hai bahut hi mashhoor: "Innamal a'malu binniyat."</w:t>
      </w:r>
      <w:r>
        <w:br/>
      </w:r>
      <w:r>
        <w:rPr>
          <w:sz w:val="20"/>
        </w:rPr>
        <w:t>37:24  Innamal a'malu binniyat yani haan, Allah ke haan har amal apni niyat ke aitbar se mana jata hai.</w:t>
      </w:r>
      <w:r>
        <w:br/>
      </w:r>
      <w:r>
        <w:rPr>
          <w:sz w:val="20"/>
        </w:rPr>
        <w:t>37:33  Niyat jaise niyat hogi, uske lehaz se uska darja hoga. Misal ke taur par dekhiye, ek hadith hai bahut mashhoor ke ek badu ka oont gum ho gaya sehra mein,</w:t>
      </w:r>
      <w:r>
        <w:br/>
      </w:r>
      <w:r>
        <w:rPr>
          <w:sz w:val="20"/>
        </w:rPr>
        <w:t>37:52  Sehra mein desert mein. Toh ab daud raha hai idhar udhar. Toh aap jante hain ke pehle zamane mein desert mein ek hi cheez hoti thi badu ke liye, woh uska oont.</w:t>
      </w:r>
      <w:r>
        <w:br/>
      </w:r>
      <w:r>
        <w:rPr>
          <w:sz w:val="20"/>
        </w:rPr>
        <w:t>38:09  Oont, oont hai toh sab kuch hai, oont nahin hai toh kuch bhi nahin. Toh bechara badu daud raha hai idhar udhar, oont dhoondh raha hai, dhoondh raha hai.</w:t>
      </w:r>
      <w:r>
        <w:br/>
      </w:r>
      <w:r>
        <w:rPr>
          <w:sz w:val="20"/>
        </w:rPr>
        <w:t>38:21  yahan tak ke achaanak woh dekhta hai ek jagah ke is ka oont khara hua hai. to is ki zubaan se nikla: "allahum anta abdi wa ana rabbuk." yaani khushi mein keh pada hua hai: "ae allah, tu mera banda hai, main tera rab hoon." is par us ko jannat de di gayi.</w:t>
      </w:r>
      <w:r>
        <w:br/>
      </w:r>
      <w:r>
        <w:rPr>
          <w:sz w:val="20"/>
        </w:rPr>
        <w:t>38:45  to niyat, is ki niyat jo thi, woh bohat hi khair thi, bohat hi achi thi. to allah taala ke haan koi bhi dua apni niyat ke aitbaar se qabool hoti hai.</w:t>
      </w:r>
      <w:r>
        <w:br/>
      </w:r>
      <w:r>
        <w:rPr>
          <w:sz w:val="20"/>
        </w:rPr>
        <w:t>39:00  niyat agar khair ho to is ka badla bhi khair hoga.</w:t>
      </w:r>
      <w:r>
        <w:br/>
      </w:r>
      <w:r>
        <w:rPr>
          <w:sz w:val="20"/>
        </w:rPr>
        <w:t>39:08  maulana, kuch aur comment parhna chahenge. ah, mehboob bhai ne mumbai se likha hai: "maulana, whenever i meet you or listen to you, i become very energetic.</w:t>
      </w:r>
      <w:r>
        <w:br/>
      </w:r>
      <w:r>
        <w:rPr>
          <w:sz w:val="20"/>
        </w:rPr>
        <w:t>39:20  such energy today also doubled in me after listening to today's talk." jazaak allah, maulana. maulana iqbal umri ne likha hai: "deen sara ka sara alhamdulillah par qaim hai.</w:t>
      </w:r>
    </w:p>
    <w:p>
      <w:pPr>
        <w:pStyle w:val="Heading2"/>
      </w:pPr>
      <w:r>
        <w:t>Accountability of suicide due to brainwashing</w:t>
      </w:r>
    </w:p>
    <w:p>
      <w:r>
        <w:rPr>
          <w:color w:val="666666"/>
          <w:sz w:val="18"/>
        </w:rPr>
        <w:t>Ethics &amp; Character · Discovery of Modern Age February 10, 2013 · 1m 53s · at 1:21:46 · https://youtu.be/qYGA53ii7E4?t=4906</w:t>
      </w:r>
    </w:p>
    <w:p>
      <w:r>
        <w:rPr>
          <w:i/>
        </w:rPr>
        <w:t>“Muslims commit suicide due to the brainwashing of scholars, therefore they are not accountable. What is your view?”</w:t>
      </w:r>
    </w:p>
    <w:p>
      <w:r>
        <w:rPr>
          <w:sz w:val="20"/>
        </w:rPr>
        <w:t>1:21:46  to yeh wajah thi mere nazdeek. Maulana, agla sawal karachi pakistan se aaya hai abdul latif sahab ka.</w:t>
      </w:r>
      <w:r>
        <w:br/>
      </w:r>
      <w:r>
        <w:rPr>
          <w:sz w:val="20"/>
        </w:rPr>
        <w:t>1:21:57  unhon ne likha hai: "musalman khudkushi jo ke ulama ke zehan ke zehan saazi ki wajah se karte hain, is liye woh qabil e mawakhza nahi hain." is is ke baray mein aap kya kahengay?</w:t>
      </w:r>
      <w:r>
        <w:br/>
      </w:r>
      <w:r>
        <w:rPr>
          <w:sz w:val="20"/>
        </w:rPr>
        <w:t>1:22:12  nahi, nahi, yeh baat galat hai. qabil e mawakhza kyun nahi hai?</w:t>
      </w:r>
      <w:r>
        <w:br/>
      </w:r>
      <w:r>
        <w:rPr>
          <w:sz w:val="20"/>
        </w:rPr>
        <w:t>1:22:17  yani pehli zimmedari bilashuba ulama par hai jo is tarah ke zehan banaya unhon ne, lekin wohi pakray jayengay.</w:t>
      </w:r>
      <w:r>
        <w:br/>
      </w:r>
      <w:r>
        <w:rPr>
          <w:sz w:val="20"/>
        </w:rPr>
        <w:t>1:22:27  dono pakray jayengay. aisa nahi ke ek pakra jaye, doosra chhod diya jaye. negative thinking paida ki ulama ne, rehnamaon ne. hamare saare likhne bolne wale negative thinking, negative thinking.</w:t>
      </w:r>
      <w:r>
        <w:br/>
      </w:r>
      <w:r>
        <w:rPr>
          <w:sz w:val="20"/>
        </w:rPr>
        <w:t>1:22:39  is mein barha barha kar log yeh sab kar rahe hain, lekin pakray jayengay. dono aisa nahi ke ek chhora chhod diya jaye, doosra pakra jaye.</w:t>
      </w:r>
    </w:p>
    <w:p>
      <w:pPr>
        <w:pStyle w:val="Heading2"/>
      </w:pPr>
      <w:r>
        <w:t>Accountability of suicide due to brainwashing</w:t>
      </w:r>
    </w:p>
    <w:p>
      <w:r>
        <w:rPr>
          <w:color w:val="666666"/>
          <w:sz w:val="18"/>
        </w:rPr>
        <w:t>Ethics &amp; Character · Discovery of Modern Age I 10th Feb. 13 · 58s · at 1:25:03 · https://youtu.be/Yp5T0KacY84?t=5103</w:t>
      </w:r>
    </w:p>
    <w:p>
      <w:r>
        <w:rPr>
          <w:i/>
        </w:rPr>
        <w:t>“Muslims commit suicide due to the brainwashing of scholars, so they are not accountable. What do you say about this?”</w:t>
      </w:r>
    </w:p>
    <w:p>
      <w:r>
        <w:rPr>
          <w:sz w:val="20"/>
        </w:rPr>
        <w:t>1:25:03  maulana, agla sawal karachi pakistan se aaya hai abdul lateef sahib ka.</w:t>
      </w:r>
      <w:r>
        <w:br/>
      </w:r>
      <w:r>
        <w:rPr>
          <w:sz w:val="20"/>
        </w:rPr>
        <w:t>1:25:07  unhon ne likha hai: "musalman khudkushi jo ke ulama ke zehan ke zehan saazi ki wajah se karte</w:t>
      </w:r>
      <w:r>
        <w:br/>
      </w:r>
      <w:r>
        <w:rPr>
          <w:sz w:val="20"/>
        </w:rPr>
        <w:t>1:25:15  hain, is liye woh qabil mawakhza nahi hain." is is ke baray mein aap kya kahengay? nahi,</w:t>
      </w:r>
      <w:r>
        <w:br/>
      </w:r>
      <w:r>
        <w:rPr>
          <w:sz w:val="20"/>
        </w:rPr>
        <w:t>1:25:23  nahi, yeh baat galat hai.</w:t>
      </w:r>
      <w:r>
        <w:br/>
      </w:r>
      <w:r>
        <w:rPr>
          <w:sz w:val="20"/>
        </w:rPr>
        <w:t>1:25:25  aap mawakhza to nahi hain.</w:t>
      </w:r>
      <w:r>
        <w:br/>
      </w:r>
      <w:r>
        <w:rPr>
          <w:sz w:val="20"/>
        </w:rPr>
        <w:t>1:25:27  yani pehli zimmedari bilashuba ulama par hai jo is tarah ke zahir banaya unhon ne.</w:t>
      </w:r>
      <w:r>
        <w:br/>
      </w:r>
      <w:r>
        <w:rPr>
          <w:sz w:val="20"/>
        </w:rPr>
        <w:t>1:25:34  lekin wohi pakray jayengay, dono pakray jayengay.</w:t>
      </w:r>
      <w:r>
        <w:br/>
      </w:r>
      <w:r>
        <w:rPr>
          <w:sz w:val="20"/>
        </w:rPr>
        <w:t>1:25:38  aisa nahi ke ek pakra jaye, doosra chhor diya jaye.</w:t>
      </w:r>
      <w:r>
        <w:br/>
      </w:r>
      <w:r>
        <w:rPr>
          <w:sz w:val="20"/>
        </w:rPr>
        <w:t>1:25:42  yani negative thinking paida ki ulama ne, rehnamaon ne, hamaray saaray likhnay bolnay walay ne.</w:t>
      </w:r>
      <w:r>
        <w:br/>
      </w:r>
      <w:r>
        <w:rPr>
          <w:sz w:val="20"/>
        </w:rPr>
        <w:t>1:25:48  negative thinking, negative thinking.</w:t>
      </w:r>
      <w:r>
        <w:br/>
      </w:r>
      <w:r>
        <w:rPr>
          <w:sz w:val="20"/>
        </w:rPr>
        <w:t>1:25:50  kuch bara bara kar lo, yeh sab kar rahay hain.</w:t>
      </w:r>
      <w:r>
        <w:br/>
      </w:r>
      <w:r>
        <w:rPr>
          <w:sz w:val="20"/>
        </w:rPr>
        <w:t>1:25:54  lekin pakre jayenge dono.</w:t>
      </w:r>
      <w:r>
        <w:br/>
      </w:r>
      <w:r>
        <w:rPr>
          <w:sz w:val="20"/>
        </w:rPr>
        <w:t>1:25:57  aisa nahi ke ek chhod chhod diya, doosra pakra diya.</w:t>
      </w:r>
    </w:p>
    <w:p>
      <w:pPr>
        <w:pStyle w:val="Heading2"/>
      </w:pPr>
      <w:r>
        <w:t>Admitting Mistakes Before the Opposite Party</w:t>
      </w:r>
    </w:p>
    <w:p>
      <w:r>
        <w:rPr>
          <w:color w:val="666666"/>
          <w:sz w:val="18"/>
        </w:rPr>
        <w:t>Ethics &amp; Character · Dars-e-Quran, Chapter 2, Verse 37 | January  07, 2018 · 1m 54s · at 52:33 · https://youtu.be/ao6Cr57KuEM?t=3153</w:t>
      </w:r>
    </w:p>
    <w:p>
      <w:r>
        <w:rPr>
          <w:i/>
        </w:rPr>
        <w:t>“Moulana, many people feel that admitting one mistake would make them smaller in front of the opposite party. This may make the opposite party misuse the situation to his or her advantage.”</w:t>
      </w:r>
    </w:p>
    <w:p>
      <w:r>
        <w:rPr>
          <w:sz w:val="20"/>
        </w:rPr>
        <w:t>52:33  maulana, agla sawal bheja hai tahir saeed sahib ne lucknow se, unhon ne likha hai: "maulana, many people</w:t>
      </w:r>
      <w:r>
        <w:br/>
      </w:r>
      <w:r>
        <w:rPr>
          <w:sz w:val="20"/>
        </w:rPr>
        <w:t>52:43  feel that admitting one's mistake would make them smaller in front of the opposite party. This may</w:t>
      </w:r>
      <w:r>
        <w:br/>
      </w:r>
      <w:r>
        <w:rPr>
          <w:sz w:val="20"/>
        </w:rPr>
        <w:t>52:53  make the opposite party misuse the situation to his or her advantage.</w:t>
      </w:r>
      <w:r>
        <w:br/>
      </w:r>
      <w:r>
        <w:rPr>
          <w:sz w:val="20"/>
        </w:rPr>
        <w:t>53:00  so is it not better that we say i was wrong in our heart and then do not</w:t>
      </w:r>
      <w:r>
        <w:br/>
      </w:r>
      <w:r>
        <w:rPr>
          <w:sz w:val="20"/>
        </w:rPr>
        <w:t>53:06  repeat the mistake ever? if we say i was wrong aloud, then the opposite party may exploit the</w:t>
      </w:r>
      <w:r>
        <w:br/>
      </w:r>
      <w:r>
        <w:rPr>
          <w:sz w:val="20"/>
        </w:rPr>
        <w:t>53:12  situation." nahi, bilkul yeh bilkul khali baat hai.</w:t>
      </w:r>
      <w:r>
        <w:br/>
      </w:r>
      <w:r>
        <w:rPr>
          <w:sz w:val="20"/>
        </w:rPr>
        <w:t>53:19  puri history mein aisa kabhi hua nahi.</w:t>
      </w:r>
      <w:r>
        <w:br/>
      </w:r>
      <w:r>
        <w:rPr>
          <w:sz w:val="20"/>
        </w:rPr>
        <w:t>53:25  dekhiye, yahan log apni woe ko jante hain, yeh woe ki language hai jo aap bol rahe hain,</w:t>
      </w:r>
      <w:r>
        <w:br/>
      </w:r>
      <w:r>
        <w:rPr>
          <w:sz w:val="20"/>
        </w:rPr>
        <w:t>53:31  aur law of nature ko nahi jante.</w:t>
      </w:r>
      <w:r>
        <w:br/>
      </w:r>
      <w:r>
        <w:rPr>
          <w:sz w:val="20"/>
        </w:rPr>
        <w:t>53:37  law of nature jo hai, us ke andar ek cheez hai jis ko kehte hain conscious.</w:t>
      </w:r>
      <w:r>
        <w:br/>
      </w:r>
      <w:r>
        <w:rPr>
          <w:sz w:val="20"/>
        </w:rPr>
        <w:t>53:43  insan ka personality ka ek bohat hi important part hai conscious.</w:t>
      </w:r>
      <w:r>
        <w:br/>
      </w:r>
      <w:r>
        <w:rPr>
          <w:sz w:val="20"/>
        </w:rPr>
        <w:t>53:49  تو جیسے ہی فریق دوسری پارٹی یہ کہہ دے: "I was wrong</w:t>
      </w:r>
      <w:r>
        <w:br/>
      </w:r>
      <w:r>
        <w:rPr>
          <w:sz w:val="20"/>
        </w:rPr>
        <w:t>53:55  ", to conscious ko moqa mil jata hai kaam karne ka.</w:t>
      </w:r>
      <w:r>
        <w:br/>
      </w:r>
      <w:r>
        <w:rPr>
          <w:sz w:val="20"/>
        </w:rPr>
        <w:t>54:01  yani conscious jaag parta hai, aur jab conscious jaag pare to us ke baad submission ata hai, modesty</w:t>
      </w:r>
      <w:r>
        <w:br/>
      </w:r>
      <w:r>
        <w:rPr>
          <w:sz w:val="20"/>
        </w:rPr>
        <w:t>54:06  aati hai, acknowledge karna aata hai.</w:t>
      </w:r>
      <w:r>
        <w:br/>
      </w:r>
      <w:r>
        <w:rPr>
          <w:sz w:val="20"/>
        </w:rPr>
        <w:t>54:11  yeh to law of nature hai.</w:t>
      </w:r>
      <w:r>
        <w:br/>
      </w:r>
      <w:r>
        <w:rPr>
          <w:sz w:val="20"/>
        </w:rPr>
        <w:t>54:17  jo log nahi jante is ko, woh aisi baatein karte hain.</w:t>
      </w:r>
      <w:r>
        <w:br/>
      </w:r>
      <w:r>
        <w:rPr>
          <w:sz w:val="20"/>
        </w:rPr>
        <w:t>54:22  law of nature supreme hai, hamari will supreme nahi hai.</w:t>
      </w:r>
    </w:p>
    <w:p>
      <w:pPr>
        <w:pStyle w:val="Heading2"/>
      </w:pPr>
      <w:r>
        <w:t>Advising a Short-Tempered Son to Be Patient</w:t>
      </w:r>
    </w:p>
    <w:p>
      <w:r>
        <w:rPr>
          <w:color w:val="666666"/>
          <w:sz w:val="18"/>
        </w:rPr>
        <w:t>Ethics &amp; Character · Dars-e-Quran, Chapter 2, Verses 44-46, January 28, 2018 · 2m 33s · at 59:38 · https://youtu.be/3Kd5InuBtFA?t=3578</w:t>
      </w:r>
    </w:p>
    <w:p>
      <w:r>
        <w:rPr>
          <w:i/>
        </w:rPr>
        <w:t>“Moulana sahab, my son is fifteen years old and a very short-tempered boy. Even though I try my best to teach him to be patient, he does not listen. I want your advice on how to convey to him that keeping patience is like inviting God's help.”</w:t>
      </w:r>
    </w:p>
    <w:p>
      <w:r>
        <w:rPr>
          <w:sz w:val="20"/>
        </w:rPr>
        <w:t>59:38  maz ko makkah aur madinah ke dawah dawati mahol mein samajhna hai. jazak allah." maulana, agla sawal lete hain jo doctor arsalan ne bheja hai lucknow se. unhone likha hai: "maulana sahab! my son is fifteen years old and a very short tempered boy. even though i try my best to teach him to be patient, b</w:t>
      </w:r>
      <w:r>
        <w:br/>
      </w:r>
      <w:r>
        <w:rPr>
          <w:sz w:val="20"/>
        </w:rPr>
        <w:t>1:00:08  t hi does not listen.</w:t>
      </w:r>
      <w:r>
        <w:br/>
      </w:r>
      <w:r>
        <w:rPr>
          <w:sz w:val="20"/>
        </w:rPr>
        <w:t>1:00:13  I want your advice as to how to convey him that keeping patience is like inviting God's help.</w:t>
      </w:r>
      <w:r>
        <w:br/>
      </w:r>
      <w:r>
        <w:rPr>
          <w:sz w:val="20"/>
        </w:rPr>
        <w:t>1:00:18  how can he be changed? dekhiye, is ko change nahi karna hai.</w:t>
      </w:r>
      <w:r>
        <w:br/>
      </w:r>
      <w:r>
        <w:rPr>
          <w:sz w:val="20"/>
        </w:rPr>
        <w:t>1:00:23  aap log apne aap ko change kijiye.</w:t>
      </w:r>
      <w:r>
        <w:br/>
      </w:r>
      <w:r>
        <w:rPr>
          <w:sz w:val="20"/>
        </w:rPr>
        <w:t>1:00:28  jittne aise bachche hote hain, woh maa baap ki pampering se bante hain.</w:t>
      </w:r>
      <w:r>
        <w:br/>
      </w:r>
      <w:r>
        <w:rPr>
          <w:sz w:val="20"/>
        </w:rPr>
        <w:t>1:00:33  woh aap aur aap ki</w:t>
      </w:r>
      <w:r>
        <w:br/>
      </w:r>
      <w:r>
        <w:rPr>
          <w:sz w:val="20"/>
        </w:rPr>
        <w:t>1:00:38  aliya apni pampering ko khatm kijiye.</w:t>
      </w:r>
      <w:r>
        <w:br/>
      </w:r>
      <w:r>
        <w:rPr>
          <w:sz w:val="20"/>
        </w:rPr>
        <w:t>1:00:44  ghalti aap ki taraf hai aur is ko aap lagate hain beti ki taraf.</w:t>
      </w:r>
      <w:r>
        <w:br/>
      </w:r>
      <w:r>
        <w:rPr>
          <w:sz w:val="20"/>
        </w:rPr>
        <w:t>1:00:49  is mein koi shaq nahi, koi shaq nahi ke aap aur aap ki biwi ki pampering ne bachchon</w:t>
      </w:r>
      <w:r>
        <w:br/>
      </w:r>
      <w:r>
        <w:rPr>
          <w:sz w:val="20"/>
        </w:rPr>
        <w:t>1:00:54  ko aisa banaya hai.</w:t>
      </w:r>
      <w:r>
        <w:br/>
      </w:r>
      <w:r>
        <w:rPr>
          <w:sz w:val="20"/>
        </w:rPr>
        <w:t>1:01:00  is mein mein yeh add karunga ke maa baap ko nazar hi nahi aata.</w:t>
      </w:r>
      <w:r>
        <w:br/>
      </w:r>
      <w:r>
        <w:rPr>
          <w:sz w:val="20"/>
        </w:rPr>
        <w:t>1:01:05  mein aise maa baap ko jaanta hoon</w:t>
      </w:r>
      <w:r>
        <w:br/>
      </w:r>
      <w:r>
        <w:rPr>
          <w:sz w:val="20"/>
        </w:rPr>
        <w:t>1:01:10  jo apne bachchon ki pampering karte the aur jab un ko toka gaya to kaha: nahi, mein to</w:t>
      </w:r>
      <w:r>
        <w:br/>
      </w:r>
      <w:r>
        <w:rPr>
          <w:sz w:val="20"/>
        </w:rPr>
        <w:t>1:01:18  kuch nahi karta. khud ba khud mere baap, mere jo baap the, meri pampering karte the.</w:t>
      </w:r>
      <w:r>
        <w:br/>
      </w:r>
      <w:r>
        <w:rPr>
          <w:sz w:val="20"/>
        </w:rPr>
        <w:t>1:01:26  khud mere baap mere phupha ko rokte the to woh samajhte the ke mein to kuch nahi karta.</w:t>
      </w:r>
      <w:r>
        <w:br/>
      </w:r>
      <w:r>
        <w:rPr>
          <w:sz w:val="20"/>
        </w:rPr>
        <w:t>1:01:33  mere baap ki death ho gayi jab mein</w:t>
      </w:r>
      <w:r>
        <w:br/>
      </w:r>
      <w:r>
        <w:rPr>
          <w:sz w:val="20"/>
        </w:rPr>
        <w:t>1:01:41  chhe saal ka tha. ab bilkul pampered baap bana hua tha. main main khud pampered baap bana hua tha. to mere baap ki death ho gayi, tab mere andar nayi zindagi shuru hui. aap ghalati aap karte hain, ab dalte hain bachche ke upar: "your boy is pampered boy. is ko khatm kijiye, phir sab kuch theek</w:t>
      </w:r>
    </w:p>
    <w:p>
      <w:pPr>
        <w:pStyle w:val="Heading2"/>
      </w:pPr>
      <w:r>
        <w:t>Am I right about a believer as universal benefactor</w:t>
      </w:r>
    </w:p>
    <w:p>
      <w:r>
        <w:rPr>
          <w:color w:val="666666"/>
          <w:sz w:val="18"/>
        </w:rPr>
        <w:t>Ethics &amp; Character · Divine Plan | March 12, 2017 · 45s · at 56:13 · https://youtu.be/dqB4muqGG4I?t=3373</w:t>
      </w:r>
    </w:p>
    <w:p>
      <w:r>
        <w:rPr>
          <w:i/>
        </w:rPr>
        <w:t>“In my opinion, the believer has to be a universal benefactor like sun, moon, air and water. This was my today's takeaway from your lecture. Maulana Sahib, am I right in my thinking?”</w:t>
      </w:r>
    </w:p>
    <w:p>
      <w:r>
        <w:rPr>
          <w:sz w:val="20"/>
        </w:rPr>
        <w:t>56:13  aur isi mein ek aap se sawal bhi pucha hai unhone likha hai in my opinion the</w:t>
      </w:r>
      <w:r>
        <w:br/>
      </w:r>
      <w:r>
        <w:rPr>
          <w:sz w:val="20"/>
        </w:rPr>
        <w:t>56:21  believer has to be a universal benefactor like sun moon air and water</w:t>
      </w:r>
      <w:r>
        <w:br/>
      </w:r>
      <w:r>
        <w:rPr>
          <w:sz w:val="20"/>
        </w:rPr>
        <w:t>56:29  this was my today's take away from your lecture maulana sahib am i right in my thinking bahut sahi</w:t>
      </w:r>
      <w:r>
        <w:br/>
      </w:r>
      <w:r>
        <w:rPr>
          <w:sz w:val="20"/>
        </w:rPr>
        <w:t>56:36  bilkul sahi baat hai ji yaqoob maulana yaqoob umri sahib ne comment bheja hai maulana today for the</w:t>
      </w:r>
      <w:r>
        <w:br/>
      </w:r>
      <w:r>
        <w:rPr>
          <w:sz w:val="20"/>
        </w:rPr>
        <w:t>56:44  first time i have discovered that modern age is the age of global dawat age and it inspired</w:t>
      </w:r>
      <w:r>
        <w:br/>
      </w:r>
      <w:r>
        <w:rPr>
          <w:sz w:val="20"/>
        </w:rPr>
        <w:t>56:51  me to replan accordingly jazak allah</w:t>
      </w:r>
    </w:p>
    <w:p>
      <w:pPr>
        <w:pStyle w:val="Heading2"/>
      </w:pPr>
      <w:r>
        <w:t>Arrogance of claiming books lack knowledge</w:t>
      </w:r>
    </w:p>
    <w:p>
      <w:r>
        <w:rPr>
          <w:color w:val="666666"/>
          <w:sz w:val="18"/>
        </w:rPr>
        <w:t>Ethics &amp; Character · Dars-e-Quran, Chapter 2, Verse 255 | December 24, 2017 · 1m 18s · at 56:41 · https://youtu.be/tKX0KUhUMnw?t=3401</w:t>
      </w:r>
    </w:p>
    <w:p>
      <w:r>
        <w:rPr>
          <w:i/>
        </w:rPr>
        <w:t>“This is sheer arrogance to claim that all the books written till now are without ma'rifah (spiritual knowledge). May Allah save us from arrogance and deliver us from hellfire. Maulana, what would you say about this? Please name one book full of ma'rifah that I should read again.”</w:t>
      </w:r>
    </w:p>
    <w:p>
      <w:r>
        <w:rPr>
          <w:sz w:val="20"/>
        </w:rPr>
        <w:t>56:41  sawal ki shakal mein hai, aur unhon ne likha hai: "this is sheer arrogance to claim that all the books written till now are without marifat. may Allah save us from arrogance and deliver us from the hell fire." Maulana, is ke bare mein aap kya kehna chahenge? theek hai, dua kijiye. main bhi aap ke liye dua karta hoon, aap bhi mere liye dua kijiye. ji, sirf main ek hi baat kahunga ke</w:t>
      </w:r>
      <w:r>
        <w:br/>
      </w:r>
      <w:r>
        <w:rPr>
          <w:sz w:val="20"/>
        </w:rPr>
        <w:t>57:11  mujhe koi ek kitab ka naam likh dijiye jis ko main dobara parhoon ga, jis mein jo marifat</w:t>
      </w:r>
      <w:r>
        <w:br/>
      </w:r>
      <w:r>
        <w:rPr>
          <w:sz w:val="20"/>
        </w:rPr>
        <w:t>57:18  se bhari hui ho.</w:t>
      </w:r>
      <w:r>
        <w:br/>
      </w:r>
      <w:r>
        <w:rPr>
          <w:sz w:val="20"/>
        </w:rPr>
        <w:t>57:26  aur main kuch nahi kehta aap se, sirf ek is kitab ka naam likh dijiye mere paas, urdu</w:t>
      </w:r>
      <w:r>
        <w:br/>
      </w:r>
      <w:r>
        <w:rPr>
          <w:sz w:val="20"/>
        </w:rPr>
        <w:t>57:33  mein, arabi mein, farsi mein, english mein, kisi zaban mein woh kitab ho, mujhe likhiye jo aap ke nazd</w:t>
      </w:r>
      <w:r>
        <w:br/>
      </w:r>
      <w:r>
        <w:rPr>
          <w:sz w:val="20"/>
        </w:rPr>
        <w:t>57:41  meek marifat se bhari hui ho.</w:t>
      </w:r>
      <w:r>
        <w:br/>
      </w:r>
      <w:r>
        <w:rPr>
          <w:sz w:val="20"/>
        </w:rPr>
        <w:t>57:47  yani marifat pehle hasil kiya insaan ne, aur us ke baad phir kitab likhi.</w:t>
      </w:r>
      <w:r>
        <w:br/>
      </w:r>
      <w:r>
        <w:rPr>
          <w:sz w:val="20"/>
        </w:rPr>
        <w:t>57:53  bas yahi aap kijiye, aap comment mat dijiye, kitab ka naam likh dijiye.</w:t>
      </w:r>
    </w:p>
    <w:p>
      <w:pPr>
        <w:pStyle w:val="Heading2"/>
      </w:pPr>
      <w:r>
        <w:t>Attending Gatherings Where Alcohol is Served</w:t>
      </w:r>
    </w:p>
    <w:p>
      <w:r>
        <w:rPr>
          <w:color w:val="666666"/>
          <w:sz w:val="18"/>
        </w:rPr>
        <w:t>Ethics &amp; Character · Creative Solution or Ijtihadi Hal September 16, 2012 · 2m 09s · at 1:05:22 · https://youtu.be/yBKbiu0d_1A?t=3922</w:t>
      </w:r>
    </w:p>
    <w:p>
      <w:r>
        <w:rPr>
          <w:i/>
        </w:rPr>
        <w:t>“Quite a few times it happens that we are invited to gatherings and parties. In such gatherings and parties alcohol is also served. My question is: Should we attend such gatherings and parties?”</w:t>
      </w:r>
    </w:p>
    <w:p>
      <w:r>
        <w:rPr>
          <w:sz w:val="20"/>
        </w:rPr>
        <w:t>1:05:22  maulana, agla sawal dilli se hai doctor tahir ka</w:t>
      </w:r>
      <w:r>
        <w:br/>
      </w:r>
      <w:r>
        <w:rPr>
          <w:sz w:val="20"/>
        </w:rPr>
        <w:t>1:05:26  . unhon ne likha hai ke "quite a few times it happens that we are invited in gatherings or parties.</w:t>
      </w:r>
      <w:r>
        <w:br/>
      </w:r>
      <w:r>
        <w:rPr>
          <w:sz w:val="20"/>
        </w:rPr>
        <w:t>1:05:35  in such gatherings or parties alcohol is also served. my question is that should we attend such gatherings or parties?"</w:t>
      </w:r>
      <w:r>
        <w:br/>
      </w:r>
      <w:r>
        <w:rPr>
          <w:sz w:val="20"/>
        </w:rPr>
        <w:t>1:05:46  dekhiye, hamara maslak jo islam ke mutabiq hai, woh yeh hai ke is aisi partiyon mein ma'eeshat jana waqt ko zaya karna hai.</w:t>
      </w:r>
      <w:r>
        <w:br/>
      </w:r>
      <w:r>
        <w:rPr>
          <w:sz w:val="20"/>
        </w:rPr>
        <w:t>1:05:57  lekin agar aap da'i hain, tab jana bilkul, yani bohat hi achhi baat hogi ke aap apne pocket mein, apne bag mein islamic popular rakh lein, quran ka tehsil rakh lein,</w:t>
      </w:r>
      <w:r>
        <w:br/>
      </w:r>
      <w:r>
        <w:rPr>
          <w:sz w:val="20"/>
        </w:rPr>
        <w:t>1:06:12  aisi kuch kitabein rakh lein, rasool Allah ki seerat par, aur wahan par jo log ate hain, un ko aap pesh karein kitabein. to woh un ka fe'al hai ke woh alcohol lete hain ke nahi lete, woh un ka fe'al hai.</w:t>
      </w:r>
      <w:r>
        <w:br/>
      </w:r>
      <w:r>
        <w:rPr>
          <w:sz w:val="20"/>
        </w:rPr>
        <w:t>1:06:23  aap ko is se kya lena dena؟</w:t>
      </w:r>
      <w:r>
        <w:br/>
      </w:r>
      <w:r>
        <w:rPr>
          <w:sz w:val="20"/>
        </w:rPr>
        <w:t>1:06:27  to yeh koi wajah nahi hai ke aap partiyon mein na jayen. asal cheez hai ke kya partiyon mein ja kar ke aap us ko opportunity ko avail kar kar sakte hain؟</w:t>
      </w:r>
      <w:r>
        <w:br/>
      </w:r>
      <w:r>
        <w:rPr>
          <w:sz w:val="20"/>
        </w:rPr>
        <w:t>1:06:38  avail kar sakte hain, yani aik aik gathering ko bator audience ke istemal karna, bator baddu ke istemal karna, yeh aap kar sakte hain ke nahi؟</w:t>
      </w:r>
      <w:r>
        <w:br/>
      </w:r>
      <w:r>
        <w:rPr>
          <w:sz w:val="20"/>
        </w:rPr>
        <w:t>1:06:48  yahan par, yani aap ko decision lena hai.</w:t>
      </w:r>
      <w:r>
        <w:br/>
      </w:r>
      <w:r>
        <w:rPr>
          <w:sz w:val="20"/>
        </w:rPr>
        <w:t>1:06:53  rasool allah salallaho alaihi wasallam dekhiye, har mauqa pe ja dete ho jahan but pooja ja raha hai, wahan pe ja dete the. bazaar lagte the, wahan bhi tarah tarah ke jahili rasmein hoti thin, wahan bhi jate the aap kyunke un ko aap bator madu ke dekhte the.</w:t>
      </w:r>
      <w:r>
        <w:br/>
      </w:r>
      <w:r>
        <w:rPr>
          <w:sz w:val="20"/>
        </w:rPr>
        <w:t>1:07:07  madu wahan ja kar aap ko quran pesh karte the. to aap par depend karta hai ke aap wahan ja kar ke us ko bator opportunity avail kar sakte hain ya nahi kar sakte.</w:t>
      </w:r>
      <w:r>
        <w:br/>
      </w:r>
      <w:r>
        <w:rPr>
          <w:sz w:val="20"/>
        </w:rPr>
        <w:t>1:07:21  is ko dekh kar faisla kijiye. baqi woh alcohol lete hain ya nahi lete, woh woh aap ka concern nahi hai.</w:t>
      </w:r>
    </w:p>
    <w:p>
      <w:pPr>
        <w:pStyle w:val="Heading2"/>
      </w:pPr>
      <w:r>
        <w:t>Avoiding obstacles to brilliant personality</w:t>
      </w:r>
    </w:p>
    <w:p>
      <w:r>
        <w:rPr>
          <w:color w:val="666666"/>
          <w:sz w:val="18"/>
        </w:rPr>
        <w:t>Ethics &amp; Character · Brilliant Personality November 27, 2016 · 5m 59s · at 1:03:01 · https://youtu.be/268O3sgnjC0?t=3781</w:t>
      </w:r>
    </w:p>
    <w:p>
      <w:r>
        <w:rPr>
          <w:i/>
        </w:rPr>
        <w:t>“What are those things that as a believer I should not do which will stop me from becoming a brilliant personality?”</w:t>
      </w:r>
    </w:p>
    <w:p>
      <w:r>
        <w:rPr>
          <w:sz w:val="20"/>
        </w:rPr>
        <w:t>1:03:01  Maulana, agla sawal zuber iqbal sahab ne kiya hai nagpur se aur unhon ne likha hai: "Maulana sahab</w:t>
      </w:r>
      <w:r>
        <w:br/>
      </w:r>
      <w:r>
        <w:rPr>
          <w:sz w:val="20"/>
        </w:rPr>
        <w:t>1:03:09  what are those things that as a believer I should not do which will stop me from becoming</w:t>
      </w:r>
      <w:r>
        <w:br/>
      </w:r>
      <w:r>
        <w:rPr>
          <w:sz w:val="20"/>
        </w:rPr>
        <w:t>1:03:16  a brilliant personality?</w:t>
      </w:r>
      <w:r>
        <w:br/>
      </w:r>
      <w:r>
        <w:rPr>
          <w:sz w:val="20"/>
        </w:rPr>
        <w:t>1:03:24  Kindly advice.</w:t>
      </w:r>
      <w:r>
        <w:br/>
      </w:r>
      <w:r>
        <w:rPr>
          <w:sz w:val="20"/>
        </w:rPr>
        <w:t>1:03:29  Bhai, main ne to yeh samjha hai ke sab se zyada jo disastrous cheez hai, mohlik, woh hai distraction.</w:t>
      </w:r>
      <w:r>
        <w:br/>
      </w:r>
      <w:r>
        <w:rPr>
          <w:sz w:val="20"/>
        </w:rPr>
        <w:t>1:03:34  Har aadmi pe distraction mein pada mujhe nazar aata hai.</w:t>
      </w:r>
      <w:r>
        <w:br/>
      </w:r>
      <w:r>
        <w:rPr>
          <w:sz w:val="20"/>
        </w:rPr>
        <w:t>1:03:39  Zara si baat se distract hote hain log, zara si baat se distract hote hain log.</w:t>
      </w:r>
      <w:r>
        <w:br/>
      </w:r>
      <w:r>
        <w:rPr>
          <w:sz w:val="20"/>
        </w:rPr>
        <w:t>1:03:45  Jaise main ne ek misaal is se pehle de chuka hoon aap ko ke main ek sahab ke</w:t>
      </w:r>
      <w:r>
        <w:br/>
      </w:r>
      <w:r>
        <w:rPr>
          <w:sz w:val="20"/>
        </w:rPr>
        <w:t>1:03:50  saath tha aur bahut hi serious deeni baatein ho rahi theen.</w:t>
      </w:r>
      <w:r>
        <w:br/>
      </w:r>
      <w:r>
        <w:rPr>
          <w:sz w:val="20"/>
        </w:rPr>
        <w:t>1:03:55  Ab un ka chhota bachcha aa gaya to foran utha kar god mein rakh liya unhon ne.</w:t>
      </w:r>
      <w:r>
        <w:br/>
      </w:r>
      <w:r>
        <w:rPr>
          <w:sz w:val="20"/>
        </w:rPr>
        <w:t>1:04:01  Yeh hai distraction.</w:t>
      </w:r>
      <w:r>
        <w:br/>
      </w:r>
      <w:r>
        <w:rPr>
          <w:sz w:val="20"/>
        </w:rPr>
        <w:t>1:04:06  Phir woh bachcha aaya hai, aayega, jayega.</w:t>
      </w:r>
      <w:r>
        <w:br/>
      </w:r>
      <w:r>
        <w:rPr>
          <w:sz w:val="20"/>
        </w:rPr>
        <w:t>1:04:11  Is ko, is ko aap apne sochne ke silsile ko todte hain, kyun todte hain? Isi ko kehte hain distraction.</w:t>
      </w:r>
      <w:r>
        <w:br/>
      </w:r>
      <w:r>
        <w:rPr>
          <w:sz w:val="20"/>
        </w:rPr>
        <w:t>1:04:17  Main ek martaba, main ek dastarkhwan par tha, kisi ka dawat thi to bahut saaman aa raha tha.</w:t>
      </w:r>
      <w:r>
        <w:br/>
      </w:r>
      <w:r>
        <w:rPr>
          <w:sz w:val="20"/>
        </w:rPr>
        <w:t>1:04:22  ek ke baad ek.</w:t>
      </w:r>
      <w:r>
        <w:br/>
      </w:r>
      <w:r>
        <w:rPr>
          <w:sz w:val="20"/>
        </w:rPr>
        <w:t>1:04:27  to mein to aksar aise mauqe par sookhi roti kha leta hoon, bas kuch.</w:t>
      </w:r>
      <w:r>
        <w:br/>
      </w:r>
      <w:r>
        <w:rPr>
          <w:sz w:val="20"/>
        </w:rPr>
        <w:t>1:04:33  to murgh, murgh aaya, haan murgh.</w:t>
      </w:r>
      <w:r>
        <w:br/>
      </w:r>
      <w:r>
        <w:rPr>
          <w:sz w:val="20"/>
        </w:rPr>
        <w:t>1:04:38  to ek sahab ne kaha ke nishan-e-mard-e-momin baat goyam jo murgh aaya to sam lahab is to</w:t>
      </w:r>
      <w:r>
        <w:br/>
      </w:r>
      <w:r>
        <w:rPr>
          <w:sz w:val="20"/>
        </w:rPr>
        <w:t>1:04:43  wo distraction hai.</w:t>
      </w:r>
      <w:r>
        <w:br/>
      </w:r>
      <w:r>
        <w:rPr>
          <w:sz w:val="20"/>
        </w:rPr>
        <w:t>1:04:49  yaani hum sochein, hum jab matlab baitha hoon dastarkhwan par to mein sochta hoon ke Allah ne kaisi</w:t>
      </w:r>
      <w:r>
        <w:br/>
      </w:r>
      <w:r>
        <w:rPr>
          <w:sz w:val="20"/>
        </w:rPr>
        <w:t>1:04:54  acchi cheezein banayi hain.</w:t>
      </w:r>
      <w:r>
        <w:br/>
      </w:r>
      <w:r>
        <w:rPr>
          <w:sz w:val="20"/>
        </w:rPr>
        <w:t>1:04:59  mujhe roti, roti nahi dikhayi thi.</w:t>
      </w:r>
      <w:r>
        <w:br/>
      </w:r>
      <w:r>
        <w:rPr>
          <w:sz w:val="20"/>
        </w:rPr>
        <w:t>1:05:05  roti mein gandum ka khet, us ke pehle barishein, us ke pehle zameen ka banna, ek poora process</w:t>
      </w:r>
      <w:r>
        <w:br/>
      </w:r>
      <w:r>
        <w:rPr>
          <w:sz w:val="20"/>
        </w:rPr>
        <w:t>1:05:10  hai jo billion billion years ka.</w:t>
      </w:r>
      <w:r>
        <w:br/>
      </w:r>
      <w:r>
        <w:rPr>
          <w:sz w:val="20"/>
        </w:rPr>
        <w:t>1:05:15  tab mujhe roti mili hai.</w:t>
      </w:r>
      <w:r>
        <w:br/>
      </w:r>
      <w:r>
        <w:rPr>
          <w:sz w:val="20"/>
        </w:rPr>
        <w:t>1:05:21  to mein to kho jaata hoon Allah ki takhleeq mein.</w:t>
      </w:r>
      <w:r>
        <w:br/>
      </w:r>
      <w:r>
        <w:rPr>
          <w:sz w:val="20"/>
        </w:rPr>
        <w:t>1:05:26  ab in ko bas murgh aaya to bas distract ho gaye.</w:t>
      </w:r>
      <w:r>
        <w:br/>
      </w:r>
      <w:r>
        <w:rPr>
          <w:sz w:val="20"/>
        </w:rPr>
        <w:t>1:05:31  isi mein ab le rahe hain, kha rahe hain. Alhamdulillah, Alhamdulillah.</w:t>
      </w:r>
      <w:r>
        <w:br/>
      </w:r>
      <w:r>
        <w:rPr>
          <w:sz w:val="20"/>
        </w:rPr>
        <w:t>1:05:37  yeh distraction hai, Alhamdulillah nahi hai.</w:t>
      </w:r>
      <w:r>
        <w:br/>
      </w:r>
      <w:r>
        <w:rPr>
          <w:sz w:val="20"/>
        </w:rPr>
        <w:t>1:05:42  yeh distraction hai.</w:t>
      </w:r>
      <w:r>
        <w:br/>
      </w:r>
      <w:r>
        <w:rPr>
          <w:sz w:val="20"/>
        </w:rPr>
        <w:t>1:05:47  aap ke samne khana aaya hai to jaise aaj aap ne mujhe ek anda diya khane ke liye</w:t>
      </w:r>
      <w:r>
        <w:br/>
      </w:r>
      <w:r>
        <w:rPr>
          <w:sz w:val="20"/>
        </w:rPr>
        <w:t>1:05:53  to anda dekh kar main samjha ke ke kaise, kitni ajeeb qudrat hai Allah taala ki ke murghi,</w:t>
      </w:r>
      <w:r>
        <w:br/>
      </w:r>
      <w:r>
        <w:rPr>
          <w:sz w:val="20"/>
        </w:rPr>
        <w:t>1:05:58  murghi ke andar anda kaise banta hai.</w:t>
      </w:r>
      <w:r>
        <w:br/>
      </w:r>
      <w:r>
        <w:rPr>
          <w:sz w:val="20"/>
        </w:rPr>
        <w:t>1:06:03  murghi ke andar anda aur ande ke andar protein kaisa hota hai.</w:t>
      </w:r>
      <w:r>
        <w:br/>
      </w:r>
      <w:r>
        <w:rPr>
          <w:sz w:val="20"/>
        </w:rPr>
        <w:t>1:06:09  to jab is nazar se dekhenge to is se aap ko marifat ka nectar milega.</w:t>
      </w:r>
      <w:r>
        <w:br/>
      </w:r>
      <w:r>
        <w:rPr>
          <w:sz w:val="20"/>
        </w:rPr>
        <w:t>1:06:14  nahi to aap distract hote rahenge har waqt.</w:t>
      </w:r>
      <w:r>
        <w:br/>
      </w:r>
      <w:r>
        <w:rPr>
          <w:sz w:val="20"/>
        </w:rPr>
        <w:t>1:06:19  mein logon ko dekhta hoon, distract hote hain, distract hote hain, distract hote hain.</w:t>
      </w:r>
      <w:r>
        <w:br/>
      </w:r>
      <w:r>
        <w:rPr>
          <w:sz w:val="20"/>
        </w:rPr>
        <w:t>1:06:25  khana aayega to arey bhai, pada item to hai nahi, chutney to, chutney to hai nahi.</w:t>
      </w:r>
      <w:r>
        <w:br/>
      </w:r>
      <w:r>
        <w:rPr>
          <w:sz w:val="20"/>
        </w:rPr>
        <w:t>1:06:30  yeh bhi distraction hai.</w:t>
      </w:r>
      <w:r>
        <w:br/>
      </w:r>
      <w:r>
        <w:rPr>
          <w:sz w:val="20"/>
        </w:rPr>
        <w:t>1:06:35  ek ek sahib ke haan mein khane par tha, un ka mulazim tha, is ka naam tha rehman,</w:t>
      </w:r>
      <w:r>
        <w:br/>
      </w:r>
      <w:r>
        <w:rPr>
          <w:sz w:val="20"/>
        </w:rPr>
        <w:t>1:06:41  rehman naam tha is ka.</w:t>
      </w:r>
      <w:r>
        <w:br/>
      </w:r>
      <w:r>
        <w:rPr>
          <w:sz w:val="20"/>
        </w:rPr>
        <w:t>1:06:46  to khana aaya to woh chuttni ke bohat shaukeen thay, khane mein chuttni.</w:t>
      </w:r>
      <w:r>
        <w:br/>
      </w:r>
      <w:r>
        <w:rPr>
          <w:sz w:val="20"/>
        </w:rPr>
        <w:t>1:06:51  to dekha ke chuttni nahi hai to kehte hain rehman miyan, dekho to chuttni bhi khai hai.</w:t>
      </w:r>
      <w:r>
        <w:br/>
      </w:r>
      <w:r>
        <w:rPr>
          <w:sz w:val="20"/>
        </w:rPr>
        <w:t>1:06:57  ab mein to masroof ho jata hoon, sirf roti hi kyun na ho? ke kaise Allah ne roti</w:t>
      </w:r>
      <w:r>
        <w:br/>
      </w:r>
      <w:r>
        <w:rPr>
          <w:sz w:val="20"/>
        </w:rPr>
        <w:t>1:07:02  banai, kaise Allah ne chawal banaya.</w:t>
      </w:r>
      <w:r>
        <w:br/>
      </w:r>
      <w:r>
        <w:rPr>
          <w:sz w:val="20"/>
        </w:rPr>
        <w:t>1:07:07  aap ko dikhaya jata hai ke chuttni nahi hai, achar nahi hai, aur koi sweet item nahi hai.</w:t>
      </w:r>
      <w:r>
        <w:br/>
      </w:r>
      <w:r>
        <w:rPr>
          <w:sz w:val="20"/>
        </w:rPr>
        <w:t>1:07:13  yeh sab distraction hai.</w:t>
      </w:r>
      <w:r>
        <w:br/>
      </w:r>
      <w:r>
        <w:rPr>
          <w:sz w:val="20"/>
        </w:rPr>
        <w:t>1:07:18  to agar aap ko aala marifat darkar hai to aap ko distraction se bachna pare ga, nahi to</w:t>
      </w:r>
      <w:r>
        <w:br/>
      </w:r>
      <w:r>
        <w:rPr>
          <w:sz w:val="20"/>
        </w:rPr>
        <w:t>1:07:23  aala marifat milne wali bhi nahi hai.</w:t>
      </w:r>
      <w:r>
        <w:br/>
      </w:r>
      <w:r>
        <w:rPr>
          <w:sz w:val="20"/>
        </w:rPr>
        <w:t>1:07:29  Okay, before we end this session, just another announcement: that Goodword Books would be participating in two upcoming</w:t>
      </w:r>
      <w:r>
        <w:br/>
      </w:r>
      <w:r>
        <w:rPr>
          <w:sz w:val="20"/>
        </w:rPr>
        <w:t>1:07:34  book fairs in Doha and in Jeddah.</w:t>
      </w:r>
      <w:r>
        <w:br/>
      </w:r>
      <w:r>
        <w:rPr>
          <w:sz w:val="20"/>
        </w:rPr>
        <w:t>1:07:39  So you can get books of Maulana Wahiduddin Khan sahib and Dr.</w:t>
      </w:r>
      <w:r>
        <w:br/>
      </w:r>
      <w:r>
        <w:rPr>
          <w:sz w:val="20"/>
        </w:rPr>
        <w:t>1:07:45  Saneer Stain Khan sahib.</w:t>
      </w:r>
      <w:r>
        <w:br/>
      </w:r>
      <w:r>
        <w:rPr>
          <w:sz w:val="20"/>
        </w:rPr>
        <w:t>1:07:50  The dates for these two book fairs are in Doha; the book fair starts on November 30th till</w:t>
      </w:r>
      <w:r>
        <w:br/>
      </w:r>
      <w:r>
        <w:rPr>
          <w:sz w:val="20"/>
        </w:rPr>
        <w:t>1:07:55  about 10th December, and the contact person is Maulana Yaqoob Umri.</w:t>
      </w:r>
      <w:r>
        <w:br/>
      </w:r>
      <w:r>
        <w:rPr>
          <w:sz w:val="20"/>
        </w:rPr>
        <w:t>1:08:01  The Jeddah book fair is between December 15th to December 25th, and you can contact Syed Ahmad Ali and Maulana Yaqoob Omri. Thank you for watching CPS International. We will be back next week same time. Thank you.</w:t>
      </w:r>
    </w:p>
    <w:p>
      <w:pPr>
        <w:pStyle w:val="Heading2"/>
      </w:pPr>
      <w:r>
        <w:t>Balancing hatred of evil with positivity</w:t>
      </w:r>
    </w:p>
    <w:p>
      <w:r>
        <w:rPr>
          <w:color w:val="666666"/>
          <w:sz w:val="18"/>
        </w:rPr>
        <w:t>Ethics &amp; Character · The Culture of People of Paradise January 06, 2019 Maulana Wahiduddin Khan · 1m 33s · at 49:24 · https://youtu.be/rFExua9zntM?t=2964</w:t>
      </w:r>
    </w:p>
    <w:p>
      <w:r>
        <w:rPr>
          <w:i/>
        </w:rPr>
        <w:t>“Molana, a person said that hating evil and keeping the heart positive, how is that possible? Molana, what would be the answer?”</w:t>
      </w:r>
    </w:p>
    <w:p>
      <w:r>
        <w:rPr>
          <w:sz w:val="20"/>
        </w:rPr>
        <w:t>49:24  molana, agla sawal molana iqbal umri ne kiya hai chennai se. unhon ne likha hai: "molana, ek sahib ne kaha ke burai se nafrat karna aur dil ko positive rakhna yeh kaise mumkin hai?</w:t>
      </w:r>
      <w:r>
        <w:br/>
      </w:r>
      <w:r>
        <w:rPr>
          <w:sz w:val="20"/>
        </w:rPr>
        <w:t>49:38  molana, is ka kya jawab hoga?" nafrat karne ki taleem hi nahi hai. kaun kehta hai ke aap nafrat karein? bachna hai, parhez karna hai.</w:t>
      </w:r>
      <w:r>
        <w:br/>
      </w:r>
      <w:r>
        <w:rPr>
          <w:sz w:val="20"/>
        </w:rPr>
        <w:t>49:50  nafrat to islam mein hai hi nahi.</w:t>
      </w:r>
      <w:r>
        <w:br/>
      </w:r>
      <w:r>
        <w:rPr>
          <w:sz w:val="20"/>
        </w:rPr>
        <w:t>49:56  nafrat islam mein hai hi nahi. bachna hai islam mein, parhez karna hai islam mein.</w:t>
      </w:r>
      <w:r>
        <w:br/>
      </w:r>
      <w:r>
        <w:rPr>
          <w:sz w:val="20"/>
        </w:rPr>
        <w:t>50:06  yani lagho se araz karna, lagho se nafrat karna hi sab islam mein hai. harghiz nahi aisa hai.</w:t>
      </w:r>
      <w:r>
        <w:br/>
      </w:r>
      <w:r>
        <w:rPr>
          <w:sz w:val="20"/>
        </w:rPr>
        <w:t>50:17  lagho se araz karna, yani burai se parhez karna hai islam mein. burai se nafrat karna hi hai.</w:t>
      </w:r>
      <w:r>
        <w:br/>
      </w:r>
      <w:r>
        <w:rPr>
          <w:sz w:val="20"/>
        </w:rPr>
        <w:t>50:28  yeh aap ne sahi nahi kaha.</w:t>
      </w:r>
      <w:r>
        <w:br/>
      </w:r>
      <w:r>
        <w:rPr>
          <w:sz w:val="20"/>
        </w:rPr>
        <w:t>50:39  maulana, agla comment bheja hai dhampur se mehtab sahib ne. unhon ne likha hai: "maulana sahib, jis tarah rasool allah ke paas sab jagah se wufood aate the, usi tarah cps ke center par aap ke paas door door se wufood aa rahe hain.</w:t>
      </w:r>
    </w:p>
    <w:p>
      <w:pPr>
        <w:pStyle w:val="Heading2"/>
      </w:pPr>
      <w:r>
        <w:t>Basic Difference Between Contentment and Greed</w:t>
      </w:r>
    </w:p>
    <w:p>
      <w:r>
        <w:rPr>
          <w:color w:val="666666"/>
          <w:sz w:val="18"/>
        </w:rPr>
        <w:t>Ethics &amp; Character · Between Hell and Paradise January 27, 2013 · 8m 25s · at 1:17:01 · https://youtu.be/0IItFxGXPQ4?t=4621</w:t>
      </w:r>
    </w:p>
    <w:p>
      <w:r>
        <w:rPr>
          <w:i/>
        </w:rPr>
        <w:t>“What is the basic difference between contentment (qana'at) and greed (hirs)? Why doesn't today's person find contentment?”</w:t>
      </w:r>
    </w:p>
    <w:p>
      <w:r>
        <w:rPr>
          <w:sz w:val="20"/>
        </w:rPr>
        <w:t>1:17:01  Maulana, agla sawal Pakistan se hai, Miss Salma ka. Unhone likha hai: "Qanaat aur hiras mein buniyadi farq kya hai?" Maulana sahib, aaj ka insaan qanaat kyun nahi pata?</w:t>
      </w:r>
      <w:r>
        <w:br/>
      </w:r>
      <w:r>
        <w:rPr>
          <w:sz w:val="20"/>
        </w:rPr>
        <w:t>1:17:19  Qanaat naam hai basic need par apne ko raazi karne ka.</w:t>
      </w:r>
      <w:r>
        <w:br/>
      </w:r>
      <w:r>
        <w:rPr>
          <w:sz w:val="20"/>
        </w:rPr>
        <w:t>1:17:26  Basic need raazi karne ka naam qanaat hai. Aur basic need ke baad jo cheezein hain, jo comfort aur luxury type ki, wahi hiras hai.</w:t>
      </w:r>
      <w:r>
        <w:br/>
      </w:r>
      <w:r>
        <w:rPr>
          <w:sz w:val="20"/>
        </w:rPr>
        <w:t>1:17:38  To hiras ki koi had nahi hai. Yaad rakhiye, basic need ki to had hai, lekin comfort aur luxury ki koi had nahi hai. To qanaat ki had hai, lekin hiras ki had nahi hai.</w:t>
      </w:r>
      <w:r>
        <w:br/>
      </w:r>
      <w:r>
        <w:rPr>
          <w:sz w:val="20"/>
        </w:rPr>
        <w:t>1:17:51  To jo qanaat par apne ko raazi karega, wo shaitan se bach jayega.</w:t>
      </w:r>
      <w:r>
        <w:br/>
      </w:r>
      <w:r>
        <w:rPr>
          <w:sz w:val="20"/>
        </w:rPr>
        <w:t>1:17:56  Aur jo hiras par ke raaste par chalega, to shaitan to kabhi bhi usko mutmaeen nahi hone dega, kyunke iski koi had had aati hi nahi hai.</w:t>
      </w:r>
      <w:r>
        <w:br/>
      </w:r>
      <w:r>
        <w:rPr>
          <w:sz w:val="20"/>
        </w:rPr>
        <w:t>1:18:07  Aaj jitna hai, kal aur zyada, parson aur zyada, dason aur zyada. To hiras ka yaani jo yeh process hai, hiras wali soch ka chalta hi rehta hai, chalta hi rehta hai, chalta hi rehta hai.</w:t>
      </w:r>
      <w:r>
        <w:br/>
      </w:r>
      <w:r>
        <w:rPr>
          <w:sz w:val="20"/>
        </w:rPr>
        <w:t>1:18:20  No end.</w:t>
      </w:r>
      <w:r>
        <w:br/>
      </w:r>
      <w:r>
        <w:rPr>
          <w:sz w:val="20"/>
        </w:rPr>
        <w:t>1:18:22  To apne aap ko yaani rokiye qanaat par, break lagaiye. Agar break nahi lagayenge to kya hoga? Shaitan chala jayega aap ko hiras ke yaani shahrah par.</w:t>
      </w:r>
      <w:r>
        <w:br/>
      </w:r>
      <w:r>
        <w:rPr>
          <w:sz w:val="20"/>
        </w:rPr>
        <w:t>1:18:37  Aur phir aap daudte rahenge, kabhi end nahi aayega.</w:t>
      </w:r>
      <w:r>
        <w:br/>
      </w:r>
      <w:r>
        <w:rPr>
          <w:sz w:val="20"/>
        </w:rPr>
        <w:t>1:18:44  Maulana, agla sawal Delhi se hai, Mufti A. Sameer Qasmi sahib ka</w:t>
      </w:r>
      <w:r>
        <w:br/>
      </w:r>
      <w:r>
        <w:rPr>
          <w:sz w:val="20"/>
        </w:rPr>
        <w:t>1:18:49  . Unhone likha hai: "Non-muslim tak dawat pahunchana wajib, mustahab, mubash ya farz kya hai?</w:t>
      </w:r>
      <w:r>
        <w:br/>
      </w:r>
      <w:r>
        <w:rPr>
          <w:sz w:val="20"/>
        </w:rPr>
        <w:t>1:18:59  Iske bare mein bataein." Farz hai, farz-e-ain hai. Sabse bada farz hai. Dekhiye, Rasool Allah Sallallahu Alaihi Wasallam par farz tha ke nahi tha?</w:t>
      </w:r>
      <w:r>
        <w:br/>
      </w:r>
      <w:r>
        <w:rPr>
          <w:sz w:val="20"/>
        </w:rPr>
        <w:t>1:19:11  "Wa in labta fawalfaha balaghta risalatan" . Rasool Allah par farz tha ke aap dawat pahuncha rahe hon tab.</w:t>
      </w:r>
      <w:r>
        <w:br/>
      </w:r>
      <w:r>
        <w:rPr>
          <w:sz w:val="20"/>
        </w:rPr>
        <w:t>1:19:22  Ab ummat-e-muslimah, ummat-e-muslimah kyun hai? Ummat-e-Muhammadia, ummat-e-Muhammadia kyun hai? Isi liye ke kar-e-Muhammadia ki zimmedari is par aa gayi hai.</w:t>
      </w:r>
      <w:r>
        <w:br/>
      </w:r>
      <w:r>
        <w:rPr>
          <w:sz w:val="20"/>
        </w:rPr>
        <w:t>1:19:32  Ummat-e-Muhammadia jo hai, free bani ummat-e-Muhammadia nahi hai. Duty ki bina par rahega.</w:t>
      </w:r>
      <w:r>
        <w:br/>
      </w:r>
      <w:r>
        <w:rPr>
          <w:sz w:val="20"/>
        </w:rPr>
        <w:t>1:19:40  To jo duty Akbar ki thi ke logon tak pahunchao, "Qum fa-anzir, qum fa-anzir" . Jab khatm-e-Nabuwat ke baad ab koi Nabi nahi aane wala hai, to ummat-e-Muhammadia iski jagah par zimmedar hai.</w:t>
      </w:r>
      <w:r>
        <w:br/>
      </w:r>
      <w:r>
        <w:rPr>
          <w:sz w:val="20"/>
        </w:rPr>
        <w:t>1:19:55  "Li yakoonu rasoolan shaheedan alaikum wa takoonu shuhada alannas" . To Paighambar par farz thi dawat. Is tarah se ummat ke har fard par farz hai.</w:t>
      </w:r>
      <w:r>
        <w:br/>
      </w:r>
      <w:r>
        <w:rPr>
          <w:sz w:val="20"/>
        </w:rPr>
        <w:t>1:20:04  Yeh farz hai, farz-e-kifaya, farz-e-kifaya bhi nahi hai.</w:t>
      </w:r>
      <w:r>
        <w:br/>
      </w:r>
      <w:r>
        <w:rPr>
          <w:sz w:val="20"/>
        </w:rPr>
        <w:t>1:20:08  Bilkul galat woh kehte hain jo kehte hain yeh farz-e-kifaya hai. Yeh farz-e-ain hai. Har aadmi ke contact mein jo aadmi aata hai, aadmi jo aadmi aur aadmi ka padosi hai, woh sab par aap ko dawat pahunchana hai.</w:t>
      </w:r>
      <w:r>
        <w:br/>
      </w:r>
      <w:r>
        <w:rPr>
          <w:sz w:val="20"/>
        </w:rPr>
        <w:t>1:20:21  Nahi pahunchayenge to Allah ka madadgar qarar payenge. Yeh farz-e-ain hai. Woh har jagah rakh diya, yeh farz-e-kifaya nahi hai. Yeh ab farz-e-kifaya to hota hai, yeh un cheezon ke bare mein hai jaise aap ne kunwan banwa diya aur yeh talab banwa diya hai.</w:t>
      </w:r>
      <w:r>
        <w:br/>
      </w:r>
      <w:r>
        <w:rPr>
          <w:sz w:val="20"/>
        </w:rPr>
        <w:t>1:20:38  Is tarah ki cheezon par yeh yeh dawat Allah is is tarah ki cheez nahi hai. Yeh to kar karta hi rehna hai, karte karte mar jana hai. Maulana, agla sawal Ah Jammu Kashmir se Miss Quratul Ain ka hai.</w:t>
      </w:r>
      <w:r>
        <w:br/>
      </w:r>
      <w:r>
        <w:rPr>
          <w:sz w:val="20"/>
        </w:rPr>
        <w:t>1:20:54  unhon ne likha hai: "12th Rabiul Awwal is observed throughout the subcontinent as an auspicious day. Processions and different programs are organized on that day.</w:t>
      </w:r>
      <w:r>
        <w:br/>
      </w:r>
      <w:r>
        <w:rPr>
          <w:sz w:val="20"/>
        </w:rPr>
        <w:t>1:21:09  tombs, shrines and markets are illuminated. Is it right to do so according to Islam? What is your view on this?" dekhiye, yeh jo biladun nabi jo kehte hain rasool Allah ka birthday banana,</w:t>
      </w:r>
      <w:r>
        <w:br/>
      </w:r>
      <w:r>
        <w:rPr>
          <w:sz w:val="20"/>
        </w:rPr>
        <w:t>1:21:25  to sahaba ke zamane mein, tabeen ke zamane mein, tabe tabeen ke zamane mein yeh lafzi maujood nahi tha, na aisa kabhi hota tha. Yeh Iran mein shuru hua, 600 saal ke baad shuru hua.</w:t>
      </w:r>
      <w:r>
        <w:br/>
      </w:r>
      <w:r>
        <w:rPr>
          <w:sz w:val="20"/>
        </w:rPr>
        <w:t>1:21:38  yani rasool Allah ki wafat ke 600 saal baad Iran mein shuru hua. Yeh biladun nabi ki tareeqa to yeh bidat hai, is mein to koi shakk hi nahi bidat hone mein.</w:t>
      </w:r>
      <w:r>
        <w:br/>
      </w:r>
      <w:r>
        <w:rPr>
          <w:sz w:val="20"/>
        </w:rPr>
        <w:t>1:21:47  hum is se koi jhagda nahi karte, koi bahas nahi karte, sirf is liye ke fitna barpa hoga. Yeh fitne se bachne ke liye hum khamosh rehte hain.</w:t>
      </w:r>
      <w:r>
        <w:br/>
      </w:r>
      <w:r>
        <w:rPr>
          <w:sz w:val="20"/>
        </w:rPr>
        <w:t>1:21:57  Otherwise it's a bidah, there's no doubt about it.</w:t>
      </w:r>
      <w:r>
        <w:br/>
      </w:r>
      <w:r>
        <w:rPr>
          <w:sz w:val="20"/>
        </w:rPr>
        <w:t>1:22:05  Maulana, agla sawal Delhi se hai, Naeem Bilal sahab ka. Unhon ne likha hai: "Kisi aadmi ko kisi cheez ke hasil karne ka mauqa sirf teen baar milta hai.</w:t>
      </w:r>
      <w:r>
        <w:br/>
      </w:r>
      <w:r>
        <w:rPr>
          <w:sz w:val="20"/>
        </w:rPr>
        <w:t>1:22:16  Yeh aap ka apna usool hai ya Quran o Hadees se bhi is ka saboot milta hai? Is ke bare mein bataein." Is ke liye Quran o Hadees ki zaroorat nahi hai. Is ke liye tajruba kafi hai.</w:t>
      </w:r>
      <w:r>
        <w:br/>
      </w:r>
      <w:r>
        <w:rPr>
          <w:sz w:val="20"/>
        </w:rPr>
        <w:t>1:22:29  Quran o Hadees mein aisa nahi hai ke har har ayat mein ab likha hua ho ke jab yeh nahi likha hua ke tum car ka zamana aa jaye to paidal mat chalo, car mein baitho.</w:t>
      </w:r>
      <w:r>
        <w:br/>
      </w:r>
      <w:r>
        <w:rPr>
          <w:sz w:val="20"/>
        </w:rPr>
        <w:t>1:22:38  Yeh kahan likha hua hai? Quran o Hadees ka yeh matlab nahi hai ke hawa aa jaye, aa jaye tab bhi tum oont par baitho. Yeh kahan likha hua hai?</w:t>
      </w:r>
      <w:r>
        <w:br/>
      </w:r>
      <w:r>
        <w:rPr>
          <w:sz w:val="20"/>
        </w:rPr>
        <w:t>1:22:48  To yeh zindagi ke jo tajrubaat hain aur jo jo zindagi ke jo halaat hain, is se baatein samajh mein aati hain.</w:t>
      </w:r>
      <w:r>
        <w:br/>
      </w:r>
      <w:r>
        <w:rPr>
          <w:sz w:val="20"/>
        </w:rPr>
        <w:t>1:23:00  Warna to aap to kuch bhi nahi kar sakte.</w:t>
      </w:r>
      <w:r>
        <w:br/>
      </w:r>
      <w:r>
        <w:rPr>
          <w:sz w:val="20"/>
        </w:rPr>
        <w:t>1:23:02  Aap na car mein baith sakte hain, na hawa chal sakte hain. Hatta ke market mein ja kar kuch khareed nahi sakte. Saare item aise hain jo Quran o Hadees mein nahi likhe hue hain.</w:t>
      </w:r>
      <w:r>
        <w:br/>
      </w:r>
      <w:r>
        <w:rPr>
          <w:sz w:val="20"/>
        </w:rPr>
        <w:t>1:23:12  Yeh soch galat hai, main ek keh doon. Yeh soch bohat hi zyada bilkul ghair Qurani soch hai ke aap is ko bhi Quran mein nikalna chahein. Dekhiye, Hadees mein aata hai ke "istafte qalbaka".</w:t>
      </w:r>
      <w:r>
        <w:br/>
      </w:r>
      <w:r>
        <w:rPr>
          <w:sz w:val="20"/>
        </w:rPr>
        <w:t>1:23:24  Apne dil se fatwa poocho, yani common sense se. To beshumar cheezein aisi hain jo common sense taluq in ka hota hai.</w:t>
      </w:r>
      <w:r>
        <w:br/>
      </w:r>
      <w:r>
        <w:rPr>
          <w:sz w:val="20"/>
        </w:rPr>
        <w:t>1:23:32  Beshumar cheezein hain. "Istafte qalbaka". Yani common sense se jano. To kuch cheezein hain jo basics hain, basics, woh to Quran mein bata di gayi hain.</w:t>
      </w:r>
      <w:r>
        <w:br/>
      </w:r>
      <w:r>
        <w:rPr>
          <w:sz w:val="20"/>
        </w:rPr>
        <w:t>1:23:43  Baqi common sense par daal daal diya gaya hai. Apne common sense se aap jante raho aur is par amal karte raho. Maulana, agla sawal Basit sahab ka hai, Delhi se</w:t>
      </w:r>
      <w:r>
        <w:br/>
      </w:r>
      <w:r>
        <w:rPr>
          <w:sz w:val="20"/>
        </w:rPr>
        <w:t>1:23:57  . Unhon ne likha hai: "It is a comment regarding da'wah. In Chapter 16, it is mentioned: 'Invite all to the way of the Lord with wisdom and beautiful preaching,</w:t>
      </w:r>
      <w:r>
        <w:br/>
      </w:r>
      <w:r>
        <w:rPr>
          <w:sz w:val="20"/>
        </w:rPr>
        <w:t>1:24:12  and argue with them in the ways that are best and most gracious.' This verse is a clear command making da'wah a first.</w:t>
      </w:r>
      <w:r>
        <w:br/>
      </w:r>
      <w:r>
        <w:rPr>
          <w:sz w:val="20"/>
        </w:rPr>
        <w:t>1:24:22  We do not find any such verse regarding siyasat or politics</w:t>
      </w:r>
      <w:r>
        <w:br/>
      </w:r>
      <w:r>
        <w:rPr>
          <w:sz w:val="20"/>
        </w:rPr>
        <w:t>1:24:27  s." Sahi kaha, bohat sahi kaha. Bohat sahi baat hai, jazakumullah. Jazakumullah, bilkul sahi baat hai.</w:t>
      </w:r>
    </w:p>
    <w:p>
      <w:pPr>
        <w:pStyle w:val="Heading2"/>
      </w:pPr>
      <w:r>
        <w:t>Can a Muslim Hate a Non-Believer</w:t>
      </w:r>
    </w:p>
    <w:p>
      <w:r>
        <w:rPr>
          <w:color w:val="666666"/>
          <w:sz w:val="18"/>
        </w:rPr>
        <w:t>Ethics &amp; Character · Islam &amp; Prophet of Islam 21 Oct, 2012 - Maulana Wahiduddin Khan · 2m 46s · at 1:09:12 · https://youtu.be/2hwtfOyNeS0?t=4152</w:t>
      </w:r>
    </w:p>
    <w:p>
      <w:r>
        <w:rPr>
          <w:i/>
        </w:rPr>
        <w:t>“Love Islam hate America. These holdings were placed in tourist spots in reaction of recent movie produced in America. Can a Muslim hate a non-believer because of any excuse?”</w:t>
      </w:r>
    </w:p>
    <w:p>
      <w:r>
        <w:rPr>
          <w:sz w:val="20"/>
        </w:rPr>
        <w:t>1:09:12  maulana, agla sawal kashmir se hai hamidullah hameed sahib ka. unhon ne likha hai: "love islam hate america.</w:t>
      </w:r>
      <w:r>
        <w:br/>
      </w:r>
      <w:r>
        <w:rPr>
          <w:sz w:val="20"/>
        </w:rPr>
        <w:t>1:09:21  these holdings were placed in tourist spots in reaction of recent movie produced in America. Can a Muslim hate a non-believer because of any excuse?" Dekhiye, love Islam bhi ek ek ek yani ek bilkul galat hai.</w:t>
      </w:r>
      <w:r>
        <w:br/>
      </w:r>
      <w:r>
        <w:rPr>
          <w:sz w:val="20"/>
        </w:rPr>
        <w:t>1:09:39  agar aap islam se love karein ge to logon se hate kar nahin sakte aap. yeh namumkin hai ke aap islam se love karein, aap logon se hate karein aap.</w:t>
      </w:r>
      <w:r>
        <w:br/>
      </w:r>
      <w:r>
        <w:rPr>
          <w:sz w:val="20"/>
        </w:rPr>
        <w:t>1:09:49  islam se love karna aap ko doosron se mohabbat sikhaye ga. kyun? aap quran ko parhiye. chapter 41 jo hai, hami as-sajdah, is mein yeh ayat hai ke: "la tastabdil al-husna bi al-sayyi'i, idha alladhi baynaka wa baynahu 'adawatun ka'annahu waliyyun hamim".</w:t>
      </w:r>
      <w:r>
        <w:br/>
      </w:r>
      <w:r>
        <w:rPr>
          <w:sz w:val="20"/>
        </w:rPr>
        <w:t>1:10:09  yani kisi ko agar tum pao ke tumhare sath is ka sulook dushman wala sulook hai, to tum is ke sath dosti karo. tum is ka acha sulook karo.</w:t>
      </w:r>
      <w:r>
        <w:br/>
      </w:r>
      <w:r>
        <w:rPr>
          <w:sz w:val="20"/>
        </w:rPr>
        <w:t>1:10:19  phir woh dushman tumhara dost ban jaye ga. "ka'annahu waliyyun hamim". is ke mutabiq dushman ko potential friend ke roop mein dekhna.</w:t>
      </w:r>
      <w:r>
        <w:br/>
      </w:r>
      <w:r>
        <w:rPr>
          <w:sz w:val="20"/>
        </w:rPr>
        <w:t>1:10:30  yeh hai islam. yani you have to see the your enemy into, yani, as a potential friend.</w:t>
      </w:r>
      <w:r>
        <w:br/>
      </w:r>
      <w:r>
        <w:rPr>
          <w:sz w:val="20"/>
        </w:rPr>
        <w:t>1:10:42  apne dushman ko potential friend ke roop mein dekhna, yeh islam hai. to jo log kehte hain ke love islam, yeh yeh bilkul galat keh rahe hain. woh woh hate islam un ke dilon mein hai.</w:t>
      </w:r>
      <w:r>
        <w:br/>
      </w:r>
      <w:r>
        <w:rPr>
          <w:sz w:val="20"/>
        </w:rPr>
        <w:t>1:10:53  islam se mohabbat to un ko nahin hai. mohabbat hoti to woh quran se lete ke kya karna chahiye humein. quran ko dekhte, parhte quran ko.</w:t>
      </w:r>
      <w:r>
        <w:br/>
      </w:r>
      <w:r>
        <w:rPr>
          <w:sz w:val="20"/>
        </w:rPr>
        <w:t>1:11:01  jab quran mein saaf saaf hai ke tum dushman ko apna potential friend samjho, to aap kaise aisa kar sakte hain?</w:t>
      </w:r>
      <w:r>
        <w:br/>
      </w:r>
      <w:r>
        <w:rPr>
          <w:sz w:val="20"/>
        </w:rPr>
        <w:t>1:11:12  mein wahan gaya tha america, to wahan pe ek church mein mujhe bulaya gaya tha. to unhon ne kaha ke bible mein Hazrat Masih ne yeh kaha tha ke: "love your enemy".</w:t>
      </w:r>
      <w:r>
        <w:br/>
      </w:r>
      <w:r>
        <w:rPr>
          <w:sz w:val="20"/>
        </w:rPr>
        <w:t>1:11:25  to kya aap ke quran mein bhi aisi taleem hai? to mein ne yeh ayat parhi un ko samne to bohat khush hue woh ke quran mein bhi yahi taleem hai. is ayat ko aap ghor kijiye ke kitni zabardast zabardast ayat hai ke agar aap sach much muslim hain, sach much momin hain, sach much quran ko man'ne wale hain, to aap ko chahiye ke aap dushman ko potential friend ke roop mein dekhein.</w:t>
      </w:r>
      <w:r>
        <w:br/>
      </w:r>
      <w:r>
        <w:rPr>
          <w:sz w:val="20"/>
        </w:rPr>
        <w:t>1:11:52  nahin to aap muslim nahin hain. nahin to aap quran ko nahin mante.</w:t>
      </w:r>
    </w:p>
    <w:p>
      <w:pPr>
        <w:pStyle w:val="Heading2"/>
      </w:pPr>
      <w:r>
        <w:t>Can wrong actions be justified by their plus points?</w:t>
      </w:r>
    </w:p>
    <w:p>
      <w:r>
        <w:rPr>
          <w:color w:val="666666"/>
          <w:sz w:val="18"/>
        </w:rPr>
        <w:t>Ethics &amp; Character · Lessons and Experiences May 22, 2011 Maulana Wahiduddin Khan · 2m 19s · at 1:39:30 · https://youtu.be/j4Qx-MsDQWc?t=5970</w:t>
      </w:r>
    </w:p>
    <w:p>
      <w:r>
        <w:rPr>
          <w:i/>
        </w:rPr>
        <w:t>“You said that bloodshed and suicide bombing in the name of jihad is wrong, but its plus point is that it creates news which makes people study the Quran. My question is: can these wrong actions be done considering their plus point? Certainly not, so that means we will commit haram?”</w:t>
      </w:r>
    </w:p>
    <w:p>
      <w:r>
        <w:rPr>
          <w:sz w:val="20"/>
        </w:rPr>
        <w:t>1:39:30  maulana abdul wahab ne dilli se sawal kiya hai unhon ne likha hai aap ne farmaya ke jihad ke naam par khoon kharaba karna ya suicide bombing karna galat hai lekin is ka plus point yeh hai ke is se news create hoti hai jis ki wajah se log quran ki study karte hain mera sawal yeh hai ke kya in galat kamon ke plus point ko dekhte hue unhein anjam diya ja sakta hai</w:t>
      </w:r>
      <w:r>
        <w:br/>
      </w:r>
      <w:r>
        <w:rPr>
          <w:sz w:val="20"/>
        </w:rPr>
        <w:t>1:39:59  harghiz nahi to yani haram ko anjam denge aap dekhen main ne jo baat kahi koi nai baat nahi hai yeh quran mein maujood hai quran mein hai wa rafa'na laka zikrak jab madina makke mein jo log order par suppress the rasool Allah ke liye ulti seedhi baatein karne lage galat galat baatein</w:t>
      </w:r>
      <w:r>
        <w:br/>
      </w:r>
      <w:r>
        <w:rPr>
          <w:sz w:val="20"/>
        </w:rPr>
        <w:t>1:40:23  maslan yeh ke unka Allah majnoon a a a paighambar tum to hum ko mad dikhaye parhte ho tarah tarah ki baatein to is par quran mein aya ke tum is par yani is mein ek plus point hai woh woh tumhari publicity kar rahe hain yani woh tum ko jo badnam kar rahe hain badnam apne hisab se badnam kar rahe hain woh tumhari publicity ban rahi hai woh</w:t>
      </w:r>
      <w:r>
        <w:br/>
      </w:r>
      <w:r>
        <w:rPr>
          <w:sz w:val="20"/>
        </w:rPr>
        <w:t>1:40:53  logon logon ke andar curiosity paida ho rahi hai ke bhai kon hai bhai kya hai yeh is ka matlab nahi ke koi suicide bombing kare woh to bilashuba haram hai is mein koi suicide bombing ke haram hone mein koi shaq hi nahi jo log is ko jaiz bataye woh yani pagal se zyada zyada koi aur makhlooq honge woh suicide bombing haram ho suicide bombing islam mein jo halaal bataye woh bilashuba islam ka a b c d bhi nahi janta</w:t>
      </w:r>
      <w:r>
        <w:br/>
      </w:r>
      <w:r>
        <w:rPr>
          <w:sz w:val="20"/>
        </w:rPr>
        <w:t>1:41:21  to woh jo kar rahe hain woh to un ka fail hai aur bilashuba woh haram fail kar rahe hain lekin yeh dunya Allah taala is liye bani hai ke aap ko har cheez mein ek plus point mil jaye har cheez mein ek lesson mil jaye woh main ne kaha main harghiz harghiz un ko yani ke mera matlab nahi ke woh justified hai un ka un ka fail woh to bilashuba haram hai</w:t>
      </w:r>
      <w:r>
        <w:br/>
      </w:r>
      <w:r>
        <w:rPr>
          <w:sz w:val="20"/>
        </w:rPr>
        <w:t>1:41:47  maulana sharik hussain ne dilli se sawal kiya hai</w:t>
      </w:r>
    </w:p>
    <w:p>
      <w:pPr>
        <w:pStyle w:val="Heading2"/>
      </w:pPr>
      <w:r>
        <w:t>Concept of Rights of People</w:t>
      </w:r>
    </w:p>
    <w:p>
      <w:r>
        <w:rPr>
          <w:color w:val="666666"/>
          <w:sz w:val="18"/>
        </w:rPr>
        <w:t>Ethics &amp; Character · The Creation Plan of God I February 14, 2016 · 1m 45s · at 1:00:10 · https://youtu.be/BzfZIALqyNI?t=3610</w:t>
      </w:r>
    </w:p>
    <w:p>
      <w:r>
        <w:rPr>
          <w:i/>
        </w:rPr>
        <w:t>“What is the concept of Huquq al-'Ibad (rights of people) in Islam?”</w:t>
      </w:r>
    </w:p>
    <w:p>
      <w:r>
        <w:rPr>
          <w:sz w:val="20"/>
        </w:rPr>
        <w:t>1:00:10  maulana, agla sawal miss naghma siddiqui ne poocha hai delhi se, aur unhon ne likha hai ke: "what</w:t>
      </w:r>
      <w:r>
        <w:br/>
      </w:r>
      <w:r>
        <w:rPr>
          <w:sz w:val="20"/>
        </w:rPr>
        <w:t>1:00:18  is the concept of huqooq ul ibad in islam?" dekhen, yeh to bohat aik detail wali baat hai.</w:t>
      </w:r>
      <w:r>
        <w:br/>
      </w:r>
      <w:r>
        <w:rPr>
          <w:sz w:val="20"/>
        </w:rPr>
        <w:t>1:00:25  is ki list batayen to hum bohat lambi list ho jayegi.</w:t>
      </w:r>
      <w:r>
        <w:br/>
      </w:r>
      <w:r>
        <w:rPr>
          <w:sz w:val="20"/>
        </w:rPr>
        <w:t>1:00:30  is ka khulasa yeh hai: hadith mein hadith mein is khulasa yeh bataya gaya hai ke jo tum</w:t>
      </w:r>
      <w:r>
        <w:br/>
      </w:r>
      <w:r>
        <w:rPr>
          <w:sz w:val="20"/>
        </w:rPr>
        <w:t>1:00:38  apne liye pasand karte ho, wohi doosre ke liye pasand karo.</w:t>
      </w:r>
      <w:r>
        <w:br/>
      </w:r>
      <w:r>
        <w:rPr>
          <w:sz w:val="20"/>
        </w:rPr>
        <w:t>1:00:43  yeh hadith mein aaya hai ke jo apne liye pasand karo, wohi doosre ke liye pasand karo.</w:t>
      </w:r>
      <w:r>
        <w:br/>
      </w:r>
      <w:r>
        <w:rPr>
          <w:sz w:val="20"/>
        </w:rPr>
        <w:t>1:00:50  misalan tum ko yeh pasand hai ke tum se koi wada khilaf na kare promise ke baad, to</w:t>
      </w:r>
      <w:r>
        <w:br/>
      </w:r>
      <w:r>
        <w:rPr>
          <w:sz w:val="20"/>
        </w:rPr>
        <w:t>1:00:58  tum bhi doosre ke wada khilaf mat karo.</w:t>
      </w:r>
      <w:r>
        <w:br/>
      </w:r>
      <w:r>
        <w:rPr>
          <w:sz w:val="20"/>
        </w:rPr>
        <w:t>1:01:01  tum ko yeh pasand hai ke koi tum ko gaali na de, to tum bhi doosre ko gaali</w:t>
      </w:r>
      <w:r>
        <w:br/>
      </w:r>
      <w:r>
        <w:rPr>
          <w:sz w:val="20"/>
        </w:rPr>
        <w:t>1:01:09  na do.</w:t>
      </w:r>
      <w:r>
        <w:br/>
      </w:r>
      <w:r>
        <w:rPr>
          <w:sz w:val="20"/>
        </w:rPr>
        <w:t>1:01:10  tum ko yeh pasand hai ke tum kisi se jhoot na bolo, koi tum se jhoot na bolay,</w:t>
      </w:r>
      <w:r>
        <w:br/>
      </w:r>
      <w:r>
        <w:rPr>
          <w:sz w:val="20"/>
        </w:rPr>
        <w:t>1:01:18  to tum bhi jhoot mat bolo.</w:t>
      </w:r>
      <w:r>
        <w:br/>
      </w:r>
      <w:r>
        <w:rPr>
          <w:sz w:val="20"/>
        </w:rPr>
        <w:t>1:01:20  to hadith mein aata hai ke woh karna jo tum apne liye pasand karte ho, wahi tum doosre</w:t>
      </w:r>
      <w:r>
        <w:br/>
      </w:r>
      <w:r>
        <w:rPr>
          <w:sz w:val="20"/>
        </w:rPr>
        <w:t>1:01:28  ke liye pasand karo.</w:t>
      </w:r>
      <w:r>
        <w:br/>
      </w:r>
      <w:r>
        <w:rPr>
          <w:sz w:val="20"/>
        </w:rPr>
        <w:t>1:01:30  yahi masla basic principle hai islam ka, yaani moral principle.</w:t>
      </w:r>
      <w:r>
        <w:br/>
      </w:r>
      <w:r>
        <w:rPr>
          <w:sz w:val="20"/>
        </w:rPr>
        <w:t>1:01:34  yahi basic principle hai moral ka.</w:t>
      </w:r>
      <w:r>
        <w:br/>
      </w:r>
      <w:r>
        <w:rPr>
          <w:sz w:val="20"/>
        </w:rPr>
        <w:t>1:01:37  isi ko farsi mein likha hua hai, likha hai ke: "hajj bar khod bpasandi bar deegara bpasand".</w:t>
      </w:r>
      <w:r>
        <w:br/>
      </w:r>
      <w:r>
        <w:rPr>
          <w:sz w:val="20"/>
        </w:rPr>
        <w:t>1:01:44  jo tum ko apne liye pasand nahin hai, us ko tum doosre ke liye bhi pasand mat mat</w:t>
      </w:r>
      <w:r>
        <w:br/>
      </w:r>
      <w:r>
        <w:rPr>
          <w:sz w:val="20"/>
        </w:rPr>
        <w:t>1:01:51  karo.</w:t>
      </w:r>
      <w:r>
        <w:br/>
      </w:r>
      <w:r>
        <w:rPr>
          <w:sz w:val="20"/>
        </w:rPr>
        <w:t>1:01:53  yahi islam ka basic moral principle hai.</w:t>
      </w:r>
    </w:p>
    <w:p>
      <w:pPr>
        <w:pStyle w:val="Heading2"/>
      </w:pPr>
      <w:r>
        <w:t>Controlling anger and its consequences</w:t>
      </w:r>
    </w:p>
    <w:p>
      <w:r>
        <w:rPr>
          <w:color w:val="666666"/>
          <w:sz w:val="18"/>
        </w:rPr>
        <w:t>Ethics &amp; Character · The Road to Paradise December 11, 2016 · 4m 32s · at 56:59 · https://youtu.be/iW2QmcY1_yU?t=3419</w:t>
      </w:r>
    </w:p>
    <w:p>
      <w:r>
        <w:rPr>
          <w:i/>
        </w:rPr>
        <w:t>“You say anger is a satanic act and often a person says foolish things in anger. In anger, one says such words that create discord between people.”</w:t>
      </w:r>
    </w:p>
    <w:p>
      <w:r>
        <w:rPr>
          <w:sz w:val="20"/>
        </w:rPr>
        <w:t>56:59  maulana, agla sawal dilli se kiya hai ahmed ali sahib ne aur unhon ne likha hai: maulana kehte</w:t>
      </w:r>
      <w:r>
        <w:br/>
      </w:r>
      <w:r>
        <w:rPr>
          <w:sz w:val="20"/>
        </w:rPr>
        <w:t>57:05  hain ghussa shaitani amal hai aur aksar insan ghusse mein be-aqal ki baatein keh baithta hai.</w:t>
      </w:r>
      <w:r>
        <w:br/>
      </w:r>
      <w:r>
        <w:rPr>
          <w:sz w:val="20"/>
        </w:rPr>
        <w:t>57:11  ghusse mein aise alfaaz keh deta hai jis se aapas mein ikhtilaf paida ho jata hai.</w:t>
      </w:r>
      <w:r>
        <w:br/>
      </w:r>
      <w:r>
        <w:rPr>
          <w:sz w:val="20"/>
        </w:rPr>
        <w:t>57:17  jab ghussa thanda hota hai phir afsos hota hai lekin us waqt afsos karne ka faida nahi hota.</w:t>
      </w:r>
      <w:r>
        <w:br/>
      </w:r>
      <w:r>
        <w:rPr>
          <w:sz w:val="20"/>
        </w:rPr>
        <w:t>57:23  is halaat se kaise bachein aur apne ghusse par kaise control karein, is ke bare mein hamein guidance dein.</w:t>
      </w:r>
      <w:r>
        <w:br/>
      </w:r>
      <w:r>
        <w:rPr>
          <w:sz w:val="20"/>
        </w:rPr>
        <w:t>57:29  dekhiye, ghussa shaitani amal hai, yeh baat result ke aitbar se hai, nateeja ke aitbar se hai.</w:t>
      </w:r>
      <w:r>
        <w:br/>
      </w:r>
      <w:r>
        <w:rPr>
          <w:sz w:val="20"/>
        </w:rPr>
        <w:t>57:35  khud ghussa shaitan nahi hai.</w:t>
      </w:r>
      <w:r>
        <w:br/>
      </w:r>
      <w:r>
        <w:rPr>
          <w:sz w:val="20"/>
        </w:rPr>
        <w:t>57:41  main samajhta hoon ke ghussa ek natural baat hai, ghussa sab ko aata hai, ghussa peghambar ko bhi aata hai.</w:t>
      </w:r>
      <w:r>
        <w:br/>
      </w:r>
      <w:r>
        <w:rPr>
          <w:sz w:val="20"/>
        </w:rPr>
        <w:t>57:47  hazrat moosa ko ghussa aaya, rasool allah ko ghussa aaya.</w:t>
      </w:r>
      <w:r>
        <w:br/>
      </w:r>
      <w:r>
        <w:rPr>
          <w:sz w:val="20"/>
        </w:rPr>
        <w:t>57:53  jahan tak maine samjha hai, jo mera apna tajruba hai aur is par amal karta hoon, ghusse</w:t>
      </w:r>
      <w:r>
        <w:br/>
      </w:r>
      <w:r>
        <w:rPr>
          <w:sz w:val="20"/>
        </w:rPr>
        <w:t>57:59  ka ilaaj bohat hi aasaan hai, bohat hi aasaan hai.</w:t>
      </w:r>
      <w:r>
        <w:br/>
      </w:r>
      <w:r>
        <w:rPr>
          <w:sz w:val="20"/>
        </w:rPr>
        <w:t>58:05  woh yeh hai ke jab ghussa aaye to chup ho jaiye, bas kuch mat kijiye, chup ho jaiye.</w:t>
      </w:r>
      <w:r>
        <w:br/>
      </w:r>
      <w:r>
        <w:rPr>
          <w:sz w:val="20"/>
        </w:rPr>
        <w:t>58:11  main yahi karta hoon, mujhe bohat ghussa aata hai, mere andar bohat ghussa hai, jaise hi ghussa aata</w:t>
      </w:r>
      <w:r>
        <w:br/>
      </w:r>
      <w:r>
        <w:rPr>
          <w:sz w:val="20"/>
        </w:rPr>
        <w:t>58:17  hai, main bolta nahin hoon, chup ho jata hoon.</w:t>
      </w:r>
      <w:r>
        <w:br/>
      </w:r>
      <w:r>
        <w:rPr>
          <w:sz w:val="20"/>
        </w:rPr>
        <w:t>58:23  to dekhiye, nature mein ek process hai, automatic process, woh hai ghusse ko diffuse karne ka.</w:t>
      </w:r>
      <w:r>
        <w:br/>
      </w:r>
      <w:r>
        <w:rPr>
          <w:sz w:val="20"/>
        </w:rPr>
        <w:t>58:29  Automatic process hai.</w:t>
      </w:r>
      <w:r>
        <w:br/>
      </w:r>
      <w:r>
        <w:rPr>
          <w:sz w:val="20"/>
        </w:rPr>
        <w:t>58:35  Ghussa bhi natural phenomena hai aur us ko diffuse karna bhi ek natural process hai.</w:t>
      </w:r>
      <w:r>
        <w:br/>
      </w:r>
      <w:r>
        <w:rPr>
          <w:sz w:val="20"/>
        </w:rPr>
        <w:t>58:41  to jab main ghusse ke baad chup ho jata hoon to kya hota hai? mera woh natural process</w:t>
      </w:r>
      <w:r>
        <w:br/>
      </w:r>
      <w:r>
        <w:rPr>
          <w:sz w:val="20"/>
        </w:rPr>
        <w:t>58:47  jo hai, woh foran active ho jata hai, yani diffuse karne ka.</w:t>
      </w:r>
      <w:r>
        <w:br/>
      </w:r>
      <w:r>
        <w:rPr>
          <w:sz w:val="20"/>
        </w:rPr>
        <w:t>58:53  Within minutes sab diffuse ho jata hai.</w:t>
      </w:r>
      <w:r>
        <w:br/>
      </w:r>
      <w:r>
        <w:rPr>
          <w:sz w:val="20"/>
        </w:rPr>
        <w:t>58:59  apne aap hi woh nature ka jo process hai, woh apne aap hi us ko diffuse kar de ga.</w:t>
      </w:r>
      <w:r>
        <w:br/>
      </w:r>
      <w:r>
        <w:rPr>
          <w:sz w:val="20"/>
        </w:rPr>
        <w:t>59:05  ab dekhiye, agar aap ghussa aaye aur bolne lage to kya hoga? sunne wala react kare ga.</w:t>
      </w:r>
      <w:r>
        <w:br/>
      </w:r>
      <w:r>
        <w:rPr>
          <w:sz w:val="20"/>
        </w:rPr>
        <w:t>59:11  to kya hoga? phir chain reaction ban jaye ga.</w:t>
      </w:r>
      <w:r>
        <w:br/>
      </w:r>
      <w:r>
        <w:rPr>
          <w:sz w:val="20"/>
        </w:rPr>
        <w:t>59:17  aap bole, woh bola, woh bole, phir aap bole.</w:t>
      </w:r>
      <w:r>
        <w:br/>
      </w:r>
      <w:r>
        <w:rPr>
          <w:sz w:val="20"/>
        </w:rPr>
        <w:t>59:23  That is chain reaction.</w:t>
      </w:r>
      <w:r>
        <w:br/>
      </w:r>
      <w:r>
        <w:rPr>
          <w:sz w:val="20"/>
        </w:rPr>
        <w:t>59:29  aur chup rehne se kya hota hai? ke chain reaction banta hi nahin.</w:t>
      </w:r>
      <w:r>
        <w:br/>
      </w:r>
      <w:r>
        <w:rPr>
          <w:sz w:val="20"/>
        </w:rPr>
        <w:t>59:35  jo burai hai, woh chain reaction hai, khud ghussa nahin hai.</w:t>
      </w:r>
      <w:r>
        <w:br/>
      </w:r>
      <w:r>
        <w:rPr>
          <w:sz w:val="20"/>
        </w:rPr>
        <w:t>59:41  Ghussa apne aap mein burai nahin hai.</w:t>
      </w:r>
      <w:r>
        <w:br/>
      </w:r>
      <w:r>
        <w:rPr>
          <w:sz w:val="20"/>
        </w:rPr>
        <w:t>59:47  Ghussa is waqt burai ban jata hai jabke woh chain reaction ban jaye.</w:t>
      </w:r>
      <w:r>
        <w:br/>
      </w:r>
      <w:r>
        <w:rPr>
          <w:sz w:val="20"/>
        </w:rPr>
        <w:t>59:53  to aap bolen ge to doosra bole ga, to aap bolen ge.</w:t>
      </w:r>
      <w:r>
        <w:br/>
      </w:r>
      <w:r>
        <w:rPr>
          <w:sz w:val="20"/>
        </w:rPr>
        <w:t>59:59  That is chain reaction.</w:t>
      </w:r>
      <w:r>
        <w:br/>
      </w:r>
      <w:r>
        <w:rPr>
          <w:sz w:val="20"/>
        </w:rPr>
        <w:t>1:00:05  to jab aap chup rehte hain to chain reaction se aap logon ko bachate hain.</w:t>
      </w:r>
      <w:r>
        <w:br/>
      </w:r>
      <w:r>
        <w:rPr>
          <w:sz w:val="20"/>
        </w:rPr>
        <w:t>1:00:11  bohat hi simple method hai is ka.</w:t>
      </w:r>
      <w:r>
        <w:br/>
      </w:r>
      <w:r>
        <w:rPr>
          <w:sz w:val="20"/>
        </w:rPr>
        <w:t>1:00:17  bas chup ho jaiye aur kuch mat kijiye, chup ho jaiye.</w:t>
      </w:r>
      <w:r>
        <w:br/>
      </w:r>
      <w:r>
        <w:rPr>
          <w:sz w:val="20"/>
        </w:rPr>
        <w:t>1:00:23  kuch mat kijiye, chup ho jaiye.</w:t>
      </w:r>
      <w:r>
        <w:br/>
      </w:r>
      <w:r>
        <w:rPr>
          <w:sz w:val="20"/>
        </w:rPr>
        <w:t>1:00:29  to aap chain reaction se bach jayen ge aur dhire dhire sara bara diffuse ho jayega.</w:t>
      </w:r>
      <w:r>
        <w:br/>
      </w:r>
      <w:r>
        <w:rPr>
          <w:sz w:val="20"/>
        </w:rPr>
        <w:t>1:00:35  aap jab chahen is ka tajurba kar ke dekh lijie.</w:t>
      </w:r>
      <w:r>
        <w:br/>
      </w:r>
      <w:r>
        <w:rPr>
          <w:sz w:val="20"/>
        </w:rPr>
        <w:t>1:00:41  main ne to bar bar kiya hai, aap bhi kar ke dekh lijie.</w:t>
      </w:r>
      <w:r>
        <w:br/>
      </w:r>
      <w:r>
        <w:rPr>
          <w:sz w:val="20"/>
        </w:rPr>
        <w:t>1:00:47  tajurba yani yahan par nature aap ke support ke liye maujood hai.</w:t>
      </w:r>
      <w:r>
        <w:br/>
      </w:r>
      <w:r>
        <w:rPr>
          <w:sz w:val="20"/>
        </w:rPr>
        <w:t>1:00:53  yani ghusse ko diffuse karne ke liye khud nature mein mechanism maujood hai.</w:t>
      </w:r>
      <w:r>
        <w:br/>
      </w:r>
      <w:r>
        <w:rPr>
          <w:sz w:val="20"/>
        </w:rPr>
        <w:t>1:00:59  aap is ko mauqa dijie.</w:t>
      </w:r>
      <w:r>
        <w:br/>
      </w:r>
      <w:r>
        <w:rPr>
          <w:sz w:val="20"/>
        </w:rPr>
        <w:t>1:01:05  Give nature a chance.</w:t>
      </w:r>
      <w:r>
        <w:br/>
      </w:r>
      <w:r>
        <w:rPr>
          <w:sz w:val="20"/>
        </w:rPr>
        <w:t>1:01:12  Give your nature a chance.</w:t>
      </w:r>
      <w:r>
        <w:br/>
      </w:r>
      <w:r>
        <w:rPr>
          <w:sz w:val="20"/>
        </w:rPr>
        <w:t>1:01:16  wo kya hai? wo sirf chup ho jana.</w:t>
      </w:r>
      <w:r>
        <w:br/>
      </w:r>
      <w:r>
        <w:rPr>
          <w:sz w:val="20"/>
        </w:rPr>
        <w:t>1:01:21  aap kabhi bhi tajurba kar ke dekh lijie.</w:t>
      </w:r>
      <w:r>
        <w:br/>
      </w:r>
      <w:r>
        <w:rPr>
          <w:sz w:val="20"/>
        </w:rPr>
        <w:t>1:01:26  main to bar bar isi par amal hai.</w:t>
      </w:r>
    </w:p>
    <w:p>
      <w:pPr>
        <w:pStyle w:val="Heading2"/>
      </w:pPr>
      <w:r>
        <w:t>Controlling desires of greed, lust, arrogance</w:t>
      </w:r>
    </w:p>
    <w:p>
      <w:r>
        <w:rPr>
          <w:color w:val="666666"/>
          <w:sz w:val="18"/>
        </w:rPr>
        <w:t>Ethics &amp; Character · Fear of God February 21, 2016 · 1m 12s · at 1:01:47 · https://youtu.be/T-w1IDIeCV4?t=3707</w:t>
      </w:r>
    </w:p>
    <w:p>
      <w:r>
        <w:rPr>
          <w:i/>
        </w:rPr>
        <w:t>“How can we control our desires of greed, lust, and arrogance? These are the desires which are governing the people in the society today. Please guide us, Maulana, on the same.”</w:t>
      </w:r>
    </w:p>
    <w:p>
      <w:r>
        <w:rPr>
          <w:sz w:val="20"/>
        </w:rPr>
        <w:t>1:01:47  maulana, agla sawal kya hai agra se farooq sahib ne, aur unhon ne likha hai ke How can</w:t>
      </w:r>
      <w:r>
        <w:br/>
      </w:r>
      <w:r>
        <w:rPr>
          <w:sz w:val="20"/>
        </w:rPr>
        <w:t>1:01:53  we control our desires of greed, lust, and arrogance?</w:t>
      </w:r>
      <w:r>
        <w:br/>
      </w:r>
      <w:r>
        <w:rPr>
          <w:sz w:val="20"/>
        </w:rPr>
        <w:t>1:02:00  These are the desires which are governing the people in the society today. Please guide us, Maulana, on the same. bas yeh samjhein ke control karen to sawab barh jayega. agar greed waghera ke problem na hote to hamein control karne ki zaroorat nahin thi. to quran se sabit hai ke jo jo sabr kare, us ko ziyada sawab milta hai. to sabr kya hai? yahi to hai control karna. to yeh sab jo mahol hai, woh sirf is liye hai ke aap ke sawab ko, aap ke reward ko barhaye. aap ke reward ko barhaye. to bohat achi cheez hai. maulana, agla sawal dilli se kya hai raj malik sahib ne, aur unhon ne likha hai ke aik sahib keh rahe the ke kaise yaqeen kiya jaye ke marne ke baad jannat aur jahannum hai? kyunke quran aur hadees mein bhi ikhtilaf is ke is mein hai. is ke baray mein batayen. bhai, yeh mamla study ka hai. aap study kijiye. mein to yeh samajhta hoon yani kam study se yeh sab sawalat paida hote hain. ziyada study se yeh sawalat khatam ho jate hain. hamara jo magazine hai al risala, us mein barabar is mozu pe likha jata hai. taqreeban har shumaray mein kuch na kuch zaroor hota hai. to mein yahi kahunga ke yeh koi qanoon ki baat nahin ke aap aik qanoon ki dafa batayen. yeh yeh study barhane ki baat hai. to aise logon ko chahiye ke woh study barhayen. is ke baad woh zaroor aisa yani zehn paida ho jayega un ke andar. Okay, so we will end this session now.</w:t>
      </w:r>
    </w:p>
    <w:p>
      <w:pPr>
        <w:pStyle w:val="Heading2"/>
      </w:pPr>
      <w:r>
        <w:t>Controlling greed for property and land</w:t>
      </w:r>
    </w:p>
    <w:p>
      <w:r>
        <w:rPr>
          <w:color w:val="666666"/>
          <w:sz w:val="18"/>
        </w:rPr>
        <w:t>Ethics &amp; Character · Dars-e-Quran, Chapter 2, Verse 25 | November 19, 2017 | Maulana Wahiduddin Khan · 2m 07s · at 1:06:46 · https://youtu.be/ctvrG32NCgA?t=4006</w:t>
      </w:r>
    </w:p>
    <w:p>
      <w:r>
        <w:rPr>
          <w:i/>
        </w:rPr>
        <w:t>“How to control greed of property, house and land? It is killing me.”</w:t>
      </w:r>
    </w:p>
    <w:p>
      <w:r>
        <w:rPr>
          <w:sz w:val="20"/>
        </w:rPr>
        <w:t>1:06:46  maulana, maulana, agla sawal letay hain jo bheja hai khaleel abrar barkati sahib nay, unhon nay apni location</w:t>
      </w:r>
      <w:r>
        <w:br/>
      </w:r>
      <w:r>
        <w:rPr>
          <w:sz w:val="20"/>
        </w:rPr>
        <w:t>1:06:52  nahi likhi hai.</w:t>
      </w:r>
      <w:r>
        <w:br/>
      </w:r>
      <w:r>
        <w:rPr>
          <w:sz w:val="20"/>
        </w:rPr>
        <w:t>1:06:58  ان کا سوال ہے: "مولانا صاحب، how to control greed of property, house and land?" It is killing me.</w:t>
      </w:r>
      <w:r>
        <w:br/>
      </w:r>
      <w:r>
        <w:rPr>
          <w:sz w:val="20"/>
        </w:rPr>
        <w:t>1:07:04  This how to how to control greed of property,</w:t>
      </w:r>
      <w:r>
        <w:br/>
      </w:r>
      <w:r>
        <w:rPr>
          <w:sz w:val="20"/>
        </w:rPr>
        <w:t>1:07:10  house and land? it is distracting me from my study. whenever i am concentrating on my study, this type of thoughts are coming to my mind that my brother is taking all the land and property. therefore success is not coming to me in my examination as i am not fully able to concentrate on my studies. please show me some way how to avoid such thoughts. bh</w:t>
      </w:r>
      <w:r>
        <w:br/>
      </w:r>
      <w:r>
        <w:rPr>
          <w:sz w:val="20"/>
        </w:rPr>
        <w:t>1:07:40  yi, aap aik simple si baat sochiye, simple si kay jin logon ko property aur maal mil gaya</w:t>
      </w:r>
      <w:r>
        <w:br/>
      </w:r>
      <w:r>
        <w:rPr>
          <w:sz w:val="20"/>
        </w:rPr>
        <w:t>1:07:46  hai, un ki zindagi ko dekhiye.</w:t>
      </w:r>
      <w:r>
        <w:br/>
      </w:r>
      <w:r>
        <w:rPr>
          <w:sz w:val="20"/>
        </w:rPr>
        <w:t>1:07:53  misal kay bill gates, dunya ka sab bara wealthy aadmi.</w:t>
      </w:r>
      <w:r>
        <w:br/>
      </w:r>
      <w:r>
        <w:rPr>
          <w:sz w:val="20"/>
        </w:rPr>
        <w:t>1:07:59  donald trump, dunya ka sab say powerful aadmi.</w:t>
      </w:r>
      <w:r>
        <w:br/>
      </w:r>
      <w:r>
        <w:rPr>
          <w:sz w:val="20"/>
        </w:rPr>
        <w:t>1:08:05  لیکن ان کو ایک sucker بھی پیس نہیں ہے،</w:t>
      </w:r>
      <w:r>
        <w:br/>
      </w:r>
      <w:r>
        <w:rPr>
          <w:sz w:val="20"/>
        </w:rPr>
        <w:t>1:08:11  un ko sukoon nahi hai.</w:t>
      </w:r>
      <w:r>
        <w:br/>
      </w:r>
      <w:r>
        <w:rPr>
          <w:sz w:val="20"/>
        </w:rPr>
        <w:t>1:08:16  to kiya cheez aap chahtay hain? kis liye chahtay hain? yani property for the sake of property, wealth</w:t>
      </w:r>
      <w:r>
        <w:br/>
      </w:r>
      <w:r>
        <w:rPr>
          <w:sz w:val="20"/>
        </w:rPr>
        <w:t>1:08:22  for the sake of wealth.</w:t>
      </w:r>
      <w:r>
        <w:br/>
      </w:r>
      <w:r>
        <w:rPr>
          <w:sz w:val="20"/>
        </w:rPr>
        <w:t>1:08:27  jin logon ko property ya wealth mila, un ki zindagi ko, zindagi ko dekhiye to un ki zindagiyaan</w:t>
      </w:r>
      <w:r>
        <w:br/>
      </w:r>
      <w:r>
        <w:rPr>
          <w:sz w:val="20"/>
        </w:rPr>
        <w:t>1:08:32  yani problem say bhari hui hain.</w:t>
      </w:r>
      <w:r>
        <w:br/>
      </w:r>
      <w:r>
        <w:rPr>
          <w:sz w:val="20"/>
        </w:rPr>
        <w:t>1:08:37  hata kay bill gates ko is ki dolat aik museebat nazar anay lagi hai.</w:t>
      </w:r>
      <w:r>
        <w:br/>
      </w:r>
      <w:r>
        <w:rPr>
          <w:sz w:val="20"/>
        </w:rPr>
        <w:t>1:08:42  to kis cheez ko chahtay hain aap? kiya maqsad hai chahanay ka? main samajhta hoon kay aap apnay</w:t>
      </w:r>
      <w:r>
        <w:br/>
      </w:r>
      <w:r>
        <w:rPr>
          <w:sz w:val="20"/>
        </w:rPr>
        <w:t>1:08:48  upar aap revise kijiye.</w:t>
      </w:r>
    </w:p>
    <w:p>
      <w:pPr>
        <w:pStyle w:val="Heading2"/>
      </w:pPr>
      <w:r>
        <w:t>Correct understanding of religious zeal</w:t>
      </w:r>
    </w:p>
    <w:p>
      <w:r>
        <w:rPr>
          <w:color w:val="666666"/>
          <w:sz w:val="18"/>
        </w:rPr>
        <w:t>Ethics &amp; Character · Life after Death I 22nd Jan. 2012 Maulana Wahiduddin Khan · 3m 45s · at 1:09:50 · https://youtu.be/Pa8c09DFrkA?t=4190</w:t>
      </w:r>
    </w:p>
    <w:p>
      <w:r>
        <w:rPr>
          <w:i/>
        </w:rPr>
        <w:t>“Is it correct that religious zeal should be about peaceful reform, and that violence and hate in the name of religion is irreligion?”</w:t>
      </w:r>
    </w:p>
    <w:p>
      <w:r>
        <w:rPr>
          <w:sz w:val="20"/>
        </w:rPr>
        <w:t>1:09:50  jitna zyada ummat dawat e Allah par khadi hogi, utne zyada ikhtilaf apne aap mit jayenge. is mein koi shaq nahin hai. Maulana, inka ek aur sawal hai, inhone likha hai: deeni ghairat ya deeni jazba yeh hai ke aadmi achhai aur burai ke muamle mein hassas ho.</w:t>
      </w:r>
      <w:r>
        <w:br/>
      </w:r>
      <w:r>
        <w:rPr>
          <w:sz w:val="20"/>
        </w:rPr>
        <w:t>1:10:10  woh burai ko dekh kar uski islaah ke liye peaceful andaaz mein dua aur koshish kare.</w:t>
      </w:r>
      <w:r>
        <w:br/>
      </w:r>
      <w:r>
        <w:rPr>
          <w:sz w:val="20"/>
        </w:rPr>
        <w:t>1:10:17  deeni ghairat ke naam par violence aur hate ka culture chalana deen ke naam par sirf bedini hai. kya yeh baat durust hai?</w:t>
      </w:r>
      <w:r>
        <w:br/>
      </w:r>
      <w:r>
        <w:rPr>
          <w:sz w:val="20"/>
        </w:rPr>
        <w:t>1:10:27  hmm, bilkul sahi hai. galat ka lafz bidat, bidat. galat koi cheez nahin Islam mein.</w:t>
      </w:r>
      <w:r>
        <w:br/>
      </w:r>
      <w:r>
        <w:rPr>
          <w:sz w:val="20"/>
        </w:rPr>
        <w:t>1:10:34  kahin bhi aap Quran o Hadees mein iske saboot nahin dekhte. kai lafz hain, mere paas abhi kal parson kuch log aaye ke yeh shan e Rasool ka mamla hai.</w:t>
      </w:r>
      <w:r>
        <w:br/>
      </w:r>
      <w:r>
        <w:rPr>
          <w:sz w:val="20"/>
        </w:rPr>
        <w:t>1:10:46  yeh shan e Rasool kahan likha hua hai? maine unse poocha, bataiye. woh aalim the. abhi jo Musalman dhoom macha rahe the Jaipur wale mamle mein.</w:t>
      </w:r>
      <w:r>
        <w:br/>
      </w:r>
      <w:r>
        <w:rPr>
          <w:sz w:val="20"/>
        </w:rPr>
        <w:t>1:10:55  to unhone kaha yeh to shan e Rasool ka mamla hai. to maine poocha, ek bande ne kaha Quran mein kahan likha hai? Hadees mein kahan likha hai? aisi ghairat bhi kahan likha hai?</w:t>
      </w:r>
      <w:r>
        <w:br/>
      </w:r>
      <w:r>
        <w:rPr>
          <w:sz w:val="20"/>
        </w:rPr>
        <w:t>1:11:04  kahin likha nahin. bahut se lafz logon ne khud bana liye hain. aur isko is tarah bolte hain jaise ke yeh deen ka taqaza hai.</w:t>
      </w:r>
      <w:r>
        <w:br/>
      </w:r>
      <w:r>
        <w:rPr>
          <w:sz w:val="20"/>
        </w:rPr>
        <w:t>1:11:14  dekhiye, yaad rakhiye. koi bhi baat,</w:t>
      </w:r>
      <w:r>
        <w:br/>
      </w:r>
      <w:r>
        <w:rPr>
          <w:sz w:val="20"/>
        </w:rPr>
        <w:t>1:11:22  koi bhi rai banane se pehle sabse pehle pehle Quran o Sunnat ko dekhiye. jaise Imam Abu Hanifa ke bare mein kaha tha ke woh kehte the ke 'ateeni shay'an min kitabil lahi hatta aqal' jo tum keh rahe ho, usko pehle Quran se uska hawala do.</w:t>
      </w:r>
      <w:r>
        <w:br/>
      </w:r>
      <w:r>
        <w:rPr>
          <w:sz w:val="20"/>
        </w:rPr>
        <w:t>1:11:39  tab main usko manunga, nahin to nahin manunga.</w:t>
      </w:r>
      <w:r>
        <w:br/>
      </w:r>
      <w:r>
        <w:rPr>
          <w:sz w:val="20"/>
        </w:rPr>
        <w:t>1:11:42  to har cheez ka hawala Quran mein hona chahiye. Rasool Allah ke Hadees mein hona chahiye. agar nahin hawala hai to phir besaleeqa hai, bebuniyad hai woh.</w:t>
      </w:r>
      <w:r>
        <w:br/>
      </w:r>
      <w:r>
        <w:rPr>
          <w:sz w:val="20"/>
        </w:rPr>
        <w:t>1:11:50  woh bidat hai. 'man ataa fi amrina hadha ma laysa minhu' to radd hai woh.</w:t>
      </w:r>
      <w:r>
        <w:br/>
      </w:r>
      <w:r>
        <w:rPr>
          <w:sz w:val="20"/>
        </w:rPr>
        <w:t>1:11:59  to aisi hamakat hum kyun karein ke hum akhirat mein pahunchenge Rasool Allah ke samne to Rasool Allah yeh keh dein ke tumne kahan deen nikal liya tha? maine to nahin kaha tha aisa deen.</w:t>
      </w:r>
      <w:r>
        <w:br/>
      </w:r>
      <w:r>
        <w:rPr>
          <w:sz w:val="20"/>
        </w:rPr>
        <w:t>1:12:10  to aap bataiye ke Rasool ke naam par aap nikale hue hain aur Rasool keh dein ke yeh to woh disown karein usko. ke kahan tumne nikala shan e Rasool?</w:t>
      </w:r>
      <w:r>
        <w:br/>
      </w:r>
      <w:r>
        <w:rPr>
          <w:sz w:val="20"/>
        </w:rPr>
        <w:t>1:12:19  aap ghaur kijiye, kitna kanpne ki baat hai. jis Rasool ke naam par aap shan e Rasool ke hangame kar ke hue hain, woh Rasool keh de akhirat mein ke bhai maine to kabhi nahin kaha tha ke tum shan e Rasool ka jhanda uthao.</w:t>
      </w:r>
      <w:r>
        <w:br/>
      </w:r>
      <w:r>
        <w:rPr>
          <w:sz w:val="20"/>
        </w:rPr>
        <w:t>1:12:32  kyun uthaya tumne jhanda? aap bataiye kaun si duniya humein jagah degi? kaun si zameen o aasman humko jagah dega? bahut sochne ki baat hai.</w:t>
      </w:r>
      <w:r>
        <w:br/>
      </w:r>
      <w:r>
        <w:rPr>
          <w:sz w:val="20"/>
        </w:rPr>
        <w:t>1:12:43  yeh log to hain jo Hadees mein aata hai ke kuch logon ko farishte pakad kar le aayenge jahannum mein. to Rasool Allah dekh ke kahenge yeh yeh to meri ummat ke log hain.</w:t>
      </w:r>
      <w:r>
        <w:br/>
      </w:r>
      <w:r>
        <w:rPr>
          <w:sz w:val="20"/>
        </w:rPr>
        <w:t>1:12:55  to peghambar kahenge woh farishte kahenge yeh to badal dala aap ke baad deen ko inhone.</w:t>
      </w:r>
      <w:r>
        <w:br/>
      </w:r>
      <w:r>
        <w:rPr>
          <w:sz w:val="20"/>
        </w:rPr>
        <w:t>1:13:00  to aap kahenge 'fasuqun fasuqun' door ho door ho. to darna chahiye logon ko. ke aap shan e Rasool ka jhanda uthaye hue hain.</w:t>
      </w:r>
      <w:r>
        <w:br/>
      </w:r>
      <w:r>
        <w:rPr>
          <w:sz w:val="20"/>
        </w:rPr>
        <w:t>1:13:12  shan e Rasool ke upar hangama khada kiye hue hain. aur marne ke baad jab pahunchenge aap akhirat mein, wahan Rasool Allah honge. woh kahenge tumne kahan se deen nikal liya yeh?</w:t>
      </w:r>
      <w:r>
        <w:br/>
      </w:r>
      <w:r>
        <w:rPr>
          <w:sz w:val="20"/>
        </w:rPr>
        <w:t>1:13:22  kahan maine kaha tha ke shan e Rasool ka jhanda uthao.</w:t>
      </w:r>
      <w:r>
        <w:br/>
      </w:r>
      <w:r>
        <w:rPr>
          <w:sz w:val="20"/>
        </w:rPr>
        <w:t>1:13:25  to bataiye ke kya kya haal hoga hamara? kaun sa zameen o aasman humko jagah denge?</w:t>
      </w:r>
    </w:p>
    <w:p>
      <w:pPr>
        <w:pStyle w:val="Heading2"/>
      </w:pPr>
      <w:r>
        <w:t>Criteria to detect arrogance</w:t>
      </w:r>
    </w:p>
    <w:p>
      <w:r>
        <w:rPr>
          <w:color w:val="666666"/>
          <w:sz w:val="18"/>
        </w:rPr>
        <w:t>Ethics &amp; Character · Realistic Approach 30 March, 2014 · 1m 09s · at 1:09:50 · https://youtu.be/HIFxmWWiEG4?t=4190</w:t>
      </w:r>
    </w:p>
    <w:p>
      <w:r>
        <w:rPr>
          <w:i/>
        </w:rPr>
        <w:t>“What is the criteria to judge that we have arrogance in us?”</w:t>
      </w:r>
    </w:p>
    <w:p>
      <w:r>
        <w:rPr>
          <w:sz w:val="20"/>
        </w:rPr>
        <w:t>1:09:50  maulana, agla sawal kya hai miss naghma siddiqui ne dilli se. unhon ne likha hai: "what is the criteria to judge that we have arrogance in us?" is ke bar</w:t>
      </w:r>
      <w:r>
        <w:br/>
      </w:r>
      <w:r>
        <w:rPr>
          <w:sz w:val="20"/>
        </w:rPr>
        <w:t>1:10:03  e mein batayein. dekhiye, mein jo samjha hoon nafsiyati aitbar se woh yeh hai ke jab aap ko tanqeed buri na lage aur tareef aap aur khush na hon, aap tab samjhiye ke aap ke andar arrogance nahi hai.</w:t>
      </w:r>
      <w:r>
        <w:br/>
      </w:r>
      <w:r>
        <w:rPr>
          <w:sz w:val="20"/>
        </w:rPr>
        <w:t>1:10:22  phir suniye, jab aap ko criticism buri na lage aur praise aap ko khush na kare, tab samjhiye ke aap ke andar arrogance nahi hai.</w:t>
      </w:r>
      <w:r>
        <w:br/>
      </w:r>
      <w:r>
        <w:rPr>
          <w:sz w:val="20"/>
        </w:rPr>
        <w:t>1:10:35  aur jab tak aisa ho ke aap koi criticize kare to aap offend ho jayein, aur praise kare to aap khush hon, to is ka matlab hai ke aap ke andar fakhr hai, pride hai, arrogance hai.</w:t>
      </w:r>
      <w:r>
        <w:br/>
      </w:r>
      <w:r>
        <w:rPr>
          <w:sz w:val="20"/>
        </w:rPr>
        <w:t>1:10:48  yehi bohat hi jo mein samjha hoon, lambi tajurbe ke baad yehi hai criteria. acha, is baat ki pehchan karein.</w:t>
      </w:r>
    </w:p>
    <w:p>
      <w:pPr>
        <w:pStyle w:val="Heading2"/>
      </w:pPr>
      <w:r>
        <w:t>Criteria to judge arrogance</w:t>
      </w:r>
    </w:p>
    <w:p>
      <w:r>
        <w:rPr>
          <w:color w:val="666666"/>
          <w:sz w:val="18"/>
        </w:rPr>
        <w:t>Ethics &amp; Character · Realistic Approach March 30, 2014 Maulana Wahiduddin Khan · 1m 19s · at 1:09:36 · https://youtu.be/K36UonBsGlA?t=4176</w:t>
      </w:r>
    </w:p>
    <w:p>
      <w:r>
        <w:rPr>
          <w:i/>
        </w:rPr>
        <w:t>“What is the criteria to judge that we have arrogance in us?”</w:t>
      </w:r>
    </w:p>
    <w:p>
      <w:r>
        <w:rPr>
          <w:sz w:val="20"/>
        </w:rPr>
        <w:t>1:09:36  maulana, agla sawal kya hai miss najma siddiqui ne dilli se. unhon ne likha hai: "what is the criteria to judge that we have arrogance in us؟" is ke baray mein batayein.</w:t>
      </w:r>
      <w:r>
        <w:br/>
      </w:r>
      <w:r>
        <w:rPr>
          <w:sz w:val="20"/>
        </w:rPr>
        <w:t>1:09:52  kya padhiye phir? "what is the criteria to judge that we have arrogance in us؟" dekhiye, main jo samjha hoon nafsiati aitbar se, woh yeh hai ke jab aap ko tanqeed buri na lage aur tareef par khush na hon aap, tab samjhiye ke aap ke andar arrogance nahi hai.</w:t>
      </w:r>
      <w:r>
        <w:br/>
      </w:r>
      <w:r>
        <w:rPr>
          <w:sz w:val="20"/>
        </w:rPr>
        <w:t>1:10:18  phir suniye. jab aap ko criticism buri na lage aur praise aap ko khush na kare, tab samjhiye ke aap ke andar arrogance nahi hai.</w:t>
      </w:r>
      <w:r>
        <w:br/>
      </w:r>
      <w:r>
        <w:rPr>
          <w:sz w:val="20"/>
        </w:rPr>
        <w:t>1:10:31  aur jab tak aisa ho ke aap koi criticize kare to aap offended ho jayein. aur praise kare to aap khush hon. to is ka matlab yeh hai ke aap ke andar fakhr hai, pride hai, arrogance hai.</w:t>
      </w:r>
      <w:r>
        <w:br/>
      </w:r>
      <w:r>
        <w:rPr>
          <w:sz w:val="20"/>
        </w:rPr>
        <w:t>1:10:44  yahi bohat hi jo main samjha hoon aur lambi tajrube ke baad yahi hai criterion is baat ki pehchan ka.</w:t>
      </w:r>
    </w:p>
    <w:p>
      <w:pPr>
        <w:pStyle w:val="Heading2"/>
      </w:pPr>
      <w:r>
        <w:t>Criterion for Religious Zeal and Advocacy</w:t>
      </w:r>
    </w:p>
    <w:p>
      <w:r>
        <w:rPr>
          <w:color w:val="666666"/>
          <w:sz w:val="18"/>
        </w:rPr>
        <w:t>Ethics &amp; Character · Creative Solution or Ijtihadi Hal September 16, 2012 · 2m 02s · at 59:31 · https://youtu.be/yBKbiu0d_1A?t=3571</w:t>
      </w:r>
    </w:p>
    <w:p>
      <w:r>
        <w:rPr>
          <w:i/>
        </w:rPr>
        <w:t>“What is the criterion for religious zeal and religious advocacy?”</w:t>
      </w:r>
    </w:p>
    <w:p>
      <w:r>
        <w:rPr>
          <w:sz w:val="20"/>
        </w:rPr>
        <w:t>59:31  Maulana, yeh sawal Tamil Nadu se aaya hai Maulana Hafiz Iqbal sahab ka. Unhon ne aap se poocha hai ke deeni ghairat aur deeni hammi ka criteria kya hai?</w:t>
      </w:r>
      <w:r>
        <w:br/>
      </w:r>
      <w:r>
        <w:rPr>
          <w:sz w:val="20"/>
        </w:rPr>
        <w:t>59:43  is is ke bare mein bataein. Kuch bhi nahi, yeh lafzi galat hai. Main is ko jahilana samajhta hoon. Deen ghairat koi cheez nahi, deen hammi koi cheez nahi.</w:t>
      </w:r>
      <w:r>
        <w:br/>
      </w:r>
      <w:r>
        <w:rPr>
          <w:sz w:val="20"/>
        </w:rPr>
        <w:t>59:54  Quran mein aap dekhein, is ko negative sense</w:t>
      </w:r>
      <w:r>
        <w:br/>
      </w:r>
      <w:r>
        <w:rPr>
          <w:sz w:val="20"/>
        </w:rPr>
        <w:t>59:57  mein bayan hua hai. Ghairat aur hammi ke alfaaz ko Quran mein negative sense mein bataya gaya, positive nahi. Yeh sab mere nazdeek, yani is ka Islam se koi talluq nahi hai.</w:t>
      </w:r>
      <w:r>
        <w:br/>
      </w:r>
      <w:r>
        <w:rPr>
          <w:sz w:val="20"/>
        </w:rPr>
        <w:t>1:00:10  yeh qaumi jazbaat se talluq hai. Is ka Islam mein aap ko sirf yeh dekhna hai ke lafzan kya baat likhi hui hai Quran o Hadees mein.</w:t>
      </w:r>
      <w:r>
        <w:br/>
      </w:r>
      <w:r>
        <w:rPr>
          <w:sz w:val="20"/>
        </w:rPr>
        <w:t>1:00:18  lafzan yeh sab jazbati alfaaz hain. Deeni ghairat, deeni hammi,</w:t>
      </w:r>
      <w:r>
        <w:br/>
      </w:r>
      <w:r>
        <w:rPr>
          <w:sz w:val="20"/>
        </w:rPr>
        <w:t>1:00:26  aap ke jazbaat, aap ke emotions, aap ke sentiment, kyunke hamare jazbaat majrooh hote hain. Yeh sab bilkul jahilana alfaaz hain.</w:t>
      </w:r>
      <w:r>
        <w:br/>
      </w:r>
      <w:r>
        <w:rPr>
          <w:sz w:val="20"/>
        </w:rPr>
        <w:t>1:00:36  aksar kehte hain na log ke Musalmanon ke jazbaat majrooh hue hain. Yeh sab bilkul hi, yani yani Islam mein koi value nahi aise alfaaz ki.</w:t>
      </w:r>
      <w:r>
        <w:br/>
      </w:r>
      <w:r>
        <w:rPr>
          <w:sz w:val="20"/>
        </w:rPr>
        <w:t>1:00:48  aap jazbaat majrooh hote hain, nahi, woh to aap jaaniye.</w:t>
      </w:r>
      <w:r>
        <w:br/>
      </w:r>
      <w:r>
        <w:rPr>
          <w:sz w:val="20"/>
        </w:rPr>
        <w:t>1:00:53  kisi bhi baat, kisi bhi maamle mein sharai hukm maloom batane ke liye aap ko Quran ka hawala dena padega, Hadees ka hawala dena padega. Hamare jazbaat majrooh hote hain, yeh koi hawala nahi hai, yeh koi reference nahi hai, is se koi baat saabit nahi hoti.</w:t>
      </w:r>
      <w:r>
        <w:br/>
      </w:r>
      <w:r>
        <w:rPr>
          <w:sz w:val="20"/>
        </w:rPr>
        <w:t>1:01:09  Musalmanon ke qaumi jazbaat majrooh hote hain to woh jaanein, woh khud is ko manage karein. Is ko Islam ka label nahi laga sakte. Aap</w:t>
      </w:r>
      <w:r>
        <w:br/>
      </w:r>
      <w:r>
        <w:rPr>
          <w:sz w:val="20"/>
        </w:rPr>
        <w:t>1:01:19  islam ka label sirf is par lage ga jab ke aap ke pas koi quran ka hawala ho. jazbat majrooh hue hain, yeh koi yeh koi qabil hawala baat nahi hai.</w:t>
      </w:r>
    </w:p>
    <w:p>
      <w:pPr>
        <w:pStyle w:val="Heading2"/>
      </w:pPr>
      <w:r>
        <w:t>Criterion of religious zeal and support</w:t>
      </w:r>
    </w:p>
    <w:p>
      <w:r>
        <w:rPr>
          <w:color w:val="666666"/>
          <w:sz w:val="18"/>
        </w:rPr>
        <w:t>Ethics &amp; Character · Creative Solution or Ijtihadi Hul 16th Sep '12 SLOW · 2m 18s · at 1:01:17 · https://youtu.be/Ri7r6K65b2Y?t=3677</w:t>
      </w:r>
    </w:p>
    <w:p>
      <w:r>
        <w:rPr>
          <w:i/>
        </w:rPr>
        <w:t>“What is the criterion of religious zeal and religious support? Please explain.”</w:t>
      </w:r>
    </w:p>
    <w:p>
      <w:r>
        <w:rPr>
          <w:sz w:val="20"/>
        </w:rPr>
        <w:t>1:01:16  ji, aglay haftay.</w:t>
      </w:r>
      <w:r>
        <w:br/>
      </w:r>
      <w:r>
        <w:rPr>
          <w:sz w:val="20"/>
        </w:rPr>
        <w:t>1:01:17  maulana, agla sawal tamil nadu se aaya hai maulana hafiz iqbal sahab ka.</w:t>
      </w:r>
      <w:r>
        <w:br/>
      </w:r>
      <w:r>
        <w:rPr>
          <w:sz w:val="20"/>
        </w:rPr>
        <w:t>1:01:23  unhon ne aap se poocha hai ke deeni ghairat aur deeni hami ka criteria kya hai? is is</w:t>
      </w:r>
      <w:r>
        <w:br/>
      </w:r>
      <w:r>
        <w:rPr>
          <w:sz w:val="20"/>
        </w:rPr>
        <w:t>1:01:30  ke baray mein batain.</w:t>
      </w:r>
      <w:r>
        <w:br/>
      </w:r>
      <w:r>
        <w:rPr>
          <w:sz w:val="20"/>
        </w:rPr>
        <w:t>1:01:32  kuch bhi nahin, yeh lafzi ghlat hai.</w:t>
      </w:r>
      <w:r>
        <w:br/>
      </w:r>
      <w:r>
        <w:rPr>
          <w:sz w:val="20"/>
        </w:rPr>
        <w:t>1:01:35  mein is ko jhalana samajhta hoon.</w:t>
      </w:r>
      <w:r>
        <w:br/>
      </w:r>
      <w:r>
        <w:rPr>
          <w:sz w:val="20"/>
        </w:rPr>
        <w:t>1:01:38  deen ghlat koi cheez nahin, deen ahmiyat koi cheez nahin.</w:t>
      </w:r>
      <w:r>
        <w:br/>
      </w:r>
      <w:r>
        <w:rPr>
          <w:sz w:val="20"/>
        </w:rPr>
        <w:t>1:01:42  quran mein aap dain, is ko negative sense mein bayan hua hai.</w:t>
      </w:r>
      <w:r>
        <w:br/>
      </w:r>
      <w:r>
        <w:rPr>
          <w:sz w:val="20"/>
        </w:rPr>
        <w:t>1:01:47  shah irfan sahab, woh sirf pata hai mit al jahiliyah hain.</w:t>
      </w:r>
      <w:r>
        <w:br/>
      </w:r>
      <w:r>
        <w:rPr>
          <w:sz w:val="20"/>
        </w:rPr>
        <w:t>1:01:51  mit al jahiliyah, jahiliyah bataya gaya hai.</w:t>
      </w:r>
      <w:r>
        <w:br/>
      </w:r>
      <w:r>
        <w:rPr>
          <w:sz w:val="20"/>
        </w:rPr>
        <w:t>1:01:54  humein yeh jahiliyah ji ghairat aur ahmiyat ke alfaaz ko quran mein negative sense mein bataya gaya hai,</w:t>
      </w:r>
      <w:r>
        <w:br/>
      </w:r>
      <w:r>
        <w:rPr>
          <w:sz w:val="20"/>
        </w:rPr>
        <w:t>1:02:02  positive nahin.</w:t>
      </w:r>
      <w:r>
        <w:br/>
      </w:r>
      <w:r>
        <w:rPr>
          <w:sz w:val="20"/>
        </w:rPr>
        <w:t>1:02:03  yeh sab meray lehaz se dain, yani is ka islam se koi talluq nahin hai, yeh qoumi jazbat</w:t>
      </w:r>
      <w:r>
        <w:br/>
      </w:r>
      <w:r>
        <w:rPr>
          <w:sz w:val="20"/>
        </w:rPr>
        <w:t>1:02:11  se talluq hai.</w:t>
      </w:r>
      <w:r>
        <w:br/>
      </w:r>
      <w:r>
        <w:rPr>
          <w:sz w:val="20"/>
        </w:rPr>
        <w:t>1:02:12  is ka islam mein aap ko sirf yeh dekhna hai ke lafzan kya baat likhi hui hai quran</w:t>
      </w:r>
      <w:r>
        <w:br/>
      </w:r>
      <w:r>
        <w:rPr>
          <w:sz w:val="20"/>
        </w:rPr>
        <w:t>1:02:20  o hadees mein.</w:t>
      </w:r>
      <w:r>
        <w:br/>
      </w:r>
      <w:r>
        <w:rPr>
          <w:sz w:val="20"/>
        </w:rPr>
        <w:t>1:02:22  lafzan yeh sab jazbati alfaaz hain.</w:t>
      </w:r>
      <w:r>
        <w:br/>
      </w:r>
      <w:r>
        <w:rPr>
          <w:sz w:val="20"/>
        </w:rPr>
        <w:t>1:02:24  deeni ghairat, deeni hami, aap ke jazbat, aap ke emotions, aap ke sentiment ke hamaray jazbat majrooh hotay</w:t>
      </w:r>
      <w:r>
        <w:br/>
      </w:r>
      <w:r>
        <w:rPr>
          <w:sz w:val="20"/>
        </w:rPr>
        <w:t>1:02:32  hain, yeh sab bilkul jahilana alfaaz hain.</w:t>
      </w:r>
      <w:r>
        <w:br/>
      </w:r>
      <w:r>
        <w:rPr>
          <w:sz w:val="20"/>
        </w:rPr>
        <w:t>1:02:35  aksar kehtay hain na log ke musalmanon ke jazbat jazbat majrooh hue hain, yeh sab bilkul hi islam</w:t>
      </w:r>
      <w:r>
        <w:br/>
      </w:r>
      <w:r>
        <w:rPr>
          <w:sz w:val="20"/>
        </w:rPr>
        <w:t>1:02:43  mein koi walo nahin.</w:t>
      </w:r>
      <w:r>
        <w:br/>
      </w:r>
      <w:r>
        <w:rPr>
          <w:sz w:val="20"/>
        </w:rPr>
        <w:t>1:02:44  aise alfaaz ke aap jazbaat majrooh hote hain, nahin, woh to aap jaanie.</w:t>
      </w:r>
      <w:r>
        <w:br/>
      </w:r>
      <w:r>
        <w:rPr>
          <w:sz w:val="20"/>
        </w:rPr>
        <w:t>1:02:50  kisi bhi baat, kisi bhi maamle mein sharai hukum maloom batane ke liye aap ko quran ka hawala</w:t>
      </w:r>
      <w:r>
        <w:br/>
      </w:r>
      <w:r>
        <w:rPr>
          <w:sz w:val="20"/>
        </w:rPr>
        <w:t>1:02:58  dena parega, hadith ka hawala dena parega.</w:t>
      </w:r>
      <w:r>
        <w:br/>
      </w:r>
      <w:r>
        <w:rPr>
          <w:sz w:val="20"/>
        </w:rPr>
        <w:t>1:03:01  hamare jazbaat majrooh hote hain, yeh koi hawala nahin hai, yeh koi reference nahin hai, is se koi</w:t>
      </w:r>
      <w:r>
        <w:br/>
      </w:r>
      <w:r>
        <w:rPr>
          <w:sz w:val="20"/>
        </w:rPr>
        <w:t>1:03:09  baat saabit nahin hoti.</w:t>
      </w:r>
      <w:r>
        <w:br/>
      </w:r>
      <w:r>
        <w:rPr>
          <w:sz w:val="20"/>
        </w:rPr>
        <w:t>1:03:11  musalmanon ke qoumi jazbaat majrooh hote hain to woh jaanen, woh khud is ko manage karen, is ko</w:t>
      </w:r>
      <w:r>
        <w:br/>
      </w:r>
      <w:r>
        <w:rPr>
          <w:sz w:val="20"/>
        </w:rPr>
        <w:t>1:03:19  islam ka label nahin laga sakte.</w:t>
      </w:r>
      <w:r>
        <w:br/>
      </w:r>
      <w:r>
        <w:rPr>
          <w:sz w:val="20"/>
        </w:rPr>
        <w:t>1:03:21  aap islam ka label sirf is par lagega jab ke aap ke paas koi quran ka hawala</w:t>
      </w:r>
      <w:r>
        <w:br/>
      </w:r>
      <w:r>
        <w:rPr>
          <w:sz w:val="20"/>
        </w:rPr>
        <w:t>1:03:29  ho.</w:t>
      </w:r>
      <w:r>
        <w:br/>
      </w:r>
      <w:r>
        <w:rPr>
          <w:sz w:val="20"/>
        </w:rPr>
        <w:t>1:03:30  jazbaat majrooh hue hain, yeh koi yeh koi qabil hawala baat nahin hai.</w:t>
      </w:r>
    </w:p>
    <w:p>
      <w:pPr>
        <w:pStyle w:val="Heading2"/>
      </w:pPr>
      <w:r>
        <w:t>Damage of Pride for Soul Purification</w:t>
      </w:r>
    </w:p>
    <w:p>
      <w:r>
        <w:rPr>
          <w:color w:val="666666"/>
          <w:sz w:val="18"/>
        </w:rPr>
        <w:t>Ethics &amp; Character · The Importance of the Quran May 15, 2016 Maulana Wahiduddin Khan · 3m 31s · at 1:07:32 · https://youtu.be/9a-OOUR_bLg?t=4052</w:t>
      </w:r>
    </w:p>
    <w:p>
      <w:r>
        <w:rPr>
          <w:i/>
        </w:rPr>
        <w:t>“What damage does pride do to a person? How does it create a hurdle for purification of one's soul?”</w:t>
      </w:r>
    </w:p>
    <w:p>
      <w:r>
        <w:rPr>
          <w:sz w:val="20"/>
        </w:rPr>
        <w:t>1:07:32  Jazak Allah. Maulana, agla sawal kya hai Feroz sahib ne Ahmedabad se aur unhone aap se poocha hai ke what damage pride does to a person?</w:t>
      </w:r>
      <w:r>
        <w:br/>
      </w:r>
      <w:r>
        <w:rPr>
          <w:sz w:val="20"/>
        </w:rPr>
        <w:t>1:07:47  How does it create a hurdle for purification of one soul?</w:t>
      </w:r>
      <w:r>
        <w:br/>
      </w:r>
      <w:r>
        <w:rPr>
          <w:sz w:val="20"/>
        </w:rPr>
        <w:t>1:07:55  Kya matlab hai? Maulana, pride ke hawale se woh pooch rahe hain ke woh kaise aik damaging ki tarah kaam karta hai ke hamara jo purification jo hum hamesha tazkiya e nafs ki koshish karte hain to is mein kaise rukawat pesh karta hai?</w:t>
      </w:r>
      <w:r>
        <w:br/>
      </w:r>
      <w:r>
        <w:rPr>
          <w:sz w:val="20"/>
        </w:rPr>
        <w:t>1:08:13  Dekhein, pride aap ke ego ko boost karta hai. Jahan pride hoga, wahan ego boost kar raha hoga.</w:t>
      </w:r>
      <w:r>
        <w:br/>
      </w:r>
      <w:r>
        <w:rPr>
          <w:sz w:val="20"/>
        </w:rPr>
        <w:t>1:08:25  Woh to ego to bohat hi buri cheez hai. Pride ko aap ego se alag nahi kar sakte. Jahan pride hoga, wahan ego hoga.</w:t>
      </w:r>
      <w:r>
        <w:br/>
      </w:r>
      <w:r>
        <w:rPr>
          <w:sz w:val="20"/>
        </w:rPr>
        <w:t>1:08:38  Har har pride ego ko boost karta hai.</w:t>
      </w:r>
      <w:r>
        <w:br/>
      </w:r>
      <w:r>
        <w:rPr>
          <w:sz w:val="20"/>
        </w:rPr>
        <w:t>1:08:46  Doosra kehta hai Maulana, wohi purification mein kaise rukawat pesh karta hai? Self purification?</w:t>
      </w:r>
      <w:r>
        <w:br/>
      </w:r>
      <w:r>
        <w:rPr>
          <w:sz w:val="20"/>
        </w:rPr>
        <w:t>1:08:55  Haan, self purification nahi, tazkiya. To tazkiya ki to zidd hai.</w:t>
      </w:r>
      <w:r>
        <w:br/>
      </w:r>
      <w:r>
        <w:rPr>
          <w:sz w:val="20"/>
        </w:rPr>
        <w:t>1:09:03  Pride jo hai, egoism aur pride jahan hoga, woh tazkiya ka process ruk jayega. Tazkiya wahan hoga jahan tazkiya ka process chal raha hai.</w:t>
      </w:r>
      <w:r>
        <w:br/>
      </w:r>
      <w:r>
        <w:rPr>
          <w:sz w:val="20"/>
        </w:rPr>
        <w:t>1:09:15  tazkiya ek ek process ka naam hai. waqti, ek waqti cheez ka naam nahi hai. tazkiya ek process ka naam hai.</w:t>
      </w:r>
      <w:r>
        <w:br/>
      </w:r>
      <w:r>
        <w:rPr>
          <w:sz w:val="20"/>
        </w:rPr>
        <w:t>1:09:25  to jahan pride hoga, jahan ego hoga, wahan tazkiya ka process hi nahi chalega. tazkiya ka process hi stop ho jayega.</w:t>
      </w:r>
      <w:r>
        <w:br/>
      </w:r>
      <w:r>
        <w:rPr>
          <w:sz w:val="20"/>
        </w:rPr>
        <w:t>1:09:38  to jis aadmi ko apne ko yani muzakkar shakhsiyat banana hai, usko apne aap ko pride se aur ego se bachana bhi zaroori hai.</w:t>
      </w:r>
      <w:r>
        <w:br/>
      </w:r>
      <w:r>
        <w:rPr>
          <w:sz w:val="20"/>
        </w:rPr>
        <w:t>1:09:49  dono saath saath nahi chal sakte.</w:t>
      </w:r>
      <w:r>
        <w:br/>
      </w:r>
      <w:r>
        <w:rPr>
          <w:sz w:val="20"/>
        </w:rPr>
        <w:t>1:09:54  Maulana, agla comment Doctor Farida Khanoom ka hai Dilli se aur unho ne likha hai ke those who are involved in the Dawah mission should consider themselves as part of the ghazwa referred to in the Hadith.</w:t>
      </w:r>
      <w:r>
        <w:br/>
      </w:r>
      <w:r>
        <w:rPr>
          <w:sz w:val="20"/>
        </w:rPr>
        <w:t>1:10:12  kya matlab? ke jo log daawa mission mein involved hain. to jo aaj ek sawal bhi aaya tha maulana guzwaye hind ko le ke to doctor farida ka kehna yeh hai ke jo jo log daawa mission se involved hain, woh apne aap ko is guzwa guzway mein shamil samjhein.</w:t>
      </w:r>
      <w:r>
        <w:br/>
      </w:r>
      <w:r>
        <w:rPr>
          <w:sz w:val="20"/>
        </w:rPr>
        <w:t>1:10:30  bhai, yeh hum nahi kar sakte. yeh to Allah ka kaam hai.</w:t>
      </w:r>
      <w:r>
        <w:br/>
      </w:r>
      <w:r>
        <w:rPr>
          <w:sz w:val="20"/>
        </w:rPr>
        <w:t>1:10:36  humein to dawat ke kaam mein lage rehna hai. jo ghazwa hind wali jo baat hai, woh is ka talluq Allah se hai, hum se nahi hai.</w:t>
      </w:r>
      <w:r>
        <w:br/>
      </w:r>
      <w:r>
        <w:rPr>
          <w:sz w:val="20"/>
        </w:rPr>
        <w:t>1:10:49  dawat ka talluq hum se hai. hum yeh keh sakte hain ke dawat ka kaam karo kyunke woh quran mein likha hua hai. woh to ila sabir rabbik.</w:t>
      </w:r>
    </w:p>
    <w:p>
      <w:pPr>
        <w:pStyle w:val="Heading2"/>
      </w:pPr>
      <w:r>
        <w:t>Dealing with anger when instigated</w:t>
      </w:r>
    </w:p>
    <w:p>
      <w:r>
        <w:rPr>
          <w:color w:val="666666"/>
          <w:sz w:val="18"/>
        </w:rPr>
        <w:t>Ethics &amp; Character · Anger An Obstacle to wisdom 5 Jan 2020 - Maulana Wahiduddin Khan · 6m 59s · at 1:01:01 · https://youtu.be/q0VPtCsiYrI?t=3661</w:t>
      </w:r>
    </w:p>
    <w:p>
      <w:r>
        <w:rPr>
          <w:i/>
        </w:rPr>
        <w:t>“My question is how to deal with anger when in spite of adopting an approach of keeping our calm, someone is continuously instigating you?”</w:t>
      </w:r>
    </w:p>
    <w:p>
      <w:r>
        <w:rPr>
          <w:sz w:val="20"/>
        </w:rPr>
        <w:t>1:01:01  Inshallah, I will strive to apply your teachings into my life." Inshallah. Maulana, agla sawal aah bheja hai Miss Marvi Pathania ne Gurgaon se, unhon ne likha hai:</w:t>
      </w:r>
      <w:r>
        <w:br/>
      </w:r>
      <w:r>
        <w:rPr>
          <w:sz w:val="20"/>
        </w:rPr>
        <w:t>1:01:18  "My question is how to deal with anger when in spite of adopting an approach of keeping our calm, someone is continuously instig</w:t>
      </w:r>
      <w:r>
        <w:br/>
      </w:r>
      <w:r>
        <w:rPr>
          <w:sz w:val="20"/>
        </w:rPr>
        <w:t>1:01:31  ating you?" Dekhiye, mere tajurbe ke mutabiq yeh</w:t>
      </w:r>
      <w:r>
        <w:br/>
      </w:r>
      <w:r>
        <w:rPr>
          <w:sz w:val="20"/>
        </w:rPr>
        <w:t>1:01:43  bohat hi aasan hai, is ko bhi is ko janna hai, is ko tajurba karna hai.</w:t>
      </w:r>
      <w:r>
        <w:br/>
      </w:r>
      <w:r>
        <w:rPr>
          <w:sz w:val="20"/>
        </w:rPr>
        <w:t>1:01:52  Woh kya hai? Aap chup ho jaiye. Jab aap ko kisi se par ghussa hai to kuch mat kijiye, sirf chup ho jaiye.</w:t>
      </w:r>
      <w:r>
        <w:br/>
      </w:r>
      <w:r>
        <w:rPr>
          <w:sz w:val="20"/>
        </w:rPr>
        <w:t>1:02:05  Main ne bohat baar tajurba kiya is ko ke agar aap chup ho jate hain to kya hota hai ke nature ka process chal parta hai.</w:t>
      </w:r>
      <w:r>
        <w:br/>
      </w:r>
      <w:r>
        <w:rPr>
          <w:sz w:val="20"/>
        </w:rPr>
        <w:t>1:02:17  Nature yani</w:t>
      </w:r>
      <w:r>
        <w:br/>
      </w:r>
      <w:r>
        <w:rPr>
          <w:sz w:val="20"/>
        </w:rPr>
        <w:t>1:02:22  Pehle pehle second mein woh process chalta hai, outward</w:t>
      </w:r>
      <w:r>
        <w:br/>
      </w:r>
      <w:r>
        <w:rPr>
          <w:sz w:val="20"/>
        </w:rPr>
        <w:t>1:02:34  chalta hai. Lekin agar aap chup ho jayen to suddenly aik aik aik anokhi baat hoti hai ke woh downward chalne lagta hai.</w:t>
      </w:r>
      <w:r>
        <w:br/>
      </w:r>
      <w:r>
        <w:rPr>
          <w:sz w:val="20"/>
        </w:rPr>
        <w:t>1:02:50  Yani pehle moment woh chalega outward, lekin agar chup ho jayen to apne aap hi woh chalega downward aur phir sab kuch khatam ho jayega.</w:t>
      </w:r>
      <w:r>
        <w:br/>
      </w:r>
      <w:r>
        <w:rPr>
          <w:sz w:val="20"/>
        </w:rPr>
        <w:t>1:03:02  Aap jab bhi yani chahen is ka tajurba kar lijiye, jab bhi chahiye.</w:t>
      </w:r>
      <w:r>
        <w:br/>
      </w:r>
      <w:r>
        <w:rPr>
          <w:sz w:val="20"/>
        </w:rPr>
        <w:t>1:03:11  Yeh aap ko kuch karna nahi hai, nature ki potential ko use karna hai, bas kuch bhi nahi karna hai aap ko.</w:t>
      </w:r>
      <w:r>
        <w:br/>
      </w:r>
      <w:r>
        <w:rPr>
          <w:sz w:val="20"/>
        </w:rPr>
        <w:t>1:03:22  Jis Khuda ne insaan ko paida kiya hai, us Khuda ne insaan ke andar yeh aik azeem taqat rakh di hai ke agar tum chup ho jao to apne aap hi aik process jari hoga aur woh dheere dheere sab khatam ho jayega.</w:t>
      </w:r>
      <w:r>
        <w:br/>
      </w:r>
      <w:r>
        <w:rPr>
          <w:sz w:val="20"/>
        </w:rPr>
        <w:t>1:03:42  Aap tajurba kar ke dekh lijiye.</w:t>
      </w:r>
      <w:r>
        <w:br/>
      </w:r>
      <w:r>
        <w:rPr>
          <w:sz w:val="20"/>
        </w:rPr>
        <w:t>1:03:48  Maulana, aik comment parhna chahenge jo Professor Fareeda Khanam ne bheja hai Delhi se, unhon ne likha hai: "There is a non-Muslim family in our neighborhood.</w:t>
      </w:r>
      <w:r>
        <w:br/>
      </w:r>
      <w:r>
        <w:rPr>
          <w:sz w:val="20"/>
        </w:rPr>
        <w:t>1:04:02  We have been living in this society for about forty years, but we never went to their home. About six months ago, I saw that the lady had fractured herright hand.</w:t>
      </w:r>
      <w:r>
        <w:br/>
      </w:r>
      <w:r>
        <w:rPr>
          <w:sz w:val="20"/>
        </w:rPr>
        <w:t>1:04:16  She was in great trouble. She had not got theright treatment. So I went to her and provided all the aid.</w:t>
      </w:r>
      <w:r>
        <w:br/>
      </w:r>
      <w:r>
        <w:rPr>
          <w:sz w:val="20"/>
        </w:rPr>
        <w:t>1:04:26  I asked my physiotherapist to treat her and I paid the fees myself.</w:t>
      </w:r>
      <w:r>
        <w:br/>
      </w:r>
      <w:r>
        <w:rPr>
          <w:sz w:val="20"/>
        </w:rPr>
        <w:t>1:04:32  After about three months, her hand healed fully. Now she is so indebted to us for this act that she tells people that they are bhagwan, yeh hamare bhagwan hain.</w:t>
      </w:r>
      <w:r>
        <w:br/>
      </w:r>
      <w:r>
        <w:rPr>
          <w:sz w:val="20"/>
        </w:rPr>
        <w:t>1:04:47  I think we can solve our problems by building good relations. Itna aasan hai, ghor kijiye, aik aise country mein aap hain jahan aik shabd bol kar ke aap logon ko jeet sakte hain.</w:t>
      </w:r>
      <w:r>
        <w:br/>
      </w:r>
      <w:r>
        <w:rPr>
          <w:sz w:val="20"/>
        </w:rPr>
        <w:t>1:05:05  Aik shabd, main ne khud tajurba kiya hai, aap ko naam ke sath is ka aap ko address de sakta hoon ke aap sirf yeh yeh kijiye ke meethe shabd boliye, meethe shabd,</w:t>
      </w:r>
      <w:r>
        <w:br/>
      </w:r>
      <w:r>
        <w:rPr>
          <w:sz w:val="20"/>
        </w:rPr>
        <w:t>1:05:28  Aur sab kuch achanak sab kuch aap dekhen ke sab kuch solve ho chuka hai.</w:t>
      </w:r>
      <w:r>
        <w:br/>
      </w:r>
      <w:r>
        <w:rPr>
          <w:sz w:val="20"/>
        </w:rPr>
        <w:t>1:05:39  Hamare jo log hain, woh sirf reaction jante hain. Reaction yeh dekhiye, reaction ki logic yeh hai ke jab aap react karte hain to woh bhi react karega.</w:t>
      </w:r>
      <w:r>
        <w:br/>
      </w:r>
      <w:r>
        <w:rPr>
          <w:sz w:val="20"/>
        </w:rPr>
        <w:t>1:05:54  To kya ho jayega ke aik</w:t>
      </w:r>
      <w:r>
        <w:br/>
      </w:r>
      <w:r>
        <w:rPr>
          <w:sz w:val="20"/>
        </w:rPr>
        <w:t>1:06:02  Aik reaction ka aik aik aik silsila chal parega.</w:t>
      </w:r>
      <w:r>
        <w:br/>
      </w:r>
      <w:r>
        <w:rPr>
          <w:sz w:val="20"/>
        </w:rPr>
        <w:t>1:06:12  aap ka reaction, un ka reaction, aap ka.</w:t>
      </w:r>
      <w:r>
        <w:br/>
      </w:r>
      <w:r>
        <w:rPr>
          <w:sz w:val="20"/>
        </w:rPr>
        <w:t>1:06:17  aap kuch mat kijiye ke koi aadmi aap ke sath koi nakhushgawar baat karta hai to sirf chup ho jaiye, ek kalma bol dijiye.</w:t>
      </w:r>
      <w:r>
        <w:br/>
      </w:r>
      <w:r>
        <w:rPr>
          <w:sz w:val="20"/>
        </w:rPr>
        <w:t>1:06:29  yeh to nature ki taqat hai, jaag uthe gi aap ko. dekhiye, nature ki taqat har waqt jaagne ke liye tayar hai.</w:t>
      </w:r>
      <w:r>
        <w:br/>
      </w:r>
      <w:r>
        <w:rPr>
          <w:sz w:val="20"/>
        </w:rPr>
        <w:t>1:06:42  lekin hamare sathhi jo hain, woh jante hi nahi is potential ko, nature ke potential ko jante hi nahi.</w:t>
      </w:r>
      <w:r>
        <w:br/>
      </w:r>
      <w:r>
        <w:rPr>
          <w:sz w:val="20"/>
        </w:rPr>
        <w:t>1:06:59  sajid ahmad khan sahib ne nagpur se comment bheja hai, unhon ne likha hai: "Molana, nobody is our enemy. This concept I have discovered from your company</w:t>
      </w:r>
      <w:r>
        <w:br/>
      </w:r>
      <w:r>
        <w:rPr>
          <w:sz w:val="20"/>
        </w:rPr>
        <w:t>1:07:11  . Every person in our contact is either friend or potential friend. I believe that this is the best way to live in every society.</w:t>
      </w:r>
      <w:r>
        <w:br/>
      </w:r>
      <w:r>
        <w:rPr>
          <w:sz w:val="20"/>
        </w:rPr>
        <w:t>1:07:23  If we are positive in our mind, then every situation is an item of thanks and thanks only to God.</w:t>
      </w:r>
      <w:r>
        <w:br/>
      </w:r>
      <w:r>
        <w:rPr>
          <w:sz w:val="20"/>
        </w:rPr>
        <w:t>1:07:32  jazak Allah Maulana. doctor safina tabassum ne saharanpur se likha hai: "I really thank God for giving us guidance through you.</w:t>
      </w:r>
      <w:r>
        <w:br/>
      </w:r>
      <w:r>
        <w:rPr>
          <w:sz w:val="20"/>
        </w:rPr>
        <w:t>1:07:43  In the times of widespread negativity, we are totally positive and unaffected by the environment. This is all because of your teachings.</w:t>
      </w:r>
      <w:r>
        <w:br/>
      </w:r>
      <w:r>
        <w:rPr>
          <w:sz w:val="20"/>
        </w:rPr>
        <w:t>1:07:56  Really thank you from the core of my heart."</w:t>
      </w:r>
    </w:p>
    <w:p>
      <w:pPr>
        <w:pStyle w:val="Heading2"/>
      </w:pPr>
      <w:r>
        <w:t>Dealing with loss of patience</w:t>
      </w:r>
    </w:p>
    <w:p>
      <w:r>
        <w:rPr>
          <w:color w:val="666666"/>
          <w:sz w:val="18"/>
        </w:rPr>
        <w:t>Ethics &amp; Character · Islam in A New Age March 18, 2012 · 1m 07s · at 1:19:31 · https://youtu.be/P5hzq_NheY0?t=4771</w:t>
      </w:r>
    </w:p>
    <w:p>
      <w:r>
        <w:rPr>
          <w:i/>
        </w:rPr>
        <w:t>“Do patience is one of the greatest virtues, but what should we do if at some point of time we feel that we are on the verge of losing patience? Kindly elaborate on my question.”</w:t>
      </w:r>
    </w:p>
    <w:p>
      <w:r>
        <w:rPr>
          <w:sz w:val="20"/>
        </w:rPr>
        <w:t>1:19:31  nahin, yeh Musalmanon ka yani apne mahol se asar le kar ke aisa hua hai. Maulana, agla sawal bhi Dilli se hai, Miss Nida Malik ka.</w:t>
      </w:r>
      <w:r>
        <w:br/>
      </w:r>
      <w:r>
        <w:rPr>
          <w:sz w:val="20"/>
        </w:rPr>
        <w:t>1:19:40  unhon ne likha hai ke Do patience is one of the greatest virtues, but what should we do if at some point of time we feel that we are on the verge of losing patience?</w:t>
      </w:r>
      <w:r>
        <w:br/>
      </w:r>
      <w:r>
        <w:rPr>
          <w:sz w:val="20"/>
        </w:rPr>
        <w:t>1:19:53  Maulana sahib, kindly elaborate on my question. aisa kabhi nahin hota.</w:t>
      </w:r>
      <w:r>
        <w:br/>
      </w:r>
      <w:r>
        <w:rPr>
          <w:sz w:val="20"/>
        </w:rPr>
        <w:t>1:19:59  yeh to woh log hote hain jo sochi samjhi zindagi na guzarte hon. Animal-like. yeh to animal behavior hai.</w:t>
      </w:r>
      <w:r>
        <w:br/>
      </w:r>
      <w:r>
        <w:rPr>
          <w:sz w:val="20"/>
        </w:rPr>
        <w:t>1:20:09  Mind your thinking, animal. to apni thinking ko develop kijiye. jo log thinking ko develop nahin karte, unhi ke sab yeh sab problem hote hain.</w:t>
      </w:r>
      <w:r>
        <w:br/>
      </w:r>
      <w:r>
        <w:rPr>
          <w:sz w:val="20"/>
        </w:rPr>
        <w:t>1:20:21  main apne tajrube ki bina par keh sakta hoon ke apni thinking ko develop kijiye aur yeh sab masle apne aap khatam ho jayenge. is tarah ka problem un mein aata hai jinhon ne apni thinking ko develop na kiya ho.</w:t>
      </w:r>
    </w:p>
    <w:p>
      <w:pPr>
        <w:pStyle w:val="Heading2"/>
      </w:pPr>
      <w:r>
        <w:t>Dealing with misunderstandings</w:t>
      </w:r>
    </w:p>
    <w:p>
      <w:r>
        <w:rPr>
          <w:color w:val="666666"/>
          <w:sz w:val="18"/>
        </w:rPr>
        <w:t>Ethics &amp; Character · Religion and Democracy December 25, 2011 · 2m 27s · at 1:46:11 · https://youtu.be/8Mf_yvDA8ik?t=6371</w:t>
      </w:r>
    </w:p>
    <w:p>
      <w:r>
        <w:rPr>
          <w:i/>
        </w:rPr>
        <w:t>“You have written in Al-Risala that misunderstanding is always baseless. If a misunderstanding arises about someone, a person should either immediately forget it or meet that person directly to remove the misunderstanding. He should not spread the misunderstanding among others. Doing so is building a weak personality.”</w:t>
      </w:r>
    </w:p>
    <w:p>
      <w:r>
        <w:rPr>
          <w:sz w:val="20"/>
        </w:rPr>
        <w:t>1:46:11  Mr Sharukh Hussain Mathi ne Dilli se sawal kiya hai. Unhone likha hai: "Aap ne Al-Risala mein likha hai ke misunderstanding hamesha baseless hoti hai.</w:t>
      </w:r>
      <w:r>
        <w:br/>
      </w:r>
      <w:r>
        <w:rPr>
          <w:sz w:val="20"/>
        </w:rPr>
        <w:t>1:46:23  agar kisi ke bare mein misunderstanding paida ho to aadmi ya to foran us ko bhula de ya woh us aadmi se direct mil kar misunderstanding ko door kar le.</w:t>
      </w:r>
      <w:r>
        <w:br/>
      </w:r>
      <w:r>
        <w:rPr>
          <w:sz w:val="20"/>
        </w:rPr>
        <w:t>1:46:37  woh misunderstanding ko le kar doosron ke darmiyan na phailaye. Aisa karna apne andar weak personality banana hai.</w:t>
      </w:r>
      <w:r>
        <w:br/>
      </w:r>
      <w:r>
        <w:rPr>
          <w:sz w:val="20"/>
        </w:rPr>
        <w:t>1:46:47  Maulana sahib, weak personality ka nuqsan kya hai aur us ko kaise theek kiya jaye?"</w:t>
      </w:r>
      <w:r>
        <w:br/>
      </w:r>
      <w:r>
        <w:rPr>
          <w:sz w:val="20"/>
        </w:rPr>
        <w:t>1:46:58  ab isi misaal mein aap dekh lijiye ke ek baat pahunchi kisi aadmi ko aur us ko woh tehqeeq nahi karta aur maan leta hai.</w:t>
      </w:r>
      <w:r>
        <w:br/>
      </w:r>
      <w:r>
        <w:rPr>
          <w:sz w:val="20"/>
        </w:rPr>
        <w:t>1:47:08  to is se kya mizaj banega? Is ka is ka mizaj yeh banega ke jhoot sach sab maan lo, jhoot bhi maan lo, sach bhi maan lo. Yaani sahi baat hai, tab bhi mano, galat hai, tab bhi mano.</w:t>
      </w:r>
      <w:r>
        <w:br/>
      </w:r>
      <w:r>
        <w:rPr>
          <w:sz w:val="20"/>
        </w:rPr>
        <w:t>1:47:21  yeh yeh is ke andar banegi personality. Kyun ke aadmi ne jo suna, woh agar galat tha aur us ko maan rakha hai us ne, to usi ke naam to hai weak personality ke jhoot ko sach samajhna,</w:t>
      </w:r>
      <w:r>
        <w:br/>
      </w:r>
      <w:r>
        <w:rPr>
          <w:sz w:val="20"/>
        </w:rPr>
        <w:t>1:47:37  untrue ko true samajhna, jis cheez ki koi base nahi hai, us ko samajhte rehna.</w:t>
      </w:r>
      <w:r>
        <w:br/>
      </w:r>
      <w:r>
        <w:rPr>
          <w:sz w:val="20"/>
        </w:rPr>
        <w:t>1:47:46  to isi ka naam hai weak personality. To aadmi ko karna kya hai?</w:t>
      </w:r>
      <w:r>
        <w:br/>
      </w:r>
      <w:r>
        <w:rPr>
          <w:sz w:val="20"/>
        </w:rPr>
        <w:t>1:47:52  karna yeh hai ke scrutiny ka awaz daal rahe hain. Scrutiny tehqeeq, koi baat suna hai to us ko tehqeeq kare. Nahi to yeh prize deni padegi ke aap ke andar weak personality banegi.</w:t>
      </w:r>
      <w:r>
        <w:br/>
      </w:r>
      <w:r>
        <w:rPr>
          <w:sz w:val="20"/>
        </w:rPr>
        <w:t>1:48:03  aur weak personality ka nuqsan kya hoga? Phir ke aap ko farishton ki shahwat nahi milegi, Allah ki marifat hasil nahi hogi, Allah ki qurbat aap ko nahi milegi.</w:t>
      </w:r>
      <w:r>
        <w:br/>
      </w:r>
      <w:r>
        <w:rPr>
          <w:sz w:val="20"/>
        </w:rPr>
        <w:t>1:48:13  to weak personality ka bohat nuqsan hota hai, bohat nuqsan hota hai</w:t>
      </w:r>
      <w:r>
        <w:br/>
      </w:r>
      <w:r>
        <w:rPr>
          <w:sz w:val="20"/>
        </w:rPr>
        <w:t>1:48:18  ke aap ke andar woh jo jo matloob hai, jo shakhsiyat, muqaddas shakhsiyat, woh banti nahi. Jab woh nahi banti hai to aap ko na farishton se bhi doori hai, Khuda se bhi doori hai, phir jannat se bhi doori hai.</w:t>
      </w:r>
      <w:r>
        <w:br/>
      </w:r>
      <w:r>
        <w:rPr>
          <w:sz w:val="20"/>
        </w:rPr>
        <w:t>1:48:33  yeh to bohat hi tawakkun cheez hai. Mr Asif ka Dilli se</w:t>
      </w:r>
    </w:p>
    <w:p>
      <w:pPr>
        <w:pStyle w:val="Heading2"/>
      </w:pPr>
      <w:r>
        <w:t>Dealing with perceived unprofessional behavior</w:t>
      </w:r>
    </w:p>
    <w:p>
      <w:r>
        <w:rPr>
          <w:color w:val="666666"/>
          <w:sz w:val="18"/>
        </w:rPr>
        <w:t>Ethics &amp; Character · Q&amp;A 04 Mar 2012 Maulana Wahiduddin Khan · 2m 19s · at 47:03 · https://youtu.be/txRmutuvWQI?t=2823</w:t>
      </w:r>
    </w:p>
    <w:p>
      <w:r>
        <w:rPr>
          <w:i/>
        </w:rPr>
        <w:t>“A person sent a message to issue Al-Risala at a certain address. I said to contact the Al-Risala office directly for the magazine. He became angry and complained to a colleague, saying my request was taken unprofessionally. Maulana, how can such complexes be removed?”</w:t>
      </w:r>
    </w:p>
    <w:p>
      <w:r>
        <w:rPr>
          <w:sz w:val="20"/>
        </w:rPr>
        <w:t>47:03  maulana, agla sawal hai dilli se mister arshad jamal sahab ka. unhon ne likha hai: "ek sahab ka message aaya ke falan address par al risala issue kar dein.</w:t>
      </w:r>
      <w:r>
        <w:br/>
      </w:r>
      <w:r>
        <w:rPr>
          <w:sz w:val="20"/>
        </w:rPr>
        <w:t>47:14  main ne kaha ke al risala ke liye aap direct al risala office se contact karein. is par woh sahab naraz ho gaye.</w:t>
      </w:r>
      <w:r>
        <w:br/>
      </w:r>
      <w:r>
        <w:rPr>
          <w:sz w:val="20"/>
        </w:rPr>
        <w:t>47:23  unhon ne ek saathi se is ki shikayat ki aur unhon ne kaha ke meri request ko professionally le liya gaya hai. maulana, is tarah ke complex ko kaise door kiya jaye?"</w:t>
      </w:r>
      <w:r>
        <w:br/>
      </w:r>
      <w:r>
        <w:rPr>
          <w:sz w:val="20"/>
        </w:rPr>
        <w:t>47:37  door yahi kiya hai ke logon ko principle nahi maloom. principle principle kya hai? jin sahab ne aisa jo maloom diya, mere nazdeek galat jo maloom tha, woh dekhein.</w:t>
      </w:r>
      <w:r>
        <w:br/>
      </w:r>
      <w:r>
        <w:rPr>
          <w:sz w:val="20"/>
        </w:rPr>
        <w:t>47:49  is tarah ki soorat-e-haal mein un ke liye do shakalain theen, do shakalain.</w:t>
      </w:r>
      <w:r>
        <w:br/>
      </w:r>
      <w:r>
        <w:rPr>
          <w:sz w:val="20"/>
        </w:rPr>
        <w:t>47:54  ek yeh hai ke woh direct daftar mein telephone karein aur jo kuch kehna hai, daftar se kahein. achha, agar jari karna hai to yeh bhi shakal thi ke woh money order lein aur us par is ka jitna chanda hota hai, usay likhein, apne paas se raqam jama kar ke aur bhej dein, aap is ke naam.</w:t>
      </w:r>
      <w:r>
        <w:br/>
      </w:r>
      <w:r>
        <w:rPr>
          <w:sz w:val="20"/>
        </w:rPr>
        <w:t>48:18  baqi yeh jo remark diya unhon ne is tareeqe se, woh mere nazdeek galat remark tha. aur main samajhta hoon ke woh adaab-e-hayat nahi jante. musalmanon mein aam taur par yeh kamzori hai ke woh haram-o-halal ko to jante hain, magar woh adaab-e-hayat ko nahi jante.</w:t>
      </w:r>
      <w:r>
        <w:br/>
      </w:r>
      <w:r>
        <w:rPr>
          <w:sz w:val="20"/>
        </w:rPr>
        <w:t>48:33  haram-o-halal jo bilkul khule khule hain ke suar ka gosht ya ya sharab peena haram, yeh to sab log jante hain.</w:t>
      </w:r>
      <w:r>
        <w:br/>
      </w:r>
      <w:r>
        <w:rPr>
          <w:sz w:val="20"/>
        </w:rPr>
        <w:t>48:42  lekin zindagi ke jo adaab hain, jo principles of life hain, us se bekhabar hain. woh</w:t>
      </w:r>
      <w:r>
        <w:br/>
      </w:r>
      <w:r>
        <w:rPr>
          <w:sz w:val="20"/>
        </w:rPr>
        <w:t>48:47  to main samajhta hoon un ko conscious karna yeh chahiye tha ke agar woh apne paas se khud se karna chahte thay to apni jeb se woh raqam ka money order kar dein, aap us ko aur yahan se jari ho jayega, wahan</w:t>
      </w:r>
      <w:r>
        <w:br/>
      </w:r>
      <w:r>
        <w:rPr>
          <w:sz w:val="20"/>
        </w:rPr>
        <w:t>49:06  ya koi bhi aisi shakal jo usool ke mutabiq ho. lekin yeh to main ne tak usool ke mutabiq tha un ka yeh feal. to un ko main samajhta hoon ke woh adaab-e-hayat se abhi waqif nahi hain.</w:t>
      </w:r>
    </w:p>
    <w:p>
      <w:pPr>
        <w:pStyle w:val="Heading2"/>
      </w:pPr>
      <w:r>
        <w:t>Dealing with those who justify wrongdoing</w:t>
      </w:r>
    </w:p>
    <w:p>
      <w:r>
        <w:rPr>
          <w:color w:val="666666"/>
          <w:sz w:val="18"/>
        </w:rPr>
        <w:t>Ethics &amp; Character · Anger An Obstacle to wisdom 5 Jan 2020 - Maulana Wahiduddin Khan · 2m 00s · at 59:00 · https://youtu.be/q0VPtCsiYrI?t=3540</w:t>
      </w:r>
    </w:p>
    <w:p>
      <w:r>
        <w:rPr>
          <w:i/>
        </w:rPr>
        <w:t>“Many times people who do wrong start justifying their wrong when we constantly show them a friendly attitude. How can we make them realize that what they are doing is wrong?”</w:t>
      </w:r>
    </w:p>
    <w:p>
      <w:r>
        <w:rPr>
          <w:sz w:val="20"/>
        </w:rPr>
        <w:t>59:00  Maulana, agla sawal lete hain. yeh sawal bheja hai</w:t>
      </w:r>
      <w:r>
        <w:br/>
      </w:r>
      <w:r>
        <w:rPr>
          <w:sz w:val="20"/>
        </w:rPr>
        <w:t>59:08  miss dania mustafa ne karachi, pakistan se, unhon ne likha hai: "Molana sahib, many a times it happens that people who do wrong start justifying their wrong when we constantly show them a friendly attitude.</w:t>
      </w:r>
      <w:r>
        <w:br/>
      </w:r>
      <w:r>
        <w:rPr>
          <w:sz w:val="20"/>
        </w:rPr>
        <w:t>59:25  Maulana sahib, how can we make them realize that what they are doing is</w:t>
      </w:r>
      <w:r>
        <w:br/>
      </w:r>
      <w:r>
        <w:rPr>
          <w:sz w:val="20"/>
        </w:rPr>
        <w:t>59:30  wrong?" dekhiye, aap ne bas misaal de di hai, is ki analysis nahi ki hai.</w:t>
      </w:r>
      <w:r>
        <w:br/>
      </w:r>
      <w:r>
        <w:rPr>
          <w:sz w:val="20"/>
        </w:rPr>
        <w:t>59:42  Mere tajurbe ke log</w:t>
      </w:r>
      <w:r>
        <w:br/>
      </w:r>
      <w:r>
        <w:rPr>
          <w:sz w:val="20"/>
        </w:rPr>
        <w:t>59:46  aise hi kisi falsehood ko le kar ke ek rai bana lete hain, us ko analysis nahi karte.</w:t>
      </w:r>
      <w:r>
        <w:br/>
      </w:r>
      <w:r>
        <w:rPr>
          <w:sz w:val="20"/>
        </w:rPr>
        <w:t>59:59  Main ne jab bhi analysis kiya, yaqeen kijiye, main ne paya ke bohat si baaten log jo maane hue the, woh woh falsehood thi, us ke siwa kuch nahi hai.</w:t>
      </w:r>
      <w:r>
        <w:br/>
      </w:r>
      <w:r>
        <w:rPr>
          <w:sz w:val="20"/>
        </w:rPr>
        <w:t>1:00:12  Aap tajurba kar ke dekhiye, agle sunday ko aap mujhe bataiye ke aap ne</w:t>
      </w:r>
      <w:r>
        <w:br/>
      </w:r>
      <w:r>
        <w:rPr>
          <w:sz w:val="20"/>
        </w:rPr>
        <w:t>1:00:20  analysis kiya aur yeh haqeeqat mili ya nahi mili, bataiye aap tajurba kar ke.</w:t>
      </w:r>
      <w:r>
        <w:br/>
      </w:r>
      <w:r>
        <w:rPr>
          <w:sz w:val="20"/>
        </w:rPr>
        <w:t>1:00:34  Muhammad ammar sahib ne dilli se comment bheja hai, unhon ne likha hai: "Molana, for me, you are the only scholar who derives the true wisdom from the Quran and the Sunnah.</w:t>
      </w:r>
      <w:r>
        <w:br/>
      </w:r>
      <w:r>
        <w:rPr>
          <w:sz w:val="20"/>
        </w:rPr>
        <w:t>1:00:47  Before meeting you, I used to ask Allah to teach me wisdom through Quran. And then Allah gifted me you, who's teaching me the true wisdom of the Quran.</w:t>
      </w:r>
    </w:p>
    <w:p>
      <w:pPr>
        <w:pStyle w:val="Heading2"/>
      </w:pPr>
      <w:r>
        <w:t>Definition and Development of Good Character</w:t>
      </w:r>
    </w:p>
    <w:p>
      <w:r>
        <w:rPr>
          <w:color w:val="666666"/>
          <w:sz w:val="18"/>
        </w:rPr>
        <w:t>Ethics &amp; Character · The Creation Plan of God I February 14, 2016 · 2m 36s · at 1:13:15 · https://youtu.be/BzfZIALqyNI?t=4395</w:t>
      </w:r>
    </w:p>
    <w:p>
      <w:r>
        <w:rPr>
          <w:i/>
        </w:rPr>
        <w:t>“How would you define good character and secondly how can we develop good character?”</w:t>
      </w:r>
    </w:p>
    <w:p>
      <w:r>
        <w:rPr>
          <w:sz w:val="20"/>
        </w:rPr>
        <w:t>1:13:15  molana, agla sawal haiderabad se hai.</w:t>
      </w:r>
      <w:r>
        <w:br/>
      </w:r>
      <w:r>
        <w:rPr>
          <w:sz w:val="20"/>
        </w:rPr>
        <w:t>1:13:18  محمد زبیر صاحب نے کیا ہے اور انہوں نے لکھا ہے کہ: "How would you define good character</w:t>
      </w:r>
      <w:r>
        <w:br/>
      </w:r>
      <w:r>
        <w:rPr>
          <w:sz w:val="20"/>
        </w:rPr>
        <w:t>1:13:26  "And secondly, how can we develop good character?" is ke bare mein batayen.</w:t>
      </w:r>
      <w:r>
        <w:br/>
      </w:r>
      <w:r>
        <w:rPr>
          <w:sz w:val="20"/>
        </w:rPr>
        <w:t>1:13:31  to unhon ne bata diya, pehli good character woh hai jo aap ke, yani jis cheez ko aap</w:t>
      </w:r>
      <w:r>
        <w:br/>
      </w:r>
      <w:r>
        <w:rPr>
          <w:sz w:val="20"/>
        </w:rPr>
        <w:t>1:13:39  apne liye good samajhte hain, wahi aap doosre ke good manen to wahi good character hai.</w:t>
      </w:r>
      <w:r>
        <w:br/>
      </w:r>
      <w:r>
        <w:rPr>
          <w:sz w:val="20"/>
        </w:rPr>
        <w:t>1:13:46  hota yeh hai ke log apne liye kuch chahte hain, doosre ke liye kuch ban jate hain, yani</w:t>
      </w:r>
      <w:r>
        <w:br/>
      </w:r>
      <w:r>
        <w:rPr>
          <w:sz w:val="20"/>
        </w:rPr>
        <w:t>1:13:54  double standard ban jate hain.</w:t>
      </w:r>
      <w:r>
        <w:br/>
      </w:r>
      <w:r>
        <w:rPr>
          <w:sz w:val="20"/>
        </w:rPr>
        <w:t>1:13:56  har aadmi ko pata hai ke mere liye good kya hai, har aadmi ko pata hai, andhe beine</w:t>
      </w:r>
      <w:r>
        <w:br/>
      </w:r>
      <w:r>
        <w:rPr>
          <w:sz w:val="20"/>
        </w:rPr>
        <w:t>1:14:03  ko pata hai ke mere liye good kya hai.</w:t>
      </w:r>
      <w:r>
        <w:br/>
      </w:r>
      <w:r>
        <w:rPr>
          <w:sz w:val="20"/>
        </w:rPr>
        <w:t>1:14:07  bas wahi aap doosre ke liye chahen, wahi doosre ke liye karen.</w:t>
      </w:r>
      <w:r>
        <w:br/>
      </w:r>
      <w:r>
        <w:rPr>
          <w:sz w:val="20"/>
        </w:rPr>
        <w:t>1:14:12  to bohat hi simple formula hai ke jis cheez ko aap apne liye good samajhte hain, usi ko</w:t>
      </w:r>
      <w:r>
        <w:br/>
      </w:r>
      <w:r>
        <w:rPr>
          <w:sz w:val="20"/>
        </w:rPr>
        <w:t>1:14:20  doosre ke liye bhi good samhen.</w:t>
      </w:r>
      <w:r>
        <w:br/>
      </w:r>
      <w:r>
        <w:rPr>
          <w:sz w:val="20"/>
        </w:rPr>
        <w:t>1:14:23  yahi hai best moral principle.</w:t>
      </w:r>
      <w:r>
        <w:br/>
      </w:r>
      <w:r>
        <w:rPr>
          <w:sz w:val="20"/>
        </w:rPr>
        <w:t>1:14:25  Okay, so we will end the session, but there is one announcement next Sunday, after the Sunday class</w:t>
      </w:r>
      <w:r>
        <w:br/>
      </w:r>
      <w:r>
        <w:rPr>
          <w:sz w:val="20"/>
        </w:rPr>
        <w:t>1:14:33  ایٹ فور او کلاک، there is a program at Siri Fort, where all the religious leaders would be</w:t>
      </w:r>
      <w:r>
        <w:br/>
      </w:r>
      <w:r>
        <w:rPr>
          <w:sz w:val="20"/>
        </w:rPr>
        <w:t>1:14:40  present.</w:t>
      </w:r>
      <w:r>
        <w:br/>
      </w:r>
      <w:r>
        <w:rPr>
          <w:sz w:val="20"/>
        </w:rPr>
        <w:t>1:14:42  molana will also be presenting his views on harmony and peace.</w:t>
      </w:r>
      <w:r>
        <w:br/>
      </w:r>
      <w:r>
        <w:rPr>
          <w:sz w:val="20"/>
        </w:rPr>
        <w:t>1:14:47  So if you want more details, please contact Faraz Khan for the same.</w:t>
      </w:r>
      <w:r>
        <w:br/>
      </w:r>
      <w:r>
        <w:rPr>
          <w:sz w:val="20"/>
        </w:rPr>
        <w:t>1:14:52  thank you.</w:t>
      </w:r>
    </w:p>
    <w:p>
      <w:pPr>
        <w:pStyle w:val="Heading2"/>
      </w:pPr>
      <w:r>
        <w:t>Definition of Goodwill and Punishment</w:t>
      </w:r>
    </w:p>
    <w:p>
      <w:r>
        <w:rPr>
          <w:color w:val="666666"/>
          <w:sz w:val="18"/>
        </w:rPr>
        <w:t>Ethics &amp; Character · Concept of Jihad in Islam September 7, 2014 · 2m 12s · at 1:07:34 · https://youtu.be/GnKBYM8HbuQ?t=4054</w:t>
      </w:r>
    </w:p>
    <w:p>
      <w:r>
        <w:rPr>
          <w:i/>
        </w:rPr>
        <w:t>“What is goodwill? Does punishing a criminal after his crime is proven come under goodwill? Allah is the perfect well-wisher, ...”</w:t>
      </w:r>
    </w:p>
    <w:p>
      <w:r>
        <w:rPr>
          <w:sz w:val="20"/>
        </w:rPr>
        <w:t>1:07:34  Maulana, agla sawal Delhi se hai, Shahnawaz Zafar sahib ne kiya hai.</w:t>
      </w:r>
      <w:r>
        <w:br/>
      </w:r>
      <w:r>
        <w:rPr>
          <w:sz w:val="20"/>
        </w:rPr>
        <w:t>1:07:39  Unhon ne likha hai ke khair khwahi kya hai? Kisi mujrim ka jurm, kisi ka saabit hone ke</w:t>
      </w:r>
      <w:r>
        <w:br/>
      </w:r>
      <w:r>
        <w:rPr>
          <w:sz w:val="20"/>
        </w:rPr>
        <w:t>1:07:47  baad use saza dena kya khair khwahi mein aata hai? Allah pak kamil khair khwah hain, sab se</w:t>
      </w:r>
      <w:r>
        <w:br/>
      </w:r>
      <w:r>
        <w:rPr>
          <w:sz w:val="20"/>
        </w:rPr>
        <w:t>1:07:55  zyada reham karne wale hain, saath hi woh kamil insaaf pasand bhi hain.</w:t>
      </w:r>
      <w:r>
        <w:br/>
      </w:r>
      <w:r>
        <w:rPr>
          <w:sz w:val="20"/>
        </w:rPr>
        <w:t>1:08:00  Insaaf ke tehat jo mujrimon ko saza bhi dete hain aur saza dena yaani mujrim ko takleef dena</w:t>
      </w:r>
      <w:r>
        <w:br/>
      </w:r>
      <w:r>
        <w:rPr>
          <w:sz w:val="20"/>
        </w:rPr>
        <w:t>1:08:08  hai.</w:t>
      </w:r>
      <w:r>
        <w:br/>
      </w:r>
      <w:r>
        <w:rPr>
          <w:sz w:val="20"/>
        </w:rPr>
        <w:t>1:08:09  yahan Allah ki kamil khair khwahi ko hum kaise samjhein? is ko yeh koi sawal nahi hai ke</w:t>
      </w:r>
      <w:r>
        <w:br/>
      </w:r>
      <w:r>
        <w:rPr>
          <w:sz w:val="20"/>
        </w:rPr>
        <w:t>1:08:17  kya aap log hairan ho ke aap log kya sawal karte hain? parhte nahi hain aap log? aap</w:t>
      </w:r>
      <w:r>
        <w:br/>
      </w:r>
      <w:r>
        <w:rPr>
          <w:sz w:val="20"/>
        </w:rPr>
        <w:t>1:08:25  mein se har shakhs hamari kitabon ko bar bar parhe, phir us ko aaye ga sawal kiya cheez</w:t>
      </w:r>
      <w:r>
        <w:br/>
      </w:r>
      <w:r>
        <w:rPr>
          <w:sz w:val="20"/>
        </w:rPr>
        <w:t>1:08:33  hoti hai? yeh to khwamkhwah aik confusion ko odhel diya aap ne kaghaz par.</w:t>
      </w:r>
      <w:r>
        <w:br/>
      </w:r>
      <w:r>
        <w:rPr>
          <w:sz w:val="20"/>
        </w:rPr>
        <w:t>1:08:39  beshak, aik confusion ko aap kahan se odhel diya? yeh sawal nahi hai.</w:t>
      </w:r>
      <w:r>
        <w:br/>
      </w:r>
      <w:r>
        <w:rPr>
          <w:sz w:val="20"/>
        </w:rPr>
        <w:t>1:08:45  beshak, mein aap sab logon se kahoon ga ke aap log meri kitabon ko bar bar parhiye,</w:t>
      </w:r>
      <w:r>
        <w:br/>
      </w:r>
      <w:r>
        <w:rPr>
          <w:sz w:val="20"/>
        </w:rPr>
        <w:t>1:08:52  phir sahi sawal karna aaye ga aap ko.</w:t>
      </w:r>
      <w:r>
        <w:br/>
      </w:r>
      <w:r>
        <w:rPr>
          <w:sz w:val="20"/>
        </w:rPr>
        <w:t>1:08:56  maaf kijiye ga.</w:t>
      </w:r>
      <w:r>
        <w:br/>
      </w:r>
      <w:r>
        <w:rPr>
          <w:sz w:val="20"/>
        </w:rPr>
        <w:t>1:08:57  maulana, aik comment parhna chahein ge jo abdul basit umri sahib ne likha hai, doha, qatar se.</w:t>
      </w:r>
      <w:r>
        <w:br/>
      </w:r>
      <w:r>
        <w:rPr>
          <w:sz w:val="20"/>
        </w:rPr>
        <w:t>1:09:04  unhon ne likha hai ke maulana, aaj aap ne jo baatein bataein ke kis tarah jihad bil saif ke</w:t>
      </w:r>
      <w:r>
        <w:br/>
      </w:r>
      <w:r>
        <w:rPr>
          <w:sz w:val="20"/>
        </w:rPr>
        <w:t>1:09:12  halat khatam ho chuke hain, dunya mein jamhooriyat ka zamana aana yeh Allah ki bari nemat hai.</w:t>
      </w:r>
      <w:r>
        <w:br/>
      </w:r>
      <w:r>
        <w:rPr>
          <w:sz w:val="20"/>
        </w:rPr>
        <w:t>1:09:19  yeh wahi cheez hai jis ke liye sahaba ko jihad bil saif ka hukum tha.</w:t>
      </w:r>
      <w:r>
        <w:br/>
      </w:r>
      <w:r>
        <w:rPr>
          <w:sz w:val="20"/>
        </w:rPr>
        <w:t>1:09:25  ab phir kis baat ke liye jihad bil saif hoga? ab jihad bil Quran ka daur hai.</w:t>
      </w:r>
      <w:r>
        <w:br/>
      </w:r>
      <w:r>
        <w:rPr>
          <w:sz w:val="20"/>
        </w:rPr>
        <w:t>1:09:32  maulana, aap ki yeh baatein mind ko address karti hain.</w:t>
      </w:r>
      <w:r>
        <w:br/>
      </w:r>
      <w:r>
        <w:rPr>
          <w:sz w:val="20"/>
        </w:rPr>
        <w:t>1:09:36  Allah agar aap ki kitabon aur taqreeron ki taraf mujhe nahi lagate to mein bhi bechaini aur</w:t>
      </w:r>
      <w:r>
        <w:br/>
      </w:r>
      <w:r>
        <w:rPr>
          <w:sz w:val="20"/>
        </w:rPr>
        <w:t>1:09:44  mayusi mein jeeta aur isi mein mar jata.</w:t>
      </w:r>
    </w:p>
    <w:p>
      <w:pPr>
        <w:pStyle w:val="Heading2"/>
      </w:pPr>
      <w:r>
        <w:t>Definition of cheap test and how to overcome it</w:t>
      </w:r>
    </w:p>
    <w:p>
      <w:r>
        <w:rPr>
          <w:color w:val="666666"/>
          <w:sz w:val="18"/>
        </w:rPr>
        <w:t>Ethics &amp; Character · Divine Ideology of Life I 11 July 2010 · 2m 54s · at 1:07:31 · https://youtu.be/wOmHVfyjMJY?t=4051</w:t>
      </w:r>
    </w:p>
    <w:p>
      <w:r>
        <w:rPr>
          <w:i/>
        </w:rPr>
        <w:t>“Moulana, you always say that one should save oneself from the cheap test. Kindly tell us what is your definition of cheap test and how one knows if he or she has developed the cheap test. Also tell us how one can come out of it.”</w:t>
      </w:r>
    </w:p>
    <w:p>
      <w:r>
        <w:rPr>
          <w:sz w:val="20"/>
        </w:rPr>
        <w:t>1:07:31  Maulana, agla sawal kya hai? Sati Malhotra ne Delhi se. She has written: "Maulana, you always say that one should save oneself from the cheap test.</w:t>
      </w:r>
      <w:r>
        <w:br/>
      </w:r>
      <w:r>
        <w:rPr>
          <w:sz w:val="20"/>
        </w:rPr>
        <w:t>1:07:42  Kindly tell us what is your definition of cheap test and how one knows if he or she has developed the cheap test.</w:t>
      </w:r>
      <w:r>
        <w:br/>
      </w:r>
      <w:r>
        <w:rPr>
          <w:sz w:val="20"/>
        </w:rPr>
        <w:t>1:07:52  Also tell us how one can come out of it." Dekhiye, cheap test ka koi technical definition available nahi hai.</w:t>
      </w:r>
      <w:r>
        <w:br/>
      </w:r>
      <w:r>
        <w:rPr>
          <w:sz w:val="20"/>
        </w:rPr>
        <w:t>1:08:02  Koi bhi scientist aap ko cheap test ka koi technical definition nahi de sakte.</w:t>
      </w:r>
      <w:r>
        <w:br/>
      </w:r>
      <w:r>
        <w:rPr>
          <w:sz w:val="20"/>
        </w:rPr>
        <w:t>1:08:10  Yeh aap ko janna parega ke what is cheap test. Main misaal de sakta hoon, aap ko misaal de sakta hoon ke cheap test kya hai.</w:t>
      </w:r>
      <w:r>
        <w:br/>
      </w:r>
      <w:r>
        <w:rPr>
          <w:sz w:val="20"/>
        </w:rPr>
        <w:t>1:08:20  Lekin main yeh nahi definition define nahi kar sakta aap ko technical shabdon mein. Yaani koi aap se pooche ke bhai tumhari salary kya hai?</w:t>
      </w:r>
      <w:r>
        <w:br/>
      </w:r>
      <w:r>
        <w:rPr>
          <w:sz w:val="20"/>
        </w:rPr>
        <w:t>1:08:31  There is cheap test. Koi kahe is waqt toh yeh break fast keh liya. There is cheap test.</w:t>
      </w:r>
      <w:r>
        <w:br/>
      </w:r>
      <w:r>
        <w:rPr>
          <w:sz w:val="20"/>
        </w:rPr>
        <w:t>1:08:38  Koi kahe tumhare bachche kitne hain? There is cheap test.</w:t>
      </w:r>
      <w:r>
        <w:br/>
      </w:r>
      <w:r>
        <w:rPr>
          <w:sz w:val="20"/>
        </w:rPr>
        <w:t>1:08:45  Haan, koi yeh pooche ke bhai tumhara intelligence development kaise hua hai? There is high test.</w:t>
      </w:r>
      <w:r>
        <w:br/>
      </w:r>
      <w:r>
        <w:rPr>
          <w:sz w:val="20"/>
        </w:rPr>
        <w:t>1:08:53  Toh cheap test ki koi definition available nahi hai. Na main kar sakta, na koi koi kar sakta.</w:t>
      </w:r>
      <w:r>
        <w:br/>
      </w:r>
      <w:r>
        <w:rPr>
          <w:sz w:val="20"/>
        </w:rPr>
        <w:t>1:09:01  Albata aap ke andar khud agar</w:t>
      </w:r>
      <w:r>
        <w:br/>
      </w:r>
      <w:r>
        <w:rPr>
          <w:sz w:val="20"/>
        </w:rPr>
        <w:t>1:09:07  woh quality hai toh aap samajh sakte hain ke kya cheap test hai aur kya high test hai. Main by nature cheap test se bohat hi allergic hoon, bohat allergic hoon aur high test ko bohat pasand karta hoon,</w:t>
      </w:r>
      <w:r>
        <w:br/>
      </w:r>
      <w:r>
        <w:rPr>
          <w:sz w:val="20"/>
        </w:rPr>
        <w:t>1:09:23  bohat zyada.</w:t>
      </w:r>
      <w:r>
        <w:br/>
      </w:r>
      <w:r>
        <w:rPr>
          <w:sz w:val="20"/>
        </w:rPr>
        <w:t>1:09:27  Maulana, agar koi apne aap ko cheap test mein pata hai toh us mein se kaise bahar nikal sakta hai? Bahar nikalna hai?</w:t>
      </w:r>
      <w:r>
        <w:br/>
      </w:r>
      <w:r>
        <w:rPr>
          <w:sz w:val="20"/>
        </w:rPr>
        <w:t>1:09:36  Neeche toh paate nahi log. Paane ke baad toh bilkul asaan hai. Log cheap test banate hain aur samajhte hain ke hum cheap test nahi hain. Asal problem yahan hai.</w:t>
      </w:r>
      <w:r>
        <w:br/>
      </w:r>
      <w:r>
        <w:rPr>
          <w:sz w:val="20"/>
        </w:rPr>
        <w:t>1:09:48  Sab se bara problem yeh hai ke apne problem ko aadmi jaanta nahi.</w:t>
      </w:r>
      <w:r>
        <w:br/>
      </w:r>
      <w:r>
        <w:rPr>
          <w:sz w:val="20"/>
        </w:rPr>
        <w:t>1:09:54  Apne andar jo coming hai, jo weakness hai, us weakness se woh unaware rehta hai. Problem yahan hai. Agar aap jaan lein toh phir toh bilkul asaan hai.</w:t>
      </w:r>
      <w:r>
        <w:br/>
      </w:r>
      <w:r>
        <w:rPr>
          <w:sz w:val="20"/>
        </w:rPr>
        <w:t>1:10:04  Jab aap jaan lein ke yeh switch hai, is ko dabane se light ho jayegi toh phir kya mushkil kya hai? Bhai, daba dijiye is ko.</w:t>
      </w:r>
      <w:r>
        <w:br/>
      </w:r>
      <w:r>
        <w:rPr>
          <w:sz w:val="20"/>
        </w:rPr>
        <w:t>1:10:14  Awareness toh yaani ho jaye. Agar sach poochein toh aap is ki key par pahunch gaye.</w:t>
      </w:r>
    </w:p>
    <w:p>
      <w:pPr>
        <w:pStyle w:val="Heading2"/>
      </w:pPr>
      <w:r>
        <w:t>Definition of good character</w:t>
      </w:r>
    </w:p>
    <w:p>
      <w:r>
        <w:rPr>
          <w:color w:val="666666"/>
          <w:sz w:val="18"/>
        </w:rPr>
        <w:t>Ethics &amp; Character · The Revival of Ibrahimi Mission-28th October 2012 · 1m 14s · at 1:18:10 · https://youtu.be/kniEYfMCz9w?t=4690</w:t>
      </w:r>
    </w:p>
    <w:p>
      <w:r>
        <w:rPr>
          <w:i/>
        </w:rPr>
        <w:t>“What is a good character according to you?”</w:t>
      </w:r>
    </w:p>
    <w:p>
      <w:r>
        <w:rPr>
          <w:sz w:val="20"/>
        </w:rPr>
        <w:t>1:18:10  Maulana, agla sawal Karnataka se hai Shehzad Sahab ka.</w:t>
      </w:r>
      <w:r>
        <w:br/>
      </w:r>
      <w:r>
        <w:rPr>
          <w:sz w:val="20"/>
        </w:rPr>
        <w:t>1:18:17  unhone pucha hai: "What is the what is a good character according to you?</w:t>
      </w:r>
      <w:r>
        <w:br/>
      </w:r>
      <w:r>
        <w:rPr>
          <w:sz w:val="20"/>
        </w:rPr>
        <w:t>1:18:25  bhai, social sense mein is ka matlab main ye samajhta hoon ke is ko main kaha karta hoon predictable character. aap ek samaj mein hain to is ke andar aap ka character jo hai predictable ho, yani doosre log peshgi taur par jan saken ke aap kis mauqe par kaisa response den ge. peshgi taur par jan saken, mislan log jan saken ke agar wo tanqeed karen ge aap ke upar to aap ghussa nahi hon ge. to tanqeed karte hue wo unhein itminan ho ke aadmi sune ga, soche ga, ghussa nahi hoga. kisi se paise ka len den ho to peshgi taur par wo samajh sake ke jo wada kare ga, us ko poora kare ga, kabhi wade ke khilaf nahi jayega. to is ko main kahoon ga ke predictable character. to social term mein yahi mere nazdeek is ki definition hai. okay, we will end the session now. thank you. okay sir, maine un se poocha ke bhai sahib aaye ke nahi aaye? ji haan, bilkul time pe pohnch gaye. ji bilkul, waqt pe pohnch gaye molana. mashallah, mashallah, alhamdulillah.</w:t>
      </w:r>
    </w:p>
    <w:p>
      <w:pPr>
        <w:pStyle w:val="Heading2"/>
      </w:pPr>
      <w:r>
        <w:t>Definition of religious zeal and violence</w:t>
      </w:r>
    </w:p>
    <w:p>
      <w:r>
        <w:rPr>
          <w:color w:val="666666"/>
          <w:sz w:val="18"/>
        </w:rPr>
        <w:t>Ethics &amp; Character · Life After Death January 22, 2012 · 3m 34s · at 1:10:07 · https://youtu.be/5hVH1BLKBF4?t=4207</w:t>
      </w:r>
    </w:p>
    <w:p>
      <w:r>
        <w:rPr>
          <w:i/>
        </w:rPr>
        <w:t>“Is it correct that religious zeal means being sensitive to good and evil and reforming evil peacefully, and that promoting violence and hate in the name of religion is irreligion?”</w:t>
      </w:r>
    </w:p>
    <w:p>
      <w:r>
        <w:rPr>
          <w:sz w:val="20"/>
        </w:rPr>
        <w:t>1:10:07  is mein koi shakk nahi hai. Maulana, in ka aik aur sawal hai, unhon ne likha hai: "Deeni ghairat ya deeni jazba yeh hai ke aadmi achhai aur burai ke muamle mein hassas ho</w:t>
      </w:r>
      <w:r>
        <w:br/>
      </w:r>
      <w:r>
        <w:rPr>
          <w:sz w:val="20"/>
        </w:rPr>
        <w:t>1:10:21  ۔ woh burai ko dekh kar is ki islaah ke liye Peaceful andaaz mein dua aur koshish kare. Deeni ghairat ke naam par Violence aur Hate ka culture chalana deen ke naam par sirf bedini hai.</w:t>
      </w:r>
      <w:r>
        <w:br/>
      </w:r>
      <w:r>
        <w:rPr>
          <w:sz w:val="20"/>
        </w:rPr>
        <w:t>1:10:36  kya yeh baat durust hai?" hmm, bilkul sahi hai. Ghalat ka lafz bidat, bidat. Ghalat koi cheez nahi Islam mein. Kahin bhi aap Quran o Hadees mein is ke saboot nahi dekhte.</w:t>
      </w:r>
      <w:r>
        <w:br/>
      </w:r>
      <w:r>
        <w:rPr>
          <w:sz w:val="20"/>
        </w:rPr>
        <w:t>1:10:51  kai lafz hain, mere paas abhi kal parson kuch log aaye ke yeh shaan e Rasool ka muamla hai. Yeh shaan e Rasool kahan likha hua hai? Maine un se poocha, bataiye.</w:t>
      </w:r>
      <w:r>
        <w:br/>
      </w:r>
      <w:r>
        <w:rPr>
          <w:sz w:val="20"/>
        </w:rPr>
        <w:t>1:10:59  woh aalim thay. Abhi jo Musalman dhoom macha rahe thay Jaipur wale muamle mein. Toh unhon ne kaha yeh toh shaan e Rasool ka muamla hai.</w:t>
      </w:r>
      <w:r>
        <w:br/>
      </w:r>
      <w:r>
        <w:rPr>
          <w:sz w:val="20"/>
        </w:rPr>
        <w:t>1:11:08  toh maine poocha, aik bande ne kaha Quran mein kahan likha hai? Hadees mein kahan likha hai? Aisi ghairat bhi kahan likha hai? Kahin likha nahi hai.</w:t>
      </w:r>
      <w:r>
        <w:br/>
      </w:r>
      <w:r>
        <w:rPr>
          <w:sz w:val="20"/>
        </w:rPr>
        <w:t>1:11:16  bohat se alfaaz logon ne khud bana liye hain. Aur is ko is tarah bolte hain jaise ke yeh deen ka taqaza hai. Dekhiye, yaad rakhiye.</w:t>
      </w:r>
      <w:r>
        <w:br/>
      </w:r>
      <w:r>
        <w:rPr>
          <w:sz w:val="20"/>
        </w:rPr>
        <w:t>1:11:29  koi bhi baat,</w:t>
      </w:r>
      <w:r>
        <w:br/>
      </w:r>
      <w:r>
        <w:rPr>
          <w:sz w:val="20"/>
        </w:rPr>
        <w:t>1:11:33  koi bhi rai banane se pehle, sab se pehle Quran o Surat ko dekhiye.</w:t>
      </w:r>
      <w:r>
        <w:br/>
      </w:r>
      <w:r>
        <w:rPr>
          <w:sz w:val="20"/>
        </w:rPr>
        <w:t>1:11:38  jaise kaha tha ke "إِتِونِي شَيْئًا مِن كِتَابِ اللَّهِ حَتَّىٰ أَقُلُ" ۔ jo tum keh rahe ho, us ko pehle Quran se is ka hawala do. Tab main is ko maano ga, nahi toh nahi maano ga.</w:t>
      </w:r>
      <w:r>
        <w:br/>
      </w:r>
      <w:r>
        <w:rPr>
          <w:sz w:val="20"/>
        </w:rPr>
        <w:t>1:11:50  toh har cheez ka hawala Quran mein hona chahiye. Rasool Allah ki Hadees mein hona chahiye. Agar nahi hawala aaya toh phir Baseless hai, be buniyad hai woh.</w:t>
      </w:r>
      <w:r>
        <w:br/>
      </w:r>
      <w:r>
        <w:rPr>
          <w:sz w:val="20"/>
        </w:rPr>
        <w:t>1:11:58  woh bidat hai. "مَنْ أَتَسَاءَ فِي أَمْرِنَا هَذَا مَا لَيْسَ مِنْهُ رَدٌّ" ۔ toh radd hai woh. Toh aisi hamakat hum kyun karein ke hum aakhirat mein pounchte hain Rasool Allah ke saamne toh Rasool Allah yeh keh dein ke tum ne kahan deen nikaal liya tha?</w:t>
      </w:r>
      <w:r>
        <w:br/>
      </w:r>
      <w:r>
        <w:rPr>
          <w:sz w:val="20"/>
        </w:rPr>
        <w:t>1:12:14  maine toh nahi kaha tha aisa deen. Toh aap bataiye ke Rasool ke naam par aap nikaale hue hain aur Rasool keh dein ke yeh toh woh Disown karein us ko</w:t>
      </w:r>
      <w:r>
        <w:br/>
      </w:r>
      <w:r>
        <w:rPr>
          <w:sz w:val="20"/>
        </w:rPr>
        <w:t>1:12:23  ۔ yeh kahan tum ne nikala shaan e Rasool? Aap ghaur kijiye, kitna kaanpne ki baat hai. Jis Rasool ke naam par aap shaan e Rasool ke hangaame kar ke hue hain, woh Rasool keh de aakhirat mein ke bhai maine toh kabhi nahi kaha tha ke tum shaan e Rasool ka jhanda uthao.</w:t>
      </w:r>
      <w:r>
        <w:br/>
      </w:r>
      <w:r>
        <w:rPr>
          <w:sz w:val="20"/>
        </w:rPr>
        <w:t>1:12:40  kyun uthaya tum ne jhanda? Aap bataiye kaun duniya humein jagah degi? Kaun zameen o aasman hum ko jagah dega? Bohat sochne ki baat hai.</w:t>
      </w:r>
      <w:r>
        <w:br/>
      </w:r>
      <w:r>
        <w:rPr>
          <w:sz w:val="20"/>
        </w:rPr>
        <w:t>1:12:51  yeh log toh hain jo Hadees mein aata hai ke kuch logon ko farishtay pakad kar le aayenge jahannum mein. Toh Rasool Allah dekh ke kahenge yeh yeh toh meri ummat ke log hain.</w:t>
      </w:r>
      <w:r>
        <w:br/>
      </w:r>
      <w:r>
        <w:rPr>
          <w:sz w:val="20"/>
        </w:rPr>
        <w:t>1:13:03  toh farishtay kahenge yeh toh badal dala aap ke baad deen ko unhon ne. Toh aap kahein fasoqan, fasoqan door ho, door ho. Toh darna chahiye logon ko.</w:t>
      </w:r>
      <w:r>
        <w:br/>
      </w:r>
      <w:r>
        <w:rPr>
          <w:sz w:val="20"/>
        </w:rPr>
        <w:t>1:13:14  ke aap shaan e Rasool ka jhanda uthaye hue hain.</w:t>
      </w:r>
      <w:r>
        <w:br/>
      </w:r>
      <w:r>
        <w:rPr>
          <w:sz w:val="20"/>
        </w:rPr>
        <w:t>1:13:19  shaan e Rasool ke upar hangama khada kiye hue hain. Aur marne ke baad jab pounchenge aap aakhirat mein, wahan Rasool Allah honge. Woh kahenge tum ne kahan se deen nikaal liya yeh?</w:t>
      </w:r>
      <w:r>
        <w:br/>
      </w:r>
      <w:r>
        <w:rPr>
          <w:sz w:val="20"/>
        </w:rPr>
        <w:t>1:13:29  kahan maine kaha tha ke shaan e Rasool ka jhanda uthao. Toh bataiye kya kya haal hoga hamara? Kaun se zameen o aasman hum ko jagah denge?</w:t>
      </w:r>
    </w:p>
    <w:p>
      <w:pPr>
        <w:pStyle w:val="Heading2"/>
      </w:pPr>
      <w:r>
        <w:t>Describing bad habits to save a sibling</w:t>
      </w:r>
    </w:p>
    <w:p>
      <w:r>
        <w:rPr>
          <w:color w:val="666666"/>
          <w:sz w:val="18"/>
        </w:rPr>
        <w:t>Ethics &amp; Character · Divine Help September 22, 2015 · 1m 47s · at 1:09:15 · https://youtu.be/sozrNCif0Gg?t=4155</w:t>
      </w:r>
    </w:p>
    <w:p>
      <w:r>
        <w:rPr>
          <w:i/>
        </w:rPr>
        <w:t>“Sometimes I have to give my personal opinion in the form of precautionary measures to my best friends in order to save them. For example, if I want to save my sister from bad company, can I explain wholeheartedly the bad habits of the person who is spoiling my brother or sister?”</w:t>
      </w:r>
    </w:p>
    <w:p>
      <w:r>
        <w:rPr>
          <w:sz w:val="20"/>
        </w:rPr>
        <w:t>1:09:15  maulana miss shaista ramzan ne pakistan se sawal kiya hai. unhon ne likha hai: "maulana sahib, I want to ask a qu</w:t>
      </w:r>
      <w:r>
        <w:br/>
      </w:r>
      <w:r>
        <w:rPr>
          <w:sz w:val="20"/>
        </w:rPr>
        <w:t>1:09:26  estion. sometimes I have to give my personal opinion in the form of precautionary measures to my best friends in order to save them.</w:t>
      </w:r>
      <w:r>
        <w:br/>
      </w:r>
      <w:r>
        <w:rPr>
          <w:sz w:val="20"/>
        </w:rPr>
        <w:t>1:09:37  for example, if I want to save my sister from a bad company, so can I explain wholeheartedly the bad habits of that person who is spoiling my brother or sister?</w:t>
      </w:r>
      <w:r>
        <w:br/>
      </w:r>
      <w:r>
        <w:rPr>
          <w:sz w:val="20"/>
        </w:rPr>
        <w:t>1:09:50  Can I give my remarks explaining pros and cons?</w:t>
      </w:r>
      <w:r>
        <w:br/>
      </w:r>
      <w:r>
        <w:rPr>
          <w:sz w:val="20"/>
        </w:rPr>
        <w:t>1:09:54  There might be negative remarks, but it would be favorable for that person. Is it okay? dekhiye, asal shart jo hai honesty hai.</w:t>
      </w:r>
      <w:r>
        <w:br/>
      </w:r>
      <w:r>
        <w:rPr>
          <w:sz w:val="20"/>
        </w:rPr>
        <w:t>1:10:07  chahe aap apne bhai ke bare mein kahein ya apne dost ke bare mein kahein, agar aap honest hain to sab sahi hai.</w:t>
      </w:r>
      <w:r>
        <w:br/>
      </w:r>
      <w:r>
        <w:rPr>
          <w:sz w:val="20"/>
        </w:rPr>
        <w:t>1:10:16  to dishonesty ke sath koi baat karna yahi ghalati hai. Honesty ke sath karna yeh bilkul sahi hai. to hamesha check kijiye ke aap kya honest hain,</w:t>
      </w:r>
      <w:r>
        <w:br/>
      </w:r>
      <w:r>
        <w:rPr>
          <w:sz w:val="20"/>
        </w:rPr>
        <w:t>1:10:30  yeh check kijiye. kyunke hadith mein aata hai ke woh ek zamana aayega jab ke honesty uth jayegi.</w:t>
      </w:r>
      <w:r>
        <w:br/>
      </w:r>
      <w:r>
        <w:rPr>
          <w:sz w:val="20"/>
        </w:rPr>
        <w:t>1:10:43  ek zamana aayega jab ke honesty uth jayegi. diyanat dari uth jayegi. to apne ko check kijiye aap is aitbar se ke main jo kuch kar raha hoon, is mein main honest hoon ya dishonest hoon, bas.</w:t>
      </w:r>
    </w:p>
    <w:p>
      <w:pPr>
        <w:pStyle w:val="Heading2"/>
      </w:pPr>
      <w:r>
        <w:t>Determining Sincerity of a Person</w:t>
      </w:r>
    </w:p>
    <w:p>
      <w:r>
        <w:rPr>
          <w:color w:val="666666"/>
          <w:sz w:val="18"/>
        </w:rPr>
        <w:t>Ethics &amp; Character · Conversation with Maulana Wahiduddin Khan | October 01, 2017 · 1m 44s · at 7:37 · https://youtu.be/TmOYGd3rp2M?t=457</w:t>
      </w:r>
    </w:p>
    <w:p>
      <w:r>
        <w:rPr>
          <w:i/>
        </w:rPr>
        <w:t>“Maulana, how can we find out whether a person is sincere or not?”</w:t>
      </w:r>
    </w:p>
    <w:p>
      <w:r>
        <w:rPr>
          <w:sz w:val="20"/>
        </w:rPr>
        <w:t>7:37  Dilli se Maulana Farhad Umri sahib ne apna agla sawal bheja hai.</w:t>
      </w:r>
      <w:r>
        <w:br/>
      </w:r>
      <w:r>
        <w:rPr>
          <w:sz w:val="20"/>
        </w:rPr>
        <w:t>7:43  unhon ne likha hai ke "Maulana, how</w:t>
      </w:r>
      <w:r>
        <w:br/>
      </w:r>
      <w:r>
        <w:rPr>
          <w:sz w:val="20"/>
        </w:rPr>
        <w:t>7:49  can we find out whether a person is sincere or not?</w:t>
      </w:r>
      <w:r>
        <w:br/>
      </w:r>
      <w:r>
        <w:rPr>
          <w:sz w:val="20"/>
        </w:rPr>
        <w:t>7:56  What is your opinion?" ab yeh dekhein, is ka koi hard and fast rule nahin hai.</w:t>
      </w:r>
      <w:r>
        <w:br/>
      </w:r>
      <w:r>
        <w:rPr>
          <w:sz w:val="20"/>
        </w:rPr>
        <w:t>8:04  aap aadmi ko se interaction karein, khas taur par mamla parhein.</w:t>
      </w:r>
      <w:r>
        <w:br/>
      </w:r>
      <w:r>
        <w:rPr>
          <w:sz w:val="20"/>
        </w:rPr>
        <w:t>8:11  sachi baat yeh hai ke insaan pehchana jata hai jab is se mamla parhta hai.</w:t>
      </w:r>
      <w:r>
        <w:br/>
      </w:r>
      <w:r>
        <w:rPr>
          <w:sz w:val="20"/>
        </w:rPr>
        <w:t>8:19  ya to jab tak mamla na parhe, aadmi pehchan mein nahin aata.</w:t>
      </w:r>
      <w:r>
        <w:br/>
      </w:r>
      <w:r>
        <w:rPr>
          <w:sz w:val="20"/>
        </w:rPr>
        <w:t>8:27  to aam halaat mein to pehchanna mushkil hota hai, lekin jab mamla parh jaye, koi dealing ho jaye,</w:t>
      </w:r>
      <w:r>
        <w:br/>
      </w:r>
      <w:r>
        <w:rPr>
          <w:sz w:val="20"/>
        </w:rPr>
        <w:t>8:35  tab pehchanna bohat aasan ho jata hai.</w:t>
      </w:r>
      <w:r>
        <w:br/>
      </w:r>
      <w:r>
        <w:rPr>
          <w:sz w:val="20"/>
        </w:rPr>
        <w:t>8:42  isi liye Hazrat Umar ke bare mein aata hai ke kisi ne un ke samne</w:t>
      </w:r>
      <w:r>
        <w:br/>
      </w:r>
      <w:r>
        <w:rPr>
          <w:sz w:val="20"/>
        </w:rPr>
        <w:t>8:50  ek aadmi ki bohat tareef ki, bohat tareef.</w:t>
      </w:r>
      <w:r>
        <w:br/>
      </w:r>
      <w:r>
        <w:rPr>
          <w:sz w:val="20"/>
        </w:rPr>
        <w:t>8:58  to unhon ne yeh kaha ke tumhari un se koi dealing hui hai, koi mamla parha hai? Kaha ke nahin.</w:t>
      </w:r>
      <w:r>
        <w:br/>
      </w:r>
      <w:r>
        <w:rPr>
          <w:sz w:val="20"/>
        </w:rPr>
        <w:t>9:06  to Hazrat Umar ne kaha ke phir tum is ke bare mein kuch nahin jante.</w:t>
      </w:r>
      <w:r>
        <w:br/>
      </w:r>
      <w:r>
        <w:rPr>
          <w:sz w:val="20"/>
        </w:rPr>
        <w:t>9:13  mein samajhta hoon ke yahi usool hai, aur yeh usool sab ke oopar apply hota hai.</w:t>
      </w:r>
    </w:p>
    <w:p>
      <w:pPr>
        <w:pStyle w:val="Heading2"/>
      </w:pPr>
      <w:r>
        <w:t>Determining personal hypocrisy using Quran and Hadith</w:t>
      </w:r>
    </w:p>
    <w:p>
      <w:r>
        <w:rPr>
          <w:color w:val="666666"/>
          <w:sz w:val="18"/>
        </w:rPr>
        <w:t>Ethics &amp; Character · The Importance of Thinking November 10, 2013 · 2m 05s · at 1:02:20 · https://youtu.be/y16CddTHoqE?t=3740</w:t>
      </w:r>
    </w:p>
    <w:p>
      <w:r>
        <w:rPr>
          <w:i/>
        </w:rPr>
        <w:t>“How do I find out whether I am a hypocrite or not? This thought always bothers me that maybe I am living in hypocrisy but not admitting to it. How can I find out about my hypocrisy? Please guide me in the light of Quran and Hadith.”</w:t>
      </w:r>
    </w:p>
    <w:p>
      <w:r>
        <w:rPr>
          <w:sz w:val="20"/>
        </w:rPr>
        <w:t>1:02:20  maulana, agla sawal jey pur se hai faheem sahib ne kiya hai. unhon ne likha hai: "maulana, how do i find out whether i am a hypocrite or not?</w:t>
      </w:r>
      <w:r>
        <w:br/>
      </w:r>
      <w:r>
        <w:rPr>
          <w:sz w:val="20"/>
        </w:rPr>
        <w:t>1:02:32  this thought always bother me that maybe i am living in hypocrisy but not admitting to it. how can i find out about my hypocrisy?</w:t>
      </w:r>
      <w:r>
        <w:br/>
      </w:r>
      <w:r>
        <w:rPr>
          <w:sz w:val="20"/>
        </w:rPr>
        <w:t>1:02:43  please guide me in the light of quran and hadith."</w:t>
      </w:r>
      <w:r>
        <w:br/>
      </w:r>
      <w:r>
        <w:rPr>
          <w:sz w:val="20"/>
        </w:rPr>
        <w:t>1:02:52  bhai, dekhen, dil ka haal to ya to aadmi khud janega ya allah janega. hum kya bata sakte hain?</w:t>
      </w:r>
      <w:r>
        <w:br/>
      </w:r>
      <w:r>
        <w:rPr>
          <w:sz w:val="20"/>
        </w:rPr>
        <w:t>1:03:03  dil ka jo haal hai, wo koi insan ko kya pata? khud aadmi apne bare mein soch kar jaan sakta hai ya phir allah ko khabar is ki hai, doosra aadmi to nahi jaan sakta.</w:t>
      </w:r>
      <w:r>
        <w:br/>
      </w:r>
      <w:r>
        <w:rPr>
          <w:sz w:val="20"/>
        </w:rPr>
        <w:t>1:03:19  baqi hypocrisy jo hai, kya hai? hypocrisy mein hai double standard hone ka, duality ho deen mein, dohra mayar, ek aitbar se kuch, doosre aitbar se kuch.</w:t>
      </w:r>
      <w:r>
        <w:br/>
      </w:r>
      <w:r>
        <w:rPr>
          <w:sz w:val="20"/>
        </w:rPr>
        <w:t>1:03:37  to</w:t>
      </w:r>
      <w:r>
        <w:br/>
      </w:r>
      <w:r>
        <w:rPr>
          <w:sz w:val="20"/>
        </w:rPr>
        <w:t>1:03:40  agar aadmi ke andar double standard wali mizaj ho to wo khud hi jaan sakta hai aadmi ke dekho, main ek ek aitbar se hi aisi boli bolta hoon, doosre waqt wahi boli bolta hoon.</w:t>
      </w:r>
      <w:r>
        <w:br/>
      </w:r>
      <w:r>
        <w:rPr>
          <w:sz w:val="20"/>
        </w:rPr>
        <w:t>1:03:57  yeh to khud aadmi soch sakta hai ya is ke jo sath rehta hai, wo pakdega. behral, yeh jo mamla hai, yeh koi bhi insan nahi kisi ke bare mein keh sakta hai ke falan aadmi bara fiqah hai,</w:t>
      </w:r>
      <w:r>
        <w:br/>
      </w:r>
      <w:r>
        <w:rPr>
          <w:sz w:val="20"/>
        </w:rPr>
        <w:t>1:04:11  hypocrite hai, yeh koi nahi keh sakta. aadmi ya to khud janega ya allah taala akhirat mein is ke bare mein ailan karega ke tum tumhara case munafiqat ka case tha.</w:t>
      </w:r>
    </w:p>
    <w:p>
      <w:pPr>
        <w:pStyle w:val="Heading2"/>
      </w:pPr>
      <w:r>
        <w:t>Developing humility when criticizing others</w:t>
      </w:r>
    </w:p>
    <w:p>
      <w:r>
        <w:rPr>
          <w:color w:val="666666"/>
          <w:sz w:val="18"/>
        </w:rPr>
        <w:t>Ethics &amp; Character · Q&amp;A 04 Mar 2012 Maulana Wahiduddin Khan · 44s · at 50:48 · https://youtu.be/txRmutuvWQI?t=3048</w:t>
      </w:r>
    </w:p>
    <w:p>
      <w:r>
        <w:rPr>
          <w:i/>
        </w:rPr>
        <w:t>“Considering oneself as nothing while criticizing others is mentally difficult. How can one develop this quality?”</w:t>
      </w:r>
    </w:p>
    <w:p>
      <w:r>
        <w:rPr>
          <w:sz w:val="20"/>
        </w:rPr>
        <w:t>50:48  maulana, un ka aik aur sawal hai. unhon ne poocha hai ke doosron ko tanqeed karte waqt khud ko nathing samajhna zehni taur par aik mushkil kaam hai.</w:t>
      </w:r>
      <w:r>
        <w:br/>
      </w:r>
      <w:r>
        <w:rPr>
          <w:sz w:val="20"/>
        </w:rPr>
        <w:t>50:59  is cheez ko apne andar kaise paida kiya jaye?</w:t>
      </w:r>
      <w:r>
        <w:br/>
      </w:r>
      <w:r>
        <w:rPr>
          <w:sz w:val="20"/>
        </w:rPr>
        <w:t>51:03  mushkil kuch bhi nahi hai. Allah se dua ki jiye. Hazrat Masih se ne kisi se is tarah ki baat ki to us ne kaha ke yeh to bohat mushkil kaam hai.</w:t>
      </w:r>
      <w:r>
        <w:br/>
      </w:r>
      <w:r>
        <w:rPr>
          <w:sz w:val="20"/>
        </w:rPr>
        <w:t>51:15  to Hazrat Masih ne kaha ke insan ke liye mushkil hai, lekin Allah ke liye to kuch bhi mushkil nahi. matlab Allah se pao, Allah se mango to mil jayega.</w:t>
      </w:r>
      <w:r>
        <w:br/>
      </w:r>
      <w:r>
        <w:rPr>
          <w:sz w:val="20"/>
        </w:rPr>
        <w:t>51:26  Allah se mango, Allah to tum ko is ki tofeeq de dega.</w:t>
      </w:r>
    </w:p>
    <w:p>
      <w:pPr>
        <w:pStyle w:val="Heading2"/>
      </w:pPr>
      <w:r>
        <w:t>Difference between criticism and reaction</w:t>
      </w:r>
    </w:p>
    <w:p>
      <w:r>
        <w:rPr>
          <w:color w:val="666666"/>
          <w:sz w:val="18"/>
        </w:rPr>
        <w:t>Ethics &amp; Character · Living In Falsehood I December 15, 2013 · 4m 03s · at 49:00 · https://youtu.be/yD-ZtvlrFDw?t=2940</w:t>
      </w:r>
    </w:p>
    <w:p>
      <w:r>
        <w:rPr>
          <w:i/>
        </w:rPr>
        <w:t>“What is the difference between criticism and reaction?”</w:t>
      </w:r>
    </w:p>
    <w:p>
      <w:r>
        <w:rPr>
          <w:sz w:val="20"/>
        </w:rPr>
        <w:t>49:00  Maulana, agla sawal Tamil Nadu se hai Maulana Iqbal Umri ka.</w:t>
      </w:r>
      <w:r>
        <w:br/>
      </w:r>
      <w:r>
        <w:rPr>
          <w:sz w:val="20"/>
        </w:rPr>
        <w:t>49:05  Unhon ne likha hai: "Tanqeed aur rad-e-amal mein farq kya hai?" Maulana, aap ki ilmi tanqeed ko aur</w:t>
      </w:r>
      <w:r>
        <w:br/>
      </w:r>
      <w:r>
        <w:rPr>
          <w:sz w:val="20"/>
        </w:rPr>
        <w:t>49:13  rational tajziye ko ek sahib rad-e-amal ke naam de rahe thay.</w:t>
      </w:r>
      <w:r>
        <w:br/>
      </w:r>
      <w:r>
        <w:rPr>
          <w:sz w:val="20"/>
        </w:rPr>
        <w:t>49:17  Maulana, aisa kyun hai? Mukhasif rad-e-amal ka matlab nahi samajhte, yahi hai.</w:t>
      </w:r>
      <w:r>
        <w:br/>
      </w:r>
      <w:r>
        <w:rPr>
          <w:sz w:val="20"/>
        </w:rPr>
        <w:t>49:22  Rad-e-amal ka matlab hai reaction.</w:t>
      </w:r>
      <w:r>
        <w:br/>
      </w:r>
      <w:r>
        <w:rPr>
          <w:sz w:val="20"/>
        </w:rPr>
        <w:t>49:25  Reaction kya hai? Yani jaise Rasool Allah ne farmaya ke: "La taghzab", ghussa na karo.</w:t>
      </w:r>
      <w:r>
        <w:br/>
      </w:r>
      <w:r>
        <w:rPr>
          <w:sz w:val="20"/>
        </w:rPr>
        <w:t>49:32  To ghussa kya hai? Rad-e-amal hai, reaction hai.</w:t>
      </w:r>
      <w:r>
        <w:br/>
      </w:r>
      <w:r>
        <w:rPr>
          <w:sz w:val="20"/>
        </w:rPr>
        <w:t>49:36  Kisi ne aap ko provoke kiya, aap ghussa ho kar aap us ko pathar maarein, that is rad-e-amal.</w:t>
      </w:r>
      <w:r>
        <w:br/>
      </w:r>
      <w:r>
        <w:rPr>
          <w:sz w:val="20"/>
        </w:rPr>
        <w:t>49:43  Hum jo kehte hain woh to analysis hota hai.</w:t>
      </w:r>
      <w:r>
        <w:br/>
      </w:r>
      <w:r>
        <w:rPr>
          <w:sz w:val="20"/>
        </w:rPr>
        <w:t>49:47  Yani hamari baat ko aap yeh keh kar agar radd karein to aap ek gunah kar rahe hain</w:t>
      </w:r>
      <w:r>
        <w:br/>
      </w:r>
      <w:r>
        <w:rPr>
          <w:sz w:val="20"/>
        </w:rPr>
        <w:t>49:55  kyun ke hum ek daleel de rahe hain, Quran o Hadees se ek daleel de rahe hain.</w:t>
      </w:r>
      <w:r>
        <w:br/>
      </w:r>
      <w:r>
        <w:rPr>
          <w:sz w:val="20"/>
        </w:rPr>
        <w:t>50:02  To aap Quran o Hadees hi se us ko radd kijiye.</w:t>
      </w:r>
      <w:r>
        <w:br/>
      </w:r>
      <w:r>
        <w:rPr>
          <w:sz w:val="20"/>
        </w:rPr>
        <w:t>50:07  Agar aap Quran o Hadees daleel na dein, aap kahein ke rad-e-amal hai to yeh to sab o</w:t>
      </w:r>
      <w:r>
        <w:br/>
      </w:r>
      <w:r>
        <w:rPr>
          <w:sz w:val="20"/>
        </w:rPr>
        <w:t>50:14  shatm hai, gaali karo jo jo ke haram hai Islam mein, haram hai Islam mein.</w:t>
      </w:r>
      <w:r>
        <w:br/>
      </w:r>
      <w:r>
        <w:rPr>
          <w:sz w:val="20"/>
        </w:rPr>
        <w:t>50:21  Misal ke taur par main ek misal deta hoon aap ko ke: "Man hasan Islami al-mar' tarakuhu mala".</w:t>
      </w:r>
      <w:r>
        <w:br/>
      </w:r>
      <w:r>
        <w:rPr>
          <w:sz w:val="20"/>
        </w:rPr>
        <w:t>50:28  Yani ek hadees hai: "Man hasan Islami al-mar' tarakuhu mala".</w:t>
      </w:r>
      <w:r>
        <w:br/>
      </w:r>
      <w:r>
        <w:rPr>
          <w:sz w:val="20"/>
        </w:rPr>
        <w:t>50:33  Yani Islam ki ki khoobi yeh hai ke aadmi is cheez ko chhod de jis mein koi faida</w:t>
      </w:r>
      <w:r>
        <w:br/>
      </w:r>
      <w:r>
        <w:rPr>
          <w:sz w:val="20"/>
        </w:rPr>
        <w:t>50:40  nahiñ.</w:t>
      </w:r>
      <w:r>
        <w:br/>
      </w:r>
      <w:r>
        <w:rPr>
          <w:sz w:val="20"/>
        </w:rPr>
        <w:t>50:42  Islam ki khoobi yeh hai ke aadmi us ki cheez chhod de jis ko koi faida nahiñ.</w:t>
      </w:r>
      <w:r>
        <w:br/>
      </w:r>
      <w:r>
        <w:rPr>
          <w:sz w:val="20"/>
        </w:rPr>
        <w:t>50:49  Is ka matlab kya hua? Ke yani mabni bar result aap ka, aap aap ki activity honi chahiye.</w:t>
      </w:r>
      <w:r>
        <w:br/>
      </w:r>
      <w:r>
        <w:rPr>
          <w:sz w:val="20"/>
        </w:rPr>
        <w:t>50:57  یہ ہے یعنی in every situation you have to see result.</w:t>
      </w:r>
      <w:r>
        <w:br/>
      </w:r>
      <w:r>
        <w:rPr>
          <w:sz w:val="20"/>
        </w:rPr>
        <w:t>51:02  Result hai to karna hai, nahiñ to nahiñ karna hai.</w:t>
      </w:r>
      <w:r>
        <w:br/>
      </w:r>
      <w:r>
        <w:rPr>
          <w:sz w:val="20"/>
        </w:rPr>
        <w:t>51:06  Ab ek hadith maine pesh ki ke is ko le kar ke Musalman jo haiñ Falasteen se</w:t>
      </w:r>
      <w:r>
        <w:br/>
      </w:r>
      <w:r>
        <w:rPr>
          <w:sz w:val="20"/>
        </w:rPr>
        <w:t>51:14  le kar Kashmir tak jo ladai kar rahe haiñ, woh result less hai, koi natija nahiñ, mar rahe</w:t>
      </w:r>
      <w:r>
        <w:br/>
      </w:r>
      <w:r>
        <w:rPr>
          <w:sz w:val="20"/>
        </w:rPr>
        <w:t>51:21  haiñ, kat rahe haiñ.</w:t>
      </w:r>
      <w:r>
        <w:br/>
      </w:r>
      <w:r>
        <w:rPr>
          <w:sz w:val="20"/>
        </w:rPr>
        <w:t>51:23  Abhi jo Bangladesh ka maine bataya, koi result is ka nahiñ, aapas mein mar rahe haiñ,</w:t>
      </w:r>
      <w:r>
        <w:br/>
      </w:r>
      <w:r>
        <w:rPr>
          <w:sz w:val="20"/>
        </w:rPr>
        <w:t>51:31  kat rahe haiñ.</w:t>
      </w:r>
      <w:r>
        <w:br/>
      </w:r>
      <w:r>
        <w:rPr>
          <w:sz w:val="20"/>
        </w:rPr>
        <w:t>51:32  Aap aap ek aur ayat pesh kijiye is ke jawab mein ke nahiñ, chahe result ho ya na</w:t>
      </w:r>
      <w:r>
        <w:br/>
      </w:r>
      <w:r>
        <w:rPr>
          <w:sz w:val="20"/>
        </w:rPr>
        <w:t>51:40  ho, hameñ to ladna hai.</w:t>
      </w:r>
      <w:r>
        <w:br/>
      </w:r>
      <w:r>
        <w:rPr>
          <w:sz w:val="20"/>
        </w:rPr>
        <w:t>51:42  Ab aap kaheñ ke reaction hai to yeh to aap to aap to gunah ka kaam kar</w:t>
      </w:r>
      <w:r>
        <w:br/>
      </w:r>
      <w:r>
        <w:rPr>
          <w:sz w:val="20"/>
        </w:rPr>
        <w:t>51:50  rahe haiñ.</w:t>
      </w:r>
      <w:r>
        <w:br/>
      </w:r>
      <w:r>
        <w:rPr>
          <w:sz w:val="20"/>
        </w:rPr>
        <w:t>51:51  Yani hum ek daleel pesh kar rahe haiñ aur aap keh rahe haiñ ke yeh radd radd-e-amal hai.</w:t>
      </w:r>
      <w:r>
        <w:br/>
      </w:r>
      <w:r>
        <w:rPr>
          <w:sz w:val="20"/>
        </w:rPr>
        <w:t>51:59  To aap gaali galoch kar rahe haiñ.</w:t>
      </w:r>
      <w:r>
        <w:br/>
      </w:r>
      <w:r>
        <w:rPr>
          <w:sz w:val="20"/>
        </w:rPr>
        <w:t>52:02  Yeh to maine dekha, hadith mein aata hai, dekhiye ke hadith mein aata hai ke: "Man kaana</w:t>
      </w:r>
      <w:r>
        <w:br/>
      </w:r>
      <w:r>
        <w:rPr>
          <w:sz w:val="20"/>
        </w:rPr>
        <w:t>52:10  Yu'minu billahi wal yawmi al-aakhiri fal yaqul khayran aw liyasmut".</w:t>
      </w:r>
      <w:r>
        <w:br/>
      </w:r>
      <w:r>
        <w:rPr>
          <w:sz w:val="20"/>
        </w:rPr>
        <w:t>52:13  Jo aadmi Allah par aur aakhirat par iman rakhta ho to us ko chahiye ke woh baat kahe</w:t>
      </w:r>
      <w:r>
        <w:br/>
      </w:r>
      <w:r>
        <w:rPr>
          <w:sz w:val="20"/>
        </w:rPr>
        <w:t>52:21  to khair ki baat kahe ya chup rahe.</w:t>
      </w:r>
      <w:r>
        <w:br/>
      </w:r>
      <w:r>
        <w:rPr>
          <w:sz w:val="20"/>
        </w:rPr>
        <w:t>52:24  Khair ke ma'ne kya haiñ? Mudallal baat, rational baat, jo Quran o hadith par mabni baat.</w:t>
      </w:r>
      <w:r>
        <w:br/>
      </w:r>
      <w:r>
        <w:rPr>
          <w:sz w:val="20"/>
        </w:rPr>
        <w:t>52:31  To aap aap jo keh rahe haiñ radd-e-amal, yeh kaun si ayat par mabni hai? Kis ayat se</w:t>
      </w:r>
      <w:r>
        <w:br/>
      </w:r>
      <w:r>
        <w:rPr>
          <w:sz w:val="20"/>
        </w:rPr>
        <w:t>52:39  nikalta hai yeh? Ke koi shayad daleel se guftagu kar raha ho, aap kaheñ radd-e-amal, yeh kaun si</w:t>
      </w:r>
      <w:r>
        <w:br/>
      </w:r>
      <w:r>
        <w:rPr>
          <w:sz w:val="20"/>
        </w:rPr>
        <w:t>52:47  ayat se nikalta hai? Aisa yeh to gaali galoch hai, sab o shat'm hai, gunah hai, haram hai.</w:t>
      </w:r>
      <w:r>
        <w:br/>
      </w:r>
      <w:r>
        <w:rPr>
          <w:sz w:val="20"/>
        </w:rPr>
        <w:t>52:54  To unheñ khud apne bare mein, yani apne is ko revise karna chahiye taake mujh se taqaza kareñ</w:t>
      </w:r>
      <w:r>
        <w:br/>
      </w:r>
      <w:r>
        <w:rPr>
          <w:sz w:val="20"/>
        </w:rPr>
        <w:t>53:02  ke tum revise karo.</w:t>
      </w:r>
    </w:p>
    <w:p>
      <w:pPr>
        <w:pStyle w:val="Heading2"/>
      </w:pPr>
      <w:r>
        <w:t>Difference between moderation and extremism</w:t>
      </w:r>
    </w:p>
    <w:p>
      <w:r>
        <w:rPr>
          <w:color w:val="666666"/>
          <w:sz w:val="18"/>
        </w:rPr>
        <w:t>Ethics &amp; Character · Model of Paradise June 22, 2014 · 4m 30s · at 43:44 · https://youtu.be/7jXD8E_dN-E?t=2624</w:t>
      </w:r>
    </w:p>
    <w:p>
      <w:r>
        <w:rPr>
          <w:i/>
        </w:rPr>
        <w:t>“What is the difference between moderation and extremism? Please explain.”</w:t>
      </w:r>
    </w:p>
    <w:p>
      <w:r>
        <w:rPr>
          <w:sz w:val="20"/>
        </w:rPr>
        <w:t>43:44  Maulana, yeh sawal aaya hai Ahmedabad se, Hamid sahab ne kiya hai aur unhone aap se poocha hai ke What is the difference between moderation and extremism is ke baray mein bataein.</w:t>
      </w:r>
      <w:r>
        <w:br/>
      </w:r>
      <w:r>
        <w:rPr>
          <w:sz w:val="20"/>
        </w:rPr>
        <w:t>43:58  dekhein, moderation ya modernity koi bohat well-defined term nahi hai.</w:t>
      </w:r>
      <w:r>
        <w:br/>
      </w:r>
      <w:r>
        <w:rPr>
          <w:sz w:val="20"/>
        </w:rPr>
        <w:t>44:06  extremism ka to definition available hai magar modernity ka definition available nahi hai.</w:t>
      </w:r>
      <w:r>
        <w:br/>
      </w:r>
      <w:r>
        <w:rPr>
          <w:sz w:val="20"/>
        </w:rPr>
        <w:t>44:15  jahan tak mein jaanta hoon. Lekin</w:t>
      </w:r>
      <w:r>
        <w:br/>
      </w:r>
      <w:r>
        <w:rPr>
          <w:sz w:val="20"/>
        </w:rPr>
        <w:t>44:22  aam taur par jo yeh alfaaz istemal kiye jaate hain, us ke lehaz se mein is ki thori si wazahat karunga.</w:t>
      </w:r>
      <w:r>
        <w:br/>
      </w:r>
      <w:r>
        <w:rPr>
          <w:sz w:val="20"/>
        </w:rPr>
        <w:t>44:29  extremism ka matlab hai ghulu. Yani mazhab ki taleemat jo hain, us mein ghulu karna.</w:t>
      </w:r>
      <w:r>
        <w:br/>
      </w:r>
      <w:r>
        <w:rPr>
          <w:sz w:val="20"/>
        </w:rPr>
        <w:t>44:38  is ka koi extremist version nikalna. Jaise aik misaal deta hoon aap ko ke</w:t>
      </w:r>
      <w:r>
        <w:br/>
      </w:r>
      <w:r>
        <w:rPr>
          <w:sz w:val="20"/>
        </w:rPr>
        <w:t>44:50  wuzu hum karte hain to us mein hota hai ke saare jo aza hain, wuzu wale, woh sab dho jayen.</w:t>
      </w:r>
      <w:r>
        <w:br/>
      </w:r>
      <w:r>
        <w:rPr>
          <w:sz w:val="20"/>
        </w:rPr>
        <w:t>44:57  to aik sahab thay, un ko mehsoos hua ke aankh ke andar bhi pani dalna chahiye. To aankh ke andar pani dalne lagein.</w:t>
      </w:r>
      <w:r>
        <w:br/>
      </w:r>
      <w:r>
        <w:rPr>
          <w:sz w:val="20"/>
        </w:rPr>
        <w:t>45:06  aankh ke andar pani, woh samajhte thay ke is ke baghair wuzu nahi hoga. To aankh ke andar pani dalte dalte un ki aankh chali gayi, chali gayi.</w:t>
      </w:r>
      <w:r>
        <w:br/>
      </w:r>
      <w:r>
        <w:rPr>
          <w:sz w:val="20"/>
        </w:rPr>
        <w:t>45:15  woh nabina ho gaye. That is ghulu aur ya extremism. Abhi jo buq o haram jo hai, woh ghulu ki misaal</w:t>
      </w:r>
      <w:r>
        <w:br/>
      </w:r>
      <w:r>
        <w:rPr>
          <w:sz w:val="20"/>
        </w:rPr>
        <w:t>45:27  hai. Jitni bhi musalmanon mein is waqt chal rahi hain tehrikein, sab ghulu hi ki misalein hain. Sab ki sab. Yani Islam ki taleemat mein ghulu karna.</w:t>
      </w:r>
      <w:r>
        <w:br/>
      </w:r>
      <w:r>
        <w:rPr>
          <w:sz w:val="20"/>
        </w:rPr>
        <w:t>45:43  har taleem mein jo, jaise misaal ke taur par dekhen, ek jagah mein gaya to wahan par main chai aai aur aur biscuit aaya.</w:t>
      </w:r>
      <w:r>
        <w:br/>
      </w:r>
      <w:r>
        <w:rPr>
          <w:sz w:val="20"/>
        </w:rPr>
        <w:t>45:54  to main ne aisa kiya ke ek haath mein biscuit le liya, ek haath mein chai le liya. to thoda main aadat aisa kar raha tha ke main chai mein shakar nahin dalta.</w:t>
      </w:r>
      <w:r>
        <w:br/>
      </w:r>
      <w:r>
        <w:rPr>
          <w:sz w:val="20"/>
        </w:rPr>
        <w:t>46:06  to biscuit istemal karta hoon. thoda sa biscuit liya aur phir chai piya.</w:t>
      </w:r>
      <w:r>
        <w:br/>
      </w:r>
      <w:r>
        <w:rPr>
          <w:sz w:val="20"/>
        </w:rPr>
        <w:t>46:12  to bada is ka charcha hai. woh dekho, baayein haath se kha rahe hain. yeh hai ghalu. is ka naam ghalu hai. to har cheez mein yeh ghalu hai.</w:t>
      </w:r>
      <w:r>
        <w:br/>
      </w:r>
      <w:r>
        <w:rPr>
          <w:sz w:val="20"/>
        </w:rPr>
        <w:t>46:21  political ghalu, aqeedaadi ghalu, har cheez mein ghalu.</w:t>
      </w:r>
      <w:r>
        <w:br/>
      </w:r>
      <w:r>
        <w:rPr>
          <w:sz w:val="20"/>
        </w:rPr>
        <w:t>46:26  yeh hai extremism. aur jahan tak modernism ya modernity ki baat hai, to is ka matlab hai ke daur jadeed ke daur jadeed ke mutabiq banana.</w:t>
      </w:r>
      <w:r>
        <w:br/>
      </w:r>
      <w:r>
        <w:rPr>
          <w:sz w:val="20"/>
        </w:rPr>
        <w:t>46:41  islam ki taleemat ko</w:t>
      </w:r>
      <w:r>
        <w:br/>
      </w:r>
      <w:r>
        <w:rPr>
          <w:sz w:val="20"/>
        </w:rPr>
        <w:t>46:46  daur jadeed ke mutabiq banana.</w:t>
      </w:r>
      <w:r>
        <w:br/>
      </w:r>
      <w:r>
        <w:rPr>
          <w:sz w:val="20"/>
        </w:rPr>
        <w:t>46:49  to yeh jaisa ke main ne arz kiya, yeh bahut well-defined term nahin hai. lekin is ka matlab hai ke islam misfit na rahe daur jadeed mein.</w:t>
      </w:r>
      <w:r>
        <w:br/>
      </w:r>
      <w:r>
        <w:rPr>
          <w:sz w:val="20"/>
        </w:rPr>
        <w:t>47:00  woh is mein logon ko lage ke yeh aaj ka mazhab hai. jaise misaal ke taur par burqa hai. auratein burqa pehenti hain to logon ko nazar aata hai ke yeh to misfit hain aaj ke mahol mein.</w:t>
      </w:r>
      <w:r>
        <w:br/>
      </w:r>
      <w:r>
        <w:rPr>
          <w:sz w:val="20"/>
        </w:rPr>
        <w:t>47:14  to agar aap burqa aage utar dein to kya yeh? yeh modernity ka ek ek misaal hogi. to is mani mein main koi badi judgment nahin de raha hoon.</w:t>
      </w:r>
      <w:r>
        <w:br/>
      </w:r>
      <w:r>
        <w:rPr>
          <w:sz w:val="20"/>
        </w:rPr>
        <w:t>47:27  sirf yeh bata raha hoon ke modernism kya hai aur extremism kya hai. Moderation, Maulana hain? Moderation ka matlab hota hai eitidal.</w:t>
      </w:r>
      <w:r>
        <w:br/>
      </w:r>
      <w:r>
        <w:rPr>
          <w:sz w:val="20"/>
        </w:rPr>
        <w:t>47:41  Moderation ka eitidal.</w:t>
      </w:r>
      <w:r>
        <w:br/>
      </w:r>
      <w:r>
        <w:rPr>
          <w:sz w:val="20"/>
        </w:rPr>
        <w:t>47:44  to bahut kam farq hai dono mein. koi bahut zyada farq nahin hai alag alag. lekin moderation ka matlab hota hai eitidal. yaani ek extreme par na jana.</w:t>
      </w:r>
      <w:r>
        <w:br/>
      </w:r>
      <w:r>
        <w:rPr>
          <w:sz w:val="20"/>
        </w:rPr>
        <w:t>47:57  to jaisa ke main ne arz kiya, is ka koi bahut well-defined version maujood nahin hai. lekin is ka mafhoom yahi hai ke aap eitidal se kaam len aur extreme par na jayen.</w:t>
      </w:r>
      <w:r>
        <w:br/>
      </w:r>
      <w:r>
        <w:rPr>
          <w:sz w:val="20"/>
        </w:rPr>
        <w:t>48:09  That is the moderation.</w:t>
      </w:r>
    </w:p>
    <w:p>
      <w:pPr>
        <w:pStyle w:val="Heading2"/>
      </w:pPr>
      <w:r>
        <w:t>Difference between sincerity and wisdom by outcome</w:t>
      </w:r>
    </w:p>
    <w:p>
      <w:r>
        <w:rPr>
          <w:color w:val="666666"/>
          <w:sz w:val="18"/>
        </w:rPr>
        <w:t>Ethics &amp; Character · Importance of Wisdom | August 24, 2014 · 4m 06s · at 1:18:29 · https://youtu.be/ZVPLm7fV0t0?t=4709</w:t>
      </w:r>
    </w:p>
    <w:p>
      <w:r>
        <w:rPr>
          <w:i/>
        </w:rPr>
        <w:t>“Will the difference between sincerity and wisdom be based on the outcome?”</w:t>
      </w:r>
    </w:p>
    <w:p>
      <w:r>
        <w:rPr>
          <w:sz w:val="20"/>
        </w:rPr>
        <w:t>1:18:29  maulana, agla sawal maulana iqbal umri ka hai</w:t>
      </w:r>
      <w:r>
        <w:br/>
      </w:r>
      <w:r>
        <w:rPr>
          <w:sz w:val="20"/>
        </w:rPr>
        <w:t>1:18:34  chennai se.</w:t>
      </w:r>
      <w:r>
        <w:br/>
      </w:r>
      <w:r>
        <w:rPr>
          <w:sz w:val="20"/>
        </w:rPr>
        <w:t>1:18:39  unhon ne likha hai ke: kya ikhlas aur wisdom mein farq nateeje ko samne rakh kar hoga? maulana,</w:t>
      </w:r>
      <w:r>
        <w:br/>
      </w:r>
      <w:r>
        <w:rPr>
          <w:sz w:val="20"/>
        </w:rPr>
        <w:t>1:18:44  yeh workable ikhlas kya hai? workable ikhlas? ji.</w:t>
      </w:r>
      <w:r>
        <w:br/>
      </w:r>
      <w:r>
        <w:rPr>
          <w:sz w:val="20"/>
        </w:rPr>
        <w:t>1:18:50  main samjha nahi ke workable ikhlas ka matlab kya hai.</w:t>
      </w:r>
      <w:r>
        <w:br/>
      </w:r>
      <w:r>
        <w:rPr>
          <w:sz w:val="20"/>
        </w:rPr>
        <w:t>1:18:55  maulana, jo pehla hissa hai un ke sawal ka.</w:t>
      </w:r>
      <w:r>
        <w:br/>
      </w:r>
      <w:r>
        <w:rPr>
          <w:sz w:val="20"/>
        </w:rPr>
        <w:t>1:19:00  dekhen, sahi baat yeh hai ji ke ikhlas hai ek shakhsi sifat.</w:t>
      </w:r>
      <w:r>
        <w:br/>
      </w:r>
      <w:r>
        <w:rPr>
          <w:sz w:val="20"/>
        </w:rPr>
        <w:t>1:19:06  yani individual quality hai ikhlas. lekin jab aap rahen logon ke sath jamaati zindagi mein to ikhlas harghiz kafi nahi hai. kyunke phir differences honge, ikhtilafat honge, tarah tarah ke issues khare honge. to wahan aap ikhlas le kar khud padhenge ke main to haq par hoon. aur aap pe jo hai: antahbat aamal ko balad tanantum la tashroon ka misdaq ban jayen aap. to i</w:t>
      </w:r>
      <w:r>
        <w:br/>
      </w:r>
      <w:r>
        <w:rPr>
          <w:sz w:val="20"/>
        </w:rPr>
        <w:t>1:19:36  khlas jo farq hai ke ikhlas indivdual sifat hai. aur jo jis ko main keh raha hoon aqal, us ki zaroorat padti hai ijtimaai zindagi mein. ijtimaai zindagi mein aap us ko samajh nahi paate masle ki noiyat ko. aur apne ko gadhe mein dhak kar dete hain. to antahbat aamal ko balad tanantum la tashroon ka misdaq ban jate hain. agar aap ijtimaai zindagi mein na jayen, aap ka taaluq doosron se na ho, sirf</w:t>
      </w:r>
      <w:r>
        <w:br/>
      </w:r>
      <w:r>
        <w:rPr>
          <w:sz w:val="20"/>
        </w:rPr>
        <w:t>1:20:06  ghar mein rehte hon aap akele, to wahan par zarorat nahi wisdom ki aap ko.</w:t>
      </w:r>
      <w:r>
        <w:br/>
      </w:r>
      <w:r>
        <w:rPr>
          <w:sz w:val="20"/>
        </w:rPr>
        <w:t>1:20:10  phir namaz roza kafi hai.</w:t>
      </w:r>
      <w:r>
        <w:br/>
      </w:r>
      <w:r>
        <w:rPr>
          <w:sz w:val="20"/>
        </w:rPr>
        <w:t>1:20:14  lekin aap ko bohat hi sakht ek hadith hai ke Allah taala ne farishton se kaha ke jao</w:t>
      </w:r>
      <w:r>
        <w:br/>
      </w:r>
      <w:r>
        <w:rPr>
          <w:sz w:val="20"/>
        </w:rPr>
        <w:t>1:20:18  falan basti ko ult do.</w:t>
      </w:r>
      <w:r>
        <w:br/>
      </w:r>
      <w:r>
        <w:rPr>
          <w:sz w:val="20"/>
        </w:rPr>
        <w:t>1:20:23  jitne log hain, us ko talpat kar do, use dab ke mar jayen.</w:t>
      </w:r>
      <w:r>
        <w:br/>
      </w:r>
      <w:r>
        <w:rPr>
          <w:sz w:val="20"/>
        </w:rPr>
        <w:t>1:20:27  to farishton ne kaha ke khuda ya!</w:t>
      </w:r>
      <w:r>
        <w:br/>
      </w:r>
      <w:r>
        <w:rPr>
          <w:sz w:val="20"/>
        </w:rPr>
        <w:t>1:20:31  wahan ek buzurg hain jo raat din ibadat karte hain.</w:t>
      </w:r>
      <w:r>
        <w:br/>
      </w:r>
      <w:r>
        <w:rPr>
          <w:sz w:val="20"/>
        </w:rPr>
        <w:t>1:20:36  aur woh unhon ne koi burai nahi ki hai, ibadat hi mein zindagi guzarte hain woh.</w:t>
      </w:r>
      <w:r>
        <w:br/>
      </w:r>
      <w:r>
        <w:rPr>
          <w:sz w:val="20"/>
        </w:rPr>
        <w:t>1:20:41  to Allah taala ne kaha in ke samait ult do.</w:t>
      </w:r>
      <w:r>
        <w:br/>
      </w:r>
      <w:r>
        <w:rPr>
          <w:sz w:val="20"/>
        </w:rPr>
        <w:t>1:20:46  yeh bohat hi ajeeb o ghareeb sochne ki baat hai yeh ke aisa buzurg jo raat din ibadat</w:t>
      </w:r>
      <w:r>
        <w:br/>
      </w:r>
      <w:r>
        <w:rPr>
          <w:sz w:val="20"/>
        </w:rPr>
        <w:t>1:20:51  hi kar raha hai, us ke samait basti ult di gai.</w:t>
      </w:r>
      <w:r>
        <w:br/>
      </w:r>
      <w:r>
        <w:rPr>
          <w:sz w:val="20"/>
        </w:rPr>
        <w:t>1:20:56  kyunke woh ikhlas tha lekin aqal nahi thi is ke paas.</w:t>
      </w:r>
      <w:r>
        <w:br/>
      </w:r>
      <w:r>
        <w:rPr>
          <w:sz w:val="20"/>
        </w:rPr>
        <w:t>1:21:01  to yeh bohat si</w:t>
      </w:r>
      <w:r>
        <w:br/>
      </w:r>
      <w:r>
        <w:rPr>
          <w:sz w:val="20"/>
        </w:rPr>
        <w:t>1:21:06  rais baat hai, is ko samjhiye ke aap agar yeh samjhein ke mere paas to ikhlas hai aur</w:t>
      </w:r>
      <w:r>
        <w:br/>
      </w:r>
      <w:r>
        <w:rPr>
          <w:sz w:val="20"/>
        </w:rPr>
        <w:t>1:21:10  mere paas to namaz roza hai, to hargiz hargiz yeh kafi nahi hai.</w:t>
      </w:r>
      <w:r>
        <w:br/>
      </w:r>
      <w:r>
        <w:rPr>
          <w:sz w:val="20"/>
        </w:rPr>
        <w:t>1:21:14  agar aap ijtamai zindagi mein hon, haan agar aap akele kisi kamre mein rehte hon to theek hai,</w:t>
      </w:r>
      <w:r>
        <w:br/>
      </w:r>
      <w:r>
        <w:rPr>
          <w:sz w:val="20"/>
        </w:rPr>
        <w:t>1:21:19  tab to woh kafi hai, phir to koi harj nahi hai.</w:t>
      </w:r>
      <w:r>
        <w:br/>
      </w:r>
      <w:r>
        <w:rPr>
          <w:sz w:val="20"/>
        </w:rPr>
        <w:t>1:21:23  jaise aap ijtamai zindagi mein aayenge, zaroor crashs paida hoga aur crashs mein aap fail ho jayen</w:t>
      </w:r>
      <w:r>
        <w:br/>
      </w:r>
      <w:r>
        <w:rPr>
          <w:sz w:val="20"/>
        </w:rPr>
        <w:t>1:21:27  ge, agar aap ke paas aqal nahi hai to.</w:t>
      </w:r>
      <w:r>
        <w:br/>
      </w:r>
      <w:r>
        <w:rPr>
          <w:sz w:val="20"/>
        </w:rPr>
        <w:t>1:21:31  agar aap ke paas aqal nahi hai to crashs mein aap fail ho jayen</w:t>
      </w:r>
      <w:r>
        <w:br/>
      </w:r>
      <w:r>
        <w:rPr>
          <w:sz w:val="20"/>
        </w:rPr>
        <w:t>1:21:36  ge. aur fail ho kar apne ko tabah kar lenge. is waqt sare musalman jo hain, crisis mein thay aur crisis ko manage nahi kar sake, to kya hai? ek taraf aap apne ko tabah kar rahe hain. jahan chahiye musalman tabah ho rahe hain. okay, so we will end the session now.</w:t>
      </w:r>
    </w:p>
    <w:p>
      <w:pPr>
        <w:pStyle w:val="Heading2"/>
      </w:pPr>
      <w:r>
        <w:t>Differentiating greed from need</w:t>
      </w:r>
    </w:p>
    <w:p>
      <w:r>
        <w:rPr>
          <w:color w:val="666666"/>
          <w:sz w:val="18"/>
        </w:rPr>
        <w:t>Ethics &amp; Character · Material Science Vs Spiritual Science 20th May 12 SLOW · 1m 29s · at 1:19:38 · https://youtu.be/qYwFExG7cyM?t=4778</w:t>
      </w:r>
    </w:p>
    <w:p>
      <w:r>
        <w:rPr>
          <w:i/>
        </w:rPr>
        <w:t>“How can we differentiate between material greed and material need?”</w:t>
      </w:r>
    </w:p>
    <w:p>
      <w:r>
        <w:rPr>
          <w:sz w:val="20"/>
        </w:rPr>
        <w:t>1:19:38  maulana, agla sawal miss naghma siddiqui ka hai dilli se.</w:t>
      </w:r>
      <w:r>
        <w:br/>
      </w:r>
      <w:r>
        <w:rPr>
          <w:sz w:val="20"/>
        </w:rPr>
        <w:t>1:19:44  انہوں نے پوچھا ہے: "How can we differentiate between material greed and material need?" دیکھیے، اس کی کوئی</w:t>
      </w:r>
      <w:r>
        <w:br/>
      </w:r>
      <w:r>
        <w:rPr>
          <w:sz w:val="20"/>
        </w:rPr>
        <w:t>1:19:50  hard and fast line nahi kheench sakte aap.</w:t>
      </w:r>
      <w:r>
        <w:br/>
      </w:r>
      <w:r>
        <w:rPr>
          <w:sz w:val="20"/>
        </w:rPr>
        <w:t>1:19:56  yeh aap ke apne upar hai.</w:t>
      </w:r>
      <w:r>
        <w:br/>
      </w:r>
      <w:r>
        <w:rPr>
          <w:sz w:val="20"/>
        </w:rPr>
        <w:t>1:20:02  iski definition mere aziz yeh hai ke zinda rehne ke liye itna zaroori ho, lazzat ke liye</w:t>
      </w:r>
      <w:r>
        <w:br/>
      </w:r>
      <w:r>
        <w:rPr>
          <w:sz w:val="20"/>
        </w:rPr>
        <w:t>1:20:08  aur tafreeh ke liye aur aaram ke liye.</w:t>
      </w:r>
      <w:r>
        <w:br/>
      </w:r>
      <w:r>
        <w:rPr>
          <w:sz w:val="20"/>
        </w:rPr>
        <w:t>1:20:14  jab aap jiyenge to woh phir comfort aayega, luxury aayegi aur baghz zaroorat.</w:t>
      </w:r>
      <w:r>
        <w:br/>
      </w:r>
      <w:r>
        <w:rPr>
          <w:sz w:val="20"/>
        </w:rPr>
        <w:t>1:20:20  aap jab farq izafa karenge to isi ko na need kaha jata hai.</w:t>
      </w:r>
      <w:r>
        <w:br/>
      </w:r>
      <w:r>
        <w:rPr>
          <w:sz w:val="20"/>
        </w:rPr>
        <w:t>1:20:26  lekin koi doosra aadmi aap ko face iski list nahi de sakta.</w:t>
      </w:r>
      <w:r>
        <w:br/>
      </w:r>
      <w:r>
        <w:rPr>
          <w:sz w:val="20"/>
        </w:rPr>
        <w:t>1:20:32  aap ko khud iski list banani padegi.</w:t>
      </w:r>
      <w:r>
        <w:br/>
      </w:r>
      <w:r>
        <w:rPr>
          <w:sz w:val="20"/>
        </w:rPr>
        <w:t>1:20:38  koi bhi list nahi de sakta.</w:t>
      </w:r>
      <w:r>
        <w:br/>
      </w:r>
      <w:r>
        <w:rPr>
          <w:sz w:val="20"/>
        </w:rPr>
        <w:t>1:20:44  aap aap ko khud yeh sochna hai ke woh kaun si meri, yani masroofiyatein hain jo kal kar</w:t>
      </w:r>
      <w:r>
        <w:br/>
      </w:r>
      <w:r>
        <w:rPr>
          <w:sz w:val="20"/>
        </w:rPr>
        <w:t>1:20:50  rahi hain mere time ko, jo jo mere energy ko salo kar rahi hain, jo mujhe distract kar rahi hain.</w:t>
      </w:r>
      <w:r>
        <w:br/>
      </w:r>
      <w:r>
        <w:rPr>
          <w:sz w:val="20"/>
        </w:rPr>
        <w:t>1:20:56  to har aadmi ko khud hi iska faisla lena hai.</w:t>
      </w:r>
      <w:r>
        <w:br/>
      </w:r>
      <w:r>
        <w:rPr>
          <w:sz w:val="20"/>
        </w:rPr>
        <w:t>1:21:02  koi doosra aadmi isko line nahi kheench sakta.</w:t>
      </w:r>
    </w:p>
    <w:p>
      <w:pPr>
        <w:pStyle w:val="Heading2"/>
      </w:pPr>
      <w:r>
        <w:t>Discovering and correcting negative points</w:t>
      </w:r>
    </w:p>
    <w:p>
      <w:r>
        <w:rPr>
          <w:color w:val="666666"/>
          <w:sz w:val="18"/>
        </w:rPr>
        <w:t>Ethics &amp; Character · Importance of Wisdom | August 24, 2014 · 4m 05s · at 45:34 · https://youtu.be/ZVPLm7fV0t0?t=2734</w:t>
      </w:r>
    </w:p>
    <w:p>
      <w:r>
        <w:rPr>
          <w:i/>
        </w:rPr>
        <w:t>“How can one discover and identify one's negative points so that they can be corrected?”</w:t>
      </w:r>
    </w:p>
    <w:p>
      <w:r>
        <w:rPr>
          <w:sz w:val="20"/>
        </w:rPr>
        <w:t>45:34  punay se aaya hai aur ejaz sahib ne poocha hai yeh sawal. woh aap se yeh janna chahte hain ke how can one discover or identify one's negative point so that it can be corrected? mein to samajhta hoon ke bohat hi asan hai. result se pehchaniye aap. kyunke jab bhi aap ke andar negative point rahega to doosron se aap ko nafrat paida ho jayegi</w:t>
      </w:r>
      <w:r>
        <w:br/>
      </w:r>
      <w:r>
        <w:rPr>
          <w:sz w:val="20"/>
        </w:rPr>
        <w:t>46:04  .</w:t>
      </w:r>
      <w:r>
        <w:br/>
      </w:r>
      <w:r>
        <w:rPr>
          <w:sz w:val="20"/>
        </w:rPr>
        <w:t>46:09  doosron se shikayat paida ho jaye gi.</w:t>
      </w:r>
      <w:r>
        <w:br/>
      </w:r>
      <w:r>
        <w:rPr>
          <w:sz w:val="20"/>
        </w:rPr>
        <w:t>46:13  doosron se complaint paida ho jaye gi.</w:t>
      </w:r>
      <w:r>
        <w:br/>
      </w:r>
      <w:r>
        <w:rPr>
          <w:sz w:val="20"/>
        </w:rPr>
        <w:t>46:17  sab se acha jo pehchanne ka jo zariya hai, woh hai shikayati zehn.</w:t>
      </w:r>
      <w:r>
        <w:br/>
      </w:r>
      <w:r>
        <w:rPr>
          <w:sz w:val="20"/>
        </w:rPr>
        <w:t>46:21  jaisay hi aap ke andar shikayati zehn paida ho to samajhye ke aap ke andar negative thinking aa gayi hai.</w:t>
      </w:r>
      <w:r>
        <w:br/>
      </w:r>
      <w:r>
        <w:rPr>
          <w:sz w:val="20"/>
        </w:rPr>
        <w:t>46:26  yahi mumkin hai ke aap ke andar negative thinking ho aur shikayat na paida ho.</w:t>
      </w:r>
      <w:r>
        <w:br/>
      </w:r>
      <w:r>
        <w:rPr>
          <w:sz w:val="20"/>
        </w:rPr>
        <w:t>46:30  shikayat aur negative thinking dono sath ساتھ chalte hain. bohat go</w:t>
      </w:r>
      <w:r>
        <w:br/>
      </w:r>
      <w:r>
        <w:rPr>
          <w:sz w:val="20"/>
        </w:rPr>
        <w:t>46:34  together.</w:t>
      </w:r>
      <w:r>
        <w:br/>
      </w:r>
      <w:r>
        <w:rPr>
          <w:sz w:val="20"/>
        </w:rPr>
        <w:t>46:38  jahan shikayat hai, wahan negative thinking hai.</w:t>
      </w:r>
      <w:r>
        <w:br/>
      </w:r>
      <w:r>
        <w:rPr>
          <w:sz w:val="20"/>
        </w:rPr>
        <w:t>46:42  jahan negative thinking hai, wahan shikayat hai.</w:t>
      </w:r>
      <w:r>
        <w:br/>
      </w:r>
      <w:r>
        <w:rPr>
          <w:sz w:val="20"/>
        </w:rPr>
        <w:t>46:46  bilkul seedhi pehchan hai.</w:t>
      </w:r>
      <w:r>
        <w:br/>
      </w:r>
      <w:r>
        <w:rPr>
          <w:sz w:val="20"/>
        </w:rPr>
        <w:t>46:49  jahan shikayat ho, samjhiye ke zaroor wahan negative thinking maujood hai.</w:t>
      </w:r>
      <w:r>
        <w:br/>
      </w:r>
      <w:r>
        <w:rPr>
          <w:sz w:val="20"/>
        </w:rPr>
        <w:t>46:53  jahan negative thinking ho, samjhiye ke wahan zaroor shikayat maujood hogi.</w:t>
      </w:r>
      <w:r>
        <w:br/>
      </w:r>
      <w:r>
        <w:rPr>
          <w:sz w:val="20"/>
        </w:rPr>
        <w:t>46:57  aur is ko call kijiye.</w:t>
      </w:r>
      <w:r>
        <w:br/>
      </w:r>
      <w:r>
        <w:rPr>
          <w:sz w:val="20"/>
        </w:rPr>
        <w:t>47:01  maulana, yeh sawal Dilli se aaya hai aur shariq hussain</w:t>
      </w:r>
      <w:r>
        <w:br/>
      </w:r>
      <w:r>
        <w:rPr>
          <w:sz w:val="20"/>
        </w:rPr>
        <w:t>47:04  sahib ne kiya hai. unhon ne likha hai ke ek shakhs ko hikmat ke husool ke liye kiya karna chahiye jis se woh khud ko krais mein tootne se bacha sake? is ke bare mein bataein. bhai, mein apna tajruba arz karunga ke aap hamari kitabein parhiye. amli tajruba yahi hai mera. kyunke jo kitabein parhta hoon, doosron ki kai hikmat hoti nahin. mein</w:t>
      </w:r>
      <w:r>
        <w:br/>
      </w:r>
      <w:r>
        <w:rPr>
          <w:sz w:val="20"/>
        </w:rPr>
        <w:t>47:34  ne bohat parha, bohat parha.</w:t>
      </w:r>
      <w:r>
        <w:br/>
      </w:r>
      <w:r>
        <w:rPr>
          <w:sz w:val="20"/>
        </w:rPr>
        <w:t>47:40  yani English mein, Arabic mein, Urdu mein, Farsi mein aur Hindi mein bhi kitni kitaben parh dali.</w:t>
      </w:r>
      <w:r>
        <w:br/>
      </w:r>
      <w:r>
        <w:rPr>
          <w:sz w:val="20"/>
        </w:rPr>
        <w:t>47:47  ek zamanay mein mera yeh haal tha ke main sarak par chalta tha, Adab Garh mein, rastay mein</w:t>
      </w:r>
      <w:r>
        <w:br/>
      </w:r>
      <w:r>
        <w:rPr>
          <w:sz w:val="20"/>
        </w:rPr>
        <w:t>47:53  koi parha hua tha waraq, utha kar parhne laga.</w:t>
      </w:r>
      <w:r>
        <w:br/>
      </w:r>
      <w:r>
        <w:rPr>
          <w:sz w:val="20"/>
        </w:rPr>
        <w:t>47:59  library mein jata tha, main Mahtab library mein, wahan gard pari hoti. khol</w:t>
      </w:r>
      <w:r>
        <w:br/>
      </w:r>
      <w:r>
        <w:rPr>
          <w:sz w:val="20"/>
        </w:rPr>
        <w:t>48:05  khol kar gard hata kar kitaben parhta tha.</w:t>
      </w:r>
      <w:r>
        <w:br/>
      </w:r>
      <w:r>
        <w:rPr>
          <w:sz w:val="20"/>
        </w:rPr>
        <w:t>48:09  Shibli masjid mein parhta tha, main subah jata tha aur sham ko nikalta tha.</w:t>
      </w:r>
      <w:r>
        <w:br/>
      </w:r>
      <w:r>
        <w:rPr>
          <w:sz w:val="20"/>
        </w:rPr>
        <w:t>48:13  lekin apne tajrube mein kahoon ke koi ek kitab mujhe nahi mili jis ke jo mein kahoon ke</w:t>
      </w:r>
      <w:r>
        <w:br/>
      </w:r>
      <w:r>
        <w:rPr>
          <w:sz w:val="20"/>
        </w:rPr>
        <w:t>48:17  wo book of hikmat hai, wo mujhe nahi mili.</w:t>
      </w:r>
      <w:r>
        <w:br/>
      </w:r>
      <w:r>
        <w:rPr>
          <w:sz w:val="20"/>
        </w:rPr>
        <w:t>48:22  aap ko agar mili hai to aap bataiye, main is ka pata.</w:t>
      </w:r>
      <w:r>
        <w:br/>
      </w:r>
      <w:r>
        <w:rPr>
          <w:sz w:val="20"/>
        </w:rPr>
        <w:t>48:26  to main yahi kahoon ke hamari jo kitab hai, is ko parhiye.</w:t>
      </w:r>
      <w:r>
        <w:br/>
      </w:r>
      <w:r>
        <w:rPr>
          <w:sz w:val="20"/>
        </w:rPr>
        <w:t>48:30  bar bar parhiye, bar bar parhiye, bar bar parhiye. aur</w:t>
      </w:r>
      <w:r>
        <w:br/>
      </w:r>
      <w:r>
        <w:rPr>
          <w:sz w:val="20"/>
        </w:rPr>
        <w:t>48:35  mere tajrube mein hikmat ko janne ka koi doosra zariya maujood nahin hai. agar kisi ko hai, kisi ka nazdeek to woh mujhe us ka pata batae. abhi kal mein ne ek bahut bare aadmi ka ek lamba maqala parha. bahut lamba, pata nahin kitne safhon ka tha. yaani woh Musalmanon ki jo literary history hai, poore hazar saal ki, us par tabsarah tha woh. yaani Mus</w:t>
      </w:r>
      <w:r>
        <w:br/>
      </w:r>
      <w:r>
        <w:rPr>
          <w:sz w:val="20"/>
        </w:rPr>
        <w:t>49:05  Musalmanon ki hazar saala literature history par.</w:t>
      </w:r>
      <w:r>
        <w:br/>
      </w:r>
      <w:r>
        <w:rPr>
          <w:sz w:val="20"/>
        </w:rPr>
        <w:t>49:09  aur ek bhi is mein hikmat ki baat nahi.</w:t>
      </w:r>
      <w:r>
        <w:br/>
      </w:r>
      <w:r>
        <w:rPr>
          <w:sz w:val="20"/>
        </w:rPr>
        <w:t>49:13  sab maslay, misaal, maslay, misaal, maslay, misaal.</w:t>
      </w:r>
      <w:r>
        <w:br/>
      </w:r>
      <w:r>
        <w:rPr>
          <w:sz w:val="20"/>
        </w:rPr>
        <w:t>49:18  to mein kya karoon? mein yahi mashwara de sakta hoon ke aap hamari kitabein parhiye, bar bar parhiye.</w:t>
      </w:r>
      <w:r>
        <w:br/>
      </w:r>
      <w:r>
        <w:rPr>
          <w:sz w:val="20"/>
        </w:rPr>
        <w:t>49:22  aap english wale hain to aap spirit of islam parhiye.</w:t>
      </w:r>
      <w:r>
        <w:br/>
      </w:r>
      <w:r>
        <w:rPr>
          <w:sz w:val="20"/>
        </w:rPr>
        <w:t>49:26  urdu wale hain to risala monthly parhiye.</w:t>
      </w:r>
      <w:r>
        <w:br/>
      </w:r>
      <w:r>
        <w:rPr>
          <w:sz w:val="20"/>
        </w:rPr>
        <w:t>49:31  yeh mashwara de sakta hoon.</w:t>
      </w:r>
      <w:r>
        <w:br/>
      </w:r>
      <w:r>
        <w:rPr>
          <w:sz w:val="20"/>
        </w:rPr>
        <w:t>49:35  apne tajrube ki roshni mein koi doosra mashwara mere paas nahi hai.</w:t>
      </w:r>
    </w:p>
    <w:p>
      <w:pPr>
        <w:pStyle w:val="Heading2"/>
      </w:pPr>
      <w:r>
        <w:t>Discovering own vs others' mistakes</w:t>
      </w:r>
    </w:p>
    <w:p>
      <w:r>
        <w:rPr>
          <w:color w:val="666666"/>
          <w:sz w:val="18"/>
        </w:rPr>
        <w:t>Ethics &amp; Character · Living In Falsehood I December 15, 2013 · 2m 09s · at 1:03:35 · https://youtu.be/yD-ZtvlrFDw?t=3815</w:t>
      </w:r>
    </w:p>
    <w:p>
      <w:r>
        <w:rPr>
          <w:i/>
        </w:rPr>
        <w:t>“Often others' mistakes are quickly discovered, but one's own mistake is not discovered even upon thinking.”</w:t>
      </w:r>
    </w:p>
    <w:p>
      <w:r>
        <w:rPr>
          <w:sz w:val="20"/>
        </w:rPr>
        <w:t>1:03:35  maulana, agla sawal doha qatar se hai.</w:t>
      </w:r>
      <w:r>
        <w:br/>
      </w:r>
      <w:r>
        <w:rPr>
          <w:sz w:val="20"/>
        </w:rPr>
        <w:t>1:03:38  maulana abdul basit umri ne kiya hai, unhon ne likha hai: "maulana, aksar doosron ki ghltiyan fori discover hoti</w:t>
      </w:r>
      <w:r>
        <w:br/>
      </w:r>
      <w:r>
        <w:rPr>
          <w:sz w:val="20"/>
        </w:rPr>
        <w:t>1:03:46  hain, lekin apni ghlti sochne par bhi discover nahi hoti".</w:t>
      </w:r>
      <w:r>
        <w:br/>
      </w:r>
      <w:r>
        <w:rPr>
          <w:sz w:val="20"/>
        </w:rPr>
        <w:t>1:03:50  maulana, maulana, yeh kya masla hai? is ke baray mein aap hamein batayen.</w:t>
      </w:r>
      <w:r>
        <w:br/>
      </w:r>
      <w:r>
        <w:rPr>
          <w:sz w:val="20"/>
        </w:rPr>
        <w:t>1:03:55  dekhen, aadmi ke andar bohat zyada yeh bhara hua hai ke "i am right".</w:t>
      </w:r>
      <w:r>
        <w:br/>
      </w:r>
      <w:r>
        <w:rPr>
          <w:sz w:val="20"/>
        </w:rPr>
        <w:t>1:04:01  "i am right".</w:t>
      </w:r>
      <w:r>
        <w:br/>
      </w:r>
      <w:r>
        <w:rPr>
          <w:sz w:val="20"/>
        </w:rPr>
        <w:t>1:04:03  "i am wrong" yeh bhara hua nahi hai, apne aap ko sahi samajhna, yani righteous thinking, yeh bohat</w:t>
      </w:r>
      <w:r>
        <w:br/>
      </w:r>
      <w:r>
        <w:rPr>
          <w:sz w:val="20"/>
        </w:rPr>
        <w:t>1:04:11  bhara hua hai insaan ke andar.</w:t>
      </w:r>
      <w:r>
        <w:br/>
      </w:r>
      <w:r>
        <w:rPr>
          <w:sz w:val="20"/>
        </w:rPr>
        <w:t>1:04:13  to jab tak aap apne khilaaf sochne ka zehan develop na karen, tab tab tak aap nahi samajh</w:t>
      </w:r>
      <w:r>
        <w:br/>
      </w:r>
      <w:r>
        <w:rPr>
          <w:sz w:val="20"/>
        </w:rPr>
        <w:t>1:04:21  payenge.</w:t>
      </w:r>
      <w:r>
        <w:br/>
      </w:r>
      <w:r>
        <w:rPr>
          <w:sz w:val="20"/>
        </w:rPr>
        <w:t>1:04:22  yani anti-self thinking agar aap ke andar hogi, tab aisa hoga ke aap apne ghltiyon ko pakar</w:t>
      </w:r>
      <w:r>
        <w:br/>
      </w:r>
      <w:r>
        <w:rPr>
          <w:sz w:val="20"/>
        </w:rPr>
        <w:t>1:04:30  payenge.</w:t>
      </w:r>
      <w:r>
        <w:br/>
      </w:r>
      <w:r>
        <w:rPr>
          <w:sz w:val="20"/>
        </w:rPr>
        <w:t>1:04:32  to main samajhta hoon ke is ka ek tareeqa yeh hai ke ek to ek aap ke andar</w:t>
      </w:r>
      <w:r>
        <w:br/>
      </w:r>
      <w:r>
        <w:rPr>
          <w:sz w:val="20"/>
        </w:rPr>
        <w:t>1:04:39  anti-self thinking paida karen, doosri baat yeh honi chahiye ke doosra shakhs agar aap par criticize karta</w:t>
      </w:r>
      <w:r>
        <w:br/>
      </w:r>
      <w:r>
        <w:rPr>
          <w:sz w:val="20"/>
        </w:rPr>
        <w:t>1:04:47  hai to bohat positively leejye, react mat kijiye, kyunke doosra aadmi jo hai, woh kisi obsession mein</w:t>
      </w:r>
      <w:r>
        <w:br/>
      </w:r>
      <w:r>
        <w:rPr>
          <w:sz w:val="20"/>
        </w:rPr>
        <w:t>1:04:55  nahi hai aap ke baray mein.</w:t>
      </w:r>
      <w:r>
        <w:br/>
      </w:r>
      <w:r>
        <w:rPr>
          <w:sz w:val="20"/>
        </w:rPr>
        <w:t>1:04:57  aap ko dekhta hai, woh bohat hi, yani yani indifferent ho kar ke.</w:t>
      </w:r>
      <w:r>
        <w:br/>
      </w:r>
      <w:r>
        <w:rPr>
          <w:sz w:val="20"/>
        </w:rPr>
        <w:t>1:05:03  to kai baar aisa hota hai ke woh point out kar pata hai doosra aadmi.</w:t>
      </w:r>
      <w:r>
        <w:br/>
      </w:r>
      <w:r>
        <w:rPr>
          <w:sz w:val="20"/>
        </w:rPr>
        <w:t>1:05:09  to aadmi ke andar agar do sifat hain, ek to ek apna muhasba, jo kehte hain anti-self</w:t>
      </w:r>
      <w:r>
        <w:br/>
      </w:r>
      <w:r>
        <w:rPr>
          <w:sz w:val="20"/>
        </w:rPr>
        <w:t>1:05:17  thinking, muhasbe hi ka doosra naam hai anti-self thinking.</w:t>
      </w:r>
      <w:r>
        <w:br/>
      </w:r>
      <w:r>
        <w:rPr>
          <w:sz w:val="20"/>
        </w:rPr>
        <w:t>1:05:21  yeh ho.</w:t>
      </w:r>
      <w:r>
        <w:br/>
      </w:r>
      <w:r>
        <w:rPr>
          <w:sz w:val="20"/>
        </w:rPr>
        <w:t>1:05:23  aur doosri baat yeh ke criticism ko woh hamesha positive tor par le, criticism par provoke na ho,</w:t>
      </w:r>
      <w:r>
        <w:br/>
      </w:r>
      <w:r>
        <w:rPr>
          <w:sz w:val="20"/>
        </w:rPr>
        <w:t>1:05:31  criticism par ghussa na ho, criticism ko kisi ghlt maani mein na le.</w:t>
      </w:r>
      <w:r>
        <w:br/>
      </w:r>
      <w:r>
        <w:rPr>
          <w:sz w:val="20"/>
        </w:rPr>
        <w:t>1:05:36  yeh do siftain hain.</w:t>
      </w:r>
      <w:r>
        <w:br/>
      </w:r>
      <w:r>
        <w:rPr>
          <w:sz w:val="20"/>
        </w:rPr>
        <w:t>1:05:38  to yaqeeni taur par insan sachai tak pahunch sakta hai.</w:t>
      </w:r>
      <w:r>
        <w:br/>
      </w:r>
      <w:r>
        <w:rPr>
          <w:sz w:val="20"/>
        </w:rPr>
        <w:t>1:05:42  to it is to point formula.</w:t>
      </w:r>
    </w:p>
    <w:p>
      <w:pPr>
        <w:pStyle w:val="Heading2"/>
      </w:pPr>
      <w:r>
        <w:t>Distinguishing evil from wrong choice</w:t>
      </w:r>
    </w:p>
    <w:p>
      <w:r>
        <w:rPr>
          <w:color w:val="666666"/>
          <w:sz w:val="18"/>
        </w:rPr>
        <w:t>Ethics &amp; Character · Pillars of Western Thought October 6, 2013 · 1m 21s · at 56:36 · https://youtu.be/o4WfPvju5_M?t=3396</w:t>
      </w:r>
    </w:p>
    <w:p>
      <w:r>
        <w:rPr>
          <w:i/>
        </w:rPr>
        <w:t>“How do you differentiate between evil and wrong choice?”</w:t>
      </w:r>
    </w:p>
    <w:p>
      <w:r>
        <w:rPr>
          <w:sz w:val="20"/>
        </w:rPr>
        <w:t>56:36  Maulana, agla sawal Delhi se hai. Samar Sherwani sahab ne</w:t>
      </w:r>
      <w:r>
        <w:br/>
      </w:r>
      <w:r>
        <w:rPr>
          <w:sz w:val="20"/>
        </w:rPr>
        <w:t>56:40  kya hai. unhon ne likha hai: "Maulana sahab, how would you differentiate between burai and wrong choice?" is ke bare mein bataein.</w:t>
      </w:r>
      <w:r>
        <w:br/>
      </w:r>
      <w:r>
        <w:rPr>
          <w:sz w:val="20"/>
        </w:rPr>
        <w:t>56:56  dekhiye, burai to ek sharai lafz hai. misalan, koi sharab piye to bura kaam kar raha hai, koi khazeer khaye to bura kaam kar raha hai, koi jhoot bole to bura kaam kar raha hai.</w:t>
      </w:r>
      <w:r>
        <w:br/>
      </w:r>
      <w:r>
        <w:rPr>
          <w:sz w:val="20"/>
        </w:rPr>
        <w:t>57:07  to burai ek sharai lafz hai.</w:t>
      </w:r>
      <w:r>
        <w:br/>
      </w:r>
      <w:r>
        <w:rPr>
          <w:sz w:val="20"/>
        </w:rPr>
        <w:t>57:10  wrong choice ek practical term hai, practical term hai. misalan, jahan aap ladne ke posh mein nahi hain, wahan ladai chhod dein.</w:t>
      </w:r>
      <w:r>
        <w:br/>
      </w:r>
      <w:r>
        <w:rPr>
          <w:sz w:val="20"/>
        </w:rPr>
        <w:t>57:20  aap wahan aap ko peaceful tareeqe se kaam karna chahiye. jahan aap ko dawat ke mawaqe hain, wahan aap jihad chhod dein.</w:t>
      </w:r>
      <w:r>
        <w:br/>
      </w:r>
      <w:r>
        <w:rPr>
          <w:sz w:val="20"/>
        </w:rPr>
        <w:t>57:30  yeh sab wrong choice hai. yani practical mamlaat mein dekhna padta hai ke what is achievable aur what is not achievable. yeh dekhna padta hai</w:t>
      </w:r>
      <w:r>
        <w:br/>
      </w:r>
      <w:r>
        <w:rPr>
          <w:sz w:val="20"/>
        </w:rPr>
        <w:t>57:39  jo achievable na ho halaat ke aitbar se, wo aap karne lage hain to that is wrong choice. to main dekh raha hoon ke wrong choice ka jo lafz hai, ek practical term hai aur burai ka lafz jo hai, ek sharai istilaha hai.</w:t>
      </w:r>
    </w:p>
    <w:p>
      <w:pPr>
        <w:pStyle w:val="Heading2"/>
      </w:pPr>
      <w:r>
        <w:t>Do I need religion to be a good human?</w:t>
      </w:r>
    </w:p>
    <w:p>
      <w:r>
        <w:rPr>
          <w:color w:val="666666"/>
          <w:sz w:val="18"/>
        </w:rPr>
        <w:t>Ethics &amp; Character · Islam &amp; Prophet of Islam 21 Oct, 2012 - Maulana Wahiduddin Khan · 2m 04s · at 1:21:17 · https://youtu.be/2hwtfOyNeS0?t=4877</w:t>
      </w:r>
    </w:p>
    <w:p>
      <w:r>
        <w:rPr>
          <w:i/>
        </w:rPr>
        <w:t>“Do I need to follow a religion to be a good human being? What are the similarities in all religions? What does it take to be a good human being? Kindly comment.”</w:t>
      </w:r>
    </w:p>
    <w:p>
      <w:r>
        <w:rPr>
          <w:sz w:val="20"/>
        </w:rPr>
        <w:t>1:21:17  maulana, agla sawal Dilli se hai Mr. Partha Rathi ka. unhone likha hai: "do i need to follow a religion to be a good human being?</w:t>
      </w:r>
      <w:r>
        <w:br/>
      </w:r>
      <w:r>
        <w:rPr>
          <w:sz w:val="20"/>
        </w:rPr>
        <w:t>1:21:28  what are the similarities in all religions? what does it take to be a good human being? kindly comment." dekhiye, asal masla good human being ka nahi hai.</w:t>
      </w:r>
      <w:r>
        <w:br/>
      </w:r>
      <w:r>
        <w:rPr>
          <w:sz w:val="20"/>
        </w:rPr>
        <w:t>1:21:41  good human being to ek relative term hai. relative. aap ke zehn mein kuch hoga, mere zehn mein kuch hoga. woh ek relative term hai.</w:t>
      </w:r>
      <w:r>
        <w:br/>
      </w:r>
      <w:r>
        <w:rPr>
          <w:sz w:val="20"/>
        </w:rPr>
        <w:t>1:21:51  sahi soch yeh hai ke aap yeh sochen ke jo jis ne is duniya ko banaya hai, jo creator hai, us ki scheme of things kya hai?</w:t>
      </w:r>
      <w:r>
        <w:br/>
      </w:r>
      <w:r>
        <w:rPr>
          <w:sz w:val="20"/>
        </w:rPr>
        <w:t>1:22:04  aur us ke mutabiq mujhe kaisa banna hai? good human being relative term hai, uska koi aap accepted definition nahi pa sakte aap is ka.</w:t>
      </w:r>
      <w:r>
        <w:br/>
      </w:r>
      <w:r>
        <w:rPr>
          <w:sz w:val="20"/>
        </w:rPr>
        <w:t>1:22:15  isi liye jo akhlaq par jo kitaben likhi gayi hain, ethics par, bohat is mein ikhtilaf hai. to maine jo samjha hai, woh yeh hai ke sab se pehle aap ko janna pare ga ke creator ki scheme of things kya hai?</w:t>
      </w:r>
      <w:r>
        <w:br/>
      </w:r>
      <w:r>
        <w:rPr>
          <w:sz w:val="20"/>
        </w:rPr>
        <w:t>1:22:33  us ke nazdeek jo creation plan hai, woh kya hai? aur phir aap apne ko us ke mutabiq dhalen. kyunke dekhiye, har ek ko marna hai.</w:t>
      </w:r>
      <w:r>
        <w:br/>
      </w:r>
      <w:r>
        <w:rPr>
          <w:sz w:val="20"/>
        </w:rPr>
        <w:t>1:22:42  maut se koi bach nahi sakta. maut ke baad jo hai, hum ko isi creator se samna pesh aye ga. mere baap jo the, woh kaha karte the ke Khuda ka munh dikhana hai.</w:t>
      </w:r>
      <w:r>
        <w:br/>
      </w:r>
      <w:r>
        <w:rPr>
          <w:sz w:val="20"/>
        </w:rPr>
        <w:t>1:22:55  hamare baap jo the, woh kehte the Khuda ka munh dikhana hai. to har aadmi aakhir kar to wahin pohnche ga jahan Khuda se us ko samna pesh aye ga.</w:t>
      </w:r>
      <w:r>
        <w:br/>
      </w:r>
      <w:r>
        <w:rPr>
          <w:sz w:val="20"/>
        </w:rPr>
        <w:t>1:23:04  to Allah ki marzi ko janna, creator ki marzi ko janna, yeh asal cheez hai. us ko pata hai, apne ko mold karna. good human being ka jo criterion hai, woh ek ek relative criterion hai.</w:t>
      </w:r>
    </w:p>
    <w:p>
      <w:pPr>
        <w:pStyle w:val="Heading2"/>
      </w:pPr>
      <w:r>
        <w:t>Does Islam Permit Rejoicing at Someone's Death?</w:t>
      </w:r>
    </w:p>
    <w:p>
      <w:r>
        <w:rPr>
          <w:color w:val="666666"/>
          <w:sz w:val="18"/>
        </w:rPr>
        <w:t>Ethics &amp; Character · Age of Peace November 18, 2012 · 2m 42s · at 1:05:33 · https://youtu.be/Y9nkQnBqbrs?t=3933</w:t>
      </w:r>
    </w:p>
    <w:p>
      <w:r>
        <w:rPr>
          <w:i/>
        </w:rPr>
        <w:t>“On Bal Thackeray's death I saw rejoicing and celebration in the Muslim community, and one Muslim was congratulating another. On Facebook too, Muslims have written extensively against Bal Thackeray. Does Islam permit Muslims to rejoice at someone's death?”</w:t>
      </w:r>
    </w:p>
    <w:p>
      <w:r>
        <w:rPr>
          <w:sz w:val="20"/>
        </w:rPr>
        <w:t>1:05:33  maulana, agla sawal dilli se hai. shah imran hasan sahab ne kiya hai, unhone likha hai: "bal thakre ke nindhan par maine muslim samudaye mein harsh o ullas dekha".</w:t>
      </w:r>
      <w:r>
        <w:br/>
      </w:r>
      <w:r>
        <w:rPr>
          <w:sz w:val="20"/>
        </w:rPr>
        <w:t>1:05:45  kaha: "tatha ek muslim doosre muslim ko badhai de raha hai".</w:t>
      </w:r>
      <w:r>
        <w:br/>
      </w:r>
      <w:r>
        <w:rPr>
          <w:sz w:val="20"/>
        </w:rPr>
        <w:t>1:05:49  facebook par bhi musalmanon ne jam kar bal thakre ke khilaf likha hai. mera sawal yeh hai ke kya islam dharm musalmanon ko is ki anumati deta hai ke kisi ke nindhan par khushi manayein?</w:t>
      </w:r>
      <w:r>
        <w:br/>
      </w:r>
      <w:r>
        <w:rPr>
          <w:sz w:val="20"/>
        </w:rPr>
        <w:t>1:06:05  kripa kar ke aap islam ka dashtri kaun batayein? yeh jo musalmanon ne kiya hai, yeh bilkul haram hai. islam mein haram, is se kam lafz mein nahi bolunga.</w:t>
      </w:r>
      <w:r>
        <w:br/>
      </w:r>
      <w:r>
        <w:rPr>
          <w:sz w:val="20"/>
        </w:rPr>
        <w:t>1:06:16  dekhein, sahi tareeqa kya hai?</w:t>
      </w:r>
      <w:r>
        <w:br/>
      </w:r>
      <w:r>
        <w:rPr>
          <w:sz w:val="20"/>
        </w:rPr>
        <w:t>1:06:19  sahi tareeqa yeh hai ke jab ek insan marta hai to aap yaad karein ke is insan tak farz tha ke main Allah ka paigham pahunchaun, woh na pahuncha saka.</w:t>
      </w:r>
      <w:r>
        <w:br/>
      </w:r>
      <w:r>
        <w:rPr>
          <w:sz w:val="20"/>
        </w:rPr>
        <w:t>1:06:31  to Khuda agar mujh se pooche ke yeh banda mar gaya, tum ne kyun nahi pahunchaya us ko mera kalam? to main kya jawab dunga? main kya jawab dunga?</w:t>
      </w:r>
      <w:r>
        <w:br/>
      </w:r>
      <w:r>
        <w:rPr>
          <w:sz w:val="20"/>
        </w:rPr>
        <w:t>1:06:43  aur jab aap yeh sochenge to aap aap kya sochenge ke jo log ab tak zinda hain, kam az kam un par pahunchaun? main yeh sahi reaction hai.</w:t>
      </w:r>
      <w:r>
        <w:br/>
      </w:r>
      <w:r>
        <w:rPr>
          <w:sz w:val="20"/>
        </w:rPr>
        <w:t>1:06:55  yeh to bilkul jahalat hai, haram hai aur gunah hai islam mein jo kar rahe hain musalman. aap dekhein, apni zimmedari, apni responsibilities ko yaad karna islam ka tareeqa hai.</w:t>
      </w:r>
      <w:r>
        <w:br/>
      </w:r>
      <w:r>
        <w:rPr>
          <w:sz w:val="20"/>
        </w:rPr>
        <w:t>1:07:08  doosron ke aakhirat ka anjam kya hoga? aap ke aap ke domain mein nahi hai,</w:t>
      </w:r>
      <w:r>
        <w:br/>
      </w:r>
      <w:r>
        <w:rPr>
          <w:sz w:val="20"/>
        </w:rPr>
        <w:t>1:07:13  woh aap ke domain se bahar ki baat hai. marne wale ke sath aakhirat mein kya anjam hoga, woh aap ke domain ki baat hi nahi hai. is par kyun bolte hain?</w:t>
      </w:r>
      <w:r>
        <w:br/>
      </w:r>
      <w:r>
        <w:rPr>
          <w:sz w:val="20"/>
        </w:rPr>
        <w:t>1:07:24  aap aap ke domain ki baat jo hai, woh yeh hai ke aap yeh sochein ke ek insaan duniya mein jeeta tha, 86 years tak aaj duniya mein raha, 86 years, aur main us ko Allah ka kalam na pohncha saka.</w:t>
      </w:r>
      <w:r>
        <w:br/>
      </w:r>
      <w:r>
        <w:rPr>
          <w:sz w:val="20"/>
        </w:rPr>
        <w:t>1:07:39  to Allah agar mujh se pooche ke tum ne kyun nahi pohnchaya</w:t>
      </w:r>
      <w:r>
        <w:br/>
      </w:r>
      <w:r>
        <w:rPr>
          <w:sz w:val="20"/>
        </w:rPr>
        <w:t>1:07:43  ? 86 years tak tha, woh kyun nahi pohnchaya tum ne? to main kya jawab doon ga? aur phir aap yeh sochein ke chalo, ab jo log zinda hain, un ko main pohncha doon.</w:t>
      </w:r>
      <w:r>
        <w:br/>
      </w:r>
      <w:r>
        <w:rPr>
          <w:sz w:val="20"/>
        </w:rPr>
        <w:t>1:07:56  yeh hai sahi reaction. baqi jo reaction musalman dikha rahe hain, woh to apne domain ke bahar ja ke kar rahe hain. woh bilashuba gunah hai aur musalman hi pakre jayenge sab se pehle.</w:t>
      </w:r>
      <w:r>
        <w:br/>
      </w:r>
      <w:r>
        <w:rPr>
          <w:sz w:val="20"/>
        </w:rPr>
        <w:t>1:08:07  to tum ko kya haq tha ke Allah ke domain mein dakhil ho kar ke is tarah ki baatein karo?</w:t>
      </w:r>
    </w:p>
    <w:p>
      <w:pPr>
        <w:pStyle w:val="Heading2"/>
      </w:pPr>
      <w:r>
        <w:t>Does Islam teach its adherents to react?</w:t>
      </w:r>
    </w:p>
    <w:p>
      <w:r>
        <w:rPr>
          <w:color w:val="666666"/>
          <w:sz w:val="18"/>
        </w:rPr>
        <w:t>Ethics &amp; Character · Discovery of Modern Age I 10th Feb. 13 · 3m 24s · at 1:12:50 · https://youtu.be/Yp5T0KacY84?t=4370</w:t>
      </w:r>
    </w:p>
    <w:p>
      <w:r>
        <w:rPr>
          <w:i/>
        </w:rPr>
        <w:t>“Does Islam teach its adherents to react? What is your opinion on this?”</w:t>
      </w:r>
    </w:p>
    <w:p>
      <w:r>
        <w:rPr>
          <w:sz w:val="20"/>
        </w:rPr>
        <w:t>1:12:50  maulana, agla sawal dilli se hai mister rakesh ka.</w:t>
      </w:r>
      <w:r>
        <w:br/>
      </w:r>
      <w:r>
        <w:rPr>
          <w:sz w:val="20"/>
        </w:rPr>
        <w:t>1:12:55  انہوں نے آپ سے پوچھا ہے کہ "Does Islam teach its adherents to react?" What is your</w:t>
      </w:r>
      <w:r>
        <w:br/>
      </w:r>
      <w:r>
        <w:rPr>
          <w:sz w:val="20"/>
        </w:rPr>
        <w:t>1:13:01  opinion on this? kya matlab? ke jo islam ko follow karte hain, kya islam un ko react</w:t>
      </w:r>
      <w:r>
        <w:br/>
      </w:r>
      <w:r>
        <w:rPr>
          <w:sz w:val="20"/>
        </w:rPr>
        <w:t>1:13:07  karnay ki teachings deta hai? aap ka is pe kya opinion hai? yahan pe react ka matlab</w:t>
      </w:r>
      <w:r>
        <w:br/>
      </w:r>
      <w:r>
        <w:rPr>
          <w:sz w:val="20"/>
        </w:rPr>
        <w:t>1:13:12  maulana, yeh shayad negative sense mein pooch rahe hain.</w:t>
      </w:r>
      <w:r>
        <w:br/>
      </w:r>
      <w:r>
        <w:rPr>
          <w:sz w:val="20"/>
        </w:rPr>
        <w:t>1:13:18  meri to aap bar bar karte rahe ke reaction islam mein hai hi nahi.</w:t>
      </w:r>
      <w:r>
        <w:br/>
      </w:r>
      <w:r>
        <w:rPr>
          <w:sz w:val="20"/>
        </w:rPr>
        <w:t>1:13:24  is ko negative reaction islam mein hai nahin.</w:t>
      </w:r>
      <w:r>
        <w:br/>
      </w:r>
      <w:r>
        <w:rPr>
          <w:sz w:val="20"/>
        </w:rPr>
        <w:t>1:13:29  aaj bhi bani is pe bola.</w:t>
      </w:r>
      <w:r>
        <w:br/>
      </w:r>
      <w:r>
        <w:rPr>
          <w:sz w:val="20"/>
        </w:rPr>
        <w:t>1:13:35  یہ جو واقعہ ہوا، یہ that was a negative reaction.</w:t>
      </w:r>
      <w:r>
        <w:br/>
      </w:r>
      <w:r>
        <w:rPr>
          <w:sz w:val="20"/>
        </w:rPr>
        <w:t>1:13:41  to negative reaction to islam mein jaiz hi nahin.</w:t>
      </w:r>
      <w:r>
        <w:br/>
      </w:r>
      <w:r>
        <w:rPr>
          <w:sz w:val="20"/>
        </w:rPr>
        <w:t>1:13:46  yeh jaiz hi nahin hai.</w:t>
      </w:r>
      <w:r>
        <w:br/>
      </w:r>
      <w:r>
        <w:rPr>
          <w:sz w:val="20"/>
        </w:rPr>
        <w:t>1:13:52  kaun sa sawal? maulana, ek aur sawal aaya hai pune se.</w:t>
      </w:r>
      <w:r>
        <w:br/>
      </w:r>
      <w:r>
        <w:rPr>
          <w:sz w:val="20"/>
        </w:rPr>
        <w:t>1:13:58  jinhon ne bheja, unhon ne naam nahin likha hai, but woh yeh aap se poochhna chah rahe hain</w:t>
      </w:r>
      <w:r>
        <w:br/>
      </w:r>
      <w:r>
        <w:rPr>
          <w:sz w:val="20"/>
        </w:rPr>
        <w:t>1:14:04  ke kya islam suicide bombing ko permit karta hai? bilkul haram hai.</w:t>
      </w:r>
      <w:r>
        <w:br/>
      </w:r>
      <w:r>
        <w:rPr>
          <w:sz w:val="20"/>
        </w:rPr>
        <w:t>1:14:09  is mein poochhne ki baat hi nahin.</w:t>
      </w:r>
      <w:r>
        <w:br/>
      </w:r>
      <w:r>
        <w:rPr>
          <w:sz w:val="20"/>
        </w:rPr>
        <w:t>1:14:15  islam mein har qism ki khudkushi haram hai, chahe suicide bombing ho.</w:t>
      </w:r>
      <w:r>
        <w:br/>
      </w:r>
      <w:r>
        <w:rPr>
          <w:sz w:val="20"/>
        </w:rPr>
        <w:t>1:14:21  yeh talwar se apne ko kaat len aap aur revolver chala len.</w:t>
      </w:r>
      <w:r>
        <w:br/>
      </w:r>
      <w:r>
        <w:rPr>
          <w:sz w:val="20"/>
        </w:rPr>
        <w:t>1:14:26  koi bhi excuse nahin hai jis ki wajah se aap suicide bombing, yeh to baaz ulma ne fatwe</w:t>
      </w:r>
      <w:r>
        <w:br/>
      </w:r>
      <w:r>
        <w:rPr>
          <w:sz w:val="20"/>
        </w:rPr>
        <w:t>1:14:32  diye hain, woh mein is fatwe ko bilkul galat samajhta hoon.</w:t>
      </w:r>
      <w:r>
        <w:br/>
      </w:r>
      <w:r>
        <w:rPr>
          <w:sz w:val="20"/>
        </w:rPr>
        <w:t>1:14:38  qat'an jaiz hi nahin hai suicide bombing.</w:t>
      </w:r>
      <w:r>
        <w:br/>
      </w:r>
      <w:r>
        <w:rPr>
          <w:sz w:val="20"/>
        </w:rPr>
        <w:t>1:14:43  yani absolute sense mein woh ناجائز hai.</w:t>
      </w:r>
      <w:r>
        <w:br/>
      </w:r>
      <w:r>
        <w:rPr>
          <w:sz w:val="20"/>
        </w:rPr>
        <w:t>1:14:49  misalan kuch ulma kehte hain ke falasteen mein jaiz hai.</w:t>
      </w:r>
      <w:r>
        <w:br/>
      </w:r>
      <w:r>
        <w:rPr>
          <w:sz w:val="20"/>
        </w:rPr>
        <w:t>1:14:55  yeh bilkul stupid fatwa hai.</w:t>
      </w:r>
      <w:r>
        <w:br/>
      </w:r>
      <w:r>
        <w:rPr>
          <w:sz w:val="20"/>
        </w:rPr>
        <w:t>1:15:00  yeh aise hi se koi kahe ke theek hai, masjid mein sahib peena ناجائز hai, lekin mandir mein</w:t>
      </w:r>
      <w:r>
        <w:br/>
      </w:r>
      <w:r>
        <w:rPr>
          <w:sz w:val="20"/>
        </w:rPr>
        <w:t>1:15:06  ja ke pee sakte ho.</w:t>
      </w:r>
      <w:r>
        <w:br/>
      </w:r>
      <w:r>
        <w:rPr>
          <w:sz w:val="20"/>
        </w:rPr>
        <w:t>1:15:12  yeh koi baat hai? yeh yeh koi fatwa hai? yeh yeh koi fatwa nahin hai, bilkul nahin.</w:t>
      </w:r>
      <w:r>
        <w:br/>
      </w:r>
      <w:r>
        <w:rPr>
          <w:sz w:val="20"/>
        </w:rPr>
        <w:t>1:15:17  baseless baat hai.</w:t>
      </w:r>
      <w:r>
        <w:br/>
      </w:r>
      <w:r>
        <w:rPr>
          <w:sz w:val="20"/>
        </w:rPr>
        <w:t>1:15:23  aap falasteen mein ja kar tableegh kijiye.</w:t>
      </w:r>
      <w:r>
        <w:br/>
      </w:r>
      <w:r>
        <w:rPr>
          <w:sz w:val="20"/>
        </w:rPr>
        <w:t>1:15:29  yani ek hi kaam aap ke paas hai ke bomb maaren, wahan quran pahunchayen logon ko.</w:t>
      </w:r>
      <w:r>
        <w:br/>
      </w:r>
      <w:r>
        <w:rPr>
          <w:sz w:val="20"/>
        </w:rPr>
        <w:t>1:15:35  hamare saathi wahan ja kar quran pahunchate hain.</w:t>
      </w:r>
      <w:r>
        <w:br/>
      </w:r>
      <w:r>
        <w:rPr>
          <w:sz w:val="20"/>
        </w:rPr>
        <w:t>1:15:40  yeh kaun sa fatwa hai ke ja kar woh apne ko halak karo, unhein maaro? yeh kaun sa</w:t>
      </w:r>
      <w:r>
        <w:br/>
      </w:r>
      <w:r>
        <w:rPr>
          <w:sz w:val="20"/>
        </w:rPr>
        <w:t>1:15:46  fatwa hai? yeh fatwa nahin hai, yeh to bilkul senseless baat hai.</w:t>
      </w:r>
      <w:r>
        <w:br/>
      </w:r>
      <w:r>
        <w:rPr>
          <w:sz w:val="20"/>
        </w:rPr>
        <w:t>1:15:52  is ka fatwa se koi talluq nahi hai.</w:t>
      </w:r>
      <w:r>
        <w:br/>
      </w:r>
      <w:r>
        <w:rPr>
          <w:sz w:val="20"/>
        </w:rPr>
        <w:t>1:15:57  aap falasteen ho ya kashmir ho ya dunya mein kahin bhi ho, aap ke liye open hai, bilkul.</w:t>
      </w:r>
      <w:r>
        <w:br/>
      </w:r>
      <w:r>
        <w:rPr>
          <w:sz w:val="20"/>
        </w:rPr>
        <w:t>1:16:03  aap ja ke un ko quran pohnchaiye, un ko deen pohnchaiye, tableegh kijiye.</w:t>
      </w:r>
      <w:r>
        <w:br/>
      </w:r>
      <w:r>
        <w:rPr>
          <w:sz w:val="20"/>
        </w:rPr>
        <w:t>1:16:09  phir zahir hai suicide bombing ki zaroorat hi kya hai? kyon apne ko maarein aap? kyon aap apne</w:t>
      </w:r>
    </w:p>
    <w:p>
      <w:pPr>
        <w:pStyle w:val="Heading2"/>
      </w:pPr>
      <w:r>
        <w:t>Does maintaining family ties extend lifespan?</w:t>
      </w:r>
    </w:p>
    <w:p>
      <w:r>
        <w:rPr>
          <w:color w:val="666666"/>
          <w:sz w:val="18"/>
        </w:rPr>
        <w:t>Ethics &amp; Character · Understanding the Quran April 7, 2019 · 52s · at 40:07 · https://youtu.be/m_Om5MtQJz4?t=2407</w:t>
      </w:r>
    </w:p>
    <w:p>
      <w:r>
        <w:rPr>
          <w:i/>
        </w:rPr>
        <w:t>“Maulana Ashraf Ali Thanvi wrote that those who maintain family ties get blessing in their age. Is this true or not? Please clarify.”</w:t>
      </w:r>
    </w:p>
    <w:p>
      <w:r>
        <w:rPr>
          <w:sz w:val="20"/>
        </w:rPr>
        <w:t>40:07  maulana, agla sawal dilli se bheja hai ghayoor ul islam sahib ne. unhon ne likha hai: "maulana ashraf ali thanvi ne likha hai ke sila rehmi karne walon ki umar mein barkat ho jati hai.</w:t>
      </w:r>
      <w:r>
        <w:br/>
      </w:r>
      <w:r>
        <w:rPr>
          <w:sz w:val="20"/>
        </w:rPr>
        <w:t>40:19  kya yeh sach hai ya nahi? is ko wazeh karen." bhai, yeh baat maine parhi nahi Quran o Hadees mein. ho sakta hai ke ho, lekin main Quran o Hadees mein to kahin parha nahi.</w:t>
      </w:r>
      <w:r>
        <w:br/>
      </w:r>
      <w:r>
        <w:rPr>
          <w:sz w:val="20"/>
        </w:rPr>
        <w:t>40:34  umar to ab mere se samajh se aata hai ke muqarrar hai. jab Allah ne jo tay kar diya, us waqt aadmi jayega, us waqt khatam ho jayega.</w:t>
      </w:r>
      <w:r>
        <w:br/>
      </w:r>
      <w:r>
        <w:rPr>
          <w:sz w:val="20"/>
        </w:rPr>
        <w:t>40:49  baqi yeh jo nazariya hai, kahin agar hai to mere ilm mein nahi hai.</w:t>
      </w:r>
    </w:p>
    <w:p>
      <w:pPr>
        <w:pStyle w:val="Heading2"/>
      </w:pPr>
      <w:r>
        <w:t>Duties of a good listener</w:t>
      </w:r>
    </w:p>
    <w:p>
      <w:r>
        <w:rPr>
          <w:color w:val="666666"/>
          <w:sz w:val="18"/>
        </w:rPr>
        <w:t>Ethics &amp; Character · Concept of God December 7, 2014 · 1m 05s · at 54:59 · https://youtu.be/dCgL9lp8EAo?t=3299</w:t>
      </w:r>
    </w:p>
    <w:p>
      <w:r>
        <w:rPr>
          <w:i/>
        </w:rPr>
        <w:t>“What should be the duties of a good listener?”</w:t>
      </w:r>
    </w:p>
    <w:p>
      <w:r>
        <w:rPr>
          <w:sz w:val="20"/>
        </w:rPr>
        <w:t>54:59  Maulana, agla sawal Doctor Safeena Tabassum ne kiya hai Ajmer se, aur unhone poocha hai aap se ke "What should be the duties of a good listener?" is ke baray mein batayen.</w:t>
      </w:r>
      <w:r>
        <w:br/>
      </w:r>
      <w:r>
        <w:rPr>
          <w:sz w:val="20"/>
        </w:rPr>
        <w:t>55:20  bhai, main to samajhta hoon ke good listener woh hai jo kam se kam do bar sune. yani aik bar direct sune, us ke baad phir dobara us ka record sune.</w:t>
      </w:r>
      <w:r>
        <w:br/>
      </w:r>
      <w:r>
        <w:rPr>
          <w:sz w:val="20"/>
        </w:rPr>
        <w:t>55:32  kyunke is ke baghair woh aadmi samajh nahin sakta ke lecture mein kya kaha gaya tha.</w:t>
      </w:r>
      <w:r>
        <w:br/>
      </w:r>
      <w:r>
        <w:rPr>
          <w:sz w:val="20"/>
        </w:rPr>
        <w:t>55:40  nahin samajh sakta.</w:t>
      </w:r>
      <w:r>
        <w:br/>
      </w:r>
      <w:r>
        <w:rPr>
          <w:sz w:val="20"/>
        </w:rPr>
        <w:t>55:42  jo bare bare writer hain dunya mein, unhon ne apne jis ko aap samjha ke woh mayari samjha, mayari, us ke us ki writing ko bar bar parha unhon ne.</w:t>
      </w:r>
      <w:r>
        <w:br/>
      </w:r>
      <w:r>
        <w:rPr>
          <w:sz w:val="20"/>
        </w:rPr>
        <w:t>55:57  to agar aap kisi lecture ko samajhte hain ke is ke andar sachai batai gai hai, to kam se kam us ko do bar parhna hai.</w:t>
      </w:r>
    </w:p>
    <w:p>
      <w:pPr>
        <w:pStyle w:val="Heading2"/>
      </w:pPr>
      <w:r>
        <w:t>Effect of supersensitivity on character building</w:t>
      </w:r>
    </w:p>
    <w:p>
      <w:r>
        <w:rPr>
          <w:color w:val="666666"/>
          <w:sz w:val="18"/>
        </w:rPr>
        <w:t>Ethics &amp; Character · Dars-e-Quran, Chapter 2, Verse 25 | November 19, 2017 | Maulana Wahiduddin Khan · 53s · at 54:39 · https://youtu.be/ctvrG32NCgA?t=3279</w:t>
      </w:r>
    </w:p>
    <w:p>
      <w:r>
        <w:rPr>
          <w:i/>
        </w:rPr>
        <w:t>“Does our being supersensitive also increase our character building?”</w:t>
      </w:r>
    </w:p>
    <w:p>
      <w:r>
        <w:rPr>
          <w:sz w:val="20"/>
        </w:rPr>
        <w:t>54:39  yeh Maulana, agla sawal doctor Safeena Tabassum ne Saharanpur se bheja hai, unhon ne likha hai: "Maulana</w:t>
      </w:r>
      <w:r>
        <w:br/>
      </w:r>
      <w:r>
        <w:rPr>
          <w:sz w:val="20"/>
        </w:rPr>
        <w:t>54:47  sahib, kya hamara super sensitive hona,</w:t>
      </w:r>
      <w:r>
        <w:br/>
      </w:r>
      <w:r>
        <w:rPr>
          <w:sz w:val="20"/>
        </w:rPr>
        <w:t>54:55  kya hum Maulana, kya hamare super sensitive hone se bhi hamare character building mein izafa hota hai?" is</w:t>
      </w:r>
      <w:r>
        <w:br/>
      </w:r>
      <w:r>
        <w:rPr>
          <w:sz w:val="20"/>
        </w:rPr>
        <w:t>55:01  ke bare mein batayen.</w:t>
      </w:r>
      <w:r>
        <w:br/>
      </w:r>
      <w:r>
        <w:rPr>
          <w:sz w:val="20"/>
        </w:rPr>
        <w:t>55:07  zaroor hota hai, balkeh isi se hota hai.</w:t>
      </w:r>
      <w:r>
        <w:br/>
      </w:r>
      <w:r>
        <w:rPr>
          <w:sz w:val="20"/>
        </w:rPr>
        <w:t>55:13  sensitivity to bohat bari nemat hai jo insan ko mil jati hai.</w:t>
      </w:r>
      <w:r>
        <w:br/>
      </w:r>
      <w:r>
        <w:rPr>
          <w:sz w:val="20"/>
        </w:rPr>
        <w:t>55:19  jitna zyada aadmi hassas hoga, zyada woh sensitivity</w:t>
      </w:r>
      <w:r>
        <w:br/>
      </w:r>
      <w:r>
        <w:rPr>
          <w:sz w:val="20"/>
        </w:rPr>
        <w:t>55:25  us ke andar hogi, utne zyada woh us ke andar incentive hoga, zyada se zyada amal karne ke liye.</w:t>
      </w:r>
    </w:p>
    <w:p>
      <w:pPr>
        <w:pStyle w:val="Heading2"/>
      </w:pPr>
      <w:r>
        <w:t>Ethics of praise and desire for praise</w:t>
      </w:r>
    </w:p>
    <w:p>
      <w:r>
        <w:rPr>
          <w:color w:val="666666"/>
          <w:sz w:val="18"/>
        </w:rPr>
        <w:t>Ethics &amp; Character · Dars-e-Quran, Chapter 2, Verse 255 | December 24, 2017 · 5m 11s · at 1:00:43 · https://youtu.be/tKX0KUhUMnw?t=3643</w:t>
      </w:r>
    </w:p>
    <w:p>
      <w:r>
        <w:rPr>
          <w:i/>
        </w:rPr>
        <w:t>“Is it right or wrong to praise others or to desire praise?”</w:t>
      </w:r>
    </w:p>
    <w:p>
      <w:r>
        <w:rPr>
          <w:sz w:val="20"/>
        </w:rPr>
        <w:t>1:00:43  Maulana, agla sawal dilli se bheja hai nafis siddiqui sahib ne. unhon ne likha hai: "tamam log prashansa ke bhooke hote hain, woh chahte hain ke un ki prashansa karein, aur woh prashansa par khush bhi hote hain. sawal yeh hai ke prashansa karna ya prashan</w:t>
      </w:r>
      <w:r>
        <w:br/>
      </w:r>
      <w:r>
        <w:rPr>
          <w:sz w:val="20"/>
        </w:rPr>
        <w:t>1:01:13  sa ki chahat rakhna kya sahi hai ya galat?" dekhiye, tareef to ek waqea hai jo hoga.</w:t>
      </w:r>
      <w:r>
        <w:br/>
      </w:r>
      <w:r>
        <w:rPr>
          <w:sz w:val="20"/>
        </w:rPr>
        <w:t>1:01:19  agar aap koi acha kaam karein to insaan ki nature mein hai ke woh is ko acknowledge kare.</w:t>
      </w:r>
      <w:r>
        <w:br/>
      </w:r>
      <w:r>
        <w:rPr>
          <w:sz w:val="20"/>
        </w:rPr>
        <w:t>1:01:25  tareef ke liye sahi lafz hai acknowledge karna.</w:t>
      </w:r>
      <w:r>
        <w:br/>
      </w:r>
      <w:r>
        <w:rPr>
          <w:sz w:val="20"/>
        </w:rPr>
        <w:t>1:01:31  to acknowledgement to hoga.</w:t>
      </w:r>
      <w:r>
        <w:br/>
      </w:r>
      <w:r>
        <w:rPr>
          <w:sz w:val="20"/>
        </w:rPr>
        <w:t>1:01:37  kaise aap rokeinge insaan ko ke woh acknowledgement</w:t>
      </w:r>
      <w:r>
        <w:br/>
      </w:r>
      <w:r>
        <w:rPr>
          <w:sz w:val="20"/>
        </w:rPr>
        <w:t>1:01:43  ki soorat mein is ka response de? hum log rok nahi sakte aap ko.</w:t>
      </w:r>
      <w:r>
        <w:br/>
      </w:r>
      <w:r>
        <w:rPr>
          <w:sz w:val="20"/>
        </w:rPr>
        <w:t>1:01:51  sirf yeh hai ke aap apne aap ko itna zyada, yaani itna zyada develop kijiye, aap ki soch</w:t>
      </w:r>
      <w:r>
        <w:br/>
      </w:r>
      <w:r>
        <w:rPr>
          <w:sz w:val="20"/>
        </w:rPr>
        <w:t>1:01:59  itni zyada developed soch ban jaye ke aap kisi ki tareef se koi asar hi na lein.</w:t>
      </w:r>
      <w:r>
        <w:br/>
      </w:r>
      <w:r>
        <w:rPr>
          <w:sz w:val="20"/>
        </w:rPr>
        <w:t>1:02:06  aur mein yeh kaha karta hoon ke momin ki</w:t>
      </w:r>
      <w:r>
        <w:br/>
      </w:r>
      <w:r>
        <w:rPr>
          <w:sz w:val="20"/>
        </w:rPr>
        <w:t>1:02:14  definition yeh hai ke ke woh press se khush na ho, aur koi is par criticize kare to</w:t>
      </w:r>
      <w:r>
        <w:br/>
      </w:r>
      <w:r>
        <w:rPr>
          <w:sz w:val="20"/>
        </w:rPr>
        <w:t>1:02:25  us ko gham na ho.</w:t>
      </w:r>
      <w:r>
        <w:br/>
      </w:r>
      <w:r>
        <w:rPr>
          <w:sz w:val="20"/>
        </w:rPr>
        <w:t>1:02:36  tareef se khush na hona, aur tanqeed, criticism se afraid na hona, yahi momin ki pehchan hai.</w:t>
      </w:r>
      <w:r>
        <w:br/>
      </w:r>
      <w:r>
        <w:rPr>
          <w:sz w:val="20"/>
        </w:rPr>
        <w:t>1:02:47  maulana, agla comment parhna chahein ge jo doctor waqar alam ne new york se bheja hai.</w:t>
      </w:r>
      <w:r>
        <w:br/>
      </w:r>
      <w:r>
        <w:rPr>
          <w:sz w:val="20"/>
        </w:rPr>
        <w:t>1:02:53  unhone likha hai: "maulana sahib, we all recite ayat al kursi every day.</w:t>
      </w:r>
      <w:r>
        <w:br/>
      </w:r>
      <w:r>
        <w:rPr>
          <w:sz w:val="20"/>
        </w:rPr>
        <w:t>1:02:59  today was the eye opening day for me to understand and relate the marifat to ayat al kursi." is</w:t>
      </w:r>
      <w:r>
        <w:br/>
      </w:r>
      <w:r>
        <w:rPr>
          <w:sz w:val="20"/>
        </w:rPr>
        <w:t>1:03:05  ke baad comment bheja hai faraz khan sahib ne kolkata se.</w:t>
      </w:r>
      <w:r>
        <w:br/>
      </w:r>
      <w:r>
        <w:rPr>
          <w:sz w:val="20"/>
        </w:rPr>
        <w:t>1:03:11  unhone likha hai:</w:t>
      </w:r>
      <w:r>
        <w:br/>
      </w:r>
      <w:r>
        <w:rPr>
          <w:sz w:val="20"/>
        </w:rPr>
        <w:t>1:03:18  "maulana, aap ne abhi ek baat kahi ke aap ne ek baat kahi books ke baray mein ke</w:t>
      </w:r>
      <w:r>
        <w:br/>
      </w:r>
      <w:r>
        <w:rPr>
          <w:sz w:val="20"/>
        </w:rPr>
        <w:t>1:03:24  bohat si kitabein majmooa alfaaz hote hain, na ke majmooa marifat.</w:t>
      </w:r>
      <w:r>
        <w:br/>
      </w:r>
      <w:r>
        <w:rPr>
          <w:sz w:val="20"/>
        </w:rPr>
        <w:t>1:03:30  kya yeh aaj ke insaano ka bhi haal hai ke hum majmooa alfaaz ban kar reh gaye hain?</w:t>
      </w:r>
      <w:r>
        <w:br/>
      </w:r>
      <w:r>
        <w:rPr>
          <w:sz w:val="20"/>
        </w:rPr>
        <w:t>1:03:36  agar haan to aap ne hum sab ko aik naya formula diya hai as to how to lead</w:t>
      </w:r>
      <w:r>
        <w:br/>
      </w:r>
      <w:r>
        <w:rPr>
          <w:sz w:val="20"/>
        </w:rPr>
        <w:t>1:03:42  a spiritual life."</w:t>
      </w:r>
      <w:r>
        <w:br/>
      </w:r>
      <w:r>
        <w:rPr>
          <w:sz w:val="20"/>
        </w:rPr>
        <w:t>1:03:48  shahid hussain sahib ne srinagar se likha hai: "any significant task should be proceeded by the discovery of omnipotent God. otherwise it remains lifeless. many times we overlook it. thank you Maulana sahib for this inspiration." ashique kamal qadri sahib ne hyderabad se comment bheja hai. unhon ne likha hai: "to discover Allah in concep</w:t>
      </w:r>
      <w:r>
        <w:br/>
      </w:r>
      <w:r>
        <w:rPr>
          <w:sz w:val="20"/>
        </w:rPr>
        <w:t>1:04:18  Spiritual thinking is a realization of Allah.</w:t>
      </w:r>
      <w:r>
        <w:br/>
      </w:r>
      <w:r>
        <w:rPr>
          <w:sz w:val="20"/>
        </w:rPr>
        <w:t>1:04:25  May Almighty Allah bless you in such your thought provoking lecture. Maulana, I have a question which is:</w:t>
      </w:r>
      <w:r>
        <w:br/>
      </w:r>
      <w:r>
        <w:rPr>
          <w:sz w:val="20"/>
        </w:rPr>
        <w:t>1:04:33  "How can we uplift our self in such a level?" is ke bare mein bataein.</w:t>
      </w:r>
      <w:r>
        <w:br/>
      </w:r>
      <w:r>
        <w:rPr>
          <w:sz w:val="20"/>
        </w:rPr>
        <w:t>1:04:40  dekhein, mein bar bar yeh keh chuka hoon ke mera jo tajruba hai is ke mut</w:t>
      </w:r>
      <w:r>
        <w:br/>
      </w:r>
      <w:r>
        <w:rPr>
          <w:sz w:val="20"/>
        </w:rPr>
        <w:t>1:04:48  abaq mein sab se bari rukawat samajhta hoon distraction ko.</w:t>
      </w:r>
      <w:r>
        <w:br/>
      </w:r>
      <w:r>
        <w:rPr>
          <w:sz w:val="20"/>
        </w:rPr>
        <w:t>1:04:54  Sab se bari!</w:t>
      </w:r>
      <w:r>
        <w:br/>
      </w:r>
      <w:r>
        <w:rPr>
          <w:sz w:val="20"/>
        </w:rPr>
        <w:t>1:05:00  Aap yeh discover kijiye ke kya kya cheez aap ko distract karti hai, aap ko sahi raste se</w:t>
      </w:r>
      <w:r>
        <w:br/>
      </w:r>
      <w:r>
        <w:rPr>
          <w:sz w:val="20"/>
        </w:rPr>
        <w:t>1:05:06  derail karti hai, is se bachiye.</w:t>
      </w:r>
      <w:r>
        <w:br/>
      </w:r>
      <w:r>
        <w:rPr>
          <w:sz w:val="20"/>
        </w:rPr>
        <w:t>1:05:12  Mera manna yeh hai ke insaan to</w:t>
      </w:r>
      <w:r>
        <w:br/>
      </w:r>
      <w:r>
        <w:rPr>
          <w:sz w:val="20"/>
        </w:rPr>
        <w:t>1:05:18  paidaishi taur par sahib-e-ma'rifat hi paida hua hai, sahib-e-ma'rifat yani Allah ka, Allah ki ma'rifat insaan</w:t>
      </w:r>
      <w:r>
        <w:br/>
      </w:r>
      <w:r>
        <w:rPr>
          <w:sz w:val="20"/>
        </w:rPr>
        <w:t>1:05:25  ke andar introon hai.</w:t>
      </w:r>
      <w:r>
        <w:br/>
      </w:r>
      <w:r>
        <w:rPr>
          <w:sz w:val="20"/>
        </w:rPr>
        <w:t>1:05:33  Lekin insaan bar bar distract hota rehta hai, isi wajah se woh apne potential ko actual nahi bhala pata.</w:t>
      </w:r>
      <w:r>
        <w:br/>
      </w:r>
      <w:r>
        <w:rPr>
          <w:sz w:val="20"/>
        </w:rPr>
        <w:t>1:05:40  To bas yahi kaam</w:t>
      </w:r>
      <w:r>
        <w:br/>
      </w:r>
      <w:r>
        <w:rPr>
          <w:sz w:val="20"/>
        </w:rPr>
        <w:t>1:05:48  karna hai ke hum apne aap ko distraction se bachaen.</w:t>
      </w:r>
    </w:p>
    <w:p>
      <w:pPr>
        <w:pStyle w:val="Heading2"/>
      </w:pPr>
      <w:r>
        <w:t>Evils result from our own actions</w:t>
      </w:r>
    </w:p>
    <w:p>
      <w:r>
        <w:rPr>
          <w:color w:val="666666"/>
          <w:sz w:val="18"/>
        </w:rPr>
        <w:t>Ethics &amp; Character · Peace of Mind April 19, 2015 Maulana Wahiduddin Khan · 55s · at 1:01:26 · https://youtu.be/bGLY0ALNtjw?t=3686</w:t>
      </w:r>
    </w:p>
    <w:p>
      <w:r>
        <w:rPr>
          <w:i/>
        </w:rPr>
        <w:t>“The world's evils, bad things or negativities are the result of our own actions or thinking.”</w:t>
      </w:r>
    </w:p>
    <w:p>
      <w:r>
        <w:rPr>
          <w:sz w:val="20"/>
        </w:rPr>
        <w:t>1:01:26  ji. Maulana agla sawal Shahnawaz Zafar sahib ne kiya hai Delhi se.</w:t>
      </w:r>
      <w:r>
        <w:br/>
      </w:r>
      <w:r>
        <w:rPr>
          <w:sz w:val="20"/>
        </w:rPr>
        <w:t>1:01:33  aur unhon ne likha hai: dunya ke shar, buraiyan ya negativities hamare apne aamal ya soch, soch ka</w:t>
      </w:r>
      <w:r>
        <w:br/>
      </w:r>
      <w:r>
        <w:rPr>
          <w:sz w:val="20"/>
        </w:rPr>
        <w:t>1:01:42  natija hoti hain.</w:t>
      </w:r>
      <w:r>
        <w:br/>
      </w:r>
      <w:r>
        <w:rPr>
          <w:sz w:val="20"/>
        </w:rPr>
        <w:t>1:01:44  lekin Surah Naas ya Surah Falaq ke zariye jab hum Allah ki panah mangte hain un buraiyon se</w:t>
      </w:r>
      <w:r>
        <w:br/>
      </w:r>
      <w:r>
        <w:rPr>
          <w:sz w:val="20"/>
        </w:rPr>
        <w:t>1:01:50  jo us ne paida ki, to yahan woh kon se shar ya buraiyan hain jo Khuda ne paida</w:t>
      </w:r>
      <w:r>
        <w:br/>
      </w:r>
      <w:r>
        <w:rPr>
          <w:sz w:val="20"/>
        </w:rPr>
        <w:t>1:01:56  karein? kya kuch buraiyan aisi bhi hain jo Khuda ne hamare imtehan ki maslehat se paida ki hain?</w:t>
      </w:r>
      <w:r>
        <w:br/>
      </w:r>
      <w:r>
        <w:rPr>
          <w:sz w:val="20"/>
        </w:rPr>
        <w:t>1:02:03  is ko wazeh karein.</w:t>
      </w:r>
      <w:r>
        <w:br/>
      </w:r>
      <w:r>
        <w:rPr>
          <w:sz w:val="20"/>
        </w:rPr>
        <w:t>1:02:05  wazeh karne ki zaroorat nahi, is ko aap tafseer mein parhiye.</w:t>
      </w:r>
      <w:r>
        <w:br/>
      </w:r>
      <w:r>
        <w:rPr>
          <w:sz w:val="20"/>
        </w:rPr>
        <w:t>1:02:07  tafseer mein is ka jawab maujood hai.</w:t>
      </w:r>
      <w:r>
        <w:br/>
      </w:r>
      <w:r>
        <w:rPr>
          <w:sz w:val="20"/>
        </w:rPr>
        <w:t>1:02:09  yeh technical, technical sawal hai yeh.</w:t>
      </w:r>
      <w:r>
        <w:br/>
      </w:r>
      <w:r>
        <w:rPr>
          <w:sz w:val="20"/>
        </w:rPr>
        <w:t>1:02:12  hum da'wati sawalat lete hain yahan par.</w:t>
      </w:r>
      <w:r>
        <w:br/>
      </w:r>
      <w:r>
        <w:rPr>
          <w:sz w:val="20"/>
        </w:rPr>
        <w:t>1:02:18  aap tafseer mein parhiye.</w:t>
      </w:r>
    </w:p>
    <w:p>
      <w:pPr>
        <w:pStyle w:val="Heading2"/>
      </w:pPr>
      <w:r>
        <w:t>Example of tolerance and patience bringing positive results</w:t>
      </w:r>
    </w:p>
    <w:p>
      <w:r>
        <w:rPr>
          <w:color w:val="666666"/>
          <w:sz w:val="18"/>
        </w:rPr>
        <w:t>Ethics &amp; Character · Pillars of Western Thought October 6, 2013 · 1m 39s · at 1:01:34 · https://youtu.be/o4WfPvju5_M?t=3694</w:t>
      </w:r>
    </w:p>
    <w:p>
      <w:r>
        <w:rPr>
          <w:i/>
        </w:rPr>
        <w:t>“Tolerance and patience are words which are always found in your writings and speeches. I think that these are theoretical formulas and not practical at all. Please give one example as to how tolerance and patience have brought positive result.”</w:t>
      </w:r>
    </w:p>
    <w:p>
      <w:r>
        <w:rPr>
          <w:sz w:val="20"/>
        </w:rPr>
        <w:t>1:01:34  maulana, agla sawal lete hain. agla sawal aaya hai mumbai se tabrez sahab ka. unhon ne likha hai: "maulana sahab, tolerance and patience are words which are always found in your writings and speeches.</w:t>
      </w:r>
      <w:r>
        <w:br/>
      </w:r>
      <w:r>
        <w:rPr>
          <w:sz w:val="20"/>
        </w:rPr>
        <w:t>1:01:49  i think that these are theoretical formulas and not practical at all. please give one example as to how tolerance and patience have brought positive results." rasool allah hudaybiyah kya tha?</w:t>
      </w:r>
      <w:r>
        <w:br/>
      </w:r>
      <w:r>
        <w:rPr>
          <w:sz w:val="20"/>
        </w:rPr>
        <w:t>1:02:03  woh tolerance thi tha aur kya tha? ladai ladai ko aap ne, woh log ladai pe tade hue the. aap ne un se muahida kar ke aap madina wapas aa gaye.</w:t>
      </w:r>
      <w:r>
        <w:br/>
      </w:r>
      <w:r>
        <w:rPr>
          <w:sz w:val="20"/>
        </w:rPr>
        <w:t>1:02:14  sir rasool allah ki poori zindagi toleration par mabni hai, patience par mabni hai.</w:t>
      </w:r>
      <w:r>
        <w:br/>
      </w:r>
      <w:r>
        <w:rPr>
          <w:sz w:val="20"/>
        </w:rPr>
        <w:t>1:02:19  quran sabr se bhara hua hai. yeh is mein misaal hai. janna hai aap ko to sehat ki kitabein padhiye. rasool allah ki poori zindagi mabni par sabr, mabni par tolerance, mabni par patience hai.</w:t>
      </w:r>
      <w:r>
        <w:br/>
      </w:r>
      <w:r>
        <w:rPr>
          <w:sz w:val="20"/>
        </w:rPr>
        <w:t>1:02:32  poori zindagi</w:t>
      </w:r>
      <w:r>
        <w:br/>
      </w:r>
      <w:r>
        <w:rPr>
          <w:sz w:val="20"/>
        </w:rPr>
        <w:t>1:02:36  umri kitabein, chaar kitabein meri seerat par hain, is ko padh li</w:t>
      </w:r>
      <w:r>
        <w:br/>
      </w:r>
      <w:r>
        <w:rPr>
          <w:sz w:val="20"/>
        </w:rPr>
        <w:t>1:02:39  jiye aap: "ghabr-e-islam" aur "mutala-e-seerat" aur "seerat-e-rasool".</w:t>
      </w:r>
      <w:r>
        <w:br/>
      </w:r>
      <w:r>
        <w:rPr>
          <w:sz w:val="20"/>
        </w:rPr>
        <w:t>1:02:50  "ghabr-e-islam" ji, is ko padhiye aap. mujhe nahin maloom ke aap kaun si kitab padh rakhi hain aap ne. aur angrezi mein padhna chahein aap to hamari kitab hai "Prophet of Peace".</w:t>
      </w:r>
      <w:r>
        <w:br/>
      </w:r>
      <w:r>
        <w:rPr>
          <w:sz w:val="20"/>
        </w:rPr>
        <w:t>1:03:02  rasool allah ki poori zindagi peace hai.</w:t>
      </w:r>
      <w:r>
        <w:br/>
      </w:r>
      <w:r>
        <w:rPr>
          <w:sz w:val="20"/>
        </w:rPr>
        <w:t>1:03:06  aap is ko parhiye. parhne ke baad agar aap ko sawal ho to agle sunday ko kijiye aap.</w:t>
      </w:r>
    </w:p>
    <w:p>
      <w:pPr>
        <w:pStyle w:val="Heading2"/>
      </w:pPr>
      <w:r>
        <w:t>Explain Huquq Allah and Huquq al-Ibad</w:t>
      </w:r>
    </w:p>
    <w:p>
      <w:r>
        <w:rPr>
          <w:color w:val="666666"/>
          <w:sz w:val="18"/>
        </w:rPr>
        <w:t>Ethics &amp; Character · God Oriented Life (In Conversation with Maulana) 23 10 11 · 1m 41s · at 32:21 · https://youtu.be/E_LWwsWww2U?t=1941</w:t>
      </w:r>
    </w:p>
    <w:p>
      <w:r>
        <w:rPr>
          <w:i/>
        </w:rPr>
        <w:t>“Kindly explain what is Huquq Allah (rights of God) and what is Huquq al-Ibad (rights of people). There is a hadith: 'Fear God and treat people with good character.' Please explain.”</w:t>
      </w:r>
    </w:p>
    <w:p>
      <w:r>
        <w:rPr>
          <w:sz w:val="20"/>
        </w:rPr>
        <w:t>32:21  maulana agla sawal kya hai mister aamir bin yusuf ne karachi pakistan se unhone likha hai kindly explain what is huqooqullah and what is huqooqul ibad</w:t>
      </w:r>
      <w:r>
        <w:br/>
      </w:r>
      <w:r>
        <w:rPr>
          <w:sz w:val="20"/>
        </w:rPr>
        <w:t>32:34  ek hadith hai</w:t>
      </w:r>
      <w:r>
        <w:br/>
      </w:r>
      <w:r>
        <w:rPr>
          <w:sz w:val="20"/>
        </w:rPr>
        <w:t>32:36  ke ittaqillaha wa khalqannasa khalq hasanain</w:t>
      </w:r>
      <w:r>
        <w:br/>
      </w:r>
      <w:r>
        <w:rPr>
          <w:sz w:val="20"/>
        </w:rPr>
        <w:t>32:42  yaani Allah se jo Allah ka jo haq hai woh yeh hai ke hum Allah se darein</w:t>
      </w:r>
      <w:r>
        <w:br/>
      </w:r>
      <w:r>
        <w:rPr>
          <w:sz w:val="20"/>
        </w:rPr>
        <w:t>32:49  walam yakhsha illallaha</w:t>
      </w:r>
      <w:r>
        <w:br/>
      </w:r>
      <w:r>
        <w:rPr>
          <w:sz w:val="20"/>
        </w:rPr>
        <w:t>32:52  yeh Allah ka haq hai ke Allah se darein yaani</w:t>
      </w:r>
      <w:r>
        <w:br/>
      </w:r>
      <w:r>
        <w:rPr>
          <w:sz w:val="20"/>
        </w:rPr>
        <w:t>32:57  apne tamam qaul mein fe'l mein har cheez mein</w:t>
      </w:r>
      <w:r>
        <w:br/>
      </w:r>
      <w:r>
        <w:rPr>
          <w:sz w:val="20"/>
        </w:rPr>
        <w:t>33:02  yeh dhyan rakhein ke kya cheez Allah ko pasand hai kya cheez Allah ko pasand nahi hai mislan</w:t>
      </w:r>
      <w:r>
        <w:br/>
      </w:r>
      <w:r>
        <w:rPr>
          <w:sz w:val="20"/>
        </w:rPr>
        <w:t>33:07  jhoot pasand nahi hai to jhoot chhod dein sach pasand hai to sach ikhtiyar karein</w:t>
      </w:r>
      <w:r>
        <w:br/>
      </w:r>
      <w:r>
        <w:rPr>
          <w:sz w:val="20"/>
        </w:rPr>
        <w:t>33:12  dishonesty pasand nahi hai to dishonesty chhod dein honesty pasand hai to honesty ikhtiyar karein warna</w:t>
      </w:r>
      <w:r>
        <w:br/>
      </w:r>
      <w:r>
        <w:rPr>
          <w:sz w:val="20"/>
        </w:rPr>
        <w:t>33:17  pakad Allah taala ka pakad</w:t>
      </w:r>
      <w:r>
        <w:br/>
      </w:r>
      <w:r>
        <w:rPr>
          <w:sz w:val="20"/>
        </w:rPr>
        <w:t>33:19  ho jayegi</w:t>
      </w:r>
      <w:r>
        <w:br/>
      </w:r>
      <w:r>
        <w:rPr>
          <w:sz w:val="20"/>
        </w:rPr>
        <w:t>33:21  aur jahan tak insaan ka mamla hai to</w:t>
      </w:r>
      <w:r>
        <w:br/>
      </w:r>
      <w:r>
        <w:rPr>
          <w:sz w:val="20"/>
        </w:rPr>
        <w:t>33:24  insaan ka mamla yeh hai ke aap</w:t>
      </w:r>
      <w:r>
        <w:br/>
      </w:r>
      <w:r>
        <w:rPr>
          <w:sz w:val="20"/>
        </w:rPr>
        <w:t>33:28  ek hadith hai ke</w:t>
      </w:r>
      <w:r>
        <w:br/>
      </w:r>
      <w:r>
        <w:rPr>
          <w:sz w:val="20"/>
        </w:rPr>
        <w:t>33:30  ke teen cheezein hain ek insaan ki doosri insaan par haram hain</w:t>
      </w:r>
      <w:r>
        <w:br/>
      </w:r>
      <w:r>
        <w:rPr>
          <w:sz w:val="20"/>
        </w:rPr>
        <w:t>33:35  damahu wa malahu wa'irduhu iska khoon iska maal iski aabroo to insaan ke bare</w:t>
      </w:r>
      <w:r>
        <w:br/>
      </w:r>
      <w:r>
        <w:rPr>
          <w:sz w:val="20"/>
        </w:rPr>
        <w:t>33:42  mein teen basic cheezein hain ke doosre insaan ki aap jaan nahi le sakte doosre insaan ko aap</w:t>
      </w:r>
      <w:r>
        <w:br/>
      </w:r>
      <w:r>
        <w:rPr>
          <w:sz w:val="20"/>
        </w:rPr>
        <w:t>33:48  be aabroo nahi kar sakte doosre insaan ka maal nahi chheen sakte aap</w:t>
      </w:r>
      <w:r>
        <w:br/>
      </w:r>
      <w:r>
        <w:rPr>
          <w:sz w:val="20"/>
        </w:rPr>
        <w:t>33:54  to yeh hai farq insaan ke mamle mein aur Khuda ke mamle mein</w:t>
      </w:r>
    </w:p>
    <w:p>
      <w:pPr>
        <w:pStyle w:val="Heading2"/>
      </w:pPr>
      <w:r>
        <w:t>Explain quote on respect and hypocrisy</w:t>
      </w:r>
    </w:p>
    <w:p>
      <w:r>
        <w:rPr>
          <w:color w:val="666666"/>
          <w:sz w:val="18"/>
        </w:rPr>
        <w:t>Ethics &amp; Character · Divine Management in History April 7, 2013 · 1m 31s · at 1:05:24 · https://youtu.be/wcBzG56LuPY?t=3924</w:t>
      </w:r>
    </w:p>
    <w:p>
      <w:r>
        <w:rPr>
          <w:i/>
        </w:rPr>
        <w:t>“Maulana, on the title page of Al-Risala March 2013, there is a quote: 'Giving respect to the younger ones is a sign of sincerity, and giving respect to the elders is a sign of hypocrisy.' Please explain this.”</w:t>
      </w:r>
    </w:p>
    <w:p>
      <w:r>
        <w:rPr>
          <w:sz w:val="20"/>
        </w:rPr>
        <w:t>1:05:24  maulana, agla sawal bidar karnataka se hai, yunusuddin sahib ka. unhon ne likha hai: "maulana, al-risala march 2013 ke title page par quote is tarah hai:</w:t>
      </w:r>
      <w:r>
        <w:br/>
      </w:r>
      <w:r>
        <w:rPr>
          <w:sz w:val="20"/>
        </w:rPr>
        <w:t>1:05:39  choton ko izzat dena ikhlas ki pehchan hai aur barhon ko izzat dena munafiqat ki pehchan hai. baraye karam is ki wazahat farmayen." dekhen, har statement limited sense mein hota hai.</w:t>
      </w:r>
      <w:r>
        <w:br/>
      </w:r>
      <w:r>
        <w:rPr>
          <w:sz w:val="20"/>
        </w:rPr>
        <w:t>1:05:56  har statement jo hai, limited sense mein hota hai.</w:t>
      </w:r>
      <w:r>
        <w:br/>
      </w:r>
      <w:r>
        <w:rPr>
          <w:sz w:val="20"/>
        </w:rPr>
        <w:t>1:06:02  to yeh jo hai, aaj kal ke jo halaat hain, is ke lihaaz se yeh yaani aaj kal</w:t>
      </w:r>
      <w:r>
        <w:br/>
      </w:r>
      <w:r>
        <w:rPr>
          <w:sz w:val="20"/>
        </w:rPr>
        <w:t>1:06:07  ka jo ho raha hai duniya mein, aaj kal ke zamanay mein jo ho raha hai duniya mein</w:t>
      </w:r>
      <w:r>
        <w:br/>
      </w:r>
      <w:r>
        <w:rPr>
          <w:sz w:val="20"/>
        </w:rPr>
        <w:t>1:06:13  ke log jo hain</w:t>
      </w:r>
      <w:r>
        <w:br/>
      </w:r>
      <w:r>
        <w:rPr>
          <w:sz w:val="20"/>
        </w:rPr>
        <w:t>1:06:17  itna materialistic ho gaye hain, itna</w:t>
      </w:r>
      <w:r>
        <w:br/>
      </w:r>
      <w:r>
        <w:rPr>
          <w:sz w:val="20"/>
        </w:rPr>
        <w:t>1:06:20  yaani self interest logon par chhaya hua hai jis se umeed, umeed ho rahi hai ke ise kuch</w:t>
      </w:r>
      <w:r>
        <w:br/>
      </w:r>
      <w:r>
        <w:rPr>
          <w:sz w:val="20"/>
        </w:rPr>
        <w:t>1:06:25  milega, ise khoob respect denge</w:t>
      </w:r>
      <w:r>
        <w:br/>
      </w:r>
      <w:r>
        <w:rPr>
          <w:sz w:val="20"/>
        </w:rPr>
        <w:t>1:06:28  aur jise umeed na ho, kuch milne wala nahi hai, is ko nazar andaaz karenge.</w:t>
      </w:r>
      <w:r>
        <w:br/>
      </w:r>
      <w:r>
        <w:rPr>
          <w:sz w:val="20"/>
        </w:rPr>
        <w:t>1:06:32  is pas manzar mein woh qaul hai, us ko aap absolute sense mein na lijiye. kisi bhi baat ko agar absolute sense mein lenge aap to baat wazeh nahi hogi.</w:t>
      </w:r>
      <w:r>
        <w:br/>
      </w:r>
      <w:r>
        <w:rPr>
          <w:sz w:val="20"/>
        </w:rPr>
        <w:t>1:06:43  yaad rakhiye, ek usool ke koi bhi statement absolute sense mein nahi hota hai, kisi مخصوص background ke pas manzar mein hota hai.</w:t>
      </w:r>
    </w:p>
    <w:p>
      <w:pPr>
        <w:pStyle w:val="Heading2"/>
      </w:pPr>
      <w:r>
        <w:t>Explaining the Meaning of Personality Cult</w:t>
      </w:r>
    </w:p>
    <w:p>
      <w:r>
        <w:rPr>
          <w:color w:val="666666"/>
          <w:sz w:val="18"/>
        </w:rPr>
        <w:t>Ethics &amp; Character · Revival of Islam March 23, 2014 · 4m 04s · at 51:26 · https://youtu.be/Wc4Vsc4u1JI?t=3086</w:t>
      </w:r>
    </w:p>
    <w:p>
      <w:r>
        <w:rPr>
          <w:i/>
        </w:rPr>
        <w:t>“Please explain what is meant by personality cult (شخصیت پرستی).”</w:t>
      </w:r>
    </w:p>
    <w:p>
      <w:r>
        <w:rPr>
          <w:sz w:val="20"/>
        </w:rPr>
        <w:t>51:26  . Maulana, agla sawal Dr. Fareeda Khanam ne bheja hai Delhi se. unhone likha hai: "Please explain what is meant by shakhsiyat parasti, that is personality cult, is k bare mein batayein."</w:t>
      </w:r>
      <w:r>
        <w:br/>
      </w:r>
      <w:r>
        <w:rPr>
          <w:sz w:val="20"/>
        </w:rPr>
        <w:t>51:47  dekhiye, is mein aik bohat hi ahem masla yeh hai k shakhsiyat parasti aur itraaf dono bohat hi zyada aik thin line dono k beech mein hain.</w:t>
      </w:r>
      <w:r>
        <w:br/>
      </w:r>
      <w:r>
        <w:rPr>
          <w:sz w:val="20"/>
        </w:rPr>
        <w:t>52:00  kai log itraaf is liye nahi kar paate k kai shakhsiyat parasti na ho. nateeja kya hota hai? k woh apne ko tabah kar lete hain. itraaf to farz hai.</w:t>
      </w:r>
      <w:r>
        <w:br/>
      </w:r>
      <w:r>
        <w:rPr>
          <w:sz w:val="20"/>
        </w:rPr>
        <w:t>52:12  yaad rakhiye, itraaf farz. Alhamdulillah, Rabb-ul-Alameen, itraaf ka kalma hai. woh</w:t>
      </w:r>
      <w:r>
        <w:br/>
      </w:r>
      <w:r>
        <w:rPr>
          <w:sz w:val="20"/>
        </w:rPr>
        <w:t>52:18  aap ko itraaf karna hi parega, warna aap ki aap ka development nahi hoga, aap ki shakhsiyat ka irtaqa nahi hoga. aap ko rabbaniyat ka bilkul yani sabay khabar rahenge aap.</w:t>
      </w:r>
      <w:r>
        <w:br/>
      </w:r>
      <w:r>
        <w:rPr>
          <w:sz w:val="20"/>
        </w:rPr>
        <w:t>52:34  to mein manta hoon k shakhsiyat parasti aur itraaf bohat aik thin line dono k beech mein hai. lekin is ko aap paar karna parega.</w:t>
      </w:r>
      <w:r>
        <w:br/>
      </w:r>
      <w:r>
        <w:rPr>
          <w:sz w:val="20"/>
        </w:rPr>
        <w:t>52:42  aap ko</w:t>
      </w:r>
      <w:r>
        <w:br/>
      </w:r>
      <w:r>
        <w:rPr>
          <w:sz w:val="20"/>
        </w:rPr>
        <w:t>52:43  is dar se k kai shakhs shakhs parasti na ho to apne ko halak kar lenge aap.</w:t>
      </w:r>
      <w:r>
        <w:br/>
      </w:r>
      <w:r>
        <w:rPr>
          <w:sz w:val="20"/>
        </w:rPr>
        <w:t>52:51  to itraaf hi ko doosre log keh dete hain k dekho, yeh to shakhsiyat parasti ki baat kar rahe hain. halankay woh itraaf hota hai. itraaf mani acknowledge karna.</w:t>
      </w:r>
      <w:r>
        <w:br/>
      </w:r>
      <w:r>
        <w:rPr>
          <w:sz w:val="20"/>
        </w:rPr>
        <w:t>53:03  kisi se aap ko sachai mile, hidayat mile to aap ko itraaf karna hi karna parega. aap ko acknowledge karna hoga. bila ma shukra linnasi lamma shukra llah</w:t>
      </w:r>
      <w:r>
        <w:br/>
      </w:r>
      <w:r>
        <w:rPr>
          <w:sz w:val="20"/>
        </w:rPr>
        <w:t>53:13  to eteraaf bahut bari neki hai, bahut bara virtue hai, bahut bari ibadat hai. ek baat yeh hai. doosri baat dekhiye, shakhsiat parasti ki definition kya hai?</w:t>
      </w:r>
      <w:r>
        <w:br/>
      </w:r>
      <w:r>
        <w:rPr>
          <w:sz w:val="20"/>
        </w:rPr>
        <w:t>53:28  shakhsiat parasti ki difference yeh hai ke agar aap kisi shakhs ke baray mein is quality ko farz kar lein jo quality Allah ki hai, tab yeh shakhs parasti hai.</w:t>
      </w:r>
      <w:r>
        <w:br/>
      </w:r>
      <w:r>
        <w:rPr>
          <w:sz w:val="20"/>
        </w:rPr>
        <w:t>53:41  masla yeh hai ke aap kahein ke is ke karne se beta paida ho jaye ga, is ke karne se business chal jaye ga,</w:t>
      </w:r>
      <w:r>
        <w:br/>
      </w:r>
      <w:r>
        <w:rPr>
          <w:sz w:val="20"/>
        </w:rPr>
        <w:t>53:49  is ke karne se job mil jaye ga. yaani jaisa ke maine aware kiya ke Allah all powerful hai. qudrat ya power sab Allah ke ki cheez hai.</w:t>
      </w:r>
      <w:r>
        <w:br/>
      </w:r>
      <w:r>
        <w:rPr>
          <w:sz w:val="20"/>
        </w:rPr>
        <w:t>54:03  to agar aap kisi shakhs ke baray mein yeh mannay lagein ke is ko koi woh cheez hasil hai jo jo Allah ko hasil hoti hai, yaani qudrat, to woh shakhs parasti hai.</w:t>
      </w:r>
      <w:r>
        <w:br/>
      </w:r>
      <w:r>
        <w:rPr>
          <w:sz w:val="20"/>
        </w:rPr>
        <w:t>54:13  otherwise, woh eteraaf hai, acknowledge karna hai.</w:t>
      </w:r>
      <w:r>
        <w:br/>
      </w:r>
      <w:r>
        <w:rPr>
          <w:sz w:val="20"/>
        </w:rPr>
        <w:t>54:19  to shakhsiyat parasti jo hai, woh bilashuba ghair matloob hai. lekin eteraaf to bilashuba matloob hai.</w:t>
      </w:r>
      <w:r>
        <w:br/>
      </w:r>
      <w:r>
        <w:rPr>
          <w:sz w:val="20"/>
        </w:rPr>
        <w:t>54:31  eteraaf is baat ka hota hai ke aap ko kisi se hidayat mili, kisi se sachai mili, kisi ne aap ki aankhein kholin, kisi ne aap ko wisdom diya, kisi ne aap ko baseerat di.</w:t>
      </w:r>
      <w:r>
        <w:br/>
      </w:r>
      <w:r>
        <w:rPr>
          <w:sz w:val="20"/>
        </w:rPr>
        <w:t>54:41  woh bharpoor eteraaf karna chahiye, open eteraaf, openly eteraaf. yeh is ka kuch bhi ta'alluq shakhsiyat parasti se nahi hai.</w:t>
      </w:r>
      <w:r>
        <w:br/>
      </w:r>
      <w:r>
        <w:rPr>
          <w:sz w:val="20"/>
        </w:rPr>
        <w:t>54:51  shakhsiyat parasti woh hai jab ke aap kisi insaan ke baray mein yeh maanein ke is ko koi khaas qudrat hasil hai, is ke munh se jo nikal jaye ga, woh tareekh ko badal de ga.</w:t>
      </w:r>
      <w:r>
        <w:br/>
      </w:r>
      <w:r>
        <w:rPr>
          <w:sz w:val="20"/>
        </w:rPr>
        <w:t>55:04  yeh sab gumrahi hai.</w:t>
      </w:r>
      <w:r>
        <w:br/>
      </w:r>
      <w:r>
        <w:rPr>
          <w:sz w:val="20"/>
        </w:rPr>
        <w:t>55:07  to aap bharpoor eteraaf kijiye aur kisi ke baray mein yeh mat maanein ke is ko koi qudrat hasil hai, is ke karne se kuch tareekh badal jaye gi, is ke karne se logon ki qismatein badal jayen gi.</w:t>
      </w:r>
      <w:r>
        <w:br/>
      </w:r>
      <w:r>
        <w:rPr>
          <w:sz w:val="20"/>
        </w:rPr>
        <w:t>55:23  yeh mana maniye, kyunke woh hai shakhsiyat parasti.</w:t>
      </w:r>
    </w:p>
    <w:p>
      <w:pPr>
        <w:pStyle w:val="Heading2"/>
      </w:pPr>
      <w:r>
        <w:t>Fighting oppression without negativity</w:t>
      </w:r>
    </w:p>
    <w:p>
      <w:r>
        <w:rPr>
          <w:color w:val="666666"/>
          <w:sz w:val="18"/>
        </w:rPr>
        <w:t>Ethics &amp; Character · Anger An Obstacle to wisdom 5 Jan 2020 - Maulana Wahiduddin Khan · 6m 41s · at 49:05 · https://youtu.be/q0VPtCsiYrI?t=2945</w:t>
      </w:r>
    </w:p>
    <w:p>
      <w:r>
        <w:rPr>
          <w:i/>
        </w:rPr>
        <w:t>“Sometimes it is not your nature to be negative but people around you do wrong things against you. So how should we fight against oppression? How should we fight for our rights without being negative?”</w:t>
      </w:r>
    </w:p>
    <w:p>
      <w:r>
        <w:rPr>
          <w:sz w:val="20"/>
        </w:rPr>
        <w:t>49:05  molana, ek aur sawal ah ah ne subhiya ne kiya hai delhi se, class mein maujood hain, unhone likha hai: "molana, sometimes it is not your nature to be negative but people around you do wrong things against you.</w:t>
      </w:r>
      <w:r>
        <w:br/>
      </w:r>
      <w:r>
        <w:rPr>
          <w:sz w:val="20"/>
        </w:rPr>
        <w:t>49:23  so how should we fight against oppression</w:t>
      </w:r>
      <w:r>
        <w:br/>
      </w:r>
      <w:r>
        <w:rPr>
          <w:sz w:val="20"/>
        </w:rPr>
        <w:t>49:26  ? how should we fight for our rights without being negative؟" dekhiye, aas paas ke jo log hain woh to wohi karenge jo kar rahe hain.</w:t>
      </w:r>
      <w:r>
        <w:br/>
      </w:r>
      <w:r>
        <w:rPr>
          <w:sz w:val="20"/>
        </w:rPr>
        <w:t>49:41  yeh namumkin hai ke aas paas ke jo log hain woh woh karein jo aap chahte hain. jo woh chahte hain woh karenge kyunke Allah ne har ek ko har ek ko</w:t>
      </w:r>
      <w:r>
        <w:br/>
      </w:r>
      <w:r>
        <w:rPr>
          <w:sz w:val="20"/>
        </w:rPr>
        <w:t>49:57  azadi di hai. sab se bari khushkhabri jo insan ke liye hai, sab se bari khushkhabri woh yeh ke insan ko Allah ne yeh power diya, yeh power ke woh negative ko positive mein convert kar ska hai.</w:t>
      </w:r>
      <w:r>
        <w:br/>
      </w:r>
      <w:r>
        <w:rPr>
          <w:sz w:val="20"/>
        </w:rPr>
        <w:t>50:26  quran mein is ka aelan hai, woh ayat padhiye sahib: "kun wali hameem." yani kaisi ajeeb baat hai ke jis ko aap dushman samajhte hain, hreef samajhte hain,</w:t>
      </w:r>
      <w:r>
        <w:br/>
      </w:r>
      <w:r>
        <w:rPr>
          <w:sz w:val="20"/>
        </w:rPr>
        <w:t>50:48  mukhalif samajhte hain, woh potentially aap ka dost hai. is potentially ko discover kijiye aur is ko avail kijiye.</w:t>
      </w:r>
      <w:r>
        <w:br/>
      </w:r>
      <w:r>
        <w:rPr>
          <w:sz w:val="20"/>
        </w:rPr>
        <w:t>51:00  yani is ayat ko koi doosra matlab ho nahi sakta. is ka matlab yahi hai ke jis ko tum dushman samajhte ho, woh tumhara potentially dost hai,</w:t>
      </w:r>
      <w:r>
        <w:br/>
      </w:r>
      <w:r>
        <w:rPr>
          <w:sz w:val="20"/>
        </w:rPr>
        <w:t>51:14  tum dushman kyun samajhte ho? is ke andar jo potentially chupa hua hai, us ko daryaft karo aur phir tum aik dost ko pa lo ge.</w:t>
      </w:r>
      <w:r>
        <w:br/>
      </w:r>
      <w:r>
        <w:rPr>
          <w:sz w:val="20"/>
        </w:rPr>
        <w:t>51:27  kaise ajeeb log hain ke jo khaliq ka assurance jo hai, unhein dikhai nahi deta aur shaitan ke behkawe dikhai dete hain.</w:t>
      </w:r>
      <w:r>
        <w:br/>
      </w:r>
      <w:r>
        <w:rPr>
          <w:sz w:val="20"/>
        </w:rPr>
        <w:t>51:42  shaitan har waqt behkata hai. lekin Allah yeh assurance de raha hai aap ko, khaliq, khaliq ka aap ko assurance de raha hai</w:t>
      </w:r>
      <w:r>
        <w:br/>
      </w:r>
      <w:r>
        <w:rPr>
          <w:sz w:val="20"/>
        </w:rPr>
        <w:t>51:55  ke jis ko aap samajh rahe ho dushman, woh to potentially tumhara dost hua hai, wali hameem hai woh.</w:t>
      </w:r>
      <w:r>
        <w:br/>
      </w:r>
      <w:r>
        <w:rPr>
          <w:sz w:val="20"/>
        </w:rPr>
        <w:t>52:07  to is is ke potentially ko daryaft karo aur is ko avail karo. to itna bara assurance khaliq de, khaliq, aur is ko hum na jaan payein to kaisi ajeeb baat hai.</w:t>
      </w:r>
      <w:r>
        <w:br/>
      </w:r>
      <w:r>
        <w:rPr>
          <w:sz w:val="20"/>
        </w:rPr>
        <w:t>52:24  yeh to khaliq ki taraf se aik assurance hai, super assurance ke jis insan ko tum samajh rahe ho ke tumhara dushman hai, tumhara mukhalif hai,</w:t>
      </w:r>
      <w:r>
        <w:br/>
      </w:r>
      <w:r>
        <w:rPr>
          <w:sz w:val="20"/>
        </w:rPr>
        <w:t>52:39  woh to tumhara dost hai balkeh bohat hi gehra dost hai.</w:t>
      </w:r>
      <w:r>
        <w:br/>
      </w:r>
      <w:r>
        <w:rPr>
          <w:sz w:val="20"/>
        </w:rPr>
        <w:t>52:46  mein aik martaba gaya meerath ke paas, aik aik town hai, wahan gaya to aik saans mulaqat hui.</w:t>
      </w:r>
      <w:r>
        <w:br/>
      </w:r>
      <w:r>
        <w:rPr>
          <w:sz w:val="20"/>
        </w:rPr>
        <w:t>52:58  to unhon ne kaha ke zikr hua aik sahib ka jo isi town mein rehte thay, dono aik hi town mein rehte thay. to unhon ne kaha woh to mera dushman hai, us ki baat karte hain aap.</w:t>
      </w:r>
      <w:r>
        <w:br/>
      </w:r>
      <w:r>
        <w:rPr>
          <w:sz w:val="20"/>
        </w:rPr>
        <w:t>53:13  us se to mera salam kalam band hai. pehle tha mein us se taluq, ab to taluq hi nahi hai. maine kaha kuch nahi, aap abhi jaiye aur salam kijiye,</w:t>
      </w:r>
      <w:r>
        <w:br/>
      </w:r>
      <w:r>
        <w:rPr>
          <w:sz w:val="20"/>
        </w:rPr>
        <w:t>53:27  bas itna hi kijiye, salam kijiye aur khairiyat poochhiye, bas itna hi kijiye aap. aur phir is ka aap woh dekhiye, karishma.</w:t>
      </w:r>
      <w:r>
        <w:br/>
      </w:r>
      <w:r>
        <w:rPr>
          <w:sz w:val="20"/>
        </w:rPr>
        <w:t>53:43  to beharhaal woh bohat kehne par mere woh gaye aur unhon ne is ka kaha assalam o alaikum.</w:t>
      </w:r>
      <w:r>
        <w:br/>
      </w:r>
      <w:r>
        <w:rPr>
          <w:sz w:val="20"/>
        </w:rPr>
        <w:t>53:52  yeh kaha unhon ne</w:t>
      </w:r>
      <w:r>
        <w:br/>
      </w:r>
      <w:r>
        <w:rPr>
          <w:sz w:val="20"/>
        </w:rPr>
        <w:t>53:56  to foran hi us aadmi ne un ko seenay se laga laga liya aur usi din se woh sab se acha dost ban gaya us town ka.</w:t>
      </w:r>
      <w:r>
        <w:br/>
      </w:r>
      <w:r>
        <w:rPr>
          <w:sz w:val="20"/>
        </w:rPr>
        <w:t>54:11  woh meerath ka,</w:t>
      </w:r>
      <w:r>
        <w:br/>
      </w:r>
      <w:r>
        <w:rPr>
          <w:sz w:val="20"/>
        </w:rPr>
        <w:t>54:16  meerath ka aik town hai, us ki telephone number mere paas hai. aap mein se koi sahib jagah chahein to mein telephone number doon ga, aap telephone kar ke us ki confirm kar li jiye.</w:t>
      </w:r>
      <w:r>
        <w:br/>
      </w:r>
      <w:r>
        <w:rPr>
          <w:sz w:val="20"/>
        </w:rPr>
        <w:t>54:31  aise bohat se waqiat hain</w:t>
      </w:r>
      <w:r>
        <w:br/>
      </w:r>
      <w:r>
        <w:rPr>
          <w:sz w:val="20"/>
        </w:rPr>
        <w:t>54:35  ke log asal mein bekhabari jo hai logon ki, woh woh yeh hai ke woh yeh nahi jante ke potential, potential ko actual kaise banaya jaye.</w:t>
      </w:r>
      <w:r>
        <w:br/>
      </w:r>
      <w:r>
        <w:rPr>
          <w:sz w:val="20"/>
        </w:rPr>
        <w:t>54:51  potential ko actual kaise banaya jaye, is is raaz ko nahi jante.</w:t>
      </w:r>
      <w:r>
        <w:br/>
      </w:r>
      <w:r>
        <w:rPr>
          <w:sz w:val="20"/>
        </w:rPr>
        <w:t>54:59  is ayat ko padhiye jo aap abhi ayat padhi gayi aap ke samne aur is ko apni zindagi mein istemal kijiye.</w:t>
      </w:r>
      <w:r>
        <w:br/>
      </w:r>
      <w:r>
        <w:rPr>
          <w:sz w:val="20"/>
        </w:rPr>
        <w:t>55:09  فَيَزَا الَّذِي بَيْنَكَ وَيْنُ عَدَاوَةٍ كَانُهُ وَلِيٌّ حَمِيمٌ yeh jis ke aur tumhare darmiyan adawat thi, dushmani thi, woh tumhara dost ban jayega.</w:t>
      </w:r>
      <w:r>
        <w:br/>
      </w:r>
      <w:r>
        <w:rPr>
          <w:sz w:val="20"/>
        </w:rPr>
        <w:t>55:25  lekin is ko janiye ke matlab kya is ka hai. is ka matlab hai ke potential ko daryaft karo aur is ko manage kar ke, woh hikmat jo kaha hai quran mein, hikmat, is ko manage kar ke avail karo.</w:t>
      </w:r>
    </w:p>
    <w:p>
      <w:pPr>
        <w:pStyle w:val="Heading2"/>
      </w:pPr>
      <w:r>
        <w:t>Finding one's negative points</w:t>
      </w:r>
    </w:p>
    <w:p>
      <w:r>
        <w:rPr>
          <w:color w:val="666666"/>
          <w:sz w:val="18"/>
        </w:rPr>
        <w:t>Ethics &amp; Character · Quran for All Mankind June 3, 2012 · 1m 08s · at 1:17:26 · https://youtu.be/Gp-53Zjugcg?t=4646</w:t>
      </w:r>
    </w:p>
    <w:p>
      <w:r>
        <w:rPr>
          <w:i/>
        </w:rPr>
        <w:t>“How can we find our negative point?”</w:t>
      </w:r>
    </w:p>
    <w:p>
      <w:r>
        <w:rPr>
          <w:sz w:val="20"/>
        </w:rPr>
        <w:t>1:17:26  Maulana, agla sawal Dilli se hai, Miss Sati Mala</w:t>
      </w:r>
      <w:r>
        <w:br/>
      </w:r>
      <w:r>
        <w:rPr>
          <w:sz w:val="20"/>
        </w:rPr>
        <w:t>1:17:29  Vetra ka. unhon ne aap se poocha hai ke "how can we find our negative point?" is ke baray mein batayen.</w:t>
      </w:r>
      <w:r>
        <w:br/>
      </w:r>
      <w:r>
        <w:rPr>
          <w:sz w:val="20"/>
        </w:rPr>
        <w:t>1:17:42  dekhen, kabhi kabhi to negative point jo hai, clear hota hai, hum pakad lete hain. to kabhi us par sochna padta hai.</w:t>
      </w:r>
      <w:r>
        <w:br/>
      </w:r>
      <w:r>
        <w:rPr>
          <w:sz w:val="20"/>
        </w:rPr>
        <w:t>1:17:53  introspection jo kehte hain, muhasiba ke jo obvious na ho, to us ka janne ka tareeqa hai, wahi muhasiba, introspection.</w:t>
      </w:r>
      <w:r>
        <w:br/>
      </w:r>
      <w:r>
        <w:rPr>
          <w:sz w:val="20"/>
        </w:rPr>
        <w:t>1:18:06  to yeh agar aadmi sach much chahta ho ke mujhe pata ho jaye apni negative baaton ka, to namumkin hai ke use is ki negative baatein chupi rahen.</w:t>
      </w:r>
      <w:r>
        <w:br/>
      </w:r>
      <w:r>
        <w:rPr>
          <w:sz w:val="20"/>
        </w:rPr>
        <w:t>1:18:17  woh zaroor jaan lega, zaroor jaan lega.</w:t>
      </w:r>
      <w:r>
        <w:br/>
      </w:r>
      <w:r>
        <w:rPr>
          <w:sz w:val="20"/>
        </w:rPr>
        <w:t>1:18:23  agar obvious ho to foran jaan lega, nahi to soch kar jaan lega. woh agar sincere ho is mamle mein to.</w:t>
      </w:r>
    </w:p>
    <w:p>
      <w:pPr>
        <w:pStyle w:val="Heading2"/>
      </w:pPr>
      <w:r>
        <w:t>Forgiving and adjusting as love of God</w:t>
      </w:r>
    </w:p>
    <w:p>
      <w:r>
        <w:rPr>
          <w:color w:val="666666"/>
          <w:sz w:val="18"/>
        </w:rPr>
        <w:t>Ethics &amp; Character · Love of God 19 Sept 2021 - Prof. Farida Khanam · 4m 34s · at 23:54 · https://youtu.be/mpGeGz_Cfrw?t=1434</w:t>
      </w:r>
    </w:p>
    <w:p>
      <w:r>
        <w:rPr>
          <w:i/>
        </w:rPr>
        <w:t>“Is forgiving someone and adjusting with others' weaknesses for the sake of God also in accordance with love of God? What is your comment on this?”</w:t>
      </w:r>
    </w:p>
    <w:p>
      <w:r>
        <w:rPr>
          <w:sz w:val="20"/>
        </w:rPr>
        <w:t>23:54  are underestimating the prophetic role of prophet muhammad. ah, miss naima khan ne mumbai se likha hai: "allah has also invited us to look within our self. there are plenty of favors within our self to discover our rab." yeh kuch comments thay apa. ab mein sawal lena chahunga. yeh sawal pehla sawal indore se aya hai miss saba malik ka, aur unho</w:t>
      </w:r>
      <w:r>
        <w:br/>
      </w:r>
      <w:r>
        <w:rPr>
          <w:sz w:val="20"/>
        </w:rPr>
        <w:t>24:24  ne likha hai ke: "is forgiving someone or adjusting with other weaknesses for the sake of god</w:t>
      </w:r>
      <w:r>
        <w:br/>
      </w:r>
      <w:r>
        <w:rPr>
          <w:sz w:val="20"/>
        </w:rPr>
        <w:t>24:32  is also akin to love of god." what is your comment on this? bilkul sahi baat hai.</w:t>
      </w:r>
      <w:r>
        <w:br/>
      </w:r>
      <w:r>
        <w:rPr>
          <w:sz w:val="20"/>
        </w:rPr>
        <w:t>24:40  khuda ke liye ap jo bhi kaam karen, is ka matlab hai ke ap khuda se mohabbat karte</w:t>
      </w:r>
      <w:r>
        <w:br/>
      </w:r>
      <w:r>
        <w:rPr>
          <w:sz w:val="20"/>
        </w:rPr>
        <w:t>24:49  ہیں، ورنہ اپ کیوں؟ اپ اپ اپنی desires کو وہ کریں گے؟</w:t>
      </w:r>
      <w:r>
        <w:br/>
      </w:r>
      <w:r>
        <w:rPr>
          <w:sz w:val="20"/>
        </w:rPr>
        <w:t>24:57  theek hai, theek hai.</w:t>
      </w:r>
      <w:r>
        <w:br/>
      </w:r>
      <w:r>
        <w:rPr>
          <w:sz w:val="20"/>
        </w:rPr>
        <w:t>25:01  آپ اپنی desires کو فالو کریں گے، آپ کیوں خدا کو فالو کریں گے؟ اسی لیے کہ آپ</w:t>
      </w:r>
      <w:r>
        <w:br/>
      </w:r>
      <w:r>
        <w:rPr>
          <w:sz w:val="20"/>
        </w:rPr>
        <w:t>25:04  khuda se mohabbat karte hain, aur khuda ne hukum diya hai forgiveness ka.</w:t>
      </w:r>
      <w:r>
        <w:br/>
      </w:r>
      <w:r>
        <w:rPr>
          <w:sz w:val="20"/>
        </w:rPr>
        <w:t>25:08  wo to quran mein bhi hai ke jo log ghusse ke waqt maaf kar dete hain, to yeh</w:t>
      </w:r>
      <w:r>
        <w:br/>
      </w:r>
      <w:r>
        <w:rPr>
          <w:sz w:val="20"/>
        </w:rPr>
        <w:t>25:12  to bohat hi rewardable act hai, aur ap khuda ke liye karen.</w:t>
      </w:r>
      <w:r>
        <w:br/>
      </w:r>
      <w:r>
        <w:rPr>
          <w:sz w:val="20"/>
        </w:rPr>
        <w:t>25:16  ab yeh hai ke har kaam mein yeh hota hai ke hum khuda ke liye kar rahe hain</w:t>
      </w:r>
      <w:r>
        <w:br/>
      </w:r>
      <w:r>
        <w:rPr>
          <w:sz w:val="20"/>
        </w:rPr>
        <w:t>25:20  ya kisi aur maqsad ke liye kar rahe hain.</w:t>
      </w:r>
      <w:r>
        <w:br/>
      </w:r>
      <w:r>
        <w:rPr>
          <w:sz w:val="20"/>
        </w:rPr>
        <w:t>25:23  agar ap khuda ke liye kar rahe hain to yeh bohat bara rewardy</w:t>
      </w:r>
      <w:r>
        <w:br/>
      </w:r>
      <w:r>
        <w:rPr>
          <w:sz w:val="20"/>
        </w:rPr>
        <w:t>25:27  able act hai, aur khuda se mohabbat ki daleel hai.</w:t>
      </w:r>
      <w:r>
        <w:br/>
      </w:r>
      <w:r>
        <w:rPr>
          <w:sz w:val="20"/>
        </w:rPr>
        <w:t>25:33  Ah, upper just to add, ah, ah, I would say that you know the very fact that a</w:t>
      </w:r>
      <w:r>
        <w:br/>
      </w:r>
      <w:r>
        <w:rPr>
          <w:sz w:val="20"/>
        </w:rPr>
        <w:t>25:39  person is forgiving and adjusting with other person.</w:t>
      </w:r>
      <w:r>
        <w:br/>
      </w:r>
      <w:r>
        <w:rPr>
          <w:sz w:val="20"/>
        </w:rPr>
        <w:t>25:45  That is in itself a proof that you know how much immense love that person has for God.</w:t>
      </w:r>
      <w:r>
        <w:br/>
      </w:r>
      <w:r>
        <w:rPr>
          <w:sz w:val="20"/>
        </w:rPr>
        <w:t>25:51  and i just want to share a beautiful hadith in this regard. ah, once</w:t>
      </w:r>
      <w:r>
        <w:br/>
      </w:r>
      <w:r>
        <w:rPr>
          <w:sz w:val="20"/>
        </w:rPr>
        <w:t>25:57  The Prophet said: "Ah, O my son, if you can pass your morning and evening without having any grudge</w:t>
      </w:r>
      <w:r>
        <w:br/>
      </w:r>
      <w:r>
        <w:rPr>
          <w:sz w:val="20"/>
        </w:rPr>
        <w:t>26:05  in your heart against anyone, then please do so." and then prophet further added that: "this is</w:t>
      </w:r>
      <w:r>
        <w:br/>
      </w:r>
      <w:r>
        <w:rPr>
          <w:sz w:val="20"/>
        </w:rPr>
        <w:t>26:12  my sunnah, and who so ever love my sunnah, love me, and who so ever love me, ah,</w:t>
      </w:r>
      <w:r>
        <w:br/>
      </w:r>
      <w:r>
        <w:rPr>
          <w:sz w:val="20"/>
        </w:rPr>
        <w:t>26:20  will be in paradise with me." ah, so this is you know</w:t>
      </w:r>
      <w:r>
        <w:br/>
      </w:r>
      <w:r>
        <w:rPr>
          <w:sz w:val="20"/>
        </w:rPr>
        <w:t>26:28  a beautiful hadith.</w:t>
      </w:r>
      <w:r>
        <w:br/>
      </w:r>
      <w:r>
        <w:rPr>
          <w:sz w:val="20"/>
        </w:rPr>
        <w:t>26:33  and ah, i remember molana always used to say even ah in the end of his times, there</w:t>
      </w:r>
      <w:r>
        <w:br/>
      </w:r>
      <w:r>
        <w:rPr>
          <w:sz w:val="20"/>
        </w:rPr>
        <w:t>26:38  ar several videos that he had, and he keep saying that: "I have no grudge against anyone,</w:t>
      </w:r>
      <w:r>
        <w:br/>
      </w:r>
      <w:r>
        <w:rPr>
          <w:sz w:val="20"/>
        </w:rPr>
        <w:t>26:43  I have no malice, no hate, no negativity." And he used to often tell us that: "this is</w:t>
      </w:r>
      <w:r>
        <w:br/>
      </w:r>
      <w:r>
        <w:rPr>
          <w:sz w:val="20"/>
        </w:rPr>
        <w:t>26:48  one prime reason that why he gets new ideas, uh, or uh, you know inspiration from God Almighty."</w:t>
      </w:r>
      <w:r>
        <w:br/>
      </w:r>
      <w:r>
        <w:rPr>
          <w:sz w:val="20"/>
        </w:rPr>
        <w:t>26:53  so this is a very directional</w:t>
      </w:r>
      <w:r>
        <w:br/>
      </w:r>
      <w:r>
        <w:rPr>
          <w:sz w:val="20"/>
        </w:rPr>
        <w:t>26:58  hadith for all of us that we should not have any grudge against anyone. ah, what better can it be that if we don't have grudge in our hearts, and we get to live with prophet in paradise? isi par ek baat mujhe bhi yaad aayi. ji, ek baar rasool allah sallallahu alaihi wasallam baithe hue the to ek aadmi aise hi jo passer bhai hote hain, woh guzar raha tha wahan se. to rasool allah sallallahu alaihi wasallam ne kaha ke yeh</w:t>
      </w:r>
      <w:r>
        <w:br/>
      </w:r>
      <w:r>
        <w:rPr>
          <w:sz w:val="20"/>
        </w:rPr>
        <w:t>27:28  aadmi jannati hai. to logon ko bahut curiosity hui ke aakhir is ke andar kya khaas baat hai. to do teen log wahan par, wahan par aisa tha pehle zamane mein ke teen din ke liye koi kahin bhi ja sakta tha. to ek aadmi gaye wahan, teen din thehre kyunke woh zamana tha jab koi sarai nahi thi, hotel nahi tha. to yeh ek tradition chali aa rahi thi, teen din woh kahin bhi theher sakta tha. to woh teen din thehre aur dekhne ke liye ke is ke andar</w:t>
      </w:r>
      <w:r>
        <w:br/>
      </w:r>
      <w:r>
        <w:rPr>
          <w:sz w:val="20"/>
        </w:rPr>
        <w:t>27:58  kya khaas baat hai ke rasool Allah salallaho alaihi wasallam ne is ko dunya mein hi jannat</w:t>
      </w:r>
      <w:r>
        <w:br/>
      </w:r>
      <w:r>
        <w:rPr>
          <w:sz w:val="20"/>
        </w:rPr>
        <w:t>28:02  ke ka woh bata diya hai ke woh jannat mein jayega.</w:t>
      </w:r>
      <w:r>
        <w:br/>
      </w:r>
      <w:r>
        <w:rPr>
          <w:sz w:val="20"/>
        </w:rPr>
        <w:t>28:06  to teen din jab ho gaya to unhon ne kaha ke main aaya tha dekhne ke liye ke</w:t>
      </w:r>
      <w:r>
        <w:br/>
      </w:r>
      <w:r>
        <w:rPr>
          <w:sz w:val="20"/>
        </w:rPr>
        <w:t>28:11  tumhare andar kya khaas baat hai.</w:t>
      </w:r>
      <w:r>
        <w:br/>
      </w:r>
      <w:r>
        <w:rPr>
          <w:sz w:val="20"/>
        </w:rPr>
        <w:t>28:15  rasool Allah salallaho alaihi wasallam ne aise kaha tha.</w:t>
      </w:r>
      <w:r>
        <w:br/>
      </w:r>
      <w:r>
        <w:rPr>
          <w:sz w:val="20"/>
        </w:rPr>
        <w:t>28:19  to us ne kaha ke ke main, main wohi hai, namaz roza to wohi hai jo sab log</w:t>
      </w:r>
      <w:r>
        <w:br/>
      </w:r>
      <w:r>
        <w:rPr>
          <w:sz w:val="20"/>
        </w:rPr>
        <w:t>28:24  karte hain, bas yeh ke main</w:t>
      </w:r>
    </w:p>
    <w:p>
      <w:pPr>
        <w:pStyle w:val="Heading2"/>
      </w:pPr>
      <w:r>
        <w:t>Formula for living in modesty</w:t>
      </w:r>
    </w:p>
    <w:p>
      <w:r>
        <w:rPr>
          <w:color w:val="666666"/>
          <w:sz w:val="18"/>
        </w:rPr>
        <w:t>Ethics &amp; Character · The Character of a Dayee 4 March 2012 - Maulana Wahiduddin Khan · 1m 23s · at 1:11:47 · https://youtu.be/YtavJpVNbEM?t=4307</w:t>
      </w:r>
    </w:p>
    <w:p>
      <w:r>
        <w:rPr>
          <w:i/>
        </w:rPr>
        <w:t>“What is the formula to live in modesty?”</w:t>
      </w:r>
    </w:p>
    <w:p>
      <w:r>
        <w:rPr>
          <w:sz w:val="20"/>
        </w:rPr>
        <w:t>1:11:47  result oriented counseling ki baat kahi gayi hai, na ke protest ki. protest bilkul haram hai islam mein. Maulana, agla sawal Miss Naghma Siddiqui ka hai Delhi se.</w:t>
      </w:r>
      <w:r>
        <w:br/>
      </w:r>
      <w:r>
        <w:rPr>
          <w:sz w:val="20"/>
        </w:rPr>
        <w:t>1:12:00  unhon ne aap se poocha hai: "what is the formula to live in modesty?"</w:t>
      </w:r>
      <w:r>
        <w:br/>
      </w:r>
      <w:r>
        <w:rPr>
          <w:sz w:val="20"/>
        </w:rPr>
        <w:t>1:12:18  formula to mein ne arz kar diya ke ek hai shaitan ka rasta, ek hai farishton ka rasta. aap dekhiye is is waqe mein ke farishte jo the, wo modesty par qaim rahe ikhtilaf ke bawajood,</w:t>
      </w:r>
      <w:r>
        <w:br/>
      </w:r>
      <w:r>
        <w:rPr>
          <w:sz w:val="20"/>
        </w:rPr>
        <w:t>1:12:35  aur shaitan ne ikhtilaf ko le kar ke organ ban gaya. is ko sochiye ke agar mein modesty ka tareeqa chhodunga to mein shaitan ka khoon bhai ban jaunga, shaitan ka bhai.</w:t>
      </w:r>
      <w:r>
        <w:br/>
      </w:r>
      <w:r>
        <w:rPr>
          <w:sz w:val="20"/>
        </w:rPr>
        <w:t>1:12:51  halanke mujhe farishton ki majlis mein baithna hai.</w:t>
      </w:r>
      <w:r>
        <w:br/>
      </w:r>
      <w:r>
        <w:rPr>
          <w:sz w:val="20"/>
        </w:rPr>
        <w:t>1:12:55  to jitna zyada aadmi sochega us ko ke is ka result jo hai, kya niklega, is result ko le kar jitna sochega, utne zyada is ke andar modesty paida hogi.</w:t>
      </w:r>
    </w:p>
    <w:p>
      <w:pPr>
        <w:pStyle w:val="Heading2"/>
      </w:pPr>
      <w:r>
        <w:t>Formula for living in modesty</w:t>
      </w:r>
    </w:p>
    <w:p>
      <w:r>
        <w:rPr>
          <w:color w:val="666666"/>
          <w:sz w:val="18"/>
        </w:rPr>
        <w:t>Ethics &amp; Character · Q&amp;A 04 Mar 2012 Maulana Wahiduddin Khan · 59s · at 9:19 · https://youtu.be/txRmutuvWQI?t=559</w:t>
      </w:r>
    </w:p>
    <w:p>
      <w:r>
        <w:rPr>
          <w:i/>
        </w:rPr>
        <w:t>“What is the formula to live in modesty?”</w:t>
      </w:r>
    </w:p>
    <w:p>
      <w:r>
        <w:rPr>
          <w:sz w:val="20"/>
        </w:rPr>
        <w:t>9:19  Maulana, agla sawal Miss Naghma Siddiqui ka hai Delhi se. unhone aap se poocha hai: "What is the formula to live in modesty?"</w:t>
      </w:r>
      <w:r>
        <w:br/>
      </w:r>
      <w:r>
        <w:rPr>
          <w:sz w:val="20"/>
        </w:rPr>
        <w:t>9:28  formula to mein ne arz kar diya ke ek hai shaitan ka rasta, ek hai farishton ka rasta. aap dekhiye is is waqe mein ke farishte jo the woh modesty par qaim rahe ikhtilaf ke bawajood,</w:t>
      </w:r>
      <w:r>
        <w:br/>
      </w:r>
      <w:r>
        <w:rPr>
          <w:sz w:val="20"/>
        </w:rPr>
        <w:t>9:45  aur shaitan ne ikhtilaf ko le kar ke aggar gathh ban gaya. is ko sochiye ke agar main modesty ka tareeqa chhodunga to main shaitan ka aik khoon bhai ban jaunga, shaitan ka bhai.</w:t>
      </w:r>
      <w:r>
        <w:br/>
      </w:r>
      <w:r>
        <w:rPr>
          <w:sz w:val="20"/>
        </w:rPr>
        <w:t>10:00  halankeh mujhe farishton ki majlis mein baithna hai. to jitna zyada aadmi sochega is ko ke uska result jo hai kya niklega, is result ko le kar jitna zyada sochega, utni zyada us ke andar modesty paida hogi.</w:t>
      </w:r>
    </w:p>
    <w:p>
      <w:pPr>
        <w:pStyle w:val="Heading2"/>
      </w:pPr>
      <w:r>
        <w:t>Greeting non-Muslims with Namaste or Salaam</w:t>
      </w:r>
    </w:p>
    <w:p>
      <w:r>
        <w:rPr>
          <w:color w:val="666666"/>
          <w:sz w:val="18"/>
        </w:rPr>
        <w:t>Ethics &amp; Character · Islam &amp; Prophet of Islam 21 Oct, 2012 - Maulana Wahiduddin Khan · 2m 21s · at 1:27:41 · https://youtu.be/2hwtfOyNeS0?t=5261</w:t>
      </w:r>
    </w:p>
    <w:p>
      <w:r>
        <w:rPr>
          <w:i/>
        </w:rPr>
        <w:t>“As it is said that one should greet non-Muslims, can we say Namaste and also say Salaam to non-Muslims? Please tell me about this.”</w:t>
      </w:r>
    </w:p>
    <w:p>
      <w:r>
        <w:rPr>
          <w:sz w:val="20"/>
        </w:rPr>
        <w:t>1:27:41  is mein koi shaq nahi. maulana, yeh sawal aaya hai dilli se muhammad ans sahab ka. unhon ne likha hai: "maulana, jaisa ke kehte hain ke ghair muslim ko aadab karna chahiye, kya hum namaste kar sakte hain aur salam bhi kar sakte hain ghair muslim logon ko?</w:t>
      </w:r>
      <w:r>
        <w:br/>
      </w:r>
      <w:r>
        <w:rPr>
          <w:sz w:val="20"/>
        </w:rPr>
        <w:t>1:28:01  is ke bare mein bataein." salam bhi kijiye, namaste bhi kijiye, aadab bhi kijiye, good morning jaisa mauqa ho. salam to dua hai.</w:t>
      </w:r>
      <w:r>
        <w:br/>
      </w:r>
      <w:r>
        <w:rPr>
          <w:sz w:val="20"/>
        </w:rPr>
        <w:t>1:28:12  aap ghair muslim na bhi banein tab bhi ghar mein pahunch kar dua kijiye ke Allah salamat rakhe. yeh izhar khair khwahi hai. yeh to karni hai aap ko.</w:t>
      </w:r>
      <w:r>
        <w:br/>
      </w:r>
      <w:r>
        <w:rPr>
          <w:sz w:val="20"/>
        </w:rPr>
        <w:t>1:28:23  is mein koi farq nahi karna aap ko ghair muslim aur muslim mein. har ek ke liye aap ko dua karna hai. har ek ke liye aap ke dil mein peace hona hai. jo log samajhte hain ke ghair muslimon ko salam nahi kiya ja sakta, galat samajhte hain is ko.</w:t>
      </w:r>
      <w:r>
        <w:br/>
      </w:r>
      <w:r>
        <w:rPr>
          <w:sz w:val="20"/>
        </w:rPr>
        <w:t>1:28:39  yeh to masla hai. kitabon mein maujood hai yeh baat ke salam sab ko kiya ja sakta hai. aur karte hi hain, dekhiye. namaz aap padhte hain paanch waqt to kya hota hai?</w:t>
      </w:r>
      <w:r>
        <w:br/>
      </w:r>
      <w:r>
        <w:rPr>
          <w:sz w:val="20"/>
        </w:rPr>
        <w:t>1:28:51  namaz jab khatam hoti hai, aap kehte hain: "assalamu alaikum wa rahmatullah". "assalamu alaikum wa rahmatullah". to kya idhar se musalman hote hain? idhar se musalman hote hain?</w:t>
      </w:r>
      <w:r>
        <w:br/>
      </w:r>
      <w:r>
        <w:rPr>
          <w:sz w:val="20"/>
        </w:rPr>
        <w:t>1:29:00  saare log hote hain. yaani dono taraf rukh kar ke tamam namazi kehte hain: "assalam o alaikum wa rahmatullah". aye logon, tum par salamti ho.</w:t>
      </w:r>
      <w:r>
        <w:br/>
      </w:r>
      <w:r>
        <w:rPr>
          <w:sz w:val="20"/>
        </w:rPr>
        <w:t>1:29:11  aye logon, tum par salamti ho. to kya hum sirf musalman khade hue hain wahan par? saare dunya ko kehte hain ke: "aye logon, tum</w:t>
      </w:r>
      <w:r>
        <w:br/>
      </w:r>
      <w:r>
        <w:rPr>
          <w:sz w:val="20"/>
        </w:rPr>
        <w:t>1:29:17  par salamti ho". yeh to paanch waqt aisa hota hai. yeh yeh bahsi bilkul baseless hai. kyunke namaz khud sikhati hai ke sab ko salamti pahunchao.</w:t>
      </w:r>
      <w:r>
        <w:br/>
      </w:r>
      <w:r>
        <w:rPr>
          <w:sz w:val="20"/>
        </w:rPr>
        <w:t>1:29:28  sab ke liye tumhare dil mein khair khwahi ho. sab ke liye tumhare liye peace ho tumhare dil mein. log bila soch samjhe namaz parhte hain.</w:t>
      </w:r>
      <w:r>
        <w:br/>
      </w:r>
      <w:r>
        <w:rPr>
          <w:sz w:val="20"/>
        </w:rPr>
        <w:t>1:29:37  baat yeh hai. namaz koi soch samajh kar nahi parhta hai. ek ritual ke taur par parhta hai. ritual. warna sochna chahiye ke hum namaz jab padh kar khatam karte hain to kehte hain: "assalam o alaikum wa rahmatullah".</w:t>
      </w:r>
      <w:r>
        <w:br/>
      </w:r>
      <w:r>
        <w:rPr>
          <w:sz w:val="20"/>
        </w:rPr>
        <w:t>1:29:50  "assalam o alaikum wa rahmatullah". yaani saare dunya walon ko aap address karte hain ke: "aye logon</w:t>
      </w:r>
      <w:r>
        <w:br/>
      </w:r>
      <w:r>
        <w:rPr>
          <w:sz w:val="20"/>
        </w:rPr>
        <w:t>1:29:55  , tum par salamti ho". "aye logon, tum par salamti ho". agar soch samajh kar padhein namaz to kisi ke dil mein yeh yeh waswasa nahi aayega.</w:t>
      </w:r>
    </w:p>
    <w:p>
      <w:pPr>
        <w:pStyle w:val="Heading2"/>
      </w:pPr>
      <w:r>
        <w:t>Guidance for Communication to Avoid Negativity</w:t>
      </w:r>
    </w:p>
    <w:p>
      <w:r>
        <w:rPr>
          <w:color w:val="666666"/>
          <w:sz w:val="18"/>
        </w:rPr>
        <w:t>Ethics &amp; Character · Revival of Muslim Ummah, February 4, 2013 · 1m 12s · at 1:00:42 · https://youtu.be/xB3MfWhLHoM?t=3642</w:t>
      </w:r>
    </w:p>
    <w:p>
      <w:r>
        <w:rPr>
          <w:i/>
        </w:rPr>
        <w:t>“Many times during discussion, we say something to somebody out of pure well wishing, still the negative sentiment is aroused in the other person. Is there any guidance for communication, so that when we say what is right to anyone, the other person doesn't fall into negativity?”</w:t>
      </w:r>
    </w:p>
    <w:p>
      <w:r>
        <w:rPr>
          <w:sz w:val="20"/>
        </w:rPr>
        <w:t>1:00:42  sawal hai. unhon ne likha hai: "Many a times during discussion, we say something to somebody out of pure well wishing, still the negative sentiment is aroused in the other person." Maulana sahib, mera question hai: "Is there any guidance for communication, so that when we say what is right to anyone, the other person doesn't fall into negativity?" Dekhein, yeh bhi hota hai wahi conditioning ki wajah se</w:t>
      </w:r>
      <w:r>
        <w:br/>
      </w:r>
      <w:r>
        <w:rPr>
          <w:sz w:val="20"/>
        </w:rPr>
        <w:t>1:01:11  . aap dua kijiye aur apni koshish ko jari rakhiye aur yeh koshish hai ke aap ka mind address ho.</w:t>
      </w:r>
      <w:r>
        <w:br/>
      </w:r>
      <w:r>
        <w:rPr>
          <w:sz w:val="20"/>
        </w:rPr>
        <w:t>1:01:20  dua work bohat hi intricate work hai, bohat hi complex work hai, kyunke insan ke mind ko badalna, insan ko ek think pattern se doosri think pattern pe lana,</w:t>
      </w:r>
      <w:r>
        <w:br/>
      </w:r>
      <w:r>
        <w:rPr>
          <w:sz w:val="20"/>
        </w:rPr>
        <w:t>1:01:35  yeh most difficult task hai.</w:t>
      </w:r>
      <w:r>
        <w:br/>
      </w:r>
      <w:r>
        <w:rPr>
          <w:sz w:val="20"/>
        </w:rPr>
        <w:t>1:01:38  to isi liye is ka sawab bhi zyada hai. to bas aap kaam karte rahiye, kaam karte rahiye aur dua khoob kijiye logon ke liye.</w:t>
      </w:r>
      <w:r>
        <w:br/>
      </w:r>
      <w:r>
        <w:rPr>
          <w:sz w:val="20"/>
        </w:rPr>
        <w:t>1:01:49  inshallah kaam abhi hoga.</w:t>
      </w:r>
    </w:p>
    <w:p>
      <w:pPr>
        <w:pStyle w:val="Heading2"/>
      </w:pPr>
      <w:r>
        <w:t>Habit to be adopted by everyone</w:t>
      </w:r>
    </w:p>
    <w:p>
      <w:r>
        <w:rPr>
          <w:color w:val="666666"/>
          <w:sz w:val="18"/>
        </w:rPr>
        <w:t>Ethics &amp; Character · Self Correction November 09, 2014 Maulana Wahiduddin Khan · 2m 55s · at 49:33 · https://youtu.be/PpwTmeCQkSQ?t=2973</w:t>
      </w:r>
    </w:p>
    <w:p>
      <w:r>
        <w:rPr>
          <w:i/>
        </w:rPr>
        <w:t>“In your knowledge, is there any habit which according to you should be adopted by everyone?”</w:t>
      </w:r>
    </w:p>
    <w:p>
      <w:r>
        <w:rPr>
          <w:sz w:val="20"/>
        </w:rPr>
        <w:t>49:33  maulana, agla sawal mumbai se aaya hai miss yasmeen ka, aur unhone aap se poocha hai ke</w:t>
      </w:r>
      <w:r>
        <w:br/>
      </w:r>
      <w:r>
        <w:rPr>
          <w:sz w:val="20"/>
        </w:rPr>
        <w:t>49:38  "Molana, in your knowledge, is there any habit which according to you should be adopted by everyone?</w:t>
      </w:r>
      <w:r>
        <w:br/>
      </w:r>
      <w:r>
        <w:rPr>
          <w:sz w:val="20"/>
        </w:rPr>
        <w:t>49:44  " koi bhi aadat nahi.</w:t>
      </w:r>
      <w:r>
        <w:br/>
      </w:r>
      <w:r>
        <w:rPr>
          <w:sz w:val="20"/>
        </w:rPr>
        <w:t>49:50  main to yahi keh raha hoon ke koi peeche bator aadat nahi karna chahiye.</w:t>
      </w:r>
      <w:r>
        <w:br/>
      </w:r>
      <w:r>
        <w:rPr>
          <w:sz w:val="20"/>
        </w:rPr>
        <w:t>49:57  aadat ke taur par nahi, hatta ke namaz bhi agar aadat ke taur par parhein to kya kya</w:t>
      </w:r>
      <w:r>
        <w:br/>
      </w:r>
      <w:r>
        <w:rPr>
          <w:sz w:val="20"/>
        </w:rPr>
        <w:t>50:04  iska maqsad kya hai? aap tasbeeh parhein aadat ke taur par, namaz parhein aadat ke taur par,</w:t>
      </w:r>
      <w:r>
        <w:br/>
      </w:r>
      <w:r>
        <w:rPr>
          <w:sz w:val="20"/>
        </w:rPr>
        <w:t>50:11  shaoori taur par karein tab is ka sawab hai.</w:t>
      </w:r>
      <w:r>
        <w:br/>
      </w:r>
      <w:r>
        <w:rPr>
          <w:sz w:val="20"/>
        </w:rPr>
        <w:t>50:18  ab namaz shaoori honi chahiye, tilawat shaoori honi chahiye, zikr Allah shaoori hona chahiye.</w:t>
      </w:r>
      <w:r>
        <w:br/>
      </w:r>
      <w:r>
        <w:rPr>
          <w:sz w:val="20"/>
        </w:rPr>
        <w:t>50:25  bator aadat aap karein ge to main nahi samajhta hoon ke woh is ka koi value hai.</w:t>
      </w:r>
      <w:r>
        <w:br/>
      </w:r>
      <w:r>
        <w:rPr>
          <w:sz w:val="20"/>
        </w:rPr>
        <w:t>50:32  koi value nahi hai is ki.</w:t>
      </w:r>
      <w:r>
        <w:br/>
      </w:r>
      <w:r>
        <w:rPr>
          <w:sz w:val="20"/>
        </w:rPr>
        <w:t>50:39  dekhiye, ek hadith hai ke tum ibadat karte ho, yaani namaz waghera ki ibadatein karte ho, insan ibadat</w:t>
      </w:r>
      <w:r>
        <w:br/>
      </w:r>
      <w:r>
        <w:rPr>
          <w:sz w:val="20"/>
        </w:rPr>
        <w:t>50:45  karta hai, is ke baad yeh lafz hai ke wa la yujza illa bi qatrin aqlihi yeh ibadat ke bare</w:t>
      </w:r>
      <w:r>
        <w:br/>
      </w:r>
      <w:r>
        <w:rPr>
          <w:sz w:val="20"/>
        </w:rPr>
        <w:t>50:52  mein hai, yeh ibadat ke bare mein wa la yujza illa bi qatrin aqlihi aql ke baqaid hi is ko</w:t>
      </w:r>
      <w:r>
        <w:br/>
      </w:r>
      <w:r>
        <w:rPr>
          <w:sz w:val="20"/>
        </w:rPr>
        <w:t>50:59  is ka badla milta hai.</w:t>
      </w:r>
      <w:r>
        <w:br/>
      </w:r>
      <w:r>
        <w:rPr>
          <w:sz w:val="20"/>
        </w:rPr>
        <w:t>51:06  aql ka matlab hai shaoori, yaani shaoori ibadat Allah taala ke haan value rakhti hai.</w:t>
      </w:r>
      <w:r>
        <w:br/>
      </w:r>
      <w:r>
        <w:rPr>
          <w:sz w:val="20"/>
        </w:rPr>
        <w:t>51:13  aadat jo ibadat, aadat ban jaye Allah ka, us ki koi value nahi hai.</w:t>
      </w:r>
      <w:r>
        <w:br/>
      </w:r>
      <w:r>
        <w:rPr>
          <w:sz w:val="20"/>
        </w:rPr>
        <w:t>51:20  wa la yujza illa bi qatrin aqlihi badla milta hai aadmi ko aql ke baqadar, yaani shaoor ke, yaani ke</w:t>
      </w:r>
      <w:r>
        <w:br/>
      </w:r>
      <w:r>
        <w:rPr>
          <w:sz w:val="20"/>
        </w:rPr>
        <w:t>51:27  aitbar se itna is ne kiya ho, is ka badla mile ga.</w:t>
      </w:r>
      <w:r>
        <w:br/>
      </w:r>
      <w:r>
        <w:rPr>
          <w:sz w:val="20"/>
        </w:rPr>
        <w:t>51:34  is liye main kisi bhi aadat ko, yaani chahe koi bhi bazahir achi aadat ho, us ko bekar samajhta hoon.</w:t>
      </w:r>
      <w:r>
        <w:br/>
      </w:r>
      <w:r>
        <w:rPr>
          <w:sz w:val="20"/>
        </w:rPr>
        <w:t>51:41  har kaam aap ko karna chahiye shaoor ke tehat.</w:t>
      </w:r>
      <w:r>
        <w:br/>
      </w:r>
      <w:r>
        <w:rPr>
          <w:sz w:val="20"/>
        </w:rPr>
        <w:t>51:47  jaise main yahan aata hoon, farz kijiye har sunday ko, agar meri aadat ban jaye to yeh bekar kaam hai.</w:t>
      </w:r>
      <w:r>
        <w:br/>
      </w:r>
      <w:r>
        <w:rPr>
          <w:sz w:val="20"/>
        </w:rPr>
        <w:t>51:54  ek aadat ban jaye, nahi, mujhe shaoor ke taur par yeh kaam karna hai.</w:t>
      </w:r>
      <w:r>
        <w:br/>
      </w:r>
      <w:r>
        <w:rPr>
          <w:sz w:val="20"/>
        </w:rPr>
        <w:t>52:01  shaoori to main soch raha hoon ke mujhe sunday ko 10:30 par bolna hai, phir isi tarah se</w:t>
      </w:r>
      <w:r>
        <w:br/>
      </w:r>
      <w:r>
        <w:rPr>
          <w:sz w:val="20"/>
        </w:rPr>
        <w:t>52:08  mujhe sochna hai, apne shaoor ko isi tarah se active karna hai, tab is ki value hai.</w:t>
      </w:r>
      <w:r>
        <w:br/>
      </w:r>
      <w:r>
        <w:rPr>
          <w:sz w:val="20"/>
        </w:rPr>
        <w:t>52:15  agar aadat ban jaye to is ki koi value nahi hai.</w:t>
      </w:r>
      <w:r>
        <w:br/>
      </w:r>
      <w:r>
        <w:rPr>
          <w:sz w:val="20"/>
        </w:rPr>
        <w:t>52:22  is ki mere apne tajrube ke mutabiq to mahaz aadat kisi bhi cheez ke liye bilkul value less cheez hai.</w:t>
      </w:r>
    </w:p>
    <w:p>
      <w:pPr>
        <w:pStyle w:val="Heading2"/>
      </w:pPr>
      <w:r>
        <w:t>Hallmark of a positive personality</w:t>
      </w:r>
    </w:p>
    <w:p>
      <w:r>
        <w:rPr>
          <w:color w:val="666666"/>
          <w:sz w:val="18"/>
        </w:rPr>
        <w:t>Ethics &amp; Character · Importance of Peace December 16, 2012 · 3m 06s · at 1:34:39 · https://youtu.be/nymyorYyEz4?t=5679</w:t>
      </w:r>
    </w:p>
    <w:p>
      <w:r>
        <w:rPr>
          <w:i/>
        </w:rPr>
        <w:t>“What is the hallmark of a positive personality?”</w:t>
      </w:r>
    </w:p>
    <w:p>
      <w:r>
        <w:rPr>
          <w:sz w:val="20"/>
        </w:rPr>
        <w:t>1:34:39  Maulana, agla sawal Delhi se hai Dr. Fareeda Khanam ka</w:t>
      </w:r>
      <w:r>
        <w:br/>
      </w:r>
      <w:r>
        <w:rPr>
          <w:sz w:val="20"/>
        </w:rPr>
        <w:t>1:34:43  . unhon ne likha hai: "What is the hallmark of a positive personality?" please comment.</w:t>
      </w:r>
      <w:r>
        <w:br/>
      </w:r>
      <w:r>
        <w:rPr>
          <w:sz w:val="20"/>
        </w:rPr>
        <w:t>1:34:53  kya matlab? matlab Maulana, positive personality ka kya symbol hai ya trademark hai ya sign hai? main to yeh samajhta hoon ke hate free hona,</w:t>
      </w:r>
      <w:r>
        <w:br/>
      </w:r>
      <w:r>
        <w:rPr>
          <w:sz w:val="20"/>
        </w:rPr>
        <w:t>1:35:06  hate na ho, reaction na ho, aur doosron ke bajaye apne aap apne bare mein soche, introspection kare, woh na ke doosron ko complaint aur protest karta rahe.</w:t>
      </w:r>
      <w:r>
        <w:br/>
      </w:r>
      <w:r>
        <w:rPr>
          <w:sz w:val="20"/>
        </w:rPr>
        <w:t>1:35:18  woh to ek lafz mein yahi hai ke hate free hona.</w:t>
      </w:r>
      <w:r>
        <w:br/>
      </w:r>
      <w:r>
        <w:rPr>
          <w:sz w:val="20"/>
        </w:rPr>
        <w:t>1:35:27  yani aadmi jab baat karta hai to foran pakar mein aata hai ke is ke andar hate hai ke nahi hai.</w:t>
      </w:r>
      <w:r>
        <w:br/>
      </w:r>
      <w:r>
        <w:rPr>
          <w:sz w:val="20"/>
        </w:rPr>
        <w:t>1:35:31  is ki is ki is ka lehja bata deta hai ke woh hate se bhara hua hai. kisi ka hate hai Israel ke khilaf, kisi ki RSS ke khilaf, kisi ka America ke khilaf.</w:t>
      </w:r>
      <w:r>
        <w:br/>
      </w:r>
      <w:r>
        <w:rPr>
          <w:sz w:val="20"/>
        </w:rPr>
        <w:t>1:35:42  woh kahin nahi ke pakar pakar mein aa jata hai. to sab se bari peshani hai ke woh pure pure tareeqe se hate free ho, nafrat se khali ho.</w:t>
      </w:r>
      <w:r>
        <w:br/>
      </w:r>
      <w:r>
        <w:rPr>
          <w:sz w:val="20"/>
        </w:rPr>
        <w:t>1:35:53  nafrat wista ke shaitani sifat hai.</w:t>
      </w:r>
      <w:r>
        <w:br/>
      </w:r>
      <w:r>
        <w:rPr>
          <w:sz w:val="20"/>
        </w:rPr>
        <w:t>1:35:56  Shaitan ko nafrat hai insan se. isi ko chahta hai ke har har insan ke andar aa jaye. to Shaitan ki sab se bari sifat jo hai, nafrat.</w:t>
      </w:r>
      <w:r>
        <w:br/>
      </w:r>
      <w:r>
        <w:rPr>
          <w:sz w:val="20"/>
        </w:rPr>
        <w:t>1:36:07  to yeh is se humein bohat zyada door rehna hai. sari kharabi ki jar hai hate.</w:t>
      </w:r>
      <w:r>
        <w:br/>
      </w:r>
      <w:r>
        <w:rPr>
          <w:sz w:val="20"/>
        </w:rPr>
        <w:t>1:36:19  Maulana, agla ek comment parhna chahenge jo abhi abhi Doha Qatar se aaya hai Maulana Abdul Basit Umri ka. unhon ne likha hai: "Maulana, aaj pehli bar concept of peace ko shaoori taur par samjha aur yeh bhi samajh mein aaya ke Musalman age of peace mein rehte hue peace ki tehreek chala rahe hain jabke workable peace har jagah hai.</w:t>
      </w:r>
      <w:r>
        <w:br/>
      </w:r>
      <w:r>
        <w:rPr>
          <w:sz w:val="20"/>
        </w:rPr>
        <w:t>1:36:45  yeh to hamara andha pan aur creation plan of God se bekhabri ki baat hui."</w:t>
      </w:r>
    </w:p>
    <w:p>
      <w:pPr>
        <w:pStyle w:val="Heading2"/>
      </w:pPr>
      <w:r>
        <w:t>Handling hurt sentiments and reactions</w:t>
      </w:r>
    </w:p>
    <w:p>
      <w:r>
        <w:rPr>
          <w:color w:val="666666"/>
          <w:sz w:val="18"/>
        </w:rPr>
        <w:t>Ethics &amp; Character · The Secular Contribution of Islam | April 16, 2017 · 1m 13s · at 49:59 · https://youtu.be/QV_HIq7KeaY?t=2999</w:t>
      </w:r>
    </w:p>
    <w:p>
      <w:r>
        <w:rPr>
          <w:i/>
        </w:rPr>
        <w:t>“Molana sahib, people have an element of sentiment. Once that sentiment gets hurt, we tend to react.”</w:t>
      </w:r>
    </w:p>
    <w:p>
      <w:r>
        <w:rPr>
          <w:sz w:val="20"/>
        </w:rPr>
        <w:t>49:59  ji maulana, agla sawal Srinagar se aamir mori sahab ne bheja hai, unhon ne aap se poocha</w:t>
      </w:r>
      <w:r>
        <w:br/>
      </w:r>
      <w:r>
        <w:rPr>
          <w:sz w:val="20"/>
        </w:rPr>
        <w:t>50:06  hai: maulana sahab, people have an element of sentiment.</w:t>
      </w:r>
      <w:r>
        <w:br/>
      </w:r>
      <w:r>
        <w:rPr>
          <w:sz w:val="20"/>
        </w:rPr>
        <w:t>50:12  Once that sentiment gets hurt, we tend to react.</w:t>
      </w:r>
      <w:r>
        <w:br/>
      </w:r>
      <w:r>
        <w:rPr>
          <w:sz w:val="20"/>
        </w:rPr>
        <w:t>50:18  How can we manage these sentiments? Please give us your guidance.</w:t>
      </w:r>
      <w:r>
        <w:br/>
      </w:r>
      <w:r>
        <w:rPr>
          <w:sz w:val="20"/>
        </w:rPr>
        <w:t>50:24  dekhiye, sentiment kya cheez hai? Sentiment naam hai shaitan ke</w:t>
      </w:r>
      <w:r>
        <w:br/>
      </w:r>
      <w:r>
        <w:rPr>
          <w:sz w:val="20"/>
        </w:rPr>
        <w:t>50:30  activation ka.</w:t>
      </w:r>
      <w:r>
        <w:br/>
      </w:r>
      <w:r>
        <w:rPr>
          <w:sz w:val="20"/>
        </w:rPr>
        <w:t>50:36  insaan ke andar ek cheez hai, us ko shaitan activate karta hai, to woh emotion ban jata hai.</w:t>
      </w:r>
      <w:r>
        <w:br/>
      </w:r>
      <w:r>
        <w:rPr>
          <w:sz w:val="20"/>
        </w:rPr>
        <w:t>50:42  woh is waqt insaan shaitan ke, yaani shaitan ke asar mein aa jata hai.</w:t>
      </w:r>
      <w:r>
        <w:br/>
      </w:r>
      <w:r>
        <w:rPr>
          <w:sz w:val="20"/>
        </w:rPr>
        <w:t>50:49  to emotion ko le kar ke aadmi soche aur iqdam kare, to woh to us se shaitan ko follow kiya.</w:t>
      </w:r>
      <w:r>
        <w:br/>
      </w:r>
      <w:r>
        <w:rPr>
          <w:sz w:val="20"/>
        </w:rPr>
        <w:t>50:55  us ne use toba karna chahiye,</w:t>
      </w:r>
      <w:r>
        <w:br/>
      </w:r>
      <w:r>
        <w:rPr>
          <w:sz w:val="20"/>
        </w:rPr>
        <w:t>51:01  use toba karna chahiye.</w:t>
      </w:r>
      <w:r>
        <w:br/>
      </w:r>
      <w:r>
        <w:rPr>
          <w:sz w:val="20"/>
        </w:rPr>
        <w:t>51:07  yeh mein keh sakta hoon.</w:t>
      </w:r>
    </w:p>
    <w:p>
      <w:pPr>
        <w:pStyle w:val="Heading2"/>
      </w:pPr>
      <w:r>
        <w:t>Handling invitations to gatherings and parties</w:t>
      </w:r>
    </w:p>
    <w:p>
      <w:r>
        <w:rPr>
          <w:color w:val="666666"/>
          <w:sz w:val="18"/>
        </w:rPr>
        <w:t>Ethics &amp; Character · Creative Solution or Ijtihadi Hul 16th Sep '12 SLOW · 2m 24s · at 1:07:23 · https://youtu.be/Ri7r6K65b2Y?t=4043</w:t>
      </w:r>
    </w:p>
    <w:p>
      <w:r>
        <w:rPr>
          <w:i/>
        </w:rPr>
        <w:t>“Quite a few times it happens that we are invited in gatherings and parties.”</w:t>
      </w:r>
    </w:p>
    <w:p>
      <w:r>
        <w:rPr>
          <w:sz w:val="20"/>
        </w:rPr>
        <w:t>1:07:23  maulana, agla sawal dilli se hai doctor tahir ka.</w:t>
      </w:r>
      <w:r>
        <w:br/>
      </w:r>
      <w:r>
        <w:rPr>
          <w:sz w:val="20"/>
        </w:rPr>
        <w:t>1:07:27  انہوں نے لکھا ہے کہ "Quite a few times it happens that we are invited in gatherings اور</w:t>
      </w:r>
      <w:r>
        <w:br/>
      </w:r>
      <w:r>
        <w:rPr>
          <w:sz w:val="20"/>
        </w:rPr>
        <w:t>1:07:34  parties.</w:t>
      </w:r>
      <w:r>
        <w:br/>
      </w:r>
      <w:r>
        <w:rPr>
          <w:sz w:val="20"/>
        </w:rPr>
        <w:t>1:07:36  in such gatherings and parties alcohol is also served.</w:t>
      </w:r>
      <w:r>
        <w:br/>
      </w:r>
      <w:r>
        <w:rPr>
          <w:sz w:val="20"/>
        </w:rPr>
        <w:t>1:07:40  "My question is that should we attend such gatherings or parties?" Dekhiye, hamara maslak jo Islam ke mutabiq</w:t>
      </w:r>
      <w:r>
        <w:br/>
      </w:r>
      <w:r>
        <w:rPr>
          <w:sz w:val="20"/>
        </w:rPr>
        <w:t>1:07:47  hai, woh yeh hai ke is aisi partyon mein waise to jana waqt ko zaya karna hai, lekin</w:t>
      </w:r>
      <w:r>
        <w:br/>
      </w:r>
      <w:r>
        <w:rPr>
          <w:sz w:val="20"/>
        </w:rPr>
        <w:t>1:07:55  agar aap daai hain tab jana bilkul, yaani bohat hi achi baat hogi ke aap apne pocket mein,</w:t>
      </w:r>
      <w:r>
        <w:br/>
      </w:r>
      <w:r>
        <w:rPr>
          <w:sz w:val="20"/>
        </w:rPr>
        <w:t>1:08:03  apne bag mein islamic popular rakh len, quran ka tarjuma rakh len, aisi kuch kitaben rakh len rasool</w:t>
      </w:r>
      <w:r>
        <w:br/>
      </w:r>
      <w:r>
        <w:rPr>
          <w:sz w:val="20"/>
        </w:rPr>
        <w:t>1:08:11  allah ki seerat par, aur wahan par jo log ate hain, un ko aap pesh karen kitaben.</w:t>
      </w:r>
      <w:r>
        <w:br/>
      </w:r>
      <w:r>
        <w:rPr>
          <w:sz w:val="20"/>
        </w:rPr>
        <w:t>1:08:18  to woh un ka amal hai ke woh alcohol lete hain ke nahi lete, woh un ka amal</w:t>
      </w:r>
      <w:r>
        <w:br/>
      </w:r>
      <w:r>
        <w:rPr>
          <w:sz w:val="20"/>
        </w:rPr>
        <w:t>1:08:26  hai.</w:t>
      </w:r>
      <w:r>
        <w:br/>
      </w:r>
      <w:r>
        <w:rPr>
          <w:sz w:val="20"/>
        </w:rPr>
        <w:t>1:08:27  aap ko is se kya lena dena hai? to yeh koi wajah nahi ke aap partyon mein na</w:t>
      </w:r>
      <w:r>
        <w:br/>
      </w:r>
      <w:r>
        <w:rPr>
          <w:sz w:val="20"/>
        </w:rPr>
        <w:t>1:08:35  jayen.</w:t>
      </w:r>
      <w:r>
        <w:br/>
      </w:r>
      <w:r>
        <w:rPr>
          <w:sz w:val="20"/>
        </w:rPr>
        <w:t>1:08:36  اصل چیز ہے کہ کیا آپ پارٹیوں میں جا کر کے آپ اس کو opportunity کو avail کر</w:t>
      </w:r>
      <w:r>
        <w:br/>
      </w:r>
      <w:r>
        <w:rPr>
          <w:sz w:val="20"/>
        </w:rPr>
        <w:t>1:08:44  کر سکتے ہیں؟ avail کر سکتے ہیں؟ یعنی ایک ایک gathering کو بطور audience کے استعمال کرنا، بطور</w:t>
      </w:r>
      <w:r>
        <w:br/>
      </w:r>
      <w:r>
        <w:rPr>
          <w:sz w:val="20"/>
        </w:rPr>
        <w:t>1:08:52  bado ke istemal karna, yeh aap kar sakte hain ke nahi? yahan par aap ko decision lena hai.</w:t>
      </w:r>
      <w:r>
        <w:br/>
      </w:r>
      <w:r>
        <w:rPr>
          <w:sz w:val="20"/>
        </w:rPr>
        <w:t>1:08:59  rasool allah sallallahu alaihi wasallam dekhiye, har mauqe pe ja dete the.</w:t>
      </w:r>
      <w:r>
        <w:br/>
      </w:r>
      <w:r>
        <w:rPr>
          <w:sz w:val="20"/>
        </w:rPr>
        <w:t>1:09:05  jahan but pooja ja raha hai, wahan pe ja dete the.</w:t>
      </w:r>
      <w:r>
        <w:br/>
      </w:r>
      <w:r>
        <w:rPr>
          <w:sz w:val="20"/>
        </w:rPr>
        <w:t>1:09:10  bazar lagte the, wahan pe tarah tarah ke zahiri rasmein hoti thin, wahan bhi jate the aap, kyunke</w:t>
      </w:r>
      <w:r>
        <w:br/>
      </w:r>
      <w:r>
        <w:rPr>
          <w:sz w:val="20"/>
        </w:rPr>
        <w:t>1:09:17  un ko aap bator madu ko dekhte the.</w:t>
      </w:r>
      <w:r>
        <w:br/>
      </w:r>
      <w:r>
        <w:rPr>
          <w:sz w:val="20"/>
        </w:rPr>
        <w:t>1:09:21  madu wahan ja kar aap quran pesh karte the.</w:t>
      </w:r>
      <w:r>
        <w:br/>
      </w:r>
      <w:r>
        <w:rPr>
          <w:sz w:val="20"/>
        </w:rPr>
        <w:t>1:09:25  تو آپ پر ڈیپینڈ کرتا ہے کہ آپ وہاں جا کر کے اس کو بطور opportunity avail کر</w:t>
      </w:r>
      <w:r>
        <w:br/>
      </w:r>
      <w:r>
        <w:rPr>
          <w:sz w:val="20"/>
        </w:rPr>
        <w:t>1:09:32  sakte hain ya nahi kar sakte.</w:t>
      </w:r>
      <w:r>
        <w:br/>
      </w:r>
      <w:r>
        <w:rPr>
          <w:sz w:val="20"/>
        </w:rPr>
        <w:t>1:09:35  is ko dekh kar faisla kijiye.</w:t>
      </w:r>
      <w:r>
        <w:br/>
      </w:r>
      <w:r>
        <w:rPr>
          <w:sz w:val="20"/>
        </w:rPr>
        <w:t>1:09:38  baqi woh alcohol lete hain ya nahi lete hain, woh woh woh aap woh aap ka concern nahi</w:t>
      </w:r>
      <w:r>
        <w:br/>
      </w:r>
      <w:r>
        <w:rPr>
          <w:sz w:val="20"/>
        </w:rPr>
        <w:t>1:09:45  hai.</w:t>
      </w:r>
    </w:p>
    <w:p>
      <w:pPr>
        <w:pStyle w:val="Heading2"/>
      </w:pPr>
      <w:r>
        <w:t>Harm and cure of excessive talking</w:t>
      </w:r>
    </w:p>
    <w:p>
      <w:r>
        <w:rPr>
          <w:color w:val="666666"/>
          <w:sz w:val="18"/>
        </w:rPr>
        <w:t>Ethics &amp; Character · An Intellectual Journey May 1, 2011 · 1m 41s · at 1:29:45 · https://youtu.be/AqjjyimoIqw?t=5385</w:t>
      </w:r>
    </w:p>
    <w:p>
      <w:r>
        <w:rPr>
          <w:i/>
        </w:rPr>
        <w:t>“Some people have the habit of talking too much; they make big claims but do nothing. For instance, someone said he would do only one work—spreading Al-Risala—but experience showed it was only talk, not action. What is the harm of excessive speaking and its cure?”</w:t>
      </w:r>
    </w:p>
    <w:p>
      <w:r>
        <w:rPr>
          <w:sz w:val="20"/>
        </w:rPr>
        <w:t>1:29:45  maulana amanullah mathiyani ne delhi se sawal likha hai, unhone likha hai ke kuch logon ke andar ziyada bolne ki aadat hoti hai, woh badi badi baatein karte hain magar woh koi kaam nahin karte.</w:t>
      </w:r>
      <w:r>
        <w:br/>
      </w:r>
      <w:r>
        <w:rPr>
          <w:sz w:val="20"/>
        </w:rPr>
        <w:t>1:30:00  misalan aik sahib mile, unhon ne kaha ke ab mein aik hi kaam karunga, aur woh hai al-risala ko phailana, magar tajrube se maloom hua ke yeh sirf kehne ki baat thi na ke karne ki.</w:t>
      </w:r>
      <w:r>
        <w:br/>
      </w:r>
      <w:r>
        <w:rPr>
          <w:sz w:val="20"/>
        </w:rPr>
        <w:t>1:30:15  maulana, ziyada bolne ka nuqsan aur is ka ilaaj kya hai? bhai, dunya ke aap darogha hi ban sakte hain.</w:t>
      </w:r>
      <w:r>
        <w:br/>
      </w:r>
      <w:r>
        <w:rPr>
          <w:sz w:val="20"/>
        </w:rPr>
        <w:t>1:30:25  inma anta muzakkir lasta alaihim bimustair.</w:t>
      </w:r>
      <w:r>
        <w:br/>
      </w:r>
      <w:r>
        <w:rPr>
          <w:sz w:val="20"/>
        </w:rPr>
        <w:t>1:30:29  yeh mumkin nahi ke dunya ko aap aik hi partner par dhal dein, aisa mumkin nahi hai.</w:t>
      </w:r>
      <w:r>
        <w:br/>
      </w:r>
      <w:r>
        <w:rPr>
          <w:sz w:val="20"/>
        </w:rPr>
        <w:t>1:30:37  to aik hai islaah-e-haal, is ka nuskhah kisi ke paas nahi, paighambar ke paas bhi nahi. yani amli maanon mein islaah-e-haal kisi paighambar ke paas woh nuskhah nahi tha.</w:t>
      </w:r>
      <w:r>
        <w:br/>
      </w:r>
      <w:r>
        <w:rPr>
          <w:sz w:val="20"/>
        </w:rPr>
        <w:t>1:30:48  hum aap kya kar sakte hain? samjhayein, samjhane se na kaam chale, dua karein, bas yahi kar sakte hain. yani halaat ko bil-fi'l badal dena,</w:t>
      </w:r>
      <w:r>
        <w:br/>
      </w:r>
      <w:r>
        <w:rPr>
          <w:sz w:val="20"/>
        </w:rPr>
        <w:t>1:30:58  yeh to paighambar ke bas mein bhi nahi tha. to hamare aap ke bas mein kaise ho sakta hai? yeh dunya daar-ul-imtihaan hai, har aadmi apni marzi se karega jo jo karna hai, us ko yahan tak ke qayamat aa jaye.</w:t>
      </w:r>
      <w:r>
        <w:br/>
      </w:r>
      <w:r>
        <w:rPr>
          <w:sz w:val="20"/>
        </w:rPr>
        <w:t>1:31:12  to halaat ko bil-fi'l badal dena, yeh mumkin nahi hai, lekin yeh zaroor mumkin hai ke aap un ko samjhane ki koshish karein, aur nasf faida ho samjhane se to dua karein, yeh hamesha aap ke bas mein hai.</w:t>
      </w:r>
    </w:p>
    <w:p>
      <w:pPr>
        <w:pStyle w:val="Heading2"/>
      </w:pPr>
      <w:r>
        <w:t>Hatred from loss of loved ones</w:t>
      </w:r>
    </w:p>
    <w:p>
      <w:r>
        <w:rPr>
          <w:color w:val="666666"/>
          <w:sz w:val="18"/>
        </w:rPr>
        <w:t>Ethics &amp; Character · Good News from Kashmir May 14, 2017 · 1m 48s · at 54:13 · https://youtu.be/2XwuYi_nH28?t=3253</w:t>
      </w:r>
    </w:p>
    <w:p>
      <w:r>
        <w:rPr>
          <w:i/>
        </w:rPr>
        <w:t>“There are many people who lost their near and dear ones in violence. This has led to developing of hatred in their hearts.”</w:t>
      </w:r>
    </w:p>
    <w:p>
      <w:r>
        <w:rPr>
          <w:sz w:val="20"/>
        </w:rPr>
        <w:t>54:13  abu dhabi se zubair sahab ne molana aap ke liye sawal bheja hai.</w:t>
      </w:r>
      <w:r>
        <w:br/>
      </w:r>
      <w:r>
        <w:rPr>
          <w:sz w:val="20"/>
        </w:rPr>
        <w:t>54:17  انہوں نے لکھا ہے: "مولانا، there are many people who lost their near and dear ones in violence.</w:t>
      </w:r>
      <w:r>
        <w:br/>
      </w:r>
      <w:r>
        <w:rPr>
          <w:sz w:val="20"/>
        </w:rPr>
        <w:t>54:21  This has led to developing of hatred in their hearts.</w:t>
      </w:r>
      <w:r>
        <w:br/>
      </w:r>
      <w:r>
        <w:rPr>
          <w:sz w:val="20"/>
        </w:rPr>
        <w:t>54:26  How can their hearts be comforted and what would you advise to them so that their hatred ends</w:t>
      </w:r>
      <w:r>
        <w:br/>
      </w:r>
      <w:r>
        <w:rPr>
          <w:sz w:val="20"/>
        </w:rPr>
        <w:t>54:32  and they do not become the reason for further violence? Please give your advice." Bhai, meri advice ki</w:t>
      </w:r>
      <w:r>
        <w:br/>
      </w:r>
      <w:r>
        <w:rPr>
          <w:sz w:val="20"/>
        </w:rPr>
        <w:t>54:38  zarurat nahi hai.</w:t>
      </w:r>
      <w:r>
        <w:br/>
      </w:r>
      <w:r>
        <w:rPr>
          <w:sz w:val="20"/>
        </w:rPr>
        <w:t>54:44  quran mein advice maujood hai ke uhud ke mauqay par yeh hua ke sahaba, sahaba jinka har</w:t>
      </w:r>
      <w:r>
        <w:br/>
      </w:r>
      <w:r>
        <w:rPr>
          <w:sz w:val="20"/>
        </w:rPr>
        <w:t>54:50  آدمی ہم سے billion times زیادہ تھا، کہ 70 آ</w:t>
      </w:r>
      <w:r>
        <w:br/>
      </w:r>
      <w:r>
        <w:rPr>
          <w:sz w:val="20"/>
        </w:rPr>
        <w:t>54:56  shakhs, taqreeban 70 aadmi mary gaye aur 70 aadmi zakhmi hue.</w:t>
      </w:r>
      <w:r>
        <w:br/>
      </w:r>
      <w:r>
        <w:rPr>
          <w:sz w:val="20"/>
        </w:rPr>
        <w:t>55:02  lekin quran ne kiya un ko hidayat di? "lakum tas'u ala wafatikum" to jo faut ho gaya, jo</w:t>
      </w:r>
      <w:r>
        <w:br/>
      </w:r>
      <w:r>
        <w:rPr>
          <w:sz w:val="20"/>
        </w:rPr>
        <w:t>55:08  khoya gaya, us par afsos mat karo.</w:t>
      </w:r>
      <w:r>
        <w:br/>
      </w:r>
      <w:r>
        <w:rPr>
          <w:sz w:val="20"/>
        </w:rPr>
        <w:t>55:14  yahi khud is ka matlab kiya hai? agar tum khoye par afsos karna chor do gay to allah</w:t>
      </w:r>
      <w:r>
        <w:br/>
      </w:r>
      <w:r>
        <w:rPr>
          <w:sz w:val="20"/>
        </w:rPr>
        <w:t>55:20  ta'ala kiya karega?</w:t>
      </w:r>
      <w:r>
        <w:br/>
      </w:r>
      <w:r>
        <w:rPr>
          <w:sz w:val="20"/>
        </w:rPr>
        <w:t>55:26  Khoye se zyada tum ko dega, bahut zyada. Wahi hua to jin logon ke kuch log, yaani halaak hue hain pichhle is mein, to ek hi shakal yeh hai ke woh Quran ki is aayat ko pakrein, woh un ko bulayein, un ke liye duaayein karein aur Allah se umeed karein ke Allah yeh karega un ke saath ke jo kuch khoya gaya, us se bahut</w:t>
      </w:r>
      <w:r>
        <w:br/>
      </w:r>
      <w:r>
        <w:rPr>
          <w:sz w:val="20"/>
        </w:rPr>
        <w:t>55:56  zyada in ko de dega.</w:t>
      </w:r>
    </w:p>
    <w:p>
      <w:pPr>
        <w:pStyle w:val="Heading2"/>
      </w:pPr>
      <w:r>
        <w:t>How can we identify our shortcomings?</w:t>
      </w:r>
    </w:p>
    <w:p>
      <w:r>
        <w:rPr>
          <w:color w:val="666666"/>
          <w:sz w:val="18"/>
        </w:rPr>
        <w:t>Ethics &amp; Character · Problem and Shukr March 15, 2015 · 1m 29s · at 50:11 · https://youtu.be/SPBsXjH1hzM?t=3011</w:t>
      </w:r>
    </w:p>
    <w:p>
      <w:r>
        <w:rPr>
          <w:i/>
        </w:rPr>
        <w:t>“How do we identify our shortcomings?”</w:t>
      </w:r>
    </w:p>
    <w:p>
      <w:r>
        <w:rPr>
          <w:sz w:val="20"/>
        </w:rPr>
        <w:t>50:11  maulana, agla sawal kya hai bhopal se tosiq sahib ne, aur woh aap se janna chahte hain ke how do we identify our shortcomings?</w:t>
      </w:r>
      <w:r>
        <w:br/>
      </w:r>
      <w:r>
        <w:rPr>
          <w:sz w:val="20"/>
        </w:rPr>
        <w:t>50:23  what is how do we identify our shortcomings? muhasba aik hi formula bataya gaya hai quran o hadees mein. muhasba yani introspection,</w:t>
      </w:r>
      <w:r>
        <w:br/>
      </w:r>
      <w:r>
        <w:rPr>
          <w:sz w:val="20"/>
        </w:rPr>
        <w:t>50:34  woh aadmi ke andar itna zyada dakhil hota hai ke woh aap ne khud hi discover kar sakta hai. doosra aadmi is ko identify nahi kar sakta.</w:t>
      </w:r>
      <w:r>
        <w:br/>
      </w:r>
      <w:r>
        <w:rPr>
          <w:sz w:val="20"/>
        </w:rPr>
        <w:t>50:44  is ke soch mein, is ke jazbat mein, is ki personality mein ghusa hua hota hai. woh to kaun doosra is ko identify karega? aap karengay.</w:t>
      </w:r>
      <w:r>
        <w:br/>
      </w:r>
      <w:r>
        <w:rPr>
          <w:sz w:val="20"/>
        </w:rPr>
        <w:t>50:54  to is ke liye quran mein aur hadees mein jo cheez batayi gayi hai, woh hai muhasba.</w:t>
      </w:r>
      <w:r>
        <w:br/>
      </w:r>
      <w:r>
        <w:rPr>
          <w:sz w:val="20"/>
        </w:rPr>
        <w:t>50:59  muhasba ka matlab hota hai introspection, yani apne apne khilaf sochna, apne apne baray mein sochna,</w:t>
      </w:r>
      <w:r>
        <w:br/>
      </w:r>
      <w:r>
        <w:rPr>
          <w:sz w:val="20"/>
        </w:rPr>
        <w:t>51:10  yani anti self thinking. main samajhta hoon ke aik hi cheez hai jo aap ko bata sakti hai ke aap ke andar kya kamiyaan hain, woh hai anti self thinking.</w:t>
      </w:r>
      <w:r>
        <w:br/>
      </w:r>
      <w:r>
        <w:rPr>
          <w:sz w:val="20"/>
        </w:rPr>
        <w:t>51:20  to jis ko allah ka, jis ko jo aadmi yeh chahta ho ke woh allah ke rehmaton ka mustahiq banay, to us ko anti self thinking karna hi karna hai.</w:t>
      </w:r>
      <w:r>
        <w:br/>
      </w:r>
      <w:r>
        <w:rPr>
          <w:sz w:val="20"/>
        </w:rPr>
        <w:t>51:31  yeh to sab bari ibadat hai. anti self thinking sab se bari ibadat hai.</w:t>
      </w:r>
    </w:p>
    <w:p>
      <w:pPr>
        <w:pStyle w:val="Heading2"/>
      </w:pPr>
      <w:r>
        <w:t>How forgiveness helps maintain patience and positivity</w:t>
      </w:r>
    </w:p>
    <w:p>
      <w:r>
        <w:rPr>
          <w:color w:val="666666"/>
          <w:sz w:val="18"/>
        </w:rPr>
        <w:t>Ethics &amp; Character · Problem and Shukr March 15, 2015 · 52s · at 46:30 · https://youtu.be/SPBsXjH1hzM?t=2790</w:t>
      </w:r>
    </w:p>
    <w:p>
      <w:r>
        <w:rPr>
          <w:i/>
        </w:rPr>
        <w:t>“How important is it? How important is forgiveness in keeping patience and positivity?”</w:t>
      </w:r>
    </w:p>
    <w:p>
      <w:r>
        <w:rPr>
          <w:sz w:val="20"/>
        </w:rPr>
        <w:t>46:30  Maulana. Agla sawal Miss Naghma Siddiqui ka hai Delhi se, aur unhone aap se poocha hai ke "How important is it?</w:t>
      </w:r>
      <w:r>
        <w:br/>
      </w:r>
      <w:r>
        <w:rPr>
          <w:sz w:val="20"/>
        </w:rPr>
        <w:t>46:39  How important is forgiveness in keeping patience and positive</w:t>
      </w:r>
      <w:r>
        <w:br/>
      </w:r>
      <w:r>
        <w:rPr>
          <w:sz w:val="20"/>
        </w:rPr>
        <w:t>46:45  ty?" Ji, forgiveness ke baghair to sab kuch kho deta hai aadmi, kyunke duniya mein to insan ki taraf se aap ko unpleasant cheezein pesh aayengi, aayengi.</w:t>
      </w:r>
      <w:r>
        <w:br/>
      </w:r>
      <w:r>
        <w:rPr>
          <w:sz w:val="20"/>
        </w:rPr>
        <w:t>46:59  yeh to bilkul mumkin nahi ke sab kuch smooth ho jaye.</w:t>
      </w:r>
      <w:r>
        <w:br/>
      </w:r>
      <w:r>
        <w:rPr>
          <w:sz w:val="20"/>
        </w:rPr>
        <w:t>47:03  to forgiveness to bilkul must hai is baat ke liye ke aap ke andar shukr ka jazba baqar hai aur aur positive thinking baqar hai.</w:t>
      </w:r>
      <w:r>
        <w:br/>
      </w:r>
      <w:r>
        <w:rPr>
          <w:sz w:val="20"/>
        </w:rPr>
        <w:t>47:16  baghair forgiveness ke kuch bhi nahi ho sakta.</w:t>
      </w:r>
    </w:p>
    <w:p>
      <w:pPr>
        <w:pStyle w:val="Heading2"/>
      </w:pPr>
      <w:r>
        <w:t>How should we reform ourselves?</w:t>
      </w:r>
    </w:p>
    <w:p>
      <w:r>
        <w:rPr>
          <w:color w:val="666666"/>
          <w:sz w:val="18"/>
        </w:rPr>
        <w:t>Ethics &amp; Character · Importance of Peace December 16, 2012 · 1m 22s · at 1:26:58 · https://youtu.be/nymyorYyEz4?t=5218</w:t>
      </w:r>
    </w:p>
    <w:p>
      <w:r>
        <w:rPr>
          <w:i/>
        </w:rPr>
        <w:t>“Maulana, how should we reform ourselves? Please explain.”</w:t>
      </w:r>
    </w:p>
    <w:p>
      <w:r>
        <w:rPr>
          <w:sz w:val="20"/>
        </w:rPr>
        <w:t>1:26:58  maulana, agla sawal shorapur karnataka se hai mehboob hasan</w:t>
      </w:r>
      <w:r>
        <w:br/>
      </w:r>
      <w:r>
        <w:rPr>
          <w:sz w:val="20"/>
        </w:rPr>
        <w:t>1:27:04  sahib ka. unhon ne aap se poocha hai: "maulana, hamein apni islaah kaise karni chahiye?" is ke baray mein batayen. apni islaah kaise karni chahiye?</w:t>
      </w:r>
      <w:r>
        <w:br/>
      </w:r>
      <w:r>
        <w:rPr>
          <w:sz w:val="20"/>
        </w:rPr>
        <w:t>1:27:16  khud hi khud karen ge aap, doosra kya batayega? dekhen, yeh koi main is ko sincere question nahi samajhta.</w:t>
      </w:r>
      <w:r>
        <w:br/>
      </w:r>
      <w:r>
        <w:rPr>
          <w:sz w:val="20"/>
        </w:rPr>
        <w:t>1:27:26  kya koi maa aap jante hain ke agar bachcha paida</w:t>
      </w:r>
      <w:r>
        <w:br/>
      </w:r>
      <w:r>
        <w:rPr>
          <w:sz w:val="20"/>
        </w:rPr>
        <w:t>1:27:31  hua to mohallay mein ghoom phor pooch rahi hai ke aap ne bachche ko kaise paaloon? main poori history mein aisi maa bata sakte hain aap koi ke beta paida hua tha, is se us ko ghoom ghoom rahi hai mohallay mein, main kaise us ko paaloon?</w:t>
      </w:r>
      <w:r>
        <w:br/>
      </w:r>
      <w:r>
        <w:rPr>
          <w:sz w:val="20"/>
        </w:rPr>
        <w:t>1:27:46  yeh question koi sincere question nahi. agar aap ke dil mein aag lagi hui hai ke mujhe yeh kaam karna hai to ab woh aag jo hai, wohi bata degi aap ko ke mujhe kya karna chahiye.</w:t>
      </w:r>
      <w:r>
        <w:br/>
      </w:r>
      <w:r>
        <w:rPr>
          <w:sz w:val="20"/>
        </w:rPr>
        <w:t>1:27:59  to maa ke dil mein aag lagi hoti hai ke mujhe apne bete ke liye karna hai, us ko paalna hai, us ko to bas us ko kisi ki advice ki zaroorat bhi nahi hai.</w:t>
      </w:r>
      <w:r>
        <w:br/>
      </w:r>
      <w:r>
        <w:rPr>
          <w:sz w:val="20"/>
        </w:rPr>
        <w:t>1:28:08  us ko aap apne dil mein aag lagaiye to aap ko poochne ki zaroorat nahi hogi.</w:t>
      </w:r>
    </w:p>
    <w:p>
      <w:pPr>
        <w:pStyle w:val="Heading2"/>
      </w:pPr>
      <w:r>
        <w:t>How to Develop Morality in Children</w:t>
      </w:r>
    </w:p>
    <w:p>
      <w:r>
        <w:rPr>
          <w:color w:val="666666"/>
          <w:sz w:val="18"/>
        </w:rPr>
        <w:t>Ethics &amp; Character · Revival and Revivalist June 7, 2015 · 1m 21s · at 48:41 · https://youtu.be/MCY8AJ87BXc?t=2921</w:t>
      </w:r>
    </w:p>
    <w:p>
      <w:r>
        <w:rPr>
          <w:i/>
        </w:rPr>
        <w:t>“Recently I attended a school function with my child and there was a great discussion on morality development in children. At the end of the function I failed to understand how we can develop morality in our children. What is morality and how can we develop it in our children?”</w:t>
      </w:r>
    </w:p>
    <w:p>
      <w:r>
        <w:rPr>
          <w:sz w:val="20"/>
        </w:rPr>
        <w:t>48:41  yeh niyat hai aur is liye yeh ma'ni. agla sawal aaya hai hussain arha ka srinagar se. assalam o alaikum molana sahib.</w:t>
      </w:r>
      <w:r>
        <w:br/>
      </w:r>
      <w:r>
        <w:rPr>
          <w:sz w:val="20"/>
        </w:rPr>
        <w:t>48:53  recently i attended a school function with my child and there was a great discussion on morality development in children.</w:t>
      </w:r>
      <w:r>
        <w:br/>
      </w:r>
      <w:r>
        <w:rPr>
          <w:sz w:val="20"/>
        </w:rPr>
        <w:t>49:03  at the end of the function i failed to understand how can we develop morality in our children. Maulana sahib, my question to you is what is morality and how can we develop this in our children?</w:t>
      </w:r>
      <w:r>
        <w:br/>
      </w:r>
      <w:r>
        <w:rPr>
          <w:sz w:val="20"/>
        </w:rPr>
        <w:t>49:20  yeh jo aap aaj jo baatein keen, yeh sab moral ko boost karne ki baatein hain. abhi jo maine baatein kahi hain, moral ko boost karne ki baatein hain.</w:t>
      </w:r>
      <w:r>
        <w:br/>
      </w:r>
      <w:r>
        <w:rPr>
          <w:sz w:val="20"/>
        </w:rPr>
        <w:t>49:31  to hamari hamare lecture, hum hamare jo lecture hote hain, woh ka audio aur video tape maujood hai, usko sunwaiye ya kitabein padhwaiye.</w:t>
      </w:r>
      <w:r>
        <w:br/>
      </w:r>
      <w:r>
        <w:rPr>
          <w:sz w:val="20"/>
        </w:rPr>
        <w:t>49:43  hamare mareezi nikalte hain, usko padhwaiye.</w:t>
      </w:r>
      <w:r>
        <w:br/>
      </w:r>
      <w:r>
        <w:rPr>
          <w:sz w:val="20"/>
        </w:rPr>
        <w:t>49:47  is hamara hamare mission ka maqsad yeh hai ke moral boost karna. to aap is ko, hamari kitabon ko, hamare video ko istemal kijiye.</w:t>
      </w:r>
      <w:r>
        <w:br/>
      </w:r>
      <w:r>
        <w:rPr>
          <w:sz w:val="20"/>
        </w:rPr>
        <w:t>49:57  inshallah mustafeed hoga.</w:t>
      </w:r>
    </w:p>
    <w:p>
      <w:pPr>
        <w:pStyle w:val="Heading2"/>
      </w:pPr>
      <w:r>
        <w:t>How to Do Self-Correction After Self-Hammering</w:t>
      </w:r>
    </w:p>
    <w:p>
      <w:r>
        <w:rPr>
          <w:color w:val="666666"/>
          <w:sz w:val="18"/>
        </w:rPr>
        <w:t>Ethics &amp; Character · Dars-e-Quran, Ch. 2 Verse 54 | March 18, 2018 · 4m 43s · at 1:08:59 · https://youtu.be/xQ2LXsz1oTw?t=4139</w:t>
      </w:r>
    </w:p>
    <w:p>
      <w:r>
        <w:rPr>
          <w:i/>
        </w:rPr>
        <w:t>“You said today to do self-hammering. My question is: how can we do self-correction?”</w:t>
      </w:r>
    </w:p>
    <w:p>
      <w:r>
        <w:rPr>
          <w:sz w:val="20"/>
        </w:rPr>
        <w:t>1:08:59  Maulana, agla sawal Ahmedabad se Zaka Khan sahib ne bheja hai.</w:t>
      </w:r>
      <w:r>
        <w:br/>
      </w:r>
      <w:r>
        <w:rPr>
          <w:sz w:val="20"/>
        </w:rPr>
        <w:t>1:09:03  انہوں نے لکھا ہے: "مولانا، you said today to do self-hammering۔</w:t>
      </w:r>
      <w:r>
        <w:br/>
      </w:r>
      <w:r>
        <w:rPr>
          <w:sz w:val="20"/>
        </w:rPr>
        <w:t>1:09:07  my question is how can we do self correction</w:t>
      </w:r>
      <w:r>
        <w:br/>
      </w:r>
      <w:r>
        <w:rPr>
          <w:sz w:val="20"/>
        </w:rPr>
        <w:t>1:09:12  as most of the time? A person is not able to do it as they think they are in the right path. So how to identify our shortcomings? Please advice on this." Dekhiye, yeh tauba ka jo hai, tauba ek baat nahi. Tauba, tauba ka naam hai. Tauba ek process ka naam hai. Life</w:t>
      </w:r>
      <w:r>
        <w:br/>
      </w:r>
      <w:r>
        <w:rPr>
          <w:sz w:val="20"/>
        </w:rPr>
        <w:t>1:09:42  long process. Tauba life long process ka naam hai. Main dekhiye, Allah ke fazl se har din mein apni ghalti dhoondhta hoon. Har din, har din. Kal main ne ek ghalti dhoondi. Aap pooch sakte hain, aap se bataya to main ne to tauba koi koi koi joke hai. To tauba ek bar to keh diya, tauba, tauba. Bas ho gaya. Tauba</w:t>
      </w:r>
      <w:r>
        <w:br/>
      </w:r>
      <w:r>
        <w:rPr>
          <w:sz w:val="20"/>
        </w:rPr>
        <w:t>1:10:12  yeh ek life long process hai.</w:t>
      </w:r>
      <w:r>
        <w:br/>
      </w:r>
      <w:r>
        <w:rPr>
          <w:sz w:val="20"/>
        </w:rPr>
        <w:t>1:10:17  aap ko dhoondna padta hai ke mera kahan kahan kahan kahan mein ne koi ghalti ki thi jis</w:t>
      </w:r>
      <w:r>
        <w:br/>
      </w:r>
      <w:r>
        <w:rPr>
          <w:sz w:val="20"/>
        </w:rPr>
        <w:t>1:10:22  ko ab abhi ne door nahi kiya.</w:t>
      </w:r>
      <w:r>
        <w:br/>
      </w:r>
      <w:r>
        <w:rPr>
          <w:sz w:val="20"/>
        </w:rPr>
        <w:t>1:10:27  tauba life long process of rethinking ka naam hai.</w:t>
      </w:r>
      <w:r>
        <w:br/>
      </w:r>
      <w:r>
        <w:rPr>
          <w:sz w:val="20"/>
        </w:rPr>
        <w:t>1:10:32  woh aap kijiye.</w:t>
      </w:r>
      <w:r>
        <w:br/>
      </w:r>
      <w:r>
        <w:rPr>
          <w:sz w:val="20"/>
        </w:rPr>
        <w:t>1:10:37  aap yeh kaun karta hai?</w:t>
      </w:r>
      <w:r>
        <w:br/>
      </w:r>
      <w:r>
        <w:rPr>
          <w:sz w:val="20"/>
        </w:rPr>
        <w:t>1:10:43  Yeh koi karta hi nahi. Allah ke fazl se main ne tauba pe bahut socha hai. To main taqreeban daily mein dhoondhta hoon apne andar ghaltiyan. Taqreeban daily. To yeh kijiye, aap khali astaghfirullah keh den</w:t>
      </w:r>
      <w:r>
        <w:br/>
      </w:r>
      <w:r>
        <w:rPr>
          <w:sz w:val="20"/>
        </w:rPr>
        <w:t>1:11:13  e</w:t>
      </w:r>
      <w:r>
        <w:br/>
      </w:r>
      <w:r>
        <w:rPr>
          <w:sz w:val="20"/>
        </w:rPr>
        <w:t>1:11:19  toh ise kahein, is ka naam tauba nahi hai.</w:t>
      </w:r>
      <w:r>
        <w:br/>
      </w:r>
      <w:r>
        <w:rPr>
          <w:sz w:val="20"/>
        </w:rPr>
        <w:t>1:11:25  tauba naam hai apni galtiyon ko dhoondne ka, dhoond dhoond ke nikalne ka.</w:t>
      </w:r>
      <w:r>
        <w:br/>
      </w:r>
      <w:r>
        <w:rPr>
          <w:sz w:val="20"/>
        </w:rPr>
        <w:t>1:11:31  mein jab gaon mein tha toh ek martaba maine dekha khet mein.</w:t>
      </w:r>
      <w:r>
        <w:br/>
      </w:r>
      <w:r>
        <w:rPr>
          <w:sz w:val="20"/>
        </w:rPr>
        <w:t>1:11:37  khet jab katta hai toh jo pehle zamane mein aisa hota tha, shayad ab</w:t>
      </w:r>
      <w:r>
        <w:br/>
      </w:r>
      <w:r>
        <w:rPr>
          <w:sz w:val="20"/>
        </w:rPr>
        <w:t>1:11:43  kya, mujhe pata nahi. To aurten aati theen, dalit family ki aurten, aur woh jo jhad ke girte the daane, us ko chunti theen. To main ek martaba dekha ke do aurten dalit family ki baithi hui hain. Ek un ke sar ko main dhoondh rahi hoon, doosra un ke sar ko dhoondh rahi hoon. Aur woh juw</w:t>
      </w:r>
      <w:r>
        <w:br/>
      </w:r>
      <w:r>
        <w:rPr>
          <w:sz w:val="20"/>
        </w:rPr>
        <w:t>1:12:13  ein, dono ek doosre ke joen ko dhoond dhoond nikal rahi theen.</w:t>
      </w:r>
      <w:r>
        <w:br/>
      </w:r>
      <w:r>
        <w:rPr>
          <w:sz w:val="20"/>
        </w:rPr>
        <w:t>1:12:18  toh maine kaha ke yahi tauba hai ke dhoond kar nikalo apni galtiyon ko, apne gunahon ko.</w:t>
      </w:r>
      <w:r>
        <w:br/>
      </w:r>
      <w:r>
        <w:rPr>
          <w:sz w:val="20"/>
        </w:rPr>
        <w:t>1:12:23  dhoond dhoond kar, dhoond dhoond kar, dhoond dhoond kar.</w:t>
      </w:r>
      <w:r>
        <w:br/>
      </w:r>
      <w:r>
        <w:rPr>
          <w:sz w:val="20"/>
        </w:rPr>
        <w:t>1:12:28  aur yeh life long process hai.</w:t>
      </w:r>
      <w:r>
        <w:br/>
      </w:r>
      <w:r>
        <w:rPr>
          <w:sz w:val="20"/>
        </w:rPr>
        <w:t>1:12:33  isi liye tauba ki shart lagai hai Allah taala ne.</w:t>
      </w:r>
      <w:r>
        <w:br/>
      </w:r>
      <w:r>
        <w:rPr>
          <w:sz w:val="20"/>
        </w:rPr>
        <w:t>1:12:38  tauba nasooh, tubo tubat al nasooha.</w:t>
      </w:r>
      <w:r>
        <w:br/>
      </w:r>
      <w:r>
        <w:rPr>
          <w:sz w:val="20"/>
        </w:rPr>
        <w:t>1:12:43  Tauba karo, lekin tauba nasuh karo. Okay, so we will end the session now. Thank you.</w:t>
      </w:r>
    </w:p>
    <w:p>
      <w:pPr>
        <w:pStyle w:val="Heading2"/>
      </w:pPr>
      <w:r>
        <w:t>How to become complaint-free</w:t>
      </w:r>
    </w:p>
    <w:p>
      <w:r>
        <w:rPr>
          <w:color w:val="666666"/>
          <w:sz w:val="18"/>
        </w:rPr>
        <w:t>Ethics &amp; Character · Modern Age June 9, 2019 Maulana Wahiduddin Khan · 3m 50s · at 57:17 · https://youtu.be/7mjCvAvHEdA?t=3437</w:t>
      </w:r>
    </w:p>
    <w:p>
      <w:r>
        <w:rPr>
          <w:i/>
        </w:rPr>
        <w:t>“Maulana, complaint comes naturally when we experience failure, negative reaction and when something wrong happens. My question is, how can we become hundred percent complaint free? It is so difficult. I try but fail even reminding myself that God does not want me to be a complaining person.”</w:t>
      </w:r>
    </w:p>
    <w:p>
      <w:r>
        <w:rPr>
          <w:sz w:val="20"/>
        </w:rPr>
        <w:t>57:17  bas sab kuch theek ho jaye ga. Maulana Idrees Ahmed sahib ne Ahmedabad se sawal bheja hai. unhon ne likha hai, "Maulana, complaint comes naturally when we experience failure, negative reaction aur when something wrong happens.</w:t>
      </w:r>
      <w:r>
        <w:br/>
      </w:r>
      <w:r>
        <w:rPr>
          <w:sz w:val="20"/>
        </w:rPr>
        <w:t>57:36  My question is, how can we become hundred percent complaint free؟</w:t>
      </w:r>
      <w:r>
        <w:br/>
      </w:r>
      <w:r>
        <w:rPr>
          <w:sz w:val="20"/>
        </w:rPr>
        <w:t>57:41  It is so difficult۔ I try but fail even reminding myself that God does not want me to be a complaining person۔</w:t>
      </w:r>
      <w:r>
        <w:br/>
      </w:r>
      <w:r>
        <w:rPr>
          <w:sz w:val="20"/>
        </w:rPr>
        <w:t>57:51  But still negative thoughts come۔ I feel helpless when I can't manage my negativity۔ Please advise me, Maulana, how to manage myself and that I become a hundred percent complaint free person." dekhiye,</w:t>
      </w:r>
      <w:r>
        <w:br/>
      </w:r>
      <w:r>
        <w:rPr>
          <w:sz w:val="20"/>
        </w:rPr>
        <w:t>58:10  main aap ko kahoon ga ke apne aap ko</w:t>
      </w:r>
      <w:r>
        <w:br/>
      </w:r>
      <w:r>
        <w:rPr>
          <w:sz w:val="20"/>
        </w:rPr>
        <w:t>58:23  is soch se jagaiye ke aap ki thinking right thinking hai. main apne baray mein keh sakta hoon ke jo log mere saath rehte hain, aap un sab se interview kijiye aur poochein mere baray mein ke main complaint free hoon ke nahi hoon.</w:t>
      </w:r>
      <w:r>
        <w:br/>
      </w:r>
      <w:r>
        <w:rPr>
          <w:sz w:val="20"/>
        </w:rPr>
        <w:t>58:45  bari bari baatein mere khilaf hoti hain, bari bari baatein, lekin woh us ko</w:t>
      </w:r>
      <w:r>
        <w:br/>
      </w:r>
      <w:r>
        <w:rPr>
          <w:sz w:val="20"/>
        </w:rPr>
        <w:t>58:52  shikayat ke khane mein nahi dalta. us ko manage karta hoon, manage karta hoon. aik aadmi agar aisa kar sakta hai to sab aadmi kar sakte hain.</w:t>
      </w:r>
      <w:r>
        <w:br/>
      </w:r>
      <w:r>
        <w:rPr>
          <w:sz w:val="20"/>
        </w:rPr>
        <w:t>59:02  yeh usool hai ke agar aik aadmi shikayat free jee sakta hai to sab log shikayat free jee sakte hain. kya mushkil hai؟</w:t>
      </w:r>
      <w:r>
        <w:br/>
      </w:r>
      <w:r>
        <w:rPr>
          <w:sz w:val="20"/>
        </w:rPr>
        <w:t>59:13  to</w:t>
      </w:r>
      <w:r>
        <w:br/>
      </w:r>
      <w:r>
        <w:rPr>
          <w:sz w:val="20"/>
        </w:rPr>
        <w:t>59:17  excuse dena chhod dijiye. mera maqola hai ke "If you are good excuse, don't use it۔"</w:t>
      </w:r>
      <w:r>
        <w:br/>
      </w:r>
      <w:r>
        <w:rPr>
          <w:sz w:val="20"/>
        </w:rPr>
        <w:t>59:27  Excuse dena chhod dijiye. bas har cheez apni apni durust ho jaye gi. sare log kahin na kahin excuse liye rehte hain. sare log kahin na kahin excuse liye rehte hain.</w:t>
      </w:r>
      <w:r>
        <w:br/>
      </w:r>
      <w:r>
        <w:rPr>
          <w:sz w:val="20"/>
        </w:rPr>
        <w:t>59:40  to excuse dena bilkul chhod dijiye. "If you are good excuse, don't use it۔" yeh main kehta hoon. "If you have good excuse, don't use it۔"</w:t>
      </w:r>
      <w:r>
        <w:br/>
      </w:r>
      <w:r>
        <w:rPr>
          <w:sz w:val="20"/>
        </w:rPr>
        <w:t>59:52  us ko pakad li jiye, is formula ko, aur phir dekhein ke aap ki dunya kitni mukhtalif ho gayi aap ke liye. dunya aap ke liye kitni zyada mukhtalif ho gayi hai.</w:t>
      </w:r>
      <w:r>
        <w:br/>
      </w:r>
      <w:r>
        <w:rPr>
          <w:sz w:val="20"/>
        </w:rPr>
        <w:t>1:00:07  Okay, we will end today's session. Thank you.</w:t>
      </w:r>
    </w:p>
    <w:p>
      <w:pPr>
        <w:pStyle w:val="Heading2"/>
      </w:pPr>
      <w:r>
        <w:t>How to become large-hearted</w:t>
      </w:r>
    </w:p>
    <w:p>
      <w:r>
        <w:rPr>
          <w:color w:val="666666"/>
          <w:sz w:val="18"/>
        </w:rPr>
        <w:t>Ethics &amp; Character · The Creation Plan of God I February 14, 2016 · 58s · at 1:10:27 · https://youtu.be/BzfZIALqyNI?t=4227</w:t>
      </w:r>
    </w:p>
    <w:p>
      <w:r>
        <w:rPr>
          <w:i/>
        </w:rPr>
        <w:t>“How can one become a large-hearted person?”</w:t>
      </w:r>
    </w:p>
    <w:p>
      <w:r>
        <w:rPr>
          <w:sz w:val="20"/>
        </w:rPr>
        <w:t>1:10:27  maulana, agla sawal mumabi se hai.</w:t>
      </w:r>
      <w:r>
        <w:br/>
      </w:r>
      <w:r>
        <w:rPr>
          <w:sz w:val="20"/>
        </w:rPr>
        <w:t>1:10:30  فہیم صاحب نے کیا ہے اور وہ آپ سے جاننا چاہتے ہیں کہ: "How can one become a</w:t>
      </w:r>
      <w:r>
        <w:br/>
      </w:r>
      <w:r>
        <w:rPr>
          <w:sz w:val="20"/>
        </w:rPr>
        <w:t>1:10:37  largehearted person? bara dil to hota hi hai, by nature bara dil hota hai.</w:t>
      </w:r>
      <w:r>
        <w:br/>
      </w:r>
      <w:r>
        <w:rPr>
          <w:sz w:val="20"/>
        </w:rPr>
        <w:t>1:10:44  hum is ko kharab kar lete hain to nature ko baqi rakhiye.</w:t>
      </w:r>
      <w:r>
        <w:br/>
      </w:r>
      <w:r>
        <w:rPr>
          <w:sz w:val="20"/>
        </w:rPr>
        <w:t>1:10:49  by nature har aadmi ka to bara hi dil hota hai.</w:t>
      </w:r>
      <w:r>
        <w:br/>
      </w:r>
      <w:r>
        <w:rPr>
          <w:sz w:val="20"/>
        </w:rPr>
        <w:t>1:10:54  aap bachon ko dekhen, chote bachon ko, sab bachon ka to bara dil hota hai.</w:t>
      </w:r>
      <w:r>
        <w:br/>
      </w:r>
      <w:r>
        <w:rPr>
          <w:sz w:val="20"/>
        </w:rPr>
        <w:t>1:11:01  yeh to yeh conditioning ki wajah se hum is ko chota kar lete hain.</w:t>
      </w:r>
      <w:r>
        <w:br/>
      </w:r>
      <w:r>
        <w:rPr>
          <w:sz w:val="20"/>
        </w:rPr>
        <w:t>1:11:07  to apni conditioning ko decondition kijiye.</w:t>
      </w:r>
      <w:r>
        <w:br/>
      </w:r>
      <w:r>
        <w:rPr>
          <w:sz w:val="20"/>
        </w:rPr>
        <w:t>1:11:10  by nature to aap har aadmi bara dil wala hai.</w:t>
      </w:r>
      <w:r>
        <w:br/>
      </w:r>
      <w:r>
        <w:rPr>
          <w:sz w:val="20"/>
        </w:rPr>
        <w:t>1:11:14  to to problem yeh nahi hai ke creation mein koi baat hai.</w:t>
      </w:r>
      <w:r>
        <w:br/>
      </w:r>
      <w:r>
        <w:rPr>
          <w:sz w:val="20"/>
        </w:rPr>
        <w:t>1:11:19  problem yeh hai ke hum conditioning ko qabool kar rahe hain to conditioning ko todna hoga.</w:t>
      </w:r>
    </w:p>
    <w:p>
      <w:pPr>
        <w:pStyle w:val="Heading2"/>
      </w:pPr>
      <w:r>
        <w:t>How to control and manage anger?</w:t>
      </w:r>
    </w:p>
    <w:p>
      <w:r>
        <w:rPr>
          <w:color w:val="666666"/>
          <w:sz w:val="18"/>
        </w:rPr>
        <w:t>Ethics &amp; Character · Patience and Crisis 22 Dec 2019 - Maulana Wahiduddin Khan · 2m 15s · at 41:11 · https://youtu.be/ddnUKbhEoCI?t=2471</w:t>
      </w:r>
    </w:p>
    <w:p>
      <w:r>
        <w:rPr>
          <w:i/>
        </w:rPr>
        <w:t>“Every person experiences anger issues and most of us do not know how to handle it. We want your guidance as to how we can control our anger. Also how do you manage your anger?”</w:t>
      </w:r>
    </w:p>
    <w:p>
      <w:r>
        <w:rPr>
          <w:sz w:val="20"/>
        </w:rPr>
        <w:t>41:11  jazak allah maulana sahib. " maulana ab sawal lena chahenge. yeh sawal gawhati se miss shaheen yusuf ne poocha hai.</w:t>
      </w:r>
      <w:r>
        <w:br/>
      </w:r>
      <w:r>
        <w:rPr>
          <w:sz w:val="20"/>
        </w:rPr>
        <w:t>41:22  unhone likha hai: "maulana every person experiences anger issues and most of us do not know how to handle it.</w:t>
      </w:r>
      <w:r>
        <w:br/>
      </w:r>
      <w:r>
        <w:rPr>
          <w:sz w:val="20"/>
        </w:rPr>
        <w:t>41:33  we want your guidance as to how how how can we control our anger. also how do you manage your anger?" dekhein ghusse ko manage karna yeh</w:t>
      </w:r>
      <w:r>
        <w:br/>
      </w:r>
      <w:r>
        <w:rPr>
          <w:sz w:val="20"/>
        </w:rPr>
        <w:t>41:50  allah ke culture mein jeena hai.</w:t>
      </w:r>
      <w:r>
        <w:br/>
      </w:r>
      <w:r>
        <w:rPr>
          <w:sz w:val="20"/>
        </w:rPr>
        <w:t>41:56  mujh ko bhi ghussa aata hai lekin mujh ko foran yeh baat yaad aati hai ke allah ki jo status of thing hai, allah ka jo nizam hai insan ke liye,</w:t>
      </w:r>
      <w:r>
        <w:br/>
      </w:r>
      <w:r>
        <w:rPr>
          <w:sz w:val="20"/>
        </w:rPr>
        <w:t>42:11  is mein toh zaroor aisa hoga ke ek se doosre ko kahin na kahin</w:t>
      </w:r>
      <w:r>
        <w:br/>
      </w:r>
      <w:r>
        <w:rPr>
          <w:sz w:val="20"/>
        </w:rPr>
        <w:t>42:19  ghusse ka sabab paida ho jayega. toh aap ghusse ko jab peete hain, ghusse ko darguzar karte hain toh allah ke liye hota hai, woh insan ke liye hota hi nahi.</w:t>
      </w:r>
      <w:r>
        <w:br/>
      </w:r>
      <w:r>
        <w:rPr>
          <w:sz w:val="20"/>
        </w:rPr>
        <w:t>42:37  ghusse ko darguzar karna, ghusse se bachna, woh insan ke liye hai hi nahi, woh allah ke liye hai. jab yeh baat mere dil mein aati hai</w:t>
      </w:r>
      <w:r>
        <w:br/>
      </w:r>
      <w:r>
        <w:rPr>
          <w:sz w:val="20"/>
        </w:rPr>
        <w:t>42:51  toh aap ghor kijiye ke kya main itna pagal hoon ke ghussa karunga allah ke samne?</w:t>
      </w:r>
      <w:r>
        <w:br/>
      </w:r>
      <w:r>
        <w:rPr>
          <w:sz w:val="20"/>
        </w:rPr>
        <w:t>43:00  ghussa</w:t>
      </w:r>
      <w:r>
        <w:br/>
      </w:r>
      <w:r>
        <w:rPr>
          <w:sz w:val="20"/>
        </w:rPr>
        <w:t>43:03  ek hi nuqta hai jo mujhe ghusse se rokta hai, woh ek hi ghussa. insan ke liye toh hai hi nahi, yeh toh allah rab ul alameen ke liye hai.</w:t>
      </w:r>
      <w:r>
        <w:br/>
      </w:r>
      <w:r>
        <w:rPr>
          <w:sz w:val="20"/>
        </w:rPr>
        <w:t>43:13  toh phir ghussa kaisa hai? yahi cheez mujh ko ghusse se rokti hai.</w:t>
      </w:r>
    </w:p>
    <w:p>
      <w:pPr>
        <w:pStyle w:val="Heading2"/>
      </w:pPr>
      <w:r>
        <w:t>How to correct people's focus on the source?</w:t>
      </w:r>
    </w:p>
    <w:p>
      <w:r>
        <w:rPr>
          <w:color w:val="666666"/>
          <w:sz w:val="18"/>
        </w:rPr>
        <w:t>Ethics &amp; Character · Journey of History December 23, 2012 · 1m 33s · at 1:24:00 · https://youtu.be/bvjWl3U3Dmw?t=5040</w:t>
      </w:r>
    </w:p>
    <w:p>
      <w:r>
        <w:rPr>
          <w:i/>
        </w:rPr>
        <w:t>“Generally, the temperament of people is that when they are told something about themselves that is correctable, instead of focusing on the actual issue, they start focusing on who told you this. How can this temperament be corrected?”</w:t>
      </w:r>
    </w:p>
    <w:p>
      <w:r>
        <w:rPr>
          <w:sz w:val="20"/>
        </w:rPr>
        <w:t>1:24:00  maulana, yeh sawal Delhi se hai Mr. Anas ka. unhon ne likha hai: "aam taur par logon ka mizaj yeh hai ke un ke bare mein jab koi aisi baat batai jaye jo qabil-e-islaah ho to woh asal baat par focus karne ke bajaye us baat par focus karne lagte hain ke yeh baat kis ne aap ko batai.</w:t>
      </w:r>
      <w:r>
        <w:br/>
      </w:r>
      <w:r>
        <w:rPr>
          <w:sz w:val="20"/>
        </w:rPr>
        <w:t>1:24:23  is mizaj ko kaise durust kiya jaye?"</w:t>
      </w:r>
      <w:r>
        <w:br/>
      </w:r>
      <w:r>
        <w:rPr>
          <w:sz w:val="20"/>
        </w:rPr>
        <w:t>1:24:28  yeh durust karne ka hamare bas mein nahi hai. humein hamare bas mein sirf yeh hai ke hum logon ko batayein. durust karna to yeh paighambar ke bas mein bhi nahi tha.</w:t>
      </w:r>
      <w:r>
        <w:br/>
      </w:r>
      <w:r>
        <w:rPr>
          <w:sz w:val="20"/>
        </w:rPr>
        <w:t>1:24:41  aap logon ko bataiye ke yeh yeh soch jo hai yeh bohat hi buri soch hai, munafiqana soch hai. sawal yeh nahi ke kis ne kaha.</w:t>
      </w:r>
      <w:r>
        <w:br/>
      </w:r>
      <w:r>
        <w:rPr>
          <w:sz w:val="20"/>
        </w:rPr>
        <w:t>1:24:50  sawaal yeh hai ke kya aisa hai</w:t>
      </w:r>
      <w:r>
        <w:br/>
      </w:r>
      <w:r>
        <w:rPr>
          <w:sz w:val="20"/>
        </w:rPr>
        <w:t>1:24:53  ? yaani mere andar agar ek kamzori hai us ki koi shakhs nishandahi karta hai to mujhe yeh nahi poochna chahiye kis ne bataya.</w:t>
      </w:r>
      <w:r>
        <w:br/>
      </w:r>
      <w:r>
        <w:rPr>
          <w:sz w:val="20"/>
        </w:rPr>
        <w:t>1:25:03  mujhe sochna chahiye kya waqatan aisa hai to mein apni islaah karoon. to is maamle mein aap ki zimmedari durust karne ki nahi hai. aap ki zimmedari hai batane ki ke aisa soch, aisi soch jo hai yeh munaafiqat hai.</w:t>
      </w:r>
      <w:r>
        <w:br/>
      </w:r>
      <w:r>
        <w:rPr>
          <w:sz w:val="20"/>
        </w:rPr>
        <w:t>1:25:18  munaafiqat bohat bara Allah ke nazdeek bohat buri cheez hai.</w:t>
      </w:r>
      <w:r>
        <w:br/>
      </w:r>
      <w:r>
        <w:rPr>
          <w:sz w:val="20"/>
        </w:rPr>
        <w:t>1:25:22  yeh bataiye logon ko ke yeh tarz fikr jo hai yeh munafiqana tarz fikr hai. yeh soch munafiqana soch hai. yeh bataiye logon ko.</w:t>
      </w:r>
    </w:p>
    <w:p>
      <w:pPr>
        <w:pStyle w:val="Heading2"/>
      </w:pPr>
      <w:r>
        <w:t>How to deal with feelings of superiority?</w:t>
      </w:r>
    </w:p>
    <w:p>
      <w:r>
        <w:rPr>
          <w:color w:val="666666"/>
          <w:sz w:val="18"/>
        </w:rPr>
        <w:t>Ethics &amp; Character · Revival of Faith September 25, 2011 Maulana Wahiduddin Khan · 3m 40s · at 1:15:29 · https://youtu.be/sG_btZMffxg?t=4529</w:t>
      </w:r>
    </w:p>
    <w:p>
      <w:r>
        <w:rPr>
          <w:i/>
        </w:rPr>
        <w:t>“Why does it happen that I feel superior to some of the people around me? How should I act when this complex arises in me?”</w:t>
      </w:r>
    </w:p>
    <w:p>
      <w:r>
        <w:rPr>
          <w:sz w:val="20"/>
        </w:rPr>
        <w:t>1:15:29  mr ehtesham hasnain ne hyderabad se sawal likha hai. maulana sahib, woh pooch rahe hain ke "why does it happen that i feel superior to some of the people around me?</w:t>
      </w:r>
      <w:r>
        <w:br/>
      </w:r>
      <w:r>
        <w:rPr>
          <w:sz w:val="20"/>
        </w:rPr>
        <w:t>1:15:43  how should, how should i act when this complex arises in me?"</w:t>
      </w:r>
      <w:r>
        <w:br/>
      </w:r>
      <w:r>
        <w:rPr>
          <w:sz w:val="20"/>
        </w:rPr>
        <w:t>1:15:49  bhai, yeh to aik stepped baat hai. superior ko samajhte hain aap? hain superior ko samajhte hain?</w:t>
      </w:r>
      <w:r>
        <w:br/>
      </w:r>
      <w:r>
        <w:rPr>
          <w:sz w:val="20"/>
        </w:rPr>
        <w:t>1:16:01  superior kuch hai hi nahi. insaan kuch hai hi nahi. jab insaan ko koi bhi cheez us ki self acquired nahi hoti, khuda ki di hui hoti hai, superior kahan se ho jayega woh?</w:t>
      </w:r>
      <w:r>
        <w:br/>
      </w:r>
      <w:r>
        <w:rPr>
          <w:sz w:val="20"/>
        </w:rPr>
        <w:t>1:16:14  yani hamare paas, hamari zindagi, hamara dimagh, hamara saman, kuch bhi jo hai, woh self acquired nahi hai. woh khuda ki di hui hai.</w:t>
      </w:r>
      <w:r>
        <w:br/>
      </w:r>
      <w:r>
        <w:rPr>
          <w:sz w:val="20"/>
        </w:rPr>
        <w:t>1:16:23  to kis baat par superiority? yani agar aap ne socha to sawal borderry ke. aur koi soch us ke andar nahi aayegi.</w:t>
      </w:r>
      <w:r>
        <w:br/>
      </w:r>
      <w:r>
        <w:rPr>
          <w:sz w:val="20"/>
        </w:rPr>
        <w:t>1:16:34  to yeh to aik unnatural baat hai. aik na sochne ki wajah se aisa hota hai. na sochne ki wajah se</w:t>
      </w:r>
      <w:r>
        <w:br/>
      </w:r>
      <w:r>
        <w:rPr>
          <w:sz w:val="20"/>
        </w:rPr>
        <w:t>1:16:42  agar aap yeh sochein ke mere paas koi bhi self acquired nahi hai, sab khuda ki di hui hai, to phir border se border se jayegi.</w:t>
      </w:r>
      <w:r>
        <w:br/>
      </w:r>
      <w:r>
        <w:rPr>
          <w:sz w:val="20"/>
        </w:rPr>
        <w:t>1:16:58  maulana zikwan nadvi ne dili se likha hai: " hadith mein kaha gaya hai ke tum log mere mamle mein is jaisa, yaani utra mat karna, jaisa ke nasara mein ibn maryam ke bare mein kiya tha.</w:t>
      </w:r>
      <w:r>
        <w:br/>
      </w:r>
      <w:r>
        <w:rPr>
          <w:sz w:val="20"/>
        </w:rPr>
        <w:t>1:17:14  mera sawal yeh hai ke woh kya cheez hai jis ko is hadith mein utra kaha gaya hai, aur mazhabi tabqe se is burai ko door karne ka tareeqa kya hai?"</w:t>
      </w:r>
      <w:r>
        <w:br/>
      </w:r>
      <w:r>
        <w:rPr>
          <w:sz w:val="20"/>
        </w:rPr>
        <w:t>1:17:31  asal mein is se murad hai wahi jis cheez ko kehte hain hum shakhsiyat parasti. angrezi mein kehte hain is ko personality cult. nasr ne farmaya ke personality cult mein mubtala na hona,</w:t>
      </w:r>
      <w:r>
        <w:br/>
      </w:r>
      <w:r>
        <w:rPr>
          <w:sz w:val="20"/>
        </w:rPr>
        <w:t>1:17:44  kyun ke yeh har qaum mein yeh baat hoti rahi hai hamesha, aur aaj bhi hoti hai ke kisi qaum mein koi aadmi, koi yaani baap paida ho jaye, koi bada kaam kare to foran hi is ko yaani samajh lete hain ke koi khaas cheez tha, special samajh lete hain is ko, special hai.</w:t>
      </w:r>
      <w:r>
        <w:br/>
      </w:r>
      <w:r>
        <w:rPr>
          <w:sz w:val="20"/>
        </w:rPr>
        <w:t>1:18:05  ise phir personality cult aata hai, phir shakhsiyaton ki pooja aati hai.</w:t>
      </w:r>
      <w:r>
        <w:br/>
      </w:r>
      <w:r>
        <w:rPr>
          <w:sz w:val="20"/>
        </w:rPr>
        <w:t>1:18:11  to jitne bhi yeh but hain idhar udhar duniya mein, woh but haqeeqat mein un ke apne bare the, apne qabile ke, apni qaum ke bare the.</w:t>
      </w:r>
      <w:r>
        <w:br/>
      </w:r>
      <w:r>
        <w:rPr>
          <w:sz w:val="20"/>
        </w:rPr>
        <w:t>1:18:19  inhi inhi ko unhon ne but mein aa ke poojne lagay. woh to is mein is aam jo rujhan hai insanon ke darmiyan personality cult ka, yaani shakhsiyat parasti ka, use roka gaya hai.</w:t>
      </w:r>
      <w:r>
        <w:br/>
      </w:r>
      <w:r>
        <w:rPr>
          <w:sz w:val="20"/>
        </w:rPr>
        <w:t>1:18:32  mein bohat sochta hoon musalman aaj poori tarah is mein mubtala hain,</w:t>
      </w:r>
      <w:r>
        <w:br/>
      </w:r>
      <w:r>
        <w:rPr>
          <w:sz w:val="20"/>
        </w:rPr>
        <w:t>1:18:39  is mein mubtala hain. yaani personality cult poore maanon mein musalman mein aa chuka hai,</w:t>
      </w:r>
      <w:r>
        <w:br/>
      </w:r>
      <w:r>
        <w:rPr>
          <w:sz w:val="20"/>
        </w:rPr>
        <w:t>1:18:53  aur yeh yeh bohat zyada zaroori hai ke yaani islaah-e-millat ke kaam ke silsile mein is ko ahmiyat di jaye, aur is aitbar se musalmanon ko paas personality cult se bahar nikala jaye.</w:t>
      </w:r>
    </w:p>
    <w:p>
      <w:pPr>
        <w:pStyle w:val="Heading2"/>
      </w:pPr>
      <w:r>
        <w:t>How to develop anti-self thinking?</w:t>
      </w:r>
    </w:p>
    <w:p>
      <w:r>
        <w:rPr>
          <w:color w:val="666666"/>
          <w:sz w:val="18"/>
        </w:rPr>
        <w:t>Ethics &amp; Character · Revival of Muslim Ummah, February 4, 2013 · 3m 06s · at 1:22:06 · https://youtu.be/xB3MfWhLHoM?t=4926</w:t>
      </w:r>
    </w:p>
    <w:p>
      <w:r>
        <w:rPr>
          <w:i/>
        </w:rPr>
        <w:t>“How can we develop anti-self thinking?”</w:t>
      </w:r>
    </w:p>
    <w:p>
      <w:r>
        <w:rPr>
          <w:sz w:val="20"/>
        </w:rPr>
        <w:t>1:22:06  maulana, dilli se miss naghma siddiqui ne sawal kiya hai. unhone aapse poocha hai: "how can we develop anti-self thinking?" is ke bare mein bataiye.</w:t>
      </w:r>
      <w:r>
        <w:br/>
      </w:r>
      <w:r>
        <w:rPr>
          <w:sz w:val="20"/>
        </w:rPr>
        <w:t>1:22:18  dekhiye, yeh to sab se bada jo zariya hai woh hai aakhirat ko yaad karna. kyunke dekhiye, hadees mein aata hai ke: "la tazal qadamah abdein hatta yasil arbaeen."</w:t>
      </w:r>
      <w:r>
        <w:br/>
      </w:r>
      <w:r>
        <w:rPr>
          <w:sz w:val="20"/>
        </w:rPr>
        <w:t>1:22:36  insaan ke qadam hitteinge nahi Allah ke saamne se jab tak woh chaar baat ka jawab na de le.</w:t>
      </w:r>
      <w:r>
        <w:br/>
      </w:r>
      <w:r>
        <w:rPr>
          <w:sz w:val="20"/>
        </w:rPr>
        <w:t>1:22:47  kaisi sakht baat hai yeh duniya mein jo Allah ne paida kiya, yahan aap ko rakha, life support system diya, saare wasail diye.</w:t>
      </w:r>
      <w:r>
        <w:br/>
      </w:r>
      <w:r>
        <w:rPr>
          <w:sz w:val="20"/>
        </w:rPr>
        <w:t>1:22:58  to aap marne ke baad ek waqt aane wala hai jab saare insaan Allah ke saamne haazir honge. isi ko farmaya ke: "la tazal qadamah abdein hatta yasil arbaeen." ke insaan ke qadam Allah ke saamne hitteinge nahi jab tak woh chaar sawalon ke jawab na de de.</w:t>
      </w:r>
      <w:r>
        <w:br/>
      </w:r>
      <w:r>
        <w:rPr>
          <w:sz w:val="20"/>
        </w:rPr>
        <w:t>1:23:22  woh kya hai? woh yeh hai chaar sawal ke yeh jo yeh jo zindagi mili thi, is ko kahan istemaal kiya?</w:t>
      </w:r>
      <w:r>
        <w:br/>
      </w:r>
      <w:r>
        <w:rPr>
          <w:sz w:val="20"/>
        </w:rPr>
        <w:t>1:23:33  jo jawani di gayi thi, jawani energy ka daur, is ko kahan khapaya? aur teesri cheez hai, maal kahan se kamaya?</w:t>
      </w:r>
      <w:r>
        <w:br/>
      </w:r>
      <w:r>
        <w:rPr>
          <w:sz w:val="20"/>
        </w:rPr>
        <w:t>1:23:43  aur chauthi cheez hai, maal kahan kharch kiya?</w:t>
      </w:r>
      <w:r>
        <w:br/>
      </w:r>
      <w:r>
        <w:rPr>
          <w:sz w:val="20"/>
        </w:rPr>
        <w:t>1:23:49  apni zindagi ko kahan istemaal kiya? apni jawani ko kahan khapaya? maal kahan se kamaya aur maal kahan kharch kiya? yeh chaar sawal jab tak jawab na de lega, us waqt to us ke qadam hitteinge nahi Allah ke saamne se.</w:t>
      </w:r>
      <w:r>
        <w:br/>
      </w:r>
      <w:r>
        <w:rPr>
          <w:sz w:val="20"/>
        </w:rPr>
        <w:t>1:24:03  to yeh yeh agar soch ho to aadmi hil jaata hai. is se muhasba aata hai, introspection aata hai,</w:t>
      </w:r>
      <w:r>
        <w:br/>
      </w:r>
      <w:r>
        <w:rPr>
          <w:sz w:val="20"/>
        </w:rPr>
        <w:t>1:24:13  self correction aata hai. lekin agar yeh soch na ho to aadmi koi koi bada change aane wala nahi.</w:t>
      </w:r>
    </w:p>
    <w:p>
      <w:pPr>
        <w:pStyle w:val="Heading2"/>
      </w:pPr>
      <w:r>
        <w:t>How to develop forgiveness culture</w:t>
      </w:r>
    </w:p>
    <w:p>
      <w:r>
        <w:rPr>
          <w:color w:val="666666"/>
          <w:sz w:val="18"/>
        </w:rPr>
        <w:t>Ethics &amp; Character · Formula of Human Life | March 13, 2016 · 2m 10s · at 1:05:26 · https://youtu.be/Et_ZQTYZzjU?t=3926</w:t>
      </w:r>
    </w:p>
    <w:p>
      <w:r>
        <w:rPr>
          <w:i/>
        </w:rPr>
        <w:t>“How can we develop a forgiveness culture?”</w:t>
      </w:r>
    </w:p>
    <w:p>
      <w:r>
        <w:rPr>
          <w:sz w:val="20"/>
        </w:rPr>
        <w:t>1:05:26  maulana, agla sawal firoz sahib ne kiya hai pune se, aur unhon ne likha hai: "Maulana, since you</w:t>
      </w:r>
      <w:r>
        <w:br/>
      </w:r>
      <w:r>
        <w:rPr>
          <w:sz w:val="20"/>
        </w:rPr>
        <w:t>1:05:34  have always worked in the area of peace, i want to ask you: how can we develop forgiveness cl</w:t>
      </w:r>
      <w:r>
        <w:br/>
      </w:r>
      <w:r>
        <w:rPr>
          <w:sz w:val="20"/>
        </w:rPr>
        <w:t>1:05:41  ulture?" Woh bhi main yahi kahunga ke hamesha aap dekhiye result ko. Jab bhi aap forgive nahi karenge, to kya karenge? Aap react karenge, aur react karenge to natija ulta niklega. Yani forgive kar ke hi aap bach sakte hain bad result se</w:t>
      </w:r>
      <w:r>
        <w:br/>
      </w:r>
      <w:r>
        <w:rPr>
          <w:sz w:val="20"/>
        </w:rPr>
        <w:t>1:06:11  .</w:t>
      </w:r>
      <w:r>
        <w:br/>
      </w:r>
      <w:r>
        <w:rPr>
          <w:sz w:val="20"/>
        </w:rPr>
        <w:t>1:06:16  jab bhi aap ne forgive nahi kiya, to aap kya karenge? aap react karenge.</w:t>
      </w:r>
      <w:r>
        <w:br/>
      </w:r>
      <w:r>
        <w:rPr>
          <w:sz w:val="20"/>
        </w:rPr>
        <w:t>1:06:22  aap react karenge to heating, exchange, fighting, violence, yeh sab hoga, aur zahir hai ke woh</w:t>
      </w:r>
      <w:r>
        <w:br/>
      </w:r>
      <w:r>
        <w:rPr>
          <w:sz w:val="20"/>
        </w:rPr>
        <w:t>1:06:27  sab aap ko aap ke losses mein izafa karega.</w:t>
      </w:r>
      <w:r>
        <w:br/>
      </w:r>
      <w:r>
        <w:rPr>
          <w:sz w:val="20"/>
        </w:rPr>
        <w:t>1:06:32  sirf tu mein samajhta hoon ke super formula hai, super formula har cheez ke liye.</w:t>
      </w:r>
      <w:r>
        <w:br/>
      </w:r>
      <w:r>
        <w:rPr>
          <w:sz w:val="20"/>
        </w:rPr>
        <w:t>1:06:37  jaise aap ko</w:t>
      </w:r>
      <w:r>
        <w:br/>
      </w:r>
      <w:r>
        <w:rPr>
          <w:sz w:val="20"/>
        </w:rPr>
        <w:t>1:06:42  gussa aa gaya, farz kijiye aap offend ho gaye, farz kijiye to sochiye ek lamhe ke liye ke agar main aise offend bana raha hoon, agar aise main gussa karta rahu to kya hoga? Result kya hoga? Meri health kharab hogi, mera time waste hoga, meri energy waste hogi. Super formula hai: "See everything in terms of results</w:t>
      </w:r>
      <w:r>
        <w:br/>
      </w:r>
      <w:r>
        <w:rPr>
          <w:sz w:val="20"/>
        </w:rPr>
        <w:t>1:07:12  lit." aur yeh hadith mein un lafzon mein aaya hai ke ibn hasan ne islam mein jo maray:</w:t>
      </w:r>
      <w:r>
        <w:br/>
      </w:r>
      <w:r>
        <w:rPr>
          <w:sz w:val="20"/>
        </w:rPr>
        <w:t>1:07:18  "tarqa mala" yaani is ka yahi matlab hai ke best formula yahi hai ke cheezon ko result ke</w:t>
      </w:r>
      <w:r>
        <w:br/>
      </w:r>
      <w:r>
        <w:rPr>
          <w:sz w:val="20"/>
        </w:rPr>
        <w:t>1:07:24  aitbaar se jaanchu.</w:t>
      </w:r>
      <w:r>
        <w:br/>
      </w:r>
      <w:r>
        <w:rPr>
          <w:sz w:val="20"/>
        </w:rPr>
        <w:t>1:07:30  Judge everything in terms of result.</w:t>
      </w:r>
    </w:p>
    <w:p>
      <w:pPr>
        <w:pStyle w:val="Heading2"/>
      </w:pPr>
      <w:r>
        <w:t>How to identify and correct mistakes?</w:t>
      </w:r>
    </w:p>
    <w:p>
      <w:r>
        <w:rPr>
          <w:color w:val="666666"/>
          <w:sz w:val="18"/>
        </w:rPr>
        <w:t>Ethics &amp; Character · Jihad Fillah June 23, 2013 · 1m 35s · at 1:11:37 · https://youtu.be/NRTno1eQTos?t=4297</w:t>
      </w:r>
    </w:p>
    <w:p>
      <w:r>
        <w:rPr>
          <w:i/>
        </w:rPr>
        <w:t>“Most of the time we do not get to know that we are committing mistakes. My question is that how can we identify our mistakes so that we can correct them?”</w:t>
      </w:r>
    </w:p>
    <w:p>
      <w:r>
        <w:rPr>
          <w:sz w:val="20"/>
        </w:rPr>
        <w:t>1:11:37  maulana, agla sawal ahmedabad se hai ammat mr ammit shah ka. unhon ne likha hai: "most of the time we do not get to know that we are committing mistakes.</w:t>
      </w:r>
      <w:r>
        <w:br/>
      </w:r>
      <w:r>
        <w:rPr>
          <w:sz w:val="20"/>
        </w:rPr>
        <w:t>1:11:50  my question is that how can we identify our mistakes so that we can correct it?" maulana sahib, please let us know what is the formula for it.</w:t>
      </w:r>
      <w:r>
        <w:br/>
      </w:r>
      <w:r>
        <w:rPr>
          <w:sz w:val="20"/>
        </w:rPr>
        <w:t>1:12:01  yeh formula to bohat hi aasan hai. yani criteria daryaft kiya ja sakta hai. to criteria yani ghalat aur sahi ka criteria kya hai?</w:t>
      </w:r>
      <w:r>
        <w:br/>
      </w:r>
      <w:r>
        <w:rPr>
          <w:sz w:val="20"/>
        </w:rPr>
        <w:t>1:12:12  yeh daryaft kar lijie. phir isi ko judge karte jaiye, isi ko judge karte jaiye.</w:t>
      </w:r>
      <w:r>
        <w:br/>
      </w:r>
      <w:r>
        <w:rPr>
          <w:sz w:val="20"/>
        </w:rPr>
        <w:t>1:12:18  hum ne jo daryaft kiya hai woh yeh hai ke hum quran ko criteria mante hain. quran hai, quran ko quran ko furqan kaha gaya hai. furqan ka matlab hai criteria.</w:t>
      </w:r>
      <w:r>
        <w:br/>
      </w:r>
      <w:r>
        <w:rPr>
          <w:sz w:val="20"/>
        </w:rPr>
        <w:t>1:12:28  to agar aap ke paas criteria maujood hai to bohat aasani se aap judge kar sakte hain ke yeh theek hai, yeh nahi theek hai. criteria na ho tab to phir clear, phir to aap nahi tay nahi kar sakte.</w:t>
      </w:r>
      <w:r>
        <w:br/>
      </w:r>
      <w:r>
        <w:rPr>
          <w:sz w:val="20"/>
        </w:rPr>
        <w:t>1:12:43  then you cannot determine.</w:t>
      </w:r>
      <w:r>
        <w:br/>
      </w:r>
      <w:r>
        <w:rPr>
          <w:sz w:val="20"/>
        </w:rPr>
        <w:t>1:12:46  to mere liye mera masla aasan hai kyunke maine quran ko furqan ke taur par yani criteria ke taur par daryaft kar rakha hai. is liye main foran judge kar leta hoon ke mera kaun sa kaam sahi hai, kaun sa ghalat hai.</w:t>
      </w:r>
      <w:r>
        <w:br/>
      </w:r>
      <w:r>
        <w:rPr>
          <w:sz w:val="20"/>
        </w:rPr>
        <w:t>1:13:00  ab aap sab se pehle yeh sochiye ke aap ka criteria kya hai? woh agar tay kar lenge aap to phir bohat aasan hoga sab cheezon ko samajhna.</w:t>
      </w:r>
    </w:p>
    <w:p>
      <w:pPr>
        <w:pStyle w:val="Heading2"/>
      </w:pPr>
      <w:r>
        <w:t>How to identify sincerity in a person</w:t>
      </w:r>
    </w:p>
    <w:p>
      <w:r>
        <w:rPr>
          <w:color w:val="666666"/>
          <w:sz w:val="18"/>
        </w:rPr>
        <w:t>Ethics &amp; Character · Importance of Patience October 26, 2014 · 2m 24s · at 1:02:35 · https://youtu.be/XdOlp9-fPG0?t=3755</w:t>
      </w:r>
    </w:p>
    <w:p>
      <w:r>
        <w:rPr>
          <w:i/>
        </w:rPr>
        <w:t>“How to identify sincerity in a person?”</w:t>
      </w:r>
    </w:p>
    <w:p>
      <w:r>
        <w:rPr>
          <w:sz w:val="20"/>
        </w:rPr>
        <w:t>1:02:35  tab ja kar yeh cheez khatam hogi. Maulana, agla sawal kya hai? Ajmer se Dr. Safeena Tabassum ne, aur unhone aap se poocha hai ke "how to identify a sincerity in a person"</w:t>
      </w:r>
      <w:r>
        <w:br/>
      </w:r>
      <w:r>
        <w:rPr>
          <w:sz w:val="20"/>
        </w:rPr>
        <w:t>1:02:50  . bhai, dekhein, sincerity jo hai, yeh koi mathematical formula nahin hai. do aur do chaar ki tarah se is ko aap define nahin kar sakte.</w:t>
      </w:r>
      <w:r>
        <w:br/>
      </w:r>
      <w:r>
        <w:rPr>
          <w:sz w:val="20"/>
        </w:rPr>
        <w:t>1:03:03  yeh ek subjective matter hai. subjective matter hai. ek pehchaan bata deta hoon aap ko, mere tajrube ke mutabiq, ke apni ghalti ko manna khule tor par.</w:t>
      </w:r>
      <w:r>
        <w:br/>
      </w:r>
      <w:r>
        <w:rPr>
          <w:sz w:val="20"/>
        </w:rPr>
        <w:t>1:03:22  sincerity ki ek pehchaan yeh hai ke aadmi apni ghalti ko khule tor par maane, bilkul khule tor par. main ne apne tajrube mein to, yaani shayad ek do aadmi tareekh mile hon, mujhe ek do aadmi apni ghalti ko mante hi nahin.</w:t>
      </w:r>
      <w:r>
        <w:br/>
      </w:r>
      <w:r>
        <w:rPr>
          <w:sz w:val="20"/>
        </w:rPr>
        <w:t>1:03:39  log piece up karte hain, twist karte hain, ghumate phirate hain, lip service karte hain.</w:t>
      </w:r>
      <w:r>
        <w:br/>
      </w:r>
      <w:r>
        <w:rPr>
          <w:sz w:val="20"/>
        </w:rPr>
        <w:t>1:03:48  khule dil se apni ghalti ko agar maan le aadmi sach much, to woh sincere hai. aadmi yeh is ki pehchaan hai, aur khule dil se pehchanne ka jo jo namoona hai, woh hai tum ne qaim kiya hai ke un ko ek ghalti nishandahi ki gayi un ki ke aap ne yeh jab bhi jab woh khaleefa thay, yeh faisla aap ka durust nahin hai.</w:t>
      </w:r>
      <w:r>
        <w:br/>
      </w:r>
      <w:r>
        <w:rPr>
          <w:sz w:val="20"/>
        </w:rPr>
        <w:t>1:04:16  to aap bol pade: "lawla, lawla fulan lahlik Umar, lawla Ali lahlik Umar" ke agar fulan shakhs na hota to main to halak ho gaya tha.</w:t>
      </w:r>
      <w:r>
        <w:br/>
      </w:r>
      <w:r>
        <w:rPr>
          <w:sz w:val="20"/>
        </w:rPr>
        <w:t>1:04:30  is darje ka etraaf agar aap dekhein kisi ke andar, aap sab lein ke woh sincere aadmi hai.</w:t>
      </w:r>
      <w:r>
        <w:br/>
      </w:r>
      <w:r>
        <w:rPr>
          <w:sz w:val="20"/>
        </w:rPr>
        <w:t>1:04:38  is darje ka etraaf aur lip service wala etraaf to sab hi karte hain. is ki koi, is ki koi value nahin hai.</w:t>
      </w:r>
      <w:r>
        <w:br/>
      </w:r>
      <w:r>
        <w:rPr>
          <w:sz w:val="20"/>
        </w:rPr>
        <w:t>1:04:47  is ki koi value nahin hai. is darje ka etraaf ke "lawla fulan lahlik Umar", tab samjhein ke woh aadmi sincere aadmi hai.</w:t>
      </w:r>
    </w:p>
    <w:p>
      <w:pPr>
        <w:pStyle w:val="Heading2"/>
      </w:pPr>
      <w:r>
        <w:t>How to know if completely modest?</w:t>
      </w:r>
    </w:p>
    <w:p>
      <w:r>
        <w:rPr>
          <w:color w:val="666666"/>
          <w:sz w:val="18"/>
        </w:rPr>
        <w:t>Ethics &amp; Character · The Prophet An Example of Modesty August 27, 2017 · 1m 12s · at 52:44 · https://youtu.be/aR3V4c8fQC4?t=3164</w:t>
      </w:r>
    </w:p>
    <w:p>
      <w:r>
        <w:rPr>
          <w:i/>
        </w:rPr>
        <w:t>“How should we know whether I am completely modest or not?”</w:t>
      </w:r>
    </w:p>
    <w:p>
      <w:r>
        <w:rPr>
          <w:sz w:val="20"/>
        </w:rPr>
        <w:t>52:44  molana, agla sawal lete hain. agla sawal bheja hai doctor safina tabassum ne ajmer se, aur unhon ne aap se poocha hai ke "How should we know that whether I am completely modest or not?" is ke bare mein bataiye.</w:t>
      </w:r>
      <w:r>
        <w:br/>
      </w:r>
      <w:r>
        <w:rPr>
          <w:sz w:val="20"/>
        </w:rPr>
        <w:t>53:03  isi sawal ke bare mein kal parson mein ne ek sahab se kaha tha ke jab aap ka haal yeh ho jaye ke</w:t>
      </w:r>
      <w:r>
        <w:br/>
      </w:r>
      <w:r>
        <w:rPr>
          <w:sz w:val="20"/>
        </w:rPr>
        <w:t>53:18  praise aap ko khush na kare aur criticism aap ko affirm na kare to aap woh insan ban gaye.</w:t>
      </w:r>
      <w:r>
        <w:br/>
      </w:r>
      <w:r>
        <w:rPr>
          <w:sz w:val="20"/>
        </w:rPr>
        <w:t>53:30  yani koi tareef kare to aap khush na hon, koi aap ko bura bataye to aap ke dil mein koi gham na paida ho to phir aap wohi insan hain.</w:t>
      </w:r>
      <w:r>
        <w:br/>
      </w:r>
      <w:r>
        <w:rPr>
          <w:sz w:val="20"/>
        </w:rPr>
        <w:t>53:47  ab yahi jhanakiye apne ko ke aap kya woh insan hain jo tareef se khush nahi hota aur criticism se affirm nahi hota.</w:t>
      </w:r>
    </w:p>
    <w:p>
      <w:pPr>
        <w:pStyle w:val="Heading2"/>
      </w:pPr>
      <w:r>
        <w:t>How to make amends and get forgiveness?</w:t>
      </w:r>
    </w:p>
    <w:p>
      <w:r>
        <w:rPr>
          <w:color w:val="666666"/>
          <w:sz w:val="18"/>
        </w:rPr>
        <w:t>Ethics &amp; Character · Anger An Obstacle to wisdom 5 Jan 2020 - Maulana Wahiduddin Khan · 2m 44s · at 1:08:00 · https://youtu.be/q0VPtCsiYrI?t=4080</w:t>
      </w:r>
    </w:p>
    <w:p>
      <w:r>
        <w:rPr>
          <w:i/>
        </w:rPr>
        <w:t>“Today's talk was very beneficial for me. I want to ask you that if out of anger in the past I have taken a rash decision and hurt someone and damaged his reputation, then how can I make amends and get forgiveness from God? I really need your advice on this.”</w:t>
      </w:r>
    </w:p>
    <w:p>
      <w:r>
        <w:rPr>
          <w:sz w:val="20"/>
        </w:rPr>
        <w:t>1:08:00  ma sha Allah. Maulana, ek sawal aaya hai, yeh sawal aaya hai lucknow se firoz sahib ne kiya hai, unhon ne likha hai: "Molana sahib, today's talk was very beneficial for me.</w:t>
      </w:r>
      <w:r>
        <w:br/>
      </w:r>
      <w:r>
        <w:rPr>
          <w:sz w:val="20"/>
        </w:rPr>
        <w:t>1:08:18  I want to ask you that if out of anger in the past I have taken a rash decision and hurt someone and damaged his reputation, then how can I make amends and get forgiveness from God</w:t>
      </w:r>
      <w:r>
        <w:br/>
      </w:r>
      <w:r>
        <w:rPr>
          <w:sz w:val="20"/>
        </w:rPr>
        <w:t>1:08:34  ? I really need your advice on this." dekhiye, yeh to har ek ke sath pesh aata hai aur is ka hal bohat hi asan hai,</w:t>
      </w:r>
      <w:r>
        <w:br/>
      </w:r>
      <w:r>
        <w:rPr>
          <w:sz w:val="20"/>
        </w:rPr>
        <w:t>1:08:48  bohat hi asan hai. aur yeh maine jana hai ek sahabi</w:t>
      </w:r>
      <w:r>
        <w:br/>
      </w:r>
      <w:r>
        <w:rPr>
          <w:sz w:val="20"/>
        </w:rPr>
        <w:t>1:08:57  abu darda se, woh itna asan hai ke jis insan ke sath aap ne koi</w:t>
      </w:r>
      <w:r>
        <w:br/>
      </w:r>
      <w:r>
        <w:rPr>
          <w:sz w:val="20"/>
        </w:rPr>
        <w:t>1:09:08  burai kar di hai, bas us ke liye dua kar ban jaiye. jab aap ko ehsas ehsas ho ke aap ne galat kiya tha, bas sirf yeh kijiye ke us ke liye dua shuru kar dijiye.</w:t>
      </w:r>
      <w:r>
        <w:br/>
      </w:r>
      <w:r>
        <w:rPr>
          <w:sz w:val="20"/>
        </w:rPr>
        <w:t>1:09:26  bas itna hi kijiye, aap kuch kar lijiye, kuch elan karne ki zaroorat nahi hai. is insan ke liye dua, aap dekhen ke achaanak ek naya inqalab aaye ga aap ke andar aur ek bilkul ek nai dunya wajood mein aa jaye gi.</w:t>
      </w:r>
      <w:r>
        <w:br/>
      </w:r>
      <w:r>
        <w:rPr>
          <w:sz w:val="20"/>
        </w:rPr>
        <w:t>1:09:47  bohat hi asan hai, log dua jante hain sirf yani mangna, dua jante hain sirf mangne ke liye.</w:t>
      </w:r>
      <w:r>
        <w:br/>
      </w:r>
      <w:r>
        <w:rPr>
          <w:sz w:val="20"/>
        </w:rPr>
        <w:t>1:09:58  lekin dua bhi ek ek giver item hai, giver dua ek azeem tareen qism ka giver item hai.</w:t>
      </w:r>
      <w:r>
        <w:br/>
      </w:r>
      <w:r>
        <w:rPr>
          <w:sz w:val="20"/>
        </w:rPr>
        <w:t>1:10:15  kisi insan ke liye aap jab dua karte hain to sare farishte amin karte hain, amin karte hain, amin karte hain. to dua ek bohat bara giver item hai,</w:t>
      </w:r>
      <w:r>
        <w:br/>
      </w:r>
      <w:r>
        <w:rPr>
          <w:sz w:val="20"/>
        </w:rPr>
        <w:t>1:10:28  aap nafe ban jate hain.</w:t>
      </w:r>
      <w:r>
        <w:br/>
      </w:r>
      <w:r>
        <w:rPr>
          <w:sz w:val="20"/>
        </w:rPr>
        <w:t>1:10:33  tajurba tajurba kar ke dekhiye, aap tajurba kar ke dekhiye.</w:t>
      </w:r>
    </w:p>
    <w:p>
      <w:pPr>
        <w:pStyle w:val="Heading2"/>
      </w:pPr>
      <w:r>
        <w:t>How to protect gaze in age of nudity</w:t>
      </w:r>
    </w:p>
    <w:p>
      <w:r>
        <w:rPr>
          <w:color w:val="666666"/>
          <w:sz w:val="18"/>
        </w:rPr>
        <w:t>Ethics &amp; Character · Jihad Fillah June 23, 2013 · 1m 52s · at 54:40 · https://youtu.be/NRTno1eQTos?t=3280</w:t>
      </w:r>
    </w:p>
    <w:p>
      <w:r>
        <w:rPr>
          <w:i/>
        </w:rPr>
        <w:t>“The present age is an age of nudity. In such a situation, how can one protect their gaze?”</w:t>
      </w:r>
    </w:p>
    <w:p>
      <w:r>
        <w:rPr>
          <w:sz w:val="20"/>
        </w:rPr>
        <w:t>54:40  maulana, agla sawal dilli se hai jameel akhtar sahab ka. unhon ne likha hai: "maujooda zamana uryaniyat ka zamana hai.</w:t>
      </w:r>
      <w:r>
        <w:br/>
      </w:r>
      <w:r>
        <w:rPr>
          <w:sz w:val="20"/>
        </w:rPr>
        <w:t>54:50  aisi halat mein nigaahon ki hifazat kis tarah ki jaye?" maujooda zamane ki baat nahi, yeh har zamane mein hota hai.</w:t>
      </w:r>
      <w:r>
        <w:br/>
      </w:r>
      <w:r>
        <w:rPr>
          <w:sz w:val="20"/>
        </w:rPr>
        <w:t>54:59  agar pehle zamane mein na hota to ghazab o mashriq hukum ka hota. yaani pichhle zamane mein agar yeh baat na hoti to kyun aaya ghazab o mashriq hukum?</w:t>
      </w:r>
      <w:r>
        <w:br/>
      </w:r>
      <w:r>
        <w:rPr>
          <w:sz w:val="20"/>
        </w:rPr>
        <w:t>55:09  yeh sab har zamane mein hota hai, koi naye zamane ki baat to nahi hai. sirf degree ka farq hai,</w:t>
      </w:r>
      <w:r>
        <w:br/>
      </w:r>
      <w:r>
        <w:rPr>
          <w:sz w:val="20"/>
        </w:rPr>
        <w:t>55:14  sirf degree ka farq hai. aur yeh apne ko train karna padta hai. yaani agar aap badi badi cheez ko daryaft kar chuke hon to chhoti cheezein aap ko kuch bhi un ke dilchaspi nahi hogi.</w:t>
      </w:r>
      <w:r>
        <w:br/>
      </w:r>
      <w:r>
        <w:rPr>
          <w:sz w:val="20"/>
        </w:rPr>
        <w:t>55:28  high thinking, agar aap develop kar chuke ho high thinking to yeh sab cheezein chhoti lagen gi. aur chhoti cheezein mein aap ki nigah atke gi nahi.</w:t>
      </w:r>
      <w:r>
        <w:br/>
      </w:r>
      <w:r>
        <w:rPr>
          <w:sz w:val="20"/>
        </w:rPr>
        <w:t>55:39  to basic cheez yeh hai ke high thinking apne andar develop karna.</w:t>
      </w:r>
      <w:r>
        <w:br/>
      </w:r>
      <w:r>
        <w:rPr>
          <w:sz w:val="20"/>
        </w:rPr>
        <w:t>55:43  woh bhi jihad fi Allah se taluq hai. is ka jihad fi Allah se aadmi ke andar high thinking develop hoti hai. jab high thinking develop ho jati hai to har cheez aadmi ko bekar lagti hai.</w:t>
      </w:r>
      <w:r>
        <w:br/>
      </w:r>
      <w:r>
        <w:rPr>
          <w:sz w:val="20"/>
        </w:rPr>
        <w:t>55:54  yaani badi cheezon ko chhod ke chhoti cheezein bekar lagti hain. sab se zaroori cheez hai ke aap ka jo high thinking develop ho jaye, tabhi chhod chhod pata hai.</w:t>
      </w:r>
      <w:r>
        <w:br/>
      </w:r>
      <w:r>
        <w:rPr>
          <w:sz w:val="20"/>
        </w:rPr>
        <w:t>56:04  nahi to nahi chhod nahi sakta. woh</w:t>
      </w:r>
      <w:r>
        <w:br/>
      </w:r>
      <w:r>
        <w:rPr>
          <w:sz w:val="20"/>
        </w:rPr>
        <w:t>56:08  baqi yeh kehna hai ke koi ek naya fitna hai, har zamane mein tha. agar na hota to ghazab o mashriq ka hukum quran mein kyun aata?</w:t>
      </w:r>
      <w:r>
        <w:br/>
      </w:r>
      <w:r>
        <w:rPr>
          <w:sz w:val="20"/>
        </w:rPr>
        <w:t>56:16  yaani saatvi sadi isvi mein kyun aaya tha? hukum us waqt hi masla tha. sirf degree ka farq hai. to mein yahi kahunga ke har aadmi ko chahiye ke woh apne andar high thinking develop kare.</w:t>
      </w:r>
    </w:p>
    <w:p>
      <w:pPr>
        <w:pStyle w:val="Heading2"/>
      </w:pPr>
      <w:r>
        <w:t>How to respond when treated badly</w:t>
      </w:r>
    </w:p>
    <w:p>
      <w:r>
        <w:rPr>
          <w:color w:val="666666"/>
          <w:sz w:val="18"/>
        </w:rPr>
        <w:t>Ethics &amp; Character · The Culture of People of Paradise January 06, 2019 Maulana Wahiduddin Khan · 3m 45s · at 1:00:24 · https://youtu.be/rFExua9zntM?t=3624</w:t>
      </w:r>
    </w:p>
    <w:p>
      <w:r>
        <w:rPr>
          <w:i/>
        </w:rPr>
        <w:t>“Can you guide us as to how one should act when people treat us badly?”</w:t>
      </w:r>
    </w:p>
    <w:p>
      <w:r>
        <w:rPr>
          <w:sz w:val="20"/>
        </w:rPr>
        <w:t>1:00:24  maulana, agla sawal dilli se bheja hai mr harsh raj ne. unhon ne likha hai: "maulana, happy new year to you and a belated happy birthday!</w:t>
      </w:r>
      <w:r>
        <w:br/>
      </w:r>
      <w:r>
        <w:rPr>
          <w:sz w:val="20"/>
        </w:rPr>
        <w:t>1:00:36  my question is: can you guide us as to how one should act when people treat us badly?" kya matlab hua?</w:t>
      </w:r>
      <w:r>
        <w:br/>
      </w:r>
      <w:r>
        <w:rPr>
          <w:sz w:val="20"/>
        </w:rPr>
        <w:t>1:00:48  ke hamein kis tareeqe se respond karna chahiye ya act karna chahiye? agar jo opposite party hai, woh hamein badly treat kare, achhe se treat na kare, to hamein kaise response dena chahiye aur kaise act karna chahiye?</w:t>
      </w:r>
      <w:r>
        <w:br/>
      </w:r>
      <w:r>
        <w:rPr>
          <w:sz w:val="20"/>
        </w:rPr>
        <w:t>1:01:04  positive response! is liye ke woh to sach poochhen to woh jo aadmi aap ko badly treat kare, woh aap ko sab se bara gift de raha hai.</w:t>
      </w:r>
      <w:r>
        <w:br/>
      </w:r>
      <w:r>
        <w:rPr>
          <w:sz w:val="20"/>
        </w:rPr>
        <w:t>1:01:25  jo aadmi aap ko badly treat kare, woh aap ko sab se bara gift de raha hai. gift! is liye ke dekhiye,</w:t>
      </w:r>
      <w:r>
        <w:br/>
      </w:r>
      <w:r>
        <w:rPr>
          <w:sz w:val="20"/>
        </w:rPr>
        <w:t>1:01:36  sab se bara jo amal hai, woh kya hai? woh yeh hai ke koi aap ko bharkaye, koi aap ki ego hit kare,</w:t>
      </w:r>
      <w:r>
        <w:br/>
      </w:r>
      <w:r>
        <w:rPr>
          <w:sz w:val="20"/>
        </w:rPr>
        <w:t>1:01:53  koi aadmi aap ki ego ko hit kare aur aap hit na hon. aap bharken nahin, aap us ke liye duaen karen, us ke andar aap ke andar positive thinking aaye, aap woh bura salook karen aur aap us ke sath mohabbat karen.</w:t>
      </w:r>
      <w:r>
        <w:br/>
      </w:r>
      <w:r>
        <w:rPr>
          <w:sz w:val="20"/>
        </w:rPr>
        <w:t>1:02:11  yahi to matlab hai jo Hazrat Baseer ne jo kaha tha ke "love your enemy". "love your enemy!"</w:t>
      </w:r>
      <w:r>
        <w:br/>
      </w:r>
      <w:r>
        <w:rPr>
          <w:sz w:val="20"/>
        </w:rPr>
        <w:t>1:02:23  apne dushman se mohabbat karo. is ka matlab kya hai? dushmani ke jawab mein mohabbat!</w:t>
      </w:r>
      <w:r>
        <w:br/>
      </w:r>
      <w:r>
        <w:rPr>
          <w:sz w:val="20"/>
        </w:rPr>
        <w:t>1:02:32  jo sab se bara hai, yeh sab se bara amal hai aur Quran mein bhi yeh hai: "fid al-nabiyyin bi-wudda kun wali hamim".</w:t>
      </w:r>
      <w:r>
        <w:br/>
      </w:r>
      <w:r>
        <w:rPr>
          <w:sz w:val="20"/>
        </w:rPr>
        <w:t>1:02:44  agar bilkul normal halaat hon, koi aap ke ego ke shole nahin, koi aap ko bharkaye nahin, to aap achhe bure rahen.</w:t>
      </w:r>
      <w:r>
        <w:br/>
      </w:r>
      <w:r>
        <w:rPr>
          <w:sz w:val="20"/>
        </w:rPr>
        <w:t>1:02:55  to woh to bohat mamooli ka amal hai, bohat mamooli. jab koi aadmi aap ko bharkata hai aur tab bhi aap achhe bure rahte hain, to to woh hai bari cheez aur isi par bara inaam milta hai.</w:t>
      </w:r>
      <w:r>
        <w:br/>
      </w:r>
      <w:r>
        <w:rPr>
          <w:sz w:val="20"/>
        </w:rPr>
        <w:t>1:03:15  to is to to you have to take it as a as an opportunity!</w:t>
      </w:r>
      <w:r>
        <w:br/>
      </w:r>
      <w:r>
        <w:rPr>
          <w:sz w:val="20"/>
        </w:rPr>
        <w:t>1:03:25  you have to take this moment as a good opportunity!</w:t>
      </w:r>
      <w:r>
        <w:br/>
      </w:r>
      <w:r>
        <w:rPr>
          <w:sz w:val="20"/>
        </w:rPr>
        <w:t>1:03:32  opportunity! agar koi bharkaye nahin to aap ko yeh opportunity mile kaise? aap ko jab koi aap ke ego ko touch karta hai, tabhi to yeh yeh bara mauqa milta hai aap ko.</w:t>
      </w:r>
      <w:r>
        <w:br/>
      </w:r>
      <w:r>
        <w:rPr>
          <w:sz w:val="20"/>
        </w:rPr>
        <w:t>1:03:46  yeh opportunity ke aap us ko bad treatment ke bawajood use achha treatment karen, us ke liye duaen den, us se mohabbat karen.</w:t>
      </w:r>
      <w:r>
        <w:br/>
      </w:r>
      <w:r>
        <w:rPr>
          <w:sz w:val="20"/>
        </w:rPr>
        <w:t>1:03:57  to yeh wohi to use, wohi to deta hai aap ko yeh mauqa. to yeh to bohat achhi baat hai, bohat achhi baat hai.</w:t>
      </w:r>
    </w:p>
    <w:p>
      <w:pPr>
        <w:pStyle w:val="Heading2"/>
      </w:pPr>
      <w:r>
        <w:t>Human gratitude versus animal gratitude</w:t>
      </w:r>
    </w:p>
    <w:p>
      <w:r>
        <w:rPr>
          <w:color w:val="666666"/>
          <w:sz w:val="18"/>
        </w:rPr>
        <w:t>Ethics &amp; Character · The Character of a Dayee 4 March 2012 - Maulana Wahiduddin Khan · 1m 13s · at 1:41:14 · https://youtu.be/YtavJpVNbEM?t=6074</w:t>
      </w:r>
    </w:p>
    <w:p>
      <w:r>
        <w:rPr>
          <w:i/>
        </w:rPr>
        <w:t>“Please explain human gratitude and animal gratitude.”</w:t>
      </w:r>
    </w:p>
    <w:p>
      <w:r>
        <w:rPr>
          <w:sz w:val="20"/>
        </w:rPr>
        <w:t>1:41:14  Maulana, agla sawal Hyderabad, Pakistan se aaya hai Mr. Nouman Afzal sahib ka. unhone poocha hai ke: "insani shukr aur hawani shukr par roshni dalie."</w:t>
      </w:r>
      <w:r>
        <w:br/>
      </w:r>
      <w:r>
        <w:rPr>
          <w:sz w:val="20"/>
        </w:rPr>
        <w:t>1:41:27  shukr to insani sifat hai, haiwan shukr jante hi nahi.</w:t>
      </w:r>
      <w:r>
        <w:br/>
      </w:r>
      <w:r>
        <w:rPr>
          <w:sz w:val="20"/>
        </w:rPr>
        <w:t>1:41:38  shukr na yeh kahe ke hawani life aur insani life ka farq ke tu haiwan jo hai, shukr kar ke dunya mein nahi rehta.</w:t>
      </w:r>
      <w:r>
        <w:br/>
      </w:r>
      <w:r>
        <w:rPr>
          <w:sz w:val="20"/>
        </w:rPr>
        <w:t>1:41:48  yaani haiwan bhi oxygen leta hai, woh bhi khata hai ghiza, woh bhi pani peeta hai,</w:t>
      </w:r>
      <w:r>
        <w:br/>
      </w:r>
      <w:r>
        <w:rPr>
          <w:sz w:val="20"/>
        </w:rPr>
        <w:t>1:41:55  lekin woh is ko nahi janta ke mujhe acknowledge karna hai, mujhe shukr karna hai.</w:t>
      </w:r>
      <w:r>
        <w:br/>
      </w:r>
      <w:r>
        <w:rPr>
          <w:sz w:val="20"/>
        </w:rPr>
        <w:t>1:42:02  jabke insan jo hai, us ko Allah taala ne yeh sifat di hai ke woh jaane ke yeh Allah taala ki blessing hai, Allah taala ki nemat hai, aur phir woh shukr kare.</w:t>
      </w:r>
      <w:r>
        <w:br/>
      </w:r>
      <w:r>
        <w:rPr>
          <w:sz w:val="20"/>
        </w:rPr>
        <w:t>1:42:13  to bila shukr kiye hue agar koi shakhs zindagi guzar raha hai dunya mein, to woh just like haiwan hai, woh aur shukr kar ke zindagi guzar raha hai, to phir woh insan hai.</w:t>
      </w:r>
    </w:p>
    <w:p>
      <w:pPr>
        <w:pStyle w:val="Heading2"/>
      </w:pPr>
      <w:r>
        <w:t>Humility Before God but Arrogance to People</w:t>
      </w:r>
    </w:p>
    <w:p>
      <w:r>
        <w:rPr>
          <w:color w:val="666666"/>
          <w:sz w:val="18"/>
        </w:rPr>
        <w:t>Ethics &amp; Character · The Prophet An Example of Modesty August 27, 2017 · 3m 27s · at 1:01:19 · https://youtu.be/aR3V4c8fQC4?t=3679</w:t>
      </w:r>
    </w:p>
    <w:p>
      <w:r>
        <w:rPr>
          <w:i/>
        </w:rPr>
        <w:t>“When we totally submit to our creator, we become ojiz (helpless) and humble, but at the same time we show arrogance to other people. Why there is such a stark difference? What is missing here?”</w:t>
      </w:r>
    </w:p>
    <w:p>
      <w:r>
        <w:rPr>
          <w:sz w:val="20"/>
        </w:rPr>
        <w:t>1:01:19  maulana, agla sawal usa se miss kousar izhar ne bheja hai, unhon ne likha hai, "When we totally submit to our creator, we become ojiz and humble,</w:t>
      </w:r>
      <w:r>
        <w:br/>
      </w:r>
      <w:r>
        <w:rPr>
          <w:sz w:val="20"/>
        </w:rPr>
        <w:t>1:01:32  but at the same time we show arrogance to other people.</w:t>
      </w:r>
      <w:r>
        <w:br/>
      </w:r>
      <w:r>
        <w:rPr>
          <w:sz w:val="20"/>
        </w:rPr>
        <w:t>1:01:37  Why there is such a stark difference? What is missing here?" maulana, iss ke baray mein batayen. bhai, bara hi anokha sawal hai, bohat anokha sawal hai.</w:t>
      </w:r>
      <w:r>
        <w:br/>
      </w:r>
      <w:r>
        <w:rPr>
          <w:sz w:val="20"/>
        </w:rPr>
        <w:t>1:01:49  main yeh kahoon ga apne tajurbe ke mutabiq ke Allah ke muqablay mein bhi woh aajiz nahin banta, aisa insaan kahani lip service ki taraf bolta hai.</w:t>
      </w:r>
      <w:r>
        <w:br/>
      </w:r>
      <w:r>
        <w:rPr>
          <w:sz w:val="20"/>
        </w:rPr>
        <w:t>1:02:03  yaad rakhiye, Allah ke muqablay mein ishq ki daryaft ka jo criterion hai, woh insaan hai, insaan hai.</w:t>
      </w:r>
      <w:r>
        <w:br/>
      </w:r>
      <w:r>
        <w:rPr>
          <w:sz w:val="20"/>
        </w:rPr>
        <w:t>1:02:17  yaani Allah ke muqablay mein apna ishq daryaft karne ki saboot yeh hai ke aap insaan ke muqablay mein apnay ko, apnay ishq ko daryaft karen, nahin to woh lip service hai.</w:t>
      </w:r>
      <w:r>
        <w:br/>
      </w:r>
      <w:r>
        <w:rPr>
          <w:sz w:val="20"/>
        </w:rPr>
        <w:t>1:02:31  jo Allah ke muqablay mein bolta hai, "Alhamdulillah, Alhamdulillah, Subhan Allah", woh sab lip service hota hai, kuch nahin hota. aur yeh hadees se sabit hai ke "man lam yashhad al-nas lam yashhad Allah".</w:t>
      </w:r>
      <w:r>
        <w:br/>
      </w:r>
      <w:r>
        <w:rPr>
          <w:sz w:val="20"/>
        </w:rPr>
        <w:t>1:02:46  jo insaan ka etraaf nahin karay ga, woh Allah ka bhi etraaf nahin karay ga. iss ka matlab yahi hai ke agar tum dekho ke insaan ke muqablay mein.</w:t>
      </w:r>
      <w:r>
        <w:br/>
      </w:r>
      <w:r>
        <w:rPr>
          <w:sz w:val="20"/>
        </w:rPr>
        <w:t>1:02:56  to woh acknowledge karta nahin, etraaf karta nahin, aur Allah Allah khoob karta hai. to woh woh sab banawati hai, lip service hai, iss ki koi haqeeqat nahin hai.</w:t>
      </w:r>
      <w:r>
        <w:br/>
      </w:r>
      <w:r>
        <w:rPr>
          <w:sz w:val="20"/>
        </w:rPr>
        <w:t>1:03:08  jo aadmi sahi taur par Allah ko daryaft karay ga, Allah ke muqablay mein apni modesty ko daryaft karay ga, woh saray insaanon ke baray mein modest ban jayay ga.</w:t>
      </w:r>
      <w:r>
        <w:br/>
      </w:r>
      <w:r>
        <w:rPr>
          <w:sz w:val="20"/>
        </w:rPr>
        <w:t>1:03:20  yahi possible hai ke aap insaan ke muqablay mein arrogant banen aur Allah ke muqablay mein modest nahin ho sakta.</w:t>
      </w:r>
      <w:r>
        <w:br/>
      </w:r>
      <w:r>
        <w:rPr>
          <w:sz w:val="20"/>
        </w:rPr>
        <w:t>1:03:31  kyun ke Allah aap ka hareef nahin hai, Allah aap ka rival nahin hai, to wahan iss tarah ki sooraten pesh nahin aati. Allah se aap ka koi money ka, property ka koi jhagda nahin hota,</w:t>
      </w:r>
      <w:r>
        <w:br/>
      </w:r>
      <w:r>
        <w:rPr>
          <w:sz w:val="20"/>
        </w:rPr>
        <w:t>1:03:46  to iss liye wahan wahan baat khulti nahin. insaan ke mamlay mein khulti hai ke baar baar aap ko Allah se, ke baar baar aap ko insaan se rivalry hoti hai, baar baar aap ko interest clash hota hai,</w:t>
      </w:r>
      <w:r>
        <w:br/>
      </w:r>
      <w:r>
        <w:rPr>
          <w:sz w:val="20"/>
        </w:rPr>
        <w:t>1:04:05  baar baar aap ko koi na koi ikhtilaf pesh aata hai. to Allah ke muqablay mein log Alhamdulillah iss khoob iss liye karte hain ke wahan koi koi takrao nahin hai.</w:t>
      </w:r>
      <w:r>
        <w:br/>
      </w:r>
      <w:r>
        <w:rPr>
          <w:sz w:val="20"/>
        </w:rPr>
        <w:t>1:04:17  insan ke muqable mein takrao hai, is liye wahan nahi keh paate. to yaad rakhiye, Allah ke muqable mein aap kaise hain, is ka saboot hai ke insan ke muqable mein aap kaise hain.</w:t>
      </w:r>
      <w:r>
        <w:br/>
      </w:r>
      <w:r>
        <w:rPr>
          <w:sz w:val="20"/>
        </w:rPr>
        <w:t>1:04:30  yeh matlab hai is hadith ka "man lam yashhad al-nas lam yashhad Allah". yaani Allah ke muqable mein aap kaise hain, is ka faisla is par hoga ke insan ke muqable mein aap kaise hain.</w:t>
      </w:r>
    </w:p>
    <w:p>
      <w:pPr>
        <w:pStyle w:val="Heading2"/>
      </w:pPr>
      <w:r>
        <w:t>Hypocrisy and best deeds for Allah</w:t>
      </w:r>
    </w:p>
    <w:p>
      <w:r>
        <w:rPr>
          <w:color w:val="666666"/>
          <w:sz w:val="18"/>
        </w:rPr>
        <w:t>Ethics &amp; Character · Personality Building January 05, 2014 · 2m 47s · at 1:19:12 · https://youtu.be/3Zppdm2K4ug?t=4752</w:t>
      </w:r>
    </w:p>
    <w:p>
      <w:r>
        <w:rPr>
          <w:i/>
        </w:rPr>
        <w:t>“What is hypocrisy and what is the best work that Allah likes?”</w:t>
      </w:r>
    </w:p>
    <w:p>
      <w:r>
        <w:rPr>
          <w:sz w:val="20"/>
        </w:rPr>
        <w:t>1:19:12  maulana, agla sawal dhampur se aya hai mehtab ahmad sahib ka. unhon ne aap se poocha hai ke "wat is munafiqat and wat is da bast work dat allah likes?" is ko wazeh karen.</w:t>
      </w:r>
      <w:r>
        <w:br/>
      </w:r>
      <w:r>
        <w:rPr>
          <w:sz w:val="20"/>
        </w:rPr>
        <w:t>1:19:28  dekhen, munafiqat ka matlab sadah tor par double standard hona. dil mein kuch ho, zaban par kuch ho.</w:t>
      </w:r>
      <w:r>
        <w:br/>
      </w:r>
      <w:r>
        <w:rPr>
          <w:sz w:val="20"/>
        </w:rPr>
        <w:t>1:19:39  yeh matlab hai munafiqat ka.</w:t>
      </w:r>
      <w:r>
        <w:br/>
      </w:r>
      <w:r>
        <w:rPr>
          <w:sz w:val="20"/>
        </w:rPr>
        <w:t>1:19:44  to aaj kal to bohat ziyada aam hai logon ko khush karne ke liye, society mein acha bana rehne ke liye. aadmi har waqt banawati baaten karta hai.</w:t>
      </w:r>
      <w:r>
        <w:br/>
      </w:r>
      <w:r>
        <w:rPr>
          <w:sz w:val="20"/>
        </w:rPr>
        <w:t>1:19:54  banawati baaten kya hain? wohi munafiqat hai. mera aadmi khud samajh sakta hai ke mere dil mein kya hai, ab mein bol kya raha hoon. to munafiqat ka matlab hai yani double standard hona.</w:t>
      </w:r>
      <w:r>
        <w:br/>
      </w:r>
      <w:r>
        <w:rPr>
          <w:sz w:val="20"/>
        </w:rPr>
        <w:t>1:20:10  aur kya dosra kehta hai? woh</w:t>
      </w:r>
      <w:r>
        <w:br/>
      </w:r>
      <w:r>
        <w:rPr>
          <w:sz w:val="20"/>
        </w:rPr>
        <w:t>1:20:12  "What is the best work that Allah likes?"</w:t>
      </w:r>
      <w:r>
        <w:br/>
      </w:r>
      <w:r>
        <w:rPr>
          <w:sz w:val="20"/>
        </w:rPr>
        <w:t>1:20:18  acha,</w:t>
      </w:r>
      <w:r>
        <w:br/>
      </w:r>
      <w:r>
        <w:rPr>
          <w:sz w:val="20"/>
        </w:rPr>
        <w:t>1:20:23  mein samajhta hoon kisi ko ulta jo hai woh best hai. kyunke quran mein aata hai ke quran mein aata hai ke akhirat ke bare mein "fi muqaddar sadqan al-muktadir"</w:t>
      </w:r>
      <w:r>
        <w:br/>
      </w:r>
      <w:r>
        <w:rPr>
          <w:sz w:val="20"/>
        </w:rPr>
        <w:t>1:20:38  ke akhirat mein jo selected log honge jin ko jannat ki entry mile gi, woh sachai ki seat par honge.</w:t>
      </w:r>
      <w:r>
        <w:br/>
      </w:r>
      <w:r>
        <w:rPr>
          <w:sz w:val="20"/>
        </w:rPr>
        <w:t>1:20:49  sachai ki seat kyunke sacha hona Allah ko sab se zyada pasand hai aur munafiq hona sab se zyada napasand hai Allah ko.</w:t>
      </w:r>
      <w:r>
        <w:br/>
      </w:r>
      <w:r>
        <w:rPr>
          <w:sz w:val="20"/>
        </w:rPr>
        <w:t>1:20:58  kyunke quran mein hai ke</w:t>
      </w:r>
      <w:r>
        <w:br/>
      </w:r>
      <w:r>
        <w:rPr>
          <w:sz w:val="20"/>
        </w:rPr>
        <w:t>1:21:02  "munafiq woh sab se zyada</w:t>
      </w:r>
      <w:r>
        <w:br/>
      </w:r>
      <w:r>
        <w:rPr>
          <w:sz w:val="20"/>
        </w:rPr>
        <w:t>1:21:07  nal munafiqeen fil darak al-asfal min an-nar". sab se zyada yani nichle darje mein jannat ke munafiqeen honge. aur jo sachay log hain, un ke liye hai ke "fi muqaddar sadqan al-muktadir" ke log sachai ki seat par honge.</w:t>
      </w:r>
      <w:r>
        <w:br/>
      </w:r>
      <w:r>
        <w:rPr>
          <w:sz w:val="20"/>
        </w:rPr>
        <w:t>1:21:24  dekhen, sachai koi ek baat nahi hai.</w:t>
      </w:r>
      <w:r>
        <w:br/>
      </w:r>
      <w:r>
        <w:rPr>
          <w:sz w:val="20"/>
        </w:rPr>
        <w:t>1:21:26  sachai aap ki poori personality ka aik aik aik nishani hai. sachai hai to sab kuch hai. agar aap ke paas sachai hai to aap ke bol mein sachai hogi, aap ki dealing mein sachai hogi, aap ke behavior mein sachai hogi, aap ke thinking mein sachai hogi.</w:t>
      </w:r>
      <w:r>
        <w:br/>
      </w:r>
      <w:r>
        <w:rPr>
          <w:sz w:val="20"/>
        </w:rPr>
        <w:t>1:21:42  yani poora wajood aap ka sach ban jayega, sachai mein dhal jayega.</w:t>
      </w:r>
      <w:r>
        <w:br/>
      </w:r>
      <w:r>
        <w:rPr>
          <w:sz w:val="20"/>
        </w:rPr>
        <w:t>1:21:48  to mein samajhta hoon ke sab se bari burai jhoot bolna hai, sab se bari achai jo hai sach bolna hai.</w:t>
      </w:r>
    </w:p>
    <w:p>
      <w:pPr>
        <w:pStyle w:val="Heading2"/>
      </w:pPr>
      <w:r>
        <w:t>Identifying Weaknesses and Overcoming Them</w:t>
      </w:r>
    </w:p>
    <w:p>
      <w:r>
        <w:rPr>
          <w:color w:val="666666"/>
          <w:sz w:val="18"/>
        </w:rPr>
        <w:t>Ethics &amp; Character · Dars-e-Quran, Hadith-e-Jibril October 29, 2017 · 1m 00s · at 1:25:11 · https://youtu.be/CaMTvkwqQqo?t=5111</w:t>
      </w:r>
    </w:p>
    <w:p>
      <w:r>
        <w:rPr>
          <w:i/>
        </w:rPr>
        <w:t>“Maulana, kindly guide: How can we identify our weaknesses and then overcome them? How can a person come to know that he or she needs...”</w:t>
      </w:r>
    </w:p>
    <w:p>
      <w:r>
        <w:rPr>
          <w:sz w:val="20"/>
        </w:rPr>
        <w:t>1:25:11  molana agla sawal bheja hai srinagar kashmir se aamir mori sahib ne inhone poocha hai ke molana kindly guide how can we identify our weaknesses and then overcome them how can a person come to know that he or she need</w:t>
      </w:r>
    </w:p>
    <w:p>
      <w:pPr>
        <w:pStyle w:val="Heading2"/>
      </w:pPr>
      <w:r>
        <w:t>Identifying a hypocrite in Islam</w:t>
      </w:r>
    </w:p>
    <w:p>
      <w:r>
        <w:rPr>
          <w:color w:val="666666"/>
          <w:sz w:val="18"/>
        </w:rPr>
        <w:t>Ethics &amp; Character · Anger An Obstacle to wisdom 5 Jan 2020 - Maulana Wahiduddin Khan · 1m 14s · at 57:46 · https://youtu.be/q0VPtCsiYrI?t=3466</w:t>
      </w:r>
    </w:p>
    <w:p>
      <w:r>
        <w:rPr>
          <w:i/>
        </w:rPr>
        <w:t>“Who is a hypocrite and how can one identify a hypocrite? To me, it seems like twisting according to the situation is hypocrisy. Kindly give us your explanation on this subject.”</w:t>
      </w:r>
    </w:p>
    <w:p>
      <w:r>
        <w:rPr>
          <w:sz w:val="20"/>
        </w:rPr>
        <w:t>57:46  . Thank you, Maulana. Jazak Allah. Maulana, agla sawal lena chahenge. yeh sawal usa se shahid sahib ne bheja hai.</w:t>
      </w:r>
      <w:r>
        <w:br/>
      </w:r>
      <w:r>
        <w:rPr>
          <w:sz w:val="20"/>
        </w:rPr>
        <w:t>57:56  Unhon ne aap se poocha hai: "Maulana sahib, Who is a hypocrite and how can one identify a hypocrite?</w:t>
      </w:r>
      <w:r>
        <w:br/>
      </w:r>
      <w:r>
        <w:rPr>
          <w:sz w:val="20"/>
        </w:rPr>
        <w:t>58:07  To me, it seems like twisting according to the situation is hypocrisy. Kindly give us your explanation on this subject." aap jante hain ke english mein ek lafz hai "double standard", wahi matlab hai is ka jo aadmi double standard ho.</w:t>
      </w:r>
      <w:r>
        <w:br/>
      </w:r>
      <w:r>
        <w:rPr>
          <w:sz w:val="20"/>
        </w:rPr>
        <w:t>58:31  Yeh koi bohat complex baat nahi hai, bohat seedhi baat hai.</w:t>
      </w:r>
      <w:r>
        <w:br/>
      </w:r>
      <w:r>
        <w:rPr>
          <w:sz w:val="20"/>
        </w:rPr>
        <w:t>58:39  Kisi aadmi ko pehchanne ke liye ke woh hypocrite hai, ek hi din us ke sath rahen, ek to aap jaan len ke yeh double standard aadmi hai.</w:t>
      </w:r>
      <w:r>
        <w:br/>
      </w:r>
      <w:r>
        <w:rPr>
          <w:sz w:val="20"/>
        </w:rPr>
        <w:t>58:53  Yeh koi mushkil kaam nahi hai.</w:t>
      </w:r>
    </w:p>
    <w:p>
      <w:pPr>
        <w:pStyle w:val="Heading2"/>
      </w:pPr>
      <w:r>
        <w:t>Ideology of enmity based on nation</w:t>
      </w:r>
    </w:p>
    <w:p>
      <w:r>
        <w:rPr>
          <w:color w:val="666666"/>
          <w:sz w:val="18"/>
        </w:rPr>
        <w:t>Ethics &amp; Character · From The Spiritual Tree September 8, 2013 · 2m 41s · at 1:00:10 · https://youtu.be/Vv6vf2N8YQA?t=3610</w:t>
      </w:r>
    </w:p>
    <w:p>
      <w:r>
        <w:rPr>
          <w:i/>
        </w:rPr>
        <w:t>“My brother's ideology was that whoever is an enemy of my nation is my enemy, and he used to do all actions for that. He mentioned a hadith that if one limb is in pain, the whole body feels it. What is your opinion?”</w:t>
      </w:r>
    </w:p>
    <w:p>
      <w:r>
        <w:rPr>
          <w:sz w:val="20"/>
        </w:rPr>
        <w:t>1:00:10  maulana yeh agla sawal aya hai maulana iqbal umri ka chennai se. yeh likhte hain ek sahab ke bhai jail mein hain.</w:t>
      </w:r>
      <w:r>
        <w:br/>
      </w:r>
      <w:r>
        <w:rPr>
          <w:sz w:val="20"/>
        </w:rPr>
        <w:t>1:00:19  main ne un se poocha kya karte the? unhon ne kaha mere bhai ka nazariya tha ke jo meri qom ka dushman hai woh mera dushman hai.</w:t>
      </w:r>
      <w:r>
        <w:br/>
      </w:r>
      <w:r>
        <w:rPr>
          <w:sz w:val="20"/>
        </w:rPr>
        <w:t>1:00:31  isi ke liye sari harkatein karte the. unhon ne ek hadees ka zikr kiya ke agar ek uzv ko takleef hoti hai to sara badan mehsoos karta hai.</w:t>
      </w:r>
      <w:r>
        <w:br/>
      </w:r>
      <w:r>
        <w:rPr>
          <w:sz w:val="20"/>
        </w:rPr>
        <w:t>1:00:45  maulana kya is hadees mein qomiyat ki bhi daleel hai? hargiz nahi. is hadees mein qomiyat dil yeh to ek akhlaqi yeh hadees to akhlaqi maani mein hai.</w:t>
      </w:r>
      <w:r>
        <w:br/>
      </w:r>
      <w:r>
        <w:rPr>
          <w:sz w:val="20"/>
        </w:rPr>
        <w:t>1:00:57  yeh qomi ma'ni mein nahi hai.</w:t>
      </w:r>
      <w:r>
        <w:br/>
      </w:r>
      <w:r>
        <w:rPr>
          <w:sz w:val="20"/>
        </w:rPr>
        <w:t>1:01:00  dushman ke mu'amle ko agar samajhna hai aap ko to quran ki ek ayat se aap is ko samjhein ke laa hasanatun waladzi bainakum kaanum adaa watun kaana waliyuhum hameem.</w:t>
      </w:r>
      <w:r>
        <w:br/>
      </w:r>
      <w:r>
        <w:rPr>
          <w:sz w:val="20"/>
        </w:rPr>
        <w:t>1:01:22  yani dushman ko dost banane ka formula bataya quran mein. dushman se nafrat karne ka formula nahi hai.</w:t>
      </w:r>
      <w:r>
        <w:br/>
      </w:r>
      <w:r>
        <w:rPr>
          <w:sz w:val="20"/>
        </w:rPr>
        <w:t>1:01:29  yeh nahi ke dushman se nafrat karo, dushman ko maro, dushman ke khilaaf harkatein karo, dushman ko zaleel karo. yeh nahi hai formula. dushman ke saath acha sulook karo.</w:t>
      </w:r>
      <w:r>
        <w:br/>
      </w:r>
      <w:r>
        <w:rPr>
          <w:sz w:val="20"/>
        </w:rPr>
        <w:t>1:01:38  dushman ko tablegh karo. dushman ko dawat do. dushman se discussion karo. yahan tak ke woh tumhara dost ban jayega.</w:t>
      </w:r>
      <w:r>
        <w:br/>
      </w:r>
      <w:r>
        <w:rPr>
          <w:sz w:val="20"/>
        </w:rPr>
        <w:t>1:01:50  isko to yeh to bohat bari baat quran mein hai ke har dushman aap ka potential friend hai.</w:t>
      </w:r>
      <w:r>
        <w:br/>
      </w:r>
      <w:r>
        <w:rPr>
          <w:sz w:val="20"/>
        </w:rPr>
        <w:t>1:01:57  yani your enemy is your potential friend. so turn this potential into actual. to unhon ne jo nazariya banaya hai is ka ta'alluq islam se kuch bhi nahi tha.</w:t>
      </w:r>
      <w:r>
        <w:br/>
      </w:r>
      <w:r>
        <w:rPr>
          <w:sz w:val="20"/>
        </w:rPr>
        <w:t>1:02:08  hata ke qomiyat se bhi woh nahi hai. woh to aam woh to bilkul nadani ki baat hai. qomiyat bhi dekhiye reason par qaim hoti hai.</w:t>
      </w:r>
      <w:r>
        <w:br/>
      </w:r>
      <w:r>
        <w:rPr>
          <w:sz w:val="20"/>
        </w:rPr>
        <w:t>1:02:17  reason par. woh reason ke bhi khilaaf hai. lad kar aap kisi masle ko hal nahi kar sakte.</w:t>
      </w:r>
      <w:r>
        <w:br/>
      </w:r>
      <w:r>
        <w:rPr>
          <w:sz w:val="20"/>
        </w:rPr>
        <w:t>1:02:24  kisi community ko aap dushman bana bana lein. is se masla hal nahi hota hai. sahi tareeqa yahi hai ke aap dushman se acha sulook karein.</w:t>
      </w:r>
      <w:r>
        <w:br/>
      </w:r>
      <w:r>
        <w:rPr>
          <w:sz w:val="20"/>
        </w:rPr>
        <w:t>1:02:33  dushman se discussion karein. yani dushmani ko diffuse karne ki koshish karein. ladna kisi masle ka hal nahi hai. kabhi bhi nahi.</w:t>
      </w:r>
      <w:r>
        <w:br/>
      </w:r>
      <w:r>
        <w:rPr>
          <w:sz w:val="20"/>
        </w:rPr>
        <w:t>1:02:42  kabhi duniya mein aisa nahi hai ke ke lad bher kar kisi ne masle ko hal kiya ho. na pehle hua hai na aaj aaj ho sakta hai.</w:t>
      </w:r>
    </w:p>
    <w:p>
      <w:pPr>
        <w:pStyle w:val="Heading2"/>
      </w:pPr>
      <w:r>
        <w:t>Importance of forgiveness in patience</w:t>
      </w:r>
    </w:p>
    <w:p>
      <w:r>
        <w:rPr>
          <w:color w:val="666666"/>
          <w:sz w:val="18"/>
        </w:rPr>
        <w:t>Ethics &amp; Character · Problem and Shukr March 15, 2015 · 2m 50s · at 45:49 · https://youtu.be/O4gfXHtntcc?t=2749</w:t>
      </w:r>
    </w:p>
    <w:p>
      <w:r>
        <w:rPr>
          <w:i/>
        </w:rPr>
        <w:t>“How important is forgiveness in keeping patience and positivity?”</w:t>
      </w:r>
    </w:p>
    <w:p>
      <w:r>
        <w:rPr>
          <w:sz w:val="20"/>
        </w:rPr>
        <w:t>45:49  maulana agla sawal miss naghma siddiqui ka hai dilli se aur unhon ne aap se poocha hai ke</w:t>
      </w:r>
      <w:r>
        <w:br/>
      </w:r>
      <w:r>
        <w:rPr>
          <w:sz w:val="20"/>
        </w:rPr>
        <w:t>45:57  How important is it, how important is forgiveness in keeping patience and</w:t>
      </w:r>
      <w:r>
        <w:br/>
      </w:r>
      <w:r>
        <w:rPr>
          <w:sz w:val="20"/>
        </w:rPr>
        <w:t>46:04  positivity dekhiye forgiveness ke baghair to</w:t>
      </w:r>
      <w:r>
        <w:br/>
      </w:r>
      <w:r>
        <w:rPr>
          <w:sz w:val="20"/>
        </w:rPr>
        <w:t>46:08  sab kuch kho deta hai aadmi kyun ke dunya mein to insan ki taraf se aap ko</w:t>
      </w:r>
      <w:r>
        <w:br/>
      </w:r>
      <w:r>
        <w:rPr>
          <w:sz w:val="20"/>
        </w:rPr>
        <w:t>46:15  unpleasant cheezein pesh aayengi aayengi yeh to bilkul mumkin nahi ke sab kuch smooth ho</w:t>
      </w:r>
      <w:r>
        <w:br/>
      </w:r>
      <w:r>
        <w:rPr>
          <w:sz w:val="20"/>
        </w:rPr>
        <w:t>46:21  jaye to forgiveness to bilkul must hai is baat ke liye ke aap ke andar shukr ka jazba</w:t>
      </w:r>
      <w:r>
        <w:br/>
      </w:r>
      <w:r>
        <w:rPr>
          <w:sz w:val="20"/>
        </w:rPr>
        <w:t>46:31  baqi rahe aur aur positive thinking baqi rahe baghair forgiveness ke kuch bhi nahi ho sakta</w:t>
      </w:r>
      <w:r>
        <w:br/>
      </w:r>
      <w:r>
        <w:rPr>
          <w:sz w:val="20"/>
        </w:rPr>
        <w:t>46:39  islam ka aik usool yeh bhi hai</w:t>
      </w:r>
      <w:r>
        <w:br/>
      </w:r>
      <w:r>
        <w:rPr>
          <w:sz w:val="20"/>
        </w:rPr>
        <w:t>46:43  ke living evil ke baray mein islam koi</w:t>
      </w:r>
      <w:r>
        <w:br/>
      </w:r>
      <w:r>
        <w:rPr>
          <w:sz w:val="20"/>
        </w:rPr>
        <w:t>46:49  ikhtitam karta hai living evil lekin dead evil par koi is ka nahi hota islam ka ikhtitam aik</w:t>
      </w:r>
      <w:r>
        <w:br/>
      </w:r>
      <w:r>
        <w:rPr>
          <w:sz w:val="20"/>
        </w:rPr>
        <w:t>46:58  hai living evil aik hai dead evil mein aap ko misaal deta hoon</w:t>
      </w:r>
      <w:r>
        <w:br/>
      </w:r>
      <w:r>
        <w:rPr>
          <w:sz w:val="20"/>
        </w:rPr>
        <w:t>47:04  keh rasool Allah ne jab makkah fatah kiya aur kaaba par aap ko poora ikhtiyar hasil ho gaya</w:t>
      </w:r>
      <w:r>
        <w:br/>
      </w:r>
      <w:r>
        <w:rPr>
          <w:sz w:val="20"/>
        </w:rPr>
        <w:t>47:11  to us waqt kaaba ke ooper ek parda dala hua tha ek parda yeh parda mushrikeen ne dala</w:t>
      </w:r>
      <w:r>
        <w:br/>
      </w:r>
      <w:r>
        <w:rPr>
          <w:sz w:val="20"/>
        </w:rPr>
        <w:t>47:20  tha yani mushrikeen ka paisa mushrikeen ki sab kuch mushrikeen ka tha woh us dala hua tha aaj</w:t>
      </w:r>
      <w:r>
        <w:br/>
      </w:r>
      <w:r>
        <w:rPr>
          <w:sz w:val="20"/>
        </w:rPr>
        <w:t>47:28  kal jo mizaj hai musalmanon ka woh kya kahenge yeh mushrikeen ka parda hai is ko hatao</w:t>
      </w:r>
      <w:r>
        <w:br/>
      </w:r>
      <w:r>
        <w:rPr>
          <w:sz w:val="20"/>
        </w:rPr>
        <w:t>47:34  rasool Allah ne nahi hataya is ko</w:t>
      </w:r>
      <w:r>
        <w:br/>
      </w:r>
      <w:r>
        <w:rPr>
          <w:sz w:val="20"/>
        </w:rPr>
        <w:t>47:36  kyunkeh ab woh ab woh un ka iqtadar khatm ho gaya tha ab woh koi living problem nahi</w:t>
      </w:r>
      <w:r>
        <w:br/>
      </w:r>
      <w:r>
        <w:rPr>
          <w:sz w:val="20"/>
        </w:rPr>
        <w:t>47:42  tha woh parda</w:t>
      </w:r>
      <w:r>
        <w:br/>
      </w:r>
      <w:r>
        <w:rPr>
          <w:sz w:val="20"/>
        </w:rPr>
        <w:t>47:44  baad ko kya hua keh ek aurat wahan par woh jo dhon dena woh loban jala kar kya</w:t>
      </w:r>
      <w:r>
        <w:br/>
      </w:r>
      <w:r>
        <w:rPr>
          <w:sz w:val="20"/>
        </w:rPr>
        <w:t>47:51  karte hain woh wahan kar rahi thi is se parde mein aag lag gayi to parda jal gaya</w:t>
      </w:r>
      <w:r>
        <w:br/>
      </w:r>
      <w:r>
        <w:rPr>
          <w:sz w:val="20"/>
        </w:rPr>
        <w:t>47:59  to ab ek ek ek real problem ban gaya keh parde ko doosre replace kiya jaye to jab</w:t>
      </w:r>
      <w:r>
        <w:br/>
      </w:r>
      <w:r>
        <w:rPr>
          <w:sz w:val="20"/>
        </w:rPr>
        <w:t>48:07  tak parda koi yani koi living evil nahi tha us waqt aap ne is baqi rakha aur jab</w:t>
      </w:r>
      <w:r>
        <w:br/>
      </w:r>
      <w:r>
        <w:rPr>
          <w:sz w:val="20"/>
        </w:rPr>
        <w:t>48:13  dekha keh parda to jal gaya to ab ek naya parda dalna hai to phir aap ne wahan</w:t>
      </w:r>
      <w:r>
        <w:br/>
      </w:r>
      <w:r>
        <w:rPr>
          <w:sz w:val="20"/>
        </w:rPr>
        <w:t>48:18  par ek naya parda dhalwaya</w:t>
      </w:r>
      <w:r>
        <w:br/>
      </w:r>
      <w:r>
        <w:rPr>
          <w:sz w:val="20"/>
        </w:rPr>
        <w:t>48:20  to is baat ko bohat yani aur bhi misalein hain is ki keh Islam living</w:t>
      </w:r>
      <w:r>
        <w:br/>
      </w:r>
      <w:r>
        <w:rPr>
          <w:sz w:val="20"/>
        </w:rPr>
        <w:t>48:28  living evil ko problem samajhta hai dead evil ko Islam problem nahi samajhta</w:t>
      </w:r>
      <w:r>
        <w:br/>
      </w:r>
      <w:r>
        <w:rPr>
          <w:sz w:val="20"/>
        </w:rPr>
        <w:t>48:34  dead evil ko nazar andaz karna yeh Islam ka tareeqa hai aur living evil ke bare mein sochna</w:t>
      </w:r>
    </w:p>
    <w:p>
      <w:pPr>
        <w:pStyle w:val="Heading2"/>
      </w:pPr>
      <w:r>
        <w:t>Importance of patience in Islam and development</w:t>
      </w:r>
    </w:p>
    <w:p>
      <w:r>
        <w:rPr>
          <w:color w:val="666666"/>
          <w:sz w:val="18"/>
        </w:rPr>
        <w:t>Ethics &amp; Character · Divine Law of Success 14th October 2012 Slow · 2m 14s · at 1:12:04 · https://youtu.be/2zXfZhIf1jA?t=4324</w:t>
      </w:r>
    </w:p>
    <w:p>
      <w:r>
        <w:rPr>
          <w:i/>
        </w:rPr>
        <w:t>“Why in Islam is great importance attached to patience? Please guide us as to how we can develop the quality of patience in ourselves.”</w:t>
      </w:r>
    </w:p>
    <w:p>
      <w:r>
        <w:rPr>
          <w:sz w:val="20"/>
        </w:rPr>
        <w:t>1:12:04  maulana, agla sawal roorkee se hai, mr. sajid anwar sahib ka.</w:t>
      </w:r>
      <w:r>
        <w:br/>
      </w:r>
      <w:r>
        <w:rPr>
          <w:sz w:val="20"/>
        </w:rPr>
        <w:t>1:12:10  unhon ne likha hai: "Molana, why in Islam a great importance is attached to صبر?</w:t>
      </w:r>
      <w:r>
        <w:br/>
      </w:r>
      <w:r>
        <w:rPr>
          <w:sz w:val="20"/>
        </w:rPr>
        <w:t>1:12:17  dekhie, sabr ka</w:t>
      </w:r>
      <w:r>
        <w:br/>
      </w:r>
      <w:r>
        <w:rPr>
          <w:sz w:val="20"/>
        </w:rPr>
        <w:t>1:12:23  matlab jo hai, sabr koi passive attitude ka naam nahi hai.</w:t>
      </w:r>
      <w:r>
        <w:br/>
      </w:r>
      <w:r>
        <w:rPr>
          <w:sz w:val="20"/>
        </w:rPr>
        <w:t>1:12:29  sabr ka matlab hai Allah ka jo, jo abhi mein ne kaha ke jo divine plan hai, jo</w:t>
      </w:r>
      <w:r>
        <w:br/>
      </w:r>
      <w:r>
        <w:rPr>
          <w:sz w:val="20"/>
        </w:rPr>
        <w:t>1:12:35  divine scheme of things hai, us se mutabiqat karna.</w:t>
      </w:r>
      <w:r>
        <w:br/>
      </w:r>
      <w:r>
        <w:rPr>
          <w:sz w:val="20"/>
        </w:rPr>
        <w:t>1:12:41  jab bhi hamare muwafiq koi baat hai, us se mutabiqat karna.</w:t>
      </w:r>
      <w:r>
        <w:br/>
      </w:r>
      <w:r>
        <w:rPr>
          <w:sz w:val="20"/>
        </w:rPr>
        <w:t>1:12:47  misal ke taur par, har aadmi azaad hai, aap ki azaadi ko misuse karta hai.</w:t>
      </w:r>
      <w:r>
        <w:br/>
      </w:r>
      <w:r>
        <w:rPr>
          <w:sz w:val="20"/>
        </w:rPr>
        <w:t>1:12:53  iska misuse karna hamein bura lagta hai, hamein takleef hoti hai.</w:t>
      </w:r>
      <w:r>
        <w:br/>
      </w:r>
      <w:r>
        <w:rPr>
          <w:sz w:val="20"/>
        </w:rPr>
        <w:t>1:12:59  to hamein sabr karna parega, kyunke woh jo kar raha hai, woh to Allah ke di hui</w:t>
      </w:r>
      <w:r>
        <w:br/>
      </w:r>
      <w:r>
        <w:rPr>
          <w:sz w:val="20"/>
        </w:rPr>
        <w:t>1:13:05  azaadi ki bina par kar raha hai.</w:t>
      </w:r>
      <w:r>
        <w:br/>
      </w:r>
      <w:r>
        <w:rPr>
          <w:sz w:val="20"/>
        </w:rPr>
        <w:t>1:13:11  hum uski azaadi ko waris nahi kar sakte.</w:t>
      </w:r>
      <w:r>
        <w:br/>
      </w:r>
      <w:r>
        <w:rPr>
          <w:sz w:val="20"/>
        </w:rPr>
        <w:t>1:13:17  to sabr ka matlab hai Allah ke, Allah ke muqarrar kiye hue nizam.</w:t>
      </w:r>
      <w:r>
        <w:br/>
      </w:r>
      <w:r>
        <w:rPr>
          <w:sz w:val="20"/>
        </w:rPr>
        <w:t>1:13:23  agar hamein kahin hamare muwafiq nahi aa raha to phir sabr karna.</w:t>
      </w:r>
      <w:r>
        <w:br/>
      </w:r>
      <w:r>
        <w:rPr>
          <w:sz w:val="20"/>
        </w:rPr>
        <w:t>1:13:29  to wa ma sabr ka illa billah Quran mein aata hai.</w:t>
      </w:r>
      <w:r>
        <w:br/>
      </w:r>
      <w:r>
        <w:rPr>
          <w:sz w:val="20"/>
        </w:rPr>
        <w:t>1:13:35  isi liye fassbir kama wa ma sabr ka illa billah sabr karo, kyunke tumhara sabr Allah ke liye nizam</w:t>
      </w:r>
      <w:r>
        <w:br/>
      </w:r>
      <w:r>
        <w:rPr>
          <w:sz w:val="20"/>
        </w:rPr>
        <w:t>1:13:41  khudawandi se muwafqat jo aap karenge, to aap ko sabr hi karna parega.</w:t>
      </w:r>
      <w:r>
        <w:br/>
      </w:r>
      <w:r>
        <w:rPr>
          <w:sz w:val="20"/>
        </w:rPr>
        <w:t>1:13:47  kyunke woh aap ka ikhtiyar mein nahi hai ke nizam khudawandi ke banayein apne hisab se.</w:t>
      </w:r>
      <w:r>
        <w:br/>
      </w:r>
      <w:r>
        <w:rPr>
          <w:sz w:val="20"/>
        </w:rPr>
        <w:t>1:13:53  woh to Allah ne apne hisab se bana rakha hai.</w:t>
      </w:r>
      <w:r>
        <w:br/>
      </w:r>
      <w:r>
        <w:rPr>
          <w:sz w:val="20"/>
        </w:rPr>
        <w:t>1:13:59  to sabr jo hai, Allah ke jo creation, Allah ka jo creation plan hai, Allah ka jo jo</w:t>
      </w:r>
      <w:r>
        <w:br/>
      </w:r>
      <w:r>
        <w:rPr>
          <w:sz w:val="20"/>
        </w:rPr>
        <w:t>1:14:06  divine scheme of things hai, us se apne ko mutabiq karna, us se adjust karna apne aap ko,</w:t>
      </w:r>
      <w:r>
        <w:br/>
      </w:r>
      <w:r>
        <w:rPr>
          <w:sz w:val="20"/>
        </w:rPr>
        <w:t>1:14:12  isi ka naam sabr hai.</w:t>
      </w:r>
    </w:p>
    <w:p>
      <w:pPr>
        <w:pStyle w:val="Heading2"/>
      </w:pPr>
      <w:r>
        <w:t>Improving personality through Quranic teachings</w:t>
      </w:r>
    </w:p>
    <w:p>
      <w:r>
        <w:rPr>
          <w:color w:val="666666"/>
          <w:sz w:val="18"/>
        </w:rPr>
        <w:t>Ethics &amp; Character · Divine Help March 31, 2019 Maulana Wahiduddin Khan · 1m 11s · at 40:29 · https://youtu.be/o5-R5Rjs5Cw?t=2429</w:t>
      </w:r>
    </w:p>
    <w:p>
      <w:r>
        <w:rPr>
          <w:i/>
        </w:rPr>
        <w:t>“Molana sahib, how to improve one's personality in the light of the Quran? Please explain.”</w:t>
      </w:r>
    </w:p>
    <w:p>
      <w:r>
        <w:rPr>
          <w:sz w:val="20"/>
        </w:rPr>
        <w:t>40:29  maulana, agla sawal Pakistan se bheja hai raeed ul hassan sahib ne, unhon ne aap se poocha hai ke Maulana sahib, Quran ki roshni mein personality ko kaise behtar banaya jaye, is ke bare mein batayein.</w:t>
      </w:r>
      <w:r>
        <w:br/>
      </w:r>
      <w:r>
        <w:rPr>
          <w:sz w:val="20"/>
        </w:rPr>
        <w:t>40:45  main bas yahi kahunga ke tadabbur ko badhaiye, yani Quran aur hadith, seerat-e-rasool, in cheezon mein apne ghaur o fikr ko badhaiye.</w:t>
      </w:r>
      <w:r>
        <w:br/>
      </w:r>
      <w:r>
        <w:rPr>
          <w:sz w:val="20"/>
        </w:rPr>
        <w:t>40:59  jaise aaj hi ka ek qissa unhon ne bataya aap ko ke فَإِنَّكَ بَيَأَيُّنَا yeh bahut der se pooch rahe the hamein sawal tha ke tumhara mamla hamari nigahon mein hai, is ka kya matlab hai?</w:t>
      </w:r>
      <w:r>
        <w:br/>
      </w:r>
      <w:r>
        <w:rPr>
          <w:sz w:val="20"/>
        </w:rPr>
        <w:t>41:14  to aaj hi mujh par khula, kya matlab hai ke tumhara mamla hamari planning ke tehat chal raha hai, hamari planning ke tehat ek course jari hua hai, is course ko poora hone dein,</w:t>
      </w:r>
      <w:r>
        <w:br/>
      </w:r>
      <w:r>
        <w:rPr>
          <w:sz w:val="20"/>
        </w:rPr>
        <w:t>41:28  phir sab kuch theek ho jayega. to zyada se zyada tadabbur kijiye, ghaur o fikr kijiye, yahi rasta hai.</w:t>
      </w:r>
    </w:p>
    <w:p>
      <w:pPr>
        <w:pStyle w:val="Heading2"/>
      </w:pPr>
      <w:r>
        <w:t>Innate lack of hate and prejudice</w:t>
      </w:r>
    </w:p>
    <w:p>
      <w:r>
        <w:rPr>
          <w:color w:val="666666"/>
          <w:sz w:val="18"/>
        </w:rPr>
        <w:t>Ethics &amp; Character · The Deeper Meaning of The Quran 18 Aug 2019 - Maulana Wahiduddin Khan · 1m 02s · at 44:20 · https://youtu.be/EYyhbiR_ZIQ?t=2660</w:t>
      </w:r>
    </w:p>
    <w:p>
      <w:r>
        <w:rPr>
          <w:i/>
        </w:rPr>
        <w:t>“I have a personal question. I want to know whether you were like this by birth. I mean, no hate or prejudice for any person.”</w:t>
      </w:r>
    </w:p>
    <w:p>
      <w:r>
        <w:rPr>
          <w:sz w:val="20"/>
        </w:rPr>
        <w:t>44:20  . jazak allah Maulana. Maulana, agla sawal bangalore se kiya hai naseer sahib ne.</w:t>
      </w:r>
      <w:r>
        <w:br/>
      </w:r>
      <w:r>
        <w:rPr>
          <w:sz w:val="20"/>
        </w:rPr>
        <w:t>44:30  unhon ne likha hai: "Maulana sahib, I have a personal question. Please do answer.</w:t>
      </w:r>
      <w:r>
        <w:br/>
      </w:r>
      <w:r>
        <w:rPr>
          <w:sz w:val="20"/>
        </w:rPr>
        <w:t>44:40  I want to know whether you were like this by birth. I mean, no hate or prejudice for any person. You</w:t>
      </w:r>
      <w:r>
        <w:br/>
      </w:r>
      <w:r>
        <w:rPr>
          <w:sz w:val="20"/>
        </w:rPr>
        <w:t>44:49  urge Muslims to interact with people of all faiths. I don't know of any Muslim leader or scholar who says this so openly."</w:t>
      </w:r>
      <w:r>
        <w:br/>
      </w:r>
      <w:r>
        <w:rPr>
          <w:sz w:val="20"/>
        </w:rPr>
        <w:t>45:02  yeh sawal mujh se poochne ka nahi hai, aap ke khud janne ka hai. yeh sawal aap mujh se kyun poochte hain?</w:t>
      </w:r>
      <w:r>
        <w:br/>
      </w:r>
      <w:r>
        <w:rPr>
          <w:sz w:val="20"/>
        </w:rPr>
        <w:t>45:11  aap khud janiye, parh kar ke.</w:t>
      </w:r>
    </w:p>
    <w:p>
      <w:pPr>
        <w:pStyle w:val="Heading2"/>
      </w:pPr>
      <w:r>
        <w:t>Intention behind asking questions</w:t>
      </w:r>
    </w:p>
    <w:p>
      <w:r>
        <w:rPr>
          <w:color w:val="666666"/>
          <w:sz w:val="18"/>
        </w:rPr>
        <w:t>Ethics &amp; Character · Islam and Peace August 25, 2013 · 17m 48s · at 1:15:32 · https://youtu.be/WbBu4W6AUUs?t=4532</w:t>
      </w:r>
    </w:p>
    <w:p>
      <w:r>
        <w:rPr>
          <w:i/>
        </w:rPr>
        <w:t>“With what intention should one ask questions? For increase in knowledge, for increase in recognition, or to remove someone's objection? Please explain.”</w:t>
      </w:r>
    </w:p>
    <w:p>
      <w:r>
        <w:rPr>
          <w:sz w:val="20"/>
        </w:rPr>
        <w:t>1:15:32  unho'n ne likha hai: "maulana, sawal kis niyat se karen</w:t>
      </w:r>
      <w:r>
        <w:br/>
      </w:r>
      <w:r>
        <w:rPr>
          <w:sz w:val="20"/>
        </w:rPr>
        <w:t>1:15:37  ? maloomat ke izafe ke liye, marifat ke izafe ke liye, ya phir kisi ke aitraz ko rafa karne ke liye? is ke bare mein bataen."</w:t>
      </w:r>
      <w:r>
        <w:br/>
      </w:r>
      <w:r>
        <w:rPr>
          <w:sz w:val="20"/>
        </w:rPr>
        <w:t>1:15:56  dekhiye, ek ek sahabi kehte hain: "nawhuna 'an qasd al-su'al wa in qasd al-qil wa al-qal" . ek sahabi ka qaul hai yeh:</w:t>
      </w:r>
      <w:r>
        <w:br/>
      </w:r>
      <w:r>
        <w:rPr>
          <w:sz w:val="20"/>
        </w:rPr>
        <w:t>1:16:05  "nawhuna 'an qasd al-su'al wa in qasd al-qil wa al-qal" . ke zyada sawal karne se hum ko mana kiya gaya. islam mein zyada sawal nahi hai.</w:t>
      </w:r>
      <w:r>
        <w:br/>
      </w:r>
      <w:r>
        <w:rPr>
          <w:sz w:val="20"/>
        </w:rPr>
        <w:t>1:16:17  to main ne ghor kiya ke aisa kyun hai? to asal mein yeh hai ke islam chahta hai khud aap ka apna intellectual development.</w:t>
      </w:r>
      <w:r>
        <w:br/>
      </w:r>
      <w:r>
        <w:rPr>
          <w:sz w:val="20"/>
        </w:rPr>
        <w:t>1:16:28  agar aap ke mind mein koi sawal aata hai to sochiye, sochiye, apne mind ko unfold kijiye.</w:t>
      </w:r>
      <w:r>
        <w:br/>
      </w:r>
      <w:r>
        <w:rPr>
          <w:sz w:val="20"/>
        </w:rPr>
        <w:t>1:16:35  apna intellectual development kijiye, apne zehni irtaqa ka zariya banaiye is ko. to log bas chahte hain ke log kya karte hain?</w:t>
      </w:r>
      <w:r>
        <w:br/>
      </w:r>
      <w:r>
        <w:rPr>
          <w:sz w:val="20"/>
        </w:rPr>
        <w:t>1:16:45  zehan mein ek baat aayi, dhar se kisi ko sawal kar diya. is ko sab se pehle khud sawal ko par ghor kijiye, digest kijiye, samjhiye.</w:t>
      </w:r>
      <w:r>
        <w:br/>
      </w:r>
      <w:r>
        <w:rPr>
          <w:sz w:val="20"/>
        </w:rPr>
        <w:t>1:16:57  is ke bawajood agar sawal baqi rehta hai to aap kisi se poochhiye.</w:t>
      </w:r>
      <w:r>
        <w:br/>
      </w:r>
      <w:r>
        <w:rPr>
          <w:sz w:val="20"/>
        </w:rPr>
        <w:t>1:17:02  yani sawal puchhna main galat nahi samajhta, lekin sa'il ko khud apne hisse ka kaam pehle karna chahiye. yani homework pehle karna chahiye.</w:t>
      </w:r>
      <w:r>
        <w:br/>
      </w:r>
      <w:r>
        <w:rPr>
          <w:sz w:val="20"/>
        </w:rPr>
        <w:t>1:17:13  homework ke baghair log sawal kar dete hain.</w:t>
      </w:r>
      <w:r>
        <w:br/>
      </w:r>
      <w:r>
        <w:rPr>
          <w:sz w:val="20"/>
        </w:rPr>
        <w:t>1:17:18  aksar main ne dekha ke homework kiye baghair sawal kar dete hain. is par khoob sochiye, khoob is par tehqiq kijiye, apne dimagh ko ladaiye.</w:t>
      </w:r>
      <w:r>
        <w:br/>
      </w:r>
      <w:r>
        <w:rPr>
          <w:sz w:val="20"/>
        </w:rPr>
        <w:t>1:17:29  to tab ja kar ke sawal ka asal faida milega. woh hai intellectual development. jahan tak main ne samjha hai ke islam mein supreme cheez hai intellectual development.</w:t>
      </w:r>
      <w:r>
        <w:br/>
      </w:r>
      <w:r>
        <w:rPr>
          <w:sz w:val="20"/>
        </w:rPr>
        <w:t>1:17:40  supreme cheez hai jo cheez record ban raha hai intellectual development mein, woh islam mein nahi hai.</w:t>
      </w:r>
      <w:r>
        <w:br/>
      </w:r>
      <w:r>
        <w:rPr>
          <w:sz w:val="20"/>
        </w:rPr>
        <w:t>1:17:49  abhi main kisi se baat kar raha tha kal parson</w:t>
      </w:r>
      <w:r>
        <w:br/>
      </w:r>
      <w:r>
        <w:rPr>
          <w:sz w:val="20"/>
        </w:rPr>
        <w:t>1:17:54  to ek hadith hai. "iyyak wa dhak fa in kathrat al-dhikri tu'ammid al-qalb" . ke zyada hansi ka tareeqa chhoden.</w:t>
      </w:r>
      <w:r>
        <w:br/>
      </w:r>
      <w:r>
        <w:rPr>
          <w:sz w:val="20"/>
        </w:rPr>
        <w:t>1:18:05  kyun ke hansne ke tareeqe se kya hota hai? dil mar jata hai. to dil marne ka matlab kya hai? dil marne ka matlab yeh hai ke intellectual development ka process ruk jata hai.</w:t>
      </w:r>
      <w:r>
        <w:br/>
      </w:r>
      <w:r>
        <w:rPr>
          <w:sz w:val="20"/>
        </w:rPr>
        <w:t>1:18:20  jo hansi mazak karte hain, joke chhodte hain, un ko sab se bari price deni padti hai. price ke un ke andar intellectual development ka process ruk jata hai.</w:t>
      </w:r>
      <w:r>
        <w:br/>
      </w:r>
      <w:r>
        <w:rPr>
          <w:sz w:val="20"/>
        </w:rPr>
        <w:t>1:18:32  main zaid tajrube bayan par kar sakta hoon ke main ne bohat se logon ke bare mein keh sakta hoon ke main ne un se baat ki jo hansi mazak karte hain, joke chhodte hain, to koi sanjeeda discussion ke qabil nahi hote woh.</w:t>
      </w:r>
      <w:r>
        <w:br/>
      </w:r>
      <w:r>
        <w:rPr>
          <w:sz w:val="20"/>
        </w:rPr>
        <w:t>1:18:46  koi koi serious discussion ke qabil nahi hote kyun ke un ke paas woh mind nahi hota ke woh is mein hissa le saken. bas hansi mazak, hansna hansana yeh rehta hai un ka tareeqa.</w:t>
      </w:r>
      <w:r>
        <w:br/>
      </w:r>
      <w:r>
        <w:rPr>
          <w:sz w:val="20"/>
        </w:rPr>
        <w:t>1:18:59  to islam mein har us cheez ko napasand kiya gaya hai jo aap ke intellectual development mein rukawat bane.</w:t>
      </w:r>
      <w:r>
        <w:br/>
      </w:r>
      <w:r>
        <w:rPr>
          <w:sz w:val="20"/>
        </w:rPr>
        <w:t>1:19:09  yeh bhi rukawat hai ke bas sawal aaya dimagh mein, dhar se pooch dala aap ne, khud kuch homework nahi kiya. yeh bhi rukawat hai intellectual development mein.</w:t>
      </w:r>
      <w:r>
        <w:br/>
      </w:r>
      <w:r>
        <w:rPr>
          <w:sz w:val="20"/>
        </w:rPr>
        <w:t>1:19:21  to har woh cheez islam mein main samajhta hoon ke islam ke aitbar se galat hai jo aap ke zehni irtaqa ke process mein kami kare.</w:t>
      </w:r>
      <w:r>
        <w:br/>
      </w:r>
      <w:r>
        <w:rPr>
          <w:sz w:val="20"/>
        </w:rPr>
        <w:t>1:19:32  zehni irtaqa ke process ko roke.</w:t>
      </w:r>
      <w:r>
        <w:br/>
      </w:r>
      <w:r>
        <w:rPr>
          <w:sz w:val="20"/>
        </w:rPr>
        <w:t>1:19:35  sab se ahem cheez hai zehni irtaqa. aur tajziya yeh jo hai, tazkiya jo hai, tazkiya bhi yahi cheez hai. zehni irtaqa'i ka naam tazkiya hai.</w:t>
      </w:r>
      <w:r>
        <w:br/>
      </w:r>
      <w:r>
        <w:rPr>
          <w:sz w:val="20"/>
        </w:rPr>
        <w:t>1:19:46  allah ta'ala ne aap ke mind mein bohat ziyada capacity rakhi hai. is is capacity ko unfold kijiye.</w:t>
      </w:r>
      <w:r>
        <w:br/>
      </w:r>
      <w:r>
        <w:rPr>
          <w:sz w:val="20"/>
        </w:rPr>
        <w:t>1:19:53  apne mind mein bohat ziyada potential hai. is potential ko unfold kijiye. lekin jo ghalat aadatein hain, hasna hansana hai, joke mein yani jeena hai, yeh sab cheezein jo hain, aap ko yeh process aap ke andar jaari nahi hone deti ke aap ke mind ke potential ko aap unfold karein aur zehni irtiqaa aap ka ho.</w:t>
      </w:r>
      <w:r>
        <w:br/>
      </w:r>
      <w:r>
        <w:rPr>
          <w:sz w:val="20"/>
        </w:rPr>
        <w:t>1:20:18  toh har woh cheez jo yani kisi bhi darje mein rukawat bane zehni irtiqaa mein, us ko is tarah chhod dijiye jaise koi haraam cheez ko chhodta hai.</w:t>
      </w:r>
      <w:r>
        <w:br/>
      </w:r>
      <w:r>
        <w:rPr>
          <w:sz w:val="20"/>
        </w:rPr>
        <w:t>1:20:30  haraam samajh ke chhod dijiye us ko.</w:t>
      </w:r>
      <w:r>
        <w:br/>
      </w:r>
      <w:r>
        <w:rPr>
          <w:sz w:val="20"/>
        </w:rPr>
        <w:t>1:20:35  maulana, yeh sawal dilli se hai maulana sharq hussain ka. unhone likha hai: "pakistan ke bare mein aap ne likha tha ke woh ab ab tak machhli ke pait mein rahenge</w:t>
      </w:r>
      <w:r>
        <w:br/>
      </w:r>
      <w:r>
        <w:rPr>
          <w:sz w:val="20"/>
        </w:rPr>
        <w:t>1:20:48  jab tak woh prophet yunus ki tarah rujoo na karein." is rujoo ka matlab kya hai? is ke bare mein bataein. rujoo ka matlab hai ke ke mad'oo se nafrat khatm karein, ada o bart karein.</w:t>
      </w:r>
      <w:r>
        <w:br/>
      </w:r>
      <w:r>
        <w:rPr>
          <w:sz w:val="20"/>
        </w:rPr>
        <w:t>1:21:03  yeh two point formula. mad'oo se maslan hindu mad'oo hain, yahoodi mad'oo hain, american mad'oo hain, saare doosri qaumein woh mad'oo hain hamare liye.</w:t>
      </w:r>
      <w:r>
        <w:br/>
      </w:r>
      <w:r>
        <w:rPr>
          <w:sz w:val="20"/>
        </w:rPr>
        <w:t>1:21:16  toh mad'oo se nafrat khatm karna aur peaceful dua work karna. bas yahi hai. aur kuch nahi. doosra jo tareeqa hai gun aur bomb ka hai, is se kabhi falaah nahi milegi.</w:t>
      </w:r>
      <w:r>
        <w:br/>
      </w:r>
      <w:r>
        <w:rPr>
          <w:sz w:val="20"/>
        </w:rPr>
        <w:t>1:21:30  ab tak falaah nahi milegi gun aur bomb ke tareeqe par. yeh tay hai. gun culture aur bomb culture chala kar ke kabhi falaah nahi milegi.</w:t>
      </w:r>
      <w:r>
        <w:br/>
      </w:r>
      <w:r>
        <w:rPr>
          <w:sz w:val="20"/>
        </w:rPr>
        <w:t>1:21:40  toh falaah ka formula yeh yeh two point formula hai ke mad'oo saare saare insaan hamare liye mad'oo hain, chahe hindu ho ya ya koi doosra ho.</w:t>
      </w:r>
      <w:r>
        <w:br/>
      </w:r>
      <w:r>
        <w:rPr>
          <w:sz w:val="20"/>
        </w:rPr>
        <w:t>1:21:54  toh yak tarfa taur par nafrat ko khatm karna. yun le lein, yak tarfa taur par nafrat ko khatm karna aur doosre peaceful dua work karna.</w:t>
      </w:r>
      <w:r>
        <w:br/>
      </w:r>
      <w:r>
        <w:rPr>
          <w:sz w:val="20"/>
        </w:rPr>
        <w:t>1:22:04  in ka khair khwah ban kar ke. bas yahi</w:t>
      </w:r>
      <w:r>
        <w:br/>
      </w:r>
      <w:r>
        <w:rPr>
          <w:sz w:val="20"/>
        </w:rPr>
        <w:t>1:22:08  yahi hai formula. koi doosra formula nahi hai. maulana, unka ek aur sawal hai. unhone likha hai: "partition ke baad pakistani leadership ne pakistan ko muslim country declare kar diya, jabke nehru ne india ko hindu country declare karne ki bajaye india ko secular country karar diya." do leadership ke beech mein yeh difference kyun hai?</w:t>
      </w:r>
      <w:r>
        <w:br/>
      </w:r>
      <w:r>
        <w:rPr>
          <w:sz w:val="20"/>
        </w:rPr>
        <w:t>1:22:35  nahi, is mein koi harj nahi tha lekin is ke taqaze poore kiye jayein. muslim country aap develop kar declare karein toh toh is ko sach much muslim ke ma'ne mein lein, na ke qaumi ma'ne mein.</w:t>
      </w:r>
      <w:r>
        <w:br/>
      </w:r>
      <w:r>
        <w:rPr>
          <w:sz w:val="20"/>
        </w:rPr>
        <w:t>1:22:49  aap declare karein is ko islami mulk aur muslim mulk, lekin amal'an kya hai ke qaumi mulk banaye hue rahein. wahan aapas ki ladai karein, musalman musalman ko marein toh muslim kahan hua?</w:t>
      </w:r>
      <w:r>
        <w:br/>
      </w:r>
      <w:r>
        <w:rPr>
          <w:sz w:val="20"/>
        </w:rPr>
        <w:t>1:23:02  na muslim land hai, na islami land hai woh.</w:t>
      </w:r>
      <w:r>
        <w:br/>
      </w:r>
      <w:r>
        <w:rPr>
          <w:sz w:val="20"/>
        </w:rPr>
        <w:t>1:23:06  toh main samajhta hoon ke yani na secular land declare karne mein koi ghalati hai, na muslim land declare karne mein.</w:t>
      </w:r>
      <w:r>
        <w:br/>
      </w:r>
      <w:r>
        <w:rPr>
          <w:sz w:val="20"/>
        </w:rPr>
        <w:t>1:23:16  asal cheez yeh hai ke sach much woh secular land ho, sach much muslim land ho. jabke aisa nahi hai.</w:t>
      </w:r>
      <w:r>
        <w:br/>
      </w:r>
      <w:r>
        <w:rPr>
          <w:sz w:val="20"/>
        </w:rPr>
        <w:t>1:23:26  maulana, yeh sawal dilli se hai doctor safeena ka. unhone aapse poocha hai: "what is the role of women in peaceful dua</w:t>
      </w:r>
      <w:r>
        <w:br/>
      </w:r>
      <w:r>
        <w:rPr>
          <w:sz w:val="20"/>
        </w:rPr>
        <w:t>1:23:35  we work?" is ke bare mein bataein. wahi hai jo mardon ka hai. aap islami leadership distributor kijiye. aur is zamane mein toh yeh hi ek hi kaam hai.</w:t>
      </w:r>
      <w:r>
        <w:br/>
      </w:r>
      <w:r>
        <w:rPr>
          <w:sz w:val="20"/>
        </w:rPr>
        <w:t>1:23:46  sahaba muqarrar the, aap distributor ban jaiye. aur koi doosra kaam nahi hai. chhupa hua quran maujood hai, chhupi hui kitabein maujood hain.</w:t>
      </w:r>
      <w:r>
        <w:br/>
      </w:r>
      <w:r>
        <w:rPr>
          <w:sz w:val="20"/>
        </w:rPr>
        <w:t>1:23:56  toh sahaba ke zamane mein toh chhapayi thi nahi, toh muqarrar ban gaye the. ab chhapayi hai toh aap distributor ban jaiye.</w:t>
      </w:r>
      <w:r>
        <w:br/>
      </w:r>
      <w:r>
        <w:rPr>
          <w:sz w:val="20"/>
        </w:rPr>
        <w:t>1:24:05  yeh mardon ko bhi karna hai, auraton ko bhi karna hai.</w:t>
      </w:r>
      <w:r>
        <w:br/>
      </w:r>
      <w:r>
        <w:rPr>
          <w:sz w:val="20"/>
        </w:rPr>
        <w:t>1:24:11  maulana, agla sawal mumbai se kiya hai naseem khan sahab ne. unhone likha hai: "maulana, allah ki taraf se tanbeeh, saza, aur hamare apne a'maal ki wajah se pohnchne wali saza ke farq ko hum kaise samjhein?" is ke bare mein bataein.</w:t>
      </w:r>
      <w:r>
        <w:br/>
      </w:r>
      <w:r>
        <w:rPr>
          <w:sz w:val="20"/>
        </w:rPr>
        <w:t>1:24:31  dekhein, yeh dunya mein aap samajh nahi sakte is ko. yeh allah ka mu'amla hai. yani allah ke domain mein dakhil hone ki koshish mat kijiye.</w:t>
      </w:r>
      <w:r>
        <w:br/>
      </w:r>
      <w:r>
        <w:rPr>
          <w:sz w:val="20"/>
        </w:rPr>
        <w:t>1:24:43  yani maal alam mein jhaanknay ki koshish mat kijiye.</w:t>
      </w:r>
      <w:r>
        <w:br/>
      </w:r>
      <w:r>
        <w:rPr>
          <w:sz w:val="20"/>
        </w:rPr>
        <w:t>1:24:47  aap to sirf apni zindagi ko quran ki roshni mein woh muhasba karte rahiye, introspection karte rahiye ke main jo mera jo rosh hai, meri jo zindagi hai, woh quran o sunnat ke mutabiq hai ya nahi mutabiq hai.</w:t>
      </w:r>
      <w:r>
        <w:br/>
      </w:r>
      <w:r>
        <w:rPr>
          <w:sz w:val="20"/>
        </w:rPr>
        <w:t>1:25:03  bas is meyar ko le kar apna muhasba karte rahiye. baqi maal aala mein kya ho raha hai, woh hum jhaank kar nahi jaan sakte. yeh hamare bas mein nahi hai.</w:t>
      </w:r>
      <w:r>
        <w:br/>
      </w:r>
      <w:r>
        <w:rPr>
          <w:sz w:val="20"/>
        </w:rPr>
        <w:t>1:25:14  maulana, unka ek aur sawal hai. unhon ne aapse poocha hai ke "kya ummat musalman par</w:t>
      </w:r>
      <w:r>
        <w:br/>
      </w:r>
      <w:r>
        <w:rPr>
          <w:sz w:val="20"/>
        </w:rPr>
        <w:t>1:25:20  pehli qomon ki tarah azaab elahi aayega?" bhaiya, yeh to allah se poochne ki baat hai. wohi mein ne kaha na ke saare logon ka ajeeb o ghareeb mizaj hota hai ke woh maal aala mein jhaanknay ki koshish karte hain.</w:t>
      </w:r>
      <w:r>
        <w:br/>
      </w:r>
      <w:r>
        <w:rPr>
          <w:sz w:val="20"/>
        </w:rPr>
        <w:t>1:25:35  hum maal aala mein jhaank nahi sakte. hamare bas mein nahi hai. apni zimmedariyon ko pata kijiye bas. hamari zimmedariyan kya hain?</w:t>
      </w:r>
      <w:r>
        <w:br/>
      </w:r>
      <w:r>
        <w:rPr>
          <w:sz w:val="20"/>
        </w:rPr>
        <w:t>1:25:46  maulana, agla sawal delhi se hai miss naghma siddiqui ka.</w:t>
      </w:r>
      <w:r>
        <w:br/>
      </w:r>
      <w:r>
        <w:rPr>
          <w:sz w:val="20"/>
        </w:rPr>
        <w:t>1:25:50  unhon ne likha hai: "in today's world is there any situation in which war in which war qatal is allowed?" mein baat samajhta hoon ke nahi.</w:t>
      </w:r>
      <w:r>
        <w:br/>
      </w:r>
      <w:r>
        <w:rPr>
          <w:sz w:val="20"/>
        </w:rPr>
        <w:t>1:26:04  is liye ke pehle zamanay mein jo qital hota tha, difai, woh bhi khatam ho gaya. ab to defensive war bhi nahi hai. kyun? yeh zamana hai, aap jante hain, weapons of mass destruction ka.</w:t>
      </w:r>
      <w:r>
        <w:br/>
      </w:r>
      <w:r>
        <w:rPr>
          <w:sz w:val="20"/>
        </w:rPr>
        <w:t>1:26:24  weapons of mass destruction. yani pehle zamanay mein talwar chalti thi to ek aadmi gardan kat'ti thi.</w:t>
      </w:r>
      <w:r>
        <w:br/>
      </w:r>
      <w:r>
        <w:rPr>
          <w:sz w:val="20"/>
        </w:rPr>
        <w:t>1:26:33  ab jab bomb phat'te hain to ek aadmi nahi marta is mein. bohat se log marte hain. bachay bhi, bachay bhi, boorhay bhi, auratain bhi, sab marte hain.</w:t>
      </w:r>
      <w:r>
        <w:br/>
      </w:r>
      <w:r>
        <w:rPr>
          <w:sz w:val="20"/>
        </w:rPr>
        <w:t>1:26:43  to to haram hai.</w:t>
      </w:r>
      <w:r>
        <w:br/>
      </w:r>
      <w:r>
        <w:rPr>
          <w:sz w:val="20"/>
        </w:rPr>
        <w:t>1:26:45  aap fiqi kitabon mein parhiye jo is maamle mein to woh batate hain ke islam mein sirf muqatil ko marna jaiz hai.</w:t>
      </w:r>
      <w:r>
        <w:br/>
      </w:r>
      <w:r>
        <w:rPr>
          <w:sz w:val="20"/>
        </w:rPr>
        <w:t>1:26:56  ghair muqatil ko marna ki ijazat nahi hai aap ko. yani competent ko aap maar sakte hain, non-competent ko aap nahi maar sakte. is zamanay mein yeh farq khatam ho gaya.</w:t>
      </w:r>
      <w:r>
        <w:br/>
      </w:r>
      <w:r>
        <w:rPr>
          <w:sz w:val="20"/>
        </w:rPr>
        <w:t>1:27:07  ab jab aap bomb exploit karenge to woh to sab marega is mein.</w:t>
      </w:r>
      <w:r>
        <w:br/>
      </w:r>
      <w:r>
        <w:rPr>
          <w:sz w:val="20"/>
        </w:rPr>
        <w:t>1:27:13  auratain, bachay, boorhay, beemar sab marega. to is zamanay mein ke aaj yeh mumkin nahi ke aap muqatil aur ghair muqatil ke darmiyan farq karen.</w:t>
      </w:r>
      <w:r>
        <w:br/>
      </w:r>
      <w:r>
        <w:rPr>
          <w:sz w:val="20"/>
        </w:rPr>
        <w:t>1:27:22  competent, non-competent ke. is liye mein samajhta hoon ke is zamanay mein qital ka koi option hi hamare nahi hai. qital ka option khatam hai.</w:t>
      </w:r>
      <w:r>
        <w:br/>
      </w:r>
      <w:r>
        <w:rPr>
          <w:sz w:val="20"/>
        </w:rPr>
        <w:t>1:27:34  kisi bhi haal mein nahi qital ka option hai.</w:t>
      </w:r>
      <w:r>
        <w:br/>
      </w:r>
      <w:r>
        <w:rPr>
          <w:sz w:val="20"/>
        </w:rPr>
        <w:t>1:27:38  ab to sirf yeh hai ke aap peaceful negotiation kijiye. peaceful method ikhtiyar kar ke logon ko persuade kijiye. yahi yeh option hai.</w:t>
      </w:r>
      <w:r>
        <w:br/>
      </w:r>
      <w:r>
        <w:rPr>
          <w:sz w:val="20"/>
        </w:rPr>
        <w:t>1:27:48  woh option baqi nahi raha hai.</w:t>
      </w:r>
      <w:r>
        <w:br/>
      </w:r>
      <w:r>
        <w:rPr>
          <w:sz w:val="20"/>
        </w:rPr>
        <w:t>1:27:53  maulana, doctor taah ne delhi se agla sawal kiya hai. unhon ne likha hai: "kisi aadmi ke liye poori tarah empty mind hona kis tarah mumkin hai</w:t>
      </w:r>
      <w:r>
        <w:br/>
      </w:r>
      <w:r>
        <w:rPr>
          <w:sz w:val="20"/>
        </w:rPr>
        <w:t>1:28:03  jabke aadmi ka mind har waqt in empty hota hai?" nahi, nahi, bilkul mumkin hai. aap insaan ke mind ko underestimate kar rahe hain. yani insaan ka mind itna zabardast cheez hai ke woh agarche us ke dimagh mein bohat sari baatein hon, phir bhi us ke alag ho kar soche woh.</w:t>
      </w:r>
      <w:r>
        <w:br/>
      </w:r>
      <w:r>
        <w:rPr>
          <w:sz w:val="20"/>
        </w:rPr>
        <w:t>1:28:25  phir bhi alag soche. yeh to bilkul possible hai. aur mein apni misaal</w:t>
      </w:r>
      <w:r>
        <w:br/>
      </w:r>
      <w:r>
        <w:rPr>
          <w:sz w:val="20"/>
        </w:rPr>
        <w:t>1:28:30  deta hoon. aap meri kisi kitab mein bata dijiye ke maine yani objectivity ko khoya ho kahin. mere mind mein hazaron, lakhon, karoron baatein hain lekin mein objective tor par analysis karta hoon har baat ka.</w:t>
      </w:r>
      <w:r>
        <w:br/>
      </w:r>
      <w:r>
        <w:rPr>
          <w:sz w:val="20"/>
        </w:rPr>
        <w:t>1:28:44  agar aap meri kitabon mein batayein ke kahan mein objectivity kho di hai maine to mein manunga aap ke mafroozay ko nahi manunga.</w:t>
      </w:r>
      <w:r>
        <w:br/>
      </w:r>
      <w:r>
        <w:rPr>
          <w:sz w:val="20"/>
        </w:rPr>
        <w:t>1:28:51  yeh bilkul mumkin hai ke insaan agarchay is ke dimagh mein bohat si baatein hoti hain lekin objective tor par kisi aik cheez ko analysis karay, us ko samjhay us ko.</w:t>
      </w:r>
      <w:r>
        <w:br/>
      </w:r>
      <w:r>
        <w:rPr>
          <w:sz w:val="20"/>
        </w:rPr>
        <w:t>1:29:01  yeh yeh mind ki capacity ki baat hai. Aap insaan ke mind ko under statement karain gay agar aisa kahain aap to. Insaan ke mind to bohat ajeeb o ghareeb cheez hai.</w:t>
      </w:r>
      <w:r>
        <w:br/>
      </w:r>
      <w:r>
        <w:rPr>
          <w:sz w:val="20"/>
        </w:rPr>
        <w:t>1:29:14  Ma Allah ke fazal se mere mind mein beshumar baatein hain, har waqt hain. Lekin jab mein kisi cheez ka analysis karta hoon to baaton ko alag kar ke bilkul objective tor par us ka mutalia karta hoon.</w:t>
      </w:r>
      <w:r>
        <w:br/>
      </w:r>
      <w:r>
        <w:rPr>
          <w:sz w:val="20"/>
        </w:rPr>
        <w:t>1:29:28  Har insaan ke liye mumkin hai yeh.</w:t>
      </w:r>
      <w:r>
        <w:br/>
      </w:r>
      <w:r>
        <w:rPr>
          <w:sz w:val="20"/>
        </w:rPr>
        <w:t>1:29:33  Maulana, agla sawal Delhi se hai Muhammad Anas sahib ka.</w:t>
      </w:r>
      <w:r>
        <w:br/>
      </w:r>
      <w:r>
        <w:rPr>
          <w:sz w:val="20"/>
        </w:rPr>
        <w:t>1:29:38  Unhon ne likha hai: "Aik hadith mein aaya hai ke tum aapas mein aik doosray ko hidayat diya karo, is se baaham mohabbat paida hogi." Maulana sahib, is hadith ko explain karain.</w:t>
      </w:r>
      <w:r>
        <w:br/>
      </w:r>
      <w:r>
        <w:rPr>
          <w:sz w:val="20"/>
        </w:rPr>
        <w:t>1:29:52  Haan, is ko bohat log liye rehtay hain. Tahadu, tahabo. Aaj kal to fashion hai. Aaj kal woh hadiya nahi duniya mein.</w:t>
      </w:r>
      <w:r>
        <w:br/>
      </w:r>
      <w:r>
        <w:rPr>
          <w:sz w:val="20"/>
        </w:rPr>
        <w:t>1:30:01  Is zamanay mein jo gift hota tha, aaj woh gift nahi hai. Aaj to aik fashion hai. To aaj ke riwaj ke aitbar se samajhta hoon ke yeh yeh gift culture jo hai, mein us ko pasand nahi karta.</w:t>
      </w:r>
      <w:r>
        <w:br/>
      </w:r>
      <w:r>
        <w:rPr>
          <w:sz w:val="20"/>
        </w:rPr>
        <w:t>1:30:15  Aaj ka jo gift culture hai, woh aik riwaj hai aur us ke yani us ki spirit hi doosri hoti hai.</w:t>
      </w:r>
      <w:r>
        <w:br/>
      </w:r>
      <w:r>
        <w:rPr>
          <w:sz w:val="20"/>
        </w:rPr>
        <w:t>1:30:25  Woh spirit nahi hoti hai jo us zamanay mein tha.</w:t>
      </w:r>
      <w:r>
        <w:br/>
      </w:r>
      <w:r>
        <w:rPr>
          <w:sz w:val="20"/>
        </w:rPr>
        <w:t>1:30:30  To speed ke lihaz se aaj ka gift culture ko mein sahi nahi samajhta. Us zamanay mein jo tha, us ki speed doosri hoti thi. Aaj ki speed doosri hai.</w:t>
      </w:r>
      <w:r>
        <w:br/>
      </w:r>
      <w:r>
        <w:rPr>
          <w:sz w:val="20"/>
        </w:rPr>
        <w:t>1:30:41  Maulana, aik aur sawal hai un ka. Unhon ne likha hai: "Last class mein aap ne bataya ke hidayat insaan khud se hasil karta hai.</w:t>
      </w:r>
      <w:r>
        <w:br/>
      </w:r>
      <w:r>
        <w:rPr>
          <w:sz w:val="20"/>
        </w:rPr>
        <w:t>1:30:51  Maulana, hidayat ke liye dua karne ka matlab kya hai?"</w:t>
      </w:r>
      <w:r>
        <w:br/>
      </w:r>
      <w:r>
        <w:rPr>
          <w:sz w:val="20"/>
        </w:rPr>
        <w:t>1:31:01  Dekhiye, mera tajurba yeh hai ke aadmi ko jab koi jati baat us ki guzarti hai, maslan uska uska beta mar gaya, to khoob dua karta hai woh. Dilo jaan se. Bimar hai, dilo jaan se dua karta hai. Lekin jo akhirat ki baatein, jannat, dozakh ki baatein hain, us ko fuzool tareeqay se dua karta hai. Kitabon mein kuch duaen jo likhi hui hain, rat liya to woh kar raha hai. Aur beta beti ke liye duaen karna hai to jigar phaar kar duaen karta hai.</w:t>
      </w:r>
      <w:r>
        <w:br/>
      </w:r>
      <w:r>
        <w:rPr>
          <w:sz w:val="20"/>
        </w:rPr>
        <w:t>1:31:30  To har aadmi ko khud pata hai ke rasmi dua kya hai aur haqeeqi dua kya hai. Aap ne bhi dekha, aap ne bhi dekha hai ke aik aik aurat ka bachcha bimar tha,</w:t>
      </w:r>
      <w:r>
        <w:br/>
      </w:r>
      <w:r>
        <w:rPr>
          <w:sz w:val="20"/>
        </w:rPr>
        <w:t>1:31:43  Is qadar jigar phaar kar duaen kar rahi thi woh apne bachche ke liye ke mera bachcha acha ho jaye.</w:t>
      </w:r>
      <w:r>
        <w:br/>
      </w:r>
      <w:r>
        <w:rPr>
          <w:sz w:val="20"/>
        </w:rPr>
        <w:t>1:31:50  Lekin wahi aurat ko jab dua karna hota hai akhirat ke baray mein, to kitabon mein rat leti hai, usi ko dua deti hai. Yeh to bohat aasani se samajh sakte hain aap ke dono duaon mein farq kya hai. To Allah taala ko lip service wali dua nahi matlab hai. Lip service wali dua se kuch nahi hota. Woh dua jo dil ki gehraiyon se niklay, jis mein aadmi apni shakhsiyat ko undel diya ho,</w:t>
      </w:r>
      <w:r>
        <w:br/>
      </w:r>
      <w:r>
        <w:rPr>
          <w:sz w:val="20"/>
        </w:rPr>
        <w:t>1:32:20  Woh dua bila shuba qabool hoti hai. Wahi dua yani Allah taala ko matlab hai.</w:t>
      </w:r>
    </w:p>
    <w:p>
      <w:pPr>
        <w:pStyle w:val="Heading2"/>
      </w:pPr>
      <w:r>
        <w:t>Is Abortion Allowed for Down Syndrome?</w:t>
      </w:r>
    </w:p>
    <w:p>
      <w:r>
        <w:rPr>
          <w:color w:val="666666"/>
          <w:sz w:val="18"/>
        </w:rPr>
        <w:t>Ethics &amp; Character · Roza and Quran July 18, 2010 · 2m 24s · at 1:06:51 · https://youtu.be/TSjqSQEb0EQ?t=4011</w:t>
      </w:r>
    </w:p>
    <w:p>
      <w:r>
        <w:rPr>
          <w:i/>
        </w:rPr>
        <w:t>“Is abortion allowed in Islam? If during pregnancy genetic test reveals that the child will have Down syndrome or similar complications, then is abortion allowed?”</w:t>
      </w:r>
    </w:p>
    <w:p>
      <w:r>
        <w:rPr>
          <w:sz w:val="20"/>
        </w:rPr>
        <w:t>1:06:51  molana, agla sawal mister faik ka hai, california se. unhon ne poocha hai ke "Is abortion allowed in Islam?</w:t>
      </w:r>
      <w:r>
        <w:br/>
      </w:r>
      <w:r>
        <w:rPr>
          <w:sz w:val="20"/>
        </w:rPr>
        <w:t>1:07:00  If during pregnancy genetic test it is revealed that child will have Down syndrome or similar complications, then is abortion allowed?"</w:t>
      </w:r>
      <w:r>
        <w:br/>
      </w:r>
      <w:r>
        <w:rPr>
          <w:sz w:val="20"/>
        </w:rPr>
        <w:t>1:07:13  nahi, mein samajhta hoon ke yeh koi wajah nahi hai abortion ki. Islam mein abortion to jaiz nahi hai, jahan tak mein samajhta hoon. jaiz nahi hai, kyunke woh ek jaan ko maar nahi sakte aap.</w:t>
      </w:r>
      <w:r>
        <w:br/>
      </w:r>
      <w:r>
        <w:rPr>
          <w:sz w:val="20"/>
        </w:rPr>
        <w:t>1:07:27  ek jaan, yani agar woh ek zindagi ban chuki hai, ek zindagi ban chuki hai to aap us ko maarne ka haq nahi rakhte.</w:t>
      </w:r>
      <w:r>
        <w:br/>
      </w:r>
      <w:r>
        <w:rPr>
          <w:sz w:val="20"/>
        </w:rPr>
        <w:t>1:07:38  woh us ko paida hone dijiye. paida hone ke baad is ka jo kuch bhi karna hai, kijiye aap.</w:t>
      </w:r>
      <w:r>
        <w:br/>
      </w:r>
      <w:r>
        <w:rPr>
          <w:sz w:val="20"/>
        </w:rPr>
        <w:t>1:07:45  yani agar</w:t>
      </w:r>
      <w:r>
        <w:br/>
      </w:r>
      <w:r>
        <w:rPr>
          <w:sz w:val="20"/>
        </w:rPr>
        <w:t>1:07:49  jaan na bani ho, bilkul ibtedai stage mein hai, us waqt kisi medical wajah se is ko, yani kiya jaye to shayad is ka jawaz nikle.</w:t>
      </w:r>
      <w:r>
        <w:br/>
      </w:r>
      <w:r>
        <w:rPr>
          <w:sz w:val="20"/>
        </w:rPr>
        <w:t>1:08:00  lekin ek zindagi ban jaane ke baad us ko, is ka, is ka woh masnooi tareeqe se us ko nikaal kar khatam karna, yeh to mein samajhta hoon ke Islam mein jaiz nahi hai.</w:t>
      </w:r>
      <w:r>
        <w:br/>
      </w:r>
      <w:r>
        <w:rPr>
          <w:sz w:val="20"/>
        </w:rPr>
        <w:t>1:08:14  hum ko chahiye ke hum is ko paida hone dein, is ki taleem karein, is ki tarbiyat karein, is ka ilaaj karein, aur Khuda se dua karein ke woh Khuda is ko theek kar de.</w:t>
      </w:r>
      <w:r>
        <w:br/>
      </w:r>
      <w:r>
        <w:rPr>
          <w:sz w:val="20"/>
        </w:rPr>
        <w:t>1:08:24  molana, kya mercy killing pe bhi Islam ka yahi stand hoga? haan, mercy killing Islam mein nahi hai. Islam mein nahi hai mercy killing. mercy killing Islam mein nahi hai.</w:t>
      </w:r>
      <w:r>
        <w:br/>
      </w:r>
      <w:r>
        <w:rPr>
          <w:sz w:val="20"/>
        </w:rPr>
        <w:t>1:08:34  un ka ek aur sawal hai, molana, woh janna chahte hain ke kya organ donation Islam mein jaiz hai, allowed hai? haan, bilkul allowed hai.</w:t>
      </w:r>
      <w:r>
        <w:br/>
      </w:r>
      <w:r>
        <w:rPr>
          <w:sz w:val="20"/>
        </w:rPr>
        <w:t>1:08:44  is mein to koi haraaj hi nahin. woh to sadqa-e-jaariya hai. aik aadmi marne wala hai, us se pehle is ne donate kar di apni aankh ko, to marne ke baad aap jante hain, kuch der tak us ki aankh jo hai, us haalat mein rehti hai ke nikaal liya jaye, kisi aur andhe ke us ko istemaal kar ho sakti hai.</w:t>
      </w:r>
      <w:r>
        <w:br/>
      </w:r>
      <w:r>
        <w:rPr>
          <w:sz w:val="20"/>
        </w:rPr>
        <w:t>1:09:07  to is tarah se mein is ko sadqa-e-jaariya kehta hoon. is mein to koi haraaj nahin, mere nazdeek bilkul jaaiz hai yeh.</w:t>
      </w:r>
    </w:p>
    <w:p>
      <w:pPr>
        <w:pStyle w:val="Heading2"/>
      </w:pPr>
      <w:r>
        <w:t>Is Abu Bakr's statement religious zeal</w:t>
      </w:r>
    </w:p>
    <w:p>
      <w:r>
        <w:rPr>
          <w:color w:val="666666"/>
          <w:sz w:val="18"/>
        </w:rPr>
        <w:t>Ethics &amp; Character · Life After Death January 22, 2012 · 35s · at 1:36:09 · https://youtu.be/5hVH1BLKBF4?t=5769</w:t>
      </w:r>
    </w:p>
    <w:p>
      <w:r>
        <w:rPr>
          <w:i/>
        </w:rPr>
        <w:t>“Hazrat Abu Bakr said that if Islam comes under attack and he remains alive—is this not an example of religious zeal?”</w:t>
      </w:r>
    </w:p>
    <w:p>
      <w:r>
        <w:rPr>
          <w:sz w:val="20"/>
        </w:rPr>
        <w:t>1:36:09  molana, agla sawal kya hai mister muhammad samiuallah sa</w:t>
      </w:r>
      <w:r>
        <w:br/>
      </w:r>
      <w:r>
        <w:rPr>
          <w:sz w:val="20"/>
        </w:rPr>
        <w:t>1:36:21  n, kya yeh deeni ghairat ki misaal nahi hai?" ghairat azm hai, azm, Determination.</w:t>
      </w:r>
      <w:r>
        <w:br/>
      </w:r>
      <w:r>
        <w:rPr>
          <w:sz w:val="20"/>
        </w:rPr>
        <w:t>1:36:31  Determination ki baat yeh hai. Apne aap ko aakhri had tak le jaane ki misaal hai. Ghalat kya hai? Ghalat toh yeh bilkul jahalat, jahiliyat, jahili lafz hai.</w:t>
      </w:r>
    </w:p>
    <w:p>
      <w:pPr>
        <w:pStyle w:val="Heading2"/>
      </w:pPr>
      <w:r>
        <w:t>Is anger a positive quality?</w:t>
      </w:r>
    </w:p>
    <w:p>
      <w:r>
        <w:rPr>
          <w:color w:val="666666"/>
          <w:sz w:val="18"/>
        </w:rPr>
        <w:t>Ethics &amp; Character · Anger An Obstacle to wisdom 5 Jan 2020 - Maulana Wahiduddin Khan · 2m 19s · at 1:10:44 · https://youtu.be/q0VPtCsiYrI?t=4244</w:t>
      </w:r>
    </w:p>
    <w:p>
      <w:r>
        <w:rPr>
          <w:i/>
        </w:rPr>
        <w:t>“Anger has a positive aspect also. When you express your anger, the opposite party takes you seriously and listens to the angry person compared to a quiet person. So anger is good. What is your opinion on this aspect?”</w:t>
      </w:r>
    </w:p>
    <w:p>
      <w:r>
        <w:rPr>
          <w:sz w:val="20"/>
        </w:rPr>
        <w:t>1:10:44  Maulana, ahmedabad se javed sahib ne sawal bheja hai, unhon ne likha hai: "Molana, anger has a positive aspect also.</w:t>
      </w:r>
      <w:r>
        <w:br/>
      </w:r>
      <w:r>
        <w:rPr>
          <w:sz w:val="20"/>
        </w:rPr>
        <w:t>1:10:54  When you express your anger, the opposite party takes you seriously and listens to the angry person as compared to a person who is quiet and is not angry.</w:t>
      </w:r>
      <w:r>
        <w:br/>
      </w:r>
      <w:r>
        <w:rPr>
          <w:sz w:val="20"/>
        </w:rPr>
        <w:t>1:11:08  So anger is good. What is your opinion on this aspect?" yeh bilkul galat baat hai, yeh aap ne farz kar liya hai, intehai galat baat hai yeh.</w:t>
      </w:r>
      <w:r>
        <w:br/>
      </w:r>
      <w:r>
        <w:rPr>
          <w:sz w:val="20"/>
        </w:rPr>
        <w:t>1:11:24  ab phir se yeh is ka tajruba kijiye aap. ghussa aik shaitani feal hai, ghussa aik shaitani feal hai.</w:t>
      </w:r>
      <w:r>
        <w:br/>
      </w:r>
      <w:r>
        <w:rPr>
          <w:sz w:val="20"/>
        </w:rPr>
        <w:t>1:11:35  ghussay mein is ke siwa kuch nahi, ghussa apnay ko barbaad karna hai, khud apnay ko barbaad karna hai.</w:t>
      </w:r>
      <w:r>
        <w:br/>
      </w:r>
      <w:r>
        <w:rPr>
          <w:sz w:val="20"/>
        </w:rPr>
        <w:t>1:11:45  yeh jo aap ne farz banaya hai, yeh sarta sar ghalat hai aur aap ne usay bana liya hai. kabhi aap ne is ka amal nahi, tajruba nahi kiya kabhi is ka.</w:t>
      </w:r>
      <w:r>
        <w:br/>
      </w:r>
      <w:r>
        <w:rPr>
          <w:sz w:val="20"/>
        </w:rPr>
        <w:t>1:12:02  Okay, we will end</w:t>
      </w:r>
      <w:r>
        <w:br/>
      </w:r>
      <w:r>
        <w:rPr>
          <w:sz w:val="20"/>
        </w:rPr>
        <w:t>1:12:04  this session now. Thank you.</w:t>
      </w:r>
    </w:p>
    <w:p>
      <w:pPr>
        <w:pStyle w:val="Heading2"/>
      </w:pPr>
      <w:r>
        <w:t>Is clapping at opponent's defeat wrong?</w:t>
      </w:r>
    </w:p>
    <w:p>
      <w:r>
        <w:rPr>
          <w:color w:val="666666"/>
          <w:sz w:val="18"/>
        </w:rPr>
        <w:t>Ethics &amp; Character · Q&amp;A 04 Mar 2012 Maulana Wahiduddin Khan · 1m 26s · at 49:22 · https://youtu.be/txRmutuvWQI?t=2962</w:t>
      </w:r>
    </w:p>
    <w:p>
      <w:r>
        <w:rPr>
          <w:i/>
        </w:rPr>
        <w:t>“After criticizing Madhu, if one claps happily at his defeat, does this prove that the caller's psyche is not correct?”</w:t>
      </w:r>
    </w:p>
    <w:p>
      <w:r>
        <w:rPr>
          <w:sz w:val="20"/>
        </w:rPr>
        <w:t>49:22  maulana, agla sawal hai dilli se maulana sharq hussain sahab ka. unhon ne likha hai: "madhu par tanqeed karne ke baad is ki defeat par khush ho kar taliyan bajana, kya yeh sabit karta hai ke is daai ki nafsiyat durust nahi?"</w:t>
      </w:r>
      <w:r>
        <w:br/>
      </w:r>
      <w:r>
        <w:rPr>
          <w:sz w:val="20"/>
        </w:rPr>
        <w:t>49:39  durust kiya hai? haram nafsiyat hai. nafsiyat bhi haram hoti hai. yeh to yeh to haram nafsiyat hai.</w:t>
      </w:r>
      <w:r>
        <w:br/>
      </w:r>
      <w:r>
        <w:rPr>
          <w:sz w:val="20"/>
        </w:rPr>
        <w:t>49:49  agar madhu aap ki baat na maane to aap ke jo option hai, woh dua karne ka hai. yeh nahi ke aap taliyan bajayein.</w:t>
      </w:r>
      <w:r>
        <w:br/>
      </w:r>
      <w:r>
        <w:rPr>
          <w:sz w:val="20"/>
        </w:rPr>
        <w:t>49:58  yani dawat ki taqreer, yani awwal to ek ek daai apne ko kahe aadmi aur sirf taqreerein kare ke jisay taliyan bajayein, yeh to bilkul hi yani is ka islam se koi talluq nahi hai.</w:t>
      </w:r>
      <w:r>
        <w:br/>
      </w:r>
      <w:r>
        <w:rPr>
          <w:sz w:val="20"/>
        </w:rPr>
        <w:t>50:11  is ka islam se koi talluq nahi hai.</w:t>
      </w:r>
      <w:r>
        <w:br/>
      </w:r>
      <w:r>
        <w:rPr>
          <w:sz w:val="20"/>
        </w:rPr>
        <w:t>50:16  dawat ki taqreer woh hai jis se logon ke andar introspection paida ho, muhasba paida ho, logon ke andar soch jaage.</w:t>
      </w:r>
      <w:r>
        <w:br/>
      </w:r>
      <w:r>
        <w:rPr>
          <w:sz w:val="20"/>
        </w:rPr>
        <w:t>50:25  yeh nahi ke taliyan baja rahe hain log. harghiz harghiz aisay jalsay agar dawat ke naam par kiye jatay hain aur taliyan bajti hain to woh is ka dawat se koi talluq nahi hai.</w:t>
      </w:r>
      <w:r>
        <w:br/>
      </w:r>
      <w:r>
        <w:rPr>
          <w:sz w:val="20"/>
        </w:rPr>
        <w:t>50:35  woh</w:t>
      </w:r>
      <w:r>
        <w:br/>
      </w:r>
      <w:r>
        <w:rPr>
          <w:sz w:val="20"/>
        </w:rPr>
        <w:t>50:36  kuch aur jo bhi is ka naam rakhein aap, lekin woh dawat nahi. dawat ke jalsay mein taliyan bajna, yeh dawat ki spirit ke khilaf hai.</w:t>
      </w:r>
    </w:p>
    <w:p>
      <w:pPr>
        <w:pStyle w:val="Heading2"/>
      </w:pPr>
      <w:r>
        <w:t>Is complaining allowed in Islam?</w:t>
      </w:r>
    </w:p>
    <w:p>
      <w:r>
        <w:rPr>
          <w:color w:val="666666"/>
          <w:sz w:val="18"/>
        </w:rPr>
        <w:t>Ethics &amp; Character · Divine Plan | March 12, 2017 · 2m 40s · at 56:59 · https://youtu.be/dqB4muqGG4I?t=3419</w:t>
      </w:r>
    </w:p>
    <w:p>
      <w:r>
        <w:rPr>
          <w:i/>
        </w:rPr>
        <w:t>“Is complaining allowed in any situation? Please tell about it.”</w:t>
      </w:r>
    </w:p>
    <w:p>
      <w:r>
        <w:rPr>
          <w:sz w:val="20"/>
        </w:rPr>
        <w:t>56:59  maulana sahab doctor safeena tabassum ne ajmer se maulana aapse sawal kiya hai unhone likha hai ke maulana sahab kya kisi haal mein complaint karna allowed hai iske bare mein bataein dekhiye logon ka logon ko alternative ka pata nahi complaint ke alternative ka</w:t>
      </w:r>
      <w:r>
        <w:br/>
      </w:r>
      <w:r>
        <w:rPr>
          <w:sz w:val="20"/>
        </w:rPr>
        <w:t>57:29  pata nahi woh hai dua jis cheez ke bare mein aap shikayat le rahe hain wahan dua kijiye</w:t>
      </w:r>
      <w:r>
        <w:br/>
      </w:r>
      <w:r>
        <w:rPr>
          <w:sz w:val="20"/>
        </w:rPr>
        <w:t>57:39  mein aap ko ek kashf batata hoon mein kanpur gaya kanpur bahut pehle ki baat hai wahan ek</w:t>
      </w:r>
      <w:r>
        <w:br/>
      </w:r>
      <w:r>
        <w:rPr>
          <w:sz w:val="20"/>
        </w:rPr>
        <w:t>57:49  sahib the mirza imtiaz beg aligarh karne wale the woh wahan business karte the kanpur mein to</w:t>
      </w:r>
      <w:r>
        <w:br/>
      </w:r>
      <w:r>
        <w:rPr>
          <w:sz w:val="20"/>
        </w:rPr>
        <w:t>58:00  unhone kaha ke hum ek kiraye ke ghar mein rehte the malik makan ne kaha kiraye ke</w:t>
      </w:r>
      <w:r>
        <w:br/>
      </w:r>
      <w:r>
        <w:rPr>
          <w:sz w:val="20"/>
        </w:rPr>
        <w:t>58:05  aap khali kar dijiye bahut sakht tha bahut sakht tha khali kar dijiye to maine kaha ke</w:t>
      </w:r>
      <w:r>
        <w:br/>
      </w:r>
      <w:r>
        <w:rPr>
          <w:sz w:val="20"/>
        </w:rPr>
        <w:t>58:10  bhai jab ghar aaya wahan us se kaha ke achha main kal subah milunga ghar aaya to</w:t>
      </w:r>
      <w:r>
        <w:br/>
      </w:r>
      <w:r>
        <w:rPr>
          <w:sz w:val="20"/>
        </w:rPr>
        <w:t>58:15  main ne socha ke khuda ya mere paas to koi dusra ghar nahi hai kahan jaon mein khali ghar</w:t>
      </w:r>
      <w:r>
        <w:br/>
      </w:r>
      <w:r>
        <w:rPr>
          <w:sz w:val="20"/>
        </w:rPr>
        <w:t>58:20  kahan jaon naya ghar khareed nahi sakta to unhone kaha ke maine bahut zyada dua ki</w:t>
      </w:r>
      <w:r>
        <w:br/>
      </w:r>
      <w:r>
        <w:rPr>
          <w:sz w:val="20"/>
        </w:rPr>
        <w:t>58:25  allah taala se</w:t>
      </w:r>
      <w:r>
        <w:br/>
      </w:r>
      <w:r>
        <w:rPr>
          <w:sz w:val="20"/>
        </w:rPr>
        <w:t>58:30  phir dua kar ke kal subah gaya subah gaya to wahi sib aadmi kehta hai mirza sahib aaiye</w:t>
      </w:r>
      <w:r>
        <w:br/>
      </w:r>
      <w:r>
        <w:rPr>
          <w:sz w:val="20"/>
        </w:rPr>
        <w:t>58:38  aaiye hum ne woh ek aur ghar hamare paas tha wahan hum ne intezam kar liya hai ab</w:t>
      </w:r>
      <w:r>
        <w:br/>
      </w:r>
      <w:r>
        <w:rPr>
          <w:sz w:val="20"/>
        </w:rPr>
        <w:t>58:46  aap rahiye does not break up your dua to jab aap ke paas ek itna bada alternative maujood</w:t>
      </w:r>
      <w:r>
        <w:br/>
      </w:r>
      <w:r>
        <w:rPr>
          <w:sz w:val="20"/>
        </w:rPr>
        <w:t>58:54  hai to complaint kis liye dua kijiye</w:t>
      </w:r>
      <w:r>
        <w:br/>
      </w:r>
      <w:r>
        <w:rPr>
          <w:sz w:val="20"/>
        </w:rPr>
        <w:t>59:01  jis baat ke liye aap dua complaint kar rahe hain us baat ke liye dua kijiye itna bada</w:t>
      </w:r>
      <w:r>
        <w:br/>
      </w:r>
      <w:r>
        <w:rPr>
          <w:sz w:val="20"/>
        </w:rPr>
        <w:t>59:09  alternative aap ke paas maujood hai to phir complaint kyun karein shikayat kyun karein yeh sacha waqia jo</w:t>
      </w:r>
      <w:r>
        <w:br/>
      </w:r>
      <w:r>
        <w:rPr>
          <w:sz w:val="20"/>
        </w:rPr>
        <w:t>59:16  main ne bataya aap ko main khud gaya tha kanpur khud mirza imtiaz beg ne mujh se bataya</w:t>
      </w:r>
      <w:r>
        <w:br/>
      </w:r>
      <w:r>
        <w:rPr>
          <w:sz w:val="20"/>
        </w:rPr>
        <w:t>59:24  tha woh hamare alamgarh rehne wale the mujh se patri ek gaon hai wahan ke hum mein pehle</w:t>
      </w:r>
      <w:r>
        <w:br/>
      </w:r>
      <w:r>
        <w:rPr>
          <w:sz w:val="20"/>
        </w:rPr>
        <w:t>59:31  se in ko janta tha woh madrasa islah ki parhe hue the woh unhon ne khud qissa yeh</w:t>
      </w:r>
    </w:p>
    <w:p>
      <w:pPr>
        <w:pStyle w:val="Heading2"/>
      </w:pPr>
      <w:r>
        <w:t>Is divorce and khula a civilized solution?</w:t>
      </w:r>
    </w:p>
    <w:p>
      <w:r>
        <w:rPr>
          <w:color w:val="666666"/>
          <w:sz w:val="18"/>
        </w:rPr>
        <w:t>Ethics &amp; Character · Three levels of Realization July 4, 2010 · 6m 59s · at 1:46:45 · https://youtu.be/NtCTVVov3Nw?t=6405</w:t>
      </w:r>
    </w:p>
    <w:p>
      <w:r>
        <w:rPr>
          <w:i/>
        </w:rPr>
        <w:t>“Is divorce and khula in Islam a civilized solution for the conflict between husband and wife?”</w:t>
      </w:r>
    </w:p>
    <w:p>
      <w:r>
        <w:rPr>
          <w:sz w:val="20"/>
        </w:rPr>
        <w:t>1:46:45  haan maulana agla sawal hai ah mister mustafa umri ka delhi se unhone likha hai kya islam mein talaq aur khula ki ijazat aurat aur mard ke jhagde ka civilized solution hai hargiz nahi kuch bhi nahi main to us ko aaj bhi meri kitab abhi chhap ke aayi hai aaj hi us ko aap padhiye talaq ko to main sirf yani ek aham maqam ka kaam samajhta hoon</w:t>
      </w:r>
      <w:r>
        <w:br/>
      </w:r>
      <w:r>
        <w:rPr>
          <w:sz w:val="20"/>
        </w:rPr>
        <w:t>1:47:13  behral kisi bhi haal mein talaq nahi dena chahiye you have to know the art of different management</w:t>
      </w:r>
      <w:r>
        <w:br/>
      </w:r>
      <w:r>
        <w:rPr>
          <w:sz w:val="20"/>
        </w:rPr>
        <w:t>1:47:23  jis difference ko le kar ke talaq dete hain log us ko manage karo main kaha karta hoon ke shadi ho gayi to ho gayi main kaha karta hoon shadi ho gayi to ho gayi shadi ek bar hoti hai bas shadi do bar nahi hoti hai shadi do bar nahi hoti hai</w:t>
      </w:r>
      <w:r>
        <w:br/>
      </w:r>
      <w:r>
        <w:rPr>
          <w:sz w:val="20"/>
        </w:rPr>
        <w:t>1:47:42  jo differences aate hain un ko manage kijiye dekhen difference kyun aate hain main batata hoon aap ko ek sahib ne india mein apni bachi ko khoob padhaya aur paise wale the woh aur ghar mein un ke do teen woh the kaam karne wale domestic help taqreeban teen teen the un ke</w:t>
      </w:r>
      <w:r>
        <w:br/>
      </w:r>
      <w:r>
        <w:rPr>
          <w:sz w:val="20"/>
        </w:rPr>
        <w:t>1:48:11  ghar mein to ladki kuch kaam to karti nahi thi ab shadi kar di kahan america mein shadi kar di ab wahan domestic help hota hi nahi har aadmi ko kaam khud karna padta hai</w:t>
      </w:r>
      <w:r>
        <w:br/>
      </w:r>
      <w:r>
        <w:rPr>
          <w:sz w:val="20"/>
        </w:rPr>
        <w:t>1:48:26  ab kya hua wahan par woh kuch karti thi nikah aur is ka husband jo tha woh ghussa hota tha jab aata tha office se dekha ke sab saman bikhra hua hai koi intizam nahi hai khane peene ka kuch bhi nahi</w:t>
      </w:r>
      <w:r>
        <w:br/>
      </w:r>
      <w:r>
        <w:rPr>
          <w:sz w:val="20"/>
        </w:rPr>
        <w:t>1:48:40  to natija hai ke woh talak ho gayi to yeh yeh talak jo hai yeh yeh is mein ek sabak hai ke talak ka zimmedar kaun hai parent zimmedar hai ke tum ne jab aisa banaya to india mein shadi karte hain is ki america mein koi shadi kar di</w:t>
      </w:r>
      <w:r>
        <w:br/>
      </w:r>
      <w:r>
        <w:rPr>
          <w:sz w:val="20"/>
        </w:rPr>
        <w:t>1:49:00  aise hi aam taur par kya hota hai har ghar mein taqreeban ke beti ko khoob pyar karte hain</w:t>
      </w:r>
      <w:r>
        <w:br/>
      </w:r>
      <w:r>
        <w:rPr>
          <w:sz w:val="20"/>
        </w:rPr>
        <w:t>1:49:07  ke aisa soorat e haal mein jayegi to us ko to wahan museebat padegi to bhai jab aap ne aadi nahi banaya us ko museebat sehne ka to wahan jayegi jhagda karegi main aise maa dekhe hain jo kaam nahi karwati betiyon se are bhai wahan to use karna hi padega bhai jab aadat nahi to kare kise</w:t>
      </w:r>
      <w:r>
        <w:br/>
      </w:r>
      <w:r>
        <w:rPr>
          <w:sz w:val="20"/>
        </w:rPr>
        <w:t>1:49:30  to main samajhta hoon ke sab se bare jo zimmedar hain woh hain maa baap</w:t>
      </w:r>
      <w:r>
        <w:br/>
      </w:r>
      <w:r>
        <w:rPr>
          <w:sz w:val="20"/>
        </w:rPr>
        <w:t>1:49:36  apne bachiyon ko apne beton ko galat zehan banate hain sahi zehan ka adjustment shadi means adjustment koi bhi yaad rakhiye duniya mein koi ideal shohar nahi hai ideal wife nahi hai yeh bilkul ek myth hai ke koi duniya mein aisa ho sakta hai ke jo ek aurat ke liye ideal husband ho ya husband ke liye ek ideal wife ho</w:t>
      </w:r>
      <w:r>
        <w:br/>
      </w:r>
      <w:r>
        <w:rPr>
          <w:sz w:val="20"/>
        </w:rPr>
        <w:t>1:50:03  adjustment karna padta hai aap ko aur yeh baat maa baap batate nahi jaise ek mashhoor gana hai un ka rafi sahab ka main to us ko bewakoofi gana samajhta hoon ke</w:t>
      </w:r>
      <w:r>
        <w:br/>
      </w:r>
      <w:r>
        <w:rPr>
          <w:sz w:val="20"/>
        </w:rPr>
        <w:t>1:50:19  makey ki kabhi na yaad aaye sasural mein itna pyar mile yeh to ahmaqana baat hai aisi sasural koi hoti hi nahi</w:t>
      </w:r>
      <w:r>
        <w:br/>
      </w:r>
      <w:r>
        <w:rPr>
          <w:sz w:val="20"/>
        </w:rPr>
        <w:t>1:50:30  makey ki kabhi na yaad aaye sasural mein aisa aisa pyar mile aisi aisa sasural koi hota hi nahi to aap ladki ko aisa zehan de rahe hain ke woh ek foods priorites mein jiye</w:t>
      </w:r>
      <w:r>
        <w:br/>
      </w:r>
      <w:r>
        <w:rPr>
          <w:sz w:val="20"/>
        </w:rPr>
        <w:t>1:50:45  to haqeeqat talak to bilkul honi hi nahi chahiye talak hoti hai bewakoofi se haan hamakat se aur zyada tar zimmedar is mein hote hain kaun maa baap</w:t>
      </w:r>
      <w:r>
        <w:br/>
      </w:r>
      <w:r>
        <w:rPr>
          <w:sz w:val="20"/>
        </w:rPr>
        <w:t>1:50:56  dusri baat jo hai aaj kal jo western concept hai gender equality mein is ko bilkul unnatural samajhta hoon unnatural gender equality is nothing dekhiye duniya chal rahi hai bossism ke principle par bossism yani hamari government mein boss kaun hai prime minister company mein boss kaun hai wahan ka director railway railway chal rahi hai dorr rahi hai to is ka boss kaun hai driver</w:t>
      </w:r>
      <w:r>
        <w:br/>
      </w:r>
      <w:r>
        <w:rPr>
          <w:sz w:val="20"/>
        </w:rPr>
        <w:t>1:51:25  to to yeh in why your home is exception wahan yeh ek boss hona chahiye is duniya ka sara ilzaam chal raha hai bosses ke principle pe suraj system ka bhi ek boss hai woh us woh suraj hai to gender equality bilkul hi unnatural theory hai ghar mein ek boss hona chahiye nahi to phir jhagda hoga jhagda hoga jhagda hoga</w:t>
      </w:r>
      <w:r>
        <w:br/>
      </w:r>
      <w:r>
        <w:rPr>
          <w:sz w:val="20"/>
        </w:rPr>
        <w:t>1:51:53  main to auraton ko boss banaye rehta hoon hamari biwi jo theen abhi un ka inteqal ho gaya hai wahi boss thi jo jo chahte wahi hota tha jo aajaye wahi hota tha</w:t>
      </w:r>
      <w:r>
        <w:br/>
      </w:r>
      <w:r>
        <w:rPr>
          <w:sz w:val="20"/>
        </w:rPr>
        <w:t>1:52:06  to dekhiye gender equality bilkul hai absurd hai unnatural hai chalne wala nahi hai aur yeh jhagde paida hote hain woh kehte hain ke main kyun karoon kya main kyun karoon yeh yahi galat</w:t>
      </w:r>
      <w:r>
        <w:br/>
      </w:r>
      <w:r>
        <w:rPr>
          <w:sz w:val="20"/>
        </w:rPr>
        <w:t>1:52:21  hai boss banaiye apne ghar mein sab se aqalmand woh hai jo doosre ko boss bana le yani mard aqalmand hota hai to woh aurat ko boss bana lega aurat aqalmand hoti hai woh boss is mard ko boss bana lega to bosses ka principle jo hai is ka negation hai gender equality concept woh bilkul unnatural hai woh kabhi chalne wala nahi hai sirf separation hoga talak hoga ladai jhagda hoga</w:t>
      </w:r>
      <w:r>
        <w:br/>
      </w:r>
      <w:r>
        <w:rPr>
          <w:sz w:val="20"/>
        </w:rPr>
        <w:t>1:52:47  yani gender equality ki base pe koi society nahi bana sakta koi society impossible hai to main bilkul is ke khilaf hoon gender equality ke main manta hoon ke bossism ka principle ghar mein bhi apply hona chahiye jaise company mein apply hota hai aur main to is mein itna zyada manta hoon ke main main khud hi ko apne aurat ko boss bana liya maine mujhe shauk nahi hai ke main boss banu</w:t>
      </w:r>
      <w:r>
        <w:br/>
      </w:r>
      <w:r>
        <w:rPr>
          <w:sz w:val="20"/>
        </w:rPr>
        <w:t>1:53:13  kyunki ghar chal nahi sakta is ke baghair to talak bilkul hi unnecessary unnecessary cheez hai talak ki koi zaroorat hi nahi hai agar aap manage karna jaane</w:t>
      </w:r>
      <w:r>
        <w:br/>
      </w:r>
      <w:r>
        <w:rPr>
          <w:sz w:val="20"/>
        </w:rPr>
        <w:t>1:53:29  it is a matter of management jab koi controversy ho to aap us ko manage kijiye apne apne mind ko aap apply kijiye wahan par talak kya hai</w:t>
      </w:r>
    </w:p>
    <w:p>
      <w:pPr>
        <w:pStyle w:val="Heading2"/>
      </w:pPr>
      <w:r>
        <w:t>Is it correct to be proud of Al-Risala mission?</w:t>
      </w:r>
    </w:p>
    <w:p>
      <w:r>
        <w:rPr>
          <w:color w:val="666666"/>
          <w:sz w:val="18"/>
        </w:rPr>
        <w:t>Ethics &amp; Character · The Message of Eid Al-Adha November 6, 2011 Maulana Wahiduddin Khan · 1m 03s · at 1:27:04 · https://youtu.be/y59PU_RD2cg?t=5224</w:t>
      </w:r>
    </w:p>
    <w:p>
      <w:r>
        <w:rPr>
          <w:i/>
        </w:rPr>
        <w:t>“A person said that we are proud that we got a mission like Al-Risala. Maulana, is it correct to say such a proud thing?”</w:t>
      </w:r>
    </w:p>
    <w:p>
      <w:r>
        <w:rPr>
          <w:sz w:val="20"/>
        </w:rPr>
        <w:t>1:27:04  Maulana, agla sawal kya hai? Maulana Asrar ne Tamil Nadu se. Unho ne likha hai ke ek sahib ne kaha ke hum ko fakhr hai ke hum ko Al-Risala jaisa mission mila.</w:t>
      </w:r>
      <w:r>
        <w:br/>
      </w:r>
      <w:r>
        <w:rPr>
          <w:sz w:val="20"/>
        </w:rPr>
        <w:t>1:27:17  Maulana, kya is tarah ki fakhr wali baat karna sahi hai? Har giz sahi nahi. Yeh bilkul galat hai. Yeh yeh fakhr ki</w:t>
      </w:r>
      <w:r>
        <w:br/>
      </w:r>
      <w:r>
        <w:rPr>
          <w:sz w:val="20"/>
        </w:rPr>
        <w:t>1:27:25  baat kya hai? Shukr ki baat kahiye ke Allah taala ka shukr hai ke mujhe sachai mil gayi. Fakhr kya? Fakhr to ek gunah ki baat hai, main samajhta hoon.</w:t>
      </w:r>
      <w:r>
        <w:br/>
      </w:r>
      <w:r>
        <w:rPr>
          <w:sz w:val="20"/>
        </w:rPr>
        <w:t>1:27:38  Fakhr ke andar to arrogance hai, yaani superiority, yeh sab cheezein is ke andar hain. Baharhal, fakhr bilkul hi ghair Islami hai aur bilkul galat kaam hai.</w:t>
      </w:r>
      <w:r>
        <w:br/>
      </w:r>
      <w:r>
        <w:rPr>
          <w:sz w:val="20"/>
        </w:rPr>
        <w:t>1:27:55  Aap ko agar sachai mili hai to shukr ada kijiye Allah taala ka. Aisi cheez momin ki jo hai, woh response woh shukr hai, na ke fakhr.</w:t>
      </w:r>
    </w:p>
    <w:p>
      <w:pPr>
        <w:pStyle w:val="Heading2"/>
      </w:pPr>
      <w:r>
        <w:t>Is it correct to refuse lying to insurance?</w:t>
      </w:r>
    </w:p>
    <w:p>
      <w:r>
        <w:rPr>
          <w:color w:val="666666"/>
          <w:sz w:val="18"/>
        </w:rPr>
        <w:t>Ethics &amp; Character · Man &amp; Paradise Aug 18, 2013 - Maulana Wahiduddin Khan · 2m 18s · at 54:43 · https://youtu.be/yKy1suwbP8o?t=3283</w:t>
      </w:r>
    </w:p>
    <w:p>
      <w:r>
        <w:rPr>
          <w:i/>
        </w:rPr>
        <w:t>“I am a surgeon and I don't lie to insurance companies about the patient's illness, because I believe as a Muslim I should not lie to anyone. As a result, some patients leave me and find someone else who can lie and operate them. Maulana saheb, how correct is my approach?”</w:t>
      </w:r>
    </w:p>
    <w:p>
      <w:r>
        <w:rPr>
          <w:sz w:val="20"/>
        </w:rPr>
        <w:t>54:43  maulana, agla sawal hai Dilli se Dr. Tahir Mustafa sahib ka. unhone likha hai: "maulana sahib, IMA surgeon and I don't lie to insurance companies about the patient's illness,</w:t>
      </w:r>
      <w:r>
        <w:br/>
      </w:r>
      <w:r>
        <w:rPr>
          <w:sz w:val="20"/>
        </w:rPr>
        <w:t>54:58  because I believe as a Muslim I should not lie to anyone. As a result, some patients leave me and find someone else who can lie and operate them.</w:t>
      </w:r>
      <w:r>
        <w:br/>
      </w:r>
      <w:r>
        <w:rPr>
          <w:sz w:val="20"/>
        </w:rPr>
        <w:t>55:10  Maulana sahib, how far is my approach correct?</w:t>
      </w:r>
      <w:r>
        <w:br/>
      </w:r>
      <w:r>
        <w:rPr>
          <w:sz w:val="20"/>
        </w:rPr>
        <w:t>55:14  bhai, aap patient ke patient ki surgery ki zimmedari hain, woh insurance karate hain ya nahi karate, us ki zimmedari nahi hain.</w:t>
      </w:r>
      <w:r>
        <w:br/>
      </w:r>
      <w:r>
        <w:rPr>
          <w:sz w:val="20"/>
        </w:rPr>
        <w:t>55:22  aap yeh mein samjha nahi is sawal ka matlab. yani aap ko jo patient hai, woh insurance karaye ya na karaye, us ke zimmedar aap nahi hain.</w:t>
      </w:r>
      <w:r>
        <w:br/>
      </w:r>
      <w:r>
        <w:rPr>
          <w:sz w:val="20"/>
        </w:rPr>
        <w:t>55:32  aap sirf surgery ke zimmedar hain, aur aap khud na karayein ya karayein, us ke zimmedar hain. mein is ko sahi nahi samjhunga ke aap patient ke baray mein ya chahein ke woh insurance kara rahe hain ya na kara rahe hain, ke baray mein aap ke aqeeday ko manen.</w:t>
      </w:r>
      <w:r>
        <w:br/>
      </w:r>
      <w:r>
        <w:rPr>
          <w:sz w:val="20"/>
        </w:rPr>
        <w:t>55:49  agar mein samjhaon is sawal ko nahi. Maulana, woh aaj kal kya hota hai ke kuch bhi operation hota hai to us se insurance company se woh reimbursement hota hai, lekin us ke liye doctor se opinion liya jata hai.</w:t>
      </w:r>
      <w:r>
        <w:br/>
      </w:r>
      <w:r>
        <w:rPr>
          <w:sz w:val="20"/>
        </w:rPr>
        <w:t>56:01  insurance company leti hain ke, matlab jo jo bimari batayi gayi hai, woh sahi hai ke nahi hai. to us ke basis pe insurance companies paisa deti hain.</w:t>
      </w:r>
      <w:r>
        <w:br/>
      </w:r>
      <w:r>
        <w:rPr>
          <w:sz w:val="20"/>
        </w:rPr>
        <w:t>56:12  to aksar Maulana, woh doctors ko sahi information nahi, thora jhoot bolna parta hai, tab ja ke paise milen. is liye kaha hai, jhoot ki baat kaha hai.</w:t>
      </w:r>
      <w:r>
        <w:br/>
      </w:r>
      <w:r>
        <w:rPr>
          <w:sz w:val="20"/>
        </w:rPr>
        <w:t>56:20  aap real reporting par sign kar dijiye. haan, jhoot bolna to har kaam mein galat hai ji, lekin jo real position hai, woh agar patient chahta hai aap ka to aap sign kar dijiye, woh us ka mamla hai.</w:t>
      </w:r>
      <w:r>
        <w:br/>
      </w:r>
      <w:r>
        <w:rPr>
          <w:sz w:val="20"/>
        </w:rPr>
        <w:t>56:38  mein ne samjha nahi kya matlab. Maulana, woh yahi keh rahe hain ke agar woh sahi reporting karte hain to patients ko paisa nahi milta insurance company se, to woh chhod ke chale jate hain.</w:t>
      </w:r>
      <w:r>
        <w:br/>
      </w:r>
      <w:r>
        <w:rPr>
          <w:sz w:val="20"/>
        </w:rPr>
        <w:t>56:48  to nahi to jhoot to nahi bolna, isi ke mamle ka har mamle mein jhoot nahi bolna hai ji. yeh to jhoot ko to mein nahi kahoon ga ke jaiz hai kisi kisi haal mein.</w:t>
      </w:r>
    </w:p>
    <w:p>
      <w:pPr>
        <w:pStyle w:val="Heading2"/>
      </w:pPr>
      <w:r>
        <w:t>Is listening to songs halal or haram</w:t>
      </w:r>
    </w:p>
    <w:p>
      <w:r>
        <w:rPr>
          <w:color w:val="666666"/>
          <w:sz w:val="18"/>
        </w:rPr>
        <w:t>Ethics &amp; Character · Spirit of the Age Nov 6, 2016 · 53s · at 1:00:31 · https://youtu.be/QAW9LP53xQk?t=3631</w:t>
      </w:r>
    </w:p>
    <w:p>
      <w:r>
        <w:rPr>
          <w:i/>
        </w:rPr>
        <w:t>“Can we listen to songs? Is it haram or halal? Explain.”</w:t>
      </w:r>
    </w:p>
    <w:p>
      <w:r>
        <w:rPr>
          <w:sz w:val="20"/>
        </w:rPr>
        <w:t>1:00:31  maulana, agla sawal bismah siddiqui ne kiya hai dilli se, aur unhon ne aap se poocha hai: maulana</w:t>
      </w:r>
      <w:r>
        <w:br/>
      </w:r>
      <w:r>
        <w:rPr>
          <w:sz w:val="20"/>
        </w:rPr>
        <w:t>1:00:37  sahib, can we listen to songs? is it haram aur halaal? is ke baray mein bataein.</w:t>
      </w:r>
      <w:r>
        <w:br/>
      </w:r>
      <w:r>
        <w:rPr>
          <w:sz w:val="20"/>
        </w:rPr>
        <w:t>1:00:43  halaal hai, khoob suniye, khoob suniye.</w:t>
      </w:r>
      <w:r>
        <w:br/>
      </w:r>
      <w:r>
        <w:rPr>
          <w:sz w:val="20"/>
        </w:rPr>
        <w:t>1:00:49  baqi hai ke mein is ko halaal aur haram nahi samajhta, mein is ko time ka kamtar istemal samajhta hoon.</w:t>
      </w:r>
      <w:r>
        <w:br/>
      </w:r>
      <w:r>
        <w:rPr>
          <w:sz w:val="20"/>
        </w:rPr>
        <w:t>1:00:55  mere paas jab time hai to mein is ko wisdom wali baaton mein lagata hoon, wisdom fiction mein nahi lagata.</w:t>
      </w:r>
      <w:r>
        <w:br/>
      </w:r>
      <w:r>
        <w:rPr>
          <w:sz w:val="20"/>
        </w:rPr>
        <w:t>1:01:01  aap ko shauq hai to lagaiye, aap koi haram halaal ki baat nahi hai, yeh koi haram halaal</w:t>
      </w:r>
      <w:r>
        <w:br/>
      </w:r>
      <w:r>
        <w:rPr>
          <w:sz w:val="20"/>
        </w:rPr>
        <w:t>1:01:07  ki baat nahi hai.</w:t>
      </w:r>
      <w:r>
        <w:br/>
      </w:r>
      <w:r>
        <w:rPr>
          <w:sz w:val="20"/>
        </w:rPr>
        <w:t>1:01:13  mujhe jis tarah bhi jaisay aisay wisdom se to mein apne time ko wisdom ke istemal karta hoon,</w:t>
      </w:r>
      <w:r>
        <w:br/>
      </w:r>
      <w:r>
        <w:rPr>
          <w:sz w:val="20"/>
        </w:rPr>
        <w:t>1:01:19  bas yahi mera jawab hai.</w:t>
      </w:r>
    </w:p>
    <w:p>
      <w:pPr>
        <w:pStyle w:val="Heading2"/>
      </w:pPr>
      <w:r>
        <w:t>Is self-accounting peaceful and others' accounting stressful?</w:t>
      </w:r>
    </w:p>
    <w:p>
      <w:r>
        <w:rPr>
          <w:color w:val="666666"/>
          <w:sz w:val="18"/>
        </w:rPr>
        <w:t>Ethics &amp; Character · Don't Be Angry Culture January 15, 2012 · 2m 52s · at 1:18:20 · https://youtu.be/NrA3X8y_FLY?t=4700</w:t>
      </w:r>
    </w:p>
    <w:p>
      <w:r>
        <w:rPr>
          <w:i/>
        </w:rPr>
        <w:t>“Self-accounting brings peace, and accounting of others causes stress. Is this correct?”</w:t>
      </w:r>
    </w:p>
    <w:p>
      <w:r>
        <w:rPr>
          <w:sz w:val="20"/>
        </w:rPr>
        <w:t>1:18:20  agla sawal kya hai Maulana Iqbal Umri ne Tamil Nadu se</w:t>
      </w:r>
      <w:r>
        <w:br/>
      </w:r>
      <w:r>
        <w:rPr>
          <w:sz w:val="20"/>
        </w:rPr>
        <w:t>1:18:24  unhon ne likha hai: "jati muhasba mein sukoon milta hai aur ghair ke muhasbe se stress paida hota hai.</w:t>
      </w:r>
      <w:r>
        <w:br/>
      </w:r>
      <w:r>
        <w:rPr>
          <w:sz w:val="20"/>
        </w:rPr>
        <w:t>1:18:33  kya yeh sahi hai?" "haan, yeh baat bilkul sahi hai. us ki wajah dekhiye, yeh hai. yeh bohat gehri baat hai. yeh bohat zyada gehri baat hai.</w:t>
      </w:r>
      <w:r>
        <w:br/>
      </w:r>
      <w:r>
        <w:rPr>
          <w:sz w:val="20"/>
        </w:rPr>
        <w:t>1:18:45  lekin aadmi jab muhasba karte hain, introspection ko, introspection, to jab aadmi apna muhasba karta hai to kya hota hai?</w:t>
      </w:r>
      <w:r>
        <w:br/>
      </w:r>
      <w:r>
        <w:rPr>
          <w:sz w:val="20"/>
        </w:rPr>
        <w:t>1:18:57  woh us waqt, us waqt woh farishton ki sohbat mein hota hai. jati muhasba ek bohat hi bara musbat amal hai, ek bohat bara positive kaam hai aur khalis rabbani kaam hai.</w:t>
      </w:r>
      <w:r>
        <w:br/>
      </w:r>
      <w:r>
        <w:rPr>
          <w:sz w:val="20"/>
        </w:rPr>
        <w:t>1:19:11  is mein Allah ka khauf hota hai aur aur akhirat ki pakad hoti hai. yeh sab baatein dil mein aati hain to aap apna muhasba karte hain.</w:t>
      </w:r>
      <w:r>
        <w:br/>
      </w:r>
      <w:r>
        <w:rPr>
          <w:sz w:val="20"/>
        </w:rPr>
        <w:t>1:19:22  to woh sara kaam farishton ki sohbat mein hota hai. jo aadmi sahi maano mein zaat ka muhasba karta hai to farishte jowq dar jowq is ke paas aate hain.</w:t>
      </w:r>
      <w:r>
        <w:br/>
      </w:r>
      <w:r>
        <w:rPr>
          <w:sz w:val="20"/>
        </w:rPr>
        <w:t>1:19:34  zahiri hai ke is mein sukoon to aayega.</w:t>
      </w:r>
      <w:r>
        <w:br/>
      </w:r>
      <w:r>
        <w:rPr>
          <w:sz w:val="20"/>
        </w:rPr>
        <w:t>1:19:37  jab lekin jab doosre ke khilaf aap bolte hain to woh to khalis shaitani kaam hai. aap ghore kijiye, yani quran mein jo iblis ka aur Adam ka qissa bayan kiya hai, is mein itne aspects hain ke main sochta hoon ke shayad saare hi aspects mein shamil hain.</w:t>
      </w:r>
      <w:r>
        <w:br/>
      </w:r>
      <w:r>
        <w:rPr>
          <w:sz w:val="20"/>
        </w:rPr>
        <w:t>1:19:56  saare aspects. sab se pehle kis ne yeh kaam kiya hai? shaitan ne ke Allah ke khilaf naoozubillah bola. woh</w:t>
      </w:r>
      <w:r>
        <w:br/>
      </w:r>
      <w:r>
        <w:rPr>
          <w:sz w:val="20"/>
        </w:rPr>
        <w:t>1:20:04  ke kisi ke khilaf bolna, yani opposition ke boli bolna, yeh to shaitani kaam hai. yani shaitan ne is is yeh jo tradition hai, is ko shaitan ne shuru kiya sab se pehle ke kisi ke khilaf bolna, jhanda le ke khara hona.</w:t>
      </w:r>
      <w:r>
        <w:br/>
      </w:r>
      <w:r>
        <w:rPr>
          <w:sz w:val="20"/>
        </w:rPr>
        <w:t>1:20:23  to shaitan naoozubillah Allah ke khilaf jhanda jhanda le ke khara ho jayega, ho gaya.</w:t>
      </w:r>
      <w:r>
        <w:br/>
      </w:r>
      <w:r>
        <w:rPr>
          <w:sz w:val="20"/>
        </w:rPr>
        <w:t>1:20:29  to jo log opposition ka kaam karte hain, kisi ke khilaf jhanda le ke khare hote hain aur doosre ke khilaf taqreerein karte hain, un ko bohat zyada darna chahiye.</w:t>
      </w:r>
      <w:r>
        <w:br/>
      </w:r>
      <w:r>
        <w:rPr>
          <w:sz w:val="20"/>
        </w:rPr>
        <w:t>1:20:39  yeh to ek shaitani kaam hai aur woh shaitan ki sohbat ki wajah se woh kaifiyat hoti hai jo aap ne farmaya.</w:t>
      </w:r>
      <w:r>
        <w:br/>
      </w:r>
      <w:r>
        <w:rPr>
          <w:sz w:val="20"/>
        </w:rPr>
        <w:t>1:20:48  to jis aadmi ko zaati muhasba ki tofeeq mile, us ko bohat zyada shukr ada karna chahiye. aur jo aadmi doosre ke muhasbe mein pada hua hai, us ko yani panah mangna chahiye Allah taala se ke main shaitan ke chakkar mein pad gaya tha aur khuda ya meri toba qabool kar.</w:t>
      </w:r>
    </w:p>
    <w:p>
      <w:pPr>
        <w:pStyle w:val="Heading2"/>
      </w:pPr>
      <w:r>
        <w:t>Islamic View on Revenge</w:t>
      </w:r>
    </w:p>
    <w:p>
      <w:r>
        <w:rPr>
          <w:color w:val="666666"/>
          <w:sz w:val="18"/>
        </w:rPr>
        <w:t>Ethics &amp; Character · Double Standards of Present-Day Muslims August 6, 2017 · 2m 19s · at 44:43 · https://youtu.be/k1NcZQpHTyg?t=2683</w:t>
      </w:r>
    </w:p>
    <w:p>
      <w:r>
        <w:rPr>
          <w:i/>
        </w:rPr>
        <w:t>“What is Islam's view on revenge?”</w:t>
      </w:r>
    </w:p>
    <w:p>
      <w:r>
        <w:rPr>
          <w:sz w:val="20"/>
        </w:rPr>
        <w:t>44:43  agla sawal molana farhad umri sahib ki taraf se aaya hai dilli se. what is islam's view on revenge? inteqam?</w:t>
      </w:r>
      <w:r>
        <w:br/>
      </w:r>
      <w:r>
        <w:rPr>
          <w:sz w:val="20"/>
        </w:rPr>
        <w:t>44:53  ji molana, bhai dekhen, islam mein inteqam as a principle nahi hai.</w:t>
      </w:r>
      <w:r>
        <w:br/>
      </w:r>
      <w:r>
        <w:rPr>
          <w:sz w:val="20"/>
        </w:rPr>
        <w:t>45:02  as a principle nahi hai, bilkul nahi hai. hadith mein aata hai ke rasool allah ne kabhi inteqam nahi liya. hazrat ayesha kehti hain</w:t>
      </w:r>
      <w:r>
        <w:br/>
      </w:r>
      <w:r>
        <w:rPr>
          <w:sz w:val="20"/>
        </w:rPr>
        <w:t>45:12  islam mein dekhen. maafi hai. wa idha ma ghadibuhum yaghfirun inteqam aata hai ghusse par to wa idha ma ghadibuhum yaghfirun jab unhein ghussa aata hai to maaf kar dete hain.</w:t>
      </w:r>
      <w:r>
        <w:br/>
      </w:r>
      <w:r>
        <w:rPr>
          <w:sz w:val="20"/>
        </w:rPr>
        <w:t>45:27  to islam mein inteqam nahi hai, islam mein maaf kar dena hai.</w:t>
      </w:r>
      <w:r>
        <w:br/>
      </w:r>
      <w:r>
        <w:rPr>
          <w:sz w:val="20"/>
        </w:rPr>
        <w:t>45:33  yahi islam mein, yani basic principle jo hai, yahi hai. molana muhammad jaggi in door se sawal karte hain ke "what does praying with a sincere heart truly mean?</w:t>
      </w:r>
      <w:r>
        <w:br/>
      </w:r>
      <w:r>
        <w:rPr>
          <w:sz w:val="20"/>
        </w:rPr>
        <w:t>45:47  " kya phir parhiye? "what does praying with a sincere heart truly mean?"</w:t>
      </w:r>
      <w:r>
        <w:br/>
      </w:r>
      <w:r>
        <w:rPr>
          <w:sz w:val="20"/>
        </w:rPr>
        <w:t>45:55  kya matlab hai? matlab dil se ibadat karne ka kya matlab hai?</w:t>
      </w:r>
      <w:r>
        <w:br/>
      </w:r>
      <w:r>
        <w:rPr>
          <w:sz w:val="20"/>
        </w:rPr>
        <w:t>46:10  dil se ibadat karne ka matlab hai spirit ke sath ibadat karna. dekhen, aik hai form jo jis ko hum ibadat karte hain, uska aik form hota hai aur uski spirit hoti hai.</w:t>
      </w:r>
      <w:r>
        <w:br/>
      </w:r>
      <w:r>
        <w:rPr>
          <w:sz w:val="20"/>
        </w:rPr>
        <w:t>46:22  misal ke taur par namaz hai, namaz ka aik form hai, aap jante hain, ruku, sajda waghera form. doosra hai khushu.</w:t>
      </w:r>
      <w:r>
        <w:br/>
      </w:r>
      <w:r>
        <w:rPr>
          <w:sz w:val="20"/>
        </w:rPr>
        <w:t>46:34  to islam mein khushu ki ahmiyat hai, sirf form ki ahmiyat nahi hai. yani form ho aur spirit na ho to islam mein wo acceptable nahi hai.</w:t>
      </w:r>
      <w:r>
        <w:br/>
      </w:r>
      <w:r>
        <w:rPr>
          <w:sz w:val="20"/>
        </w:rPr>
        <w:t>46:51  agla aik comment lenge molana irfan rashidi sahib ka. wo likhte hain ke "a selfish man is divided of high thinking." jazak allah molana sahib.</w:t>
      </w:r>
    </w:p>
    <w:p>
      <w:pPr>
        <w:pStyle w:val="Heading2"/>
      </w:pPr>
      <w:r>
        <w:t>Islamic view on sexual relations and legality</w:t>
      </w:r>
    </w:p>
    <w:p>
      <w:r>
        <w:rPr>
          <w:color w:val="666666"/>
          <w:sz w:val="18"/>
        </w:rPr>
        <w:t>Ethics &amp; Character · Q&amp;A 04 Mar 2012 Maulana Wahiduddin Khan · 2m 31s · at 16:18 · https://youtu.be/txRmutuvWQI?t=978</w:t>
      </w:r>
    </w:p>
    <w:p>
      <w:r>
        <w:rPr>
          <w:i/>
        </w:rPr>
        <w:t>“Nowadays, the issue of sexual relations is becoming very common. Some people say it is natural, some demand to make it legal. Please tell the Quran and Hadith's view on this.”</w:t>
      </w:r>
    </w:p>
    <w:p>
      <w:r>
        <w:rPr>
          <w:sz w:val="20"/>
        </w:rPr>
        <w:t>16:18  maulana, agla sawal mister shahnawaz zafar sahib ka hai dilli se. unhon ne poocha hai: "aaj kal hum jinsi taalluqaat ka masla bohat aam ho raha hai.</w:t>
      </w:r>
      <w:r>
        <w:br/>
      </w:r>
      <w:r>
        <w:rPr>
          <w:sz w:val="20"/>
        </w:rPr>
        <w:t>16:29  kuch log ise natural batate hain, kuch log legal banane ki mang karte hain. meharbani kar ke quran aur hadith</w:t>
      </w:r>
      <w:r>
        <w:br/>
      </w:r>
      <w:r>
        <w:rPr>
          <w:sz w:val="20"/>
        </w:rPr>
        <w:t>16:38  ka." quran mein ise bas sunna bhi gawara nahi mujhe. acha sawal karte hain aap log. yeh yeh to sawal karne ke liye to yeh yeh to inhuman hai.</w:t>
      </w:r>
      <w:r>
        <w:br/>
      </w:r>
      <w:r>
        <w:rPr>
          <w:sz w:val="20"/>
        </w:rPr>
        <w:t>16:48  bilkul is ko amal qom loot kaha gaya hai. jante hain kitna sakht ayat thi in logon par jo is mein mubtala the.</w:t>
      </w:r>
      <w:r>
        <w:br/>
      </w:r>
      <w:r>
        <w:rPr>
          <w:sz w:val="20"/>
        </w:rPr>
        <w:t>16:57  isi ka naam hai amal qom loot. kaise koi sawal karta hai, kaise koi sochta hai is par. mein hairaan hoon. yeh koi na sawal karne ki baat hai na sochne ki baat hai.</w:t>
      </w:r>
      <w:r>
        <w:br/>
      </w:r>
      <w:r>
        <w:rPr>
          <w:sz w:val="20"/>
        </w:rPr>
        <w:t>17:07  bohat hi bura azaab aaya tha. azaab qom amal qom jo jo is mein mubtala the jo log. aap quran mein padh lijie.</w:t>
      </w:r>
      <w:r>
        <w:br/>
      </w:r>
      <w:r>
        <w:rPr>
          <w:sz w:val="20"/>
        </w:rPr>
        <w:t>17:17  is ki tafseer karne ki zaroorat nahi. tafseer karna bhi bohat hi aik aik aik baazauq aadmi ke liye naqabil bardasht hai.</w:t>
      </w:r>
      <w:r>
        <w:br/>
      </w:r>
      <w:r>
        <w:rPr>
          <w:sz w:val="20"/>
        </w:rPr>
        <w:t>17:27  behral, is ko quran mein is ko qom loot jo thi, us se woh mubtala thi. aur qom loot par jo azaab aaya tha, woh itna sakht tha ke aaj tak is ka is ke is ke asaar hain.</w:t>
      </w:r>
      <w:r>
        <w:br/>
      </w:r>
      <w:r>
        <w:rPr>
          <w:sz w:val="20"/>
        </w:rPr>
        <w:t>17:40  jante hain kya hai</w:t>
      </w:r>
      <w:r>
        <w:br/>
      </w:r>
      <w:r>
        <w:rPr>
          <w:sz w:val="20"/>
        </w:rPr>
        <w:t>17:43  ke bahr bardar jo tha, woh bohat hi acha ilaqa tha. wahan dead sea jo hai, woh aaj tak ke liye bahr bardar.</w:t>
      </w:r>
      <w:r>
        <w:br/>
      </w:r>
      <w:r>
        <w:rPr>
          <w:sz w:val="20"/>
        </w:rPr>
        <w:t>17:54  aap padhiye is ki is ka is ka haal kya hai. is ka zar khez ilaqa tha. woh</w:t>
      </w:r>
      <w:r>
        <w:br/>
      </w:r>
      <w:r>
        <w:rPr>
          <w:sz w:val="20"/>
        </w:rPr>
        <w:t>17:59  bohat acha zar khez ilaqa tha. woh wahan par yani aik bara ilaqa jo hai, ab ab samandar ban gaya hai. aur woh jis ko dead sea kehte hain, us ka pani aap na pi sakte hain, na is mein naha sakte hain, na kisi kaam aata hai.</w:t>
      </w:r>
      <w:r>
        <w:br/>
      </w:r>
      <w:r>
        <w:rPr>
          <w:sz w:val="20"/>
        </w:rPr>
        <w:t>18:15  woh</w:t>
      </w:r>
      <w:r>
        <w:br/>
      </w:r>
      <w:r>
        <w:rPr>
          <w:sz w:val="20"/>
        </w:rPr>
        <w:t>18:18  kisi kaam nahi aata. woh aaj bhi woh wahan ki allah taala ne nishani qaim kar di qayamat tak ke liye ke yeh feal itna bura hai ke ke sakht tareen azaab uchalon ke liye muqaddar hai.</w:t>
      </w:r>
      <w:r>
        <w:br/>
      </w:r>
      <w:r>
        <w:rPr>
          <w:sz w:val="20"/>
        </w:rPr>
        <w:t>18:34  to is behrahal, is ko qom is ko aap samajhna chahen to quran quran mein parh lijiyay. aap</w:t>
      </w:r>
      <w:r>
        <w:br/>
      </w:r>
      <w:r>
        <w:rPr>
          <w:sz w:val="20"/>
        </w:rPr>
        <w:t>18:40  yeh baat quran mein batai gayi hai. is ko hazrat loot ki jo qom thi, is is ke silsilay mein.</w:t>
      </w:r>
    </w:p>
    <w:p>
      <w:pPr>
        <w:pStyle w:val="Heading2"/>
      </w:pPr>
      <w:r>
        <w:t>Islamic view on sexual relations and legalization</w:t>
      </w:r>
    </w:p>
    <w:p>
      <w:r>
        <w:rPr>
          <w:color w:val="666666"/>
          <w:sz w:val="18"/>
        </w:rPr>
        <w:t>Ethics &amp; Character · The Character of a Dayee 4 March 2012 - Maulana Wahiduddin Khan · 2m 28s · at 1:19:06 · https://youtu.be/YtavJpVNbEM?t=4746</w:t>
      </w:r>
    </w:p>
    <w:p>
      <w:r>
        <w:rPr>
          <w:i/>
        </w:rPr>
        <w:t>“Nowadays the issue of sexual relations is becoming very common. Some people call it natural, some demand legalization. Please, in the light of Quran and...”</w:t>
      </w:r>
    </w:p>
    <w:p>
      <w:r>
        <w:rPr>
          <w:sz w:val="20"/>
        </w:rPr>
        <w:t>1:19:06  maulana, agla sawal mr shah Nawaz zafar sahib ka hai dilli se. unhone poocha hai: "aaj kal hum jinasi taalluqat ka masla bohat aam ho raha hai.</w:t>
      </w:r>
      <w:r>
        <w:br/>
      </w:r>
      <w:r>
        <w:rPr>
          <w:sz w:val="20"/>
        </w:rPr>
        <w:t>1:19:19  kuch log ise neechural batate hain, kuch log legal banane ki mang karte hain.</w:t>
      </w:r>
      <w:r>
        <w:br/>
      </w:r>
      <w:r>
        <w:rPr>
          <w:sz w:val="20"/>
        </w:rPr>
        <w:t>1:19:25  meharbani kar ke quran aur</w:t>
      </w:r>
      <w:r>
        <w:br/>
      </w:r>
      <w:r>
        <w:rPr>
          <w:sz w:val="20"/>
        </w:rPr>
        <w:t>1:19:27  hadees ka quran mein ise bas sunna bhi gawara nahi mujhe." achha sawal karte hain aap log. yeh yeh toh sawal karne ke bhi toh yaani yeh toh inhuman hai, bilkul.</w:t>
      </w:r>
      <w:r>
        <w:br/>
      </w:r>
      <w:r>
        <w:rPr>
          <w:sz w:val="20"/>
        </w:rPr>
        <w:t>1:19:39  is ko amal qom-e-loot kaha gaya hai. jante hain kitna sakht aayi thi in logon par jo is mein mubtala the?</w:t>
      </w:r>
      <w:r>
        <w:br/>
      </w:r>
      <w:r>
        <w:rPr>
          <w:sz w:val="20"/>
        </w:rPr>
        <w:t>1:19:47  isi ka naam hai amal qom-e-loot. kaise koi sawal karta hai, kaise koi sochta hai? is par mein hairaan hoon. yeh koi na sawal karne ki baat hai, na sochne ki baat hai.</w:t>
      </w:r>
      <w:r>
        <w:br/>
      </w:r>
      <w:r>
        <w:rPr>
          <w:sz w:val="20"/>
        </w:rPr>
        <w:t>1:19:58  bohat hi bura aaya tha, aaya tha qom amal qom jo jo is mein mubtala the. jo log aap quran mein padh lijiye,</w:t>
      </w:r>
      <w:r>
        <w:br/>
      </w:r>
      <w:r>
        <w:rPr>
          <w:sz w:val="20"/>
        </w:rPr>
        <w:t>1:20:08  is ki tafseer karne ki zarurat nahi. tafseer</w:t>
      </w:r>
      <w:r>
        <w:br/>
      </w:r>
      <w:r>
        <w:rPr>
          <w:sz w:val="20"/>
        </w:rPr>
        <w:t>1:20:19  beh-haal, is ko quran mein is ko qom-e-loot jo thi, us se woh mubtala thi. aur qom-e-loot par jo azab aaya tha, woh itna sakht tha ke aaj tak is ka is ke is ke asar hain.</w:t>
      </w:r>
      <w:r>
        <w:br/>
      </w:r>
      <w:r>
        <w:rPr>
          <w:sz w:val="20"/>
        </w:rPr>
        <w:t>1:20:33  jante hain kya hai</w:t>
      </w:r>
      <w:r>
        <w:br/>
      </w:r>
      <w:r>
        <w:rPr>
          <w:sz w:val="20"/>
        </w:rPr>
        <w:t>1:20:35  ke bahr-e-bardaar jo tha, woh bohat hi achha ilaqa tha. wahan dead sea jo hai, woh aaj tak ke liye bahr-e-bardaar.</w:t>
      </w:r>
      <w:r>
        <w:br/>
      </w:r>
      <w:r>
        <w:rPr>
          <w:sz w:val="20"/>
        </w:rPr>
        <w:t>1:20:46  aap padhiye is ki is ka is ka haal kya hai. is ka zar-khez ilaqa tha, woh</w:t>
      </w:r>
      <w:r>
        <w:br/>
      </w:r>
      <w:r>
        <w:rPr>
          <w:sz w:val="20"/>
        </w:rPr>
        <w:t>1:20:52  bohat achha zar-khez ilaqa tha. woh wahan par yaani aik bara ilaqa jo hai, ab ab samandar ban gaya hai.</w:t>
      </w:r>
      <w:r>
        <w:br/>
      </w:r>
      <w:r>
        <w:rPr>
          <w:sz w:val="20"/>
        </w:rPr>
        <w:t>1:21:01  aur woh jis ko dead sea kehte hain, us ka pani aap na pi sakte hain, na is mein naha sakte hain, na kisi kaam aata hai. woh</w:t>
      </w:r>
      <w:r>
        <w:br/>
      </w:r>
      <w:r>
        <w:rPr>
          <w:sz w:val="20"/>
        </w:rPr>
        <w:t>1:21:12  kisi kaam nahi aata, woh aaj bhi. woh wahan kisi Allah taala ne nishani qaim kar di ke qayamat tak ke liye ke yeh fe'l itna bura hai ke ke sakht tareen azab uchhalon ke liye muqaddar hai.</w:t>
      </w:r>
      <w:r>
        <w:br/>
      </w:r>
      <w:r>
        <w:rPr>
          <w:sz w:val="20"/>
        </w:rPr>
        <w:t>1:21:28  toh is beh-haal, is ko hamein qom, is ko aap samajhna chahein toh quran quran mein padh lijiye. aap</w:t>
      </w:r>
    </w:p>
    <w:p>
      <w:pPr>
        <w:pStyle w:val="Heading2"/>
      </w:pPr>
      <w:r>
        <w:t>Knowing and maintaining self-correction process</w:t>
      </w:r>
    </w:p>
    <w:p>
      <w:r>
        <w:rPr>
          <w:color w:val="666666"/>
          <w:sz w:val="18"/>
        </w:rPr>
        <w:t>Ethics &amp; Character · The Role of Suffering 31 Aug, 2019 - Maulana Wahiduddin Khan · 17m 38s · at 33:58 · https://youtu.be/y4B5iBknSpk?t=2038</w:t>
      </w:r>
    </w:p>
    <w:p>
      <w:r>
        <w:rPr>
          <w:i/>
        </w:rPr>
        <w:t>“How can I understand that the self-correction process has started within me and how to maintain it?”</w:t>
      </w:r>
    </w:p>
    <w:p>
      <w:r>
        <w:rPr>
          <w:sz w:val="20"/>
        </w:rPr>
        <w:t>33:58  Maulana Mahboob bhai ka Mumbai se sawal hai. unhone likha hai: "Maulana, main yeh kaise samjhun ke mere andar self-correction process jaari ho chuka hai aur usko kaise barkarar rakha jaaye?"</w:t>
      </w:r>
      <w:r>
        <w:br/>
      </w:r>
      <w:r>
        <w:rPr>
          <w:sz w:val="20"/>
        </w:rPr>
        <w:t>34:15  Yeh sab dekhne ki zaroorat nahi hai. Yeh ek process jaanna hai. Aap process ko jaanen ge, aap jo ho raha hai woh woh wahan tak toh sirf angel ki pahunch hoti hai, farishton ki.</w:t>
      </w:r>
      <w:r>
        <w:br/>
      </w:r>
      <w:r>
        <w:rPr>
          <w:sz w:val="20"/>
        </w:rPr>
        <w:t>34:32  Bas</w:t>
      </w:r>
      <w:r>
        <w:br/>
      </w:r>
      <w:r>
        <w:rPr>
          <w:sz w:val="20"/>
        </w:rPr>
        <w:t>34:39  batar news, batar khabar ko laani nahi. Aap ki pahunch yahin tak hai ke batar khabar ke janne ho.</w:t>
      </w:r>
      <w:r>
        <w:br/>
      </w:r>
      <w:r>
        <w:rPr>
          <w:sz w:val="20"/>
        </w:rPr>
        <w:t>34:59  Maulana, kya yeh keh sakte hain hum ke ah pre ah Muhammad era mein zyada it is to be physical torture suffering and not is more mental suffering?</w:t>
      </w:r>
      <w:r>
        <w:br/>
      </w:r>
      <w:r>
        <w:rPr>
          <w:sz w:val="20"/>
        </w:rPr>
        <w:t>35:12  Can we say that people suffered more physically in the dows times pre ah pre Muhammad period? Aisa kuch keh sakte hain? Maulana sahib, abhi aaj kal mental suffering zyada hai.</w:t>
      </w:r>
      <w:r>
        <w:br/>
      </w:r>
      <w:r>
        <w:rPr>
          <w:sz w:val="20"/>
        </w:rPr>
        <w:t>35:25  mein samjha, mein samjha nahin.</w:t>
      </w:r>
      <w:r>
        <w:br/>
      </w:r>
      <w:r>
        <w:rPr>
          <w:sz w:val="20"/>
        </w:rPr>
        <w:t>35:27  woh priya ka sawal yeh hai ke ah prophet se jo pehle ka daur tha, us daur mein physical suffering zyada thi aur aaj ke daur mein mental suffering zyada hai.</w:t>
      </w:r>
      <w:r>
        <w:br/>
      </w:r>
      <w:r>
        <w:rPr>
          <w:sz w:val="20"/>
        </w:rPr>
        <w:t>35:40  toh kya is ko aise kaha ja sakta hai? kya yeh sahi hai kehna?</w:t>
      </w:r>
      <w:r>
        <w:br/>
      </w:r>
      <w:r>
        <w:rPr>
          <w:sz w:val="20"/>
        </w:rPr>
        <w:t>35:48  partial sense mein se ho sakta hai, partial sense mein. kyunke sara mamla yeh hai ke aap kitna apne kuch mein involve karte hain.</w:t>
      </w:r>
      <w:r>
        <w:br/>
      </w:r>
      <w:r>
        <w:rPr>
          <w:sz w:val="20"/>
        </w:rPr>
        <w:t>36:01  involve kijiye toh physical suffering aa jayegi. jaise aap dekhiye, hussain thay makka mein rehte thay toh khabar suni unhon ne kufa ki toh rawana ho gaye.</w:t>
      </w:r>
      <w:r>
        <w:br/>
      </w:r>
      <w:r>
        <w:rPr>
          <w:sz w:val="20"/>
        </w:rPr>
        <w:t>36:17  rastay mein farazdaq mila, aik aik aadmi tha farazdaq. us ne kaha aap mat jaiye, woh kufa wale aise hotay hain. phir bhi woh gaye toh jab wahan pohanchay toh waqai woh hua jo jo farazdaq ne kar rakha tha.</w:t>
      </w:r>
      <w:r>
        <w:br/>
      </w:r>
      <w:r>
        <w:rPr>
          <w:sz w:val="20"/>
        </w:rPr>
        <w:t>36:34  toh toh apne ko khud hi jhonkna hai. pehle bhi aisa hota tha ke aadmi na jhuke, aaj bhi aisa hota hai ke aadmi na jhuke.</w:t>
      </w:r>
      <w:r>
        <w:br/>
      </w:r>
      <w:r>
        <w:rPr>
          <w:sz w:val="20"/>
        </w:rPr>
        <w:t>36:44  misalan india mein dekhiye, sare log wahan bjp, mein toh kuch bhi nahin, mein sirf phir parha tha, waise ab bhi hoon, mujhe koi pareshani nahin hai.</w:t>
      </w:r>
      <w:r>
        <w:br/>
      </w:r>
      <w:r>
        <w:rPr>
          <w:sz w:val="20"/>
        </w:rPr>
        <w:t>36:59  yeh yeh yeh aik relative yaani baat hai, yeh is ko real nahin samjhiye.</w:t>
      </w:r>
      <w:r>
        <w:br/>
      </w:r>
      <w:r>
        <w:rPr>
          <w:sz w:val="20"/>
        </w:rPr>
        <w:t>37:08  hain nafs ammara kya hota hai? nafs ammara, nafs ammara aur nafs al-lawwamah koi mysterious baat nahin hai,</w:t>
      </w:r>
      <w:r>
        <w:br/>
      </w:r>
      <w:r>
        <w:rPr>
          <w:sz w:val="20"/>
        </w:rPr>
        <w:t>37:23  mysterious baat nahin hai. dekhiye, aadmi rozana mukhtalif qism ke cheezon ke darmiyan guzarta hai toh nafs al-lawwamah jo hai,</w:t>
      </w:r>
      <w:r>
        <w:br/>
      </w:r>
      <w:r>
        <w:rPr>
          <w:sz w:val="20"/>
        </w:rPr>
        <w:t>37:37  woh right direction mein aap ko woh karta hai,</w:t>
      </w:r>
      <w:r>
        <w:br/>
      </w:r>
      <w:r>
        <w:rPr>
          <w:sz w:val="20"/>
        </w:rPr>
        <w:t>37:44  guide karta hai, tawajjuh dilata hai. aur nafs al-lawwamah jo hai, ghalat direction mein, matlab woh woh farishte ke asar se hota hai ya shaitan ke asar se hota hai.</w:t>
      </w:r>
      <w:r>
        <w:br/>
      </w:r>
      <w:r>
        <w:rPr>
          <w:sz w:val="20"/>
        </w:rPr>
        <w:t>37:57  yeh bohat hi yeh koi mysterious baat nahin hai, koi mysterious baat nahin hai. yeh yeh common aik common se experience ki baat hai.</w:t>
      </w:r>
      <w:r>
        <w:br/>
      </w:r>
      <w:r>
        <w:rPr>
          <w:sz w:val="20"/>
        </w:rPr>
        <w:t>38:17  maulana, you said that our mind gets activated when we are hit with some sad experience.</w:t>
      </w:r>
      <w:r>
        <w:br/>
      </w:r>
      <w:r>
        <w:rPr>
          <w:sz w:val="20"/>
        </w:rPr>
        <w:t>38:28  can it be that at that time we feel helpless and that is why inspiration comes from god?</w:t>
      </w:r>
      <w:r>
        <w:br/>
      </w:r>
      <w:r>
        <w:rPr>
          <w:sz w:val="20"/>
        </w:rPr>
        <w:t>38:37  if we are able to take that situation positively and not react to it? rajab,</w:t>
      </w:r>
      <w:r>
        <w:br/>
      </w:r>
      <w:r>
        <w:rPr>
          <w:sz w:val="20"/>
        </w:rPr>
        <w:t>38:50  kya kaha? say inspiration aati hai. maulana, woh yeh keh rahi hain ke jo aap ne bataya ke jab aik insaan suffering ko face karta hai toh us time pe woh helpless ho jata hai aur isi wajah se nahin, yeh yeh ghalat nikala hai.</w:t>
      </w:r>
      <w:r>
        <w:br/>
      </w:r>
      <w:r>
        <w:rPr>
          <w:sz w:val="20"/>
        </w:rPr>
        <w:t>39:14  aap ne helpless ho jata hai, zyada sensitive ho jata hai. yeh kahiye ji,</w:t>
      </w:r>
      <w:r>
        <w:br/>
      </w:r>
      <w:r>
        <w:rPr>
          <w:sz w:val="20"/>
        </w:rPr>
        <w:t>39:19  helpless hua. haan, hum hum ne toh bohat suffering uthai, uthai hai, bohat suffer.</w:t>
      </w:r>
      <w:r>
        <w:br/>
      </w:r>
      <w:r>
        <w:rPr>
          <w:sz w:val="20"/>
        </w:rPr>
        <w:t>39:30  aaj aaj ki baat batata hoon mein ke itni bari mujhe suffering hui thi, aaj hi, aaj hi ke maine kaha khudaaya, mein jannat ka mustahiq nahin hoon, mujhe toh sirf aik aik aik nazar khuda ko dekh lena hai,</w:t>
      </w:r>
      <w:r>
        <w:br/>
      </w:r>
      <w:r>
        <w:rPr>
          <w:sz w:val="20"/>
        </w:rPr>
        <w:t>39:47  bas dekh loon, bas qissa khatam. aaj ki baat karta hoon, itni zyada mujhe mujhe aaj kuch baat hui thi, experience ke mein ne kaha bhai, mein jannat ka ki price nahin de sakta, mere bas mein nahin hai,</w:t>
      </w:r>
      <w:r>
        <w:br/>
      </w:r>
      <w:r>
        <w:rPr>
          <w:sz w:val="20"/>
        </w:rPr>
        <w:t>40:06  toh mein jannat ka mustahiq nahin hoon. lekin yeh toh woh jis ne mujhe paida kiya, woh kaisa hoga,</w:t>
      </w:r>
      <w:r>
        <w:br/>
      </w:r>
      <w:r>
        <w:rPr>
          <w:sz w:val="20"/>
        </w:rPr>
        <w:t>40:18  bas yeh baat janna chahta hoon. aik aik jhalak dekhna chahta hoon, yeh aaj ka tajurba batata hoon aap ko.</w:t>
      </w:r>
      <w:r>
        <w:br/>
      </w:r>
      <w:r>
        <w:rPr>
          <w:sz w:val="20"/>
        </w:rPr>
        <w:t>40:33  aaj mein ne dua ki ke khudaaya, mujhe apni aik jhalak dikha de, aik glimpse, glimpse, us waqt mujhe khatam kar de,</w:t>
      </w:r>
      <w:r>
        <w:br/>
      </w:r>
      <w:r>
        <w:rPr>
          <w:sz w:val="20"/>
        </w:rPr>
        <w:t>40:46  is se zyada ka mustahiq nahi hoon. main</w:t>
      </w:r>
      <w:r>
        <w:br/>
      </w:r>
      <w:r>
        <w:rPr>
          <w:sz w:val="20"/>
        </w:rPr>
        <w:t>40:59  Maulana, jo aap ne kaha ke suffering yeh God realization ke liye ek</w:t>
      </w:r>
      <w:r>
        <w:br/>
      </w:r>
      <w:r>
        <w:rPr>
          <w:sz w:val="20"/>
        </w:rPr>
        <w:t>41:10  bohat hi ahem mor hota hai, jahan se aadmi Khuda ki taraf mutawajjah hota hai. to Maulana, is ke liye Ashab-e-Kahf ka waqia bhi Quran mein Allah ne naqal kar ke kaha tha, kaha hai:</w:t>
      </w:r>
      <w:r>
        <w:br/>
      </w:r>
      <w:r>
        <w:rPr>
          <w:sz w:val="20"/>
        </w:rPr>
        <w:t>41:27  "Innahum fityatun aamanoo birabbihim wa zidnahum huda" ke Khuda ne kaha ke in logon ko jo religious persecution ko face karna pada, to is ki is ki wajah se un ke imaan mein aur bhi izafa ho gaya.</w:t>
      </w:r>
      <w:r>
        <w:br/>
      </w:r>
      <w:r>
        <w:rPr>
          <w:sz w:val="20"/>
        </w:rPr>
        <w:t>41:49  to Maulana, yeh baat aap jo keh rahe hain, bohat hi mukhtalif waqiat se yeh baat bohat achi tarah sabit hoti hai. Maulana, to yeh bohat hi hamare liye positive baat hai aur encouraging hai.</w:t>
      </w:r>
      <w:r>
        <w:br/>
      </w:r>
      <w:r>
        <w:rPr>
          <w:sz w:val="20"/>
        </w:rPr>
        <w:t>42:02  negative situations ko ke hum is ko imaan mein izafe ka sabab banayein.</w:t>
      </w:r>
      <w:r>
        <w:br/>
      </w:r>
      <w:r>
        <w:rPr>
          <w:sz w:val="20"/>
        </w:rPr>
        <w:t>42:09  Bhai, bhai, samjha nahi. Maulana yaar bhai, hain Yaqoob sahib, yeh keh rahe hain ke aap ne yeh jo kaha ke aadmi jab suffering mein aata hai to us ko God, aadmi jab suffering mein aata hai to us ko God realization hota hai.</w:t>
      </w:r>
      <w:r>
        <w:br/>
      </w:r>
      <w:r>
        <w:rPr>
          <w:sz w:val="20"/>
        </w:rPr>
        <w:t>42:25  to unhon ne kaha hai ke yeh cheez bohat a</w:t>
      </w:r>
      <w:r>
        <w:br/>
      </w:r>
      <w:r>
        <w:rPr>
          <w:sz w:val="20"/>
        </w:rPr>
        <w:t>42:28  ham hai aur dekhiye, suffering apne aap nahi, main ne kaha hai apne aap nahi ke dard ho raha hai yahan par to realize ho jayega.</w:t>
      </w:r>
      <w:r>
        <w:br/>
      </w:r>
      <w:r>
        <w:rPr>
          <w:sz w:val="20"/>
        </w:rPr>
        <w:t>42:40  yeh main ne nahi kaha hai, suffering ko main ne kaha hai ke inner core jo hai insaan ka, us ko hila deti hai.</w:t>
      </w:r>
      <w:r>
        <w:br/>
      </w:r>
      <w:r>
        <w:rPr>
          <w:sz w:val="20"/>
        </w:rPr>
        <w:t>42:49  wo jis tarah se main ne kaha hai, aap ke mind ka jo inner core hai, spirituality ka jo inner core hai, aap ke personality ka jo inner core hai, wo to hil jata hai, itna kisi khushi se nahi hilta.</w:t>
      </w:r>
      <w:r>
        <w:br/>
      </w:r>
      <w:r>
        <w:rPr>
          <w:sz w:val="20"/>
        </w:rPr>
        <w:t>43:06  aap khush hon to aap ka inner core hilega.</w:t>
      </w:r>
      <w:r>
        <w:br/>
      </w:r>
      <w:r>
        <w:rPr>
          <w:sz w:val="20"/>
        </w:rPr>
        <w:t>43:13  to main ne wo kiya cheez ki hai ke insaan ke potential ka jaag uthna, jis tarah unhon ne kaha hai, insaan ke potential jo hai, wo aakhir had tak jaag uthte hain.</w:t>
      </w:r>
      <w:r>
        <w:br/>
      </w:r>
      <w:r>
        <w:rPr>
          <w:sz w:val="20"/>
        </w:rPr>
        <w:t>43:28  suffering jab hoti hai jo khushi mein nahi jaagte, yeh main ne kaha hai.</w:t>
      </w:r>
      <w:r>
        <w:br/>
      </w:r>
      <w:r>
        <w:rPr>
          <w:sz w:val="20"/>
        </w:rPr>
        <w:t>43:42  Maulana to keh sakte hain ke jin ko Khuda pyar karta hai, un ko zyada suffering milti hai. hain, wo keh rahi hain ke kya Priya keh rahi hain ke kya yeh keh sakte hain ke Allah jis ko pyar zyada karta hai, us ko suffering milti hai?</w:t>
      </w:r>
      <w:r>
        <w:br/>
      </w:r>
      <w:r>
        <w:rPr>
          <w:sz w:val="20"/>
        </w:rPr>
        <w:t>44:02  pyar karta hai? kya Allah mein koi lath pyar ka wahan culture hai? yeh sab nahi hai, matlab nahi hai. jo zyada apne aap ko competent sabit karta hai,</w:t>
      </w:r>
      <w:r>
        <w:br/>
      </w:r>
      <w:r>
        <w:rPr>
          <w:sz w:val="20"/>
        </w:rPr>
        <w:t>44:16  yeh matlab hai. yeh nahi ke wahan koi lath pyar chalta hai, wahan love affair chalta hai. wo yeh love affair ki baat nahi hai, yeh yaad rakhiye, wo competence ki baat hai.</w:t>
      </w:r>
      <w:r>
        <w:br/>
      </w:r>
      <w:r>
        <w:rPr>
          <w:sz w:val="20"/>
        </w:rPr>
        <w:t>44:38  Rajat, there is a question that Saleem asked and I think it didn't get answered or didn't get conveyed. The question was that mental suffering and physical suffering, they both stimulate the brain in a similar manner.</w:t>
      </w:r>
      <w:r>
        <w:br/>
      </w:r>
      <w:r>
        <w:rPr>
          <w:sz w:val="20"/>
        </w:rPr>
        <w:t>44:53  So his question was that, uh, he believes therefore that, uh, hell is actually mental suffering.</w:t>
      </w:r>
      <w:r>
        <w:br/>
      </w:r>
      <w:r>
        <w:rPr>
          <w:sz w:val="20"/>
        </w:rPr>
        <w:t>45:03  It's a state of mind where in you are suffering mentally. It is not a physical place where you'll be burning, burning, etc. It's a state where in you'll be suffering mentally.</w:t>
      </w:r>
      <w:r>
        <w:br/>
      </w:r>
      <w:r>
        <w:rPr>
          <w:sz w:val="20"/>
        </w:rPr>
        <w:t>45:14  Is that right? Or what is Maulana's view on this?</w:t>
      </w:r>
      <w:r>
        <w:br/>
      </w:r>
      <w:r>
        <w:rPr>
          <w:sz w:val="20"/>
        </w:rPr>
        <w:t>45:18  Maulana, aap ne jab aaj desires ka ek sawal aaya tha ke desire kabhi khatam nahi honge, aap ne kaha insaan ke andar, to desire ko control kar sakte hain.</w:t>
      </w:r>
      <w:r>
        <w:br/>
      </w:r>
      <w:r>
        <w:rPr>
          <w:sz w:val="20"/>
        </w:rPr>
        <w:t>45:32  to Maulana, kaise control kar sakte hain desires ko?</w:t>
      </w:r>
      <w:r>
        <w:br/>
      </w:r>
      <w:r>
        <w:rPr>
          <w:sz w:val="20"/>
        </w:rPr>
        <w:t>45:39  Desire ka koi khali cheez hai? yeh to Buddhism mein desire ko burai bana diya. koi burai hai hi nahi, wo desire koi burai hai hi nahi.</w:t>
      </w:r>
      <w:r>
        <w:br/>
      </w:r>
      <w:r>
        <w:rPr>
          <w:sz w:val="20"/>
        </w:rPr>
        <w:t>45:51  wo</w:t>
      </w:r>
      <w:r>
        <w:br/>
      </w:r>
      <w:r>
        <w:rPr>
          <w:sz w:val="20"/>
        </w:rPr>
        <w:t>45:54  desire to ek bohat high class ki yani insani sifat hai.</w:t>
      </w:r>
      <w:r>
        <w:br/>
      </w:r>
      <w:r>
        <w:rPr>
          <w:sz w:val="20"/>
        </w:rPr>
        <w:t>46:10  yeh to hai ke desire koi buri cheez hai.</w:t>
      </w:r>
      <w:r>
        <w:br/>
      </w:r>
      <w:r>
        <w:rPr>
          <w:sz w:val="20"/>
        </w:rPr>
        <w:t>46:17  misal ke taur par, maine yeh desire paida hui ke main jannat ka mustahiq to banai hoon, lekin Allah ka ek jhalak mujhe dikhana dekhne ko mil jaye.</w:t>
      </w:r>
      <w:r>
        <w:br/>
      </w:r>
      <w:r>
        <w:rPr>
          <w:sz w:val="20"/>
        </w:rPr>
        <w:t>46:30  ek glimpse yeh desire thi, to kya desire koi galat nahi hai?</w:t>
      </w:r>
      <w:r>
        <w:br/>
      </w:r>
      <w:r>
        <w:rPr>
          <w:sz w:val="20"/>
        </w:rPr>
        <w:t>46:43  Maulana, mera yeh sawal hai ke jab Allah hum se naraz ho jata hai to kya woh hum se naik kaam yani ke achhe kaam lene chhod deta hai?</w:t>
      </w:r>
      <w:r>
        <w:br/>
      </w:r>
      <w:r>
        <w:rPr>
          <w:sz w:val="20"/>
        </w:rPr>
        <w:t>47:00  Maulana, sawal yeh hai ke jab Allah hum se naraz ho jata hai to kya woh hum se naik kaam lena chhod deta hai?</w:t>
      </w:r>
      <w:r>
        <w:br/>
      </w:r>
      <w:r>
        <w:rPr>
          <w:sz w:val="20"/>
        </w:rPr>
        <w:t>47:10  Zaroor nahi, chhodna nahi, chhodta nahi. Hum lautein, tauba naseeb karein. Yeh to bohat zyada likha hua hai Quran mein ke Allah taala lautne walon ko bohat pasand karta hai.</w:t>
      </w:r>
      <w:r>
        <w:br/>
      </w:r>
      <w:r>
        <w:rPr>
          <w:sz w:val="20"/>
        </w:rPr>
        <w:t>47:26  Phir sahib ji,</w:t>
      </w:r>
      <w:r>
        <w:br/>
      </w:r>
      <w:r>
        <w:rPr>
          <w:sz w:val="20"/>
        </w:rPr>
        <w:t>47:30  lautne wala jo hai, woh to Allah ka most wanted insan hai jo laute.</w:t>
      </w:r>
      <w:r>
        <w:br/>
      </w:r>
      <w:r>
        <w:rPr>
          <w:sz w:val="20"/>
        </w:rPr>
        <w:t>47:40  Sachhe tareeqe se log lautate nahi. Lautein to lautna yani tauba to bohat bada yeh rewardable amal hai.</w:t>
      </w:r>
      <w:r>
        <w:br/>
      </w:r>
      <w:r>
        <w:rPr>
          <w:sz w:val="20"/>
        </w:rPr>
        <w:t>47:51  yeh</w:t>
      </w:r>
      <w:r>
        <w:br/>
      </w:r>
      <w:r>
        <w:rPr>
          <w:sz w:val="20"/>
        </w:rPr>
        <w:t>47:58  Lekin sachha lautna kya cheez hai jis ko tauba naseeb kaha gaya hai?</w:t>
      </w:r>
      <w:r>
        <w:br/>
      </w:r>
      <w:r>
        <w:rPr>
          <w:sz w:val="20"/>
        </w:rPr>
        <w:t>48:07  Is par Allah ki inayatein hain. Ah,</w:t>
      </w:r>
      <w:r>
        <w:br/>
      </w:r>
      <w:r>
        <w:rPr>
          <w:sz w:val="20"/>
        </w:rPr>
        <w:t>48:15  Maulana, ek ek hadith hai. Hain, ek hadith hai: "Azam al-nas hamman al-mu'min alladhi yahtammu bi-amri dunya wa amri akhiratihi" ke logon mein sab se zyada plan karne wala momin hota hai.</w:t>
      </w:r>
      <w:r>
        <w:br/>
      </w:r>
      <w:r>
        <w:rPr>
          <w:sz w:val="20"/>
        </w:rPr>
        <w:t>48:33  Logon mein sab se zyada plan karne wala momin hota hai. Woh apne duniya ke mamlaat ki planning karta hai aur apne akhirat ke mamlaat ki planning karta hai.</w:t>
      </w:r>
      <w:r>
        <w:br/>
      </w:r>
      <w:r>
        <w:rPr>
          <w:sz w:val="20"/>
        </w:rPr>
        <w:t>48:42  Hmm, to momin ke liye to yeh wazeh hai ke woh akhirat ke mamlaat ki planning karta hai. Duniya ke mamlaat ki planning kya hai momin ke liye?</w:t>
      </w:r>
      <w:r>
        <w:br/>
      </w:r>
      <w:r>
        <w:rPr>
          <w:sz w:val="20"/>
        </w:rPr>
        <w:t>48:51  Yahan isi ma'ne mein hai ke momin bohat zyada sensitive insan hota hai. Sara ma'mla sensitivity ka hai.</w:t>
      </w:r>
      <w:r>
        <w:br/>
      </w:r>
      <w:r>
        <w:rPr>
          <w:sz w:val="20"/>
        </w:rPr>
        <w:t>49:00  Yeh momin yani kalma padhne wale ka nahi hai. Yani jo kalma padh le, woh aisa ho jayega nahi.</w:t>
      </w:r>
      <w:r>
        <w:br/>
      </w:r>
      <w:r>
        <w:rPr>
          <w:sz w:val="20"/>
        </w:rPr>
        <w:t>49:14  Jo waqai is ma'amle mein momin bada hai, sensitivity ke momin hain, to us ki har cheez mein uska izhaar hoga.</w:t>
      </w:r>
      <w:r>
        <w:br/>
      </w:r>
      <w:r>
        <w:rPr>
          <w:sz w:val="20"/>
        </w:rPr>
        <w:t>49:24  Ji ji, Maulana, mera ek aakhri sawal hai aaj ke discussion ka. Woh that's based on the concept of Iblis, Satan.</w:t>
      </w:r>
      <w:r>
        <w:br/>
      </w:r>
      <w:r>
        <w:rPr>
          <w:sz w:val="20"/>
        </w:rPr>
        <w:t>49:34  Ah, maine kahin padha tha ke Satan was extremely in love with God and he still is. Unko Allah se bohat mohabbat thi, unhone Allah ki har jagah pe ibadat ki thi.</w:t>
      </w:r>
      <w:r>
        <w:br/>
      </w:r>
      <w:r>
        <w:rPr>
          <w:sz w:val="20"/>
        </w:rPr>
        <w:t>49:45  Haan, to woh aaj bhi he is in love with God. But jab Allah taala ne unko Adam ko sajda karne ke liye kaha to unse woh baat rahi nahi gayi, because he was given a competitor for his love with God.</w:t>
      </w:r>
      <w:r>
        <w:br/>
      </w:r>
      <w:r>
        <w:rPr>
          <w:sz w:val="20"/>
        </w:rPr>
        <w:t>49:58  To woh aaj bhi hum ko Allah se door karne pe ade hue hain. Jab whenever we want to go close to God, he or he makes us repel and woh hum ko Allah se door kar dete hain.</w:t>
      </w:r>
      <w:r>
        <w:br/>
      </w:r>
      <w:r>
        <w:rPr>
          <w:sz w:val="20"/>
        </w:rPr>
        <w:t>50:10  Kya hum ko Iblis se nafrat rakhna kya hai is hisab se sahi hai ke g</w:t>
      </w:r>
      <w:r>
        <w:br/>
      </w:r>
      <w:r>
        <w:rPr>
          <w:sz w:val="20"/>
        </w:rPr>
        <w:t>50:15  Ghalat hai? Nahi, kyun ke nafrat kyun? Nafrat kyun? Apne se nafrat karo ke hum kyun uska shikar ban jate hain? Rasool Allah se aisi koi hadith to nahi ke Rasool Allah Iblis se nafrat karte the?</w:t>
      </w:r>
      <w:r>
        <w:br/>
      </w:r>
      <w:r>
        <w:rPr>
          <w:sz w:val="20"/>
        </w:rPr>
        <w:t>50:30  apne sath nafrat karo ke hum kyun shikar ban jate hain?</w:t>
      </w:r>
      <w:r>
        <w:br/>
      </w:r>
      <w:r>
        <w:rPr>
          <w:sz w:val="20"/>
        </w:rPr>
        <w:t>50:37  nafrat to yeh yeh thi yani yeh jo bigre hue in</w:t>
      </w:r>
    </w:p>
    <w:p>
      <w:pPr>
        <w:pStyle w:val="Heading2"/>
      </w:pPr>
      <w:r>
        <w:t>Knowledge increase without conscience growth</w:t>
      </w:r>
    </w:p>
    <w:p>
      <w:r>
        <w:rPr>
          <w:color w:val="666666"/>
          <w:sz w:val="18"/>
        </w:rPr>
        <w:t>Ethics &amp; Character · How to Become Deserving of Paradise August 16, 2020 Maulana Wahiduddin Khan · 57s · at 32:38 · https://youtu.be/jFXK3TMiqtA?t=1958</w:t>
      </w:r>
    </w:p>
    <w:p>
      <w:r>
        <w:rPr>
          <w:i/>
        </w:rPr>
        <w:t>“Why is it that people's knowledge increases but their conscience does not increase?”</w:t>
      </w:r>
    </w:p>
    <w:p>
      <w:r>
        <w:rPr>
          <w:sz w:val="20"/>
        </w:rPr>
        <w:t>32:38  maulana, agla sawal waseem dyer sahib ne rajasthan ajmer se bheja hai. unhon ne likha hai: "maulana, aisa kyun hai ke logon ki knowledge mein increment hota hai par un ke consciousness mein increment nahi hota hai?\</w:t>
      </w:r>
      <w:r>
        <w:br/>
      </w:r>
      <w:r>
        <w:rPr>
          <w:sz w:val="20"/>
        </w:rPr>
        <w:t>32:58  is ki kya wajah hai?" to aisa to hai hi nahin. improvement hota hai.</w:t>
      </w:r>
      <w:r>
        <w:br/>
      </w:r>
      <w:r>
        <w:rPr>
          <w:sz w:val="20"/>
        </w:rPr>
        <w:t>33:04  aap ne kahan se yeh baat arz kiya? yeh improvement ya development to ek constant aur process hai.</w:t>
      </w:r>
      <w:r>
        <w:br/>
      </w:r>
      <w:r>
        <w:rPr>
          <w:sz w:val="20"/>
        </w:rPr>
        <w:t>33:21  is ki koi had hi nahin.</w:t>
      </w:r>
      <w:r>
        <w:br/>
      </w:r>
      <w:r>
        <w:rPr>
          <w:sz w:val="20"/>
        </w:rPr>
        <w:t>33:27  is ki koi had nahin hai.</w:t>
      </w:r>
    </w:p>
    <w:p>
      <w:pPr>
        <w:pStyle w:val="Heading2"/>
      </w:pPr>
      <w:r>
        <w:t>Limit to patience and when to retaliate</w:t>
      </w:r>
    </w:p>
    <w:p>
      <w:r>
        <w:rPr>
          <w:color w:val="666666"/>
          <w:sz w:val="18"/>
        </w:rPr>
        <w:t>Ethics &amp; Character · Dars-e-Quran, Chapter 2, Verses 44-46, January 28, 2018 · 3m 35s · at 1:10:22 · https://youtu.be/3Kd5InuBtFA?t=4222</w:t>
      </w:r>
    </w:p>
    <w:p>
      <w:r>
        <w:rPr>
          <w:i/>
        </w:rPr>
        <w:t>“Is there a limit to patience? What if some community takes advantage of your situation just because we are being patient? Till when should we not retaliate?”</w:t>
      </w:r>
    </w:p>
    <w:p>
      <w:r>
        <w:rPr>
          <w:sz w:val="20"/>
        </w:rPr>
        <w:t>1:10:22  , dawat yani dawat mission mein jinho ne struggle kiya, woh Allah ki mohabbat se kharij hain. tab mein ne samjha ke yahan yeh murad larai hai hi nahi, is is struggle murad hai. struggle koshish. Maulana, agla sawal gwalior se hai irfan ali sahib ka. unho ne likha hai: "Maulana sahib! az der ul mit to</w:t>
      </w:r>
      <w:r>
        <w:br/>
      </w:r>
      <w:r>
        <w:rPr>
          <w:sz w:val="20"/>
        </w:rPr>
        <w:t>1:10:52  Patience? What if some community takes advantage of your situation just because we are being patient? Till when?</w:t>
      </w:r>
      <w:r>
        <w:br/>
      </w:r>
      <w:r>
        <w:rPr>
          <w:sz w:val="20"/>
        </w:rPr>
        <w:t>1:11:00  should we not retaliate?" bhai, patience to ibadat hai.</w:t>
      </w:r>
      <w:r>
        <w:br/>
      </w:r>
      <w:r>
        <w:rPr>
          <w:sz w:val="20"/>
        </w:rPr>
        <w:t>1:11:08  limit kis liye? aap kahenge Khuda ki yaad ke liye limit hai? kaise ajeeb ghareeb log hain</w:t>
      </w:r>
      <w:r>
        <w:br/>
      </w:r>
      <w:r>
        <w:rPr>
          <w:sz w:val="20"/>
        </w:rPr>
        <w:t>1:11:16  jo jante nahi ke sabr ko Quran mein sab se bari bataya gaya hai? ibadat,</w:t>
      </w:r>
      <w:r>
        <w:br/>
      </w:r>
      <w:r>
        <w:rPr>
          <w:sz w:val="20"/>
        </w:rPr>
        <w:t>1:11:24  sab se bari ibadat, us ki bhi limit rahe gi? patience ki limit hi nahi koi hai. woh to sari zindagi ke liye "inma sabir ujru" baghair hisab. yeh Quran ki ayat hai. sab se bari bekhabri yeh hai ke log jante hi nahi ke sabr, sabr amal hai. yeh yaad</w:t>
      </w:r>
      <w:r>
        <w:br/>
      </w:r>
      <w:r>
        <w:rPr>
          <w:sz w:val="20"/>
        </w:rPr>
        <w:t>1:11:54  rakhein, yeh jo lafz hai ke baghair hisab, yani roze ke liye, namaz ke liye, na Umrah ke</w:t>
      </w:r>
      <w:r>
        <w:br/>
      </w:r>
      <w:r>
        <w:rPr>
          <w:sz w:val="20"/>
        </w:rPr>
        <w:t>1:12:00  liye, na haj ke liye, sirf sabr ke liye hai.</w:t>
      </w:r>
      <w:r>
        <w:br/>
      </w:r>
      <w:r>
        <w:rPr>
          <w:sz w:val="20"/>
        </w:rPr>
        <w:t>1:12:06  log umra ke liye toot pade hain.</w:t>
      </w:r>
      <w:r>
        <w:br/>
      </w:r>
      <w:r>
        <w:rPr>
          <w:sz w:val="20"/>
        </w:rPr>
        <w:t>1:12:12  makka mein jayen to sare sir saal wahan bheed rehti hai.</w:t>
      </w:r>
      <w:r>
        <w:br/>
      </w:r>
      <w:r>
        <w:rPr>
          <w:sz w:val="20"/>
        </w:rPr>
        <w:t>1:12:18  to kahan quran mein likha hua hai ke jo umra karenge, unko bila hisab kitab haj mile</w:t>
      </w:r>
      <w:r>
        <w:br/>
      </w:r>
      <w:r>
        <w:rPr>
          <w:sz w:val="20"/>
        </w:rPr>
        <w:t>1:12:24  ga? kahan likha hai? kahan likha hai? sab se bada sabr quran mein bataya gaya hai patience ke liye.</w:t>
      </w:r>
      <w:r>
        <w:br/>
      </w:r>
      <w:r>
        <w:rPr>
          <w:sz w:val="20"/>
        </w:rPr>
        <w:t>1:12:34  to sirf had kya hai? koi had hi nahi is ki.</w:t>
      </w:r>
      <w:r>
        <w:br/>
      </w:r>
      <w:r>
        <w:rPr>
          <w:sz w:val="20"/>
        </w:rPr>
        <w:t>1:12:44  دیکھیے، اصل بات کیا ہے؟ لوگوں کا معیار یعنی criterion بدل گیا ہے۔ patience</w:t>
      </w:r>
      <w:r>
        <w:br/>
      </w:r>
      <w:r>
        <w:rPr>
          <w:sz w:val="20"/>
        </w:rPr>
        <w:t>1:12:55  ka matlab hai process, process of personality development.</w:t>
      </w:r>
      <w:r>
        <w:br/>
      </w:r>
      <w:r>
        <w:rPr>
          <w:sz w:val="20"/>
        </w:rPr>
        <w:t>1:13:02  پیشنس کا مطلب ہے process of personality development.</w:t>
      </w:r>
      <w:r>
        <w:br/>
      </w:r>
      <w:r>
        <w:rPr>
          <w:sz w:val="20"/>
        </w:rPr>
        <w:t>1:13:10  to shakhsi irtiqaa, wo to hamesha jaari rahega, hamesha jaari rahega.</w:t>
      </w:r>
      <w:r>
        <w:br/>
      </w:r>
      <w:r>
        <w:rPr>
          <w:sz w:val="20"/>
        </w:rPr>
        <w:t>1:13:17  تو یاد رکھیے، patience جو ہے، یا صبر جو ہے، کوئی علیحدہ چ</w:t>
      </w:r>
      <w:r>
        <w:br/>
      </w:r>
      <w:r>
        <w:rPr>
          <w:sz w:val="20"/>
        </w:rPr>
        <w:t>1:13:25  yaz nahi hai, hamari zindagi ka part hai.</w:t>
      </w:r>
      <w:r>
        <w:br/>
      </w:r>
      <w:r>
        <w:rPr>
          <w:sz w:val="20"/>
        </w:rPr>
        <w:t>1:13:33  اور اس کا مطلب ہے process of intellectual development, جو process of personality development, اس کی کوئی حد</w:t>
      </w:r>
      <w:r>
        <w:br/>
      </w:r>
      <w:r>
        <w:rPr>
          <w:sz w:val="20"/>
        </w:rPr>
        <w:t>1:13:41  hi nahi hai.</w:t>
      </w:r>
      <w:r>
        <w:br/>
      </w:r>
      <w:r>
        <w:rPr>
          <w:sz w:val="20"/>
        </w:rPr>
        <w:t>1:13:49  wo to karna hi karna hai apni, kyunke personality development ka kaam to sari sari zindagi jaari rahega.</w:t>
      </w:r>
    </w:p>
    <w:p>
      <w:pPr>
        <w:pStyle w:val="Heading2"/>
      </w:pPr>
      <w:r>
        <w:t>Maintaining Discipline in Our Daily Life</w:t>
      </w:r>
    </w:p>
    <w:p>
      <w:r>
        <w:rPr>
          <w:color w:val="666666"/>
          <w:sz w:val="18"/>
        </w:rPr>
        <w:t>Ethics &amp; Character · The Concept of Divine Help June 16, 2013 · 1m 47s · at 1:00:50 · https://youtu.be/b0QaxGSnAOI?t=3650</w:t>
      </w:r>
    </w:p>
    <w:p>
      <w:r>
        <w:rPr>
          <w:i/>
        </w:rPr>
        <w:t>“How can we maintain discipline in our daily life?”</w:t>
      </w:r>
    </w:p>
    <w:p>
      <w:r>
        <w:rPr>
          <w:sz w:val="20"/>
        </w:rPr>
        <w:t>1:00:50  maulana, agla sawal dilli se hai ans sahab ka. unhon ne aap se poocha hai ke "How can we maintain discipline in our daily life?" is ke bare mein bataen.</w:t>
      </w:r>
      <w:r>
        <w:br/>
      </w:r>
      <w:r>
        <w:rPr>
          <w:sz w:val="20"/>
        </w:rPr>
        <w:t>1:01:04  asal jar ki baat yeh hai ke logon ka dard khauf khuda nahin. yeh jo sawalat jo aap poochte hain, yeh Allah se darne wala aadmi yeh sawal hi nahin karega.</w:t>
      </w:r>
      <w:r>
        <w:br/>
      </w:r>
      <w:r>
        <w:rPr>
          <w:sz w:val="20"/>
        </w:rPr>
        <w:t>1:01:17  yeh ek maa ka poochhe ke kaise main apne bachche ko paloon? jo maa is se poochhe, woh maa dil mein bachche ki mohabbat nahin hai.</w:t>
      </w:r>
      <w:r>
        <w:br/>
      </w:r>
      <w:r>
        <w:rPr>
          <w:sz w:val="20"/>
        </w:rPr>
        <w:t>1:01:30  koi maa agar poochhe ke bhai mujhe batao ke main apne bachche ko kaise paloon posoon, to aap jawab denge is ka?</w:t>
      </w:r>
      <w:r>
        <w:br/>
      </w:r>
      <w:r>
        <w:rPr>
          <w:sz w:val="20"/>
        </w:rPr>
        <w:t>1:01:39  aap kahenge apne dil ka jaiza lo, tumhare dil mein bachche ki mohabbat nahin hai, is liye yeh sab sawal kar rahi ho.</w:t>
      </w:r>
      <w:r>
        <w:br/>
      </w:r>
      <w:r>
        <w:rPr>
          <w:sz w:val="20"/>
        </w:rPr>
        <w:t>1:01:46  to yeh sab sawalat nahin hain. is ki jar mein kya hai? logon ko Allah ka khauf nahin, logon ko jahannum ka dar nahin, logon ko jannat ka shauq nahin, logon ko mazar mehshar ka ehsas nahin ke Allah ke samne khada hona hoga to kya pesh aayega wahan?</w:t>
      </w:r>
      <w:r>
        <w:br/>
      </w:r>
      <w:r>
        <w:rPr>
          <w:sz w:val="20"/>
        </w:rPr>
        <w:t>1:02:02  is liye yeh sab baaten karte hain.</w:t>
      </w:r>
      <w:r>
        <w:br/>
      </w:r>
      <w:r>
        <w:rPr>
          <w:sz w:val="20"/>
        </w:rPr>
        <w:t>1:02:07  You have to see the root cause. root cause kya hai</w:t>
      </w:r>
      <w:r>
        <w:br/>
      </w:r>
      <w:r>
        <w:rPr>
          <w:sz w:val="20"/>
        </w:rPr>
        <w:t>1:02:12  ? dilon mein khauf khuda nahin, dilon mein mohabbat ilahi nahin, dilon mein jannat ka ishtiyaq nahin, dil mein akhirat wali soch nahin.</w:t>
      </w:r>
      <w:r>
        <w:br/>
      </w:r>
      <w:r>
        <w:rPr>
          <w:sz w:val="20"/>
        </w:rPr>
        <w:t>1:02:21  wo cheez paida kijiye, phir apne aap sari baaten aa jayengi. maa ke dil mein agar mohabbat hai to woh khud pata hai us ko bachche ke liye kya kare. woh yahi muamla zindagi ke sare mamlat ka hai.</w:t>
      </w:r>
    </w:p>
    <w:p>
      <w:pPr>
        <w:pStyle w:val="Heading2"/>
      </w:pPr>
      <w:r>
        <w:t>Maintaining gratitude despite justified complaints</w:t>
      </w:r>
    </w:p>
    <w:p>
      <w:r>
        <w:rPr>
          <w:color w:val="666666"/>
          <w:sz w:val="18"/>
        </w:rPr>
        <w:t>Ethics &amp; Character · The Power of Remembering God Often September 26, 2010 · 2m 03s · at 1:27:34 · https://youtu.be/GMmwEr7Wt80?t=5254</w:t>
      </w:r>
    </w:p>
    <w:p>
      <w:r>
        <w:rPr>
          <w:i/>
        </w:rPr>
        <w:t>“Complaints are sometimes justified. In such a situation, how can one maintain gratitude?”</w:t>
      </w:r>
    </w:p>
    <w:p>
      <w:r>
        <w:rPr>
          <w:sz w:val="20"/>
        </w:rPr>
        <w:t>1:27:34  maulana, agla sawal kya hai? maulana abdul basit umri ne doha, qatar se unhone likha hai ke "shikayatein kabhi kabhi haq bhi hoti hain.</w:t>
      </w:r>
      <w:r>
        <w:br/>
      </w:r>
      <w:r>
        <w:rPr>
          <w:sz w:val="20"/>
        </w:rPr>
        <w:t>1:27:45  aisi surat mein shukr ko kaise baqi rakhein?" dekhiye, shikayat ka haq hona ya na hona yahan se masla nahi hai.</w:t>
      </w:r>
      <w:r>
        <w:br/>
      </w:r>
      <w:r>
        <w:rPr>
          <w:sz w:val="20"/>
        </w:rPr>
        <w:t>1:27:55  asal mein yeh hai ke mere dil mein shikayati nafsiyat ka banna.</w:t>
      </w:r>
      <w:r>
        <w:br/>
      </w:r>
      <w:r>
        <w:rPr>
          <w:sz w:val="20"/>
        </w:rPr>
        <w:t>1:28:05  agar kisi ne aap ke sath galat mamla kiya hai to us ke liye dua kijiye. shikayat kyun kijiye? us waqt do option aap ke liye hota hai. us aadmi ke liye dua karein ke khuda us ki islaah kar de.</w:t>
      </w:r>
      <w:r>
        <w:br/>
      </w:r>
      <w:r>
        <w:rPr>
          <w:sz w:val="20"/>
        </w:rPr>
        <w:t>1:28:17  aur yeh hai ke us ki shikayat de ke baithe to mein to bhai dua karne lagta hoon. jis aadmi se mujh ko shikayat hoti hai, mein us ki dua karne lagta hoon.</w:t>
      </w:r>
      <w:r>
        <w:br/>
      </w:r>
      <w:r>
        <w:rPr>
          <w:sz w:val="20"/>
        </w:rPr>
        <w:t>1:28:27  to do option hota hai is halat mein ke us insaan ke liye aap dua karein us ki islaah ke liye ya shikayat de ke baith jayein.</w:t>
      </w:r>
      <w:r>
        <w:br/>
      </w:r>
      <w:r>
        <w:rPr>
          <w:sz w:val="20"/>
        </w:rPr>
        <w:t>1:28:37  to shikayat de ke baithe hue chunke apna nuqsan hai, is liye woh option sahi option nahi hai.</w:t>
      </w:r>
    </w:p>
    <w:p>
      <w:pPr>
        <w:pStyle w:val="Heading2"/>
      </w:pPr>
      <w:r>
        <w:t>Managing ego</w:t>
      </w:r>
    </w:p>
    <w:p>
      <w:r>
        <w:rPr>
          <w:color w:val="666666"/>
          <w:sz w:val="18"/>
        </w:rPr>
        <w:t>Ethics &amp; Character · The Road to Paradise December 30, 2012 Maulana Wahiduddin Khan · 1m 29s · at 1:19:00 · https://youtu.be/vUiaPsYF4Tk?t=4740</w:t>
      </w:r>
    </w:p>
    <w:p>
      <w:r>
        <w:rPr>
          <w:i/>
        </w:rPr>
        <w:t>“How can a person manage his ego? What is the formula for it?”</w:t>
      </w:r>
    </w:p>
    <w:p>
      <w:r>
        <w:rPr>
          <w:sz w:val="20"/>
        </w:rPr>
        <w:t>1:19:00  maulana, agla sawal pune se hai, mr vikram ka. unhon ne likha hai ke: "how can a person manage his ego? what is the formula for it?"</w:t>
      </w:r>
      <w:r>
        <w:br/>
      </w:r>
      <w:r>
        <w:rPr>
          <w:sz w:val="20"/>
        </w:rPr>
        <w:t>1:19:14  dekhen, ego ego ko mein negative nahi samajhta. ego bohat achhi cheez hai. ego se aadmi ka andar determination aata hai, determination.</w:t>
      </w:r>
      <w:r>
        <w:br/>
      </w:r>
      <w:r>
        <w:rPr>
          <w:sz w:val="20"/>
        </w:rPr>
        <w:t>1:19:26  lekin ego jab aap, yani ego jab aap ki aqal ke taabe na rahe balkeh aap jazbaat ke taabe ho jayen, to samjhiye ke aap ne ego ko galat raaste par dala.</w:t>
      </w:r>
      <w:r>
        <w:br/>
      </w:r>
      <w:r>
        <w:rPr>
          <w:sz w:val="20"/>
        </w:rPr>
        <w:t>1:19:42  jazbaat ke maani yeh hain ke aap nafrat mein, hate mein, revenge mein ego ko istemaal karen apne organs ke establishment karne ke liye.</w:t>
      </w:r>
      <w:r>
        <w:br/>
      </w:r>
      <w:r>
        <w:rPr>
          <w:sz w:val="20"/>
        </w:rPr>
        <w:t>1:19:51  istemaal karne to wo is ka misuse karna hai ego ka. lekin agar ego ko aap istemaal karen constructive field mein to bohat achhi cheez hai.</w:t>
      </w:r>
      <w:r>
        <w:br/>
      </w:r>
      <w:r>
        <w:rPr>
          <w:sz w:val="20"/>
        </w:rPr>
        <w:t>1:20:03  ego hai kyunke use determination aata hai. determination nahi aayega to aap kya kaam karen? kuch nahi kar sakte.</w:t>
      </w:r>
      <w:r>
        <w:br/>
      </w:r>
      <w:r>
        <w:rPr>
          <w:sz w:val="20"/>
        </w:rPr>
        <w:t>1:20:12  jahan negativity aayi, wahan ego jo hai ek galat raaste par daal diya aap ne ego ko.</w:t>
      </w:r>
      <w:r>
        <w:br/>
      </w:r>
      <w:r>
        <w:rPr>
          <w:sz w:val="20"/>
        </w:rPr>
        <w:t>1:20:22  aur jab tak positivity hai, tab tak bilkul sahi hai.</w:t>
      </w:r>
    </w:p>
    <w:p>
      <w:pPr>
        <w:pStyle w:val="Heading2"/>
      </w:pPr>
      <w:r>
        <w:t>Managing generation gap with parents</w:t>
      </w:r>
    </w:p>
    <w:p>
      <w:r>
        <w:rPr>
          <w:color w:val="666666"/>
          <w:sz w:val="18"/>
        </w:rPr>
        <w:t>Ethics &amp; Character · Journey of History December 23, 2012 · 1m 03s · at 1:15:04 · https://youtu.be/bvjWl3U3Dmw?t=4504</w:t>
      </w:r>
    </w:p>
    <w:p>
      <w:r>
        <w:rPr>
          <w:i/>
        </w:rPr>
        <w:t>“How can we manage the generation gap between us and parents?”</w:t>
      </w:r>
    </w:p>
    <w:p>
      <w:r>
        <w:rPr>
          <w:sz w:val="20"/>
        </w:rPr>
        <w:t>1:15:03  maul</w:t>
      </w:r>
      <w:r>
        <w:br/>
      </w:r>
      <w:r>
        <w:rPr>
          <w:sz w:val="20"/>
        </w:rPr>
        <w:t>1:15:04  ana, yeh sawal bhi bangalore se aya hai mr sahil ka. inhone aap se poocha hai: "maulana sahib, how can we manage the generation gap between us and our parents?"</w:t>
      </w:r>
      <w:r>
        <w:br/>
      </w:r>
      <w:r>
        <w:rPr>
          <w:sz w:val="20"/>
        </w:rPr>
        <w:t>1:15:18  yeh generation gap ka word ek bilkul ek intellectual ne nikal rakha hai. main to is ko nahi manta. yeh bekar ka ek bekar ka word hai.</w:t>
      </w:r>
      <w:r>
        <w:br/>
      </w:r>
      <w:r>
        <w:rPr>
          <w:sz w:val="20"/>
        </w:rPr>
        <w:t>1:15:28  koi generation gap nahi. Allah ne aap ko paida kiya, un ko paida kiya.</w:t>
      </w:r>
      <w:r>
        <w:br/>
      </w:r>
      <w:r>
        <w:rPr>
          <w:sz w:val="20"/>
        </w:rPr>
        <w:t>1:15:35  dono ek hi hain. gap kis liye? artificial gap hai. yeh sab artificial gap. yeh soch ki kami hai jo yeh gap paida karti hai.</w:t>
      </w:r>
      <w:r>
        <w:br/>
      </w:r>
      <w:r>
        <w:rPr>
          <w:sz w:val="20"/>
        </w:rPr>
        <w:t>1:15:45  humein to kuch bhi gap nahi hai. main parha likha tha, meri maan parhi likhi nahi thi to mere un ke beech mein koi gap to nahi tha, kuch bhi nahi.</w:t>
      </w:r>
      <w:r>
        <w:br/>
      </w:r>
      <w:r>
        <w:rPr>
          <w:sz w:val="20"/>
        </w:rPr>
        <w:t>1:15:56  yeh sab yani khoobsurat alfaaz nikal rakhe hain intellectuals ne. main is ko nahi manta.</w:t>
      </w:r>
    </w:p>
    <w:p>
      <w:pPr>
        <w:pStyle w:val="Heading2"/>
      </w:pPr>
      <w:r>
        <w:t>Managing our ego effectively</w:t>
      </w:r>
    </w:p>
    <w:p>
      <w:r>
        <w:rPr>
          <w:color w:val="666666"/>
          <w:sz w:val="18"/>
        </w:rPr>
        <w:t>Ethics &amp; Character · Revival of Islam March 23, 2014 · 1m 53s · at 1:04:10 · https://youtu.be/Wc4Vsc4u1JI?t=3850</w:t>
      </w:r>
    </w:p>
    <w:p>
      <w:r>
        <w:rPr>
          <w:i/>
        </w:rPr>
        <w:t>“How can we manage our ego? Please advise us.”</w:t>
      </w:r>
    </w:p>
    <w:p>
      <w:r>
        <w:rPr>
          <w:sz w:val="20"/>
        </w:rPr>
        <w:t>1:04:10  to koi faida is ka nahi hoga. Maulana, agla sawal hai Sajid Anwar Sahab ka, Roorkee se.</w:t>
      </w:r>
      <w:r>
        <w:br/>
      </w:r>
      <w:r>
        <w:rPr>
          <w:sz w:val="20"/>
        </w:rPr>
        <w:t>1:04:18  unhon ne likha hai: "Moulana, how can we manage our ego? Please advise us."</w:t>
      </w:r>
      <w:r>
        <w:br/>
      </w:r>
      <w:r>
        <w:rPr>
          <w:sz w:val="20"/>
        </w:rPr>
        <w:t>1:04:29  dekhiye, main ego koi buri cheez nahi hai.</w:t>
      </w:r>
      <w:r>
        <w:br/>
      </w:r>
      <w:r>
        <w:rPr>
          <w:sz w:val="20"/>
        </w:rPr>
        <w:t>1:04:34  ego se to aadmi ke andar stability aati hai aur determination aata hai. ego se aadmi koi decision le paata hai,</w:t>
      </w:r>
      <w:r>
        <w:br/>
      </w:r>
      <w:r>
        <w:rPr>
          <w:sz w:val="20"/>
        </w:rPr>
        <w:t>1:04:47  kisi challenge ka saamna karta hai. sab egoist to hota hai.</w:t>
      </w:r>
      <w:r>
        <w:br/>
      </w:r>
      <w:r>
        <w:rPr>
          <w:sz w:val="20"/>
        </w:rPr>
        <w:t>1:04:53  dekhiye, ego kab bura hai? jab ego se aap ke andar pride aa jaaye. pride.</w:t>
      </w:r>
      <w:r>
        <w:br/>
      </w:r>
      <w:r>
        <w:rPr>
          <w:sz w:val="20"/>
        </w:rPr>
        <w:t>1:05:00  apne ko pride se bachaiye to phir ego to phir blessing hi blessing hai.</w:t>
      </w:r>
      <w:r>
        <w:br/>
      </w:r>
      <w:r>
        <w:rPr>
          <w:sz w:val="20"/>
        </w:rPr>
        <w:t>1:05:07  ego se apne ko superior samjhen aap aur apne aap ke andar koi ghamand aa jaaye, بڑai ka jazba aa jaaye.</w:t>
      </w:r>
      <w:r>
        <w:br/>
      </w:r>
      <w:r>
        <w:rPr>
          <w:sz w:val="20"/>
        </w:rPr>
        <w:t>1:05:17  to that is evil. Otherwise, ego is blessing.</w:t>
      </w:r>
      <w:r>
        <w:br/>
      </w:r>
      <w:r>
        <w:rPr>
          <w:sz w:val="20"/>
        </w:rPr>
        <w:t>1:05:24  to ego ek takhleeq hai Allah ke paas. Allah ne paida kiya hai ego. jis ne aankh paida kiya, kaan paida kiya, us ne ego hi paida kiya hai. ego koi alag se nahi aa gayi hai.</w:t>
      </w:r>
      <w:r>
        <w:br/>
      </w:r>
      <w:r>
        <w:rPr>
          <w:sz w:val="20"/>
        </w:rPr>
        <w:t>1:05:35  woh khud Allah Ta'ala ki creation hai. woh woh bohat badi cheez hai. ego na ho to aap challenge ka saamna kaise karenge?</w:t>
      </w:r>
      <w:r>
        <w:br/>
      </w:r>
      <w:r>
        <w:rPr>
          <w:sz w:val="20"/>
        </w:rPr>
        <w:t>1:05:45  aap determination kahan se aye ga? aap koi decision kaise len ge?</w:t>
      </w:r>
      <w:r>
        <w:br/>
      </w:r>
      <w:r>
        <w:rPr>
          <w:sz w:val="20"/>
        </w:rPr>
        <w:t>1:05:52  lekin lekin ego mein agar yeh shamil ho jaye, yani superiority complex aye, to woh bura hai.</w:t>
      </w:r>
    </w:p>
    <w:p>
      <w:pPr>
        <w:pStyle w:val="Heading2"/>
      </w:pPr>
      <w:r>
        <w:t>Manuals for daily Islamic duties ignored</w:t>
      </w:r>
    </w:p>
    <w:p>
      <w:r>
        <w:rPr>
          <w:color w:val="666666"/>
          <w:sz w:val="18"/>
        </w:rPr>
        <w:t>Ethics &amp; Character · Islam in Daily Life May 26, 2013 · 1m 50s · at 1:06:13 · https://youtu.be/iNyWPrbyyhA?t=3973</w:t>
      </w:r>
    </w:p>
    <w:p>
      <w:r>
        <w:rPr>
          <w:i/>
        </w:rPr>
        <w:t>“I think there are very good lists or manuals for Islam in daily life, like duties of a son, duties of a neighbor, duties of employer and employee. I think these are being ignored.”</w:t>
      </w:r>
    </w:p>
    <w:p>
      <w:r>
        <w:rPr>
          <w:sz w:val="20"/>
        </w:rPr>
        <w:t>1:06:13  ۔ tazkar al-quran mein aap padhiye is ko. is se inshallah aap ko is ka jawab mil jayega. maulana agla sawal dilli se hai, ibrahim ahmed sahib ka.</w:t>
      </w:r>
      <w:r>
        <w:br/>
      </w:r>
      <w:r>
        <w:rPr>
          <w:sz w:val="20"/>
        </w:rPr>
        <w:t>1:06:24  unhon ne likha hai: "i think there are very good lists or manuals for islam in daily life, like duties of a son, duties of a neighbor, duties of employer and employee.</w:t>
      </w:r>
      <w:r>
        <w:br/>
      </w:r>
      <w:r>
        <w:rPr>
          <w:sz w:val="20"/>
        </w:rPr>
        <w:t>1:06:38  i think these are being ignor</w:t>
      </w:r>
      <w:r>
        <w:br/>
      </w:r>
      <w:r>
        <w:rPr>
          <w:sz w:val="20"/>
        </w:rPr>
        <w:t>1:06:40  ed. should these not be the basic building blocks? masjid and juma prayer is a good platform for this." nahi nahi, aap ki soch galat hai.</w:t>
      </w:r>
      <w:r>
        <w:br/>
      </w:r>
      <w:r>
        <w:rPr>
          <w:sz w:val="20"/>
        </w:rPr>
        <w:t>1:06:50  yeh koi manual list nahi hai islam mein. har cheez mein aspect ke aitbar se ahmiyat hai. musalmanon ne khud se bana rakha hai, yeh manta hoon.</w:t>
      </w:r>
      <w:r>
        <w:br/>
      </w:r>
      <w:r>
        <w:rPr>
          <w:sz w:val="20"/>
        </w:rPr>
        <w:t>1:07:00  lekin islam mein sirf aspect ki ahmiyat hai. aur aspect kya hai? allah ka khauf aur bandon ki kharkhai. do hi baatein hain bas.</w:t>
      </w:r>
      <w:r>
        <w:br/>
      </w:r>
      <w:r>
        <w:rPr>
          <w:sz w:val="20"/>
        </w:rPr>
        <w:t>1:07:10  koi manual nahi hai. is ko koi manual nahi keh sakte aap. is ka manual nahi keh sakte aap. jab bhi aap ka contact ho ke is ko yeh mamla pade to wahan aap kharkhai ke jazbe ke sath mamla karein.</w:t>
      </w:r>
      <w:r>
        <w:br/>
      </w:r>
      <w:r>
        <w:rPr>
          <w:sz w:val="20"/>
        </w:rPr>
        <w:t>1:07:24  aur jahan mamla allah ka ho to wahan allah ke ke dar se aap apna rawaiyya mutayyan karein. to bas do hi cheezein hain jo rozana aap ko guide kar</w:t>
      </w:r>
      <w:r>
        <w:br/>
      </w:r>
      <w:r>
        <w:rPr>
          <w:sz w:val="20"/>
        </w:rPr>
        <w:t>1:07:36  تی ہیں: اللہ کا خوف۔ اللہ کا خوف بنیں کہ آخرت میں پکڑے جائیں گے آپ۔ اللہ میں، اللہ میں آپ، اللہ کے سامنے پیشی ہوگی آپ کی۔</w:t>
      </w:r>
      <w:r>
        <w:br/>
      </w:r>
      <w:r>
        <w:rPr>
          <w:sz w:val="20"/>
        </w:rPr>
        <w:t>1:07:45  یہ احساس آپ کو رہے۔ اور بندوں کے معاملے میں یہ ہے کہ مجھے اس کا خیر خواہی کرنا ہے۔ مجھے بدخواہی نہیں کرنا ہے۔ یہ اس اس اسپیٹ کے ساتھ جو کچھ کریں گے آپ۔</w:t>
      </w:r>
      <w:r>
        <w:br/>
      </w:r>
      <w:r>
        <w:rPr>
          <w:sz w:val="20"/>
        </w:rPr>
        <w:t>1:07:55  اس کو مینول نہیں کہہ سکتے آپ۔ بلکہ ڈفرنٹ شکلوں میں اس اسپیٹ کا اظہار ہوتا ہے۔</w:t>
      </w:r>
    </w:p>
    <w:p>
      <w:pPr>
        <w:pStyle w:val="Heading2"/>
      </w:pPr>
      <w:r>
        <w:t>Masculine personality and strength</w:t>
      </w:r>
    </w:p>
    <w:p>
      <w:r>
        <w:rPr>
          <w:color w:val="666666"/>
          <w:sz w:val="18"/>
        </w:rPr>
        <w:t>Ethics &amp; Character · Revival of Islam March 23, 2014 · 1m 12s · at 1:02:57 · https://youtu.be/Wc4Vsc4u1JI?t=3777</w:t>
      </w:r>
    </w:p>
    <w:p>
      <w:r>
        <w:rPr>
          <w:i/>
        </w:rPr>
        <w:t>“Is it only the masculine personality that is called a strong personality?”</w:t>
      </w:r>
    </w:p>
    <w:p>
      <w:r>
        <w:rPr>
          <w:sz w:val="20"/>
        </w:rPr>
        <w:t>1:02:57  fard se alag kisi cheez ka koi wajood nahi hai. Maulana, un ka ek aur sawal hai. unhon ne aap se poocha hai ke kya muzakkar personality ko hi strong personality kahenge?</w:t>
      </w:r>
      <w:r>
        <w:br/>
      </w:r>
      <w:r>
        <w:rPr>
          <w:sz w:val="20"/>
        </w:rPr>
        <w:t>1:03:10  haan, dono ek hi cheez hain.</w:t>
      </w:r>
      <w:r>
        <w:br/>
      </w:r>
      <w:r>
        <w:rPr>
          <w:sz w:val="20"/>
        </w:rPr>
        <w:t>1:03:12  koi do cheez nahi hain. main sirf yeh karta hoon ke modern medium mein tabdeel karta hoon. kyunke aaj ka jo insaan hai, woh jis term se familiar hai, jin jis language mein woh familiar hai, us mein jab aap baat kahenge, tab is ka mind address hoga.</w:t>
      </w:r>
      <w:r>
        <w:br/>
      </w:r>
      <w:r>
        <w:rPr>
          <w:sz w:val="20"/>
        </w:rPr>
        <w:t>1:03:31  warna is ka mind address nahi hoga. aur Quran mein kaha gaya hai ke qul lahum fi anfusihim qawlan balighan yani is tarah baat kaho ke logon ka mind address ho.</w:t>
      </w:r>
      <w:r>
        <w:br/>
      </w:r>
      <w:r>
        <w:rPr>
          <w:sz w:val="20"/>
        </w:rPr>
        <w:t>1:03:41  to isi cheez ko hum badalte hain, naya term dete hain taake aaj ke insaan ka mind address ho. warna aap kahenge aur kuch is ko milega nahi, is ko kuch.</w:t>
      </w:r>
      <w:r>
        <w:br/>
      </w:r>
      <w:r>
        <w:rPr>
          <w:sz w:val="20"/>
        </w:rPr>
        <w:t>1:03:55  ek sahabi ne kaha tha ke kallimun naasa 'ala qadri 'uqoolihim logon ko baat karo, logon ke aql ke mutabiq. jo un ki aql agar pakad nahi paayegi to faida kya aap bolne se?</w:t>
      </w:r>
      <w:r>
        <w:br/>
      </w:r>
      <w:r>
        <w:rPr>
          <w:sz w:val="20"/>
        </w:rPr>
        <w:t>1:04:07  bolte nahi ke aap un ki aql ne pakda nahi is ko.</w:t>
      </w:r>
    </w:p>
    <w:p>
      <w:pPr>
        <w:pStyle w:val="Heading2"/>
      </w:pPr>
      <w:r>
        <w:t>Meaning and Prohibition of Backbiting in Islam</w:t>
      </w:r>
    </w:p>
    <w:p>
      <w:r>
        <w:rPr>
          <w:color w:val="666666"/>
          <w:sz w:val="18"/>
        </w:rPr>
        <w:t>Ethics &amp; Character · Roza and Quran July 18, 2010 · 2m 12s · at 1:13:43 · https://youtu.be/TSjqSQEb0EQ?t=4423</w:t>
      </w:r>
    </w:p>
    <w:p>
      <w:r>
        <w:rPr>
          <w:i/>
        </w:rPr>
        <w:t>“What is ghibah, that is backbiting, and why is it prohibited in Islam?”</w:t>
      </w:r>
    </w:p>
    <w:p>
      <w:r>
        <w:rPr>
          <w:sz w:val="20"/>
        </w:rPr>
        <w:t>1:13:43  agla sawal hai Maulana Zikwan Nadvi ka, New Delhi se. unhon ne poocha hai ke "What is ghibbat, that is backbiting, and why it is prohibited in Islam?"</w:t>
      </w:r>
      <w:r>
        <w:br/>
      </w:r>
      <w:r>
        <w:rPr>
          <w:sz w:val="20"/>
        </w:rPr>
        <w:t>1:14:03  quran mein hai ke ghibbat ke baray mein ke apne murda bhai ka gosht khana,</w:t>
      </w:r>
      <w:r>
        <w:br/>
      </w:r>
      <w:r>
        <w:rPr>
          <w:sz w:val="20"/>
        </w:rPr>
        <w:t>1:14:12  matlab ke woh shakhs maujood nahi hai wahan par, woh shakhs maujood nahi hai, aham is ke baray mein yani buri baatein bata rahe hain logon ko.</w:t>
      </w:r>
      <w:r>
        <w:br/>
      </w:r>
      <w:r>
        <w:rPr>
          <w:sz w:val="20"/>
        </w:rPr>
        <w:t>1:14:24  to is ka naam ghibbat hai. is shakhs ki ghair maujoodgi mein is ki burai bayan karna, yeh ghibbat hai. yeh to Islam mein haram hai.</w:t>
      </w:r>
      <w:r>
        <w:br/>
      </w:r>
      <w:r>
        <w:rPr>
          <w:sz w:val="20"/>
        </w:rPr>
        <w:t>1:14:35  kisi shakhs ki ghair maujoodgi mein is</w:t>
      </w:r>
      <w:r>
        <w:br/>
      </w:r>
      <w:r>
        <w:rPr>
          <w:sz w:val="20"/>
        </w:rPr>
        <w:t>1:14:37  ki burai par, burai maujoodgi mein bhi galat hai. yani yani Islam mein dekhiye, reason based statement ka tareeqa hai.</w:t>
      </w:r>
      <w:r>
        <w:br/>
      </w:r>
      <w:r>
        <w:rPr>
          <w:sz w:val="20"/>
        </w:rPr>
        <w:t>1:14:47  yeh jo allegation hota hai, ghibbat hamesha allegation ki zuban mein hoti hai. ab kisi shakhs ne farz kiye ke MA nahi kiya hai, to aap kahein ke us ne MA nahi kiya, us ne BA tak parha hai, to yeh ghibbat nahi hogi.</w:t>
      </w:r>
      <w:r>
        <w:br/>
      </w:r>
      <w:r>
        <w:rPr>
          <w:sz w:val="20"/>
        </w:rPr>
        <w:t>1:15:00  yeh to ek waqia bayan karna hoga.</w:t>
      </w:r>
      <w:r>
        <w:br/>
      </w:r>
      <w:r>
        <w:rPr>
          <w:sz w:val="20"/>
        </w:rPr>
        <w:t>1:15:03  to ghibbat ka matlab hi hai allegation ki zuban bolna, ilzaam ki zuban bolna. ilzaam ki zuban samne bhi haram hai.</w:t>
      </w:r>
      <w:r>
        <w:br/>
      </w:r>
      <w:r>
        <w:rPr>
          <w:sz w:val="20"/>
        </w:rPr>
        <w:t>1:15:14  yeh nahi ke woh maujood na ho to haram hai.</w:t>
      </w:r>
      <w:r>
        <w:br/>
      </w:r>
      <w:r>
        <w:rPr>
          <w:sz w:val="20"/>
        </w:rPr>
        <w:t>1:15:19  ilzaam ki zuban to sarray se Islam mein haram hai. chahe chahe samne ho, na samne ho, kisi bhi haal mein</w:t>
      </w:r>
      <w:r>
        <w:br/>
      </w:r>
      <w:r>
        <w:rPr>
          <w:sz w:val="20"/>
        </w:rPr>
        <w:t>1:15:26  aap ko hadith mein hai ke man kan yoman billah falyaqul khayra awlais matlab thos baat kaho to kaho, nahi to chup raho.</w:t>
      </w:r>
      <w:r>
        <w:br/>
      </w:r>
      <w:r>
        <w:rPr>
          <w:sz w:val="20"/>
        </w:rPr>
        <w:t>1:15:39  yani woh baat jis ke liye aap par daleel maujood hai, woh baat boliye. nahi, daleel maujood hai to chup rahiye. isi tarah hai ilzaam. ilzaam to Islam mein bilkul hi yani bohat bara gunah hai.</w:t>
      </w:r>
      <w:r>
        <w:br/>
      </w:r>
      <w:r>
        <w:rPr>
          <w:sz w:val="20"/>
        </w:rPr>
        <w:t>1:15:51  ilzaam ki zuban bolna.</w:t>
      </w:r>
    </w:p>
    <w:p>
      <w:pPr>
        <w:pStyle w:val="Heading2"/>
      </w:pPr>
      <w:r>
        <w:t>Meaning of Thanking People and God</w:t>
      </w:r>
    </w:p>
    <w:p>
      <w:r>
        <w:rPr>
          <w:color w:val="666666"/>
          <w:sz w:val="18"/>
        </w:rPr>
        <w:t>Ethics &amp; Character · From The Spiritual Tree August 8, 2010 · 3m 22s · at 1:35:51 · https://youtu.be/H6e9NOrqgHI?t=5751</w:t>
      </w:r>
    </w:p>
    <w:p>
      <w:r>
        <w:rPr>
          <w:i/>
        </w:rPr>
        <w:t>“What is the meaning of "Lam yashkur al-nas, lam yashkur Allah"?”</w:t>
      </w:r>
    </w:p>
    <w:p>
      <w:r>
        <w:rPr>
          <w:sz w:val="20"/>
        </w:rPr>
        <w:t>1:35:51  maulana, agla sawal kya hai? ah maulana abdul basit omary ne doha, qatar se,</w:t>
      </w:r>
      <w:r>
        <w:br/>
      </w:r>
      <w:r>
        <w:rPr>
          <w:sz w:val="20"/>
        </w:rPr>
        <w:t>1:35:57  unhone poocha hai ke "lam yashkur al-nas, lam yashkur al-allah" ka matlab kya hai?</w:t>
      </w:r>
      <w:r>
        <w:br/>
      </w:r>
      <w:r>
        <w:rPr>
          <w:sz w:val="20"/>
        </w:rPr>
        <w:t>1:36:07  dekhen, yeh duniya mein aap ko jo cheezein milti hain, toh haqeeqi tor par toh khuda se milti hain, lekin majazi tor par insaan se hi milti hain.</w:t>
      </w:r>
      <w:r>
        <w:br/>
      </w:r>
      <w:r>
        <w:rPr>
          <w:sz w:val="20"/>
        </w:rPr>
        <w:t>1:36:19  aap ko cheezein jaise ek glass ka pani hai, farz kijiye, kisi ilaqay mein usko diya hai toh majazi tor par dene wala woh insaan ban gaya.</w:t>
      </w:r>
      <w:r>
        <w:br/>
      </w:r>
      <w:r>
        <w:rPr>
          <w:sz w:val="20"/>
        </w:rPr>
        <w:t>1:36:29  kahin se nikala pani, kahin se nikal ke us mein rakha pani, la ke mujhe de diya. lekin haqeeqi tor par toh khuda dene wale pani ko,</w:t>
      </w:r>
      <w:r>
        <w:br/>
      </w:r>
      <w:r>
        <w:rPr>
          <w:sz w:val="20"/>
        </w:rPr>
        <w:t>1:36:36  khuda jisne do glasses ko mila ke pani banaya, toh majazi tor par insaan bhi dene wale hote hain, haqeeqi tor par khuda hai dene wala.</w:t>
      </w:r>
      <w:r>
        <w:br/>
      </w:r>
      <w:r>
        <w:rPr>
          <w:sz w:val="20"/>
        </w:rPr>
        <w:t>1:36:47  toh hum ko yeh tajurba hota hai, insaan ko yeh tajurba bar bar pesh aata hai. toh agar aap rozmarra ke tajurbe mein insaan se jo mil raha hai, aap ko agarche majazi tor par mil raha hai, toh uska eteraf agar nahi karenge aap, toh aap ke andar shukr ki nafsiyaat nahi jagayegi.</w:t>
      </w:r>
      <w:r>
        <w:br/>
      </w:r>
      <w:r>
        <w:rPr>
          <w:sz w:val="20"/>
        </w:rPr>
        <w:t>1:37:06  shukr ki nafsiyaat denge toh aap insaan ke baray mein nahi karenge, khuda ke baray mein nahi karenge. bhai, agar ek shakhs mujhe pani laya hai, kahin se, kahin se pani nikala, usne phir kahin rakha, usne phir kahin bottle mein phir la ke glass bhi liya, la ke yahan rakha, usne toh usne bhi toh kuch kiya,</w:t>
      </w:r>
      <w:r>
        <w:br/>
      </w:r>
      <w:r>
        <w:rPr>
          <w:sz w:val="20"/>
        </w:rPr>
        <w:t>1:37:27  usne bhi toh kuch diya mujh ko. toh mujhe uska eteraf karna chahiye. shukr ke mani eteraf, acknowledge karna. toh insaan se yeh tajurbe mujhe ho rahe hain, aur agar mein iska acknowledge nahi kar raha hoon toh iska matlab ke mein apne andar woh nafsiyaat nahi paida kar raha hoon, eteraf wali nafsiyaat, acknowledge karne wali nafsiyaat.</w:t>
      </w:r>
      <w:r>
        <w:br/>
      </w:r>
      <w:r>
        <w:rPr>
          <w:sz w:val="20"/>
        </w:rPr>
        <w:t>1:37:48  toh achaanak ek kaise mein badal jaunga jab khuda ka naam aayega? wohi nafsiyaat wahan bhi kaam karegi. yani insaanon ke darmiyan agar mein nashukr ban kar reh raha hoon toh is matlab ke nashukri ki nafsiyaat apne andar parvarish kar raha hoon.</w:t>
      </w:r>
      <w:r>
        <w:br/>
      </w:r>
      <w:r>
        <w:rPr>
          <w:sz w:val="20"/>
        </w:rPr>
        <w:t>1:38:03  mein toh nashukri ki nafsiyaat wala aadmi jo hai, woh khuda ka bhi shukr zyada karega. yeh matlab is hadees ka: "lam yashkur al-nas, lam yashkur al-allah".</w:t>
      </w:r>
      <w:r>
        <w:br/>
      </w:r>
      <w:r>
        <w:rPr>
          <w:sz w:val="20"/>
        </w:rPr>
        <w:t>1:38:14  jo insaan ka eteraf nahi karega, woh khuda ka bhi eteraf nahi karega.</w:t>
      </w:r>
    </w:p>
    <w:p>
      <w:pPr>
        <w:pStyle w:val="Heading2"/>
      </w:pPr>
      <w:r>
        <w:t>Meaning of arrogance explained</w:t>
      </w:r>
    </w:p>
    <w:p>
      <w:r>
        <w:rPr>
          <w:color w:val="666666"/>
          <w:sz w:val="18"/>
        </w:rPr>
        <w:t>Ethics &amp; Character · Dars-e-Quran, Chapter 2, Verse 35 | December 17, 2017 · 39s · at 59:19 · https://youtu.be/Cd8MlWM7B9w?t=3559</w:t>
      </w:r>
    </w:p>
    <w:p>
      <w:r>
        <w:rPr>
          <w:i/>
        </w:rPr>
        <w:t>“What is the meaning of arrogance (sarkashi)? Please clarify.”</w:t>
      </w:r>
    </w:p>
    <w:p>
      <w:r>
        <w:rPr>
          <w:sz w:val="20"/>
        </w:rPr>
        <w:t>59:19  maulana, agla sawal dilli se kiya hai khurram islam qureshi sahab ne</w:t>
      </w:r>
      <w:r>
        <w:br/>
      </w:r>
      <w:r>
        <w:rPr>
          <w:sz w:val="20"/>
        </w:rPr>
        <w:t>59:25  aur unhon ne aap se poocha hai ke sarkashi ke kya maani hain? is ko wazeh karen.</w:t>
      </w:r>
      <w:r>
        <w:br/>
      </w:r>
      <w:r>
        <w:rPr>
          <w:sz w:val="20"/>
        </w:rPr>
        <w:t>59:32  bhai, yeh bara mushkil masla hai.</w:t>
      </w:r>
      <w:r>
        <w:br/>
      </w:r>
      <w:r>
        <w:rPr>
          <w:sz w:val="20"/>
        </w:rPr>
        <w:t>59:39  mein aksar sochta hoon sarkashi ke liye english mein koi equivalent nahin hai.</w:t>
      </w:r>
      <w:r>
        <w:br/>
      </w:r>
      <w:r>
        <w:rPr>
          <w:sz w:val="20"/>
        </w:rPr>
        <w:t>59:45  yani qareeb tar lafz jo hai english mein sarkashi ka arrogance.</w:t>
      </w:r>
      <w:r>
        <w:br/>
      </w:r>
      <w:r>
        <w:rPr>
          <w:sz w:val="20"/>
        </w:rPr>
        <w:t>59:52  is se acha koi lafz mujhe nahi maloom english english mein.</w:t>
      </w:r>
    </w:p>
    <w:p>
      <w:pPr>
        <w:pStyle w:val="Heading2"/>
      </w:pPr>
      <w:r>
        <w:t>Meaning of religious zeal in Islam</w:t>
      </w:r>
    </w:p>
    <w:p>
      <w:r>
        <w:rPr>
          <w:color w:val="666666"/>
          <w:sz w:val="18"/>
        </w:rPr>
        <w:t>Ethics &amp; Character · Don't Be Angry Culture January 15, 2012 · 1m 06s · at 1:17:14 · https://youtu.be/NrA3X8y_FLY?t=4634</w:t>
      </w:r>
    </w:p>
    <w:p>
      <w:r>
        <w:rPr>
          <w:i/>
        </w:rPr>
        <w:t>“دینی غیرت کے کیا معنی ہیں؟ اس کے بارے میں بتائیں۔”</w:t>
      </w:r>
    </w:p>
    <w:p>
      <w:r>
        <w:rPr>
          <w:sz w:val="20"/>
        </w:rPr>
        <w:t>1:17:14  aap do kitabein parh lijiye, is mein sari baatein wazeh ho jayengi, inshallah. agla sawal bangalore se aya hai aur maulana inayat ullah umri sahib ne kiya hai.</w:t>
      </w:r>
      <w:r>
        <w:br/>
      </w:r>
      <w:r>
        <w:rPr>
          <w:sz w:val="20"/>
        </w:rPr>
        <w:t>1:17:26  unhon ne poocha hai ke deeni ghairat ke kya maani hain? is ke baray mein batayen.</w:t>
      </w:r>
      <w:r>
        <w:br/>
      </w:r>
      <w:r>
        <w:rPr>
          <w:sz w:val="20"/>
        </w:rPr>
        <w:t>1:17:33  deen ghairat koi cheez nahin hai, nothing hai Islam mein. kuch nahin. deen ghairat ek jahiliyat hai, yeh jahiliyat ki cheez hai.</w:t>
      </w:r>
      <w:r>
        <w:br/>
      </w:r>
      <w:r>
        <w:rPr>
          <w:sz w:val="20"/>
        </w:rPr>
        <w:t>1:17:47  quran mein kaha gaya hai "hamiyatul jahiliyah" jis ko kaha gaya, wohi deen ghairat hai. kuch nahin, deen ghairat kya cheez hai?</w:t>
      </w:r>
      <w:r>
        <w:br/>
      </w:r>
      <w:r>
        <w:rPr>
          <w:sz w:val="20"/>
        </w:rPr>
        <w:t>1:17:56  yani yeh lafz "hadith" mein aaya hai quran mein aur is ko itna bara darja de rakha hai.</w:t>
      </w:r>
      <w:r>
        <w:br/>
      </w:r>
      <w:r>
        <w:rPr>
          <w:sz w:val="20"/>
        </w:rPr>
        <w:t>1:18:02  yaad rakhiye, deen ghairat ka lafz na quran mein hai na hadith mein hai. neki sahabi ne is lafz ko bhi istemal kiya. main is ko hamiyat jahiliyah manta hoon, is ko koi haqeeqat is ki nahin.</w:t>
      </w:r>
    </w:p>
    <w:p>
      <w:pPr>
        <w:pStyle w:val="Heading2"/>
      </w:pPr>
      <w:r>
        <w:t>Meaning of religious zeal in Islam</w:t>
      </w:r>
    </w:p>
    <w:p>
      <w:r>
        <w:rPr>
          <w:color w:val="666666"/>
          <w:sz w:val="18"/>
        </w:rPr>
        <w:t>Ethics &amp; Character · Don't Be Angry Culture January 15, 2012 Maulana Wahiduddin Khan · 1m 06s · at 1:18:52 · https://youtu.be/rY1Ikwmwwdk?t=4732</w:t>
      </w:r>
    </w:p>
    <w:p>
      <w:r>
        <w:rPr>
          <w:i/>
        </w:rPr>
        <w:t>“What is the meaning of religious zeal (ghayrat)? Please explain about this.”</w:t>
      </w:r>
    </w:p>
    <w:p>
      <w:r>
        <w:rPr>
          <w:sz w:val="20"/>
        </w:rPr>
        <w:t>1:18:52  aap do kitabein parh lijiye, is mein sari baatein wazeh ho jayengi inshallah. agla sawal bangalore se aya hai aur maulana inayatullah umri sahib ne kiya hai.</w:t>
      </w:r>
      <w:r>
        <w:br/>
      </w:r>
      <w:r>
        <w:rPr>
          <w:sz w:val="20"/>
        </w:rPr>
        <w:t>1:19:05  unhon ne poocha hai ke deeni ghairat ke kya maani hain? is ke baray mein batayen.</w:t>
      </w:r>
      <w:r>
        <w:br/>
      </w:r>
      <w:r>
        <w:rPr>
          <w:sz w:val="20"/>
        </w:rPr>
        <w:t>1:19:11  deeni ghairat koi cheez nahi hai. nothing hai islam mein. kuch nahi. deeni ghairat ek jahiliyat hai.</w:t>
      </w:r>
      <w:r>
        <w:br/>
      </w:r>
      <w:r>
        <w:rPr>
          <w:sz w:val="20"/>
        </w:rPr>
        <w:t>1:19:24  yeh jahiliyat ki cheez hai. quran mein kaha gaya hai "hamiyat aljahiliya" jis ko kaha gaya wahi deeni ghairat hai. kuch nahi, deeni ghairat kya cheez hai?</w:t>
      </w:r>
      <w:r>
        <w:br/>
      </w:r>
      <w:r>
        <w:rPr>
          <w:sz w:val="20"/>
        </w:rPr>
        <w:t>1:19:35  yani yeh lafz na hadith mein aya hai na quran mein aur is ko itna bara darja de rakha hai.</w:t>
      </w:r>
      <w:r>
        <w:br/>
      </w:r>
      <w:r>
        <w:rPr>
          <w:sz w:val="20"/>
        </w:rPr>
        <w:t>1:19:41  yaad rakhiye, deeni ghairat ka lafz na quran mein hai na hadith mein hai. lekin sahabi ne is lafz ko bhi istemal kiya. main is ko hamiyat jahiliya manta hoon.</w:t>
      </w:r>
      <w:r>
        <w:br/>
      </w:r>
      <w:r>
        <w:rPr>
          <w:sz w:val="20"/>
        </w:rPr>
        <w:t>1:19:51  is ko koi haqeeqat is ki nahin.</w:t>
      </w:r>
    </w:p>
    <w:p>
      <w:pPr>
        <w:pStyle w:val="Heading2"/>
      </w:pPr>
      <w:r>
        <w:t>Measures to Avoid Anger Based on Prophet's Sayings</w:t>
      </w:r>
    </w:p>
    <w:p>
      <w:r>
        <w:rPr>
          <w:color w:val="666666"/>
          <w:sz w:val="18"/>
        </w:rPr>
        <w:t>Ethics &amp; Character · Islam in A New Age March 18, 2012 · 1m 07s · at 1:24:24 · https://youtu.be/P5hzq_NheY0?t=5064</w:t>
      </w:r>
    </w:p>
    <w:p>
      <w:r>
        <w:rPr>
          <w:i/>
        </w:rPr>
        <w:t>“I don't want to get angry. Kindly suggest me measures on the basis of prophet's sayings.”</w:t>
      </w:r>
    </w:p>
    <w:p>
      <w:r>
        <w:rPr>
          <w:sz w:val="20"/>
        </w:rPr>
        <w:t>1:24:24  Maulana, agla sawal kya hai Mr. Muhammad Zubair ne. Unhon ne apni location nahin likhi hai. Unhon ne aap se poocha hai ke Maulana sahib I don't want to get angry.</w:t>
      </w:r>
      <w:r>
        <w:br/>
      </w:r>
      <w:r>
        <w:rPr>
          <w:sz w:val="20"/>
        </w:rPr>
        <w:t>1:24:35  Kindly suggest me measures on the basis of prophet's sayings. Kya matlab? Ke main ghussa nahin hona chahta.</w:t>
      </w:r>
      <w:r>
        <w:br/>
      </w:r>
      <w:r>
        <w:rPr>
          <w:sz w:val="20"/>
        </w:rPr>
        <w:t>1:24:44  Prophet ki saying se aap mujhe kuch koi bataen, formula jis se main mere ko ghussa na aaye. Formula kya hai bhai?</w:t>
      </w:r>
      <w:r>
        <w:br/>
      </w:r>
      <w:r>
        <w:rPr>
          <w:sz w:val="20"/>
        </w:rPr>
        <w:t>1:24:52  Jab ghussa aaye to aap us ko minus kijiye. Koi bhi serious formula to hai nahin. Apni soch ko activate kijiye.</w:t>
      </w:r>
      <w:r>
        <w:br/>
      </w:r>
      <w:r>
        <w:rPr>
          <w:sz w:val="20"/>
        </w:rPr>
        <w:t>1:25:03  Emotion ko activate karne lagte hain. Ghussa aate hi foran emotion bhark uthte hain. Nahin, is ko aap ko ghussa aaye to aap apni soch ko activate kijiye.</w:t>
      </w:r>
      <w:r>
        <w:br/>
      </w:r>
      <w:r>
        <w:rPr>
          <w:sz w:val="20"/>
        </w:rPr>
        <w:t>1:25:13  Jo kehte hain You have to learn the art of anger management. Simple formula hai.</w:t>
      </w:r>
      <w:r>
        <w:br/>
      </w:r>
      <w:r>
        <w:rPr>
          <w:sz w:val="20"/>
        </w:rPr>
        <w:t>1:25:21  You have to learn the art of anger management. Bas yahi formula hai. Aur koi formula nahin hai.</w:t>
      </w:r>
    </w:p>
    <w:p>
      <w:pPr>
        <w:pStyle w:val="Heading2"/>
      </w:pPr>
      <w:r>
        <w:t>Modesty of Prophet Yusuf after honor</w:t>
      </w:r>
    </w:p>
    <w:p>
      <w:r>
        <w:rPr>
          <w:color w:val="666666"/>
          <w:sz w:val="18"/>
        </w:rPr>
        <w:t>Ethics &amp; Character · Lessons from The Story of Prophet Yusuf Part 3 July 17, 2022 · 42m 38s · at 8:51 · https://youtu.be/IweBlcs49uM?t=531</w:t>
      </w:r>
    </w:p>
    <w:p>
      <w:r>
        <w:rPr>
          <w:i/>
        </w:rPr>
        <w:t>“How did Prophet Yusuf maintain modesty despite being given so much honor and respect in the royal palace?”</w:t>
      </w:r>
    </w:p>
    <w:p>
      <w:r>
        <w:rPr>
          <w:sz w:val="20"/>
        </w:rPr>
        <w:t>8:51  ۔ bilkul. aur mera agla sawal bhi modesty ki taraf hai, lekin is se pehle main yeh bhi yaad kar raha hoon ke maulana ne ek bohat achhi line likhi thi apni kitab mein ke "Modesty is that virtue which dresses a person's inner self".</w:t>
      </w:r>
      <w:r>
        <w:br/>
      </w:r>
      <w:r>
        <w:rPr>
          <w:sz w:val="20"/>
        </w:rPr>
        <w:t>9:10  true. and sahi maene mein to dekhein to Khuda se meeting point insan ka tabhi banta hai jab woh position of humility aur modesty ko pahunchta hai.</w:t>
      </w:r>
      <w:r>
        <w:br/>
      </w:r>
      <w:r>
        <w:rPr>
          <w:sz w:val="20"/>
        </w:rPr>
        <w:t>9:20  bilkul. to doctor sahib, jab hum prophet yusuf ki zindagi ko dekhte hain ke is sab ke baad bhi un ke andar modesty rahi, pride bilkul nahi aayi ke shahi mahal mein un ko bulaya gaya, itna izzat aur honor di gayi.</w:t>
      </w:r>
      <w:r>
        <w:br/>
      </w:r>
      <w:r>
        <w:rPr>
          <w:sz w:val="20"/>
        </w:rPr>
        <w:t>9:34  to doctor sahib, is ke bare mein bhi hum sab ko bataen. yeh baat bohat aham hai, jaisa aap ne bataya ke Khuda se milne ka jo maqam hai woh modesty hai.</w:t>
      </w:r>
      <w:r>
        <w:br/>
      </w:r>
      <w:r>
        <w:rPr>
          <w:sz w:val="20"/>
        </w:rPr>
        <w:t>9:43  ji</w:t>
      </w:r>
      <w:r>
        <w:br/>
      </w:r>
      <w:r>
        <w:rPr>
          <w:sz w:val="20"/>
        </w:rPr>
        <w:t>9:44  ۔ insan jo akkar apne andar paida kare aur gharoor aur ghamand ho to woh kabhi Khuda se qareeb nahi ho sakta. jab Hazrat Yusuf alaihissalam ne suna yeh pata chala un ko to un ke andar koi pride, koi gharoor, koi is tarah ke jazbat nahi paida hue.</w:t>
      </w:r>
      <w:r>
        <w:br/>
      </w:r>
      <w:r>
        <w:rPr>
          <w:sz w:val="20"/>
        </w:rPr>
        <w:t>10:04  bolte ke dekho main jeet gaya. hmm. matlab kuch na kuch is tarah ki baat bolte aur modesty ikhtiyar ki, jaise aap ne keh</w:t>
      </w:r>
      <w:r>
        <w:br/>
      </w:r>
      <w:r>
        <w:rPr>
          <w:sz w:val="20"/>
        </w:rPr>
        <w:t>10:12  ۔ ji. aur sara credit Allah ko diya. ji. halanke un ki apni zaati sifat thi. lekin is ke bawajood unhon ne sara credit Allah ko diya aur bohat hi sharifana andaaz se baat kahi.</w:t>
      </w:r>
      <w:r>
        <w:br/>
      </w:r>
      <w:r>
        <w:rPr>
          <w:sz w:val="20"/>
        </w:rPr>
        <w:t>10:27  quran mein aata hai "wa ma ubri'u nafsi" ke "I do not pretend to be blameless". ji</w:t>
      </w:r>
      <w:r>
        <w:br/>
      </w:r>
      <w:r>
        <w:rPr>
          <w:sz w:val="20"/>
        </w:rPr>
        <w:t>10:35  . yani mein apne nafs ki pakizgi nahi bayan kar raha hoon. aur aage kaha ke "innal nafsa'il amrata bisso" ke jo nafs hai woh toh insan ko burai sikhata hai, woh burai ke hi rastay pe le jata hai.</w:t>
      </w:r>
      <w:r>
        <w:br/>
      </w:r>
      <w:r>
        <w:rPr>
          <w:sz w:val="20"/>
        </w:rPr>
        <w:t>10:47  "illa ma rahim rabbi" illa yeh ke Allah ka reham ho jaye.</w:t>
      </w:r>
      <w:r>
        <w:br/>
      </w:r>
      <w:r>
        <w:rPr>
          <w:sz w:val="20"/>
        </w:rPr>
        <w:t>10:52  toh yani ek bohat hi haqeeqat pasandana soch aur sara credit Allah ko dena. aur unhon ne yeh kaha ke jo mein burai se bacha raha, is mein koi mera zaati kamal nahi hai, balke yeh Allah ka reham tha.</w:t>
      </w:r>
      <w:r>
        <w:br/>
      </w:r>
      <w:r>
        <w:rPr>
          <w:sz w:val="20"/>
        </w:rPr>
        <w:t>11:09  Allah ki madad se mein yeh yeh kar saka. yani sara credit Allah</w:t>
      </w:r>
      <w:r>
        <w:br/>
      </w:r>
      <w:r>
        <w:rPr>
          <w:sz w:val="20"/>
        </w:rPr>
        <w:t>11:16  ko diya, halanke yeh un ki khud apni zaati sifat thi aur zaati yeh کیفیت thi ke woh bohat hi shareef insan thay.</w:t>
      </w:r>
      <w:r>
        <w:br/>
      </w:r>
      <w:r>
        <w:rPr>
          <w:sz w:val="20"/>
        </w:rPr>
        <w:t>11:25  lekin is ke bawajood unhon ne sara credit Allah ko diya. ji. doctor sahib, yahan pe in fact kyunke hum modesty ki baat kar rahe hain toh ek riwayat ka zikr karna chahunga.</w:t>
      </w:r>
      <w:r>
        <w:br/>
      </w:r>
      <w:r>
        <w:rPr>
          <w:sz w:val="20"/>
        </w:rPr>
        <w:t>11:38  hum ne dekha ke prophet yusuf kitne modest thay. prophet Muhammad sallallahu alaihi wasallam ki zindagi mein bhi dekhte hain, dekhte hain aur un ke sahaba ki zindagi mein dekhte hain toh bohat se aise hamein example milte hain.</w:t>
      </w:r>
      <w:r>
        <w:br/>
      </w:r>
      <w:r>
        <w:rPr>
          <w:sz w:val="20"/>
        </w:rPr>
        <w:t>11:50  toh ek riwayat doctor sahib bohat achi mujhe lagi, mein woh share karna chahunga ke Hazrat Tariq bin Shihab ke hawale se hai ke woh aur Hazrat Abu Ubaidah mulk sham mein thay.</w:t>
      </w:r>
      <w:r>
        <w:br/>
      </w:r>
      <w:r>
        <w:rPr>
          <w:sz w:val="20"/>
        </w:rPr>
        <w:t>12:03  aur tabhi Hazrat Umar bin Khattab apne sahaba ke sath wahan pohanchay. toh jab woh chalte chalte aage بڑhay toh ek pani ka ghaat aage aa gaya.</w:t>
      </w:r>
      <w:r>
        <w:br/>
      </w:r>
      <w:r>
        <w:rPr>
          <w:sz w:val="20"/>
        </w:rPr>
        <w:t>12:16  ab Hazrat Umar apni untni par bethe hue thay</w:t>
      </w:r>
      <w:r>
        <w:br/>
      </w:r>
      <w:r>
        <w:rPr>
          <w:sz w:val="20"/>
        </w:rPr>
        <w:t>12:20  toh jab unhon ne dekha ke pani ka ghaat hai, ab is se guzar ke aage jana hai toh woh untni se neechay utray, unhon ne apne moze utaray, us ko kandhay par rakha aur jo oont ki jo nakeel hai, us ko khench kar phir woh pani se aage nikalnay lagay.</w:t>
      </w:r>
      <w:r>
        <w:br/>
      </w:r>
      <w:r>
        <w:rPr>
          <w:sz w:val="20"/>
        </w:rPr>
        <w:t>12:37  toh jab Hazrat Abu Ubaidah ne yeh dekha toh unhon ne Hazrat Umar se kaha ke aye amir-ul-momineen, yeh aap kya kar rahe hain</w:t>
      </w:r>
      <w:r>
        <w:br/>
      </w:r>
      <w:r>
        <w:rPr>
          <w:sz w:val="20"/>
        </w:rPr>
        <w:t>12:47  ? toh Hazrat Umar ko bhi taajub hua ke woh kya keh rahe hain? toh unhon ne kaha ke kyun? kya hua? toh unhon ne kaha ke aap yahan par aaye hain sham yani syria mein aur aap baray logon se milenge, matlab lashkar se milenge, lashkar ke general se milenge.</w:t>
      </w:r>
      <w:r>
        <w:br/>
      </w:r>
      <w:r>
        <w:rPr>
          <w:sz w:val="20"/>
        </w:rPr>
        <w:t>13:02  toh jab woh aap ko aise dekhenge toh woh kya sochen ge? hmm. toh jab Hazrat Umar ne yeh suna toh hum sab jante hain ke un ka bohat sakht</w:t>
      </w:r>
      <w:r>
        <w:br/>
      </w:r>
      <w:r>
        <w:rPr>
          <w:sz w:val="20"/>
        </w:rPr>
        <w:t>13:11  mizaj hota tha. bilkul. unhon ne Hazrat Abu Ubaidah se kaha ke aye Abu Ubaidah, kaash yeh tum ne na kaha hota.</w:t>
      </w:r>
      <w:r>
        <w:br/>
      </w:r>
      <w:r>
        <w:rPr>
          <w:sz w:val="20"/>
        </w:rPr>
        <w:t>13:20  agar yeh kisi aur ne kaha hota toh mein us ko aisi sakht saza deta ke Hazrat Muhammad ki ummat is se ek bohat bara sabak leti.</w:t>
      </w:r>
      <w:r>
        <w:br/>
      </w:r>
      <w:r>
        <w:rPr>
          <w:sz w:val="20"/>
        </w:rPr>
        <w:t>13:30  phir unhon ne ek bohat, doctor sahib, bohat hi zabardast jumla kaha, unhon ne kaha ke hum toh ek zaleel qom thay, Allah</w:t>
      </w:r>
      <w:r>
        <w:br/>
      </w:r>
      <w:r>
        <w:rPr>
          <w:sz w:val="20"/>
        </w:rPr>
        <w:t>13:38  ne hamein Islam ke zariye izzat ata farmayi aur hum kisi aur cheez, Islam ke kisi ke ilawa, kisi aur cheez se izzat nahi le sakte.</w:t>
      </w:r>
      <w:r>
        <w:br/>
      </w:r>
      <w:r>
        <w:rPr>
          <w:sz w:val="20"/>
        </w:rPr>
        <w:t>13:50  matlab aaj ke time se dekhen toh shohrat, paisa, popularity, rutba, position, log aksar is se pride lete hain, us ko samajhte hain ke yeh yeh bohat bari izzat ki cheez hai.</w:t>
      </w:r>
      <w:r>
        <w:br/>
      </w:r>
      <w:r>
        <w:rPr>
          <w:sz w:val="20"/>
        </w:rPr>
        <w:t>14:04  lekin aap dekhen Hazrat Umar kya keh rahe hain? toh</w:t>
      </w:r>
      <w:r>
        <w:br/>
      </w:r>
      <w:r>
        <w:rPr>
          <w:sz w:val="20"/>
        </w:rPr>
        <w:t>14:07  yeh bohat ahem cheez thi, doctor sahib. yaqeenan. mein ne kaha yeh share karunga. bohat achi is yeh waqia hai aur is se bari baat clear hoti hai.</w:t>
      </w:r>
      <w:r>
        <w:br/>
      </w:r>
      <w:r>
        <w:rPr>
          <w:sz w:val="20"/>
        </w:rPr>
        <w:t>14:17  ji. bohat acha hai, excellent. ji. doctor sahib, mein chahunga ke nafs ammara ke baray mein bhi aap hum sab ko</w:t>
      </w:r>
      <w:r>
        <w:br/>
      </w:r>
      <w:r>
        <w:rPr>
          <w:sz w:val="20"/>
        </w:rPr>
        <w:t>14:24  batayen. ji. ji. nafs ammara yani jo lafz hai yeh ammara, is ka matlab hai hukum dena.</w:t>
      </w:r>
      <w:r>
        <w:br/>
      </w:r>
      <w:r>
        <w:rPr>
          <w:sz w:val="20"/>
        </w:rPr>
        <w:t>14:35  aur is mein ek tajdeed ki wajah se thora force bhi hai. yani bohat zyada hukum dena ya bohat zyada bharkana.</w:t>
      </w:r>
      <w:r>
        <w:br/>
      </w:r>
      <w:r>
        <w:rPr>
          <w:sz w:val="20"/>
        </w:rPr>
        <w:t>14:45  us ko keh sakte hain the commanding soul ya soul that commands evil.</w:t>
      </w:r>
      <w:r>
        <w:br/>
      </w:r>
      <w:r>
        <w:rPr>
          <w:sz w:val="20"/>
        </w:rPr>
        <w:t>14:51  to molana ne likha hai ke har waqt insan do taqaton ke darmiyan rehta hai, farishta aur shaitan.</w:t>
      </w:r>
      <w:r>
        <w:br/>
      </w:r>
      <w:r>
        <w:rPr>
          <w:sz w:val="20"/>
        </w:rPr>
        <w:t>15:00  ji. har mauqe pe yeh dono active ho jate hain. aur nafs-e-ammarah jo hai woh shaitan ka tool hai ek tareeqe se.</w:t>
      </w:r>
      <w:r>
        <w:br/>
      </w:r>
      <w:r>
        <w:rPr>
          <w:sz w:val="20"/>
        </w:rPr>
        <w:t>15:09  aur farishte ke liye insan ke andar jo entry point hai woh zameer hai ya conscience. ji. aur shaitan ke liye jo entry point hai zehan mein woh hai ego.</w:t>
      </w:r>
      <w:r>
        <w:br/>
      </w:r>
      <w:r>
        <w:rPr>
          <w:sz w:val="20"/>
        </w:rPr>
        <w:t>15:22  to molana ne yeh kai baar bataya hai ke jo shaitan hai uska tareeqa yeh hai ke woh cheezon ko beautify karta hai, jis ko tazeen quran mein kaha gaya hai.</w:t>
      </w:r>
      <w:r>
        <w:br/>
      </w:r>
      <w:r>
        <w:rPr>
          <w:sz w:val="20"/>
        </w:rPr>
        <w:t>15:32  yani jo buri cheezein hain un ko bohat hi khoobsurat andaaz mein pesh karta hai. misaal ke taur par aaj kal log violence karne lage hain jihad ke naam pe, islam ke naam</w:t>
      </w:r>
      <w:r>
        <w:br/>
      </w:r>
      <w:r>
        <w:rPr>
          <w:sz w:val="20"/>
        </w:rPr>
        <w:t>15:43  peh. ji. halanke violence sarasar haram hai. aur is se sirf barbadi ho rahi hai aur islam ka naam, yani islam ka naam kharab ho raha hai.</w:t>
      </w:r>
      <w:r>
        <w:br/>
      </w:r>
      <w:r>
        <w:rPr>
          <w:sz w:val="20"/>
        </w:rPr>
        <w:t>15:55  Islam is getting a bad image. aur lekin in ko shaitan ne yeh samjha rakha hai ke yeh acha kaam hai to woh is pe apni jaanein de rahe hain. to is tarah se shaitan jo hai woh aadmi ki soch ke andar dakhil ho jata hai.</w:t>
      </w:r>
      <w:r>
        <w:br/>
      </w:r>
      <w:r>
        <w:rPr>
          <w:sz w:val="20"/>
        </w:rPr>
        <w:t>16:08  j</w:t>
      </w:r>
      <w:r>
        <w:br/>
      </w:r>
      <w:r>
        <w:rPr>
          <w:sz w:val="20"/>
        </w:rPr>
        <w:t>16:09  ee. aisa nahi ke koi ek alag se aadmi aata hai, ek third person, woh aa ke bata raha hai to aadmi sochega. lekin shaitan zehan pe asar karta hai. aur aisa lagta hai ke woh hamari apni soch hai.</w:t>
      </w:r>
      <w:r>
        <w:br/>
      </w:r>
      <w:r>
        <w:rPr>
          <w:sz w:val="20"/>
        </w:rPr>
        <w:t>16:20  to hum is pe amal karne lagte hain. aur shaitan ne quran mein ek challenge ke andaaz mein kaha hai Allah taala se ke main tere saare logon ko, teri saari makhlooq ko tere raaste se hata d</w:t>
      </w:r>
      <w:r>
        <w:br/>
      </w:r>
      <w:r>
        <w:rPr>
          <w:sz w:val="20"/>
        </w:rPr>
        <w:t>16:35  oon ga. ji. chand ko chhod ke. aur tu bohat kam logon ko paye ga jo shakir hon ge. wa la tajad akthar shakirin .</w:t>
      </w:r>
      <w:r>
        <w:br/>
      </w:r>
      <w:r>
        <w:rPr>
          <w:sz w:val="20"/>
        </w:rPr>
        <w:t>16:43  kahin bohat kam hon ge jo tere bande hon ge, shukr guzar bande. to sab se aham baat yeh hai ke insan jab bhi ghalti kare, koi ghalti ho jaye us se, chounke aisa to ho hi nahi sakta ke koi ghalti na kare, ghalti ho jati hai to foran toba</w:t>
      </w:r>
      <w:r>
        <w:br/>
      </w:r>
      <w:r>
        <w:rPr>
          <w:sz w:val="20"/>
        </w:rPr>
        <w:t>17:03  kar le. quran mein bhi toba qareeb ka lafz aata hai yatooboon min qareeb . ke woh foran toba kar lete hain. agar foran toba na kare, jaise molana ne is ko ek explain kiya hai, to conditioning shuru</w:t>
      </w:r>
      <w:r>
        <w:br/>
      </w:r>
      <w:r>
        <w:rPr>
          <w:sz w:val="20"/>
        </w:rPr>
        <w:t>17:17  ho jati hai. phir insan conditioned ho jata hai, phir badalna mushkil ho jata hai. sahih. aur is ko ek hadith mein prophet Muhammad sallallahu alaihi wasallam ne bohat achi tarah se explain kiya hai, yeh ek symbolic hadith hai ke jab insan koi ghalti karta hai to us ke dil pe ek black spot ya black black dhabba pad jata hai.</w:t>
      </w:r>
      <w:r>
        <w:br/>
      </w:r>
      <w:r>
        <w:rPr>
          <w:sz w:val="20"/>
        </w:rPr>
        <w:t>17:35  ji. yani physical sense mein nahi, yeh symbolic sense mein hai, chounke dil to ek organ hai to circulate the blood . dil</w:t>
      </w:r>
      <w:r>
        <w:br/>
      </w:r>
      <w:r>
        <w:rPr>
          <w:sz w:val="20"/>
        </w:rPr>
        <w:t>17:44  murad nahi hai balkeh inner personality murad hai. to jab bhi koi insan ghalti karta hai to us ke dil mein ek black spot pad jata hai.</w:t>
      </w:r>
      <w:r>
        <w:br/>
      </w:r>
      <w:r>
        <w:rPr>
          <w:sz w:val="20"/>
        </w:rPr>
        <w:t>17:54  phir agar woh toba kar leta hai to woh black spot saaf ho jata hai. aur agar woh ghalti karta rehta hai, toba nahi karta to ahista ahista black spot padte chale jate hain aur poora dil kala ho jata hai.</w:t>
      </w:r>
      <w:r>
        <w:br/>
      </w:r>
      <w:r>
        <w:rPr>
          <w:sz w:val="20"/>
        </w:rPr>
        <w:t>18:08  j</w:t>
      </w:r>
      <w:r>
        <w:br/>
      </w:r>
      <w:r>
        <w:rPr>
          <w:sz w:val="20"/>
        </w:rPr>
        <w:t>18:09  ee. yani us ki inner personality bohat hardened ho jati hai aur phir woh baaton ko samajhta nahi hai.</w:t>
      </w:r>
      <w:r>
        <w:br/>
      </w:r>
      <w:r>
        <w:rPr>
          <w:sz w:val="20"/>
        </w:rPr>
        <w:t>18:16  to is ka jo tareeqa hai ke shaitan se bachne ka tareeqa ek hi hai ke hum dua karein Allah taala se aur is se panah mangein. jaise hum quran jab shuru karte hain to kehte hain aoozu billahi minash shaitanir rajeem .</w:t>
      </w:r>
      <w:r>
        <w:br/>
      </w:r>
      <w:r>
        <w:rPr>
          <w:sz w:val="20"/>
        </w:rPr>
        <w:t>18:29  aur la hawla wa la quwwata . jaise aise hi quran mein aata hai Allahumma inni aoozu bika min hamazatis shayatini wa aoozu bika rabbi an yahduron .</w:t>
      </w:r>
      <w:r>
        <w:br/>
      </w:r>
      <w:r>
        <w:rPr>
          <w:sz w:val="20"/>
        </w:rPr>
        <w:t>18:39  ke aye Allah mujhe shaitan se bacha aur shaitan mere qareeb ayein, is se is se mehfooz rakh. to asal mein insan agar apne andar spirit paida kare, jab molana kehte the ke jo bhi aap ki ibadat hai, namaz, roza, hajj, zakat, us mein spirit paida karein aur quran ko is tarah padhein ke tadabbur ke sath, gehrai ke sath aur zikr karein.</w:t>
      </w:r>
      <w:r>
        <w:br/>
      </w:r>
      <w:r>
        <w:rPr>
          <w:sz w:val="20"/>
        </w:rPr>
        <w:t>19:02  hmm. zikr ka matlab yeh nahi ke kuch alfaaz ko dohraein, zikr ka matlab molana ne hamesha bataya hai ke jo nematein hamari, hamein Allah taala de raha hai, har har taraf nematein phaili hui hain,</w:t>
      </w:r>
      <w:r>
        <w:br/>
      </w:r>
      <w:r>
        <w:rPr>
          <w:sz w:val="20"/>
        </w:rPr>
        <w:t>19:15  khud hamara wajood ek bohat hi bari nemat hai. to in sab cheezon ko molana kehte the reference point bana ke aap Khuda ka shukr ada karein.</w:t>
      </w:r>
      <w:r>
        <w:br/>
      </w:r>
      <w:r>
        <w:rPr>
          <w:sz w:val="20"/>
        </w:rPr>
        <w:t>19:23  ji. to is tarah se jab ek insan is tarah ki spiritual life guzarega to woh hassas ho jayega, sensitive ho jayega ke shaitan ke behkawe ko bohat jaldi pehchan lega.</w:t>
      </w:r>
      <w:r>
        <w:br/>
      </w:r>
      <w:r>
        <w:rPr>
          <w:sz w:val="20"/>
        </w:rPr>
        <w:t>19:33  to foran is se bachega. ji. to ye behal zehan mein baatein aa rahi hain. ji. ji. ji. doctor sahib, bohat</w:t>
      </w:r>
      <w:r>
        <w:br/>
      </w:r>
      <w:r>
        <w:rPr>
          <w:sz w:val="20"/>
        </w:rPr>
        <w:t>19:40  sahih kaha aap ne. in fact agar kisi insan ki ego ko aap touch karein to wo flare up ho ke super ego ban jati hai. ji.</w:t>
      </w:r>
      <w:r>
        <w:br/>
      </w:r>
      <w:r>
        <w:rPr>
          <w:sz w:val="20"/>
        </w:rPr>
        <w:t>19:48  aur result hamesha breakdown hota hai. lekin aap ne jaise bataya ke zamir insan ka jo hai, agar aap us ko touch karein.</w:t>
      </w:r>
      <w:r>
        <w:br/>
      </w:r>
      <w:r>
        <w:rPr>
          <w:sz w:val="20"/>
        </w:rPr>
        <w:t>19:57  ji. to</w:t>
      </w:r>
      <w:r>
        <w:br/>
      </w:r>
      <w:r>
        <w:rPr>
          <w:sz w:val="20"/>
        </w:rPr>
        <w:t>19:58  aap insan ko aap jeet sakte hain. aur ek example jo Maulana bohat diya karte the, prophet ki zindagi se ke kaise ek aadmi aaya aur un ko face to face muzammam kaha, matlab condemned one.</w:t>
      </w:r>
      <w:r>
        <w:br/>
      </w:r>
      <w:r>
        <w:rPr>
          <w:sz w:val="20"/>
        </w:rPr>
        <w:t>20:13  lekin Rasool Allah ne is ka response kya diya</w:t>
      </w:r>
      <w:r>
        <w:br/>
      </w:r>
      <w:r>
        <w:rPr>
          <w:sz w:val="20"/>
        </w:rPr>
        <w:t>20:17  ? unho ne react nahi kiya, wo simply he smiled. and that was the right moral response to that man. aur is ka hum ne result bhi dekha un ki zindagi se ke itna zabardast asar pada us aadmi par jo un ko condemn kar raha tha ke wo ek dam dhah gaya.</w:t>
      </w:r>
      <w:r>
        <w:br/>
      </w:r>
      <w:r>
        <w:rPr>
          <w:sz w:val="20"/>
        </w:rPr>
        <w:t>20:35  aur history mein aata hai ke wo baad mein prophet ka follower bhi ban gaya. to</w:t>
      </w:r>
      <w:r>
        <w:br/>
      </w:r>
      <w:r>
        <w:rPr>
          <w:sz w:val="20"/>
        </w:rPr>
        <w:t>20:41  ye hum response kaise dete hain, is pe bohat ziyada nirbhar karta hai ke is ka outcome kya hoga. bilkul. to doctor sahib, jaise abhi aap ne is ka reference diya zamir ka, to main ye bhi chahunga ke aap thora expand kar ke batayein, jaise nafs e lawamah bhi aata hai Quran mein, to is ke kya maani hain?</w:t>
      </w:r>
      <w:r>
        <w:br/>
      </w:r>
      <w:r>
        <w:rPr>
          <w:sz w:val="20"/>
        </w:rPr>
        <w:t>21:03  is ke bare mein bhi hum sab ko batayein. nafs e lawamah yani farishte ki awaz, ek tareeqe se keh sakte hain aap. j</w:t>
      </w:r>
      <w:r>
        <w:br/>
      </w:r>
      <w:r>
        <w:rPr>
          <w:sz w:val="20"/>
        </w:rPr>
        <w:t>21:11  i. is ko hum jaise lawamah word jo arabi hai, isi se hum urdu mein malamat use karte hain. yani self accusing soul ya self reproaching soul.</w:t>
      </w:r>
      <w:r>
        <w:br/>
      </w:r>
      <w:r>
        <w:rPr>
          <w:sz w:val="20"/>
        </w:rPr>
        <w:t>21:25  ji. soul that rebukes or reproaches a person. chuna ke jab koi insan ghalti karta hai na to ek guilty consciousness hota hai, wo aap ko lagta hai ke main ne koi ghalti ki hai.</w:t>
      </w:r>
      <w:r>
        <w:br/>
      </w:r>
      <w:r>
        <w:rPr>
          <w:sz w:val="20"/>
        </w:rPr>
        <w:t>21:36  ji. to ye farishte ka ye tareeqa hai ke jab bhi insan koi ghalti karta hai, koi burai ki taraf barhta hai to us ko yaad dehani karata rehta hai, batata rehta hai ke tum galat ho.</w:t>
      </w:r>
      <w:r>
        <w:br/>
      </w:r>
      <w:r>
        <w:rPr>
          <w:sz w:val="20"/>
        </w:rPr>
        <w:t>21:47  agar insan farishte ki awaz ko sunta hai, farishte ki jo hidayat hai, us ko manta hai to wo seedhe raaste pe aa jata</w:t>
      </w:r>
      <w:r>
        <w:br/>
      </w:r>
      <w:r>
        <w:rPr>
          <w:sz w:val="20"/>
        </w:rPr>
        <w:t>21:57  hai. agar wo us ko ignore karta hai to wo jo farishte ki awaz hai, jo nafs e lawamah jis ko kaha gaya, wo ahista ahista kuch halki hoti chali jati hai aur yahan tak ke ek waqt aata hai ke wo sun bhi nahi pata us ko.</w:t>
      </w:r>
      <w:r>
        <w:br/>
      </w:r>
      <w:r>
        <w:rPr>
          <w:sz w:val="20"/>
        </w:rPr>
        <w:t>22:11  to phir wo, phir is ka wo bohat mushkil hota hai, is ka wapas aana. ji. to is ko Maulana ne consciousness kaha. ji.</w:t>
      </w:r>
      <w:r>
        <w:br/>
      </w:r>
      <w:r>
        <w:rPr>
          <w:sz w:val="20"/>
        </w:rPr>
        <w:t>22:20  yani jab bhi insan koi galat raaste pe chalta hai to farishta us ko guide karta hai.</w:t>
      </w:r>
      <w:r>
        <w:br/>
      </w:r>
      <w:r>
        <w:rPr>
          <w:sz w:val="20"/>
        </w:rPr>
        <w:t>22:26  agar wo us ki guidance ko maan le to phir wo is ka sahi raaste pe rehnumai farishta karta hai.</w:t>
      </w:r>
      <w:r>
        <w:br/>
      </w:r>
      <w:r>
        <w:rPr>
          <w:sz w:val="20"/>
        </w:rPr>
        <w:t>22:35  aur isi ko shaoor ka keh sakte hain. ji. ya consciousness keh sakte hain. aur ye ek pedaishi taur par hai, har insan ke andar hai.</w:t>
      </w:r>
      <w:r>
        <w:br/>
      </w:r>
      <w:r>
        <w:rPr>
          <w:sz w:val="20"/>
        </w:rPr>
        <w:t>22:45  bacha bhi hai, wo janta hai ke kya sahi hai, kya galat hai, ek ek ek chote level pe. to insan, har insan ke andar aisa nahi hai, kisi ke andar nahi hai.</w:t>
      </w:r>
      <w:r>
        <w:br/>
      </w:r>
      <w:r>
        <w:rPr>
          <w:sz w:val="20"/>
        </w:rPr>
        <w:t>22:54  ye shaoor jo consciousness hai, wo maujood hai. sab ke andar. wo har waqt us ko guide karta rehta hai. ji. ab koi ye sawal bhi koi pooch sakta hai ke shaitan ko kyun paida kiya?</w:t>
      </w:r>
      <w:r>
        <w:br/>
      </w:r>
      <w:r>
        <w:rPr>
          <w:sz w:val="20"/>
        </w:rPr>
        <w:t>23:05  hmm. kyun hamein misguide karta hai wo? ji. to shaitan darasal creation plan ka hissa hai. agar shaitan na ho to phir to ye dunya jannat ho jaye gi.</w:t>
      </w:r>
      <w:r>
        <w:br/>
      </w:r>
      <w:r>
        <w:rPr>
          <w:sz w:val="20"/>
        </w:rPr>
        <w:t>23:16  ji. phir to sirf farishte honge to wo jannat ki surat</w:t>
      </w:r>
      <w:r>
        <w:br/>
      </w:r>
      <w:r>
        <w:rPr>
          <w:sz w:val="20"/>
        </w:rPr>
        <w:t>23:20  e haal ho jayegi. to chuna ke yahan par test hai, insan ka test ho raha hai aur is test ke liye zaroori hai ke yahan shaitan behkaye, aur yahi test hai ke hum shaitan ke behkaye se bachein aur farishte ki awaz ko sunein aur us ko samjhein.</w:t>
      </w:r>
      <w:r>
        <w:br/>
      </w:r>
      <w:r>
        <w:rPr>
          <w:sz w:val="20"/>
        </w:rPr>
        <w:t>23:36  ji. aur doctor sahib, Maulana ye bhi kehte the ke jo fareeqe sani hai, wo koi pathar nahi, in</w:t>
      </w:r>
      <w:r>
        <w:br/>
      </w:r>
      <w:r>
        <w:rPr>
          <w:sz w:val="20"/>
        </w:rPr>
        <w:t>23:43  san hai. haan. to jab agar aap is ki consciousness ko touch karenge to zaroor is mein badlao aayega, aur wahi hoga jo quran mein fussilat surah mein aaya hai ke your enemy will become your dearest friend</w:t>
      </w:r>
      <w:r>
        <w:br/>
      </w:r>
      <w:r>
        <w:rPr>
          <w:sz w:val="20"/>
        </w:rPr>
        <w:t>23:57  . aur ek jagah doctor sahab, jaise aap abhi samjha rahe the consciousness ko le ke, aur ego ko le kar, to Maulana ne ek jagah bahut achha likha hai ke insaan ke andar khwahish hai, aur insaan ke andar hi,</w:t>
      </w:r>
      <w:r>
        <w:br/>
      </w:r>
      <w:r>
        <w:rPr>
          <w:sz w:val="20"/>
        </w:rPr>
        <w:t>24:13  aap zamir hai, consciousness hai, jaise aap ne bataya, to hamesha is ke beech mein jo hai ek takrao rehta hai. aur aksar aisa hota hai ke jo khwahish hai, woh ghalib ho jati hai.</w:t>
      </w:r>
      <w:r>
        <w:br/>
      </w:r>
      <w:r>
        <w:rPr>
          <w:sz w:val="20"/>
        </w:rPr>
        <w:t>24:25  lekin yahan par jo cheez is ko rok sakti hai, woh hai sabr. to Maulana ne ek bahut achha example diya tha, doctor sahab, motor gaadi ka ke agar aap ek motor gaadi ko dekhen to is mein break hoti hai.</w:t>
      </w:r>
      <w:r>
        <w:br/>
      </w:r>
      <w:r>
        <w:rPr>
          <w:sz w:val="20"/>
        </w:rPr>
        <w:t>24:41  ab woh gaadi kitni bhi achhi ho, kitni bhi badi ho, lekin agar is mein break na ho to woh manzil tak nahi pahunch sakti. to theek isi tarah, insaan ke andar jo break required hai, woh sabr hai.</w:t>
      </w:r>
      <w:r>
        <w:br/>
      </w:r>
      <w:r>
        <w:rPr>
          <w:sz w:val="20"/>
        </w:rPr>
        <w:t>24:54  agar</w:t>
      </w:r>
      <w:r>
        <w:br/>
      </w:r>
      <w:r>
        <w:rPr>
          <w:sz w:val="20"/>
        </w:rPr>
        <w:t>24:55  sabr insaan kare to yaqeenan us ko kamyabi hasil hogi. to yeh bahut important baat hai. bilkul. doctor sahab, there is one more kind of a soul which is nafs mutmainnah.</w:t>
      </w:r>
      <w:r>
        <w:br/>
      </w:r>
      <w:r>
        <w:rPr>
          <w:sz w:val="20"/>
        </w:rPr>
        <w:t>25:09  to hum chahenge is ke bare mein bhi aap hum sab ko bataen.</w:t>
      </w:r>
      <w:r>
        <w:br/>
      </w:r>
      <w:r>
        <w:rPr>
          <w:sz w:val="20"/>
        </w:rPr>
        <w:t>25:15  nafs mutmainnah ya mutmain rooh ka matlab hai satisfied soul ya being contented, yani a state of mind where it is satisfied and contented, and you have peace of mind, and you feel closeness to God.</w:t>
      </w:r>
      <w:r>
        <w:br/>
      </w:r>
      <w:r>
        <w:rPr>
          <w:sz w:val="20"/>
        </w:rPr>
        <w:t>25:32  masha</w:t>
      </w:r>
      <w:r>
        <w:br/>
      </w:r>
      <w:r>
        <w:rPr>
          <w:sz w:val="20"/>
        </w:rPr>
        <w:t>25:33  Allah. chunke jab insaan Khuda ke qareeb hota hai, tabhi us ko yeh haqeeqi peace milta hai, aur quran mein bhi aata hai ala bi zikrillah tatmain al quloob ke Khuda ke zikr ke ilawa dilon ko itminan nahi milta.</w:t>
      </w:r>
      <w:r>
        <w:br/>
      </w:r>
      <w:r>
        <w:rPr>
          <w:sz w:val="20"/>
        </w:rPr>
        <w:t>25:52  ji.</w:t>
      </w:r>
      <w:r>
        <w:br/>
      </w:r>
      <w:r>
        <w:rPr>
          <w:sz w:val="20"/>
        </w:rPr>
        <w:t>25:53  to Khuda ka zikr yahi jaise maine abhi bataya ke Khuda ki jo ata karda nematen hain, un ka adrak aur un pe Allah ka shukr ada kar</w:t>
      </w:r>
      <w:r>
        <w:br/>
      </w:r>
      <w:r>
        <w:rPr>
          <w:sz w:val="20"/>
        </w:rPr>
        <w:t>26:03  na. aur Maulana ne nafs mutmainnah ko likha hai ke woh insaan, woh shakhs jo Khuda ke creation plan par raazi hua, yani us ne apni zindagi ko Khuda ke creation plan par dhali aur apni zindagi ka naqsha isi ke isi ke mutabiq banaya, to wahi woh shakhs hai jo Allah taala ke yahan maqbool hoga, aur isi ke liye jannat hai.</w:t>
      </w:r>
      <w:r>
        <w:br/>
      </w:r>
      <w:r>
        <w:rPr>
          <w:sz w:val="20"/>
        </w:rPr>
        <w:t>26:29  ji. yeh bahut important baat doctor sahab aap ne batai ke creation plan pe raazi ho jaen, matlab jab ek insaan ko kuch mile to shukr mein jhuk jae, aur jab na mile to humility mein jhuk jae.</w:t>
      </w:r>
      <w:r>
        <w:br/>
      </w:r>
      <w:r>
        <w:rPr>
          <w:sz w:val="20"/>
        </w:rPr>
        <w:t>26:42  bilkul. aur agar aisa clash aa jae between the self and the truth to woh self ko chhod ke truth ko ikhtiyar kare, aur kabhi bhi truth ko chhoden na.</w:t>
      </w:r>
      <w:r>
        <w:br/>
      </w:r>
      <w:r>
        <w:rPr>
          <w:sz w:val="20"/>
        </w:rPr>
        <w:t>26:54  to yeh bahut important baat doctor sahab aap ne batai</w:t>
      </w:r>
      <w:r>
        <w:br/>
      </w:r>
      <w:r>
        <w:rPr>
          <w:sz w:val="20"/>
        </w:rPr>
        <w:t>26:57  . doctor sahab, to wapas kahani ki taraf rukh karte hain ke prophet Yusuf phir badshah se milte hain, aur badshah unhein ek important ministry ka uhda de dete hain.</w:t>
      </w:r>
      <w:r>
        <w:br/>
      </w:r>
      <w:r>
        <w:rPr>
          <w:sz w:val="20"/>
        </w:rPr>
        <w:t>27:11  to yahan se kahani kaise aage badhti hai, is ke bare mein hamein bataen.</w:t>
      </w:r>
      <w:r>
        <w:br/>
      </w:r>
      <w:r>
        <w:rPr>
          <w:sz w:val="20"/>
        </w:rPr>
        <w:t>27:17  ji. to yahan se jab Hazrat Yusuf علیہ السلام phir tashreef lae mahal mein, badshah se mulaqat hui to badshah bahut hi mutasir</w:t>
      </w:r>
      <w:r>
        <w:br/>
      </w:r>
      <w:r>
        <w:rPr>
          <w:sz w:val="20"/>
        </w:rPr>
        <w:t>27:28  hua un ki wisdom aur un ki sadaqat aur un ki danishmandi aur un ki jo shakhsiyat thi, bahut hi aala shakhsiyat, in sab cheezon se bahut hi mutasir hua, aur us ne offer kiya ke main aap ko minister banana chahta hoon.</w:t>
      </w:r>
      <w:r>
        <w:br/>
      </w:r>
      <w:r>
        <w:rPr>
          <w:sz w:val="20"/>
        </w:rPr>
        <w:t>27:48  ji. to Hazrat Yusuf علیہ السلام ne kaha ke ajalni ala khazain al ard yani jo zameen ke khazane hain, us zamane mein chunke sirf agriculture based economy thi to sab kuch wahi hota tha, agriculture se related.</w:t>
      </w:r>
      <w:r>
        <w:br/>
      </w:r>
      <w:r>
        <w:rPr>
          <w:sz w:val="20"/>
        </w:rPr>
        <w:t>28:05  to Hazrat Yusuf علیہ السلام ne kaha ke mujhe tum store houses ka incharge bana do, yani in other words agriculture minister bana do.</w:t>
      </w:r>
      <w:r>
        <w:br/>
      </w:r>
      <w:r>
        <w:rPr>
          <w:sz w:val="20"/>
        </w:rPr>
        <w:t>28:14  ji.</w:t>
      </w:r>
      <w:r>
        <w:br/>
      </w:r>
      <w:r>
        <w:rPr>
          <w:sz w:val="20"/>
        </w:rPr>
        <w:t>28:15  to kaha ke inni hafeez aleem ke main bahut hi skilled custodian hoon. ji. aisa lagta hai ke Hazrat Yusuf علیہ السلام ko is tarah ke kamon ka pehle se kuch tajurba bhi tha, isi liye unhon ne kaha ke main is kaam ko bahut achhi tarah se anjam de sakta hoon.</w:t>
      </w:r>
      <w:r>
        <w:br/>
      </w:r>
      <w:r>
        <w:rPr>
          <w:sz w:val="20"/>
        </w:rPr>
        <w:t>28:30  to is jagah quran mein aata hai wa kadhalika makkanna li yusuf fil ardh ke is tarah se hum ne, Allah taala fermata hai ke is tarah se hum ne yusuf ko</w:t>
      </w:r>
      <w:r>
        <w:br/>
      </w:r>
      <w:r>
        <w:rPr>
          <w:sz w:val="20"/>
        </w:rPr>
        <w:t>28:41  zameen misr mein, mulk misr mein aik ikhtiyar de diya. ji. aur yahi baat pehle bhi aayi thi jab yusuf alaihi assalam ko aziz le ke aaye the khareed ke aur apne ghar pe rakha tha, to exactly yahi ayat aayi thi wa kadhalika makkanna li yusuf fil ardh</w:t>
      </w:r>
      <w:r>
        <w:br/>
      </w:r>
      <w:r>
        <w:rPr>
          <w:sz w:val="20"/>
        </w:rPr>
        <w:t>29:01  to yeh Allah taala ka aik tareeqa hai ke baz auqat mushkil halaat aate hain aur bazahir aisa lagta hai ke ab jaise yusuf alaihi assalam kunwein mein chale gaye.</w:t>
      </w:r>
      <w:r>
        <w:br/>
      </w:r>
      <w:r>
        <w:rPr>
          <w:sz w:val="20"/>
        </w:rPr>
        <w:t>29:11  hmm. kunwein se phir un ko slave bana diya. ji. to yeh sab chuki Allah taala ka yeh aik nizam hai, woh chal raha hai. har cheez gardish mein hai, zameen o aasman gardish mein hai, zameen gardish mein hai, sayare sitare, to poori jo yeh jo zindagi hai, woh aik chal rah</w:t>
      </w:r>
      <w:r>
        <w:br/>
      </w:r>
      <w:r>
        <w:rPr>
          <w:sz w:val="20"/>
        </w:rPr>
        <w:t>29:29  i hai. isi isi ke isi ke beech mein, isi ke darmiyan Allah taala logon ki madad karta hai. aisa nahi hota ke koi alag se ho jaye to woh pata bhi nahi chalta, yani mehsoos nahi hota ke bazahir lag raha hai ke kunwein ke andar gaye, bohat hi museebat hai, lekin wahi aik stepping stone ban gaya aik aala maqam pe pohnchne ke, aur jail mein gaye, wahi aik stepping stone ban gaya, aur bare aala maqam pe takht pe taqreeban pahunch</w:t>
      </w:r>
      <w:r>
        <w:br/>
      </w:r>
      <w:r>
        <w:rPr>
          <w:sz w:val="20"/>
        </w:rPr>
        <w:t>29:58  gaye. to is tarah se har kisi ki zindagi mein hota hai. to yeh mushkil halaat aate hain to yeh is se pareshan nahi hona chahiye.</w:t>
      </w:r>
      <w:r>
        <w:br/>
      </w:r>
      <w:r>
        <w:rPr>
          <w:sz w:val="20"/>
        </w:rPr>
        <w:t>30:08  ho sakta hai ke Allah taala ne koi bohat hi bari success aap ke liye likhi ho, jo jis ka rasta yahi ho. ji. isi ke through. ji. aap is is success ko hasil kar sakte hain.</w:t>
      </w:r>
      <w:r>
        <w:br/>
      </w:r>
      <w:r>
        <w:rPr>
          <w:sz w:val="20"/>
        </w:rPr>
        <w:t>30:19  ji. yeh bohat important baat hai ke ji, yeh wahi baat aa jati hai ke creation plan pe raazi hona. ji</w:t>
      </w:r>
      <w:r>
        <w:br/>
      </w:r>
      <w:r>
        <w:rPr>
          <w:sz w:val="20"/>
        </w:rPr>
        <w:t>30:25  ۔ kyunke insaan sochta hai apni limitation ke aitbaar se ke mere liye yeh sahi hai, lekin Allah taala ne kuch aur hi planning ki hui hai.</w:t>
      </w:r>
      <w:r>
        <w:br/>
      </w:r>
      <w:r>
        <w:rPr>
          <w:sz w:val="20"/>
        </w:rPr>
        <w:t>30:35  to doctor sahib, phir yeh hua ke unhon ne ministry of agriculture, agar hum aaj ki terms mein kahein, jaise aap samjha rahe hain, to profit yusuf ne woh charge le liya.</w:t>
      </w:r>
      <w:r>
        <w:br/>
      </w:r>
      <w:r>
        <w:rPr>
          <w:sz w:val="20"/>
        </w:rPr>
        <w:t>30:45  to phir is ke baad kya hua? haan, to yusuf alaihi assalam ne woh kaam sambhal liya.</w:t>
      </w:r>
      <w:r>
        <w:br/>
      </w:r>
      <w:r>
        <w:rPr>
          <w:sz w:val="20"/>
        </w:rPr>
        <w:t>30:52  ji. aur bohat hi achhe tareeqe se is ko manage kiya, aur jo un ki shakhsiyat thi, us se log bohat hi mutasir hote the, jin se bhi koi kaam kehte the to woh bohat hi khushi se us ko foran anjam deta tha.</w:t>
      </w:r>
      <w:r>
        <w:br/>
      </w:r>
      <w:r>
        <w:rPr>
          <w:sz w:val="20"/>
        </w:rPr>
        <w:t>31:10  to sara jo extra grain tha, woh jama karna shuru kiya, bare bare store houses banwaye. j</w:t>
      </w:r>
      <w:r>
        <w:br/>
      </w:r>
      <w:r>
        <w:rPr>
          <w:sz w:val="20"/>
        </w:rPr>
        <w:t>31:18  i. aur travel kiya unhon ne aur shehron mein, aur jo bhi extra grain tha, woh farmers se unhon ne khareeda aur jama karna shuru kar diya, aur jahan jahan zaroorat thi, wahan pohanchaya,</w:t>
      </w:r>
      <w:r>
        <w:br/>
      </w:r>
      <w:r>
        <w:rPr>
          <w:sz w:val="20"/>
        </w:rPr>
        <w:t>31:31  camels ke zariye, caravan ke zariye, bail gaadiyon ke zariye, ya jo river nile thi, us ke zariye, kashtiyon mein.</w:t>
      </w:r>
      <w:r>
        <w:br/>
      </w:r>
      <w:r>
        <w:rPr>
          <w:sz w:val="20"/>
        </w:rPr>
        <w:t>31:40  to is tareeqe se poore Egypt mein bare bare store houses banwaye, wahan grains jama ho gaya, yahan</w:t>
      </w:r>
      <w:r>
        <w:br/>
      </w:r>
      <w:r>
        <w:rPr>
          <w:sz w:val="20"/>
        </w:rPr>
        <w:t>31:46  tak ke har taraf green hi green jama ho gaya, aik sehra wajood mein aa gaya green ka, aur yeh bohat hi hikmat ke sath, bohat hi danishmandi ke sath Hazrat yusuf alaihi assalam ne is kaam ko anjam diya.</w:t>
      </w:r>
      <w:r>
        <w:br/>
      </w:r>
      <w:r>
        <w:rPr>
          <w:sz w:val="20"/>
        </w:rPr>
        <w:t>31:59  saat saal tak itna green jama ho gaya. ji. ke agle saat saal ke liye bohat hi aasani se kaam chal sake.</w:t>
      </w:r>
      <w:r>
        <w:br/>
      </w:r>
      <w:r>
        <w:rPr>
          <w:sz w:val="20"/>
        </w:rPr>
        <w:t>32:08  ji.</w:t>
      </w:r>
      <w:r>
        <w:br/>
      </w:r>
      <w:r>
        <w:rPr>
          <w:sz w:val="20"/>
        </w:rPr>
        <w:t>32:10  aur doctor sahib, phir is ke baad, woh waqt aa gaya jis ka khwab badshah ne dekha tha ke jo famine aur jo sookha hai, woh saat saal tak chala, jis ki wajah se khane aur peene mein bohat zyada kami ho gayi.</w:t>
      </w:r>
      <w:r>
        <w:br/>
      </w:r>
      <w:r>
        <w:rPr>
          <w:sz w:val="20"/>
        </w:rPr>
        <w:t>32:24  to agar hum sochein to it must have been such a huge gigantic task for Prophet Yusuf to manage the situation.</w:t>
      </w:r>
      <w:r>
        <w:br/>
      </w:r>
      <w:r>
        <w:rPr>
          <w:sz w:val="20"/>
        </w:rPr>
        <w:t>32:34  to kaise hua aur us ke baad kya hua, us ke bare mein batayein doctor sahib.</w:t>
      </w:r>
      <w:r>
        <w:br/>
      </w:r>
      <w:r>
        <w:rPr>
          <w:sz w:val="20"/>
        </w:rPr>
        <w:t>32:40  haan, to phir yeh saat saal dheere dheere khatam ho gaye, aur woh saat saal jo famine ke aane the, woh shuru ho gaye, aur bohat hi logon ko dushwari hui,</w:t>
      </w:r>
      <w:r>
        <w:br/>
      </w:r>
      <w:r>
        <w:rPr>
          <w:sz w:val="20"/>
        </w:rPr>
        <w:t>32:55  aasman se pani barsna band ho gaya, aasman bilkul safed ho gaya, jo zameen thi, woh crack hone lagi, maweshi marne lage, insan dam todne lage, aur garam hawaein chalne lagin.</w:t>
      </w:r>
      <w:r>
        <w:br/>
      </w:r>
      <w:r>
        <w:rPr>
          <w:sz w:val="20"/>
        </w:rPr>
        <w:t>33:07  toh yani bahut hi bada ek masla paida ho gaya misr mein, sandstorm aane lage, aur tarah</w:t>
      </w:r>
      <w:r>
        <w:br/>
      </w:r>
      <w:r>
        <w:rPr>
          <w:sz w:val="20"/>
        </w:rPr>
        <w:t>33:14  tarah ki pareshaniyan.</w:t>
      </w:r>
      <w:r>
        <w:br/>
      </w:r>
      <w:r>
        <w:rPr>
          <w:sz w:val="20"/>
        </w:rPr>
        <w:t>33:15  is waqt Hazrat Yusuf alaihi salam aur zyada pehle se masroof ho gaye, aur unhone yeh</w:t>
      </w:r>
      <w:r>
        <w:br/>
      </w:r>
      <w:r>
        <w:rPr>
          <w:sz w:val="20"/>
        </w:rPr>
        <w:t>33:24  dekha ke jahan jahan zaroorat hai, wahan green ko pohnchayen, aur logon logon tak anaaj sahi tarah se</w:t>
      </w:r>
      <w:r>
        <w:br/>
      </w:r>
      <w:r>
        <w:rPr>
          <w:sz w:val="20"/>
        </w:rPr>
        <w:t>33:32  pohnche, aur anaaj ko unhon ne farokht kiya tha, yani free nahi distribute kar rahe the, balkeh woh</w:t>
      </w:r>
      <w:r>
        <w:br/>
      </w:r>
      <w:r>
        <w:rPr>
          <w:sz w:val="20"/>
        </w:rPr>
        <w:t>33:38  sell kar rahe the bohat hi reasonable price pe.</w:t>
      </w:r>
      <w:r>
        <w:br/>
      </w:r>
      <w:r>
        <w:rPr>
          <w:sz w:val="20"/>
        </w:rPr>
        <w:t>33:41  to is tareeqay say unhon nay bohat hi acha manage kiya, aur poora mulk tha Egypt ka, woh bohat hi baray famine kay grip mein aa gaya, aur us waqt kaam aur ziyada un ka barh gaya, aur bohat hi masroof ho gaye, aur har taraf jahan jahan zaroorat zaroorat thi, wahan unhon nay green pohanchana shuru kiya.</w:t>
      </w:r>
      <w:r>
        <w:br/>
      </w:r>
      <w:r>
        <w:rPr>
          <w:sz w:val="20"/>
        </w:rPr>
        <w:t>34:05  ji ji. aur doctor sahib, yeh bhi kahani mein aata hai kay aisa nahi kay sirf Misr tak famine ya sokha jo mehdood tha, balkay aas paas kay jo mulk hain, woh bhi is ki giraft mein aa gaye.</w:t>
      </w:r>
      <w:r>
        <w:br/>
      </w:r>
      <w:r>
        <w:rPr>
          <w:sz w:val="20"/>
        </w:rPr>
        <w:t>34:18  bilkul. to phir yeh honay laga kay wahan say jo log hain, woh Egypt Misr aanay lagay ghalla lenay kay liye. to woh sab kaisay manage hua, is say aagay kahani kaisay barhi, yeh is kay baray mein bataein.</w:t>
      </w:r>
      <w:r>
        <w:br/>
      </w:r>
      <w:r>
        <w:rPr>
          <w:sz w:val="20"/>
        </w:rPr>
        <w:t>34:32  haan, Yusuf علیہ السلام ko andaza tha kay Egypt kay aas paas ki jo countries hain, wahan bhi yeh masla paida hoga, woh bhi famine ki zad mein aaein gi.</w:t>
      </w:r>
      <w:r>
        <w:br/>
      </w:r>
      <w:r>
        <w:rPr>
          <w:sz w:val="20"/>
        </w:rPr>
        <w:t>34:43  to unhon nay is ka bhi provision rakha tha, is ka bhi khayal kiya tha, aur is kay liye bhi anaaj ka intezam kiya tha. jo aas paas kay mulk thay, Syria hai, ab Syria to us waqt bohat bara tha, yani Jordan, Israel, Canaan, woh sab bohat bara ilaqa</w:t>
      </w:r>
      <w:r>
        <w:br/>
      </w:r>
      <w:r>
        <w:rPr>
          <w:sz w:val="20"/>
        </w:rPr>
        <w:t>35:00  h tha. kuch Arab countries, kuch African countries, jo Mediterranean Sea hai, is kay jo atraf mein jo countries thay, woh sab dekhnay lagay Egypt ki taraf, chounkay un ko pata chala kay Egypt mein anaaj mojood hai, aur bohat hi reasonable price pe mil raha hai.</w:t>
      </w:r>
      <w:r>
        <w:br/>
      </w:r>
      <w:r>
        <w:rPr>
          <w:sz w:val="20"/>
        </w:rPr>
        <w:t>35:18  to wahan say qafley aanay lagay, aur lay kay janay lagay</w:t>
      </w:r>
      <w:r>
        <w:br/>
      </w:r>
      <w:r>
        <w:rPr>
          <w:sz w:val="20"/>
        </w:rPr>
        <w:t>35:24  , aur Yusuf علیہ السلام nay yeh kiya kay har aik shakhs ko aik camel load, yani rationing kar di kay jo bhi shakhs aaye ga, us ko aik camel load hum anaaj day detay hain.</w:t>
      </w:r>
      <w:r>
        <w:br/>
      </w:r>
      <w:r>
        <w:rPr>
          <w:sz w:val="20"/>
        </w:rPr>
        <w:t>35:39  to is tareeqay say baharhaal anaaj ka distribution shuru hua Egypt mein bhi, aur aas paas kay shehron mein, aas paas kay mulkon mein.</w:t>
      </w:r>
      <w:r>
        <w:br/>
      </w:r>
      <w:r>
        <w:rPr>
          <w:sz w:val="20"/>
        </w:rPr>
        <w:t>35:50  ji ji. aur doctor sahib, phir jab yeh distribution shuru hua to kahani kay is aham morr par aa jatay hain kay jab Prophet Yusuf kay das bhai, woh bhi Misr jatay hain ghalla lenay kay liye, lekin woh Prophet Yusuf ko pehchan nahi patay kay yeh wahi Yusuf hai jo un ka bachpan mein un ka bhai tha, aur jis ko unhon nay sazish kay sazish kay tehat kanwein mein dhakail diya tha.</w:t>
      </w:r>
      <w:r>
        <w:br/>
      </w:r>
      <w:r>
        <w:rPr>
          <w:sz w:val="20"/>
        </w:rPr>
        <w:t>36:16  to is kay baray mein bhi bataein, is qissay kay baray mein.</w:t>
      </w:r>
      <w:r>
        <w:br/>
      </w:r>
      <w:r>
        <w:rPr>
          <w:sz w:val="20"/>
        </w:rPr>
        <w:t>36:20  ji, Canaan mein Hazrat Yaqoob علیہ السلام thay, aur un ki family, wahan bhi anaaj ki kami ho gayi, cheezain khatam honay lagain.</w:t>
      </w:r>
      <w:r>
        <w:br/>
      </w:r>
      <w:r>
        <w:rPr>
          <w:sz w:val="20"/>
        </w:rPr>
        <w:t>36:31  to unhon nay apnay dason baton ko bulaya, aur kaha kay baton, tum jao Egypt, wahan par anaaj mil raha hai, bohat hi reasonable price pe mil raha hai, wahan say lao, chounkay yeh jo bhi anaaj hai, bohat jaldi khatam ho jaye ga hamaray liye,</w:t>
      </w:r>
      <w:r>
        <w:br/>
      </w:r>
      <w:r>
        <w:rPr>
          <w:sz w:val="20"/>
        </w:rPr>
        <w:t>36:49  ab khanay peenay ki cheezain bohat mushkil ho jayain gi. to saray bhaiyon nay apnay apnay oont tayyar kiye, das oont lay kay, woh thora bohat saman saman lay kay, kuch kuch us zamanay kay lihaz say jo currency hoti thi, chandi kay kuch sikkay hotay thay, chandi kay tukray kuch, to woh sab cheezain lay kay woh safar pe niklay.</w:t>
      </w:r>
      <w:r>
        <w:br/>
      </w:r>
      <w:r>
        <w:rPr>
          <w:sz w:val="20"/>
        </w:rPr>
        <w:t>37:12  taqreeban aath das din ka safar raha hoga, chounkay Canaan say Egypt 450 kilometer hai, to yeh rasta unhon nay tay kiya hoga taqreeban das din mein.</w:t>
      </w:r>
      <w:r>
        <w:br/>
      </w:r>
      <w:r>
        <w:rPr>
          <w:sz w:val="20"/>
        </w:rPr>
        <w:t>37:25  to aik lambay safar kay baad woh puhanchay, aur wahan jo store house tha, wahan puhanchay, aur jo store house ka incharge tha, yani Yusuf علیہ السلام, un say milay.</w:t>
      </w:r>
      <w:r>
        <w:br/>
      </w:r>
      <w:r>
        <w:rPr>
          <w:sz w:val="20"/>
        </w:rPr>
        <w:t>37:36  bhaiyon nay to pehchana nahi Yusuf علیہ السلام ko, Yusuf علیہ السلام nay foran pehchan liya bhaiyon ko. to chounkay woh jo bhai thay, woh kabhi soch bhi nahi saktay thay kay jis bhai ko unhon nay kanwein mein dala tha barson pehlay,</w:t>
      </w:r>
      <w:r>
        <w:br/>
      </w:r>
      <w:r>
        <w:rPr>
          <w:sz w:val="20"/>
        </w:rPr>
        <w:t>37:52  un kay lihaz say to yeh aik aakhri tadbeer thi Yusuf علیہ السلام ko halak karnay kay liye. to</w:t>
      </w:r>
      <w:r>
        <w:br/>
      </w:r>
      <w:r>
        <w:rPr>
          <w:sz w:val="20"/>
        </w:rPr>
        <w:t>37:59  woh kabhi soch bhi nahi saktay thay kay jis ko unhon nay kanwein mein dala tha, aaj woh itna bara Egypt mein minister kaisay ban gaya.</w:t>
      </w:r>
      <w:r>
        <w:br/>
      </w:r>
      <w:r>
        <w:rPr>
          <w:sz w:val="20"/>
        </w:rPr>
        <w:t>38:08  to is tareeqay say woh puhanchay wahan, aur Yusuf علیہ السلام say milay. ji, aur Prophet Yusuf bhi, doctor sahib, agar kahani ko jab hum parhtay hain to dekhtay hain kay bohat hi achay say, generous way mein apnay bhaiyon say milay.</w:t>
      </w:r>
      <w:r>
        <w:br/>
      </w:r>
      <w:r>
        <w:rPr>
          <w:sz w:val="20"/>
        </w:rPr>
        <w:t>38:24  balkay yahan pe mujhe aik hadith bhi yaad aati hai kay</w:t>
      </w:r>
      <w:r>
        <w:br/>
      </w:r>
      <w:r>
        <w:rPr>
          <w:sz w:val="20"/>
        </w:rPr>
        <w:t>38:27  Rasool Allah nay aik martaba farmaya kay tum aisay mat bano kay log agar tumharay sath acha karain to tum un kay sath acha karo, aur log agar tumharay sath bura karain to tum un kay sath bura karo.</w:t>
      </w:r>
      <w:r>
        <w:br/>
      </w:r>
      <w:r>
        <w:rPr>
          <w:sz w:val="20"/>
        </w:rPr>
        <w:t>38:39  balkay tum aisay bano kay log agar tumharay sath acha karain to tum un kay sath acha karo</w:t>
      </w:r>
      <w:r>
        <w:br/>
      </w:r>
      <w:r>
        <w:rPr>
          <w:sz w:val="20"/>
        </w:rPr>
        <w:t>38:44  , lekin agar woh tumharay sath unjust behavior karain, tumharay sath bura behaviour karain to tum waisa na karo. aur hum yahi dekhtay hain kay Prophet Yusuf ki zindagi say kay itna ziyada unhon nay,</w:t>
      </w:r>
      <w:r>
        <w:br/>
      </w:r>
      <w:r>
        <w:rPr>
          <w:sz w:val="20"/>
        </w:rPr>
        <w:t>38:58  matlab safar kiya, un ko itna pareshan kiya gaya, lekin is kay baad bhi woh inhi das bhaiyon say bohat achay say mil rahay hain. balkay unhon nay paisay bhi nahi liye.</w:t>
      </w:r>
      <w:r>
        <w:br/>
      </w:r>
      <w:r>
        <w:rPr>
          <w:sz w:val="20"/>
        </w:rPr>
        <w:t>39:07  to doctor sahib, is ke bare mein aap kya kehna chahenge? bohat achhi hadith aap ne sunai, "imam mat bano". ji, aur yeh jo teaching hai, hum hum sab yahi samajhte hain ke jo hamare sath acha sulook kare, hum us ke sath acha sulook karen.</w:t>
      </w:r>
      <w:r>
        <w:br/>
      </w:r>
      <w:r>
        <w:rPr>
          <w:sz w:val="20"/>
        </w:rPr>
        <w:t>39:20  ji, aur jo hamare sath bura kare to hum us ke sath bura sulook karen. lekin prophet ne kaha hai ke jo tumhare sath bura sulook kare, us ke sath bhi acha sulook karen. acha sulook karen. ji ji ji, bohat hi zabardast</w:t>
      </w:r>
      <w:r>
        <w:br/>
      </w:r>
      <w:r>
        <w:rPr>
          <w:sz w:val="20"/>
        </w:rPr>
        <w:t>39:29  teaching hai rasool Allah sal Allah alaih wasalam ki. to jab bhai pahunche wahan Hazrat Yusuf alaih wasalam ke pas to bohat hi izzat se mile, bari khatir khatadari ki, aur family ke bare mein poocha to bhaiyon ne kaha ke hamare ghar mein boorhe maa baap hain, aur ek bhai hai.</w:t>
      </w:r>
      <w:r>
        <w:br/>
      </w:r>
      <w:r>
        <w:rPr>
          <w:sz w:val="20"/>
        </w:rPr>
        <w:t>39:48  to unhone kaha ke hamein apne bhai ke liye bhi ek camel de dein, ek camel load. h</w:t>
      </w:r>
      <w:r>
        <w:br/>
      </w:r>
      <w:r>
        <w:rPr>
          <w:sz w:val="20"/>
        </w:rPr>
        <w:t>39:57  mm ji, to unhone kaha ke tum agli bar bhai ko bhi lana, aur main us ko bhi doonga.</w:t>
      </w:r>
      <w:r>
        <w:br/>
      </w:r>
      <w:r>
        <w:rPr>
          <w:sz w:val="20"/>
        </w:rPr>
        <w:t>40:06  tum ne dekha, main meri generosity bhi dekh li tum ne. ji, to behal woh kisi tarah baat is tarah ho gayi ke Yusuf alaih wasalam ne bohat sakhti se yeh baat keh di ke tum agar apne bhai ko nahi lao ge agli bar to main tum ko bhi nahi doonga koi saman</w:t>
      </w:r>
      <w:r>
        <w:br/>
      </w:r>
      <w:r>
        <w:rPr>
          <w:sz w:val="20"/>
        </w:rPr>
        <w:t>40:21  ۔ humm humm. to behal unhone kaha ke hum apne walid ko manane ki koshish karenge, aur apne chhote bhai ko sath lane ki koshish karenge.</w:t>
      </w:r>
      <w:r>
        <w:br/>
      </w:r>
      <w:r>
        <w:rPr>
          <w:sz w:val="20"/>
        </w:rPr>
        <w:t>40:32  to woh log behal nikle wapas, aur jab ghar pahunche aur apna saman khola to jo bhi unhone chandi ke sikke wagera diye the, ji, woh un ko apne un ke saman mein mil gaye.</w:t>
      </w:r>
      <w:r>
        <w:br/>
      </w:r>
      <w:r>
        <w:rPr>
          <w:sz w:val="20"/>
        </w:rPr>
        <w:t>40:44  ji, un ke jo bags the.</w:t>
      </w:r>
      <w:r>
        <w:br/>
      </w:r>
      <w:r>
        <w:rPr>
          <w:sz w:val="20"/>
        </w:rPr>
        <w:t>40:46  ji, to woh aur un ki izzat barh gayi woh Egypt ke wazir ke bare mein ke itna us ne hamare sath izzat ka mamla kiya, itne sharifana andaaz se hamare sath pesh aaye.</w:t>
      </w:r>
      <w:r>
        <w:br/>
      </w:r>
      <w:r>
        <w:rPr>
          <w:sz w:val="20"/>
        </w:rPr>
        <w:t>41:00  ji ji ji. acha, lekin doctor sahib, yahan pe prophet Yusuf ne jo plan banaya tha ke Benjamin, jo un ke chhote bhai hain, ji, woh kisi tarah aayen, aur jaise aap ne abhi bataya ke unhone condition rakhi,</w:t>
      </w:r>
      <w:r>
        <w:br/>
      </w:r>
      <w:r>
        <w:rPr>
          <w:sz w:val="20"/>
        </w:rPr>
        <w:t>41:15  ji, ke agar tum agle trip mein aap un ko nahi le ke ao ge to tum jhoote qarar diye jao ge. to yeh ek un ke upar ek jo dabao dala unhone, us ki wajah se yeh hua ke bhai apne baap ke pas gaye, prophet Yaqoob, aur unhone kaha ke Benjamin ko un ke sath agle safar mein bhej dein, nahi to unhein gila nahi mile ga.</w:t>
      </w:r>
      <w:r>
        <w:br/>
      </w:r>
      <w:r>
        <w:rPr>
          <w:sz w:val="20"/>
        </w:rPr>
        <w:t>41:38  ji ji. to phir doctor sahib, is situation mein kya hua, us ki baat ki kahani kya hai?</w:t>
      </w:r>
      <w:r>
        <w:br/>
      </w:r>
      <w:r>
        <w:rPr>
          <w:sz w:val="20"/>
        </w:rPr>
        <w:t>41:45  haan, to kuch dinon mein woh anaaj khatam ho gaya. ji, to dobara zaroorat pari to Hazrat Yaqoob alaih wasalam ne kaha ke phir jao le ke ao.</w:t>
      </w:r>
      <w:r>
        <w:br/>
      </w:r>
      <w:r>
        <w:rPr>
          <w:sz w:val="20"/>
        </w:rPr>
        <w:t>41:56  to un bhaiyon ko yaad aaya ke wahan to unhone ek condition rakh di thi ke Benjamin ko sath layen layen ge, tabhi saman mile ga.</w:t>
      </w:r>
      <w:r>
        <w:br/>
      </w:r>
      <w:r>
        <w:rPr>
          <w:sz w:val="20"/>
        </w:rPr>
        <w:t>42:06  to father se kaha unhone, to unhone kaha nahi, main hargiz ijazat nahi doonga, tum ne Yusuf ke sath kya kiya hai, woh tum ko maloom hai.</w:t>
      </w:r>
      <w:r>
        <w:br/>
      </w:r>
      <w:r>
        <w:rPr>
          <w:sz w:val="20"/>
        </w:rPr>
        <w:t>42:15  to unhone bohat zyada israr kiya, kaha ke bohat zaroorat hai, aur hum apne bhai ki hifazat karenge. nahfazu nahfazu akhana ke hum apne bhai ki hifazat karenge,</w:t>
      </w:r>
      <w:r>
        <w:br/>
      </w:r>
      <w:r>
        <w:rPr>
          <w:sz w:val="20"/>
        </w:rPr>
        <w:t>42:26  aur sahi salim layenge us ko wapas. to bohat jab israr kiya to unhone kaha theek hai, acha le jao, lekin tum ahad karo ke chhote bhai ko sahi salim mere pas wapas lao ge, illa yeh ke tum sab pe koi musibat aa jaye.</w:t>
      </w:r>
      <w:r>
        <w:br/>
      </w:r>
      <w:r>
        <w:rPr>
          <w:sz w:val="20"/>
        </w:rPr>
        <w:t>42:44  to is tarah se unhone ijazat de di. jab unhone ahad kiya, pledge liye. aur ek aur baat, Yaqoob alaih wasalam ne apne beton se kahi ke mere beton, tum ek darwaze se mat enter karna.</w:t>
      </w:r>
      <w:r>
        <w:br/>
      </w:r>
      <w:r>
        <w:rPr>
          <w:sz w:val="20"/>
        </w:rPr>
        <w:t>43:04  lagta hai jis city mein Egypt mein gaye the, woh probably it was a walled city, jaise hamare old Delhi ki walled city thi, Kashmiri gate, Delhi gate wagera hai.</w:t>
      </w:r>
      <w:r>
        <w:br/>
      </w:r>
      <w:r>
        <w:rPr>
          <w:sz w:val="20"/>
        </w:rPr>
        <w:t>43:15  to isi tarah se koi aise system hoga, wahan bhi shayad walled city rahi ho. to Yaqoob alaih wasalam ne kaha ke tum alag alag darwazon se jana, ek sath mat enter karna.</w:t>
      </w:r>
      <w:r>
        <w:br/>
      </w:r>
      <w:r>
        <w:rPr>
          <w:sz w:val="20"/>
        </w:rPr>
        <w:t>43:27  woh un ka shayad maqsad yeh tha ke ek sath das log, gyarah log jayenge to log samjhenge pata nahi yeh kis maqsad se aaye hain, koi reaction ho.</w:t>
      </w:r>
      <w:r>
        <w:br/>
      </w:r>
      <w:r>
        <w:rPr>
          <w:sz w:val="20"/>
        </w:rPr>
        <w:t>43:38  balkeh Maulana bhi dawat ke mamle mein low profile ki baat karte the. ji ji ke dawat high profile kaam nahi hai ke aap stage pe karen aur yeh sab karen, balkeh khamoshi se karen taake koi pareshani na</w:t>
      </w:r>
      <w:r>
        <w:br/>
      </w:r>
      <w:r>
        <w:rPr>
          <w:sz w:val="20"/>
        </w:rPr>
        <w:t>43:55  paish aaye. to yeh ek bohat achhi advice di Yaqoob alaih wasalam ne apne beton ko. doctor sahib, kuch comments parhna chahoonga jo log program dekh rahe hain.</w:t>
      </w:r>
      <w:r>
        <w:br/>
      </w:r>
      <w:r>
        <w:rPr>
          <w:sz w:val="20"/>
        </w:rPr>
        <w:t>44:07  kafi log pasand kar rahe hain aap ke program ko. to main kuch comments loonga. aap aakhri sawal jo bacha hai, us se pehle.</w:t>
      </w:r>
      <w:r>
        <w:br/>
      </w:r>
      <w:r>
        <w:rPr>
          <w:sz w:val="20"/>
        </w:rPr>
        <w:t>44:17  yeh comment bheja hai Rana Gulzaman sahib ne, unhon ne location nahi likhi hai,</w:t>
      </w:r>
      <w:r>
        <w:br/>
      </w:r>
      <w:r>
        <w:rPr>
          <w:sz w:val="20"/>
        </w:rPr>
        <w:t>44:23  per unhon ne likha hai ke Assalam o Alaikum, I love this man so much, and new generation need this kind of things early in the morning.</w:t>
      </w:r>
      <w:r>
        <w:br/>
      </w:r>
      <w:r>
        <w:rPr>
          <w:sz w:val="20"/>
        </w:rPr>
        <w:t>44:33  to yeh bohat hi pyara comment bheja hai unhon ne aap ke liye. Thank you. Is ke baad kai logon ne pasand kiya hai. Agla comment bheja hai Miss Reshma Parvez ne,</w:t>
      </w:r>
      <w:r>
        <w:br/>
      </w:r>
      <w:r>
        <w:rPr>
          <w:sz w:val="20"/>
        </w:rPr>
        <w:t>44:49  unhon ne likha hai ke We all sin, don't despa</w:t>
      </w:r>
      <w:r>
        <w:br/>
      </w:r>
      <w:r>
        <w:rPr>
          <w:sz w:val="20"/>
        </w:rPr>
        <w:t>44:52  ir, keep repenting and asking for his forgiveness, don't let droplets of sins become oceans of regret, be sincere and ask him wholeheartedly .</w:t>
      </w:r>
      <w:r>
        <w:br/>
      </w:r>
      <w:r>
        <w:rPr>
          <w:sz w:val="20"/>
        </w:rPr>
        <w:t>45:04  Noor Khan ne likha hai Beautifully explained, Jazak Allah. Miss Krot Lein ne Srinagar se likha hai ke Maulana would always say ignore problems and avail opportunities,</w:t>
      </w:r>
      <w:r>
        <w:br/>
      </w:r>
      <w:r>
        <w:rPr>
          <w:sz w:val="20"/>
        </w:rPr>
        <w:t>45:18  Yusuf Alaihi Salam is the best example, rather role model of this practice. He accepted the offer of being on an important post under a mushrik ruler.</w:t>
      </w:r>
      <w:r>
        <w:br/>
      </w:r>
      <w:r>
        <w:rPr>
          <w:sz w:val="20"/>
        </w:rPr>
        <w:t>45:31  He, other than being an honest and able administrator, utilized the opportunity to spread the word of God. Moreover, his honesty, dedication, and urge to serve God's cause turned his dream into a reality.</w:t>
      </w:r>
      <w:r>
        <w:br/>
      </w:r>
      <w:r>
        <w:rPr>
          <w:sz w:val="20"/>
        </w:rPr>
        <w:t>45:47  God is great and bestows his unlimited blessings who displace patience. To Doctor sahib, aakhri sawal yahi hai ke phir jo bhai hain, das bhai, Benjamin ko le kar Misr ki taraf apna travel shuru karte hain.</w:t>
      </w:r>
      <w:r>
        <w:br/>
      </w:r>
      <w:r>
        <w:rPr>
          <w:sz w:val="20"/>
        </w:rPr>
        <w:t>46:05  Aur yaqeenan Doctor sahib, aisa hua hoga ke Prophet Yusuf bohat hi zyada khush hue honge Benjamin ko dekh kar. To is qisse ke baray mein bhi hum sab ko batayein.</w:t>
      </w:r>
      <w:r>
        <w:br/>
      </w:r>
      <w:r>
        <w:rPr>
          <w:sz w:val="20"/>
        </w:rPr>
        <w:t>46:17  To wo saaray bhai nikle, apne saman waghera le ke, oonton ko le ke. Is baar wo gyarah log thay, gyarah oont sath mein thay.</w:t>
      </w:r>
      <w:r>
        <w:br/>
      </w:r>
      <w:r>
        <w:rPr>
          <w:sz w:val="20"/>
        </w:rPr>
        <w:t>46:27  To wo lambay safar ke baad pohanche, aur jaise un ke father ne mashwara diya tha ke ek darwazay se mat dakhil hona, to wo alag alag darwazon se gaye aur seedhe jo store house tha,</w:t>
      </w:r>
      <w:r>
        <w:br/>
      </w:r>
      <w:r>
        <w:rPr>
          <w:sz w:val="20"/>
        </w:rPr>
        <w:t>46:42  grains ka, jahan par grain distribute ho raha tha, sell ho raha tha, wo</w:t>
      </w:r>
      <w:r>
        <w:br/>
      </w:r>
      <w:r>
        <w:rPr>
          <w:sz w:val="20"/>
        </w:rPr>
        <w:t>46:48  un pohanche. To Yusuf Alaihi Salam ne dekha dason bhaiyon ko, aur Benjamin ko bhi dekha sath mein, to foran pehchan gaye.</w:t>
      </w:r>
      <w:r>
        <w:br/>
      </w:r>
      <w:r>
        <w:rPr>
          <w:sz w:val="20"/>
        </w:rPr>
        <w:t>46:58  Halankay bees saal guzar gaye thay, tab to Benjamin chotay rahe honge, saat aath saal ke rahe honge</w:t>
      </w:r>
      <w:r>
        <w:br/>
      </w:r>
      <w:r>
        <w:rPr>
          <w:sz w:val="20"/>
        </w:rPr>
        <w:t>47:05  , ab wo poori tarah se youth. To un ki aankhon mein aansu aa gaye, lekin wo khamoshi se alag ho gaye aur Benjamin ko le ke gaye ek taraf aur kaha ke main tumhara bhai hoon, tum ghamgeen mat ho jo log yeh log tumhare sath karte hain.</w:t>
      </w:r>
      <w:r>
        <w:br/>
      </w:r>
      <w:r>
        <w:rPr>
          <w:sz w:val="20"/>
        </w:rPr>
        <w:t>47:22  Aur kaha ke tum yeh baat un se batana nahi ke main tumhara bhai hoon, main ne yeh baat</w:t>
      </w:r>
      <w:r>
        <w:br/>
      </w:r>
      <w:r>
        <w:rPr>
          <w:sz w:val="20"/>
        </w:rPr>
        <w:t>47:28  batayi hai. To is tareeqay se yeh qissa yahan tak pohancha hai, aur bohat hi sabak آموز baatein hain. Jaise abhi Qurat ul Ain sahibah ne ek point bataya jo bohat hi aham hai ke ek non Muslim ruler ke under reh kar aap kaam kar sakte hain.</w:t>
      </w:r>
      <w:r>
        <w:br/>
      </w:r>
      <w:r>
        <w:rPr>
          <w:sz w:val="20"/>
        </w:rPr>
        <w:t>47:48  Bohat important, bohat hi it's very important point. Yeh log sab is tarah ki baatein karte rehte hain.</w:t>
      </w:r>
      <w:r>
        <w:br/>
      </w:r>
      <w:r>
        <w:rPr>
          <w:sz w:val="20"/>
        </w:rPr>
        <w:t>47:54  To yeh bohat hi acha point hai ke aap kahin bhi hon, aur aap ko wo ijazat bhi de raha hai ruler ke aap da'wati kaam karein.</w:t>
      </w:r>
      <w:r>
        <w:br/>
      </w:r>
      <w:r>
        <w:rPr>
          <w:sz w:val="20"/>
        </w:rPr>
        <w:t>48:04  To hum hamari country mein bhi, hum yahan, hamein koi dikkat nahi hai.</w:t>
      </w:r>
      <w:r>
        <w:br/>
      </w:r>
      <w:r>
        <w:rPr>
          <w:sz w:val="20"/>
        </w:rPr>
        <w:t>48:08  Saray jo jo peaceful kaam hum karte hain, hum kar sakte hain, chahe da'wati kaam ho ya is tarah ka deeni kaam ho, saray mawaqay khule hue hain.</w:t>
      </w:r>
      <w:r>
        <w:br/>
      </w:r>
      <w:r>
        <w:rPr>
          <w:sz w:val="20"/>
        </w:rPr>
        <w:t>48:20  To is ko avail karna chahiye, aur Allah se dua karna chahiye. To bohat hi sabak آموز waqia hai yeh ji, aur ab yeh inshallah aglay session mein umeed hai ke yeh story mukammal ho jayegi.</w:t>
      </w:r>
      <w:r>
        <w:br/>
      </w:r>
      <w:r>
        <w:rPr>
          <w:sz w:val="20"/>
        </w:rPr>
        <w:t>48:35  Inshallah. Doctor sahib, bohat bohat</w:t>
      </w:r>
      <w:r>
        <w:br/>
      </w:r>
      <w:r>
        <w:rPr>
          <w:sz w:val="20"/>
        </w:rPr>
        <w:t>48:37  shukriya, aaj aap ne phir se bohat hi acha session Prophet Yusuf ki zindagi mein. Lekin aap ne bhi bohat achi baatein batayin beech beech mein, jo mujhe bhi is se bohat istefada hua hai.</w:t>
      </w:r>
      <w:r>
        <w:br/>
      </w:r>
      <w:r>
        <w:rPr>
          <w:sz w:val="20"/>
        </w:rPr>
        <w:t>48:47  ji, ji, inshallah. to doctor sahib, bohat bohat shukriya, aur hamein be sabri se intezar rahega agle session ka in</w:t>
      </w:r>
      <w:r>
        <w:br/>
      </w:r>
      <w:r>
        <w:rPr>
          <w:sz w:val="20"/>
        </w:rPr>
        <w:t>48:56  shallah. aur hum logon ne sab ne bohat sabak liye, jis tarah doctor thaanistan khan sahib ne Prophet Yusuf ki zindagi se is ko contemporary level pe link kar ke hum sab logon ko bohat hi achhe se wazeh kiya aur samjhaya.</w:t>
      </w:r>
      <w:r>
        <w:br/>
      </w:r>
      <w:r>
        <w:rPr>
          <w:sz w:val="20"/>
        </w:rPr>
        <w:t>49:10  to hum ne aaj jana ke kaise hum profit yusuf ki zindagi se seekh le sakte hain ke hum aswao al qasas ko kaise ahsan al qasas bana s</w:t>
      </w:r>
      <w:r>
        <w:br/>
      </w:r>
      <w:r>
        <w:rPr>
          <w:sz w:val="20"/>
        </w:rPr>
        <w:t>49:21  akte hain. matlab, worst story ko best story banana hamare hath mein hai. quran ki surah yusuf mein yeh aata hai ke jo shakhs taqwa ikhtiyar kare aur sabr kare to allah is ke ajr ko zaya nahi karte.</w:t>
      </w:r>
      <w:r>
        <w:br/>
      </w:r>
      <w:r>
        <w:rPr>
          <w:sz w:val="20"/>
        </w:rPr>
        <w:t>49:37  agar hum dekhen to allah ne sab logon ke liye best future hi rakha hai, magar woh best future hamein kaise mil sakta hai?</w:t>
      </w:r>
      <w:r>
        <w:br/>
      </w:r>
      <w:r>
        <w:rPr>
          <w:sz w:val="20"/>
        </w:rPr>
        <w:t>49:46  woh hamein tabhi mil sakta hai jab hum zindagi ke test par poora utren. aur yeh test kya hai? hum ne doctor sahib ke teen sessions mein jana ke yeh test wahi hai ke agar aap ko negative situation aaye, difficult situation aaye, ya koi aap se revenge le to hamein us waqt sabr karna hai, hamein allah par bharosa karna hai, aur wahi karna hai jo profit yusuf ne kiya ke poora ka poora allah par daal diya.</w:t>
      </w:r>
      <w:r>
        <w:br/>
      </w:r>
      <w:r>
        <w:rPr>
          <w:sz w:val="20"/>
        </w:rPr>
        <w:t>50:13  yaad rakhiye, allah ke paas dene ke liye kami nahi, magar logon ke deserving candidates banne mein kami hai. to hum yeh dua karte hain ke hum sab log deserving candidates banen, aur hum sab logon ko jannat milay.</w:t>
      </w:r>
      <w:r>
        <w:br/>
      </w:r>
      <w:r>
        <w:rPr>
          <w:sz w:val="20"/>
        </w:rPr>
        <w:t>50:29  ameen. ameen. ameen. aaj ka session yahi khatam karte hain. hum phir lotenge agle sunday saade das baje. thank you.</w:t>
      </w:r>
    </w:p>
    <w:p>
      <w:pPr>
        <w:pStyle w:val="Heading2"/>
      </w:pPr>
      <w:r>
        <w:t>Muslim leaders' different policies for community and family</w:t>
      </w:r>
    </w:p>
    <w:p>
      <w:r>
        <w:rPr>
          <w:color w:val="666666"/>
          <w:sz w:val="18"/>
        </w:rPr>
        <w:t>Ethics &amp; Character · Opportunities of the Modern Age | March 05, 2017 · 1m 53s · at 56:39 · https://youtu.be/Cv8QEwvQ_fY?t=3399</w:t>
      </w:r>
    </w:p>
    <w:p>
      <w:r>
        <w:rPr>
          <w:i/>
        </w:rPr>
        <w:t>“Why have Muslim leaders always adopted a different policy for the community and a different policy for their own family? What is the reason for this?”</w:t>
      </w:r>
    </w:p>
    <w:p>
      <w:r>
        <w:rPr>
          <w:sz w:val="20"/>
        </w:rPr>
        <w:t>56:39  is mein dein ge maulana agla sawal dubai se miss sana ne bheja hai unhon ne likha hai:</w:t>
      </w:r>
      <w:r>
        <w:br/>
      </w:r>
      <w:r>
        <w:rPr>
          <w:sz w:val="20"/>
        </w:rPr>
        <w:t>56:47  "Why these Muslim leaders have always adopted a different policy for the commu"</w:t>
      </w:r>
      <w:r>
        <w:br/>
      </w:r>
      <w:r>
        <w:rPr>
          <w:sz w:val="20"/>
        </w:rPr>
        <w:t>56:54  want to have a different policy for their own family. What is the reason for this?" mein to samajhta</w:t>
      </w:r>
      <w:r>
        <w:br/>
      </w:r>
      <w:r>
        <w:rPr>
          <w:sz w:val="20"/>
        </w:rPr>
        <w:t>57:02  hoon ke yeh sab log jo hain double starter hain yani leadership chalate hain is usool se ke</w:t>
      </w:r>
      <w:r>
        <w:br/>
      </w:r>
      <w:r>
        <w:rPr>
          <w:sz w:val="20"/>
        </w:rPr>
        <w:t>57:10  property mile aur family ko chalate hain is lehaz par ke un ka interest sar ho yani beta</w:t>
      </w:r>
      <w:r>
        <w:br/>
      </w:r>
      <w:r>
        <w:rPr>
          <w:sz w:val="20"/>
        </w:rPr>
        <w:t>57:17  misal ke taur par mere paas ek sahab aaye to woh</w:t>
      </w:r>
      <w:r>
        <w:br/>
      </w:r>
      <w:r>
        <w:rPr>
          <w:sz w:val="20"/>
        </w:rPr>
        <w:t>57:25  liye kehne ke zulm ki baat discrimination ki baat to mein direct jawab nahi diya mein ne un</w:t>
      </w:r>
      <w:r>
        <w:br/>
      </w:r>
      <w:r>
        <w:rPr>
          <w:sz w:val="20"/>
        </w:rPr>
        <w:t>57:32  ka yani yeh matlab un ka ke India mein hamare sath yeh hota woh hota to mein ne</w:t>
      </w:r>
      <w:r>
        <w:br/>
      </w:r>
      <w:r>
        <w:rPr>
          <w:sz w:val="20"/>
        </w:rPr>
        <w:t>57:40  un se poocha ke aap ka beta jo hai kahan parh raha hai aap ka beta kahan parh</w:t>
      </w:r>
      <w:r>
        <w:br/>
      </w:r>
      <w:r>
        <w:rPr>
          <w:sz w:val="20"/>
        </w:rPr>
        <w:t>57:47  raha hai to unhon ne ek hindu school ka naam bataya jabke jamia ke woh zimmedar thay woh</w:t>
      </w:r>
      <w:r>
        <w:br/>
      </w:r>
      <w:r>
        <w:rPr>
          <w:sz w:val="20"/>
        </w:rPr>
        <w:t>57:55  to maine kaha wahan kyun padhate hain aap to unhon ne kaha wahan competition hai aur jamiat mein competition nahi hai to maine kaha apne bachchon ko to aap dalte hain competition mein aur yahan shikayat kar rahe hain to jitne leader hain maine mera tajurba hai ke apni family ke bare mein khoob khoob sincere hote hain woh khoob khoob sincere hote hain lekin jab qaum ki baat ho to ho</w:t>
      </w:r>
      <w:r>
        <w:br/>
      </w:r>
      <w:r>
        <w:rPr>
          <w:sz w:val="20"/>
        </w:rPr>
        <w:t>58:25  ai taqreerein karte hain to yeh sab ke sab mujhe to lagta hai ke double starter hain maulana</w:t>
      </w:r>
    </w:p>
    <w:p>
      <w:pPr>
        <w:pStyle w:val="Heading2"/>
      </w:pPr>
      <w:r>
        <w:t>Muslims who hate Hindu community</w:t>
      </w:r>
    </w:p>
    <w:p>
      <w:r>
        <w:rPr>
          <w:color w:val="666666"/>
          <w:sz w:val="18"/>
        </w:rPr>
        <w:t>Ethics &amp; Character · Importance of Creative Thinking December 11, 2011 · 1m 44s · at 1:25:11 · https://youtu.be/jfML9Arb0S4?t=5111</w:t>
      </w:r>
    </w:p>
    <w:p>
      <w:r>
        <w:rPr>
          <w:i/>
        </w:rPr>
        <w:t>“What would you say about those Muslims who hate the Hindu community?”</w:t>
      </w:r>
    </w:p>
    <w:p>
      <w:r>
        <w:rPr>
          <w:sz w:val="20"/>
        </w:rPr>
        <w:t>1:25:11  Maulana, agla sawal hai Mr Mukarram Hussain Qasmi sahib ka Delhi se. unhon ne likha hai: "jo Musalman Hindu community se nafrat karte hain, un ke baray mein aap kya kahein ge?" woh ek haram feal karte hain.</w:t>
      </w:r>
      <w:r>
        <w:br/>
      </w:r>
      <w:r>
        <w:rPr>
          <w:sz w:val="20"/>
        </w:rPr>
        <w:t>1:25:27  insan se nafrat nahi kar sakte aap. main kisi bhi insan se nafrat, Yahudi se nafrat karna haram hai. nafrat haq nahi hai aap ko nafrat karne ka.</w:t>
      </w:r>
      <w:r>
        <w:br/>
      </w:r>
      <w:r>
        <w:rPr>
          <w:sz w:val="20"/>
        </w:rPr>
        <w:t>1:25:38  hadith mein aata hai ke "la takoon umata" yeh matlab woh nafrat karta ho to bhi nafrat karo. woh zulm karta ho to us ko nafrat karne lago.</w:t>
      </w:r>
      <w:r>
        <w:br/>
      </w:r>
      <w:r>
        <w:rPr>
          <w:sz w:val="20"/>
        </w:rPr>
        <w:t>1:25:46  yeh islam mein jaiz hi nahi hai. na hindu se, na eesai se, na american se, na yahoodi se aap nafrat nahi kar sakte. aap ko agar koi ikhtilaf hai to aap daleel se apni baat kahiye.</w:t>
      </w:r>
      <w:r>
        <w:br/>
      </w:r>
      <w:r>
        <w:rPr>
          <w:sz w:val="20"/>
        </w:rPr>
        <w:t>1:26:01  nafrat ka haq nahi hai aap ko.</w:t>
      </w:r>
      <w:r>
        <w:br/>
      </w:r>
      <w:r>
        <w:rPr>
          <w:sz w:val="20"/>
        </w:rPr>
        <w:t>1:26:06  nafrat ka haq hi nahi hai aap ko kisi se. nafrat to ek shaitani kaam hai. shaitan ko nafrat hui adam se to yeh shaitan ki riwayat chalna hai, nafrat karna.</w:t>
      </w:r>
      <w:r>
        <w:br/>
      </w:r>
      <w:r>
        <w:rPr>
          <w:sz w:val="20"/>
        </w:rPr>
        <w:t>1:26:17  nafrat koi kaam nahi hai ke aap kisi se nafrat karen. aap ko sirf yeh haq hai ke agar aap ko kisi ki rai se ikhtilaf hai to aap us ki daleel dijiye.</w:t>
      </w:r>
      <w:r>
        <w:br/>
      </w:r>
      <w:r>
        <w:rPr>
          <w:sz w:val="20"/>
        </w:rPr>
        <w:t>1:26:28  us ko yani reason se us ko kaat kijiye. us ki nafrat karne ka aap ko right hi nahi hai.</w:t>
      </w:r>
      <w:r>
        <w:br/>
      </w:r>
      <w:r>
        <w:rPr>
          <w:sz w:val="20"/>
        </w:rPr>
        <w:t>1:26:36  bad dua karne ka right hi nahi hai aap ko. ya to dua kijiye ya aap khamosh rahiye. bas yeh koi option nahi hai.</w:t>
      </w:r>
      <w:r>
        <w:br/>
      </w:r>
      <w:r>
        <w:rPr>
          <w:sz w:val="20"/>
        </w:rPr>
        <w:t>1:26:45  mere nazdeek nafrat karna koi option nahi hai. yeh ek shaitani sunnat hai, ek shaitani riwayat hai.</w:t>
      </w:r>
    </w:p>
    <w:p>
      <w:pPr>
        <w:pStyle w:val="Heading2"/>
      </w:pPr>
      <w:r>
        <w:t>Overcoming Natural Weakness of Complaining</w:t>
      </w:r>
    </w:p>
    <w:p>
      <w:r>
        <w:rPr>
          <w:color w:val="666666"/>
          <w:sz w:val="18"/>
        </w:rPr>
        <w:t>Ethics &amp; Character · The Importance of Team Work February 5, 2012 · 2m 46s · at 1:02:34 · https://youtu.be/qBbwznqIqVw?t=3754</w:t>
      </w:r>
    </w:p>
    <w:p>
      <w:r>
        <w:rPr>
          <w:i/>
        </w:rPr>
        <w:t>“There is a natural weakness in humans: when someone hurts them, they become complaining and negative, but this is a killer for a paradise-worthy personality. How can this natural weakness be overcome?”</w:t>
      </w:r>
    </w:p>
    <w:p>
      <w:r>
        <w:rPr>
          <w:sz w:val="20"/>
        </w:rPr>
        <w:t>1:02:34  Maulana, yeh sawal aaya hai Karachi Pakistan se Mr Abdul Lateef ka. unhon ne likha hai: "insan ke sath ek fitri kamzori mojood hai ke use jab kisi se takleef pohanchti hai to woh shikayati aur negative ban jata hai,</w:t>
      </w:r>
      <w:r>
        <w:br/>
      </w:r>
      <w:r>
        <w:rPr>
          <w:sz w:val="20"/>
        </w:rPr>
        <w:t>1:02:53  lekin yeh majaz jannati shakhsiyat ke liye killer hai. Maulana sahib, is fitri kamzori par kis tarah qabu paya jaye?"</w:t>
      </w:r>
      <w:r>
        <w:br/>
      </w:r>
      <w:r>
        <w:rPr>
          <w:sz w:val="20"/>
        </w:rPr>
        <w:t>1:03:05  yeh fitri kamzori ki baat nahi hai, yeh shaitani kamzori ki baat hai.</w:t>
      </w:r>
      <w:r>
        <w:br/>
      </w:r>
      <w:r>
        <w:rPr>
          <w:sz w:val="20"/>
        </w:rPr>
        <w:t>1:03:11  agar fitri kamzori ho to yahi kamzori kya ho jaye gi? apne beta beti ke liye nahi hoti? agar yeh cheez fitrat mein shamil hai to bete beta beti ke muamle mein aisa kyun nahi hota?</w:t>
      </w:r>
      <w:r>
        <w:br/>
      </w:r>
      <w:r>
        <w:rPr>
          <w:sz w:val="20"/>
        </w:rPr>
        <w:t>1:03:28  aaj hi mujhe telephone aaya tha ek sahib ka,</w:t>
      </w:r>
      <w:r>
        <w:br/>
      </w:r>
      <w:r>
        <w:rPr>
          <w:sz w:val="20"/>
        </w:rPr>
        <w:t>1:03:31  unhon ne bataya ke ek sahib thay, un ka apne bete se shikayat thi, panch saal se, panch saal se bete se un se bohat shikayaten chal rahi theen.</w:t>
      </w:r>
      <w:r>
        <w:br/>
      </w:r>
      <w:r>
        <w:rPr>
          <w:sz w:val="20"/>
        </w:rPr>
        <w:t>1:03:44  phir hamare ek saathi hain, unhon ne samjhaya bete ko ke ja kar muafi mango. to us ne ja kar ke muafi mangi apne maa baap se.</w:t>
      </w:r>
      <w:r>
        <w:br/>
      </w:r>
      <w:r>
        <w:rPr>
          <w:sz w:val="20"/>
        </w:rPr>
        <w:t>1:03:55  isi waqt kya hua ke baap aur maa dono ronay lagay, aur baap ne bete ko galay laga liya ke sab baat khatam.</w:t>
      </w:r>
      <w:r>
        <w:br/>
      </w:r>
      <w:r>
        <w:rPr>
          <w:sz w:val="20"/>
        </w:rPr>
        <w:t>1:04:06  fitri kamzori woh kahi jaye gi jo apne beta beti ke muamle mein bhi zahir ho, nahi ho jaye to woh shaitani kamzori kahi jaye gi.</w:t>
      </w:r>
      <w:r>
        <w:br/>
      </w:r>
      <w:r>
        <w:rPr>
          <w:sz w:val="20"/>
        </w:rPr>
        <w:t>1:04:16  yani shaitani kamzori ko ek khoobsurat naam dena hai. yeh</w:t>
      </w:r>
      <w:r>
        <w:br/>
      </w:r>
      <w:r>
        <w:rPr>
          <w:sz w:val="20"/>
        </w:rPr>
        <w:t>1:04:21  shaitani kamzori ka matlab hai ke aadmi shaitan ke hamlay ka shikar hua, shaitan ke hamlay ka shikar hua, aur wajah kya bata raha hai?</w:t>
      </w:r>
      <w:r>
        <w:br/>
      </w:r>
      <w:r>
        <w:rPr>
          <w:sz w:val="20"/>
        </w:rPr>
        <w:t>1:04:34  fitri kamzori, Khuda pe daal raha hai. woh fitri kamzori fitrat kis ne paida ki hai? fitrat ke paida karne wala kaun hai? yani ke Khuda hai.</w:t>
      </w:r>
      <w:r>
        <w:br/>
      </w:r>
      <w:r>
        <w:rPr>
          <w:sz w:val="20"/>
        </w:rPr>
        <w:t>1:04:47  to amalan to yeh hua ke aadmi shaitan ke hamlay ka shikar hua, aur uska</w:t>
      </w:r>
      <w:r>
        <w:br/>
      </w:r>
      <w:r>
        <w:rPr>
          <w:sz w:val="20"/>
        </w:rPr>
        <w:t>1:04:57  uska ilzam kis par de raha hai? Khuda par de raha hai, naoozubillah. yeh sab baaten sada nahi hain. yeh sab waqt aye ga maut ke baad, akhirat mein, hashar ke maidan mein, jab un ka tajziya kiya jaye.</w:t>
      </w:r>
      <w:r>
        <w:br/>
      </w:r>
      <w:r>
        <w:rPr>
          <w:sz w:val="20"/>
        </w:rPr>
        <w:t>1:05:09  yeh koi sada baat nahi hai.</w:t>
      </w:r>
      <w:r>
        <w:br/>
      </w:r>
      <w:r>
        <w:rPr>
          <w:sz w:val="20"/>
        </w:rPr>
        <w:t>1:05:14  bohat hi zyada serious baat hai, bohat zyada sangin baat hai.</w:t>
      </w:r>
    </w:p>
    <w:p>
      <w:pPr>
        <w:pStyle w:val="Heading2"/>
      </w:pPr>
      <w:r>
        <w:t>Patience vs responding to oppression</w:t>
      </w:r>
    </w:p>
    <w:p>
      <w:r>
        <w:rPr>
          <w:color w:val="666666"/>
          <w:sz w:val="18"/>
        </w:rPr>
        <w:t>Ethics &amp; Character · Patience and Crisis 22 Dec 2019 - Maulana Wahiduddin Khan · 1m 30s · at 46:05 · https://youtu.be/ddnUKbhEoCI?t=2765</w:t>
      </w:r>
    </w:p>
    <w:p>
      <w:r>
        <w:rPr>
          <w:i/>
        </w:rPr>
        <w:t>“If we practice patience and do not react, oppressors will get encouraged and think we have surrendered. Why should we not respond when wrong is done to our community? We are not cowards.”</w:t>
      </w:r>
    </w:p>
    <w:p>
      <w:r>
        <w:rPr>
          <w:sz w:val="20"/>
        </w:rPr>
        <w:t>46:05  jazak allah Maulana for emphasizing the importance of patience." Maulana agla ah sawal ah bheja hai Kanpur se Jamshed Ali sahib ne.</w:t>
      </w:r>
      <w:r>
        <w:br/>
      </w:r>
      <w:r>
        <w:rPr>
          <w:sz w:val="20"/>
        </w:rPr>
        <w:t>46:19  unhon ne likha hai: "Maulana my simple question to you that if we do sabr and do not react, then the oppressors would get more encouraged and we will think that we have surrendered and we do not have any objection on their committing injustices on us.</w:t>
      </w:r>
      <w:r>
        <w:br/>
      </w:r>
      <w:r>
        <w:rPr>
          <w:sz w:val="20"/>
        </w:rPr>
        <w:t>46:41  why should we not respond when something wrong is being done on our community? we are not cowards." yani apni community aur doosri community yeh yeh koi insani soch hai.</w:t>
      </w:r>
      <w:r>
        <w:br/>
      </w:r>
      <w:r>
        <w:rPr>
          <w:sz w:val="20"/>
        </w:rPr>
        <w:t>46:57  har community hamari community hai, har insan hamara bhai hai, har har family hamari family hai. yeh community mein baantna yeh to hamari samajh hai.</w:t>
      </w:r>
      <w:r>
        <w:br/>
      </w:r>
      <w:r>
        <w:rPr>
          <w:sz w:val="20"/>
        </w:rPr>
        <w:t>47:11  is se oopar uth ke sochiye, is se oopar uth ke jeene wale baniye.</w:t>
      </w:r>
      <w:r>
        <w:br/>
      </w:r>
      <w:r>
        <w:rPr>
          <w:sz w:val="20"/>
        </w:rPr>
        <w:t>47:23  Peshawar se Muhammad Tufail sahib ne likha hai: "yeh yeh jo yani my community right or wrong, yeh to hawani soch hai." haan farmayiye.</w:t>
      </w:r>
    </w:p>
    <w:p>
      <w:pPr>
        <w:pStyle w:val="Heading2"/>
      </w:pPr>
      <w:r>
        <w:t>Peace seen as weakness, respond aggressively?</w:t>
      </w:r>
    </w:p>
    <w:p>
      <w:r>
        <w:rPr>
          <w:color w:val="666666"/>
          <w:sz w:val="18"/>
        </w:rPr>
        <w:t>Ethics &amp; Character · Problem of Dajjal 29 sept, 2019 - Maulana Wahiduddin Khan · 6m 31s · at 47:40 · https://youtu.be/PL-Kv-sE68w?t=2860</w:t>
      </w:r>
    </w:p>
    <w:p>
      <w:r>
        <w:rPr>
          <w:i/>
        </w:rPr>
        <w:t>“If you talk peace, people consider you weak and try to take advantage. Why should we Muslims let non-Muslims see us as weak? We are not weak, and we should respond aggressively, an eye for an eye.”</w:t>
      </w:r>
    </w:p>
    <w:p>
      <w:r>
        <w:rPr>
          <w:sz w:val="20"/>
        </w:rPr>
        <w:t>47:40  some students have asked me to convey their salam to you. Jazakumullah. Maulana, agla sawal lena chahenge.</w:t>
      </w:r>
      <w:r>
        <w:br/>
      </w:r>
      <w:r>
        <w:rPr>
          <w:sz w:val="20"/>
        </w:rPr>
        <w:t>47:49  yeh sawal bheja hai hameed ansari sahab ne kanpur se. Unhone likha hai: "maulana, if you talk peace, then people consider you weak, and they try to take advantage of you.</w:t>
      </w:r>
      <w:r>
        <w:br/>
      </w:r>
      <w:r>
        <w:rPr>
          <w:sz w:val="20"/>
        </w:rPr>
        <w:t>48:04  why should we muslims let non muslims take us as weak? We are not weak, and we should give them response aggressively, and i for an i.</w:t>
      </w:r>
      <w:r>
        <w:br/>
      </w:r>
      <w:r>
        <w:rPr>
          <w:sz w:val="20"/>
        </w:rPr>
        <w:t>48:15  Maulana, you should not talk about peace as time for peace is over."</w:t>
      </w:r>
      <w:r>
        <w:br/>
      </w:r>
      <w:r>
        <w:rPr>
          <w:sz w:val="20"/>
        </w:rPr>
        <w:t>48:21  bhai, dekhiye, aap jab islam ki</w:t>
      </w:r>
      <w:r>
        <w:br/>
      </w:r>
      <w:r>
        <w:rPr>
          <w:sz w:val="20"/>
        </w:rPr>
        <w:t>48:28  boli bolte hain, islam ka ke aap</w:t>
      </w:r>
      <w:r>
        <w:br/>
      </w:r>
      <w:r>
        <w:rPr>
          <w:sz w:val="20"/>
        </w:rPr>
        <w:t>48:33  wakeel banay hue hon, to aap jante hain ke "tak tofeeq amrain" hadith mein aata hai, us ne</w:t>
      </w:r>
      <w:r>
        <w:br/>
      </w:r>
      <w:r>
        <w:rPr>
          <w:sz w:val="20"/>
        </w:rPr>
        <w:t>48:41  farmaya ke do basic cheezen chori hain, mein ne quran aur sunnat.</w:t>
      </w:r>
      <w:r>
        <w:br/>
      </w:r>
      <w:r>
        <w:rPr>
          <w:sz w:val="20"/>
        </w:rPr>
        <w:t>48:48  to koi bhi baat aap kahein to aap ko pehle sab se yeh karna parega ke quran aur sunnat pe reference batana parega, nahi to aap ki baat invalid ho jayegi.</w:t>
      </w:r>
      <w:r>
        <w:br/>
      </w:r>
      <w:r>
        <w:rPr>
          <w:sz w:val="20"/>
        </w:rPr>
        <w:t>49:01  aap bahar se jo bol rahe hain, us se koi kuch sabit nahi, us se kuch kuch hota nahi. Aap ko kehna parega ke quran mein dekho, likha hai "nafs shariat al islam, hukm dawlat al islam".</w:t>
      </w:r>
      <w:r>
        <w:br/>
      </w:r>
      <w:r>
        <w:rPr>
          <w:sz w:val="20"/>
        </w:rPr>
        <w:t>49:15  yeh kahan hai? Woh alfaaz kahan hain jo aap ko aap ke source ko saheeh batate hon?</w:t>
      </w:r>
      <w:r>
        <w:br/>
      </w:r>
      <w:r>
        <w:rPr>
          <w:sz w:val="20"/>
        </w:rPr>
        <w:t>49:25  kahan hain woh? Woh lafzi nahi, saare quran mein kahin hain. Saare quran mein yeh hai: "aye logon, allah se daro!</w:t>
      </w:r>
      <w:r>
        <w:br/>
      </w:r>
      <w:r>
        <w:rPr>
          <w:sz w:val="20"/>
        </w:rPr>
        <w:t>49:33  aye logon, allah se mohabbat karo! Aye logon, allah ke ahkam ko follow karo! Aye logon, allah ke ko apna concern</w:t>
      </w:r>
      <w:r>
        <w:br/>
      </w:r>
      <w:r>
        <w:rPr>
          <w:sz w:val="20"/>
        </w:rPr>
        <w:t>49:43  banao!" Yeh to koi hai hi nahi. Saare quran mein, hadith mein ke logon se political jhande chheno aur un ke takht chheno, iqtadar ki kurjiyan chheno aur hukumat qaim karo.</w:t>
      </w:r>
      <w:r>
        <w:br/>
      </w:r>
      <w:r>
        <w:rPr>
          <w:sz w:val="20"/>
        </w:rPr>
        <w:t>49:56  yeh kahan hai? Bhai, iqtadar ki kurjiyan chheno, yeh kahan hai? Yeh to kisi writer ki insha bardari mein hai.</w:t>
      </w:r>
      <w:r>
        <w:br/>
      </w:r>
      <w:r>
        <w:rPr>
          <w:sz w:val="20"/>
        </w:rPr>
        <w:t>50:09  iqtadar ki kurjiyan chheno, yeh writer ki insha bardari hai, yeh quran o hadith mein kahin nahi hai. Maulana, shakeel khan sahab ne gwalior se bheja hai question.</w:t>
      </w:r>
      <w:r>
        <w:br/>
      </w:r>
      <w:r>
        <w:rPr>
          <w:sz w:val="20"/>
        </w:rPr>
        <w:t>50:20  unhone likha hai: "maulana, i want, i want to say that i was into the same thinking of political interpretation, but after reading your books, i discovered the real islam.</w:t>
      </w:r>
      <w:r>
        <w:br/>
      </w:r>
      <w:r>
        <w:rPr>
          <w:sz w:val="20"/>
        </w:rPr>
        <w:t>50:33  today, i am against my family and friends who are still living in the political mind set. Maulana, i want to know from you that will the problem of muslims all over the world will end if they give up on political interpretation of islam.</w:t>
      </w:r>
      <w:r>
        <w:br/>
      </w:r>
      <w:r>
        <w:rPr>
          <w:sz w:val="20"/>
        </w:rPr>
        <w:t>50:52  is this the final solution to the present state of muslims?" Dekhiye, mein ya quran ya hadith kabhi yeh nahi kehte ke tumhara sara masla hal ho jayega.</w:t>
      </w:r>
      <w:r>
        <w:br/>
      </w:r>
      <w:r>
        <w:rPr>
          <w:sz w:val="20"/>
        </w:rPr>
        <w:t>51:06  mein chahta hoon ke yeh jannat milegi, allah razi hoga. Aap sahaba kiram ki jamaat mein shamil honge, rasool allah ke saathi banenge.</w:t>
      </w:r>
      <w:r>
        <w:br/>
      </w:r>
      <w:r>
        <w:rPr>
          <w:sz w:val="20"/>
        </w:rPr>
        <w:t>51:15  yeh mein ne kab kaha ke masla hal ho jayega? Masla yaad rakhein, kabhi hal hone wala hi nahi hai. Yeh impossible hai ke dunya masail free ban jaye, woh ho hi nahi sakta,</w:t>
      </w:r>
      <w:r>
        <w:br/>
      </w:r>
      <w:r>
        <w:rPr>
          <w:sz w:val="20"/>
        </w:rPr>
        <w:t>51:29  kyun ke masail na rahenge to challenge kahan rahega? Challenge to baqi rehna chahiye. To rasool allah ne ya islam ne kabhi yeh nahi kaha ke aye logon, meri baat mano to masail hal ho jayenge.</w:t>
      </w:r>
      <w:r>
        <w:br/>
      </w:r>
      <w:r>
        <w:rPr>
          <w:sz w:val="20"/>
        </w:rPr>
        <w:t>51:42  yeh kahan hai? Yeh yeh to kisi ke banawati alfaaz hain. Nahi, allah razi hoga, jannat milegi, sahaba ki jamaaton ko hasil hogi, rasool allah ke saathi banoge.</w:t>
      </w:r>
      <w:r>
        <w:br/>
      </w:r>
      <w:r>
        <w:rPr>
          <w:sz w:val="20"/>
        </w:rPr>
        <w:t>51:55  yeh kaha.</w:t>
      </w:r>
      <w:r>
        <w:br/>
      </w:r>
      <w:r>
        <w:rPr>
          <w:sz w:val="20"/>
        </w:rPr>
        <w:t>52:01  ah molana, ek sawal hamare zehn mein bhi aa raha hai, ah aur hum ne yeh khud direct experience bhi kiya hai jab aap ke sath travel kiya hai ya logon se interaction kiya hai ke aap hamesha se political interpretation ko aap demolish karte rahe hain.</w:t>
      </w:r>
      <w:r>
        <w:br/>
      </w:r>
      <w:r>
        <w:rPr>
          <w:sz w:val="20"/>
        </w:rPr>
        <w:t>52:17  lekin aksar jo un ke followers hain, jin logon ne yeh political interpretation diya, un followers ka yeh hamesha accusation raha aap ki taraf ke aap un ke founders pe personal attack karte hain.</w:t>
      </w:r>
      <w:r>
        <w:br/>
      </w:r>
      <w:r>
        <w:rPr>
          <w:sz w:val="20"/>
        </w:rPr>
        <w:t>52:30  jaise Maulana Abu Al-Ala Maududi ko agar lein to Jamaat-e-Islami ke log aksar yeh samajhte hain ke aap ka attack political interpretation nahi, un par hai.</w:t>
      </w:r>
      <w:r>
        <w:br/>
      </w:r>
      <w:r>
        <w:rPr>
          <w:sz w:val="20"/>
        </w:rPr>
        <w:t>52:41  to is ko agar aap wazeh karein, Maulana, yeh jhoot hai, jhoot hai, jhoot hai. Meri mizaj mein bohat hi scientist, scientist mizaj ka aadmi hoon.</w:t>
      </w:r>
      <w:r>
        <w:br/>
      </w:r>
      <w:r>
        <w:rPr>
          <w:sz w:val="20"/>
        </w:rPr>
        <w:t>52:51  personal attack mein karta hi nahi, karta hi nahi, karta hi nahi. Aap koi bhi dikha dijiye, koi bhi tehreer, personal attack ka tareeqa hi nahi hai.</w:t>
      </w:r>
      <w:r>
        <w:br/>
      </w:r>
      <w:r>
        <w:rPr>
          <w:sz w:val="20"/>
        </w:rPr>
        <w:t>53:03  mein ek scientist, scientific mind ka aadmi hoon. Yeh jhoot hai. Kon kon pesh kar sakta hai? Koi meri aisi tehreer jis mein personal attack maine kiya ho?</w:t>
      </w:r>
      <w:r>
        <w:br/>
      </w:r>
      <w:r>
        <w:rPr>
          <w:sz w:val="20"/>
        </w:rPr>
        <w:t>53:14  mein nazariya, nazariye ka jo theory hai, us ka tajziya karta hoon, us ka analysis karta hoon.</w:t>
      </w:r>
      <w:r>
        <w:br/>
      </w:r>
      <w:r>
        <w:rPr>
          <w:sz w:val="20"/>
        </w:rPr>
        <w:t>53:24  personal attack karna mere liye bilkul ahmaqana baat hai.</w:t>
      </w:r>
      <w:r>
        <w:br/>
      </w:r>
      <w:r>
        <w:rPr>
          <w:sz w:val="20"/>
        </w:rPr>
        <w:t>53:31  Maulana, to aap ka kya message rahega in sab logon ke liye, khaas kar Jamaat-e-Islami ke logon ke liye? Yahi message rahega ke tum Quran ka hawala do, hukm-e-doulat-e-Islam kahan hai?</w:t>
      </w:r>
      <w:r>
        <w:br/>
      </w:r>
      <w:r>
        <w:rPr>
          <w:sz w:val="20"/>
        </w:rPr>
        <w:t>53:47  hukm-e-doulat-e-Islam kahan hai? Jahan bhi hai ke pervi karo Allah ke ahkam ki, yeh pervi karo, nizam qaim karo, yeh kahin hai hi nahi.</w:t>
      </w:r>
      <w:r>
        <w:br/>
      </w:r>
      <w:r>
        <w:rPr>
          <w:sz w:val="20"/>
        </w:rPr>
        <w:t>54:00  yeh jhoot mere upar lagate hain ke mein attack karta hoon, attack maine kabhi kiya hi nahi, mera tareeqa nahi attack karna, personal attack karna.</w:t>
      </w:r>
    </w:p>
    <w:p>
      <w:pPr>
        <w:pStyle w:val="Heading2"/>
      </w:pPr>
      <w:r>
        <w:t>Peace, patience and levels of faith</w:t>
      </w:r>
    </w:p>
    <w:p>
      <w:r>
        <w:rPr>
          <w:color w:val="666666"/>
          <w:sz w:val="18"/>
        </w:rPr>
        <w:t>Ethics &amp; Character · The Character of a Dayee 4 March 2012 - Maulana Wahiduddin Khan · 6m 01s · at 1:05:46 · https://youtu.be/YtavJpVNbEM?t=3946</w:t>
      </w:r>
    </w:p>
    <w:p>
      <w:r>
        <w:rPr>
          <w:i/>
        </w:rPr>
        <w:t>“Maulana, as you suggest, the best formula for universal peace is to have patience and forbearance for anything wrong happening around. It means we should avoid to react and retaliate against anything which is wrong. But this kind of act comes under the third lowest level of Iman, as the third level of Iman is to feel bad in the heart about anything wrong happening in front of our eyes. I understand that level one of Iman will be applicable in the case of Islamic rule. That is you stop the thing forcefully which is wrong, but can't we at least speak and tell the people in a peaceful manner?”</w:t>
      </w:r>
    </w:p>
    <w:p>
      <w:r>
        <w:rPr>
          <w:sz w:val="20"/>
        </w:rPr>
        <w:t>1:05:46  maulana, agla sawal aaya hai dilli se mr. shahnawaz zafar sahib ka. unhon ne likha hai: "maulana sahib, as you suggest, the best formula for universal peace is to have patience and sabr for anything wrong happening around.</w:t>
      </w:r>
      <w:r>
        <w:br/>
      </w:r>
      <w:r>
        <w:rPr>
          <w:sz w:val="20"/>
        </w:rPr>
        <w:t>1:06:05  it means we should avoid to react or retaliate against anything which is wrong. but this kind of act comes under the third lowest level of imaan, as the third level of imaan is to feel bad in our heart about anything wrong happening in front of our eyes.</w:t>
      </w:r>
      <w:r>
        <w:br/>
      </w:r>
      <w:r>
        <w:rPr>
          <w:sz w:val="20"/>
        </w:rPr>
        <w:t>1:06:27  i understand that level one of imaan will be applicable in the case of Islamic rule. that is you stop the thing forcefully which is wrong, but can't we at least speak and tell the people in a peaceful manner that what you are doing is wrong, and it comes under level two of imaan.</w:t>
      </w:r>
      <w:r>
        <w:br/>
      </w:r>
      <w:r>
        <w:rPr>
          <w:sz w:val="20"/>
        </w:rPr>
        <w:t>1:06:48  similarly, any peaceful protest for a valid reason of wrong activity comes under the level two of imaan.</w:t>
      </w:r>
      <w:r>
        <w:br/>
      </w:r>
      <w:r>
        <w:rPr>
          <w:sz w:val="20"/>
        </w:rPr>
        <w:t>1:06:58  can you please explain how to fit ourselves in imaan categories in today's scenario? we should scale our imaan, keeping in mind the result of what.</w:t>
      </w:r>
      <w:r>
        <w:br/>
      </w:r>
      <w:r>
        <w:rPr>
          <w:sz w:val="20"/>
        </w:rPr>
        <w:t>1:07:09  kindly advice.</w:t>
      </w:r>
      <w:r>
        <w:br/>
      </w:r>
      <w:r>
        <w:rPr>
          <w:sz w:val="20"/>
        </w:rPr>
        <w:t>1:07:15  is hadith ka is se koi ta'alluq nahin jis zamanay mein liya hai aap ne is ko. yeh political protest aur political hungama is ka kya ta'alluq is hadith se?</w:t>
      </w:r>
      <w:r>
        <w:br/>
      </w:r>
      <w:r>
        <w:rPr>
          <w:sz w:val="20"/>
        </w:rPr>
        <w:t>1:07:26  dekhiye, daily life jo hamari hai, is se ta'alluq hai. daily life is ka kuch bhi party se koi ta'alluq nahin hai.</w:t>
      </w:r>
      <w:r>
        <w:br/>
      </w:r>
      <w:r>
        <w:rPr>
          <w:sz w:val="20"/>
        </w:rPr>
        <w:t>1:07:34  yeh jo hungaame ho rahe hain muslim mulkon mein parties ko le kar ke, woh to bilkul haraam kaam hai. haraam, is mein koi shakk hi nahin.</w:t>
      </w:r>
      <w:r>
        <w:br/>
      </w:r>
      <w:r>
        <w:rPr>
          <w:sz w:val="20"/>
        </w:rPr>
        <w:t>1:07:44  yeh jo hai daily life mein,</w:t>
      </w:r>
      <w:r>
        <w:br/>
      </w:r>
      <w:r>
        <w:rPr>
          <w:sz w:val="20"/>
        </w:rPr>
        <w:t>1:07:50  kya agar is mein yeh yeh unhon ne galat kaha hai? yeh ke force kar diya, is ko khatm karte hain. hum matlab nahin, is bi-ghair-e-istita'at humein is mein koshish karna chahiye.</w:t>
      </w:r>
      <w:r>
        <w:br/>
      </w:r>
      <w:r>
        <w:rPr>
          <w:sz w:val="20"/>
        </w:rPr>
        <w:t>1:08:02  is mein istita'at to daily life mein aap jab kahin dekhen, koi cheez</w:t>
      </w:r>
      <w:r>
        <w:br/>
      </w:r>
      <w:r>
        <w:rPr>
          <w:sz w:val="20"/>
        </w:rPr>
        <w:t>1:08:11  burai ki, daily life mein</w:t>
      </w:r>
      <w:r>
        <w:br/>
      </w:r>
      <w:r>
        <w:rPr>
          <w:sz w:val="20"/>
        </w:rPr>
        <w:t>1:08:16  chahe ghar mein ya ghar ke bahar, to wahan humein yeh karna hai ke agar hum mana karte hain, ba-qadar hon to mana karen.</w:t>
      </w:r>
      <w:r>
        <w:br/>
      </w:r>
      <w:r>
        <w:rPr>
          <w:sz w:val="20"/>
        </w:rPr>
        <w:t>1:08:28  lekin mana karne par jhagda barhta ho to hum is ke liye dua karen.</w:t>
      </w:r>
      <w:r>
        <w:br/>
      </w:r>
      <w:r>
        <w:rPr>
          <w:sz w:val="20"/>
        </w:rPr>
        <w:t>1:08:36  dil mein is mein hai ke fa-bi-qalbi ke ma'ani hain ke is ke liye dua karna. is ka harghiz yeh matlab nahin hai ke aap is ke burai khatm karne par khare ho jaayen, protest karne aur naya blood shed ho, naya khoon kharaba ho.</w:t>
      </w:r>
      <w:r>
        <w:br/>
      </w:r>
      <w:r>
        <w:rPr>
          <w:sz w:val="20"/>
        </w:rPr>
        <w:t>1:08:54  jo kehte hain counter productive, wo to haram hai. islam mein haram. sab se pehle aap ko dekhna parega ke jo situation hai, kya wo situation mere qabu ki hai?</w:t>
      </w:r>
      <w:r>
        <w:br/>
      </w:r>
      <w:r>
        <w:rPr>
          <w:sz w:val="20"/>
        </w:rPr>
        <w:t>1:09:06  wohan positive role kar sakta hoon mein? nahi to chup chap ja ke masjid ja ke dua kijiye.</w:t>
      </w:r>
      <w:r>
        <w:br/>
      </w:r>
      <w:r>
        <w:rPr>
          <w:sz w:val="20"/>
        </w:rPr>
        <w:t>1:09:13  yeh to bilkul haram hai ke aap karne ki position mein nahi hain. aap jhanda le ke khare ho jayen aur is ke baad goliyan chalen aur bomb barsen aur log maren kathen.</w:t>
      </w:r>
      <w:r>
        <w:br/>
      </w:r>
      <w:r>
        <w:rPr>
          <w:sz w:val="20"/>
        </w:rPr>
        <w:t>1:09:21  yeh yeh is ka is hadith se is ka koi talluq nahi. wo to super haram hai, bilashuba. jo aaj kal ho raha hai musalmanon mein jagah jagah, yeh sab haram hai.</w:t>
      </w:r>
      <w:r>
        <w:br/>
      </w:r>
      <w:r>
        <w:rPr>
          <w:sz w:val="20"/>
        </w:rPr>
        <w:t>1:09:31  haram, is ka is ko hadith se koi talluq nahi.</w:t>
      </w:r>
      <w:r>
        <w:br/>
      </w:r>
      <w:r>
        <w:rPr>
          <w:sz w:val="20"/>
        </w:rPr>
        <w:t>1:09:34  hadith mein hai ke peaceful tareeqe se, result oriented tareeqe se, baqt istitaat aap agar kisi burai ke bare mein kuch kar sakte hain to kijiye.</w:t>
      </w:r>
      <w:r>
        <w:br/>
      </w:r>
      <w:r>
        <w:rPr>
          <w:sz w:val="20"/>
        </w:rPr>
        <w:t>1:09:46  nahi to chup chup chap ja ke masjid mein dua kijiye. aur political protest ka to hergiz hergiz talluq nahi is se. is hadith se</w:t>
      </w:r>
      <w:r>
        <w:br/>
      </w:r>
      <w:r>
        <w:rPr>
          <w:sz w:val="20"/>
        </w:rPr>
        <w:t>1:09:55  bilkul is ka talluq nahi. mein is ko political protest ko haram samajhta hoon. is is liye haram samajhta hoon ke sahaba ne kabhi aisa kiya nahi, rasool Allah ne kabhi aisa kiya nahi.</w:t>
      </w:r>
      <w:r>
        <w:br/>
      </w:r>
      <w:r>
        <w:rPr>
          <w:sz w:val="20"/>
        </w:rPr>
        <w:t>1:10:05  makkah mein wo sab masail maujood the jis ko le kar kaha ke political protest kiya jata hai,</w:t>
      </w:r>
      <w:r>
        <w:br/>
      </w:r>
      <w:r>
        <w:rPr>
          <w:sz w:val="20"/>
        </w:rPr>
        <w:t>1:10:11  opposition kya thi. wo rasool Allah ne aisa nahi kiya. is wajah se mein is ko haram kehta hoon. yani opposition ke jo tareeqe aaj kal chal rahe hain duniya mein, rights ko le kar ke aur political demand ko le kar, wo sab ke asbab maujood the makkah mein.</w:t>
      </w:r>
      <w:r>
        <w:br/>
      </w:r>
      <w:r>
        <w:rPr>
          <w:sz w:val="20"/>
        </w:rPr>
        <w:t>1:10:28  rasool Allah ne nahi kaha is ko. to musalman karte hain to is ko feal haram karte hain.</w:t>
      </w:r>
      <w:r>
        <w:br/>
      </w:r>
      <w:r>
        <w:rPr>
          <w:sz w:val="20"/>
        </w:rPr>
        <w:t>1:10:33  mujhe zara bhi is mein shakk nahi ke haram hai. yeh jo hadith mein hai, wo sirf yeh hai ke rozmarra ki zindagi mein, ghar ke andar, ghar ke bahar, aap logon ko naseehat karen.</w:t>
      </w:r>
      <w:r>
        <w:br/>
      </w:r>
      <w:r>
        <w:rPr>
          <w:sz w:val="20"/>
        </w:rPr>
        <w:t>1:10:45  koi baat dekha hai to naseehat karen, bashart ke aap ko</w:t>
      </w:r>
      <w:r>
        <w:br/>
      </w:r>
      <w:r>
        <w:rPr>
          <w:sz w:val="20"/>
        </w:rPr>
        <w:t>1:10:50  wohan par baat aur bigadne ka andesha na ho. misaal ke taur par dekhiye, masjidon mein ek ek ek imam phat ke masjid mein aa gaya.</w:t>
      </w:r>
      <w:r>
        <w:br/>
      </w:r>
      <w:r>
        <w:rPr>
          <w:sz w:val="20"/>
        </w:rPr>
        <w:t>1:11:01  aap ka khayal hai ke imam jo hai galat imam hai? to kya karte hain? muqtadi is ka hungama khara karte hain. is ke phir namaz najayaz hai. yeh bilkul galat kaam hai.</w:t>
      </w:r>
      <w:r>
        <w:br/>
      </w:r>
      <w:r>
        <w:rPr>
          <w:sz w:val="20"/>
        </w:rPr>
        <w:t>1:11:10  yeh</w:t>
      </w:r>
      <w:r>
        <w:br/>
      </w:r>
      <w:r>
        <w:rPr>
          <w:sz w:val="20"/>
        </w:rPr>
        <w:t>1:11:12  aap ko sirf yeh haq hai ke muqtadiyon se kahin ke yeh imam sahi nahi hai to aur hum imam ko badal len. narmi se kahin, agar muqtadi tayar is ke nahi hain to chup chap se aap namaz parh ke chale jaiye.</w:t>
      </w:r>
      <w:r>
        <w:br/>
      </w:r>
      <w:r>
        <w:rPr>
          <w:sz w:val="20"/>
        </w:rPr>
        <w:t>1:11:26  aur kuch aap ko haq nahi kuch karne ka.</w:t>
      </w:r>
      <w:r>
        <w:br/>
      </w:r>
      <w:r>
        <w:rPr>
          <w:sz w:val="20"/>
        </w:rPr>
        <w:t>1:11:30  to khamosh aur result oriented naseehat is se murad hai. bas is se zyada kuch nahi. result oriented naseehat, is se zyada kuch nahi.</w:t>
      </w:r>
      <w:r>
        <w:br/>
      </w:r>
      <w:r>
        <w:rPr>
          <w:sz w:val="20"/>
        </w:rPr>
        <w:t>1:11:43  yani result oriented counseling. is hadith mein</w:t>
      </w:r>
    </w:p>
    <w:p>
      <w:pPr>
        <w:pStyle w:val="Heading2"/>
      </w:pPr>
      <w:r>
        <w:t>Permissibility of organ donation</w:t>
      </w:r>
    </w:p>
    <w:p>
      <w:r>
        <w:rPr>
          <w:color w:val="666666"/>
          <w:sz w:val="18"/>
        </w:rPr>
        <w:t>Ethics &amp; Character · Purpose of Human Life February 12, 2012 Maulana Wahiduddin Khan · 2m 18s · at 1:18:38 · https://youtu.be/gRupSXuak-w?t=4718</w:t>
      </w:r>
    </w:p>
    <w:p>
      <w:r>
        <w:rPr>
          <w:i/>
        </w:rPr>
        <w:t>“Is donation of blood, eye, and kidney permissible in Islam?”</w:t>
      </w:r>
    </w:p>
    <w:p>
      <w:r>
        <w:rPr>
          <w:sz w:val="20"/>
        </w:rPr>
        <w:t>1:18:38  Ji Maulana, agla sawal aaya hai Jalgaon se Mr. Sheikh Abdul Rafiq sahib ka. Unhon ne aap se poocha hai ke kya donation of blood eye and kidney is it permissible in Islam</w:t>
      </w:r>
      <w:r>
        <w:br/>
      </w:r>
      <w:r>
        <w:rPr>
          <w:sz w:val="20"/>
        </w:rPr>
        <w:t>1:18:53  ? Bilkul permissible hai. Is mein koi, is mein, is mein koi sawal yeh nahi ke is mein permissible na ho. Jo log fatwa dete hain, woh kuch jante hi nahi bilkul.</w:t>
      </w:r>
      <w:r>
        <w:br/>
      </w:r>
      <w:r>
        <w:rPr>
          <w:sz w:val="20"/>
        </w:rPr>
        <w:t>1:19:04  Aksar fatwe bekhabri ke fatwe hote hain in sab mamlaat mein. Jante kuch nahi, fatwa dete hain khwamkhwah. Is mein koi bhi harj nahi, koi bhi khilaf Islam nahi, kuch bhi nahi hai.</w:t>
      </w:r>
      <w:r>
        <w:br/>
      </w:r>
      <w:r>
        <w:rPr>
          <w:sz w:val="20"/>
        </w:rPr>
        <w:t>1:19:18  Yeh log jo hain, misaal ke tor par, main ek misaal ek sahib se baat hui meri, ek jo unhon ne fatwa de rakha tha ke aankh ka durood sharif jo hai haram hai.</w:t>
      </w:r>
      <w:r>
        <w:br/>
      </w:r>
      <w:r>
        <w:rPr>
          <w:sz w:val="20"/>
        </w:rPr>
        <w:t>1:19:27  To main ne kaha kyun haram bhai?</w:t>
      </w:r>
      <w:r>
        <w:br/>
      </w:r>
      <w:r>
        <w:rPr>
          <w:sz w:val="20"/>
        </w:rPr>
        <w:t>1:19:29  To unhon ne kaha ke yeh masla hai. Masla kehte hain disfigure karne ko. Jab kisi bali ko marne ke baad aap disfigure karein us ko, to us ko kehte hain masla.</w:t>
      </w:r>
      <w:r>
        <w:br/>
      </w:r>
      <w:r>
        <w:rPr>
          <w:sz w:val="20"/>
        </w:rPr>
        <w:t>1:19:42  To main ne kaha masla, aap jante hain kuch bhi nahi, fatwa de dala hai aap ne. Jab aankh se nikala jata hai woh, to plastic ka andar is mein daal diya jata hai.</w:t>
      </w:r>
      <w:r>
        <w:br/>
      </w:r>
      <w:r>
        <w:rPr>
          <w:sz w:val="20"/>
        </w:rPr>
        <w:t>1:19:53  dekhne mein kuch farq nahi lagta ke nikala gaya hai.</w:t>
      </w:r>
      <w:r>
        <w:br/>
      </w:r>
      <w:r>
        <w:rPr>
          <w:sz w:val="20"/>
        </w:rPr>
        <w:t>1:19:56  aisa nahi ke wo is ko masla jaisa dikhai de, wo aisa kuch bhi nahi hai. jo doctor nikalta hai, wo isi waqt is ke andar plastic bani hui is mein daal deta hai.</w:t>
      </w:r>
      <w:r>
        <w:br/>
      </w:r>
      <w:r>
        <w:rPr>
          <w:sz w:val="20"/>
        </w:rPr>
        <w:t>1:20:11  to dekhne mein kuch bhi nahi. yeh musalmanon ke aitbar se hai. waqai hindu log to is ko jala dete hain, wahan to koi masla hi nahi hai.</w:t>
      </w:r>
      <w:r>
        <w:br/>
      </w:r>
      <w:r>
        <w:rPr>
          <w:sz w:val="20"/>
        </w:rPr>
        <w:t>1:20:21  bahar bilashuba jaiz hai, aur yeh mein is ko sadqa e jariya kehta hoon. sadqa e jariya is ko kehte hain ke aap dunya mein na rahen, aap ka koi amal logon ko faida pohanchata rahe.</w:t>
      </w:r>
      <w:r>
        <w:br/>
      </w:r>
      <w:r>
        <w:rPr>
          <w:sz w:val="20"/>
        </w:rPr>
        <w:t>1:20:36  to pehle zamanay mein log kunwan khodte thay, talab banate thay, is ko samajhte thay sadqa e jariya.</w:t>
      </w:r>
      <w:r>
        <w:br/>
      </w:r>
      <w:r>
        <w:rPr>
          <w:sz w:val="20"/>
        </w:rPr>
        <w:t>1:20:46  is zamanay mein naye naye item aaye hain, naye naye item sadqa e jariya ke. is mein se aik yeh bhi hai, yani azaa ka donation.</w:t>
      </w:r>
    </w:p>
    <w:p>
      <w:pPr>
        <w:pStyle w:val="Heading2"/>
      </w:pPr>
      <w:r>
        <w:t>Practical in matters, ideal in dealings</w:t>
      </w:r>
    </w:p>
    <w:p>
      <w:r>
        <w:rPr>
          <w:color w:val="666666"/>
          <w:sz w:val="18"/>
        </w:rPr>
        <w:t>Ethics &amp; Character · The Message of Eid Al-Adha November 6, 2011 Maulana Wahiduddin Khan · 2m 02s · at 1:28:08 · https://youtu.be/y59PU_RD2cg?t=5288</w:t>
      </w:r>
    </w:p>
    <w:p>
      <w:r>
        <w:rPr>
          <w:i/>
        </w:rPr>
        <w:t>“Once you said that a person should be practical in other matters, but in dealing with people he should be ideal. Kindly explain.”</w:t>
      </w:r>
    </w:p>
    <w:p>
      <w:r>
        <w:rPr>
          <w:sz w:val="20"/>
        </w:rPr>
        <w:t>1:28:08  Miss Aisha ne Delhi se sawal kiya hai. Unho ne likha hai: "Ek baar aap ne farmaya tha ke aadmi ko chahiye ke woh doosri cheezon ke muamle mein practical ho, lekin dealing ke muamle mein us ko chahiye ke woh ideal sabit ho."</w:t>
      </w:r>
      <w:r>
        <w:br/>
      </w:r>
      <w:r>
        <w:rPr>
          <w:sz w:val="20"/>
        </w:rPr>
        <w:t>1:28:25  Kindly explain this.</w:t>
      </w:r>
      <w:r>
        <w:br/>
      </w:r>
      <w:r>
        <w:rPr>
          <w:sz w:val="20"/>
        </w:rPr>
        <w:t>1:28:30  Dekhein, ek hai aap ka muamla Khuda se, ek hai aap ka muamla insaan se. To jis cheez ko hum riayat rukhsat kehte hain, woh sirf Khuda ke muamle mein hai, insaan ke muamle mein nahi hai.</w:t>
      </w:r>
      <w:r>
        <w:br/>
      </w:r>
      <w:r>
        <w:rPr>
          <w:sz w:val="20"/>
        </w:rPr>
        <w:t>1:28:42  Insaan se aap len den karte hain, paise ka len den, zameen ka len den, muamlaat ka len den, to wahan par aap ko rukhsat ya concession nahi lena hai.</w:t>
      </w:r>
      <w:r>
        <w:br/>
      </w:r>
      <w:r>
        <w:rPr>
          <w:sz w:val="20"/>
        </w:rPr>
        <w:t>1:28:55  Bahut zyada, bahut zyada honesty ke saath rehna hai. To insaan se dealing karte hue main samajhta hoon ke azmat ka tareeqa hona chahiye.</w:t>
      </w:r>
      <w:r>
        <w:br/>
      </w:r>
      <w:r>
        <w:rPr>
          <w:sz w:val="20"/>
        </w:rPr>
        <w:t>1:29:07  Wahan Allah ka jo muamla hai, wahan aap ko Allah ne rukhsat di hai. To doosra main yeh kahunga ke ek hai nafa-e-aakhirat, ek hai nafa-e-dunya.</w:t>
      </w:r>
      <w:r>
        <w:br/>
      </w:r>
      <w:r>
        <w:rPr>
          <w:sz w:val="20"/>
        </w:rPr>
        <w:t>1:29:19  To nafa-e-aakhirat ke muamle mein Allah ne rukhsat di hai, uska amal kar sakte hain aap. Lekin nafa-e-dunya ka jahan muamla ho, wahan bahut zyada ehtiyat karna chahiye aap ko.</w:t>
      </w:r>
      <w:r>
        <w:br/>
      </w:r>
      <w:r>
        <w:rPr>
          <w:sz w:val="20"/>
        </w:rPr>
        <w:t>1:29:28  Wahan koi rukhsat nahi hai. Misaal ke taur par, aap ne farz kiya kisi se paisa liya,</w:t>
      </w:r>
      <w:r>
        <w:br/>
      </w:r>
      <w:r>
        <w:rPr>
          <w:sz w:val="20"/>
        </w:rPr>
        <w:t>1:29:35  is wadeh par ke aap das din mein de denge, to kabhi bhi gyarviN din na hone dijiye. NauveN din pahuncha dijiye us ko. GyarviN din ke maani ke aap rukhsat le rahe hain, riayat maang rahe hain, yeh bilkul galat hai.</w:t>
      </w:r>
      <w:r>
        <w:br/>
      </w:r>
      <w:r>
        <w:rPr>
          <w:sz w:val="20"/>
        </w:rPr>
        <w:t>1:29:51  To har dealing ki jitni bhi shakalain hain jo samaaj mein hoti hain, chahe khandan mein ho ya khandan ke bahar, to jitni bhi dealing ki shakalain hoti hain, us mein bahut sakht ehtiyat karni chahiye aadam</w:t>
      </w:r>
      <w:r>
        <w:br/>
      </w:r>
      <w:r>
        <w:rPr>
          <w:sz w:val="20"/>
        </w:rPr>
        <w:t>1:30:03  ko. Is mein har giz rukhsat aur riayat ya lachak nahi hona chahiye.</w:t>
      </w:r>
    </w:p>
    <w:p>
      <w:pPr>
        <w:pStyle w:val="Heading2"/>
      </w:pPr>
      <w:r>
        <w:t>Practical tips for maintaining patience in daily life</w:t>
      </w:r>
    </w:p>
    <w:p>
      <w:r>
        <w:rPr>
          <w:color w:val="666666"/>
          <w:sz w:val="18"/>
        </w:rPr>
        <w:t>Ethics &amp; Character · Importance of Patience (Sabr) January 8, 2023 · 22m 41s · at 37:51 · https://youtu.be/JaJX3jrl3R8?t=2271</w:t>
      </w:r>
    </w:p>
    <w:p>
      <w:r>
        <w:rPr>
          <w:i/>
        </w:rPr>
        <w:t>“What are some practical tips for maintaining strong patience in daily life, especially in the face of challenging or difficult situations?”</w:t>
      </w:r>
    </w:p>
    <w:p>
      <w:r>
        <w:rPr>
          <w:sz w:val="20"/>
        </w:rPr>
        <w:t>37:51  Aapa yeh comment aur sawal Muhammad Gul Sahab ne bheja hai Dubai se. Unhon</w:t>
      </w:r>
      <w:r>
        <w:br/>
      </w:r>
      <w:r>
        <w:rPr>
          <w:sz w:val="20"/>
        </w:rPr>
        <w:t>37:55  ne likha hai ke "This program is amazing, and it charges me for the whole week." Unka sawal yeh hai ke "What are some practical tips for maintaining strong patience in daily life, especially in the face of challenging or difficult situations?" To is ke bare mein bataein.</w:t>
      </w:r>
      <w:r>
        <w:br/>
      </w:r>
      <w:r>
        <w:rPr>
          <w:sz w:val="20"/>
        </w:rPr>
        <w:t>38:18  Practical yahi hai ke waqti tor par ghussa aata hai.</w:t>
      </w:r>
      <w:r>
        <w:br/>
      </w:r>
      <w:r>
        <w:rPr>
          <w:sz w:val="20"/>
        </w:rPr>
        <w:t>38:23  Jaise BP shoot kar jaata hai to ghussa aa jaata hai. Waqti tor par aata hai to bas khamosh ho jaen. Maulana jo hain wo bilkul khamosh ho jaate thay aur apni jagah ko badal dein.</w:t>
      </w:r>
      <w:r>
        <w:br/>
      </w:r>
      <w:r>
        <w:rPr>
          <w:sz w:val="20"/>
        </w:rPr>
        <w:t>38:35  Jaise hum baithe hain to walk karne lagen aur is is ek ek kamre mein baithe hain to doosre kamre mein chale jaen.</w:t>
      </w:r>
      <w:r>
        <w:br/>
      </w:r>
      <w:r>
        <w:rPr>
          <w:sz w:val="20"/>
        </w:rPr>
        <w:t>38:44  To is se farq padta hai. Agar wahin baithe rahen aur wahi sochte rahen to ghussa badhta chala jaata</w:t>
      </w:r>
      <w:r>
        <w:br/>
      </w:r>
      <w:r>
        <w:rPr>
          <w:sz w:val="20"/>
        </w:rPr>
        <w:t>38:49  hai. To apni is ko thoda sa posture ko badal lein aur thoda sa walk karna shuru kar dein. To thoda sa apne aap ko thodi der ke liye ghussa aata hai.</w:t>
      </w:r>
      <w:r>
        <w:br/>
      </w:r>
      <w:r>
        <w:rPr>
          <w:sz w:val="20"/>
        </w:rPr>
        <w:t>39:01  To thodi der ke baad phir aadmi sochna shuru kar deta hai ke is ka is ka result kya hai. Foran yeh sochein ke is ka result kya hai.</w:t>
      </w:r>
      <w:r>
        <w:br/>
      </w:r>
      <w:r>
        <w:rPr>
          <w:sz w:val="20"/>
        </w:rPr>
        <w:t>39:11  Ghussa karna to bada acha lagta hai lekin wahi pachtawa, wo jaise criminals hote hain, pachtawa zindagi bhar ka hota hai.</w:t>
      </w:r>
      <w:r>
        <w:br/>
      </w:r>
      <w:r>
        <w:rPr>
          <w:sz w:val="20"/>
        </w:rPr>
        <w:t>39:19  To result sochein aur apni jagah ko badal dein. To is se thodi der mein wo ghussa utar jaata hai. Ji, aur log ek aur tareeqa log karte hain ke thanda pani.</w:t>
      </w:r>
      <w:r>
        <w:br/>
      </w:r>
      <w:r>
        <w:rPr>
          <w:sz w:val="20"/>
        </w:rPr>
        <w:t>39:31  Hamare ek colleague hain to un ko jab ghussa aata hai, Pathan hain wo, to ghussa aata hai to un ki biwi jo hain un ko thanda pani la ke deti hain.</w:t>
      </w:r>
      <w:r>
        <w:br/>
      </w:r>
      <w:r>
        <w:rPr>
          <w:sz w:val="20"/>
        </w:rPr>
        <w:t>39:41  Ji, to wo kehte hain pani peete peete ghussa utar jaata hai. To is tareeqe ki kai cheezein hain jo aadmi is ko kar sakta hai apne hisab se.</w:t>
      </w:r>
      <w:r>
        <w:br/>
      </w:r>
      <w:r>
        <w:rPr>
          <w:sz w:val="20"/>
        </w:rPr>
        <w:t>39:51  Acha Aapa ek aur sawal isi se jodna chahunga</w:t>
      </w:r>
      <w:r>
        <w:br/>
      </w:r>
      <w:r>
        <w:rPr>
          <w:sz w:val="20"/>
        </w:rPr>
        <w:t>39:54  ke sabr wala amal jo hai wo result oriented hota hai hamesha. To is ko thoda sa aap wazeh karein. To sabr jo hai wahi be sabri jo hai uska koi result nahin.</w:t>
      </w:r>
      <w:r>
        <w:br/>
      </w:r>
      <w:r>
        <w:rPr>
          <w:sz w:val="20"/>
        </w:rPr>
        <w:t>40:08  Is ka result to destruction hai. Aur sabr ka jo hai wo saare hi achhe result jo hain wo sabr se hi hain.</w:t>
      </w:r>
      <w:r>
        <w:br/>
      </w:r>
      <w:r>
        <w:rPr>
          <w:sz w:val="20"/>
        </w:rPr>
        <w:t>40:17  Kyunke agar Rasool Allah Sal Allahu Alaihi Wasallam ne aap sochiye ke sabr na kiya hota to kya hota? Makka hi mein sab khatam ho gaye hote. Makka mein jang ho jaati aur itne kam tadad mein log thay, resources thay nahin, wahin ke wahin khatam ho jaate.</w:t>
      </w:r>
      <w:r>
        <w:br/>
      </w:r>
      <w:r>
        <w:rPr>
          <w:sz w:val="20"/>
        </w:rPr>
        <w:t>40:32  Lekin poori zindagi aap ki sabr ki hai. Ab sabr karne se kya hua ke wo jo Michael Hart ne kitaab likhi hai "H</w:t>
      </w:r>
      <w:r>
        <w:br/>
      </w:r>
      <w:r>
        <w:rPr>
          <w:sz w:val="20"/>
        </w:rPr>
        <w:t>40:41  undred Men" par to aap ko sab se zyada poori duniya ka sab se zyada kamyab insaan bataya hai. To wo sabr ki wajah se hai. Har mauqe par aap ne sabr kiya aur yeh sochne lage ke is is ko kaise counter karein.</w:t>
      </w:r>
      <w:r>
        <w:br/>
      </w:r>
      <w:r>
        <w:rPr>
          <w:sz w:val="20"/>
        </w:rPr>
        <w:t>40:57  Counter strategy kya hai? Agar enemy kuch kar raha hai to us ko hum kaise defeat karein enemy ko jang ke baghair.</w:t>
      </w:r>
      <w:r>
        <w:br/>
      </w:r>
      <w:r>
        <w:rPr>
          <w:sz w:val="20"/>
        </w:rPr>
        <w:t>41:04  To is tareeqe se yahi result oriented hai ke hum sochein. Sab se badi cheez jo Allah Ta'ala ne diya hai wo insaan ko dimaag diya hai.</w:t>
      </w:r>
      <w:r>
        <w:br/>
      </w:r>
      <w:r>
        <w:rPr>
          <w:sz w:val="20"/>
        </w:rPr>
        <w:t>41:14  To wo foran dimaag jo hai wo sochna shuru kar deta hai ke ab yeh halaat aise hue hain, ab kya karein? Phir us hamare sab se us ke baad jo hai wo aap hidayat lijiye Quran se, Hadees se, Rasool Allah Sal Allahu Alaihi Wasallam ki zindagi se.</w:t>
      </w:r>
      <w:r>
        <w:br/>
      </w:r>
      <w:r>
        <w:rPr>
          <w:sz w:val="20"/>
        </w:rPr>
        <w:t>41:29  Aur aap yeh sab cheezon ko baar baar padhte rahi</w:t>
      </w:r>
      <w:r>
        <w:br/>
      </w:r>
      <w:r>
        <w:rPr>
          <w:sz w:val="20"/>
        </w:rPr>
        <w:t>41:32  e, apni zindagi mein apply karte rahiye. To is se aap ko yaad rehna chahiye. Jaise Maulana Sahab ko sab yaad rehta tha.</w:t>
      </w:r>
      <w:r>
        <w:br/>
      </w:r>
      <w:r>
        <w:rPr>
          <w:sz w:val="20"/>
        </w:rPr>
        <w:t>41:40  jaise koi moqa aata tha, un ko foran woh verse yaad aa jati thi: wasta'inu bis sabri was salati yeh second chapter mein hai ke tum sabr se aur salat se khuda se madad mango.</w:t>
      </w:r>
      <w:r>
        <w:br/>
      </w:r>
      <w:r>
        <w:rPr>
          <w:sz w:val="20"/>
        </w:rPr>
        <w:t>41:53  to jab aap ko yeh yaad aa jaye ga na, phir aap is par sochne lagen ge. aap ja ke tafseer parhein ge, thora aur detail hasil karein ge is ki. to</w:t>
      </w:r>
      <w:r>
        <w:br/>
      </w:r>
      <w:r>
        <w:rPr>
          <w:sz w:val="20"/>
        </w:rPr>
        <w:t>42:01  lekin sabr ko yak tarfa hona chahiye. kyunke agar enemy aap ka strong hai, aap ka jo opponent hai woh strong hai to woh kabhi bhi sabr karne ke liye tayyar nahi ho ga.</w:t>
      </w:r>
      <w:r>
        <w:br/>
      </w:r>
      <w:r>
        <w:rPr>
          <w:sz w:val="20"/>
        </w:rPr>
        <w:t>42:14  to sabr aap hi ko karna pare ga. to yeh yak tarfa hona chahiye. aur is aur rasool Allah sal Allah alaihi wasallam ne hamesha yak tarfa tor par sabr kiya hai.</w:t>
      </w:r>
      <w:r>
        <w:br/>
      </w:r>
      <w:r>
        <w:rPr>
          <w:sz w:val="20"/>
        </w:rPr>
        <w:t>42:24  to aur doosre yeh ke Allah taala ne insan ko qabar mein paida hi kiya gaya hai. aur yeh dunya jo hai woh darul imtihan hai.</w:t>
      </w:r>
      <w:r>
        <w:br/>
      </w:r>
      <w:r>
        <w:rPr>
          <w:sz w:val="20"/>
        </w:rPr>
        <w:t>42:33  to is dunya mein is se chhutti hi nahi hai ke hum sabr karein. agar matlab agar hum ko kamyabi hasil karni hai to hamein sabr karna hai.</w:t>
      </w:r>
      <w:r>
        <w:br/>
      </w:r>
      <w:r>
        <w:rPr>
          <w:sz w:val="20"/>
        </w:rPr>
        <w:t>42:43  agar hum ko apne ko destroy karna hai to hum ko sabr ki koi zaroorat nahi hai.</w:t>
      </w:r>
      <w:r>
        <w:br/>
      </w:r>
      <w:r>
        <w:rPr>
          <w:sz w:val="20"/>
        </w:rPr>
        <w:t>42:49  ek hadith hai: inna an nasra ma as sabri to sabr hi ke sath kamyabi hai. to is liye yeh hamare liye bilkul clear hai ke hum ko agar kamyabi hasil karni hai to hamein sabr karna hai.</w:t>
      </w:r>
      <w:r>
        <w:br/>
      </w:r>
      <w:r>
        <w:rPr>
          <w:sz w:val="20"/>
        </w:rPr>
        <w:t>43:04  to bar bar ayatein bhi hain aur bar bar rasool Allah sal Allah alaihi wasallam ne apne ashaab se fermaya. kyunke ashaab ko bhi tamam quraish ke log pareshan karte the.</w:t>
      </w:r>
      <w:r>
        <w:br/>
      </w:r>
      <w:r>
        <w:rPr>
          <w:sz w:val="20"/>
        </w:rPr>
        <w:t>43:15  to aap un ko kehte the: sabr karo, sabr karo.</w:t>
      </w:r>
      <w:r>
        <w:br/>
      </w:r>
      <w:r>
        <w:rPr>
          <w:sz w:val="20"/>
        </w:rPr>
        <w:t>43:20  quran ki ek ayat hai chapter al imran mein ke: aey logon! sabr karo ta ke tum falah pao. to aap dekh rahe hain ke besabri ka jo amal hai woh counter productive hai.</w:t>
      </w:r>
      <w:r>
        <w:br/>
      </w:r>
      <w:r>
        <w:rPr>
          <w:sz w:val="20"/>
        </w:rPr>
        <w:t>43:33  is se kuch nateeja nahi nikalne wala hai. aur sabr wale amal se jo bhi nateeja aap nikalna chahte hain woh nikal sakta hai.</w:t>
      </w:r>
      <w:r>
        <w:br/>
      </w:r>
      <w:r>
        <w:rPr>
          <w:sz w:val="20"/>
        </w:rPr>
        <w:t>43:41  kyunke Allah taala ne yahi nizam hi rakha hai ke sabr ke wala jo amal hai usi mein Allah ki madad madad mile gi.</w:t>
      </w:r>
      <w:r>
        <w:br/>
      </w:r>
      <w:r>
        <w:rPr>
          <w:sz w:val="20"/>
        </w:rPr>
        <w:t>43:50  to hamein yeh sab baatein apni zindagi mein apply karna chahiye. soch samajh kar apni zindagi ko ko har kaam karna chahiye.</w:t>
      </w:r>
      <w:r>
        <w:br/>
      </w:r>
      <w:r>
        <w:rPr>
          <w:sz w:val="20"/>
        </w:rPr>
        <w:t>44:00  acha apa agar quran mein dekhein to ek ayat mein aya hai ke: "Those who believe, forgive when they are angry." lekin aksar hum dekhte hain ke log confrontation mein aa jate hain.</w:t>
      </w:r>
      <w:r>
        <w:br/>
      </w:r>
      <w:r>
        <w:rPr>
          <w:sz w:val="20"/>
        </w:rPr>
        <w:t>44:12  woh i'raaz yaani avoidance ke principle ko nahi jante.</w:t>
      </w:r>
      <w:r>
        <w:br/>
      </w:r>
      <w:r>
        <w:rPr>
          <w:sz w:val="20"/>
        </w:rPr>
        <w:t>44:17  jabke agar hum dekhein ke quran mein sau dafa se ziyada i'raaz aur sabr ke baray mein zikr kiya gaya hai. to dono mein kya taluq hai sabr aur i'raaz mein?</w:t>
      </w:r>
      <w:r>
        <w:br/>
      </w:r>
      <w:r>
        <w:rPr>
          <w:sz w:val="20"/>
        </w:rPr>
        <w:t>44:29  is ke baray mein bataein. dono related hi hain. Avoidance aur sabr dono ek hi coin ke jaise do aspect hote hain na.</w:t>
      </w:r>
      <w:r>
        <w:br/>
      </w:r>
      <w:r>
        <w:rPr>
          <w:sz w:val="20"/>
        </w:rPr>
        <w:t>44:41  ji to isi tarah se hai. avoid karte hain.</w:t>
      </w:r>
      <w:r>
        <w:br/>
      </w:r>
      <w:r>
        <w:rPr>
          <w:sz w:val="20"/>
        </w:rPr>
        <w:t>44:47  avoid karne ka matlab bhi sabri karna hai aur sabr karne ka matlab bhi avoid hi karna hai. dono mein bohat ziyada farq nahi hai. to bohat sare alfaaz hote hain na ek hi haqeeqat ko batane ke liye.</w:t>
      </w:r>
      <w:r>
        <w:br/>
      </w:r>
      <w:r>
        <w:rPr>
          <w:sz w:val="20"/>
        </w:rPr>
        <w:t>45:00  to quran mein aya hai: "wa'riz anil jahileen" i'raaz karo. to i'raaz karo yaani jo jahil logon ka matlab hai ke jo baaton ko nahi samajhte.</w:t>
      </w:r>
      <w:r>
        <w:br/>
      </w:r>
      <w:r>
        <w:rPr>
          <w:sz w:val="20"/>
        </w:rPr>
        <w:t>45:10  to baaton ko samajh nahi rahe hain is wajah se woh mukhalifat kar rah</w:t>
      </w:r>
      <w:r>
        <w:br/>
      </w:r>
      <w:r>
        <w:rPr>
          <w:sz w:val="20"/>
        </w:rPr>
        <w:t>45:13  e hain. to un ko thora sa time lage ga baaton ko samajhne mein. to is liye un ko time dena chahiye. aur yeh bilkul psychology ke mutabiq hai insan ki.</w:t>
      </w:r>
      <w:r>
        <w:br/>
      </w:r>
      <w:r>
        <w:rPr>
          <w:sz w:val="20"/>
        </w:rPr>
        <w:t>45:23  ke insan ko baaton ko samajhne mein time lagta hai. jab woh ek conditioned mind hota hai, mature ho chuka hota hai to us ko samajhne mein baat ko time lagta hai.</w:t>
      </w:r>
      <w:r>
        <w:br/>
      </w:r>
      <w:r>
        <w:rPr>
          <w:sz w:val="20"/>
        </w:rPr>
        <w:t>45:34  to hamein is is is haqeeqat se ab adjust karna hai. ke logon ko time dena hai, un ko tarah tarah se samjhane ki koshish karna hai.</w:t>
      </w:r>
      <w:r>
        <w:br/>
      </w:r>
      <w:r>
        <w:rPr>
          <w:sz w:val="20"/>
        </w:rPr>
        <w:t>45:44  aur isi tareeqe se woh ek din aisa hoga. aur tamam paighambaron ko dekhiye shuru mein logon ne mukhalifat ki. lekin baad mein unhon ne inhi logon ne samajh.</w:t>
      </w:r>
      <w:r>
        <w:br/>
      </w:r>
      <w:r>
        <w:rPr>
          <w:sz w:val="20"/>
        </w:rPr>
        <w:t>45:54  aur khaas taur par rasool Allah sal Allah alaihi wasallam. to is ko jab time un ko mila to dheere dheere un ko baat samajh mein aane lagi.</w:t>
      </w:r>
      <w:r>
        <w:br/>
      </w:r>
      <w:r>
        <w:rPr>
          <w:sz w:val="20"/>
        </w:rPr>
        <w:t>46:04  aur is mein khaas taur par hazrat yoon</w:t>
      </w:r>
      <w:r>
        <w:br/>
      </w:r>
      <w:r>
        <w:rPr>
          <w:sz w:val="20"/>
        </w:rPr>
        <w:t>46:07  s dekhiye. hazrat yunus ne bohat dinon tak apne logon ko Khuda ka paigham pohanchaya. aur woh baaton ko samajh nahi rahe the. phir woh chhod kar chale gaye.</w:t>
      </w:r>
      <w:r>
        <w:br/>
      </w:r>
      <w:r>
        <w:rPr>
          <w:sz w:val="20"/>
        </w:rPr>
        <w:t>46:16  phir unhon ne is ne machhli ne un ko nigal liya. phir un ko ehsas hua ke unhon ne ghalati ki hai. phir woh dobara gaye.</w:t>
      </w:r>
      <w:r>
        <w:br/>
      </w:r>
      <w:r>
        <w:rPr>
          <w:sz w:val="20"/>
        </w:rPr>
        <w:t>46:25  phir inhi logon ne saare ke saare logon ne un ki baat ko maan liya. un ke follower ban gaye. to yeh hai. dekhiye dunya mein adjustment to har halat mein karna hi padta hai.</w:t>
      </w:r>
      <w:r>
        <w:br/>
      </w:r>
      <w:r>
        <w:rPr>
          <w:sz w:val="20"/>
        </w:rPr>
        <w:t>46:37  to adjustment agar hum apne interest ke liye karein to bas is ka faida dunya mein hi milega. aur agar hum adjustment akhirat ke liye karein, adjustment Khuda ka paigham pohanchane ke liye karein to is se hamein bohat bara faida milega.</w:t>
      </w:r>
      <w:r>
        <w:br/>
      </w:r>
      <w:r>
        <w:rPr>
          <w:sz w:val="20"/>
        </w:rPr>
        <w:t>46:54  Allah taala ki madad milegi aur Allah ki blessings milengi. aur jo hai mahol normal ho j</w:t>
      </w:r>
      <w:r>
        <w:br/>
      </w:r>
      <w:r>
        <w:rPr>
          <w:sz w:val="20"/>
        </w:rPr>
        <w:t>47:01  aye ga. mahol normal ho jayega to bohat aasani se hum Khuda ki baaton ko doosron tak pohancha sakte hain. jo ke hamari zimmedari hai.</w:t>
      </w:r>
      <w:r>
        <w:br/>
      </w:r>
      <w:r>
        <w:rPr>
          <w:sz w:val="20"/>
        </w:rPr>
        <w:t>47:11  ek misaal aap ko deti hoon. bohat sari misalein hain. jab rasool Allah sal Allah alaihi wasallam ke zamane mein jab ek badu masjid mein aa gaya tha, us ne masjid gandi kar di thi.</w:t>
      </w:r>
      <w:r>
        <w:br/>
      </w:r>
      <w:r>
        <w:rPr>
          <w:sz w:val="20"/>
        </w:rPr>
        <w:t>47:23  to sahaba daude is ke is ko marne ke liye</w:t>
      </w:r>
      <w:r>
        <w:br/>
      </w:r>
      <w:r>
        <w:rPr>
          <w:sz w:val="20"/>
        </w:rPr>
        <w:t>47:26  e. to rasool Allah sal Allah alaihi wasallam ne kaha ke woh jagah saaf kar do pani se, ek dol ke pani se. aur is ko koi kuch nahi kaha.</w:t>
      </w:r>
      <w:r>
        <w:br/>
      </w:r>
      <w:r>
        <w:rPr>
          <w:sz w:val="20"/>
        </w:rPr>
        <w:t>47:35  ab woh isi par itna mutasir ho gaya. apne qabile mein ja ke sab se kehta hai ke dekho maine un ki masjid ko, un ki ibadat gah ko ganda kar diya tha.</w:t>
      </w:r>
      <w:r>
        <w:br/>
      </w:r>
      <w:r>
        <w:rPr>
          <w:sz w:val="20"/>
        </w:rPr>
        <w:t>47:44  unhon ne mujhe kuch nahi kaha, mujhe jharaka nahi aur mujhe is tareeqe se jaane diya baghair kuch kahe hue.</w:t>
      </w:r>
      <w:r>
        <w:br/>
      </w:r>
      <w:r>
        <w:rPr>
          <w:sz w:val="20"/>
        </w:rPr>
        <w:t>47:51  to woh sab se kehta hai ke Muhammad itne achhe aadmi hain. phir yahan tak ke poora poora qabila rasool Allah sal Allah alaihi wasallam ka follower ban gaya.</w:t>
      </w:r>
      <w:r>
        <w:br/>
      </w:r>
      <w:r>
        <w:rPr>
          <w:sz w:val="20"/>
        </w:rPr>
        <w:t>48:00  to yeh jo hai hamare tamam masail jo hai hal karta hai. adjust</w:t>
      </w:r>
      <w:r>
        <w:br/>
      </w:r>
      <w:r>
        <w:rPr>
          <w:sz w:val="20"/>
        </w:rPr>
        <w:t>48:06  ment dunya ke bhi aur akhirat ke bhi. agar hum Khuda ke liye karenge, koi bhi kaam jab hum Khuda ke liye karte hain to is mein bohat zyada is ka ajar milta hai hamein.</w:t>
      </w:r>
      <w:r>
        <w:br/>
      </w:r>
      <w:r>
        <w:rPr>
          <w:sz w:val="20"/>
        </w:rPr>
        <w:t>48:17  aur dunya mein karte hain to dunya ki kamyabi is mein milti hai. to khaas taur par hum chuki hamara mission jo hai is ke hisab se hamein Khuda ka paigham logon tak pohanchana hai.</w:t>
      </w:r>
      <w:r>
        <w:br/>
      </w:r>
      <w:r>
        <w:rPr>
          <w:sz w:val="20"/>
        </w:rPr>
        <w:t>48:28  to hamein is baat ka khaas khayal rakhna hai ke hamein har hal mein adjust karna hai.</w:t>
      </w:r>
      <w:r>
        <w:br/>
      </w:r>
      <w:r>
        <w:rPr>
          <w:sz w:val="20"/>
        </w:rPr>
        <w:t>48:35  dawati maslehat ki wajah se. log to adjust kar hi rahe hain lekin woh un ke andar jo log bahar rehte hain to dawati maslehat un ko woh nahi samajhte.</w:t>
      </w:r>
      <w:r>
        <w:br/>
      </w:r>
      <w:r>
        <w:rPr>
          <w:sz w:val="20"/>
        </w:rPr>
        <w:t>48:46  apne apne mafaadat ki wajah se woh adjust karte hain. to is se is mein koi un ko is ka ajar nahi milega. to yeh hai.</w:t>
      </w:r>
      <w:r>
        <w:br/>
      </w:r>
      <w:r>
        <w:rPr>
          <w:sz w:val="20"/>
        </w:rPr>
        <w:t>48:55  adjustment jo hai na bohat zyada zaroori hai. ji jazak Allah aap ka. apa aakhri sawal poochne se pehle yeh teen comments padhna chahoon ga</w:t>
      </w:r>
      <w:r>
        <w:br/>
      </w:r>
      <w:r>
        <w:rPr>
          <w:sz w:val="20"/>
        </w:rPr>
        <w:t>49:03  a. kafi comments aa rahe hain lekin ab waqt bhi ho gaya hai. yeh comment bheja hai Imran Ahmed sahab ne dilli se. unhon ne likha hai: "Mashallah Apa, sabr usool ke tehat apni zindagi mein shamil karna bohat aham baat hai.</w:t>
      </w:r>
      <w:r>
        <w:br/>
      </w:r>
      <w:r>
        <w:rPr>
          <w:sz w:val="20"/>
        </w:rPr>
        <w:t>49:18  majboori ke tehat to log sabr karte hi hain lekin ideal yeh hai ke hum apne usool banayein ke hum taqat rakhte hue bhi sabr karein." Jazak Allah Apa.</w:t>
      </w:r>
      <w:r>
        <w:br/>
      </w:r>
      <w:r>
        <w:rPr>
          <w:sz w:val="20"/>
        </w:rPr>
        <w:t>49:30  Muhammad Yaqoob Umri sahab ne likha hai: "Jazak Allah Apa for the valuable lecture on sabr. sabr means supporting the creation plan of God.</w:t>
      </w:r>
      <w:r>
        <w:br/>
      </w:r>
      <w:r>
        <w:rPr>
          <w:sz w:val="20"/>
        </w:rPr>
        <w:t>49:40  This is an important point about sabr." Khalid Ansari sahib ne Dilli se likha hai: "Practicing sabr gives enough time to take corrective decisions.</w:t>
      </w:r>
      <w:r>
        <w:br/>
      </w:r>
      <w:r>
        <w:rPr>
          <w:sz w:val="20"/>
        </w:rPr>
        <w:t>49:49  Time is a big healer and practicing sabr saves one from hectic decisions."</w:t>
      </w:r>
      <w:r>
        <w:br/>
      </w:r>
      <w:r>
        <w:rPr>
          <w:sz w:val="20"/>
        </w:rPr>
        <w:t>49:55  Aapa aakhri sawal mera yeh hai ke Maulana Wahiduddin Khan sahib ne to bohat zyada emphasize kiya hai sabr par. Unhon ne articles bhi likhe hain.</w:t>
      </w:r>
      <w:r>
        <w:br/>
      </w:r>
      <w:r>
        <w:rPr>
          <w:sz w:val="20"/>
        </w:rPr>
        <w:t>50:03  To unhon ne yeh bhi kaha tha ek dafa ke social life mein jo sabr kare, logon ke yani logon ke darmiyan rehte hue, to uska sawab kai zyada hai.</w:t>
      </w:r>
      <w:r>
        <w:br/>
      </w:r>
      <w:r>
        <w:rPr>
          <w:sz w:val="20"/>
        </w:rPr>
        <w:t>50:15  To aisa kyun kaha unhon ne? Ya iske bare mein thoda sa bataein hum sab ko.</w:t>
      </w:r>
      <w:r>
        <w:br/>
      </w:r>
      <w:r>
        <w:rPr>
          <w:sz w:val="20"/>
        </w:rPr>
        <w:t>50:20  Asal mein aadmi jab apne ghar mein rehta hai to itna zyada usko sabr karne ki zaroorat hi nahi parti hai. Uski marzi ke mutabiq sab kaam hota rehta hai.</w:t>
      </w:r>
      <w:r>
        <w:br/>
      </w:r>
      <w:r>
        <w:rPr>
          <w:sz w:val="20"/>
        </w:rPr>
        <w:t>50:31  Lekin jab ijtimaiyat jo hoti hai, jab sab logon ke sath mil kar kaam karna hota hai, jaise hamara mission hai, mil kar kaam karna hota hai, to wahan par sabr ki zyada zaroorat hoti hai.</w:t>
      </w:r>
      <w:r>
        <w:br/>
      </w:r>
      <w:r>
        <w:rPr>
          <w:sz w:val="20"/>
        </w:rPr>
        <w:t>50:43  To tarah tarah se isko aisa lagta hai ke uska appreciation nahi ho raha hai, usko ignore kiya ja raha hai,</w:t>
      </w:r>
      <w:r>
        <w:br/>
      </w:r>
      <w:r>
        <w:rPr>
          <w:sz w:val="20"/>
        </w:rPr>
        <w:t>50:50  usko ahmiyat nahi di ja rahi hai. Koi baat se woh offend ho jata hai. To har aadmi itna soch samajh ke baat nahi karta. Kuch baat keh diya to woh offend ho gaya.</w:t>
      </w:r>
      <w:r>
        <w:br/>
      </w:r>
      <w:r>
        <w:rPr>
          <w:sz w:val="20"/>
        </w:rPr>
        <w:t>50:59  To yeh sari cheezein jo hain bar bar woh bar bar usko tajurba hota rehta hai. To us waqt agar woh Allah ki khatir sabr kare to yeh bohat bari baat hai.</w:t>
      </w:r>
      <w:r>
        <w:br/>
      </w:r>
      <w:r>
        <w:rPr>
          <w:sz w:val="20"/>
        </w:rPr>
        <w:t>51:11  Kyunke agar woh family mein apni sabr karega to woh to apni family ko unite rakhne ke liye, family ke interest ke liye sabr kare</w:t>
      </w:r>
      <w:r>
        <w:br/>
      </w:r>
      <w:r>
        <w:rPr>
          <w:sz w:val="20"/>
        </w:rPr>
        <w:t>51:19  ga na. Lekin agar bahar sabr kar raha hai aur kuch jo ijtimaiyat hoti hai, jahan koi social life hoti hai ya hakoomat hoti hai, us mein bhi bohat kuch sabr karna parta hai.</w:t>
      </w:r>
      <w:r>
        <w:br/>
      </w:r>
      <w:r>
        <w:rPr>
          <w:sz w:val="20"/>
        </w:rPr>
        <w:t>51:32  Mission chal rahe hote hain, us mein sabr karna parta hai. Aur woh phir woh Allah ki khatir sabr kare to woh jo hai woh bohat zyada important hota hai.</w:t>
      </w:r>
      <w:r>
        <w:br/>
      </w:r>
      <w:r>
        <w:rPr>
          <w:sz w:val="20"/>
        </w:rPr>
        <w:t>51:41  To jitna zyada usko is mein takleef hoti hai to utna hi zyada us us ko is mein sabr milta hai.</w:t>
      </w:r>
      <w:r>
        <w:br/>
      </w:r>
      <w:r>
        <w:rPr>
          <w:sz w:val="20"/>
        </w:rPr>
        <w:t>51:48  To yeh khaas baat hai Islam ki ke agar hamein koi bhi takleef pohanchti hai, kehte hain ke ek kaanta bhi chubhta hai to phir hamein uska ajr milta hai, uska sawab Allah taala dete hain.</w:t>
      </w:r>
      <w:r>
        <w:br/>
      </w:r>
      <w:r>
        <w:rPr>
          <w:sz w:val="20"/>
        </w:rPr>
        <w:t>52:00  To hamein har waqt bas Khuda ko yaad rakhna hai aur Khuda ki marzi ke mutabiq apna har kaam karna hai. To uska sawab hamein har amal ka sawab milega.</w:t>
      </w:r>
      <w:r>
        <w:br/>
      </w:r>
      <w:r>
        <w:rPr>
          <w:sz w:val="20"/>
        </w:rPr>
        <w:t>52:10  Sirf aisa nahi hai ke sirf namazi roze ka sawab milega.</w:t>
      </w:r>
      <w:r>
        <w:br/>
      </w:r>
      <w:r>
        <w:rPr>
          <w:sz w:val="20"/>
        </w:rPr>
        <w:t>52:16  To apne apne imaan ki hifazat ke liye insaan ko chahiye ke woh be masla, be shikayat insaan ban jaye. Jisko Maulana kehte the "no problem person." To no problem person ban jana yeh hamare apne liye acha hai.</w:t>
      </w:r>
      <w:r>
        <w:br/>
      </w:r>
      <w:r>
        <w:rPr>
          <w:sz w:val="20"/>
        </w:rPr>
        <w:t>52:30  Kyunke hum hamara ek goal hona chahiye aur us goal mein koi distraction nahi hona chahiye. To yeh sari cheezein distract karti hain. Ab maine kai bar dekha hai ke jo jahil log hote hain, jahil aurtein hot</w:t>
      </w:r>
      <w:r>
        <w:br/>
      </w:r>
      <w:r>
        <w:rPr>
          <w:sz w:val="20"/>
        </w:rPr>
        <w:t>52:43  hain, ab woh har waqt unki shikayat, unki shikayat baith ke karti rehti hain. To woh uski wajah se kya hai ke woh improve apne aap ko nahi karti.</w:t>
      </w:r>
      <w:r>
        <w:br/>
      </w:r>
      <w:r>
        <w:rPr>
          <w:sz w:val="20"/>
        </w:rPr>
        <w:t>52:53  Bas jo unko jitna aata hai kaam, bas utna hi aata hai. Kyunke woh har waqt doosron ki shikayaton mein lagi rah</w:t>
      </w:r>
      <w:r>
        <w:br/>
      </w:r>
      <w:r>
        <w:rPr>
          <w:sz w:val="20"/>
        </w:rPr>
        <w:t>52:59  ti hain. To agar hum bhi educated log bhi yahi karein ke har waqt doosron ki shikayat mein lage rahein, doosre ke khilaf plan karte rahein, to hum apne potentials ko awaken nahi kar sakein ge, apne potential ko realize nahi kar sakein ge, actualize nahi kar sakein ge.</w:t>
      </w:r>
      <w:r>
        <w:br/>
      </w:r>
      <w:r>
        <w:rPr>
          <w:sz w:val="20"/>
        </w:rPr>
        <w:t>53:17  To is liye bohat zyada zaroori hai ke hum apne aap ko bachayein. "Save yourself." Jo Maulana kehte the, yeh bohat zyada zaroori hai.</w:t>
      </w:r>
      <w:r>
        <w:br/>
      </w:r>
      <w:r>
        <w:rPr>
          <w:sz w:val="20"/>
        </w:rPr>
        <w:t>53:26  To is ke liye hamein apni negativity to dekhiye aaye gi. Insaan aam taur par bohat sensitive hota hai. Zara zara si baat mein usko takleef pohanch jati hai.</w:t>
      </w:r>
      <w:r>
        <w:br/>
      </w:r>
      <w:r>
        <w:rPr>
          <w:sz w:val="20"/>
        </w:rPr>
        <w:t>53:36  To woh jo negativity hai, us ko hamein positivity mein convert karna hai. Tarah tarah se us ko reason out kar ke convert karna hai taake woh jo hai woh negativity ko khatam kar d</w:t>
      </w:r>
      <w:r>
        <w:br/>
      </w:r>
      <w:r>
        <w:rPr>
          <w:sz w:val="20"/>
        </w:rPr>
        <w:t>53:49  ev. Maulana ka to bohat hi oonchi darja tha, woh to woh negative negative baat ko suntay hi nahi thay. Hum log to suntay hain, to hum suntay hain to phir hum us ko chahiye kay hum us ko reason out kar kay negativity ko convert karain positivity mein.</w:t>
      </w:r>
      <w:r>
        <w:br/>
      </w:r>
      <w:r>
        <w:rPr>
          <w:sz w:val="20"/>
        </w:rPr>
        <w:t>54:06  Misal kay tor par agar kisi say aik takleef ho gayi hai humein to us ki bohat sari achi baatein hongi, woh hum us ko yaad karain kay us nay humaray sath itna sari achay kaam kiye hain.</w:t>
      </w:r>
      <w:r>
        <w:br/>
      </w:r>
      <w:r>
        <w:rPr>
          <w:sz w:val="20"/>
        </w:rPr>
        <w:t>54:16  To bohat tareeqay say hum us ko reason out kar saktay hain.</w:t>
      </w:r>
      <w:r>
        <w:br/>
      </w:r>
      <w:r>
        <w:rPr>
          <w:sz w:val="20"/>
        </w:rPr>
        <w:t>54:19  Yahi karain kay agar hum negative ho jayain gay to hamari personality apni, apna hamara nuqsan hoga. To yeh hai kay us ko har cheez ko hum Allah kay khane mein dalain.</w:t>
      </w:r>
      <w:r>
        <w:br/>
      </w:r>
      <w:r>
        <w:rPr>
          <w:sz w:val="20"/>
        </w:rPr>
        <w:t>54:30  Hum yeh sochay kay Allah nay yahi dunya banai hai, yahi to Allah ki marzi kay mutabiq hi humay is dunya mein rehna hai. Jab Allah keh raha hai kay tum positive insan bano, apna tazkiya karo, to hum humay yahi karna hai.</w:t>
      </w:r>
      <w:r>
        <w:br/>
      </w:r>
      <w:r>
        <w:rPr>
          <w:sz w:val="20"/>
        </w:rPr>
        <w:t>54:42  To is tareeqay say hum apnay aap ko, apni negativity ko apna hum khatam kar saktay hain aur aik dam complaint free insan ban saktay hain. To yahan phir mein wahi yaad dilaoongi aik qissa kay aik bar Rasool Allah Sal Allah o Alaihe Wasallam nay kisi insan, koi sahabi ja rahay thay rastay mein, kaha kay yeh jannati insan hai jabkay jannati to bataya nahi jata tha kay kon jannati hai, kon jannati nahi hai.</w:t>
      </w:r>
      <w:r>
        <w:br/>
      </w:r>
      <w:r>
        <w:rPr>
          <w:sz w:val="20"/>
        </w:rPr>
        <w:t>55:08  To ab logon ko bari curiosity hui kay kyun is is kay baray mein aap nay kaha kay woh jannati hai. Log gay wahan par maloom karnay kay liye to teen din us kay pas rahay.</w:t>
      </w:r>
      <w:r>
        <w:br/>
      </w:r>
      <w:r>
        <w:rPr>
          <w:sz w:val="20"/>
        </w:rPr>
        <w:t>55:20  Kyunkay pehlay zamanay mein teen din koi bhi kisi kay ghar bhi mehman reh sakta tha. Woh us say poocha nahi, poochay gay to pata nahi us ki samajh mein ayega kiya bataye, kiya na bataye.</w:t>
      </w:r>
      <w:r>
        <w:br/>
      </w:r>
      <w:r>
        <w:rPr>
          <w:sz w:val="20"/>
        </w:rPr>
        <w:t>55:30  Us ko dekhnay gay kay aakhir woh aisa kon sa amal karta hai kay us ki wajah say us ko jannati bataya gaya hai.</w:t>
      </w:r>
      <w:r>
        <w:br/>
      </w:r>
      <w:r>
        <w:rPr>
          <w:sz w:val="20"/>
        </w:rPr>
        <w:t>55:37  To dekha kay wahi namaz roza jo sab kartay thay, wahi woh bhi karta tha. To jab teen din ho gaya to us nay poocha kay aakhir aap aaye thay to koi maqsad raha hoga aap kay aanay ka?</w:t>
      </w:r>
      <w:r>
        <w:br/>
      </w:r>
      <w:r>
        <w:rPr>
          <w:sz w:val="20"/>
        </w:rPr>
        <w:t>55:49  To to ab unhonay bataya kay mein nay aisa peghambar say suna tha, to wahi mein dekhnay aaya tha. To yahan to mein nay kuch khaas extraordinary cheez pai nahi.</w:t>
      </w:r>
      <w:r>
        <w:br/>
      </w:r>
      <w:r>
        <w:rPr>
          <w:sz w:val="20"/>
        </w:rPr>
        <w:t>55:59  To us nay yeh kaha kay mein apnay andar, us nay kaha mein amal to wahi hai, namaz roza wahi sab sab kartay hain,</w:t>
      </w:r>
      <w:r>
        <w:br/>
      </w:r>
      <w:r>
        <w:rPr>
          <w:sz w:val="20"/>
        </w:rPr>
        <w:t>56:06  Wahi mein bhi karta hoon, lekin mein apnay andar kisi kay liye koi ghil, jis ko hum malice keh saktay hain, koi ghil nahi pata.</w:t>
      </w:r>
      <w:r>
        <w:br/>
      </w:r>
      <w:r>
        <w:rPr>
          <w:sz w:val="20"/>
        </w:rPr>
        <w:t>56:15  To humay apnay andar say malice ko jo kisi bhi wajah say par jaye, to woh usay woh nikal nikal kay, kharch kharch kay, us ko phenk dena hai.</w:t>
      </w:r>
      <w:r>
        <w:br/>
      </w:r>
      <w:r>
        <w:rPr>
          <w:sz w:val="20"/>
        </w:rPr>
        <w:t>56:24  To is tareeqay say hum apna mukammal tazkiya kar payain gay. Aur tazkiya jo hai, bohat ziyada zaroori hai.</w:t>
      </w:r>
      <w:r>
        <w:br/>
      </w:r>
      <w:r>
        <w:rPr>
          <w:sz w:val="20"/>
        </w:rPr>
        <w:t>56:32  Tazkiya kay baray mein Maulana nay likha hai kay purified personality jo hai, woh akhirat mein us kay liye jannat kay darwazay apnay aap khultay chalay jayain gay.</w:t>
      </w:r>
      <w:r>
        <w:br/>
      </w:r>
      <w:r>
        <w:rPr>
          <w:sz w:val="20"/>
        </w:rPr>
        <w:t>56:44  Jaisay remote control system hota hai na, aaj kal bari bari buildingon mein darwazay khultay chalay jatay hain, to aisay hi us kay liye jannat kay darwazay khultay chalay jayain gay.</w:t>
      </w:r>
      <w:r>
        <w:br/>
      </w:r>
      <w:r>
        <w:rPr>
          <w:sz w:val="20"/>
        </w:rPr>
        <w:t>56:53  To tazkiya aap samajh saktay hain kay kitna ziyada zaroori hai</w:t>
      </w:r>
      <w:r>
        <w:br/>
      </w:r>
      <w:r>
        <w:rPr>
          <w:sz w:val="20"/>
        </w:rPr>
        <w:t>56:58  Humay apna tazkiya karna. Aur tazkiya jo hai, us kay liye sabar zaroori hai. To ijtamai zindagi mein dekhiye, aik to mil jul kar kaam karna jo hai bohat ziyada zaroori hai.</w:t>
      </w:r>
      <w:r>
        <w:br/>
      </w:r>
      <w:r>
        <w:rPr>
          <w:sz w:val="20"/>
        </w:rPr>
        <w:t>57:11  Kyunkay agar aik mission chal raha hai to yeh zimmedari hoti hai kay sab log us ko support karain.</w:t>
      </w:r>
      <w:r>
        <w:br/>
      </w:r>
      <w:r>
        <w:rPr>
          <w:sz w:val="20"/>
        </w:rPr>
        <w:t>57:18  To us mein mein aik misal doongi Saad Ibn Ubadah ki kay jab Rasool Allah Sal Allah o Alaihe Wasallam Madina gay aur wahan logon nay aap ko sardar bana liya to yeh jo hain qabailay kay sardar thay, yeh</w:t>
      </w:r>
      <w:r>
        <w:br/>
      </w:r>
      <w:r>
        <w:rPr>
          <w:sz w:val="20"/>
        </w:rPr>
        <w:t>57:32  To un logon ko aasani say un logon nay accept nahi kiya. Lekin us waqt to chounkay ab Rasool Allah thay to maan liya.</w:t>
      </w:r>
      <w:r>
        <w:br/>
      </w:r>
      <w:r>
        <w:rPr>
          <w:sz w:val="20"/>
        </w:rPr>
        <w:t>57:41  Lekin baad mein jab Hazrat Abu Bakr khaleefa huay, tab Hazrat Abu Bakr aur Hazrat Umar khaleefa huay to un ko yeh baat jo hai bohat ziyada shock lagi ho kay yeh woh to leader thay qabailay kay aur bohat hi un ka bara qabaila tha.</w:t>
      </w:r>
      <w:r>
        <w:br/>
      </w:r>
      <w:r>
        <w:rPr>
          <w:sz w:val="20"/>
        </w:rPr>
        <w:t>57:59  To woh sham chalay</w:t>
      </w:r>
      <w:r>
        <w:br/>
      </w:r>
      <w:r>
        <w:rPr>
          <w:sz w:val="20"/>
        </w:rPr>
        <w:t>58:01  Gay. Unhonay support karnay kay bajaye Hazrat Abu Bakr ka zamanay, Hazrat Umar ka zamanay jo tha, us mein Hazrat Abu Bakr kay zamanay mein to khaas tor par bohat ziyada halaat kharab thay.</w:t>
      </w:r>
      <w:r>
        <w:br/>
      </w:r>
      <w:r>
        <w:rPr>
          <w:sz w:val="20"/>
        </w:rPr>
        <w:t>58:12  to un ko support karne ke bajaye unhon ne woh sham chale gaye. to woh yeh cheez jo hai bilkul hi acceptable nahi hai.</w:t>
      </w:r>
      <w:r>
        <w:br/>
      </w:r>
      <w:r>
        <w:rPr>
          <w:sz w:val="20"/>
        </w:rPr>
        <w:t>58:21  ek divine mission jab chal raha ho to to kehte hain ke un ke jab intaqal hua to logon ne yeh awaz suni:</w:t>
      </w:r>
      <w:r>
        <w:br/>
      </w:r>
      <w:r>
        <w:rPr>
          <w:sz w:val="20"/>
        </w:rPr>
        <w:t>58:29  "hum ne khazraj ke sardar sa'd ibn ibada ko qatl kiya hai." to ab yeh awaz suni to Maulana ne kahin likha hai ke shayad jinnu ki awaz thi yeh.</w:t>
      </w:r>
      <w:r>
        <w:br/>
      </w:r>
      <w:r>
        <w:rPr>
          <w:sz w:val="20"/>
        </w:rPr>
        <w:t>58:41  to yeh bohat zyada ghalat baat hai ke agar hum ek divine mission chal raha hai to us ko koi na koi pretext par ke kisi ne humein yeh keh diya, kisi ne humein woh keh diya, ya humein jo hai ignore kiya ja raha hai, humein appreciation nahi mil raha hai, yeh keh ke alag hona hi jo hai bohat bohat bara risk log le rahe hain.</w:t>
      </w:r>
      <w:r>
        <w:br/>
      </w:r>
      <w:r>
        <w:rPr>
          <w:sz w:val="20"/>
        </w:rPr>
        <w:t>59:05  kisi halat mein bhi koi mission is tarah ka chal raha ho, dawah mission to us ko us mein jo laga hua hai, us ko alag nahi hona chahiye balkeh bardasht karna chahiye.</w:t>
      </w:r>
      <w:r>
        <w:br/>
      </w:r>
      <w:r>
        <w:rPr>
          <w:sz w:val="20"/>
        </w:rPr>
        <w:t>59:16  aur jo sabr bardasht ka jo ajr hai, us par nazar honi chahiye ke dunya mein bhi woh us ko ajr milega aur akhirat mein us ke badle mein jannat milegi.</w:t>
      </w:r>
      <w:r>
        <w:br/>
      </w:r>
      <w:r>
        <w:rPr>
          <w:sz w:val="20"/>
        </w:rPr>
        <w:t>59:28  jazak Allah apa, thank you for doing this important session today.</w:t>
      </w:r>
      <w:r>
        <w:br/>
      </w:r>
      <w:r>
        <w:rPr>
          <w:sz w:val="20"/>
        </w:rPr>
        <w:t>59:32  so, we we'll end today session and we'll be back next Sunday 10:30 am. thank you.</w:t>
      </w:r>
    </w:p>
    <w:p>
      <w:pPr>
        <w:pStyle w:val="Heading2"/>
      </w:pPr>
      <w:r>
        <w:t>Practically forgetting complaints against others</w:t>
      </w:r>
    </w:p>
    <w:p>
      <w:r>
        <w:rPr>
          <w:color w:val="666666"/>
          <w:sz w:val="18"/>
        </w:rPr>
        <w:t>Ethics &amp; Character · The Secular Contribution of Islam | April 16, 2017 · 5m 09s · at 52:09 · https://youtu.be/QV_HIq7KeaY?t=3129</w:t>
      </w:r>
    </w:p>
    <w:p>
      <w:r>
        <w:rPr>
          <w:i/>
        </w:rPr>
        <w:t>“Maulana, you said the first thing Muslim should do is to forget the complaint against others. How can we do it practically as the mind becomes restless if someone does bad to you?”</w:t>
      </w:r>
    </w:p>
    <w:p>
      <w:r>
        <w:rPr>
          <w:sz w:val="20"/>
        </w:rPr>
        <w:t>52:09  Maulana, agla sawal bheja hai Faisal sahib ne Bangalore se, unhon ne likha hai: Maulana, you said the</w:t>
      </w:r>
      <w:r>
        <w:br/>
      </w:r>
      <w:r>
        <w:rPr>
          <w:sz w:val="20"/>
        </w:rPr>
        <w:t>52:17  first thing Muslim should do is to forget the complaint against others.</w:t>
      </w:r>
      <w:r>
        <w:br/>
      </w:r>
      <w:r>
        <w:rPr>
          <w:sz w:val="20"/>
        </w:rPr>
        <w:t>52:24  Maulana, how can we do it practically as mind becomes restless if someone does bad to you?</w:t>
      </w:r>
      <w:r>
        <w:br/>
      </w:r>
      <w:r>
        <w:rPr>
          <w:sz w:val="20"/>
        </w:rPr>
        <w:t>52:32  I try to implement what I learn from your talks and books, but I am still struggling.</w:t>
      </w:r>
      <w:r>
        <w:br/>
      </w:r>
      <w:r>
        <w:rPr>
          <w:sz w:val="20"/>
        </w:rPr>
        <w:t>52:39  For example, I have faced situations in office and at home when I was wronged, and I tried</w:t>
      </w:r>
      <w:r>
        <w:br/>
      </w:r>
      <w:r>
        <w:rPr>
          <w:sz w:val="20"/>
        </w:rPr>
        <w:t>52:45  forgiving them, but the thought of their wrongdoing kept bothering me.</w:t>
      </w:r>
      <w:r>
        <w:br/>
      </w:r>
      <w:r>
        <w:rPr>
          <w:sz w:val="20"/>
        </w:rPr>
        <w:t>52:52  My question is: what is the practical way to forgive and also forget the instances of wrongdoing?</w:t>
      </w:r>
      <w:r>
        <w:br/>
      </w:r>
      <w:r>
        <w:rPr>
          <w:sz w:val="20"/>
        </w:rPr>
        <w:t>52:59  Please give your guidance on this.</w:t>
      </w:r>
      <w:r>
        <w:br/>
      </w:r>
      <w:r>
        <w:rPr>
          <w:sz w:val="20"/>
        </w:rPr>
        <w:t>53:06  dekhiye, musalmanon ko yeh kehna hai ke woh rasool Allah ko mante hain ya nahi mante.</w:t>
      </w:r>
      <w:r>
        <w:br/>
      </w:r>
      <w:r>
        <w:rPr>
          <w:sz w:val="20"/>
        </w:rPr>
        <w:t>53:11  yeh jo aaj kal naat khwaniyan ho rahi hain, is se kuch faida nahi.</w:t>
      </w:r>
      <w:r>
        <w:br/>
      </w:r>
      <w:r>
        <w:rPr>
          <w:sz w:val="20"/>
        </w:rPr>
        <w:t>53:16  naat khwani se Allah khush hone wala nahi hai.</w:t>
      </w:r>
      <w:r>
        <w:br/>
      </w:r>
      <w:r>
        <w:rPr>
          <w:sz w:val="20"/>
        </w:rPr>
        <w:t>53:22  naat khwani ki dhoop machi hui hai.</w:t>
      </w:r>
      <w:r>
        <w:br/>
      </w:r>
      <w:r>
        <w:rPr>
          <w:sz w:val="20"/>
        </w:rPr>
        <w:t>53:27  hargiz hargiz mat samjhiye ke is se Allah khush ho jayega.</w:t>
      </w:r>
      <w:r>
        <w:br/>
      </w:r>
      <w:r>
        <w:rPr>
          <w:sz w:val="20"/>
        </w:rPr>
        <w:t>53:32  musalmanon ko yeh faisla karna hai ke woh Allah ki sunnat ko mante hain ya nahi mante.</w:t>
      </w:r>
      <w:r>
        <w:br/>
      </w:r>
      <w:r>
        <w:rPr>
          <w:sz w:val="20"/>
        </w:rPr>
        <w:t>53:38  jaise dekhie, rasool Allah 13 saal tak makka mein thay. makka mein rasool Allah ko jo sataya gaya, is tarah ka zulm kisi musalman ko nahi hua, bohat ziyada. lekin aap dekhie, makka se jab niklay aap aur madina pohanchay to kabhi bhi aap ko nahi pata aati koi hadith ke aap ne wahan shikayat ki ho makka wale ko zulm ki. maslan</w:t>
      </w:r>
      <w:r>
        <w:br/>
      </w:r>
      <w:r>
        <w:rPr>
          <w:sz w:val="20"/>
        </w:rPr>
        <w:t>54:08  ً, aap sirat ibn sham mein dekhiye, hijrat ke baad ka waqea ke rasool Allah jab makkah se</w:t>
      </w:r>
      <w:r>
        <w:br/>
      </w:r>
      <w:r>
        <w:rPr>
          <w:sz w:val="20"/>
        </w:rPr>
        <w:t>54:14  chal kar madinah pohanche to jo pehla khitab kiya tha aap ne, woh poora ka poora sirat ibn</w:t>
      </w:r>
      <w:r>
        <w:br/>
      </w:r>
      <w:r>
        <w:rPr>
          <w:sz w:val="20"/>
        </w:rPr>
        <w:t>54:20  sham mein maujood hai, is ka title hai: awwal khutbah khutbah rasool Allah sallallahu alaihi wasallam fi al-madinah.</w:t>
      </w:r>
      <w:r>
        <w:br/>
      </w:r>
      <w:r>
        <w:rPr>
          <w:sz w:val="20"/>
        </w:rPr>
        <w:t>54:26  is khutbe ko parhiye aap.</w:t>
      </w:r>
      <w:r>
        <w:br/>
      </w:r>
      <w:r>
        <w:rPr>
          <w:sz w:val="20"/>
        </w:rPr>
        <w:t>54:32  ek lafz is mein nahi hai ke makkah walon ne zulm kiya,</w:t>
      </w:r>
      <w:r>
        <w:br/>
      </w:r>
      <w:r>
        <w:rPr>
          <w:sz w:val="20"/>
        </w:rPr>
        <w:t>54:38  makkah walon ne sataya, makkah walon ne hum ko bhaga diya, kuch bhi nahi.</w:t>
      </w:r>
      <w:r>
        <w:br/>
      </w:r>
      <w:r>
        <w:rPr>
          <w:sz w:val="20"/>
        </w:rPr>
        <w:t>54:43  koi is ka reference hi nahi hai.</w:t>
      </w:r>
      <w:r>
        <w:br/>
      </w:r>
      <w:r>
        <w:rPr>
          <w:sz w:val="20"/>
        </w:rPr>
        <w:t>54:48  is ka reference yeh nahi ke makkah walon ne hum ko nikal diya makkah se, balke kya hai?</w:t>
      </w:r>
      <w:r>
        <w:br/>
      </w:r>
      <w:r>
        <w:rPr>
          <w:sz w:val="20"/>
        </w:rPr>
        <w:t>54:53  eha nas, ittaqu anar walon se.</w:t>
      </w:r>
      <w:r>
        <w:br/>
      </w:r>
      <w:r>
        <w:rPr>
          <w:sz w:val="20"/>
        </w:rPr>
        <w:t>54:58  to musalmanon ko yeh faisla karna hai ke un ki naat khwani se Khuda kabhi khush nahi hone</w:t>
      </w:r>
      <w:r>
        <w:br/>
      </w:r>
      <w:r>
        <w:rPr>
          <w:sz w:val="20"/>
        </w:rPr>
        <w:t>55:03  wala hai, namumkin hai.</w:t>
      </w:r>
      <w:r>
        <w:br/>
      </w:r>
      <w:r>
        <w:rPr>
          <w:sz w:val="20"/>
        </w:rPr>
        <w:t>55:09  unhein rasool Allah ki sunnat ko ikhtiyar karna parega, tab rasool Allah, tab Allah un se khush hoga.</w:t>
      </w:r>
      <w:r>
        <w:br/>
      </w:r>
      <w:r>
        <w:rPr>
          <w:sz w:val="20"/>
        </w:rPr>
        <w:t>55:15  acchi tarah samajh lijiye, is mein zara bhi shakk nahi hai ke naat khwaniyan chahe ab jitni ho</w:t>
      </w:r>
      <w:r>
        <w:br/>
      </w:r>
      <w:r>
        <w:rPr>
          <w:sz w:val="20"/>
        </w:rPr>
        <w:t>55:22  rahi hain, is se hazar guna barh jayen, tab bhi kuch bhi nahi milne wala akhirat mein.</w:t>
      </w:r>
      <w:r>
        <w:br/>
      </w:r>
      <w:r>
        <w:rPr>
          <w:sz w:val="20"/>
        </w:rPr>
        <w:t>55:28  milega is waqt jab ke rasool musalman rasool Allah ki sunnat ko follow karen.</w:t>
      </w:r>
      <w:r>
        <w:br/>
      </w:r>
      <w:r>
        <w:rPr>
          <w:sz w:val="20"/>
        </w:rPr>
        <w:t>55:35  woh follow yahi ke ke shikayat ko bhulao, shikayat ko bhulao, shikayat ko bhulao.</w:t>
      </w:r>
      <w:r>
        <w:br/>
      </w:r>
      <w:r>
        <w:rPr>
          <w:sz w:val="20"/>
        </w:rPr>
        <w:t>55:41  maulana, kuch comments parhna chahenge sawal lene se pehle.</w:t>
      </w:r>
      <w:r>
        <w:br/>
      </w:r>
      <w:r>
        <w:rPr>
          <w:sz w:val="20"/>
        </w:rPr>
        <w:t>55:48  maulana iqbal umri sahib ne chennai se bheja hai: maulana, aaj aap ne daur jadeed ka starting point</w:t>
      </w:r>
      <w:r>
        <w:br/>
      </w:r>
      <w:r>
        <w:rPr>
          <w:sz w:val="20"/>
        </w:rPr>
        <w:t>55:54  ko itna wazeh kiya ke aaj tak kisi ne is ko shaoori taur par discover nahi kiya.</w:t>
      </w:r>
      <w:r>
        <w:br/>
      </w:r>
      <w:r>
        <w:rPr>
          <w:sz w:val="20"/>
        </w:rPr>
        <w:t>56:00  aaj aap ne jo log mis fit islam batate hain, aap ne is islam ko most fit mazhab</w:t>
      </w:r>
      <w:r>
        <w:br/>
      </w:r>
      <w:r>
        <w:rPr>
          <w:sz w:val="20"/>
        </w:rPr>
        <w:t>56:06  bana diya aur bataya ke islam perfect hai, muslim mis fit hain</w:t>
      </w:r>
      <w:r>
        <w:br/>
      </w:r>
      <w:r>
        <w:rPr>
          <w:sz w:val="20"/>
        </w:rPr>
        <w:t>56:12  aur un ko islam ko re discover karna hai.</w:t>
      </w:r>
      <w:r>
        <w:br/>
      </w:r>
      <w:r>
        <w:rPr>
          <w:sz w:val="20"/>
        </w:rPr>
        <w:t>56:16  jazak allah molana sahib.</w:t>
      </w:r>
      <w:r>
        <w:br/>
      </w:r>
      <w:r>
        <w:rPr>
          <w:sz w:val="20"/>
        </w:rPr>
        <w:t>56:20  فراز خان صاحب نے دلی سے بھیجا ہے: مولانا، today I learned a very big lesson, that to</w:t>
      </w:r>
      <w:r>
        <w:br/>
      </w:r>
      <w:r>
        <w:rPr>
          <w:sz w:val="20"/>
        </w:rPr>
        <w:t>56:23  retreat is the required policy.</w:t>
      </w:r>
      <w:r>
        <w:br/>
      </w:r>
      <w:r>
        <w:rPr>
          <w:sz w:val="20"/>
        </w:rPr>
        <w:t>56:27  Save yourself, gain time to replan and to give a well-cultured response to a situation.</w:t>
      </w:r>
      <w:r>
        <w:br/>
      </w:r>
      <w:r>
        <w:rPr>
          <w:sz w:val="20"/>
        </w:rPr>
        <w:t>56:31  this is the amazing policy.</w:t>
      </w:r>
      <w:r>
        <w:br/>
      </w:r>
      <w:r>
        <w:rPr>
          <w:sz w:val="20"/>
        </w:rPr>
        <w:t>56:35  jazak allah molana sahib.</w:t>
      </w:r>
      <w:r>
        <w:br/>
      </w:r>
      <w:r>
        <w:rPr>
          <w:sz w:val="20"/>
        </w:rPr>
        <w:t>56:38  doctor farida khanam ne dilli se likha hai: mol</w:t>
      </w:r>
      <w:r>
        <w:br/>
      </w:r>
      <w:r>
        <w:rPr>
          <w:sz w:val="20"/>
        </w:rPr>
        <w:t>56:42  ana, when muslims will realize that all their problems can be solved, only when they begin to take part in divine dawa mission, because only then they will receive the divine blessings. muhammad rafiq chogle sahib ne mumbai se bheja hai: the retreat of khalid bin walid from mautah and the retreat of the prophet from hudaybiyyah are the examples of advancement with planning that the present day muslims lack</w:t>
      </w:r>
      <w:r>
        <w:br/>
      </w:r>
      <w:r>
        <w:rPr>
          <w:sz w:val="20"/>
        </w:rPr>
        <w:t>57:12  an.</w:t>
      </w:r>
    </w:p>
    <w:p>
      <w:pPr>
        <w:pStyle w:val="Heading2"/>
      </w:pPr>
      <w:r>
        <w:t>Pride in Muslim contributions vs arrogance</w:t>
      </w:r>
    </w:p>
    <w:p>
      <w:r>
        <w:rPr>
          <w:color w:val="666666"/>
          <w:sz w:val="18"/>
        </w:rPr>
        <w:t>Ethics &amp; Character · The Age of Alternative April 24, 2016 · 1m 24s · at 54:12 · https://youtu.be/JoilI-TK4Ig?t=3252</w:t>
      </w:r>
    </w:p>
    <w:p>
      <w:r>
        <w:rPr>
          <w:i/>
        </w:rPr>
        <w:t>“Maulana, it is said that Islam is the creator of modern age. Shouldn't Muslims take pride in their contribution to the world? Also, how to differentiate between pride and being arrogant?”</w:t>
      </w:r>
    </w:p>
    <w:p>
      <w:r>
        <w:rPr>
          <w:sz w:val="20"/>
        </w:rPr>
        <w:t>54:12  misal ke taur par hum chala rahe hain, hamara mission hai, hum bomb nahi marte to hamare paas aisa koi news nahi aati. maulana, agla sawal delhi se kiya hai ajay dwivedi sahib ne, aur unhon ne likha hai:</w:t>
      </w:r>
      <w:r>
        <w:br/>
      </w:r>
      <w:r>
        <w:rPr>
          <w:sz w:val="20"/>
        </w:rPr>
        <w:t>54:26  "maulana, it is said that islam is the creator of modern age. shouldn't muslims take pride in their contribution to the world?</w:t>
      </w:r>
      <w:r>
        <w:br/>
      </w:r>
      <w:r>
        <w:rPr>
          <w:sz w:val="20"/>
        </w:rPr>
        <w:t>54:36  also, how to differentiate between pride and being arrogant?" arrogance jo hai, ek community ka phenomena hai. main ne kabhi community ki baat nahi ki hai, main ne ideology ki baat ki hai.</w:t>
      </w:r>
      <w:r>
        <w:br/>
      </w:r>
      <w:r>
        <w:rPr>
          <w:sz w:val="20"/>
        </w:rPr>
        <w:t>54:51  ideology ka phenomena hai, koi ideology nahi farq karti. duniya mein koi ideology nahi jo farq kare.</w:t>
      </w:r>
      <w:r>
        <w:br/>
      </w:r>
      <w:r>
        <w:rPr>
          <w:sz w:val="20"/>
        </w:rPr>
        <w:t>55:01  ya is ko achhi tarah yaad rakhiye ke pride is phenomena of community, is not phenomena of ideology. main ideology of tauheed ki baat karta hoon, musalmanon ki baat nahi karta.</w:t>
      </w:r>
      <w:r>
        <w:br/>
      </w:r>
      <w:r>
        <w:rPr>
          <w:sz w:val="20"/>
        </w:rPr>
        <w:t>55:13  main to farq kaise paida hoga? the difference between ideology and community. jo kuch main ne likha hai, woh yeh hai ke ideology of tauheed ki wajah se duniya mein waqea pesh aaya hai.</w:t>
      </w:r>
      <w:r>
        <w:br/>
      </w:r>
      <w:r>
        <w:rPr>
          <w:sz w:val="20"/>
        </w:rPr>
        <w:t>55:27  muslim community ka to mein ne kabhi nahi kaha. Yaani mein ne jo baat kahi hai, woh ideology of tauheed ke bare mein hai, muslim community ke bare mein nahi hai.</w:t>
      </w:r>
    </w:p>
    <w:p>
      <w:pPr>
        <w:pStyle w:val="Heading2"/>
      </w:pPr>
      <w:r>
        <w:t>Protecting from negative feelings and developing goodwill</w:t>
      </w:r>
    </w:p>
    <w:p>
      <w:r>
        <w:rPr>
          <w:color w:val="666666"/>
          <w:sz w:val="18"/>
        </w:rPr>
        <w:t>Ethics &amp; Character · Islam in Daily Life May 26, 2013 · 42s · at 1:13:38 · https://youtu.be/iNyWPrbyyhA?t=4418</w:t>
      </w:r>
    </w:p>
    <w:p>
      <w:r>
        <w:rPr>
          <w:i/>
        </w:rPr>
        <w:t>“How can one protect oneself from negative feelings, anger, and bad thoughts toward others? And how can one develop goodwill for others?”</w:t>
      </w:r>
    </w:p>
    <w:p>
      <w:r>
        <w:rPr>
          <w:sz w:val="20"/>
        </w:rPr>
        <w:t>1:13:38  maulana agla sawal lucknow se hai, muhammad danish fazal sahab ka. unhon ne likha hai: "dusron ke liye negative feelings aur ghussa ya bure khayal lane se kaise apne aap ko bachaya jaye?</w:t>
      </w:r>
      <w:r>
        <w:br/>
      </w:r>
      <w:r>
        <w:rPr>
          <w:sz w:val="20"/>
        </w:rPr>
        <w:t>1:13:53  aur dusron ke liye khair khwahi kaise paida karen?" hamari kitaben padhiye, ye is ka jawab hai. hamari kitabon ke bahar jo hai wo sab yahi sab sikhaya gaya hai is mein ke doosre bure hain.</w:t>
      </w:r>
      <w:r>
        <w:br/>
      </w:r>
      <w:r>
        <w:rPr>
          <w:sz w:val="20"/>
        </w:rPr>
        <w:t>1:14:08  to log doosri kitaben padhte hain dusron ki. padh padh ke dimagh kharab hota hai. hamari kitaben padhiye, aap inshallah bohat jald ye kaifiyat khatm ho jayegi.</w:t>
      </w:r>
    </w:p>
    <w:p>
      <w:pPr>
        <w:pStyle w:val="Heading2"/>
      </w:pPr>
      <w:r>
        <w:t>Protecting oneself from greed in materialistic age</w:t>
      </w:r>
    </w:p>
    <w:p>
      <w:r>
        <w:rPr>
          <w:color w:val="666666"/>
          <w:sz w:val="18"/>
        </w:rPr>
        <w:t>Ethics &amp; Character · Islam &amp; Prophet of Islam 21 Oct, 2012 - Maulana Wahiduddin Khan · 2m 05s · at 1:00:23 · https://youtu.be/2hwtfOyNeS0?t=3623</w:t>
      </w:r>
    </w:p>
    <w:p>
      <w:r>
        <w:rPr>
          <w:i/>
        </w:rPr>
        <w:t>“In this materialistic age, how can a person protect himself from greed? Because today human needs have become so great that living a contented life has become difficult.”</w:t>
      </w:r>
    </w:p>
    <w:p>
      <w:r>
        <w:rPr>
          <w:sz w:val="20"/>
        </w:rPr>
        <w:t>1:00:23  maulana, agla sawal bhi karachi pakistan se hai abdul latif sahib ka. unhon ne likha hai: "maulana sahib, is madi daur mein ek insan apne aap ko hiras se kis tarah bachaye؟</w:t>
      </w:r>
      <w:r>
        <w:br/>
      </w:r>
      <w:r>
        <w:rPr>
          <w:sz w:val="20"/>
        </w:rPr>
        <w:t>1:00:37  kyun ke aaj insan ki zaroorat zaroorat itni zyada ho chuki hai ke qanaat wali zindagi guzarna mushkil ho gaya hai." is ke bare mein bataen.</w:t>
      </w:r>
      <w:r>
        <w:br/>
      </w:r>
      <w:r>
        <w:rPr>
          <w:sz w:val="20"/>
        </w:rPr>
        <w:t>1:00:49  main samajhta hoon ke hiras se bachane ke liye sirf yeh hai ke aap apni aql ko istemal karen. aql ko istemal karen.</w:t>
      </w:r>
      <w:r>
        <w:br/>
      </w:r>
      <w:r>
        <w:rPr>
          <w:sz w:val="20"/>
        </w:rPr>
        <w:t>1:00:59  abhi dekhiye, aaj kal khabron mein aa rahi hain kingfisher airline ke bare mein. bahut zyada badhaya apne kaam ko unhon ne, yani hiras ko apni aakhirat tak pahuncha diya.</w:t>
      </w:r>
      <w:r>
        <w:br/>
      </w:r>
      <w:r>
        <w:rPr>
          <w:sz w:val="20"/>
        </w:rPr>
        <w:t>1:01:11  natija kya hua? ke bilkul dham se gir gaye. aap khabron mein padhte honge, tafseel ki zaroorat nahin hai batane ki. aise waqiyat rozana hote rehte hain.</w:t>
      </w:r>
      <w:r>
        <w:br/>
      </w:r>
      <w:r>
        <w:rPr>
          <w:sz w:val="20"/>
        </w:rPr>
        <w:t>1:01:23  yani hiras mein aakhir mein kya hai? frustration. qanaat mein kya hai? sukoon, itminan.</w:t>
      </w:r>
      <w:r>
        <w:br/>
      </w:r>
      <w:r>
        <w:rPr>
          <w:sz w:val="20"/>
        </w:rPr>
        <w:t>1:01:32  to natije ko dekh kar faisla kijiye ke hiras mein aadmi ko sukoon milta hai ya qanaat mein milta hai.</w:t>
      </w:r>
      <w:r>
        <w:br/>
      </w:r>
      <w:r>
        <w:rPr>
          <w:sz w:val="20"/>
        </w:rPr>
        <w:t>1:01:42  jitne log hiras mein daudte hain, yani takathur ka rasta ikhtiyar karte hain, aakhir mein un ke hisse mein sawab, first side ka kuch bhi nahin aata. kitne log to khud khushi kar lete hain.</w:t>
      </w:r>
      <w:r>
        <w:br/>
      </w:r>
      <w:r>
        <w:rPr>
          <w:sz w:val="20"/>
        </w:rPr>
        <w:t>1:01:54  to asal cheez yeh hai ke natije ko natije ko samne rakh kar log nahin sochte. natije ko samne rakh kar sochen to bahut aasani se masla samajh mein aa jaye ke is dunya mein mumkin nahin hai ke aap hiras ke raste par chal kar ke, yani peace of mind mile, aap ko sukoon mile.</w:t>
      </w:r>
      <w:r>
        <w:br/>
      </w:r>
      <w:r>
        <w:rPr>
          <w:sz w:val="20"/>
        </w:rPr>
        <w:t>1:02:15  qanaat ke raste par chal kar ke aap ko peace of mind milega. to agar natije ko le kar socha jaye to bahut aasani se aap is mamle mein ek sahi faisla le sakte hain.</w:t>
      </w:r>
    </w:p>
    <w:p>
      <w:pPr>
        <w:pStyle w:val="Heading2"/>
      </w:pPr>
      <w:r>
        <w:t>Punishment for insulting parents</w:t>
      </w:r>
    </w:p>
    <w:p>
      <w:r>
        <w:rPr>
          <w:color w:val="666666"/>
          <w:sz w:val="18"/>
        </w:rPr>
        <w:t>Ethics &amp; Character · Hadith Word of Wisdom August 31, 2014 · 2m 31s · at 55:34 · https://youtu.be/fv4eRJRe8dk?t=3334</w:t>
      </w:r>
    </w:p>
    <w:p>
      <w:r>
        <w:rPr>
          <w:i/>
        </w:rPr>
        <w:t>“What is the punishment of those people who insult their parents?”</w:t>
      </w:r>
    </w:p>
    <w:p>
      <w:r>
        <w:rPr>
          <w:sz w:val="20"/>
        </w:rPr>
        <w:t>55:34  I will be looking forward to the future editions." Mashallah. Maulana, agla sawal Delhi se kiya hai Muhammad Hilal Khan ne. Maulana, yeh ek school ke student hain aur unka sawal hai ke "What is the punishment of those people who insult their parents?</w:t>
      </w:r>
      <w:r>
        <w:br/>
      </w:r>
      <w:r>
        <w:rPr>
          <w:sz w:val="20"/>
        </w:rPr>
        <w:t>55:57  " pooch rahe hain punishment kya hai? samjhaiye, punishment se yeh masla hal nahi hota, badhta hai.</w:t>
      </w:r>
      <w:r>
        <w:br/>
      </w:r>
      <w:r>
        <w:rPr>
          <w:sz w:val="20"/>
        </w:rPr>
        <w:t>56:02  Dekhein, punishment jo hai, woh sirf authority ka kaam hai.</w:t>
      </w:r>
      <w:r>
        <w:br/>
      </w:r>
      <w:r>
        <w:rPr>
          <w:sz w:val="20"/>
        </w:rPr>
        <w:t>56:08  Aap ke paas koi authority nahi hai, jaise gharon mein jhagde hote hain, gharon mein aap kisi ko</w:t>
      </w:r>
      <w:r>
        <w:br/>
      </w:r>
      <w:r>
        <w:rPr>
          <w:sz w:val="20"/>
        </w:rPr>
        <w:t>56:13  punish nahin kar sakte kyunke aap par authority nahin hai.</w:t>
      </w:r>
      <w:r>
        <w:br/>
      </w:r>
      <w:r>
        <w:rPr>
          <w:sz w:val="20"/>
        </w:rPr>
        <w:t>56:19  to agar aisa kahin hai to aap ko samjhaiye, aur is mein main samajhta hoon ke fifty-fifty ka mamla hai.</w:t>
      </w:r>
      <w:r>
        <w:br/>
      </w:r>
      <w:r>
        <w:rPr>
          <w:sz w:val="20"/>
        </w:rPr>
        <w:t>56:24  aisa nahin ke ek tarafah kisi ko, dono kuch na kuch be samjhi ka kaam karte hain, is</w:t>
      </w:r>
      <w:r>
        <w:br/>
      </w:r>
      <w:r>
        <w:rPr>
          <w:sz w:val="20"/>
        </w:rPr>
        <w:t>56:30  se baat flare up ho jati hai.</w:t>
      </w:r>
      <w:r>
        <w:br/>
      </w:r>
      <w:r>
        <w:rPr>
          <w:sz w:val="20"/>
        </w:rPr>
        <w:t>56:36  main is ko nahin manta ke yeh unilateral mamla hai, bilateral mamla hai.</w:t>
      </w:r>
      <w:r>
        <w:br/>
      </w:r>
      <w:r>
        <w:rPr>
          <w:sz w:val="20"/>
        </w:rPr>
        <w:t>56:41  to dono ko samjhana parega.</w:t>
      </w:r>
      <w:r>
        <w:br/>
      </w:r>
      <w:r>
        <w:rPr>
          <w:sz w:val="20"/>
        </w:rPr>
        <w:t>56:47  main ne jo tajurba zindagi ka woh yeh hai ke reporting hamesha log one-sided karte hain.</w:t>
      </w:r>
      <w:r>
        <w:br/>
      </w:r>
      <w:r>
        <w:rPr>
          <w:sz w:val="20"/>
        </w:rPr>
        <w:t>56:52  har aadmi one-sided reporting karta hai, yaani ek ki baat batayega, ek doosri ki baat nahin batayega.</w:t>
      </w:r>
      <w:r>
        <w:br/>
      </w:r>
      <w:r>
        <w:rPr>
          <w:sz w:val="20"/>
        </w:rPr>
        <w:t>56:58  bas yeh aam, itna zyada aam hai ke is mein koi exception nahin hai.</w:t>
      </w:r>
      <w:r>
        <w:br/>
      </w:r>
      <w:r>
        <w:rPr>
          <w:sz w:val="20"/>
        </w:rPr>
        <w:t>57:04  mujhe de walon ko one-sided reporting to aap ko bhi main kahunga, aap is se bachen ke</w:t>
      </w:r>
      <w:r>
        <w:br/>
      </w:r>
      <w:r>
        <w:rPr>
          <w:sz w:val="20"/>
        </w:rPr>
        <w:t>57:09  aap kisi ek ko blame dein aur doosre ko kahin ke woh bilkul be khata hai.</w:t>
      </w:r>
      <w:r>
        <w:br/>
      </w:r>
      <w:r>
        <w:rPr>
          <w:sz w:val="20"/>
        </w:rPr>
        <w:t>57:15  is ko, is ko deep mein jayen, deep mein.</w:t>
      </w:r>
      <w:r>
        <w:br/>
      </w:r>
      <w:r>
        <w:rPr>
          <w:sz w:val="20"/>
        </w:rPr>
        <w:t>57:20  jaise main ne abhi qissa bataya aap ko ke in ke leho ka ke bhai bachche meri baat</w:t>
      </w:r>
      <w:r>
        <w:br/>
      </w:r>
      <w:r>
        <w:rPr>
          <w:sz w:val="20"/>
        </w:rPr>
        <w:t>57:26  sunte nahin, to bas main kahoon aap bade bachche kharab hain.</w:t>
      </w:r>
      <w:r>
        <w:br/>
      </w:r>
      <w:r>
        <w:rPr>
          <w:sz w:val="20"/>
        </w:rPr>
        <w:t>57:31  in ki report ko sun kar main maan loon ke bachche bade kharab hain.</w:t>
      </w:r>
      <w:r>
        <w:br/>
      </w:r>
      <w:r>
        <w:rPr>
          <w:sz w:val="20"/>
        </w:rPr>
        <w:t>57:37  to main ne jab scrutiny ki to maloom hua ke yeh bachchon ke sath biwi se ladte jhagadte</w:t>
      </w:r>
      <w:r>
        <w:br/>
      </w:r>
      <w:r>
        <w:rPr>
          <w:sz w:val="20"/>
        </w:rPr>
        <w:t>57:43  hain, is se mahaul ghar ka kharab ho gaya hai.</w:t>
      </w:r>
      <w:r>
        <w:br/>
      </w:r>
      <w:r>
        <w:rPr>
          <w:sz w:val="20"/>
        </w:rPr>
        <w:t>57:48  to aap aisa kabhi mat kijiye ke one-sided reporting karen.</w:t>
      </w:r>
      <w:r>
        <w:br/>
      </w:r>
      <w:r>
        <w:rPr>
          <w:sz w:val="20"/>
        </w:rPr>
        <w:t>57:54  aap deep mein jayen, scrutiny kijiye, baat ko samjhen gehrai se, tab masla khatam hoga.</w:t>
      </w:r>
      <w:r>
        <w:br/>
      </w:r>
      <w:r>
        <w:rPr>
          <w:sz w:val="20"/>
        </w:rPr>
        <w:t>57:59  aise ek ko blame dena, doosre ko be khata batana, is se koi masla hal hone wala nahin hai.</w:t>
      </w:r>
    </w:p>
    <w:p>
      <w:pPr>
        <w:pStyle w:val="Heading2"/>
      </w:pPr>
      <w:r>
        <w:t>Reason for exaggeration in human nature</w:t>
      </w:r>
    </w:p>
    <w:p>
      <w:r>
        <w:rPr>
          <w:color w:val="666666"/>
          <w:sz w:val="18"/>
        </w:rPr>
        <w:t>Ethics &amp; Character · Man and Paradise May 05, 2013 · 51s · at 49:13 · https://youtu.be/VyFgim3pvts?t=2953</w:t>
      </w:r>
    </w:p>
    <w:p>
      <w:r>
        <w:rPr>
          <w:i/>
        </w:rPr>
        <w:t>“Why is there exaggeration in human nature?”</w:t>
      </w:r>
    </w:p>
    <w:p>
      <w:r>
        <w:rPr>
          <w:sz w:val="20"/>
        </w:rPr>
        <w:t>49:13  Maulana, agla sawal Karachi Pakistan se hai, Aamir bin Yusuf sahab ka. unhon ne aap se poocha hai ke aam taur par insaan ki fitrat mein ghulu hota hai.</w:t>
      </w:r>
      <w:r>
        <w:br/>
      </w:r>
      <w:r>
        <w:rPr>
          <w:sz w:val="20"/>
        </w:rPr>
        <w:t>49:27  aakhir yeh kyun hai? is ke bare mein batayein. nahi, yeh sahi nahi. ghulu hota hai fitrat mein, ghulu nahi hota hai. fitrat ka ghulu hai, ghulu khud fitrat nahi hai.</w:t>
      </w:r>
      <w:r>
        <w:br/>
      </w:r>
      <w:r>
        <w:rPr>
          <w:sz w:val="20"/>
        </w:rPr>
        <w:t>49:42  aap bhi nahi kahein ke maslan insaan zuban se jhoot bolta hai to aap kahein jhoot bolna fitrat hai? nahi, zuban ka ghulu hai. aise ghulu khud fitrat-e-insani mein nahi hai.</w:t>
      </w:r>
      <w:r>
        <w:br/>
      </w:r>
      <w:r>
        <w:rPr>
          <w:sz w:val="20"/>
        </w:rPr>
        <w:t>49:55  aap ko jo azaadi di hai Allah taala ne, us azaadi ko aap jab galat istemal karte hain to ghulu paida hota hai.</w:t>
      </w:r>
    </w:p>
    <w:p>
      <w:pPr>
        <w:pStyle w:val="Heading2"/>
      </w:pPr>
      <w:r>
        <w:t>Recognizing Arrogance in Oneself</w:t>
      </w:r>
    </w:p>
    <w:p>
      <w:r>
        <w:rPr>
          <w:color w:val="666666"/>
          <w:sz w:val="18"/>
        </w:rPr>
        <w:t>Ethics &amp; Character · Religion and Democracy December 25, 2011 · 1m 59s · at 1:38:41 · https://youtu.be/8Mf_yvDA8ik?t=5921</w:t>
      </w:r>
    </w:p>
    <w:p>
      <w:r>
        <w:rPr>
          <w:i/>
        </w:rPr>
        <w:t>“How will I know if arrogance (kibr) is developing within me? Please explain this. In the hadith, its signs are mentioned: 'Batar al-haqq wa ghamt an-nas' (rejecting the truth and looking down on people).”</w:t>
      </w:r>
    </w:p>
    <w:p>
      <w:r>
        <w:rPr>
          <w:sz w:val="20"/>
        </w:rPr>
        <w:t>1:38:41  maulana, agla sawal gulbarga se aaya hai mister abdul ghani ka. unhon ne likha hai: "mujhe is baat ka kaise ilm hoga ke mere andar kibr paida ho raha hai?</w:t>
      </w:r>
      <w:r>
        <w:br/>
      </w:r>
      <w:r>
        <w:rPr>
          <w:sz w:val="20"/>
        </w:rPr>
        <w:t>1:38:53  is ke bare mein bataein."</w:t>
      </w:r>
      <w:r>
        <w:br/>
      </w:r>
      <w:r>
        <w:rPr>
          <w:sz w:val="20"/>
        </w:rPr>
        <w:t>1:39:03  phir hadith mein is ki pehchan batai gayi hai: "batr al haqq wa ghammat al nas" k</w:t>
      </w:r>
      <w:r>
        <w:br/>
      </w:r>
      <w:r>
        <w:rPr>
          <w:sz w:val="20"/>
        </w:rPr>
        <w:t>1:39:10  kibr ki pehchan yaani haq ko bias side karna aur logon ko kam samajhna.</w:t>
      </w:r>
      <w:r>
        <w:br/>
      </w:r>
      <w:r>
        <w:rPr>
          <w:sz w:val="20"/>
        </w:rPr>
        <w:t>1:39:21  jab kisi samne haq pesh kiya jaye aur us ko woh bias side karte hue us ko na manen, to woh kibr ki wajah se hota hai.</w:t>
      </w:r>
      <w:r>
        <w:br/>
      </w:r>
      <w:r>
        <w:rPr>
          <w:sz w:val="20"/>
        </w:rPr>
        <w:t>1:39:32  aise log jo hain, un ko aadmi apne ko superior samajh leta hai, superior doosron ko kam samajhta hai. ya jahan aadmi yeh, yeh aadmi khud soch kar jaan sakta hai apne bare mein ke kahan mein ne haq ko nahi mana aur kahan mein ne logon ko kam samjha apne se.</w:t>
      </w:r>
      <w:r>
        <w:br/>
      </w:r>
      <w:r>
        <w:rPr>
          <w:sz w:val="20"/>
        </w:rPr>
        <w:t>1:39:47  jahan yeh yeh cheez pai jati hai, to woh is mani ke woh kibr mein mubtala hai. aisa aadmi hai: "batr al haqq wa ghammat al nas"</w:t>
      </w:r>
      <w:r>
        <w:br/>
      </w:r>
      <w:r>
        <w:rPr>
          <w:sz w:val="20"/>
        </w:rPr>
        <w:t>1:39:56  yaani haq pesh kiya jaye aur us ko woh qabool karne par razi na ho. jis ko aage hum kehte hain: "bias side kar do".</w:t>
      </w:r>
      <w:r>
        <w:br/>
      </w:r>
      <w:r>
        <w:rPr>
          <w:sz w:val="20"/>
        </w:rPr>
        <w:t>1:40:07  aur doosri cheez yeh hai ke logon ko kam samjhe.</w:t>
      </w:r>
      <w:r>
        <w:br/>
      </w:r>
      <w:r>
        <w:rPr>
          <w:sz w:val="20"/>
        </w:rPr>
        <w:t>1:40:09  to yeh yeh do baatein jahan yeh do baatein aisi hain jis ko aadmi khud foran pakar sakta hai agar woh chahe to ke mere andar yeh baat aa gayi hai.</w:t>
      </w:r>
      <w:r>
        <w:br/>
      </w:r>
      <w:r>
        <w:rPr>
          <w:sz w:val="20"/>
        </w:rPr>
        <w:t>1:40:19  kyunke insaan ki jo consciousness hai, jo zamir hai, woh foran bata deta hai. yaani doosre log na jaane, woh khud aadmi to zaroor jaan leta hai. jo jahan aadmi ko mehsoos ho ke mein ne haq ko bias side kiya aur doosron ko kam samjha, to samajh to us ko jaan lena chahiye ke mein kibr ka mareez ho chuka hoon.</w:t>
      </w:r>
    </w:p>
    <w:p>
      <w:pPr>
        <w:pStyle w:val="Heading2"/>
      </w:pPr>
      <w:r>
        <w:t>Repayment of loans after reformation</w:t>
      </w:r>
    </w:p>
    <w:p>
      <w:r>
        <w:rPr>
          <w:color w:val="666666"/>
          <w:sz w:val="18"/>
        </w:rPr>
        <w:t>Ethics &amp; Character · Material Science Vs Spiritual Science 20th May 12 SLOW · 1m 48s · at 1:05:39 · https://youtu.be/qYwFExG7cyM?t=3939</w:t>
      </w:r>
    </w:p>
    <w:p>
      <w:r>
        <w:rPr>
          <w:i/>
        </w:rPr>
        <w:t>“A person had taken loans from people, then he became associated with Al-Risala Mission and reformed his life. What should he do about the loans?”</w:t>
      </w:r>
    </w:p>
    <w:p>
      <w:r>
        <w:rPr>
          <w:sz w:val="20"/>
        </w:rPr>
        <w:t>1:05:39  maulana, agla sawal abhi karachi se hai miss saira latif ka.</w:t>
      </w:r>
      <w:r>
        <w:br/>
      </w:r>
      <w:r>
        <w:rPr>
          <w:sz w:val="20"/>
        </w:rPr>
        <w:t>1:05:46  unhon ne likha hai: "ek shakhs ne logon se qarz le rakha hai, baad mein woh shakhs al risala</w:t>
      </w:r>
      <w:r>
        <w:br/>
      </w:r>
      <w:r>
        <w:rPr>
          <w:sz w:val="20"/>
        </w:rPr>
        <w:t>1:05:52  mission se wabasta ho gaya aur apni zindagi ki islaah kar li.</w:t>
      </w:r>
      <w:r>
        <w:br/>
      </w:r>
      <w:r>
        <w:rPr>
          <w:sz w:val="20"/>
        </w:rPr>
        <w:t>1:05:59  ab woh shakhs is tarah dua mangne laga: aye allah!</w:t>
      </w:r>
      <w:r>
        <w:br/>
      </w:r>
      <w:r>
        <w:rPr>
          <w:sz w:val="20"/>
        </w:rPr>
        <w:t>1:06:06  is dunya mein mere halaat is tarah bana de aur mujhe tofeeq de ke main logon ka qarz ada karoon. Aur agar main qarz ki adaiygi se pehle mar gaya to ae Allah!</w:t>
      </w:r>
      <w:r>
        <w:br/>
      </w:r>
      <w:r>
        <w:rPr>
          <w:sz w:val="20"/>
        </w:rPr>
        <w:t>1:06:20  to meri taraf se meri talafi kar dena." sawal yeh hai ke kya allah taala ek bande ki</w:t>
      </w:r>
      <w:r>
        <w:br/>
      </w:r>
      <w:r>
        <w:rPr>
          <w:sz w:val="20"/>
        </w:rPr>
        <w:t>1:06:25  taraf se us ke qarz ki talafi kar dega? nahi, yeh sahih baat nahi hai.</w:t>
      </w:r>
      <w:r>
        <w:br/>
      </w:r>
      <w:r>
        <w:rPr>
          <w:sz w:val="20"/>
        </w:rPr>
        <w:t>1:06:30  is qarz ki talafi sirf wohi aadmi kar sakta hai jis se aap ne qarz liya hai.</w:t>
      </w:r>
      <w:r>
        <w:br/>
      </w:r>
      <w:r>
        <w:rPr>
          <w:sz w:val="20"/>
        </w:rPr>
        <w:t>1:06:35  jo log, jis aadmi ne kisi se qarz liya hai, ya to woh qarz ada kare ya us</w:t>
      </w:r>
      <w:r>
        <w:br/>
      </w:r>
      <w:r>
        <w:rPr>
          <w:sz w:val="20"/>
        </w:rPr>
        <w:t>1:06:40  ko insaan ja ke kahe ke bhai maaf kar do.</w:t>
      </w:r>
      <w:r>
        <w:br/>
      </w:r>
      <w:r>
        <w:rPr>
          <w:sz w:val="20"/>
        </w:rPr>
        <w:t>1:06:45  agar insaan, is insaan ne maaf kar diya to maaf ho jayega.</w:t>
      </w:r>
      <w:r>
        <w:br/>
      </w:r>
      <w:r>
        <w:rPr>
          <w:sz w:val="20"/>
        </w:rPr>
        <w:t>1:06:51  baqi is tarah ki dua jo hai, yeh sahih tareeqa nahi hai.</w:t>
      </w:r>
      <w:r>
        <w:br/>
      </w:r>
      <w:r>
        <w:rPr>
          <w:sz w:val="20"/>
        </w:rPr>
        <w:t>1:06:56  yeh sahih tareeqa nahi hai.</w:t>
      </w:r>
      <w:r>
        <w:br/>
      </w:r>
      <w:r>
        <w:rPr>
          <w:sz w:val="20"/>
        </w:rPr>
        <w:t>1:07:01  qarz ke muamle mein dekhiye, yeh hai shariyat ka masla ke qarz maaf nahi hota.</w:t>
      </w:r>
      <w:r>
        <w:br/>
      </w:r>
      <w:r>
        <w:rPr>
          <w:sz w:val="20"/>
        </w:rPr>
        <w:t>1:07:06  ya to aap qarz ada karen ya isi insaan se ja kar kahain ke bhai mein mein is</w:t>
      </w:r>
      <w:r>
        <w:br/>
      </w:r>
      <w:r>
        <w:rPr>
          <w:sz w:val="20"/>
        </w:rPr>
        <w:t>1:07:11  haal mein nahi hoon ke tum ko de sakoon qarz, to mujhe maaf kar do.</w:t>
      </w:r>
      <w:r>
        <w:br/>
      </w:r>
      <w:r>
        <w:rPr>
          <w:sz w:val="20"/>
        </w:rPr>
        <w:t>1:07:17  dua se yeh masla khatm nahi ho sakta hai.</w:t>
      </w:r>
      <w:r>
        <w:br/>
      </w:r>
      <w:r>
        <w:rPr>
          <w:sz w:val="20"/>
        </w:rPr>
        <w:t>1:07:22  is insaan se miliye, is insaan se kahiye, agar woh insaan maaf kar de to maaf ho jayega.</w:t>
      </w:r>
    </w:p>
    <w:p>
      <w:pPr>
        <w:pStyle w:val="Heading2"/>
      </w:pPr>
      <w:r>
        <w:t>Requirements to build strong character</w:t>
      </w:r>
    </w:p>
    <w:p>
      <w:r>
        <w:rPr>
          <w:color w:val="666666"/>
          <w:sz w:val="18"/>
        </w:rPr>
        <w:t>Ethics &amp; Character · Age of Alternatives April 05, 2015 · 1m 04s · at 1:19:27 · https://youtu.be/4v0uCM2BZuA?t=4767</w:t>
      </w:r>
    </w:p>
    <w:p>
      <w:r>
        <w:rPr>
          <w:i/>
        </w:rPr>
        <w:t>“Please advise what are the requirements to build a strong character?”</w:t>
      </w:r>
    </w:p>
    <w:p>
      <w:r>
        <w:rPr>
          <w:sz w:val="20"/>
        </w:rPr>
        <w:t>1:19:27  Maulana, agla sawal kiya hai Ashfaq Hussain Sahab ne Bangalore se, aur unhone likha hai ke Maulana, please advise us what are the requirements to build a strong character?</w:t>
      </w:r>
      <w:r>
        <w:br/>
      </w:r>
      <w:r>
        <w:rPr>
          <w:sz w:val="20"/>
        </w:rPr>
        <w:t>1:19:47  main baat to ye samajhta hoon ke accountability ka jo concept hai, wahi asal hai. Yaum yaqum un naasu li rabbil alameen, yani insan accountable hai Khuda ke aage.</w:t>
      </w:r>
      <w:r>
        <w:br/>
      </w:r>
      <w:r>
        <w:rPr>
          <w:sz w:val="20"/>
        </w:rPr>
        <w:t>1:20:00  is se hi sab se bada check hai, is sab se bada yani isi se discipline aata hai, isi se aadmi ke andar self thinking aati hai, isi se transportation karta hai aadmi.</w:t>
      </w:r>
      <w:r>
        <w:br/>
      </w:r>
      <w:r>
        <w:rPr>
          <w:sz w:val="20"/>
        </w:rPr>
        <w:t>1:20:12  to main samajhta hoon ke sab se bada jo sab se badi jo cheez hai is mamle mein, wo hai accountability ka aqeeda ke main Allah ke samne jawab de hoon.</w:t>
      </w:r>
      <w:r>
        <w:br/>
      </w:r>
      <w:r>
        <w:rPr>
          <w:sz w:val="20"/>
        </w:rPr>
        <w:t>1:20:24  ye aqeeda.</w:t>
      </w:r>
    </w:p>
    <w:p>
      <w:pPr>
        <w:pStyle w:val="Heading2"/>
      </w:pPr>
      <w:r>
        <w:t>Responding to New Year greetings</w:t>
      </w:r>
    </w:p>
    <w:p>
      <w:r>
        <w:rPr>
          <w:color w:val="666666"/>
          <w:sz w:val="18"/>
        </w:rPr>
        <w:t>Ethics &amp; Character · Personality Building January 05, 2014 · 1m 31s · at 58:43 · https://youtu.be/3Zppdm2K4ug?t=3523</w:t>
      </w:r>
    </w:p>
    <w:p>
      <w:r>
        <w:rPr>
          <w:i/>
        </w:rPr>
        <w:t>“My neighbors greet me on New Year. What should I do? Can I greet them back? Some of my Muslim friends say that New Year greetings are haram.”</w:t>
      </w:r>
    </w:p>
    <w:p>
      <w:r>
        <w:rPr>
          <w:sz w:val="20"/>
        </w:rPr>
        <w:t>58:43  maulana, agla sawal chennai say aya hai peer muhammad sahib ka. unhon nay likha hai: "maulana, my neighbors greet me in new year.</w:t>
      </w:r>
      <w:r>
        <w:br/>
      </w:r>
      <w:r>
        <w:rPr>
          <w:sz w:val="20"/>
        </w:rPr>
        <w:t>58:54  what should i do? can i greet them back as some of my muslim friends say? that greetings in the new year is haram." astaghfirullah, yeh aisa bolna to zaroor haram hai.</w:t>
      </w:r>
      <w:r>
        <w:br/>
      </w:r>
      <w:r>
        <w:rPr>
          <w:sz w:val="20"/>
        </w:rPr>
        <w:t>59:10  greeting haram nahi hai,</w:t>
      </w:r>
      <w:r>
        <w:br/>
      </w:r>
      <w:r>
        <w:rPr>
          <w:sz w:val="20"/>
        </w:rPr>
        <w:t>59:13  greeting haram nahi hai. aisa bolna zaroor haram hai. aap zaroor un ko mubarakbad dijiye jaisay woh aap ko de rahay hain aur Allah ka shukar ada kijiye kay naye aik aur saal mila aap ko dunya mein kaam karnay ka.</w:t>
      </w:r>
      <w:r>
        <w:br/>
      </w:r>
      <w:r>
        <w:rPr>
          <w:sz w:val="20"/>
        </w:rPr>
        <w:t>59:31  yeh to bohat achi baat hai. jo log kehtay hain kay haram hai, woh bilashuba khud aik haram film ibtala hai, aisa keh kar kay</w:t>
      </w:r>
      <w:r>
        <w:br/>
      </w:r>
      <w:r>
        <w:rPr>
          <w:sz w:val="20"/>
        </w:rPr>
        <w:t>59:40  . kyun kay woh, woh, woh aisi baat bol raha hai jis jis ko Khuda nay unhain, yani ijazat nahi di hai.</w:t>
      </w:r>
      <w:r>
        <w:br/>
      </w:r>
      <w:r>
        <w:rPr>
          <w:sz w:val="20"/>
        </w:rPr>
        <w:t>59:51  yani yeh kaisay, yani kaisay koi munh say bolta hai?</w:t>
      </w:r>
      <w:r>
        <w:br/>
      </w:r>
      <w:r>
        <w:rPr>
          <w:sz w:val="20"/>
        </w:rPr>
        <w:t>59:57  mein hairaan hoon kay kaisay itni, yani itnay musalman itnay woh ho gaye hain, nidar ho gaye hain, nidar kay jo baat Quran o Hadees mein likhi nahi hui hai, woh us ko boltay hain.</w:t>
      </w:r>
      <w:r>
        <w:br/>
      </w:r>
      <w:r>
        <w:rPr>
          <w:sz w:val="20"/>
        </w:rPr>
        <w:t>1:00:11  yeh kaisay boltay hain? woh</w:t>
      </w:r>
    </w:p>
    <w:p>
      <w:pPr>
        <w:pStyle w:val="Heading2"/>
      </w:pPr>
      <w:r>
        <w:t>Responding to non-Muslim's greeting permissible?</w:t>
      </w:r>
    </w:p>
    <w:p>
      <w:r>
        <w:rPr>
          <w:color w:val="666666"/>
          <w:sz w:val="18"/>
        </w:rPr>
        <w:t>Ethics &amp; Character · Age of Peace November 18, 2012 · 2m 12s · at 1:15:28 · https://youtu.be/Y9nkQnBqbrs?t=4528</w:t>
      </w:r>
    </w:p>
    <w:p>
      <w:r>
        <w:rPr>
          <w:i/>
        </w:rPr>
        <w:t>“Is it permissible in Islam to respond to a non-Muslim's greeting?”</w:t>
      </w:r>
    </w:p>
    <w:p>
      <w:r>
        <w:rPr>
          <w:sz w:val="20"/>
        </w:rPr>
        <w:t>1:15:28  maulana, agla sawal dilli se hai. muhammad hussain akhtar sahab ka, unhon ne likha hai: "kya kisi ghair muslim ke salam ka jawab dena islam mein jaiz hai?" is ke bare</w:t>
      </w:r>
      <w:r>
        <w:br/>
      </w:r>
      <w:r>
        <w:rPr>
          <w:sz w:val="20"/>
        </w:rPr>
        <w:t>1:15:40  mein batayein. jaiz nahi hai, farz hai, sir, farz. jaiz kya hai? yeh jaiz ki kya baat hai? dekhiye, aap jab namaz padhte hain, sari duniya ke musalman to kya karte hain?</w:t>
      </w:r>
      <w:r>
        <w:br/>
      </w:r>
      <w:r>
        <w:rPr>
          <w:sz w:val="20"/>
        </w:rPr>
        <w:t>1:15:53  aakhir mein khatam karte hain to kehte hain: "assalamu alaikum wa rahmatullah." "assalamu alaikum wa rahmatullah." tumhare upar salamati ho.</w:t>
      </w:r>
      <w:r>
        <w:br/>
      </w:r>
      <w:r>
        <w:rPr>
          <w:sz w:val="20"/>
        </w:rPr>
        <w:t>1:16:02  yeh tum kaun ho? yeh kaun tum ho? is ko aap keh rahe hain ke tumhare upar salamati ho. idhar kaun hai? idhar kaun hai?</w:t>
      </w:r>
      <w:r>
        <w:br/>
      </w:r>
      <w:r>
        <w:rPr>
          <w:sz w:val="20"/>
        </w:rPr>
        <w:t>1:16:09  aap bataiye. "peace be upon you." "assalamu alaikum" maani hote hain "peace be upon you." to jab aap kehte hain "peace be upon you" to you kaun hai?</w:t>
      </w:r>
      <w:r>
        <w:br/>
      </w:r>
      <w:r>
        <w:rPr>
          <w:sz w:val="20"/>
        </w:rPr>
        <w:t>1:16:19  woh kahan hai? woh to jhoota nikal rakha hai ke farishton ko karte hain, farishton ko salam karte hain. yeh bilkul jhooti taweel hai.</w:t>
      </w:r>
      <w:r>
        <w:br/>
      </w:r>
      <w:r>
        <w:rPr>
          <w:sz w:val="20"/>
        </w:rPr>
        <w:t>1:16:29  nahin, insanon ko karte hain.</w:t>
      </w:r>
      <w:r>
        <w:br/>
      </w:r>
      <w:r>
        <w:rPr>
          <w:sz w:val="20"/>
        </w:rPr>
        <w:t>1:16:32  jo insan east mein hain, jo insan west mein hain, jo insan south mein hain, jo insan north mein hain, sab ko hum kehte hain: "ae logon!</w:t>
      </w:r>
      <w:r>
        <w:br/>
      </w:r>
      <w:r>
        <w:rPr>
          <w:sz w:val="20"/>
        </w:rPr>
        <w:t>1:16:40  peace be upon you! peace be upon you!" to namaz mein roza karte hi hain. hum is mein masle ki kya baat kar rahe hain? ek jhoota masla bana rakha hai, bilkul jhoota ke hum farishton ko karte hain.</w:t>
      </w:r>
      <w:r>
        <w:br/>
      </w:r>
      <w:r>
        <w:rPr>
          <w:sz w:val="20"/>
        </w:rPr>
        <w:t>1:16:54  farishte hamare salamati ke intezar mein nahin hain, unko salamati mili hui hai, already</w:t>
      </w:r>
      <w:r>
        <w:br/>
      </w:r>
      <w:r>
        <w:rPr>
          <w:sz w:val="20"/>
        </w:rPr>
        <w:t>1:16:59  . farishte to already peaceful life hain, unki peace insanon ki peaceful life nahin hai. peace ki zaroorat insanon ko hai,</w:t>
      </w:r>
      <w:r>
        <w:br/>
      </w:r>
      <w:r>
        <w:rPr>
          <w:sz w:val="20"/>
        </w:rPr>
        <w:t>1:17:12  peace ki zaroorat farishton ko nahin hai. woh to peace to already unko mili hui hai, insanon ko. to hum apni tamanna ka izhar karte hain, apni tamanna ka, apni khwahish ka ke Allah taala unko bhi peace de, unko bhi peace de, unko bhi, unko bhi, sab ko peace de.</w:t>
      </w:r>
      <w:r>
        <w:br/>
      </w:r>
      <w:r>
        <w:rPr>
          <w:sz w:val="20"/>
        </w:rPr>
        <w:t>1:17:27  yeh to hamara culture hai, yani ibadat, ibadat culture mein shamil hai ke sari dunya ko peace bhejo. yeh fatwa, fatwa hi galat hai, bilkul is masla hi galat hai.</w:t>
      </w:r>
      <w:r>
        <w:br/>
      </w:r>
      <w:r>
        <w:rPr>
          <w:sz w:val="20"/>
        </w:rPr>
        <w:t>1:17:37  yeh</w:t>
      </w:r>
    </w:p>
    <w:p>
      <w:pPr>
        <w:pStyle w:val="Heading2"/>
      </w:pPr>
      <w:r>
        <w:t>Role of silence when angry</w:t>
      </w:r>
    </w:p>
    <w:p>
      <w:r>
        <w:rPr>
          <w:color w:val="666666"/>
          <w:sz w:val="18"/>
        </w:rPr>
        <w:t>Ethics &amp; Character · Self Correction November 09, 2014 Maulana Wahiduddin Khan · 2m 46s · at 1:17:15 · https://youtu.be/PpwTmeCQkSQ?t=4635</w:t>
      </w:r>
    </w:p>
    <w:p>
      <w:r>
        <w:rPr>
          <w:i/>
        </w:rPr>
        <w:t>“What role does silence play when one is angry? Many people think if you keep patience or observe silence, then the opposite party may feel that they have succeeded over you. This may lead to further exploitation. What is your advice?”</w:t>
      </w:r>
    </w:p>
    <w:p>
      <w:r>
        <w:rPr>
          <w:sz w:val="20"/>
        </w:rPr>
        <w:t>1:17:15  maulana, agla sawal bhopal se aaya hai farhan sahib ka, aur unhon ne likha hai ke Maulana, what</w:t>
      </w:r>
      <w:r>
        <w:br/>
      </w:r>
      <w:r>
        <w:rPr>
          <w:sz w:val="20"/>
        </w:rPr>
        <w:t>1:17:22  role does silence play when one is angry?</w:t>
      </w:r>
      <w:r>
        <w:br/>
      </w:r>
      <w:r>
        <w:rPr>
          <w:sz w:val="20"/>
        </w:rPr>
        <w:t>1:17:30  Many people think if you keep patience or observe silence, then the opposite party may feel that they have succeeded over you. This may lead to further exploitation. What is your advice?</w:t>
      </w:r>
      <w:r>
        <w:br/>
      </w:r>
      <w:r>
        <w:rPr>
          <w:sz w:val="20"/>
        </w:rPr>
        <w:t>1:17:44  is se zyada jhooti baat aur koi bhi nahi.</w:t>
      </w:r>
      <w:r>
        <w:br/>
      </w:r>
      <w:r>
        <w:rPr>
          <w:sz w:val="20"/>
        </w:rPr>
        <w:t>1:17:49  isi jhoot mein musalman jee rahe hain, sari dunya ke musalman isi mein jee rahe hain, aur nateeja</w:t>
      </w:r>
      <w:r>
        <w:br/>
      </w:r>
      <w:r>
        <w:rPr>
          <w:sz w:val="20"/>
        </w:rPr>
        <w:t>1:17:55  nahi dekh rahe, nateeja kiya nikal raha hai? Tabaahi mein izafa, tabaahi mein izafa.</w:t>
      </w:r>
      <w:r>
        <w:br/>
      </w:r>
      <w:r>
        <w:rPr>
          <w:sz w:val="20"/>
        </w:rPr>
        <w:t>1:18:00  yeh nahi ke koi sochta hai, yaani musalman yahi to kar rahe hain ke chup rehne ko tayyar nahi hain.</w:t>
      </w:r>
      <w:r>
        <w:br/>
      </w:r>
      <w:r>
        <w:rPr>
          <w:sz w:val="20"/>
        </w:rPr>
        <w:t>1:18:06  to nateeja kiya nikalta hai? Woh yaani in terms of result, is ko jaiza len.</w:t>
      </w:r>
      <w:r>
        <w:br/>
      </w:r>
      <w:r>
        <w:rPr>
          <w:sz w:val="20"/>
        </w:rPr>
        <w:t>1:18:11  is ka kaisi ajeeb o ghareeb baat hai ke chup na rehne ki policy mein chal rahe hain</w:t>
      </w:r>
      <w:r>
        <w:br/>
      </w:r>
      <w:r>
        <w:rPr>
          <w:sz w:val="20"/>
        </w:rPr>
        <w:t>1:18:17  musalman, aur tabaah ho rahe hain har jagah.</w:t>
      </w:r>
      <w:r>
        <w:br/>
      </w:r>
      <w:r>
        <w:rPr>
          <w:sz w:val="20"/>
        </w:rPr>
        <w:t>1:18:22  kaisi ajeeb baat hai ke musalmanon ke andar, yaani apna revise karne ka maada khatam ho gaya, re</w:t>
      </w:r>
      <w:r>
        <w:br/>
      </w:r>
      <w:r>
        <w:rPr>
          <w:sz w:val="20"/>
        </w:rPr>
        <w:t>1:18:28  aisment ka maada khatm ho gaya.</w:t>
      </w:r>
      <w:r>
        <w:br/>
      </w:r>
      <w:r>
        <w:rPr>
          <w:sz w:val="20"/>
        </w:rPr>
        <w:t>1:18:33  har jagah yahi to ho raha hai.</w:t>
      </w:r>
      <w:r>
        <w:br/>
      </w:r>
      <w:r>
        <w:rPr>
          <w:sz w:val="20"/>
        </w:rPr>
        <w:t>1:18:39  falasteen mein aap dekhiye ke chup ho gaye, woh chup nahi hain.</w:t>
      </w:r>
      <w:r>
        <w:br/>
      </w:r>
      <w:r>
        <w:rPr>
          <w:sz w:val="20"/>
        </w:rPr>
        <w:t>1:18:44  woh lekin kya hota hai? yeh pathar maarte hain, woh bam maarta hai.</w:t>
      </w:r>
      <w:r>
        <w:br/>
      </w:r>
      <w:r>
        <w:rPr>
          <w:sz w:val="20"/>
        </w:rPr>
        <w:t>1:18:50  yeh india mein aap dekh lijiyey, yeh fasaad hote hain, isi mein hote hain ke musalman chup nahi</w:t>
      </w:r>
      <w:r>
        <w:br/>
      </w:r>
      <w:r>
        <w:rPr>
          <w:sz w:val="20"/>
        </w:rPr>
        <w:t>1:18:55  rehte, action lete hain.</w:t>
      </w:r>
      <w:r>
        <w:br/>
      </w:r>
      <w:r>
        <w:rPr>
          <w:sz w:val="20"/>
        </w:rPr>
        <w:t>1:19:01  to chup na rehne ki qeemat musalman do so saal se bhi ada kar rahe hain, aur abhi</w:t>
      </w:r>
      <w:r>
        <w:br/>
      </w:r>
      <w:r>
        <w:rPr>
          <w:sz w:val="20"/>
        </w:rPr>
        <w:t>1:19:06  tak un ke andar re-aisment nahi aaya.</w:t>
      </w:r>
      <w:r>
        <w:br/>
      </w:r>
      <w:r>
        <w:rPr>
          <w:sz w:val="20"/>
        </w:rPr>
        <w:t>1:19:12  har jagah jitne fasaadaat hain, aur jitne bhi duniya mein, jahan jis ko kehte hain ke hamare sath</w:t>
      </w:r>
      <w:r>
        <w:br/>
      </w:r>
      <w:r>
        <w:rPr>
          <w:sz w:val="20"/>
        </w:rPr>
        <w:t>1:19:17  zulm ho raha hai, har kahin bhi musalman chup nahi hain.</w:t>
      </w:r>
      <w:r>
        <w:br/>
      </w:r>
      <w:r>
        <w:rPr>
          <w:sz w:val="20"/>
        </w:rPr>
        <w:t>1:19:23  har jagah, yani apna chala rahe hain.</w:t>
      </w:r>
      <w:r>
        <w:br/>
      </w:r>
      <w:r>
        <w:rPr>
          <w:sz w:val="20"/>
        </w:rPr>
        <w:t>1:19:28  to kam az kam ab to sochein, ab to tajurba karein chup rehne ka.</w:t>
      </w:r>
      <w:r>
        <w:br/>
      </w:r>
      <w:r>
        <w:rPr>
          <w:sz w:val="20"/>
        </w:rPr>
        <w:t>1:19:34  yani chup rehne ka tajurba hi nahi kiya musalmanon ne.</w:t>
      </w:r>
      <w:r>
        <w:br/>
      </w:r>
      <w:r>
        <w:rPr>
          <w:sz w:val="20"/>
        </w:rPr>
        <w:t>1:19:39  aur sawal karte hain, hamare mashriq mein pehli baar chup rehne ka tajurba kiya gaya hai, aur Allah</w:t>
      </w:r>
      <w:r>
        <w:br/>
      </w:r>
      <w:r>
        <w:rPr>
          <w:sz w:val="20"/>
        </w:rPr>
        <w:t>1:19:45  ke fazal se is se bohat faiday hue hain.</w:t>
      </w:r>
      <w:r>
        <w:br/>
      </w:r>
      <w:r>
        <w:rPr>
          <w:sz w:val="20"/>
        </w:rPr>
        <w:t>1:19:50  hamare mashriq ke baad koi hai hi nahi jis ne chup rehne ka tajurba kiya ho do so saal mein.</w:t>
      </w:r>
      <w:r>
        <w:br/>
      </w:r>
      <w:r>
        <w:rPr>
          <w:sz w:val="20"/>
        </w:rPr>
        <w:t>1:19:56  to yeh sab sawal to mujhe bohat ajeeb maloom hote hain.</w:t>
      </w:r>
    </w:p>
    <w:p>
      <w:pPr>
        <w:pStyle w:val="Heading2"/>
      </w:pPr>
      <w:r>
        <w:t>Saving Youth from Widespread Evil</w:t>
      </w:r>
    </w:p>
    <w:p>
      <w:r>
        <w:rPr>
          <w:color w:val="666666"/>
          <w:sz w:val="18"/>
        </w:rPr>
        <w:t>Ethics &amp; Character · God Particle July 8, 2012 · 1m 20s · at 1:24:34 · https://youtu.be/30Ulu10c2nA?t=5074</w:t>
      </w:r>
    </w:p>
    <w:p>
      <w:r>
        <w:rPr>
          <w:i/>
        </w:rPr>
        <w:t>“How should we save the upcoming generations from widespread evil? Kindly comment.”</w:t>
      </w:r>
    </w:p>
    <w:p>
      <w:r>
        <w:rPr>
          <w:sz w:val="20"/>
        </w:rPr>
        <w:t>1:24:34  bas lehje ka farq hai, aur kuch nahin, aur kuch bhi nahin. maulana, agla sawal lete hain jo mumbai se hi hai, aur mr. rakesh ne kiya hai.</w:t>
      </w:r>
      <w:r>
        <w:br/>
      </w:r>
      <w:r>
        <w:rPr>
          <w:sz w:val="20"/>
        </w:rPr>
        <w:t>1:24:46  unhon ne likha hai: "how should we save the upcoming generations from wide spread evil?" kindly comment.</w:t>
      </w:r>
      <w:r>
        <w:br/>
      </w:r>
      <w:r>
        <w:rPr>
          <w:sz w:val="20"/>
        </w:rPr>
        <w:t>1:24:57  bachana aap ki zimmedari kab hai? batana zimmedari hai,</w:t>
      </w:r>
      <w:r>
        <w:br/>
      </w:r>
      <w:r>
        <w:rPr>
          <w:sz w:val="20"/>
        </w:rPr>
        <w:t>1:25:02  yeh save karna zimmedari nahin aap ki. bataiye, khoob bataiye, yeh aap ki response hai. beti, nahin hai ke aap bachayein.</w:t>
      </w:r>
      <w:r>
        <w:br/>
      </w:r>
      <w:r>
        <w:rPr>
          <w:sz w:val="20"/>
        </w:rPr>
        <w:t>1:25:13  bachana aadmi ke apne, yani freedom par base karta hai. insan ko freedom hai, woh chahega to bachaye ga, to nahin bachaye ga.</w:t>
      </w:r>
      <w:r>
        <w:br/>
      </w:r>
      <w:r>
        <w:rPr>
          <w:sz w:val="20"/>
        </w:rPr>
        <w:t>1:25:23  is ki apni will, apni azadi. aap ko farz hai ke aap bataein, khoob bataiye, khoob bataiye, khoob bataiye.</w:t>
      </w:r>
      <w:r>
        <w:br/>
      </w:r>
      <w:r>
        <w:rPr>
          <w:sz w:val="20"/>
        </w:rPr>
        <w:t>1:25:31  yeh sochana chhod dijiye ke aap ki zimmedari bachana hai.</w:t>
      </w:r>
      <w:r>
        <w:br/>
      </w:r>
      <w:r>
        <w:rPr>
          <w:sz w:val="20"/>
        </w:rPr>
        <w:t>1:25:40  batane mein koi rukawat nahin hai, batane mein koi rukawat nahin hai, lekin bachana jo hai, woh is ka aadmi ka apna fe'l hai. woh chahe ga to bachaye ga, nahin nahin bachaye ga.</w:t>
      </w:r>
    </w:p>
    <w:p>
      <w:pPr>
        <w:pStyle w:val="Heading2"/>
      </w:pPr>
      <w:r>
        <w:t>Saving oneself from bad habits</w:t>
      </w:r>
    </w:p>
    <w:p>
      <w:r>
        <w:rPr>
          <w:color w:val="666666"/>
          <w:sz w:val="18"/>
        </w:rPr>
        <w:t>Ethics &amp; Character · The Road to Paradise December 30, 2012 Maulana Wahiduddin Khan · 1m 49s · at 1:24:06 · https://youtu.be/vUiaPsYF4Tk?t=5046</w:t>
      </w:r>
    </w:p>
    <w:p>
      <w:r>
        <w:rPr>
          <w:i/>
        </w:rPr>
        <w:t>“How can a person save oneself from bad habits?”</w:t>
      </w:r>
    </w:p>
    <w:p>
      <w:r>
        <w:rPr>
          <w:sz w:val="20"/>
        </w:rPr>
        <w:t>1:24:06  maulana, agla sawal ghazi abad se hai, mister arun ka. unhone likha hai: "how can a person save oneself from bad habits?</w:t>
      </w:r>
      <w:r>
        <w:br/>
      </w:r>
      <w:r>
        <w:rPr>
          <w:sz w:val="20"/>
        </w:rPr>
        <w:t>1:24:18  " is ke bare mein bataein. determination se bache ga in ka. koi doosra kiya kar sakta hai? aap jab jante hain ke ye bad habit hai to bas decide kijiye ke bas ab aaj se chhodna hai is ko.</w:t>
      </w:r>
      <w:r>
        <w:br/>
      </w:r>
      <w:r>
        <w:rPr>
          <w:sz w:val="20"/>
        </w:rPr>
        <w:t>1:24:34  aaj se chhodna hai. jaise cigarette peena hai, misaal ke taur par.</w:t>
      </w:r>
      <w:r>
        <w:br/>
      </w:r>
      <w:r>
        <w:rPr>
          <w:sz w:val="20"/>
        </w:rPr>
        <w:t>1:24:41  to ek sahab se meri mulaqat hui to un se bohat se logon ne kaha tha: "cigarette mat piyo, mat piyo, mat piyo".</w:t>
      </w:r>
      <w:r>
        <w:br/>
      </w:r>
      <w:r>
        <w:rPr>
          <w:sz w:val="20"/>
        </w:rPr>
        <w:t>1:24:50  to main ne kaha ke dekhen, unhone aap ko doosre andaaz mein kaha hoga. main aap se kehta hoon ke cigarette jo hai, wo distraction hai.</w:t>
      </w:r>
      <w:r>
        <w:br/>
      </w:r>
      <w:r>
        <w:rPr>
          <w:sz w:val="20"/>
        </w:rPr>
        <w:t>1:25:02  is ko main ne explain kiya ke cigarette kis tarah distraction hai aur distraction aadmi ke development mein rukawat hai.</w:t>
      </w:r>
      <w:r>
        <w:br/>
      </w:r>
      <w:r>
        <w:rPr>
          <w:sz w:val="20"/>
        </w:rPr>
        <w:t>1:25:12  to isi waqt unhone kiya kiya ke un ke paas jo packet tha, wo jala diya aur unhone kaha ke aaj cigarette nahi piyoon ga. to agar aap ke andar aye, yani soch ke ye cheez galat hai,</w:t>
      </w:r>
      <w:r>
        <w:br/>
      </w:r>
      <w:r>
        <w:rPr>
          <w:sz w:val="20"/>
        </w:rPr>
        <w:t>1:25:28  yani strong way mein, to aap ye ek cigarette mein tay kar sakte hain ke main aaj se mujhe ye habit ko chhodna hai. koi mushkil nahi. lekin strong soch to nahi aati hai, is liye aadmi phansa rehta hai, phansa rehta</w:t>
      </w:r>
      <w:r>
        <w:br/>
      </w:r>
      <w:r>
        <w:rPr>
          <w:sz w:val="20"/>
        </w:rPr>
        <w:t>1:25:40  hai. to sirf strong soch hi ko develop karna hai aur kuch nahi. strong soch nahi hai to jari rahe gi.</w:t>
      </w:r>
      <w:r>
        <w:br/>
      </w:r>
      <w:r>
        <w:rPr>
          <w:sz w:val="20"/>
        </w:rPr>
        <w:t>1:25:48  aur strong soch hai to aap ek cigarette mein chhod sakte ho is ko.</w:t>
      </w:r>
    </w:p>
    <w:p>
      <w:pPr>
        <w:pStyle w:val="Heading2"/>
      </w:pPr>
      <w:r>
        <w:t>Saying Salam and replying to non-Muslims</w:t>
      </w:r>
    </w:p>
    <w:p>
      <w:r>
        <w:rPr>
          <w:color w:val="666666"/>
          <w:sz w:val="18"/>
        </w:rPr>
        <w:t>Ethics &amp; Character · God and Man I February 19, 2012 Maulana Wahiduddin Khan · 1m 12s · at 1:10:48 · https://youtu.be/8TP3nlGRZek?t=4248</w:t>
      </w:r>
    </w:p>
    <w:p>
      <w:r>
        <w:rPr>
          <w:i/>
        </w:rPr>
        <w:t>“Can we do the Salam to non-Muslims and if they give their Salam to us then can we give a reply Wa Alaykum As Salam to them?”</w:t>
      </w:r>
    </w:p>
    <w:p>
      <w:r>
        <w:rPr>
          <w:sz w:val="20"/>
        </w:rPr>
        <w:t>1:10:48  koi koi is ki haqeeqat nahi hai. maulana un ka ek aur sawal hai. unhone poocha hai</w:t>
      </w:r>
      <w:r>
        <w:br/>
      </w:r>
      <w:r>
        <w:rPr>
          <w:sz w:val="20"/>
        </w:rPr>
        <w:t>1:10:55  Can we do the salam to non-Muslims and if they give their salam to us then can we give a reply wa alaikum assalam to them zaroor.</w:t>
      </w:r>
      <w:r>
        <w:br/>
      </w:r>
      <w:r>
        <w:rPr>
          <w:sz w:val="20"/>
        </w:rPr>
        <w:t>1:11:07  bhai salam to ek ek social greeting hai. ek social</w:t>
      </w:r>
      <w:r>
        <w:br/>
      </w:r>
      <w:r>
        <w:rPr>
          <w:sz w:val="20"/>
        </w:rPr>
        <w:t>1:11:13  tradition hai. yeh koi jannat dozakh ka mamla nahi hai. jaise aap kisi se milte hain to aap woh dono mil kar chai peete hain.</w:t>
      </w:r>
      <w:r>
        <w:br/>
      </w:r>
      <w:r>
        <w:rPr>
          <w:sz w:val="20"/>
        </w:rPr>
        <w:t>1:11:25  to woh ek ka ek social tradition hai. hadith salam bhi ek social tradition hai.</w:t>
      </w:r>
      <w:r>
        <w:br/>
      </w:r>
      <w:r>
        <w:rPr>
          <w:sz w:val="20"/>
        </w:rPr>
        <w:t>1:11:31  aap is mein bilkul farq nahi karna chahiye hindu muslim ka. aur peace be upon you is ka matlab hota hai to peace be upon you har ek ke liye yeh dua mein karni karna hai.</w:t>
      </w:r>
      <w:r>
        <w:br/>
      </w:r>
      <w:r>
        <w:rPr>
          <w:sz w:val="20"/>
        </w:rPr>
        <w:t>1:11:45  samna hai woh na aaye tab bhi.</w:t>
      </w:r>
      <w:r>
        <w:br/>
      </w:r>
      <w:r>
        <w:rPr>
          <w:sz w:val="20"/>
        </w:rPr>
        <w:t>1:11:48  is mein koi harj nahi hai is mein aur koi harj nahi hai is mein. koi agar harj batata hai to woh harj batane wala khud yani galti kar raha hai.</w:t>
      </w:r>
    </w:p>
    <w:p>
      <w:pPr>
        <w:pStyle w:val="Heading2"/>
      </w:pPr>
      <w:r>
        <w:t>Selective protest among Muslims</w:t>
      </w:r>
    </w:p>
    <w:p>
      <w:r>
        <w:rPr>
          <w:color w:val="666666"/>
          <w:sz w:val="18"/>
        </w:rPr>
        <w:t>Ethics &amp; Character · The Character of a Dayee 4 March 2012 - Maulana Wahiduddin Khan · 3m 40s · at 1:46:43 · https://youtu.be/YtavJpVNbEM?t=6403</w:t>
      </w:r>
    </w:p>
    <w:p>
      <w:r>
        <w:rPr>
          <w:i/>
        </w:rPr>
        <w:t>“Why is it that Muslims do not react to the evils committed by the members of their family, by the members of their community, but they launch their protest only against the evils when these are committed by the people belonging to another community? They regard them as their enemies.”</w:t>
      </w:r>
    </w:p>
    <w:p>
      <w:r>
        <w:rPr>
          <w:sz w:val="20"/>
        </w:rPr>
        <w:t>1:46:43  Maulana, agla sawal Doctor Fareeda Khanam ka hai Delhi se. unhon ne likha hai: "Why is it that Muslims do not react to the evils committed by the members of their family, by the members of their community, but they launch their protest only to the evils when these are committed by the people belonging to another community, hmm, they regard as their enemies?"</w:t>
      </w:r>
      <w:r>
        <w:br/>
      </w:r>
      <w:r>
        <w:rPr>
          <w:sz w:val="20"/>
        </w:rPr>
        <w:t>1:47:11  haan, abhi haal mein mujhe Quran ka ek English tarjuma mila, jo yahan ek book fair mein kafi banta gaya hai.</w:t>
      </w:r>
      <w:r>
        <w:br/>
      </w:r>
      <w:r>
        <w:rPr>
          <w:sz w:val="20"/>
        </w:rPr>
        <w:t>1:47:21  to us ke shuru mein ek preface hai, ek foreword hai. us foreword mein</w:t>
      </w:r>
      <w:r>
        <w:br/>
      </w:r>
      <w:r>
        <w:rPr>
          <w:sz w:val="20"/>
        </w:rPr>
        <w:t>1:47:27  likha hai ke Islam aur Musalman unique hain. zara ghor karo ke Islam bhi unique hai, Musalman bhi unique hai, ummat, ummat bhi unique hai.</w:t>
      </w:r>
      <w:r>
        <w:br/>
      </w:r>
      <w:r>
        <w:rPr>
          <w:sz w:val="20"/>
        </w:rPr>
        <w:t>1:47:39  to yahi zehn mein paida hoga: Islam to bilashuba unique hai,</w:t>
      </w:r>
      <w:r>
        <w:br/>
      </w:r>
      <w:r>
        <w:rPr>
          <w:sz w:val="20"/>
        </w:rPr>
        <w:t>1:47:44  Musalman unique nahi hai. Musalman to ek blnt bashar min khalq kiya aaya tha? woh kis surat mein? blnt bashar min khalq?</w:t>
      </w:r>
      <w:r>
        <w:br/>
      </w:r>
      <w:r>
        <w:rPr>
          <w:sz w:val="20"/>
        </w:rPr>
        <w:t>1:47:54  ji,</w:t>
      </w:r>
      <w:r>
        <w:br/>
      </w:r>
      <w:r>
        <w:rPr>
          <w:sz w:val="20"/>
        </w:rPr>
        <w:t>1:47:56  kya kya ayat hai? blnt bashar mamn khalq, blnt bashar mamn khalq, jaise doosra insaan hai. us waqt Musalman mein hairan reh gaya ke is Quran ko bant rahe hain ghair Muslimon mein, jis mein khud likh rakha hai ke Musalman unique ummah hai.</w:t>
      </w:r>
      <w:r>
        <w:br/>
      </w:r>
      <w:r>
        <w:rPr>
          <w:sz w:val="20"/>
        </w:rPr>
        <w:t>1:48:14  bataiye ke, yani goya Khuda description karta hai.</w:t>
      </w:r>
      <w:r>
        <w:br/>
      </w:r>
      <w:r>
        <w:rPr>
          <w:sz w:val="20"/>
        </w:rPr>
        <w:t>1:48:20  to isi se logon ke andar yeh pak, is ko kehte hain woh, yaani self righteousness. hum kuch doosron se bartar hain, hum kuch behtar hain, hum khair ummat hain.</w:t>
      </w:r>
      <w:r>
        <w:br/>
      </w:r>
      <w:r>
        <w:rPr>
          <w:sz w:val="20"/>
        </w:rPr>
        <w:t>1:48:33  isi ki wajah se apne bare mein kaha jaye to bhark bharkenge aur doosron ke bare mein khoob bolenge, be takan.</w:t>
      </w:r>
      <w:r>
        <w:br/>
      </w:r>
      <w:r>
        <w:rPr>
          <w:sz w:val="20"/>
        </w:rPr>
        <w:t>1:48:41  to mujhe hairaan laga ke woh quran, is mein likha hua tha ke ghair muslimon ke mein phailane ke liye, aur is mein di, is mein forward word nahi likha hua hai.</w:t>
      </w:r>
      <w:r>
        <w:br/>
      </w:r>
      <w:r>
        <w:rPr>
          <w:sz w:val="20"/>
        </w:rPr>
        <w:t>1:48:53  kya kya kya tha? to bhai, is mein yahi tha ke islam aur muslim ummah unique hain. ji ji ji,</w:t>
      </w:r>
      <w:r>
        <w:br/>
      </w:r>
      <w:r>
        <w:rPr>
          <w:sz w:val="20"/>
        </w:rPr>
        <w:t>1:49:00  mere paas maujood hai, kuch aap aa ke dekh sakte hain. islam bilashuba unique hai, lekin unique is tarah se mein bhi unique ka lafz tab bhi mein nahi bolunga.</w:t>
      </w:r>
      <w:r>
        <w:br/>
      </w:r>
      <w:r>
        <w:rPr>
          <w:sz w:val="20"/>
        </w:rPr>
        <w:t>1:49:12  mein kahunga ke islam jo hai, preserved religion hai, mehfooz religion. har har mazhab jo tha, wohi tha, jaisa ke islam hai, jo Allah ne bheja.</w:t>
      </w:r>
      <w:r>
        <w:br/>
      </w:r>
      <w:r>
        <w:rPr>
          <w:sz w:val="20"/>
        </w:rPr>
        <w:t>1:49:24  to islam jo hai, kuch superior hai, doosre pichle mazahib jo the, inferior the, aisa nahi, kuch bhi nahi.</w:t>
      </w:r>
    </w:p>
    <w:p>
      <w:pPr>
        <w:pStyle w:val="Heading2"/>
      </w:pPr>
      <w:r>
        <w:t>Seriousness and steadfastness in religion</w:t>
      </w:r>
    </w:p>
    <w:p>
      <w:r>
        <w:rPr>
          <w:color w:val="666666"/>
          <w:sz w:val="18"/>
        </w:rPr>
        <w:t>Ethics &amp; Character · Divine Crusades December 14, 2014 · 6m 48s · at 49:18 · https://youtu.be/qZhY00S5LQg?t=2958</w:t>
      </w:r>
    </w:p>
    <w:p>
      <w:r>
        <w:rPr>
          <w:i/>
        </w:rPr>
        <w:t>“My question is about seriousness and steadfastness. It is often observed that deep thinking, seriousness, and consistency are for God and religion...”</w:t>
      </w:r>
    </w:p>
    <w:p>
      <w:r>
        <w:rPr>
          <w:sz w:val="20"/>
        </w:rPr>
        <w:t>49:18  maulana, agla sawal JNU se bheja hai, abdul rehman sahab ne.</w:t>
      </w:r>
      <w:r>
        <w:br/>
      </w:r>
      <w:r>
        <w:rPr>
          <w:sz w:val="20"/>
        </w:rPr>
        <w:t>49:24  aur unhon ne likha hai: Maulana sahab, mera sawal sanjidgi aur istiqlaal se mutalliq hai.</w:t>
      </w:r>
      <w:r>
        <w:br/>
      </w:r>
      <w:r>
        <w:rPr>
          <w:sz w:val="20"/>
        </w:rPr>
        <w:t>49:29  aksar dekha gaya hai ke gehri soch aur sanjidgi aur mustaqil mizaji khuda aur mazhab ke liye inhi</w:t>
      </w:r>
      <w:r>
        <w:br/>
      </w:r>
      <w:r>
        <w:rPr>
          <w:sz w:val="20"/>
        </w:rPr>
        <w:t>49:34  logon ke andar hoti hai jin ki zindagi gham ke halaat ya kisi brain storming se guzri hai.</w:t>
      </w:r>
      <w:r>
        <w:br/>
      </w:r>
      <w:r>
        <w:rPr>
          <w:sz w:val="20"/>
        </w:rPr>
        <w:t>49:40  aise logon ke andar haqeeqat pasandi, aala takhleeqi salahiyat pai jati hai.</w:t>
      </w:r>
      <w:r>
        <w:br/>
      </w:r>
      <w:r>
        <w:rPr>
          <w:sz w:val="20"/>
        </w:rPr>
        <w:t>49:45  aur yahi log istiqlaal ke sath koi bara kaam kar paate hain.</w:t>
      </w:r>
      <w:r>
        <w:br/>
      </w:r>
      <w:r>
        <w:rPr>
          <w:sz w:val="20"/>
        </w:rPr>
        <w:t>49:50  kyunke in ka khaas mizaj unhein har tarah ke distraction se bachata hai.</w:t>
      </w:r>
      <w:r>
        <w:br/>
      </w:r>
      <w:r>
        <w:rPr>
          <w:sz w:val="20"/>
        </w:rPr>
        <w:t>49:56  misalan intehai hassas tabiyat ke malik prophet Muhammad ka bohat kam umri mein yateem ho jana, aur phir</w:t>
      </w:r>
      <w:r>
        <w:br/>
      </w:r>
      <w:r>
        <w:rPr>
          <w:sz w:val="20"/>
        </w:rPr>
        <w:t>50:01  baad ko apni samajhdari aur takhleeqi amal se insani tareekh ka sab se azeem insan banna waghera.</w:t>
      </w:r>
      <w:r>
        <w:br/>
      </w:r>
      <w:r>
        <w:rPr>
          <w:sz w:val="20"/>
        </w:rPr>
        <w:t>50:06  jabke jin ki zindagi ke ayam normal halaat mein guzre hote hain, to aise logon ke andar kisi</w:t>
      </w:r>
      <w:r>
        <w:br/>
      </w:r>
      <w:r>
        <w:rPr>
          <w:sz w:val="20"/>
        </w:rPr>
        <w:t>50:12  mission ya mazhab ke liye is qadar sanjeeda mizaj aur istiqlaal nahi aa pata hai.</w:t>
      </w:r>
      <w:r>
        <w:br/>
      </w:r>
      <w:r>
        <w:rPr>
          <w:sz w:val="20"/>
        </w:rPr>
        <w:t>50:17  un ke andar ka muharrik bohat taqatwar nahi hota hai.</w:t>
      </w:r>
      <w:r>
        <w:br/>
      </w:r>
      <w:r>
        <w:rPr>
          <w:sz w:val="20"/>
        </w:rPr>
        <w:t>50:22  aur woh bohat jald apne maqsad se oob jaate hain.</w:t>
      </w:r>
      <w:r>
        <w:br/>
      </w:r>
      <w:r>
        <w:rPr>
          <w:sz w:val="20"/>
        </w:rPr>
        <w:t>50:28  aur yahi wajah hai ke woh bohat numayan aur inqilabi kaam nahi kar paate hain.</w:t>
      </w:r>
      <w:r>
        <w:br/>
      </w:r>
      <w:r>
        <w:rPr>
          <w:sz w:val="20"/>
        </w:rPr>
        <w:t>50:33  aise logon ko apne aap ko activate karna aur mustaqil taur par apne andar gehri sanjeedgi o hassasiyat</w:t>
      </w:r>
      <w:r>
        <w:br/>
      </w:r>
      <w:r>
        <w:rPr>
          <w:sz w:val="20"/>
        </w:rPr>
        <w:t>50:38  lane ke liye aakhirat ko yaad karne ke ilawa aur kya karna chahiye, jis se woh bara kaam</w:t>
      </w:r>
      <w:r>
        <w:br/>
      </w:r>
      <w:r>
        <w:rPr>
          <w:sz w:val="20"/>
        </w:rPr>
        <w:t>50:44  kar saken? pehli baat yeh ke aap is pareshani se niklein.</w:t>
      </w:r>
      <w:r>
        <w:br/>
      </w:r>
      <w:r>
        <w:rPr>
          <w:sz w:val="20"/>
        </w:rPr>
        <w:t>50:49  dekhiye, Allah taala ne do misalein qaim ki hain tareekh mein.</w:t>
      </w:r>
      <w:r>
        <w:br/>
      </w:r>
      <w:r>
        <w:rPr>
          <w:sz w:val="20"/>
        </w:rPr>
        <w:t>50:54  hazrat Suleman aur Hazrat Dawood dono badshah the.</w:t>
      </w:r>
      <w:r>
        <w:br/>
      </w:r>
      <w:r>
        <w:rPr>
          <w:sz w:val="20"/>
        </w:rPr>
        <w:t>51:00  zara ghaur kijiye.</w:t>
      </w:r>
      <w:r>
        <w:br/>
      </w:r>
      <w:r>
        <w:rPr>
          <w:sz w:val="20"/>
        </w:rPr>
        <w:t>51:05  hazrat Dawood aur Hazrat Suleman dono badshah the.</w:t>
      </w:r>
      <w:r>
        <w:br/>
      </w:r>
      <w:r>
        <w:rPr>
          <w:sz w:val="20"/>
        </w:rPr>
        <w:t>51:10  aur jante hain, un ke paas jo taqat thi, woh babao se bhi zyada thi.</w:t>
      </w:r>
      <w:r>
        <w:br/>
      </w:r>
      <w:r>
        <w:rPr>
          <w:sz w:val="20"/>
        </w:rPr>
        <w:t>51:16  is ke bawajood bohat moaddab the, bohat sachche the, bohat Allah se darte the.</w:t>
      </w:r>
      <w:r>
        <w:br/>
      </w:r>
      <w:r>
        <w:rPr>
          <w:sz w:val="20"/>
        </w:rPr>
        <w:t>51:21  to Allah taala ne misal qaim kar di.</w:t>
      </w:r>
      <w:r>
        <w:br/>
      </w:r>
      <w:r>
        <w:rPr>
          <w:sz w:val="20"/>
        </w:rPr>
        <w:t>51:26  yeh Allah taala ne misal qaim kar di hai ke political power ho, woh rukawat nahi.</w:t>
      </w:r>
      <w:r>
        <w:br/>
      </w:r>
      <w:r>
        <w:rPr>
          <w:sz w:val="20"/>
        </w:rPr>
        <w:t>51:32  paisa ho, woh rukawat nahi.</w:t>
      </w:r>
      <w:r>
        <w:br/>
      </w:r>
      <w:r>
        <w:rPr>
          <w:sz w:val="20"/>
        </w:rPr>
        <w:t>51:37  to hamare paas saltanat ho, woh rukawat nahi.</w:t>
      </w:r>
      <w:r>
        <w:br/>
      </w:r>
      <w:r>
        <w:rPr>
          <w:sz w:val="20"/>
        </w:rPr>
        <w:t>51:42  to Allah taala ne yeh bohat bari misal qaim kar di.</w:t>
      </w:r>
      <w:r>
        <w:br/>
      </w:r>
      <w:r>
        <w:rPr>
          <w:sz w:val="20"/>
        </w:rPr>
        <w:t>51:48  is ko padhiye, is se sabak lijiye.</w:t>
      </w:r>
      <w:r>
        <w:br/>
      </w:r>
      <w:r>
        <w:rPr>
          <w:sz w:val="20"/>
        </w:rPr>
        <w:t>51:53  sabak lijiye is se.</w:t>
      </w:r>
      <w:r>
        <w:br/>
      </w:r>
      <w:r>
        <w:rPr>
          <w:sz w:val="20"/>
        </w:rPr>
        <w:t>51:58  yani bohat zabardast taqat thi un ki, Hazrat Suleman ki, Hazrat Dawood ki.</w:t>
      </w:r>
      <w:r>
        <w:br/>
      </w:r>
      <w:r>
        <w:rPr>
          <w:sz w:val="20"/>
        </w:rPr>
        <w:t>52:04  aap parhiye quran majeed mein.</w:t>
      </w:r>
      <w:r>
        <w:br/>
      </w:r>
      <w:r>
        <w:rPr>
          <w:sz w:val="20"/>
        </w:rPr>
        <w:t>52:09  is ke bawajood woh kitna zyada Allah se darne wale thay, kitna zyada modab thay.</w:t>
      </w:r>
      <w:r>
        <w:br/>
      </w:r>
      <w:r>
        <w:rPr>
          <w:sz w:val="20"/>
        </w:rPr>
        <w:t>52:14  toh main samajhta hoon ke Allah taala ne ek misaal qaim kar di ke yeh koi excuse nahi hai.</w:t>
      </w:r>
      <w:r>
        <w:br/>
      </w:r>
      <w:r>
        <w:rPr>
          <w:sz w:val="20"/>
        </w:rPr>
        <w:t>52:20  ek hi excuse nahi hai ke bhai hum toh daulatmand ghar mein paida hue, is liye hum</w:t>
      </w:r>
      <w:r>
        <w:br/>
      </w:r>
      <w:r>
        <w:rPr>
          <w:sz w:val="20"/>
        </w:rPr>
        <w:t>52:25  aise ho gaye.</w:t>
      </w:r>
      <w:r>
        <w:br/>
      </w:r>
      <w:r>
        <w:rPr>
          <w:sz w:val="20"/>
        </w:rPr>
        <w:t>52:30  yeh excuse nahi hai.</w:t>
      </w:r>
      <w:r>
        <w:br/>
      </w:r>
      <w:r>
        <w:rPr>
          <w:sz w:val="20"/>
        </w:rPr>
        <w:t>52:36  ek comment aur sawal aaya hai UK se doctor Hina ka.</w:t>
      </w:r>
      <w:r>
        <w:br/>
      </w:r>
      <w:r>
        <w:rPr>
          <w:sz w:val="20"/>
        </w:rPr>
        <w:t>52:41  aur unhon ne likha hai ke salam and many thanks to Maulana sahib that despite his foot problem</w:t>
      </w:r>
      <w:r>
        <w:br/>
      </w:r>
      <w:r>
        <w:rPr>
          <w:sz w:val="20"/>
        </w:rPr>
        <w:t>52:46  he has sat down for this Sunday class and teaching us.</w:t>
      </w:r>
      <w:r>
        <w:br/>
      </w:r>
      <w:r>
        <w:rPr>
          <w:sz w:val="20"/>
        </w:rPr>
        <w:t>52:52  May Allah keep his presence upon us all to benefit from his wisdom.</w:t>
      </w:r>
      <w:r>
        <w:br/>
      </w:r>
      <w:r>
        <w:rPr>
          <w:sz w:val="20"/>
        </w:rPr>
        <w:t>53:00  aur un ka sawal hai Maulana after crusades when Europe changed its direction to explore the nature as</w:t>
      </w:r>
      <w:r>
        <w:br/>
      </w:r>
      <w:r>
        <w:rPr>
          <w:sz w:val="20"/>
        </w:rPr>
        <w:t>53:08  you just explained very well, isn't it that they saw Muslims had already started doing this in the</w:t>
      </w:r>
      <w:r>
        <w:br/>
      </w:r>
      <w:r>
        <w:rPr>
          <w:sz w:val="20"/>
        </w:rPr>
        <w:t>53:16  area of science including astronomy and medicine, so they followed them, but sadly Muslims later on left this track.</w:t>
      </w:r>
      <w:r>
        <w:br/>
      </w:r>
      <w:r>
        <w:rPr>
          <w:sz w:val="20"/>
        </w:rPr>
        <w:t>53:25  main is formula ko nahi manta ke Musalmanon ko credit dena chahte hain aap.</w:t>
      </w:r>
      <w:r>
        <w:br/>
      </w:r>
      <w:r>
        <w:rPr>
          <w:sz w:val="20"/>
        </w:rPr>
        <w:t>53:30  main ne wahan Istanbul gaya, bohat bada museum banaya unhon ne, science museum, bohat si cheezein rakhi hui hain.</w:t>
      </w:r>
      <w:r>
        <w:br/>
      </w:r>
      <w:r>
        <w:rPr>
          <w:sz w:val="20"/>
        </w:rPr>
        <w:t>53:36  woh bilkul bachon ke khilone hain, sab dolls hain, dolls.</w:t>
      </w:r>
      <w:r>
        <w:br/>
      </w:r>
      <w:r>
        <w:rPr>
          <w:sz w:val="20"/>
        </w:rPr>
        <w:t>53:41  مسلمان چونکہ اِکنالج نہیں کرنا چاہتے ویسٹرن ورلڈ کو، تو ریفر کرتے ہیں اپنی ہسٹری کو جو نتھنگ ہے۔</w:t>
      </w:r>
      <w:r>
        <w:br/>
      </w:r>
      <w:r>
        <w:rPr>
          <w:sz w:val="20"/>
        </w:rPr>
        <w:t>53:47  koi ek bhi meaningful baat bataiye mujhe jo Musalmanon ne discover ki ho.</w:t>
      </w:r>
      <w:r>
        <w:br/>
      </w:r>
      <w:r>
        <w:rPr>
          <w:sz w:val="20"/>
        </w:rPr>
        <w:t>53:52  مثلاً کیا پانی کو انہوں نے اسٹیم پاور میں کنورٹ کیا؟ ان کے پاس آئل تھا Arab world</w:t>
      </w:r>
      <w:r>
        <w:br/>
      </w:r>
      <w:r>
        <w:rPr>
          <w:sz w:val="20"/>
        </w:rPr>
        <w:t>53:58  main, kya oil ko unhon ne engine chalaya, oil ko istemal kar ke? kya unhon ne telescope banai,</w:t>
      </w:r>
      <w:r>
        <w:br/>
      </w:r>
      <w:r>
        <w:rPr>
          <w:sz w:val="20"/>
        </w:rPr>
        <w:t>54:04  کیا انہوں نے مائیکروسکوپ بنائی؟ کوئی ایک بھی مسلمان، کوئی ایک بھی meaningful discovery نہیں کر سکے۔</w:t>
      </w:r>
      <w:r>
        <w:br/>
      </w:r>
      <w:r>
        <w:rPr>
          <w:sz w:val="20"/>
        </w:rPr>
        <w:t>54:09  aur dekhiye, yeh baat main hi nahi kar raha hoon, Muslim history ka sab se bada mind jo</w:t>
      </w:r>
      <w:r>
        <w:br/>
      </w:r>
      <w:r>
        <w:rPr>
          <w:sz w:val="20"/>
        </w:rPr>
        <w:t>54:15  mana jata hai, woh Ibn Khaldun hai.</w:t>
      </w:r>
      <w:r>
        <w:br/>
      </w:r>
      <w:r>
        <w:rPr>
          <w:sz w:val="20"/>
        </w:rPr>
        <w:t>54:20  ابن خلدون کہتا ہے کہ عربوں میں creativity نہیں، عربوں میں creative thinking develop نہیں ہوئی۔</w:t>
      </w:r>
      <w:r>
        <w:br/>
      </w:r>
      <w:r>
        <w:rPr>
          <w:sz w:val="20"/>
        </w:rPr>
        <w:t>54:26  toh is mein pareshani kya hai? Allah taala ne ek hi se kaam nahi leta, Allah taala sab</w:t>
      </w:r>
      <w:r>
        <w:br/>
      </w:r>
      <w:r>
        <w:rPr>
          <w:sz w:val="20"/>
        </w:rPr>
        <w:t>54:32  ko Allah taala ki taraf se kaam mila hua.</w:t>
      </w:r>
      <w:r>
        <w:br/>
      </w:r>
      <w:r>
        <w:rPr>
          <w:sz w:val="20"/>
        </w:rPr>
        <w:t>54:37  hata ke ghaas ko bhi, darakhton ko bhi.</w:t>
      </w:r>
      <w:r>
        <w:br/>
      </w:r>
      <w:r>
        <w:rPr>
          <w:sz w:val="20"/>
        </w:rPr>
        <w:t>54:43  toh yeh main samajhta hoon ke Ibn Khaldun ne bilkul sahi likha hai ke Arabon mein kabhi bhi</w:t>
      </w:r>
      <w:r>
        <w:br/>
      </w:r>
      <w:r>
        <w:rPr>
          <w:sz w:val="20"/>
        </w:rPr>
        <w:t>54:48  Rational development nahi hua, creative mind nahi bana, yeh kaam woh nahi kar sake.</w:t>
      </w:r>
      <w:r>
        <w:br/>
      </w:r>
      <w:r>
        <w:rPr>
          <w:sz w:val="20"/>
        </w:rPr>
        <w:t>54:54  toh theek hai, is mein pareshani kya baat hai? Allah taala ne doosre insanon se kaam liya, toh</w:t>
      </w:r>
      <w:r>
        <w:br/>
      </w:r>
      <w:r>
        <w:rPr>
          <w:sz w:val="20"/>
        </w:rPr>
        <w:t>55:00  is ka shukr ki jiye, is se faida uthaiye.</w:t>
      </w:r>
      <w:r>
        <w:br/>
      </w:r>
      <w:r>
        <w:rPr>
          <w:sz w:val="20"/>
        </w:rPr>
        <w:t>55:05  yeh khwamkhwah ghont bhonga phira kar batana ke hum hain is ke khaliq.</w:t>
      </w:r>
      <w:r>
        <w:br/>
      </w:r>
      <w:r>
        <w:rPr>
          <w:sz w:val="20"/>
        </w:rPr>
        <w:t>55:11  yani Maulana Altaf Ali ki hum ne parhi thi bachpan mein, hum bhi isi mein jeete thay, hum</w:t>
      </w:r>
      <w:r>
        <w:br/>
      </w:r>
      <w:r>
        <w:rPr>
          <w:sz w:val="20"/>
        </w:rPr>
        <w:t>55:16  bhi jeete thay isi mein.</w:t>
      </w:r>
      <w:r>
        <w:br/>
      </w:r>
      <w:r>
        <w:rPr>
          <w:sz w:val="20"/>
        </w:rPr>
        <w:t>55:22  isi mein tha ke ke bahar ab jo dunya mein aai hui hai, yeh sab paon dhoni ki</w:t>
      </w:r>
      <w:r>
        <w:br/>
      </w:r>
      <w:r>
        <w:rPr>
          <w:sz w:val="20"/>
        </w:rPr>
        <w:t>55:27  lagai hui hai.</w:t>
      </w:r>
      <w:r>
        <w:br/>
      </w:r>
      <w:r>
        <w:rPr>
          <w:sz w:val="20"/>
        </w:rPr>
        <w:t>55:33  yeh parhte thay hum.</w:t>
      </w:r>
      <w:r>
        <w:br/>
      </w:r>
      <w:r>
        <w:rPr>
          <w:sz w:val="20"/>
        </w:rPr>
        <w:t>55:39  bahar ab jo dunya mein aai hui hai, yeh sab paon dhoni ki lagai hui hai.</w:t>
      </w:r>
      <w:r>
        <w:br/>
      </w:r>
      <w:r>
        <w:rPr>
          <w:sz w:val="20"/>
        </w:rPr>
        <w:t>55:44  آج میں سمجھتا ہوں کہ یہ false hit ہے، کچھ بھی نہیں۔</w:t>
      </w:r>
      <w:r>
        <w:br/>
      </w:r>
      <w:r>
        <w:rPr>
          <w:sz w:val="20"/>
        </w:rPr>
        <w:t>55:50  to aap ko yeh pareshani kya hai? Yani aap kyun apne apne apne apni qom ko dena chahte</w:t>
      </w:r>
      <w:r>
        <w:br/>
      </w:r>
      <w:r>
        <w:rPr>
          <w:sz w:val="20"/>
        </w:rPr>
        <w:t>55:55  hain credit? Insan insanon ko dijiye, woh insan hain.</w:t>
      </w:r>
      <w:r>
        <w:br/>
      </w:r>
      <w:r>
        <w:rPr>
          <w:sz w:val="20"/>
        </w:rPr>
        <w:t>56:01  mein is is soch ko mein subscribe nahi karta.</w:t>
      </w:r>
    </w:p>
    <w:p>
      <w:pPr>
        <w:pStyle w:val="Heading2"/>
      </w:pPr>
      <w:r>
        <w:t>Should we attend gatherings where alcohol is served?</w:t>
      </w:r>
    </w:p>
    <w:p>
      <w:r>
        <w:rPr>
          <w:color w:val="666666"/>
          <w:sz w:val="18"/>
        </w:rPr>
        <w:t>Ethics &amp; Character · Creative Solution or Ijtihadi Hal I 16th Sept. 2012 - Maulana Wahiduddin Khan · 1m 12s · at 1:05:46 · https://youtu.be/yhR_5zojzHI?t=3946</w:t>
      </w:r>
    </w:p>
    <w:p>
      <w:r>
        <w:rPr>
          <w:i/>
        </w:rPr>
        <w:t>“Quite a few times it happens that we are invited in gatherings and parties. In such gatherings and parties, alcohol is also served. My question is: should we attend such gatherings and parties?”</w:t>
      </w:r>
    </w:p>
    <w:p>
      <w:r>
        <w:rPr>
          <w:sz w:val="20"/>
        </w:rPr>
        <w:t>1:05:46  maulana, agla sawal dilli se hai doctor taah ka. unhon ne likha hai ke "quite a few times it happens that we are invited in gatherings or parties.</w:t>
      </w:r>
      <w:r>
        <w:br/>
      </w:r>
      <w:r>
        <w:rPr>
          <w:sz w:val="20"/>
        </w:rPr>
        <w:t>1:05:59  in such gatherings or parties alcohol is also served. my question is that should we attend such gatherings or parties?" dekhiye, hamara maslak jo islam ke mutabiq hai, woh yeh hai ke</w:t>
      </w:r>
    </w:p>
    <w:p>
      <w:pPr>
        <w:pStyle w:val="Heading2"/>
      </w:pPr>
      <w:r>
        <w:t>Should we thank people verbally?</w:t>
      </w:r>
    </w:p>
    <w:p>
      <w:r>
        <w:rPr>
          <w:color w:val="666666"/>
          <w:sz w:val="18"/>
        </w:rPr>
        <w:t>Ethics &amp; Character · Quran for All Mankind June 3, 2012 · 2m 55s · at 1:14:30 · https://youtu.be/Gp-53Zjugcg?t=4470</w:t>
      </w:r>
    </w:p>
    <w:p>
      <w:r>
        <w:rPr>
          <w:i/>
        </w:rPr>
        <w:t>“Is silent acknowledgment enough or do we need to verbally thank people? Kindly comment.”</w:t>
      </w:r>
    </w:p>
    <w:p>
      <w:r>
        <w:rPr>
          <w:sz w:val="20"/>
        </w:rPr>
        <w:t>1:14:30  Maulana, agla sawal ah Dilli se hai, Maulana Zikwan Sahab ka. unhon ne aap se poocha hai ke "is silent acknowledgement infor or do we need to verbally thank people</w:t>
      </w:r>
      <w:r>
        <w:br/>
      </w:r>
      <w:r>
        <w:rPr>
          <w:sz w:val="20"/>
        </w:rPr>
        <w:t>1:14:42  ?" kindly comment. lis, yani khamosh acknowledgement to koi cheez nahi hai. yeh to aap ki taskeen ke liye hota hai, yeh apni taskeen ke liye hota hai.</w:t>
      </w:r>
      <w:r>
        <w:br/>
      </w:r>
      <w:r>
        <w:rPr>
          <w:sz w:val="20"/>
        </w:rPr>
        <w:t>1:14:54  bolna chahiye aap ki koi, yani cheekh padna chahiye ya apne dil ko. kuch log apne dil mein khush karne ke liye maan lete hain ke hum to maante hi hain,</w:t>
      </w:r>
      <w:r>
        <w:br/>
      </w:r>
      <w:r>
        <w:rPr>
          <w:sz w:val="20"/>
        </w:rPr>
        <w:t>1:15:09  to maante to munh se kyun nahi bolte?</w:t>
      </w:r>
      <w:r>
        <w:br/>
      </w:r>
      <w:r>
        <w:rPr>
          <w:sz w:val="20"/>
        </w:rPr>
        <w:t>1:15:12  sach poochte hain, yeh bhi ek qism ka woh hai, ek qism ka kya kehte hain is ko,</w:t>
      </w:r>
      <w:r>
        <w:br/>
      </w:r>
      <w:r>
        <w:rPr>
          <w:sz w:val="20"/>
        </w:rPr>
        <w:t>1:15:24  yani yeh modernistic ke khilaf hai. kyunke jin logon ko modernistic nahi hoti, woh woh bas soch yahi, woh aisi boli bolte hain kyunke samajhte hain ke agar hum bol diya to hum kuch chote ho jayenge.</w:t>
      </w:r>
      <w:r>
        <w:br/>
      </w:r>
      <w:r>
        <w:rPr>
          <w:sz w:val="20"/>
        </w:rPr>
        <w:t>1:15:40  bol diya to hum kuch chote ho jayenge.</w:t>
      </w:r>
      <w:r>
        <w:br/>
      </w:r>
      <w:r>
        <w:rPr>
          <w:sz w:val="20"/>
        </w:rPr>
        <w:t>1:15:43  yeh yeh ek qism ka yeh argument hai jo record banta hai. argument ek ki bohat si qismein hain, to is ke peeche jo cheez hai, woh argument hai.</w:t>
      </w:r>
      <w:r>
        <w:br/>
      </w:r>
      <w:r>
        <w:rPr>
          <w:sz w:val="20"/>
        </w:rPr>
        <w:t>1:15:53  agar hum ise nahi bolte hain to ek kahin na kahin chupa hua ek argument hai ke main apne aap ko kisi se chota ko bataoon kyunke iqraar karne ka matlab woh samajh lete hain ke main chota ho gaya.</w:t>
      </w:r>
      <w:r>
        <w:br/>
      </w:r>
      <w:r>
        <w:rPr>
          <w:sz w:val="20"/>
        </w:rPr>
        <w:t>1:16:05  halanke iqraar ka matlab hai haqeeqat ka iqraar. to main samajhta hoon ke bolna bilkul lazim hai.</w:t>
      </w:r>
      <w:r>
        <w:br/>
      </w:r>
      <w:r>
        <w:rPr>
          <w:sz w:val="20"/>
        </w:rPr>
        <w:t>1:16:13  jo na bolay, woh apne ko munafiq sabit kar raha hai farishton ki nazar mein. jo aadmi na bolay, mehsoos karte hue, to us ke baad farishton ki nazar mein apne ko munafiq sabit kar raha hai.</w:t>
      </w:r>
      <w:r>
        <w:br/>
      </w:r>
      <w:r>
        <w:rPr>
          <w:sz w:val="20"/>
        </w:rPr>
        <w:t>1:16:27  is liye main ne dekha, acknowledge karne ke liye bolna zaroori hai. bohat bara risk hai ke aadmi na bolay, us waqt hamare dil mein to aayi hai.</w:t>
      </w:r>
      <w:r>
        <w:br/>
      </w:r>
      <w:r>
        <w:rPr>
          <w:sz w:val="20"/>
        </w:rPr>
        <w:t>1:16:36  to aap ghor kijiye ke woh dil mein jo hai, farishton ke kitaab mein likha jaye munafiq, to kya aap us ko approve kar sakte hain? kya aap ke dil mein to aaye ke maine maan liya?</w:t>
      </w:r>
      <w:r>
        <w:br/>
      </w:r>
      <w:r>
        <w:rPr>
          <w:sz w:val="20"/>
        </w:rPr>
        <w:t>1:16:48  aur farishton ke dil ke ma'al-fazl, aap ghor kijiye, ma'al-fazl ibn qaul, yani bol ko record karte hain.</w:t>
      </w:r>
      <w:r>
        <w:br/>
      </w:r>
      <w:r>
        <w:rPr>
          <w:sz w:val="20"/>
        </w:rPr>
        <w:t>1:16:57  woh bol ko, bol</w:t>
      </w:r>
      <w:r>
        <w:br/>
      </w:r>
      <w:r>
        <w:rPr>
          <w:sz w:val="20"/>
        </w:rPr>
        <w:t>1:17:00  ko record karte hain. aap bolay nahi to dil mein rakhe hue, rakhe hue hain. to woh to kahenge farishte ke bhai tum bolay to thay nahi, hum record kaise karte?</w:t>
      </w:r>
      <w:r>
        <w:br/>
      </w:r>
      <w:r>
        <w:rPr>
          <w:sz w:val="20"/>
        </w:rPr>
        <w:t>1:17:10  yeh bohat risky baat hai ke aadmi yeh soche ke hamare dil mein to hai hi hai. bohat risky baat hai. to farishton ke record mein nahi aayega, ya farishton ke record mein nahi aayega, to aadmi ab munafiq shumar kiya jayega.</w:t>
      </w:r>
    </w:p>
    <w:p>
      <w:pPr>
        <w:pStyle w:val="Heading2"/>
      </w:pPr>
      <w:r>
        <w:t>Signs of developing arrogance in oneself</w:t>
      </w:r>
    </w:p>
    <w:p>
      <w:r>
        <w:rPr>
          <w:color w:val="666666"/>
          <w:sz w:val="18"/>
        </w:rPr>
        <w:t>Ethics &amp; Character · Discovery of God (In Conversation with Maulana) December 25, 2011 · 2m 05s · at 37:41 · https://youtu.be/-1c1d7cFj0s?t=2261</w:t>
      </w:r>
    </w:p>
    <w:p>
      <w:r>
        <w:rPr>
          <w:i/>
        </w:rPr>
        <w:t>“How will I know if arrogance is developing in me? The Hadith says its signs are rejecting the truth and looking down on people.”</w:t>
      </w:r>
    </w:p>
    <w:p>
      <w:r>
        <w:rPr>
          <w:sz w:val="20"/>
        </w:rPr>
        <w:t>37:41  maulana, agla sawal gulbarga se aaya hai mister abdul ghani ka. unhon ne likha hai: "mujhe is baat ka kaise ilm hoga ke mere andar kibr paida ho raha hai?</w:t>
      </w:r>
      <w:r>
        <w:br/>
      </w:r>
      <w:r>
        <w:rPr>
          <w:sz w:val="20"/>
        </w:rPr>
        <w:t>37:53  is ke bare mein bataen."</w:t>
      </w:r>
      <w:r>
        <w:br/>
      </w:r>
      <w:r>
        <w:rPr>
          <w:sz w:val="20"/>
        </w:rPr>
        <w:t>38:03  phir hadith mein is ki pehchan batai gayi hai: "batr al haqq wa ghammat al nas". kibr ki pehchan yani haq ko barisde karna aur logon ko kam samajhna.</w:t>
      </w:r>
      <w:r>
        <w:br/>
      </w:r>
      <w:r>
        <w:rPr>
          <w:sz w:val="20"/>
        </w:rPr>
        <w:t>38:21  jab kisi ke samne haq pesh kiya jaye aur usko woh bar side karte hue usko na mane, to woh kibr ki wajah se hota hai.</w:t>
      </w:r>
      <w:r>
        <w:br/>
      </w:r>
      <w:r>
        <w:rPr>
          <w:sz w:val="20"/>
        </w:rPr>
        <w:t>38:32  aise log jo hain, unko admi apne ko superior samajh leta hai, superior dusron ko kam samajhta hai. Ya jahan admi yeh yeh admi khud soch kar jan sakta hai apne bare mein ke kahan maine haq ko nahi mana aur kahan maine logon ko kam samjha apne se.</w:t>
      </w:r>
      <w:r>
        <w:br/>
      </w:r>
      <w:r>
        <w:rPr>
          <w:sz w:val="20"/>
        </w:rPr>
        <w:t>38:48  jahan yeh yeh cheez pai jati hai, to woh us mani ke woh kibr mein mubtala aisa admi hai. Ke sahib, yahi na batar al-haqq ghummat hain?</w:t>
      </w:r>
      <w:r>
        <w:br/>
      </w:r>
      <w:r>
        <w:rPr>
          <w:sz w:val="20"/>
        </w:rPr>
        <w:t>38:56  ji ji yahi hai batar al-haqq wa ghummat al-nas. Yani haq pesh kiya jaye aur usko woh qabool karne par razi na ho.</w:t>
      </w:r>
      <w:r>
        <w:br/>
      </w:r>
      <w:r>
        <w:rPr>
          <w:sz w:val="20"/>
        </w:rPr>
        <w:t>39:08  jisko aage hum kehte hain bar bar side kar do. Aur dusri cheez yeh hai ke logon ko kam samjhe. To yeh yeh do baatein jahan yeh do baatein aisi hain jisko admi khud foran pakar sakta hai agar woh chahe to ke mere andar yeh baat aa gayi hai.</w:t>
      </w:r>
      <w:r>
        <w:br/>
      </w:r>
      <w:r>
        <w:rPr>
          <w:sz w:val="20"/>
        </w:rPr>
        <w:t>39:24  kyunke insan ki jo consciousness hai, jo zamir hai, woh foran bata deta hai. Yani dusre log na jane, woh khud admi to zaroor jan leta hai. Jo jahan admi ko mehsoos ho ke maine haq ko bar side kiya aur dusron ko kam samjha, to samajh to usko jan lena chahiye ke main kibr ka mareez ho chuka hoon.</w:t>
      </w:r>
    </w:p>
    <w:p>
      <w:pPr>
        <w:pStyle w:val="Heading2"/>
      </w:pPr>
      <w:r>
        <w:t>Silence and patience in anger management</w:t>
      </w:r>
    </w:p>
    <w:p>
      <w:r>
        <w:rPr>
          <w:color w:val="666666"/>
          <w:sz w:val="18"/>
        </w:rPr>
        <w:t>Ethics &amp; Character · Self Correction November 09, 2014 · 2m 42s · at 1:16:30 · https://youtu.be/EgAukdSfGRU?t=4590</w:t>
      </w:r>
    </w:p>
    <w:p>
      <w:r>
        <w:rPr>
          <w:i/>
        </w:rPr>
        <w:t>“What role does silence play when one is angry? Many people think if you keep patience or observe silence, then the opposite party may feel that they have succeeded over you. This may lead to further exploitation. What is your advice?”</w:t>
      </w:r>
    </w:p>
    <w:p>
      <w:r>
        <w:rPr>
          <w:sz w:val="20"/>
        </w:rPr>
        <w:t>1:16:30  Maulana, agla sawal Bhopal se aaya hai Farhan Sahab ka aur unhone likha hai ke Maulana, what role does silence play when one is angry?</w:t>
      </w:r>
      <w:r>
        <w:br/>
      </w:r>
      <w:r>
        <w:rPr>
          <w:sz w:val="20"/>
        </w:rPr>
        <w:t>1:16:42  Many people think if you keep patience or observe silence, then the opposite party may feel that they have succeeded over you.</w:t>
      </w:r>
      <w:r>
        <w:br/>
      </w:r>
      <w:r>
        <w:rPr>
          <w:sz w:val="20"/>
        </w:rPr>
        <w:t>1:16:51  This may lead to further exploitation. What is your advice? Isse zyada jhooti baat aur koi bhi nahi.</w:t>
      </w:r>
      <w:r>
        <w:br/>
      </w:r>
      <w:r>
        <w:rPr>
          <w:sz w:val="20"/>
        </w:rPr>
        <w:t>1:17:01  isi jhoot mein musalman jee rahe hain. Sari duniya ke musalman isi mein jee rahe hain. Aur nateeja nahi dekh rahe, nateeja kya nikal raha hai?</w:t>
      </w:r>
      <w:r>
        <w:br/>
      </w:r>
      <w:r>
        <w:rPr>
          <w:sz w:val="20"/>
        </w:rPr>
        <w:t>1:17:10  tabahi mein izafa. Tabahi mein izafa yeh nahi ke koi sochta. Yani musalman yahi to kar rahe hain ke chup rehne ko tayyar nahi.</w:t>
      </w:r>
      <w:r>
        <w:br/>
      </w:r>
      <w:r>
        <w:rPr>
          <w:sz w:val="20"/>
        </w:rPr>
        <w:t>1:17:20  to nateeja kya nikalta hai? Woh yani in terms of results, iska jaiza lein. Ki</w:t>
      </w:r>
      <w:r>
        <w:br/>
      </w:r>
      <w:r>
        <w:rPr>
          <w:sz w:val="20"/>
        </w:rPr>
        <w:t>1:17:28  kisi ajib ghareeb baat hai ke chup na rehne ki policy mein chal rahe hain musalman. Aur tabah ho rahe hain har jagah. Kaisi ajib baat hai ke musalmanon ke andar yani apna revise karne ka madah khatam ho gaya.</w:t>
      </w:r>
      <w:r>
        <w:br/>
      </w:r>
      <w:r>
        <w:rPr>
          <w:sz w:val="20"/>
        </w:rPr>
        <w:t>1:17:43  reassessment ka maada khatm ho gaya. har jagah yahi to ho raha hai. falasteen mein aap dekhiye, kya chup ho gaye woh?</w:t>
      </w:r>
      <w:r>
        <w:br/>
      </w:r>
      <w:r>
        <w:rPr>
          <w:sz w:val="20"/>
        </w:rPr>
        <w:t>1:17:53  chup nahi hain woh. lekin kya hota hai? yeh pathar maarte hain, woh bam maarta hai.</w:t>
      </w:r>
      <w:r>
        <w:br/>
      </w:r>
      <w:r>
        <w:rPr>
          <w:sz w:val="20"/>
        </w:rPr>
        <w:t>1:17:58  yeh india mein aap dekh lijiye, yeh fasaad hote hain. isi mein hota hai ke musalman chup nahi rehte. action lete hain.</w:t>
      </w:r>
      <w:r>
        <w:br/>
      </w:r>
      <w:r>
        <w:rPr>
          <w:sz w:val="20"/>
        </w:rPr>
        <w:t>1:18:13  to chup na rehne ki qeemat musalman do sau saal se bhi ada kar rahe hain aur abhi tak unke andar reassessment nahi aaya.</w:t>
      </w:r>
      <w:r>
        <w:br/>
      </w:r>
      <w:r>
        <w:rPr>
          <w:sz w:val="20"/>
        </w:rPr>
        <w:t>1:18:24  har jagah jitne fasaadaat hain aur jitne bhi duniya mein jahan jisko kehte hain ke hamare saath zulm ho raha hai, har kahin bhi musalman chup nahi hain.</w:t>
      </w:r>
      <w:r>
        <w:br/>
      </w:r>
      <w:r>
        <w:rPr>
          <w:sz w:val="20"/>
        </w:rPr>
        <w:t>1:18:34  har jagah yaani apna chala rahe hain.</w:t>
      </w:r>
      <w:r>
        <w:br/>
      </w:r>
      <w:r>
        <w:rPr>
          <w:sz w:val="20"/>
        </w:rPr>
        <w:t>1:18:41  to kam az kam ab to sochein, ab to tajurba karein chup rehne ka. yaani chup rehne ka tajurba hi nahi kiya musalmanon ne.</w:t>
      </w:r>
      <w:r>
        <w:br/>
      </w:r>
      <w:r>
        <w:rPr>
          <w:sz w:val="20"/>
        </w:rPr>
        <w:t>1:18:50  aur sawal karte hain. hamare mashriq mein pehli baar chup rehne ka tajurba kiya gaya hai aur Allah ke fazl se is se bohat faiday hue hain.</w:t>
      </w:r>
      <w:r>
        <w:br/>
      </w:r>
      <w:r>
        <w:rPr>
          <w:sz w:val="20"/>
        </w:rPr>
        <w:t>1:18:59  hamare mashriq ke bahar to koi hai hi nahi jisne chup rehne ka tajurba kiya ho do sau saal mein. to yeh sab sawal to mujhe bohat ajeeb maloom hote hain.</w:t>
      </w:r>
    </w:p>
    <w:p>
      <w:pPr>
        <w:pStyle w:val="Heading2"/>
      </w:pPr>
      <w:r>
        <w:t>Simplest way to stay away from sins</w:t>
      </w:r>
    </w:p>
    <w:p>
      <w:r>
        <w:rPr>
          <w:color w:val="666666"/>
          <w:sz w:val="18"/>
        </w:rPr>
        <w:t>Ethics &amp; Character · The Creation Plan December 09, 2018 · 1m 41s · at 47:09 · https://youtu.be/y8tS4vW9lFI?t=2829</w:t>
      </w:r>
    </w:p>
    <w:p>
      <w:r>
        <w:rPr>
          <w:i/>
        </w:rPr>
        <w:t>“Kindly explain the simplest way to stay away from sins. What is your advice in this?”</w:t>
      </w:r>
    </w:p>
    <w:p>
      <w:r>
        <w:rPr>
          <w:sz w:val="20"/>
        </w:rPr>
        <w:t>47:09  maulana, agla sawal bukharo jharkhand se kiya hai syed saddam sahib ne. unhon ne likha hai ke: maulana sahib, kindly explain the simplest way to be away from sins.</w:t>
      </w:r>
      <w:r>
        <w:br/>
      </w:r>
      <w:r>
        <w:rPr>
          <w:sz w:val="20"/>
        </w:rPr>
        <w:t>47:23  what is your advice in this? dekhiye, simplest jo tareeqa hai, woh to hai apne consciousness ko zinda rakhiye.</w:t>
      </w:r>
      <w:r>
        <w:br/>
      </w:r>
      <w:r>
        <w:rPr>
          <w:sz w:val="20"/>
        </w:rPr>
        <w:t>47:36  har aadmi ke andar aik nafs e lawwama hai, us ko hum kehte hain consciousness zamir. har aadmi ke andar hota hai, har aadmi ke andar hai.</w:t>
      </w:r>
      <w:r>
        <w:br/>
      </w:r>
      <w:r>
        <w:rPr>
          <w:sz w:val="20"/>
        </w:rPr>
        <w:t>47:51  us ko zinda rakhiye, bas har mauqe par woh aap ko batata hai,</w:t>
      </w:r>
      <w:r>
        <w:br/>
      </w:r>
      <w:r>
        <w:rPr>
          <w:sz w:val="20"/>
        </w:rPr>
        <w:t>47:59  har mauqe par. to main to yahi jaanta hoon ke apne zamir ko khoob zinda rakhiye, bilkul alive.</w:t>
      </w:r>
      <w:r>
        <w:br/>
      </w:r>
      <w:r>
        <w:rPr>
          <w:sz w:val="20"/>
        </w:rPr>
        <w:t>48:12  apni cop ko kisi se poochne ki zaroorat nahi hogi. isi ko hadith mein kaha gaya hai ke: istafti qalbaka. log fatwa poochne ke liye jate hain mufti ke paas,</w:t>
      </w:r>
      <w:r>
        <w:br/>
      </w:r>
      <w:r>
        <w:rPr>
          <w:sz w:val="20"/>
        </w:rPr>
        <w:t>48:27  log fatwa poochne ke liye jate hain mufti ke sath. aur Rasool Allah ne farmaya: istafti qalbaka. yani apne zamir se pooch lo, apne zamir se pooch lo.</w:t>
      </w:r>
      <w:r>
        <w:br/>
      </w:r>
      <w:r>
        <w:rPr>
          <w:sz w:val="20"/>
        </w:rPr>
        <w:t>48:43  phir main to yahi jaana hai, main ne.</w:t>
      </w:r>
    </w:p>
    <w:p>
      <w:pPr>
        <w:pStyle w:val="Heading2"/>
      </w:pPr>
      <w:r>
        <w:t>Sin with awareness and later shame: arrogance?</w:t>
      </w:r>
    </w:p>
    <w:p>
      <w:r>
        <w:rPr>
          <w:color w:val="666666"/>
          <w:sz w:val="18"/>
        </w:rPr>
        <w:t>Ethics &amp; Character · Materialism and Intellectual Dwarfism 29th April 2012 · 1m 06s · at 1:35:03 · https://youtu.be/qHzARL_r3I4?t=5703</w:t>
      </w:r>
    </w:p>
    <w:p>
      <w:r>
        <w:rPr>
          <w:i/>
        </w:rPr>
        <w:t>“If I know I am committing a mistake and God is watching, but I still do it, and later feel shame, does that count as arrogance and rebellion?”</w:t>
      </w:r>
    </w:p>
    <w:p>
      <w:r>
        <w:rPr>
          <w:sz w:val="20"/>
        </w:rPr>
        <w:t>1:35:03  maulana agla sawal amar nagar se mister muhammad akhlaq sahab ka hai unhone likha hai maulana ghalati karne ke waqt yeh baat zehan mein aa jati hai ke main ghalati kar raha hoon aur khuda meri ghalati ko dekh raha hai aur ghalati phir bhi ho jati hai kya yeh dithaai aur sarkashi mein aayega jabke baad mein ghalati par sharmindagi bhi hoti hai</w:t>
      </w:r>
      <w:r>
        <w:br/>
      </w:r>
      <w:r>
        <w:rPr>
          <w:sz w:val="20"/>
        </w:rPr>
        <w:t>1:35:30  ab yeh aadmi khud samajh sakta hai ke kya cheez dithaai hai kya cheez dithaai nahi hai aap khud samjhiye ke ghalati kar ke aap ke andar sharmindagi aai ke nahi aai yeh to andar ki baat hai doosra aadmi kaise janega sharmindagi mein yeh shamil hai ke aadmi ruka hai is se agar nahi ruka hai to sharmindagi kahan hai wo to ghalati se ruka hai</w:t>
      </w:r>
      <w:r>
        <w:br/>
      </w:r>
      <w:r>
        <w:rPr>
          <w:sz w:val="20"/>
        </w:rPr>
        <w:t>1:35:57  ruka hai aur toba kare</w:t>
      </w:r>
      <w:r>
        <w:br/>
      </w:r>
      <w:r>
        <w:rPr>
          <w:sz w:val="20"/>
        </w:rPr>
        <w:t>1:36:01  yeh aadmi khud samajh sakta hai yeh doosra aadmi is par koi verdict nahi de sakta</w:t>
      </w:r>
    </w:p>
    <w:p>
      <w:pPr>
        <w:pStyle w:val="Heading2"/>
      </w:pPr>
      <w:r>
        <w:t>Strengthening conscience to avoid ill deeds</w:t>
      </w:r>
    </w:p>
    <w:p>
      <w:r>
        <w:rPr>
          <w:color w:val="666666"/>
          <w:sz w:val="18"/>
        </w:rPr>
        <w:t>Ethics &amp; Character · Present Day Muslims Jan 13, 2013 · 1m 54s · at 58:31 · https://youtu.be/CVcbWVYitog?t=3511</w:t>
      </w:r>
    </w:p>
    <w:p>
      <w:r>
        <w:rPr>
          <w:i/>
        </w:rPr>
        <w:t>“How can a person make his conscience powerful so that he can stay away from all ill deeds?”</w:t>
      </w:r>
    </w:p>
    <w:p>
      <w:r>
        <w:rPr>
          <w:sz w:val="20"/>
        </w:rPr>
        <w:t>58:31  maare, yeh sawal Kashmir se aaya hai, aah aamir jan mori sahib ka. unhon ne likha hai "How can a person make his conscience powerful so that he can stay away from all ill deeds?</w:t>
      </w:r>
      <w:r>
        <w:br/>
      </w:r>
      <w:r>
        <w:rPr>
          <w:sz w:val="20"/>
        </w:rPr>
        <w:t>58:47  Kindly advice." dekhein, yeh to Allah Ta'ala ki Creation ki tazheer hai. Allah Ta'ala ki Creation ko underestimate karna hai.</w:t>
      </w:r>
      <w:r>
        <w:br/>
      </w:r>
      <w:r>
        <w:rPr>
          <w:sz w:val="20"/>
        </w:rPr>
        <w:t>59:01  Allah Ta'ala ne insaan ko jo dimaagh diya hai, woh itna Powerful hai, itna Powerful hai ke is ke liye koi cheez namumkin nahin.</w:t>
      </w:r>
      <w:r>
        <w:br/>
      </w:r>
      <w:r>
        <w:rPr>
          <w:sz w:val="20"/>
        </w:rPr>
        <w:t>59:20  musolani ne kaha tha ke namumkin ka lafz, Impossible ka lafz bewakoofon ki Dictionary mein paya jata hai.</w:t>
      </w:r>
      <w:r>
        <w:br/>
      </w:r>
      <w:r>
        <w:rPr>
          <w:sz w:val="20"/>
        </w:rPr>
        <w:t>59:30  us ne to apne lihaaz se kaha tha. lekin mein yeh kehta hoon ke is is Khuda ki Creation mein yeh kehna Creation ko Underestimate karna hai.</w:t>
      </w:r>
      <w:r>
        <w:br/>
      </w:r>
      <w:r>
        <w:rPr>
          <w:sz w:val="20"/>
        </w:rPr>
        <w:t>59:44  apne Mind ko samjhein. Allah ki is haqeeqat ko samjhein. mein hai ke Allah ne sab se bari cheez jo paida ki, sab se ziyada akram cheez jo paida ki, woh woh Mind hai.</w:t>
      </w:r>
      <w:r>
        <w:br/>
      </w:r>
      <w:r>
        <w:rPr>
          <w:sz w:val="20"/>
        </w:rPr>
        <w:t>59:59  yeh cheez di hai Allah Ta'ala ne aap ko. to is ko is is se Opportunity ka Avail kijiye. is taqat ko istemal kijiye.</w:t>
      </w:r>
      <w:r>
        <w:br/>
      </w:r>
      <w:r>
        <w:rPr>
          <w:sz w:val="20"/>
        </w:rPr>
        <w:t>1:00:13  kisi bhi cheez ko aap Overcome kar sakte hain. is mein koi mubalgha nahin hai yeh. aur yeh bilkul aik haqeeqat hai.</w:t>
      </w:r>
    </w:p>
    <w:p>
      <w:pPr>
        <w:pStyle w:val="Heading2"/>
      </w:pPr>
      <w:r>
        <w:t>Surgeon's ethics on lying to insurance</w:t>
      </w:r>
    </w:p>
    <w:p>
      <w:r>
        <w:rPr>
          <w:color w:val="666666"/>
          <w:sz w:val="18"/>
        </w:rPr>
        <w:t>Ethics &amp; Character · Man &amp; Paradise Aug 18, 2013 - Maulana Wahiduddin Khan · 1m 53s · at 57:01 · https://youtu.be/yKy1suwbP8o?t=3421</w:t>
      </w:r>
    </w:p>
    <w:p>
      <w:r>
        <w:rPr>
          <w:i/>
        </w:rPr>
        <w:t>“I am a surgeon and I don't lie to insurance companies about the patients, because I believe as a Muslim I should not lie to anyone. As a result, some patients leave me and find someone else who can lie and operate them. How far is my approach correct?”</w:t>
      </w:r>
    </w:p>
    <w:p>
      <w:r>
        <w:rPr>
          <w:sz w:val="20"/>
        </w:rPr>
        <w:t>57:01  to unhone yeh nahi likha ke yeh baat to aap kar rahe hain, sawal mein yeh baat to nahi hai jo aap farma rahe hain. nahi, Maulana, unhone is mein likha hai. kahan? aik second, Maulana, ab band ho gaya.</w:t>
      </w:r>
      <w:r>
        <w:br/>
      </w:r>
      <w:r>
        <w:rPr>
          <w:sz w:val="20"/>
        </w:rPr>
        <w:t>57:12  unhone likha hai ke, Maulana sahib, IMA surgeon and I don't lie to insurance companies about the patients unless, because I believe as a Muslim I should not lie to anyone.</w:t>
      </w:r>
      <w:r>
        <w:br/>
      </w:r>
      <w:r>
        <w:rPr>
          <w:sz w:val="20"/>
        </w:rPr>
        <w:t>57:25  As a result, some patients leave me and find someone else who can lie and operate them. How far is my approach correct?</w:t>
      </w:r>
      <w:r>
        <w:br/>
      </w:r>
      <w:r>
        <w:rPr>
          <w:sz w:val="20"/>
        </w:rPr>
        <w:t>57:35  kya kya matlab hai? kya aap bhai Urdu bataiye? Maulana, un ko jab insurance companies contact karti hain, Maulana, paise ke silsilay mein to un ko pehle report submit karni parti hai insurance companies ko about the illness and surgery of the patient.</w:t>
      </w:r>
      <w:r>
        <w:br/>
      </w:r>
      <w:r>
        <w:rPr>
          <w:sz w:val="20"/>
        </w:rPr>
        <w:t>57:55  us ke baad insurance companies directly ya to hospital ko paisa deti hain ya phir patient ko baad mein check aata hai. to woh yeh keh rahe hain ke aksar aisa hota hai ke</w:t>
      </w:r>
    </w:p>
    <w:p>
      <w:pPr>
        <w:pStyle w:val="Heading2"/>
      </w:pPr>
      <w:r>
        <w:t>Surgeon's honesty vs. patient loss</w:t>
      </w:r>
    </w:p>
    <w:p>
      <w:r>
        <w:rPr>
          <w:color w:val="666666"/>
          <w:sz w:val="18"/>
        </w:rPr>
        <w:t>Ethics &amp; Character · Man and Paradise August 18, 2013 · 5m 51s · at 53:37 · https://youtu.be/v7eX25YAjDU?t=3217</w:t>
      </w:r>
    </w:p>
    <w:p>
      <w:r>
        <w:rPr>
          <w:i/>
        </w:rPr>
        <w:t>“I am a surgeon and I don't lie to insurance companies about the patient illness because I believe as a Muslim I should not lie to anyone. As a result, some patients leave me and find someone else who can lie and operate them. How far is my approach correct?”</w:t>
      </w:r>
    </w:p>
    <w:p>
      <w:r>
        <w:rPr>
          <w:sz w:val="20"/>
        </w:rPr>
        <w:t>53:37  maulana, agla sawal hai dilli se doctor tahir mustafa sahib ka. unhon ne likha hai: "maulana sahib, I am a surgeon and I don't lie to insurance companies about the patient illness because I believe as a Muslim I should not lie to anyone.</w:t>
      </w:r>
      <w:r>
        <w:br/>
      </w:r>
      <w:r>
        <w:rPr>
          <w:sz w:val="20"/>
        </w:rPr>
        <w:t>53:56  As a result, some patients leave me and find someone else who can lie and operate them.</w:t>
      </w:r>
      <w:r>
        <w:br/>
      </w:r>
      <w:r>
        <w:rPr>
          <w:sz w:val="20"/>
        </w:rPr>
        <w:t>54:04  " Maulana sahib, how far is my approach correct? dekhen, jhoot ke bare mein jo fuqaha ka nazariya hai, woh yeh hai: main usooli baat karta hoon, is ko aap apply kar lijiye ke agar aap ko apna jaiz haq lene ke liye jhoot bolna pade to woh woh haq, woh jhoot bol sakte hain aap.</w:t>
      </w:r>
      <w:r>
        <w:br/>
      </w:r>
      <w:r>
        <w:rPr>
          <w:sz w:val="20"/>
        </w:rPr>
        <w:t>54:26  yani waqeatan aap ka haq hai lekin woh de nahi rahe, aur kuch aap ko jhoot bolna pade tab woh mil jayega haq.</w:t>
      </w:r>
      <w:r>
        <w:br/>
      </w:r>
      <w:r>
        <w:rPr>
          <w:sz w:val="20"/>
        </w:rPr>
        <w:t>54:35  to apne waqai haq ko lene ke liye jhoot bolna fuqaha ke nazdeek jaiz hai, lekin apne waqai haq ke ilawa agar kuch aap lena chahte hain jhoot bol kar to woh jaiz nahi hai.</w:t>
      </w:r>
      <w:r>
        <w:br/>
      </w:r>
      <w:r>
        <w:rPr>
          <w:sz w:val="20"/>
        </w:rPr>
        <w:t>54:48  ab is mein aap samajh lijiye ke woh aap kitna apply hota hai, kitna apply nahi hota, yeh usool hai. Maulana, agla sa</w:t>
      </w:r>
      <w:r>
        <w:br/>
      </w:r>
      <w:r>
        <w:rPr>
          <w:sz w:val="20"/>
        </w:rPr>
        <w:t>54:55  wal lete hain. is mein ek comment bhi hai, aur yeh sawal aur comment aaya hai dilli se kanhaiya lal sharma ji ka.</w:t>
      </w:r>
      <w:r>
        <w:br/>
      </w:r>
      <w:r>
        <w:rPr>
          <w:sz w:val="20"/>
        </w:rPr>
        <w:t>55:03  unhon ne likha hai: "I read your article on occasion of recent eid. I wish you a happy and long life.</w:t>
      </w:r>
      <w:r>
        <w:br/>
      </w:r>
      <w:r>
        <w:rPr>
          <w:sz w:val="20"/>
        </w:rPr>
        <w:t>55:13  You are a unique Islamic living author. You are an honorable and widely revered person on this globe. I want to ask you a question.</w:t>
      </w:r>
      <w:r>
        <w:br/>
      </w:r>
      <w:r>
        <w:rPr>
          <w:sz w:val="20"/>
        </w:rPr>
        <w:t>55:24  My question is: what is the necessity of issuing fatwas? If anybody doesn't follow them, then what action will be taken against the person who refuses to yield to fatwas?</w:t>
      </w:r>
      <w:r>
        <w:br/>
      </w:r>
      <w:r>
        <w:rPr>
          <w:sz w:val="20"/>
        </w:rPr>
        <w:t>55:39  Are fatwas above the law of the land? In case there is a conflict between the law of the land and fatwas, what should prevail and why?"</w:t>
      </w:r>
      <w:r>
        <w:br/>
      </w:r>
      <w:r>
        <w:rPr>
          <w:sz w:val="20"/>
        </w:rPr>
        <w:t>55:51  dekhen, yeh sab jo aaj kal fatwa issue kiya jata hai, yeh sab Islam ke khilaf hai. is ka Islam se koi talluq nahi. fatwa issue karna yeh Islam mein hai hi nahi.</w:t>
      </w:r>
      <w:r>
        <w:br/>
      </w:r>
      <w:r>
        <w:rPr>
          <w:sz w:val="20"/>
        </w:rPr>
        <w:t>56:01  main aap ko batata hoon ke fatwa ka matlab kya hai. fatwa ka literal meaning hai opinion, rai.</w:t>
      </w:r>
      <w:r>
        <w:br/>
      </w:r>
      <w:r>
        <w:rPr>
          <w:sz w:val="20"/>
        </w:rPr>
        <w:t>56:12  rai, rai kis ko di jati hai?</w:t>
      </w:r>
      <w:r>
        <w:br/>
      </w:r>
      <w:r>
        <w:rPr>
          <w:sz w:val="20"/>
        </w:rPr>
        <w:t>56:16  ek shakhs jo aap se rai pooche. to fatwa ka matlab sirf itna hai ke ek shakhs mufti ke paas jata hai, apna zaati masla bayan karta hai.</w:t>
      </w:r>
      <w:r>
        <w:br/>
      </w:r>
      <w:r>
        <w:rPr>
          <w:sz w:val="20"/>
        </w:rPr>
        <w:t>56:26  to mufti batayega apni rai ke mere mere nazdeek is mamle mein sahi rai yeh hai. to fatwa means opinion, aur opinion us ko di jati hai jo aap se opinion pochi jaye.</w:t>
      </w:r>
      <w:r>
        <w:br/>
      </w:r>
      <w:r>
        <w:rPr>
          <w:sz w:val="20"/>
        </w:rPr>
        <w:t>56:41  lekin yeh fatwa issue karna yeh bilashuba Islam mein nahi hai.</w:t>
      </w:r>
      <w:r>
        <w:br/>
      </w:r>
      <w:r>
        <w:rPr>
          <w:sz w:val="20"/>
        </w:rPr>
        <w:t>56:45  yeh misal deta hoon main aap ko. jaise sania mirza jo hai. to is ka jo address hota hai, is ke khilaf ek fatwa shaya hua ke is ka address un Islamic hai.</w:t>
      </w:r>
      <w:r>
        <w:br/>
      </w:r>
      <w:r>
        <w:rPr>
          <w:sz w:val="20"/>
        </w:rPr>
        <w:t>56:58  is ko apna address badalna chahiye. to is ko jab bataya gaya to use ridicule kiya ke mufti ke haq mein mere bare mein fatwa dene ka.</w:t>
      </w:r>
      <w:r>
        <w:br/>
      </w:r>
      <w:r>
        <w:rPr>
          <w:sz w:val="20"/>
        </w:rPr>
        <w:t>57:08  to use sahi ridicule kiya.</w:t>
      </w:r>
      <w:r>
        <w:br/>
      </w:r>
      <w:r>
        <w:rPr>
          <w:sz w:val="20"/>
        </w:rPr>
        <w:t>57:10  yeh fatwa bilashuba galat tha. kyunke sania mirza ne poocha nahi tha is mufti se ke mera address Islami hai ke nahi hai.</w:t>
      </w:r>
      <w:r>
        <w:br/>
      </w:r>
      <w:r>
        <w:rPr>
          <w:sz w:val="20"/>
        </w:rPr>
        <w:t>57:19  to mufti ko fatwa dene ka haq bhi nahi hai. dekhen, aap achhe se samajh lijiye ke is maamle mein, yaani jis tarah se adalat ka maamla hai, adalat, adalat government nahi hai.</w:t>
      </w:r>
      <w:r>
        <w:br/>
      </w:r>
      <w:r>
        <w:rPr>
          <w:sz w:val="20"/>
        </w:rPr>
        <w:t>57:35  khud se adalat koi farman jaari nahi kar sakti.</w:t>
      </w:r>
      <w:r>
        <w:br/>
      </w:r>
      <w:r>
        <w:rPr>
          <w:sz w:val="20"/>
        </w:rPr>
        <w:t>57:38  adalat mein jab koi shakhs jaata hai ek case lekar ke, adalat ko refer karta hai ke tab adalat jo hai ek faisla deti hai.</w:t>
      </w:r>
      <w:r>
        <w:br/>
      </w:r>
      <w:r>
        <w:rPr>
          <w:sz w:val="20"/>
        </w:rPr>
        <w:t>57:50  baghair marrafe ke, baghair refer kiye hue adalat kabhi farman nahi jaari kare gi</w:t>
      </w:r>
      <w:r>
        <w:br/>
      </w:r>
      <w:r>
        <w:rPr>
          <w:sz w:val="20"/>
        </w:rPr>
        <w:t>57:56  ye. ye maamla fatwa mufti ka hai. fatwa mufti ko ye haq nahi ke fatwa issue kare ke falan aadmi ka address galat hai aur falan imam ki imamat najayaz hai.</w:t>
      </w:r>
      <w:r>
        <w:br/>
      </w:r>
      <w:r>
        <w:rPr>
          <w:sz w:val="20"/>
        </w:rPr>
        <w:t>58:11  is ke liye fatwe bilashuba ghair islami hain. jo aadmi pooche, us ko aap fatwa de sakte hain. aap hakim nahi hain. aap adalat, aap hakim nahi hain.</w:t>
      </w:r>
      <w:r>
        <w:br/>
      </w:r>
      <w:r>
        <w:rPr>
          <w:sz w:val="20"/>
        </w:rPr>
        <w:t>58:21  aap, aap, aap ko haq nahi hai fatwa issue karne ka.</w:t>
      </w:r>
      <w:r>
        <w:br/>
      </w:r>
      <w:r>
        <w:rPr>
          <w:sz w:val="20"/>
        </w:rPr>
        <w:t>58:25  doosri baat ye hai ke ye mufti log ye bhi nahi jaante ke India mein misaal ke taur par ek law of land hai. wo in maamlon mein bhi fatwa dene lagte hain jis ka taluq law of land se hota hai.</w:t>
      </w:r>
      <w:r>
        <w:br/>
      </w:r>
      <w:r>
        <w:rPr>
          <w:sz w:val="20"/>
        </w:rPr>
        <w:t>58:36  ye to bilkul hi galat hai. bilkul galat hai. bilkul galat hai. jin cheezon ka taluq law of land se hai, yaani qawaneen mulki se, us ka taluq kuch bhi mufti se nahi hota.</w:t>
      </w:r>
      <w:r>
        <w:br/>
      </w:r>
      <w:r>
        <w:rPr>
          <w:sz w:val="20"/>
        </w:rPr>
        <w:t>58:49  mufti ko is pe fatwa hi nahi dena chahiye. agar koi jaata hai to us ko kahe ke jaao tum adalat</w:t>
      </w:r>
      <w:r>
        <w:br/>
      </w:r>
      <w:r>
        <w:rPr>
          <w:sz w:val="20"/>
        </w:rPr>
        <w:t>58:54  mein jaao. ye hamara domain nahi hai. to abhi jo maine ek mazmoon likha tha, fatwa activism, ek chhaapa hai mera ke Islam mein fatwa hai lekin fatwa activism nahi hai.</w:t>
      </w:r>
      <w:r>
        <w:br/>
      </w:r>
      <w:r>
        <w:rPr>
          <w:sz w:val="20"/>
        </w:rPr>
        <w:t>59:08  ye log fatwa activism chala rahe hain jo Islam mein hai hi nahi.</w:t>
      </w:r>
      <w:r>
        <w:br/>
      </w:r>
      <w:r>
        <w:rPr>
          <w:sz w:val="20"/>
        </w:rPr>
        <w:t>59:16  maujooda jo shakal hai fatwa baazi ki aur fatwa activism ki, wo bilashuba Islam se koi taluq is ka nahi hai.</w:t>
      </w:r>
    </w:p>
    <w:p>
      <w:pPr>
        <w:pStyle w:val="Heading2"/>
      </w:pPr>
      <w:r>
        <w:t>Tackling gambling and drinking at home</w:t>
      </w:r>
    </w:p>
    <w:p>
      <w:r>
        <w:rPr>
          <w:color w:val="666666"/>
          <w:sz w:val="18"/>
        </w:rPr>
        <w:t>Ethics &amp; Character · Dars-e-Quran, Chapter 25, V. 1 (Spreading Quran) September 9, 2018 · 57s · at 1:04:27 · https://youtu.be/zf3V6LP2Qg0?t=3867</w:t>
      </w:r>
    </w:p>
    <w:p>
      <w:r>
        <w:rPr>
          <w:i/>
        </w:rPr>
        <w:t>“Maulana, please tell us how to tackle evils like gambling and drinking at home? What is your advice?”</w:t>
      </w:r>
    </w:p>
    <w:p>
      <w:r>
        <w:rPr>
          <w:sz w:val="20"/>
        </w:rPr>
        <w:t>1:04:27  maulana, agla sawal miss shahida ne bheja hai srinagar se. unhon ne likha hai ke maulana, maulana sahib, please tell us how to tackle evils like gambling and drinking in home?</w:t>
      </w:r>
      <w:r>
        <w:br/>
      </w:r>
      <w:r>
        <w:rPr>
          <w:sz w:val="20"/>
        </w:rPr>
        <w:t>1:04:41  what is your advice</w:t>
      </w:r>
      <w:r>
        <w:br/>
      </w:r>
      <w:r>
        <w:rPr>
          <w:sz w:val="20"/>
        </w:rPr>
        <w:t>1:04:43  ? arey bhai, is ko chhoriye. aap ke ghar mein jo hai ke quran ko nahin samajhte ke quran ko phailana hai, is ko, is ko, is ko door kijiye.</w:t>
      </w:r>
      <w:r>
        <w:br/>
      </w:r>
      <w:r>
        <w:rPr>
          <w:sz w:val="20"/>
        </w:rPr>
        <w:t>1:04:57  gambling sab se bari burai jo aap ke ghar mein hai, woh yeh hai ke logon ko pata nahin ke quran ko phailana hai, is ka tarjuma phailana hai, is mein, is mein time lagana hai, energy lagana hai, paisa lagana hai.</w:t>
      </w:r>
      <w:r>
        <w:br/>
      </w:r>
      <w:r>
        <w:rPr>
          <w:sz w:val="20"/>
        </w:rPr>
        <w:t>1:05:12  har ghar mein yeh burai hai, is ko janiye.</w:t>
      </w:r>
    </w:p>
    <w:p>
      <w:pPr>
        <w:pStyle w:val="Heading2"/>
      </w:pPr>
      <w:r>
        <w:t>The Role of Silence When One Is Angry</w:t>
      </w:r>
    </w:p>
    <w:p>
      <w:r>
        <w:rPr>
          <w:color w:val="666666"/>
          <w:sz w:val="18"/>
        </w:rPr>
        <w:t>Ethics &amp; Character · Surah Al-'Asr I November 23, 2014 Maulana Wahiduddin Khan · 4m 09s · at 1:11:19 · https://youtu.be/3dBMIUC0Dqw?t=4279</w:t>
      </w:r>
    </w:p>
    <w:p>
      <w:r>
        <w:rPr>
          <w:i/>
        </w:rPr>
        <w:t>“What role does silence play when one is angry? Many people think that if you keep patience or observe silence, then the opposite party may feel that they have succeeded over you. This may lead to further exploitation.”</w:t>
      </w:r>
    </w:p>
    <w:p>
      <w:r>
        <w:rPr>
          <w:sz w:val="20"/>
        </w:rPr>
        <w:t>1:11:19  maulana, agla sawal farhan sahab ne kiya hai bhopal se aur unhon ne likha hai ke Maulana What role does silence play when one is angry?</w:t>
      </w:r>
      <w:r>
        <w:br/>
      </w:r>
      <w:r>
        <w:rPr>
          <w:sz w:val="20"/>
        </w:rPr>
        <w:t>1:11:33  Many people think that if you keep patience or observe silence, then the opposite party may feel that they have succeeded over you.</w:t>
      </w:r>
      <w:r>
        <w:br/>
      </w:r>
      <w:r>
        <w:rPr>
          <w:sz w:val="20"/>
        </w:rPr>
        <w:t>1:11:44  This may lead to further exploitation. yeh shaitan ka sab se bara fitna hai jo daal rakha hai logon ke andar.</w:t>
      </w:r>
      <w:r>
        <w:br/>
      </w:r>
      <w:r>
        <w:rPr>
          <w:sz w:val="20"/>
        </w:rPr>
        <w:t>1:11:55  aap yeh sochein hi nahi ke doosra ka yeh sochna hi shaitani baat hai ke doosra kya samjhega. nahi, aap sochein ke mera ghussa kaise khatam ho, meri nafrat kaise khatam ho, mere andar inteqam kaise khatam ho.</w:t>
      </w:r>
      <w:r>
        <w:br/>
      </w:r>
      <w:r>
        <w:rPr>
          <w:sz w:val="20"/>
        </w:rPr>
        <w:t>1:12:10  bas yeh sochein. doosre ke bare mein kyun sochte hain aap? yeh bilashuba shaitani soch hai aur jo log is tarah sochte hain woh un ki kabhi islaah nahi hogi.</w:t>
      </w:r>
      <w:r>
        <w:br/>
      </w:r>
      <w:r>
        <w:rPr>
          <w:sz w:val="20"/>
        </w:rPr>
        <w:t>1:12:19  kabhi nahi hogi islaah. sirf apne ko le kar sochein.</w:t>
      </w:r>
      <w:r>
        <w:br/>
      </w:r>
      <w:r>
        <w:rPr>
          <w:sz w:val="20"/>
        </w:rPr>
        <w:t>1:12:28  sirf apne ko le kar ke mere andar ghussa hai, mere andar inteqam hai, mere andar negative thought hai. to bas us ko mujhe door karna hai.</w:t>
      </w:r>
      <w:r>
        <w:br/>
      </w:r>
      <w:r>
        <w:rPr>
          <w:sz w:val="20"/>
        </w:rPr>
        <w:t>1:12:38  bas. doosra ka doosra wala apni baat khud jaane, aap ko doosre ki baatein jaanna hai.</w:t>
      </w:r>
      <w:r>
        <w:br/>
      </w:r>
      <w:r>
        <w:rPr>
          <w:sz w:val="20"/>
        </w:rPr>
        <w:t>1:12:46  yeh bilashuba jab yeh is aap ke mind mein yeh aaye to samjhen ke shaitani waswasa hai. shaitani waswasa hai.</w:t>
      </w:r>
      <w:r>
        <w:br/>
      </w:r>
      <w:r>
        <w:rPr>
          <w:sz w:val="20"/>
        </w:rPr>
        <w:t>1:12:57  quran mein aap dekhen, sabr, sabr, sabr, sabr. to kya allah ko pata nahin tha ke aap sabr karenge to woh zyada yani aur barh jayega aur sarkashi karega?</w:t>
      </w:r>
      <w:r>
        <w:br/>
      </w:r>
      <w:r>
        <w:rPr>
          <w:sz w:val="20"/>
        </w:rPr>
        <w:t>1:13:10  allah ko pata nahin tha ke? nahin, yeh yeh soch hi shaitani soch hai</w:t>
      </w:r>
      <w:r>
        <w:br/>
      </w:r>
      <w:r>
        <w:rPr>
          <w:sz w:val="20"/>
        </w:rPr>
        <w:t>1:13:16  ke doosra aisa ho jayega. is se toba karna chahiye aadmi ke andar yeh aata hai ya yeh soch aati hai agar to is ko toba karna chahiye ke main shaitan ka victim ban gaya.</w:t>
      </w:r>
      <w:r>
        <w:br/>
      </w:r>
      <w:r>
        <w:rPr>
          <w:sz w:val="20"/>
        </w:rPr>
        <w:t>1:13:31  bas apne bare mein sochiye. alaih ke nafs tak, alaih ke nafs tak. apne bare mein socho.</w:t>
      </w:r>
      <w:r>
        <w:br/>
      </w:r>
      <w:r>
        <w:rPr>
          <w:sz w:val="20"/>
        </w:rPr>
        <w:t>1:13:42  We would also like to tell the online viewers that the book izhaar-e-deen has also been published in pakistan. mursal sahib ka message hai maulana ke.</w:t>
      </w:r>
      <w:r>
        <w:br/>
      </w:r>
      <w:r>
        <w:rPr>
          <w:sz w:val="20"/>
        </w:rPr>
        <w:t>1:13:52  padhiye, padhiye is ko. The book izhaar-e-deen has been published in pakistan.</w:t>
      </w:r>
      <w:r>
        <w:br/>
      </w:r>
      <w:r>
        <w:rPr>
          <w:sz w:val="20"/>
        </w:rPr>
        <w:t>1:14:00  dekhen, is mein zyada bari baat kya hai? yahi baat yeh hai ke aaj se hazar saal pehle logon ne bohat kitabein likhin, bohat likhin.</w:t>
      </w:r>
      <w:r>
        <w:br/>
      </w:r>
      <w:r>
        <w:rPr>
          <w:sz w:val="20"/>
        </w:rPr>
        <w:t>1:14:13  aisa message kahin nahin aa sakta tha. kyunke kitab ko reprint karna is zamane mein ek bohat hi aasan kaam ho gaya.</w:t>
      </w:r>
      <w:r>
        <w:br/>
      </w:r>
      <w:r>
        <w:rPr>
          <w:sz w:val="20"/>
        </w:rPr>
        <w:t>1:14:21  agar ek kitab maujood hai, woh photo lijiye aur chhap dijiye. pehle zamane mein har kitab ko poora poora likhna padta tha. yeh kaisi anokhi baat hai ke ek kitab yahan chhap gayi aur foran wahan chhap gayi.</w:t>
      </w:r>
      <w:r>
        <w:br/>
      </w:r>
      <w:r>
        <w:rPr>
          <w:sz w:val="20"/>
        </w:rPr>
        <w:t>1:14:37  yeh bohat hi nemat ki baat, bohat shukr ki baat hai.</w:t>
      </w:r>
      <w:r>
        <w:br/>
      </w:r>
      <w:r>
        <w:rPr>
          <w:sz w:val="20"/>
        </w:rPr>
        <w:t>1:14:42  dekhen, jab tak hum compare kar ke, yani compare karna nahin seekhenge, tab bada shukr nahin aayega.</w:t>
      </w:r>
      <w:r>
        <w:br/>
      </w:r>
      <w:r>
        <w:rPr>
          <w:sz w:val="20"/>
        </w:rPr>
        <w:t>1:14:54  In comparison, that we understand arabi ka maqoola hai ke tarruf al-ashya' wa ta'arruf al-athman</w:t>
      </w:r>
      <w:r>
        <w:br/>
      </w:r>
      <w:r>
        <w:rPr>
          <w:sz w:val="20"/>
        </w:rPr>
        <w:t>1:15:04  . ke pehle zamane mein koi bada aalim ho, us ki kitab foran wahan chhap jaye, yeh possible hi nahin tha. kyunke yeh technology nahin thi. jo technology aaj available hai, woh technology nahin thi.</w:t>
      </w:r>
      <w:r>
        <w:br/>
      </w:r>
      <w:r>
        <w:rPr>
          <w:sz w:val="20"/>
        </w:rPr>
        <w:t>1:15:17  yeh shukr ka item hai ke allah taala ne aisi technology de di ke yahan chhape aur foran wahan chhap jaye.</w:t>
      </w:r>
    </w:p>
    <w:p>
      <w:pPr>
        <w:pStyle w:val="Heading2"/>
      </w:pPr>
      <w:r>
        <w:t>Three conditions for team members</w:t>
      </w:r>
    </w:p>
    <w:p>
      <w:r>
        <w:rPr>
          <w:color w:val="666666"/>
          <w:sz w:val="18"/>
        </w:rPr>
        <w:t>Ethics &amp; Character · Experience of Hyderabad CPS Meet December 1, 2013 · 8m 06s · at 46:20 · https://youtu.be/Y8mcxF2Lhyc?t=2780</w:t>
      </w:r>
    </w:p>
    <w:p>
      <w:r>
        <w:rPr>
          <w:i/>
        </w:rPr>
        <w:t>“Can you please elaborate the three conditions for team members? Emotional attachment, acceptance of criticism, and third, not taking any excuses.”</w:t>
      </w:r>
    </w:p>
    <w:p>
      <w:r>
        <w:rPr>
          <w:sz w:val="20"/>
        </w:rPr>
        <w:t>46:20  maulana, yeh sawal Dilli se hai, miss Naghma Siddiqui ka. Unhon ne likha hai: "Maulana, can you please elaborate the three conditions for team members?</w:t>
      </w:r>
      <w:r>
        <w:br/>
      </w:r>
      <w:r>
        <w:rPr>
          <w:sz w:val="20"/>
        </w:rPr>
        <w:t>46:33  emotional attachment, acceptance of criticism, and third, not taking any excuses."</w:t>
      </w:r>
      <w:r>
        <w:br/>
      </w:r>
      <w:r>
        <w:rPr>
          <w:sz w:val="20"/>
        </w:rPr>
        <w:t>46:44  acha, yeh baat main ne kahi thi Hyderabad mein ke team banne ke liye kya cheez darkar hai?</w:t>
      </w:r>
      <w:r>
        <w:br/>
      </w:r>
      <w:r>
        <w:rPr>
          <w:sz w:val="20"/>
        </w:rPr>
        <w:t>46:55  dekhiye, hadith mein aata hai ke "yad Allah ala al jamaat". Jamaat ke upar Allah ka hath hota hai. Jamaat kya hai? Team.</w:t>
      </w:r>
      <w:r>
        <w:br/>
      </w:r>
      <w:r>
        <w:rPr>
          <w:sz w:val="20"/>
        </w:rPr>
        <w:t>47:07  jamaat ka matlab hai team, bheed nahin.</w:t>
      </w:r>
      <w:r>
        <w:br/>
      </w:r>
      <w:r>
        <w:rPr>
          <w:sz w:val="20"/>
        </w:rPr>
        <w:t>47:13  to jab ahl-e-iman jo hain, team ki surat ikhtiyar karte hain to woh is ke mustahiq ban jate hain ke un ko Allah ki madad mile, Allah ka hath un par ho jaye.</w:t>
      </w:r>
      <w:r>
        <w:br/>
      </w:r>
      <w:r>
        <w:rPr>
          <w:sz w:val="20"/>
        </w:rPr>
        <w:t>47:29  to kitni bari nemat hai jo team spirit walon ke liye Allah ne muqaddar ki hai.</w:t>
      </w:r>
      <w:r>
        <w:br/>
      </w:r>
      <w:r>
        <w:rPr>
          <w:sz w:val="20"/>
        </w:rPr>
        <w:t>47:39  to main ne wahan kaha tha ke team banne ke liye teen sharten hain, teen sharten hain. Pehli shart yeh main ne kahi thi ke emotional attachment,</w:t>
      </w:r>
      <w:r>
        <w:br/>
      </w:r>
      <w:r>
        <w:rPr>
          <w:sz w:val="20"/>
        </w:rPr>
        <w:t>47:53  mishn se emotional attachment.</w:t>
      </w:r>
      <w:r>
        <w:br/>
      </w:r>
      <w:r>
        <w:rPr>
          <w:sz w:val="20"/>
        </w:rPr>
        <w:t>47:59  iski misaal yeh hai ke maa apne bete ke liye sab kuch karti hai, kyun? Us ko emotional attachment hota hai.</w:t>
      </w:r>
      <w:r>
        <w:br/>
      </w:r>
      <w:r>
        <w:rPr>
          <w:sz w:val="20"/>
        </w:rPr>
        <w:t>48:07  agar aap ko sirf legal taluq ho, mantiqi taluq ho to kabhi bhi aap ko zyada bara role nahin kar paenge.</w:t>
      </w:r>
      <w:r>
        <w:br/>
      </w:r>
      <w:r>
        <w:rPr>
          <w:sz w:val="20"/>
        </w:rPr>
        <w:t>48:19  zyada bara role karne ke liye emotional attachment chahiye. Aur hamare hamare mishn mein, ya is se pehle bhi mishn mein, jo khawateen zyada hasil ho jati hain, is ki wajah yeh hai ke khawateen hoti hain emotional.</w:t>
      </w:r>
      <w:r>
        <w:br/>
      </w:r>
      <w:r>
        <w:rPr>
          <w:sz w:val="20"/>
        </w:rPr>
        <w:t>48:35  Allah taala ne mardon mein sifat di hai ke mard istibn hote hain, istibn, aur aurtein hoti hain emotional.</w:t>
      </w:r>
      <w:r>
        <w:br/>
      </w:r>
      <w:r>
        <w:rPr>
          <w:sz w:val="20"/>
        </w:rPr>
        <w:t>48:45  to emotional hone ki wajah se aasani se woh, yani un ko is is tarah ka attachment qaim ho jata hai, emotional attachment.</w:t>
      </w:r>
      <w:r>
        <w:br/>
      </w:r>
      <w:r>
        <w:rPr>
          <w:sz w:val="20"/>
        </w:rPr>
        <w:t>48:58  to mishn mein aise member jin ko emotional attachment ho mishn se, yeh mardon ke bhi chahiye ke aisa ho, lekin aurton ko main samajhta hoon ke, yani is apne nature ki bana par, bohat aasani se un ko emotional attachment hota hai mishn se, aur woh bohat bara kaam kar dalti hain.</w:t>
      </w:r>
      <w:r>
        <w:br/>
      </w:r>
      <w:r>
        <w:rPr>
          <w:sz w:val="20"/>
        </w:rPr>
        <w:t>49:20  isi liye Allah ne jo azeem tareen mansoobay masjidon hai, is ke liye aik aurat ko chuna, yaani Hajra ko.</w:t>
      </w:r>
      <w:r>
        <w:br/>
      </w:r>
      <w:r>
        <w:rPr>
          <w:sz w:val="20"/>
        </w:rPr>
        <w:t>49:30  is se bara koi plan nahi poori history mein. is ke liye chuna Allah taala ne Hajra ko.</w:t>
      </w:r>
      <w:r>
        <w:br/>
      </w:r>
      <w:r>
        <w:rPr>
          <w:sz w:val="20"/>
        </w:rPr>
        <w:t>49:38  aaj bhi dekhiye, hamare mission mein jo hai khawateen mashaa Allah juri hui hain aur bohat bara kaam kar rahi hain.</w:t>
      </w:r>
      <w:r>
        <w:br/>
      </w:r>
      <w:r>
        <w:rPr>
          <w:sz w:val="20"/>
        </w:rPr>
        <w:t>49:47  wo to in ko jo emotional attachment hai mission se, mein khaas aik bohat hi unique hai.</w:t>
      </w:r>
      <w:r>
        <w:br/>
      </w:r>
      <w:r>
        <w:rPr>
          <w:sz w:val="20"/>
        </w:rPr>
        <w:t>49:55  wo</w:t>
      </w:r>
      <w:r>
        <w:br/>
      </w:r>
      <w:r>
        <w:rPr>
          <w:sz w:val="20"/>
        </w:rPr>
        <w:t>49:58  doosri cheez jo maine kahi thi, wo yeh thi ke, yaani openness, criticism ko bura na manna.</w:t>
      </w:r>
      <w:r>
        <w:br/>
      </w:r>
      <w:r>
        <w:rPr>
          <w:sz w:val="20"/>
        </w:rPr>
        <w:t>50:13  criticism ko bura na manna.</w:t>
      </w:r>
      <w:r>
        <w:br/>
      </w:r>
      <w:r>
        <w:rPr>
          <w:sz w:val="20"/>
        </w:rPr>
        <w:t>50:15  dekhen, jab bhi kuch log ikhatta honge, team ka matlab hai kai logon ka ikhatta hona. to it is but natural ke logon mein differences aayenge, kyunke har aadmi ka taste alag hai, way of thinking alag hai,</w:t>
      </w:r>
      <w:r>
        <w:br/>
      </w:r>
      <w:r>
        <w:rPr>
          <w:sz w:val="20"/>
        </w:rPr>
        <w:t>50:32  bent of mind alag hai. to differences aayenge. to is mein kya hai ke aap ko yeh shart nahi lagani chahiye ke koi apni difference ka izhaar</w:t>
      </w:r>
      <w:r>
        <w:br/>
      </w:r>
      <w:r>
        <w:rPr>
          <w:sz w:val="20"/>
        </w:rPr>
        <w:t>50:44  na kare. izhaar kare to bohat hi zyada, yaani narmi ke sath, us ke sath nahi. yeh openness munh mein aaye, keh diya, dard se keh diya,</w:t>
      </w:r>
      <w:r>
        <w:br/>
      </w:r>
      <w:r>
        <w:rPr>
          <w:sz w:val="20"/>
        </w:rPr>
        <w:t>50:56  bilkul kuch bhi jo lafz munh mein aaya ke tum to mujhe paagal paagal dikhai dete ho, tum to bilkul amkho ho, tum to bilkul stupid ho, kuch bhi munh nikala hai, keh diya.</w:t>
      </w:r>
      <w:r>
        <w:br/>
      </w:r>
      <w:r>
        <w:rPr>
          <w:sz w:val="20"/>
        </w:rPr>
        <w:t>51:10  to kehne wale ke idhar yeh hona chahiye ke kehne ke baad dil mein koi keena na rahe, koi nafrat na rahe, aur sunne wale ka koi offend na ho. wo yeh hai openness.</w:t>
      </w:r>
      <w:r>
        <w:br/>
      </w:r>
      <w:r>
        <w:rPr>
          <w:sz w:val="20"/>
        </w:rPr>
        <w:t>51:21  yeh shart hai ke aaj team ke members ko chahiye ke wo criticism ko zara bhi bura na manen,</w:t>
      </w:r>
      <w:r>
        <w:br/>
      </w:r>
      <w:r>
        <w:rPr>
          <w:sz w:val="20"/>
        </w:rPr>
        <w:t>51:33  zara bhi nahi. This soche ke bhai criticism jo kiya gaya hai, to to kya hai is ki? is ko sochen, is ko.</w:t>
      </w:r>
      <w:r>
        <w:br/>
      </w:r>
      <w:r>
        <w:rPr>
          <w:sz w:val="20"/>
        </w:rPr>
        <w:t>51:43  aur teesri cheez jo maine kahi thi wahan ke excuse, excuse na lena, kyunke dekhen bar bar aisa hota hai ke kuch kuch kisi wajah se koi wajah pad jaati hai, to excuse le kar ke aadmi alag ho jaata hai.</w:t>
      </w:r>
      <w:r>
        <w:br/>
      </w:r>
      <w:r>
        <w:rPr>
          <w:sz w:val="20"/>
        </w:rPr>
        <w:t>52:02  jaise Hyderabad mein aik bohat hi bari misaal hai, wahan par aik saahab the, Dr. Hamidullah, bohat parhe likhe aadmi.</w:t>
      </w:r>
      <w:r>
        <w:br/>
      </w:r>
      <w:r>
        <w:rPr>
          <w:sz w:val="20"/>
        </w:rPr>
        <w:t>52:11  to aik excuse le kar ke Hyderabad chhod ke Paris mein rehne lagay. wo</w:t>
      </w:r>
      <w:r>
        <w:br/>
      </w:r>
      <w:r>
        <w:rPr>
          <w:sz w:val="20"/>
        </w:rPr>
        <w:t>52:20  mein dekhoon, wo excuse bhi galat tha. to Hyderabad mein reh kar wo kitaben to likhin unhon ne, lekin wo koi team nahi bana sake, koi idara nahi bana sake.</w:t>
      </w:r>
      <w:r>
        <w:br/>
      </w:r>
      <w:r>
        <w:rPr>
          <w:sz w:val="20"/>
        </w:rPr>
        <w:t>52:31  Hyderabad mein agar rehte to bohat bara kaam kar sakte the, wo Osmania University ke vice chancellor ban sakte the, wahan education minister ban sakte the. wo bohat kuch un ko izaz milta, mauqa milta kaam karne ka, lekin Paris mein kuch nahi.</w:t>
      </w:r>
      <w:r>
        <w:br/>
      </w:r>
      <w:r>
        <w:rPr>
          <w:sz w:val="20"/>
        </w:rPr>
        <w:t>52:43  aik aik secluded ghar mein rehte the, bas usi mein rehte the, mar gaye. kuch kitaben likh dein unhon ne, koi excuse le liya unhon ne aur chhod ke bhag gaye.</w:t>
      </w:r>
      <w:r>
        <w:br/>
      </w:r>
      <w:r>
        <w:rPr>
          <w:sz w:val="20"/>
        </w:rPr>
        <w:t>52:54  aise kai log hain, muashra Nadvi excuse le kar ke chale gaye Pakistan</w:t>
      </w:r>
      <w:r>
        <w:br/>
      </w:r>
      <w:r>
        <w:rPr>
          <w:sz w:val="20"/>
        </w:rPr>
        <w:t>53:01  aur wahan kuch bhi nahi kar sake. wo agar India mein rehte to bohat bara kaam kar sakte the. wo to dekhen, hamara mission mein yeh yeh formula rahega ke "if you are good excuse, don't use it".</w:t>
      </w:r>
      <w:r>
        <w:br/>
      </w:r>
      <w:r>
        <w:rPr>
          <w:sz w:val="20"/>
        </w:rPr>
        <w:t>53:16  ijtimai zindagi mein aise hoga hi ke kuch na kuch cheez aap ko paida ho jaye, koi masla, aur us ko, lekin us ko aap uzr nahi banana, excuse nahi manna hai, us ko wajah bana kar chhodna nahi hai.</w:t>
      </w:r>
      <w:r>
        <w:br/>
      </w:r>
      <w:r>
        <w:rPr>
          <w:sz w:val="20"/>
        </w:rPr>
        <w:t>53:32  to yeh teen cheezain hain jo jis se ke aik mazboot mission banta hai. jo Quran mein bhi hai ke "sheesha pilai hui deewar".</w:t>
      </w:r>
      <w:r>
        <w:br/>
      </w:r>
      <w:r>
        <w:rPr>
          <w:sz w:val="20"/>
        </w:rPr>
        <w:t>53:41  aisa aisi team, team ki Quran mein jo lafz aaya hai ke "sheesha pilai hui deewar". aise afraad jo bilkul aik dam pevast hon,</w:t>
      </w:r>
      <w:r>
        <w:br/>
      </w:r>
      <w:r>
        <w:rPr>
          <w:sz w:val="20"/>
        </w:rPr>
        <w:t>53:51  lekin eent jo hai, woh to is mein to aql nahi hoti, jahan laga di ho, lage rahe gi, lekin insan mein aql hoti hai, soch hoti hai.</w:t>
      </w:r>
      <w:r>
        <w:br/>
      </w:r>
      <w:r>
        <w:rPr>
          <w:sz w:val="20"/>
        </w:rPr>
        <w:t>54:01  to bar bar masle paida hote hain. to</w:t>
      </w:r>
      <w:r>
        <w:br/>
      </w:r>
      <w:r>
        <w:rPr>
          <w:sz w:val="20"/>
        </w:rPr>
        <w:t>54:07  eent ki eent ki team banana bohat asan hai, insan ki team banana bohat mushkil hai.</w:t>
      </w:r>
      <w:r>
        <w:br/>
      </w:r>
      <w:r>
        <w:rPr>
          <w:sz w:val="20"/>
        </w:rPr>
        <w:t>54:14  to insan ki team banane ke liye teen shartain maine batai theen ke mission se emotional attachment aur criticism ko bura na manna aur kisi bhi haal mein excuse na lain.</w:t>
      </w:r>
    </w:p>
    <w:p>
      <w:pPr>
        <w:pStyle w:val="Heading2"/>
      </w:pPr>
      <w:r>
        <w:t>To what extent should we remain silent</w:t>
      </w:r>
    </w:p>
    <w:p>
      <w:r>
        <w:rPr>
          <w:color w:val="666666"/>
          <w:sz w:val="18"/>
        </w:rPr>
        <w:t>Ethics &amp; Character · Discovery of God (In Conversation with Maulana) December 25, 2011 · 5m 56s · at 30:00 · https://youtu.be/-1c1d7cFj0s?t=1800</w:t>
      </w:r>
    </w:p>
    <w:p>
      <w:r>
        <w:rPr>
          <w:i/>
        </w:rPr>
        <w:t>“I am very impressed with you from my childhood. You often talk about patience and non-violence. To what extent will we keep mum?”</w:t>
      </w:r>
    </w:p>
    <w:p>
      <w:r>
        <w:rPr>
          <w:sz w:val="20"/>
        </w:rPr>
        <w:t>30:00  maulana, agla sawal aaya hai kashmir se mr hilal ahmad ka. unhone likha hai ke "i am very impressed with you right from my very childhood when i was in class seventh.</w:t>
      </w:r>
      <w:r>
        <w:br/>
      </w:r>
      <w:r>
        <w:rPr>
          <w:sz w:val="20"/>
        </w:rPr>
        <w:t>30:15  i am a continuous reader of your books and monthly al-uswa. most of the times you talk about patience and non-violence.</w:t>
      </w:r>
      <w:r>
        <w:br/>
      </w:r>
      <w:r>
        <w:rPr>
          <w:sz w:val="20"/>
        </w:rPr>
        <w:t>30:25  but i want to ask you something: to what extent we will keep mum?</w:t>
      </w:r>
      <w:r>
        <w:br/>
      </w:r>
      <w:r>
        <w:rPr>
          <w:sz w:val="20"/>
        </w:rPr>
        <w:t>30:32  to what extent we will keep mum? hum kab tak chup rahenge? kis extent tak? what will you do when somebody will come and kill your dear ones?</w:t>
      </w:r>
      <w:r>
        <w:br/>
      </w:r>
      <w:r>
        <w:rPr>
          <w:sz w:val="20"/>
        </w:rPr>
        <w:t>30:43  example in kashmir: what will you do when somebody will come from outside and will throw you away from your home? example in palestine: what will you do when your brothers would be put behind the bars for years together for no reason?</w:t>
      </w:r>
      <w:r>
        <w:br/>
      </w:r>
      <w:r>
        <w:rPr>
          <w:sz w:val="20"/>
        </w:rPr>
        <w:t>31:01  what will you do when somebody will abuse your mother in front of your eyes? maulana, after all, we are human beings, not angels.</w:t>
      </w:r>
      <w:r>
        <w:br/>
      </w:r>
      <w:r>
        <w:rPr>
          <w:sz w:val="20"/>
        </w:rPr>
        <w:t>31:12  everything has a limit. please do explain.</w:t>
      </w:r>
      <w:r>
        <w:br/>
      </w:r>
      <w:r>
        <w:rPr>
          <w:sz w:val="20"/>
        </w:rPr>
        <w:t>31:16  dekhiye, is mein sab se badi ghalati jo hai, woh ek hai ke without reason. yeh fallacy hai, fallacy. yeh main aap ko palestine aur kashmir ki misaal deta hoon.</w:t>
      </w:r>
      <w:r>
        <w:br/>
      </w:r>
      <w:r>
        <w:rPr>
          <w:sz w:val="20"/>
        </w:rPr>
        <w:t>31:27  yeh saari duniya jhoot bhi jeeti hai, jhoot bhi jeeti hai. palestine mein kya hua? 1948 mein partition hua.</w:t>
      </w:r>
      <w:r>
        <w:br/>
      </w:r>
      <w:r>
        <w:rPr>
          <w:sz w:val="20"/>
        </w:rPr>
        <w:t>31:38  partition mein lines chair mila tha arbon ko. unhone inkar kar diya ke hum nahi lete, aur ladai shuru kar di unhone ke hum sarami ko full bahar, hum tum ko thuke denge samandar mein.</w:t>
      </w:r>
      <w:r>
        <w:br/>
      </w:r>
      <w:r>
        <w:rPr>
          <w:sz w:val="20"/>
        </w:rPr>
        <w:t>31:50  toh unhone shuru kiya, woh badu ko, woh bol raha hai. toh jab unhone jawab diya, retaliation ko woh samajhte hain ke woh action tha har jagah, yani israel react kar, retaliate karta hai.</w:t>
      </w:r>
      <w:r>
        <w:br/>
      </w:r>
      <w:r>
        <w:rPr>
          <w:sz w:val="20"/>
        </w:rPr>
        <w:t>32:06  toh zahir hai ke woh kyun nahi? aap pathar marenge, woh goli marega. aap ne kaha ke tum ko hum palestine mein nahi rehne denge, toh samandar mein thuke denge.</w:t>
      </w:r>
      <w:r>
        <w:br/>
      </w:r>
      <w:r>
        <w:rPr>
          <w:sz w:val="20"/>
        </w:rPr>
        <w:t>32:14  unhone kaha ke hum tum ko thuke lenge. yeh without reason mamla nahi hai. yeh reason paida kiya aap ne, accept na kar ke.</w:t>
      </w:r>
      <w:r>
        <w:br/>
      </w:r>
      <w:r>
        <w:rPr>
          <w:sz w:val="20"/>
        </w:rPr>
        <w:t>32:25  ab kya hai? ab kuch bhi nahi un ke paas hai. kashmir mein dekhiye, 1989 se pehle, yani october 1989 mein wahan military shuru hui.</w:t>
      </w:r>
      <w:r>
        <w:br/>
      </w:r>
      <w:r>
        <w:rPr>
          <w:sz w:val="20"/>
        </w:rPr>
        <w:t>32:37  uske pehle peace tha, mukammal peace tha. main bar bar gaya hoon kashmir mein. jhoot hai, agar koi kahe ke is se pehle wahan kuch hota tha. sar tabah jhoot hai.</w:t>
      </w:r>
      <w:r>
        <w:br/>
      </w:r>
      <w:r>
        <w:rPr>
          <w:sz w:val="20"/>
        </w:rPr>
        <w:t>32:47  lekin jab aap ne bomb mara toh wahi marenge. kaise nahi marenge? woh jo kuch hua hai, yeh yeh sab retaliation hai. kashmir mein retaliation hai, palestine mein retaliation hai.</w:t>
      </w:r>
      <w:r>
        <w:br/>
      </w:r>
      <w:r>
        <w:rPr>
          <w:sz w:val="20"/>
        </w:rPr>
        <w:t>32:58  aap kehte hain without reason,</w:t>
      </w:r>
      <w:r>
        <w:br/>
      </w:r>
      <w:r>
        <w:rPr>
          <w:sz w:val="20"/>
        </w:rPr>
        <w:t>33:02  khula hua reason maujood hai dono jagah.</w:t>
      </w:r>
      <w:r>
        <w:br/>
      </w:r>
      <w:r>
        <w:rPr>
          <w:sz w:val="20"/>
        </w:rPr>
        <w:t>33:08  quran majeed mein hai, dekhiye, surah woh saba ka qissa ke malika saba jo thi, usko unka woh mila letter hazrat sulaiman ka, jo king the, ke tum surrender karo, nahi toh hum apni fauj le kar aa jayenge.</w:t>
      </w:r>
      <w:r>
        <w:br/>
      </w:r>
      <w:r>
        <w:rPr>
          <w:sz w:val="20"/>
        </w:rPr>
        <w:t>33:24  toh</w:t>
      </w:r>
      <w:r>
        <w:br/>
      </w:r>
      <w:r>
        <w:rPr>
          <w:sz w:val="20"/>
        </w:rPr>
        <w:t>33:27  us ne apne durbariyon se mashwara kiya. durbariyon ne kaha ke nahi, hum laren ge. to malika saba ne kaha ke nahi, laren ge to woh woh gating evil hoga hamare liye.</w:t>
      </w:r>
      <w:r>
        <w:br/>
      </w:r>
      <w:r>
        <w:rPr>
          <w:sz w:val="20"/>
        </w:rPr>
        <w:t>33:39  kyunke is ne quran majeed mein ayat hai is silsile mein ke "in al muluk dakhil afsadu wa jalu ahl azlat".</w:t>
      </w:r>
      <w:r>
        <w:br/>
      </w:r>
      <w:r>
        <w:rPr>
          <w:sz w:val="20"/>
        </w:rPr>
        <w:t>33:51  yani wahi jo aap keh rahe hain ke wahan hua, wahi is ne kaha ke yeh ho gaya "wa kadhalik yafalun". woh bhi aise hi karenge, yani agarche woh paighambar hain, tab bhi yahi karenge.</w:t>
      </w:r>
      <w:r>
        <w:br/>
      </w:r>
      <w:r>
        <w:rPr>
          <w:sz w:val="20"/>
        </w:rPr>
        <w:t>34:03  to is ne kiya kiya? musalehat kar li. to aap larr rahe hain, woh kehte hain ke is ka hum ko prize na deni pare, chahe falasteen ho, chahe kashmir ho, har jagah musalman apni military ki prize de rahe hain, peace ki prize nahi de rahe.</w:t>
      </w:r>
      <w:r>
        <w:br/>
      </w:r>
      <w:r>
        <w:rPr>
          <w:sz w:val="20"/>
        </w:rPr>
        <w:t>34:19  ghalti, yeh ghalt, bohat bari ghalat fehmi hai, bohat bari, yani yani woh hai felasi hai. kya aap samajhte hain ke yak tarfa ho raha hai?</w:t>
      </w:r>
      <w:r>
        <w:br/>
      </w:r>
      <w:r>
        <w:rPr>
          <w:sz w:val="20"/>
        </w:rPr>
        <w:t>34:27  yeh na falasteen mein yak tarfa hai, na kashmir mein yak tarfa hai. woh to retaliation hai. jab tak arab peace par thay, to unhein peace mila hua tha.</w:t>
      </w:r>
      <w:r>
        <w:br/>
      </w:r>
      <w:r>
        <w:rPr>
          <w:sz w:val="20"/>
        </w:rPr>
        <w:t>34:39  jab unhon ne military shuru kar di, to unhein military mil rahi hai. aise kashmir mein hua to kaisi ajeeb baat hai ke musalman is raat ko bhi nahi jaan sake ke jo kuch ho raha hai, without reason nahi ho raha hai.</w:t>
      </w:r>
      <w:r>
        <w:br/>
      </w:r>
      <w:r>
        <w:rPr>
          <w:sz w:val="20"/>
        </w:rPr>
        <w:t>34:53  woh to retaliation ho raha hai. aur main bilashuba is mein samajhta hoon ke is mein, is mein jo hai, musalmanon ko reassessment ka time hai.</w:t>
      </w:r>
      <w:r>
        <w:br/>
      </w:r>
      <w:r>
        <w:rPr>
          <w:sz w:val="20"/>
        </w:rPr>
        <w:t>35:02  is qism ki baatein karne ka time nahi hai. agar woh reassessment nahi karenge to phir yeh silsila jaari rahega. yeh duniya dekhiye, duniya mein har aadmi ko azadi hai.</w:t>
      </w:r>
      <w:r>
        <w:br/>
      </w:r>
      <w:r>
        <w:rPr>
          <w:sz w:val="20"/>
        </w:rPr>
        <w:t>35:14  aap kisi azadi ki abalish nahi kar sakte. to aap karenge to woh bhi karega. woh kyun nahi karega? bataiye. jab aap ne October 89 mein military shuru ki kashmir mein, to kya samajhte hain ke arab bhi chup chap baithe rahenge?</w:t>
      </w:r>
      <w:r>
        <w:br/>
      </w:r>
      <w:r>
        <w:rPr>
          <w:sz w:val="20"/>
        </w:rPr>
        <w:t>35:27  woh kyun nahi shuru karenge? woh bhi karenge. jo aap ke paas hai, woh aap karenge. woh jo woh karenge. yeh bilkul hi ghalt hai yeh soch ke without reason ho raha hai.</w:t>
      </w:r>
      <w:r>
        <w:br/>
      </w:r>
      <w:r>
        <w:rPr>
          <w:sz w:val="20"/>
        </w:rPr>
        <w:t>35:41  yeh har giz aisa nahi ho raha hai. woh bator retaliation ka ho raha hai. isi cheez ko samajhne mein masle ka hal hai.</w:t>
      </w:r>
      <w:r>
        <w:br/>
      </w:r>
      <w:r>
        <w:rPr>
          <w:sz w:val="20"/>
        </w:rPr>
        <w:t>35:49  jo jo log is ko na samjhein, to kabhi masla hal nahi kar sakenge.</w:t>
      </w:r>
    </w:p>
    <w:p>
      <w:pPr>
        <w:pStyle w:val="Heading2"/>
      </w:pPr>
      <w:r>
        <w:t>Truth and Violence Cannot Coexist</w:t>
      </w:r>
    </w:p>
    <w:p>
      <w:r>
        <w:rPr>
          <w:color w:val="666666"/>
          <w:sz w:val="18"/>
        </w:rPr>
        <w:t>Ethics &amp; Character · Dars-e-Quran, Chapter 2, Verses 44-46, January 28, 2018 · 4m 33s · at 53:16 · https://youtu.be/3Kd5InuBtFA?t=3196</w:t>
      </w:r>
    </w:p>
    <w:p>
      <w:r>
        <w:rPr>
          <w:i/>
        </w:rPr>
        <w:t>“Why do you say that truth and violence cannot exist together? Elaborate it.”</w:t>
      </w:r>
    </w:p>
    <w:p>
      <w:r>
        <w:rPr>
          <w:sz w:val="20"/>
        </w:rPr>
        <w:t>53:16  doctor safeena tabassum ne saharanpur se sawal bheja hai, unhon ne likha hai: "maulana, maulana sahib, wai</w:t>
      </w:r>
      <w:r>
        <w:br/>
      </w:r>
      <w:r>
        <w:rPr>
          <w:sz w:val="20"/>
        </w:rPr>
        <w:t>53:26  do you say that truth and violence cant exist together? is ko elaborate karen." dekhiye</w:t>
      </w:r>
      <w:r>
        <w:br/>
      </w:r>
      <w:r>
        <w:rPr>
          <w:sz w:val="20"/>
        </w:rPr>
        <w:t>53:36  , is tarah ke jo waqiat bataye jate hain, un ko main ne detail ke sath samajhne ki koshish ki.</w:t>
      </w:r>
      <w:r>
        <w:br/>
      </w:r>
      <w:r>
        <w:rPr>
          <w:sz w:val="20"/>
        </w:rPr>
        <w:t>53:43  yeh sare waqiat without any exception retaliation ke waqiat hain.</w:t>
      </w:r>
      <w:r>
        <w:br/>
      </w:r>
      <w:r>
        <w:rPr>
          <w:sz w:val="20"/>
        </w:rPr>
        <w:t>53:51  musalman kehte hain ke hamare upar zulm ho raha hai, zulm nahin.</w:t>
      </w:r>
      <w:r>
        <w:br/>
      </w:r>
      <w:r>
        <w:rPr>
          <w:sz w:val="20"/>
        </w:rPr>
        <w:t>53:59  yeh kehna chah</w:t>
      </w:r>
      <w:r>
        <w:br/>
      </w:r>
      <w:r>
        <w:rPr>
          <w:sz w:val="20"/>
        </w:rPr>
        <w:t>54:06  ye ke hamari ghalat policy ke nateejay mein pakistan hi hamare upar retaliate kar raha hai.</w:t>
      </w:r>
      <w:r>
        <w:br/>
      </w:r>
      <w:r>
        <w:rPr>
          <w:sz w:val="20"/>
        </w:rPr>
        <w:t>54:12  jawab-i-iqdam to agar is ko maan liya jaye aur is ko follow kiya jaye, yani doosre ki</w:t>
      </w:r>
      <w:r>
        <w:br/>
      </w:r>
      <w:r>
        <w:rPr>
          <w:sz w:val="20"/>
        </w:rPr>
        <w:t>54:18  nose ko up hat na karen to kuch bhi nahin, kuch bhi nahin, kuch nahin.</w:t>
      </w:r>
      <w:r>
        <w:br/>
      </w:r>
      <w:r>
        <w:rPr>
          <w:sz w:val="20"/>
        </w:rPr>
        <w:t>54:24  jo aadmi is ko na maane, is ko kar ke dekhe.</w:t>
      </w:r>
      <w:r>
        <w:br/>
      </w:r>
      <w:r>
        <w:rPr>
          <w:sz w:val="20"/>
        </w:rPr>
        <w:t>54:30  jo aadmi is ko na maane,</w:t>
      </w:r>
      <w:r>
        <w:br/>
      </w:r>
      <w:r>
        <w:rPr>
          <w:sz w:val="20"/>
        </w:rPr>
        <w:t>54:36  is ko kar ke dekhe.</w:t>
      </w:r>
      <w:r>
        <w:br/>
      </w:r>
      <w:r>
        <w:rPr>
          <w:sz w:val="20"/>
        </w:rPr>
        <w:t>54:41  pehle is par practice kare, phir mujhe bataye.</w:t>
      </w:r>
      <w:r>
        <w:br/>
      </w:r>
      <w:r>
        <w:rPr>
          <w:sz w:val="20"/>
        </w:rPr>
        <w:t>54:46  misalan kashmir mein, falasteen mein, aap apni taraf se na pathar marien, na bomb marien.</w:t>
      </w:r>
      <w:r>
        <w:br/>
      </w:r>
      <w:r>
        <w:rPr>
          <w:sz w:val="20"/>
        </w:rPr>
        <w:t>54:51  is ke baad mujhe bataiye ke phir kya hua? 60 saal aap ne pathar marne ka tajurba kiya</w:t>
      </w:r>
      <w:r>
        <w:br/>
      </w:r>
      <w:r>
        <w:rPr>
          <w:sz w:val="20"/>
        </w:rPr>
        <w:t>54:56  hai, bomb marne ka.</w:t>
      </w:r>
      <w:r>
        <w:br/>
      </w:r>
      <w:r>
        <w:rPr>
          <w:sz w:val="20"/>
        </w:rPr>
        <w:t>55:01  ab aap sirf ek mahina is ka tajurba kar lijiye jo main</w:t>
      </w:r>
      <w:r>
        <w:br/>
      </w:r>
      <w:r>
        <w:rPr>
          <w:sz w:val="20"/>
        </w:rPr>
        <w:t>55:06  kehta hoon.</w:t>
      </w:r>
      <w:r>
        <w:br/>
      </w:r>
      <w:r>
        <w:rPr>
          <w:sz w:val="20"/>
        </w:rPr>
        <w:t>55:11  main kehta hoon yahi yeh islam hai.</w:t>
      </w:r>
      <w:r>
        <w:br/>
      </w:r>
      <w:r>
        <w:rPr>
          <w:sz w:val="20"/>
        </w:rPr>
        <w:t>55:16  sabr ka matlab hai non violent struggle.</w:t>
      </w:r>
      <w:r>
        <w:br/>
      </w:r>
      <w:r>
        <w:rPr>
          <w:sz w:val="20"/>
        </w:rPr>
        <w:t>55:21  sabr ka matlab hai non violent struggle.</w:t>
      </w:r>
      <w:r>
        <w:br/>
      </w:r>
      <w:r>
        <w:rPr>
          <w:sz w:val="20"/>
        </w:rPr>
        <w:t>55:26  aap kar ke dekhiye is ko.</w:t>
      </w:r>
      <w:r>
        <w:br/>
      </w:r>
      <w:r>
        <w:rPr>
          <w:sz w:val="20"/>
        </w:rPr>
        <w:t>55:31  abhi aap violent struggle kar rahe hain, ab non violent struggle kar ke dekhiye. wahi hoga</w:t>
      </w:r>
      <w:r>
        <w:br/>
      </w:r>
      <w:r>
        <w:rPr>
          <w:sz w:val="20"/>
        </w:rPr>
        <w:t>55:36  jo gandhi ke sath hua.</w:t>
      </w:r>
      <w:r>
        <w:br/>
      </w:r>
      <w:r>
        <w:rPr>
          <w:sz w:val="20"/>
        </w:rPr>
        <w:t>55:42  aap jante hain ke india mein pehle azadi wale log agar un ko koi goli marte the, pathar</w:t>
      </w:r>
      <w:r>
        <w:br/>
      </w:r>
      <w:r>
        <w:rPr>
          <w:sz w:val="20"/>
        </w:rPr>
        <w:t>55:48  marte the to woh bhi karta tha.</w:t>
      </w:r>
      <w:r>
        <w:br/>
      </w:r>
      <w:r>
        <w:rPr>
          <w:sz w:val="20"/>
        </w:rPr>
        <w:t>55:54  jab gandhi ne ya yeh kiya, kapra bhi utar diya aur totally non violent ban gaye.</w:t>
      </w:r>
      <w:r>
        <w:br/>
      </w:r>
      <w:r>
        <w:rPr>
          <w:sz w:val="20"/>
        </w:rPr>
        <w:t>56:00  totally un ke hath mein sawal ek lutiya ke sath kuch bhi nahi</w:t>
      </w:r>
      <w:r>
        <w:br/>
      </w:r>
      <w:r>
        <w:rPr>
          <w:sz w:val="20"/>
        </w:rPr>
        <w:t>56:06  tha.</w:t>
      </w:r>
      <w:r>
        <w:br/>
      </w:r>
      <w:r>
        <w:rPr>
          <w:sz w:val="20"/>
        </w:rPr>
        <w:t>56:16  to us zamane ka ek latifa hai ke up ke area mein ek angrez character tha, to</w:t>
      </w:r>
      <w:r>
        <w:br/>
      </w:r>
      <w:r>
        <w:rPr>
          <w:sz w:val="20"/>
        </w:rPr>
        <w:t>56:26  us ne kaha ke jab us ne socha ke jab gandhi ne kapra</w:t>
      </w:r>
      <w:r>
        <w:br/>
      </w:r>
      <w:r>
        <w:rPr>
          <w:sz w:val="20"/>
        </w:rPr>
        <w:t>56:36  tak chhod utar diya aur us ke hath mein na koi pathar hai na bomb hai, to main</w:t>
      </w:r>
      <w:r>
        <w:br/>
      </w:r>
      <w:r>
        <w:rPr>
          <w:sz w:val="20"/>
        </w:rPr>
        <w:t>56:42  kaise marun us ko? to us ne ek us zamane mein telegraph hua karta tha, to us</w:t>
      </w:r>
      <w:r>
        <w:br/>
      </w:r>
      <w:r>
        <w:rPr>
          <w:sz w:val="20"/>
        </w:rPr>
        <w:t>56:48  ne apne secretariat ko card bheja.</w:t>
      </w:r>
      <w:r>
        <w:br/>
      </w:r>
      <w:r>
        <w:rPr>
          <w:sz w:val="20"/>
        </w:rPr>
        <w:t>56:54  اس میں یہ لکھا اس نے کہ "Kindly, kindly, wire instructions how to kill a tiger non-violently."</w:t>
      </w:r>
      <w:r>
        <w:br/>
      </w:r>
      <w:r>
        <w:rPr>
          <w:sz w:val="20"/>
        </w:rPr>
        <w:t>57:00  ke "baraye kar</w:t>
      </w:r>
      <w:r>
        <w:br/>
      </w:r>
      <w:r>
        <w:rPr>
          <w:sz w:val="20"/>
        </w:rPr>
        <w:t>57:06  م ہمیں بتائیے کہ ہم ایک شیر کو بغیر تشدد کے کیسے ماریں؟" "Kindly, your instructions, how to</w:t>
      </w:r>
      <w:r>
        <w:br/>
      </w:r>
      <w:r>
        <w:rPr>
          <w:sz w:val="20"/>
        </w:rPr>
        <w:t>57:17  kal a tiger non violently" to musalman kar ke to dekhen, har aadmi bolta hai us ke khilaf.</w:t>
      </w:r>
      <w:r>
        <w:br/>
      </w:r>
      <w:r>
        <w:rPr>
          <w:sz w:val="20"/>
        </w:rPr>
        <w:t>57:27  lekin koi kisi ne aaj tak kar ke nahi dikhaya,</w:t>
      </w:r>
      <w:r>
        <w:br/>
      </w:r>
      <w:r>
        <w:rPr>
          <w:sz w:val="20"/>
        </w:rPr>
        <w:t>57:37  kisi ne aaj tak kar ke nahi dikhaya.</w:t>
      </w:r>
      <w:r>
        <w:br/>
      </w:r>
      <w:r>
        <w:rPr>
          <w:sz w:val="20"/>
        </w:rPr>
        <w:t>57:43  to koi kar ke dikhaye, phir bataye.</w:t>
      </w:r>
    </w:p>
    <w:p>
      <w:pPr>
        <w:pStyle w:val="Heading2"/>
      </w:pPr>
      <w:r>
        <w:t>Understanding and managing the ego</w:t>
      </w:r>
    </w:p>
    <w:p>
      <w:r>
        <w:rPr>
          <w:color w:val="666666"/>
          <w:sz w:val="18"/>
        </w:rPr>
        <w:t>Ethics &amp; Character · Dars-e-Quran, Chapter 2, Verse 37 | January  07, 2018 · 1m 12s · at 51:21 · https://youtu.be/ao6Cr57KuEM?t=3081</w:t>
      </w:r>
    </w:p>
    <w:p>
      <w:r>
        <w:rPr>
          <w:i/>
        </w:rPr>
        <w:t>“Maulana, to say I was wrong requires a person to manage one ego. So please enlighten us what is this ego and how can we make our self manage this ego?”</w:t>
      </w:r>
    </w:p>
    <w:p>
      <w:r>
        <w:rPr>
          <w:sz w:val="20"/>
        </w:rPr>
        <w:t>51:21  ji maulana, agla sawal moradabad se aya hai, zubair sahib ne bheja hai, unhon ne likha hai:</w:t>
      </w:r>
      <w:r>
        <w:br/>
      </w:r>
      <w:r>
        <w:rPr>
          <w:sz w:val="20"/>
        </w:rPr>
        <w:t>51:29  "مولانا، to say I was wrong requires a person to manage one's ego.</w:t>
      </w:r>
      <w:r>
        <w:br/>
      </w:r>
      <w:r>
        <w:rPr>
          <w:sz w:val="20"/>
        </w:rPr>
        <w:t>51:37  So please enlighten us what is this ego and how can we make our self manage this ego</w:t>
      </w:r>
      <w:r>
        <w:br/>
      </w:r>
      <w:r>
        <w:rPr>
          <w:sz w:val="20"/>
        </w:rPr>
        <w:t>51:45  So we can say that I was wrong?</w:t>
      </w:r>
      <w:r>
        <w:br/>
      </w:r>
      <w:r>
        <w:rPr>
          <w:sz w:val="20"/>
        </w:rPr>
        <w:t>51:53  yeh to sahih hai ke apne ego ko manage karna padta hai, lekin ego ke upar bhi hai wisdom. Ego jo upar nahin hai, upar to wisdom hai. Ab wisdom ko upar rakhiye to ego apne aap manage ho jayega. Wisdom ko supreme banaiye to</w:t>
      </w:r>
      <w:r>
        <w:br/>
      </w:r>
      <w:r>
        <w:rPr>
          <w:sz w:val="20"/>
        </w:rPr>
        <w:t>52:23  naj apna, to ego apne aap manage ho jayega.</w:t>
      </w:r>
    </w:p>
    <w:p>
      <w:pPr>
        <w:pStyle w:val="Heading2"/>
      </w:pPr>
      <w:r>
        <w:t>Understanding cowardice as a trait</w:t>
      </w:r>
    </w:p>
    <w:p>
      <w:r>
        <w:rPr>
          <w:color w:val="666666"/>
          <w:sz w:val="18"/>
        </w:rPr>
        <w:t>Ethics &amp; Character · Double Standards of Present-Day Muslims August 6, 2017 · 1m 15s · at 53:47 · https://youtu.be/k1NcZQpHTyg?t=3227</w:t>
      </w:r>
    </w:p>
    <w:p>
      <w:r>
        <w:rPr>
          <w:i/>
        </w:rPr>
        <w:t>“What is cowardice?”</w:t>
      </w:r>
    </w:p>
    <w:p>
      <w:r>
        <w:rPr>
          <w:sz w:val="20"/>
        </w:rPr>
        <w:t>53:47  is liye aisi baatein karte hain. agla sawal Maulana Faraz Khan ki taraf se hai Dilli se. woh likhte hain ke "Muslims have taken Islam for granted.</w:t>
      </w:r>
      <w:r>
        <w:br/>
      </w:r>
      <w:r>
        <w:rPr>
          <w:sz w:val="20"/>
        </w:rPr>
        <w:t>54:00  They follow some rhythm and think that they will go to Jannah." yeh asal mein Maulana ek comment hai.</w:t>
      </w:r>
      <w:r>
        <w:br/>
      </w:r>
      <w:r>
        <w:rPr>
          <w:sz w:val="20"/>
        </w:rPr>
        <w:t>54:12  agla sawal hai Sajid Sahab ka Mumbai se. woh likhte hain Maulana "What is cowardice</w:t>
      </w:r>
      <w:r>
        <w:br/>
      </w:r>
      <w:r>
        <w:rPr>
          <w:sz w:val="20"/>
        </w:rPr>
        <w:t>54:17  ? Kindly explain." buzdi kya hai? poochna chaha raha hoon.</w:t>
      </w:r>
      <w:r>
        <w:br/>
      </w:r>
      <w:r>
        <w:rPr>
          <w:sz w:val="20"/>
        </w:rPr>
        <w:t>54:25  main to samajhta hoon ke cowardice ka lafz hi galat hai. musalmanon ne sabr ko aur hikmat ko cowardice bana rakha hai.</w:t>
      </w:r>
      <w:r>
        <w:br/>
      </w:r>
      <w:r>
        <w:rPr>
          <w:sz w:val="20"/>
        </w:rPr>
        <w:t>54:38  cowardice koi cheez nahi hai. mauqe ke lehaz se aap ko jhukna pada to jhuk jaiye. address karna pada to address kijiye.</w:t>
      </w:r>
      <w:r>
        <w:br/>
      </w:r>
      <w:r>
        <w:rPr>
          <w:sz w:val="20"/>
        </w:rPr>
        <w:t>54:48  peeche hata to peeche hat jaiye. woh hikmat hai, woh cowardice nahi hai. lekin inhi cheezon ko musalman cowardice kehte hain. woh buzdi nahi hai.</w:t>
      </w:r>
      <w:r>
        <w:br/>
      </w:r>
      <w:r>
        <w:rPr>
          <w:sz w:val="20"/>
        </w:rPr>
        <w:t>54:58  woh</w:t>
      </w:r>
    </w:p>
    <w:p>
      <w:pPr>
        <w:pStyle w:val="Heading2"/>
      </w:pPr>
      <w:r>
        <w:t>Violence Over Quran Disrespect and Islam</w:t>
      </w:r>
    </w:p>
    <w:p>
      <w:r>
        <w:rPr>
          <w:color w:val="666666"/>
          <w:sz w:val="18"/>
        </w:rPr>
        <w:t>Ethics &amp; Character · Creative Solution or Ijtihadi Hal September 16, 2012 · 3m 26s · at 1:28:08 · https://youtu.be/yBKbiu0d_1A?t=5288</w:t>
      </w:r>
    </w:p>
    <w:p>
      <w:r>
        <w:rPr>
          <w:i/>
        </w:rPr>
        <w:t>“Two days ago, in Mansoori village near Ghaziabad, at a railway station, the Quran was disrespected. People went to the police station to file a report. When the police did not register the report, Muslims vandalized the police station and set it on fire. Now there is a curfew and some people have been killed. Maulana, does the rioting by people over the disrespect of the Quran have any connection with Islam or not?”</w:t>
      </w:r>
    </w:p>
    <w:p>
      <w:r>
        <w:rPr>
          <w:sz w:val="20"/>
        </w:rPr>
        <w:t>1:28:08  maulana, agla sawal delhi se hai muhammad ans sahib ka. unhone likha hai: "maulana, do din pehle ghaziabad ke paas mansoori gaon mein railway station par quran ki be adabi ki gayi to log police station report darj karane ke liye gaye.</w:t>
      </w:r>
      <w:r>
        <w:br/>
      </w:r>
      <w:r>
        <w:rPr>
          <w:sz w:val="20"/>
        </w:rPr>
        <w:t>1:28:26  police ke report darj na karne par musalmanon ne police station mein tod phod kar ke aag laga di aur ab wahan curfew laga hua hai aur kuch log mare bhi gaye hain."</w:t>
      </w:r>
      <w:r>
        <w:br/>
      </w:r>
      <w:r>
        <w:rPr>
          <w:sz w:val="20"/>
        </w:rPr>
        <w:t>1:28:40  maulana, quran ki be adabi hone par wahan par jo log hangama kar rahe hain, is ka islam se koi talluq hai ya nahi?</w:t>
      </w:r>
      <w:r>
        <w:br/>
      </w:r>
      <w:r>
        <w:rPr>
          <w:sz w:val="20"/>
        </w:rPr>
        <w:t>1:28:49  maulana, logon ko kya karna chahiye aur kya nahi, is ke bare mein advice karein.</w:t>
      </w:r>
      <w:r>
        <w:br/>
      </w:r>
      <w:r>
        <w:rPr>
          <w:sz w:val="20"/>
        </w:rPr>
        <w:t>1:28:55  dekhein, yeh is ka islam se koi bhi talluq nahi hai. yeh to aik shaitani feal hai. aur dekhiye, aik baat mein arz karunga, aap har case mein ja kar tehqeeq kar lijiye.</w:t>
      </w:r>
      <w:r>
        <w:br/>
      </w:r>
      <w:r>
        <w:rPr>
          <w:sz w:val="20"/>
        </w:rPr>
        <w:t>1:29:06  be adabi nahi hoti, be adabi ki afwah hoti hai, rumor. jise kehte hain aap gustakhi, be adabi, woh hargiz na to gustakhi hoti hai, na be adabi hoti hai.</w:t>
      </w:r>
      <w:r>
        <w:br/>
      </w:r>
      <w:r>
        <w:rPr>
          <w:sz w:val="20"/>
        </w:rPr>
        <w:t>1:29:17  woh rumor hoti hai, afwah hoti hai. bas rumor ko suna aur daur pade log.</w:t>
      </w:r>
      <w:r>
        <w:br/>
      </w:r>
      <w:r>
        <w:rPr>
          <w:sz w:val="20"/>
        </w:rPr>
        <w:t>1:29:24  aap ja kar wahan dekhein, aik aadmi ne bhi ja kar tehqeeq nahi ki, hua kya? koi bhi be adabi nahi hui thi. bas rumor urr gayi, bas us ke baad woh bhark uthe ke ladne ke liye khare ho gaye.</w:t>
      </w:r>
      <w:r>
        <w:br/>
      </w:r>
      <w:r>
        <w:rPr>
          <w:sz w:val="20"/>
        </w:rPr>
        <w:t>1:29:37  jitne bhi waqiyat hain, yaad rakhiye, sab rumor par hote hain. aur quran mein saaf bataya gaya hai ke rumor sun kar ke action na lo.</w:t>
      </w:r>
      <w:r>
        <w:br/>
      </w:r>
      <w:r>
        <w:rPr>
          <w:sz w:val="20"/>
        </w:rPr>
        <w:t>1:29:48  quran mein aik ayat hai: "jab jakum fasiq bin bin fatabainu."</w:t>
      </w:r>
      <w:r>
        <w:br/>
      </w:r>
      <w:r>
        <w:rPr>
          <w:sz w:val="20"/>
        </w:rPr>
        <w:t>1:29:55  yeh ab ayat utri thi, aik aik waqia pesh aya tha. aik sahabi ko rasool allah sallallahu alaihi wasallam ne bheja, wahan kaha ke bana kar ke ghaleban yaman ka waqia hai.</w:t>
      </w:r>
      <w:r>
        <w:br/>
      </w:r>
      <w:r>
        <w:rPr>
          <w:sz w:val="20"/>
        </w:rPr>
        <w:t>1:30:07  to woh jab wahan pohanche, kab yani sarhad par, to wahan bohat se log ikhatta ho gaye the ke unhone samjha ke woh is ko maarne ke liye aaye hain.</w:t>
      </w:r>
      <w:r>
        <w:br/>
      </w:r>
      <w:r>
        <w:rPr>
          <w:sz w:val="20"/>
        </w:rPr>
        <w:t>1:30:17  to wapas aa gaye, woh yani yani basti mein gaye nahi, woh aur aa kar rasool allah se shikayat ki ke wahan to woh log mujhe maarne par tul gaye the.</w:t>
      </w:r>
      <w:r>
        <w:br/>
      </w:r>
      <w:r>
        <w:rPr>
          <w:sz w:val="20"/>
        </w:rPr>
        <w:t>1:30:30  to rasool allah ne is pe koi iqdami nahi kiya. pata kiya to maloom hua ke woh to receive karne ke liye aaye the.</w:t>
      </w:r>
      <w:r>
        <w:br/>
      </w:r>
      <w:r>
        <w:rPr>
          <w:sz w:val="20"/>
        </w:rPr>
        <w:t>1:30:37  woh bechare aaye the ke rasool allah ka aadmi aaya hua hai, chalo is ko receive karte hain. aur unhone samjha ke woh mujhe maarne ke liye aaye hain. to jab aap tehqeeq karenge to pata chalega ke baat kuch thi, baat kuch bandhi gayi.</w:t>
      </w:r>
      <w:r>
        <w:br/>
      </w:r>
      <w:r>
        <w:rPr>
          <w:sz w:val="20"/>
        </w:rPr>
        <w:t>1:30:52  woh kuch na be adabi hoti hai, na gustakhi hoti hai. aik rumor hoti hai, rumor par log daur padte hain. ab kya karein?</w:t>
      </w:r>
      <w:r>
        <w:br/>
      </w:r>
      <w:r>
        <w:rPr>
          <w:sz w:val="20"/>
        </w:rPr>
        <w:t>1:31:01  musalmanon mein allah ka darr nahi hai. basic baat hai, logon ko allah ka darr nahi hai.</w:t>
      </w:r>
      <w:r>
        <w:br/>
      </w:r>
      <w:r>
        <w:rPr>
          <w:sz w:val="20"/>
        </w:rPr>
        <w:t>1:31:06  be khauf ho gaye hain, be khauf, bilkul theek ho gaye hain. aur india mein chuki azadi hai, to is se is waqt harkatein hoti hain.</w:t>
      </w:r>
      <w:r>
        <w:br/>
      </w:r>
      <w:r>
        <w:rPr>
          <w:sz w:val="20"/>
        </w:rPr>
        <w:t>1:31:16  agar yahan dictatorship hoti hai to kuch na hota. jaise saudi arab mein sab nahi karte, karte kyunke jante hain ke wahan par to mamooli baat pe pakar ke jail mein band kar denge.</w:t>
      </w:r>
      <w:r>
        <w:br/>
      </w:r>
      <w:r>
        <w:rPr>
          <w:sz w:val="20"/>
        </w:rPr>
        <w:t>1:31:26  to wahan yeh sab nahi hota. yeh sab azadi ko misuse kar rahe hain musalman yahan par.</w:t>
      </w:r>
    </w:p>
    <w:p>
      <w:pPr>
        <w:pStyle w:val="Heading2"/>
      </w:pPr>
      <w:r>
        <w:t>What is good character according to you</w:t>
      </w:r>
    </w:p>
    <w:p>
      <w:r>
        <w:rPr>
          <w:color w:val="666666"/>
          <w:sz w:val="18"/>
        </w:rPr>
        <w:t>Ethics &amp; Character · Revival of Abrahamic Mission October 28, 2012 · 2m 24s · at 1:15:57 · https://youtu.be/9mV72V5gsqM?t=4557</w:t>
      </w:r>
    </w:p>
    <w:p>
      <w:r>
        <w:rPr>
          <w:i/>
        </w:rPr>
        <w:t>“What is good character according to you?”</w:t>
      </w:r>
    </w:p>
    <w:p>
      <w:r>
        <w:rPr>
          <w:sz w:val="20"/>
        </w:rPr>
        <w:t>1:15:57  Maulana, agla sawal Karnataka se hai Shahzad</w:t>
      </w:r>
      <w:r>
        <w:br/>
      </w:r>
      <w:r>
        <w:rPr>
          <w:sz w:val="20"/>
        </w:rPr>
        <w:t>1:16:00  Sahib ka. unhon ne poocha hai: "What is the good character according to you?"</w:t>
      </w:r>
      <w:r>
        <w:br/>
      </w:r>
      <w:r>
        <w:rPr>
          <w:sz w:val="20"/>
        </w:rPr>
        <w:t>1:16:15  bhai, social sense mein is ka matlab mein yeh samajhta hoon ke. is ko mein kaha karta hoon predictable character.</w:t>
      </w:r>
      <w:r>
        <w:br/>
      </w:r>
      <w:r>
        <w:rPr>
          <w:sz w:val="20"/>
        </w:rPr>
        <w:t>1:16:27  aap aik samaj mein hain to is ke andar aap ka character jo hai predictable ho, yaani doosray log peshgi tor par jaan sakein ke aap kis mauqa par kaisa response dein ge.</w:t>
      </w:r>
      <w:r>
        <w:br/>
      </w:r>
      <w:r>
        <w:rPr>
          <w:sz w:val="20"/>
        </w:rPr>
        <w:t>1:16:42  peshgi tor par jaan sakein.</w:t>
      </w:r>
      <w:r>
        <w:br/>
      </w:r>
      <w:r>
        <w:rPr>
          <w:sz w:val="20"/>
        </w:rPr>
        <w:t>1:16:47  mislan log jaan sakein ke agar woh tanqeed karein ge aap ke oopar to aap ghussa nahin hon ge.</w:t>
      </w:r>
      <w:r>
        <w:br/>
      </w:r>
      <w:r>
        <w:rPr>
          <w:sz w:val="20"/>
        </w:rPr>
        <w:t>1:16:54  to tanqeed karte hue woh unhein itminaan ho ke aadmi sune ga, soche ga, ghussa nahin hoga. kisi se paise ka len den ho to peshgi tor par woh samajh sake ke jo wada kare ga usay poora kare ga, kabhi waday ke khilaaf nahin jaye ga.</w:t>
      </w:r>
      <w:r>
        <w:br/>
      </w:r>
      <w:r>
        <w:rPr>
          <w:sz w:val="20"/>
        </w:rPr>
        <w:t>1:17:16  to is ko mein kahoon ga ke predictable character.</w:t>
      </w:r>
      <w:r>
        <w:br/>
      </w:r>
      <w:r>
        <w:rPr>
          <w:sz w:val="20"/>
        </w:rPr>
        <w:t>1:17:21  to social term mein yahi mere nazdeek is ki definition hai.</w:t>
      </w:r>
    </w:p>
    <w:p>
      <w:pPr>
        <w:pStyle w:val="Heading2"/>
      </w:pPr>
      <w:r>
        <w:t>What is true well-wishing according to you</w:t>
      </w:r>
    </w:p>
    <w:p>
      <w:r>
        <w:rPr>
          <w:color w:val="666666"/>
          <w:sz w:val="18"/>
        </w:rPr>
        <w:t>Ethics &amp; Character · Discovery of Paradise March 22, 2015 · 1m 29s · at 1:02:24 · https://youtu.be/2axrfd7sZkE?t=3744</w:t>
      </w:r>
    </w:p>
    <w:p>
      <w:r>
        <w:rPr>
          <w:i/>
        </w:rPr>
        <w:t>“You often teach everyone to become well-wisher for others. I want to know from you what is true well-wishing. Please comment on this.”</w:t>
      </w:r>
    </w:p>
    <w:p>
      <w:r>
        <w:rPr>
          <w:sz w:val="20"/>
        </w:rPr>
        <w:t>1:02:24  مولانا، اگلا سوال کیا ہے بھومنیشور سے قاضی مجیب صاحب نے، اور انہوں نے لکھا ہے کہ: "مولانا، you often teach everyone to become well-wisher for others." I want to know from you what is true well-wishing.</w:t>
      </w:r>
      <w:r>
        <w:br/>
      </w:r>
      <w:r>
        <w:rPr>
          <w:sz w:val="20"/>
        </w:rPr>
        <w:t>1:02:42  please comment in this. jo quran mein is ki jo lafz istemal kiya gaya hai, woh nasah no saad hai, yani khair khwahi.</w:t>
      </w:r>
      <w:r>
        <w:br/>
      </w:r>
      <w:r>
        <w:rPr>
          <w:sz w:val="20"/>
        </w:rPr>
        <w:t>1:02:53  mein samajhta hoon ke khair khwahi ki training insan ko apne ghar se hoti hai. har aadmi apne baap ka khair khwah hota hai, apne maa ka khair khwah hota hai, apni aulad ka khair khwah hota hai.</w:t>
      </w:r>
      <w:r>
        <w:br/>
      </w:r>
      <w:r>
        <w:rPr>
          <w:sz w:val="20"/>
        </w:rPr>
        <w:t>1:03:06  to kya wajah hai ke woh ghar mein to khair khwah ho raha hai aur bahar jo hai, woh bata ban jaye? yeh yeh contradiction ko khatam karna.</w:t>
      </w:r>
      <w:r>
        <w:br/>
      </w:r>
      <w:r>
        <w:rPr>
          <w:sz w:val="20"/>
        </w:rPr>
        <w:t>1:03:16  mere shayad bane ke bane ke tum contradiction mein kyun jeete ho?</w:t>
      </w:r>
      <w:r>
        <w:br/>
      </w:r>
      <w:r>
        <w:rPr>
          <w:sz w:val="20"/>
        </w:rPr>
        <w:t>1:03:21  koi aadmi duniya mein aisa nahi milega aap ko jo kahe ke mein apne baap ka khair khwah nahi hoon, maa ka khair khwah nahi hoon, apni aulad ka khair khwah nahi hoon.</w:t>
      </w:r>
      <w:r>
        <w:br/>
      </w:r>
      <w:r>
        <w:rPr>
          <w:sz w:val="20"/>
        </w:rPr>
        <w:t>1:03:33  to kya wajah hai ke insan yani double mind ke sath jeeta hai? yani ghar mein to family member ke sath khair khwahi aur bahar jo insan bachta hai, us ke liye badkhwahi.</w:t>
      </w:r>
      <w:r>
        <w:br/>
      </w:r>
      <w:r>
        <w:rPr>
          <w:sz w:val="20"/>
        </w:rPr>
        <w:t>1:03:48  to is contradiction ko khatam karna isi ka naam khair khwahi hai.</w:t>
      </w:r>
    </w:p>
    <w:p>
      <w:pPr>
        <w:pStyle w:val="Heading2"/>
      </w:pPr>
      <w:r>
        <w:t>What makes you angry and how to handle it?</w:t>
      </w:r>
    </w:p>
    <w:p>
      <w:r>
        <w:rPr>
          <w:color w:val="666666"/>
          <w:sz w:val="18"/>
        </w:rPr>
        <w:t>Ethics &amp; Character · Understanding Islam (In Conversation with Maulana) June 20, 2010 Maulana Wahidudidn Khan · 4m 43s · at 2:43 · https://youtu.be/7UylaPL-iO8?t=163</w:t>
      </w:r>
    </w:p>
    <w:p>
      <w:r>
        <w:rPr>
          <w:i/>
        </w:rPr>
        <w:t>“What things make you angry and what do you do when you get angry?”</w:t>
      </w:r>
    </w:p>
    <w:p>
      <w:r>
        <w:rPr>
          <w:sz w:val="20"/>
        </w:rPr>
        <w:t>2:43  Mera pehla sawal yeh hai ke har insaan ko kabhi na kabhi kisi na kisi baat par ghussa aata hai. Aap ko kaun kaun si baat par ghussa aata hai?</w:t>
      </w:r>
      <w:r>
        <w:br/>
      </w:r>
      <w:r>
        <w:rPr>
          <w:sz w:val="20"/>
        </w:rPr>
        <w:t>2:55  aur jab aap ko ghussa aata hai to aap kya karte hain?</w:t>
      </w:r>
      <w:r>
        <w:br/>
      </w:r>
      <w:r>
        <w:rPr>
          <w:sz w:val="20"/>
        </w:rPr>
        <w:t>3:03  dekhen, mujhe ghussa aata hai hamesha us waqt jab aadmi principle ke khilaf kare kaam. Principle ke khilaf.</w:t>
      </w:r>
      <w:r>
        <w:br/>
      </w:r>
      <w:r>
        <w:rPr>
          <w:sz w:val="20"/>
        </w:rPr>
        <w:t>3:13  principle ki khilaf warzi jo hai, mujhe bardasht nahi hoti. Mujhe ghussa aata hai. To us waqt mein do mein se ek kaam karta hoon.</w:t>
      </w:r>
      <w:r>
        <w:br/>
      </w:r>
      <w:r>
        <w:rPr>
          <w:sz w:val="20"/>
        </w:rPr>
        <w:t>3:22  agar main is position mein hoon ke is aadmi ko main samjha sakoon aur meri baat maan sake woh, to main samjhaunga.</w:t>
      </w:r>
      <w:r>
        <w:br/>
      </w:r>
      <w:r>
        <w:rPr>
          <w:sz w:val="20"/>
        </w:rPr>
        <w:t>3:32  nahi to chup ho jaunga, ek dum khamosh.</w:t>
      </w:r>
      <w:r>
        <w:br/>
      </w:r>
      <w:r>
        <w:rPr>
          <w:sz w:val="20"/>
        </w:rPr>
        <w:t>3:38  ek kuch second ya kuch minute mein sochta hoon ke kya main is position mein hoon ke is aadmi se main kahoon woh maan le meri baat?</w:t>
      </w:r>
      <w:r>
        <w:br/>
      </w:r>
      <w:r>
        <w:rPr>
          <w:sz w:val="20"/>
        </w:rPr>
        <w:t>3:48  tab to main kahunga us ko. Hammering bhi kar sakta hoon main is ki. Lekin agar aisa nahi hai to chup ho jaunga.</w:t>
      </w:r>
      <w:r>
        <w:br/>
      </w:r>
      <w:r>
        <w:rPr>
          <w:sz w:val="20"/>
        </w:rPr>
        <w:t>3:59  jaise abhi dekhen, ek misaal, ek bahut achhi misaal saamne aayi. Abhi do hafte ki baat hai. Ek sahab mere paas aaye, bahut padhe likhe aadmi hain woh.</w:t>
      </w:r>
      <w:r>
        <w:br/>
      </w:r>
      <w:r>
        <w:rPr>
          <w:sz w:val="20"/>
        </w:rPr>
        <w:t>4:11  to aaj kal jo riwaj hai na bolne ka, khwah makhwah bohat bohat ziyada bolte hain. idhar udhar ki baat hai. to woh lage idhar udhar ki baatein bolne.</w:t>
      </w:r>
      <w:r>
        <w:br/>
      </w:r>
      <w:r>
        <w:rPr>
          <w:sz w:val="20"/>
        </w:rPr>
        <w:t>4:24  to maine assess kiya ke kya main un par moassar ho sakta hoon? to mera guman tha ke moassar main ho sakta hoon. to aaj main un ki ek mild hammering ki maine.</w:t>
      </w:r>
      <w:r>
        <w:br/>
      </w:r>
      <w:r>
        <w:rPr>
          <w:sz w:val="20"/>
        </w:rPr>
        <w:t>4:33  main ne kaha ke aap Allah taala ne zaheen paida kiya aap ko, achhi taleem aap ko dilai. to aap isi mein zindagi guzarte hain, apni ho ha karte hain? khwah makhwah ziyada bolte hain?</w:t>
      </w:r>
      <w:r>
        <w:br/>
      </w:r>
      <w:r>
        <w:rPr>
          <w:sz w:val="20"/>
        </w:rPr>
        <w:t>4:46  main ne kaha aap yaad rakhiye, meri pehli mulaqat aap se hai lekin main keh raha hoon ke aap ziyada bolte hain. to pehli baat yeh hai ke aap kam bolna seekhiye.</w:t>
      </w:r>
      <w:r>
        <w:br/>
      </w:r>
      <w:r>
        <w:rPr>
          <w:sz w:val="20"/>
        </w:rPr>
        <w:t>4:57  kyun ke kaha jata hai ke "When I am speaking, I am not thinking." kam bolenge to ziyada sochenge. to Allah ke fazl se unhon ne qabool kar liya, usi waqt chup ho gaye woh.</w:t>
      </w:r>
      <w:r>
        <w:br/>
      </w:r>
      <w:r>
        <w:rPr>
          <w:sz w:val="20"/>
        </w:rPr>
        <w:t>5:08  phir bohat hi kam bole woh. to yeh mujhe ghussa is par nahi aata ke koi mujhe gaali de.</w:t>
      </w:r>
      <w:r>
        <w:br/>
      </w:r>
      <w:r>
        <w:rPr>
          <w:sz w:val="20"/>
        </w:rPr>
        <w:t>5:19  is par ghussa nahi aata mujhe. bohat aisa hua hai ke mujh par gaali di, aamne saamne bura bhala kaha. gaali ka matlab hai ke tum is tarah ke, tum dushmanon ke agent ho.</w:t>
      </w:r>
      <w:r>
        <w:br/>
      </w:r>
      <w:r>
        <w:rPr>
          <w:sz w:val="20"/>
        </w:rPr>
        <w:t>5:30  tum is qism ki baat hai, bohat hi sakht sakht. to mujhe ghussa is par nahi aata.</w:t>
      </w:r>
      <w:r>
        <w:br/>
      </w:r>
      <w:r>
        <w:rPr>
          <w:sz w:val="20"/>
        </w:rPr>
        <w:t>5:40  lekin yani personal attack agar koi kare mujh par to woh ghussa nahi aata mujhe. jiska bar bar maine dekha hai. isi building mein jahan main rehta hoon, ek sahib aaye aur yani ke jab 45 minute tak mujhe bura bhala kehte rahe,</w:t>
      </w:r>
      <w:r>
        <w:br/>
      </w:r>
      <w:r>
        <w:rPr>
          <w:sz w:val="20"/>
        </w:rPr>
        <w:t>5:55  kisi daleel ke baghair. main bilkul aise chup raha, chup chap baitha raha. koi ghussa nahi aaya mujhe. lekin principle ke khilaf koi karta hai kaam to mujhe ghussa zaroor aata hai.</w:t>
      </w:r>
      <w:r>
        <w:br/>
      </w:r>
      <w:r>
        <w:rPr>
          <w:sz w:val="20"/>
        </w:rPr>
        <w:t>6:09  jaise yeh bhi ek principle hai ke jab aap do aadmi se milein to aap mandalagar na banein. dialoger banein. yani aap yeh khud hi bol rahe hain, khud hi bol rahe hain, khud hi bol rahe hain.</w:t>
      </w:r>
      <w:r>
        <w:br/>
      </w:r>
      <w:r>
        <w:rPr>
          <w:sz w:val="20"/>
        </w:rPr>
        <w:t>6:19  doosre ko bolne ka mauqa nahi de rahe. jaisa ke woh kar rahe the us din. ke woh mandalagar bane hue the woh. yeh principle ke khilaf kaam hai. aap jaisa maine kaha, ab jazeere mein hain to khoob chalaie, jo bhi kijiye.</w:t>
      </w:r>
      <w:r>
        <w:br/>
      </w:r>
      <w:r>
        <w:rPr>
          <w:sz w:val="20"/>
        </w:rPr>
        <w:t>6:32  lekin jab aap insaan se baat kar rahe hain to aap ko kehna hai to sunna bhi hai. to koi mandalagar banta hai, koi to woh principle ke khilaf karta hai.</w:t>
      </w:r>
      <w:r>
        <w:br/>
      </w:r>
      <w:r>
        <w:rPr>
          <w:sz w:val="20"/>
        </w:rPr>
        <w:t>6:41  to is par foran bolta hoon main foran. aur doosri kya cheez hai?</w:t>
      </w:r>
      <w:r>
        <w:br/>
      </w:r>
      <w:r>
        <w:rPr>
          <w:sz w:val="20"/>
        </w:rPr>
        <w:t>6:47  un ka doosra sawal yeh hai, main janna chahta hoon ke aap ki qualification kya hai? sir, aap ka mind ilm aur maloomat ka ek khazana hai, woh aap ne kaise prapt ki?</w:t>
      </w:r>
      <w:r>
        <w:br/>
      </w:r>
      <w:r>
        <w:rPr>
          <w:sz w:val="20"/>
        </w:rPr>
        <w:t>7:01  dekhein, meri ek kitab hai, is ka naam hai "Deen o Shariat". is mein 50 safhe ka ek chapter hai, is mein meri taleem ke bare mein hai. is 50 safhe ko aap padh lijiye, is mein aap ko sari baat mil jayegi.</w:t>
      </w:r>
      <w:r>
        <w:br/>
      </w:r>
      <w:r>
        <w:rPr>
          <w:sz w:val="20"/>
        </w:rPr>
        <w:t>7:15  is ka naam hai kitab ka "Deen o Shariat". moti si kitab hai woh. ek chapter is ka hai meri apni education ke bare mein. is ko aap padh lijiye.</w:t>
      </w:r>
    </w:p>
    <w:p>
      <w:pPr>
        <w:pStyle w:val="Heading2"/>
      </w:pPr>
      <w:r>
        <w:t>What should a Muslim soldier do for afterlife?</w:t>
      </w:r>
    </w:p>
    <w:p>
      <w:r>
        <w:rPr>
          <w:color w:val="666666"/>
          <w:sz w:val="18"/>
        </w:rPr>
        <w:t>Ethics &amp; Character · Importance of Ijtihad December 21,2014 · 1m 16s · at 53:16 · https://youtu.be/6AgisKQ8V7s?t=3196</w:t>
      </w:r>
    </w:p>
    <w:p>
      <w:r>
        <w:rPr>
          <w:i/>
        </w:rPr>
        <w:t>“If an Indian Muslim is in the army and is very keen to better his afterlife and attain Jannah in the life hereafter, what should he do and what should he not do? Please advise.”</w:t>
      </w:r>
    </w:p>
    <w:p>
      <w:r>
        <w:rPr>
          <w:sz w:val="20"/>
        </w:rPr>
        <w:t>53:16  aur Maulana, unhon ne jo sawal likha hai woh yeh hai: Maulana sahib, my question is if an</w:t>
      </w:r>
      <w:r>
        <w:br/>
      </w:r>
      <w:r>
        <w:rPr>
          <w:sz w:val="20"/>
        </w:rPr>
        <w:t>53:22  Indian Muslim is in the army and is very keen to better his aakhirat and attain jannat in</w:t>
      </w:r>
      <w:r>
        <w:br/>
      </w:r>
      <w:r>
        <w:rPr>
          <w:sz w:val="20"/>
        </w:rPr>
        <w:t>53:28  life hereafter, what should he do and what he should not do? Please advice.</w:t>
      </w:r>
      <w:r>
        <w:br/>
      </w:r>
      <w:r>
        <w:rPr>
          <w:sz w:val="20"/>
        </w:rPr>
        <w:t>53:34  yeh boobham sawal hai, yeh to boobham sawal hai.</w:t>
      </w:r>
      <w:r>
        <w:br/>
      </w:r>
      <w:r>
        <w:rPr>
          <w:sz w:val="20"/>
        </w:rPr>
        <w:t>53:39  specific baat ho to mein bata sakta hoon.</w:t>
      </w:r>
      <w:r>
        <w:br/>
      </w:r>
      <w:r>
        <w:rPr>
          <w:sz w:val="20"/>
        </w:rPr>
        <w:t>53:45  as a principle mein yeh kahunga ke yeh muslim ka sawal kyun banate hain? aap jis mulk</w:t>
      </w:r>
      <w:r>
        <w:br/>
      </w:r>
      <w:r>
        <w:rPr>
          <w:sz w:val="20"/>
        </w:rPr>
        <w:t>53:51  mein hain, aap us ka father hain, aap yeh muslim kya? yeh muslim ka question nahi hai, yeh</w:t>
      </w:r>
      <w:r>
        <w:br/>
      </w:r>
      <w:r>
        <w:rPr>
          <w:sz w:val="20"/>
        </w:rPr>
        <w:t>53:57  yeh hai question patriotism ka.</w:t>
      </w:r>
      <w:r>
        <w:br/>
      </w:r>
      <w:r>
        <w:rPr>
          <w:sz w:val="20"/>
        </w:rPr>
        <w:t>54:03  muslim ka question to hai ke aap namaz padhiye masjid mein ja kar ke.</w:t>
      </w:r>
      <w:r>
        <w:br/>
      </w:r>
      <w:r>
        <w:rPr>
          <w:sz w:val="20"/>
        </w:rPr>
        <w:t>54:09  baqi yeh question jo hai, is ka koi ta'alluq aqeeday se nahi hai.</w:t>
      </w:r>
      <w:r>
        <w:br/>
      </w:r>
      <w:r>
        <w:rPr>
          <w:sz w:val="20"/>
        </w:rPr>
        <w:t>54:14  jis mulk mein hain, aap ko is ka yaani hubb-e-watan ka taqaza hai ke aap is</w:t>
      </w:r>
      <w:r>
        <w:br/>
      </w:r>
      <w:r>
        <w:rPr>
          <w:sz w:val="20"/>
        </w:rPr>
        <w:t>54:20  ka father hon.</w:t>
      </w:r>
      <w:r>
        <w:br/>
      </w:r>
      <w:r>
        <w:rPr>
          <w:sz w:val="20"/>
        </w:rPr>
        <w:t>54:26  bas is mein seedhi si baat hai.</w:t>
      </w:r>
    </w:p>
    <w:p>
      <w:pPr>
        <w:pStyle w:val="Heading2"/>
      </w:pPr>
      <w:r>
        <w:t>What to do if job requires lying?</w:t>
      </w:r>
    </w:p>
    <w:p>
      <w:r>
        <w:rPr>
          <w:color w:val="666666"/>
          <w:sz w:val="18"/>
        </w:rPr>
        <w:t>Ethics &amp; Character · Lessons from My Journey to Agra October 27, 2013 · 1m 59s · at 50:40 · https://youtu.be/Gg2N0h4ETH8?t=3040</w:t>
      </w:r>
    </w:p>
    <w:p>
      <w:r>
        <w:rPr>
          <w:i/>
        </w:rPr>
        <w:t>“Maulana, in your book Hikmat-e-Islam you gave a hadith reference saying that one should not leave a job until another one is found. But if in that job one has to lie to people or their system is unethical, what should we do in that case?”</w:t>
      </w:r>
    </w:p>
    <w:p>
      <w:r>
        <w:rPr>
          <w:sz w:val="20"/>
        </w:rPr>
        <w:t>50:40  maulana, agla sawal aaya hai Islamabad, Pakistan se Muhammad Faisal</w:t>
      </w:r>
      <w:r>
        <w:br/>
      </w:r>
      <w:r>
        <w:rPr>
          <w:sz w:val="20"/>
        </w:rPr>
        <w:t>50:45  saheb ka. unhon ne likha hai: "maulana, aap ne apni kitaab hikmat-e-islam mein ek hadees ka reference de ke likha hai ke apni job ko nahi chhodna chahiye jab tak doosri na mil jaye.</w:t>
      </w:r>
      <w:r>
        <w:br/>
      </w:r>
      <w:r>
        <w:rPr>
          <w:sz w:val="20"/>
        </w:rPr>
        <w:t>50:59  lekin agar is job mein logon ke saath jhoot bolna pade ya un ka system unethical ho to hamein is soorat mein kya karna chahiye?</w:t>
      </w:r>
      <w:r>
        <w:br/>
      </w:r>
      <w:r>
        <w:rPr>
          <w:sz w:val="20"/>
        </w:rPr>
        <w:t>51:09  is ke baare mein bataiye." dekhiye, yeh galat hai.</w:t>
      </w:r>
      <w:r>
        <w:br/>
      </w:r>
      <w:r>
        <w:rPr>
          <w:sz w:val="20"/>
        </w:rPr>
        <w:t>51:12  koi job nahi jaanta aisa ke khwah makhwah aap ko jhoot bolne ko majboor karta ho. yeh unethical ho, wahan yeh bilkul galat baat hai.</w:t>
      </w:r>
      <w:r>
        <w:br/>
      </w:r>
      <w:r>
        <w:rPr>
          <w:sz w:val="20"/>
        </w:rPr>
        <w:t>51:21  yeh aap ki apni galat taabeer hai. ise aap samajhte hain ke mujh ko jhoot bulwa raha hai. woh main aisi kisi job ko nahi jaanta hoon. main agar koi job ho to aap us ka naam bataiye mujhe.</w:t>
      </w:r>
      <w:r>
        <w:br/>
      </w:r>
      <w:r>
        <w:rPr>
          <w:sz w:val="20"/>
        </w:rPr>
        <w:t>51:32  is job ka ek hi baat mein jaanta hoon ke musalman jahan kisi company mein kaam karte hain to woh kehte hain ke hamari namaz ka waqt ho gaya, hamein chhutti do.</w:t>
      </w:r>
      <w:r>
        <w:br/>
      </w:r>
      <w:r>
        <w:rPr>
          <w:sz w:val="20"/>
        </w:rPr>
        <w:t>51:42  yeh galat hai. is ka taluq yaani yeh yeh khud musalmanon ki ghalti hai. ab is company mein, main yaani company ko aap ke liye aap apne apne nizaam ko badlegi.</w:t>
      </w:r>
      <w:r>
        <w:br/>
      </w:r>
      <w:r>
        <w:rPr>
          <w:sz w:val="20"/>
        </w:rPr>
        <w:t>51:55  aap badliye apne aap ko. yaani zyada tar maamla hota hai zuhr asr ka. aap is ko jama kar lijiye, jama kar ke padh lijiye.</w:t>
      </w:r>
      <w:r>
        <w:br/>
      </w:r>
      <w:r>
        <w:rPr>
          <w:sz w:val="20"/>
        </w:rPr>
        <w:t>52:05  aap takraate kyun hain khwah makhwah?</w:t>
      </w:r>
      <w:r>
        <w:br/>
      </w:r>
      <w:r>
        <w:rPr>
          <w:sz w:val="20"/>
        </w:rPr>
        <w:t>52:08  to main samajhta hoon ke yeh musalmanon ke andar jo takraav ka mizaj hai, yeh masla paida kar raha hai. yeh galat hai ke woh kehte hain ke aap jhoot bolo, aap unethical behaviour ikhtiyar karo.</w:t>
      </w:r>
      <w:r>
        <w:br/>
      </w:r>
      <w:r>
        <w:rPr>
          <w:sz w:val="20"/>
        </w:rPr>
        <w:t>52:18  yeh bilkul galat baat hai, yeh sahi nahi hai. agar aap koi aap ke nazdeek koi mutayyan baat ho to aap agle itwaar ko bataiyega. mutayyan baat tab main arz karunga, inshallah.</w:t>
      </w:r>
      <w:r>
        <w:br/>
      </w:r>
      <w:r>
        <w:rPr>
          <w:sz w:val="20"/>
        </w:rPr>
        <w:t>52:29  bilkul specific tor par bataiye ke waqeye ki zabaan mein to agle itwaar ko main inshallah arz karunga.</w:t>
      </w:r>
    </w:p>
    <w:p>
      <w:pPr>
        <w:pStyle w:val="Heading2"/>
      </w:pPr>
      <w:r>
        <w:t>What values to teach children for success in both worlds?</w:t>
      </w:r>
    </w:p>
    <w:p>
      <w:r>
        <w:rPr>
          <w:color w:val="666666"/>
          <w:sz w:val="18"/>
        </w:rPr>
        <w:t>Ethics &amp; Character · Hadith-e-Jibril, April 21, 2013 · 3m 49s · at 1:32:01 · https://youtu.be/0rF6Ou0pDog?t=5521</w:t>
      </w:r>
    </w:p>
    <w:p>
      <w:r>
        <w:rPr>
          <w:i/>
        </w:rPr>
        <w:t>“As a mother I want to ask what kind of values I should give to my children so that they become successful in both the worlds.”</w:t>
      </w:r>
    </w:p>
    <w:p>
      <w:r>
        <w:rPr>
          <w:sz w:val="20"/>
        </w:rPr>
        <w:t>1:32:01  maulana, agla sawal gurgaon se hai. miss farah raees khan</w:t>
      </w:r>
      <w:r>
        <w:br/>
      </w:r>
      <w:r>
        <w:rPr>
          <w:sz w:val="20"/>
        </w:rPr>
        <w:t>1:32:06  ka. unhon ne likha hai as a mother i want to ask what kind of values i should give to my children so that they become successful in both the worlds is ke bare mein batain.</w:t>
      </w:r>
      <w:r>
        <w:br/>
      </w:r>
      <w:r>
        <w:rPr>
          <w:sz w:val="20"/>
        </w:rPr>
        <w:t>1:32:20  sirf ek cheez.</w:t>
      </w:r>
      <w:r>
        <w:br/>
      </w:r>
      <w:r>
        <w:rPr>
          <w:sz w:val="20"/>
        </w:rPr>
        <w:t>1:32:24  sirf ek cheez. yaani do do cheez. pampering mat kijiye. un ke andar self confidence paida kijiye.</w:t>
      </w:r>
      <w:r>
        <w:br/>
      </w:r>
      <w:r>
        <w:rPr>
          <w:sz w:val="20"/>
        </w:rPr>
        <w:t>1:32:39  self confidence. pampering ka matlab kya hai? self confidence ko chheenna. jab aap pampering karte hain, un ko easy money dete</w:t>
      </w:r>
      <w:r>
        <w:br/>
      </w:r>
      <w:r>
        <w:rPr>
          <w:sz w:val="20"/>
        </w:rPr>
        <w:t>1:32:48  hain to is ka matlab hai ke aap se un se self confidence ko chheen rahe hain un se.</w:t>
      </w:r>
      <w:r>
        <w:br/>
      </w:r>
      <w:r>
        <w:rPr>
          <w:sz w:val="20"/>
        </w:rPr>
        <w:t>1:32:57  main aap ko ek misaal deta hoon ke self confidence ka matlab kya hai. main poona gaya to poona mein kuch parsi family rehte hain. parsi log is mamle mein bohat hi yaani samajhdar hain.</w:t>
      </w:r>
      <w:r>
        <w:br/>
      </w:r>
      <w:r>
        <w:rPr>
          <w:sz w:val="20"/>
        </w:rPr>
        <w:t>1:33:10  isi liye business mein taraqqi kar rahe hain woh log.</w:t>
      </w:r>
      <w:r>
        <w:br/>
      </w:r>
      <w:r>
        <w:rPr>
          <w:sz w:val="20"/>
        </w:rPr>
        <w:t>1:33:13  to mujhe bataya gaya ke yahan ek parsi hai. to us ne apne bete ko ek takht par, ek mez par khara kiya. mez par.</w:t>
      </w:r>
      <w:r>
        <w:br/>
      </w:r>
      <w:r>
        <w:rPr>
          <w:sz w:val="20"/>
        </w:rPr>
        <w:t>1:33:23  chote bache ko jo god mein liya jata hai us ko. chalne phirne wala tha woh. to mez par khara kar ke khud saamne aa beta aa.</w:t>
      </w:r>
      <w:r>
        <w:br/>
      </w:r>
      <w:r>
        <w:rPr>
          <w:sz w:val="20"/>
        </w:rPr>
        <w:t>1:33:36  yaani jaise ke woh god mein lena chahta hai us ko. to beta thoda jhuka us ki god god manne ke liye. to baap peeche hat gaya. aur beta dharram se gir pada zameen mein.</w:t>
      </w:r>
      <w:r>
        <w:br/>
      </w:r>
      <w:r>
        <w:rPr>
          <w:sz w:val="20"/>
        </w:rPr>
        <w:t>1:33:50  to us ke baad baap ne kaha ke dekho bete duniya mein kisi ek par bharosa na karna. apne baap par bhi nahi. to main samajhta hoon ke sab se bari cheez jo maa baap de sakte hain bache ke andar woh self confidence hai.</w:t>
      </w:r>
      <w:r>
        <w:br/>
      </w:r>
      <w:r>
        <w:rPr>
          <w:sz w:val="20"/>
        </w:rPr>
        <w:t>1:34:04  yani khud kamao to samjho ke yeh meri kamai hai. dilli mein nehru university mein aik aik sahib hain jo retired professor hain.</w:t>
      </w:r>
      <w:r>
        <w:br/>
      </w:r>
      <w:r>
        <w:rPr>
          <w:sz w:val="20"/>
        </w:rPr>
        <w:t>1:34:15  to mujhe maloom hua ke woh car un ke p</w:t>
      </w:r>
      <w:r>
        <w:br/>
      </w:r>
      <w:r>
        <w:rPr>
          <w:sz w:val="20"/>
        </w:rPr>
        <w:t>1:34:18  as nahi hai. un ke bete ne kaha ke aap professor the itne dinon tak aur aap ke paas car bhi nahi hai. aap cycle pe chalte hain.</w:t>
      </w:r>
      <w:r>
        <w:br/>
      </w:r>
      <w:r>
        <w:rPr>
          <w:sz w:val="20"/>
        </w:rPr>
        <w:t>1:34:29  woh bicycle pe chalte the woh. to unhon ne apne bete se kaha ke dekho mein tum ko car nahi de sakta. kaha loan le kar bhi mein tum ko car nahi doon ga.</w:t>
      </w:r>
      <w:r>
        <w:br/>
      </w:r>
      <w:r>
        <w:rPr>
          <w:sz w:val="20"/>
        </w:rPr>
        <w:t>1:34:43  tum car chahte ho to khud kamao. khud kam kar apne liye car khareedo. to mein samajhta hoon ke maa baap jo hain jo karte hain pampering woh is se yani confidence chheen rahe hain.</w:t>
      </w:r>
      <w:r>
        <w:br/>
      </w:r>
      <w:r>
        <w:rPr>
          <w:sz w:val="20"/>
        </w:rPr>
        <w:t>1:34:59  woh woh depend ho jata hai sab ke baap ka paisa, maa ki mohabbat isi par dene lagta hai woh. is ke andar yeh shauq nahi paida hota ke mein khud kamaoon.</w:t>
      </w:r>
      <w:r>
        <w:br/>
      </w:r>
      <w:r>
        <w:rPr>
          <w:sz w:val="20"/>
        </w:rPr>
        <w:t>1:35:10  mein khud apni zindagi</w:t>
      </w:r>
      <w:r>
        <w:br/>
      </w:r>
      <w:r>
        <w:rPr>
          <w:sz w:val="20"/>
        </w:rPr>
        <w:t>1:35:12  banao. yeh jazba hi nahi paida hota. mein samajhta hoon ke maa baap ko sab se bari cheez jo dena chahiye apne beton ke andar woh yahi hai self confidence.</w:t>
      </w:r>
      <w:r>
        <w:br/>
      </w:r>
      <w:r>
        <w:rPr>
          <w:sz w:val="20"/>
        </w:rPr>
        <w:t>1:35:24  aur yeh ke bas sab kuch woh dete raho, easy money dete raho. yeh to bachon ko kill karna hai. mein is ko bachon ke liye samajhta hoon ke bohat hi zyada yani tabah karna hai bachon ko.</w:t>
      </w:r>
      <w:r>
        <w:br/>
      </w:r>
      <w:r>
        <w:rPr>
          <w:sz w:val="20"/>
        </w:rPr>
        <w:t>1:35:38  ke aap easy money de rahe hain aur is ke andar incentive nahi paida hota ke mein khud kamaoon. sab se bari aaj kal ghar ghar mein jo buraiyan aa gayi hain woh yahi hain.</w:t>
      </w:r>
    </w:p>
    <w:p>
      <w:pPr>
        <w:pStyle w:val="Heading2"/>
      </w:pPr>
      <w:r>
        <w:t>Who is a better Muslim: pious but bad human?</w:t>
      </w:r>
    </w:p>
    <w:p>
      <w:r>
        <w:rPr>
          <w:color w:val="666666"/>
          <w:sz w:val="18"/>
        </w:rPr>
        <w:t>Ethics &amp; Character · Mission of Tajdeed (Revival of Islam) September 15, 2019 Maulana Wahiduddin Khan · 3m 20s · at 36:56 · https://youtu.be/jGfoAffJ4-8?t=2216</w:t>
      </w:r>
    </w:p>
    <w:p>
      <w:r>
        <w:rPr>
          <w:i/>
        </w:rPr>
        <w:t>“I want to clarify the following: If a person offers prayers five times, keeps all roza, but is not a good human being, while there is another person who is not a perfect namazi, but is a very good human being, helpful to others, kind to poor, and is a perfect human being, who is a better Muslim?”</w:t>
      </w:r>
    </w:p>
    <w:p>
      <w:r>
        <w:rPr>
          <w:sz w:val="20"/>
        </w:rPr>
        <w:t>36:56  maulana, agla sawal dilli se doctor saima ka hai. doctor saima ansari ka hai. unhon ne likha hai: "i want to clarify the following: if a person offers prayers five times,</w:t>
      </w:r>
      <w:r>
        <w:br/>
      </w:r>
      <w:r>
        <w:rPr>
          <w:sz w:val="20"/>
        </w:rPr>
        <w:t>37:14  keeps all rozaas, but is not a good human being, while there is other person who is not a perfect namazi, but is a very good human being, helpful to other,</w:t>
      </w:r>
      <w:r>
        <w:br/>
      </w:r>
      <w:r>
        <w:rPr>
          <w:sz w:val="20"/>
        </w:rPr>
        <w:t>37:28  kind to poor, and is a perfect human being, who is a better muslim.</w:t>
      </w:r>
      <w:r>
        <w:br/>
      </w:r>
      <w:r>
        <w:rPr>
          <w:sz w:val="20"/>
        </w:rPr>
        <w:t>37:34  " main to kehta hoon ke aap ka yeh mushahida sahi nahi hai. yeh jo categorize kiya hai aap ne, yeh main to nahi samajhta ke yeh sahi categorize hai ke aise hain ke yeh yeh aise hain, woh aise hain.</w:t>
      </w:r>
      <w:r>
        <w:br/>
      </w:r>
      <w:r>
        <w:rPr>
          <w:sz w:val="20"/>
        </w:rPr>
        <w:t>37:49  main to nahi jaanta ke yeh sahi hai, yeh baat sahi nahi hai. dono mein aise apni wajah se bhi hai. woh aam phenomena hai insani zindagi ka.</w:t>
      </w:r>
      <w:r>
        <w:br/>
      </w:r>
      <w:r>
        <w:rPr>
          <w:sz w:val="20"/>
        </w:rPr>
        <w:t>37:59  is ka taluq is se nahi ke namaz parhne wala aisa hai, namaz na parhne wala waisa hai. yeh benazeer category, category sahi nahi hai.</w:t>
      </w:r>
      <w:r>
        <w:br/>
      </w:r>
      <w:r>
        <w:rPr>
          <w:sz w:val="20"/>
        </w:rPr>
        <w:t>38:15  maulana israr khatib sahib ne likha hai chennai se: "maulana, aaj aap ke lecture se yeh maloom hua ke tajdeed kya hai aur aaj is ki zaroorat kya hai.</w:t>
      </w:r>
      <w:r>
        <w:br/>
      </w:r>
      <w:r>
        <w:rPr>
          <w:sz w:val="20"/>
        </w:rPr>
        <w:t>38:28  is baat ko aur zyada samajhne ke liye aap ki kitab 'tajdeed deen' bohat zyada mufeed hai." inshallah, inshallah.</w:t>
      </w:r>
      <w:r>
        <w:br/>
      </w:r>
      <w:r>
        <w:rPr>
          <w:sz w:val="20"/>
        </w:rPr>
        <w:t>38:41  sahib ali khan sahib ne likha hai bihar se: "muslims are deeply rooted in the misplaced version of derailed islam</w:t>
      </w:r>
      <w:r>
        <w:br/>
      </w:r>
      <w:r>
        <w:rPr>
          <w:sz w:val="20"/>
        </w:rPr>
        <w:t>38:51  . thank you so much maulana sahib for the enlightenment. we need to think about it and re read your book 'tajdeed islam'.</w:t>
      </w:r>
      <w:r>
        <w:br/>
      </w:r>
      <w:r>
        <w:rPr>
          <w:sz w:val="20"/>
        </w:rPr>
        <w:t>39:03  miss shabina ali ne kolkata se likha hai: "maulana, it is very clear from today lecture that reading quran in understanding language is very important to save us from derailment and to combat islamophobia.</w:t>
      </w:r>
      <w:r>
        <w:br/>
      </w:r>
      <w:r>
        <w:rPr>
          <w:sz w:val="20"/>
        </w:rPr>
        <w:t>39:22  aur mission of our life should be to re engineer our our mind as well as to do utmost da'wah work."</w:t>
      </w:r>
      <w:r>
        <w:br/>
      </w:r>
      <w:r>
        <w:rPr>
          <w:sz w:val="20"/>
        </w:rPr>
        <w:t>39:37  miss sahar saleem ne dilli se likha hai: "maulana sahib, today talk and my take away from the talk was a complete new learning.</w:t>
      </w:r>
      <w:r>
        <w:br/>
      </w:r>
      <w:r>
        <w:rPr>
          <w:sz w:val="20"/>
        </w:rPr>
        <w:t>39:49  it gave us the clarity what exactly we need to work on and how tajdeed is the way to spread the right message of islam.</w:t>
      </w:r>
      <w:r>
        <w:br/>
      </w:r>
      <w:r>
        <w:rPr>
          <w:sz w:val="20"/>
        </w:rPr>
        <w:t>40:00  " thank you maulana sahib. masha allah, masha allah, jazakum allah. okay, one more clarification: the book that maulana sahib just launch today is available right now only on cps website.</w:t>
      </w:r>
    </w:p>
    <w:p>
      <w:pPr>
        <w:pStyle w:val="Heading2"/>
      </w:pPr>
      <w:r>
        <w:t>Why Religious People Become Angry?</w:t>
      </w:r>
    </w:p>
    <w:p>
      <w:r>
        <w:rPr>
          <w:color w:val="666666"/>
          <w:sz w:val="18"/>
        </w:rPr>
        <w:t>Ethics &amp; Character · Conversation with Maulana Wahiduddin Khan | October 01, 2017 · 1m 53s · at 47:14 · https://youtu.be/TmOYGd3rp2M?t=2834</w:t>
      </w:r>
    </w:p>
    <w:p>
      <w:r>
        <w:rPr>
          <w:i/>
        </w:rPr>
        <w:t>“What is the reason that people who acquire religious knowledge become angry and harsh-tempered? Why is that?”</w:t>
      </w:r>
    </w:p>
    <w:p>
      <w:r>
        <w:rPr>
          <w:sz w:val="20"/>
        </w:rPr>
        <w:t>47:14  maulana, agla sawal miss farhana tahir ne bheja hai usa se.</w:t>
      </w:r>
      <w:r>
        <w:br/>
      </w:r>
      <w:r>
        <w:rPr>
          <w:sz w:val="20"/>
        </w:rPr>
        <w:t>47:22  unhon ne likha hai: "kya wajah hai ke jo log deen ka ilm hasil karte hain, woh ghusse</w:t>
      </w:r>
      <w:r>
        <w:br/>
      </w:r>
      <w:r>
        <w:rPr>
          <w:sz w:val="20"/>
        </w:rPr>
        <w:t>47:30  walay aur sakht mizaj ke hotay hain? aisa kyun hai?"</w:t>
      </w:r>
      <w:r>
        <w:br/>
      </w:r>
      <w:r>
        <w:rPr>
          <w:sz w:val="20"/>
        </w:rPr>
        <w:t>47:38  ab sare log to aisa mere khayal se nahi hain.</w:t>
      </w:r>
      <w:r>
        <w:br/>
      </w:r>
      <w:r>
        <w:rPr>
          <w:sz w:val="20"/>
        </w:rPr>
        <w:t>47:43  kuch log ho sakte hain.</w:t>
      </w:r>
      <w:r>
        <w:br/>
      </w:r>
      <w:r>
        <w:rPr>
          <w:sz w:val="20"/>
        </w:rPr>
        <w:t>47:48  to har aadmi ke case ko alag alag kar ke dekhna parega.</w:t>
      </w:r>
      <w:r>
        <w:br/>
      </w:r>
      <w:r>
        <w:rPr>
          <w:sz w:val="20"/>
        </w:rPr>
        <w:t>47:53  ke falan shakhs jo hai, woh ghusse wala hai.</w:t>
      </w:r>
      <w:r>
        <w:br/>
      </w:r>
      <w:r>
        <w:rPr>
          <w:sz w:val="20"/>
        </w:rPr>
        <w:t>47:58  aap is ko generalize nahi kar sakte.</w:t>
      </w:r>
      <w:r>
        <w:br/>
      </w:r>
      <w:r>
        <w:rPr>
          <w:sz w:val="20"/>
        </w:rPr>
        <w:t>48:03  to kisi ke specific yani taqreer ya</w:t>
      </w:r>
      <w:r>
        <w:br/>
      </w:r>
      <w:r>
        <w:rPr>
          <w:sz w:val="20"/>
        </w:rPr>
        <w:t>48:08  tahreer ko mujhe bataiye, naam ke sath. tab main inshallah kar sakta hoon ke woh kaun sahib hain, kyun aisa hai. mere ilm ke mutabiq toh aisa nahi ke jo ilm wala hota hai, woh ghusse wala ban jata hai. mere ilm mein toh aisa hai hi nahi. Okay, so we will end the session today. Thank you.</w:t>
      </w:r>
    </w:p>
    <w:p>
      <w:pPr>
        <w:pStyle w:val="Heading2"/>
      </w:pPr>
      <w:r>
        <w:t>Why Sincerity is Rare Today</w:t>
      </w:r>
    </w:p>
    <w:p>
      <w:r>
        <w:rPr>
          <w:color w:val="666666"/>
          <w:sz w:val="18"/>
        </w:rPr>
        <w:t>Ethics &amp; Character · The Companions and the Hadith Scholars June 24, 2012 · 3m 50s · at 1:31:59 · https://youtu.be/Dj4QiYnxgBs?t=5519</w:t>
      </w:r>
    </w:p>
    <w:p>
      <w:r>
        <w:rPr>
          <w:i/>
        </w:rPr>
        <w:t>“Maulana sahib, why is it that sincerity cannot be seen these days?”</w:t>
      </w:r>
    </w:p>
    <w:p>
      <w:r>
        <w:rPr>
          <w:sz w:val="20"/>
        </w:rPr>
        <w:t>1:31:59  maulana, agla sawal aah kolkata se hai, mister rakesh ka. unhon ne likha hai "Moulana sahib, why is it that sincerity cannot be seen these days?"</w:t>
      </w:r>
      <w:r>
        <w:br/>
      </w:r>
      <w:r>
        <w:rPr>
          <w:sz w:val="20"/>
        </w:rPr>
        <w:t>1:32:18  dekhen, consumerism jo aaya hai, is ne sab ko selfish bana diya hai.</w:t>
      </w:r>
      <w:r>
        <w:br/>
      </w:r>
      <w:r>
        <w:rPr>
          <w:sz w:val="20"/>
        </w:rPr>
        <w:t>1:32:24  consumerism</w:t>
      </w:r>
      <w:r>
        <w:br/>
      </w:r>
      <w:r>
        <w:rPr>
          <w:sz w:val="20"/>
        </w:rPr>
        <w:t>1:32:28  se sab log ek taraf selfish ho gaye hain. paisa, paisa, paisa. hamare bachpan mein koi item nahin hota jis ko khareede aadmi.</w:t>
      </w:r>
      <w:r>
        <w:br/>
      </w:r>
      <w:r>
        <w:rPr>
          <w:sz w:val="20"/>
        </w:rPr>
        <w:t>1:32:37  hata ke ek glass bhi nahin tha. to paise ki koi zaroorat hi nahin thi.</w:t>
      </w:r>
      <w:r>
        <w:br/>
      </w:r>
      <w:r>
        <w:rPr>
          <w:sz w:val="20"/>
        </w:rPr>
        <w:t>1:32:43  mujhe yaad hai ke mere bachpan mein ek aadmi ek bail gaari par sarson laad kar le aaya. sarson. aur koi khareedar is ka nahin tha.</w:t>
      </w:r>
      <w:r>
        <w:br/>
      </w:r>
      <w:r>
        <w:rPr>
          <w:sz w:val="20"/>
        </w:rPr>
        <w:t>1:32:55  to ek aadmi ko woh das rupay mein sab de ke chala gaya. aaj ke lehaz se woh das hazar se bhi zyada tha woh. to us zamane mein koi yaani aadmi paisa kare to kya kare?</w:t>
      </w:r>
      <w:r>
        <w:br/>
      </w:r>
      <w:r>
        <w:rPr>
          <w:sz w:val="20"/>
        </w:rPr>
        <w:t>1:33:06  aaj hazaron item hain. aaj hazaron ka million item hai. to woh woh temperature yaani consumerism ne jo temperature paida kiya, us ne sab ko money oriented bana diya.</w:t>
      </w:r>
      <w:r>
        <w:br/>
      </w:r>
      <w:r>
        <w:rPr>
          <w:sz w:val="20"/>
        </w:rPr>
        <w:t>1:33:19  sab ko selfish bana diya. ab mere jaisa koi aadmi ke meri koi zaroorat hi nahin. main apne aap ko yaani is had par rakhe hue hoon ke jahan bare necessities mere liye kafi hain.</w:t>
      </w:r>
      <w:r>
        <w:br/>
      </w:r>
      <w:r>
        <w:rPr>
          <w:sz w:val="20"/>
        </w:rPr>
        <w:t>1:33:32  to jo aadmi yahan tak aa jaye, wohi bach sakta hai is se warna bachega nahin. bare necessities ke sath meri koi zaroorat nahin hai.</w:t>
      </w:r>
      <w:r>
        <w:br/>
      </w:r>
      <w:r>
        <w:rPr>
          <w:sz w:val="20"/>
        </w:rPr>
        <w:t>1:33:43  to jo aadmi is is had tak aa jaye, us wohi sincere hoga. warna woh to ban jayega dishonest, selfish.</w:t>
      </w:r>
      <w:r>
        <w:br/>
      </w:r>
      <w:r>
        <w:rPr>
          <w:sz w:val="20"/>
        </w:rPr>
        <w:t>1:33:51  kyun ke is ko paisa chahiye. paisa chahiye. paisa chahiye. is ko marketing, is ko woh karna hai. shopping karna hai. is ko bachchon ko yeh karna hai, woh karna hai.</w:t>
      </w:r>
      <w:r>
        <w:br/>
      </w:r>
      <w:r>
        <w:rPr>
          <w:sz w:val="20"/>
        </w:rPr>
        <w:t>1:34:03  to yeh is daur mein jo yaani jo jis ko hum kaha jata hai consumerism, is daur ka taqaza hai ke log selfish ban gaye hain.</w:t>
      </w:r>
      <w:r>
        <w:br/>
      </w:r>
      <w:r>
        <w:rPr>
          <w:sz w:val="20"/>
        </w:rPr>
        <w:t>1:34:15  aur money oriented un ki soch ho gayi hai. aur bas more aur more ka un ko ek jis ko kehte hain hindi mein kehte hain hoard lagi hui hai.</w:t>
      </w:r>
      <w:r>
        <w:br/>
      </w:r>
      <w:r>
        <w:rPr>
          <w:sz w:val="20"/>
        </w:rPr>
        <w:t>1:34:29  maulana, yeh ek comment aaya hai doha, qatar se maulana abdul basit umri ka. unhon ne likha hai: "maulana, aaj ki taqreer mein jo baat aap ne kahi, hukumaton se takkaraye baghair deen ka kaam kar sakte hain, aur is is ka namuna muhaddiseen ke daur se hamein milta hai.</w:t>
      </w:r>
      <w:r>
        <w:br/>
      </w:r>
      <w:r>
        <w:rPr>
          <w:sz w:val="20"/>
        </w:rPr>
        <w:t>1:34:49  yeh baat main ne aaj pehli dafa jani hai."</w:t>
      </w:r>
    </w:p>
    <w:p>
      <w:pPr>
        <w:pStyle w:val="Heading2"/>
      </w:pPr>
      <w:r>
        <w:t>Why blaming others is popular among Muslims</w:t>
      </w:r>
    </w:p>
    <w:p>
      <w:r>
        <w:rPr>
          <w:color w:val="666666"/>
          <w:sz w:val="18"/>
        </w:rPr>
        <w:t>Ethics &amp; Character · Dars-e-Quran, Chapter 2, Verses 67-73, May 6, 2018 · 3m 22s · at 52:13 · https://youtu.be/JAsg4SpiVDU?t=3133</w:t>
      </w:r>
    </w:p>
    <w:p>
      <w:r>
        <w:rPr>
          <w:i/>
        </w:rPr>
        <w:t>“Teaching of Quran is to blame myself, but we all Muslims are always blaming others for our failures. We have developed this thinking of hating others and that we are victimized. Why has this false hold gained popularity amongst us Muslims?”</w:t>
      </w:r>
    </w:p>
    <w:p>
      <w:r>
        <w:rPr>
          <w:sz w:val="20"/>
        </w:rPr>
        <w:t>52:13  may Allah bless you." Maulana, agla sawal bheja hai saharanpur se doctor safina tabassum ne.</w:t>
      </w:r>
      <w:r>
        <w:br/>
      </w:r>
      <w:r>
        <w:rPr>
          <w:sz w:val="20"/>
        </w:rPr>
        <w:t>52:25  unhon ne likha hai: "teaching of Quran is to blame thy self, but we all muslims are always blaming others for our failures.</w:t>
      </w:r>
      <w:r>
        <w:br/>
      </w:r>
      <w:r>
        <w:rPr>
          <w:sz w:val="20"/>
        </w:rPr>
        <w:t>52:38  we all have developed this thinking of hating others and that we are victimized. why this false hold has gain popularity amongst us muslims?</w:t>
      </w:r>
      <w:r>
        <w:br/>
      </w:r>
      <w:r>
        <w:rPr>
          <w:sz w:val="20"/>
        </w:rPr>
        <w:t>52:51  please elaborate on this." Maulana sahab, dekhiye, yeh it is phenomena of degeneration,</w:t>
      </w:r>
      <w:r>
        <w:br/>
      </w:r>
      <w:r>
        <w:rPr>
          <w:sz w:val="20"/>
        </w:rPr>
        <w:t>53:05  yani tanzul, phenomena of degeneration. jab kisi ummat par, kisi qaum par yeh zamana aata hai degeneration ka ya zawal ka, to sab se zyada is pe yahi baat paida hoti hai ke woh paida ho, is ka zehn ban jata hai.</w:t>
      </w:r>
      <w:r>
        <w:br/>
      </w:r>
      <w:r>
        <w:rPr>
          <w:sz w:val="20"/>
        </w:rPr>
        <w:t>53:33  yeh pehle hindu, woh yahudiyon ka tha. yahudiyon ke haan baqayda kitabein hain, supericism. supericism ka matlab hai ke apne ko superior manna.</w:t>
      </w:r>
      <w:r>
        <w:br/>
      </w:r>
      <w:r>
        <w:rPr>
          <w:sz w:val="20"/>
        </w:rPr>
        <w:t>53:47  to baqayda yahudiyon mein yeh literature hai is par ke yahudi ka ek zamana nikla hai jab ke woh mubtala hue the ke hum bade hain, doosre sab ghalati par hain."</w:t>
      </w:r>
      <w:r>
        <w:br/>
      </w:r>
      <w:r>
        <w:rPr>
          <w:sz w:val="20"/>
        </w:rPr>
        <w:t>54:01  woh tha yahood ke zawal ka zamana. badqismati se yeh hui hai ke musalman sirf is yahudiyon ko jante hain jo madine ke zamane mein tha.</w:t>
      </w:r>
      <w:r>
        <w:br/>
      </w:r>
      <w:r>
        <w:rPr>
          <w:sz w:val="20"/>
        </w:rPr>
        <w:t>54:13  aaj ke yahudiyon ko musalman jante hi nahin. aaj ka yahudi kya hai? musalman is ko jante nahin. is liye ke dekhiye, yahudi bari tadad mein gaye maghrib mein,</w:t>
      </w:r>
      <w:r>
        <w:br/>
      </w:r>
      <w:r>
        <w:rPr>
          <w:sz w:val="20"/>
        </w:rPr>
        <w:t>54:28  europe, america mein. to yahudiyon ki bari tadad chali gayi diaspora mein. yeh diaspora mein jo log gaye, unhon ne dekha ke qaumein khoob taraqqi kar rahi hain.</w:t>
      </w:r>
      <w:r>
        <w:br/>
      </w:r>
      <w:r>
        <w:rPr>
          <w:sz w:val="20"/>
        </w:rPr>
        <w:t>54:41  yeh raaz kya hai? kyun? yeh parhe hue the blame others ke nafsiyat mein. yahudi sab galat hai, sab galat hai, sab galat hai.</w:t>
      </w:r>
      <w:r>
        <w:br/>
      </w:r>
      <w:r>
        <w:rPr>
          <w:sz w:val="20"/>
        </w:rPr>
        <w:t>54:53  to jab unhon ne dekha ke europe ki qaumein taraqqi kar rahi hain, america taraqqi kar raha hai, to un ke andar nai thak jaagi aur daryaft kiya unhon ne ke yeh log taraqqi kar rahe hain ke unhon ne law of nature ko daryaft kiya.</w:t>
      </w:r>
      <w:r>
        <w:br/>
      </w:r>
      <w:r>
        <w:rPr>
          <w:sz w:val="20"/>
        </w:rPr>
        <w:t>55:10  to bohat bare peimane par yahudiyon mein ek woh aaya hai, islah ka daur aaya hai. lekin badqismati se sare woh sawal se un yahudiyon ko jante hain jo jo jo madina mein the.</w:t>
      </w:r>
      <w:r>
        <w:br/>
      </w:r>
      <w:r>
        <w:rPr>
          <w:sz w:val="20"/>
        </w:rPr>
        <w:t>55:25  madine ke baad jo yahudi bane hain, is ko musalman jante hi nahin. yeh yeh ek tragedy.</w:t>
      </w:r>
    </w:p>
    <w:p>
      <w:pPr>
        <w:pStyle w:val="Heading2"/>
      </w:pPr>
      <w:r>
        <w:t>Why educated people lack wisdom and values</w:t>
      </w:r>
    </w:p>
    <w:p>
      <w:r>
        <w:rPr>
          <w:color w:val="666666"/>
          <w:sz w:val="18"/>
        </w:rPr>
        <w:t>Ethics &amp; Character · Dars-e-Quran, Chapter 2, Verse 79 June 24, 2018 · 2m 14s · at 49:58 · https://youtu.be/7OeNcHSoPp0?t=2998</w:t>
      </w:r>
    </w:p>
    <w:p>
      <w:r>
        <w:rPr>
          <w:i/>
        </w:rPr>
        <w:t>“Ideal education should bring wisdom and enlightenment to a person, but it is a common observation that nowadays educated and so-called intellectuals are lacking wisdom and human values. They are more biased and filled with hatred. Why is this so?”</w:t>
      </w:r>
    </w:p>
    <w:p>
      <w:r>
        <w:rPr>
          <w:sz w:val="20"/>
        </w:rPr>
        <w:t>49:58  maulana ghazi islam sahib ne patna se sawal bheja hai. unhon ne likha hai: "maulana sahib, ideally education should bring wisdom and enlightenment to a person, but it is a common observation that now adays educated and so called intellectuals are lacking wisdom and human values.</w:t>
      </w:r>
      <w:r>
        <w:br/>
      </w:r>
      <w:r>
        <w:rPr>
          <w:sz w:val="20"/>
        </w:rPr>
        <w:t>50:22  they are more biased and filled with hatred. why is this so?"</w:t>
      </w:r>
      <w:r>
        <w:br/>
      </w:r>
      <w:r>
        <w:rPr>
          <w:sz w:val="20"/>
        </w:rPr>
        <w:t>50:34  kya just hai is sawal ka ke maulana, education se to insan ko wisdom aur enlightenment milni chahiye, lekin aaj kal jo educated log hain, woh zyada hatred mein hain.</w:t>
      </w:r>
      <w:r>
        <w:br/>
      </w:r>
      <w:r>
        <w:rPr>
          <w:sz w:val="20"/>
        </w:rPr>
        <w:t>50:48  to aisa kyun hai? dekhen, yeh log jo jin ko aap kaha aap ne educated, woh sahi maano mein kya hai?</w:t>
      </w:r>
      <w:r>
        <w:br/>
      </w:r>
      <w:r>
        <w:rPr>
          <w:sz w:val="20"/>
        </w:rPr>
        <w:t>51:03  yani job ke liye to degree lete hain, degree, aur baqi jo zehn saazi karte hain apni, woh media se.</w:t>
      </w:r>
      <w:r>
        <w:br/>
      </w:r>
      <w:r>
        <w:rPr>
          <w:sz w:val="20"/>
        </w:rPr>
        <w:t>51:15  aik hai educational system, aik hai media. yeh saare logon ke bare mein meri rai yahi hai ke bas job ke liye woh parhte hain, degree lete hain, lekin jo soch hai, jo rai hai, woh media se banate hain.</w:t>
      </w:r>
      <w:r>
        <w:br/>
      </w:r>
      <w:r>
        <w:rPr>
          <w:sz w:val="20"/>
        </w:rPr>
        <w:t>51:33  aur media jante hain, sensational news ko leta hai hamesha. toh saari negative news ka source media hai aur kuch nahi.</w:t>
      </w:r>
      <w:r>
        <w:br/>
      </w:r>
      <w:r>
        <w:rPr>
          <w:sz w:val="20"/>
        </w:rPr>
        <w:t>51:48  toh mein media ko bhi bura nahi kehta, inki industry hai, inki industry hai, toh woh sensational news chhapenge. aap kyun is se apna mind banate hain?</w:t>
      </w:r>
      <w:r>
        <w:br/>
      </w:r>
      <w:r>
        <w:rPr>
          <w:sz w:val="20"/>
        </w:rPr>
        <w:t>52:01  aap study kijiye, study kar ke mind banaiye. media se kyun mind banate hain? yeh hai meri rai.</w:t>
      </w:r>
    </w:p>
    <w:p>
      <w:pPr>
        <w:pStyle w:val="Heading2"/>
      </w:pPr>
      <w:r>
        <w:t>Why is sincerity absent in today's world?</w:t>
      </w:r>
    </w:p>
    <w:p>
      <w:r>
        <w:rPr>
          <w:color w:val="666666"/>
          <w:sz w:val="18"/>
        </w:rPr>
        <w:t>Ethics &amp; Character · Sahaba and Muhaddithin 24th June 2012 - Maulana Wahiduddin Khan · 1m 58s · at 1:38:28 · https://youtu.be/tUPo7MI0Bdo?t=5908</w:t>
      </w:r>
    </w:p>
    <w:p>
      <w:r>
        <w:rPr>
          <w:i/>
        </w:rPr>
        <w:t>“Maulana, why is it that sincerity cannot be seen these days?”</w:t>
      </w:r>
    </w:p>
    <w:p>
      <w:r>
        <w:rPr>
          <w:sz w:val="20"/>
        </w:rPr>
        <w:t>1:38:28  maulana, agla sawal ah kolkatta se hai, mr. rakesh ka. unhon ne likha hai: "maulana sahib, why is it that sincerity cannot be seen these days?"</w:t>
      </w:r>
      <w:r>
        <w:br/>
      </w:r>
      <w:r>
        <w:rPr>
          <w:sz w:val="20"/>
        </w:rPr>
        <w:t>1:38:48  dekhen, consumerism jo aya hai, is ne sab ko selfish bana diya hai. consumers, consumerism se sab log ek taraf selfish ho gaye hain.</w:t>
      </w:r>
      <w:r>
        <w:br/>
      </w:r>
      <w:r>
        <w:rPr>
          <w:sz w:val="20"/>
        </w:rPr>
        <w:t>1:39:01  paisa, paisa, paisa!</w:t>
      </w:r>
      <w:r>
        <w:br/>
      </w:r>
      <w:r>
        <w:rPr>
          <w:sz w:val="20"/>
        </w:rPr>
        <w:t>1:39:04  hamare bachpan mein koi item nahi hota jis ko khariday aadmi, hatta ke ek glass bhi nahi tha. to paise ki koi zarurat hi nahi thi.</w:t>
      </w:r>
      <w:r>
        <w:br/>
      </w:r>
      <w:r>
        <w:rPr>
          <w:sz w:val="20"/>
        </w:rPr>
        <w:t>1:39:15  mujhe yaad hai ke mere bachpan mein ek aadmi ek bail gaari par sarson laad kar le aaya, sarson, aur koi kharidar is ka nahi tha.</w:t>
      </w:r>
      <w:r>
        <w:br/>
      </w:r>
      <w:r>
        <w:rPr>
          <w:sz w:val="20"/>
        </w:rPr>
        <w:t>1:39:27  to ek aadmi ko woh das rupay mein sab de ke chala gaya. aaj ke lehaz se woh das hazar se bhi zyada tha. woh to us</w:t>
      </w:r>
    </w:p>
    <w:p>
      <w:pPr>
        <w:pStyle w:val="Heading2"/>
      </w:pPr>
      <w:r>
        <w:t>Why men struggle to admit mistakes</w:t>
      </w:r>
    </w:p>
    <w:p>
      <w:r>
        <w:rPr>
          <w:color w:val="666666"/>
          <w:sz w:val="18"/>
        </w:rPr>
        <w:t>Ethics &amp; Character · Lessons from My Journey to Agra October 27, 2013 · 2m 01s · at 52:39 · https://youtu.be/Gg2N0h4ETH8?t=3159</w:t>
      </w:r>
    </w:p>
    <w:p>
      <w:r>
        <w:rPr>
          <w:i/>
        </w:rPr>
        <w:t>“Why is it so difficult for a man to accept his mistake?”</w:t>
      </w:r>
    </w:p>
    <w:p>
      <w:r>
        <w:rPr>
          <w:sz w:val="20"/>
        </w:rPr>
        <w:t>52:39  maulana, agla sawal Shahnawaz saheb ka hai, Bangalore se. unhon ne aapse poocha hai ke "why is it so difficult for a man to accept his mistake?" is ke baare mein bataiye.</w:t>
      </w:r>
      <w:r>
        <w:br/>
      </w:r>
      <w:r>
        <w:rPr>
          <w:sz w:val="20"/>
        </w:rPr>
        <w:t>52:53  apni ghalti manna itna mushkil kyun?</w:t>
      </w:r>
      <w:r>
        <w:br/>
      </w:r>
      <w:r>
        <w:rPr>
          <w:sz w:val="20"/>
        </w:rPr>
        <w:t>53:05  main to samajhta hoon ke yeh shaitan ghalib rehta hai har ek ke upar, is liye aisa hota hai. aur yeh shaitan ya iblis ki sunnat hai, apni ghalti na manna.</w:t>
      </w:r>
      <w:r>
        <w:br/>
      </w:r>
      <w:r>
        <w:rPr>
          <w:sz w:val="20"/>
        </w:rPr>
        <w:t>53:20  yaani Adam ke aage jhukne ke liye hukum diya Allah taala ne. to ghalti iblis ki thi, lekin us ne naoozubillah Allah taala par blame daal diya.</w:t>
      </w:r>
      <w:r>
        <w:br/>
      </w:r>
      <w:r>
        <w:rPr>
          <w:sz w:val="20"/>
        </w:rPr>
        <w:t>53:30  rab bima aghwatanii.</w:t>
      </w:r>
      <w:r>
        <w:br/>
      </w:r>
      <w:r>
        <w:rPr>
          <w:sz w:val="20"/>
        </w:rPr>
        <w:t>53:33  to yeh ablis ki sunnat hai, chounke ziyada tar log apni baagh jo hai, shaitan ke haath mein diye rehte hain, malaika ke haath mein nahi dete.</w:t>
      </w:r>
      <w:r>
        <w:br/>
      </w:r>
      <w:r>
        <w:rPr>
          <w:sz w:val="20"/>
        </w:rPr>
        <w:t>53:45  dekhen, dunya mein zindagi jo hai, ek tarah ki zindagi guzarenge to aap malaika aap ke saathi ban jayenge. doosre tarah se guzarenge to shaitan aap ke saathi ban jayenge.</w:t>
      </w:r>
      <w:r>
        <w:br/>
      </w:r>
      <w:r>
        <w:rPr>
          <w:sz w:val="20"/>
        </w:rPr>
        <w:t>53:57  log aam taur par shaitan ko apna saathi banaye rakhte hain. to shaitan yahi sikhayega ke ghalti na mano, apne aap ko shaitan ke asar se nikaliye aur malaika ki sohbat mein laiye.</w:t>
      </w:r>
      <w:r>
        <w:br/>
      </w:r>
      <w:r>
        <w:rPr>
          <w:sz w:val="20"/>
        </w:rPr>
        <w:t>54:10  apne aap ko to aap ka mizaj badal jayega, aap ki soch badal jayegi. aap ke liye mushkil nahi hoga ke aap keh saken ke "aye wadran", balkeh aap ko acha lagega.</w:t>
      </w:r>
      <w:r>
        <w:br/>
      </w:r>
      <w:r>
        <w:rPr>
          <w:sz w:val="20"/>
        </w:rPr>
        <w:t>54:20  yeh kehte hue aap ko khushi hogi ke "aye wadran".</w:t>
      </w:r>
      <w:r>
        <w:br/>
      </w:r>
      <w:r>
        <w:rPr>
          <w:sz w:val="20"/>
        </w:rPr>
        <w:t>54:24  jo log malaika ki sohbat mein zindagi guzar rahe hain, un ko khushi hoti hai kehte hue "aye wadran", lekin jo log shaitan ki sohbat mein zindagi guzar rahe hain, un ko yeh kehna mushkil hota hai ke "aye wadran", kyunke shaitan ka mizaj yahi hai, shaitan ka culture yahi hai.</w:t>
      </w:r>
    </w:p>
    <w:p>
      <w:pPr>
        <w:pStyle w:val="Heading2"/>
      </w:pPr>
      <w:r>
        <w:t>Why not acknowledge peaceful opportunities</w:t>
      </w:r>
    </w:p>
    <w:p>
      <w:r>
        <w:rPr>
          <w:color w:val="666666"/>
          <w:sz w:val="18"/>
        </w:rPr>
        <w:t>Ethics &amp; Character · How God Manages Human History December 23, 2018 · 2m 07s · at 1:17:41 · https://youtu.be/j_yxigrCl5U?t=4661</w:t>
      </w:r>
    </w:p>
    <w:p>
      <w:r>
        <w:rPr>
          <w:i/>
        </w:rPr>
        <w:t>“Why don't you acknowledge and give thanks for the peaceful opportunities we have in this country? We are working peacefully, and no one stops us.”</w:t>
      </w:r>
    </w:p>
    <w:p>
      <w:r>
        <w:rPr>
          <w:sz w:val="20"/>
        </w:rPr>
        <w:t>1:17:41  maulana, agla sawal lena chahenge jo chennai se. main dekhiye, yeh is ke khilaf hai is hadees ke. "lamashkurannasa lamashkurallah." hum ko is mulk mein mauqa hai peaceful tareeqe se hum sab kaam kar rahe hain.</w:t>
      </w:r>
      <w:r>
        <w:br/>
      </w:r>
      <w:r>
        <w:rPr>
          <w:sz w:val="20"/>
        </w:rPr>
        <w:t>1:17:56  is ka etraf karein, is ka shukr ada karein. woh nahi, is hadees ke khilaf ho jayega. aap etraf kyon nahi karte?</w:t>
      </w:r>
      <w:r>
        <w:br/>
      </w:r>
      <w:r>
        <w:rPr>
          <w:sz w:val="20"/>
        </w:rPr>
        <w:t>1:18:09  main to aaj tak itni lambi muddat se main kaam kar raha hoon india mein. koi mujhe rok rokne nahi aaya.</w:t>
      </w:r>
      <w:r>
        <w:br/>
      </w:r>
      <w:r>
        <w:rPr>
          <w:sz w:val="20"/>
        </w:rPr>
        <w:t>1:18:20  yaani ajeeb baat hai. main aap ko ek qissa batata hoon ke main adhak board mein jab tha. adhak board ki baat hai yeh ke jab main naujawan tha, us waqt ki baat hai to mujhe dawat ka woh josh paida hua.</w:t>
      </w:r>
      <w:r>
        <w:br/>
      </w:r>
      <w:r>
        <w:rPr>
          <w:sz w:val="20"/>
        </w:rPr>
        <w:t>1:18:37  to dawat ka jo josh paida hua to main ne ek is zamane mein tanga chalta tha. ek tanga kiraye par liya raat ke liye.</w:t>
      </w:r>
      <w:r>
        <w:br/>
      </w:r>
      <w:r>
        <w:rPr>
          <w:sz w:val="20"/>
        </w:rPr>
        <w:t>1:18:47  is par woh rakha, loudspeaker rakha aur raat ke andhere mein main is mein bolta hua saare saare is mein ghuma.</w:t>
      </w:r>
      <w:r>
        <w:br/>
      </w:r>
      <w:r>
        <w:rPr>
          <w:sz w:val="20"/>
        </w:rPr>
        <w:t>1:18:59  saare is city mein hain. aur main kya kehta tha ke: "ae logon!</w:t>
      </w:r>
      <w:r>
        <w:br/>
      </w:r>
      <w:r>
        <w:rPr>
          <w:sz w:val="20"/>
        </w:rPr>
        <w:t>1:19:08  agar main yeh kahoon ke dakuon ki koi fauj saare hamla karne wali hai to tum mujh se poochne aaoge ke woh kaisa hai?" to dakuon ka hamla to nahi hai, to ek ek aur hamla hai.</w:t>
      </w:r>
      <w:r>
        <w:br/>
      </w:r>
      <w:r>
        <w:rPr>
          <w:sz w:val="20"/>
        </w:rPr>
        <w:t>1:19:20  woh shaitan ka hamla hai. hamare literature padho aur jano ke woh hamle se murad kya hai. to main sochta tha ke shayad subah ko police poochne aayegi mujh se.</w:t>
      </w:r>
      <w:r>
        <w:br/>
      </w:r>
      <w:r>
        <w:rPr>
          <w:sz w:val="20"/>
        </w:rPr>
        <w:t>1:19:31  aisa kyon kiya? aaj tak kisi ne poocha nahi mujhe. to itni azaadi hai is mulk mein to is ka shukr ada kijiye. aisa baatein kehte hain, baseless baatein, baseless.</w:t>
      </w:r>
    </w:p>
    <w:p>
      <w:pPr>
        <w:pStyle w:val="Heading2"/>
      </w:pPr>
      <w:r>
        <w:t>Why people avoid paying the price for truth</w:t>
      </w:r>
    </w:p>
    <w:p>
      <w:r>
        <w:rPr>
          <w:color w:val="666666"/>
          <w:sz w:val="18"/>
        </w:rPr>
        <w:t>Ethics &amp; Character · God and Man February 19, 2012 · 3m 34s · at 1:30:46 · https://youtu.be/rL4g0LOU3wo?t=5446</w:t>
      </w:r>
    </w:p>
    <w:p>
      <w:r>
        <w:rPr>
          <w:i/>
        </w:rPr>
        <w:t>“Why do people make big statements but when it's time to pay the price, they don't pay? And why do people not acknowledge the truth after knowing it?”</w:t>
      </w:r>
    </w:p>
    <w:p>
      <w:r>
        <w:rPr>
          <w:sz w:val="20"/>
        </w:rPr>
        <w:t>1:30:46  agar aap yahan hain to mujhe program ke baad yahan aa ke mujh se miliye. maulana, agla sawal bangalore se maulana naseer ullah sahib ka hai.</w:t>
      </w:r>
      <w:r>
        <w:br/>
      </w:r>
      <w:r>
        <w:rPr>
          <w:sz w:val="20"/>
        </w:rPr>
        <w:t>1:30:57  unho'n ne likha hai: "kyun log bari-bari batein karte hain magar jab is ka price dene ka waqt aata hai to is ka price nahi dete hain.</w:t>
      </w:r>
      <w:r>
        <w:br/>
      </w:r>
      <w:r>
        <w:rPr>
          <w:sz w:val="20"/>
        </w:rPr>
        <w:t>1:31:08  aur kyun log sachai ko janne ke baad is ka etraf nahi karte?" is ke bare mein bata'en. bhai, yeh to hamari jo qaum hai, is waqt wo on the decline hai.</w:t>
      </w:r>
      <w:r>
        <w:br/>
      </w:r>
      <w:r>
        <w:rPr>
          <w:sz w:val="20"/>
        </w:rPr>
        <w:t>1:31:20  zawaal ke marhale mein hai.</w:t>
      </w:r>
      <w:r>
        <w:br/>
      </w:r>
      <w:r>
        <w:rPr>
          <w:sz w:val="20"/>
        </w:rPr>
        <w:t>1:31:22  maine kai bar yeh baat batai hai ke ibn khaldun ka qaul naqal kiya hai ke "للأقوام أعمار كما للأفراد أعمار" ۔</w:t>
      </w:r>
      <w:r>
        <w:br/>
      </w:r>
      <w:r>
        <w:rPr>
          <w:sz w:val="20"/>
        </w:rPr>
        <w:t>1:31:32  jis tarah fard par barhapa aata hai, qaumo'n par barhapa aata hai. to yeh zawaal aa chuka hai. aap ise kyun expect karte hain, wo cheez jo jo jo poori hone wali hai hi nahi?</w:t>
      </w:r>
      <w:r>
        <w:br/>
      </w:r>
      <w:r>
        <w:rPr>
          <w:sz w:val="20"/>
        </w:rPr>
        <w:t>1:31:46  ab aap ko new blood talash karna hai. old blood jo hai, wo to exhaust ho chuka.</w:t>
      </w:r>
      <w:r>
        <w:br/>
      </w:r>
      <w:r>
        <w:rPr>
          <w:sz w:val="20"/>
        </w:rPr>
        <w:t>1:31:53  is se umeed na rakhein aap. ab new blood talash kijiye. yani musalmano'n mein naujawan'o ko pakriye. ghair muslimo'n mein un ke logon ko pakriye.</w:t>
      </w:r>
      <w:r>
        <w:br/>
      </w:r>
      <w:r>
        <w:rPr>
          <w:sz w:val="20"/>
        </w:rPr>
        <w:t>1:32:02  wo wo new blood hai. ab ab masla yeh nahi raha hai ke aap in ko in ki islaah kar dalen. nahi, ab masla yeh hai ke new blood induct karna hai.</w:t>
      </w:r>
      <w:r>
        <w:br/>
      </w:r>
      <w:r>
        <w:rPr>
          <w:sz w:val="20"/>
        </w:rPr>
        <w:t>1:32:16  naujawan'o mein khas tor par. kyunke naujawan abhi is qabil hote hain ke un ki conditioning abhi mukammal nahi hua karti. un ki conditioning to bohat zyada ho chuki. wo jaise hain waise hi rahen ge.</w:t>
      </w:r>
      <w:r>
        <w:br/>
      </w:r>
      <w:r>
        <w:rPr>
          <w:sz w:val="20"/>
        </w:rPr>
        <w:t>1:32:27  aam tor par. to ab aap ko jaise pond hota hai, pond mein pani jo hai wahi rahe ga.</w:t>
      </w:r>
      <w:r>
        <w:br/>
      </w:r>
      <w:r>
        <w:rPr>
          <w:sz w:val="20"/>
        </w:rPr>
        <w:t>1:32:36  to kuch dino'n ke baad pond ka maazi pollution aa jata hai is ke andar. lekin jo darya har waqt beh raha hai, use pollution nahi aata. to kyun</w:t>
      </w:r>
      <w:r>
        <w:br/>
      </w:r>
      <w:r>
        <w:rPr>
          <w:sz w:val="20"/>
        </w:rPr>
        <w:t>1:32:44  ? wahan hamesha naya pani, purane pani mein naya pani milta rehta hai. oopar se pani aa raha hai paharo'n se, naya pani.</w:t>
      </w:r>
      <w:r>
        <w:br/>
      </w:r>
      <w:r>
        <w:rPr>
          <w:sz w:val="20"/>
        </w:rPr>
        <w:t>1:32:53  to purane pani mein mila. har waqt yeh amal jari hai. purane pani mein naya pani. aise hi qoumi mamlaat mein karna hai ke "new blood, new blood, new blood" .</w:t>
      </w:r>
      <w:r>
        <w:br/>
      </w:r>
      <w:r>
        <w:rPr>
          <w:sz w:val="20"/>
        </w:rPr>
        <w:t>1:33:05  to is waqt aap ko naujawanon mein talash karna hai. boorhon mein waqt zaya karne ki koi zar</w:t>
      </w:r>
      <w:r>
        <w:br/>
      </w:r>
      <w:r>
        <w:rPr>
          <w:sz w:val="20"/>
        </w:rPr>
        <w:t>1:33:12  urat nahi hai. naujawanon mein kaam kijiye. to naujawanon mein aap ko afraad bhi le ke aayen. quran mein bhi "فَطَبْ بِنَ قَوْمٍ" .</w:t>
      </w:r>
      <w:r>
        <w:br/>
      </w:r>
      <w:r>
        <w:rPr>
          <w:sz w:val="20"/>
        </w:rPr>
        <w:t>1:33:20  naujawan tabqa jo hai, isi ne aur barg ke sath diya.</w:t>
      </w:r>
    </w:p>
    <w:p>
      <w:pPr>
        <w:pStyle w:val="Heading2"/>
      </w:pPr>
      <w:r>
        <w:t>Why we overlook our own mistakes</w:t>
      </w:r>
    </w:p>
    <w:p>
      <w:r>
        <w:rPr>
          <w:color w:val="666666"/>
          <w:sz w:val="18"/>
        </w:rPr>
        <w:t>Ethics &amp; Character · Living in Falsehood December 15, 2013 · 2m 21s · at 1:04:54 · https://youtu.be/UvboK59uF6s?t=3894</w:t>
      </w:r>
    </w:p>
    <w:p>
      <w:r>
        <w:rPr>
          <w:i/>
        </w:rPr>
        <w:t>“Often others' mistakes are quickly discovered, but one's own mistake is not discovered even after thinking. What is this problem and how can we overcome it?”</w:t>
      </w:r>
    </w:p>
    <w:p>
      <w:r>
        <w:rPr>
          <w:sz w:val="20"/>
        </w:rPr>
        <w:t>1:04:54  maulana, agla sawal Doha, Qatar se hai.</w:t>
      </w:r>
      <w:r>
        <w:br/>
      </w:r>
      <w:r>
        <w:rPr>
          <w:sz w:val="20"/>
        </w:rPr>
        <w:t>1:04:57  maulana Abdul Basit Umri ne kiya hai. unhone likha hai: "Maulana, aksar doosron ki ghaltiyan fori discover hoti hain, lekin apni ghalti sochne par bhi discover nahi hoti." Maulana, yeh kya masla hai is ke bare mein aap hamein batayein.</w:t>
      </w:r>
      <w:r>
        <w:br/>
      </w:r>
      <w:r>
        <w:rPr>
          <w:sz w:val="20"/>
        </w:rPr>
        <w:t>1:05:16  dekhein aadmi ke andar bohat zyada yeh bhara hua hai ke "I am right, I am right."</w:t>
      </w:r>
      <w:r>
        <w:br/>
      </w:r>
      <w:r>
        <w:rPr>
          <w:sz w:val="20"/>
        </w:rPr>
        <w:t>1:05:25  "I am wrong" yeh bhara hua nahi hai. apne aap ko sahi samajhna, yaani Right Wish Thinking, yeh bohat bhara hua hai insaan ke andar.</w:t>
      </w:r>
      <w:r>
        <w:br/>
      </w:r>
      <w:r>
        <w:rPr>
          <w:sz w:val="20"/>
        </w:rPr>
        <w:t>1:05:34  to jab tak aap apne khilaf sochne ka zehan develop na karein, tab tak aap nahi samajh payenge.</w:t>
      </w:r>
      <w:r>
        <w:br/>
      </w:r>
      <w:r>
        <w:rPr>
          <w:sz w:val="20"/>
        </w:rPr>
        <w:t>1:05:51  yaani Anti-Self Thinking agar aap ke andar hogi, tab aisa hoga ke aap apne ghaltiyon ko pakad payenge.</w:t>
      </w:r>
      <w:r>
        <w:br/>
      </w:r>
      <w:r>
        <w:rPr>
          <w:sz w:val="20"/>
        </w:rPr>
        <w:t>1:06:02  to main samajhta hoon ke is ka ek tareeqa yeh hai ke ek to aap apne andar Anti-Self Thinking paida</w:t>
      </w:r>
      <w:r>
        <w:br/>
      </w:r>
      <w:r>
        <w:rPr>
          <w:sz w:val="20"/>
        </w:rPr>
        <w:t>1:06:09  karein. doosri baat yeh honi chahiye ke doosra shakhs agar aap par criticize karta hai to bohat positively leijiye, react mat kijiye.</w:t>
      </w:r>
      <w:r>
        <w:br/>
      </w:r>
      <w:r>
        <w:rPr>
          <w:sz w:val="20"/>
        </w:rPr>
        <w:t>1:06:19  kyun ke doosra aadmi jo hai woh kisi obsession mein nahi hai aap ke bare mein. aap ko dekhta hai woh bohat hi, yaani</w:t>
      </w:r>
      <w:r>
        <w:br/>
      </w:r>
      <w:r>
        <w:rPr>
          <w:sz w:val="20"/>
        </w:rPr>
        <w:t>1:06:33  indifferent ho kar ke. to kai baar aisa hota hai ke woh point out kar pata hai doosra aadmi.</w:t>
      </w:r>
      <w:r>
        <w:br/>
      </w:r>
      <w:r>
        <w:rPr>
          <w:sz w:val="20"/>
        </w:rPr>
        <w:t>1:06:39  to aadmi ke andar agar do sifat hain, ek to ek apna muhasiba, jo kehte hain Anti-Self Thinking. muhasibe hi ka doosra naam Anti-Self Thinking.</w:t>
      </w:r>
      <w:r>
        <w:br/>
      </w:r>
      <w:r>
        <w:rPr>
          <w:sz w:val="20"/>
        </w:rPr>
        <w:t>1:06:50  yeh ho. aur doosri baat yeh ke criticism ko woh hamesha positively par le. criticism par provoke na ho, criticism par ghussa na ho. criticism ko kisi ghalt ma'ni mein na le.</w:t>
      </w:r>
      <w:r>
        <w:br/>
      </w:r>
      <w:r>
        <w:rPr>
          <w:sz w:val="20"/>
        </w:rPr>
        <w:t>1:07:01  yeh do sifatें hain. to yaqeenan insaan sachai tak pahunch sakta hai.</w:t>
      </w:r>
      <w:r>
        <w:br/>
      </w:r>
      <w:r>
        <w:rPr>
          <w:sz w:val="20"/>
        </w:rPr>
        <w:t>1:07:10  So it is two point formula.</w:t>
      </w:r>
    </w:p>
    <w:p>
      <w:pPr>
        <w:pStyle w:val="Heading2"/>
      </w:pPr>
      <w:r>
        <w:t>Will father's ultimatum reform his sons?</w:t>
      </w:r>
    </w:p>
    <w:p>
      <w:r>
        <w:rPr>
          <w:color w:val="666666"/>
          <w:sz w:val="18"/>
        </w:rPr>
        <w:t>Ethics &amp; Character · Quran for All Mankind June 3, 2012 · 2m 10s · at 59:29 · https://youtu.be/Gp-53Zjugcg?t=3569</w:t>
      </w:r>
    </w:p>
    <w:p>
      <w:r>
        <w:rPr>
          <w:i/>
        </w:rPr>
        <w:t>“A father, for the sake of reform, tells his three young sons that until you quit gutka, paan, and cigarettes, I will not come home. And that man has been staying at his brother's place for several days. Maulana, will this action of the father reform the children?”</w:t>
      </w:r>
    </w:p>
    <w:p>
      <w:r>
        <w:rPr>
          <w:sz w:val="20"/>
        </w:rPr>
        <w:t>59:29  Maulana, yeh sawal Mr Abdul Latif Sahab ka hai, Karachi, Pakistan se. Unhon ne likha hai: "Ek baap islah ke khatir apne teen naujawan beton se kehta hai ke jab tak tum gutka paan aur cigarette wagera nahi chhodoge, tab tak main ghar nahi aaunga." Aur woh sahab kai roz se apne bhai ke haan thehre hue hain.</w:t>
      </w:r>
      <w:r>
        <w:br/>
      </w:r>
      <w:r>
        <w:rPr>
          <w:sz w:val="20"/>
        </w:rPr>
        <w:t>59:56  Maulana Sahab, kya baap ka yeh amal aulad ki islah kar dega? Kabhi nahi. Is se islah nahi hoti.</w:t>
      </w:r>
      <w:r>
        <w:br/>
      </w:r>
      <w:r>
        <w:rPr>
          <w:sz w:val="20"/>
        </w:rPr>
        <w:t>1:00:07  Islah ka taluq jo hai, mind ki re-engineering. Aadmi wahi karta hai jo us ke bare mein aap us ko convince kar dein, us ke dimagh mein utar dein.</w:t>
      </w:r>
      <w:r>
        <w:br/>
      </w:r>
      <w:r>
        <w:rPr>
          <w:sz w:val="20"/>
        </w:rPr>
        <w:t>1:00:24  Jis baat ke liye aap convince na kar sakein, us ke liye aap yeh umeed bhi nahi kar sakte ke woh amal amal karega.</w:t>
      </w:r>
      <w:r>
        <w:br/>
      </w:r>
      <w:r>
        <w:rPr>
          <w:sz w:val="20"/>
        </w:rPr>
        <w:t>1:00:33  Us ke upar aise baap jo hain, khud galati kar ke bachchon ko bigadte hain. Jab bigadte hain to us ke baad yeh sab harkatein karte hain. Jinka aap keh rahe hain, woh yaqeenan hi is not an exception.</w:t>
      </w:r>
      <w:r>
        <w:br/>
      </w:r>
      <w:r>
        <w:rPr>
          <w:sz w:val="20"/>
        </w:rPr>
        <w:t>1:00:48  Dekhiye, ek bigad ka aaghaz kahan se hota hai</w:t>
      </w:r>
      <w:r>
        <w:br/>
      </w:r>
      <w:r>
        <w:rPr>
          <w:sz w:val="20"/>
        </w:rPr>
        <w:t>1:00:50  ? Bigad ka hota hai pampering se, easy money se, jo jiska jo bazahir khud baap hota hai.</w:t>
      </w:r>
      <w:r>
        <w:br/>
      </w:r>
      <w:r>
        <w:rPr>
          <w:sz w:val="20"/>
        </w:rPr>
        <w:t>1:01:00  Jitne bachche bigadte hain, one to all, sab ki jad mein kya hota hai? Pampering aur easy money. To yeh to baap khud zimmedar hai, apni islah karein.</w:t>
      </w:r>
      <w:r>
        <w:br/>
      </w:r>
      <w:r>
        <w:rPr>
          <w:sz w:val="20"/>
        </w:rPr>
        <w:t>1:01:10  woh yeh ghussa jo kar rahay hain, apnay oopar ghussa karein. woh aap pata kijiye to woh baap ne zaroor yahi sab kiya hoga,</w:t>
      </w:r>
      <w:r>
        <w:br/>
      </w:r>
      <w:r>
        <w:rPr>
          <w:sz w:val="20"/>
        </w:rPr>
        <w:t>1:01:19  khoob pampering aur khoob easy money. to to bigar rahay hain, bachay bigar rahay hain, kyun nahi bigarein ge? ab ghussa dikhate hain. aisa ghussa bilkul aik stepped kaam hai, is se koi islaah nahi ho sakti.</w:t>
      </w:r>
      <w:r>
        <w:br/>
      </w:r>
      <w:r>
        <w:rPr>
          <w:sz w:val="20"/>
        </w:rPr>
        <w:t>1:01:32  is se Maulana, doosra sawal un ki wife ka hai, Karachi, Pakistan se hi.</w:t>
      </w:r>
    </w:p>
    <w:p>
      <w:pPr>
        <w:pStyle w:val="Heading2"/>
      </w:pPr>
      <w:r>
        <w:t>غلط فہمی دور کرنے کا طریقہ</w:t>
      </w:r>
    </w:p>
    <w:p>
      <w:r>
        <w:rPr>
          <w:color w:val="666666"/>
          <w:sz w:val="18"/>
        </w:rPr>
        <w:t>Ethics &amp; Character · Discovery of God (In Conversation with Maulana) December 25, 2011 · 2m 25s · at 43:06 · https://youtu.be/-1c1d7cFj0s?t=2586</w:t>
      </w:r>
    </w:p>
    <w:p>
      <w:r>
        <w:rPr>
          <w:i/>
        </w:rPr>
        <w:t>“آپ نے الرسالہ میں لکھا ہے کہ مس انڈرسٹینڈنگ ہمیشہ بیس لیس ہوتی ہے۔ اگر کسی کے بارے میں مس انڈرسٹینڈنگ پیدا ہو تو آدمی یا تو فوراً اس کو بھلا دے یا وہ اس آدمی سے ڈائریکٹ مل کر مس انڈرسٹینڈنگ کو دور کرے۔ وہ مس انڈرسٹینڈنگ کو لے کر دوسروں کے درمیان نہ پھیلائے۔ ایسا کرنا اپنے اندر ویک پرسنیلٹی بنانا ہے۔”</w:t>
      </w:r>
    </w:p>
    <w:p>
      <w:r>
        <w:rPr>
          <w:sz w:val="20"/>
        </w:rPr>
        <w:t>43:06  Mr. Sharukh Hussain Riyazi ne Delhi se sawal kiya hai. Unhone likha hai: "Aap ne Al-Risala mein likha hai ke misunderstanding hamesha baseless hoti hai.</w:t>
      </w:r>
      <w:r>
        <w:br/>
      </w:r>
      <w:r>
        <w:rPr>
          <w:sz w:val="20"/>
        </w:rPr>
        <w:t>43:18  agar kisi ke bare mein misunderstanding paida ho to admi ya to foran usko bhula de ya woh us admi se direct mil kar misunderstanding ko door kare."</w:t>
      </w:r>
      <w:r>
        <w:br/>
      </w:r>
      <w:r>
        <w:rPr>
          <w:sz w:val="20"/>
        </w:rPr>
        <w:t>43:32  woh mis understandig ko le kar doosron ke darmiyan na phailaye. aisa karna apne andar weak personality banana hai.</w:t>
      </w:r>
      <w:r>
        <w:br/>
      </w:r>
      <w:r>
        <w:rPr>
          <w:sz w:val="20"/>
        </w:rPr>
        <w:t>43:42  maulana sahib, weak personality ka nuqsan kya hai aur is ko kaise theek kiya jaye?</w:t>
      </w:r>
      <w:r>
        <w:br/>
      </w:r>
      <w:r>
        <w:rPr>
          <w:sz w:val="20"/>
        </w:rPr>
        <w:t>43:53  ab isi misaal mein aap dekh lijiye ke ek baat pohnchi kisi aadmi ko aur us ko woh tehqeeq nahi karta aur maan leta hai.</w:t>
      </w:r>
      <w:r>
        <w:br/>
      </w:r>
      <w:r>
        <w:rPr>
          <w:sz w:val="20"/>
        </w:rPr>
        <w:t>44:03  to is se kya mizaj banega is ka? is ka mizaj yeh banega ke jhoot sach sab maan lo, jhoot bhi maan lo, sach bhi maan lo. yani sahi baat hai tab bhi mano, galat hai tab bhi mano.</w:t>
      </w:r>
      <w:r>
        <w:br/>
      </w:r>
      <w:r>
        <w:rPr>
          <w:sz w:val="20"/>
        </w:rPr>
        <w:t>44:16  yeh yeh is ke andar banegi personality. kyunke aadmi ne jo suna woh agar galat tha aur us ko maan rakha hai us ne, to isi ke sath hum to hain weak personality ke jhoot ko sach samajhna,</w:t>
      </w:r>
      <w:r>
        <w:br/>
      </w:r>
      <w:r>
        <w:rPr>
          <w:sz w:val="20"/>
        </w:rPr>
        <w:t>44:32  un true ko true samajhna, jis cheez ki koi base nahi hai, us ko samajhte rehna. to isi ka naam hai weak personality.</w:t>
      </w:r>
      <w:r>
        <w:br/>
      </w:r>
      <w:r>
        <w:rPr>
          <w:sz w:val="20"/>
        </w:rPr>
        <w:t>44:43  to aadmi ko karna kya hai? karna yeh hai ke is ko scrutiny ka hath daal lein. scrutiny tehqeeq. koi baat sune to us ko tehqeeq kare.</w:t>
      </w:r>
      <w:r>
        <w:br/>
      </w:r>
      <w:r>
        <w:rPr>
          <w:sz w:val="20"/>
        </w:rPr>
        <w:t>44:53  nahi to yeh prize deni padegi ke aap ke andar weak personality banegi. aur weak personality ka nuqsan kya hoga? phir ke aap ko farishton ki sohbat nahi milegi, Allah ki marifat hasil nahi hogi, Allah ki qurbat aap ko nahi milegi.</w:t>
      </w:r>
      <w:r>
        <w:br/>
      </w:r>
      <w:r>
        <w:rPr>
          <w:sz w:val="20"/>
        </w:rPr>
        <w:t>45:08  to weak personality ka bohat nuqsan hota hai, bohat nuqsan hota hai ke aap ke andar woh jo jo matloob hai, jo shakhsiyat, muqaddas shakhsiyat, woh banti nahi.</w:t>
      </w:r>
      <w:r>
        <w:br/>
      </w:r>
      <w:r>
        <w:rPr>
          <w:sz w:val="20"/>
        </w:rPr>
        <w:t>45:20  jab woh nahi banti hai to aap ko na farishton se bhi doori hai, Khuda se bhi doori hai, phir jannat se bhi doori hai. yeh to bohat hi tawakkun cheez hai.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