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86 questions · category Ethics &amp; Character · full transcripts with timestamps · exported 2026-09-22</w:t>
      </w:r>
    </w:p>
    <w:p>
      <w:pPr>
        <w:pStyle w:val="Heading2"/>
      </w:pPr>
      <w:r>
        <w:t>Accountability of suicide due to brainwashing</w:t>
      </w:r>
    </w:p>
    <w:p>
      <w:r>
        <w:rPr>
          <w:color w:val="666666"/>
          <w:sz w:val="18"/>
        </w:rPr>
        <w:t>Ethics &amp; Character · Discovery of Modern Age February 10, 2013 · 1m 53s · at 1:21:46 · https://youtu.be/qYGA53ii7E4?t=4906</w:t>
      </w:r>
    </w:p>
    <w:p>
      <w:r>
        <w:rPr>
          <w:i/>
        </w:rPr>
        <w:t>“Muslims commit suicide due to the brainwashing of scholars, therefore they are not accountable. What is your view?”</w:t>
      </w:r>
    </w:p>
    <w:p>
      <w:r>
        <w:rPr>
          <w:sz w:val="20"/>
        </w:rPr>
        <w:t>1:21:46  to yeh wajah thi mere nazdeek. Maulana, agla sawal karachi pakistan se aaya hai abdul latif sahab ka.</w:t>
      </w:r>
      <w:r>
        <w:br/>
      </w:r>
      <w:r>
        <w:rPr>
          <w:sz w:val="20"/>
        </w:rPr>
        <w:t>1:21:57  unhon ne likha hai: "musalman khudkushi jo ke ulama ke zehan ke zehan saazi ki wajah se karte hain, is liye woh qabil e mawakhza nahi hain." is is ke baray mein aap kya kahengay?</w:t>
      </w:r>
      <w:r>
        <w:br/>
      </w:r>
      <w:r>
        <w:rPr>
          <w:sz w:val="20"/>
        </w:rPr>
        <w:t>1:22:12  nahi, nahi, yeh baat galat hai. qabil e mawakhza kyun nahi hai?</w:t>
      </w:r>
      <w:r>
        <w:br/>
      </w:r>
      <w:r>
        <w:rPr>
          <w:sz w:val="20"/>
        </w:rPr>
        <w:t>1:22:17  yani pehli zimmedari bilashuba ulama par hai jo is tarah ke zehan banaya unhon ne, lekin wohi pakray jayengay.</w:t>
      </w:r>
      <w:r>
        <w:br/>
      </w:r>
      <w:r>
        <w:rPr>
          <w:sz w:val="20"/>
        </w:rPr>
        <w:t>1:22:27  dono pakray jayengay. aisa nahi ke ek pakra jaye, doosra chhod diya jaye. negative thinking paida ki ulama ne, rehnamaon ne. hamare saare likhne bolne wale negative thinking, negative thinking.</w:t>
      </w:r>
      <w:r>
        <w:br/>
      </w:r>
      <w:r>
        <w:rPr>
          <w:sz w:val="20"/>
        </w:rPr>
        <w:t>1:22:39  is mein barha barha kar log yeh sab kar rahe hain, lekin pakray jayengay. dono aisa nahi ke ek chhora chhod diya jaye, doosra pakra jaye.</w:t>
      </w:r>
    </w:p>
    <w:p>
      <w:pPr>
        <w:pStyle w:val="Heading2"/>
      </w:pPr>
      <w:r>
        <w:t>Accountability of suicide due to brainwashing</w:t>
      </w:r>
    </w:p>
    <w:p>
      <w:r>
        <w:rPr>
          <w:color w:val="666666"/>
          <w:sz w:val="18"/>
        </w:rPr>
        <w:t>Ethics &amp; Character · Discovery of Modern Age I 10th Feb. 13 · 58s · at 1:25:03 · https://youtu.be/Yp5T0KacY84?t=5103</w:t>
      </w:r>
    </w:p>
    <w:p>
      <w:r>
        <w:rPr>
          <w:i/>
        </w:rPr>
        <w:t>“Muslims commit suicide due to the brainwashing of scholars, so they are not accountable. What do you say about this?”</w:t>
      </w:r>
    </w:p>
    <w:p>
      <w:r>
        <w:rPr>
          <w:sz w:val="20"/>
        </w:rPr>
        <w:t>1:25:03  maulana, agla sawal karachi pakistan se aaya hai abdul lateef sahib ka.</w:t>
      </w:r>
      <w:r>
        <w:br/>
      </w:r>
      <w:r>
        <w:rPr>
          <w:sz w:val="20"/>
        </w:rPr>
        <w:t>1:25:07  unhon ne likha hai: "musalman khudkushi jo ke ulama ke zehan ke zehan saazi ki wajah se karte</w:t>
      </w:r>
      <w:r>
        <w:br/>
      </w:r>
      <w:r>
        <w:rPr>
          <w:sz w:val="20"/>
        </w:rPr>
        <w:t>1:25:15  hain, is liye woh qabil mawakhza nahi hain." is is ke baray mein aap kya kahengay? nahi,</w:t>
      </w:r>
      <w:r>
        <w:br/>
      </w:r>
      <w:r>
        <w:rPr>
          <w:sz w:val="20"/>
        </w:rPr>
        <w:t>1:25:23  nahi, yeh baat galat hai.</w:t>
      </w:r>
      <w:r>
        <w:br/>
      </w:r>
      <w:r>
        <w:rPr>
          <w:sz w:val="20"/>
        </w:rPr>
        <w:t>1:25:25  aap mawakhza to nahi hain.</w:t>
      </w:r>
      <w:r>
        <w:br/>
      </w:r>
      <w:r>
        <w:rPr>
          <w:sz w:val="20"/>
        </w:rPr>
        <w:t>1:25:27  yani pehli zimmedari bilashuba ulama par hai jo is tarah ke zahir banaya unhon ne.</w:t>
      </w:r>
      <w:r>
        <w:br/>
      </w:r>
      <w:r>
        <w:rPr>
          <w:sz w:val="20"/>
        </w:rPr>
        <w:t>1:25:34  lekin wohi pakray jayengay, dono pakray jayengay.</w:t>
      </w:r>
      <w:r>
        <w:br/>
      </w:r>
      <w:r>
        <w:rPr>
          <w:sz w:val="20"/>
        </w:rPr>
        <w:t>1:25:38  aisa nahi ke ek pakra jaye, doosra chhor diya jaye.</w:t>
      </w:r>
      <w:r>
        <w:br/>
      </w:r>
      <w:r>
        <w:rPr>
          <w:sz w:val="20"/>
        </w:rPr>
        <w:t>1:25:42  yani negative thinking paida ki ulama ne, rehnamaon ne, hamaray saaray likhnay bolnay walay ne.</w:t>
      </w:r>
      <w:r>
        <w:br/>
      </w:r>
      <w:r>
        <w:rPr>
          <w:sz w:val="20"/>
        </w:rPr>
        <w:t>1:25:48  negative thinking, negative thinking.</w:t>
      </w:r>
      <w:r>
        <w:br/>
      </w:r>
      <w:r>
        <w:rPr>
          <w:sz w:val="20"/>
        </w:rPr>
        <w:t>1:25:50  kuch bara bara kar lo, yeh sab kar rahay hain.</w:t>
      </w:r>
      <w:r>
        <w:br/>
      </w:r>
      <w:r>
        <w:rPr>
          <w:sz w:val="20"/>
        </w:rPr>
        <w:t>1:25:54  lekin pakre jayenge dono.</w:t>
      </w:r>
      <w:r>
        <w:br/>
      </w:r>
      <w:r>
        <w:rPr>
          <w:sz w:val="20"/>
        </w:rPr>
        <w:t>1:25:57  aisa nahi ke ek chhod chhod diya, doosra pakra diya.</w:t>
      </w:r>
    </w:p>
    <w:p>
      <w:pPr>
        <w:pStyle w:val="Heading2"/>
      </w:pPr>
      <w:r>
        <w:t>Admitting Mistakes Before the Opposite Party</w:t>
      </w:r>
    </w:p>
    <w:p>
      <w:r>
        <w:rPr>
          <w:color w:val="666666"/>
          <w:sz w:val="18"/>
        </w:rPr>
        <w:t>Ethics &amp; Character · 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Am I right about a believer as universal benefactor</w:t>
      </w:r>
    </w:p>
    <w:p>
      <w:r>
        <w:rPr>
          <w:color w:val="666666"/>
          <w:sz w:val="18"/>
        </w:rPr>
        <w:t>Ethics &amp; Character · Divine Plan | March 12, 2017 · 45s · at 56:13 · https://youtu.be/dqB4muqGG4I?t=3373</w:t>
      </w:r>
    </w:p>
    <w:p>
      <w:r>
        <w:rPr>
          <w:i/>
        </w:rPr>
        <w:t>“In my opinion, the believer has to be a universal benefactor like sun, moon, air and water. This was my today's takeaway from your lecture. Maulana Sahib, am I right in my thinking?”</w:t>
      </w:r>
    </w:p>
    <w:p>
      <w:r>
        <w:rPr>
          <w:sz w:val="20"/>
        </w:rPr>
        <w:t>56:13  aur isi mein ek aap se sawal bhi pucha hai unhone likha hai in my opinion the</w:t>
      </w:r>
      <w:r>
        <w:br/>
      </w:r>
      <w:r>
        <w:rPr>
          <w:sz w:val="20"/>
        </w:rPr>
        <w:t>56:21  believer has to be a universal benefactor like sun moon air and water</w:t>
      </w:r>
      <w:r>
        <w:br/>
      </w:r>
      <w:r>
        <w:rPr>
          <w:sz w:val="20"/>
        </w:rPr>
        <w:t>56:29  this was my today's take away from your lecture maulana sahib am i right in my thinking bahut sahi</w:t>
      </w:r>
      <w:r>
        <w:br/>
      </w:r>
      <w:r>
        <w:rPr>
          <w:sz w:val="20"/>
        </w:rPr>
        <w:t>56:36  bilkul sahi baat hai ji yaqoob maulana yaqoob umri sahib ne comment bheja hai maulana today for the</w:t>
      </w:r>
      <w:r>
        <w:br/>
      </w:r>
      <w:r>
        <w:rPr>
          <w:sz w:val="20"/>
        </w:rPr>
        <w:t>56:44  first time i have discovered that modern age is the age of global dawat age and it inspired</w:t>
      </w:r>
      <w:r>
        <w:br/>
      </w:r>
      <w:r>
        <w:rPr>
          <w:sz w:val="20"/>
        </w:rPr>
        <w:t>56:51  me to replan accordingly jazak allah</w:t>
      </w:r>
    </w:p>
    <w:p>
      <w:pPr>
        <w:pStyle w:val="Heading2"/>
      </w:pPr>
      <w:r>
        <w:t>Arrogance of claiming books lack knowledge</w:t>
      </w:r>
    </w:p>
    <w:p>
      <w:r>
        <w:rPr>
          <w:color w:val="666666"/>
          <w:sz w:val="18"/>
        </w:rPr>
        <w:t>Ethics &amp; Character · Dars-e-Quran, Chapter 2, Verse 255 | December 24, 2017 · 1m 18s · at 56:41 · https://youtu.be/tKX0KUhUMnw?t=3401</w:t>
      </w:r>
    </w:p>
    <w:p>
      <w:r>
        <w:rPr>
          <w:i/>
        </w:rPr>
        <w:t>“This is sheer arrogance to claim that all the books written till now are without ma'rifah (spiritual knowledge). May Allah save us from arrogance and deliver us from hellfire. Maulana, what would you say about this? Please name one book full of ma'rifah that I should read again.”</w:t>
      </w:r>
    </w:p>
    <w:p>
      <w:r>
        <w:rPr>
          <w:sz w:val="20"/>
        </w:rPr>
        <w:t>56:41  sawal ki shakal mein hai, aur unhon ne likha hai: "this is sheer arrogance to claim that all the books written till now are without marifat. may Allah save us from arrogance and deliver us from the hell fire." Maulana, is ke bare mein aap kya kehna chahenge? theek hai, dua kijiye. main bhi aap ke liye dua karta hoon, aap bhi mere liye dua kijiye. ji, sirf main ek hi baat kahunga ke</w:t>
      </w:r>
      <w:r>
        <w:br/>
      </w:r>
      <w:r>
        <w:rPr>
          <w:sz w:val="20"/>
        </w:rPr>
        <w:t>57:11  mujhe koi ek kitab ka naam likh dijiye jis ko main dobara parhoon ga, jis mein jo marifat</w:t>
      </w:r>
      <w:r>
        <w:br/>
      </w:r>
      <w:r>
        <w:rPr>
          <w:sz w:val="20"/>
        </w:rPr>
        <w:t>57:18  se bhari hui ho.</w:t>
      </w:r>
      <w:r>
        <w:br/>
      </w:r>
      <w:r>
        <w:rPr>
          <w:sz w:val="20"/>
        </w:rPr>
        <w:t>57:26  aur main kuch nahi kehta aap se, sirf ek is kitab ka naam likh dijiye mere paas, urdu</w:t>
      </w:r>
      <w:r>
        <w:br/>
      </w:r>
      <w:r>
        <w:rPr>
          <w:sz w:val="20"/>
        </w:rPr>
        <w:t>57:33  mein, arabi mein, farsi mein, english mein, kisi zaban mein woh kitab ho, mujhe likhiye jo aap ke nazd</w:t>
      </w:r>
      <w:r>
        <w:br/>
      </w:r>
      <w:r>
        <w:rPr>
          <w:sz w:val="20"/>
        </w:rPr>
        <w:t>57:41  meek marifat se bhari hui ho.</w:t>
      </w:r>
      <w:r>
        <w:br/>
      </w:r>
      <w:r>
        <w:rPr>
          <w:sz w:val="20"/>
        </w:rPr>
        <w:t>57:47  yani marifat pehle hasil kiya insaan ne, aur us ke baad phir kitab likhi.</w:t>
      </w:r>
      <w:r>
        <w:br/>
      </w:r>
      <w:r>
        <w:rPr>
          <w:sz w:val="20"/>
        </w:rPr>
        <w:t>57:53  bas yahi aap kijiye, aap comment mat dijiye, kitab ka naam likh dijiye.</w:t>
      </w:r>
    </w:p>
    <w:p>
      <w:pPr>
        <w:pStyle w:val="Heading2"/>
      </w:pPr>
      <w:r>
        <w:t>Balancing hatred of evil with positivity</w:t>
      </w:r>
    </w:p>
    <w:p>
      <w:r>
        <w:rPr>
          <w:color w:val="666666"/>
          <w:sz w:val="18"/>
        </w:rPr>
        <w:t>Ethics &amp; Character · The Culture of People of Paradise January 06, 2019 Maulana Wahiduddin Khan · 1m 33s · at 49:24 · https://youtu.be/rFExua9zntM?t=2964</w:t>
      </w:r>
    </w:p>
    <w:p>
      <w:r>
        <w:rPr>
          <w:i/>
        </w:rPr>
        <w:t>“Molana, a person said that hating evil and keeping the heart positive, how is that possible? Molana, what would be the answer?”</w:t>
      </w:r>
    </w:p>
    <w:p>
      <w:r>
        <w:rPr>
          <w:sz w:val="20"/>
        </w:rPr>
        <w:t>49:24  molana, agla sawal molana iqbal umri ne kiya hai chennai se. unhon ne likha hai: "molana, ek sahib ne kaha ke burai se nafrat karna aur dil ko positive rakhna yeh kaise mumkin hai?</w:t>
      </w:r>
      <w:r>
        <w:br/>
      </w:r>
      <w:r>
        <w:rPr>
          <w:sz w:val="20"/>
        </w:rPr>
        <w:t>49:38  molana, is ka kya jawab hoga?" nafrat karne ki taleem hi nahi hai. kaun kehta hai ke aap nafrat karein? bachna hai, parhez karna hai.</w:t>
      </w:r>
      <w:r>
        <w:br/>
      </w:r>
      <w:r>
        <w:rPr>
          <w:sz w:val="20"/>
        </w:rPr>
        <w:t>49:50  nafrat to islam mein hai hi nahi.</w:t>
      </w:r>
      <w:r>
        <w:br/>
      </w:r>
      <w:r>
        <w:rPr>
          <w:sz w:val="20"/>
        </w:rPr>
        <w:t>49:56  nafrat islam mein hai hi nahi. bachna hai islam mein, parhez karna hai islam mein.</w:t>
      </w:r>
      <w:r>
        <w:br/>
      </w:r>
      <w:r>
        <w:rPr>
          <w:sz w:val="20"/>
        </w:rPr>
        <w:t>50:06  yani lagho se araz karna, lagho se nafrat karna hi sab islam mein hai. harghiz nahi aisa hai.</w:t>
      </w:r>
      <w:r>
        <w:br/>
      </w:r>
      <w:r>
        <w:rPr>
          <w:sz w:val="20"/>
        </w:rPr>
        <w:t>50:17  lagho se araz karna, yani burai se parhez karna hai islam mein. burai se nafrat karna hi hai.</w:t>
      </w:r>
      <w:r>
        <w:br/>
      </w:r>
      <w:r>
        <w:rPr>
          <w:sz w:val="20"/>
        </w:rPr>
        <w:t>50:28  yeh aap ne sahi nahi kaha.</w:t>
      </w:r>
      <w:r>
        <w:br/>
      </w:r>
      <w:r>
        <w:rPr>
          <w:sz w:val="20"/>
        </w:rPr>
        <w:t>50:39  maulana, agla comment bheja hai dhampur se mehtab sahib ne. unhon ne likha hai: "maulana sahib, jis tarah rasool allah ke paas sab jagah se wufood aate the, usi tarah cps ke center par aap ke paas door door se wufood aa rahe hain.</w:t>
      </w:r>
    </w:p>
    <w:p>
      <w:pPr>
        <w:pStyle w:val="Heading2"/>
      </w:pPr>
      <w:r>
        <w:t>Concept of Rights of People</w:t>
      </w:r>
    </w:p>
    <w:p>
      <w:r>
        <w:rPr>
          <w:color w:val="666666"/>
          <w:sz w:val="18"/>
        </w:rPr>
        <w:t>Ethics &amp; Character · The Creation Plan of God I February 14, 2016 · 1m 45s · at 1:00:10 · https://youtu.be/BzfZIALqyNI?t=3610</w:t>
      </w:r>
    </w:p>
    <w:p>
      <w:r>
        <w:rPr>
          <w:i/>
        </w:rPr>
        <w:t>“What is the concept of Huquq al-'Ibad (rights of people) in Islam?”</w:t>
      </w:r>
    </w:p>
    <w:p>
      <w:r>
        <w:rPr>
          <w:sz w:val="20"/>
        </w:rPr>
        <w:t>1:00:10  maulana, agla sawal miss naghma siddiqui ne poocha hai delhi se, aur unhon ne likha hai ke: "what</w:t>
      </w:r>
      <w:r>
        <w:br/>
      </w:r>
      <w:r>
        <w:rPr>
          <w:sz w:val="20"/>
        </w:rPr>
        <w:t>1:00:18  is the concept of huqooq ul ibad in islam?" dekhen, yeh to bohat aik detail wali baat hai.</w:t>
      </w:r>
      <w:r>
        <w:br/>
      </w:r>
      <w:r>
        <w:rPr>
          <w:sz w:val="20"/>
        </w:rPr>
        <w:t>1:00:25  is ki list batayen to hum bohat lambi list ho jayegi.</w:t>
      </w:r>
      <w:r>
        <w:br/>
      </w:r>
      <w:r>
        <w:rPr>
          <w:sz w:val="20"/>
        </w:rPr>
        <w:t>1:00:30  is ka khulasa yeh hai: hadith mein hadith mein is khulasa yeh bataya gaya hai ke jo tum</w:t>
      </w:r>
      <w:r>
        <w:br/>
      </w:r>
      <w:r>
        <w:rPr>
          <w:sz w:val="20"/>
        </w:rPr>
        <w:t>1:00:38  apne liye pasand karte ho, wohi doosre ke liye pasand karo.</w:t>
      </w:r>
      <w:r>
        <w:br/>
      </w:r>
      <w:r>
        <w:rPr>
          <w:sz w:val="20"/>
        </w:rPr>
        <w:t>1:00:43  yeh hadith mein aaya hai ke jo apne liye pasand karo, wohi doosre ke liye pasand karo.</w:t>
      </w:r>
      <w:r>
        <w:br/>
      </w:r>
      <w:r>
        <w:rPr>
          <w:sz w:val="20"/>
        </w:rPr>
        <w:t>1:00:50  misalan tum ko yeh pasand hai ke tum se koi wada khilaf na kare promise ke baad, to</w:t>
      </w:r>
      <w:r>
        <w:br/>
      </w:r>
      <w:r>
        <w:rPr>
          <w:sz w:val="20"/>
        </w:rPr>
        <w:t>1:00:58  tum bhi doosre ke wada khilaf mat karo.</w:t>
      </w:r>
      <w:r>
        <w:br/>
      </w:r>
      <w:r>
        <w:rPr>
          <w:sz w:val="20"/>
        </w:rPr>
        <w:t>1:01:01  tum ko yeh pasand hai ke koi tum ko gaali na de, to tum bhi doosre ko gaali</w:t>
      </w:r>
      <w:r>
        <w:br/>
      </w:r>
      <w:r>
        <w:rPr>
          <w:sz w:val="20"/>
        </w:rPr>
        <w:t>1:01:09  na do.</w:t>
      </w:r>
      <w:r>
        <w:br/>
      </w:r>
      <w:r>
        <w:rPr>
          <w:sz w:val="20"/>
        </w:rPr>
        <w:t>1:01:10  tum ko yeh pasand hai ke tum kisi se jhoot na bolo, koi tum se jhoot na bolay,</w:t>
      </w:r>
      <w:r>
        <w:br/>
      </w:r>
      <w:r>
        <w:rPr>
          <w:sz w:val="20"/>
        </w:rPr>
        <w:t>1:01:18  to tum bhi jhoot mat bolo.</w:t>
      </w:r>
      <w:r>
        <w:br/>
      </w:r>
      <w:r>
        <w:rPr>
          <w:sz w:val="20"/>
        </w:rPr>
        <w:t>1:01:20  to hadith mein aata hai ke woh karna jo tum apne liye pasand karte ho, wahi tum doosre</w:t>
      </w:r>
      <w:r>
        <w:br/>
      </w:r>
      <w:r>
        <w:rPr>
          <w:sz w:val="20"/>
        </w:rPr>
        <w:t>1:01:28  ke liye pasand karo.</w:t>
      </w:r>
      <w:r>
        <w:br/>
      </w:r>
      <w:r>
        <w:rPr>
          <w:sz w:val="20"/>
        </w:rPr>
        <w:t>1:01:30  yahi masla basic principle hai islam ka, yaani moral principle.</w:t>
      </w:r>
      <w:r>
        <w:br/>
      </w:r>
      <w:r>
        <w:rPr>
          <w:sz w:val="20"/>
        </w:rPr>
        <w:t>1:01:34  yahi basic principle hai moral ka.</w:t>
      </w:r>
      <w:r>
        <w:br/>
      </w:r>
      <w:r>
        <w:rPr>
          <w:sz w:val="20"/>
        </w:rPr>
        <w:t>1:01:37  isi ko farsi mein likha hua hai, likha hai ke: "hajj bar khod bpasandi bar deegara bpasand".</w:t>
      </w:r>
      <w:r>
        <w:br/>
      </w:r>
      <w:r>
        <w:rPr>
          <w:sz w:val="20"/>
        </w:rPr>
        <w:t>1:01:44  jo tum ko apne liye pasand nahin hai, us ko tum doosre ke liye bhi pasand mat mat</w:t>
      </w:r>
      <w:r>
        <w:br/>
      </w:r>
      <w:r>
        <w:rPr>
          <w:sz w:val="20"/>
        </w:rPr>
        <w:t>1:01:51  karo.</w:t>
      </w:r>
      <w:r>
        <w:br/>
      </w:r>
      <w:r>
        <w:rPr>
          <w:sz w:val="20"/>
        </w:rPr>
        <w:t>1:01:53  yahi islam ka basic moral principle hai.</w:t>
      </w:r>
    </w:p>
    <w:p>
      <w:pPr>
        <w:pStyle w:val="Heading2"/>
      </w:pPr>
      <w:r>
        <w:t>Controlling desires of greed, lust, arrogance</w:t>
      </w:r>
    </w:p>
    <w:p>
      <w:r>
        <w:rPr>
          <w:color w:val="666666"/>
          <w:sz w:val="18"/>
        </w:rPr>
        <w:t>Ethics &amp; Character · Fear of God February 21, 2016 · 1m 12s · at 1:01:47 · https://youtu.be/T-w1IDIeCV4?t=3707</w:t>
      </w:r>
    </w:p>
    <w:p>
      <w:r>
        <w:rPr>
          <w:i/>
        </w:rPr>
        <w:t>“How can we control our desires of greed, lust, and arrogance? These are the desires which are governing the people in the society today. Please guide us, Maulana, on the same.”</w:t>
      </w:r>
    </w:p>
    <w:p>
      <w:r>
        <w:rPr>
          <w:sz w:val="20"/>
        </w:rPr>
        <w:t>1:01:47  maulana, agla sawal kya hai agra se farooq sahib ne, aur unhon ne likha hai ke How can</w:t>
      </w:r>
      <w:r>
        <w:br/>
      </w:r>
      <w:r>
        <w:rPr>
          <w:sz w:val="20"/>
        </w:rPr>
        <w:t>1:01:53  we control our desires of greed, lust, and arrogance?</w:t>
      </w:r>
      <w:r>
        <w:br/>
      </w:r>
      <w:r>
        <w:rPr>
          <w:sz w:val="20"/>
        </w:rPr>
        <w:t>1:02:00  These are the desires which are governing the people in the society today. Please guide us, Maulana, on the same. bas yeh samjhein ke control karen to sawab barh jayega. agar greed waghera ke problem na hote to hamein control karne ki zaroorat nahin thi. to quran se sabit hai ke jo jo sabr kare, us ko ziyada sawab milta hai. to sabr kya hai? yahi to hai control karna. to yeh sab jo mahol hai, woh sirf is liye hai ke aap ke sawab ko, aap ke reward ko barhaye. aap ke reward ko barhaye. to bohat achi cheez hai. maulana, agla sawal dilli se kya hai raj malik sahib ne, aur unhon ne likha hai ke aik sahib keh rahe the ke kaise yaqeen kiya jaye ke marne ke baad jannat aur jahannum hai? kyunke quran aur hadees mein bhi ikhtilaf is ke is mein hai. is ke baray mein batayen. bhai, yeh mamla study ka hai. aap study kijiye. mein to yeh samajhta hoon yani kam study se yeh sab sawalat paida hote hain. ziyada study se yeh sawalat khatam ho jate hain. hamara jo magazine hai al risala, us mein barabar is mozu pe likha jata hai. taqreeban har shumaray mein kuch na kuch zaroor hota hai. to mein yahi kahunga ke yeh koi qanoon ki baat nahin ke aap aik qanoon ki dafa batayen. yeh yeh study barhane ki baat hai. to aise logon ko chahiye ke woh study barhayen. is ke baad woh zaroor aisa yani zehn paida ho jayega un ke andar. Okay, so we will end this session now.</w:t>
      </w:r>
    </w:p>
    <w:p>
      <w:pPr>
        <w:pStyle w:val="Heading2"/>
      </w:pPr>
      <w:r>
        <w:t>Criteria to detect arrogance</w:t>
      </w:r>
    </w:p>
    <w:p>
      <w:r>
        <w:rPr>
          <w:color w:val="666666"/>
          <w:sz w:val="18"/>
        </w:rPr>
        <w:t>Ethics &amp; Character · Realistic Approach 30 March, 2014 · 1m 09s · at 1:09:50 · https://youtu.be/HIFxmWWiEG4?t=4190</w:t>
      </w:r>
    </w:p>
    <w:p>
      <w:r>
        <w:rPr>
          <w:i/>
        </w:rPr>
        <w:t>“What is the criteria to judge that we have arrogance in us?”</w:t>
      </w:r>
    </w:p>
    <w:p>
      <w:r>
        <w:rPr>
          <w:sz w:val="20"/>
        </w:rPr>
        <w:t>1:09:50  maulana, agla sawal kya hai miss naghma siddiqui ne dilli se. unhon ne likha hai: "what is the criteria to judge that we have arrogance in us?" is ke bar</w:t>
      </w:r>
      <w:r>
        <w:br/>
      </w:r>
      <w:r>
        <w:rPr>
          <w:sz w:val="20"/>
        </w:rPr>
        <w:t>1:10:03  e mein batayein. dekhiye, mein jo samjha hoon nafsiyati aitbar se woh yeh hai ke jab aap ko tanqeed buri na lage aur tareef aap aur khush na hon, aap tab samjhiye ke aap ke andar arrogance nahi hai.</w:t>
      </w:r>
      <w:r>
        <w:br/>
      </w:r>
      <w:r>
        <w:rPr>
          <w:sz w:val="20"/>
        </w:rPr>
        <w:t>1:10:22  phir suniye, jab aap ko criticism buri na lage aur praise aap ko khush na kare, tab samjhiye ke aap ke andar arrogance nahi hai.</w:t>
      </w:r>
      <w:r>
        <w:br/>
      </w:r>
      <w:r>
        <w:rPr>
          <w:sz w:val="20"/>
        </w:rPr>
        <w:t>1:10:35  aur jab tak aisa ho ke aap koi criticize kare to aap offend ho jayein, aur praise kare to aap khush hon, to is ka matlab hai ke aap ke andar fakhr hai, pride hai, arrogance hai.</w:t>
      </w:r>
      <w:r>
        <w:br/>
      </w:r>
      <w:r>
        <w:rPr>
          <w:sz w:val="20"/>
        </w:rPr>
        <w:t>1:10:48  yehi bohat hi jo mein samjha hoon, lambi tajurbe ke baad yehi hai criteria. acha, is baat ki pehchan karein.</w:t>
      </w:r>
    </w:p>
    <w:p>
      <w:pPr>
        <w:pStyle w:val="Heading2"/>
      </w:pPr>
      <w:r>
        <w:t>Criteria to judge arrogance</w:t>
      </w:r>
    </w:p>
    <w:p>
      <w:r>
        <w:rPr>
          <w:color w:val="666666"/>
          <w:sz w:val="18"/>
        </w:rPr>
        <w:t>Ethics &amp; Character · Realistic Approach March 30, 2014 Maulana Wahiduddin Khan · 1m 19s · at 1:09:36 · https://youtu.be/K36UonBsGlA?t=4176</w:t>
      </w:r>
    </w:p>
    <w:p>
      <w:r>
        <w:rPr>
          <w:i/>
        </w:rPr>
        <w:t>“What is the criteria to judge that we have arrogance in us?”</w:t>
      </w:r>
    </w:p>
    <w:p>
      <w:r>
        <w:rPr>
          <w:sz w:val="20"/>
        </w:rPr>
        <w:t>1:09:36  maulana, agla sawal kya hai miss najma siddiqui ne dilli se. unhon ne likha hai: "what is the criteria to judge that we have arrogance in us؟" is ke baray mein batayein.</w:t>
      </w:r>
      <w:r>
        <w:br/>
      </w:r>
      <w:r>
        <w:rPr>
          <w:sz w:val="20"/>
        </w:rPr>
        <w:t>1:09:52  kya padhiye phir? "what is the criteria to judge that we have arrogance in us؟" dekhiye, main jo samjha hoon nafsiati aitbar se, woh yeh hai ke jab aap ko tanqeed buri na lage aur tareef par khush na hon aap, tab samjhiye ke aap ke andar arrogance nahi hai.</w:t>
      </w:r>
      <w:r>
        <w:br/>
      </w:r>
      <w:r>
        <w:rPr>
          <w:sz w:val="20"/>
        </w:rPr>
        <w:t>1:10:18  phir suniye. jab aap ko criticism buri na lage aur praise aap ko khush na kare, tab samjhiye ke aap ke andar arrogance nahi hai.</w:t>
      </w:r>
      <w:r>
        <w:br/>
      </w:r>
      <w:r>
        <w:rPr>
          <w:sz w:val="20"/>
        </w:rPr>
        <w:t>1:10:31  aur jab tak aisa ho ke aap koi criticize kare to aap offended ho jayein. aur praise kare to aap khush hon. to is ka matlab yeh hai ke aap ke andar fakhr hai, pride hai, arrogance hai.</w:t>
      </w:r>
      <w:r>
        <w:br/>
      </w:r>
      <w:r>
        <w:rPr>
          <w:sz w:val="20"/>
        </w:rPr>
        <w:t>1:10:44  yahi bohat hi jo main samjha hoon aur lambi tajrube ke baad yahi hai criterion is baat ki pehchan ka.</w:t>
      </w:r>
    </w:p>
    <w:p>
      <w:pPr>
        <w:pStyle w:val="Heading2"/>
      </w:pPr>
      <w:r>
        <w:t>Dealing with loss of patience</w:t>
      </w:r>
    </w:p>
    <w:p>
      <w:r>
        <w:rPr>
          <w:color w:val="666666"/>
          <w:sz w:val="18"/>
        </w:rPr>
        <w:t>Ethics &amp; Character · Islam in A New Age March 18, 2012 · 1m 07s · at 1:19:31 · https://youtu.be/P5hzq_NheY0?t=4771</w:t>
      </w:r>
    </w:p>
    <w:p>
      <w:r>
        <w:rPr>
          <w:i/>
        </w:rPr>
        <w:t>“Do patience is one of the greatest virtues, but what should we do if at some point of time we feel that we are on the verge of losing patience? Kindly elaborate on my question.”</w:t>
      </w:r>
    </w:p>
    <w:p>
      <w:r>
        <w:rPr>
          <w:sz w:val="20"/>
        </w:rPr>
        <w:t>1:19:31  nahin, yeh Musalmanon ka yani apne mahol se asar le kar ke aisa hua hai. Maulana, agla sawal bhi Dilli se hai, Miss Nida Malik ka.</w:t>
      </w:r>
      <w:r>
        <w:br/>
      </w:r>
      <w:r>
        <w:rPr>
          <w:sz w:val="20"/>
        </w:rPr>
        <w:t>1:19:40  unhon ne likha hai ke Do patience is one of the greatest virtues, but what should we do if at some point of time we feel that we are on the verge of losing patience?</w:t>
      </w:r>
      <w:r>
        <w:br/>
      </w:r>
      <w:r>
        <w:rPr>
          <w:sz w:val="20"/>
        </w:rPr>
        <w:t>1:19:53  Maulana sahib, kindly elaborate on my question. aisa kabhi nahin hota.</w:t>
      </w:r>
      <w:r>
        <w:br/>
      </w:r>
      <w:r>
        <w:rPr>
          <w:sz w:val="20"/>
        </w:rPr>
        <w:t>1:19:59  yeh to woh log hote hain jo sochi samjhi zindagi na guzarte hon. Animal-like. yeh to animal behavior hai.</w:t>
      </w:r>
      <w:r>
        <w:br/>
      </w:r>
      <w:r>
        <w:rPr>
          <w:sz w:val="20"/>
        </w:rPr>
        <w:t>1:20:09  Mind your thinking, animal. to apni thinking ko develop kijiye. jo log thinking ko develop nahin karte, unhi ke sab yeh sab problem hote hain.</w:t>
      </w:r>
      <w:r>
        <w:br/>
      </w:r>
      <w:r>
        <w:rPr>
          <w:sz w:val="20"/>
        </w:rPr>
        <w:t>1:20:21  main apne tajrube ki bina par keh sakta hoon ke apni thinking ko develop kijiye aur yeh sab masle apne aap khatam ho jayenge. is tarah ka problem un mein aata hai jinhon ne apni thinking ko develop na kiya ho.</w:t>
      </w:r>
    </w:p>
    <w:p>
      <w:pPr>
        <w:pStyle w:val="Heading2"/>
      </w:pPr>
      <w:r>
        <w:t>Definition of good character</w:t>
      </w:r>
    </w:p>
    <w:p>
      <w:r>
        <w:rPr>
          <w:color w:val="666666"/>
          <w:sz w:val="18"/>
        </w:rPr>
        <w:t>Ethics &amp; Character · The Revival of Ibrahimi Mission-28th October 2012 · 1m 14s · at 1:18:10 · https://youtu.be/kniEYfMCz9w?t=4690</w:t>
      </w:r>
    </w:p>
    <w:p>
      <w:r>
        <w:rPr>
          <w:i/>
        </w:rPr>
        <w:t>“What is a good character according to you?”</w:t>
      </w:r>
    </w:p>
    <w:p>
      <w:r>
        <w:rPr>
          <w:sz w:val="20"/>
        </w:rPr>
        <w:t>1:18:10  Maulana, agla sawal Karnataka se hai Shehzad Sahab ka.</w:t>
      </w:r>
      <w:r>
        <w:br/>
      </w:r>
      <w:r>
        <w:rPr>
          <w:sz w:val="20"/>
        </w:rPr>
        <w:t>1:18:17  unhone pucha hai: "What is the what is a good character according to you?</w:t>
      </w:r>
      <w:r>
        <w:br/>
      </w:r>
      <w:r>
        <w:rPr>
          <w:sz w:val="20"/>
        </w:rPr>
        <w:t>1:18:25  bhai, social sense mein is ka matlab main ye samajhta hoon ke is ko main kaha karta hoon predictable character. aap ek samaj mein hain to is ke andar aap ka character jo hai predictable ho, yani doosre log peshgi taur par jan saken ke aap kis mauqe par kaisa response den ge. peshgi taur par jan saken, mislan log jan saken ke agar wo tanqeed karen ge aap ke upar to aap ghussa nahi hon ge. to tanqeed karte hue wo unhein itminan ho ke aadmi sune ga, soche ga, ghussa nahi hoga. kisi se paise ka len den ho to peshgi taur par wo samajh sake ke jo wada kare ga, us ko poora kare ga, kabhi wade ke khilaf nahi jayega. to is ko main kahoon ga ke predictable character. to social term mein yahi mere nazdeek is ki definition hai. okay, we will end the session now. thank you. okay sir, maine un se poocha ke bhai sahib aaye ke nahi aaye? ji haan, bilkul time pe pohnch gaye. ji bilkul, waqt pe pohnch gaye molana. mashallah, mashallah, alhamdulillah.</w:t>
      </w:r>
    </w:p>
    <w:p>
      <w:pPr>
        <w:pStyle w:val="Heading2"/>
      </w:pPr>
      <w:r>
        <w:t>Describing bad habits to save a sibling</w:t>
      </w:r>
    </w:p>
    <w:p>
      <w:r>
        <w:rPr>
          <w:color w:val="666666"/>
          <w:sz w:val="18"/>
        </w:rPr>
        <w:t>Ethics &amp; Character · Divine Help September 22, 2015 · 1m 47s · at 1:09:15 · https://youtu.be/sozrNCif0Gg?t=4155</w:t>
      </w:r>
    </w:p>
    <w:p>
      <w:r>
        <w:rPr>
          <w:i/>
        </w:rPr>
        <w:t>“Sometimes I have to give my personal opinion in the form of precautionary measures to my best friends in order to save them. For example, if I want to save my sister from bad company, can I explain wholeheartedly the bad habits of the person who is spoiling my brother or sister?”</w:t>
      </w:r>
    </w:p>
    <w:p>
      <w:r>
        <w:rPr>
          <w:sz w:val="20"/>
        </w:rPr>
        <w:t>1:09:15  maulana miss shaista ramzan ne pakistan se sawal kiya hai. unhon ne likha hai: "maulana sahib, I want to ask a qu</w:t>
      </w:r>
      <w:r>
        <w:br/>
      </w:r>
      <w:r>
        <w:rPr>
          <w:sz w:val="20"/>
        </w:rPr>
        <w:t>1:09:26  estion. sometimes I have to give my personal opinion in the form of precautionary measures to my best friends in order to save them.</w:t>
      </w:r>
      <w:r>
        <w:br/>
      </w:r>
      <w:r>
        <w:rPr>
          <w:sz w:val="20"/>
        </w:rPr>
        <w:t>1:09:37  for example, if I want to save my sister from a bad company, so can I explain wholeheartedly the bad habits of that person who is spoiling my brother or sister?</w:t>
      </w:r>
      <w:r>
        <w:br/>
      </w:r>
      <w:r>
        <w:rPr>
          <w:sz w:val="20"/>
        </w:rPr>
        <w:t>1:09:50  Can I give my remarks explaining pros and cons?</w:t>
      </w:r>
      <w:r>
        <w:br/>
      </w:r>
      <w:r>
        <w:rPr>
          <w:sz w:val="20"/>
        </w:rPr>
        <w:t>1:09:54  There might be negative remarks, but it would be favorable for that person. Is it okay? dekhiye, asal shart jo hai honesty hai.</w:t>
      </w:r>
      <w:r>
        <w:br/>
      </w:r>
      <w:r>
        <w:rPr>
          <w:sz w:val="20"/>
        </w:rPr>
        <w:t>1:10:07  chahe aap apne bhai ke bare mein kahein ya apne dost ke bare mein kahein, agar aap honest hain to sab sahi hai.</w:t>
      </w:r>
      <w:r>
        <w:br/>
      </w:r>
      <w:r>
        <w:rPr>
          <w:sz w:val="20"/>
        </w:rPr>
        <w:t>1:10:16  to dishonesty ke sath koi baat karna yahi ghalati hai. Honesty ke sath karna yeh bilkul sahi hai. to hamesha check kijiye ke aap kya honest hain,</w:t>
      </w:r>
      <w:r>
        <w:br/>
      </w:r>
      <w:r>
        <w:rPr>
          <w:sz w:val="20"/>
        </w:rPr>
        <w:t>1:10:30  yeh check kijiye. kyunke hadith mein aata hai ke woh ek zamana aayega jab ke honesty uth jayegi.</w:t>
      </w:r>
      <w:r>
        <w:br/>
      </w:r>
      <w:r>
        <w:rPr>
          <w:sz w:val="20"/>
        </w:rPr>
        <w:t>1:10:43  ek zamana aayega jab ke honesty uth jayegi. diyanat dari uth jayegi. to apne ko check kijiye aap is aitbar se ke main jo kuch kar raha hoon, is mein main honest hoon ya dishonest hoon, bas.</w:t>
      </w:r>
    </w:p>
    <w:p>
      <w:pPr>
        <w:pStyle w:val="Heading2"/>
      </w:pPr>
      <w:r>
        <w:t>Determining Sincerity of a Person</w:t>
      </w:r>
    </w:p>
    <w:p>
      <w:r>
        <w:rPr>
          <w:color w:val="666666"/>
          <w:sz w:val="18"/>
        </w:rPr>
        <w:t>Ethics &amp; Character · Conversation with Maulana Wahiduddin Khan | October 01, 2017 · 1m 44s · at 7:37 · https://youtu.be/TmOYGd3rp2M?t=457</w:t>
      </w:r>
    </w:p>
    <w:p>
      <w:r>
        <w:rPr>
          <w:i/>
        </w:rPr>
        <w:t>“Maulana, how can we find out whether a person is sincere or not?”</w:t>
      </w:r>
    </w:p>
    <w:p>
      <w:r>
        <w:rPr>
          <w:sz w:val="20"/>
        </w:rPr>
        <w:t>7:37  Dilli se Maulana Farhad Umri sahib ne apna agla sawal bheja hai.</w:t>
      </w:r>
      <w:r>
        <w:br/>
      </w:r>
      <w:r>
        <w:rPr>
          <w:sz w:val="20"/>
        </w:rPr>
        <w:t>7:43  unhon ne likha hai ke "Maulana, how</w:t>
      </w:r>
      <w:r>
        <w:br/>
      </w:r>
      <w:r>
        <w:rPr>
          <w:sz w:val="20"/>
        </w:rPr>
        <w:t>7:49  can we find out whether a person is sincere or not?</w:t>
      </w:r>
      <w:r>
        <w:br/>
      </w:r>
      <w:r>
        <w:rPr>
          <w:sz w:val="20"/>
        </w:rPr>
        <w:t>7:56  What is your opinion?" ab yeh dekhein, is ka koi hard and fast rule nahin hai.</w:t>
      </w:r>
      <w:r>
        <w:br/>
      </w:r>
      <w:r>
        <w:rPr>
          <w:sz w:val="20"/>
        </w:rPr>
        <w:t>8:04  aap aadmi ko se interaction karein, khas taur par mamla parhein.</w:t>
      </w:r>
      <w:r>
        <w:br/>
      </w:r>
      <w:r>
        <w:rPr>
          <w:sz w:val="20"/>
        </w:rPr>
        <w:t>8:11  sachi baat yeh hai ke insaan pehchana jata hai jab is se mamla parhta hai.</w:t>
      </w:r>
      <w:r>
        <w:br/>
      </w:r>
      <w:r>
        <w:rPr>
          <w:sz w:val="20"/>
        </w:rPr>
        <w:t>8:19  ya to jab tak mamla na parhe, aadmi pehchan mein nahin aata.</w:t>
      </w:r>
      <w:r>
        <w:br/>
      </w:r>
      <w:r>
        <w:rPr>
          <w:sz w:val="20"/>
        </w:rPr>
        <w:t>8:27  to aam halaat mein to pehchanna mushkil hota hai, lekin jab mamla parh jaye, koi dealing ho jaye,</w:t>
      </w:r>
      <w:r>
        <w:br/>
      </w:r>
      <w:r>
        <w:rPr>
          <w:sz w:val="20"/>
        </w:rPr>
        <w:t>8:35  tab pehchanna bohat aasan ho jata hai.</w:t>
      </w:r>
      <w:r>
        <w:br/>
      </w:r>
      <w:r>
        <w:rPr>
          <w:sz w:val="20"/>
        </w:rPr>
        <w:t>8:42  isi liye Hazrat Umar ke bare mein aata hai ke kisi ne un ke samne</w:t>
      </w:r>
      <w:r>
        <w:br/>
      </w:r>
      <w:r>
        <w:rPr>
          <w:sz w:val="20"/>
        </w:rPr>
        <w:t>8:50  ek aadmi ki bohat tareef ki, bohat tareef.</w:t>
      </w:r>
      <w:r>
        <w:br/>
      </w:r>
      <w:r>
        <w:rPr>
          <w:sz w:val="20"/>
        </w:rPr>
        <w:t>8:58  to unhon ne yeh kaha ke tumhari un se koi dealing hui hai, koi mamla parha hai? Kaha ke nahin.</w:t>
      </w:r>
      <w:r>
        <w:br/>
      </w:r>
      <w:r>
        <w:rPr>
          <w:sz w:val="20"/>
        </w:rPr>
        <w:t>9:06  to Hazrat Umar ne kaha ke phir tum is ke bare mein kuch nahin jante.</w:t>
      </w:r>
      <w:r>
        <w:br/>
      </w:r>
      <w:r>
        <w:rPr>
          <w:sz w:val="20"/>
        </w:rPr>
        <w:t>9:13  mein samajhta hoon ke yahi usool hai, aur yeh usool sab ke oopar apply hota hai.</w:t>
      </w:r>
    </w:p>
    <w:p>
      <w:pPr>
        <w:pStyle w:val="Heading2"/>
      </w:pPr>
      <w:r>
        <w:t>Developing humility when criticizing others</w:t>
      </w:r>
    </w:p>
    <w:p>
      <w:r>
        <w:rPr>
          <w:color w:val="666666"/>
          <w:sz w:val="18"/>
        </w:rPr>
        <w:t>Ethics &amp; Character · Q&amp;A 04 Mar 2012 Maulana Wahiduddin Khan · 44s · at 50:48 · https://youtu.be/txRmutuvWQI?t=3048</w:t>
      </w:r>
    </w:p>
    <w:p>
      <w:r>
        <w:rPr>
          <w:i/>
        </w:rPr>
        <w:t>“Considering oneself as nothing while criticizing others is mentally difficult. How can one develop this quality?”</w:t>
      </w:r>
    </w:p>
    <w:p>
      <w:r>
        <w:rPr>
          <w:sz w:val="20"/>
        </w:rPr>
        <w:t>50:48  maulana, un ka aik aur sawal hai. unhon ne poocha hai ke doosron ko tanqeed karte waqt khud ko nathing samajhna zehni taur par aik mushkil kaam hai.</w:t>
      </w:r>
      <w:r>
        <w:br/>
      </w:r>
      <w:r>
        <w:rPr>
          <w:sz w:val="20"/>
        </w:rPr>
        <w:t>50:59  is cheez ko apne andar kaise paida kiya jaye?</w:t>
      </w:r>
      <w:r>
        <w:br/>
      </w:r>
      <w:r>
        <w:rPr>
          <w:sz w:val="20"/>
        </w:rPr>
        <w:t>51:03  mushkil kuch bhi nahi hai. Allah se dua ki jiye. Hazrat Masih se ne kisi se is tarah ki baat ki to us ne kaha ke yeh to bohat mushkil kaam hai.</w:t>
      </w:r>
      <w:r>
        <w:br/>
      </w:r>
      <w:r>
        <w:rPr>
          <w:sz w:val="20"/>
        </w:rPr>
        <w:t>51:15  to Hazrat Masih ne kaha ke insan ke liye mushkil hai, lekin Allah ke liye to kuch bhi mushkil nahi. matlab Allah se pao, Allah se mango to mil jayega.</w:t>
      </w:r>
      <w:r>
        <w:br/>
      </w:r>
      <w:r>
        <w:rPr>
          <w:sz w:val="20"/>
        </w:rPr>
        <w:t>51:26  Allah se mango, Allah to tum ko is ki tofeeq de dega.</w:t>
      </w:r>
    </w:p>
    <w:p>
      <w:pPr>
        <w:pStyle w:val="Heading2"/>
      </w:pPr>
      <w:r>
        <w:t>Differentiating greed from need</w:t>
      </w:r>
    </w:p>
    <w:p>
      <w:r>
        <w:rPr>
          <w:color w:val="666666"/>
          <w:sz w:val="18"/>
        </w:rPr>
        <w:t>Ethics &amp; Character · Material Science Vs Spiritual Science 20th May 12 SLOW · 1m 29s · at 1:19:38 · https://youtu.be/qYwFExG7cyM?t=4778</w:t>
      </w:r>
    </w:p>
    <w:p>
      <w:r>
        <w:rPr>
          <w:i/>
        </w:rPr>
        <w:t>“How can we differentiate between material greed and material need?”</w:t>
      </w:r>
    </w:p>
    <w:p>
      <w:r>
        <w:rPr>
          <w:sz w:val="20"/>
        </w:rPr>
        <w:t>1:19:38  maulana, agla sawal miss naghma siddiqui ka hai dilli se.</w:t>
      </w:r>
      <w:r>
        <w:br/>
      </w:r>
      <w:r>
        <w:rPr>
          <w:sz w:val="20"/>
        </w:rPr>
        <w:t>1:19:44  انہوں نے پوچھا ہے: "How can we differentiate between material greed and material need?" دیکھیے، اس کی کوئی</w:t>
      </w:r>
      <w:r>
        <w:br/>
      </w:r>
      <w:r>
        <w:rPr>
          <w:sz w:val="20"/>
        </w:rPr>
        <w:t>1:19:50  hard and fast line nahi kheench sakte aap.</w:t>
      </w:r>
      <w:r>
        <w:br/>
      </w:r>
      <w:r>
        <w:rPr>
          <w:sz w:val="20"/>
        </w:rPr>
        <w:t>1:19:56  yeh aap ke apne upar hai.</w:t>
      </w:r>
      <w:r>
        <w:br/>
      </w:r>
      <w:r>
        <w:rPr>
          <w:sz w:val="20"/>
        </w:rPr>
        <w:t>1:20:02  iski definition mere aziz yeh hai ke zinda rehne ke liye itna zaroori ho, lazzat ke liye</w:t>
      </w:r>
      <w:r>
        <w:br/>
      </w:r>
      <w:r>
        <w:rPr>
          <w:sz w:val="20"/>
        </w:rPr>
        <w:t>1:20:08  aur tafreeh ke liye aur aaram ke liye.</w:t>
      </w:r>
      <w:r>
        <w:br/>
      </w:r>
      <w:r>
        <w:rPr>
          <w:sz w:val="20"/>
        </w:rPr>
        <w:t>1:20:14  jab aap jiyenge to woh phir comfort aayega, luxury aayegi aur baghz zaroorat.</w:t>
      </w:r>
      <w:r>
        <w:br/>
      </w:r>
      <w:r>
        <w:rPr>
          <w:sz w:val="20"/>
        </w:rPr>
        <w:t>1:20:20  aap jab farq izafa karenge to isi ko na need kaha jata hai.</w:t>
      </w:r>
      <w:r>
        <w:br/>
      </w:r>
      <w:r>
        <w:rPr>
          <w:sz w:val="20"/>
        </w:rPr>
        <w:t>1:20:26  lekin koi doosra aadmi aap ko face iski list nahi de sakta.</w:t>
      </w:r>
      <w:r>
        <w:br/>
      </w:r>
      <w:r>
        <w:rPr>
          <w:sz w:val="20"/>
        </w:rPr>
        <w:t>1:20:32  aap ko khud iski list banani padegi.</w:t>
      </w:r>
      <w:r>
        <w:br/>
      </w:r>
      <w:r>
        <w:rPr>
          <w:sz w:val="20"/>
        </w:rPr>
        <w:t>1:20:38  koi bhi list nahi de sakta.</w:t>
      </w:r>
      <w:r>
        <w:br/>
      </w:r>
      <w:r>
        <w:rPr>
          <w:sz w:val="20"/>
        </w:rPr>
        <w:t>1:20:44  aap aap ko khud yeh sochna hai ke woh kaun si meri, yani masroofiyatein hain jo kal kar</w:t>
      </w:r>
      <w:r>
        <w:br/>
      </w:r>
      <w:r>
        <w:rPr>
          <w:sz w:val="20"/>
        </w:rPr>
        <w:t>1:20:50  rahi hain mere time ko, jo jo mere energy ko salo kar rahi hain, jo mujhe distract kar rahi hain.</w:t>
      </w:r>
      <w:r>
        <w:br/>
      </w:r>
      <w:r>
        <w:rPr>
          <w:sz w:val="20"/>
        </w:rPr>
        <w:t>1:20:56  to har aadmi ko khud hi iska faisla lena hai.</w:t>
      </w:r>
      <w:r>
        <w:br/>
      </w:r>
      <w:r>
        <w:rPr>
          <w:sz w:val="20"/>
        </w:rPr>
        <w:t>1:21:02  koi doosra aadmi isko line nahi kheench sakta.</w:t>
      </w:r>
    </w:p>
    <w:p>
      <w:pPr>
        <w:pStyle w:val="Heading2"/>
      </w:pPr>
      <w:r>
        <w:t>Distinguishing evil from wrong choice</w:t>
      </w:r>
    </w:p>
    <w:p>
      <w:r>
        <w:rPr>
          <w:color w:val="666666"/>
          <w:sz w:val="18"/>
        </w:rPr>
        <w:t>Ethics &amp; Character · Pillars of Western Thought October 6, 2013 · 1m 21s · at 56:36 · https://youtu.be/o4WfPvju5_M?t=3396</w:t>
      </w:r>
    </w:p>
    <w:p>
      <w:r>
        <w:rPr>
          <w:i/>
        </w:rPr>
        <w:t>“How do you differentiate between evil and wrong choice?”</w:t>
      </w:r>
    </w:p>
    <w:p>
      <w:r>
        <w:rPr>
          <w:sz w:val="20"/>
        </w:rPr>
        <w:t>56:36  Maulana, agla sawal Delhi se hai. Samar Sherwani sahab ne</w:t>
      </w:r>
      <w:r>
        <w:br/>
      </w:r>
      <w:r>
        <w:rPr>
          <w:sz w:val="20"/>
        </w:rPr>
        <w:t>56:40  kya hai. unhon ne likha hai: "Maulana sahab, how would you differentiate between burai and wrong choice?" is ke bare mein bataein.</w:t>
      </w:r>
      <w:r>
        <w:br/>
      </w:r>
      <w:r>
        <w:rPr>
          <w:sz w:val="20"/>
        </w:rPr>
        <w:t>56:56  dekhiye, burai to ek sharai lafz hai. misalan, koi sharab piye to bura kaam kar raha hai, koi khazeer khaye to bura kaam kar raha hai, koi jhoot bole to bura kaam kar raha hai.</w:t>
      </w:r>
      <w:r>
        <w:br/>
      </w:r>
      <w:r>
        <w:rPr>
          <w:sz w:val="20"/>
        </w:rPr>
        <w:t>57:07  to burai ek sharai lafz hai.</w:t>
      </w:r>
      <w:r>
        <w:br/>
      </w:r>
      <w:r>
        <w:rPr>
          <w:sz w:val="20"/>
        </w:rPr>
        <w:t>57:10  wrong choice ek practical term hai, practical term hai. misalan, jahan aap ladne ke posh mein nahi hain, wahan ladai chhod dein.</w:t>
      </w:r>
      <w:r>
        <w:br/>
      </w:r>
      <w:r>
        <w:rPr>
          <w:sz w:val="20"/>
        </w:rPr>
        <w:t>57:20  aap wahan aap ko peaceful tareeqe se kaam karna chahiye. jahan aap ko dawat ke mawaqe hain, wahan aap jihad chhod dein.</w:t>
      </w:r>
      <w:r>
        <w:br/>
      </w:r>
      <w:r>
        <w:rPr>
          <w:sz w:val="20"/>
        </w:rPr>
        <w:t>57:30  yeh sab wrong choice hai. yani practical mamlaat mein dekhna padta hai ke what is achievable aur what is not achievable. yeh dekhna padta hai</w:t>
      </w:r>
      <w:r>
        <w:br/>
      </w:r>
      <w:r>
        <w:rPr>
          <w:sz w:val="20"/>
        </w:rPr>
        <w:t>57:39  jo achievable na ho halaat ke aitbar se, wo aap karne lage hain to that is wrong choice. to main dekh raha hoon ke wrong choice ka jo lafz hai, ek practical term hai aur burai ka lafz jo hai, ek sharai istilaha hai.</w:t>
      </w:r>
    </w:p>
    <w:p>
      <w:pPr>
        <w:pStyle w:val="Heading2"/>
      </w:pPr>
      <w:r>
        <w:t>Does maintaining family ties extend lifespan?</w:t>
      </w:r>
    </w:p>
    <w:p>
      <w:r>
        <w:rPr>
          <w:color w:val="666666"/>
          <w:sz w:val="18"/>
        </w:rPr>
        <w:t>Ethics &amp; Character · Understanding the Quran April 7, 2019 · 52s · at 40:07 · https://youtu.be/m_Om5MtQJz4?t=2407</w:t>
      </w:r>
    </w:p>
    <w:p>
      <w:r>
        <w:rPr>
          <w:i/>
        </w:rPr>
        <w:t>“Maulana Ashraf Ali Thanvi wrote that those who maintain family ties get blessing in their age. Is this true or not? Please clarify.”</w:t>
      </w:r>
    </w:p>
    <w:p>
      <w:r>
        <w:rPr>
          <w:sz w:val="20"/>
        </w:rPr>
        <w:t>40:07  maulana, agla sawal dilli se bheja hai ghayoor ul islam sahib ne. unhon ne likha hai: "maulana ashraf ali thanvi ne likha hai ke sila rehmi karne walon ki umar mein barkat ho jati hai.</w:t>
      </w:r>
      <w:r>
        <w:br/>
      </w:r>
      <w:r>
        <w:rPr>
          <w:sz w:val="20"/>
        </w:rPr>
        <w:t>40:19  kya yeh sach hai ya nahi? is ko wazeh karen." bhai, yeh baat maine parhi nahi Quran o Hadees mein. ho sakta hai ke ho, lekin main Quran o Hadees mein to kahin parha nahi.</w:t>
      </w:r>
      <w:r>
        <w:br/>
      </w:r>
      <w:r>
        <w:rPr>
          <w:sz w:val="20"/>
        </w:rPr>
        <w:t>40:34  umar to ab mere se samajh se aata hai ke muqarrar hai. jab Allah ne jo tay kar diya, us waqt aadmi jayega, us waqt khatam ho jayega.</w:t>
      </w:r>
      <w:r>
        <w:br/>
      </w:r>
      <w:r>
        <w:rPr>
          <w:sz w:val="20"/>
        </w:rPr>
        <w:t>40:49  baqi yeh jo nazariya hai, kahin agar hai to mere ilm mein nahi hai.</w:t>
      </w:r>
    </w:p>
    <w:p>
      <w:pPr>
        <w:pStyle w:val="Heading2"/>
      </w:pPr>
      <w:r>
        <w:t>Duties of a good listener</w:t>
      </w:r>
    </w:p>
    <w:p>
      <w:r>
        <w:rPr>
          <w:color w:val="666666"/>
          <w:sz w:val="18"/>
        </w:rPr>
        <w:t>Ethics &amp; Character · Concept of God December 7, 2014 · 1m 05s · at 54:59 · https://youtu.be/dCgL9lp8EAo?t=3299</w:t>
      </w:r>
    </w:p>
    <w:p>
      <w:r>
        <w:rPr>
          <w:i/>
        </w:rPr>
        <w:t>“What should be the duties of a good listener?”</w:t>
      </w:r>
    </w:p>
    <w:p>
      <w:r>
        <w:rPr>
          <w:sz w:val="20"/>
        </w:rPr>
        <w:t>54:59  Maulana, agla sawal Doctor Safeena Tabassum ne kiya hai Ajmer se, aur unhone poocha hai aap se ke "What should be the duties of a good listener?" is ke baray mein batayen.</w:t>
      </w:r>
      <w:r>
        <w:br/>
      </w:r>
      <w:r>
        <w:rPr>
          <w:sz w:val="20"/>
        </w:rPr>
        <w:t>55:20  bhai, main to samajhta hoon ke good listener woh hai jo kam se kam do bar sune. yani aik bar direct sune, us ke baad phir dobara us ka record sune.</w:t>
      </w:r>
      <w:r>
        <w:br/>
      </w:r>
      <w:r>
        <w:rPr>
          <w:sz w:val="20"/>
        </w:rPr>
        <w:t>55:32  kyunke is ke baghair woh aadmi samajh nahin sakta ke lecture mein kya kaha gaya tha.</w:t>
      </w:r>
      <w:r>
        <w:br/>
      </w:r>
      <w:r>
        <w:rPr>
          <w:sz w:val="20"/>
        </w:rPr>
        <w:t>55:40  nahin samajh sakta.</w:t>
      </w:r>
      <w:r>
        <w:br/>
      </w:r>
      <w:r>
        <w:rPr>
          <w:sz w:val="20"/>
        </w:rPr>
        <w:t>55:42  jo bare bare writer hain dunya mein, unhon ne apne jis ko aap samjha ke woh mayari samjha, mayari, us ke us ki writing ko bar bar parha unhon ne.</w:t>
      </w:r>
      <w:r>
        <w:br/>
      </w:r>
      <w:r>
        <w:rPr>
          <w:sz w:val="20"/>
        </w:rPr>
        <w:t>55:57  to agar aap kisi lecture ko samajhte hain ke is ke andar sachai batai gai hai, to kam se kam us ko do bar parhna hai.</w:t>
      </w:r>
    </w:p>
    <w:p>
      <w:pPr>
        <w:pStyle w:val="Heading2"/>
      </w:pPr>
      <w:r>
        <w:t>Effect of supersensitivity on character building</w:t>
      </w:r>
    </w:p>
    <w:p>
      <w:r>
        <w:rPr>
          <w:color w:val="666666"/>
          <w:sz w:val="18"/>
        </w:rPr>
        <w:t>Ethics &amp; Character · Dars-e-Quran, Chapter 2, Verse 25 | November 19, 2017 | Maulana Wahiduddin Khan · 53s · at 54:39 · https://youtu.be/ctvrG32NCgA?t=3279</w:t>
      </w:r>
    </w:p>
    <w:p>
      <w:r>
        <w:rPr>
          <w:i/>
        </w:rPr>
        <w:t>“Does our being supersensitive also increase our character building?”</w:t>
      </w:r>
    </w:p>
    <w:p>
      <w:r>
        <w:rPr>
          <w:sz w:val="20"/>
        </w:rPr>
        <w:t>54:39  yeh Maulana, agla sawal doctor Safeena Tabassum ne Saharanpur se bheja hai, unhon ne likha hai: "Maulana</w:t>
      </w:r>
      <w:r>
        <w:br/>
      </w:r>
      <w:r>
        <w:rPr>
          <w:sz w:val="20"/>
        </w:rPr>
        <w:t>54:47  sahib, kya hamara super sensitive hona,</w:t>
      </w:r>
      <w:r>
        <w:br/>
      </w:r>
      <w:r>
        <w:rPr>
          <w:sz w:val="20"/>
        </w:rPr>
        <w:t>54:55  kya hum Maulana, kya hamare super sensitive hone se bhi hamare character building mein izafa hota hai?" is</w:t>
      </w:r>
      <w:r>
        <w:br/>
      </w:r>
      <w:r>
        <w:rPr>
          <w:sz w:val="20"/>
        </w:rPr>
        <w:t>55:01  ke bare mein batayen.</w:t>
      </w:r>
      <w:r>
        <w:br/>
      </w:r>
      <w:r>
        <w:rPr>
          <w:sz w:val="20"/>
        </w:rPr>
        <w:t>55:07  zaroor hota hai, balkeh isi se hota hai.</w:t>
      </w:r>
      <w:r>
        <w:br/>
      </w:r>
      <w:r>
        <w:rPr>
          <w:sz w:val="20"/>
        </w:rPr>
        <w:t>55:13  sensitivity to bohat bari nemat hai jo insan ko mil jati hai.</w:t>
      </w:r>
      <w:r>
        <w:br/>
      </w:r>
      <w:r>
        <w:rPr>
          <w:sz w:val="20"/>
        </w:rPr>
        <w:t>55:19  jitna zyada aadmi hassas hoga, zyada woh sensitivity</w:t>
      </w:r>
      <w:r>
        <w:br/>
      </w:r>
      <w:r>
        <w:rPr>
          <w:sz w:val="20"/>
        </w:rPr>
        <w:t>55:25  us ke andar hogi, utne zyada woh us ke andar incentive hoga, zyada se zyada amal karne ke liye.</w:t>
      </w:r>
    </w:p>
    <w:p>
      <w:pPr>
        <w:pStyle w:val="Heading2"/>
      </w:pPr>
      <w:r>
        <w:t>Evils result from our own actions</w:t>
      </w:r>
    </w:p>
    <w:p>
      <w:r>
        <w:rPr>
          <w:color w:val="666666"/>
          <w:sz w:val="18"/>
        </w:rPr>
        <w:t>Ethics &amp; Character · Peace of Mind April 19, 2015 Maulana Wahiduddin Khan · 55s · at 1:01:26 · https://youtu.be/bGLY0ALNtjw?t=3686</w:t>
      </w:r>
    </w:p>
    <w:p>
      <w:r>
        <w:rPr>
          <w:i/>
        </w:rPr>
        <w:t>“The world's evils, bad things or negativities are the result of our own actions or thinking.”</w:t>
      </w:r>
    </w:p>
    <w:p>
      <w:r>
        <w:rPr>
          <w:sz w:val="20"/>
        </w:rPr>
        <w:t>1:01:26  ji. Maulana agla sawal Shahnawaz Zafar sahib ne kiya hai Delhi se.</w:t>
      </w:r>
      <w:r>
        <w:br/>
      </w:r>
      <w:r>
        <w:rPr>
          <w:sz w:val="20"/>
        </w:rPr>
        <w:t>1:01:33  aur unhon ne likha hai: dunya ke shar, buraiyan ya negativities hamare apne aamal ya soch, soch ka</w:t>
      </w:r>
      <w:r>
        <w:br/>
      </w:r>
      <w:r>
        <w:rPr>
          <w:sz w:val="20"/>
        </w:rPr>
        <w:t>1:01:42  natija hoti hain.</w:t>
      </w:r>
      <w:r>
        <w:br/>
      </w:r>
      <w:r>
        <w:rPr>
          <w:sz w:val="20"/>
        </w:rPr>
        <w:t>1:01:44  lekin Surah Naas ya Surah Falaq ke zariye jab hum Allah ki panah mangte hain un buraiyon se</w:t>
      </w:r>
      <w:r>
        <w:br/>
      </w:r>
      <w:r>
        <w:rPr>
          <w:sz w:val="20"/>
        </w:rPr>
        <w:t>1:01:50  jo us ne paida ki, to yahan woh kon se shar ya buraiyan hain jo Khuda ne paida</w:t>
      </w:r>
      <w:r>
        <w:br/>
      </w:r>
      <w:r>
        <w:rPr>
          <w:sz w:val="20"/>
        </w:rPr>
        <w:t>1:01:56  karein? kya kuch buraiyan aisi bhi hain jo Khuda ne hamare imtehan ki maslehat se paida ki hain?</w:t>
      </w:r>
      <w:r>
        <w:br/>
      </w:r>
      <w:r>
        <w:rPr>
          <w:sz w:val="20"/>
        </w:rPr>
        <w:t>1:02:03  is ko wazeh karein.</w:t>
      </w:r>
      <w:r>
        <w:br/>
      </w:r>
      <w:r>
        <w:rPr>
          <w:sz w:val="20"/>
        </w:rPr>
        <w:t>1:02:05  wazeh karne ki zaroorat nahi, is ko aap tafseer mein parhiye.</w:t>
      </w:r>
      <w:r>
        <w:br/>
      </w:r>
      <w:r>
        <w:rPr>
          <w:sz w:val="20"/>
        </w:rPr>
        <w:t>1:02:07  tafseer mein is ka jawab maujood hai.</w:t>
      </w:r>
      <w:r>
        <w:br/>
      </w:r>
      <w:r>
        <w:rPr>
          <w:sz w:val="20"/>
        </w:rPr>
        <w:t>1:02:09  yeh technical, technical sawal hai yeh.</w:t>
      </w:r>
      <w:r>
        <w:br/>
      </w:r>
      <w:r>
        <w:rPr>
          <w:sz w:val="20"/>
        </w:rPr>
        <w:t>1:02:12  hum da'wati sawalat lete hain yahan par.</w:t>
      </w:r>
      <w:r>
        <w:br/>
      </w:r>
      <w:r>
        <w:rPr>
          <w:sz w:val="20"/>
        </w:rPr>
        <w:t>1:02:18  aap tafseer mein parhiye.</w:t>
      </w:r>
    </w:p>
    <w:p>
      <w:pPr>
        <w:pStyle w:val="Heading2"/>
      </w:pPr>
      <w:r>
        <w:t>Example of tolerance and patience bringing positive results</w:t>
      </w:r>
    </w:p>
    <w:p>
      <w:r>
        <w:rPr>
          <w:color w:val="666666"/>
          <w:sz w:val="18"/>
        </w:rPr>
        <w:t>Ethics &amp; Character · Pillars of Western Thought October 6, 2013 · 1m 39s · at 1:01:34 · https://youtu.be/o4WfPvju5_M?t=3694</w:t>
      </w:r>
    </w:p>
    <w:p>
      <w:r>
        <w:rPr>
          <w:i/>
        </w:rPr>
        <w:t>“Tolerance and patience are words which are always found in your writings and speeches. I think that these are theoretical formulas and not practical at all. Please give one example as to how tolerance and patience have brought positive result.”</w:t>
      </w:r>
    </w:p>
    <w:p>
      <w:r>
        <w:rPr>
          <w:sz w:val="20"/>
        </w:rPr>
        <w:t>1:01:34  maulana, agla sawal lete hain. agla sawal aaya hai mumbai se tabrez sahab ka. unhon ne likha hai: "maulana sahab, tolerance and patience are words which are always found in your writings and speeches.</w:t>
      </w:r>
      <w:r>
        <w:br/>
      </w:r>
      <w:r>
        <w:rPr>
          <w:sz w:val="20"/>
        </w:rPr>
        <w:t>1:01:49  i think that these are theoretical formulas and not practical at all. please give one example as to how tolerance and patience have brought positive results." rasool allah hudaybiyah kya tha?</w:t>
      </w:r>
      <w:r>
        <w:br/>
      </w:r>
      <w:r>
        <w:rPr>
          <w:sz w:val="20"/>
        </w:rPr>
        <w:t>1:02:03  woh tolerance thi tha aur kya tha? ladai ladai ko aap ne, woh log ladai pe tade hue the. aap ne un se muahida kar ke aap madina wapas aa gaye.</w:t>
      </w:r>
      <w:r>
        <w:br/>
      </w:r>
      <w:r>
        <w:rPr>
          <w:sz w:val="20"/>
        </w:rPr>
        <w:t>1:02:14  sir rasool allah ki poori zindagi toleration par mabni hai, patience par mabni hai.</w:t>
      </w:r>
      <w:r>
        <w:br/>
      </w:r>
      <w:r>
        <w:rPr>
          <w:sz w:val="20"/>
        </w:rPr>
        <w:t>1:02:19  quran sabr se bhara hua hai. yeh is mein misaal hai. janna hai aap ko to sehat ki kitabein padhiye. rasool allah ki poori zindagi mabni par sabr, mabni par tolerance, mabni par patience hai.</w:t>
      </w:r>
      <w:r>
        <w:br/>
      </w:r>
      <w:r>
        <w:rPr>
          <w:sz w:val="20"/>
        </w:rPr>
        <w:t>1:02:32  poori zindagi</w:t>
      </w:r>
      <w:r>
        <w:br/>
      </w:r>
      <w:r>
        <w:rPr>
          <w:sz w:val="20"/>
        </w:rPr>
        <w:t>1:02:36  umri kitabein, chaar kitabein meri seerat par hain, is ko padh li</w:t>
      </w:r>
      <w:r>
        <w:br/>
      </w:r>
      <w:r>
        <w:rPr>
          <w:sz w:val="20"/>
        </w:rPr>
        <w:t>1:02:39  jiye aap: "ghabr-e-islam" aur "mutala-e-seerat" aur "seerat-e-rasool".</w:t>
      </w:r>
      <w:r>
        <w:br/>
      </w:r>
      <w:r>
        <w:rPr>
          <w:sz w:val="20"/>
        </w:rPr>
        <w:t>1:02:50  "ghabr-e-islam" ji, is ko padhiye aap. mujhe nahin maloom ke aap kaun si kitab padh rakhi hain aap ne. aur angrezi mein padhna chahein aap to hamari kitab hai "Prophet of Peace".</w:t>
      </w:r>
      <w:r>
        <w:br/>
      </w:r>
      <w:r>
        <w:rPr>
          <w:sz w:val="20"/>
        </w:rPr>
        <w:t>1:03:02  rasool allah ki poori zindagi peace hai.</w:t>
      </w:r>
      <w:r>
        <w:br/>
      </w:r>
      <w:r>
        <w:rPr>
          <w:sz w:val="20"/>
        </w:rPr>
        <w:t>1:03:06  aap is ko parhiye. parhne ke baad agar aap ko sawal ho to agle sunday ko kijiye aap.</w:t>
      </w:r>
    </w:p>
    <w:p>
      <w:pPr>
        <w:pStyle w:val="Heading2"/>
      </w:pPr>
      <w:r>
        <w:t>Explain Huquq Allah and Huquq al-Ibad</w:t>
      </w:r>
    </w:p>
    <w:p>
      <w:r>
        <w:rPr>
          <w:color w:val="666666"/>
          <w:sz w:val="18"/>
        </w:rPr>
        <w:t>Ethics &amp; Character · God Oriented Life (In Conversation with Maulana) 23 10 11 · 1m 41s · at 32:21 · https://youtu.be/E_LWwsWww2U?t=1941</w:t>
      </w:r>
    </w:p>
    <w:p>
      <w:r>
        <w:rPr>
          <w:i/>
        </w:rPr>
        <w:t>“Kindly explain what is Huquq Allah (rights of God) and what is Huquq al-Ibad (rights of people). There is a hadith: 'Fear God and treat people with good character.' Please explain.”</w:t>
      </w:r>
    </w:p>
    <w:p>
      <w:r>
        <w:rPr>
          <w:sz w:val="20"/>
        </w:rPr>
        <w:t>32:21  maulana agla sawal kya hai mister aamir bin yusuf ne karachi pakistan se unhone likha hai kindly explain what is huqooqullah and what is huqooqul ibad</w:t>
      </w:r>
      <w:r>
        <w:br/>
      </w:r>
      <w:r>
        <w:rPr>
          <w:sz w:val="20"/>
        </w:rPr>
        <w:t>32:34  ek hadith hai</w:t>
      </w:r>
      <w:r>
        <w:br/>
      </w:r>
      <w:r>
        <w:rPr>
          <w:sz w:val="20"/>
        </w:rPr>
        <w:t>32:36  ke ittaqillaha wa khalqannasa khalq hasanain</w:t>
      </w:r>
      <w:r>
        <w:br/>
      </w:r>
      <w:r>
        <w:rPr>
          <w:sz w:val="20"/>
        </w:rPr>
        <w:t>32:42  yaani Allah se jo Allah ka jo haq hai woh yeh hai ke hum Allah se darein</w:t>
      </w:r>
      <w:r>
        <w:br/>
      </w:r>
      <w:r>
        <w:rPr>
          <w:sz w:val="20"/>
        </w:rPr>
        <w:t>32:49  walam yakhsha illallaha</w:t>
      </w:r>
      <w:r>
        <w:br/>
      </w:r>
      <w:r>
        <w:rPr>
          <w:sz w:val="20"/>
        </w:rPr>
        <w:t>32:52  yeh Allah ka haq hai ke Allah se darein yaani</w:t>
      </w:r>
      <w:r>
        <w:br/>
      </w:r>
      <w:r>
        <w:rPr>
          <w:sz w:val="20"/>
        </w:rPr>
        <w:t>32:57  apne tamam qaul mein fe'l mein har cheez mein</w:t>
      </w:r>
      <w:r>
        <w:br/>
      </w:r>
      <w:r>
        <w:rPr>
          <w:sz w:val="20"/>
        </w:rPr>
        <w:t>33:02  yeh dhyan rakhein ke kya cheez Allah ko pasand hai kya cheez Allah ko pasand nahi hai mislan</w:t>
      </w:r>
      <w:r>
        <w:br/>
      </w:r>
      <w:r>
        <w:rPr>
          <w:sz w:val="20"/>
        </w:rPr>
        <w:t>33:07  jhoot pasand nahi hai to jhoot chhod dein sach pasand hai to sach ikhtiyar karein</w:t>
      </w:r>
      <w:r>
        <w:br/>
      </w:r>
      <w:r>
        <w:rPr>
          <w:sz w:val="20"/>
        </w:rPr>
        <w:t>33:12  dishonesty pasand nahi hai to dishonesty chhod dein honesty pasand hai to honesty ikhtiyar karein warna</w:t>
      </w:r>
      <w:r>
        <w:br/>
      </w:r>
      <w:r>
        <w:rPr>
          <w:sz w:val="20"/>
        </w:rPr>
        <w:t>33:17  pakad Allah taala ka pakad</w:t>
      </w:r>
      <w:r>
        <w:br/>
      </w:r>
      <w:r>
        <w:rPr>
          <w:sz w:val="20"/>
        </w:rPr>
        <w:t>33:19  ho jayegi</w:t>
      </w:r>
      <w:r>
        <w:br/>
      </w:r>
      <w:r>
        <w:rPr>
          <w:sz w:val="20"/>
        </w:rPr>
        <w:t>33:21  aur jahan tak insaan ka mamla hai to</w:t>
      </w:r>
      <w:r>
        <w:br/>
      </w:r>
      <w:r>
        <w:rPr>
          <w:sz w:val="20"/>
        </w:rPr>
        <w:t>33:24  insaan ka mamla yeh hai ke aap</w:t>
      </w:r>
      <w:r>
        <w:br/>
      </w:r>
      <w:r>
        <w:rPr>
          <w:sz w:val="20"/>
        </w:rPr>
        <w:t>33:28  ek hadith hai ke</w:t>
      </w:r>
      <w:r>
        <w:br/>
      </w:r>
      <w:r>
        <w:rPr>
          <w:sz w:val="20"/>
        </w:rPr>
        <w:t>33:30  ke teen cheezein hain ek insaan ki doosri insaan par haram hain</w:t>
      </w:r>
      <w:r>
        <w:br/>
      </w:r>
      <w:r>
        <w:rPr>
          <w:sz w:val="20"/>
        </w:rPr>
        <w:t>33:35  damahu wa malahu wa'irduhu iska khoon iska maal iski aabroo to insaan ke bare</w:t>
      </w:r>
      <w:r>
        <w:br/>
      </w:r>
      <w:r>
        <w:rPr>
          <w:sz w:val="20"/>
        </w:rPr>
        <w:t>33:42  mein teen basic cheezein hain ke doosre insaan ki aap jaan nahi le sakte doosre insaan ko aap</w:t>
      </w:r>
      <w:r>
        <w:br/>
      </w:r>
      <w:r>
        <w:rPr>
          <w:sz w:val="20"/>
        </w:rPr>
        <w:t>33:48  be aabroo nahi kar sakte doosre insaan ka maal nahi chheen sakte aap</w:t>
      </w:r>
      <w:r>
        <w:br/>
      </w:r>
      <w:r>
        <w:rPr>
          <w:sz w:val="20"/>
        </w:rPr>
        <w:t>33:54  to yeh hai farq insaan ke mamle mein aur Khuda ke mamle mein</w:t>
      </w:r>
    </w:p>
    <w:p>
      <w:pPr>
        <w:pStyle w:val="Heading2"/>
      </w:pPr>
      <w:r>
        <w:t>Explain quote on respect and hypocrisy</w:t>
      </w:r>
    </w:p>
    <w:p>
      <w:r>
        <w:rPr>
          <w:color w:val="666666"/>
          <w:sz w:val="18"/>
        </w:rPr>
        <w:t>Ethics &amp; Character · Divine Management in History April 7, 2013 · 1m 31s · at 1:05:24 · https://youtu.be/wcBzG56LuPY?t=3924</w:t>
      </w:r>
    </w:p>
    <w:p>
      <w:r>
        <w:rPr>
          <w:i/>
        </w:rPr>
        <w:t>“Maulana, on the title page of Al-Risala March 2013, there is a quote: 'Giving respect to the younger ones is a sign of sincerity, and giving respect to the elders is a sign of hypocrisy.' Please explain this.”</w:t>
      </w:r>
    </w:p>
    <w:p>
      <w:r>
        <w:rPr>
          <w:sz w:val="20"/>
        </w:rPr>
        <w:t>1:05:24  maulana, agla sawal bidar karnataka se hai, yunusuddin sahib ka. unhon ne likha hai: "maulana, al-risala march 2013 ke title page par quote is tarah hai:</w:t>
      </w:r>
      <w:r>
        <w:br/>
      </w:r>
      <w:r>
        <w:rPr>
          <w:sz w:val="20"/>
        </w:rPr>
        <w:t>1:05:39  choton ko izzat dena ikhlas ki pehchan hai aur barhon ko izzat dena munafiqat ki pehchan hai. baraye karam is ki wazahat farmayen." dekhen, har statement limited sense mein hota hai.</w:t>
      </w:r>
      <w:r>
        <w:br/>
      </w:r>
      <w:r>
        <w:rPr>
          <w:sz w:val="20"/>
        </w:rPr>
        <w:t>1:05:56  har statement jo hai, limited sense mein hota hai.</w:t>
      </w:r>
      <w:r>
        <w:br/>
      </w:r>
      <w:r>
        <w:rPr>
          <w:sz w:val="20"/>
        </w:rPr>
        <w:t>1:06:02  to yeh jo hai, aaj kal ke jo halaat hain, is ke lihaaz se yeh yaani aaj kal</w:t>
      </w:r>
      <w:r>
        <w:br/>
      </w:r>
      <w:r>
        <w:rPr>
          <w:sz w:val="20"/>
        </w:rPr>
        <w:t>1:06:07  ka jo ho raha hai duniya mein, aaj kal ke zamanay mein jo ho raha hai duniya mein</w:t>
      </w:r>
      <w:r>
        <w:br/>
      </w:r>
      <w:r>
        <w:rPr>
          <w:sz w:val="20"/>
        </w:rPr>
        <w:t>1:06:13  ke log jo hain</w:t>
      </w:r>
      <w:r>
        <w:br/>
      </w:r>
      <w:r>
        <w:rPr>
          <w:sz w:val="20"/>
        </w:rPr>
        <w:t>1:06:17  itna materialistic ho gaye hain, itna</w:t>
      </w:r>
      <w:r>
        <w:br/>
      </w:r>
      <w:r>
        <w:rPr>
          <w:sz w:val="20"/>
        </w:rPr>
        <w:t>1:06:20  yaani self interest logon par chhaya hua hai jis se umeed, umeed ho rahi hai ke ise kuch</w:t>
      </w:r>
      <w:r>
        <w:br/>
      </w:r>
      <w:r>
        <w:rPr>
          <w:sz w:val="20"/>
        </w:rPr>
        <w:t>1:06:25  milega, ise khoob respect denge</w:t>
      </w:r>
      <w:r>
        <w:br/>
      </w:r>
      <w:r>
        <w:rPr>
          <w:sz w:val="20"/>
        </w:rPr>
        <w:t>1:06:28  aur jise umeed na ho, kuch milne wala nahi hai, is ko nazar andaaz karenge.</w:t>
      </w:r>
      <w:r>
        <w:br/>
      </w:r>
      <w:r>
        <w:rPr>
          <w:sz w:val="20"/>
        </w:rPr>
        <w:t>1:06:32  is pas manzar mein woh qaul hai, us ko aap absolute sense mein na lijiye. kisi bhi baat ko agar absolute sense mein lenge aap to baat wazeh nahi hogi.</w:t>
      </w:r>
      <w:r>
        <w:br/>
      </w:r>
      <w:r>
        <w:rPr>
          <w:sz w:val="20"/>
        </w:rPr>
        <w:t>1:06:43  yaad rakhiye, ek usool ke koi bhi statement absolute sense mein nahi hota hai, kisi مخصوص background ke pas manzar mein hota hai.</w:t>
      </w:r>
    </w:p>
    <w:p>
      <w:pPr>
        <w:pStyle w:val="Heading2"/>
      </w:pPr>
      <w:r>
        <w:t>Finding one's negative points</w:t>
      </w:r>
    </w:p>
    <w:p>
      <w:r>
        <w:rPr>
          <w:color w:val="666666"/>
          <w:sz w:val="18"/>
        </w:rPr>
        <w:t>Ethics &amp; Character · 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Formula for living in modesty</w:t>
      </w:r>
    </w:p>
    <w:p>
      <w:r>
        <w:rPr>
          <w:color w:val="666666"/>
          <w:sz w:val="18"/>
        </w:rPr>
        <w:t>Ethics &amp; Character · The Character of a Dayee 4 March 2012 - Maulana Wahiduddin Khan · 1m 23s · at 1:11:47 · https://youtu.be/YtavJpVNbEM?t=4307</w:t>
      </w:r>
    </w:p>
    <w:p>
      <w:r>
        <w:rPr>
          <w:i/>
        </w:rPr>
        <w:t>“What is the formula to live in modesty?”</w:t>
      </w:r>
    </w:p>
    <w:p>
      <w:r>
        <w:rPr>
          <w:sz w:val="20"/>
        </w:rPr>
        <w:t>1:11:47  result oriented counseling ki baat kahi gayi hai, na ke protest ki. protest bilkul haram hai islam mein. Maulana, agla sawal Miss Naghma Siddiqui ka hai Delhi se.</w:t>
      </w:r>
      <w:r>
        <w:br/>
      </w:r>
      <w:r>
        <w:rPr>
          <w:sz w:val="20"/>
        </w:rPr>
        <w:t>1:12:00  unhon ne aap se poocha hai: "what is the formula to live in modesty?"</w:t>
      </w:r>
      <w:r>
        <w:br/>
      </w:r>
      <w:r>
        <w:rPr>
          <w:sz w:val="20"/>
        </w:rPr>
        <w:t>1:12:18  formula to mein ne arz kar diya ke ek hai shaitan ka rasta, ek hai farishton ka rasta. aap dekhiye is is waqe mein ke farishte jo the, wo modesty par qaim rahe ikhtilaf ke bawajood,</w:t>
      </w:r>
      <w:r>
        <w:br/>
      </w:r>
      <w:r>
        <w:rPr>
          <w:sz w:val="20"/>
        </w:rPr>
        <w:t>1:12:35  aur shaitan ne ikhtilaf ko le kar ke organ ban gaya. is ko sochiye ke agar mein modesty ka tareeqa chhodunga to mein shaitan ka khoon bhai ban jaunga, shaitan ka bhai.</w:t>
      </w:r>
      <w:r>
        <w:br/>
      </w:r>
      <w:r>
        <w:rPr>
          <w:sz w:val="20"/>
        </w:rPr>
        <w:t>1:12:51  halanke mujhe farishton ki majlis mein baithna hai.</w:t>
      </w:r>
      <w:r>
        <w:br/>
      </w:r>
      <w:r>
        <w:rPr>
          <w:sz w:val="20"/>
        </w:rPr>
        <w:t>1:12:55  to jitna zyada aadmi sochega us ko ke is ka result jo hai, kya niklega, is result ko le kar jitna sochega, utne zyada is ke andar modesty paida hogi.</w:t>
      </w:r>
    </w:p>
    <w:p>
      <w:pPr>
        <w:pStyle w:val="Heading2"/>
      </w:pPr>
      <w:r>
        <w:t>Formula for living in modesty</w:t>
      </w:r>
    </w:p>
    <w:p>
      <w:r>
        <w:rPr>
          <w:color w:val="666666"/>
          <w:sz w:val="18"/>
        </w:rPr>
        <w:t>Ethics &amp; Character · Q&amp;A 04 Mar 2012 Maulana Wahiduddin Khan · 59s · at 9:19 · https://youtu.be/txRmutuvWQI?t=559</w:t>
      </w:r>
    </w:p>
    <w:p>
      <w:r>
        <w:rPr>
          <w:i/>
        </w:rPr>
        <w:t>“What is the formula to live in modesty?”</w:t>
      </w:r>
    </w:p>
    <w:p>
      <w:r>
        <w:rPr>
          <w:sz w:val="20"/>
        </w:rPr>
        <w:t>9:19  Maulana, agla sawal Miss Naghma Siddiqui ka hai Delhi se. unhone aap se poocha hai: "What is the formula to live in modesty?"</w:t>
      </w:r>
      <w:r>
        <w:br/>
      </w:r>
      <w:r>
        <w:rPr>
          <w:sz w:val="20"/>
        </w:rPr>
        <w:t>9:28  formula to mein ne arz kar diya ke ek hai shaitan ka rasta, ek hai farishton ka rasta. aap dekhiye is is waqe mein ke farishte jo the woh modesty par qaim rahe ikhtilaf ke bawajood,</w:t>
      </w:r>
      <w:r>
        <w:br/>
      </w:r>
      <w:r>
        <w:rPr>
          <w:sz w:val="20"/>
        </w:rPr>
        <w:t>9:45  aur shaitan ne ikhtilaf ko le kar ke aggar gathh ban gaya. is ko sochiye ke agar main modesty ka tareeqa chhodunga to main shaitan ka aik khoon bhai ban jaunga, shaitan ka bhai.</w:t>
      </w:r>
      <w:r>
        <w:br/>
      </w:r>
      <w:r>
        <w:rPr>
          <w:sz w:val="20"/>
        </w:rPr>
        <w:t>10:00  halankeh mujhe farishton ki majlis mein baithna hai. to jitna zyada aadmi sochega is ko ke uska result jo hai kya niklega, is result ko le kar jitna zyada sochega, utni zyada us ke andar modesty paida hogi.</w:t>
      </w:r>
    </w:p>
    <w:p>
      <w:pPr>
        <w:pStyle w:val="Heading2"/>
      </w:pPr>
      <w:r>
        <w:t>Guidance for Communication to Avoid Negativity</w:t>
      </w:r>
    </w:p>
    <w:p>
      <w:r>
        <w:rPr>
          <w:color w:val="666666"/>
          <w:sz w:val="18"/>
        </w:rPr>
        <w:t>Ethics &amp; Character · Revival of Muslim Ummah, February 4, 2013 · 1m 12s · at 1:00:42 · https://youtu.be/xB3MfWhLHoM?t=3642</w:t>
      </w:r>
    </w:p>
    <w:p>
      <w:r>
        <w:rPr>
          <w:i/>
        </w:rPr>
        <w:t>“Many times during discussion, we say something to somebody out of pure well wishing, still the negative sentiment is aroused in the other person. Is there any guidance for communication, so that when we say what is right to anyone, the other person doesn't fall into negativity?”</w:t>
      </w:r>
    </w:p>
    <w:p>
      <w:r>
        <w:rPr>
          <w:sz w:val="20"/>
        </w:rPr>
        <w:t>1:00:42  sawal hai. unhon ne likha hai: "Many a times during discussion, we say something to somebody out of pure well wishing, still the negative sentiment is aroused in the other person." Maulana sahib, mera question hai: "Is there any guidance for communication, so that when we say what is right to anyone, the other person doesn't fall into negativity?" Dekhein, yeh bhi hota hai wahi conditioning ki wajah se</w:t>
      </w:r>
      <w:r>
        <w:br/>
      </w:r>
      <w:r>
        <w:rPr>
          <w:sz w:val="20"/>
        </w:rPr>
        <w:t>1:01:11  . aap dua kijiye aur apni koshish ko jari rakhiye aur yeh koshish hai ke aap ka mind address ho.</w:t>
      </w:r>
      <w:r>
        <w:br/>
      </w:r>
      <w:r>
        <w:rPr>
          <w:sz w:val="20"/>
        </w:rPr>
        <w:t>1:01:20  dua work bohat hi intricate work hai, bohat hi complex work hai, kyunke insan ke mind ko badalna, insan ko ek think pattern se doosri think pattern pe lana,</w:t>
      </w:r>
      <w:r>
        <w:br/>
      </w:r>
      <w:r>
        <w:rPr>
          <w:sz w:val="20"/>
        </w:rPr>
        <w:t>1:01:35  yeh most difficult task hai.</w:t>
      </w:r>
      <w:r>
        <w:br/>
      </w:r>
      <w:r>
        <w:rPr>
          <w:sz w:val="20"/>
        </w:rPr>
        <w:t>1:01:38  to isi liye is ka sawab bhi zyada hai. to bas aap kaam karte rahiye, kaam karte rahiye aur dua khoob kijiye logon ke liye.</w:t>
      </w:r>
      <w:r>
        <w:br/>
      </w:r>
      <w:r>
        <w:rPr>
          <w:sz w:val="20"/>
        </w:rPr>
        <w:t>1:01:49  inshallah kaam abhi hoga.</w:t>
      </w:r>
    </w:p>
    <w:p>
      <w:pPr>
        <w:pStyle w:val="Heading2"/>
      </w:pPr>
      <w:r>
        <w:t>Handling hurt sentiments and reactions</w:t>
      </w:r>
    </w:p>
    <w:p>
      <w:r>
        <w:rPr>
          <w:color w:val="666666"/>
          <w:sz w:val="18"/>
        </w:rPr>
        <w:t>Ethics &amp; Character · The Secular Contribution of Islam | April 16, 2017 · 1m 13s · at 49:59 · https://youtu.be/QV_HIq7KeaY?t=2999</w:t>
      </w:r>
    </w:p>
    <w:p>
      <w:r>
        <w:rPr>
          <w:i/>
        </w:rPr>
        <w:t>“Molana sahib, people have an element of sentiment. Once that sentiment gets hurt, we tend to react.”</w:t>
      </w:r>
    </w:p>
    <w:p>
      <w:r>
        <w:rPr>
          <w:sz w:val="20"/>
        </w:rPr>
        <w:t>49:59  ji maulana, agla sawal Srinagar se aamir mori sahab ne bheja hai, unhon ne aap se poocha</w:t>
      </w:r>
      <w:r>
        <w:br/>
      </w:r>
      <w:r>
        <w:rPr>
          <w:sz w:val="20"/>
        </w:rPr>
        <w:t>50:06  hai: maulana sahab, people have an element of sentiment.</w:t>
      </w:r>
      <w:r>
        <w:br/>
      </w:r>
      <w:r>
        <w:rPr>
          <w:sz w:val="20"/>
        </w:rPr>
        <w:t>50:12  Once that sentiment gets hurt, we tend to react.</w:t>
      </w:r>
      <w:r>
        <w:br/>
      </w:r>
      <w:r>
        <w:rPr>
          <w:sz w:val="20"/>
        </w:rPr>
        <w:t>50:18  How can we manage these sentiments? Please give us your guidance.</w:t>
      </w:r>
      <w:r>
        <w:br/>
      </w:r>
      <w:r>
        <w:rPr>
          <w:sz w:val="20"/>
        </w:rPr>
        <w:t>50:24  dekhiye, sentiment kya cheez hai? Sentiment naam hai shaitan ke</w:t>
      </w:r>
      <w:r>
        <w:br/>
      </w:r>
      <w:r>
        <w:rPr>
          <w:sz w:val="20"/>
        </w:rPr>
        <w:t>50:30  activation ka.</w:t>
      </w:r>
      <w:r>
        <w:br/>
      </w:r>
      <w:r>
        <w:rPr>
          <w:sz w:val="20"/>
        </w:rPr>
        <w:t>50:36  insaan ke andar ek cheez hai, us ko shaitan activate karta hai, to woh emotion ban jata hai.</w:t>
      </w:r>
      <w:r>
        <w:br/>
      </w:r>
      <w:r>
        <w:rPr>
          <w:sz w:val="20"/>
        </w:rPr>
        <w:t>50:42  woh is waqt insaan shaitan ke, yaani shaitan ke asar mein aa jata hai.</w:t>
      </w:r>
      <w:r>
        <w:br/>
      </w:r>
      <w:r>
        <w:rPr>
          <w:sz w:val="20"/>
        </w:rPr>
        <w:t>50:49  to emotion ko le kar ke aadmi soche aur iqdam kare, to woh to us se shaitan ko follow kiya.</w:t>
      </w:r>
      <w:r>
        <w:br/>
      </w:r>
      <w:r>
        <w:rPr>
          <w:sz w:val="20"/>
        </w:rPr>
        <w:t>50:55  us ne use toba karna chahiye,</w:t>
      </w:r>
      <w:r>
        <w:br/>
      </w:r>
      <w:r>
        <w:rPr>
          <w:sz w:val="20"/>
        </w:rPr>
        <w:t>51:01  use toba karna chahiye.</w:t>
      </w:r>
      <w:r>
        <w:br/>
      </w:r>
      <w:r>
        <w:rPr>
          <w:sz w:val="20"/>
        </w:rPr>
        <w:t>51:07  yeh mein keh sakta hoon.</w:t>
      </w:r>
    </w:p>
    <w:p>
      <w:pPr>
        <w:pStyle w:val="Heading2"/>
      </w:pPr>
      <w:r>
        <w:t>Harm and cure of excessive talking</w:t>
      </w:r>
    </w:p>
    <w:p>
      <w:r>
        <w:rPr>
          <w:color w:val="666666"/>
          <w:sz w:val="18"/>
        </w:rPr>
        <w:t>Ethics &amp; Character · An Intellectual Journey May 1, 2011 · 1m 41s · at 1:29:45 · https://youtu.be/AqjjyimoIqw?t=5385</w:t>
      </w:r>
    </w:p>
    <w:p>
      <w:r>
        <w:rPr>
          <w:i/>
        </w:rPr>
        <w:t>“Some people have the habit of talking too much; they make big claims but do nothing. For instance, someone said he would do only one work—spreading Al-Risala—but experience showed it was only talk, not action. What is the harm of excessive speaking and its cure?”</w:t>
      </w:r>
    </w:p>
    <w:p>
      <w:r>
        <w:rPr>
          <w:sz w:val="20"/>
        </w:rPr>
        <w:t>1:29:45  maulana amanullah mathiyani ne delhi se sawal likha hai, unhone likha hai ke kuch logon ke andar ziyada bolne ki aadat hoti hai, woh badi badi baatein karte hain magar woh koi kaam nahin karte.</w:t>
      </w:r>
      <w:r>
        <w:br/>
      </w:r>
      <w:r>
        <w:rPr>
          <w:sz w:val="20"/>
        </w:rPr>
        <w:t>1:30:00  misalan aik sahib mile, unhon ne kaha ke ab mein aik hi kaam karunga, aur woh hai al-risala ko phailana, magar tajrube se maloom hua ke yeh sirf kehne ki baat thi na ke karne ki.</w:t>
      </w:r>
      <w:r>
        <w:br/>
      </w:r>
      <w:r>
        <w:rPr>
          <w:sz w:val="20"/>
        </w:rPr>
        <w:t>1:30:15  maulana, ziyada bolne ka nuqsan aur is ka ilaaj kya hai? bhai, dunya ke aap darogha hi ban sakte hain.</w:t>
      </w:r>
      <w:r>
        <w:br/>
      </w:r>
      <w:r>
        <w:rPr>
          <w:sz w:val="20"/>
        </w:rPr>
        <w:t>1:30:25  inma anta muzakkir lasta alaihim bimustair.</w:t>
      </w:r>
      <w:r>
        <w:br/>
      </w:r>
      <w:r>
        <w:rPr>
          <w:sz w:val="20"/>
        </w:rPr>
        <w:t>1:30:29  yeh mumkin nahi ke dunya ko aap aik hi partner par dhal dein, aisa mumkin nahi hai.</w:t>
      </w:r>
      <w:r>
        <w:br/>
      </w:r>
      <w:r>
        <w:rPr>
          <w:sz w:val="20"/>
        </w:rPr>
        <w:t>1:30:37  to aik hai islaah-e-haal, is ka nuskhah kisi ke paas nahi, paighambar ke paas bhi nahi. yani amli maanon mein islaah-e-haal kisi paighambar ke paas woh nuskhah nahi tha.</w:t>
      </w:r>
      <w:r>
        <w:br/>
      </w:r>
      <w:r>
        <w:rPr>
          <w:sz w:val="20"/>
        </w:rPr>
        <w:t>1:30:48  hum aap kya kar sakte hain? samjhayein, samjhane se na kaam chale, dua karein, bas yahi kar sakte hain. yani halaat ko bil-fi'l badal dena,</w:t>
      </w:r>
      <w:r>
        <w:br/>
      </w:r>
      <w:r>
        <w:rPr>
          <w:sz w:val="20"/>
        </w:rPr>
        <w:t>1:30:58  yeh to paighambar ke bas mein bhi nahi tha. to hamare aap ke bas mein kaise ho sakta hai? yeh dunya daar-ul-imtihaan hai, har aadmi apni marzi se karega jo jo karna hai, us ko yahan tak ke qayamat aa jaye.</w:t>
      </w:r>
      <w:r>
        <w:br/>
      </w:r>
      <w:r>
        <w:rPr>
          <w:sz w:val="20"/>
        </w:rPr>
        <w:t>1:31:12  to halaat ko bil-fi'l badal dena, yeh mumkin nahi hai, lekin yeh zaroor mumkin hai ke aap un ko samjhane ki koshish karein, aur nasf faida ho samjhane se to dua karein, yeh hamesha aap ke bas mein hai.</w:t>
      </w:r>
    </w:p>
    <w:p>
      <w:pPr>
        <w:pStyle w:val="Heading2"/>
      </w:pPr>
      <w:r>
        <w:t>Hatred from loss of loved ones</w:t>
      </w:r>
    </w:p>
    <w:p>
      <w:r>
        <w:rPr>
          <w:color w:val="666666"/>
          <w:sz w:val="18"/>
        </w:rPr>
        <w:t>Ethics &amp; Character · Good News from Kashmir May 14, 2017 · 1m 48s · at 54:13 · https://youtu.be/2XwuYi_nH28?t=3253</w:t>
      </w:r>
    </w:p>
    <w:p>
      <w:r>
        <w:rPr>
          <w:i/>
        </w:rPr>
        <w:t>“There are many people who lost their near and dear ones in violence. This has led to developing of hatred in their hearts.”</w:t>
      </w:r>
    </w:p>
    <w:p>
      <w:r>
        <w:rPr>
          <w:sz w:val="20"/>
        </w:rPr>
        <w:t>54:13  abu dhabi se zubair sahab ne molana aap ke liye sawal bheja hai.</w:t>
      </w:r>
      <w:r>
        <w:br/>
      </w:r>
      <w:r>
        <w:rPr>
          <w:sz w:val="20"/>
        </w:rPr>
        <w:t>54:17  انہوں نے لکھا ہے: "مولانا، there are many people who lost their near and dear ones in violence.</w:t>
      </w:r>
      <w:r>
        <w:br/>
      </w:r>
      <w:r>
        <w:rPr>
          <w:sz w:val="20"/>
        </w:rPr>
        <w:t>54:21  This has led to developing of hatred in their hearts.</w:t>
      </w:r>
      <w:r>
        <w:br/>
      </w:r>
      <w:r>
        <w:rPr>
          <w:sz w:val="20"/>
        </w:rPr>
        <w:t>54:26  How can their hearts be comforted and what would you advise to them so that their hatred ends</w:t>
      </w:r>
      <w:r>
        <w:br/>
      </w:r>
      <w:r>
        <w:rPr>
          <w:sz w:val="20"/>
        </w:rPr>
        <w:t>54:32  and they do not become the reason for further violence? Please give your advice." Bhai, meri advice ki</w:t>
      </w:r>
      <w:r>
        <w:br/>
      </w:r>
      <w:r>
        <w:rPr>
          <w:sz w:val="20"/>
        </w:rPr>
        <w:t>54:38  zarurat nahi hai.</w:t>
      </w:r>
      <w:r>
        <w:br/>
      </w:r>
      <w:r>
        <w:rPr>
          <w:sz w:val="20"/>
        </w:rPr>
        <w:t>54:44  quran mein advice maujood hai ke uhud ke mauqay par yeh hua ke sahaba, sahaba jinka har</w:t>
      </w:r>
      <w:r>
        <w:br/>
      </w:r>
      <w:r>
        <w:rPr>
          <w:sz w:val="20"/>
        </w:rPr>
        <w:t>54:50  آدمی ہم سے billion times زیادہ تھا، کہ 70 آ</w:t>
      </w:r>
      <w:r>
        <w:br/>
      </w:r>
      <w:r>
        <w:rPr>
          <w:sz w:val="20"/>
        </w:rPr>
        <w:t>54:56  shakhs, taqreeban 70 aadmi mary gaye aur 70 aadmi zakhmi hue.</w:t>
      </w:r>
      <w:r>
        <w:br/>
      </w:r>
      <w:r>
        <w:rPr>
          <w:sz w:val="20"/>
        </w:rPr>
        <w:t>55:02  lekin quran ne kiya un ko hidayat di? "lakum tas'u ala wafatikum" to jo faut ho gaya, jo</w:t>
      </w:r>
      <w:r>
        <w:br/>
      </w:r>
      <w:r>
        <w:rPr>
          <w:sz w:val="20"/>
        </w:rPr>
        <w:t>55:08  khoya gaya, us par afsos mat karo.</w:t>
      </w:r>
      <w:r>
        <w:br/>
      </w:r>
      <w:r>
        <w:rPr>
          <w:sz w:val="20"/>
        </w:rPr>
        <w:t>55:14  yahi khud is ka matlab kiya hai? agar tum khoye par afsos karna chor do gay to allah</w:t>
      </w:r>
      <w:r>
        <w:br/>
      </w:r>
      <w:r>
        <w:rPr>
          <w:sz w:val="20"/>
        </w:rPr>
        <w:t>55:20  ta'ala kiya karega?</w:t>
      </w:r>
      <w:r>
        <w:br/>
      </w:r>
      <w:r>
        <w:rPr>
          <w:sz w:val="20"/>
        </w:rPr>
        <w:t>55:26  Khoye se zyada tum ko dega, bahut zyada. Wahi hua to jin logon ke kuch log, yaani halaak hue hain pichhle is mein, to ek hi shakal yeh hai ke woh Quran ki is aayat ko pakrein, woh un ko bulayein, un ke liye duaayein karein aur Allah se umeed karein ke Allah yeh karega un ke saath ke jo kuch khoya gaya, us se bahut</w:t>
      </w:r>
      <w:r>
        <w:br/>
      </w:r>
      <w:r>
        <w:rPr>
          <w:sz w:val="20"/>
        </w:rPr>
        <w:t>55:56  zyada in ko de dega.</w:t>
      </w:r>
    </w:p>
    <w:p>
      <w:pPr>
        <w:pStyle w:val="Heading2"/>
      </w:pPr>
      <w:r>
        <w:t>How can we identify our shortcomings?</w:t>
      </w:r>
    </w:p>
    <w:p>
      <w:r>
        <w:rPr>
          <w:color w:val="666666"/>
          <w:sz w:val="18"/>
        </w:rPr>
        <w:t>Ethics &amp; Character · Problem and Shukr March 15, 2015 · 1m 29s · at 50:11 · https://youtu.be/SPBsXjH1hzM?t=3011</w:t>
      </w:r>
    </w:p>
    <w:p>
      <w:r>
        <w:rPr>
          <w:i/>
        </w:rPr>
        <w:t>“How do we identify our shortcomings?”</w:t>
      </w:r>
    </w:p>
    <w:p>
      <w:r>
        <w:rPr>
          <w:sz w:val="20"/>
        </w:rPr>
        <w:t>50:11  maulana, agla sawal kya hai bhopal se tosiq sahib ne, aur woh aap se janna chahte hain ke how do we identify our shortcomings?</w:t>
      </w:r>
      <w:r>
        <w:br/>
      </w:r>
      <w:r>
        <w:rPr>
          <w:sz w:val="20"/>
        </w:rPr>
        <w:t>50:23  what is how do we identify our shortcomings? muhasba aik hi formula bataya gaya hai quran o hadees mein. muhasba yani introspection,</w:t>
      </w:r>
      <w:r>
        <w:br/>
      </w:r>
      <w:r>
        <w:rPr>
          <w:sz w:val="20"/>
        </w:rPr>
        <w:t>50:34  woh aadmi ke andar itna zyada dakhil hota hai ke woh aap ne khud hi discover kar sakta hai. doosra aadmi is ko identify nahi kar sakta.</w:t>
      </w:r>
      <w:r>
        <w:br/>
      </w:r>
      <w:r>
        <w:rPr>
          <w:sz w:val="20"/>
        </w:rPr>
        <w:t>50:44  is ke soch mein, is ke jazbat mein, is ki personality mein ghusa hua hota hai. woh to kaun doosra is ko identify karega? aap karengay.</w:t>
      </w:r>
      <w:r>
        <w:br/>
      </w:r>
      <w:r>
        <w:rPr>
          <w:sz w:val="20"/>
        </w:rPr>
        <w:t>50:54  to is ke liye quran mein aur hadees mein jo cheez batayi gayi hai, woh hai muhasba.</w:t>
      </w:r>
      <w:r>
        <w:br/>
      </w:r>
      <w:r>
        <w:rPr>
          <w:sz w:val="20"/>
        </w:rPr>
        <w:t>50:59  muhasba ka matlab hota hai introspection, yani apne apne khilaf sochna, apne apne baray mein sochna,</w:t>
      </w:r>
      <w:r>
        <w:br/>
      </w:r>
      <w:r>
        <w:rPr>
          <w:sz w:val="20"/>
        </w:rPr>
        <w:t>51:10  yani anti self thinking. main samajhta hoon ke aik hi cheez hai jo aap ko bata sakti hai ke aap ke andar kya kamiyaan hain, woh hai anti self thinking.</w:t>
      </w:r>
      <w:r>
        <w:br/>
      </w:r>
      <w:r>
        <w:rPr>
          <w:sz w:val="20"/>
        </w:rPr>
        <w:t>51:20  to jis ko allah ka, jis ko jo aadmi yeh chahta ho ke woh allah ke rehmaton ka mustahiq banay, to us ko anti self thinking karna hi karna hai.</w:t>
      </w:r>
      <w:r>
        <w:br/>
      </w:r>
      <w:r>
        <w:rPr>
          <w:sz w:val="20"/>
        </w:rPr>
        <w:t>51:31  yeh to sab bari ibadat hai. anti self thinking sab se bari ibadat hai.</w:t>
      </w:r>
    </w:p>
    <w:p>
      <w:pPr>
        <w:pStyle w:val="Heading2"/>
      </w:pPr>
      <w:r>
        <w:t>How forgiveness helps maintain patience and positivity</w:t>
      </w:r>
    </w:p>
    <w:p>
      <w:r>
        <w:rPr>
          <w:color w:val="666666"/>
          <w:sz w:val="18"/>
        </w:rPr>
        <w:t>Ethics &amp; Character · Problem and Shukr March 15, 2015 · 52s · at 46:30 · https://youtu.be/SPBsXjH1hzM?t=2790</w:t>
      </w:r>
    </w:p>
    <w:p>
      <w:r>
        <w:rPr>
          <w:i/>
        </w:rPr>
        <w:t>“How important is it? How important is forgiveness in keeping patience and positivity?”</w:t>
      </w:r>
    </w:p>
    <w:p>
      <w:r>
        <w:rPr>
          <w:sz w:val="20"/>
        </w:rPr>
        <w:t>46:30  Maulana. Agla sawal Miss Naghma Siddiqui ka hai Delhi se, aur unhone aap se poocha hai ke "How important is it?</w:t>
      </w:r>
      <w:r>
        <w:br/>
      </w:r>
      <w:r>
        <w:rPr>
          <w:sz w:val="20"/>
        </w:rPr>
        <w:t>46:39  How important is forgiveness in keeping patience and positive</w:t>
      </w:r>
      <w:r>
        <w:br/>
      </w:r>
      <w:r>
        <w:rPr>
          <w:sz w:val="20"/>
        </w:rPr>
        <w:t>46:45  ty?" Ji, forgiveness ke baghair to sab kuch kho deta hai aadmi, kyunke duniya mein to insan ki taraf se aap ko unpleasant cheezein pesh aayengi, aayengi.</w:t>
      </w:r>
      <w:r>
        <w:br/>
      </w:r>
      <w:r>
        <w:rPr>
          <w:sz w:val="20"/>
        </w:rPr>
        <w:t>46:59  yeh to bilkul mumkin nahi ke sab kuch smooth ho jaye.</w:t>
      </w:r>
      <w:r>
        <w:br/>
      </w:r>
      <w:r>
        <w:rPr>
          <w:sz w:val="20"/>
        </w:rPr>
        <w:t>47:03  to forgiveness to bilkul must hai is baat ke liye ke aap ke andar shukr ka jazba baqar hai aur aur positive thinking baqar hai.</w:t>
      </w:r>
      <w:r>
        <w:br/>
      </w:r>
      <w:r>
        <w:rPr>
          <w:sz w:val="20"/>
        </w:rPr>
        <w:t>47:16  baghair forgiveness ke kuch bhi nahi ho sakta.</w:t>
      </w:r>
    </w:p>
    <w:p>
      <w:pPr>
        <w:pStyle w:val="Heading2"/>
      </w:pPr>
      <w:r>
        <w:t>How should we reform ourselves?</w:t>
      </w:r>
    </w:p>
    <w:p>
      <w:r>
        <w:rPr>
          <w:color w:val="666666"/>
          <w:sz w:val="18"/>
        </w:rPr>
        <w:t>Ethics &amp; Character · Importance of Peace December 16, 2012 · 1m 22s · at 1:26:58 · https://youtu.be/nymyorYyEz4?t=5218</w:t>
      </w:r>
    </w:p>
    <w:p>
      <w:r>
        <w:rPr>
          <w:i/>
        </w:rPr>
        <w:t>“Maulana, how should we reform ourselves? Please explain.”</w:t>
      </w:r>
    </w:p>
    <w:p>
      <w:r>
        <w:rPr>
          <w:sz w:val="20"/>
        </w:rPr>
        <w:t>1:26:58  maulana, agla sawal shorapur karnataka se hai mehboob hasan</w:t>
      </w:r>
      <w:r>
        <w:br/>
      </w:r>
      <w:r>
        <w:rPr>
          <w:sz w:val="20"/>
        </w:rPr>
        <w:t>1:27:04  sahib ka. unhon ne aap se poocha hai: "maulana, hamein apni islaah kaise karni chahiye?" is ke baray mein batayen. apni islaah kaise karni chahiye?</w:t>
      </w:r>
      <w:r>
        <w:br/>
      </w:r>
      <w:r>
        <w:rPr>
          <w:sz w:val="20"/>
        </w:rPr>
        <w:t>1:27:16  khud hi khud karen ge aap, doosra kya batayega? dekhen, yeh koi main is ko sincere question nahi samajhta.</w:t>
      </w:r>
      <w:r>
        <w:br/>
      </w:r>
      <w:r>
        <w:rPr>
          <w:sz w:val="20"/>
        </w:rPr>
        <w:t>1:27:26  kya koi maa aap jante hain ke agar bachcha paida</w:t>
      </w:r>
      <w:r>
        <w:br/>
      </w:r>
      <w:r>
        <w:rPr>
          <w:sz w:val="20"/>
        </w:rPr>
        <w:t>1:27:31  hua to mohallay mein ghoom phor pooch rahi hai ke aap ne bachche ko kaise paaloon? main poori history mein aisi maa bata sakte hain aap koi ke beta paida hua tha, is se us ko ghoom ghoom rahi hai mohallay mein, main kaise us ko paaloon?</w:t>
      </w:r>
      <w:r>
        <w:br/>
      </w:r>
      <w:r>
        <w:rPr>
          <w:sz w:val="20"/>
        </w:rPr>
        <w:t>1:27:46  yeh question koi sincere question nahi. agar aap ke dil mein aag lagi hui hai ke mujhe yeh kaam karna hai to ab woh aag jo hai, wohi bata degi aap ko ke mujhe kya karna chahiye.</w:t>
      </w:r>
      <w:r>
        <w:br/>
      </w:r>
      <w:r>
        <w:rPr>
          <w:sz w:val="20"/>
        </w:rPr>
        <w:t>1:27:59  to maa ke dil mein aag lagi hoti hai ke mujhe apne bete ke liye karna hai, us ko paalna hai, us ko to bas us ko kisi ki advice ki zaroorat bhi nahi hai.</w:t>
      </w:r>
      <w:r>
        <w:br/>
      </w:r>
      <w:r>
        <w:rPr>
          <w:sz w:val="20"/>
        </w:rPr>
        <w:t>1:28:08  us ko aap apne dil mein aag lagaiye to aap ko poochne ki zaroorat nahi hogi.</w:t>
      </w:r>
    </w:p>
    <w:p>
      <w:pPr>
        <w:pStyle w:val="Heading2"/>
      </w:pPr>
      <w:r>
        <w:t>How to Develop Morality in Children</w:t>
      </w:r>
    </w:p>
    <w:p>
      <w:r>
        <w:rPr>
          <w:color w:val="666666"/>
          <w:sz w:val="18"/>
        </w:rPr>
        <w:t>Ethics &amp; Character · Revival and Revivalist June 7, 2015 · 1m 21s · at 48:41 · https://youtu.be/MCY8AJ87BXc?t=2921</w:t>
      </w:r>
    </w:p>
    <w:p>
      <w:r>
        <w:rPr>
          <w:i/>
        </w:rPr>
        <w:t>“Recently I attended a school function with my child and there was a great discussion on morality development in children. At the end of the function I failed to understand how we can develop morality in our children. What is morality and how can we develop it in our children?”</w:t>
      </w:r>
    </w:p>
    <w:p>
      <w:r>
        <w:rPr>
          <w:sz w:val="20"/>
        </w:rPr>
        <w:t>48:41  yeh niyat hai aur is liye yeh ma'ni. agla sawal aaya hai hussain arha ka srinagar se. assalam o alaikum molana sahib.</w:t>
      </w:r>
      <w:r>
        <w:br/>
      </w:r>
      <w:r>
        <w:rPr>
          <w:sz w:val="20"/>
        </w:rPr>
        <w:t>48:53  recently i attended a school function with my child and there was a great discussion on morality development in children.</w:t>
      </w:r>
      <w:r>
        <w:br/>
      </w:r>
      <w:r>
        <w:rPr>
          <w:sz w:val="20"/>
        </w:rPr>
        <w:t>49:03  at the end of the function i failed to understand how can we develop morality in our children. Maulana sahib, my question to you is what is morality and how can we develop this in our children?</w:t>
      </w:r>
      <w:r>
        <w:br/>
      </w:r>
      <w:r>
        <w:rPr>
          <w:sz w:val="20"/>
        </w:rPr>
        <w:t>49:20  yeh jo aap aaj jo baatein keen, yeh sab moral ko boost karne ki baatein hain. abhi jo maine baatein kahi hain, moral ko boost karne ki baatein hain.</w:t>
      </w:r>
      <w:r>
        <w:br/>
      </w:r>
      <w:r>
        <w:rPr>
          <w:sz w:val="20"/>
        </w:rPr>
        <w:t>49:31  to hamari hamare lecture, hum hamare jo lecture hote hain, woh ka audio aur video tape maujood hai, usko sunwaiye ya kitabein padhwaiye.</w:t>
      </w:r>
      <w:r>
        <w:br/>
      </w:r>
      <w:r>
        <w:rPr>
          <w:sz w:val="20"/>
        </w:rPr>
        <w:t>49:43  hamare mareezi nikalte hain, usko padhwaiye.</w:t>
      </w:r>
      <w:r>
        <w:br/>
      </w:r>
      <w:r>
        <w:rPr>
          <w:sz w:val="20"/>
        </w:rPr>
        <w:t>49:47  is hamara hamare mission ka maqsad yeh hai ke moral boost karna. to aap is ko, hamari kitabon ko, hamare video ko istemal kijiye.</w:t>
      </w:r>
      <w:r>
        <w:br/>
      </w:r>
      <w:r>
        <w:rPr>
          <w:sz w:val="20"/>
        </w:rPr>
        <w:t>49:57  inshallah mustafeed hoga.</w:t>
      </w:r>
    </w:p>
    <w:p>
      <w:pPr>
        <w:pStyle w:val="Heading2"/>
      </w:pPr>
      <w:r>
        <w:t>How to become large-hearted</w:t>
      </w:r>
    </w:p>
    <w:p>
      <w:r>
        <w:rPr>
          <w:color w:val="666666"/>
          <w:sz w:val="18"/>
        </w:rPr>
        <w:t>Ethics &amp; Character · The Creation Plan of God I February 14, 2016 · 58s · at 1:10:27 · https://youtu.be/BzfZIALqyNI?t=4227</w:t>
      </w:r>
    </w:p>
    <w:p>
      <w:r>
        <w:rPr>
          <w:i/>
        </w:rPr>
        <w:t>“How can one become a large-hearted person?”</w:t>
      </w:r>
    </w:p>
    <w:p>
      <w:r>
        <w:rPr>
          <w:sz w:val="20"/>
        </w:rPr>
        <w:t>1:10:27  maulana, agla sawal mumabi se hai.</w:t>
      </w:r>
      <w:r>
        <w:br/>
      </w:r>
      <w:r>
        <w:rPr>
          <w:sz w:val="20"/>
        </w:rPr>
        <w:t>1:10:30  فہیم صاحب نے کیا ہے اور وہ آپ سے جاننا چاہتے ہیں کہ: "How can one become a</w:t>
      </w:r>
      <w:r>
        <w:br/>
      </w:r>
      <w:r>
        <w:rPr>
          <w:sz w:val="20"/>
        </w:rPr>
        <w:t>1:10:37  largehearted person? bara dil to hota hi hai, by nature bara dil hota hai.</w:t>
      </w:r>
      <w:r>
        <w:br/>
      </w:r>
      <w:r>
        <w:rPr>
          <w:sz w:val="20"/>
        </w:rPr>
        <w:t>1:10:44  hum is ko kharab kar lete hain to nature ko baqi rakhiye.</w:t>
      </w:r>
      <w:r>
        <w:br/>
      </w:r>
      <w:r>
        <w:rPr>
          <w:sz w:val="20"/>
        </w:rPr>
        <w:t>1:10:49  by nature har aadmi ka to bara hi dil hota hai.</w:t>
      </w:r>
      <w:r>
        <w:br/>
      </w:r>
      <w:r>
        <w:rPr>
          <w:sz w:val="20"/>
        </w:rPr>
        <w:t>1:10:54  aap bachon ko dekhen, chote bachon ko, sab bachon ka to bara dil hota hai.</w:t>
      </w:r>
      <w:r>
        <w:br/>
      </w:r>
      <w:r>
        <w:rPr>
          <w:sz w:val="20"/>
        </w:rPr>
        <w:t>1:11:01  yeh to yeh conditioning ki wajah se hum is ko chota kar lete hain.</w:t>
      </w:r>
      <w:r>
        <w:br/>
      </w:r>
      <w:r>
        <w:rPr>
          <w:sz w:val="20"/>
        </w:rPr>
        <w:t>1:11:07  to apni conditioning ko decondition kijiye.</w:t>
      </w:r>
      <w:r>
        <w:br/>
      </w:r>
      <w:r>
        <w:rPr>
          <w:sz w:val="20"/>
        </w:rPr>
        <w:t>1:11:10  by nature to aap har aadmi bara dil wala hai.</w:t>
      </w:r>
      <w:r>
        <w:br/>
      </w:r>
      <w:r>
        <w:rPr>
          <w:sz w:val="20"/>
        </w:rPr>
        <w:t>1:11:14  to to problem yeh nahi hai ke creation mein koi baat hai.</w:t>
      </w:r>
      <w:r>
        <w:br/>
      </w:r>
      <w:r>
        <w:rPr>
          <w:sz w:val="20"/>
        </w:rPr>
        <w:t>1:11:19  problem yeh hai ke hum conditioning ko qabool kar rahe hain to conditioning ko todna hoga.</w:t>
      </w:r>
    </w:p>
    <w:p>
      <w:pPr>
        <w:pStyle w:val="Heading2"/>
      </w:pPr>
      <w:r>
        <w:t>How to correct people's focus on the source?</w:t>
      </w:r>
    </w:p>
    <w:p>
      <w:r>
        <w:rPr>
          <w:color w:val="666666"/>
          <w:sz w:val="18"/>
        </w:rPr>
        <w:t>Ethics &amp; Character · Journey of History December 23, 2012 · 1m 33s · at 1:24:00 · https://youtu.be/bvjWl3U3Dmw?t=5040</w:t>
      </w:r>
    </w:p>
    <w:p>
      <w:r>
        <w:rPr>
          <w:i/>
        </w:rPr>
        <w:t>“Generally, the temperament of people is that when they are told something about themselves that is correctable, instead of focusing on the actual issue, they start focusing on who told you this. How can this temperament be corrected?”</w:t>
      </w:r>
    </w:p>
    <w:p>
      <w:r>
        <w:rPr>
          <w:sz w:val="20"/>
        </w:rPr>
        <w:t>1:24:00  maulana, yeh sawal Delhi se hai Mr. Anas ka. unhon ne likha hai: "aam taur par logon ka mizaj yeh hai ke un ke bare mein jab koi aisi baat batai jaye jo qabil-e-islaah ho to woh asal baat par focus karne ke bajaye us baat par focus karne lagte hain ke yeh baat kis ne aap ko batai.</w:t>
      </w:r>
      <w:r>
        <w:br/>
      </w:r>
      <w:r>
        <w:rPr>
          <w:sz w:val="20"/>
        </w:rPr>
        <w:t>1:24:23  is mizaj ko kaise durust kiya jaye?"</w:t>
      </w:r>
      <w:r>
        <w:br/>
      </w:r>
      <w:r>
        <w:rPr>
          <w:sz w:val="20"/>
        </w:rPr>
        <w:t>1:24:28  yeh durust karne ka hamare bas mein nahi hai. humein hamare bas mein sirf yeh hai ke hum logon ko batayein. durust karna to yeh paighambar ke bas mein bhi nahi tha.</w:t>
      </w:r>
      <w:r>
        <w:br/>
      </w:r>
      <w:r>
        <w:rPr>
          <w:sz w:val="20"/>
        </w:rPr>
        <w:t>1:24:41  aap logon ko bataiye ke yeh yeh soch jo hai yeh bohat hi buri soch hai, munafiqana soch hai. sawal yeh nahi ke kis ne kaha.</w:t>
      </w:r>
      <w:r>
        <w:br/>
      </w:r>
      <w:r>
        <w:rPr>
          <w:sz w:val="20"/>
        </w:rPr>
        <w:t>1:24:50  sawaal yeh hai ke kya aisa hai</w:t>
      </w:r>
      <w:r>
        <w:br/>
      </w:r>
      <w:r>
        <w:rPr>
          <w:sz w:val="20"/>
        </w:rPr>
        <w:t>1:24:53  ? yaani mere andar agar ek kamzori hai us ki koi shakhs nishandahi karta hai to mujhe yeh nahi poochna chahiye kis ne bataya.</w:t>
      </w:r>
      <w:r>
        <w:br/>
      </w:r>
      <w:r>
        <w:rPr>
          <w:sz w:val="20"/>
        </w:rPr>
        <w:t>1:25:03  mujhe sochna chahiye kya waqatan aisa hai to mein apni islaah karoon. to is maamle mein aap ki zimmedari durust karne ki nahi hai. aap ki zimmedari hai batane ki ke aisa soch, aisi soch jo hai yeh munaafiqat hai.</w:t>
      </w:r>
      <w:r>
        <w:br/>
      </w:r>
      <w:r>
        <w:rPr>
          <w:sz w:val="20"/>
        </w:rPr>
        <w:t>1:25:18  munaafiqat bohat bara Allah ke nazdeek bohat buri cheez hai.</w:t>
      </w:r>
      <w:r>
        <w:br/>
      </w:r>
      <w:r>
        <w:rPr>
          <w:sz w:val="20"/>
        </w:rPr>
        <w:t>1:25:22  yeh bataiye logon ko ke yeh tarz fikr jo hai yeh munafiqana tarz fikr hai. yeh soch munafiqana soch hai. yeh bataiye logon ko.</w:t>
      </w:r>
    </w:p>
    <w:p>
      <w:pPr>
        <w:pStyle w:val="Heading2"/>
      </w:pPr>
      <w:r>
        <w:t>How to identify and correct mistakes?</w:t>
      </w:r>
    </w:p>
    <w:p>
      <w:r>
        <w:rPr>
          <w:color w:val="666666"/>
          <w:sz w:val="18"/>
        </w:rPr>
        <w:t>Ethics &amp; Character · Jihad Fillah June 23, 2013 · 1m 35s · at 1:11:37 · https://youtu.be/NRTno1eQTos?t=4297</w:t>
      </w:r>
    </w:p>
    <w:p>
      <w:r>
        <w:rPr>
          <w:i/>
        </w:rPr>
        <w:t>“Most of the time we do not get to know that we are committing mistakes. My question is that how can we identify our mistakes so that we can correct them?”</w:t>
      </w:r>
    </w:p>
    <w:p>
      <w:r>
        <w:rPr>
          <w:sz w:val="20"/>
        </w:rPr>
        <w:t>1:11:37  maulana, agla sawal ahmedabad se hai ammat mr ammit shah ka. unhon ne likha hai: "most of the time we do not get to know that we are committing mistakes.</w:t>
      </w:r>
      <w:r>
        <w:br/>
      </w:r>
      <w:r>
        <w:rPr>
          <w:sz w:val="20"/>
        </w:rPr>
        <w:t>1:11:50  my question is that how can we identify our mistakes so that we can correct it?" maulana sahib, please let us know what is the formula for it.</w:t>
      </w:r>
      <w:r>
        <w:br/>
      </w:r>
      <w:r>
        <w:rPr>
          <w:sz w:val="20"/>
        </w:rPr>
        <w:t>1:12:01  yeh formula to bohat hi aasan hai. yani criteria daryaft kiya ja sakta hai. to criteria yani ghalat aur sahi ka criteria kya hai?</w:t>
      </w:r>
      <w:r>
        <w:br/>
      </w:r>
      <w:r>
        <w:rPr>
          <w:sz w:val="20"/>
        </w:rPr>
        <w:t>1:12:12  yeh daryaft kar lijie. phir isi ko judge karte jaiye, isi ko judge karte jaiye.</w:t>
      </w:r>
      <w:r>
        <w:br/>
      </w:r>
      <w:r>
        <w:rPr>
          <w:sz w:val="20"/>
        </w:rPr>
        <w:t>1:12:18  hum ne jo daryaft kiya hai woh yeh hai ke hum quran ko criteria mante hain. quran hai, quran ko quran ko furqan kaha gaya hai. furqan ka matlab hai criteria.</w:t>
      </w:r>
      <w:r>
        <w:br/>
      </w:r>
      <w:r>
        <w:rPr>
          <w:sz w:val="20"/>
        </w:rPr>
        <w:t>1:12:28  to agar aap ke paas criteria maujood hai to bohat aasani se aap judge kar sakte hain ke yeh theek hai, yeh nahi theek hai. criteria na ho tab to phir clear, phir to aap nahi tay nahi kar sakte.</w:t>
      </w:r>
      <w:r>
        <w:br/>
      </w:r>
      <w:r>
        <w:rPr>
          <w:sz w:val="20"/>
        </w:rPr>
        <w:t>1:12:43  then you cannot determine.</w:t>
      </w:r>
      <w:r>
        <w:br/>
      </w:r>
      <w:r>
        <w:rPr>
          <w:sz w:val="20"/>
        </w:rPr>
        <w:t>1:12:46  to mere liye mera masla aasan hai kyunke maine quran ko furqan ke taur par yani criteria ke taur par daryaft kar rakha hai. is liye main foran judge kar leta hoon ke mera kaun sa kaam sahi hai, kaun sa ghalat hai.</w:t>
      </w:r>
      <w:r>
        <w:br/>
      </w:r>
      <w:r>
        <w:rPr>
          <w:sz w:val="20"/>
        </w:rPr>
        <w:t>1:13:00  ab aap sab se pehle yeh sochiye ke aap ka criteria kya hai? woh agar tay kar lenge aap to phir bohat aasan hoga sab cheezon ko samajhna.</w:t>
      </w:r>
    </w:p>
    <w:p>
      <w:pPr>
        <w:pStyle w:val="Heading2"/>
      </w:pPr>
      <w:r>
        <w:t>How to know if completely modest?</w:t>
      </w:r>
    </w:p>
    <w:p>
      <w:r>
        <w:rPr>
          <w:color w:val="666666"/>
          <w:sz w:val="18"/>
        </w:rPr>
        <w:t>Ethics &amp; Character · The Prophet An Example of Modesty August 27, 2017 · 1m 12s · at 52:44 · https://youtu.be/aR3V4c8fQC4?t=3164</w:t>
      </w:r>
    </w:p>
    <w:p>
      <w:r>
        <w:rPr>
          <w:i/>
        </w:rPr>
        <w:t>“How should we know whether I am completely modest or not?”</w:t>
      </w:r>
    </w:p>
    <w:p>
      <w:r>
        <w:rPr>
          <w:sz w:val="20"/>
        </w:rPr>
        <w:t>52:44  molana, agla sawal lete hain. agla sawal bheja hai doctor safina tabassum ne ajmer se, aur unhon ne aap se poocha hai ke "How should we know that whether I am completely modest or not?" is ke bare mein bataiye.</w:t>
      </w:r>
      <w:r>
        <w:br/>
      </w:r>
      <w:r>
        <w:rPr>
          <w:sz w:val="20"/>
        </w:rPr>
        <w:t>53:03  isi sawal ke bare mein kal parson mein ne ek sahab se kaha tha ke jab aap ka haal yeh ho jaye ke</w:t>
      </w:r>
      <w:r>
        <w:br/>
      </w:r>
      <w:r>
        <w:rPr>
          <w:sz w:val="20"/>
        </w:rPr>
        <w:t>53:18  praise aap ko khush na kare aur criticism aap ko affirm na kare to aap woh insan ban gaye.</w:t>
      </w:r>
      <w:r>
        <w:br/>
      </w:r>
      <w:r>
        <w:rPr>
          <w:sz w:val="20"/>
        </w:rPr>
        <w:t>53:30  yani koi tareef kare to aap khush na hon, koi aap ko bura bataye to aap ke dil mein koi gham na paida ho to phir aap wohi insan hain.</w:t>
      </w:r>
      <w:r>
        <w:br/>
      </w:r>
      <w:r>
        <w:rPr>
          <w:sz w:val="20"/>
        </w:rPr>
        <w:t>53:47  ab yahi jhanakiye apne ko ke aap kya woh insan hain jo tareef se khush nahi hota aur criticism se affirm nahi hota.</w:t>
      </w:r>
    </w:p>
    <w:p>
      <w:pPr>
        <w:pStyle w:val="Heading2"/>
      </w:pPr>
      <w:r>
        <w:t>How to protect gaze in age of nudity</w:t>
      </w:r>
    </w:p>
    <w:p>
      <w:r>
        <w:rPr>
          <w:color w:val="666666"/>
          <w:sz w:val="18"/>
        </w:rPr>
        <w:t>Ethics &amp; Character · Jihad Fillah June 23, 2013 · 1m 52s · at 54:40 · https://youtu.be/NRTno1eQTos?t=3280</w:t>
      </w:r>
    </w:p>
    <w:p>
      <w:r>
        <w:rPr>
          <w:i/>
        </w:rPr>
        <w:t>“The present age is an age of nudity. In such a situation, how can one protect their gaze?”</w:t>
      </w:r>
    </w:p>
    <w:p>
      <w:r>
        <w:rPr>
          <w:sz w:val="20"/>
        </w:rPr>
        <w:t>54:40  maulana, agla sawal dilli se hai jameel akhtar sahab ka. unhon ne likha hai: "maujooda zamana uryaniyat ka zamana hai.</w:t>
      </w:r>
      <w:r>
        <w:br/>
      </w:r>
      <w:r>
        <w:rPr>
          <w:sz w:val="20"/>
        </w:rPr>
        <w:t>54:50  aisi halat mein nigaahon ki hifazat kis tarah ki jaye?" maujooda zamane ki baat nahi, yeh har zamane mein hota hai.</w:t>
      </w:r>
      <w:r>
        <w:br/>
      </w:r>
      <w:r>
        <w:rPr>
          <w:sz w:val="20"/>
        </w:rPr>
        <w:t>54:59  agar pehle zamane mein na hota to ghazab o mashriq hukum ka hota. yaani pichhle zamane mein agar yeh baat na hoti to kyun aaya ghazab o mashriq hukum?</w:t>
      </w:r>
      <w:r>
        <w:br/>
      </w:r>
      <w:r>
        <w:rPr>
          <w:sz w:val="20"/>
        </w:rPr>
        <w:t>55:09  yeh sab har zamane mein hota hai, koi naye zamane ki baat to nahi hai. sirf degree ka farq hai,</w:t>
      </w:r>
      <w:r>
        <w:br/>
      </w:r>
      <w:r>
        <w:rPr>
          <w:sz w:val="20"/>
        </w:rPr>
        <w:t>55:14  sirf degree ka farq hai. aur yeh apne ko train karna padta hai. yaani agar aap badi badi cheez ko daryaft kar chuke hon to chhoti cheezein aap ko kuch bhi un ke dilchaspi nahi hogi.</w:t>
      </w:r>
      <w:r>
        <w:br/>
      </w:r>
      <w:r>
        <w:rPr>
          <w:sz w:val="20"/>
        </w:rPr>
        <w:t>55:28  high thinking, agar aap develop kar chuke ho high thinking to yeh sab cheezein chhoti lagen gi. aur chhoti cheezein mein aap ki nigah atke gi nahi.</w:t>
      </w:r>
      <w:r>
        <w:br/>
      </w:r>
      <w:r>
        <w:rPr>
          <w:sz w:val="20"/>
        </w:rPr>
        <w:t>55:39  to basic cheez yeh hai ke high thinking apne andar develop karna.</w:t>
      </w:r>
      <w:r>
        <w:br/>
      </w:r>
      <w:r>
        <w:rPr>
          <w:sz w:val="20"/>
        </w:rPr>
        <w:t>55:43  woh bhi jihad fi Allah se taluq hai. is ka jihad fi Allah se aadmi ke andar high thinking develop hoti hai. jab high thinking develop ho jati hai to har cheez aadmi ko bekar lagti hai.</w:t>
      </w:r>
      <w:r>
        <w:br/>
      </w:r>
      <w:r>
        <w:rPr>
          <w:sz w:val="20"/>
        </w:rPr>
        <w:t>55:54  yaani badi cheezon ko chhod ke chhoti cheezein bekar lagti hain. sab se zaroori cheez hai ke aap ka jo high thinking develop ho jaye, tabhi chhod chhod pata hai.</w:t>
      </w:r>
      <w:r>
        <w:br/>
      </w:r>
      <w:r>
        <w:rPr>
          <w:sz w:val="20"/>
        </w:rPr>
        <w:t>56:04  nahi to nahi chhod nahi sakta. woh</w:t>
      </w:r>
      <w:r>
        <w:br/>
      </w:r>
      <w:r>
        <w:rPr>
          <w:sz w:val="20"/>
        </w:rPr>
        <w:t>56:08  baqi yeh kehna hai ke koi ek naya fitna hai, har zamane mein tha. agar na hota to ghazab o mashriq ka hukum quran mein kyun aata?</w:t>
      </w:r>
      <w:r>
        <w:br/>
      </w:r>
      <w:r>
        <w:rPr>
          <w:sz w:val="20"/>
        </w:rPr>
        <w:t>56:16  yaani saatvi sadi isvi mein kyun aaya tha? hukum us waqt hi masla tha. sirf degree ka farq hai. to mein yahi kahunga ke har aadmi ko chahiye ke woh apne andar high thinking develop kare.</w:t>
      </w:r>
    </w:p>
    <w:p>
      <w:pPr>
        <w:pStyle w:val="Heading2"/>
      </w:pPr>
      <w:r>
        <w:t>Human gratitude versus animal gratitude</w:t>
      </w:r>
    </w:p>
    <w:p>
      <w:r>
        <w:rPr>
          <w:color w:val="666666"/>
          <w:sz w:val="18"/>
        </w:rPr>
        <w:t>Ethics &amp; Character · The Character of a Dayee 4 March 2012 - Maulana Wahiduddin Khan · 1m 13s · at 1:41:14 · https://youtu.be/YtavJpVNbEM?t=6074</w:t>
      </w:r>
    </w:p>
    <w:p>
      <w:r>
        <w:rPr>
          <w:i/>
        </w:rPr>
        <w:t>“Please explain human gratitude and animal gratitude.”</w:t>
      </w:r>
    </w:p>
    <w:p>
      <w:r>
        <w:rPr>
          <w:sz w:val="20"/>
        </w:rPr>
        <w:t>1:41:14  Maulana, agla sawal Hyderabad, Pakistan se aaya hai Mr. Nouman Afzal sahib ka. unhone poocha hai ke: "insani shukr aur hawani shukr par roshni dalie."</w:t>
      </w:r>
      <w:r>
        <w:br/>
      </w:r>
      <w:r>
        <w:rPr>
          <w:sz w:val="20"/>
        </w:rPr>
        <w:t>1:41:27  shukr to insani sifat hai, haiwan shukr jante hi nahi.</w:t>
      </w:r>
      <w:r>
        <w:br/>
      </w:r>
      <w:r>
        <w:rPr>
          <w:sz w:val="20"/>
        </w:rPr>
        <w:t>1:41:38  shukr na yeh kahe ke hawani life aur insani life ka farq ke tu haiwan jo hai, shukr kar ke dunya mein nahi rehta.</w:t>
      </w:r>
      <w:r>
        <w:br/>
      </w:r>
      <w:r>
        <w:rPr>
          <w:sz w:val="20"/>
        </w:rPr>
        <w:t>1:41:48  yaani haiwan bhi oxygen leta hai, woh bhi khata hai ghiza, woh bhi pani peeta hai,</w:t>
      </w:r>
      <w:r>
        <w:br/>
      </w:r>
      <w:r>
        <w:rPr>
          <w:sz w:val="20"/>
        </w:rPr>
        <w:t>1:41:55  lekin woh is ko nahi janta ke mujhe acknowledge karna hai, mujhe shukr karna hai.</w:t>
      </w:r>
      <w:r>
        <w:br/>
      </w:r>
      <w:r>
        <w:rPr>
          <w:sz w:val="20"/>
        </w:rPr>
        <w:t>1:42:02  jabke insan jo hai, us ko Allah taala ne yeh sifat di hai ke woh jaane ke yeh Allah taala ki blessing hai, Allah taala ki nemat hai, aur phir woh shukr kare.</w:t>
      </w:r>
      <w:r>
        <w:br/>
      </w:r>
      <w:r>
        <w:rPr>
          <w:sz w:val="20"/>
        </w:rPr>
        <w:t>1:42:13  to bila shukr kiye hue agar koi shakhs zindagi guzar raha hai dunya mein, to woh just like haiwan hai, woh aur shukr kar ke zindagi guzar raha hai, to phir woh insan hai.</w:t>
      </w:r>
    </w:p>
    <w:p>
      <w:pPr>
        <w:pStyle w:val="Heading2"/>
      </w:pPr>
      <w:r>
        <w:t>Identifying Weaknesses and Overcoming Them</w:t>
      </w:r>
    </w:p>
    <w:p>
      <w:r>
        <w:rPr>
          <w:color w:val="666666"/>
          <w:sz w:val="18"/>
        </w:rPr>
        <w:t>Ethics &amp; Character · Dars-e-Quran, Hadith-e-Jibril October 29, 2017 · 1m 00s · at 1:25:11 · https://youtu.be/CaMTvkwqQqo?t=5111</w:t>
      </w:r>
    </w:p>
    <w:p>
      <w:r>
        <w:rPr>
          <w:i/>
        </w:rPr>
        <w:t>“Maulana, kindly guide: How can we identify our weaknesses and then overcome them? How can a person come to know that he or she needs...”</w:t>
      </w:r>
    </w:p>
    <w:p>
      <w:r>
        <w:rPr>
          <w:sz w:val="20"/>
        </w:rPr>
        <w:t>1:25:11  molana agla sawal bheja hai srinagar kashmir se aamir mori sahib ne inhone poocha hai ke molana kindly guide how can we identify our weaknesses and then overcome them how can a person come to know that he or she need</w:t>
      </w:r>
    </w:p>
    <w:p>
      <w:pPr>
        <w:pStyle w:val="Heading2"/>
      </w:pPr>
      <w:r>
        <w:t>Identifying a hypocrite in Islam</w:t>
      </w:r>
    </w:p>
    <w:p>
      <w:r>
        <w:rPr>
          <w:color w:val="666666"/>
          <w:sz w:val="18"/>
        </w:rPr>
        <w:t>Ethics &amp; Character · Anger An Obstacle to wisdom 5 Jan 2020 - Maulana Wahiduddin Khan · 1m 14s · at 57:46 · https://youtu.be/q0VPtCsiYrI?t=3466</w:t>
      </w:r>
    </w:p>
    <w:p>
      <w:r>
        <w:rPr>
          <w:i/>
        </w:rPr>
        <w:t>“Who is a hypocrite and how can one identify a hypocrite? To me, it seems like twisting according to the situation is hypocrisy. Kindly give us your explanation on this subject.”</w:t>
      </w:r>
    </w:p>
    <w:p>
      <w:r>
        <w:rPr>
          <w:sz w:val="20"/>
        </w:rPr>
        <w:t>57:46  . Thank you, Maulana. Jazak Allah. Maulana, agla sawal lena chahenge. yeh sawal usa se shahid sahib ne bheja hai.</w:t>
      </w:r>
      <w:r>
        <w:br/>
      </w:r>
      <w:r>
        <w:rPr>
          <w:sz w:val="20"/>
        </w:rPr>
        <w:t>57:56  Unhon ne aap se poocha hai: "Maulana sahib, Who is a hypocrite and how can one identify a hypocrite?</w:t>
      </w:r>
      <w:r>
        <w:br/>
      </w:r>
      <w:r>
        <w:rPr>
          <w:sz w:val="20"/>
        </w:rPr>
        <w:t>58:07  To me, it seems like twisting according to the situation is hypocrisy. Kindly give us your explanation on this subject." aap jante hain ke english mein ek lafz hai "double standard", wahi matlab hai is ka jo aadmi double standard ho.</w:t>
      </w:r>
      <w:r>
        <w:br/>
      </w:r>
      <w:r>
        <w:rPr>
          <w:sz w:val="20"/>
        </w:rPr>
        <w:t>58:31  Yeh koi bohat complex baat nahi hai, bohat seedhi baat hai.</w:t>
      </w:r>
      <w:r>
        <w:br/>
      </w:r>
      <w:r>
        <w:rPr>
          <w:sz w:val="20"/>
        </w:rPr>
        <w:t>58:39  Kisi aadmi ko pehchanne ke liye ke woh hypocrite hai, ek hi din us ke sath rahen, ek to aap jaan len ke yeh double standard aadmi hai.</w:t>
      </w:r>
      <w:r>
        <w:br/>
      </w:r>
      <w:r>
        <w:rPr>
          <w:sz w:val="20"/>
        </w:rPr>
        <w:t>58:53  Yeh koi mushkil kaam nahi hai.</w:t>
      </w:r>
    </w:p>
    <w:p>
      <w:pPr>
        <w:pStyle w:val="Heading2"/>
      </w:pPr>
      <w:r>
        <w:t>Improving personality through Quranic teachings</w:t>
      </w:r>
    </w:p>
    <w:p>
      <w:r>
        <w:rPr>
          <w:color w:val="666666"/>
          <w:sz w:val="18"/>
        </w:rPr>
        <w:t>Ethics &amp; Character · Divine Help March 31, 2019 Maulana Wahiduddin Khan · 1m 11s · at 40:29 · https://youtu.be/o5-R5Rjs5Cw?t=2429</w:t>
      </w:r>
    </w:p>
    <w:p>
      <w:r>
        <w:rPr>
          <w:i/>
        </w:rPr>
        <w:t>“Molana sahib, how to improve one's personality in the light of the Quran? Please explain.”</w:t>
      </w:r>
    </w:p>
    <w:p>
      <w:r>
        <w:rPr>
          <w:sz w:val="20"/>
        </w:rPr>
        <w:t>40:29  maulana, agla sawal Pakistan se bheja hai raeed ul hassan sahib ne, unhon ne aap se poocha hai ke Maulana sahib, Quran ki roshni mein personality ko kaise behtar banaya jaye, is ke bare mein batayein.</w:t>
      </w:r>
      <w:r>
        <w:br/>
      </w:r>
      <w:r>
        <w:rPr>
          <w:sz w:val="20"/>
        </w:rPr>
        <w:t>40:45  main bas yahi kahunga ke tadabbur ko badhaiye, yani Quran aur hadith, seerat-e-rasool, in cheezon mein apne ghaur o fikr ko badhaiye.</w:t>
      </w:r>
      <w:r>
        <w:br/>
      </w:r>
      <w:r>
        <w:rPr>
          <w:sz w:val="20"/>
        </w:rPr>
        <w:t>40:59  jaise aaj hi ka ek qissa unhon ne bataya aap ko ke فَإِنَّكَ بَيَأَيُّنَا yeh bahut der se pooch rahe the hamein sawal tha ke tumhara mamla hamari nigahon mein hai, is ka kya matlab hai?</w:t>
      </w:r>
      <w:r>
        <w:br/>
      </w:r>
      <w:r>
        <w:rPr>
          <w:sz w:val="20"/>
        </w:rPr>
        <w:t>41:14  to aaj hi mujh par khula, kya matlab hai ke tumhara mamla hamari planning ke tehat chal raha hai, hamari planning ke tehat ek course jari hua hai, is course ko poora hone dein,</w:t>
      </w:r>
      <w:r>
        <w:br/>
      </w:r>
      <w:r>
        <w:rPr>
          <w:sz w:val="20"/>
        </w:rPr>
        <w:t>41:28  phir sab kuch theek ho jayega. to zyada se zyada tadabbur kijiye, ghaur o fikr kijiye, yahi rasta hai.</w:t>
      </w:r>
    </w:p>
    <w:p>
      <w:pPr>
        <w:pStyle w:val="Heading2"/>
      </w:pPr>
      <w:r>
        <w:t>Innate lack of hate and prejudice</w:t>
      </w:r>
    </w:p>
    <w:p>
      <w:r>
        <w:rPr>
          <w:color w:val="666666"/>
          <w:sz w:val="18"/>
        </w:rPr>
        <w:t>Ethics &amp; Character · The Deeper Meaning of The Quran 18 Aug 2019 - Maulana Wahiduddin Khan · 1m 02s · at 44:20 · https://youtu.be/EYyhbiR_ZIQ?t=2660</w:t>
      </w:r>
    </w:p>
    <w:p>
      <w:r>
        <w:rPr>
          <w:i/>
        </w:rPr>
        <w:t>“I have a personal question. I want to know whether you were like this by birth. I mean, no hate or prejudice for any person.”</w:t>
      </w:r>
    </w:p>
    <w:p>
      <w:r>
        <w:rPr>
          <w:sz w:val="20"/>
        </w:rPr>
        <w:t>44:20  . jazak allah Maulana. Maulana, agla sawal bangalore se kiya hai naseer sahib ne.</w:t>
      </w:r>
      <w:r>
        <w:br/>
      </w:r>
      <w:r>
        <w:rPr>
          <w:sz w:val="20"/>
        </w:rPr>
        <w:t>44:30  unhon ne likha hai: "Maulana sahib, I have a personal question. Please do answer.</w:t>
      </w:r>
      <w:r>
        <w:br/>
      </w:r>
      <w:r>
        <w:rPr>
          <w:sz w:val="20"/>
        </w:rPr>
        <w:t>44:40  I want to know whether you were like this by birth. I mean, no hate or prejudice for any person. You</w:t>
      </w:r>
      <w:r>
        <w:br/>
      </w:r>
      <w:r>
        <w:rPr>
          <w:sz w:val="20"/>
        </w:rPr>
        <w:t>44:49  urge Muslims to interact with people of all faiths. I don't know of any Muslim leader or scholar who says this so openly."</w:t>
      </w:r>
      <w:r>
        <w:br/>
      </w:r>
      <w:r>
        <w:rPr>
          <w:sz w:val="20"/>
        </w:rPr>
        <w:t>45:02  yeh sawal mujh se poochne ka nahi hai, aap ke khud janne ka hai. yeh sawal aap mujh se kyun poochte hain?</w:t>
      </w:r>
      <w:r>
        <w:br/>
      </w:r>
      <w:r>
        <w:rPr>
          <w:sz w:val="20"/>
        </w:rPr>
        <w:t>45:11  aap khud janiye, parh kar ke.</w:t>
      </w:r>
    </w:p>
    <w:p>
      <w:pPr>
        <w:pStyle w:val="Heading2"/>
      </w:pPr>
      <w:r>
        <w:t>Is Abu Bakr's statement religious zeal</w:t>
      </w:r>
    </w:p>
    <w:p>
      <w:r>
        <w:rPr>
          <w:color w:val="666666"/>
          <w:sz w:val="18"/>
        </w:rPr>
        <w:t>Ethics &amp; Character · Life After Death January 22, 2012 · 35s · at 1:36:09 · https://youtu.be/5hVH1BLKBF4?t=5769</w:t>
      </w:r>
    </w:p>
    <w:p>
      <w:r>
        <w:rPr>
          <w:i/>
        </w:rPr>
        <w:t>“Hazrat Abu Bakr said that if Islam comes under attack and he remains alive—is this not an example of religious zeal?”</w:t>
      </w:r>
    </w:p>
    <w:p>
      <w:r>
        <w:rPr>
          <w:sz w:val="20"/>
        </w:rPr>
        <w:t>1:36:09  molana, agla sawal kya hai mister muhammad samiuallah sa</w:t>
      </w:r>
      <w:r>
        <w:br/>
      </w:r>
      <w:r>
        <w:rPr>
          <w:sz w:val="20"/>
        </w:rPr>
        <w:t>1:36:21  n, kya yeh deeni ghairat ki misaal nahi hai?" ghairat azm hai, azm, Determination.</w:t>
      </w:r>
      <w:r>
        <w:br/>
      </w:r>
      <w:r>
        <w:rPr>
          <w:sz w:val="20"/>
        </w:rPr>
        <w:t>1:36:31  Determination ki baat yeh hai. Apne aap ko aakhri had tak le jaane ki misaal hai. Ghalat kya hai? Ghalat toh yeh bilkul jahalat, jahiliyat, jahili lafz hai.</w:t>
      </w:r>
    </w:p>
    <w:p>
      <w:pPr>
        <w:pStyle w:val="Heading2"/>
      </w:pPr>
      <w:r>
        <w:t>Is clapping at opponent's defeat wrong?</w:t>
      </w:r>
    </w:p>
    <w:p>
      <w:r>
        <w:rPr>
          <w:color w:val="666666"/>
          <w:sz w:val="18"/>
        </w:rPr>
        <w:t>Ethics &amp; Character · Q&amp;A 04 Mar 2012 Maulana Wahiduddin Khan · 1m 26s · at 49:22 · https://youtu.be/txRmutuvWQI?t=2962</w:t>
      </w:r>
    </w:p>
    <w:p>
      <w:r>
        <w:rPr>
          <w:i/>
        </w:rPr>
        <w:t>“After criticizing Madhu, if one claps happily at his defeat, does this prove that the caller's psyche is not correct?”</w:t>
      </w:r>
    </w:p>
    <w:p>
      <w:r>
        <w:rPr>
          <w:sz w:val="20"/>
        </w:rPr>
        <w:t>49:22  maulana, agla sawal hai dilli se maulana sharq hussain sahab ka. unhon ne likha hai: "madhu par tanqeed karne ke baad is ki defeat par khush ho kar taliyan bajana, kya yeh sabit karta hai ke is daai ki nafsiyat durust nahi?"</w:t>
      </w:r>
      <w:r>
        <w:br/>
      </w:r>
      <w:r>
        <w:rPr>
          <w:sz w:val="20"/>
        </w:rPr>
        <w:t>49:39  durust kiya hai? haram nafsiyat hai. nafsiyat bhi haram hoti hai. yeh to yeh to haram nafsiyat hai.</w:t>
      </w:r>
      <w:r>
        <w:br/>
      </w:r>
      <w:r>
        <w:rPr>
          <w:sz w:val="20"/>
        </w:rPr>
        <w:t>49:49  agar madhu aap ki baat na maane to aap ke jo option hai, woh dua karne ka hai. yeh nahi ke aap taliyan bajayein.</w:t>
      </w:r>
      <w:r>
        <w:br/>
      </w:r>
      <w:r>
        <w:rPr>
          <w:sz w:val="20"/>
        </w:rPr>
        <w:t>49:58  yani dawat ki taqreer, yani awwal to ek ek daai apne ko kahe aadmi aur sirf taqreerein kare ke jisay taliyan bajayein, yeh to bilkul hi yani is ka islam se koi talluq nahi hai.</w:t>
      </w:r>
      <w:r>
        <w:br/>
      </w:r>
      <w:r>
        <w:rPr>
          <w:sz w:val="20"/>
        </w:rPr>
        <w:t>50:11  is ka islam se koi talluq nahi hai.</w:t>
      </w:r>
      <w:r>
        <w:br/>
      </w:r>
      <w:r>
        <w:rPr>
          <w:sz w:val="20"/>
        </w:rPr>
        <w:t>50:16  dawat ki taqreer woh hai jis se logon ke andar introspection paida ho, muhasba paida ho, logon ke andar soch jaage.</w:t>
      </w:r>
      <w:r>
        <w:br/>
      </w:r>
      <w:r>
        <w:rPr>
          <w:sz w:val="20"/>
        </w:rPr>
        <w:t>50:25  yeh nahi ke taliyan baja rahe hain log. harghiz harghiz aisay jalsay agar dawat ke naam par kiye jatay hain aur taliyan bajti hain to woh is ka dawat se koi talluq nahi hai.</w:t>
      </w:r>
      <w:r>
        <w:br/>
      </w:r>
      <w:r>
        <w:rPr>
          <w:sz w:val="20"/>
        </w:rPr>
        <w:t>50:35  woh</w:t>
      </w:r>
      <w:r>
        <w:br/>
      </w:r>
      <w:r>
        <w:rPr>
          <w:sz w:val="20"/>
        </w:rPr>
        <w:t>50:36  kuch aur jo bhi is ka naam rakhein aap, lekin woh dawat nahi. dawat ke jalsay mein taliyan bajna, yeh dawat ki spirit ke khilaf hai.</w:t>
      </w:r>
    </w:p>
    <w:p>
      <w:pPr>
        <w:pStyle w:val="Heading2"/>
      </w:pPr>
      <w:r>
        <w:t>Is it correct to be proud of Al-Risala mission?</w:t>
      </w:r>
    </w:p>
    <w:p>
      <w:r>
        <w:rPr>
          <w:color w:val="666666"/>
          <w:sz w:val="18"/>
        </w:rPr>
        <w:t>Ethics &amp; Character · The Message of Eid Al-Adha November 6, 2011 Maulana Wahiduddin Khan · 1m 03s · at 1:27:04 · https://youtu.be/y59PU_RD2cg?t=5224</w:t>
      </w:r>
    </w:p>
    <w:p>
      <w:r>
        <w:rPr>
          <w:i/>
        </w:rPr>
        <w:t>“A person said that we are proud that we got a mission like Al-Risala. Maulana, is it correct to say such a proud thing?”</w:t>
      </w:r>
    </w:p>
    <w:p>
      <w:r>
        <w:rPr>
          <w:sz w:val="20"/>
        </w:rPr>
        <w:t>1:27:04  Maulana, agla sawal kya hai? Maulana Asrar ne Tamil Nadu se. Unho ne likha hai ke ek sahib ne kaha ke hum ko fakhr hai ke hum ko Al-Risala jaisa mission mila.</w:t>
      </w:r>
      <w:r>
        <w:br/>
      </w:r>
      <w:r>
        <w:rPr>
          <w:sz w:val="20"/>
        </w:rPr>
        <w:t>1:27:17  Maulana, kya is tarah ki fakhr wali baat karna sahi hai? Har giz sahi nahi. Yeh bilkul galat hai. Yeh yeh fakhr ki</w:t>
      </w:r>
      <w:r>
        <w:br/>
      </w:r>
      <w:r>
        <w:rPr>
          <w:sz w:val="20"/>
        </w:rPr>
        <w:t>1:27:25  baat kya hai? Shukr ki baat kahiye ke Allah taala ka shukr hai ke mujhe sachai mil gayi. Fakhr kya? Fakhr to ek gunah ki baat hai, main samajhta hoon.</w:t>
      </w:r>
      <w:r>
        <w:br/>
      </w:r>
      <w:r>
        <w:rPr>
          <w:sz w:val="20"/>
        </w:rPr>
        <w:t>1:27:38  Fakhr ke andar to arrogance hai, yaani superiority, yeh sab cheezein is ke andar hain. Baharhal, fakhr bilkul hi ghair Islami hai aur bilkul galat kaam hai.</w:t>
      </w:r>
      <w:r>
        <w:br/>
      </w:r>
      <w:r>
        <w:rPr>
          <w:sz w:val="20"/>
        </w:rPr>
        <w:t>1:27:55  Aap ko agar sachai mili hai to shukr ada kijiye Allah taala ka. Aisi cheez momin ki jo hai, woh response woh shukr hai, na ke fakhr.</w:t>
      </w:r>
    </w:p>
    <w:p>
      <w:pPr>
        <w:pStyle w:val="Heading2"/>
      </w:pPr>
      <w:r>
        <w:t>Is listening to songs halal or haram</w:t>
      </w:r>
    </w:p>
    <w:p>
      <w:r>
        <w:rPr>
          <w:color w:val="666666"/>
          <w:sz w:val="18"/>
        </w:rPr>
        <w:t>Ethics &amp; Character · Spirit of the Age Nov 6, 2016 · 53s · at 1:00:31 · https://youtu.be/QAW9LP53xQk?t=3631</w:t>
      </w:r>
    </w:p>
    <w:p>
      <w:r>
        <w:rPr>
          <w:i/>
        </w:rPr>
        <w:t>“Can we listen to songs? Is it haram or halal? Explain.”</w:t>
      </w:r>
    </w:p>
    <w:p>
      <w:r>
        <w:rPr>
          <w:sz w:val="20"/>
        </w:rPr>
        <w:t>1:00:31  maulana, agla sawal bismah siddiqui ne kiya hai dilli se, aur unhon ne aap se poocha hai: maulana</w:t>
      </w:r>
      <w:r>
        <w:br/>
      </w:r>
      <w:r>
        <w:rPr>
          <w:sz w:val="20"/>
        </w:rPr>
        <w:t>1:00:37  sahib, can we listen to songs? is it haram aur halaal? is ke baray mein bataein.</w:t>
      </w:r>
      <w:r>
        <w:br/>
      </w:r>
      <w:r>
        <w:rPr>
          <w:sz w:val="20"/>
        </w:rPr>
        <w:t>1:00:43  halaal hai, khoob suniye, khoob suniye.</w:t>
      </w:r>
      <w:r>
        <w:br/>
      </w:r>
      <w:r>
        <w:rPr>
          <w:sz w:val="20"/>
        </w:rPr>
        <w:t>1:00:49  baqi hai ke mein is ko halaal aur haram nahi samajhta, mein is ko time ka kamtar istemal samajhta hoon.</w:t>
      </w:r>
      <w:r>
        <w:br/>
      </w:r>
      <w:r>
        <w:rPr>
          <w:sz w:val="20"/>
        </w:rPr>
        <w:t>1:00:55  mere paas jab time hai to mein is ko wisdom wali baaton mein lagata hoon, wisdom fiction mein nahi lagata.</w:t>
      </w:r>
      <w:r>
        <w:br/>
      </w:r>
      <w:r>
        <w:rPr>
          <w:sz w:val="20"/>
        </w:rPr>
        <w:t>1:01:01  aap ko shauq hai to lagaiye, aap koi haram halaal ki baat nahi hai, yeh koi haram halaal</w:t>
      </w:r>
      <w:r>
        <w:br/>
      </w:r>
      <w:r>
        <w:rPr>
          <w:sz w:val="20"/>
        </w:rPr>
        <w:t>1:01:07  ki baat nahi hai.</w:t>
      </w:r>
      <w:r>
        <w:br/>
      </w:r>
      <w:r>
        <w:rPr>
          <w:sz w:val="20"/>
        </w:rPr>
        <w:t>1:01:13  mujhe jis tarah bhi jaisay aisay wisdom se to mein apne time ko wisdom ke istemal karta hoon,</w:t>
      </w:r>
      <w:r>
        <w:br/>
      </w:r>
      <w:r>
        <w:rPr>
          <w:sz w:val="20"/>
        </w:rPr>
        <w:t>1:01:19  bas yahi mera jawab hai.</w:t>
      </w:r>
    </w:p>
    <w:p>
      <w:pPr>
        <w:pStyle w:val="Heading2"/>
      </w:pPr>
      <w:r>
        <w:t>Knowledge increase without conscience growth</w:t>
      </w:r>
    </w:p>
    <w:p>
      <w:r>
        <w:rPr>
          <w:color w:val="666666"/>
          <w:sz w:val="18"/>
        </w:rPr>
        <w:t>Ethics &amp; Character · How to Become Deserving of Paradise August 16, 2020 Maulana Wahiduddin Khan · 57s · at 32:38 · https://youtu.be/jFXK3TMiqtA?t=1958</w:t>
      </w:r>
    </w:p>
    <w:p>
      <w:r>
        <w:rPr>
          <w:i/>
        </w:rPr>
        <w:t>“Why is it that people's knowledge increases but their conscience does not increase?”</w:t>
      </w:r>
    </w:p>
    <w:p>
      <w:r>
        <w:rPr>
          <w:sz w:val="20"/>
        </w:rPr>
        <w:t>32:38  maulana, agla sawal waseem dyer sahib ne rajasthan ajmer se bheja hai. unhon ne likha hai: "maulana, aisa kyun hai ke logon ki knowledge mein increment hota hai par un ke consciousness mein increment nahi hota hai?\</w:t>
      </w:r>
      <w:r>
        <w:br/>
      </w:r>
      <w:r>
        <w:rPr>
          <w:sz w:val="20"/>
        </w:rPr>
        <w:t>32:58  is ki kya wajah hai?" to aisa to hai hi nahin. improvement hota hai.</w:t>
      </w:r>
      <w:r>
        <w:br/>
      </w:r>
      <w:r>
        <w:rPr>
          <w:sz w:val="20"/>
        </w:rPr>
        <w:t>33:04  aap ne kahan se yeh baat arz kiya? yeh improvement ya development to ek constant aur process hai.</w:t>
      </w:r>
      <w:r>
        <w:br/>
      </w:r>
      <w:r>
        <w:rPr>
          <w:sz w:val="20"/>
        </w:rPr>
        <w:t>33:21  is ki koi had hi nahin.</w:t>
      </w:r>
      <w:r>
        <w:br/>
      </w:r>
      <w:r>
        <w:rPr>
          <w:sz w:val="20"/>
        </w:rPr>
        <w:t>33:27  is ki koi had nahin hai.</w:t>
      </w:r>
    </w:p>
    <w:p>
      <w:pPr>
        <w:pStyle w:val="Heading2"/>
      </w:pPr>
      <w:r>
        <w:t>Maintaining Discipline in Our Daily Life</w:t>
      </w:r>
    </w:p>
    <w:p>
      <w:r>
        <w:rPr>
          <w:color w:val="666666"/>
          <w:sz w:val="18"/>
        </w:rPr>
        <w:t>Ethics &amp; Character · The Concept of Divine Help June 16, 2013 · 1m 47s · at 1:00:50 · https://youtu.be/b0QaxGSnAOI?t=3650</w:t>
      </w:r>
    </w:p>
    <w:p>
      <w:r>
        <w:rPr>
          <w:i/>
        </w:rPr>
        <w:t>“How can we maintain discipline in our daily life?”</w:t>
      </w:r>
    </w:p>
    <w:p>
      <w:r>
        <w:rPr>
          <w:sz w:val="20"/>
        </w:rPr>
        <w:t>1:00:50  maulana, agla sawal dilli se hai ans sahab ka. unhon ne aap se poocha hai ke "How can we maintain discipline in our daily life?" is ke bare mein bataen.</w:t>
      </w:r>
      <w:r>
        <w:br/>
      </w:r>
      <w:r>
        <w:rPr>
          <w:sz w:val="20"/>
        </w:rPr>
        <w:t>1:01:04  asal jar ki baat yeh hai ke logon ka dard khauf khuda nahin. yeh jo sawalat jo aap poochte hain, yeh Allah se darne wala aadmi yeh sawal hi nahin karega.</w:t>
      </w:r>
      <w:r>
        <w:br/>
      </w:r>
      <w:r>
        <w:rPr>
          <w:sz w:val="20"/>
        </w:rPr>
        <w:t>1:01:17  yeh ek maa ka poochhe ke kaise main apne bachche ko paloon? jo maa is se poochhe, woh maa dil mein bachche ki mohabbat nahin hai.</w:t>
      </w:r>
      <w:r>
        <w:br/>
      </w:r>
      <w:r>
        <w:rPr>
          <w:sz w:val="20"/>
        </w:rPr>
        <w:t>1:01:30  koi maa agar poochhe ke bhai mujhe batao ke main apne bachche ko kaise paloon posoon, to aap jawab denge is ka?</w:t>
      </w:r>
      <w:r>
        <w:br/>
      </w:r>
      <w:r>
        <w:rPr>
          <w:sz w:val="20"/>
        </w:rPr>
        <w:t>1:01:39  aap kahenge apne dil ka jaiza lo, tumhare dil mein bachche ki mohabbat nahin hai, is liye yeh sab sawal kar rahi ho.</w:t>
      </w:r>
      <w:r>
        <w:br/>
      </w:r>
      <w:r>
        <w:rPr>
          <w:sz w:val="20"/>
        </w:rPr>
        <w:t>1:01:46  to yeh sab sawalat nahin hain. is ki jar mein kya hai? logon ko Allah ka khauf nahin, logon ko jahannum ka dar nahin, logon ko jannat ka shauq nahin, logon ko mazar mehshar ka ehsas nahin ke Allah ke samne khada hona hoga to kya pesh aayega wahan?</w:t>
      </w:r>
      <w:r>
        <w:br/>
      </w:r>
      <w:r>
        <w:rPr>
          <w:sz w:val="20"/>
        </w:rPr>
        <w:t>1:02:02  is liye yeh sab baaten karte hain.</w:t>
      </w:r>
      <w:r>
        <w:br/>
      </w:r>
      <w:r>
        <w:rPr>
          <w:sz w:val="20"/>
        </w:rPr>
        <w:t>1:02:07  You have to see the root cause. root cause kya hai</w:t>
      </w:r>
      <w:r>
        <w:br/>
      </w:r>
      <w:r>
        <w:rPr>
          <w:sz w:val="20"/>
        </w:rPr>
        <w:t>1:02:12  ? dilon mein khauf khuda nahin, dilon mein mohabbat ilahi nahin, dilon mein jannat ka ishtiyaq nahin, dil mein akhirat wali soch nahin.</w:t>
      </w:r>
      <w:r>
        <w:br/>
      </w:r>
      <w:r>
        <w:rPr>
          <w:sz w:val="20"/>
        </w:rPr>
        <w:t>1:02:21  wo cheez paida kijiye, phir apne aap sari baaten aa jayengi. maa ke dil mein agar mohabbat hai to woh khud pata hai us ko bachche ke liye kya kare. woh yahi muamla zindagi ke sare mamlat ka hai.</w:t>
      </w:r>
    </w:p>
    <w:p>
      <w:pPr>
        <w:pStyle w:val="Heading2"/>
      </w:pPr>
      <w:r>
        <w:t>Managing ego</w:t>
      </w:r>
    </w:p>
    <w:p>
      <w:r>
        <w:rPr>
          <w:color w:val="666666"/>
          <w:sz w:val="18"/>
        </w:rPr>
        <w:t>Ethics &amp; Character · The Road to Paradise December 30, 2012 Maulana Wahiduddin Khan · 1m 29s · at 1:19:00 · https://youtu.be/vUiaPsYF4Tk?t=4740</w:t>
      </w:r>
    </w:p>
    <w:p>
      <w:r>
        <w:rPr>
          <w:i/>
        </w:rPr>
        <w:t>“How can a person manage his ego? What is the formula for it?”</w:t>
      </w:r>
    </w:p>
    <w:p>
      <w:r>
        <w:rPr>
          <w:sz w:val="20"/>
        </w:rPr>
        <w:t>1:19:00  maulana, agla sawal pune se hai, mr vikram ka. unhon ne likha hai ke: "how can a person manage his ego? what is the formula for it?"</w:t>
      </w:r>
      <w:r>
        <w:br/>
      </w:r>
      <w:r>
        <w:rPr>
          <w:sz w:val="20"/>
        </w:rPr>
        <w:t>1:19:14  dekhen, ego ego ko mein negative nahi samajhta. ego bohat achhi cheez hai. ego se aadmi ka andar determination aata hai, determination.</w:t>
      </w:r>
      <w:r>
        <w:br/>
      </w:r>
      <w:r>
        <w:rPr>
          <w:sz w:val="20"/>
        </w:rPr>
        <w:t>1:19:26  lekin ego jab aap, yani ego jab aap ki aqal ke taabe na rahe balkeh aap jazbaat ke taabe ho jayen, to samjhiye ke aap ne ego ko galat raaste par dala.</w:t>
      </w:r>
      <w:r>
        <w:br/>
      </w:r>
      <w:r>
        <w:rPr>
          <w:sz w:val="20"/>
        </w:rPr>
        <w:t>1:19:42  jazbaat ke maani yeh hain ke aap nafrat mein, hate mein, revenge mein ego ko istemaal karen apne organs ke establishment karne ke liye.</w:t>
      </w:r>
      <w:r>
        <w:br/>
      </w:r>
      <w:r>
        <w:rPr>
          <w:sz w:val="20"/>
        </w:rPr>
        <w:t>1:19:51  istemaal karne to wo is ka misuse karna hai ego ka. lekin agar ego ko aap istemaal karen constructive field mein to bohat achhi cheez hai.</w:t>
      </w:r>
      <w:r>
        <w:br/>
      </w:r>
      <w:r>
        <w:rPr>
          <w:sz w:val="20"/>
        </w:rPr>
        <w:t>1:20:03  ego hai kyunke use determination aata hai. determination nahi aayega to aap kya kaam karen? kuch nahi kar sakte.</w:t>
      </w:r>
      <w:r>
        <w:br/>
      </w:r>
      <w:r>
        <w:rPr>
          <w:sz w:val="20"/>
        </w:rPr>
        <w:t>1:20:12  jahan negativity aayi, wahan ego jo hai ek galat raaste par daal diya aap ne ego ko.</w:t>
      </w:r>
      <w:r>
        <w:br/>
      </w:r>
      <w:r>
        <w:rPr>
          <w:sz w:val="20"/>
        </w:rPr>
        <w:t>1:20:22  aur jab tak positivity hai, tab tak bilkul sahi hai.</w:t>
      </w:r>
    </w:p>
    <w:p>
      <w:pPr>
        <w:pStyle w:val="Heading2"/>
      </w:pPr>
      <w:r>
        <w:t>Managing generation gap with parents</w:t>
      </w:r>
    </w:p>
    <w:p>
      <w:r>
        <w:rPr>
          <w:color w:val="666666"/>
          <w:sz w:val="18"/>
        </w:rPr>
        <w:t>Ethics &amp; Character · Journey of History December 23, 2012 · 1m 03s · at 1:15:04 · https://youtu.be/bvjWl3U3Dmw?t=4504</w:t>
      </w:r>
    </w:p>
    <w:p>
      <w:r>
        <w:rPr>
          <w:i/>
        </w:rPr>
        <w:t>“How can we manage the generation gap between us and parents?”</w:t>
      </w:r>
    </w:p>
    <w:p>
      <w:r>
        <w:rPr>
          <w:sz w:val="20"/>
        </w:rPr>
        <w:t>1:15:03  maul</w:t>
      </w:r>
      <w:r>
        <w:br/>
      </w:r>
      <w:r>
        <w:rPr>
          <w:sz w:val="20"/>
        </w:rPr>
        <w:t>1:15:04  ana, yeh sawal bhi bangalore se aya hai mr sahil ka. inhone aap se poocha hai: "maulana sahib, how can we manage the generation gap between us and our parents?"</w:t>
      </w:r>
      <w:r>
        <w:br/>
      </w:r>
      <w:r>
        <w:rPr>
          <w:sz w:val="20"/>
        </w:rPr>
        <w:t>1:15:18  yeh generation gap ka word ek bilkul ek intellectual ne nikal rakha hai. main to is ko nahi manta. yeh bekar ka ek bekar ka word hai.</w:t>
      </w:r>
      <w:r>
        <w:br/>
      </w:r>
      <w:r>
        <w:rPr>
          <w:sz w:val="20"/>
        </w:rPr>
        <w:t>1:15:28  koi generation gap nahi. Allah ne aap ko paida kiya, un ko paida kiya.</w:t>
      </w:r>
      <w:r>
        <w:br/>
      </w:r>
      <w:r>
        <w:rPr>
          <w:sz w:val="20"/>
        </w:rPr>
        <w:t>1:15:35  dono ek hi hain. gap kis liye? artificial gap hai. yeh sab artificial gap. yeh soch ki kami hai jo yeh gap paida karti hai.</w:t>
      </w:r>
      <w:r>
        <w:br/>
      </w:r>
      <w:r>
        <w:rPr>
          <w:sz w:val="20"/>
        </w:rPr>
        <w:t>1:15:45  humein to kuch bhi gap nahi hai. main parha likha tha, meri maan parhi likhi nahi thi to mere un ke beech mein koi gap to nahi tha, kuch bhi nahi.</w:t>
      </w:r>
      <w:r>
        <w:br/>
      </w:r>
      <w:r>
        <w:rPr>
          <w:sz w:val="20"/>
        </w:rPr>
        <w:t>1:15:56  yeh sab yani khoobsurat alfaaz nikal rakhe hain intellectuals ne. main is ko nahi manta.</w:t>
      </w:r>
    </w:p>
    <w:p>
      <w:pPr>
        <w:pStyle w:val="Heading2"/>
      </w:pPr>
      <w:r>
        <w:t>Managing our ego effectively</w:t>
      </w:r>
    </w:p>
    <w:p>
      <w:r>
        <w:rPr>
          <w:color w:val="666666"/>
          <w:sz w:val="18"/>
        </w:rPr>
        <w:t>Ethics &amp; Character · Revival of Islam March 23, 2014 · 1m 53s · at 1:04:10 · https://youtu.be/Wc4Vsc4u1JI?t=3850</w:t>
      </w:r>
    </w:p>
    <w:p>
      <w:r>
        <w:rPr>
          <w:i/>
        </w:rPr>
        <w:t>“How can we manage our ego? Please advise us.”</w:t>
      </w:r>
    </w:p>
    <w:p>
      <w:r>
        <w:rPr>
          <w:sz w:val="20"/>
        </w:rPr>
        <w:t>1:04:10  to koi faida is ka nahi hoga. Maulana, agla sawal hai Sajid Anwar Sahab ka, Roorkee se.</w:t>
      </w:r>
      <w:r>
        <w:br/>
      </w:r>
      <w:r>
        <w:rPr>
          <w:sz w:val="20"/>
        </w:rPr>
        <w:t>1:04:18  unhon ne likha hai: "Moulana, how can we manage our ego? Please advise us."</w:t>
      </w:r>
      <w:r>
        <w:br/>
      </w:r>
      <w:r>
        <w:rPr>
          <w:sz w:val="20"/>
        </w:rPr>
        <w:t>1:04:29  dekhiye, main ego koi buri cheez nahi hai.</w:t>
      </w:r>
      <w:r>
        <w:br/>
      </w:r>
      <w:r>
        <w:rPr>
          <w:sz w:val="20"/>
        </w:rPr>
        <w:t>1:04:34  ego se to aadmi ke andar stability aati hai aur determination aata hai. ego se aadmi koi decision le paata hai,</w:t>
      </w:r>
      <w:r>
        <w:br/>
      </w:r>
      <w:r>
        <w:rPr>
          <w:sz w:val="20"/>
        </w:rPr>
        <w:t>1:04:47  kisi challenge ka saamna karta hai. sab egoist to hota hai.</w:t>
      </w:r>
      <w:r>
        <w:br/>
      </w:r>
      <w:r>
        <w:rPr>
          <w:sz w:val="20"/>
        </w:rPr>
        <w:t>1:04:53  dekhiye, ego kab bura hai? jab ego se aap ke andar pride aa jaaye. pride.</w:t>
      </w:r>
      <w:r>
        <w:br/>
      </w:r>
      <w:r>
        <w:rPr>
          <w:sz w:val="20"/>
        </w:rPr>
        <w:t>1:05:00  apne ko pride se bachaiye to phir ego to phir blessing hi blessing hai.</w:t>
      </w:r>
      <w:r>
        <w:br/>
      </w:r>
      <w:r>
        <w:rPr>
          <w:sz w:val="20"/>
        </w:rPr>
        <w:t>1:05:07  ego se apne ko superior samjhen aap aur apne aap ke andar koi ghamand aa jaaye, بڑai ka jazba aa jaaye.</w:t>
      </w:r>
      <w:r>
        <w:br/>
      </w:r>
      <w:r>
        <w:rPr>
          <w:sz w:val="20"/>
        </w:rPr>
        <w:t>1:05:17  to that is evil. Otherwise, ego is blessing.</w:t>
      </w:r>
      <w:r>
        <w:br/>
      </w:r>
      <w:r>
        <w:rPr>
          <w:sz w:val="20"/>
        </w:rPr>
        <w:t>1:05:24  to ego ek takhleeq hai Allah ke paas. Allah ne paida kiya hai ego. jis ne aankh paida kiya, kaan paida kiya, us ne ego hi paida kiya hai. ego koi alag se nahi aa gayi hai.</w:t>
      </w:r>
      <w:r>
        <w:br/>
      </w:r>
      <w:r>
        <w:rPr>
          <w:sz w:val="20"/>
        </w:rPr>
        <w:t>1:05:35  woh khud Allah Ta'ala ki creation hai. woh woh bohat badi cheez hai. ego na ho to aap challenge ka saamna kaise karenge?</w:t>
      </w:r>
      <w:r>
        <w:br/>
      </w:r>
      <w:r>
        <w:rPr>
          <w:sz w:val="20"/>
        </w:rPr>
        <w:t>1:05:45  aap determination kahan se aye ga? aap koi decision kaise len ge?</w:t>
      </w:r>
      <w:r>
        <w:br/>
      </w:r>
      <w:r>
        <w:rPr>
          <w:sz w:val="20"/>
        </w:rPr>
        <w:t>1:05:52  lekin lekin ego mein agar yeh shamil ho jaye, yani superiority complex aye, to woh bura hai.</w:t>
      </w:r>
    </w:p>
    <w:p>
      <w:pPr>
        <w:pStyle w:val="Heading2"/>
      </w:pPr>
      <w:r>
        <w:t>Manuals for daily Islamic duties ignored</w:t>
      </w:r>
    </w:p>
    <w:p>
      <w:r>
        <w:rPr>
          <w:color w:val="666666"/>
          <w:sz w:val="18"/>
        </w:rPr>
        <w:t>Ethics &amp; Character · Islam in Daily Life May 26, 2013 · 1m 50s · at 1:06:13 · https://youtu.be/iNyWPrbyyhA?t=3973</w:t>
      </w:r>
    </w:p>
    <w:p>
      <w:r>
        <w:rPr>
          <w:i/>
        </w:rPr>
        <w:t>“I think there are very good lists or manuals for Islam in daily life, like duties of a son, duties of a neighbor, duties of employer and employee. I think these are being ignored.”</w:t>
      </w:r>
    </w:p>
    <w:p>
      <w:r>
        <w:rPr>
          <w:sz w:val="20"/>
        </w:rPr>
        <w:t>1:06:13  ۔ tazkar al-quran mein aap padhiye is ko. is se inshallah aap ko is ka jawab mil jayega. maulana agla sawal dilli se hai, ibrahim ahmed sahib ka.</w:t>
      </w:r>
      <w:r>
        <w:br/>
      </w:r>
      <w:r>
        <w:rPr>
          <w:sz w:val="20"/>
        </w:rPr>
        <w:t>1:06:24  unhon ne likha hai: "i think there are very good lists or manuals for islam in daily life, like duties of a son, duties of a neighbor, duties of employer and employee.</w:t>
      </w:r>
      <w:r>
        <w:br/>
      </w:r>
      <w:r>
        <w:rPr>
          <w:sz w:val="20"/>
        </w:rPr>
        <w:t>1:06:38  i think these are being ignor</w:t>
      </w:r>
      <w:r>
        <w:br/>
      </w:r>
      <w:r>
        <w:rPr>
          <w:sz w:val="20"/>
        </w:rPr>
        <w:t>1:06:40  ed. should these not be the basic building blocks? masjid and juma prayer is a good platform for this." nahi nahi, aap ki soch galat hai.</w:t>
      </w:r>
      <w:r>
        <w:br/>
      </w:r>
      <w:r>
        <w:rPr>
          <w:sz w:val="20"/>
        </w:rPr>
        <w:t>1:06:50  yeh koi manual list nahi hai islam mein. har cheez mein aspect ke aitbar se ahmiyat hai. musalmanon ne khud se bana rakha hai, yeh manta hoon.</w:t>
      </w:r>
      <w:r>
        <w:br/>
      </w:r>
      <w:r>
        <w:rPr>
          <w:sz w:val="20"/>
        </w:rPr>
        <w:t>1:07:00  lekin islam mein sirf aspect ki ahmiyat hai. aur aspect kya hai? allah ka khauf aur bandon ki kharkhai. do hi baatein hain bas.</w:t>
      </w:r>
      <w:r>
        <w:br/>
      </w:r>
      <w:r>
        <w:rPr>
          <w:sz w:val="20"/>
        </w:rPr>
        <w:t>1:07:10  koi manual nahi hai. is ko koi manual nahi keh sakte aap. is ka manual nahi keh sakte aap. jab bhi aap ka contact ho ke is ko yeh mamla pade to wahan aap kharkhai ke jazbe ke sath mamla karein.</w:t>
      </w:r>
      <w:r>
        <w:br/>
      </w:r>
      <w:r>
        <w:rPr>
          <w:sz w:val="20"/>
        </w:rPr>
        <w:t>1:07:24  aur jahan mamla allah ka ho to wahan allah ke ke dar se aap apna rawaiyya mutayyan karein. to bas do hi cheezein hain jo rozana aap ko guide kar</w:t>
      </w:r>
      <w:r>
        <w:br/>
      </w:r>
      <w:r>
        <w:rPr>
          <w:sz w:val="20"/>
        </w:rPr>
        <w:t>1:07:36  تی ہیں: اللہ کا خوف۔ اللہ کا خوف بنیں کہ آخرت میں پکڑے جائیں گے آپ۔ اللہ میں، اللہ میں آپ، اللہ کے سامنے پیشی ہوگی آپ کی۔</w:t>
      </w:r>
      <w:r>
        <w:br/>
      </w:r>
      <w:r>
        <w:rPr>
          <w:sz w:val="20"/>
        </w:rPr>
        <w:t>1:07:45  یہ احساس آپ کو رہے۔ اور بندوں کے معاملے میں یہ ہے کہ مجھے اس کا خیر خواہی کرنا ہے۔ مجھے بدخواہی نہیں کرنا ہے۔ یہ اس اس اسپیٹ کے ساتھ جو کچھ کریں گے آپ۔</w:t>
      </w:r>
      <w:r>
        <w:br/>
      </w:r>
      <w:r>
        <w:rPr>
          <w:sz w:val="20"/>
        </w:rPr>
        <w:t>1:07:55  اس کو مینول نہیں کہہ سکتے آپ۔ بلکہ ڈفرنٹ شکلوں میں اس اسپیٹ کا اظہار ہوتا ہے۔</w:t>
      </w:r>
    </w:p>
    <w:p>
      <w:pPr>
        <w:pStyle w:val="Heading2"/>
      </w:pPr>
      <w:r>
        <w:t>Masculine personality and strength</w:t>
      </w:r>
    </w:p>
    <w:p>
      <w:r>
        <w:rPr>
          <w:color w:val="666666"/>
          <w:sz w:val="18"/>
        </w:rPr>
        <w:t>Ethics &amp; Character · Revival of Islam March 23, 2014 · 1m 12s · at 1:02:57 · https://youtu.be/Wc4Vsc4u1JI?t=3777</w:t>
      </w:r>
    </w:p>
    <w:p>
      <w:r>
        <w:rPr>
          <w:i/>
        </w:rPr>
        <w:t>“Is it only the masculine personality that is called a strong personality?”</w:t>
      </w:r>
    </w:p>
    <w:p>
      <w:r>
        <w:rPr>
          <w:sz w:val="20"/>
        </w:rPr>
        <w:t>1:02:57  fard se alag kisi cheez ka koi wajood nahi hai. Maulana, un ka ek aur sawal hai. unhon ne aap se poocha hai ke kya muzakkar personality ko hi strong personality kahenge?</w:t>
      </w:r>
      <w:r>
        <w:br/>
      </w:r>
      <w:r>
        <w:rPr>
          <w:sz w:val="20"/>
        </w:rPr>
        <w:t>1:03:10  haan, dono ek hi cheez hain.</w:t>
      </w:r>
      <w:r>
        <w:br/>
      </w:r>
      <w:r>
        <w:rPr>
          <w:sz w:val="20"/>
        </w:rPr>
        <w:t>1:03:12  koi do cheez nahi hain. main sirf yeh karta hoon ke modern medium mein tabdeel karta hoon. kyunke aaj ka jo insaan hai, woh jis term se familiar hai, jin jis language mein woh familiar hai, us mein jab aap baat kahenge, tab is ka mind address hoga.</w:t>
      </w:r>
      <w:r>
        <w:br/>
      </w:r>
      <w:r>
        <w:rPr>
          <w:sz w:val="20"/>
        </w:rPr>
        <w:t>1:03:31  warna is ka mind address nahi hoga. aur Quran mein kaha gaya hai ke qul lahum fi anfusihim qawlan balighan yani is tarah baat kaho ke logon ka mind address ho.</w:t>
      </w:r>
      <w:r>
        <w:br/>
      </w:r>
      <w:r>
        <w:rPr>
          <w:sz w:val="20"/>
        </w:rPr>
        <w:t>1:03:41  to isi cheez ko hum badalte hain, naya term dete hain taake aaj ke insaan ka mind address ho. warna aap kahenge aur kuch is ko milega nahi, is ko kuch.</w:t>
      </w:r>
      <w:r>
        <w:br/>
      </w:r>
      <w:r>
        <w:rPr>
          <w:sz w:val="20"/>
        </w:rPr>
        <w:t>1:03:55  ek sahabi ne kaha tha ke kallimun naasa 'ala qadri 'uqoolihim logon ko baat karo, logon ke aql ke mutabiq. jo un ki aql agar pakad nahi paayegi to faida kya aap bolne se?</w:t>
      </w:r>
      <w:r>
        <w:br/>
      </w:r>
      <w:r>
        <w:rPr>
          <w:sz w:val="20"/>
        </w:rPr>
        <w:t>1:04:07  bolte nahi ke aap un ki aql ne pakda nahi is ko.</w:t>
      </w:r>
    </w:p>
    <w:p>
      <w:pPr>
        <w:pStyle w:val="Heading2"/>
      </w:pPr>
      <w:r>
        <w:t>Meaning of arrogance explained</w:t>
      </w:r>
    </w:p>
    <w:p>
      <w:r>
        <w:rPr>
          <w:color w:val="666666"/>
          <w:sz w:val="18"/>
        </w:rPr>
        <w:t>Ethics &amp; Character · Dars-e-Quran, Chapter 2, Verse 35 | December 17, 2017 · 39s · at 59:19 · https://youtu.be/Cd8MlWM7B9w?t=3559</w:t>
      </w:r>
    </w:p>
    <w:p>
      <w:r>
        <w:rPr>
          <w:i/>
        </w:rPr>
        <w:t>“What is the meaning of arrogance (sarkashi)? Please clarify.”</w:t>
      </w:r>
    </w:p>
    <w:p>
      <w:r>
        <w:rPr>
          <w:sz w:val="20"/>
        </w:rPr>
        <w:t>59:19  maulana, agla sawal dilli se kiya hai khurram islam qureshi sahab ne</w:t>
      </w:r>
      <w:r>
        <w:br/>
      </w:r>
      <w:r>
        <w:rPr>
          <w:sz w:val="20"/>
        </w:rPr>
        <w:t>59:25  aur unhon ne aap se poocha hai ke sarkashi ke kya maani hain? is ko wazeh karen.</w:t>
      </w:r>
      <w:r>
        <w:br/>
      </w:r>
      <w:r>
        <w:rPr>
          <w:sz w:val="20"/>
        </w:rPr>
        <w:t>59:32  bhai, yeh bara mushkil masla hai.</w:t>
      </w:r>
      <w:r>
        <w:br/>
      </w:r>
      <w:r>
        <w:rPr>
          <w:sz w:val="20"/>
        </w:rPr>
        <w:t>59:39  mein aksar sochta hoon sarkashi ke liye english mein koi equivalent nahin hai.</w:t>
      </w:r>
      <w:r>
        <w:br/>
      </w:r>
      <w:r>
        <w:rPr>
          <w:sz w:val="20"/>
        </w:rPr>
        <w:t>59:45  yani qareeb tar lafz jo hai english mein sarkashi ka arrogance.</w:t>
      </w:r>
      <w:r>
        <w:br/>
      </w:r>
      <w:r>
        <w:rPr>
          <w:sz w:val="20"/>
        </w:rPr>
        <w:t>59:52  is se acha koi lafz mujhe nahi maloom english english mein.</w:t>
      </w:r>
    </w:p>
    <w:p>
      <w:pPr>
        <w:pStyle w:val="Heading2"/>
      </w:pPr>
      <w:r>
        <w:t>Meaning of religious zeal in Islam</w:t>
      </w:r>
    </w:p>
    <w:p>
      <w:r>
        <w:rPr>
          <w:color w:val="666666"/>
          <w:sz w:val="18"/>
        </w:rPr>
        <w:t>Ethics &amp; Character · Don't Be Angry Culture January 15, 2012 · 1m 06s · at 1:17:14 · https://youtu.be/NrA3X8y_FLY?t=4634</w:t>
      </w:r>
    </w:p>
    <w:p>
      <w:r>
        <w:rPr>
          <w:i/>
        </w:rPr>
        <w:t>“دینی غیرت کے کیا معنی ہیں؟ اس کے بارے میں بتائیں۔”</w:t>
      </w:r>
    </w:p>
    <w:p>
      <w:r>
        <w:rPr>
          <w:sz w:val="20"/>
        </w:rPr>
        <w:t>1:17:14  aap do kitabein parh lijiye, is mein sari baatein wazeh ho jayengi, inshallah. agla sawal bangalore se aya hai aur maulana inayat ullah umri sahib ne kiya hai.</w:t>
      </w:r>
      <w:r>
        <w:br/>
      </w:r>
      <w:r>
        <w:rPr>
          <w:sz w:val="20"/>
        </w:rPr>
        <w:t>1:17:26  unhon ne poocha hai ke deeni ghairat ke kya maani hain? is ke baray mein batayen.</w:t>
      </w:r>
      <w:r>
        <w:br/>
      </w:r>
      <w:r>
        <w:rPr>
          <w:sz w:val="20"/>
        </w:rPr>
        <w:t>1:17:33  deen ghairat koi cheez nahin hai, nothing hai Islam mein. kuch nahin. deen ghairat ek jahiliyat hai, yeh jahiliyat ki cheez hai.</w:t>
      </w:r>
      <w:r>
        <w:br/>
      </w:r>
      <w:r>
        <w:rPr>
          <w:sz w:val="20"/>
        </w:rPr>
        <w:t>1:17:47  quran mein kaha gaya hai "hamiyatul jahiliyah" jis ko kaha gaya, wohi deen ghairat hai. kuch nahin, deen ghairat kya cheez hai?</w:t>
      </w:r>
      <w:r>
        <w:br/>
      </w:r>
      <w:r>
        <w:rPr>
          <w:sz w:val="20"/>
        </w:rPr>
        <w:t>1:17:56  yani yeh lafz "hadith" mein aaya hai quran mein aur is ko itna bara darja de rakha hai.</w:t>
      </w:r>
      <w:r>
        <w:br/>
      </w:r>
      <w:r>
        <w:rPr>
          <w:sz w:val="20"/>
        </w:rPr>
        <w:t>1:18:02  yaad rakhiye, deen ghairat ka lafz na quran mein hai na hadith mein hai. neki sahabi ne is lafz ko bhi istemal kiya. main is ko hamiyat jahiliyah manta hoon, is ko koi haqeeqat is ki nahin.</w:t>
      </w:r>
    </w:p>
    <w:p>
      <w:pPr>
        <w:pStyle w:val="Heading2"/>
      </w:pPr>
      <w:r>
        <w:t>Meaning of religious zeal in Islam</w:t>
      </w:r>
    </w:p>
    <w:p>
      <w:r>
        <w:rPr>
          <w:color w:val="666666"/>
          <w:sz w:val="18"/>
        </w:rPr>
        <w:t>Ethics &amp; Character · Don't Be Angry Culture January 15, 2012 Maulana Wahiduddin Khan · 1m 06s · at 1:18:52 · https://youtu.be/rY1Ikwmwwdk?t=4732</w:t>
      </w:r>
    </w:p>
    <w:p>
      <w:r>
        <w:rPr>
          <w:i/>
        </w:rPr>
        <w:t>“What is the meaning of religious zeal (ghayrat)? Please explain about this.”</w:t>
      </w:r>
    </w:p>
    <w:p>
      <w:r>
        <w:rPr>
          <w:sz w:val="20"/>
        </w:rPr>
        <w:t>1:18:52  aap do kitabein parh lijiye, is mein sari baatein wazeh ho jayengi inshallah. agla sawal bangalore se aya hai aur maulana inayatullah umri sahib ne kiya hai.</w:t>
      </w:r>
      <w:r>
        <w:br/>
      </w:r>
      <w:r>
        <w:rPr>
          <w:sz w:val="20"/>
        </w:rPr>
        <w:t>1:19:05  unhon ne poocha hai ke deeni ghairat ke kya maani hain? is ke baray mein batayen.</w:t>
      </w:r>
      <w:r>
        <w:br/>
      </w:r>
      <w:r>
        <w:rPr>
          <w:sz w:val="20"/>
        </w:rPr>
        <w:t>1:19:11  deeni ghairat koi cheez nahi hai. nothing hai islam mein. kuch nahi. deeni ghairat ek jahiliyat hai.</w:t>
      </w:r>
      <w:r>
        <w:br/>
      </w:r>
      <w:r>
        <w:rPr>
          <w:sz w:val="20"/>
        </w:rPr>
        <w:t>1:19:24  yeh jahiliyat ki cheez hai. quran mein kaha gaya hai "hamiyat aljahiliya" jis ko kaha gaya wahi deeni ghairat hai. kuch nahi, deeni ghairat kya cheez hai?</w:t>
      </w:r>
      <w:r>
        <w:br/>
      </w:r>
      <w:r>
        <w:rPr>
          <w:sz w:val="20"/>
        </w:rPr>
        <w:t>1:19:35  yani yeh lafz na hadith mein aya hai na quran mein aur is ko itna bara darja de rakha hai.</w:t>
      </w:r>
      <w:r>
        <w:br/>
      </w:r>
      <w:r>
        <w:rPr>
          <w:sz w:val="20"/>
        </w:rPr>
        <w:t>1:19:41  yaad rakhiye, deeni ghairat ka lafz na quran mein hai na hadith mein hai. lekin sahabi ne is lafz ko bhi istemal kiya. main is ko hamiyat jahiliya manta hoon.</w:t>
      </w:r>
      <w:r>
        <w:br/>
      </w:r>
      <w:r>
        <w:rPr>
          <w:sz w:val="20"/>
        </w:rPr>
        <w:t>1:19:51  is ko koi haqeeqat is ki nahin.</w:t>
      </w:r>
    </w:p>
    <w:p>
      <w:pPr>
        <w:pStyle w:val="Heading2"/>
      </w:pPr>
      <w:r>
        <w:t>Measures to Avoid Anger Based on Prophet's Sayings</w:t>
      </w:r>
    </w:p>
    <w:p>
      <w:r>
        <w:rPr>
          <w:color w:val="666666"/>
          <w:sz w:val="18"/>
        </w:rPr>
        <w:t>Ethics &amp; Character · Islam in A New Age March 18, 2012 · 1m 07s · at 1:24:24 · https://youtu.be/P5hzq_NheY0?t=5064</w:t>
      </w:r>
    </w:p>
    <w:p>
      <w:r>
        <w:rPr>
          <w:i/>
        </w:rPr>
        <w:t>“I don't want to get angry. Kindly suggest me measures on the basis of prophet's sayings.”</w:t>
      </w:r>
    </w:p>
    <w:p>
      <w:r>
        <w:rPr>
          <w:sz w:val="20"/>
        </w:rPr>
        <w:t>1:24:24  Maulana, agla sawal kya hai Mr. Muhammad Zubair ne. Unhon ne apni location nahin likhi hai. Unhon ne aap se poocha hai ke Maulana sahib I don't want to get angry.</w:t>
      </w:r>
      <w:r>
        <w:br/>
      </w:r>
      <w:r>
        <w:rPr>
          <w:sz w:val="20"/>
        </w:rPr>
        <w:t>1:24:35  Kindly suggest me measures on the basis of prophet's sayings. Kya matlab? Ke main ghussa nahin hona chahta.</w:t>
      </w:r>
      <w:r>
        <w:br/>
      </w:r>
      <w:r>
        <w:rPr>
          <w:sz w:val="20"/>
        </w:rPr>
        <w:t>1:24:44  Prophet ki saying se aap mujhe kuch koi bataen, formula jis se main mere ko ghussa na aaye. Formula kya hai bhai?</w:t>
      </w:r>
      <w:r>
        <w:br/>
      </w:r>
      <w:r>
        <w:rPr>
          <w:sz w:val="20"/>
        </w:rPr>
        <w:t>1:24:52  Jab ghussa aaye to aap us ko minus kijiye. Koi bhi serious formula to hai nahin. Apni soch ko activate kijiye.</w:t>
      </w:r>
      <w:r>
        <w:br/>
      </w:r>
      <w:r>
        <w:rPr>
          <w:sz w:val="20"/>
        </w:rPr>
        <w:t>1:25:03  Emotion ko activate karne lagte hain. Ghussa aate hi foran emotion bhark uthte hain. Nahin, is ko aap ko ghussa aaye to aap apni soch ko activate kijiye.</w:t>
      </w:r>
      <w:r>
        <w:br/>
      </w:r>
      <w:r>
        <w:rPr>
          <w:sz w:val="20"/>
        </w:rPr>
        <w:t>1:25:13  Jo kehte hain You have to learn the art of anger management. Simple formula hai.</w:t>
      </w:r>
      <w:r>
        <w:br/>
      </w:r>
      <w:r>
        <w:rPr>
          <w:sz w:val="20"/>
        </w:rPr>
        <w:t>1:25:21  You have to learn the art of anger management. Bas yahi formula hai. Aur koi formula nahin hai.</w:t>
      </w:r>
    </w:p>
    <w:p>
      <w:pPr>
        <w:pStyle w:val="Heading2"/>
      </w:pPr>
      <w:r>
        <w:t>Muslim leaders' different policies for community and family</w:t>
      </w:r>
    </w:p>
    <w:p>
      <w:r>
        <w:rPr>
          <w:color w:val="666666"/>
          <w:sz w:val="18"/>
        </w:rPr>
        <w:t>Ethics &amp; Character · Opportunities of the Modern Age | March 05, 2017 · 1m 53s · at 56:39 · https://youtu.be/Cv8QEwvQ_fY?t=3399</w:t>
      </w:r>
    </w:p>
    <w:p>
      <w:r>
        <w:rPr>
          <w:i/>
        </w:rPr>
        <w:t>“Why have Muslim leaders always adopted a different policy for the community and a different policy for their own family? What is the reason for this?”</w:t>
      </w:r>
    </w:p>
    <w:p>
      <w:r>
        <w:rPr>
          <w:sz w:val="20"/>
        </w:rPr>
        <w:t>56:39  is mein dein ge maulana agla sawal dubai se miss sana ne bheja hai unhon ne likha hai:</w:t>
      </w:r>
      <w:r>
        <w:br/>
      </w:r>
      <w:r>
        <w:rPr>
          <w:sz w:val="20"/>
        </w:rPr>
        <w:t>56:47  "Why these Muslim leaders have always adopted a different policy for the commu"</w:t>
      </w:r>
      <w:r>
        <w:br/>
      </w:r>
      <w:r>
        <w:rPr>
          <w:sz w:val="20"/>
        </w:rPr>
        <w:t>56:54  want to have a different policy for their own family. What is the reason for this?" mein to samajhta</w:t>
      </w:r>
      <w:r>
        <w:br/>
      </w:r>
      <w:r>
        <w:rPr>
          <w:sz w:val="20"/>
        </w:rPr>
        <w:t>57:02  hoon ke yeh sab log jo hain double starter hain yani leadership chalate hain is usool se ke</w:t>
      </w:r>
      <w:r>
        <w:br/>
      </w:r>
      <w:r>
        <w:rPr>
          <w:sz w:val="20"/>
        </w:rPr>
        <w:t>57:10  property mile aur family ko chalate hain is lehaz par ke un ka interest sar ho yani beta</w:t>
      </w:r>
      <w:r>
        <w:br/>
      </w:r>
      <w:r>
        <w:rPr>
          <w:sz w:val="20"/>
        </w:rPr>
        <w:t>57:17  misal ke taur par mere paas ek sahab aaye to woh</w:t>
      </w:r>
      <w:r>
        <w:br/>
      </w:r>
      <w:r>
        <w:rPr>
          <w:sz w:val="20"/>
        </w:rPr>
        <w:t>57:25  liye kehne ke zulm ki baat discrimination ki baat to mein direct jawab nahi diya mein ne un</w:t>
      </w:r>
      <w:r>
        <w:br/>
      </w:r>
      <w:r>
        <w:rPr>
          <w:sz w:val="20"/>
        </w:rPr>
        <w:t>57:32  ka yani yeh matlab un ka ke India mein hamare sath yeh hota woh hota to mein ne</w:t>
      </w:r>
      <w:r>
        <w:br/>
      </w:r>
      <w:r>
        <w:rPr>
          <w:sz w:val="20"/>
        </w:rPr>
        <w:t>57:40  un se poocha ke aap ka beta jo hai kahan parh raha hai aap ka beta kahan parh</w:t>
      </w:r>
      <w:r>
        <w:br/>
      </w:r>
      <w:r>
        <w:rPr>
          <w:sz w:val="20"/>
        </w:rPr>
        <w:t>57:47  raha hai to unhon ne ek hindu school ka naam bataya jabke jamia ke woh zimmedar thay woh</w:t>
      </w:r>
      <w:r>
        <w:br/>
      </w:r>
      <w:r>
        <w:rPr>
          <w:sz w:val="20"/>
        </w:rPr>
        <w:t>57:55  to maine kaha wahan kyun padhate hain aap to unhon ne kaha wahan competition hai aur jamiat mein competition nahi hai to maine kaha apne bachchon ko to aap dalte hain competition mein aur yahan shikayat kar rahe hain to jitne leader hain maine mera tajurba hai ke apni family ke bare mein khoob khoob sincere hote hain woh khoob khoob sincere hote hain lekin jab qaum ki baat ho to ho</w:t>
      </w:r>
      <w:r>
        <w:br/>
      </w:r>
      <w:r>
        <w:rPr>
          <w:sz w:val="20"/>
        </w:rPr>
        <w:t>58:25  ai taqreerein karte hain to yeh sab ke sab mujhe to lagta hai ke double starter hain maulana</w:t>
      </w:r>
    </w:p>
    <w:p>
      <w:pPr>
        <w:pStyle w:val="Heading2"/>
      </w:pPr>
      <w:r>
        <w:t>Muslims who hate Hindu community</w:t>
      </w:r>
    </w:p>
    <w:p>
      <w:r>
        <w:rPr>
          <w:color w:val="666666"/>
          <w:sz w:val="18"/>
        </w:rPr>
        <w:t>Ethics &amp; Character · Importance of Creative Thinking December 11, 2011 · 1m 44s · at 1:25:11 · https://youtu.be/jfML9Arb0S4?t=5111</w:t>
      </w:r>
    </w:p>
    <w:p>
      <w:r>
        <w:rPr>
          <w:i/>
        </w:rPr>
        <w:t>“What would you say about those Muslims who hate the Hindu community?”</w:t>
      </w:r>
    </w:p>
    <w:p>
      <w:r>
        <w:rPr>
          <w:sz w:val="20"/>
        </w:rPr>
        <w:t>1:25:11  Maulana, agla sawal hai Mr Mukarram Hussain Qasmi sahib ka Delhi se. unhon ne likha hai: "jo Musalman Hindu community se nafrat karte hain, un ke baray mein aap kya kahein ge?" woh ek haram feal karte hain.</w:t>
      </w:r>
      <w:r>
        <w:br/>
      </w:r>
      <w:r>
        <w:rPr>
          <w:sz w:val="20"/>
        </w:rPr>
        <w:t>1:25:27  insan se nafrat nahi kar sakte aap. main kisi bhi insan se nafrat, Yahudi se nafrat karna haram hai. nafrat haq nahi hai aap ko nafrat karne ka.</w:t>
      </w:r>
      <w:r>
        <w:br/>
      </w:r>
      <w:r>
        <w:rPr>
          <w:sz w:val="20"/>
        </w:rPr>
        <w:t>1:25:38  hadith mein aata hai ke "la takoon umata" yeh matlab woh nafrat karta ho to bhi nafrat karo. woh zulm karta ho to us ko nafrat karne lago.</w:t>
      </w:r>
      <w:r>
        <w:br/>
      </w:r>
      <w:r>
        <w:rPr>
          <w:sz w:val="20"/>
        </w:rPr>
        <w:t>1:25:46  yeh islam mein jaiz hi nahi hai. na hindu se, na eesai se, na american se, na yahoodi se aap nafrat nahi kar sakte. aap ko agar koi ikhtilaf hai to aap daleel se apni baat kahiye.</w:t>
      </w:r>
      <w:r>
        <w:br/>
      </w:r>
      <w:r>
        <w:rPr>
          <w:sz w:val="20"/>
        </w:rPr>
        <w:t>1:26:01  nafrat ka haq nahi hai aap ko.</w:t>
      </w:r>
      <w:r>
        <w:br/>
      </w:r>
      <w:r>
        <w:rPr>
          <w:sz w:val="20"/>
        </w:rPr>
        <w:t>1:26:06  nafrat ka haq hi nahi hai aap ko kisi se. nafrat to ek shaitani kaam hai. shaitan ko nafrat hui adam se to yeh shaitan ki riwayat chalna hai, nafrat karna.</w:t>
      </w:r>
      <w:r>
        <w:br/>
      </w:r>
      <w:r>
        <w:rPr>
          <w:sz w:val="20"/>
        </w:rPr>
        <w:t>1:26:17  nafrat koi kaam nahi hai ke aap kisi se nafrat karen. aap ko sirf yeh haq hai ke agar aap ko kisi ki rai se ikhtilaf hai to aap us ki daleel dijiye.</w:t>
      </w:r>
      <w:r>
        <w:br/>
      </w:r>
      <w:r>
        <w:rPr>
          <w:sz w:val="20"/>
        </w:rPr>
        <w:t>1:26:28  us ko yani reason se us ko kaat kijiye. us ki nafrat karne ka aap ko right hi nahi hai.</w:t>
      </w:r>
      <w:r>
        <w:br/>
      </w:r>
      <w:r>
        <w:rPr>
          <w:sz w:val="20"/>
        </w:rPr>
        <w:t>1:26:36  bad dua karne ka right hi nahi hai aap ko. ya to dua kijiye ya aap khamosh rahiye. bas yeh koi option nahi hai.</w:t>
      </w:r>
      <w:r>
        <w:br/>
      </w:r>
      <w:r>
        <w:rPr>
          <w:sz w:val="20"/>
        </w:rPr>
        <w:t>1:26:45  mere nazdeek nafrat karna koi option nahi hai. yeh ek shaitani sunnat hai, ek shaitani riwayat hai.</w:t>
      </w:r>
    </w:p>
    <w:p>
      <w:pPr>
        <w:pStyle w:val="Heading2"/>
      </w:pPr>
      <w:r>
        <w:t>Patience vs responding to oppression</w:t>
      </w:r>
    </w:p>
    <w:p>
      <w:r>
        <w:rPr>
          <w:color w:val="666666"/>
          <w:sz w:val="18"/>
        </w:rPr>
        <w:t>Ethics &amp; Character · Patience and Crisis 22 Dec 2019 - Maulana Wahiduddin Khan · 1m 30s · at 46:05 · https://youtu.be/ddnUKbhEoCI?t=2765</w:t>
      </w:r>
    </w:p>
    <w:p>
      <w:r>
        <w:rPr>
          <w:i/>
        </w:rPr>
        <w:t>“If we practice patience and do not react, oppressors will get encouraged and think we have surrendered. Why should we not respond when wrong is done to our community? We are not cowards.”</w:t>
      </w:r>
    </w:p>
    <w:p>
      <w:r>
        <w:rPr>
          <w:sz w:val="20"/>
        </w:rPr>
        <w:t>46:05  jazak allah Maulana for emphasizing the importance of patience." Maulana agla ah sawal ah bheja hai Kanpur se Jamshed Ali sahib ne.</w:t>
      </w:r>
      <w:r>
        <w:br/>
      </w:r>
      <w:r>
        <w:rPr>
          <w:sz w:val="20"/>
        </w:rPr>
        <w:t>46:19  unhon ne likha hai: "Maulana my simple question to you that if we do sabr and do not react, then the oppressors would get more encouraged and we will think that we have surrendered and we do not have any objection on their committing injustices on us.</w:t>
      </w:r>
      <w:r>
        <w:br/>
      </w:r>
      <w:r>
        <w:rPr>
          <w:sz w:val="20"/>
        </w:rPr>
        <w:t>46:41  why should we not respond when something wrong is being done on our community? we are not cowards." yani apni community aur doosri community yeh yeh koi insani soch hai.</w:t>
      </w:r>
      <w:r>
        <w:br/>
      </w:r>
      <w:r>
        <w:rPr>
          <w:sz w:val="20"/>
        </w:rPr>
        <w:t>46:57  har community hamari community hai, har insan hamara bhai hai, har har family hamari family hai. yeh community mein baantna yeh to hamari samajh hai.</w:t>
      </w:r>
      <w:r>
        <w:br/>
      </w:r>
      <w:r>
        <w:rPr>
          <w:sz w:val="20"/>
        </w:rPr>
        <w:t>47:11  is se oopar uth ke sochiye, is se oopar uth ke jeene wale baniye.</w:t>
      </w:r>
      <w:r>
        <w:br/>
      </w:r>
      <w:r>
        <w:rPr>
          <w:sz w:val="20"/>
        </w:rPr>
        <w:t>47:23  Peshawar se Muhammad Tufail sahib ne likha hai: "yeh yeh jo yani my community right or wrong, yeh to hawani soch hai." haan farmayiye.</w:t>
      </w:r>
    </w:p>
    <w:p>
      <w:pPr>
        <w:pStyle w:val="Heading2"/>
      </w:pPr>
      <w:r>
        <w:t>Pride in Muslim contributions vs arrogance</w:t>
      </w:r>
    </w:p>
    <w:p>
      <w:r>
        <w:rPr>
          <w:color w:val="666666"/>
          <w:sz w:val="18"/>
        </w:rPr>
        <w:t>Ethics &amp; Character · The Age of Alternative April 24, 2016 · 1m 24s · at 54:12 · https://youtu.be/JoilI-TK4Ig?t=3252</w:t>
      </w:r>
    </w:p>
    <w:p>
      <w:r>
        <w:rPr>
          <w:i/>
        </w:rPr>
        <w:t>“Maulana, it is said that Islam is the creator of modern age. Shouldn't Muslims take pride in their contribution to the world? Also, how to differentiate between pride and being arrogant?”</w:t>
      </w:r>
    </w:p>
    <w:p>
      <w:r>
        <w:rPr>
          <w:sz w:val="20"/>
        </w:rPr>
        <w:t>54:12  misal ke taur par hum chala rahe hain, hamara mission hai, hum bomb nahi marte to hamare paas aisa koi news nahi aati. maulana, agla sawal delhi se kiya hai ajay dwivedi sahib ne, aur unhon ne likha hai:</w:t>
      </w:r>
      <w:r>
        <w:br/>
      </w:r>
      <w:r>
        <w:rPr>
          <w:sz w:val="20"/>
        </w:rPr>
        <w:t>54:26  "maulana, it is said that islam is the creator of modern age. shouldn't muslims take pride in their contribution to the world?</w:t>
      </w:r>
      <w:r>
        <w:br/>
      </w:r>
      <w:r>
        <w:rPr>
          <w:sz w:val="20"/>
        </w:rPr>
        <w:t>54:36  also, how to differentiate between pride and being arrogant?" arrogance jo hai, ek community ka phenomena hai. main ne kabhi community ki baat nahi ki hai, main ne ideology ki baat ki hai.</w:t>
      </w:r>
      <w:r>
        <w:br/>
      </w:r>
      <w:r>
        <w:rPr>
          <w:sz w:val="20"/>
        </w:rPr>
        <w:t>54:51  ideology ka phenomena hai, koi ideology nahi farq karti. duniya mein koi ideology nahi jo farq kare.</w:t>
      </w:r>
      <w:r>
        <w:br/>
      </w:r>
      <w:r>
        <w:rPr>
          <w:sz w:val="20"/>
        </w:rPr>
        <w:t>55:01  ya is ko achhi tarah yaad rakhiye ke pride is phenomena of community, is not phenomena of ideology. main ideology of tauheed ki baat karta hoon, musalmanon ki baat nahi karta.</w:t>
      </w:r>
      <w:r>
        <w:br/>
      </w:r>
      <w:r>
        <w:rPr>
          <w:sz w:val="20"/>
        </w:rPr>
        <w:t>55:13  main to farq kaise paida hoga? the difference between ideology and community. jo kuch main ne likha hai, woh yeh hai ke ideology of tauheed ki wajah se duniya mein waqea pesh aaya hai.</w:t>
      </w:r>
      <w:r>
        <w:br/>
      </w:r>
      <w:r>
        <w:rPr>
          <w:sz w:val="20"/>
        </w:rPr>
        <w:t>55:27  muslim community ka to mein ne kabhi nahi kaha. Yaani mein ne jo baat kahi hai, woh ideology of tauheed ke bare mein hai, muslim community ke bare mein nahi hai.</w:t>
      </w:r>
    </w:p>
    <w:p>
      <w:pPr>
        <w:pStyle w:val="Heading2"/>
      </w:pPr>
      <w:r>
        <w:t>Protecting from negative feelings and developing goodwill</w:t>
      </w:r>
    </w:p>
    <w:p>
      <w:r>
        <w:rPr>
          <w:color w:val="666666"/>
          <w:sz w:val="18"/>
        </w:rPr>
        <w:t>Ethics &amp; Character · Islam in Daily Life May 26, 2013 · 42s · at 1:13:38 · https://youtu.be/iNyWPrbyyhA?t=4418</w:t>
      </w:r>
    </w:p>
    <w:p>
      <w:r>
        <w:rPr>
          <w:i/>
        </w:rPr>
        <w:t>“How can one protect oneself from negative feelings, anger, and bad thoughts toward others? And how can one develop goodwill for others?”</w:t>
      </w:r>
    </w:p>
    <w:p>
      <w:r>
        <w:rPr>
          <w:sz w:val="20"/>
        </w:rPr>
        <w:t>1:13:38  maulana agla sawal lucknow se hai, muhammad danish fazal sahab ka. unhon ne likha hai: "dusron ke liye negative feelings aur ghussa ya bure khayal lane se kaise apne aap ko bachaya jaye?</w:t>
      </w:r>
      <w:r>
        <w:br/>
      </w:r>
      <w:r>
        <w:rPr>
          <w:sz w:val="20"/>
        </w:rPr>
        <w:t>1:13:53  aur dusron ke liye khair khwahi kaise paida karen?" hamari kitaben padhiye, ye is ka jawab hai. hamari kitabon ke bahar jo hai wo sab yahi sab sikhaya gaya hai is mein ke doosre bure hain.</w:t>
      </w:r>
      <w:r>
        <w:br/>
      </w:r>
      <w:r>
        <w:rPr>
          <w:sz w:val="20"/>
        </w:rPr>
        <w:t>1:14:08  to log doosri kitaben padhte hain dusron ki. padh padh ke dimagh kharab hota hai. hamari kitaben padhiye, aap inshallah bohat jald ye kaifiyat khatm ho jayegi.</w:t>
      </w:r>
    </w:p>
    <w:p>
      <w:pPr>
        <w:pStyle w:val="Heading2"/>
      </w:pPr>
      <w:r>
        <w:t>Reason for exaggeration in human nature</w:t>
      </w:r>
    </w:p>
    <w:p>
      <w:r>
        <w:rPr>
          <w:color w:val="666666"/>
          <w:sz w:val="18"/>
        </w:rPr>
        <w:t>Ethics &amp; Character · Man and Paradise May 05, 2013 · 51s · at 49:13 · https://youtu.be/VyFgim3pvts?t=2953</w:t>
      </w:r>
    </w:p>
    <w:p>
      <w:r>
        <w:rPr>
          <w:i/>
        </w:rPr>
        <w:t>“Why is there exaggeration in human nature?”</w:t>
      </w:r>
    </w:p>
    <w:p>
      <w:r>
        <w:rPr>
          <w:sz w:val="20"/>
        </w:rPr>
        <w:t>49:13  Maulana, agla sawal Karachi Pakistan se hai, Aamir bin Yusuf sahab ka. unhon ne aap se poocha hai ke aam taur par insaan ki fitrat mein ghulu hota hai.</w:t>
      </w:r>
      <w:r>
        <w:br/>
      </w:r>
      <w:r>
        <w:rPr>
          <w:sz w:val="20"/>
        </w:rPr>
        <w:t>49:27  aakhir yeh kyun hai? is ke bare mein batayein. nahi, yeh sahi nahi. ghulu hota hai fitrat mein, ghulu nahi hota hai. fitrat ka ghulu hai, ghulu khud fitrat nahi hai.</w:t>
      </w:r>
      <w:r>
        <w:br/>
      </w:r>
      <w:r>
        <w:rPr>
          <w:sz w:val="20"/>
        </w:rPr>
        <w:t>49:42  aap bhi nahi kahein ke maslan insaan zuban se jhoot bolta hai to aap kahein jhoot bolna fitrat hai? nahi, zuban ka ghulu hai. aise ghulu khud fitrat-e-insani mein nahi hai.</w:t>
      </w:r>
      <w:r>
        <w:br/>
      </w:r>
      <w:r>
        <w:rPr>
          <w:sz w:val="20"/>
        </w:rPr>
        <w:t>49:55  aap ko jo azaadi di hai Allah taala ne, us azaadi ko aap jab galat istemal karte hain to ghulu paida hota hai.</w:t>
      </w:r>
    </w:p>
    <w:p>
      <w:pPr>
        <w:pStyle w:val="Heading2"/>
      </w:pPr>
      <w:r>
        <w:t>Recognizing Arrogance in Oneself</w:t>
      </w:r>
    </w:p>
    <w:p>
      <w:r>
        <w:rPr>
          <w:color w:val="666666"/>
          <w:sz w:val="18"/>
        </w:rPr>
        <w:t>Ethics &amp; Character · Religion and Democracy December 25, 2011 · 1m 59s · at 1:38:41 · https://youtu.be/8Mf_yvDA8ik?t=5921</w:t>
      </w:r>
    </w:p>
    <w:p>
      <w:r>
        <w:rPr>
          <w:i/>
        </w:rPr>
        <w:t>“How will I know if arrogance (kibr) is developing within me? Please explain this. In the hadith, its signs are mentioned: 'Batar al-haqq wa ghamt an-nas' (rejecting the truth and looking down on people).”</w:t>
      </w:r>
    </w:p>
    <w:p>
      <w:r>
        <w:rPr>
          <w:sz w:val="20"/>
        </w:rPr>
        <w:t>1:38:41  maulana, agla sawal gulbarga se aaya hai mister abdul ghani ka. unhon ne likha hai: "mujhe is baat ka kaise ilm hoga ke mere andar kibr paida ho raha hai?</w:t>
      </w:r>
      <w:r>
        <w:br/>
      </w:r>
      <w:r>
        <w:rPr>
          <w:sz w:val="20"/>
        </w:rPr>
        <w:t>1:38:53  is ke bare mein bataein."</w:t>
      </w:r>
      <w:r>
        <w:br/>
      </w:r>
      <w:r>
        <w:rPr>
          <w:sz w:val="20"/>
        </w:rPr>
        <w:t>1:39:03  phir hadith mein is ki pehchan batai gayi hai: "batr al haqq wa ghammat al nas" k</w:t>
      </w:r>
      <w:r>
        <w:br/>
      </w:r>
      <w:r>
        <w:rPr>
          <w:sz w:val="20"/>
        </w:rPr>
        <w:t>1:39:10  kibr ki pehchan yaani haq ko bias side karna aur logon ko kam samajhna.</w:t>
      </w:r>
      <w:r>
        <w:br/>
      </w:r>
      <w:r>
        <w:rPr>
          <w:sz w:val="20"/>
        </w:rPr>
        <w:t>1:39:21  jab kisi samne haq pesh kiya jaye aur us ko woh bias side karte hue us ko na manen, to woh kibr ki wajah se hota hai.</w:t>
      </w:r>
      <w:r>
        <w:br/>
      </w:r>
      <w:r>
        <w:rPr>
          <w:sz w:val="20"/>
        </w:rPr>
        <w:t>1:39:32  aise log jo hain, un ko aadmi apne ko superior samajh leta hai, superior doosron ko kam samajhta hai. ya jahan aadmi yeh, yeh aadmi khud soch kar jaan sakta hai apne bare mein ke kahan mein ne haq ko nahi mana aur kahan mein ne logon ko kam samjha apne se.</w:t>
      </w:r>
      <w:r>
        <w:br/>
      </w:r>
      <w:r>
        <w:rPr>
          <w:sz w:val="20"/>
        </w:rPr>
        <w:t>1:39:47  jahan yeh yeh cheez pai jati hai, to woh is mani ke woh kibr mein mubtala hai. aisa aadmi hai: "batr al haqq wa ghammat al nas"</w:t>
      </w:r>
      <w:r>
        <w:br/>
      </w:r>
      <w:r>
        <w:rPr>
          <w:sz w:val="20"/>
        </w:rPr>
        <w:t>1:39:56  yaani haq pesh kiya jaye aur us ko woh qabool karne par razi na ho. jis ko aage hum kehte hain: "bias side kar do".</w:t>
      </w:r>
      <w:r>
        <w:br/>
      </w:r>
      <w:r>
        <w:rPr>
          <w:sz w:val="20"/>
        </w:rPr>
        <w:t>1:40:07  aur doosri cheez yeh hai ke logon ko kam samjhe.</w:t>
      </w:r>
      <w:r>
        <w:br/>
      </w:r>
      <w:r>
        <w:rPr>
          <w:sz w:val="20"/>
        </w:rPr>
        <w:t>1:40:09  to yeh yeh do baatein jahan yeh do baatein aisi hain jis ko aadmi khud foran pakar sakta hai agar woh chahe to ke mere andar yeh baat aa gayi hai.</w:t>
      </w:r>
      <w:r>
        <w:br/>
      </w:r>
      <w:r>
        <w:rPr>
          <w:sz w:val="20"/>
        </w:rPr>
        <w:t>1:40:19  kyunke insaan ki jo consciousness hai, jo zamir hai, woh foran bata deta hai. yaani doosre log na jaane, woh khud aadmi to zaroor jaan leta hai. jo jahan aadmi ko mehsoos ho ke mein ne haq ko bias side kiya aur doosron ko kam samjha, to samajh to us ko jaan lena chahiye ke mein kibr ka mareez ho chuka hoon.</w:t>
      </w:r>
    </w:p>
    <w:p>
      <w:pPr>
        <w:pStyle w:val="Heading2"/>
      </w:pPr>
      <w:r>
        <w:t>Repayment of loans after reformation</w:t>
      </w:r>
    </w:p>
    <w:p>
      <w:r>
        <w:rPr>
          <w:color w:val="666666"/>
          <w:sz w:val="18"/>
        </w:rPr>
        <w:t>Ethics &amp; Character · Material Science Vs Spiritual Science 20th May 12 SLOW · 1m 48s · at 1:05:39 · https://youtu.be/qYwFExG7cyM?t=3939</w:t>
      </w:r>
    </w:p>
    <w:p>
      <w:r>
        <w:rPr>
          <w:i/>
        </w:rPr>
        <w:t>“A person had taken loans from people, then he became associated with Al-Risala Mission and reformed his life. What should he do about the loans?”</w:t>
      </w:r>
    </w:p>
    <w:p>
      <w:r>
        <w:rPr>
          <w:sz w:val="20"/>
        </w:rPr>
        <w:t>1:05:39  maulana, agla sawal abhi karachi se hai miss saira latif ka.</w:t>
      </w:r>
      <w:r>
        <w:br/>
      </w:r>
      <w:r>
        <w:rPr>
          <w:sz w:val="20"/>
        </w:rPr>
        <w:t>1:05:46  unhon ne likha hai: "ek shakhs ne logon se qarz le rakha hai, baad mein woh shakhs al risala</w:t>
      </w:r>
      <w:r>
        <w:br/>
      </w:r>
      <w:r>
        <w:rPr>
          <w:sz w:val="20"/>
        </w:rPr>
        <w:t>1:05:52  mission se wabasta ho gaya aur apni zindagi ki islaah kar li.</w:t>
      </w:r>
      <w:r>
        <w:br/>
      </w:r>
      <w:r>
        <w:rPr>
          <w:sz w:val="20"/>
        </w:rPr>
        <w:t>1:05:59  ab woh shakhs is tarah dua mangne laga: aye allah!</w:t>
      </w:r>
      <w:r>
        <w:br/>
      </w:r>
      <w:r>
        <w:rPr>
          <w:sz w:val="20"/>
        </w:rPr>
        <w:t>1:06:06  is dunya mein mere halaat is tarah bana de aur mujhe tofeeq de ke main logon ka qarz ada karoon. Aur agar main qarz ki adaiygi se pehle mar gaya to ae Allah!</w:t>
      </w:r>
      <w:r>
        <w:br/>
      </w:r>
      <w:r>
        <w:rPr>
          <w:sz w:val="20"/>
        </w:rPr>
        <w:t>1:06:20  to meri taraf se meri talafi kar dena." sawal yeh hai ke kya allah taala ek bande ki</w:t>
      </w:r>
      <w:r>
        <w:br/>
      </w:r>
      <w:r>
        <w:rPr>
          <w:sz w:val="20"/>
        </w:rPr>
        <w:t>1:06:25  taraf se us ke qarz ki talafi kar dega? nahi, yeh sahih baat nahi hai.</w:t>
      </w:r>
      <w:r>
        <w:br/>
      </w:r>
      <w:r>
        <w:rPr>
          <w:sz w:val="20"/>
        </w:rPr>
        <w:t>1:06:30  is qarz ki talafi sirf wohi aadmi kar sakta hai jis se aap ne qarz liya hai.</w:t>
      </w:r>
      <w:r>
        <w:br/>
      </w:r>
      <w:r>
        <w:rPr>
          <w:sz w:val="20"/>
        </w:rPr>
        <w:t>1:06:35  jo log, jis aadmi ne kisi se qarz liya hai, ya to woh qarz ada kare ya us</w:t>
      </w:r>
      <w:r>
        <w:br/>
      </w:r>
      <w:r>
        <w:rPr>
          <w:sz w:val="20"/>
        </w:rPr>
        <w:t>1:06:40  ko insaan ja ke kahe ke bhai maaf kar do.</w:t>
      </w:r>
      <w:r>
        <w:br/>
      </w:r>
      <w:r>
        <w:rPr>
          <w:sz w:val="20"/>
        </w:rPr>
        <w:t>1:06:45  agar insaan, is insaan ne maaf kar diya to maaf ho jayega.</w:t>
      </w:r>
      <w:r>
        <w:br/>
      </w:r>
      <w:r>
        <w:rPr>
          <w:sz w:val="20"/>
        </w:rPr>
        <w:t>1:06:51  baqi is tarah ki dua jo hai, yeh sahih tareeqa nahi hai.</w:t>
      </w:r>
      <w:r>
        <w:br/>
      </w:r>
      <w:r>
        <w:rPr>
          <w:sz w:val="20"/>
        </w:rPr>
        <w:t>1:06:56  yeh sahih tareeqa nahi hai.</w:t>
      </w:r>
      <w:r>
        <w:br/>
      </w:r>
      <w:r>
        <w:rPr>
          <w:sz w:val="20"/>
        </w:rPr>
        <w:t>1:07:01  qarz ke muamle mein dekhiye, yeh hai shariyat ka masla ke qarz maaf nahi hota.</w:t>
      </w:r>
      <w:r>
        <w:br/>
      </w:r>
      <w:r>
        <w:rPr>
          <w:sz w:val="20"/>
        </w:rPr>
        <w:t>1:07:06  ya to aap qarz ada karen ya isi insaan se ja kar kahain ke bhai mein mein is</w:t>
      </w:r>
      <w:r>
        <w:br/>
      </w:r>
      <w:r>
        <w:rPr>
          <w:sz w:val="20"/>
        </w:rPr>
        <w:t>1:07:11  haal mein nahi hoon ke tum ko de sakoon qarz, to mujhe maaf kar do.</w:t>
      </w:r>
      <w:r>
        <w:br/>
      </w:r>
      <w:r>
        <w:rPr>
          <w:sz w:val="20"/>
        </w:rPr>
        <w:t>1:07:17  dua se yeh masla khatm nahi ho sakta hai.</w:t>
      </w:r>
      <w:r>
        <w:br/>
      </w:r>
      <w:r>
        <w:rPr>
          <w:sz w:val="20"/>
        </w:rPr>
        <w:t>1:07:22  is insaan se miliye, is insaan se kahiye, agar woh insaan maaf kar de to maaf ho jayega.</w:t>
      </w:r>
    </w:p>
    <w:p>
      <w:pPr>
        <w:pStyle w:val="Heading2"/>
      </w:pPr>
      <w:r>
        <w:t>Requirements to build strong character</w:t>
      </w:r>
    </w:p>
    <w:p>
      <w:r>
        <w:rPr>
          <w:color w:val="666666"/>
          <w:sz w:val="18"/>
        </w:rPr>
        <w:t>Ethics &amp; Character · Age of Alternatives April 05, 2015 · 1m 04s · at 1:19:27 · https://youtu.be/4v0uCM2BZuA?t=4767</w:t>
      </w:r>
    </w:p>
    <w:p>
      <w:r>
        <w:rPr>
          <w:i/>
        </w:rPr>
        <w:t>“Please advise what are the requirements to build a strong character?”</w:t>
      </w:r>
    </w:p>
    <w:p>
      <w:r>
        <w:rPr>
          <w:sz w:val="20"/>
        </w:rPr>
        <w:t>1:19:27  Maulana, agla sawal kiya hai Ashfaq Hussain Sahab ne Bangalore se, aur unhone likha hai ke Maulana, please advise us what are the requirements to build a strong character?</w:t>
      </w:r>
      <w:r>
        <w:br/>
      </w:r>
      <w:r>
        <w:rPr>
          <w:sz w:val="20"/>
        </w:rPr>
        <w:t>1:19:47  main baat to ye samajhta hoon ke accountability ka jo concept hai, wahi asal hai. Yaum yaqum un naasu li rabbil alameen, yani insan accountable hai Khuda ke aage.</w:t>
      </w:r>
      <w:r>
        <w:br/>
      </w:r>
      <w:r>
        <w:rPr>
          <w:sz w:val="20"/>
        </w:rPr>
        <w:t>1:20:00  is se hi sab se bada check hai, is sab se bada yani isi se discipline aata hai, isi se aadmi ke andar self thinking aati hai, isi se transportation karta hai aadmi.</w:t>
      </w:r>
      <w:r>
        <w:br/>
      </w:r>
      <w:r>
        <w:rPr>
          <w:sz w:val="20"/>
        </w:rPr>
        <w:t>1:20:12  to main samajhta hoon ke sab se bada jo sab se badi jo cheez hai is mamle mein, wo hai accountability ka aqeeda ke main Allah ke samne jawab de hoon.</w:t>
      </w:r>
      <w:r>
        <w:br/>
      </w:r>
      <w:r>
        <w:rPr>
          <w:sz w:val="20"/>
        </w:rPr>
        <w:t>1:20:24  ye aqeeda.</w:t>
      </w:r>
    </w:p>
    <w:p>
      <w:pPr>
        <w:pStyle w:val="Heading2"/>
      </w:pPr>
      <w:r>
        <w:t>Responding to New Year greetings</w:t>
      </w:r>
    </w:p>
    <w:p>
      <w:r>
        <w:rPr>
          <w:color w:val="666666"/>
          <w:sz w:val="18"/>
        </w:rPr>
        <w:t>Ethics &amp; Character · Personality Building January 05, 2014 · 1m 31s · at 58:43 · https://youtu.be/3Zppdm2K4ug?t=3523</w:t>
      </w:r>
    </w:p>
    <w:p>
      <w:r>
        <w:rPr>
          <w:i/>
        </w:rPr>
        <w:t>“My neighbors greet me on New Year. What should I do? Can I greet them back? Some of my Muslim friends say that New Year greetings are haram.”</w:t>
      </w:r>
    </w:p>
    <w:p>
      <w:r>
        <w:rPr>
          <w:sz w:val="20"/>
        </w:rPr>
        <w:t>58:43  maulana, agla sawal chennai say aya hai peer muhammad sahib ka. unhon nay likha hai: "maulana, my neighbors greet me in new year.</w:t>
      </w:r>
      <w:r>
        <w:br/>
      </w:r>
      <w:r>
        <w:rPr>
          <w:sz w:val="20"/>
        </w:rPr>
        <w:t>58:54  what should i do? can i greet them back as some of my muslim friends say? that greetings in the new year is haram." astaghfirullah, yeh aisa bolna to zaroor haram hai.</w:t>
      </w:r>
      <w:r>
        <w:br/>
      </w:r>
      <w:r>
        <w:rPr>
          <w:sz w:val="20"/>
        </w:rPr>
        <w:t>59:10  greeting haram nahi hai,</w:t>
      </w:r>
      <w:r>
        <w:br/>
      </w:r>
      <w:r>
        <w:rPr>
          <w:sz w:val="20"/>
        </w:rPr>
        <w:t>59:13  greeting haram nahi hai. aisa bolna zaroor haram hai. aap zaroor un ko mubarakbad dijiye jaisay woh aap ko de rahay hain aur Allah ka shukar ada kijiye kay naye aik aur saal mila aap ko dunya mein kaam karnay ka.</w:t>
      </w:r>
      <w:r>
        <w:br/>
      </w:r>
      <w:r>
        <w:rPr>
          <w:sz w:val="20"/>
        </w:rPr>
        <w:t>59:31  yeh to bohat achi baat hai. jo log kehtay hain kay haram hai, woh bilashuba khud aik haram film ibtala hai, aisa keh kar kay</w:t>
      </w:r>
      <w:r>
        <w:br/>
      </w:r>
      <w:r>
        <w:rPr>
          <w:sz w:val="20"/>
        </w:rPr>
        <w:t>59:40  . kyun kay woh, woh, woh aisi baat bol raha hai jis jis ko Khuda nay unhain, yani ijazat nahi di hai.</w:t>
      </w:r>
      <w:r>
        <w:br/>
      </w:r>
      <w:r>
        <w:rPr>
          <w:sz w:val="20"/>
        </w:rPr>
        <w:t>59:51  yani yeh kaisay, yani kaisay koi munh say bolta hai?</w:t>
      </w:r>
      <w:r>
        <w:br/>
      </w:r>
      <w:r>
        <w:rPr>
          <w:sz w:val="20"/>
        </w:rPr>
        <w:t>59:57  mein hairaan hoon kay kaisay itni, yani itnay musalman itnay woh ho gaye hain, nidar ho gaye hain, nidar kay jo baat Quran o Hadees mein likhi nahi hui hai, woh us ko boltay hain.</w:t>
      </w:r>
      <w:r>
        <w:br/>
      </w:r>
      <w:r>
        <w:rPr>
          <w:sz w:val="20"/>
        </w:rPr>
        <w:t>1:00:11  yeh kaisay boltay hain? woh</w:t>
      </w:r>
    </w:p>
    <w:p>
      <w:pPr>
        <w:pStyle w:val="Heading2"/>
      </w:pPr>
      <w:r>
        <w:t>Saving Youth from Widespread Evil</w:t>
      </w:r>
    </w:p>
    <w:p>
      <w:r>
        <w:rPr>
          <w:color w:val="666666"/>
          <w:sz w:val="18"/>
        </w:rPr>
        <w:t>Ethics &amp; Character · God Particle July 8, 2012 · 1m 20s · at 1:24:34 · https://youtu.be/30Ulu10c2nA?t=5074</w:t>
      </w:r>
    </w:p>
    <w:p>
      <w:r>
        <w:rPr>
          <w:i/>
        </w:rPr>
        <w:t>“How should we save the upcoming generations from widespread evil? Kindly comment.”</w:t>
      </w:r>
    </w:p>
    <w:p>
      <w:r>
        <w:rPr>
          <w:sz w:val="20"/>
        </w:rPr>
        <w:t>1:24:34  bas lehje ka farq hai, aur kuch nahin, aur kuch bhi nahin. maulana, agla sawal lete hain jo mumbai se hi hai, aur mr. rakesh ne kiya hai.</w:t>
      </w:r>
      <w:r>
        <w:br/>
      </w:r>
      <w:r>
        <w:rPr>
          <w:sz w:val="20"/>
        </w:rPr>
        <w:t>1:24:46  unhon ne likha hai: "how should we save the upcoming generations from wide spread evil?" kindly comment.</w:t>
      </w:r>
      <w:r>
        <w:br/>
      </w:r>
      <w:r>
        <w:rPr>
          <w:sz w:val="20"/>
        </w:rPr>
        <w:t>1:24:57  bachana aap ki zimmedari kab hai? batana zimmedari hai,</w:t>
      </w:r>
      <w:r>
        <w:br/>
      </w:r>
      <w:r>
        <w:rPr>
          <w:sz w:val="20"/>
        </w:rPr>
        <w:t>1:25:02  yeh save karna zimmedari nahin aap ki. bataiye, khoob bataiye, yeh aap ki response hai. beti, nahin hai ke aap bachayein.</w:t>
      </w:r>
      <w:r>
        <w:br/>
      </w:r>
      <w:r>
        <w:rPr>
          <w:sz w:val="20"/>
        </w:rPr>
        <w:t>1:25:13  bachana aadmi ke apne, yani freedom par base karta hai. insan ko freedom hai, woh chahega to bachaye ga, to nahin bachaye ga.</w:t>
      </w:r>
      <w:r>
        <w:br/>
      </w:r>
      <w:r>
        <w:rPr>
          <w:sz w:val="20"/>
        </w:rPr>
        <w:t>1:25:23  is ki apni will, apni azadi. aap ko farz hai ke aap bataein, khoob bataiye, khoob bataiye, khoob bataiye.</w:t>
      </w:r>
      <w:r>
        <w:br/>
      </w:r>
      <w:r>
        <w:rPr>
          <w:sz w:val="20"/>
        </w:rPr>
        <w:t>1:25:31  yeh sochana chhod dijiye ke aap ki zimmedari bachana hai.</w:t>
      </w:r>
      <w:r>
        <w:br/>
      </w:r>
      <w:r>
        <w:rPr>
          <w:sz w:val="20"/>
        </w:rPr>
        <w:t>1:25:40  batane mein koi rukawat nahin hai, batane mein koi rukawat nahin hai, lekin bachana jo hai, woh is ka aadmi ka apna fe'l hai. woh chahe ga to bachaye ga, nahin nahin bachaye ga.</w:t>
      </w:r>
    </w:p>
    <w:p>
      <w:pPr>
        <w:pStyle w:val="Heading2"/>
      </w:pPr>
      <w:r>
        <w:t>Saving oneself from bad habits</w:t>
      </w:r>
    </w:p>
    <w:p>
      <w:r>
        <w:rPr>
          <w:color w:val="666666"/>
          <w:sz w:val="18"/>
        </w:rPr>
        <w:t>Ethics &amp; Character · The Road to Paradise December 30, 2012 Maulana Wahiduddin Khan · 1m 49s · at 1:24:06 · https://youtu.be/vUiaPsYF4Tk?t=5046</w:t>
      </w:r>
    </w:p>
    <w:p>
      <w:r>
        <w:rPr>
          <w:i/>
        </w:rPr>
        <w:t>“How can a person save oneself from bad habits?”</w:t>
      </w:r>
    </w:p>
    <w:p>
      <w:r>
        <w:rPr>
          <w:sz w:val="20"/>
        </w:rPr>
        <w:t>1:24:06  maulana, agla sawal ghazi abad se hai, mister arun ka. unhone likha hai: "how can a person save oneself from bad habits?</w:t>
      </w:r>
      <w:r>
        <w:br/>
      </w:r>
      <w:r>
        <w:rPr>
          <w:sz w:val="20"/>
        </w:rPr>
        <w:t>1:24:18  " is ke bare mein bataein. determination se bache ga in ka. koi doosra kiya kar sakta hai? aap jab jante hain ke ye bad habit hai to bas decide kijiye ke bas ab aaj se chhodna hai is ko.</w:t>
      </w:r>
      <w:r>
        <w:br/>
      </w:r>
      <w:r>
        <w:rPr>
          <w:sz w:val="20"/>
        </w:rPr>
        <w:t>1:24:34  aaj se chhodna hai. jaise cigarette peena hai, misaal ke taur par.</w:t>
      </w:r>
      <w:r>
        <w:br/>
      </w:r>
      <w:r>
        <w:rPr>
          <w:sz w:val="20"/>
        </w:rPr>
        <w:t>1:24:41  to ek sahab se meri mulaqat hui to un se bohat se logon ne kaha tha: "cigarette mat piyo, mat piyo, mat piyo".</w:t>
      </w:r>
      <w:r>
        <w:br/>
      </w:r>
      <w:r>
        <w:rPr>
          <w:sz w:val="20"/>
        </w:rPr>
        <w:t>1:24:50  to main ne kaha ke dekhen, unhone aap ko doosre andaaz mein kaha hoga. main aap se kehta hoon ke cigarette jo hai, wo distraction hai.</w:t>
      </w:r>
      <w:r>
        <w:br/>
      </w:r>
      <w:r>
        <w:rPr>
          <w:sz w:val="20"/>
        </w:rPr>
        <w:t>1:25:02  is ko main ne explain kiya ke cigarette kis tarah distraction hai aur distraction aadmi ke development mein rukawat hai.</w:t>
      </w:r>
      <w:r>
        <w:br/>
      </w:r>
      <w:r>
        <w:rPr>
          <w:sz w:val="20"/>
        </w:rPr>
        <w:t>1:25:12  to isi waqt unhone kiya kiya ke un ke paas jo packet tha, wo jala diya aur unhone kaha ke aaj cigarette nahi piyoon ga. to agar aap ke andar aye, yani soch ke ye cheez galat hai,</w:t>
      </w:r>
      <w:r>
        <w:br/>
      </w:r>
      <w:r>
        <w:rPr>
          <w:sz w:val="20"/>
        </w:rPr>
        <w:t>1:25:28  yani strong way mein, to aap ye ek cigarette mein tay kar sakte hain ke main aaj se mujhe ye habit ko chhodna hai. koi mushkil nahi. lekin strong soch to nahi aati hai, is liye aadmi phansa rehta hai, phansa rehta</w:t>
      </w:r>
      <w:r>
        <w:br/>
      </w:r>
      <w:r>
        <w:rPr>
          <w:sz w:val="20"/>
        </w:rPr>
        <w:t>1:25:40  hai. to sirf strong soch hi ko develop karna hai aur kuch nahi. strong soch nahi hai to jari rahe gi.</w:t>
      </w:r>
      <w:r>
        <w:br/>
      </w:r>
      <w:r>
        <w:rPr>
          <w:sz w:val="20"/>
        </w:rPr>
        <w:t>1:25:48  aur strong soch hai to aap ek cigarette mein chhod sakte ho is ko.</w:t>
      </w:r>
    </w:p>
    <w:p>
      <w:pPr>
        <w:pStyle w:val="Heading2"/>
      </w:pPr>
      <w:r>
        <w:t>Saying Salam and replying to non-Muslims</w:t>
      </w:r>
    </w:p>
    <w:p>
      <w:r>
        <w:rPr>
          <w:color w:val="666666"/>
          <w:sz w:val="18"/>
        </w:rPr>
        <w:t>Ethics &amp; Character · God and Man I February 19, 2012 Maulana Wahiduddin Khan · 1m 12s · at 1:10:48 · https://youtu.be/8TP3nlGRZek?t=4248</w:t>
      </w:r>
    </w:p>
    <w:p>
      <w:r>
        <w:rPr>
          <w:i/>
        </w:rPr>
        <w:t>“Can we do the Salam to non-Muslims and if they give their Salam to us then can we give a reply Wa Alaykum As Salam to them?”</w:t>
      </w:r>
    </w:p>
    <w:p>
      <w:r>
        <w:rPr>
          <w:sz w:val="20"/>
        </w:rPr>
        <w:t>1:10:48  koi koi is ki haqeeqat nahi hai. maulana un ka ek aur sawal hai. unhone poocha hai</w:t>
      </w:r>
      <w:r>
        <w:br/>
      </w:r>
      <w:r>
        <w:rPr>
          <w:sz w:val="20"/>
        </w:rPr>
        <w:t>1:10:55  Can we do the salam to non-Muslims and if they give their salam to us then can we give a reply wa alaikum assalam to them zaroor.</w:t>
      </w:r>
      <w:r>
        <w:br/>
      </w:r>
      <w:r>
        <w:rPr>
          <w:sz w:val="20"/>
        </w:rPr>
        <w:t>1:11:07  bhai salam to ek ek social greeting hai. ek social</w:t>
      </w:r>
      <w:r>
        <w:br/>
      </w:r>
      <w:r>
        <w:rPr>
          <w:sz w:val="20"/>
        </w:rPr>
        <w:t>1:11:13  tradition hai. yeh koi jannat dozakh ka mamla nahi hai. jaise aap kisi se milte hain to aap woh dono mil kar chai peete hain.</w:t>
      </w:r>
      <w:r>
        <w:br/>
      </w:r>
      <w:r>
        <w:rPr>
          <w:sz w:val="20"/>
        </w:rPr>
        <w:t>1:11:25  to woh ek ka ek social tradition hai. hadith salam bhi ek social tradition hai.</w:t>
      </w:r>
      <w:r>
        <w:br/>
      </w:r>
      <w:r>
        <w:rPr>
          <w:sz w:val="20"/>
        </w:rPr>
        <w:t>1:11:31  aap is mein bilkul farq nahi karna chahiye hindu muslim ka. aur peace be upon you is ka matlab hota hai to peace be upon you har ek ke liye yeh dua mein karni karna hai.</w:t>
      </w:r>
      <w:r>
        <w:br/>
      </w:r>
      <w:r>
        <w:rPr>
          <w:sz w:val="20"/>
        </w:rPr>
        <w:t>1:11:45  samna hai woh na aaye tab bhi.</w:t>
      </w:r>
      <w:r>
        <w:br/>
      </w:r>
      <w:r>
        <w:rPr>
          <w:sz w:val="20"/>
        </w:rPr>
        <w:t>1:11:48  is mein koi harj nahi hai is mein aur koi harj nahi hai is mein. koi agar harj batata hai to woh harj batane wala khud yani galti kar raha hai.</w:t>
      </w:r>
    </w:p>
    <w:p>
      <w:pPr>
        <w:pStyle w:val="Heading2"/>
      </w:pPr>
      <w:r>
        <w:t>Should we attend gatherings where alcohol is served?</w:t>
      </w:r>
    </w:p>
    <w:p>
      <w:r>
        <w:rPr>
          <w:color w:val="666666"/>
          <w:sz w:val="18"/>
        </w:rPr>
        <w:t>Ethics &amp; Character · Creative Solution or Ijtihadi Hal I 16th Sept. 2012 - Maulana Wahiduddin Khan · 1m 12s · at 1:05:46 · https://youtu.be/yhR_5zojzHI?t=3946</w:t>
      </w:r>
    </w:p>
    <w:p>
      <w:r>
        <w:rPr>
          <w:i/>
        </w:rPr>
        <w:t>“Quite a few times it happens that we are invited in gatherings and parties. In such gatherings and parties, alcohol is also served. My question is: should we attend such gatherings and parties?”</w:t>
      </w:r>
    </w:p>
    <w:p>
      <w:r>
        <w:rPr>
          <w:sz w:val="20"/>
        </w:rPr>
        <w:t>1:05:46  maulana, agla sawal dilli se hai doctor taah ka. unhon ne likha hai ke "quite a few times it happens that we are invited in gatherings or parties.</w:t>
      </w:r>
      <w:r>
        <w:br/>
      </w:r>
      <w:r>
        <w:rPr>
          <w:sz w:val="20"/>
        </w:rPr>
        <w:t>1:05:59  in such gatherings or parties alcohol is also served. my question is that should we attend such gatherings or parties?" dekhiye, hamara maslak jo islam ke mutabiq hai, woh yeh hai ke</w:t>
      </w:r>
    </w:p>
    <w:p>
      <w:pPr>
        <w:pStyle w:val="Heading2"/>
      </w:pPr>
      <w:r>
        <w:t>Simplest way to stay away from sins</w:t>
      </w:r>
    </w:p>
    <w:p>
      <w:r>
        <w:rPr>
          <w:color w:val="666666"/>
          <w:sz w:val="18"/>
        </w:rPr>
        <w:t>Ethics &amp; Character · The Creation Plan December 09, 2018 · 1m 41s · at 47:09 · https://youtu.be/y8tS4vW9lFI?t=2829</w:t>
      </w:r>
    </w:p>
    <w:p>
      <w:r>
        <w:rPr>
          <w:i/>
        </w:rPr>
        <w:t>“Kindly explain the simplest way to stay away from sins. What is your advice in this?”</w:t>
      </w:r>
    </w:p>
    <w:p>
      <w:r>
        <w:rPr>
          <w:sz w:val="20"/>
        </w:rPr>
        <w:t>47:09  maulana, agla sawal bukharo jharkhand se kiya hai syed saddam sahib ne. unhon ne likha hai ke: maulana sahib, kindly explain the simplest way to be away from sins.</w:t>
      </w:r>
      <w:r>
        <w:br/>
      </w:r>
      <w:r>
        <w:rPr>
          <w:sz w:val="20"/>
        </w:rPr>
        <w:t>47:23  what is your advice in this? dekhiye, simplest jo tareeqa hai, woh to hai apne consciousness ko zinda rakhiye.</w:t>
      </w:r>
      <w:r>
        <w:br/>
      </w:r>
      <w:r>
        <w:rPr>
          <w:sz w:val="20"/>
        </w:rPr>
        <w:t>47:36  har aadmi ke andar aik nafs e lawwama hai, us ko hum kehte hain consciousness zamir. har aadmi ke andar hota hai, har aadmi ke andar hai.</w:t>
      </w:r>
      <w:r>
        <w:br/>
      </w:r>
      <w:r>
        <w:rPr>
          <w:sz w:val="20"/>
        </w:rPr>
        <w:t>47:51  us ko zinda rakhiye, bas har mauqe par woh aap ko batata hai,</w:t>
      </w:r>
      <w:r>
        <w:br/>
      </w:r>
      <w:r>
        <w:rPr>
          <w:sz w:val="20"/>
        </w:rPr>
        <w:t>47:59  har mauqe par. to main to yahi jaanta hoon ke apne zamir ko khoob zinda rakhiye, bilkul alive.</w:t>
      </w:r>
      <w:r>
        <w:br/>
      </w:r>
      <w:r>
        <w:rPr>
          <w:sz w:val="20"/>
        </w:rPr>
        <w:t>48:12  apni cop ko kisi se poochne ki zaroorat nahi hogi. isi ko hadith mein kaha gaya hai ke: istafti qalbaka. log fatwa poochne ke liye jate hain mufti ke paas,</w:t>
      </w:r>
      <w:r>
        <w:br/>
      </w:r>
      <w:r>
        <w:rPr>
          <w:sz w:val="20"/>
        </w:rPr>
        <w:t>48:27  log fatwa poochne ke liye jate hain mufti ke sath. aur Rasool Allah ne farmaya: istafti qalbaka. yani apne zamir se pooch lo, apne zamir se pooch lo.</w:t>
      </w:r>
      <w:r>
        <w:br/>
      </w:r>
      <w:r>
        <w:rPr>
          <w:sz w:val="20"/>
        </w:rPr>
        <w:t>48:43  phir main to yahi jaana hai, main ne.</w:t>
      </w:r>
    </w:p>
    <w:p>
      <w:pPr>
        <w:pStyle w:val="Heading2"/>
      </w:pPr>
      <w:r>
        <w:t>Sin with awareness and later shame: arrogance?</w:t>
      </w:r>
    </w:p>
    <w:p>
      <w:r>
        <w:rPr>
          <w:color w:val="666666"/>
          <w:sz w:val="18"/>
        </w:rPr>
        <w:t>Ethics &amp; Character · Materialism and Intellectual Dwarfism 29th April 2012 · 1m 06s · at 1:35:03 · https://youtu.be/qHzARL_r3I4?t=5703</w:t>
      </w:r>
    </w:p>
    <w:p>
      <w:r>
        <w:rPr>
          <w:i/>
        </w:rPr>
        <w:t>“If I know I am committing a mistake and God is watching, but I still do it, and later feel shame, does that count as arrogance and rebellion?”</w:t>
      </w:r>
    </w:p>
    <w:p>
      <w:r>
        <w:rPr>
          <w:sz w:val="20"/>
        </w:rPr>
        <w:t>1:35:03  maulana agla sawal amar nagar se mister muhammad akhlaq sahab ka hai unhone likha hai maulana ghalati karne ke waqt yeh baat zehan mein aa jati hai ke main ghalati kar raha hoon aur khuda meri ghalati ko dekh raha hai aur ghalati phir bhi ho jati hai kya yeh dithaai aur sarkashi mein aayega jabke baad mein ghalati par sharmindagi bhi hoti hai</w:t>
      </w:r>
      <w:r>
        <w:br/>
      </w:r>
      <w:r>
        <w:rPr>
          <w:sz w:val="20"/>
        </w:rPr>
        <w:t>1:35:30  ab yeh aadmi khud samajh sakta hai ke kya cheez dithaai hai kya cheez dithaai nahi hai aap khud samjhiye ke ghalati kar ke aap ke andar sharmindagi aai ke nahi aai yeh to andar ki baat hai doosra aadmi kaise janega sharmindagi mein yeh shamil hai ke aadmi ruka hai is se agar nahi ruka hai to sharmindagi kahan hai wo to ghalati se ruka hai</w:t>
      </w:r>
      <w:r>
        <w:br/>
      </w:r>
      <w:r>
        <w:rPr>
          <w:sz w:val="20"/>
        </w:rPr>
        <w:t>1:35:57  ruka hai aur toba kare</w:t>
      </w:r>
      <w:r>
        <w:br/>
      </w:r>
      <w:r>
        <w:rPr>
          <w:sz w:val="20"/>
        </w:rPr>
        <w:t>1:36:01  yeh aadmi khud samajh sakta hai yeh doosra aadmi is par koi verdict nahi de sakta</w:t>
      </w:r>
    </w:p>
    <w:p>
      <w:pPr>
        <w:pStyle w:val="Heading2"/>
      </w:pPr>
      <w:r>
        <w:t>Strengthening conscience to avoid ill deeds</w:t>
      </w:r>
    </w:p>
    <w:p>
      <w:r>
        <w:rPr>
          <w:color w:val="666666"/>
          <w:sz w:val="18"/>
        </w:rPr>
        <w:t>Ethics &amp; Character · Present Day Muslims Jan 13, 2013 · 1m 54s · at 58:31 · https://youtu.be/CVcbWVYitog?t=3511</w:t>
      </w:r>
    </w:p>
    <w:p>
      <w:r>
        <w:rPr>
          <w:i/>
        </w:rPr>
        <w:t>“How can a person make his conscience powerful so that he can stay away from all ill deeds?”</w:t>
      </w:r>
    </w:p>
    <w:p>
      <w:r>
        <w:rPr>
          <w:sz w:val="20"/>
        </w:rPr>
        <w:t>58:31  maare, yeh sawal Kashmir se aaya hai, aah aamir jan mori sahib ka. unhon ne likha hai "How can a person make his conscience powerful so that he can stay away from all ill deeds?</w:t>
      </w:r>
      <w:r>
        <w:br/>
      </w:r>
      <w:r>
        <w:rPr>
          <w:sz w:val="20"/>
        </w:rPr>
        <w:t>58:47  Kindly advice." dekhein, yeh to Allah Ta'ala ki Creation ki tazheer hai. Allah Ta'ala ki Creation ko underestimate karna hai.</w:t>
      </w:r>
      <w:r>
        <w:br/>
      </w:r>
      <w:r>
        <w:rPr>
          <w:sz w:val="20"/>
        </w:rPr>
        <w:t>59:01  Allah Ta'ala ne insaan ko jo dimaagh diya hai, woh itna Powerful hai, itna Powerful hai ke is ke liye koi cheez namumkin nahin.</w:t>
      </w:r>
      <w:r>
        <w:br/>
      </w:r>
      <w:r>
        <w:rPr>
          <w:sz w:val="20"/>
        </w:rPr>
        <w:t>59:20  musolani ne kaha tha ke namumkin ka lafz, Impossible ka lafz bewakoofon ki Dictionary mein paya jata hai.</w:t>
      </w:r>
      <w:r>
        <w:br/>
      </w:r>
      <w:r>
        <w:rPr>
          <w:sz w:val="20"/>
        </w:rPr>
        <w:t>59:30  us ne to apne lihaaz se kaha tha. lekin mein yeh kehta hoon ke is is Khuda ki Creation mein yeh kehna Creation ko Underestimate karna hai.</w:t>
      </w:r>
      <w:r>
        <w:br/>
      </w:r>
      <w:r>
        <w:rPr>
          <w:sz w:val="20"/>
        </w:rPr>
        <w:t>59:44  apne Mind ko samjhein. Allah ki is haqeeqat ko samjhein. mein hai ke Allah ne sab se bari cheez jo paida ki, sab se ziyada akram cheez jo paida ki, woh woh Mind hai.</w:t>
      </w:r>
      <w:r>
        <w:br/>
      </w:r>
      <w:r>
        <w:rPr>
          <w:sz w:val="20"/>
        </w:rPr>
        <w:t>59:59  yeh cheez di hai Allah Ta'ala ne aap ko. to is ko is is se Opportunity ka Avail kijiye. is taqat ko istemal kijiye.</w:t>
      </w:r>
      <w:r>
        <w:br/>
      </w:r>
      <w:r>
        <w:rPr>
          <w:sz w:val="20"/>
        </w:rPr>
        <w:t>1:00:13  kisi bhi cheez ko aap Overcome kar sakte hain. is mein koi mubalgha nahin hai yeh. aur yeh bilkul aik haqeeqat hai.</w:t>
      </w:r>
    </w:p>
    <w:p>
      <w:pPr>
        <w:pStyle w:val="Heading2"/>
      </w:pPr>
      <w:r>
        <w:t>Surgeon's ethics on lying to insurance</w:t>
      </w:r>
    </w:p>
    <w:p>
      <w:r>
        <w:rPr>
          <w:color w:val="666666"/>
          <w:sz w:val="18"/>
        </w:rPr>
        <w:t>Ethics &amp; Character · Man &amp; Paradise Aug 18, 2013 - Maulana Wahiduddin Khan · 1m 53s · at 57:01 · https://youtu.be/yKy1suwbP8o?t=3421</w:t>
      </w:r>
    </w:p>
    <w:p>
      <w:r>
        <w:rPr>
          <w:i/>
        </w:rPr>
        <w:t>“I am a surgeon and I don't lie to insurance companies about the patients, because I believe as a Muslim I should not lie to anyone. As a result, some patients leave me and find someone else who can lie and operate them. How far is my approach correct?”</w:t>
      </w:r>
    </w:p>
    <w:p>
      <w:r>
        <w:rPr>
          <w:sz w:val="20"/>
        </w:rPr>
        <w:t>57:01  to unhone yeh nahi likha ke yeh baat to aap kar rahe hain, sawal mein yeh baat to nahi hai jo aap farma rahe hain. nahi, Maulana, unhone is mein likha hai. kahan? aik second, Maulana, ab band ho gaya.</w:t>
      </w:r>
      <w:r>
        <w:br/>
      </w:r>
      <w:r>
        <w:rPr>
          <w:sz w:val="20"/>
        </w:rPr>
        <w:t>57:12  unhone likha hai ke, Maulana sahib, IMA surgeon and I don't lie to insurance companies about the patients unless, because I believe as a Muslim I should not lie to anyone.</w:t>
      </w:r>
      <w:r>
        <w:br/>
      </w:r>
      <w:r>
        <w:rPr>
          <w:sz w:val="20"/>
        </w:rPr>
        <w:t>57:25  As a result, some patients leave me and find someone else who can lie and operate them. How far is my approach correct?</w:t>
      </w:r>
      <w:r>
        <w:br/>
      </w:r>
      <w:r>
        <w:rPr>
          <w:sz w:val="20"/>
        </w:rPr>
        <w:t>57:35  kya kya matlab hai? kya aap bhai Urdu bataiye? Maulana, un ko jab insurance companies contact karti hain, Maulana, paise ke silsilay mein to un ko pehle report submit karni parti hai insurance companies ko about the illness and surgery of the patient.</w:t>
      </w:r>
      <w:r>
        <w:br/>
      </w:r>
      <w:r>
        <w:rPr>
          <w:sz w:val="20"/>
        </w:rPr>
        <w:t>57:55  us ke baad insurance companies directly ya to hospital ko paisa deti hain ya phir patient ko baad mein check aata hai. to woh yeh keh rahe hain ke aksar aisa hota hai ke</w:t>
      </w:r>
    </w:p>
    <w:p>
      <w:pPr>
        <w:pStyle w:val="Heading2"/>
      </w:pPr>
      <w:r>
        <w:t>Tackling gambling and drinking at home</w:t>
      </w:r>
    </w:p>
    <w:p>
      <w:r>
        <w:rPr>
          <w:color w:val="666666"/>
          <w:sz w:val="18"/>
        </w:rPr>
        <w:t>Ethics &amp; Character · Dars-e-Quran, Chapter 25, V. 1 (Spreading Quran) September 9, 2018 · 57s · at 1:04:27 · https://youtu.be/zf3V6LP2Qg0?t=3867</w:t>
      </w:r>
    </w:p>
    <w:p>
      <w:r>
        <w:rPr>
          <w:i/>
        </w:rPr>
        <w:t>“Maulana, please tell us how to tackle evils like gambling and drinking at home? What is your advice?”</w:t>
      </w:r>
    </w:p>
    <w:p>
      <w:r>
        <w:rPr>
          <w:sz w:val="20"/>
        </w:rPr>
        <w:t>1:04:27  maulana, agla sawal miss shahida ne bheja hai srinagar se. unhon ne likha hai ke maulana, maulana sahib, please tell us how to tackle evils like gambling and drinking in home?</w:t>
      </w:r>
      <w:r>
        <w:br/>
      </w:r>
      <w:r>
        <w:rPr>
          <w:sz w:val="20"/>
        </w:rPr>
        <w:t>1:04:41  what is your advice</w:t>
      </w:r>
      <w:r>
        <w:br/>
      </w:r>
      <w:r>
        <w:rPr>
          <w:sz w:val="20"/>
        </w:rPr>
        <w:t>1:04:43  ? arey bhai, is ko chhoriye. aap ke ghar mein jo hai ke quran ko nahin samajhte ke quran ko phailana hai, is ko, is ko, is ko door kijiye.</w:t>
      </w:r>
      <w:r>
        <w:br/>
      </w:r>
      <w:r>
        <w:rPr>
          <w:sz w:val="20"/>
        </w:rPr>
        <w:t>1:04:57  gambling sab se bari burai jo aap ke ghar mein hai, woh yeh hai ke logon ko pata nahin ke quran ko phailana hai, is ka tarjuma phailana hai, is mein, is mein time lagana hai, energy lagana hai, paisa lagana hai.</w:t>
      </w:r>
      <w:r>
        <w:br/>
      </w:r>
      <w:r>
        <w:rPr>
          <w:sz w:val="20"/>
        </w:rPr>
        <w:t>1:05:12  har ghar mein yeh burai hai, is ko janiye.</w:t>
      </w:r>
    </w:p>
    <w:p>
      <w:pPr>
        <w:pStyle w:val="Heading2"/>
      </w:pPr>
      <w:r>
        <w:t>Understanding and managing the ego</w:t>
      </w:r>
    </w:p>
    <w:p>
      <w:r>
        <w:rPr>
          <w:color w:val="666666"/>
          <w:sz w:val="18"/>
        </w:rPr>
        <w:t>Ethics &amp; Character · Dars-e-Quran, Chapter 2, Verse 37 | January  07, 2018 · 1m 12s · at 51:21 · https://youtu.be/ao6Cr57KuEM?t=3081</w:t>
      </w:r>
    </w:p>
    <w:p>
      <w:r>
        <w:rPr>
          <w:i/>
        </w:rPr>
        <w:t>“Maulana, to say I was wrong requires a person to manage one ego. So please enlighten us what is this ego and how can we make our self manage this ego?”</w:t>
      </w:r>
    </w:p>
    <w:p>
      <w:r>
        <w:rPr>
          <w:sz w:val="20"/>
        </w:rPr>
        <w:t>51:21  ji maulana, agla sawal moradabad se aya hai, zubair sahib ne bheja hai, unhon ne likha hai:</w:t>
      </w:r>
      <w:r>
        <w:br/>
      </w:r>
      <w:r>
        <w:rPr>
          <w:sz w:val="20"/>
        </w:rPr>
        <w:t>51:29  "مولانا، to say I was wrong requires a person to manage one's ego.</w:t>
      </w:r>
      <w:r>
        <w:br/>
      </w:r>
      <w:r>
        <w:rPr>
          <w:sz w:val="20"/>
        </w:rPr>
        <w:t>51:37  So please enlighten us what is this ego and how can we make our self manage this ego</w:t>
      </w:r>
      <w:r>
        <w:br/>
      </w:r>
      <w:r>
        <w:rPr>
          <w:sz w:val="20"/>
        </w:rPr>
        <w:t>51:45  So we can say that I was wrong?</w:t>
      </w:r>
      <w:r>
        <w:br/>
      </w:r>
      <w:r>
        <w:rPr>
          <w:sz w:val="20"/>
        </w:rPr>
        <w:t>51:53  yeh to sahih hai ke apne ego ko manage karna padta hai, lekin ego ke upar bhi hai wisdom. Ego jo upar nahin hai, upar to wisdom hai. Ab wisdom ko upar rakhiye to ego apne aap manage ho jayega. Wisdom ko supreme banaiye to</w:t>
      </w:r>
      <w:r>
        <w:br/>
      </w:r>
      <w:r>
        <w:rPr>
          <w:sz w:val="20"/>
        </w:rPr>
        <w:t>52:23  naj apna, to ego apne aap manage ho jayega.</w:t>
      </w:r>
    </w:p>
    <w:p>
      <w:pPr>
        <w:pStyle w:val="Heading2"/>
      </w:pPr>
      <w:r>
        <w:t>Understanding cowardice as a trait</w:t>
      </w:r>
    </w:p>
    <w:p>
      <w:r>
        <w:rPr>
          <w:color w:val="666666"/>
          <w:sz w:val="18"/>
        </w:rPr>
        <w:t>Ethics &amp; Character · Double Standards of Present-Day Muslims August 6, 2017 · 1m 15s · at 53:47 · https://youtu.be/k1NcZQpHTyg?t=3227</w:t>
      </w:r>
    </w:p>
    <w:p>
      <w:r>
        <w:rPr>
          <w:i/>
        </w:rPr>
        <w:t>“What is cowardice?”</w:t>
      </w:r>
    </w:p>
    <w:p>
      <w:r>
        <w:rPr>
          <w:sz w:val="20"/>
        </w:rPr>
        <w:t>53:47  is liye aisi baatein karte hain. agla sawal Maulana Faraz Khan ki taraf se hai Dilli se. woh likhte hain ke "Muslims have taken Islam for granted.</w:t>
      </w:r>
      <w:r>
        <w:br/>
      </w:r>
      <w:r>
        <w:rPr>
          <w:sz w:val="20"/>
        </w:rPr>
        <w:t>54:00  They follow some rhythm and think that they will go to Jannah." yeh asal mein Maulana ek comment hai.</w:t>
      </w:r>
      <w:r>
        <w:br/>
      </w:r>
      <w:r>
        <w:rPr>
          <w:sz w:val="20"/>
        </w:rPr>
        <w:t>54:12  agla sawal hai Sajid Sahab ka Mumbai se. woh likhte hain Maulana "What is cowardice</w:t>
      </w:r>
      <w:r>
        <w:br/>
      </w:r>
      <w:r>
        <w:rPr>
          <w:sz w:val="20"/>
        </w:rPr>
        <w:t>54:17  ? Kindly explain." buzdi kya hai? poochna chaha raha hoon.</w:t>
      </w:r>
      <w:r>
        <w:br/>
      </w:r>
      <w:r>
        <w:rPr>
          <w:sz w:val="20"/>
        </w:rPr>
        <w:t>54:25  main to samajhta hoon ke cowardice ka lafz hi galat hai. musalmanon ne sabr ko aur hikmat ko cowardice bana rakha hai.</w:t>
      </w:r>
      <w:r>
        <w:br/>
      </w:r>
      <w:r>
        <w:rPr>
          <w:sz w:val="20"/>
        </w:rPr>
        <w:t>54:38  cowardice koi cheez nahi hai. mauqe ke lehaz se aap ko jhukna pada to jhuk jaiye. address karna pada to address kijiye.</w:t>
      </w:r>
      <w:r>
        <w:br/>
      </w:r>
      <w:r>
        <w:rPr>
          <w:sz w:val="20"/>
        </w:rPr>
        <w:t>54:48  peeche hata to peeche hat jaiye. woh hikmat hai, woh cowardice nahi hai. lekin inhi cheezon ko musalman cowardice kehte hain. woh buzdi nahi hai.</w:t>
      </w:r>
      <w:r>
        <w:br/>
      </w:r>
      <w:r>
        <w:rPr>
          <w:sz w:val="20"/>
        </w:rPr>
        <w:t>54:58  woh</w:t>
      </w:r>
    </w:p>
    <w:p>
      <w:pPr>
        <w:pStyle w:val="Heading2"/>
      </w:pPr>
      <w:r>
        <w:t>What is true well-wishing according to you</w:t>
      </w:r>
    </w:p>
    <w:p>
      <w:r>
        <w:rPr>
          <w:color w:val="666666"/>
          <w:sz w:val="18"/>
        </w:rPr>
        <w:t>Ethics &amp; Character · Discovery of Paradise March 22, 2015 · 1m 29s · at 1:02:24 · https://youtu.be/2axrfd7sZkE?t=3744</w:t>
      </w:r>
    </w:p>
    <w:p>
      <w:r>
        <w:rPr>
          <w:i/>
        </w:rPr>
        <w:t>“You often teach everyone to become well-wisher for others. I want to know from you what is true well-wishing. Please comment on this.”</w:t>
      </w:r>
    </w:p>
    <w:p>
      <w:r>
        <w:rPr>
          <w:sz w:val="20"/>
        </w:rPr>
        <w:t>1:02:24  مولانا، اگلا سوال کیا ہے بھومنیشور سے قاضی مجیب صاحب نے، اور انہوں نے لکھا ہے کہ: "مولانا، you often teach everyone to become well-wisher for others." I want to know from you what is true well-wishing.</w:t>
      </w:r>
      <w:r>
        <w:br/>
      </w:r>
      <w:r>
        <w:rPr>
          <w:sz w:val="20"/>
        </w:rPr>
        <w:t>1:02:42  please comment in this. jo quran mein is ki jo lafz istemal kiya gaya hai, woh nasah no saad hai, yani khair khwahi.</w:t>
      </w:r>
      <w:r>
        <w:br/>
      </w:r>
      <w:r>
        <w:rPr>
          <w:sz w:val="20"/>
        </w:rPr>
        <w:t>1:02:53  mein samajhta hoon ke khair khwahi ki training insan ko apne ghar se hoti hai. har aadmi apne baap ka khair khwah hota hai, apne maa ka khair khwah hota hai, apni aulad ka khair khwah hota hai.</w:t>
      </w:r>
      <w:r>
        <w:br/>
      </w:r>
      <w:r>
        <w:rPr>
          <w:sz w:val="20"/>
        </w:rPr>
        <w:t>1:03:06  to kya wajah hai ke woh ghar mein to khair khwah ho raha hai aur bahar jo hai, woh bata ban jaye? yeh yeh contradiction ko khatam karna.</w:t>
      </w:r>
      <w:r>
        <w:br/>
      </w:r>
      <w:r>
        <w:rPr>
          <w:sz w:val="20"/>
        </w:rPr>
        <w:t>1:03:16  mere shayad bane ke bane ke tum contradiction mein kyun jeete ho?</w:t>
      </w:r>
      <w:r>
        <w:br/>
      </w:r>
      <w:r>
        <w:rPr>
          <w:sz w:val="20"/>
        </w:rPr>
        <w:t>1:03:21  koi aadmi duniya mein aisa nahi milega aap ko jo kahe ke mein apne baap ka khair khwah nahi hoon, maa ka khair khwah nahi hoon, apni aulad ka khair khwah nahi hoon.</w:t>
      </w:r>
      <w:r>
        <w:br/>
      </w:r>
      <w:r>
        <w:rPr>
          <w:sz w:val="20"/>
        </w:rPr>
        <w:t>1:03:33  to kya wajah hai ke insan yani double mind ke sath jeeta hai? yani ghar mein to family member ke sath khair khwahi aur bahar jo insan bachta hai, us ke liye badkhwahi.</w:t>
      </w:r>
      <w:r>
        <w:br/>
      </w:r>
      <w:r>
        <w:rPr>
          <w:sz w:val="20"/>
        </w:rPr>
        <w:t>1:03:48  to is contradiction ko khatam karna isi ka naam khair khwahi hai.</w:t>
      </w:r>
    </w:p>
    <w:p>
      <w:pPr>
        <w:pStyle w:val="Heading2"/>
      </w:pPr>
      <w:r>
        <w:t>What should a Muslim soldier do for afterlife?</w:t>
      </w:r>
    </w:p>
    <w:p>
      <w:r>
        <w:rPr>
          <w:color w:val="666666"/>
          <w:sz w:val="18"/>
        </w:rPr>
        <w:t>Ethics &amp; Character · Importance of Ijtihad December 21,2014 · 1m 16s · at 53:16 · https://youtu.be/6AgisKQ8V7s?t=3196</w:t>
      </w:r>
    </w:p>
    <w:p>
      <w:r>
        <w:rPr>
          <w:i/>
        </w:rPr>
        <w:t>“If an Indian Muslim is in the army and is very keen to better his afterlife and attain Jannah in the life hereafter, what should he do and what should he not do? Please advise.”</w:t>
      </w:r>
    </w:p>
    <w:p>
      <w:r>
        <w:rPr>
          <w:sz w:val="20"/>
        </w:rPr>
        <w:t>53:16  aur Maulana, unhon ne jo sawal likha hai woh yeh hai: Maulana sahib, my question is if an</w:t>
      </w:r>
      <w:r>
        <w:br/>
      </w:r>
      <w:r>
        <w:rPr>
          <w:sz w:val="20"/>
        </w:rPr>
        <w:t>53:22  Indian Muslim is in the army and is very keen to better his aakhirat and attain jannat in</w:t>
      </w:r>
      <w:r>
        <w:br/>
      </w:r>
      <w:r>
        <w:rPr>
          <w:sz w:val="20"/>
        </w:rPr>
        <w:t>53:28  life hereafter, what should he do and what he should not do? Please advice.</w:t>
      </w:r>
      <w:r>
        <w:br/>
      </w:r>
      <w:r>
        <w:rPr>
          <w:sz w:val="20"/>
        </w:rPr>
        <w:t>53:34  yeh boobham sawal hai, yeh to boobham sawal hai.</w:t>
      </w:r>
      <w:r>
        <w:br/>
      </w:r>
      <w:r>
        <w:rPr>
          <w:sz w:val="20"/>
        </w:rPr>
        <w:t>53:39  specific baat ho to mein bata sakta hoon.</w:t>
      </w:r>
      <w:r>
        <w:br/>
      </w:r>
      <w:r>
        <w:rPr>
          <w:sz w:val="20"/>
        </w:rPr>
        <w:t>53:45  as a principle mein yeh kahunga ke yeh muslim ka sawal kyun banate hain? aap jis mulk</w:t>
      </w:r>
      <w:r>
        <w:br/>
      </w:r>
      <w:r>
        <w:rPr>
          <w:sz w:val="20"/>
        </w:rPr>
        <w:t>53:51  mein hain, aap us ka father hain, aap yeh muslim kya? yeh muslim ka question nahi hai, yeh</w:t>
      </w:r>
      <w:r>
        <w:br/>
      </w:r>
      <w:r>
        <w:rPr>
          <w:sz w:val="20"/>
        </w:rPr>
        <w:t>53:57  yeh hai question patriotism ka.</w:t>
      </w:r>
      <w:r>
        <w:br/>
      </w:r>
      <w:r>
        <w:rPr>
          <w:sz w:val="20"/>
        </w:rPr>
        <w:t>54:03  muslim ka question to hai ke aap namaz padhiye masjid mein ja kar ke.</w:t>
      </w:r>
      <w:r>
        <w:br/>
      </w:r>
      <w:r>
        <w:rPr>
          <w:sz w:val="20"/>
        </w:rPr>
        <w:t>54:09  baqi yeh question jo hai, is ka koi ta'alluq aqeeday se nahi hai.</w:t>
      </w:r>
      <w:r>
        <w:br/>
      </w:r>
      <w:r>
        <w:rPr>
          <w:sz w:val="20"/>
        </w:rPr>
        <w:t>54:14  jis mulk mein hain, aap ko is ka yaani hubb-e-watan ka taqaza hai ke aap is</w:t>
      </w:r>
      <w:r>
        <w:br/>
      </w:r>
      <w:r>
        <w:rPr>
          <w:sz w:val="20"/>
        </w:rPr>
        <w:t>54:20  ka father hon.</w:t>
      </w:r>
      <w:r>
        <w:br/>
      </w:r>
      <w:r>
        <w:rPr>
          <w:sz w:val="20"/>
        </w:rPr>
        <w:t>54:26  bas is mein seedhi si baat hai.</w:t>
      </w:r>
    </w:p>
    <w:p>
      <w:pPr>
        <w:pStyle w:val="Heading2"/>
      </w:pPr>
      <w:r>
        <w:t>What to do if job requires lying?</w:t>
      </w:r>
    </w:p>
    <w:p>
      <w:r>
        <w:rPr>
          <w:color w:val="666666"/>
          <w:sz w:val="18"/>
        </w:rPr>
        <w:t>Ethics &amp; Character · Lessons from My Journey to Agra October 27, 2013 · 1m 59s · at 50:40 · https://youtu.be/Gg2N0h4ETH8?t=3040</w:t>
      </w:r>
    </w:p>
    <w:p>
      <w:r>
        <w:rPr>
          <w:i/>
        </w:rPr>
        <w:t>“Maulana, in your book Hikmat-e-Islam you gave a hadith reference saying that one should not leave a job until another one is found. But if in that job one has to lie to people or their system is unethical, what should we do in that case?”</w:t>
      </w:r>
    </w:p>
    <w:p>
      <w:r>
        <w:rPr>
          <w:sz w:val="20"/>
        </w:rPr>
        <w:t>50:40  maulana, agla sawal aaya hai Islamabad, Pakistan se Muhammad Faisal</w:t>
      </w:r>
      <w:r>
        <w:br/>
      </w:r>
      <w:r>
        <w:rPr>
          <w:sz w:val="20"/>
        </w:rPr>
        <w:t>50:45  saheb ka. unhon ne likha hai: "maulana, aap ne apni kitaab hikmat-e-islam mein ek hadees ka reference de ke likha hai ke apni job ko nahi chhodna chahiye jab tak doosri na mil jaye.</w:t>
      </w:r>
      <w:r>
        <w:br/>
      </w:r>
      <w:r>
        <w:rPr>
          <w:sz w:val="20"/>
        </w:rPr>
        <w:t>50:59  lekin agar is job mein logon ke saath jhoot bolna pade ya un ka system unethical ho to hamein is soorat mein kya karna chahiye?</w:t>
      </w:r>
      <w:r>
        <w:br/>
      </w:r>
      <w:r>
        <w:rPr>
          <w:sz w:val="20"/>
        </w:rPr>
        <w:t>51:09  is ke baare mein bataiye." dekhiye, yeh galat hai.</w:t>
      </w:r>
      <w:r>
        <w:br/>
      </w:r>
      <w:r>
        <w:rPr>
          <w:sz w:val="20"/>
        </w:rPr>
        <w:t>51:12  koi job nahi jaanta aisa ke khwah makhwah aap ko jhoot bolne ko majboor karta ho. yeh unethical ho, wahan yeh bilkul galat baat hai.</w:t>
      </w:r>
      <w:r>
        <w:br/>
      </w:r>
      <w:r>
        <w:rPr>
          <w:sz w:val="20"/>
        </w:rPr>
        <w:t>51:21  yeh aap ki apni galat taabeer hai. ise aap samajhte hain ke mujh ko jhoot bulwa raha hai. woh main aisi kisi job ko nahi jaanta hoon. main agar koi job ho to aap us ka naam bataiye mujhe.</w:t>
      </w:r>
      <w:r>
        <w:br/>
      </w:r>
      <w:r>
        <w:rPr>
          <w:sz w:val="20"/>
        </w:rPr>
        <w:t>51:32  is job ka ek hi baat mein jaanta hoon ke musalman jahan kisi company mein kaam karte hain to woh kehte hain ke hamari namaz ka waqt ho gaya, hamein chhutti do.</w:t>
      </w:r>
      <w:r>
        <w:br/>
      </w:r>
      <w:r>
        <w:rPr>
          <w:sz w:val="20"/>
        </w:rPr>
        <w:t>51:42  yeh galat hai. is ka taluq yaani yeh yeh khud musalmanon ki ghalti hai. ab is company mein, main yaani company ko aap ke liye aap apne apne nizaam ko badlegi.</w:t>
      </w:r>
      <w:r>
        <w:br/>
      </w:r>
      <w:r>
        <w:rPr>
          <w:sz w:val="20"/>
        </w:rPr>
        <w:t>51:55  aap badliye apne aap ko. yaani zyada tar maamla hota hai zuhr asr ka. aap is ko jama kar lijiye, jama kar ke padh lijiye.</w:t>
      </w:r>
      <w:r>
        <w:br/>
      </w:r>
      <w:r>
        <w:rPr>
          <w:sz w:val="20"/>
        </w:rPr>
        <w:t>52:05  aap takraate kyun hain khwah makhwah?</w:t>
      </w:r>
      <w:r>
        <w:br/>
      </w:r>
      <w:r>
        <w:rPr>
          <w:sz w:val="20"/>
        </w:rPr>
        <w:t>52:08  to main samajhta hoon ke yeh musalmanon ke andar jo takraav ka mizaj hai, yeh masla paida kar raha hai. yeh galat hai ke woh kehte hain ke aap jhoot bolo, aap unethical behaviour ikhtiyar karo.</w:t>
      </w:r>
      <w:r>
        <w:br/>
      </w:r>
      <w:r>
        <w:rPr>
          <w:sz w:val="20"/>
        </w:rPr>
        <w:t>52:18  yeh bilkul galat baat hai, yeh sahi nahi hai. agar aap koi aap ke nazdeek koi mutayyan baat ho to aap agle itwaar ko bataiyega. mutayyan baat tab main arz karunga, inshallah.</w:t>
      </w:r>
      <w:r>
        <w:br/>
      </w:r>
      <w:r>
        <w:rPr>
          <w:sz w:val="20"/>
        </w:rPr>
        <w:t>52:29  bilkul specific tor par bataiye ke waqeye ki zabaan mein to agle itwaar ko main inshallah arz karunga.</w:t>
      </w:r>
    </w:p>
    <w:p>
      <w:pPr>
        <w:pStyle w:val="Heading2"/>
      </w:pPr>
      <w:r>
        <w:t>Why Religious People Become Angry?</w:t>
      </w:r>
    </w:p>
    <w:p>
      <w:r>
        <w:rPr>
          <w:color w:val="666666"/>
          <w:sz w:val="18"/>
        </w:rPr>
        <w:t>Ethics &amp; Character · Conversation with Maulana Wahiduddin Khan | October 01, 2017 · 1m 53s · at 47:14 · https://youtu.be/TmOYGd3rp2M?t=2834</w:t>
      </w:r>
    </w:p>
    <w:p>
      <w:r>
        <w:rPr>
          <w:i/>
        </w:rPr>
        <w:t>“What is the reason that people who acquire religious knowledge become angry and harsh-tempered? Why is that?”</w:t>
      </w:r>
    </w:p>
    <w:p>
      <w:r>
        <w:rPr>
          <w:sz w:val="20"/>
        </w:rPr>
        <w:t>47:14  maulana, agla sawal miss farhana tahir ne bheja hai usa se.</w:t>
      </w:r>
      <w:r>
        <w:br/>
      </w:r>
      <w:r>
        <w:rPr>
          <w:sz w:val="20"/>
        </w:rPr>
        <w:t>47:22  unhon ne likha hai: "kya wajah hai ke jo log deen ka ilm hasil karte hain, woh ghusse</w:t>
      </w:r>
      <w:r>
        <w:br/>
      </w:r>
      <w:r>
        <w:rPr>
          <w:sz w:val="20"/>
        </w:rPr>
        <w:t>47:30  walay aur sakht mizaj ke hotay hain? aisa kyun hai?"</w:t>
      </w:r>
      <w:r>
        <w:br/>
      </w:r>
      <w:r>
        <w:rPr>
          <w:sz w:val="20"/>
        </w:rPr>
        <w:t>47:38  ab sare log to aisa mere khayal se nahi hain.</w:t>
      </w:r>
      <w:r>
        <w:br/>
      </w:r>
      <w:r>
        <w:rPr>
          <w:sz w:val="20"/>
        </w:rPr>
        <w:t>47:43  kuch log ho sakte hain.</w:t>
      </w:r>
      <w:r>
        <w:br/>
      </w:r>
      <w:r>
        <w:rPr>
          <w:sz w:val="20"/>
        </w:rPr>
        <w:t>47:48  to har aadmi ke case ko alag alag kar ke dekhna parega.</w:t>
      </w:r>
      <w:r>
        <w:br/>
      </w:r>
      <w:r>
        <w:rPr>
          <w:sz w:val="20"/>
        </w:rPr>
        <w:t>47:53  ke falan shakhs jo hai, woh ghusse wala hai.</w:t>
      </w:r>
      <w:r>
        <w:br/>
      </w:r>
      <w:r>
        <w:rPr>
          <w:sz w:val="20"/>
        </w:rPr>
        <w:t>47:58  aap is ko generalize nahi kar sakte.</w:t>
      </w:r>
      <w:r>
        <w:br/>
      </w:r>
      <w:r>
        <w:rPr>
          <w:sz w:val="20"/>
        </w:rPr>
        <w:t>48:03  to kisi ke specific yani taqreer ya</w:t>
      </w:r>
      <w:r>
        <w:br/>
      </w:r>
      <w:r>
        <w:rPr>
          <w:sz w:val="20"/>
        </w:rPr>
        <w:t>48:08  tahreer ko mujhe bataiye, naam ke sath. tab main inshallah kar sakta hoon ke woh kaun sahib hain, kyun aisa hai. mere ilm ke mutabiq toh aisa nahi ke jo ilm wala hota hai, woh ghusse wala ban jata hai. mere ilm mein toh aisa hai hi nahi. Okay, so we will end the session today. Thank you.</w:t>
      </w:r>
    </w:p>
    <w:p>
      <w:pPr>
        <w:pStyle w:val="Heading2"/>
      </w:pPr>
      <w:r>
        <w:t>Why is sincerity absent in today's world?</w:t>
      </w:r>
    </w:p>
    <w:p>
      <w:r>
        <w:rPr>
          <w:color w:val="666666"/>
          <w:sz w:val="18"/>
        </w:rPr>
        <w:t>Ethics &amp; Character · Sahaba and Muhaddithin 24th June 2012 - Maulana Wahiduddin Khan · 1m 58s · at 1:38:28 · https://youtu.be/tUPo7MI0Bdo?t=5908</w:t>
      </w:r>
    </w:p>
    <w:p>
      <w:r>
        <w:rPr>
          <w:i/>
        </w:rPr>
        <w:t>“Maulana, why is it that sincerity cannot be seen these days?”</w:t>
      </w:r>
    </w:p>
    <w:p>
      <w:r>
        <w:rPr>
          <w:sz w:val="20"/>
        </w:rPr>
        <w:t>1:38:28  maulana, agla sawal ah kolkatta se hai, mr. rakesh ka. unhon ne likha hai: "maulana sahib, why is it that sincerity cannot be seen these days?"</w:t>
      </w:r>
      <w:r>
        <w:br/>
      </w:r>
      <w:r>
        <w:rPr>
          <w:sz w:val="20"/>
        </w:rPr>
        <w:t>1:38:48  dekhen, consumerism jo aya hai, is ne sab ko selfish bana diya hai. consumers, consumerism se sab log ek taraf selfish ho gaye hain.</w:t>
      </w:r>
      <w:r>
        <w:br/>
      </w:r>
      <w:r>
        <w:rPr>
          <w:sz w:val="20"/>
        </w:rPr>
        <w:t>1:39:01  paisa, paisa, paisa!</w:t>
      </w:r>
      <w:r>
        <w:br/>
      </w:r>
      <w:r>
        <w:rPr>
          <w:sz w:val="20"/>
        </w:rPr>
        <w:t>1:39:04  hamare bachpan mein koi item nahi hota jis ko khariday aadmi, hatta ke ek glass bhi nahi tha. to paise ki koi zarurat hi nahi thi.</w:t>
      </w:r>
      <w:r>
        <w:br/>
      </w:r>
      <w:r>
        <w:rPr>
          <w:sz w:val="20"/>
        </w:rPr>
        <w:t>1:39:15  mujhe yaad hai ke mere bachpan mein ek aadmi ek bail gaari par sarson laad kar le aaya, sarson, aur koi kharidar is ka nahi tha.</w:t>
      </w:r>
      <w:r>
        <w:br/>
      </w:r>
      <w:r>
        <w:rPr>
          <w:sz w:val="20"/>
        </w:rPr>
        <w:t>1:39:27  to ek aadmi ko woh das rupay mein sab de ke chala gaya. aaj ke lehaz se woh das hazar se bhi zyada tha. woh to us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