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439 questions · category Faith &amp; God · full transcripts with timestamps · exported 2026-09-22</w:t>
      </w:r>
    </w:p>
    <w:p>
      <w:pPr>
        <w:pStyle w:val="Heading2"/>
      </w:pPr>
      <w:r>
        <w:t>Activities in Paradise: Similar or Different?</w:t>
      </w:r>
    </w:p>
    <w:p>
      <w:r>
        <w:rPr>
          <w:color w:val="666666"/>
          <w:sz w:val="18"/>
        </w:rPr>
        <w:t>Faith &amp; God · Man and The Paradise August 11, 2013 Maulana Wahiduddin Khan · 3m 49s · at 1:06:10 · https://youtu.be/m8XdpnaS95U?t=3970</w:t>
      </w:r>
    </w:p>
    <w:p>
      <w:r>
        <w:rPr>
          <w:i/>
        </w:rPr>
        <w:t>“What kind of activities will we do in paradise? Are they similar to what we do here and different and at what level?”</w:t>
      </w:r>
    </w:p>
    <w:p>
      <w:r>
        <w:rPr>
          <w:sz w:val="20"/>
        </w:rPr>
        <w:t>1:06:10  maulana, agla sawal khwaja kaleemuddin sahib ka hai, jo dilli mein hain abhi.</w:t>
      </w:r>
      <w:r>
        <w:br/>
      </w:r>
      <w:r>
        <w:rPr>
          <w:sz w:val="20"/>
        </w:rPr>
        <w:t>1:06:16  unhone likha hai: "what kind of activities will we do in paradise? are they similar to what we do here or different and at what level?" iske baare mein bataein.</w:t>
      </w:r>
      <w:r>
        <w:br/>
      </w:r>
      <w:r>
        <w:rPr>
          <w:sz w:val="20"/>
        </w:rPr>
        <w:t>1:06:33  jaise quran se maloom hota hai ke ke jannat jo hai, wahan bhi wahi activities hongi jo is duniya mein hain.</w:t>
      </w:r>
      <w:r>
        <w:br/>
      </w:r>
      <w:r>
        <w:rPr>
          <w:sz w:val="20"/>
        </w:rPr>
        <w:t>1:06:46  quran mein surah al-baqarah mein yeh aayat hai ke: "kul min min</w:t>
      </w:r>
      <w:r>
        <w:br/>
      </w:r>
      <w:r>
        <w:rPr>
          <w:sz w:val="20"/>
        </w:rPr>
        <w:t>1:06:58  to log isko lete hain sirf mewa ke maene mein ke jab woh khane peene ki cheez milegi to kahenge wahan bhi aisa mila tha hum ko." matlab wahan ka safe bhi is tarah ka milta julta hoga.</w:t>
      </w:r>
      <w:r>
        <w:br/>
      </w:r>
      <w:r>
        <w:rPr>
          <w:sz w:val="20"/>
        </w:rPr>
        <w:t>1:07:08  yeh khane peene ki baat nahi hai. arabi zabaan mein rizq bahut hi zyada yaani جامع lafz hai, bahut hi comprehensive lafz hai.</w:t>
      </w:r>
      <w:r>
        <w:br/>
      </w:r>
      <w:r>
        <w:rPr>
          <w:sz w:val="20"/>
        </w:rPr>
        <w:t>1:07:18  saari activities is mein aati hain, saari activities. to main yeh kahunga ke is aayat, is quran ki is aayat ka matlab yeh hai ke jannat ki zindagi is poori ki poori isi duniya se milti julti zindagi hogi.</w:t>
      </w:r>
      <w:r>
        <w:br/>
      </w:r>
      <w:r>
        <w:rPr>
          <w:sz w:val="20"/>
        </w:rPr>
        <w:t>1:07:34  lekin farq kya hoga?</w:t>
      </w:r>
      <w:r>
        <w:br/>
      </w:r>
      <w:r>
        <w:rPr>
          <w:sz w:val="20"/>
        </w:rPr>
        <w:t>1:07:37  farq yeh hoga ke</w:t>
      </w:r>
      <w:r>
        <w:br/>
      </w:r>
      <w:r>
        <w:rPr>
          <w:sz w:val="20"/>
        </w:rPr>
        <w:t>1:07:42  wahan ki zindagi mein aaj ki zindagi mein farq yeh hoga ke wahan koi limitations nahi hongi. limitation yahan limitation hoti hain, wahan koi disadvantage nahi hoga.</w:t>
      </w:r>
      <w:r>
        <w:br/>
      </w:r>
      <w:r>
        <w:rPr>
          <w:sz w:val="20"/>
        </w:rPr>
        <w:t>1:07:52  yahan advantage, disadvantage hote hain. wahan perfection hoga, yahan perfection nahi hota. wahan ideal hoga, yahan ideal nahi hota.</w:t>
      </w:r>
      <w:r>
        <w:br/>
      </w:r>
      <w:r>
        <w:rPr>
          <w:sz w:val="20"/>
        </w:rPr>
        <w:t>1:08:02  yeh yeh farq hai.</w:t>
      </w:r>
      <w:r>
        <w:br/>
      </w:r>
      <w:r>
        <w:rPr>
          <w:sz w:val="20"/>
        </w:rPr>
        <w:t>1:08:11  yahan pleasure ke saath pain mila hua hai. duniya mein har pleasure ke saath pain mila hua hai. wahan sirf pleasure hoga, sirf pleasure hoga.</w:t>
      </w:r>
      <w:r>
        <w:br/>
      </w:r>
      <w:r>
        <w:rPr>
          <w:sz w:val="20"/>
        </w:rPr>
        <w:t>1:08:21  isi liye jannat mein jab jayenge log, jannat wale, to woh kahenge: "alhamdulillah alladhi adfa'a 'anna al-huzn." allah ka shukr hai ke is ne huzn ko nikaal diya hamari zindagi se.</w:t>
      </w:r>
      <w:r>
        <w:br/>
      </w:r>
      <w:r>
        <w:rPr>
          <w:sz w:val="20"/>
        </w:rPr>
        <w:t>1:08:36  yeh yeh nahi kahenge ke ek aur hi dunya de di rehne ke liye jo is se mukhtalif thi.</w:t>
      </w:r>
      <w:r>
        <w:br/>
      </w:r>
      <w:r>
        <w:rPr>
          <w:sz w:val="20"/>
        </w:rPr>
        <w:t>1:08:41  yeh aise koi quran mein nahi, aisa koi reference hai ke jannat wale yeh kahein ke yeh to doosri dunya hai. bilkul aisa nahi kahenge. woh kahenge: "is dunya mein hum huzn ke saath rehna padta tha.</w:t>
      </w:r>
      <w:r>
        <w:br/>
      </w:r>
      <w:r>
        <w:rPr>
          <w:sz w:val="20"/>
        </w:rPr>
        <w:t>1:08:53  wahan bila huzn ki zindagi hai." huzn ka matlab yeh hai ke har qism ka pain, har qism ki takleef, har qism ka dard, har qism ka displeasure, woh hai huzn.</w:t>
      </w:r>
      <w:r>
        <w:br/>
      </w:r>
      <w:r>
        <w:rPr>
          <w:sz w:val="20"/>
        </w:rPr>
        <w:t>1:09:07  to</w:t>
      </w:r>
      <w:r>
        <w:br/>
      </w:r>
      <w:r>
        <w:rPr>
          <w:sz w:val="20"/>
        </w:rPr>
        <w:t>1:09:08  is dunya mein aap jante hain ke har phool ke saath kanta hai, har masarrat ke saath pareshani hai.</w:t>
      </w:r>
      <w:r>
        <w:br/>
      </w:r>
      <w:r>
        <w:rPr>
          <w:sz w:val="20"/>
        </w:rPr>
        <w:t>1:09:20  isi ka naam dunya hai. to akhirat mein yeh hoga ke allah taala wahan huzn ko nikaal denge. wahan par har cheez perfect hogi, har cheez ideal hogi.</w:t>
      </w:r>
      <w:r>
        <w:br/>
      </w:r>
      <w:r>
        <w:rPr>
          <w:sz w:val="20"/>
        </w:rPr>
        <w:t>1:09:36  isi wajah se wahan par hamein kamil fulfillment milega. woh koi aur okhi dunya nahi hogi, koi koi jinnaaton wali.</w:t>
      </w:r>
      <w:r>
        <w:br/>
      </w:r>
      <w:r>
        <w:rPr>
          <w:sz w:val="20"/>
        </w:rPr>
        <w:t>1:09:48  jo farq jo hoga, woh perfection imperfection ka hoga. perfection imperfection yeh hai imperfect world, woh hai perfect world.</w:t>
      </w:r>
    </w:p>
    <w:p>
      <w:pPr>
        <w:pStyle w:val="Heading2"/>
      </w:pPr>
      <w:r>
        <w:t>Addressing Non-Muslim Misconceptions about Paradise</w:t>
      </w:r>
    </w:p>
    <w:p>
      <w:r>
        <w:rPr>
          <w:color w:val="666666"/>
          <w:sz w:val="18"/>
        </w:rPr>
        <w:t>Faith &amp; God · The Culture of People of Paradise January 06, 2019 Maulana Wahiduddin Khan · 1m 23s · at 53:01 · https://youtu.be/rFExua9zntM?t=3181</w:t>
      </w:r>
    </w:p>
    <w:p>
      <w:r>
        <w:rPr>
          <w:i/>
        </w:rPr>
        <w:t>“Moulana, non-Muslims ridicule Paradise, saying that Muslims' goal to qualify for Paradise is so that they can get food and fulfill all their pleasures. They are not able to visualize Paradise beyond pleasure. How can we address such questions for both Muslims and non-Muslims, so they take Paradise in the greater sense rather than pleasure fulfillment?”</w:t>
      </w:r>
    </w:p>
    <w:p>
      <w:r>
        <w:rPr>
          <w:sz w:val="20"/>
        </w:rPr>
        <w:t>53:01  yeh to bohat hi qeemti hai. maulana, agla sawal bheja hai anwar sahib ne lucknow se. unhon ne likha hai: "maulana, non-Muslims ridicule paradise, saying that Muslims' target to qualify for paradise is so they can get houris and fulfill all their pleasures.</w:t>
      </w:r>
      <w:r>
        <w:br/>
      </w:r>
      <w:r>
        <w:rPr>
          <w:sz w:val="20"/>
        </w:rPr>
        <w:t>53:25  they are not able to visualize parah raz beyond pleasure. how can we address such questions for both muslims and non muslims?</w:t>
      </w:r>
      <w:r>
        <w:br/>
      </w:r>
      <w:r>
        <w:rPr>
          <w:sz w:val="20"/>
        </w:rPr>
        <w:t>53:35  so they take parah raz in the greater sense rather than pleasure fulfillment?" dekhiye, yeh insan ki personality ko understand karna hai.</w:t>
      </w:r>
      <w:r>
        <w:br/>
      </w:r>
      <w:r>
        <w:rPr>
          <w:sz w:val="20"/>
        </w:rPr>
        <w:t>53:49  man is a pleasure seeking animal. all the study is so, sara jo study ki gayi hai insan ke bare mein, us se yahi pata chalta hai ke man is a pleasure, pleasure seeking animal.</w:t>
      </w:r>
      <w:r>
        <w:br/>
      </w:r>
      <w:r>
        <w:rPr>
          <w:sz w:val="20"/>
        </w:rPr>
        <w:t>54:07  yeh to deny karna hai insan ki personality ko. jo log aisi baatein karte hain, woh woh poetry karte hain, woh reality ko na jante hain, na reality ko express karte hain.</w:t>
      </w:r>
    </w:p>
    <w:p>
      <w:pPr>
        <w:pStyle w:val="Heading2"/>
      </w:pPr>
      <w:r>
        <w:t>Advent of Mahdi and Jesus: physical or conceptual?</w:t>
      </w:r>
    </w:p>
    <w:p>
      <w:r>
        <w:rPr>
          <w:color w:val="666666"/>
          <w:sz w:val="18"/>
        </w:rPr>
        <w:t>Faith &amp; God · Discovery of Modern Age I 10th Feb. 13 · 2m 10s · at 1:00:13 · https://youtu.be/Yp5T0KacY84?t=3613</w:t>
      </w:r>
    </w:p>
    <w:p>
      <w:r>
        <w:rPr>
          <w:i/>
        </w:rPr>
        <w:t>“Please explain about the advent of Mahdi and Jesus (peace be upon them). Are they supposed to come physically or is it a conceptual role in this modern age?”</w:t>
      </w:r>
    </w:p>
    <w:p>
      <w:r>
        <w:rPr>
          <w:sz w:val="20"/>
        </w:rPr>
        <w:t>1:00:13  maulana, agla sawal Delhi se hai Shahnawaz Zafar sahab ka.</w:t>
      </w:r>
      <w:r>
        <w:br/>
      </w:r>
      <w:r>
        <w:rPr>
          <w:sz w:val="20"/>
        </w:rPr>
        <w:t>1:00:19  انہوں نے لکھا ہے: "Please explain about the advent of Mahdi and Isa alaihis salam." Are this suppose</w:t>
      </w:r>
      <w:r>
        <w:br/>
      </w:r>
      <w:r>
        <w:rPr>
          <w:sz w:val="20"/>
        </w:rPr>
        <w:t>1:00:24  to come physically or it is a conceptual role in this modern age? dekhiye, basic baat yeh hai</w:t>
      </w:r>
      <w:r>
        <w:br/>
      </w:r>
      <w:r>
        <w:rPr>
          <w:sz w:val="20"/>
        </w:rPr>
        <w:t>1:00:30  ke aap sari hadithain jo hain padhiye is hisse mein. sari hadithain.</w:t>
      </w:r>
      <w:r>
        <w:br/>
      </w:r>
      <w:r>
        <w:rPr>
          <w:sz w:val="20"/>
        </w:rPr>
        <w:t>1:00:36  kisi bhi hadith mein yeh nahi hai ke koi aadmi aayega to kahega ke main Mahdi</w:t>
      </w:r>
      <w:r>
        <w:br/>
      </w:r>
      <w:r>
        <w:rPr>
          <w:sz w:val="20"/>
        </w:rPr>
        <w:t>1:00:41  hoon, main masih hoon.</w:t>
      </w:r>
      <w:r>
        <w:br/>
      </w:r>
      <w:r>
        <w:rPr>
          <w:sz w:val="20"/>
        </w:rPr>
        <w:t>1:00:47  yeh declare karega.</w:t>
      </w:r>
      <w:r>
        <w:br/>
      </w:r>
      <w:r>
        <w:rPr>
          <w:sz w:val="20"/>
        </w:rPr>
        <w:t>1:00:53  aisa hai hi nahin.</w:t>
      </w:r>
      <w:r>
        <w:br/>
      </w:r>
      <w:r>
        <w:rPr>
          <w:sz w:val="20"/>
        </w:rPr>
        <w:t>1:00:59  jab ke paighambar aata hai to woh declare karta hai ke main masih hoon.</w:t>
      </w:r>
      <w:r>
        <w:br/>
      </w:r>
      <w:r>
        <w:rPr>
          <w:sz w:val="20"/>
        </w:rPr>
        <w:t>1:01:04  "ana nabiyyu wa la kadhib, ana rasool-e-rabb-ul-alameen." to kisi bhi hadith mein jo hadithain is hissay mein</w:t>
      </w:r>
      <w:r>
        <w:br/>
      </w:r>
      <w:r>
        <w:rPr>
          <w:sz w:val="20"/>
        </w:rPr>
        <w:t>1:01:10  aayi hain, is mein yeh baat nahin hai ke aane wala apni zuban se kahega ke main</w:t>
      </w:r>
      <w:r>
        <w:br/>
      </w:r>
      <w:r>
        <w:rPr>
          <w:sz w:val="20"/>
        </w:rPr>
        <w:t>1:01:16  mahdi hoon ya main masih hoon.</w:t>
      </w:r>
      <w:r>
        <w:br/>
      </w:r>
      <w:r>
        <w:rPr>
          <w:sz w:val="20"/>
        </w:rPr>
        <w:t>1:01:21  is se hi apne aap mein baat sabit ho jati hai ke woh ek role hai.</w:t>
      </w:r>
      <w:r>
        <w:br/>
      </w:r>
      <w:r>
        <w:rPr>
          <w:sz w:val="20"/>
        </w:rPr>
        <w:t>1:01:27  woh role hai.</w:t>
      </w:r>
      <w:r>
        <w:br/>
      </w:r>
      <w:r>
        <w:rPr>
          <w:sz w:val="20"/>
        </w:rPr>
        <w:t>1:01:33  yeh to logon ne jinhon ne dawaye kiye hain, woh to main samajhta hoon ke beslay dawaye thay.</w:t>
      </w:r>
      <w:r>
        <w:br/>
      </w:r>
      <w:r>
        <w:rPr>
          <w:sz w:val="20"/>
        </w:rPr>
        <w:t>1:01:38  jinhon ne kaha ke main mahdi hoon, jinhon ne kaha ke main masih hoon, yeh to beslay dawaye thay.</w:t>
      </w:r>
      <w:r>
        <w:br/>
      </w:r>
      <w:r>
        <w:rPr>
          <w:sz w:val="20"/>
        </w:rPr>
        <w:t>1:01:44  yeh kahan se bol rahe hain? woh jab hadithon mein yeh baat aayi nahin ke aane wala dawah</w:t>
      </w:r>
      <w:r>
        <w:br/>
      </w:r>
      <w:r>
        <w:rPr>
          <w:sz w:val="20"/>
        </w:rPr>
        <w:t>1:01:50  karega to aap kahan dawah kar rahe hain? to in hadithon mein kahin bhi yeh nahin hai</w:t>
      </w:r>
      <w:r>
        <w:br/>
      </w:r>
      <w:r>
        <w:rPr>
          <w:sz w:val="20"/>
        </w:rPr>
        <w:t>1:01:55  ke aane wala apni zuban se bolega ke main mahdi hoon, main masih hoon.</w:t>
      </w:r>
      <w:r>
        <w:br/>
      </w:r>
      <w:r>
        <w:rPr>
          <w:sz w:val="20"/>
        </w:rPr>
        <w:t>1:02:01  isi se sabit hota hai ke woh ek role ki baat hai.</w:t>
      </w:r>
      <w:r>
        <w:br/>
      </w:r>
      <w:r>
        <w:rPr>
          <w:sz w:val="20"/>
        </w:rPr>
        <w:t>1:02:07  aur role ka ilm Allah taala ko hai ke Allah ko pata hai kis ne yeh role kiya,</w:t>
      </w:r>
      <w:r>
        <w:br/>
      </w:r>
      <w:r>
        <w:rPr>
          <w:sz w:val="20"/>
        </w:rPr>
        <w:t>1:02:12  kis ne nahin kiya.</w:t>
      </w:r>
      <w:r>
        <w:br/>
      </w:r>
      <w:r>
        <w:rPr>
          <w:sz w:val="20"/>
        </w:rPr>
        <w:t>1:02:18  hum aap is ko determine nahin kar sakte.</w:t>
      </w:r>
    </w:p>
    <w:p>
      <w:pPr>
        <w:pStyle w:val="Heading2"/>
      </w:pPr>
      <w:r>
        <w:t>Allah's Judgment for a Righteous Non-Muslim</w:t>
      </w:r>
    </w:p>
    <w:p>
      <w:r>
        <w:rPr>
          <w:color w:val="666666"/>
          <w:sz w:val="18"/>
        </w:rPr>
        <w:t>Faith &amp; God · Concept of Death in Islam August 26, 2012 · 1m 43s · at 1:17:59 · https://youtu.be/y0TJxKi0L94?t=4679</w:t>
      </w:r>
    </w:p>
    <w:p>
      <w:r>
        <w:rPr>
          <w:i/>
        </w:rPr>
        <w:t>“How will Allah deal with a man who was born in a non-Muslim family, followed his family's faith and led a righteous life, but never received an elaborate message from Islam?”</w:t>
      </w:r>
    </w:p>
    <w:p>
      <w:r>
        <w:rPr>
          <w:sz w:val="20"/>
        </w:rPr>
        <w:t>1:17:59  maulana, yeh sawal Delhi se hai, mahbub ilahi sahib ka. unhon ne likha hai how Allah will take a man who was born in a non-Muslim family, followed his family's faith and led righteous life, but never received an elaborate message from Islam</w:t>
      </w:r>
      <w:r>
        <w:br/>
      </w:r>
      <w:r>
        <w:rPr>
          <w:sz w:val="20"/>
        </w:rPr>
        <w:t>1:18:19  . ek aalim se poocha gaya tha yahi sawal, to un ka jawab mujhe theek lagta hai. un ka ek ek jumle mein kaha tha unhon ne ke jaisi tabligh, waisa mawakhza.</w:t>
      </w:r>
      <w:r>
        <w:br/>
      </w:r>
      <w:r>
        <w:rPr>
          <w:sz w:val="20"/>
        </w:rPr>
        <w:t>1:18:34  jaisi tabligh, waisa mawakhza. is ka matlab yeh hai ke jitna us ko baat pahunchi hai, usi ke lehaz se woh yaani responsible hai, accountable hai.</w:t>
      </w:r>
      <w:r>
        <w:br/>
      </w:r>
      <w:r>
        <w:rPr>
          <w:sz w:val="20"/>
        </w:rPr>
        <w:t>1:18:46  yaani accountability according us ke according hogi ke kitna pahuncha un ko. yeh Allah ko pata hai ke kis ko baat kitni pahunchi hai.</w:t>
      </w:r>
      <w:r>
        <w:br/>
      </w:r>
      <w:r>
        <w:rPr>
          <w:sz w:val="20"/>
        </w:rPr>
        <w:t>1:19:01  to bohat hi natural formula hai, bohat simple formula ke jitna aadmi ke tak baat pahunchi hai, sachai pahunchi hai, usi ke lehaz se woh Allah ke samne accountable hoga.</w:t>
      </w:r>
      <w:r>
        <w:br/>
      </w:r>
      <w:r>
        <w:rPr>
          <w:sz w:val="20"/>
        </w:rPr>
        <w:t>1:19:16  lekin hum yeh faisla nahi kar sakte ke kitna pahuncha, kitna nahi pahuncha. hum sirf yeh bata sakte hain, ek principle bata sakte hain.</w:t>
      </w:r>
      <w:r>
        <w:br/>
      </w:r>
      <w:r>
        <w:rPr>
          <w:sz w:val="20"/>
        </w:rPr>
        <w:t>1:19:25  principle as a principle hum yeh kar sakte hain ke jitna kisi ko baat pahunchi hai, sachai jitna us ko pahunchi hai, us ke lehaz se woh Allah ke haan accountable hoga.</w:t>
      </w:r>
      <w:r>
        <w:br/>
      </w:r>
      <w:r>
        <w:rPr>
          <w:sz w:val="20"/>
        </w:rPr>
        <w:t>1:19:38  bas.</w:t>
      </w:r>
    </w:p>
    <w:p>
      <w:pPr>
        <w:pStyle w:val="Heading2"/>
      </w:pPr>
      <w:r>
        <w:t>Allah's Mercy on Judgment Day</w:t>
      </w:r>
    </w:p>
    <w:p>
      <w:r>
        <w:rPr>
          <w:color w:val="666666"/>
          <w:sz w:val="18"/>
        </w:rPr>
        <w:t>Faith &amp; God · Realization of God September 15, 2013 · 1m 49s · at 58:12 · https://youtu.be/CNEEeM5uyi8?t=3492</w:t>
      </w:r>
    </w:p>
    <w:p>
      <w:r>
        <w:rPr>
          <w:i/>
        </w:rPr>
        <w:t>“Will Allah's mercy and generosity exist on the Day of Judgment or only in this world?”</w:t>
      </w:r>
    </w:p>
    <w:p>
      <w:r>
        <w:rPr>
          <w:sz w:val="20"/>
        </w:rPr>
        <w:t>58:12  maulana, agla sawal dili se hai, kousar ali sabri sahib</w:t>
      </w:r>
      <w:r>
        <w:br/>
      </w:r>
      <w:r>
        <w:rPr>
          <w:sz w:val="20"/>
        </w:rPr>
        <w:t>58:16  ka. unhon ne likha hai: "kya allah ki rahimi aur karimi qayamat ke din bhi hogi ya sirf dunya mein hai?" is ke bare mein yeh sab se bara door to qayamat hi hoga.</w:t>
      </w:r>
      <w:r>
        <w:br/>
      </w:r>
      <w:r>
        <w:rPr>
          <w:sz w:val="20"/>
        </w:rPr>
        <w:t>58:29  dunya mein to bahut mahdood hota hai.</w:t>
      </w:r>
      <w:r>
        <w:br/>
      </w:r>
      <w:r>
        <w:rPr>
          <w:sz w:val="20"/>
        </w:rPr>
        <w:t>58:34  sab se bari rehmat allah taala ki hai ke kisi ko jannat mein dakhil kare. woh</w:t>
      </w:r>
      <w:r>
        <w:br/>
      </w:r>
      <w:r>
        <w:rPr>
          <w:sz w:val="20"/>
        </w:rPr>
        <w:t>58:40  sab se bara jo zahira hoga rehmat ka ke kisi ke liye jannat mein dakhila to aap samajhte hain ke jannat mein dakhila is tarah hoga ke topi sar par rakh li, aap pajama ooncha kar liya ya dadi lambi kar li.</w:t>
      </w:r>
      <w:r>
        <w:br/>
      </w:r>
      <w:r>
        <w:rPr>
          <w:sz w:val="20"/>
        </w:rPr>
        <w:t>58:59  woh rehmat se hoga, rehmat se hog</w:t>
      </w:r>
      <w:r>
        <w:br/>
      </w:r>
      <w:r>
        <w:rPr>
          <w:sz w:val="20"/>
        </w:rPr>
        <w:t>59:02  a. dekhiye, hadith mein aata hai ke rasool allah ne farmaya ke jannat mein dakhila amal se nahin hoga, rehmat se hoga. is ka matlab nahin ke amal na kijiye ke tum kitni zyada amal karo, lekin woh jannat ki qeemat nahin hai.</w:t>
      </w:r>
      <w:r>
        <w:br/>
      </w:r>
      <w:r>
        <w:rPr>
          <w:sz w:val="20"/>
        </w:rPr>
        <w:t>59:17  woh jannat is se zyada qeemti hai ke tumhara koi amal is ki qeemat bane.</w:t>
      </w:r>
      <w:r>
        <w:br/>
      </w:r>
      <w:r>
        <w:rPr>
          <w:sz w:val="20"/>
        </w:rPr>
        <w:t>59:26  to aisha ne pucha, hazrat aisha ne pucha ke aap ka bhi aise mamla hoga? to aap ne farmaya ke haan, aya ya ya aisha, ila birahmat minh fadli,</w:t>
      </w:r>
      <w:r>
        <w:br/>
      </w:r>
      <w:r>
        <w:rPr>
          <w:sz w:val="20"/>
        </w:rPr>
        <w:t>59:41  ila birahmat minh fadli. yani allah mujh ko apni rehmat se dhanp le. to sab se bara rehmat jo hai allah taala ki</w:t>
      </w:r>
      <w:r>
        <w:br/>
      </w:r>
      <w:r>
        <w:rPr>
          <w:sz w:val="20"/>
        </w:rPr>
        <w:t>59:51  , yeh woh to yahi hai ke ek insan, kisi insan ko apni rehmat se woh jannat mein dakhila de de. sab se bari rehmat to yahi hai na?</w:t>
      </w:r>
    </w:p>
    <w:p>
      <w:pPr>
        <w:pStyle w:val="Heading2"/>
      </w:pPr>
      <w:r>
        <w:t>Angels' and Satan's persuasion nature</w:t>
      </w:r>
    </w:p>
    <w:p>
      <w:r>
        <w:rPr>
          <w:color w:val="666666"/>
          <w:sz w:val="18"/>
        </w:rPr>
        <w:t>Faith &amp; God · The Problem of Evil December 4, 2011 · 1m 56s · at 1:05:09 · https://youtu.be/SMqtVjaGHfw?t=3909</w:t>
      </w:r>
    </w:p>
    <w:p>
      <w:r>
        <w:rPr>
          <w:i/>
        </w:rPr>
        <w:t>“It is true indeed that the nature of angels' persuasion is peace and that of Satan's is active. However, that the nature of persuasion of these entities is the cause of man's greater inclination towards the bad is unclear.”</w:t>
      </w:r>
    </w:p>
    <w:p>
      <w:r>
        <w:rPr>
          <w:sz w:val="20"/>
        </w:rPr>
        <w:t>1:05:09  tazkiya-e-nafs hai. rawayati zabaan mein woh tazkiya-e-nafs hai. aaj kal ki zabaan mein hum kahein ke woh de-conditioning hai ya personality development hai. Maulana, agla sawal aaya hai Miss Sadia Khan ka, Delhi se.</w:t>
      </w:r>
      <w:r>
        <w:br/>
      </w:r>
      <w:r>
        <w:rPr>
          <w:sz w:val="20"/>
        </w:rPr>
        <w:t>1:05:23  unhone likha hai: "it is true indeed that the nature of angels persuasion is passive and that of satans is active.</w:t>
      </w:r>
      <w:r>
        <w:br/>
      </w:r>
      <w:r>
        <w:rPr>
          <w:sz w:val="20"/>
        </w:rPr>
        <w:t>1:05:34  however that the nature of persuasion of these entities is the cause of mans greater inclination towards the bad is unclear.</w:t>
      </w:r>
      <w:r>
        <w:br/>
      </w:r>
      <w:r>
        <w:rPr>
          <w:sz w:val="20"/>
        </w:rPr>
        <w:t>1:05:45  please explain." dekhiye, unclear ki baat nahi hai ke Allah taala ne jo jannat banai hai to us ki koi price dena padega.</w:t>
      </w:r>
      <w:r>
        <w:br/>
      </w:r>
      <w:r>
        <w:rPr>
          <w:sz w:val="20"/>
        </w:rPr>
        <w:t>1:05:57  na insaan ko free mein jannat nahi milegi.</w:t>
      </w:r>
      <w:r>
        <w:br/>
      </w:r>
      <w:r>
        <w:rPr>
          <w:sz w:val="20"/>
        </w:rPr>
        <w:t>1:06:01  eternal jo hai, wahan hoga. woh ideal world hoga, woh perfect world hoga. eternally aadmi wahan jiyega life guzarega to us ki koi price honi chahiye.</w:t>
      </w:r>
      <w:r>
        <w:br/>
      </w:r>
      <w:r>
        <w:rPr>
          <w:sz w:val="20"/>
        </w:rPr>
        <w:t>1:06:15  film kaise milegi? price, price yahi hai. price yahi hai ke shaitan, shaitan ka jo influence hai, agarche woh active hai, phir bhi aap us ko bar-side karein.</w:t>
      </w:r>
      <w:r>
        <w:br/>
      </w:r>
      <w:r>
        <w:rPr>
          <w:sz w:val="20"/>
        </w:rPr>
        <w:t>1:06:28  firishton ka impress influence, agarche woh passive hai, us ko aap sunein aur pakdein. us ko to yeh to price hai. price ki kuch to price Allah taala ne muqarrar karna tha, to yahi price hai.</w:t>
      </w:r>
      <w:r>
        <w:br/>
      </w:r>
      <w:r>
        <w:rPr>
          <w:sz w:val="20"/>
        </w:rPr>
        <w:t>1:06:43  shaitan ka influence, agarche active hai, aap ko us se, yaani apne ko us se bachana hai.</w:t>
      </w:r>
      <w:r>
        <w:br/>
      </w:r>
      <w:r>
        <w:rPr>
          <w:sz w:val="20"/>
        </w:rPr>
        <w:t>1:06:52  aur firishton ka impulse, agarche passive hai, us ki taraf aap ko daudna hai.</w:t>
      </w:r>
      <w:r>
        <w:br/>
      </w:r>
      <w:r>
        <w:rPr>
          <w:sz w:val="20"/>
        </w:rPr>
        <w:t>1:06:58  yeh jahan fail ho jaye, phir us ke liye price nahi hai.</w:t>
      </w:r>
    </w:p>
    <w:p>
      <w:pPr>
        <w:pStyle w:val="Heading2"/>
      </w:pPr>
      <w:r>
        <w:t>Answering Criticism of Fear-Based Worship</w:t>
      </w:r>
    </w:p>
    <w:p>
      <w:r>
        <w:rPr>
          <w:color w:val="666666"/>
          <w:sz w:val="18"/>
        </w:rPr>
        <w:t>Faith &amp; God · 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Answering claim that deeds control God's feelings</w:t>
      </w:r>
    </w:p>
    <w:p>
      <w:r>
        <w:rPr>
          <w:color w:val="666666"/>
          <w:sz w:val="18"/>
        </w:rPr>
        <w:t>Faith &amp; God · Purpose of Human Life February 12, 2012 Maulana Wahiduddin Khan · 3m 05s · at 1:38:57 · https://youtu.be/gRupSXuak-w?t=5937</w:t>
      </w:r>
    </w:p>
    <w:p>
      <w:r>
        <w:rPr>
          <w:i/>
        </w:rPr>
        <w:t>“A person said that "We can control feelings of Allah because of we do good deeds, Allah will become happy. If we do bad deeds, then He will become angry." Maulana Sahib, how can we answer to this question?”</w:t>
      </w:r>
    </w:p>
    <w:p>
      <w:r>
        <w:rPr>
          <w:sz w:val="20"/>
        </w:rPr>
        <w:t>1:38:57  Maulana, agla sawal Andhra Pradesh se aya hai Maulana Abdul Kareem sahib ka</w:t>
      </w:r>
      <w:r>
        <w:br/>
      </w:r>
      <w:r>
        <w:rPr>
          <w:sz w:val="20"/>
        </w:rPr>
        <w:t>1:39:02  . unhon ne poocha hai aap se k a Maulana ek sahib ne farmaya k "we can control feelings of Allah because of we do good deeds, Allah will become happy.</w:t>
      </w:r>
      <w:r>
        <w:br/>
      </w:r>
      <w:r>
        <w:rPr>
          <w:sz w:val="20"/>
        </w:rPr>
        <w:t>1:39:16  if we do bad deeds, then he will become angry." Maulana sahib, how can we answer to this question? kya kya bara</w:t>
      </w:r>
      <w:r>
        <w:br/>
      </w:r>
      <w:r>
        <w:rPr>
          <w:sz w:val="20"/>
        </w:rPr>
        <w:t>1:39:26  sentence mein samjhaya? haan, Maulana woh yeh keh rahe hain k jo Allah taala ki feelings hain, woh hum control kar sakte hain. ek sahib ne un ko kaha: "nahi, kya matlab feelings control kar?</w:t>
      </w:r>
      <w:r>
        <w:br/>
      </w:r>
      <w:r>
        <w:rPr>
          <w:sz w:val="20"/>
        </w:rPr>
        <w:t>1:39:34  kya matlab? kya kya bugwas baat hai yeh? kya matlab control kar sakte hain?" to kuch kuch koi sense nahi banta. aap bataiye, kya sense banta hai?</w:t>
      </w:r>
      <w:r>
        <w:br/>
      </w:r>
      <w:r>
        <w:rPr>
          <w:sz w:val="20"/>
        </w:rPr>
        <w:t>1:39:44  kya sawal hai? mein to samajh nahi raha.</w:t>
      </w:r>
      <w:r>
        <w:br/>
      </w:r>
      <w:r>
        <w:rPr>
          <w:sz w:val="20"/>
        </w:rPr>
        <w:t>1:39:46  Maulana, woh shayad yeh kehna chah</w:t>
      </w:r>
      <w:r>
        <w:br/>
      </w:r>
      <w:r>
        <w:rPr>
          <w:sz w:val="20"/>
        </w:rPr>
        <w:t>1:40:05  sawal ek: humein kya pata hai k hum ne acha kaam kiya hai? woh Allah taala jab is ko acha qarar de, tab woh acha hai. hamare samne acha ho jaye ga.</w:t>
      </w:r>
      <w:r>
        <w:br/>
      </w:r>
      <w:r>
        <w:rPr>
          <w:sz w:val="20"/>
        </w:rPr>
        <w:t>1:40:14  ab mein pani pi raha hoon, dahne haan, dahne hath se. bas samajh lo k bas Khuda khush ho gaya k bhai, aam makan baat ho gayi. yeh Khuda ko pata hai kis kaam par woh khush hoga, kis kaam par na khush hoga.</w:t>
      </w:r>
      <w:r>
        <w:br/>
      </w:r>
      <w:r>
        <w:rPr>
          <w:sz w:val="20"/>
        </w:rPr>
        <w:t>1:40:25  aap ko to yeh pata hai. hmm, yeh to bilkul stupid baat hai. bilkul jo ek aisa karta hai, aadmi woh samajhta hai k us ko us k ikhtiyar mein hai Khuda ko khush karna.</w:t>
      </w:r>
      <w:r>
        <w:br/>
      </w:r>
      <w:r>
        <w:rPr>
          <w:sz w:val="20"/>
        </w:rPr>
        <w:t>1:40:36  Khuda khud jis se jis cheez se khush hoga, jis cheez se naraz hoga, humein kya pata?</w:t>
      </w:r>
      <w:r>
        <w:br/>
      </w:r>
      <w:r>
        <w:rPr>
          <w:sz w:val="20"/>
        </w:rPr>
        <w:t>1:40:44  yaani jo kaam hum karte hain, woh Khuda jis ko qabool kare, tab ja kar woh Khuda ko khush karne wala baney ga.</w:t>
      </w:r>
      <w:r>
        <w:br/>
      </w:r>
      <w:r>
        <w:rPr>
          <w:sz w:val="20"/>
        </w:rPr>
        <w:t>1:40:54  sirf hamare karne se thori ban jaye ga. isi liye saare Sahaba jo thay, aakhir waqt tak fear mein jeete thay. fear mein kya?</w:t>
      </w:r>
      <w:r>
        <w:br/>
      </w:r>
      <w:r>
        <w:rPr>
          <w:sz w:val="20"/>
        </w:rPr>
        <w:t>1:41:03  woh hum ne jo kiya, woh qabool hua k nahi? Allah taala k haan yeh to ek stupid question hai.</w:t>
      </w:r>
    </w:p>
    <w:p>
      <w:pPr>
        <w:pStyle w:val="Heading2"/>
      </w:pPr>
      <w:r>
        <w:t>Applicability of leaving a team principle</w:t>
      </w:r>
    </w:p>
    <w:p>
      <w:r>
        <w:rPr>
          <w:color w:val="666666"/>
          <w:sz w:val="18"/>
        </w:rPr>
        <w:t>Faith &amp; God · Understanding the Quran April 7, 2019 · 1m 07s · at 49:50 · https://youtu.be/m_Om5MtQJz4?t=2990</w:t>
      </w:r>
    </w:p>
    <w:p>
      <w:r>
        <w:rPr>
          <w:i/>
        </w:rPr>
        <w:t>“Molana said yesterday that leaving a team is equivalent to leaving the company of angels and going against the creation plan of God. Is this principle applicable to any teamwork, or especially to teamwork for God's cause?”</w:t>
      </w:r>
    </w:p>
    <w:p>
      <w:r>
        <w:rPr>
          <w:sz w:val="20"/>
        </w:rPr>
        <w:t>49:50  molana, agla sawal Etanagar, Arunachal Pradesh se Muhammad Bilal Shafeeq sahib ne bheja hai. unhon ne likha hai: "Molana said yesterday that leaving a team is equivalent to leaving the company of angels and going against the creation plan of God.</w:t>
      </w:r>
      <w:r>
        <w:br/>
      </w:r>
      <w:r>
        <w:rPr>
          <w:sz w:val="20"/>
        </w:rPr>
        <w:t>50:09  is this principle applicable to any teamwork, or especially to teamwork for God's ca</w:t>
      </w:r>
      <w:r>
        <w:br/>
      </w:r>
      <w:r>
        <w:rPr>
          <w:sz w:val="20"/>
        </w:rPr>
        <w:t>50:16  use?" is ko wazeh karein.</w:t>
      </w:r>
      <w:r>
        <w:br/>
      </w:r>
      <w:r>
        <w:rPr>
          <w:sz w:val="20"/>
        </w:rPr>
        <w:t>50:22  koi bhi teamwork jo healthy ho, us par apply hota hai. yeh koi doctory ke liye is ko karega, is ko to galat hoga.</w:t>
      </w:r>
      <w:r>
        <w:br/>
      </w:r>
      <w:r>
        <w:rPr>
          <w:sz w:val="20"/>
        </w:rPr>
        <w:t>50:36  koi ladne marne ke liye, qatal karne ke liye kare to galat hoga. sachay maqsad ke liye, healthy kaam ke liye, Allah ke cause ke liye karna bilkul woh jo bhi Allah ke cause ke liye hoga, woh us par apply hoga.</w:t>
      </w:r>
    </w:p>
    <w:p>
      <w:pPr>
        <w:pStyle w:val="Heading2"/>
      </w:pPr>
      <w:r>
        <w:t>Are Muslims today weak in faith?</w:t>
      </w:r>
    </w:p>
    <w:p>
      <w:r>
        <w:rPr>
          <w:color w:val="666666"/>
          <w:sz w:val="18"/>
        </w:rPr>
        <w:t>Faith &amp; God · Living in a New Age | March 26, 2017 · 1m 24s · at 51:44 · https://youtu.be/iST0AxQscKo?t=3104</w:t>
      </w:r>
    </w:p>
    <w:p>
      <w:r>
        <w:rPr>
          <w:i/>
        </w:rPr>
        <w:t>“The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r>
        <w:rPr>
          <w:sz w:val="20"/>
        </w:rPr>
        <w:t>51:44  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r>
        <w:br/>
      </w:r>
      <w:r>
        <w:rPr>
          <w:sz w:val="20"/>
        </w:rPr>
        <w:t>52:14  ? haan theek kaha aap ne.</w:t>
      </w:r>
      <w:r>
        <w:br/>
      </w:r>
      <w:r>
        <w:rPr>
          <w:sz w:val="20"/>
        </w:rPr>
        <w:t>52:18  saheeh saheeh baat hai.</w:t>
      </w:r>
      <w:r>
        <w:br/>
      </w:r>
      <w:r>
        <w:rPr>
          <w:sz w:val="20"/>
        </w:rPr>
        <w:t>52:23  baat saheeh hai.</w:t>
      </w:r>
      <w:r>
        <w:br/>
      </w:r>
      <w:r>
        <w:rPr>
          <w:sz w:val="20"/>
        </w:rPr>
        <w:t>52:27  Maulana Rajiv Anand ji ne Bangalore se sawal bheja hai.</w:t>
      </w:r>
      <w:r>
        <w:br/>
      </w:r>
      <w:r>
        <w:rPr>
          <w:sz w:val="20"/>
        </w:rPr>
        <w:t>52:31  unhon ne likha hai Maulana sahib I always follow your articles especially in times of India.</w:t>
      </w:r>
      <w:r>
        <w:br/>
      </w:r>
      <w:r>
        <w:rPr>
          <w:sz w:val="20"/>
        </w:rPr>
        <w:t>52:36  I always find your analysis very sharp but positive.</w:t>
      </w:r>
      <w:r>
        <w:br/>
      </w:r>
      <w:r>
        <w:rPr>
          <w:sz w:val="20"/>
        </w:rPr>
        <w:t>52:40  I want to know from your I want to know from you your source of analyt</w:t>
      </w:r>
      <w:r>
        <w:br/>
      </w:r>
      <w:r>
        <w:rPr>
          <w:sz w:val="20"/>
        </w:rPr>
        <w:t>52:44  ical strength as I too want to become as objective as you are.</w:t>
      </w:r>
      <w:r>
        <w:br/>
      </w:r>
      <w:r>
        <w:rPr>
          <w:sz w:val="20"/>
        </w:rPr>
        <w:t>52:50  Please share your secret formula with us.</w:t>
      </w:r>
      <w:r>
        <w:br/>
      </w:r>
      <w:r>
        <w:rPr>
          <w:sz w:val="20"/>
        </w:rPr>
        <w:t>52:56  Allah wale ban jaiye bas sab cheez apne aap hoti rahe gi.</w:t>
      </w:r>
      <w:r>
        <w:br/>
      </w:r>
      <w:r>
        <w:rPr>
          <w:sz w:val="20"/>
        </w:rPr>
        <w:t>53:02  main to yahi samajhta hoon ke insan Allah wala ban jaye.</w:t>
      </w:r>
    </w:p>
    <w:p>
      <w:pPr>
        <w:pStyle w:val="Heading2"/>
      </w:pPr>
      <w:r>
        <w:t>Are natural calamities signs from God</w:t>
      </w:r>
    </w:p>
    <w:p>
      <w:r>
        <w:rPr>
          <w:color w:val="666666"/>
          <w:sz w:val="18"/>
        </w:rPr>
        <w:t>Faith &amp; God · The Age of Alternative April 24, 2016 · 1m 34s · at 48:01 · https://youtu.be/JoilI-TK4Ig?t=2881</w:t>
      </w:r>
    </w:p>
    <w:p>
      <w:r>
        <w:rPr>
          <w:i/>
        </w:rPr>
        <w:t>“In present times, natural calamities like earthquakes and floods have increased in number across the world. Is this a sign of God that He is unhappy with mankind and sending out signals so that we can mend our ways? What is your opinion?”</w:t>
      </w:r>
    </w:p>
    <w:p>
      <w:r>
        <w:rPr>
          <w:sz w:val="20"/>
        </w:rPr>
        <w:t>48:01  maulana, agla sawal aaya hai ahmedabad se abdullah sahib ne kiya hai, aur unhon ne likha hai: "maulana, in the present times natural calamities like earthquakes, floods have increased in number across the world.</w:t>
      </w:r>
      <w:r>
        <w:br/>
      </w:r>
      <w:r>
        <w:rPr>
          <w:sz w:val="20"/>
        </w:rPr>
        <w:t>48:18  is this a sign of God that he is unhappy from mankind and sending out signals so that we can mend our ways? what is your op</w:t>
      </w:r>
      <w:r>
        <w:br/>
      </w:r>
      <w:r>
        <w:rPr>
          <w:sz w:val="20"/>
        </w:rPr>
        <w:t>48:28  inion?" earthquake barhne ka hai. pehle media nahi hota tha. nahi to dekhiye, science ki research ke mutabiq har din pachas earthquake hotay hain.</w:t>
      </w:r>
      <w:r>
        <w:br/>
      </w:r>
      <w:r>
        <w:rPr>
          <w:sz w:val="20"/>
        </w:rPr>
        <w:t>48:41  ziyadah tar woh yaani marjar tremble ki shakal mein hotay hain, yaani halka zalzala.</w:t>
      </w:r>
      <w:r>
        <w:br/>
      </w:r>
      <w:r>
        <w:rPr>
          <w:sz w:val="20"/>
        </w:rPr>
        <w:t>48:51  kyun ke zameen ke andar aik bohat bara movement hai, gulbah laav ka, us ki wajah se yeh tremble aata hai.</w:t>
      </w:r>
      <w:r>
        <w:br/>
      </w:r>
      <w:r>
        <w:rPr>
          <w:sz w:val="20"/>
        </w:rPr>
        <w:t>49:02  to har din pachas taqreeban aata hai, saal bhar aata rehta hai. yeh hai warning ke liye. pehle bhi tha, ab bhi hai.</w:t>
      </w:r>
      <w:r>
        <w:br/>
      </w:r>
      <w:r>
        <w:rPr>
          <w:sz w:val="20"/>
        </w:rPr>
        <w:t>49:13  warning ke liye ke yeh duniya mein tumhari jo di gayi hai, yeh tumhari duniya ki raunaqe'n hain, hamesha nahi rahengi. yeh sab khatm ho jayega, naya daur aayega, nayi duniya banayi jayegi.</w:t>
      </w:r>
      <w:r>
        <w:br/>
      </w:r>
      <w:r>
        <w:rPr>
          <w:sz w:val="20"/>
        </w:rPr>
        <w:t>49:26  to yeh hai reminder. yeh reminder hai aur is ke siwa kuch nahi hai. yeh azaab nahi hai.</w:t>
      </w:r>
    </w:p>
    <w:p>
      <w:pPr>
        <w:pStyle w:val="Heading2"/>
      </w:pPr>
      <w:r>
        <w:t>Are prophets' duas always accepted?</w:t>
      </w:r>
    </w:p>
    <w:p>
      <w:r>
        <w:rPr>
          <w:color w:val="666666"/>
          <w:sz w:val="18"/>
        </w:rPr>
        <w:t>Faith &amp; God · The Character of a Dayee 4 March 2012 - Maulana Wahiduddin Khan · 3m 08s · at 1:24:17 · https://youtu.be/YtavJpVNbEM?t=5057</w:t>
      </w:r>
    </w:p>
    <w:p>
      <w:r>
        <w:rPr>
          <w:i/>
        </w:rPr>
        <w:t>“Is the dua made by prophets always accepted by Allah? Is there any case when Prophet Muhammad asked something in dua, but Allah did not accept it?”</w:t>
      </w:r>
    </w:p>
    <w:p>
      <w:r>
        <w:rPr>
          <w:sz w:val="20"/>
        </w:rPr>
        <w:t>1:24:17  maulana, agla sawal haiderabad se aaya hai misTr zeeshan yusuf ka. unho'n ne aap se poocha hai ke is dua "made by prophets" always accepted by Allah.</w:t>
      </w:r>
      <w:r>
        <w:br/>
      </w:r>
      <w:r>
        <w:rPr>
          <w:sz w:val="20"/>
        </w:rPr>
        <w:t>1:24:29  Is there any case when Prophet Muhammad asked something in dua, but Allah did not accept it?</w:t>
      </w:r>
      <w:r>
        <w:br/>
      </w:r>
      <w:r>
        <w:rPr>
          <w:sz w:val="20"/>
        </w:rPr>
        <w:t>1:24:37  haan, is ki maujood hai. ummat ke liye dua ki thi aap ne,</w:t>
      </w:r>
      <w:r>
        <w:br/>
      </w:r>
      <w:r>
        <w:rPr>
          <w:sz w:val="20"/>
        </w:rPr>
        <w:t>1:24:45  woh Allah taala ne qabool nahi'n ki. khud rasool Allah ne farmaya ke qabool nahi'n hui. kaha ji, To qabool nahi'n hui thi. sab bahmi ikhtilaf hain.</w:t>
      </w:r>
      <w:r>
        <w:br/>
      </w:r>
      <w:r>
        <w:rPr>
          <w:sz w:val="20"/>
        </w:rPr>
        <w:t>1:24:55  bahmi ikhtilaf. rasool Allah sal Allahu alaihi wasallam ne dua ki Allah taala se ke meri ummat mein bahmi ikhtilaf na ho,</w:t>
      </w:r>
      <w:r>
        <w:br/>
      </w:r>
      <w:r>
        <w:rPr>
          <w:sz w:val="20"/>
        </w:rPr>
        <w:t>1:25:05  bahmi ikhtilaf na ho. lamba sajda kiya tha aap ne, To aap ne khud farmaya ke yeh qabool nahi'n hui.</w:t>
      </w:r>
      <w:r>
        <w:br/>
      </w:r>
      <w:r>
        <w:rPr>
          <w:sz w:val="20"/>
        </w:rPr>
        <w:t>1:25:16  To is ka ma'na hai ke jab musalman bahmi ikhtilaf kar ke aapas mein, ya'ni aik doosre ke negative ban jayen, nafraten karen aur buraiyan phailayen, jhoote ilzamat lagayen.</w:t>
      </w:r>
      <w:r>
        <w:br/>
      </w:r>
      <w:r>
        <w:rPr>
          <w:sz w:val="20"/>
        </w:rPr>
        <w:t>1:25:32  dekhen, bahmi ikhtilaf saada baat nahi'n hai.</w:t>
      </w:r>
      <w:r>
        <w:br/>
      </w:r>
      <w:r>
        <w:rPr>
          <w:sz w:val="20"/>
        </w:rPr>
        <w:t>1:25:35  bahmi ikhtilaf ke do ma'ne hain. aik yeh hai jis ko kehte hain "dissent". dissent ya'ni</w:t>
      </w:r>
      <w:r>
        <w:br/>
      </w:r>
      <w:r>
        <w:rPr>
          <w:sz w:val="20"/>
        </w:rPr>
        <w:t>1:25:46  ikhtilafi rai ka izhar. dissent is very good. dissent mein koi kharabi nahi'n hai. D. I. S. S. E. N. T.</w:t>
      </w:r>
      <w:r>
        <w:br/>
      </w:r>
      <w:r>
        <w:rPr>
          <w:sz w:val="20"/>
        </w:rPr>
        <w:t>1:25:56  decent mein koi kharabi nahi hai. woh koi burai nahi hai. woh lekin yeh buri cheez hai ke aap kisi se aap ko ikhtilaf ho to aap us ke dushman ban jayen, us ko badnaam karen, jhoote ilzaam lagayen,</w:t>
      </w:r>
      <w:r>
        <w:br/>
      </w:r>
      <w:r>
        <w:rPr>
          <w:sz w:val="20"/>
        </w:rPr>
        <w:t>1:26:12  us ka character asassinate karen. yeh sab yeh sab buri cheezain hain. to is se Allah Rasool Allah ne dua ki thi ke yeh meri qom is mein na mubtala ho, is burai mein.</w:t>
      </w:r>
      <w:r>
        <w:br/>
      </w:r>
      <w:r>
        <w:rPr>
          <w:sz w:val="20"/>
        </w:rPr>
        <w:t>1:26:21  to dua qabool nahi hui. kyunke agar yeh, agar Allah taala is ummat ko is se, yani</w:t>
      </w:r>
      <w:r>
        <w:br/>
      </w:r>
      <w:r>
        <w:rPr>
          <w:sz w:val="20"/>
        </w:rPr>
        <w:t>1:26:29  is se woh kar de, mehfooz kar de, to un ka imtehan kis cheez mein hoga? un ka test kis cheez mein liya jayega? to test khatam ho jata tha.</w:t>
      </w:r>
      <w:r>
        <w:br/>
      </w:r>
      <w:r>
        <w:rPr>
          <w:sz w:val="20"/>
        </w:rPr>
        <w:t>1:26:39  is liye qabool nahi hui dua. to musalmanon ko bohat ziyada darna chahiye is baat se</w:t>
      </w:r>
      <w:r>
        <w:br/>
      </w:r>
      <w:r>
        <w:rPr>
          <w:sz w:val="20"/>
        </w:rPr>
        <w:t>1:26:48  ke ikhtilaf kar ke jo aaj kal aam hai, aam jahan ikhtilaf hua, foran jhooti baatein phailane lage is ke baray mein.</w:t>
      </w:r>
      <w:r>
        <w:br/>
      </w:r>
      <w:r>
        <w:rPr>
          <w:sz w:val="20"/>
        </w:rPr>
        <w:t>1:26:58  jahan ikhtilaf hua, ilzaam tarashi, aib zani, yeh se shuru kar di. to yeh woh maqam hai jahan</w:t>
      </w:r>
      <w:r>
        <w:br/>
      </w:r>
      <w:r>
        <w:rPr>
          <w:sz w:val="20"/>
        </w:rPr>
        <w:t>1:27:06  aik Allah aur Rasool ka saath dene wale nahi hain. jo is mein mubtala hoga, to us ko Allah aur Rasool ka saath nahi milega. aap ko decent ka haq bilashuba hai, decent ka daleel ke sath.</w:t>
      </w:r>
      <w:r>
        <w:br/>
      </w:r>
      <w:r>
        <w:rPr>
          <w:sz w:val="20"/>
        </w:rPr>
        <w:t>1:27:18  lekin kisi ka character assassination, kisi ki aib zani, kisi ki ilzaam tarashi,</w:t>
      </w:r>
    </w:p>
    <w:p>
      <w:pPr>
        <w:pStyle w:val="Heading2"/>
      </w:pPr>
      <w:r>
        <w:t>Are sins due to weakness in monotheistic faith?</w:t>
      </w:r>
    </w:p>
    <w:p>
      <w:r>
        <w:rPr>
          <w:color w:val="666666"/>
          <w:sz w:val="18"/>
        </w:rPr>
        <w:t>Faith &amp; God · Revival of Faith September 25, 2011 Maulana Wahiduddin Khan · 3m 07s · at 1:12:22 · https://youtu.be/sG_btZMffxg?t=4342</w:t>
      </w:r>
    </w:p>
    <w:p>
      <w:r>
        <w:rPr>
          <w:i/>
        </w:rPr>
        <w:t>“A person cannot enter paradise without proving himself to be a monotheist, but the sins that a person commits, are they due to weakness in faith of monotheism? Please explain.”</w:t>
      </w:r>
    </w:p>
    <w:p>
      <w:r>
        <w:rPr>
          <w:sz w:val="20"/>
        </w:rPr>
        <w:t>1:12:22  mr amir bin yusuf ne karachi pakistan se sawal kiya hai. unhone likha hai: "insan jannat mein apne aap ko tawheed parast hone ke saboot diye baghair nahi ja sakta,</w:t>
      </w:r>
      <w:r>
        <w:br/>
      </w:r>
      <w:r>
        <w:rPr>
          <w:sz w:val="20"/>
        </w:rPr>
        <w:t>1:12:37  magar jo insaan se gunah hote hain, woh kya imaan toheed ki kamzori ki wajah se hote hain? is ke bare mein bataein." mein bas samajhta hoon ke aise aadmi ko bas apni study barhana chahiye.</w:t>
      </w:r>
      <w:r>
        <w:br/>
      </w:r>
      <w:r>
        <w:rPr>
          <w:sz w:val="20"/>
        </w:rPr>
        <w:t>1:12:51  zyada mutala, zyada mutala karne se sari baatein clear hoti hain, aur shaoor barhta hai.</w:t>
      </w:r>
      <w:r>
        <w:br/>
      </w:r>
      <w:r>
        <w:rPr>
          <w:sz w:val="20"/>
        </w:rPr>
        <w:t>1:13:00  jitna shaoor barhega,</w:t>
      </w:r>
      <w:r>
        <w:br/>
      </w:r>
      <w:r>
        <w:rPr>
          <w:sz w:val="20"/>
        </w:rPr>
        <w:t>1:13:02  imaan ki kamzori aik ambiguous term hai. mein samajhta hoon ke aisi cheez hai shaoor ki kami aa jati hai. shaoor ki kami aa jati hai.</w:t>
      </w:r>
      <w:r>
        <w:br/>
      </w:r>
      <w:r>
        <w:rPr>
          <w:sz w:val="20"/>
        </w:rPr>
        <w:t>1:13:11  jab aap zyada study karein ge, zyada parhein ge to aap ka shaoor barhega. jab shaoor barhega to apne aap sab cheezein theek hoti chali jayengi.</w:t>
      </w:r>
      <w:r>
        <w:br/>
      </w:r>
      <w:r>
        <w:rPr>
          <w:sz w:val="20"/>
        </w:rPr>
        <w:t>1:13:21  imaan ki kamzori to aik aik waham term hai. kya matlab is ka hai imaan ki kamzori ka? ji, mr shah imran hasan ne new delhi se sawal kiya hai.</w:t>
      </w:r>
      <w:r>
        <w:br/>
      </w:r>
      <w:r>
        <w:rPr>
          <w:sz w:val="20"/>
        </w:rPr>
        <w:t>1:13:31  unhon ne likha hai: "aap paraye apne speech mein kehte hain ke islam dharm shanti ka sandesh deta hai, magar practically to dharm aadmi ke beech nafrat ki bhavna paida karta hai.</w:t>
      </w:r>
      <w:r>
        <w:br/>
      </w:r>
      <w:r>
        <w:rPr>
          <w:sz w:val="20"/>
        </w:rPr>
        <w:t>1:13:46  jaise mein imran hoon, koi rajesh hai. dharm ne to humein aapas mein baant diya hai. kripya karke spasht karein." naam se batwara nahi hota hai.</w:t>
      </w:r>
      <w:r>
        <w:br/>
      </w:r>
      <w:r>
        <w:rPr>
          <w:sz w:val="20"/>
        </w:rPr>
        <w:t>1:14:02  naam se batwara nahi hota hai. soch se batwara hota hai. soch se logon ki soch mein intolerance hota hai.</w:t>
      </w:r>
      <w:r>
        <w:br/>
      </w:r>
      <w:r>
        <w:rPr>
          <w:sz w:val="20"/>
        </w:rPr>
        <w:t>1:14:12  is se batwara hota hai. ab mein to dekhein, mera naam aik aik arabi naam hai, muslim naam. mein sare insaan se mohabbat karta hoon.</w:t>
      </w:r>
      <w:r>
        <w:br/>
      </w:r>
      <w:r>
        <w:rPr>
          <w:sz w:val="20"/>
        </w:rPr>
        <w:t>1:14:22  mein sach poochhiye, mere dil mein kisi ki nafrat nahi.</w:t>
      </w:r>
      <w:r>
        <w:br/>
      </w:r>
      <w:r>
        <w:rPr>
          <w:sz w:val="20"/>
        </w:rPr>
        <w:t>1:14:27  abhi subah mein kisi ne kaha tha, aaj hi subah ke india ka jo constitution bana to muslim leaderon ke mang par is mein clause rakha gaya ke minority ya majority ke musalmanon ko minority kar diya aur hinduo ko majority.</w:t>
      </w:r>
      <w:r>
        <w:br/>
      </w:r>
      <w:r>
        <w:rPr>
          <w:sz w:val="20"/>
        </w:rPr>
        <w:t>1:14:43  mein ne kaha yeh kya, is ki kya zaroorat thi? koi zaroorat hi nahi. bhai, hum indian hain, bas hum indian hain. hum kyun kahein ke aap log, hum aqalliyat hain?</w:t>
      </w:r>
      <w:r>
        <w:br/>
      </w:r>
      <w:r>
        <w:rPr>
          <w:sz w:val="20"/>
        </w:rPr>
        <w:t>1:14:54  to mein to sochta hi nahi is tareeqe se. agarche mera naam muslim hai, mein aik aik practice muslim hoon. yeh sara mamla soch ka mamla hai, naam ka mamla nahi hai.</w:t>
      </w:r>
      <w:r>
        <w:br/>
      </w:r>
      <w:r>
        <w:rPr>
          <w:sz w:val="20"/>
        </w:rPr>
        <w:t>1:15:06  agar jin logon ke naam eksaan hain, woh aapas mein ladte nahi hain. hindu, hindu aapas mein nahi ladta. muslim, muslim, muslim aapas mein nahi ladte. musalman, musalman aapas mein ladte hain. hindu, hindu aapas mein ladte hain.</w:t>
      </w:r>
      <w:r>
        <w:br/>
      </w:r>
      <w:r>
        <w:rPr>
          <w:sz w:val="20"/>
        </w:rPr>
        <w:t>1:15:15  to naam ka mamla nahi hai, soch ka mamla hai.</w:t>
      </w:r>
      <w:r>
        <w:br/>
      </w:r>
      <w:r>
        <w:rPr>
          <w:sz w:val="20"/>
        </w:rPr>
        <w:t>1:15:19  soch ki satah par aadmi ka agar tolerance ho to bas sab theek rahega.</w:t>
      </w:r>
    </w:p>
    <w:p>
      <w:pPr>
        <w:pStyle w:val="Heading2"/>
      </w:pPr>
      <w:r>
        <w:t>Asking for Firdous in paradise</w:t>
      </w:r>
    </w:p>
    <w:p>
      <w:r>
        <w:rPr>
          <w:color w:val="666666"/>
          <w:sz w:val="18"/>
        </w:rPr>
        <w:t>Faith &amp; God · The Road to Paradise December 11, 2016 · 1m 21s · at 45:36 · https://youtu.be/iW2QmcY1_yU?t=2736</w:t>
      </w:r>
    </w:p>
    <w:p>
      <w:r>
        <w:rPr>
          <w:i/>
        </w:rPr>
        <w:t>“It is said that if one has to ask God for paradise, then he or she should ask for the level of Firdous. Would simply asking for Firdous be enough to gain an entry into the highest level of paradise? What is your comment on this?”</w:t>
      </w:r>
    </w:p>
    <w:p>
      <w:r>
        <w:rPr>
          <w:sz w:val="20"/>
        </w:rPr>
        <w:t>45:36  jazakallah. " maulana, agla sawal ghufran sahib ne kiya hai kolkata se aur unhone likha hai: "maulana sahib it is said that if one has to ask god for paradise, then he or she should ask for the level of firdous. maulana sahib would simply asking for firdous be enough to gain an entry into the highest level of paradise? what is your comment on this?</w:t>
      </w:r>
      <w:r>
        <w:br/>
      </w:r>
      <w:r>
        <w:rPr>
          <w:sz w:val="20"/>
        </w:rPr>
        <w:t>46:05  hargiz nahi, hargiz nahi.</w:t>
      </w:r>
      <w:r>
        <w:br/>
      </w:r>
      <w:r>
        <w:rPr>
          <w:sz w:val="20"/>
        </w:rPr>
        <w:t>46:10  ask ke bare mein yeh nahi ke bas lafz bol do.</w:t>
      </w:r>
      <w:r>
        <w:br/>
      </w:r>
      <w:r>
        <w:rPr>
          <w:sz w:val="20"/>
        </w:rPr>
        <w:t>46:15  ask ke bare mein yeh hai ke is ke talib bano, is ko is ko tumhara target ban</w:t>
      </w:r>
      <w:r>
        <w:br/>
      </w:r>
      <w:r>
        <w:rPr>
          <w:sz w:val="20"/>
        </w:rPr>
        <w:t>46:20  jaye, tumhare mind par chha jaye.</w:t>
      </w:r>
      <w:r>
        <w:br/>
      </w:r>
      <w:r>
        <w:rPr>
          <w:sz w:val="20"/>
        </w:rPr>
        <w:t>46:25  woh tumhari tamnaon ka markaz ban jaye.</w:t>
      </w:r>
      <w:r>
        <w:br/>
      </w:r>
      <w:r>
        <w:rPr>
          <w:sz w:val="20"/>
        </w:rPr>
        <w:t>46:31  jab yeh sab ho jaye to amal apne aap aata hai.</w:t>
      </w:r>
      <w:r>
        <w:br/>
      </w:r>
      <w:r>
        <w:rPr>
          <w:sz w:val="20"/>
        </w:rPr>
        <w:t>46:36  to yeh cheez is mein apne aap shamil hai ke is ke talib bano, is ke liye amal</w:t>
      </w:r>
      <w:r>
        <w:br/>
      </w:r>
      <w:r>
        <w:rPr>
          <w:sz w:val="20"/>
        </w:rPr>
        <w:t>46:41  karo, is ke taqaze ko poora karo.</w:t>
      </w:r>
      <w:r>
        <w:br/>
      </w:r>
      <w:r>
        <w:rPr>
          <w:sz w:val="20"/>
        </w:rPr>
        <w:t>46:46  is mein shamil hai apne aap.</w:t>
      </w:r>
      <w:r>
        <w:br/>
      </w:r>
      <w:r>
        <w:rPr>
          <w:sz w:val="20"/>
        </w:rPr>
        <w:t>46:52  warna woh lip service rahega aur lip service ki koi value islam mein nahi hai.</w:t>
      </w:r>
    </w:p>
    <w:p>
      <w:pPr>
        <w:pStyle w:val="Heading2"/>
      </w:pPr>
      <w:r>
        <w:t>Atheism as overconfidence beyond capacity</w:t>
      </w:r>
    </w:p>
    <w:p>
      <w:r>
        <w:rPr>
          <w:color w:val="666666"/>
          <w:sz w:val="18"/>
        </w:rPr>
        <w:t>Faith &amp; God · 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Atheism intellectual or practical state</w:t>
      </w:r>
    </w:p>
    <w:p>
      <w:r>
        <w:rPr>
          <w:color w:val="666666"/>
          <w:sz w:val="18"/>
        </w:rPr>
        <w:t>Faith &amp; God · On Atheism | May 22, 2016 · 2m 24s · at 1:16:36 · https://youtu.be/tzJmfYnSleo?t=4596</w:t>
      </w:r>
    </w:p>
    <w:p>
      <w:r>
        <w:rPr>
          <w:i/>
        </w:rPr>
        <w:t>“Is atheism an intellectual state or a practical one? The common Muslim may be atheist without knowing. What is your comment to this?”</w:t>
      </w:r>
    </w:p>
    <w:p>
      <w:r>
        <w:rPr>
          <w:sz w:val="20"/>
        </w:rPr>
        <w:t>1:16:36  maulana agla sawal jamal bin saad ne kiya hai unhone apni location nahi likhi hai unka</w:t>
      </w:r>
      <w:r>
        <w:br/>
      </w:r>
      <w:r>
        <w:rPr>
          <w:sz w:val="20"/>
        </w:rPr>
        <w:t>1:16:42  سوال ہے کہ Is atheism an intellectual state or a practical one? The common Muslim may be atheist.</w:t>
      </w:r>
      <w:r>
        <w:br/>
      </w:r>
      <w:r>
        <w:rPr>
          <w:sz w:val="20"/>
        </w:rPr>
        <w:t>1:16:48  without knowing. What is your comment to this?</w:t>
      </w:r>
      <w:r>
        <w:br/>
      </w:r>
      <w:r>
        <w:rPr>
          <w:sz w:val="20"/>
        </w:rPr>
        <w:t>1:16:54  کیا پھر سے پڑھیے Is atheism an intellectual state or a practical one? The common Muslim</w:t>
      </w:r>
      <w:r>
        <w:br/>
      </w:r>
      <w:r>
        <w:rPr>
          <w:sz w:val="20"/>
        </w:rPr>
        <w:t>1:17:00  may also be an atheist without knowing it.</w:t>
      </w:r>
      <w:r>
        <w:br/>
      </w:r>
      <w:r>
        <w:rPr>
          <w:sz w:val="20"/>
        </w:rPr>
        <w:t>1:17:06  to mujhe kuch clear nahi hua sawal aap ko clear hai maulana shayad wo yeh farq janna chah</w:t>
      </w:r>
      <w:r>
        <w:br/>
      </w:r>
      <w:r>
        <w:rPr>
          <w:sz w:val="20"/>
        </w:rPr>
        <w:t>1:17:12  rahe hain ke atheism jo hai wo kya ek mental level pe ek understanding ko le ke hai</w:t>
      </w:r>
      <w:r>
        <w:br/>
      </w:r>
      <w:r>
        <w:rPr>
          <w:sz w:val="20"/>
        </w:rPr>
        <w:t>1:17:18  ya practically applied hota hai yeh bhi ho sakta hai ke kai musalman jo believers kehte hon apne</w:t>
      </w:r>
      <w:r>
        <w:br/>
      </w:r>
      <w:r>
        <w:rPr>
          <w:sz w:val="20"/>
        </w:rPr>
        <w:t>1:17:24  ko but wo actually mein atheist hon but they might not be aware about it. dekhiye</w:t>
      </w:r>
      <w:r>
        <w:br/>
      </w:r>
      <w:r>
        <w:rPr>
          <w:sz w:val="20"/>
        </w:rPr>
        <w:t>1:17:30  atheist ki baat nahi hai har cheez jo bhi cheez hai pehle zehan ki satah par aati hai</w:t>
      </w:r>
      <w:r>
        <w:br/>
      </w:r>
      <w:r>
        <w:rPr>
          <w:sz w:val="20"/>
        </w:rPr>
        <w:t>1:17:37  aap khayen khana pani piyen bolen chalen kuch bhi ho pehle aap ko mind sochta hai phir wo</w:t>
      </w:r>
      <w:r>
        <w:br/>
      </w:r>
      <w:r>
        <w:rPr>
          <w:sz w:val="20"/>
        </w:rPr>
        <w:t>1:17:45  practice mein aata hai to atheist bhi pehle mind mein paida hogi phir aap us ko practice mein</w:t>
      </w:r>
      <w:r>
        <w:br/>
      </w:r>
      <w:r>
        <w:rPr>
          <w:sz w:val="20"/>
        </w:rPr>
        <w:t>1:17:52  layenge yeh to bilkul it is but natural is mein to koi do raah nahi hai.</w:t>
      </w:r>
      <w:r>
        <w:br/>
      </w:r>
      <w:r>
        <w:rPr>
          <w:sz w:val="20"/>
        </w:rPr>
        <w:t>1:18:00  Okay so we will end the session now thank you.</w:t>
      </w:r>
    </w:p>
    <w:p>
      <w:pPr>
        <w:pStyle w:val="Heading2"/>
      </w:pPr>
      <w:r>
        <w:t>Atheist's claim of relative morality</w:t>
      </w:r>
    </w:p>
    <w:p>
      <w:r>
        <w:rPr>
          <w:color w:val="666666"/>
          <w:sz w:val="18"/>
        </w:rPr>
        <w:t>Faith &amp; God · 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Atheists argue equal probability of God's existence</w:t>
      </w:r>
    </w:p>
    <w:p>
      <w:r>
        <w:rPr>
          <w:color w:val="666666"/>
          <w:sz w:val="18"/>
        </w:rPr>
        <w:t>Faith &amp; God · Divine Guidance November 20, 2016 · 1m 43s · at 53:33 · https://youtu.be/tbcloc-fvSE?t=3213</w:t>
      </w:r>
    </w:p>
    <w:p>
      <w:r>
        <w:rPr>
          <w:i/>
        </w:rPr>
        <w:t>“Moulana, many atheists say that if there is a probability on God's existence, then there is also an equal probability that God does not exist.”</w:t>
      </w:r>
    </w:p>
    <w:p>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p>
    <w:p>
      <w:pPr>
        <w:pStyle w:val="Heading2"/>
      </w:pPr>
      <w:r>
        <w:t>Attaining ma'rifat through thinking or God's gift?</w:t>
      </w:r>
    </w:p>
    <w:p>
      <w:r>
        <w:rPr>
          <w:color w:val="666666"/>
          <w:sz w:val="18"/>
        </w:rPr>
        <w:t>Faith &amp; God · Discovery of Paradise March 22, 2015 · 1m 52s · at 1:03:53 · https://youtu.be/2axrfd7sZkE?t=3833</w:t>
      </w:r>
    </w:p>
    <w:p>
      <w:r>
        <w:rPr>
          <w:i/>
        </w:rPr>
        <w:t>“In this world, can the discovery of ma'rifat of God only be through thinking, or does God give positive thought to a person through which he reaches ma'rifat?”</w:t>
      </w:r>
    </w:p>
    <w:p>
      <w:r>
        <w:rPr>
          <w:sz w:val="20"/>
        </w:rPr>
        <w:t>1:03:53  Maulana, agla sawal kya hai Jodhpur, Rajasthan se Muhammad Waqas sahib ne, aur unhon ne likha hai: "is</w:t>
      </w:r>
      <w:r>
        <w:br/>
      </w:r>
      <w:r>
        <w:rPr>
          <w:sz w:val="20"/>
        </w:rPr>
        <w:t>1:04:02  world mein marifat-e-Khuda ki discovery sirf sochne se ho sakti hai ya Khuda insaan ko positive thought</w:t>
      </w:r>
      <w:r>
        <w:br/>
      </w:r>
      <w:r>
        <w:rPr>
          <w:sz w:val="20"/>
        </w:rPr>
        <w:t>1:04:10  deta hai jis se insaan marifat tak pahunchta hai?" Maulana sahib, is ke baray mein is baat ko</w:t>
      </w:r>
      <w:r>
        <w:br/>
      </w:r>
      <w:r>
        <w:rPr>
          <w:sz w:val="20"/>
        </w:rPr>
        <w:t>1:04:18  clear karen.</w:t>
      </w:r>
      <w:r>
        <w:br/>
      </w:r>
      <w:r>
        <w:rPr>
          <w:sz w:val="20"/>
        </w:rPr>
        <w:t>1:04:24  dekhen, aap quran ko padhen to quran mein bar bar yahi baat kahi gayi hai ke socho to paoge, yani tadabbur karo ge, tafakkur karo ge to tum ko milega.</w:t>
      </w:r>
      <w:r>
        <w:br/>
      </w:r>
      <w:r>
        <w:rPr>
          <w:sz w:val="20"/>
        </w:rPr>
        <w:t>1:04:37  bahut zyada clear hai baat sare quran majeed mein.</w:t>
      </w:r>
      <w:r>
        <w:br/>
      </w:r>
      <w:r>
        <w:rPr>
          <w:sz w:val="20"/>
        </w:rPr>
        <w:t>1:04:43  is mein to koi shakk nahi hai ke bila tadabbur ke kuch nahi milta.</w:t>
      </w:r>
      <w:r>
        <w:br/>
      </w:r>
      <w:r>
        <w:rPr>
          <w:sz w:val="20"/>
        </w:rPr>
        <w:t>1:04:53  marifat jo hai, insan yani mein yeh kahunga ke is mein 50-50 ka mamla hai. yani 50 percent insan ko tadabbur aur 50 percent allah ki tofeeq.</w:t>
      </w:r>
      <w:r>
        <w:br/>
      </w:r>
      <w:r>
        <w:rPr>
          <w:sz w:val="20"/>
        </w:rPr>
        <w:t>1:05:09  50 percent insan ko tadabbur aur 50 percent allah ki tofeeq. to agar tadabbur na ho to is mani ka aadmi apna 50 percent jo us ka hissa hai, woh ada nahi kiya us ne to kaise baqi 50 percent milega us ko?</w:t>
      </w:r>
      <w:r>
        <w:br/>
      </w:r>
      <w:r>
        <w:rPr>
          <w:sz w:val="20"/>
        </w:rPr>
        <w:t>1:05:28  to insan ko apni taraf se apna hissa 50 percent wala ada karna hoga, tab allah ki tofeeq us ko milegi.</w:t>
      </w:r>
      <w:r>
        <w:br/>
      </w:r>
      <w:r>
        <w:rPr>
          <w:sz w:val="20"/>
        </w:rPr>
        <w:t>1:05:38  is mamle mein yahi baat mujhe samjati hai.</w:t>
      </w:r>
    </w:p>
    <w:p>
      <w:pPr>
        <w:pStyle w:val="Heading2"/>
      </w:pPr>
      <w:r>
        <w:t>Attributing Our Achievements Only to God</w:t>
      </w:r>
    </w:p>
    <w:p>
      <w:r>
        <w:rPr>
          <w:color w:val="666666"/>
          <w:sz w:val="18"/>
        </w:rPr>
        <w:t>Faith &amp; God · Study of The Quran November 30, 2014 · 2m 36s · at 1:03:39 · https://youtu.be/x3fcJ2nlDow?t=3819</w:t>
      </w:r>
    </w:p>
    <w:p>
      <w:r>
        <w:rPr>
          <w:i/>
        </w:rPr>
        <w:t>“When we achieve something, what is the way that we can attribute it only to God and not to anything of our own?”</w:t>
      </w:r>
    </w:p>
    <w:p>
      <w:r>
        <w:rPr>
          <w:sz w:val="20"/>
        </w:rPr>
        <w:t>1:03:39  maulana, agla sawal dilli se kiya hai miss naghma siddiqui ne, aur unhon ne aap se poocha hai ke "When we achieve something, what is the way that we can attribute it only to God and not to anything of our own?"</w:t>
      </w:r>
      <w:r>
        <w:br/>
      </w:r>
      <w:r>
        <w:rPr>
          <w:sz w:val="20"/>
        </w:rPr>
        <w:t>1:03:59  dekhiye, objective analysis aap karen kisi cheez ka bhi. to aap yahi tak pahunchenge ke woh cheez jo hai, jo mili hai mujhe, na mere paise se mili hai, na mere effort se mili hai.</w:t>
      </w:r>
      <w:r>
        <w:br/>
      </w:r>
      <w:r>
        <w:rPr>
          <w:sz w:val="20"/>
        </w:rPr>
        <w:t>1:04:14  woh khuda se mili hai. jaise misaal ke taur par dekhiye, yeh pani hai. yeh pani jo hai, aap jante hain ke water tax hum dete hain.</w:t>
      </w:r>
      <w:r>
        <w:br/>
      </w:r>
      <w:r>
        <w:rPr>
          <w:sz w:val="20"/>
        </w:rPr>
        <w:t>1:04:25  nal se pani aata hai.</w:t>
      </w:r>
      <w:r>
        <w:br/>
      </w:r>
      <w:r>
        <w:rPr>
          <w:sz w:val="20"/>
        </w:rPr>
        <w:t>1:04:27  water supply system jo hai, us se. to hum chahte hain ke water supply system hai, woh pani supply kar raha hai. hum ne water tax de kar apne haan tap lagwa liya to hamein pani mil raha hai.</w:t>
      </w:r>
      <w:r>
        <w:br/>
      </w:r>
      <w:r>
        <w:rPr>
          <w:sz w:val="20"/>
        </w:rPr>
        <w:t>1:04:39  to yeh soch bohat superficial soch hai. You have to go to deeper. aur deep pe jaiye ke pani kaise bana?</w:t>
      </w:r>
      <w:r>
        <w:br/>
      </w:r>
      <w:r>
        <w:rPr>
          <w:sz w:val="20"/>
        </w:rPr>
        <w:t>1:04:49  pani jaisi liquid cheez bani kaise?</w:t>
      </w:r>
      <w:r>
        <w:br/>
      </w:r>
      <w:r>
        <w:rPr>
          <w:sz w:val="20"/>
        </w:rPr>
        <w:t>1:04:53  to aap pohnchenge ke do gason ka majmooa hai. phir aap samjhenge ke do cheezen jo gases theen, woh water liquid form kaise aa gayi?</w:t>
      </w:r>
      <w:r>
        <w:br/>
      </w:r>
      <w:r>
        <w:rPr>
          <w:sz w:val="20"/>
        </w:rPr>
        <w:t>1:05:04  ke kya koi insan kar sakta hai aisa? insan to na to gas ko create kar sakta, na gas ko convert kar sakta pani mein.</w:t>
      </w:r>
      <w:r>
        <w:br/>
      </w:r>
      <w:r>
        <w:rPr>
          <w:sz w:val="20"/>
        </w:rPr>
        <w:t>1:05:15  tab shukr hi shukr</w:t>
      </w:r>
      <w:r>
        <w:br/>
      </w:r>
      <w:r>
        <w:rPr>
          <w:sz w:val="20"/>
        </w:rPr>
        <w:t>1:05:16  aayega. to har cheez jo bazahir aap kharidte hain shopping centers se ya ya khud se kahin se aap hasil karte hain, to woh aap deep mein jaiye.</w:t>
      </w:r>
      <w:r>
        <w:br/>
      </w:r>
      <w:r>
        <w:rPr>
          <w:sz w:val="20"/>
        </w:rPr>
        <w:t>1:05:32  deep mein jayenge to maloom hoga ke yeh sab Khuda ki taraf se hai.</w:t>
      </w:r>
      <w:r>
        <w:br/>
      </w:r>
      <w:r>
        <w:rPr>
          <w:sz w:val="20"/>
        </w:rPr>
        <w:t>1:05:36  misalan jo roti hum khate hain, to aap samjhen ke roti to hamein bazaar se khareed liya, gehoon aur chakar se paswa liya, aur cook ne paka diya, paisa de diya hum ne to roti mil gayi.</w:t>
      </w:r>
      <w:r>
        <w:br/>
      </w:r>
      <w:r>
        <w:rPr>
          <w:sz w:val="20"/>
        </w:rPr>
        <w:t>1:05:49  aap aur deep mein jaiye ke kaise is is mitti se, is soil se gehoon ka poda hua. is mein kaise baal aayi, is mein kaise gehoon tha,</w:t>
      </w:r>
      <w:r>
        <w:br/>
      </w:r>
      <w:r>
        <w:rPr>
          <w:sz w:val="20"/>
        </w:rPr>
        <w:t>1:06:03  kaise yeh sab hua.</w:t>
      </w:r>
      <w:r>
        <w:br/>
      </w:r>
      <w:r>
        <w:rPr>
          <w:sz w:val="20"/>
        </w:rPr>
        <w:t>1:06:04  to maloom hoga ke yeh to mere bas mein to kuch hai nahi, yeh to koi aur kar raha hai. tab shukr hi shukr aayega.</w:t>
      </w:r>
    </w:p>
    <w:p>
      <w:pPr>
        <w:pStyle w:val="Heading2"/>
      </w:pPr>
      <w:r>
        <w:t>Balancing Fear and Love of God</w:t>
      </w:r>
    </w:p>
    <w:p>
      <w:r>
        <w:rPr>
          <w:color w:val="666666"/>
          <w:sz w:val="18"/>
        </w:rPr>
        <w:t>Faith &amp; God · The Quran September 20, 2020 Maulana Wahiduddin Khan · 1m 08s · at 27:21 · https://youtu.be/yQZGg2A0-Tk?t=1641</w:t>
      </w:r>
    </w:p>
    <w:p>
      <w:r>
        <w:rPr>
          <w:i/>
        </w:rPr>
        <w:t>“Should we have fear of God and love of God?”</w:t>
      </w:r>
    </w:p>
    <w:p>
      <w:r>
        <w:rPr>
          <w:sz w:val="20"/>
        </w:rPr>
        <w:t>27:21  maulana, agla sawal miss tuti malhotra ne bheja hai dilli se. unhon ne aap se poocha hai: "maulana, should we have fear of god or love of god?"</w:t>
      </w:r>
      <w:r>
        <w:br/>
      </w:r>
      <w:r>
        <w:rPr>
          <w:sz w:val="20"/>
        </w:rPr>
        <w:t>27:35  dekhiye, yeh dono alag cheez nahin hain. agar aap ko Allah se love paida hogi to usi ke sath khoobsurti paida hoga.</w:t>
      </w:r>
      <w:r>
        <w:br/>
      </w:r>
      <w:r>
        <w:rPr>
          <w:sz w:val="20"/>
        </w:rPr>
        <w:t>27:45  kyun ke mislan dekhiye, aap ko Allah se love paida hui ke Allah ne kitni qeemti cheez di hai: suraj ki roshni, pani ki farawani.</w:t>
      </w:r>
      <w:r>
        <w:br/>
      </w:r>
      <w:r>
        <w:rPr>
          <w:sz w:val="20"/>
        </w:rPr>
        <w:t>27:57  to sath sath woh bhi aye ga. yani aap ke zehn mein aye ga ke agar Allah pani chheen le to hum paas kiya surat hai?</w:t>
      </w:r>
      <w:r>
        <w:br/>
      </w:r>
      <w:r>
        <w:rPr>
          <w:sz w:val="20"/>
        </w:rPr>
        <w:t>28:06  pani ka roshni chheen le to kiya kaise hum roshni payen ge? to dono ek doosre ke interlinked hain.</w:t>
      </w:r>
      <w:r>
        <w:br/>
      </w:r>
      <w:r>
        <w:rPr>
          <w:sz w:val="20"/>
        </w:rPr>
        <w:t>28:18  mein samajhta hoon, woh aye ga to woh jo aye ga, aa jayega.</w:t>
      </w:r>
    </w:p>
    <w:p>
      <w:pPr>
        <w:pStyle w:val="Heading2"/>
      </w:pPr>
      <w:r>
        <w:t>Balancing fear and love of God</w:t>
      </w:r>
    </w:p>
    <w:p>
      <w:r>
        <w:rPr>
          <w:color w:val="666666"/>
          <w:sz w:val="18"/>
        </w:rPr>
        <w:t>Faith &amp; God · 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Becoming son of God</w:t>
      </w:r>
    </w:p>
    <w:p>
      <w:r>
        <w:rPr>
          <w:color w:val="666666"/>
          <w:sz w:val="18"/>
        </w:rPr>
        <w:t>Faith &amp; God · Islam in A New Age March 18, 2012 · 2m 38s · at 1:21:46 · https://youtu.be/P5hzq_NheY0?t=4906</w:t>
      </w:r>
    </w:p>
    <w:p>
      <w:r>
        <w:rPr>
          <w:i/>
        </w:rPr>
        <w:t>“How can I become the son of the great God?”</w:t>
      </w:r>
    </w:p>
    <w:p>
      <w:r>
        <w:rPr>
          <w:sz w:val="20"/>
        </w:rPr>
        <w:t>1:21:46  Maulana, agla sawal dilli se hai, Mr. Ramakant Swami, jinhon ne aap se poocha hai ke How can I become the son of the great God?</w:t>
      </w:r>
      <w:r>
        <w:br/>
      </w:r>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r>
        <w:br/>
      </w:r>
      <w:r>
        <w:rPr>
          <w:sz w:val="20"/>
        </w:rPr>
        <w:t>1:23:03  Maulana, dilli se Miss Amita Pushpendra ne aap se sawal kiya hai. Woh aap se pooch rahi hain ke Where can we go to find God if we cannot see Him?</w:t>
      </w:r>
      <w:r>
        <w:br/>
      </w:r>
      <w:r>
        <w:rPr>
          <w:sz w:val="20"/>
        </w:rPr>
        <w:t>1:23:17  Kya cheez dekhta hai aadmi? Kuch nahin. Aap dekhte hain aap. Apne baap ko dekhte hain, apni maa ko dekhte hain. Yeh yeh yeh ek bohat khalsi hai, bohat bari.</w:t>
      </w:r>
      <w:r>
        <w:br/>
      </w:r>
      <w:r>
        <w:rPr>
          <w:sz w:val="20"/>
        </w:rPr>
        <w:t>1:23:26  Koi bhi cheez aap dekh nahin sakte. Jo dekhte ho to appearance hota hai.</w:t>
      </w:r>
      <w:r>
        <w:br/>
      </w:r>
      <w:r>
        <w:rPr>
          <w:sz w:val="20"/>
        </w:rPr>
        <w:t>1:23:31  To Allah ke creature ko hum dekhte hain?</w:t>
      </w:r>
      <w:r>
        <w:br/>
      </w:r>
      <w:r>
        <w:rPr>
          <w:sz w:val="20"/>
        </w:rPr>
        <w:t>1:23:37  Jis yani aap bhi apne appearance ko dekhte hain. Apne wajood jo asli hai, aap ka mind, aap ke soul, us ko thori dekhte hain aap? Ya apne maa baap ko aap us ka ek physical appearance ko dekhte hain.</w:t>
      </w:r>
      <w:r>
        <w:br/>
      </w:r>
      <w:r>
        <w:rPr>
          <w:sz w:val="20"/>
        </w:rPr>
        <w:t>1:23:50  Andar jo maa baap hain, woh to dekhte nahin hain aap.</w:t>
      </w:r>
      <w:r>
        <w:br/>
      </w:r>
      <w:r>
        <w:rPr>
          <w:sz w:val="20"/>
        </w:rPr>
        <w:t>1:23:53  To Khuda ka muamla bhi aisa hi hai ke Khuda ke creature ko hum dekhte hain. Khud Khuda ko aap dekhna chahte hain to yeh yeh nigah is is ke liye kafi nahin hai.</w:t>
      </w:r>
      <w:r>
        <w:br/>
      </w:r>
      <w:r>
        <w:rPr>
          <w:sz w:val="20"/>
        </w:rPr>
        <w:t>1:24:04  Woh to akhirat mein hogi, inshallah. Yeh dunya mein jo hamein aqbli hui hai, us mein hum kisi bhi cheez ko nahin dekhte. Sirf appearance ko dekhte hain.</w:t>
      </w:r>
      <w:r>
        <w:br/>
      </w:r>
      <w:r>
        <w:rPr>
          <w:sz w:val="20"/>
        </w:rPr>
        <w:t>1:24:13  Ek kitab hai, us ka naam hai Appearance and Reality. Aap us ko parhiye. Bradley ki Appearance and Reality.</w:t>
      </w:r>
    </w:p>
    <w:p>
      <w:pPr>
        <w:pStyle w:val="Heading2"/>
      </w:pPr>
      <w:r>
        <w:t>Believer's goal: good deeds for Jannah?</w:t>
      </w:r>
    </w:p>
    <w:p>
      <w:r>
        <w:rPr>
          <w:color w:val="666666"/>
          <w:sz w:val="18"/>
        </w:rPr>
        <w:t>Faith &amp; God · Q&amp;A 11 Jul 2010 Maulana Wahiduddin Khan · 1m 10s · at 41:44 · https://youtu.be/UHtdtzGGwFQ?t=2504</w:t>
      </w:r>
    </w:p>
    <w:p>
      <w:r>
        <w:rPr>
          <w:i/>
        </w:rPr>
        <w:t>“Is the believer's goal only to do good deeds and go to Jannah? If that is the goal, then it only means that a worker receives his wages.”</w:t>
      </w:r>
    </w:p>
    <w:p>
      <w:r>
        <w:rPr>
          <w:sz w:val="20"/>
        </w:rPr>
        <w:t>41:44  maulana, yeh sawal aya hai mr. shaukat ali ka sialkot pakistan se. unhon ne likha hai ke kya momin ka maqsad sirf achhe kaam kar ke jannat mein jana hai?</w:t>
      </w:r>
      <w:r>
        <w:br/>
      </w:r>
      <w:r>
        <w:rPr>
          <w:sz w:val="20"/>
        </w:rPr>
        <w:t>41:57  agar yahi maqsad hai to is ka matlab sirf yahi hai ke ek mazdoor ko us ki mazdoori ka milna.</w:t>
      </w:r>
      <w:r>
        <w:br/>
      </w:r>
      <w:r>
        <w:rPr>
          <w:sz w:val="20"/>
        </w:rPr>
        <w:t>42:06  maulana, is ko explain kijiye.</w:t>
      </w:r>
      <w:r>
        <w:br/>
      </w:r>
      <w:r>
        <w:rPr>
          <w:sz w:val="20"/>
        </w:rPr>
        <w:t>42:08  nahi, main ne abhi kaha hai ke dekhiye ke asal cheez hai tazkiya. self-purification. yeh mazdoori aur price ki baat nahi hai.</w:t>
      </w:r>
      <w:r>
        <w:br/>
      </w:r>
      <w:r>
        <w:rPr>
          <w:sz w:val="20"/>
        </w:rPr>
        <w:t>42:19  price ki baat nahi hai. yani purified soul hi jayega paradise mein. purified soul ka matlab kya hai? jis ke andar negativity na ho.</w:t>
      </w:r>
      <w:r>
        <w:br/>
      </w:r>
      <w:r>
        <w:rPr>
          <w:sz w:val="20"/>
        </w:rPr>
        <w:t>42:30  jis ke andar intolerance na ho. jis ke andar violence na ho. jo enmity na ho. jis ke andar Allah ka khauf ho, Allah se mohabbat ho.</w:t>
      </w:r>
      <w:r>
        <w:br/>
      </w:r>
      <w:r>
        <w:rPr>
          <w:sz w:val="20"/>
        </w:rPr>
        <w:t>42:43  to yeh purified soul us ko kaha gaya hai. to purified soul paradise mein jayega. aur koi is ki price nahi hai.</w:t>
      </w:r>
    </w:p>
    <w:p>
      <w:pPr>
        <w:pStyle w:val="Heading2"/>
      </w:pPr>
      <w:r>
        <w:t>Believing in unseen God and angels</w:t>
      </w:r>
    </w:p>
    <w:p>
      <w:r>
        <w:rPr>
          <w:color w:val="666666"/>
          <w:sz w:val="18"/>
        </w:rPr>
        <w:t>Faith &amp; God · Hadith-e-Jibril, April 21, 2013 · 2m 26s · at 1:29:35 · https://youtu.be/0rF6Ou0pDog?t=5375</w:t>
      </w:r>
    </w:p>
    <w:p>
      <w:r>
        <w:rPr>
          <w:i/>
        </w:rPr>
        <w:t>“Among the things you said are necessary for faith, we have not seen God and angels. How can we believe in them?”</w:t>
      </w:r>
    </w:p>
    <w:p>
      <w:r>
        <w:rPr>
          <w:sz w:val="20"/>
        </w:rPr>
        <w:t>1:29:35  is ko parhne ke baad bhi agar koi sawal rehta hai to bataiye. haqeeqat e hajj mein aap is ke bare mein parh lijiye. maulana, agla sawal bhi jamia millia islamia se hai.</w:t>
      </w:r>
      <w:r>
        <w:br/>
      </w:r>
      <w:r>
        <w:rPr>
          <w:sz w:val="20"/>
        </w:rPr>
        <w:t>1:29:48  mus raziya ne kiya</w:t>
      </w:r>
      <w:r>
        <w:br/>
      </w:r>
      <w:r>
        <w:rPr>
          <w:sz w:val="20"/>
        </w:rPr>
        <w:t>1:29:49  hai. unhon ne likha hai maulana jitni cheezon par yaqeen aap ne imaan ke liye zaroori bataya hai un mein se khuda aur farishton ko hum ne nahi dekha.</w:t>
      </w:r>
      <w:r>
        <w:br/>
      </w:r>
      <w:r>
        <w:rPr>
          <w:sz w:val="20"/>
        </w:rPr>
        <w:t>1:30:02  rasoolon ke bare mein bhi quran aur tareekhi kitabon se hi pata chalta hai. phir in sab ki discovery kaise ho? imaan ki discovery se aap ka kya matlab hai?</w:t>
      </w:r>
      <w:r>
        <w:br/>
      </w:r>
      <w:r>
        <w:rPr>
          <w:sz w:val="20"/>
        </w:rPr>
        <w:t>1:30:14  hum to bana dekhe hi in par yaqeen karte hain.</w:t>
      </w:r>
      <w:r>
        <w:br/>
      </w:r>
      <w:r>
        <w:rPr>
          <w:sz w:val="20"/>
        </w:rPr>
        <w:t>1:30:21  dekhiye insaan ko jo dimagh diya gaya hai us ki definition yeh batayi jati hai ke dimagh ke andar</w:t>
      </w:r>
      <w:r>
        <w:br/>
      </w:r>
      <w:r>
        <w:rPr>
          <w:sz w:val="20"/>
        </w:rPr>
        <w:t>1:30:32  conceptual thought ki capacity hai. yaani tasawwurati taur par baat ko samajhna. yeh dimagh ki aala sift yahi hai.</w:t>
      </w:r>
      <w:r>
        <w:br/>
      </w:r>
      <w:r>
        <w:rPr>
          <w:sz w:val="20"/>
        </w:rPr>
        <w:t>1:30:43  ke na dekhe hue, na dekhne ke bawajood dekh dekh sakna. yeh insaan ke dimagh ki sift hai.</w:t>
      </w:r>
      <w:r>
        <w:br/>
      </w:r>
      <w:r>
        <w:rPr>
          <w:sz w:val="20"/>
        </w:rPr>
        <w:t>1:30:51  to conceptual thinking ki jo capacity insaan ke andar hai woh apne aap mein bata rahi hai ke imaan yeh bata rahi hai ke insaan ke andar yeh salahiyat hai ke woh ghaib ko bhi maan sake.</w:t>
      </w:r>
      <w:r>
        <w:br/>
      </w:r>
      <w:r>
        <w:rPr>
          <w:sz w:val="20"/>
        </w:rPr>
        <w:t>1:31:04  ghaib ko bhi maan la sake. aur doosri baat yeh hai ke science ne maujooda daur mein daryaft kiya hai har cheez ghaybi mein hai. aap apni maan ko samajhte hon ke main maan ko dekh rahe hon to aap dekh rahe hi nahi maan ko.</w:t>
      </w:r>
      <w:r>
        <w:br/>
      </w:r>
      <w:r>
        <w:rPr>
          <w:sz w:val="20"/>
        </w:rPr>
        <w:t>1:31:18  aap maan ke external</w:t>
      </w:r>
      <w:r>
        <w:br/>
      </w:r>
      <w:r>
        <w:rPr>
          <w:sz w:val="20"/>
        </w:rPr>
        <w:t>1:31:20  body ko dekh rahe hain. asal maan to us ke andar chupi hui hai. jo aap dikhai nahi deta aap ko. to har cheez har cheez jo hai unseen is daur mein hai.</w:t>
      </w:r>
      <w:r>
        <w:br/>
      </w:r>
      <w:r>
        <w:rPr>
          <w:sz w:val="20"/>
        </w:rPr>
        <w:t>1:31:31  ek kitab hai is ko aap padh lijiye unseen world. addington ki kitab hai unseen world. to us ne bataya ke sari sari cheez hi unseen hai.</w:t>
      </w:r>
      <w:r>
        <w:br/>
      </w:r>
      <w:r>
        <w:rPr>
          <w:sz w:val="20"/>
        </w:rPr>
        <w:t>1:31:41  jis ko insaan samajhta tha ke woh seen hai woh bhi aaj unseen ban chuka hai.</w:t>
      </w:r>
      <w:r>
        <w:br/>
      </w:r>
      <w:r>
        <w:rPr>
          <w:sz w:val="20"/>
        </w:rPr>
        <w:t>1:31:46  to aap dimagh ke andar jo sochne ki taqat hai usi se baaton ko aap jaan paate hain. to wohi islam mein matloob hai.</w:t>
      </w:r>
      <w:r>
        <w:br/>
      </w:r>
      <w:r>
        <w:rPr>
          <w:sz w:val="20"/>
        </w:rPr>
        <w:t>1:31:57  wohi matloob hai insaan mein.</w:t>
      </w:r>
    </w:p>
    <w:p>
      <w:pPr>
        <w:pStyle w:val="Heading2"/>
      </w:pPr>
      <w:r>
        <w:t>Biggest hindrance to God realization</w:t>
      </w:r>
    </w:p>
    <w:p>
      <w:r>
        <w:rPr>
          <w:color w:val="666666"/>
          <w:sz w:val="18"/>
        </w:rPr>
        <w:t>Faith &amp; God · Realization of God December 18, 2016 Maulana Wahiduddin Khan · 1m 46s · at 47:16 · https://youtu.be/LHKb2btTIT8?t=2836</w:t>
      </w:r>
    </w:p>
    <w:p>
      <w:r>
        <w:rPr>
          <w:i/>
        </w:rPr>
        <w:t>“According to you, what is the biggest hindrance to God realization?”</w:t>
      </w:r>
    </w:p>
    <w:p>
      <w:r>
        <w:rPr>
          <w:sz w:val="20"/>
        </w:rPr>
        <w:t>47:16  the comment section Maulana sahib pehla sawal aaya hai muradabad se Faisal sahib ne kiya hai aur</w:t>
      </w:r>
      <w:r>
        <w:br/>
      </w:r>
      <w:r>
        <w:rPr>
          <w:sz w:val="20"/>
        </w:rPr>
        <w:t>47:24  unhon ne aap se poocha hai Maulana sahib according to you what is the biggest hindrance to God</w:t>
      </w:r>
      <w:r>
        <w:br/>
      </w:r>
      <w:r>
        <w:rPr>
          <w:sz w:val="20"/>
        </w:rPr>
        <w:t>47:31  realization jahan tak bhai mein sochta hoon wo hai parda abhi aap ne mausam mein dekha hoga jidhar</w:t>
      </w:r>
      <w:r>
        <w:br/>
      </w:r>
      <w:r>
        <w:rPr>
          <w:sz w:val="20"/>
        </w:rPr>
        <w:t>47:39  badal chhaye aate hain suraj dikhai nahi deta suraj hota hai lekin wo dikhai nahi deta to hamare</w:t>
      </w:r>
      <w:r>
        <w:br/>
      </w:r>
      <w:r>
        <w:rPr>
          <w:sz w:val="20"/>
        </w:rPr>
        <w:t>47:47  اوپر دو بڑے پردے ہیں ایک ہے more money more money more money material material چیزیں اور زیادہ</w:t>
      </w:r>
      <w:r>
        <w:br/>
      </w:r>
      <w:r>
        <w:rPr>
          <w:sz w:val="20"/>
        </w:rPr>
        <w:t>47:54  yeh parda hai to maadi cheezon ke liye log andhe pehre ho rahe hain toot pade hain is</w:t>
      </w:r>
      <w:r>
        <w:br/>
      </w:r>
      <w:r>
        <w:rPr>
          <w:sz w:val="20"/>
        </w:rPr>
        <w:t>48:02  ke upar aur doosra nafrat nafrat hamare ulma ne paida ki hai deoband ke ulma ka yeh haal</w:t>
      </w:r>
      <w:r>
        <w:br/>
      </w:r>
      <w:r>
        <w:rPr>
          <w:sz w:val="20"/>
        </w:rPr>
        <w:t>48:09  tha ke angrez jab yahan thay to kehte thay ke main angrez ki soorat hi nahi dekhunga</w:t>
      </w:r>
      <w:r>
        <w:br/>
      </w:r>
      <w:r>
        <w:rPr>
          <w:sz w:val="20"/>
        </w:rPr>
        <w:t>48:17  bataiye angrez un ke maudood hain lekin un ki soorat nahi dekhunga kyun kya jawaz hai is</w:t>
      </w:r>
      <w:r>
        <w:br/>
      </w:r>
      <w:r>
        <w:rPr>
          <w:sz w:val="20"/>
        </w:rPr>
        <w:t>48:24  ka kyun nahi dekhenge aap rasool Allah ne abujahal ki soorat dekhi abujahal ki soorat dekhi kyunke</w:t>
      </w:r>
      <w:r>
        <w:br/>
      </w:r>
      <w:r>
        <w:rPr>
          <w:sz w:val="20"/>
        </w:rPr>
        <w:t>48:32  dawat dena tha to ulma ne bohat cheez galat role ada kiya hai ke logon ko maghrib se</w:t>
      </w:r>
      <w:r>
        <w:br/>
      </w:r>
      <w:r>
        <w:rPr>
          <w:sz w:val="20"/>
        </w:rPr>
        <w:t>48:40  matanfir kar diya aur industrial jo taraqqiyan hui hain is ne logon ko andha bura bana diya bas</w:t>
      </w:r>
      <w:r>
        <w:br/>
      </w:r>
      <w:r>
        <w:rPr>
          <w:sz w:val="20"/>
        </w:rPr>
        <w:t>48:47  paisa paisa paisa yahi parda hai agar aap ko chahiye ke aala marifat hasil karen to in pardon</w:t>
      </w:r>
      <w:r>
        <w:br/>
      </w:r>
      <w:r>
        <w:rPr>
          <w:sz w:val="20"/>
        </w:rPr>
        <w:t>48:55  ko phaar kar phenkein jis din aap in pardon ko pharenge aala marifat suraj ki roshan ho jayegi.</w:t>
      </w:r>
    </w:p>
    <w:p>
      <w:pPr>
        <w:pStyle w:val="Heading2"/>
      </w:pPr>
      <w:r>
        <w:t>Biggest hurdle in discovering God</w:t>
      </w:r>
    </w:p>
    <w:p>
      <w:r>
        <w:rPr>
          <w:color w:val="666666"/>
          <w:sz w:val="18"/>
        </w:rPr>
        <w:t>Faith &amp; God · Discovering God June 30, 2019 Maulana Wahiduddin Khan · 2m 01s · at 37:04 · https://youtu.be/Yt1-eX7XzYU?t=2224</w:t>
      </w:r>
    </w:p>
    <w:p>
      <w:r>
        <w:rPr>
          <w:i/>
        </w:rPr>
        <w:t>“According to you, what is the biggest hurdle for anyone in discovering God?”</w:t>
      </w:r>
    </w:p>
    <w:p>
      <w:r>
        <w:rPr>
          <w:sz w:val="20"/>
        </w:rPr>
        <w:t>37:04  !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r>
        <w:br/>
      </w:r>
      <w:r>
        <w:rPr>
          <w:sz w:val="20"/>
        </w:rPr>
        <w:t>37:32  yeh sawal bheja hai ahmedabad se rahat kazmi sahib ne. unhon ne aap se poocha hai ke "according to you, what is the biggest hurdle for anyone in discovering God?"</w:t>
      </w:r>
      <w:r>
        <w:br/>
      </w:r>
      <w:r>
        <w:rPr>
          <w:sz w:val="20"/>
        </w:rPr>
        <w:t>37:51  aap ko mere misaal mein yeh jawab mil chuka hai. aap ne beshumar log paye honge jinhon ne mango khaya hai, lekin shayad ek bhi nahi milegi misaal aap ko ke mango khate hue us ko khushi ki hansi hansi aa gayi hai.</w:t>
      </w:r>
      <w:r>
        <w:br/>
      </w:r>
      <w:r>
        <w:rPr>
          <w:sz w:val="20"/>
        </w:rPr>
        <w:t>38:14  woh mango ke creator ko ek mohabbat bhare khuda ke taur par daryaft kiya, aur us ki aankhon mein khushi ke aansu aa jayen.</w:t>
      </w:r>
      <w:r>
        <w:br/>
      </w:r>
      <w:r>
        <w:rPr>
          <w:sz w:val="20"/>
        </w:rPr>
        <w:t>38:29  to logon ne discover nahi kiya,</w:t>
      </w:r>
      <w:r>
        <w:br/>
      </w:r>
      <w:r>
        <w:rPr>
          <w:sz w:val="20"/>
        </w:rPr>
        <w:t>38:34  khaliq ko discover nahi kiya. unhon ne is liye aisa hua. aap logon ke liye khuda ko discoverable item banaiye.</w:t>
      </w:r>
      <w:r>
        <w:br/>
      </w:r>
      <w:r>
        <w:rPr>
          <w:sz w:val="20"/>
        </w:rPr>
        <w:t>38:48  is ke baad aap dekhen ke har aadmi</w:t>
      </w:r>
      <w:r>
        <w:br/>
      </w:r>
      <w:r>
        <w:rPr>
          <w:sz w:val="20"/>
        </w:rPr>
        <w:t>38:56  mohabbat ka pahad ban jayega.</w:t>
      </w:r>
    </w:p>
    <w:p>
      <w:pPr>
        <w:pStyle w:val="Heading2"/>
      </w:pPr>
      <w:r>
        <w:t>Biggest obstacle to entering Paradise</w:t>
      </w:r>
    </w:p>
    <w:p>
      <w:r>
        <w:rPr>
          <w:color w:val="666666"/>
          <w:sz w:val="18"/>
        </w:rPr>
        <w:t>Faith &amp; God · Discovery of Paradise November 15, 2020 Maulana Wahiduddin Khan · 3m 32s · at 21:33 · https://youtu.be/Ig1kHk5K3zE?t=1293</w:t>
      </w:r>
    </w:p>
    <w:p>
      <w:r>
        <w:rPr>
          <w:i/>
        </w:rPr>
        <w:t>“What is the biggest obstacle to qualifying for Paradise? Please clarify.”</w:t>
      </w:r>
    </w:p>
    <w:p>
      <w:r>
        <w:rPr>
          <w:sz w:val="20"/>
        </w:rPr>
        <w:t>21:33  Maulana, kuch sawal lena chahenge. Yeh sawal bheja hai Lucknow se Yusuf Khan sahab ne. Unhon ne aapse poocha hai ke Maulana sahab, sab se bari rukawat paradise ko qualify karne ki kya hai?</w:t>
      </w:r>
      <w:r>
        <w:br/>
      </w:r>
      <w:r>
        <w:rPr>
          <w:sz w:val="20"/>
        </w:rPr>
        <w:t>21:50  Is ko wazeh karein.</w:t>
      </w:r>
      <w:r>
        <w:br/>
      </w:r>
      <w:r>
        <w:rPr>
          <w:sz w:val="20"/>
        </w:rPr>
        <w:t>21:53  Main sochta hoon ke Alhamdulillah Rabb-ul-Alameen ki daryaft, discovery, is mein jitni kami hogi, utni</w:t>
      </w:r>
      <w:r>
        <w:br/>
      </w:r>
      <w:r>
        <w:rPr>
          <w:sz w:val="20"/>
        </w:rPr>
        <w:t>22:08  daryaft mein kami hogi.</w:t>
      </w:r>
      <w:r>
        <w:br/>
      </w:r>
      <w:r>
        <w:rPr>
          <w:sz w:val="20"/>
        </w:rPr>
        <w:t>22:18  Hamare mission ki poori daud-dhoop is daryaft ke liye hui thi.</w:t>
      </w:r>
      <w:r>
        <w:br/>
      </w:r>
      <w:r>
        <w:rPr>
          <w:sz w:val="20"/>
        </w:rPr>
        <w:t>22:36  Miss Dania Mustafa ne Karachi Pakistan se likha hai: "What a thrilling lecture! You awaken the spirit of discovering God through science in me." Maulana sahab, I have a question.</w:t>
      </w:r>
      <w:r>
        <w:br/>
      </w:r>
      <w:r>
        <w:rPr>
          <w:sz w:val="20"/>
        </w:rPr>
        <w:t>22:52  Maulana sahab, are the divine laws set by Allah in the universe and in ourselves? Is it equal?</w:t>
      </w:r>
      <w:r>
        <w:br/>
      </w:r>
      <w:r>
        <w:rPr>
          <w:sz w:val="20"/>
        </w:rPr>
        <w:t>23:03  Can we base our life on these universal scientific laws?</w:t>
      </w:r>
      <w:r>
        <w:br/>
      </w:r>
      <w:r>
        <w:rPr>
          <w:sz w:val="20"/>
        </w:rPr>
        <w:t>23:12  Chonke! Woh yeh janna chah rahi hain ke jo nature mein aur hamare insano mein jo laws Allah taala ne banaye hain, jis pe jo zindagi chalti hai, kya is ko hum ek jaisa samajh sakte hain aur kya is ko divine revelations ke barabar maan sakte hain?</w:t>
      </w:r>
      <w:r>
        <w:br/>
      </w:r>
      <w:r>
        <w:rPr>
          <w:sz w:val="20"/>
        </w:rPr>
        <w:t>23:37  Main to samajhta hoon ke haan, aisa hi hai aur yeh itna zyada hai ke woh kabhi khatam nahi hoga.</w:t>
      </w:r>
      <w:r>
        <w:br/>
      </w:r>
      <w:r>
        <w:rPr>
          <w:sz w:val="20"/>
        </w:rPr>
        <w:t>23:49  Man aala Allah, man aala Allah, woh kabhi khatam nahi honge.</w:t>
      </w:r>
      <w:r>
        <w:br/>
      </w:r>
      <w:r>
        <w:rPr>
          <w:sz w:val="20"/>
        </w:rPr>
        <w:t>23:57  Isi liye Quran mein hai ke: "Man ba'ad</w:t>
      </w:r>
      <w:r>
        <w:br/>
      </w:r>
      <w:r>
        <w:rPr>
          <w:sz w:val="20"/>
        </w:rPr>
        <w:t>24:12  Kalmatullah."</w:t>
      </w:r>
      <w:r>
        <w:br/>
      </w:r>
      <w:r>
        <w:rPr>
          <w:sz w:val="20"/>
        </w:rPr>
        <w:t>24:16  To yeh to</w:t>
      </w:r>
      <w:r>
        <w:br/>
      </w:r>
      <w:r>
        <w:rPr>
          <w:sz w:val="20"/>
        </w:rPr>
        <w:t>24:20  koi shak nahi ke waqia hai.</w:t>
      </w:r>
      <w:r>
        <w:br/>
      </w:r>
      <w:r>
        <w:rPr>
          <w:sz w:val="20"/>
        </w:rPr>
        <w:t>24:30  maulana, agla comment bheja hai muhammad ammar sahib ne dilli se. unho ne likha hai: "maulana, aap ne bilkul durust farmaya.</w:t>
      </w:r>
      <w:r>
        <w:br/>
      </w:r>
      <w:r>
        <w:rPr>
          <w:sz w:val="20"/>
        </w:rPr>
        <w:t>24:42  allah ki daryaft hi hamare jeene aur marne ka maqsad hona chahiye. yahi raaz-e-hayat hai aur yeh raaz-e-hayat hamein sirf aap hi se seekhne ko mila hai.</w:t>
      </w:r>
      <w:r>
        <w:br/>
      </w:r>
      <w:r>
        <w:rPr>
          <w:sz w:val="20"/>
        </w:rPr>
        <w:t>24:57  inshallah, i will discover allah as much as i can in my entire life.</w:t>
      </w:r>
    </w:p>
    <w:p>
      <w:pPr>
        <w:pStyle w:val="Heading2"/>
      </w:pPr>
      <w:r>
        <w:t>Book on evolution theory available</w:t>
      </w:r>
    </w:p>
    <w:p>
      <w:r>
        <w:rPr>
          <w:color w:val="666666"/>
          <w:sz w:val="18"/>
        </w:rPr>
        <w:t>Faith &amp; God · Purpose Of Human Life -12th Feb. '12 · 1m 44s · at 1:19:51 · https://youtu.be/TCGYvGJHf7w?t=4791</w:t>
      </w:r>
    </w:p>
    <w:p>
      <w:r>
        <w:rPr>
          <w:i/>
        </w:rPr>
        <w:t>“Do you have any book on the theory of evolution?”</w:t>
      </w:r>
    </w:p>
    <w:p>
      <w:r>
        <w:rPr>
          <w:sz w:val="20"/>
        </w:rPr>
        <w:t>1:19:51  Maulana, agla sawal hai Tamil Nadu se. Mr.</w:t>
      </w:r>
      <w:r>
        <w:br/>
      </w:r>
      <w:r>
        <w:rPr>
          <w:sz w:val="20"/>
        </w:rPr>
        <w:t>1:19:56  Hafiz, Maulana Hafiz Iqbal sahib ka.</w:t>
      </w:r>
      <w:r>
        <w:br/>
      </w:r>
      <w:r>
        <w:rPr>
          <w:sz w:val="20"/>
        </w:rPr>
        <w:t>1:20:01  unhon ne aap se poocha hai ke kya evolution theory par aap ki koi kitaab hai? dekhein, mere</w:t>
      </w:r>
      <w:r>
        <w:br/>
      </w:r>
      <w:r>
        <w:rPr>
          <w:sz w:val="20"/>
        </w:rPr>
        <w:t>1:20:06  articles bohat sare hain.</w:t>
      </w:r>
      <w:r>
        <w:br/>
      </w:r>
      <w:r>
        <w:rPr>
          <w:sz w:val="20"/>
        </w:rPr>
        <w:t>1:20:10  shayad kaise, ek darjan articles to honge ghaliban. ji? ji.</w:t>
      </w:r>
      <w:r>
        <w:br/>
      </w:r>
      <w:r>
        <w:rPr>
          <w:sz w:val="20"/>
        </w:rPr>
        <w:t>1:20:15  aur abhi hum soch rahe hain ke woh sab ko ikattha kar ke ek chhapen, un ko compile</w:t>
      </w:r>
      <w:r>
        <w:br/>
      </w:r>
      <w:r>
        <w:rPr>
          <w:sz w:val="20"/>
        </w:rPr>
        <w:t>1:20:20  kar ke, un ka compilation.</w:t>
      </w:r>
      <w:r>
        <w:br/>
      </w:r>
      <w:r>
        <w:rPr>
          <w:sz w:val="20"/>
        </w:rPr>
        <w:t>1:20:25  to pehle mein bohat likhta tha is par.</w:t>
      </w:r>
      <w:r>
        <w:br/>
      </w:r>
      <w:r>
        <w:rPr>
          <w:sz w:val="20"/>
        </w:rPr>
        <w:t>1:20:29  mein ne is baqayeda, mein ne is ko bohat baqayeda tor par is ka mutalia kiya hai.</w:t>
      </w:r>
      <w:r>
        <w:br/>
      </w:r>
      <w:r>
        <w:rPr>
          <w:sz w:val="20"/>
        </w:rPr>
        <w:t>1:20:34  aur natural history museum mein ja kar ke is ko samjha hai.</w:t>
      </w:r>
      <w:r>
        <w:br/>
      </w:r>
      <w:r>
        <w:rPr>
          <w:sz w:val="20"/>
        </w:rPr>
        <w:t>1:20:39  aur is ke experts se baatein bhi ki hain, yeh sab kiya hai mein ne.</w:t>
      </w:r>
      <w:r>
        <w:br/>
      </w:r>
      <w:r>
        <w:rPr>
          <w:sz w:val="20"/>
        </w:rPr>
        <w:t>1:20:44  mein jo bohat bol raha hoon, woh ek aap yeh na samjhen ke mein aise hi kar raha</w:t>
      </w:r>
      <w:r>
        <w:br/>
      </w:r>
      <w:r>
        <w:rPr>
          <w:sz w:val="20"/>
        </w:rPr>
        <w:t>1:20:48  hoon, shairana tor par.</w:t>
      </w:r>
      <w:r>
        <w:br/>
      </w:r>
      <w:r>
        <w:rPr>
          <w:sz w:val="20"/>
        </w:rPr>
        <w:t>1:20:53  baqaida research ki baat mein kar raha hoon.</w:t>
      </w:r>
      <w:r>
        <w:br/>
      </w:r>
      <w:r>
        <w:rPr>
          <w:sz w:val="20"/>
        </w:rPr>
        <w:t>1:20:58  aur bilashubah yeh mein manta hoon ke evolution theory sirf aik aik is ka woh hargiz hargiz koi</w:t>
      </w:r>
      <w:r>
        <w:br/>
      </w:r>
      <w:r>
        <w:rPr>
          <w:sz w:val="20"/>
        </w:rPr>
        <w:t>1:21:03  proofd theory nahi hai, koi scientific theory nahi hai.</w:t>
      </w:r>
      <w:r>
        <w:br/>
      </w:r>
      <w:r>
        <w:rPr>
          <w:sz w:val="20"/>
        </w:rPr>
        <w:t>1:21:07  woh chunchay logon ko moqa mil jata hai ke apne ko haiwan ki tarah dunya mein rehna chahte</w:t>
      </w:r>
      <w:r>
        <w:br/>
      </w:r>
      <w:r>
        <w:rPr>
          <w:sz w:val="20"/>
        </w:rPr>
        <w:t>1:21:12  hain, to is ne aik justification de diya.</w:t>
      </w:r>
      <w:r>
        <w:br/>
      </w:r>
      <w:r>
        <w:rPr>
          <w:sz w:val="20"/>
        </w:rPr>
        <w:t>1:21:17  warna aisi koi haqeeqat nahi hai.</w:t>
      </w:r>
      <w:r>
        <w:br/>
      </w:r>
      <w:r>
        <w:rPr>
          <w:sz w:val="20"/>
        </w:rPr>
        <w:t>1:21:22  to inshallah hum woh mazameen jo hain, jo hum likhte rahe hain is se pehle, is ko</w:t>
      </w:r>
      <w:r>
        <w:br/>
      </w:r>
      <w:r>
        <w:rPr>
          <w:sz w:val="20"/>
        </w:rPr>
        <w:t>1:21:27  compile kar ke chhapen ge. inshallah.</w:t>
      </w:r>
      <w:r>
        <w:br/>
      </w:r>
      <w:r>
        <w:rPr>
          <w:sz w:val="20"/>
        </w:rPr>
        <w:t>1:21:31  Maulana, un ka aik aur sawal hai.</w:t>
      </w:r>
    </w:p>
    <w:p>
      <w:pPr>
        <w:pStyle w:val="Heading2"/>
      </w:pPr>
      <w:r>
        <w:t>Bringing children back to Islamic faith</w:t>
      </w:r>
    </w:p>
    <w:p>
      <w:r>
        <w:rPr>
          <w:color w:val="666666"/>
          <w:sz w:val="18"/>
        </w:rPr>
        <w:t>Faith &amp; God · Lessons from My Journey to Canada II January 10, 2016 · 2m 13s · at 1:00:35 · https://youtu.be/GHF2Ph3GW7A?t=3635</w:t>
      </w:r>
    </w:p>
    <w:p>
      <w:r>
        <w:rPr>
          <w:i/>
        </w:rPr>
        <w:t>“Many of our children are deviating from Islamic faith. They often react to your arguments and suggestions. How do we bring them to the right path?”</w:t>
      </w:r>
    </w:p>
    <w:p>
      <w:r>
        <w:rPr>
          <w:sz w:val="20"/>
        </w:rPr>
        <w:t>1:00:35  Maulana, agla sawal Orissa se hai Dr. Hamid Hussain sahib ka, aur un ka sawal hai: "Many of</w:t>
      </w:r>
      <w:r>
        <w:br/>
      </w:r>
      <w:r>
        <w:rPr>
          <w:sz w:val="20"/>
        </w:rPr>
        <w:t>1:00:44  aur children are deviating from Islamic faith,</w:t>
      </w:r>
      <w:r>
        <w:br/>
      </w:r>
      <w:r>
        <w:rPr>
          <w:sz w:val="20"/>
        </w:rPr>
        <w:t>1:00:49  They often react to your arguments and suggestions. How do we bring them to the right path?</w:t>
      </w:r>
      <w:r>
        <w:br/>
      </w:r>
      <w:r>
        <w:rPr>
          <w:sz w:val="20"/>
        </w:rPr>
        <w:t>1:00:57  ? Dekhiye, mera jo experience hai, woh yeh hai ke aam taur par hamare haan ulama ka jo</w:t>
      </w:r>
      <w:r>
        <w:br/>
      </w:r>
      <w:r>
        <w:rPr>
          <w:sz w:val="20"/>
        </w:rPr>
        <w:t>1:01:05  Tariqa raha hai, woh do and don't ki zabanen baat kartay rahay hain.</w:t>
      </w:r>
      <w:r>
        <w:br/>
      </w:r>
      <w:r>
        <w:rPr>
          <w:sz w:val="20"/>
        </w:rPr>
        <w:t>1:01:10  Yeh karo, woh na karo, yeh na karo, yeh karo, woh na karo.</w:t>
      </w:r>
      <w:r>
        <w:br/>
      </w:r>
      <w:r>
        <w:rPr>
          <w:sz w:val="20"/>
        </w:rPr>
        <w:t>1:01:15  To woh un ki samajh mein nahi aata.</w:t>
      </w:r>
      <w:r>
        <w:br/>
      </w:r>
      <w:r>
        <w:rPr>
          <w:sz w:val="20"/>
        </w:rPr>
        <w:t>1:01:17  Aaj ka jo youth hai, woh is kay andar to rational thinking hoti hai.</w:t>
      </w:r>
      <w:r>
        <w:br/>
      </w:r>
      <w:r>
        <w:rPr>
          <w:sz w:val="20"/>
        </w:rPr>
        <w:t>1:01:23  جس آدمی کے اندر ریشنل تھنکنگ ہے، وہ do and don't کی زبان اس کے سامنے آتی نہیں۔</w:t>
      </w:r>
      <w:r>
        <w:br/>
      </w:r>
      <w:r>
        <w:rPr>
          <w:sz w:val="20"/>
        </w:rPr>
        <w:t>1:01:31  To yeh sach poochain to language gap ka muamla hai.</w:t>
      </w:r>
      <w:r>
        <w:br/>
      </w:r>
      <w:r>
        <w:rPr>
          <w:sz w:val="20"/>
        </w:rPr>
        <w:t>1:01:35  Aaj ka jo daai hai, agar woh bolay ga woh zaban jo pehlay chalti thi, to is aaj</w:t>
      </w:r>
      <w:r>
        <w:br/>
      </w:r>
      <w:r>
        <w:rPr>
          <w:sz w:val="20"/>
        </w:rPr>
        <w:t>1:01:41  ka insaan samajh mein nahi aye ga.</w:t>
      </w:r>
      <w:r>
        <w:br/>
      </w:r>
      <w:r>
        <w:rPr>
          <w:sz w:val="20"/>
        </w:rPr>
        <w:t>1:01:43  Is ko aap national language in ko</w:t>
      </w:r>
      <w:r>
        <w:br/>
      </w:r>
      <w:r>
        <w:rPr>
          <w:sz w:val="20"/>
        </w:rPr>
        <w:t>1:01:48  batayiye. Baton ko</w:t>
      </w:r>
      <w:r>
        <w:br/>
      </w:r>
      <w:r>
        <w:rPr>
          <w:sz w:val="20"/>
        </w:rPr>
        <w:t>1:01:50  Dekhein, Quran mein aik ayat hai ke: "Kul fil fasal qaul baligha,</w:t>
      </w:r>
      <w:r>
        <w:br/>
      </w:r>
      <w:r>
        <w:rPr>
          <w:sz w:val="20"/>
        </w:rPr>
        <w:t>1:01:59  Kul fil fasal qaul baligha".</w:t>
      </w:r>
      <w:r>
        <w:br/>
      </w:r>
      <w:r>
        <w:rPr>
          <w:sz w:val="20"/>
        </w:rPr>
        <w:t>1:02:01  یعنی ایسی زبان میں بات کرو جو ان کے دل کو ایڈریس کرنے والی ہو، ان کے mind</w:t>
      </w:r>
      <w:r>
        <w:br/>
      </w:r>
      <w:r>
        <w:rPr>
          <w:sz w:val="20"/>
        </w:rPr>
        <w:t>1:02:08  Ko address karnay wali ho.</w:t>
      </w:r>
      <w:r>
        <w:br/>
      </w:r>
      <w:r>
        <w:rPr>
          <w:sz w:val="20"/>
        </w:rPr>
        <w:t>1:02:11  Qaul baligh ke maani hain mind ko address karnay wala kalam.</w:t>
      </w:r>
      <w:r>
        <w:br/>
      </w:r>
      <w:r>
        <w:rPr>
          <w:sz w:val="20"/>
        </w:rPr>
        <w:t>1:02:16  To main samajhta hoon ke mera tajruba to yahi hai ke jab hum aisay zaban mein baat karein</w:t>
      </w:r>
      <w:r>
        <w:br/>
      </w:r>
      <w:r>
        <w:rPr>
          <w:sz w:val="20"/>
        </w:rPr>
        <w:t>1:02:22  جو ان کے mind کو address کرے، تو وہ بہت توجہ سے سنتے ہیں اور اس کو importance</w:t>
      </w:r>
      <w:r>
        <w:br/>
      </w:r>
      <w:r>
        <w:rPr>
          <w:sz w:val="20"/>
        </w:rPr>
        <w:t>1:02:29  detay hain. To agar hum woh zaban bolain,</w:t>
      </w:r>
      <w:r>
        <w:br/>
      </w:r>
      <w:r>
        <w:rPr>
          <w:sz w:val="20"/>
        </w:rPr>
        <w:t>1:02:34  ڈو اور ڈونٹ والی زبان، تو ان کا mind کو ایڈریس نہیں کرے گا، تو وہ react</w:t>
      </w:r>
      <w:r>
        <w:br/>
      </w:r>
      <w:r>
        <w:rPr>
          <w:sz w:val="20"/>
        </w:rPr>
        <w:t>1:02:38  karenge to yeh masla sirf yani mindset ka hai na ke</w:t>
      </w:r>
      <w:r>
        <w:br/>
      </w:r>
      <w:r>
        <w:rPr>
          <w:sz w:val="20"/>
        </w:rPr>
        <w:t>1:02:47  inkar ka case nahi hai</w:t>
      </w:r>
    </w:p>
    <w:p>
      <w:pPr>
        <w:pStyle w:val="Heading2"/>
      </w:pPr>
      <w:r>
        <w:t>Can Intellect Be Used in Religion?</w:t>
      </w:r>
    </w:p>
    <w:p>
      <w:r>
        <w:rPr>
          <w:color w:val="666666"/>
          <w:sz w:val="18"/>
        </w:rPr>
        <w:t>Faith &amp; God · Material Science Vs Spiritual Science 20th May 12 SLOW · 2m 05s · at 1:17:33 · https://youtu.be/qYwFExG7cyM?t=4653</w:t>
      </w:r>
    </w:p>
    <w:p>
      <w:r>
        <w:rPr>
          <w:i/>
        </w:rPr>
        <w:t>“Can intellect be used in religion? Some people quote Ali (may Allah be pleased with him) saying: 'If religion were by intellect, then wiping under the foot would be more appropriate than wiping over it.'”</w:t>
      </w:r>
    </w:p>
    <w:p>
      <w:r>
        <w:rPr>
          <w:sz w:val="20"/>
        </w:rPr>
        <w:t>1:17:33  Maulana, agla sawal hai Umarabad se Maulana Fard Ahmed sahib ka.</w:t>
      </w:r>
      <w:r>
        <w:br/>
      </w:r>
      <w:r>
        <w:rPr>
          <w:sz w:val="20"/>
        </w:rPr>
        <w:t>1:17:39  unhon ne likha hai: "Deen mein aql ka istemal kiya ja sakta hai ya nahi? Kuch log yeh</w:t>
      </w:r>
      <w:r>
        <w:br/>
      </w:r>
      <w:r>
        <w:rPr>
          <w:sz w:val="20"/>
        </w:rPr>
        <w:t>1:17:45  kehte hain ke Hazrat Ali ne farmaya: agar deen aql se hota to paon ke neeche ka masah</w:t>
      </w:r>
      <w:r>
        <w:br/>
      </w:r>
      <w:r>
        <w:rPr>
          <w:sz w:val="20"/>
        </w:rPr>
        <w:t>1:17:51  hota, ooper ka nahi." Is ke baray mein batayen.</w:t>
      </w:r>
      <w:r>
        <w:br/>
      </w:r>
      <w:r>
        <w:rPr>
          <w:sz w:val="20"/>
        </w:rPr>
        <w:t>1:17:57  nahi, woh Hazrat Ali ke qoul ke alag alag mani mein hai.</w:t>
      </w:r>
      <w:r>
        <w:br/>
      </w:r>
      <w:r>
        <w:rPr>
          <w:sz w:val="20"/>
        </w:rPr>
        <w:t>1:18:03  aql to Quran Majeed mein, yani bar bar istemal hua hai.</w:t>
      </w:r>
      <w:r>
        <w:br/>
      </w:r>
      <w:r>
        <w:rPr>
          <w:sz w:val="20"/>
        </w:rPr>
        <w:t>1:18:09  yani, yani aql jo hai, Quran mein bar bar, yani is woh aadmi ko ubhara gaya hai ke</w:t>
      </w:r>
      <w:r>
        <w:br/>
      </w:r>
      <w:r>
        <w:rPr>
          <w:sz w:val="20"/>
        </w:rPr>
        <w:t>1:18:15  woh apni aql ko istemal kare.</w:t>
      </w:r>
      <w:r>
        <w:br/>
      </w:r>
      <w:r>
        <w:rPr>
          <w:sz w:val="20"/>
        </w:rPr>
        <w:t>1:18:21  aap Surah Aal-e-Imran mein parhiye mislan Inna fi khalqi samawati wal ardi wakhtilafi al-layli wal nahari la ayat-il-lil-albab</w:t>
      </w:r>
      <w:r>
        <w:br/>
      </w:r>
      <w:r>
        <w:rPr>
          <w:sz w:val="20"/>
        </w:rPr>
        <w:t>1:18:26  lub mani aql ke Khuda ki takhleeq mein nishaniyan hain.</w:t>
      </w:r>
      <w:r>
        <w:br/>
      </w:r>
      <w:r>
        <w:rPr>
          <w:sz w:val="20"/>
        </w:rPr>
        <w:t>1:18:32  Khuda ki takhleeq mein, yani woh sab kuch hai jo Allah taala ko matloob hai ke aap daryaft karen.</w:t>
      </w:r>
      <w:r>
        <w:br/>
      </w:r>
      <w:r>
        <w:rPr>
          <w:sz w:val="20"/>
        </w:rPr>
        <w:t>1:18:38  magar lub walon ke liye, al-bab ke liye, woh to jagah jagah aisa hai.</w:t>
      </w:r>
      <w:r>
        <w:br/>
      </w:r>
      <w:r>
        <w:rPr>
          <w:sz w:val="20"/>
        </w:rPr>
        <w:t>1:18:44  kahin kahin hajar ka lafz hai ke lub ka lafz hai ke aql ka lafz hai, kahin tadabbur</w:t>
      </w:r>
      <w:r>
        <w:br/>
      </w:r>
      <w:r>
        <w:rPr>
          <w:sz w:val="20"/>
        </w:rPr>
        <w:t>1:18:50  kalafz hai.</w:t>
      </w:r>
      <w:r>
        <w:br/>
      </w:r>
      <w:r>
        <w:rPr>
          <w:sz w:val="20"/>
        </w:rPr>
        <w:t>1:18:56  yeh sab isi liye hai ke aadmi apni aql ko istemal kare.</w:t>
      </w:r>
      <w:r>
        <w:br/>
      </w:r>
      <w:r>
        <w:rPr>
          <w:sz w:val="20"/>
        </w:rPr>
        <w:t>1:19:02  jo log aisa kehte hain, woh to quran ke nafi hain.</w:t>
      </w:r>
      <w:r>
        <w:br/>
      </w:r>
      <w:r>
        <w:rPr>
          <w:sz w:val="20"/>
        </w:rPr>
        <w:t>1:19:08  quran ke nafi hain ke islam mein aql ka dakhal nahi hai.</w:t>
      </w:r>
      <w:r>
        <w:br/>
      </w:r>
      <w:r>
        <w:rPr>
          <w:sz w:val="20"/>
        </w:rPr>
        <w:t>1:19:14  yani quran to kitni sankron aayatein aisi hain jis mein ke kehti hain ke aql ko istemal karo.</w:t>
      </w:r>
      <w:r>
        <w:br/>
      </w:r>
      <w:r>
        <w:rPr>
          <w:sz w:val="20"/>
        </w:rPr>
        <w:t>1:19:20  aql hi se ghaur o fikr hota hai aur ghaur o fikr hi se aadmi bari bari baaton</w:t>
      </w:r>
      <w:r>
        <w:br/>
      </w:r>
      <w:r>
        <w:rPr>
          <w:sz w:val="20"/>
        </w:rPr>
        <w:t>1:19:26  ko daryaft karta hai.</w:t>
      </w:r>
      <w:r>
        <w:br/>
      </w:r>
      <w:r>
        <w:rPr>
          <w:sz w:val="20"/>
        </w:rPr>
        <w:t>1:19:32  to yeh bilkul galat nazariya hai.</w:t>
      </w:r>
    </w:p>
    <w:p>
      <w:pPr>
        <w:pStyle w:val="Heading2"/>
      </w:pPr>
      <w:r>
        <w:t>Can different ways lead to the same God?</w:t>
      </w:r>
    </w:p>
    <w:p>
      <w:r>
        <w:rPr>
          <w:color w:val="666666"/>
          <w:sz w:val="18"/>
        </w:rPr>
        <w:t>Faith &amp; God · Three levels of Realization 4 July 2010 - Maulana Wahiduddin Khan · 3m 49s · at 1:20:34 · https://youtu.be/H-kx5TldzfQ?t=4834</w:t>
      </w:r>
    </w:p>
    <w:p>
      <w:r>
        <w:rPr>
          <w:i/>
        </w:rPr>
        <w:t>“If God is one, can there be different ways to attain Him?”</w:t>
      </w:r>
    </w:p>
    <w:p>
      <w:r>
        <w:rPr>
          <w:sz w:val="20"/>
        </w:rPr>
        <w:t>1:20:34  maulana agla sawal kya hai mister shahnawaz siddiqui ne new dehli se. unhon ne likha hai ke agar ishwar ek hai to kya use paane ke tareeqay alag alag ho sakte hain?</w:t>
      </w:r>
      <w:r>
        <w:br/>
      </w:r>
      <w:r>
        <w:rPr>
          <w:sz w:val="20"/>
        </w:rPr>
        <w:t>1:20:49  nahi nahi, alag alag kaise honge? aap jana hai yahan se kolkata to wahi road chalegi, wahi railway line jayegi, hawa jahaz se woh isi sarukh par jahaz uregah.</w:t>
      </w:r>
      <w:r>
        <w:br/>
      </w:r>
      <w:r>
        <w:rPr>
          <w:sz w:val="20"/>
        </w:rPr>
        <w:t>1:21:00  yani ke idhar daudo tab bhi kolkata aa jaye, idhar jao tab bhi kolkata aa jaye. aise kaise ho sakta hai? yeh to koi baat nahi hai. kolkata ek hi direction mein chalne milega.</w:t>
      </w:r>
      <w:r>
        <w:br/>
      </w:r>
      <w:r>
        <w:rPr>
          <w:sz w:val="20"/>
        </w:rPr>
        <w:t>1:21:14  is liye main nahi manta ke kuch bhi karo, kuch bhi karo, khuda mil jaye tum ko. is ka ek right course hoga, is ka ek right path hoga.</w:t>
      </w:r>
      <w:r>
        <w:br/>
      </w:r>
      <w:r>
        <w:rPr>
          <w:sz w:val="20"/>
        </w:rPr>
        <w:t>1:21:25  woh path jo hai, main ritual nahi manta ke rituals koi aise rituals hain, woh woh path hain, woh ritual karo to mil jayega khuda. nahi, woh thinking thinking par base karta hai, soch soch par base karta hai.</w:t>
      </w:r>
      <w:r>
        <w:br/>
      </w:r>
      <w:r>
        <w:rPr>
          <w:sz w:val="20"/>
        </w:rPr>
        <w:t>1:21:38  right thinking se khuda milega, right thinking, different path se nahi. main nahi manta ke different path pe chalo aur to aakhir mein khuda hi tak pahunch jaoge.</w:t>
      </w:r>
      <w:r>
        <w:br/>
      </w:r>
      <w:r>
        <w:rPr>
          <w:sz w:val="20"/>
        </w:rPr>
        <w:t>1:21:48  yani right thinking agar hogi tum ko, cheezon ko right angle se dekhna, bahut badi baat hai. cheezon ko log bahut kam log aise mujhe mile jo cheezon ko right angle se dekhte hon,</w:t>
      </w:r>
      <w:r>
        <w:br/>
      </w:r>
      <w:r>
        <w:rPr>
          <w:sz w:val="20"/>
        </w:rPr>
        <w:t>1:22:04  right angle se. ya abhi mere paas ek, aaj hi ek aya hai, ek ek sahib ka letter, abhi subah mujhe mila to afghanistan ki ladai ke bare mein maine kaha hai ke yeh ladai jo hai woh jihad nahi hai.</w:t>
      </w:r>
      <w:r>
        <w:br/>
      </w:r>
      <w:r>
        <w:rPr>
          <w:sz w:val="20"/>
        </w:rPr>
        <w:t>1:22:20  to kahein kaise kaise kaise hain? aap jihad kehte hain, woh to sab ulama hain aur islami baatein karte hain.</w:t>
      </w:r>
      <w:r>
        <w:br/>
      </w:r>
      <w:r>
        <w:rPr>
          <w:sz w:val="20"/>
        </w:rPr>
        <w:t>1:22:29  to maine kaha aap right angle se nahi dekh rahe hain,</w:t>
      </w:r>
      <w:r>
        <w:br/>
      </w:r>
      <w:r>
        <w:rPr>
          <w:sz w:val="20"/>
        </w:rPr>
        <w:t>1:22:33  yani hum dekh rahe hain is result ke angle se. woh dekh rahe hain ke unhon ne leaderon ne kya sab bole hain. woh bole the ke hum ko islami nizam qaim karna hai, hum ko islami qanoon nafiz karna hai.</w:t>
      </w:r>
      <w:r>
        <w:br/>
      </w:r>
      <w:r>
        <w:rPr>
          <w:sz w:val="20"/>
        </w:rPr>
        <w:t>1:22:45  is angle se aap dekh rahe hain, un ke shabdon ke angle se. main dekh raha hoon result ke angle se. result to kuch nahi nikal raha, tabahi, tabahi, tabahi, tabahi.</w:t>
      </w:r>
      <w:r>
        <w:br/>
      </w:r>
      <w:r>
        <w:rPr>
          <w:sz w:val="20"/>
        </w:rPr>
        <w:t>1:22:57  to khuda ko bhi paane ke liye woh aankh chahiye jo result, jo sahi angle se cheezon ko dekhe. bahut important baat yeh hai ke right angle se cheezon ko dekhna yeh hai marifat ka sab se bada zariya.</w:t>
      </w:r>
      <w:r>
        <w:br/>
      </w:r>
      <w:r>
        <w:rPr>
          <w:sz w:val="20"/>
        </w:rPr>
        <w:t>1:23:14  agar aap ke andar woh woh ability develop nahi ki hai yeh cheezon ko right angle se dekhne ki to kabhi bhi nahi milega khuda aap ko, kabhi bhi nahi milega.</w:t>
      </w:r>
      <w:r>
        <w:br/>
      </w:r>
      <w:r>
        <w:rPr>
          <w:sz w:val="20"/>
        </w:rPr>
        <w:t>1:23:34  jaise ek bar ek ek park mein ek shayar aur ek chemist do aadmi gaye to wahan phool tha, us mein bahut rang bhi tha, khushbu bhi thi, har cheez thi.</w:t>
      </w:r>
      <w:r>
        <w:br/>
      </w:r>
      <w:r>
        <w:rPr>
          <w:sz w:val="20"/>
        </w:rPr>
        <w:t>1:23:47  to chemist jo tha, us ki chemistry mein sochne laga, "what is the chemistry of this flower?" woh shayar jo tha, us ko us ko ek use mehboob jalwa dikhai de di de de gaya.</w:t>
      </w:r>
      <w:r>
        <w:br/>
      </w:r>
      <w:r>
        <w:rPr>
          <w:sz w:val="20"/>
        </w:rPr>
        <w:t>1:24:01  woh isi is angle se dekhne laga</w:t>
      </w:r>
      <w:r>
        <w:br/>
      </w:r>
      <w:r>
        <w:rPr>
          <w:sz w:val="20"/>
        </w:rPr>
        <w:t>1:24:04  to kisi waqeye ko dekhne ke mukhtalif angle hote hain. to khuda ko paane ke liye zaroori hai ke aap ko woh woh vision mil jaye, woh vision jis mein aap cheezon ko right angle se dekh saken.</w:t>
      </w:r>
      <w:r>
        <w:br/>
      </w:r>
      <w:r>
        <w:rPr>
          <w:sz w:val="20"/>
        </w:rPr>
        <w:t>1:24:18  tab ja kar aap ko sachai milegi, nahi to nahi milegi.</w:t>
      </w:r>
    </w:p>
    <w:p>
      <w:pPr>
        <w:pStyle w:val="Heading2"/>
      </w:pPr>
      <w:r>
        <w:t>Can dua change what is written in destiny?</w:t>
      </w:r>
    </w:p>
    <w:p>
      <w:r>
        <w:rPr>
          <w:color w:val="666666"/>
          <w:sz w:val="18"/>
        </w:rPr>
        <w:t>Faith &amp; God · God Gives in Abundance 13 Oct 2019 - Maulana Wahiduddin Khan · 4m 22s · at 39:35 · https://youtu.be/eC4RaczXBzM?t=2375</w:t>
      </w:r>
    </w:p>
    <w:p>
      <w:r>
        <w:rPr>
          <w:i/>
        </w:rPr>
        <w:t>“Can dua change the things already written by Allah in Al-Lauh Al-Mahfuz? Please clarify. There is a hadith: 'La taruddu al-qada illa al-dua.'”</w:t>
      </w:r>
    </w:p>
    <w:p>
      <w:r>
        <w:rPr>
          <w:sz w:val="20"/>
        </w:rPr>
        <w:t>39:35  mayusi ka koi sawal nahi hai. maulana, sari ummat ke liye yahi ek paigham kafi hai." jazaak allah. ah, muhammad irfan rashidi sahib ne nagpur se likha hai: "maulana sahib, mera take away yeh hai ke humein allah ki rehmat se mayoos nahi hona chahiye." this inspires me a lot.</w:t>
      </w:r>
      <w:r>
        <w:br/>
      </w:r>
      <w:r>
        <w:rPr>
          <w:sz w:val="20"/>
        </w:rPr>
        <w:t>40:01  maulana, agla ah sawal ah islamabad pakistan se muhammad tufail sahib ne bheja hai. unhone aapse poocha hai ke "can dua change the things already written by allah in lauh-e-mehfooz?" is ko wazeh karen.</w:t>
      </w:r>
      <w:r>
        <w:br/>
      </w:r>
      <w:r>
        <w:rPr>
          <w:sz w:val="20"/>
        </w:rPr>
        <w:t>40:23  yeh to dekhiye, hadith mein aata hai ke "la taruddu dua, la tarudda al-qada illa al-dua." la tarudda al-qada illa al-dua.</w:t>
      </w:r>
      <w:r>
        <w:br/>
      </w:r>
      <w:r>
        <w:rPr>
          <w:sz w:val="20"/>
        </w:rPr>
        <w:t>40:39  to yeh to sabit hai, lekin yaad rakhiye ke dua ko genuine hona chahiye. genuine, aap agar dua karen jis tarah aaj kal bad dua hoti hai:</w:t>
      </w:r>
      <w:r>
        <w:br/>
      </w:r>
      <w:r>
        <w:rPr>
          <w:sz w:val="20"/>
        </w:rPr>
        <w:t>40:53  "falan ko halak kar de", aisi dua bilkul qabool nahi hogi, kabhi bhi nahi. aap hazar saal tak dua karte rahiye, kisi ke liye bad dua karen to yeh allah ke scheme ke khilaf hai.</w:t>
      </w:r>
      <w:r>
        <w:br/>
      </w:r>
      <w:r>
        <w:rPr>
          <w:sz w:val="20"/>
        </w:rPr>
        <w:t>41:07  aap is ki hidayat ke liye dua karen, hidayat ke liye to allah ke scheme ke mutabiq hogi. to achi dua qabool hoti hai, buri dua qabool hoti hi nahi.</w:t>
      </w:r>
      <w:r>
        <w:br/>
      </w:r>
      <w:r>
        <w:rPr>
          <w:sz w:val="20"/>
        </w:rPr>
        <w:t>41:18  main apne bachpan se sunta aaya hoon yeh bad dua masjidon mein: "allahum al-kufra al-mushrikeen", lekin aaj tak koi khabar nahi suni ke yeh dua qabool hui hogi.</w:t>
      </w:r>
      <w:r>
        <w:br/>
      </w:r>
      <w:r>
        <w:rPr>
          <w:sz w:val="20"/>
        </w:rPr>
        <w:t>41:33  to dua genuine genuine honi chahiye, tab zaroor qabool hogi. woh</w:t>
      </w:r>
      <w:r>
        <w:br/>
      </w:r>
      <w:r>
        <w:rPr>
          <w:sz w:val="20"/>
        </w:rPr>
        <w:t>41:42  doctor naghma siddiqui ne delhi se likha hai: "i am thankful to god for guiding me to this mission. it is the true islamic mission.</w:t>
      </w:r>
      <w:r>
        <w:br/>
      </w:r>
      <w:r>
        <w:rPr>
          <w:sz w:val="20"/>
        </w:rPr>
        <w:t>41:53  everyday i realize god's hand in guiding me, and i sincerely thank him for it. i will continue to do dawah work till my last breath." bangalore team jo is waqt collectively watch kar rahi hai, unhone comment bheja hai.</w:t>
      </w:r>
      <w:r>
        <w:br/>
      </w:r>
      <w:r>
        <w:rPr>
          <w:sz w:val="20"/>
        </w:rPr>
        <w:t>42:10  unhone likha hai: "maulana, aaj ki class se da'wati kaam ke silsile mein bohat hausla mila, aur humne faisla kiya hai ke hum khalis dawah da'wati kaam karenge.</w:t>
      </w:r>
      <w:r>
        <w:br/>
      </w:r>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Can one be promoted in Paradise levels</w:t>
      </w:r>
    </w:p>
    <w:p>
      <w:r>
        <w:rPr>
          <w:color w:val="666666"/>
          <w:sz w:val="18"/>
        </w:rPr>
        <w:t>Faith &amp; God · How to Become Deserving of Paradise August 16, 2020 Maulana Wahiduddin Khan · 1m 17s · at 29:48 · https://youtu.be/jFXK3TMiqtA?t=1788</w:t>
      </w:r>
    </w:p>
    <w:p>
      <w:r>
        <w:rPr>
          <w:i/>
        </w:rPr>
        <w:t>“Paradise has many levels, as we know. If a person qualifies for Paradise, can he be promoted to higher levels once he is settled in Paradise?”</w:t>
      </w:r>
    </w:p>
    <w:p>
      <w:r>
        <w:rPr>
          <w:sz w:val="20"/>
        </w:rPr>
        <w:t>29:48  maulana, agla sawal bheja hai</w:t>
      </w:r>
      <w:r>
        <w:br/>
      </w:r>
      <w:r>
        <w:rPr>
          <w:sz w:val="20"/>
        </w:rPr>
        <w:t>29:53  zubair khan ne ahmedabad se. unhon ne likha hai: "maulana, paradise has many levels as we know. if a person qualifies for paradise, then can he be promoted to higher levels once he settled in paradise." dekhen, paradise ke baray mein hadith mein aata hai ke is ke</w:t>
      </w:r>
      <w:r>
        <w:br/>
      </w:r>
      <w:r>
        <w:rPr>
          <w:sz w:val="20"/>
        </w:rPr>
        <w:t>30:18  so darjay hain. dekhen, so darjay bhi ginti mani mein nahi hain ke is ke mani hain ke beshumar darjay hain.</w:t>
      </w:r>
      <w:r>
        <w:br/>
      </w:r>
      <w:r>
        <w:rPr>
          <w:sz w:val="20"/>
        </w:rPr>
        <w:t>30:29  to paradise koi aik lagi badli jagah nahi hogi. is ke darjay par darjay, darjay par darjay.</w:t>
      </w:r>
      <w:r>
        <w:br/>
      </w:r>
      <w:r>
        <w:rPr>
          <w:sz w:val="20"/>
        </w:rPr>
        <w:t>30:41  to aap jis darjay ke liye qualify karenge, wohi milega aap ko.</w:t>
      </w:r>
      <w:r>
        <w:br/>
      </w:r>
      <w:r>
        <w:rPr>
          <w:sz w:val="20"/>
        </w:rPr>
        <w:t>30:48  aur yeh farishton ki report hoga. wahan ka faisla farishton ki report par hoga.</w:t>
      </w:r>
    </w:p>
    <w:p>
      <w:pPr>
        <w:pStyle w:val="Heading2"/>
      </w:pPr>
      <w:r>
        <w:t>Can one enter Paradise without God's closeness?</w:t>
      </w:r>
    </w:p>
    <w:p>
      <w:r>
        <w:rPr>
          <w:color w:val="666666"/>
          <w:sz w:val="18"/>
        </w:rPr>
        <w:t>Faith &amp; God · The Culture of People of Paradise January 06, 2019 Maulana Wahiduddin Khan · 1m 02s · at 46:38 · https://youtu.be/rFExua9zntM?t=2798</w:t>
      </w:r>
    </w:p>
    <w:p>
      <w:r>
        <w:rPr>
          <w:i/>
        </w:rPr>
        <w:t>“Is it possible that a person follows Islam but the thought of God's closeness does not come to his mind, and God admits him to Paradise?”</w:t>
      </w:r>
    </w:p>
    <w:p>
      <w:r>
        <w:rPr>
          <w:sz w:val="20"/>
        </w:rPr>
        <w:t>46:38  molana, yeh sawal bheja hai farhad sahib ne: "molana, kya yeh mumkin hai ke insan islam par chale magar is ke mind mein khuda ki qurbat ka khayal na aaye aur khuda is ko jannat mein dakhil kar de?</w:t>
      </w:r>
      <w:r>
        <w:br/>
      </w:r>
      <w:r>
        <w:rPr>
          <w:sz w:val="20"/>
        </w:rPr>
        <w:t>46:56  is ke bare mein batayein." main to is ko impossible sochta hoon</w:t>
      </w:r>
      <w:r>
        <w:br/>
      </w:r>
      <w:r>
        <w:rPr>
          <w:sz w:val="20"/>
        </w:rPr>
        <w:t>47:06  kyun ke jannat khuda ki qurbati ka to naam hai, khuda ke paros mein jeene ka naam hai. to agar koi khuda ke paros ka shaiq na ho to jannat kyun milegi us ko?</w:t>
      </w:r>
      <w:r>
        <w:br/>
      </w:r>
      <w:r>
        <w:rPr>
          <w:sz w:val="20"/>
        </w:rPr>
        <w:t>47:25  main to samajhta hoon ke woh qurbat, khuda ki qurbat, woh wali jannat ka ko deserve nahi karta. woh</w:t>
      </w:r>
    </w:p>
    <w:p>
      <w:pPr>
        <w:pStyle w:val="Heading2"/>
      </w:pPr>
      <w:r>
        <w:t>Can ordinary Muslim achieve highest paradise?</w:t>
      </w:r>
    </w:p>
    <w:p>
      <w:r>
        <w:rPr>
          <w:color w:val="666666"/>
          <w:sz w:val="18"/>
        </w:rPr>
        <w:t>Faith &amp; God · Realization of God May 07, 2017 Maulana Wahiduddin Khan · 52s · at 54:57 · https://youtu.be/sXmJShRfWKs?t=3297</w:t>
      </w:r>
    </w:p>
    <w:p>
      <w:r>
        <w:rPr>
          <w:i/>
        </w:rPr>
        <w:t>“Can an ordinary Muslim who is not a scholar achieve the highest level of paradise? If yes, then how? What are the things that a person needs to do to get to the highest level of Jannah?”</w:t>
      </w:r>
    </w:p>
    <w:p>
      <w:r>
        <w:rPr>
          <w:sz w:val="20"/>
        </w:rPr>
        <w:t>54:57  Maulana agla sawal Imran Khalid sahib ne Lahore se kiya hai unhone poocha hai ke can an ordinary muslim who is not a scholar achieve highest level of paradise</w:t>
      </w:r>
      <w:r>
        <w:br/>
      </w:r>
      <w:r>
        <w:rPr>
          <w:sz w:val="20"/>
        </w:rPr>
        <w:t>55:10  if yes then how what are the things that a person needs to do to get to the highest level of jannat</w:t>
      </w:r>
      <w:r>
        <w:br/>
      </w:r>
      <w:r>
        <w:rPr>
          <w:sz w:val="20"/>
        </w:rPr>
        <w:t>55:21  highest level ke maani hain highest marifat highest level of thinking to is ka talluq degree se nahi hai degree se is ka talluq nahi hai is ka talluq yeh hai ke aap dua karein study karein apni soch ko barhaayein khoob khoob dua karein is ka talluq kuch bhi degree se nahi hai</w:t>
      </w:r>
    </w:p>
    <w:p>
      <w:pPr>
        <w:pStyle w:val="Heading2"/>
      </w:pPr>
      <w:r>
        <w:t>Can we close the door of repentance?</w:t>
      </w:r>
    </w:p>
    <w:p>
      <w:r>
        <w:rPr>
          <w:color w:val="666666"/>
          <w:sz w:val="18"/>
        </w:rPr>
        <w:t>Faith &amp; God · Don't Be Angry Culture January 15, 2012 · 1m 40s · at 1:13:44 · https://youtu.be/NrA3X8y_FLY?t=4424</w:t>
      </w:r>
    </w:p>
    <w:p>
      <w:r>
        <w:rPr>
          <w:i/>
        </w:rPr>
        <w:t>“Can we close the door of repentance for anyone?”</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r>
        <w:br/>
      </w:r>
      <w:r>
        <w:rPr>
          <w:sz w:val="20"/>
        </w:rPr>
        <w:t>1:14:20  aaj kal ke log bohat aasani se dakhil ho jate hain khuda ke domain mein, mislan fatwa dete hain, takfeer ka fatwa. main arzii ke khuda ke domain mein dakhil hona hai.</w:t>
      </w:r>
      <w:r>
        <w:br/>
      </w:r>
      <w:r>
        <w:rPr>
          <w:sz w:val="20"/>
        </w:rPr>
        <w:t>1:14:30  aap ko haq nahi hai takfeer ka fatwa dene ka. yeh kafir hai, yeh munafiq hai, yeh fasiq hai, yeh dushman hai. aap ko kya haq hai kehne ka? yaad rakhiye, yeh sab khuda ke domain mein dakhil hona hai.</w:t>
      </w:r>
      <w:r>
        <w:br/>
      </w:r>
      <w:r>
        <w:rPr>
          <w:sz w:val="20"/>
        </w:rPr>
        <w:t>1:14:44  aap ke haq, aap ko kya karna hai?</w:t>
      </w:r>
      <w:r>
        <w:br/>
      </w:r>
      <w:r>
        <w:rPr>
          <w:sz w:val="20"/>
        </w:rPr>
        <w:t>1:14:47  daawat, naseehat, talqeen, waaz. bas nahi to dua.</w:t>
      </w:r>
      <w:r>
        <w:br/>
      </w:r>
      <w:r>
        <w:rPr>
          <w:sz w:val="20"/>
        </w:rPr>
        <w:t>1:14:55  yaani daawat aur naseehat ke baad agar aap samajhte hain kuch aur karna to bas dua kijiye. baqi fatwe dena, ladna bhirna aur statement jari karna,</w:t>
      </w:r>
      <w:r>
        <w:br/>
      </w:r>
      <w:r>
        <w:rPr>
          <w:sz w:val="20"/>
        </w:rPr>
        <w:t>1:15:11  yeh sab khuda ke domain mein dakhil hona hai, jis ki ijazat</w:t>
      </w:r>
      <w:r>
        <w:br/>
      </w:r>
      <w:r>
        <w:rPr>
          <w:sz w:val="20"/>
        </w:rPr>
        <w:t>1:15:15  kisi ko nahi hai. peghambar ko bhi nahi hai ke khuda ke domain mein dakhil ho jaye woh. aur doosre logon ko kaise ho sakti hai?</w:t>
      </w:r>
    </w:p>
    <w:p>
      <w:pPr>
        <w:pStyle w:val="Heading2"/>
      </w:pPr>
      <w:r>
        <w:t>Can we control Allah's feelings</w:t>
      </w:r>
    </w:p>
    <w:p>
      <w:r>
        <w:rPr>
          <w:color w:val="666666"/>
          <w:sz w:val="18"/>
        </w:rPr>
        <w:t>Faith &amp; God · Purpose Of Human Life -12th Feb. '12 · 1m 18s · at 1:42:54 · https://youtu.be/TCGYvGJHf7w?t=6174</w:t>
      </w:r>
    </w:p>
    <w:p>
      <w:r>
        <w:rPr>
          <w:i/>
        </w:rPr>
        <w:t>“Maulana, a person said that we can control feelings of Allah because if we do good deeds Allah will become happy. Is this correct?”</w:t>
      </w:r>
    </w:p>
    <w:p>
      <w:r>
        <w:rPr>
          <w:sz w:val="20"/>
        </w:rPr>
        <w:t>1:42:54  Maulana, agla sawal aahe andhra pradesh se aaya hai Maulana abdulkarim sahib ka.</w:t>
      </w:r>
      <w:r>
        <w:br/>
      </w:r>
      <w:r>
        <w:rPr>
          <w:sz w:val="20"/>
        </w:rPr>
        <w:t>1:42:59  Unhon ne poocha hai aap se ke aahe Maulana, ek sahib ne farmaya ke We can control feelings</w:t>
      </w:r>
      <w:r>
        <w:br/>
      </w:r>
      <w:r>
        <w:rPr>
          <w:sz w:val="20"/>
        </w:rPr>
        <w:t>1:43:03  of Allah because if we do good deeds Allah will become happy.</w:t>
      </w:r>
      <w:r>
        <w:br/>
      </w:r>
      <w:r>
        <w:rPr>
          <w:sz w:val="20"/>
        </w:rPr>
        <w:t>1:43:08  If we do bad deeds then He will become angry.</w:t>
      </w:r>
      <w:r>
        <w:br/>
      </w:r>
      <w:r>
        <w:rPr>
          <w:sz w:val="20"/>
        </w:rPr>
        <w:t>1:43:13  Maulana sahib, how can we answer to this question? kya kya main sab jayega? haan, Maulana, woh yeh keh rahe hain ke jo Allah taala ki feelings hain woh hum control kar sakte hain. ek sahib ne un ko kaha hai ke kya matlab feeling control kar, kya matlab? kya woh be bas baat hai yeh? kya matlab control kar sakte hain hum? to kuch kuch kuch sense nahin banta. aap bataiye kya sense banta hai? kya sawal hai? mat sunen, mat samjhaen. Maulana, woh shayad yeh kehna chah rahe hain ke ah they can actually control in the sense ke agar acha kaam karenge to Allah taala khush honge aur agar galat kaam karenge to naraz honge. to is tarah se woh ah decide kar sakte hain ke Allah taala ki kya feelings hongi. sawal ek, humein kya pata hai ke hum ne acha kaam kiya hai? woh Allah taala jab is ko acha qarar de, tab woh acha hai. hamare samne acha ho jayega. ab main pani pi raha hoon, dahine hath se, bas samajh lo ke bas Khuda khush ho gaya. to bhai, aam makan mein baat ho gayi. yeh Khuda ko pata hai kis kaam par woh khush hoga, kis kaam par na khush hoga. aap ko to yeh pata hai. hmm, yeh to bilkul stupid baat hai. bilkul jo ek aisa karta hai aadmi, woh samajhta hai ke us ko us ke ikhtiyar mein hai Khuda ko khush karna. Khuda khud jis se jis cheez se aap khush hoga, jis cheez se naraz hoga. humein kya pata? yani jo kaam hum karte hain, woh Khuda jis ko qabool kare, tab ja kar woh Khuda ko khush karne wala banega. sirf hamare karne se thodi ban jayega. isi liye sare sahaba jo the, aakhir waqt tak fear mein jeete the. fear mein. kya matlab hum ne jo kiya hai, woh qabool hua ke nahin Allah taala ke haan? yeh to ek stupid question hai. okay, we will end this session now as.</w:t>
      </w:r>
    </w:p>
    <w:p>
      <w:pPr>
        <w:pStyle w:val="Heading2"/>
      </w:pPr>
      <w:r>
        <w:t>Can we see God completely in paradise?</w:t>
      </w:r>
    </w:p>
    <w:p>
      <w:r>
        <w:rPr>
          <w:color w:val="666666"/>
          <w:sz w:val="18"/>
        </w:rPr>
        <w:t>Faith &amp; God · Angels on Earth 29 June, 2019 - Maulana Wahiduddin Khan · 1m 51s · at 1:07:32 · https://youtu.be/WNzxofHh_Dw?t=4052</w:t>
      </w:r>
    </w:p>
    <w:p>
      <w:r>
        <w:rPr>
          <w:i/>
        </w:rPr>
        <w:t>“Will we be able to see God completely in the hereafter? There is a hadith that the people of paradise will see Allah, but my own feeling is that Allah who created such a vast universe...”</w:t>
      </w:r>
    </w:p>
    <w:p>
      <w:r>
        <w:rPr>
          <w:sz w:val="20"/>
        </w:rPr>
        <w:t>1:07:32  jisko us ne naam diya hai single string theory to aap ne sahi kaha ah Maulana agla sawal Chennai se kiya hai Maulana Iqbal Umri ne unhon ne aap se poocha hai Maulana Khuda ko kya aakhirat mein mukammal dekh sakenge</w:t>
      </w:r>
      <w:r>
        <w:br/>
      </w:r>
      <w:r>
        <w:rPr>
          <w:sz w:val="20"/>
        </w:rPr>
        <w:t>1:07:58  bhai hadith mein to aya hai ke</w:t>
      </w:r>
      <w:r>
        <w:br/>
      </w:r>
      <w:r>
        <w:rPr>
          <w:sz w:val="20"/>
        </w:rPr>
        <w:t>1:08:01  ke in jannati dekhenge Allah ko lekin mera apna ehsas yeh hai ke Allah rab ul alameen jis ne itni bari universe banai kaisi ajeeb ghareeb universe hai</w:t>
      </w:r>
      <w:r>
        <w:br/>
      </w:r>
      <w:r>
        <w:rPr>
          <w:sz w:val="20"/>
        </w:rPr>
        <w:t>1:08:23  to kaise insan dekhenge is ko main nahi samajhta ke insan kabhi is ko poori</w:t>
      </w:r>
    </w:p>
    <w:p>
      <w:pPr>
        <w:pStyle w:val="Heading2"/>
      </w:pPr>
      <w:r>
        <w:t>Certainty of Paradise by Following Commands</w:t>
      </w:r>
    </w:p>
    <w:p>
      <w:r>
        <w:rPr>
          <w:color w:val="666666"/>
          <w:sz w:val="18"/>
        </w:rPr>
        <w:t>Faith &amp; God · Dars-e-Quran, Chapter 2, Verse 25 | November 19, 2017 | Maulana Wahiduddin Khan · 3m 27s · at 51:12 · https://youtu.be/ctvrG32NCgA?t=3072</w:t>
      </w:r>
    </w:p>
    <w:p>
      <w:r>
        <w:rPr>
          <w:i/>
        </w:rPr>
        <w:t>“How much a man can be sure of his entry to Paradise if he follows the commandments and teachings of Allah and?”</w:t>
      </w:r>
    </w:p>
    <w:p>
      <w:r>
        <w:rPr>
          <w:sz w:val="20"/>
        </w:rPr>
        <w:t>51:12  pane ki talab aur haris paida hoti hai." molana, agla sawal dilli se bheja hai muhammad rehan sahib ne,</w:t>
      </w:r>
      <w:r>
        <w:br/>
      </w:r>
      <w:r>
        <w:rPr>
          <w:sz w:val="20"/>
        </w:rPr>
        <w:t>51:20  جو ایک ریسرچ سکالر ہیں جامعہ ملیہ اسلامیہ یونیورسٹی میں، انہوں نے لکھا ہے: "How much a man</w:t>
      </w:r>
      <w:r>
        <w:br/>
      </w:r>
      <w:r>
        <w:rPr>
          <w:sz w:val="20"/>
        </w:rPr>
        <w:t>51:27  can be sure of his entry to paradise if he follows the commandments and teachings of Allah and</w:t>
      </w:r>
      <w:r>
        <w:br/>
      </w:r>
      <w:r>
        <w:rPr>
          <w:sz w:val="20"/>
        </w:rPr>
        <w:t>51:35  di profit of islam? molana, please advise on this.</w:t>
      </w:r>
      <w:r>
        <w:br/>
      </w:r>
      <w:r>
        <w:rPr>
          <w:sz w:val="20"/>
        </w:rPr>
        <w:t>51:43  dekhiye, aadmi jannat ke bare mein</w:t>
      </w:r>
      <w:r>
        <w:br/>
      </w:r>
      <w:r>
        <w:rPr>
          <w:sz w:val="20"/>
        </w:rPr>
        <w:t>51:51  shor na ho to sab se bara amal yeh hai, yaad rakhiye, allah ke nazdeek yani allah jo</w:t>
      </w:r>
      <w:r>
        <w:br/>
      </w:r>
      <w:r>
        <w:rPr>
          <w:sz w:val="20"/>
        </w:rPr>
        <w:t>52:01  kam, yani har aitbar se perfect hai, allah jo har aitbar se perfect hai, kya aap samajhte hain</w:t>
      </w:r>
      <w:r>
        <w:br/>
      </w:r>
      <w:r>
        <w:rPr>
          <w:sz w:val="20"/>
        </w:rPr>
        <w:t>52:11  ke kisi ke amal ko perfect surat mein dekh sakta hai? woh allah ki nazar</w:t>
      </w:r>
      <w:r>
        <w:br/>
      </w:r>
      <w:r>
        <w:rPr>
          <w:sz w:val="20"/>
        </w:rPr>
        <w:t>52:21  mein koi bhi amal kisi ka perfect ho hi nahi sakta.</w:t>
      </w:r>
      <w:r>
        <w:br/>
      </w:r>
      <w:r>
        <w:rPr>
          <w:sz w:val="20"/>
        </w:rPr>
        <w:t>52:27  is liye yeh yani yeh yeh criteria nahi jo aap ne samajh rahe hain, criteria yeh hai ke</w:t>
      </w:r>
      <w:r>
        <w:br/>
      </w:r>
      <w:r>
        <w:rPr>
          <w:sz w:val="20"/>
        </w:rPr>
        <w:t>52:34  aap ke andar itna izzat ho, itna as the aap criticize ho gaye hon ke samjhein ke main</w:t>
      </w:r>
      <w:r>
        <w:br/>
      </w:r>
      <w:r>
        <w:rPr>
          <w:sz w:val="20"/>
        </w:rPr>
        <w:t>52:40  to kuch nahi kar paya.</w:t>
      </w:r>
      <w:r>
        <w:br/>
      </w:r>
      <w:r>
        <w:rPr>
          <w:sz w:val="20"/>
        </w:rPr>
        <w:t>52:46  allah jo al perfect hai, us ki nazar mein</w:t>
      </w:r>
      <w:r>
        <w:br/>
      </w:r>
      <w:r>
        <w:rPr>
          <w:sz w:val="20"/>
        </w:rPr>
        <w:t>52:53  wohi banda qabil qadar hai jo ehsas izzat ke sath wahan pohnche ke mere pas kya hai, mere</w:t>
      </w:r>
      <w:r>
        <w:br/>
      </w:r>
      <w:r>
        <w:rPr>
          <w:sz w:val="20"/>
        </w:rPr>
        <w:t>52:58  pas kya hai.</w:t>
      </w:r>
      <w:r>
        <w:br/>
      </w:r>
      <w:r>
        <w:rPr>
          <w:sz w:val="20"/>
        </w:rPr>
        <w:t>53:03  main ne ek qissa bataya tha aap logon ko is se pehle ke arab kisara mein ek baddo</w:t>
      </w:r>
      <w:r>
        <w:br/>
      </w:r>
      <w:r>
        <w:rPr>
          <w:sz w:val="20"/>
        </w:rPr>
        <w:t>53:08  ko pani ka chashma mila, us zamane ki baat hai, to bohat bari cheez nazar aai us ko,</w:t>
      </w:r>
      <w:r>
        <w:br/>
      </w:r>
      <w:r>
        <w:rPr>
          <w:sz w:val="20"/>
        </w:rPr>
        <w:t>53:13  pani ka chashma.</w:t>
      </w:r>
      <w:r>
        <w:br/>
      </w:r>
      <w:r>
        <w:rPr>
          <w:sz w:val="20"/>
        </w:rPr>
        <w:t>53:18  to us ne</w:t>
      </w:r>
      <w:r>
        <w:br/>
      </w:r>
      <w:r>
        <w:rPr>
          <w:sz w:val="20"/>
        </w:rPr>
        <w:t>53:23  ek bartan mein pani rakha, kaha ke bhai is ko le jaon ga badshah ke pas, haroon rasheed</w:t>
      </w:r>
      <w:r>
        <w:br/>
      </w:r>
      <w:r>
        <w:rPr>
          <w:sz w:val="20"/>
        </w:rPr>
        <w:t>53:29  ke pas, woh unhein inaam o ikram de ga.</w:t>
      </w:r>
      <w:r>
        <w:br/>
      </w:r>
      <w:r>
        <w:rPr>
          <w:sz w:val="20"/>
        </w:rPr>
        <w:t>53:35  to gaya woh, kis tarah se dakhil hua wahan, woh lekin haroon rasheed ka jo mahal tha, woh</w:t>
      </w:r>
      <w:r>
        <w:br/>
      </w:r>
      <w:r>
        <w:rPr>
          <w:sz w:val="20"/>
        </w:rPr>
        <w:t>53:41  dijla ke kinare tha, dijla bohat bara naddi gangi, jaise ganga hamara hai.</w:t>
      </w:r>
      <w:r>
        <w:br/>
      </w:r>
      <w:r>
        <w:rPr>
          <w:sz w:val="20"/>
        </w:rPr>
        <w:t>53:47  to jab us ne dekha</w:t>
      </w:r>
      <w:r>
        <w:br/>
      </w:r>
      <w:r>
        <w:rPr>
          <w:sz w:val="20"/>
        </w:rPr>
        <w:t>53:54  to is ne socha ke ke is ka mahal to ek bohat bari nadi ke kinare waqe hai,</w:t>
      </w:r>
      <w:r>
        <w:br/>
      </w:r>
      <w:r>
        <w:rPr>
          <w:sz w:val="20"/>
        </w:rPr>
        <w:t>54:01  is ke pas hamare is pani ki kya qeemat hai? to to yeh cheez haroon rasheed ko zyada</w:t>
      </w:r>
      <w:r>
        <w:br/>
      </w:r>
      <w:r>
        <w:rPr>
          <w:sz w:val="20"/>
        </w:rPr>
        <w:t>54:09  yani pasand aayi, aur us ne is ke bartan ko sone dhone se bhar diya.</w:t>
      </w:r>
      <w:r>
        <w:br/>
      </w:r>
      <w:r>
        <w:rPr>
          <w:sz w:val="20"/>
        </w:rPr>
        <w:t>54:16  to yeh kabhi bas chahiye ke aap aisa amal karee</w:t>
      </w:r>
      <w:r>
        <w:br/>
      </w:r>
      <w:r>
        <w:rPr>
          <w:sz w:val="20"/>
        </w:rPr>
        <w:t>54:24  n jo bilkul perfect ho, yeh Allah ke, Allah ke yani Allah ka jo ki jo shan hai,</w:t>
      </w:r>
      <w:r>
        <w:br/>
      </w:r>
      <w:r>
        <w:rPr>
          <w:sz w:val="20"/>
        </w:rPr>
        <w:t>54:31  اس کا جو درجہ ہے، اس کو underestimate کرنا ہے۔</w:t>
      </w:r>
    </w:p>
    <w:p>
      <w:pPr>
        <w:pStyle w:val="Heading2"/>
      </w:pPr>
      <w:r>
        <w:t>Challenge for atheist to find God rationally</w:t>
      </w:r>
    </w:p>
    <w:p>
      <w:r>
        <w:rPr>
          <w:color w:val="666666"/>
          <w:sz w:val="18"/>
        </w:rPr>
        <w:t>Faith &amp; God · On Atheism | May 22, 2016 · 4m 56s · at 1:10:01 · https://youtu.be/tzJmfYnSleo?t=4201</w:t>
      </w:r>
    </w:p>
    <w:p>
      <w:r>
        <w:rPr>
          <w:i/>
        </w:rPr>
        <w:t>“I think the real challenge for an atheist is that he wants to discover God at a rational level and he does not get all the logical answers. What is your opinion?”</w:t>
      </w:r>
    </w:p>
    <w:p>
      <w:r>
        <w:rPr>
          <w:sz w:val="20"/>
        </w:rPr>
        <w:t>1:10:01  maulana agla sawal kya hai mister ajay dravri ne dilli se unho ne likha hai ke maulana ai</w:t>
      </w:r>
      <w:r>
        <w:br/>
      </w:r>
      <w:r>
        <w:rPr>
          <w:sz w:val="20"/>
        </w:rPr>
        <w:t>1:10:08  I think the real challenge for an atheist is that he wants to discover God at a rational level and</w:t>
      </w:r>
      <w:r>
        <w:br/>
      </w:r>
      <w:r>
        <w:rPr>
          <w:sz w:val="20"/>
        </w:rPr>
        <w:t>1:10:14  He does not get all the logical answers.</w:t>
      </w:r>
      <w:r>
        <w:br/>
      </w:r>
      <w:r>
        <w:rPr>
          <w:sz w:val="20"/>
        </w:rPr>
        <w:t>1:10:20  Is it possible to discover God at a logical level?</w:t>
      </w:r>
      <w:r>
        <w:br/>
      </w:r>
      <w:r>
        <w:rPr>
          <w:sz w:val="20"/>
        </w:rPr>
        <w:t>1:10:26  What is your opinion in this? یہ بات صحیح ہے کہ ہم ہر چیز کو ریزن اؤٹ کرتے ہیں۔</w:t>
      </w:r>
      <w:r>
        <w:br/>
      </w:r>
      <w:r>
        <w:rPr>
          <w:sz w:val="20"/>
        </w:rPr>
        <w:t>1:10:33  god ko hum god ke concept ko har cheez ko hum reason out yeh hamara hamara mind jo</w:t>
      </w:r>
      <w:r>
        <w:br/>
      </w:r>
      <w:r>
        <w:rPr>
          <w:sz w:val="20"/>
        </w:rPr>
        <w:t>1:10:41  hai woh by nature har cheez ko reason out karna chahta hai.</w:t>
      </w:r>
      <w:r>
        <w:br/>
      </w:r>
      <w:r>
        <w:rPr>
          <w:sz w:val="20"/>
        </w:rPr>
        <w:t>1:10:49  lekin reason out karne ke principle kya hain? Agar aap yeh janna chahein ke aap apni maan ke bete hain</w:t>
      </w:r>
      <w:r>
        <w:br/>
      </w:r>
      <w:r>
        <w:rPr>
          <w:sz w:val="20"/>
        </w:rPr>
        <w:t>1:10:57  to is ki shart yeh ho ke mujhe dekhna chahiye to kabhi aap dekh payenge ke aap</w:t>
      </w:r>
      <w:r>
        <w:br/>
      </w:r>
      <w:r>
        <w:rPr>
          <w:sz w:val="20"/>
        </w:rPr>
        <w:t>1:11:03  apni maan ke peit se paida hue? Aisi hazaron cheezein hain aaj is zamane mein to aap jante</w:t>
      </w:r>
      <w:r>
        <w:br/>
      </w:r>
      <w:r>
        <w:rPr>
          <w:sz w:val="20"/>
        </w:rPr>
        <w:t>1:11:09  hain ke yeh discovery ho gayi hai ke sub atomic particle hain.</w:t>
      </w:r>
      <w:r>
        <w:br/>
      </w:r>
      <w:r>
        <w:rPr>
          <w:sz w:val="20"/>
        </w:rPr>
        <w:t>1:11:15  sub atomic particle jo hain woh dikhai nahi dete.</w:t>
      </w:r>
      <w:r>
        <w:br/>
      </w:r>
      <w:r>
        <w:rPr>
          <w:sz w:val="20"/>
        </w:rPr>
        <w:t>1:11:21  koi bhi aala is ko aap ko dikha nahi sakta phir</w:t>
      </w:r>
      <w:r>
        <w:br/>
      </w:r>
      <w:r>
        <w:rPr>
          <w:sz w:val="20"/>
        </w:rPr>
        <w:t>1:11:27  bhi aap is ko mante hain.</w:t>
      </w:r>
      <w:r>
        <w:br/>
      </w:r>
      <w:r>
        <w:rPr>
          <w:sz w:val="20"/>
        </w:rPr>
        <w:t>1:11:30  to reason ka is zamane mein concept badal gaya hai.</w:t>
      </w:r>
      <w:r>
        <w:br/>
      </w:r>
      <w:r>
        <w:rPr>
          <w:sz w:val="20"/>
        </w:rPr>
        <w:t>1:11:34  pehlay zamane mein yeh reason ka matlab tha ke aankh se dekhna.</w:t>
      </w:r>
      <w:r>
        <w:br/>
      </w:r>
      <w:r>
        <w:rPr>
          <w:sz w:val="20"/>
        </w:rPr>
        <w:t>1:11:38  ab woh dekhne dikhai nahi koi cheez cheez dikhai nahi deti.</w:t>
      </w:r>
      <w:r>
        <w:br/>
      </w:r>
      <w:r>
        <w:rPr>
          <w:sz w:val="20"/>
        </w:rPr>
        <w:t>1:11:42  is mamle ko aap ko samajhna ho to ek kitab padh lijiye woh hai sir Arthur Eddington ki kitab.</w:t>
      </w:r>
      <w:r>
        <w:br/>
      </w:r>
      <w:r>
        <w:rPr>
          <w:sz w:val="20"/>
        </w:rPr>
        <w:t>1:11:45  is ka naam hai unseen word.</w:t>
      </w:r>
      <w:r>
        <w:br/>
      </w:r>
      <w:r>
        <w:rPr>
          <w:sz w:val="20"/>
        </w:rPr>
        <w:t>1:11:49  unseen word.</w:t>
      </w:r>
      <w:r>
        <w:br/>
      </w:r>
      <w:r>
        <w:rPr>
          <w:sz w:val="20"/>
        </w:rPr>
        <w:t>1:11:53  sirf ek kitab padhna aap ko ka</w:t>
      </w:r>
      <w:r>
        <w:br/>
      </w:r>
      <w:r>
        <w:rPr>
          <w:sz w:val="20"/>
        </w:rPr>
        <w:t>1:11:57  fi ho jayega.</w:t>
      </w:r>
      <w:r>
        <w:br/>
      </w:r>
      <w:r>
        <w:rPr>
          <w:sz w:val="20"/>
        </w:rPr>
        <w:t>1:12:03  maulana ek comment parhna chahenge jo abdul basit umri ne bheja hai doha qatar se aur unhon ne</w:t>
      </w:r>
      <w:r>
        <w:br/>
      </w:r>
      <w:r>
        <w:rPr>
          <w:sz w:val="20"/>
        </w:rPr>
        <w:t>1:12:09  likha hai maulana aap ne jo kaha ke khuda ko manne se aadmi ko ek yaqeen aur umeed</w:t>
      </w:r>
      <w:r>
        <w:br/>
      </w:r>
      <w:r>
        <w:rPr>
          <w:sz w:val="20"/>
        </w:rPr>
        <w:t>1:12:15  milti hai ke jis khuda ne aj mere liye suraj ko nikala wahi kal bhi nikale ga lekin</w:t>
      </w:r>
      <w:r>
        <w:br/>
      </w:r>
      <w:r>
        <w:rPr>
          <w:sz w:val="20"/>
        </w:rPr>
        <w:t>1:12:21  khuda ko na mane to insan ke liye koi sahara nahi woh hairan aur pareshan ki tarah</w:t>
      </w:r>
      <w:r>
        <w:br/>
      </w:r>
      <w:r>
        <w:rPr>
          <w:sz w:val="20"/>
        </w:rPr>
        <w:t>1:12:27  jangal mein bhatakta rahega yeh mere liye khuda ko manne ke liye ek aur daleel hai.</w:t>
      </w:r>
      <w:r>
        <w:br/>
      </w:r>
      <w:r>
        <w:rPr>
          <w:sz w:val="20"/>
        </w:rPr>
        <w:t>1:12:34  maulana ek aur sawal aaya hai aamir jinn mori sahib ka kashmir se woh sawal aj ke topic</w:t>
      </w:r>
      <w:r>
        <w:br/>
      </w:r>
      <w:r>
        <w:rPr>
          <w:sz w:val="20"/>
        </w:rPr>
        <w:t>1:12:42  se nahi hai unhon ne likha hai ke maulana sahib when a team is doing dawah work how</w:t>
      </w:r>
      <w:r>
        <w:br/>
      </w:r>
      <w:r>
        <w:rPr>
          <w:sz w:val="20"/>
        </w:rPr>
        <w:t>1:12:50  important is it that every member of the team</w:t>
      </w:r>
      <w:r>
        <w:br/>
      </w:r>
      <w:r>
        <w:rPr>
          <w:sz w:val="20"/>
        </w:rPr>
        <w:t>1:12:57  should have rules and responsibilities of doing the work how important is it that there has to be</w:t>
      </w:r>
      <w:r>
        <w:br/>
      </w:r>
      <w:r>
        <w:rPr>
          <w:sz w:val="20"/>
        </w:rPr>
        <w:t>1:13:03  a lot of cohesiveness among the team members and if both are equally important then how we can</w:t>
      </w:r>
      <w:r>
        <w:br/>
      </w:r>
      <w:r>
        <w:rPr>
          <w:sz w:val="20"/>
        </w:rPr>
        <w:t>1:13:10  address it if either or both of them are missing.</w:t>
      </w:r>
      <w:r>
        <w:br/>
      </w:r>
      <w:r>
        <w:rPr>
          <w:sz w:val="20"/>
        </w:rPr>
        <w:t>1:13:16  dekhiye dawah jo hai har qatar mein har fard ka kaam hai.</w:t>
      </w:r>
      <w:r>
        <w:br/>
      </w:r>
      <w:r>
        <w:rPr>
          <w:sz w:val="20"/>
        </w:rPr>
        <w:t>1:13:22  dawah har fard ka kaam hai</w:t>
      </w:r>
      <w:r>
        <w:br/>
      </w:r>
      <w:r>
        <w:rPr>
          <w:sz w:val="20"/>
        </w:rPr>
        <w:t>1:13:28  lekin koi bhi kaam aap jante hain organized way pe kiya aata hai to zyada bada result niklta hai.</w:t>
      </w:r>
      <w:r>
        <w:br/>
      </w:r>
      <w:r>
        <w:rPr>
          <w:sz w:val="20"/>
        </w:rPr>
        <w:t>1:13:34  to team kis ek hai dawah akele akele karna ek hai team ki surat mein karna to team</w:t>
      </w:r>
      <w:r>
        <w:br/>
      </w:r>
      <w:r>
        <w:rPr>
          <w:sz w:val="20"/>
        </w:rPr>
        <w:t>1:13:40  ki surat mein karne ke mani hain organized way mein karna aur organized way pe jab karenge</w:t>
      </w:r>
      <w:r>
        <w:br/>
      </w:r>
      <w:r>
        <w:rPr>
          <w:sz w:val="20"/>
        </w:rPr>
        <w:t>1:13:46  to result bohat barh jayega bohat barh jayega.</w:t>
      </w:r>
      <w:r>
        <w:br/>
      </w:r>
      <w:r>
        <w:rPr>
          <w:sz w:val="20"/>
        </w:rPr>
        <w:t>1:13:52  to yeh hai maamla hadith mein jo</w:t>
      </w:r>
      <w:r>
        <w:br/>
      </w:r>
      <w:r>
        <w:rPr>
          <w:sz w:val="20"/>
        </w:rPr>
        <w:t>1:13:58  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r>
        <w:br/>
      </w:r>
      <w:r>
        <w:rPr>
          <w:sz w:val="20"/>
        </w:rPr>
        <w:t>1:14:28  wo nikal nahi nikal payega woh kyunke is ke liye chahiye bohat se sathi acha jo sathi</w:t>
      </w:r>
      <w:r>
        <w:br/>
      </w:r>
      <w:r>
        <w:rPr>
          <w:sz w:val="20"/>
        </w:rPr>
        <w:t>1:14:36  ke liye qeemat deni parti hai sathi ban nahi sakte aap ke sathi jab banenge jab aap</w:t>
      </w:r>
      <w:r>
        <w:br/>
      </w:r>
      <w:r>
        <w:rPr>
          <w:sz w:val="20"/>
        </w:rPr>
        <w:t>1:14:43  ke andar bardasht ho sabr ho khair khwahi ho tolerance ho tab hoga warna warna team banegi</w:t>
      </w:r>
      <w:r>
        <w:br/>
      </w:r>
      <w:r>
        <w:rPr>
          <w:sz w:val="20"/>
        </w:rPr>
        <w:t>1:14:51  nahi to apne</w:t>
      </w:r>
    </w:p>
    <w:p>
      <w:pPr>
        <w:pStyle w:val="Heading2"/>
      </w:pPr>
      <w:r>
        <w:t>Clarification on definition of Islam</w:t>
      </w:r>
    </w:p>
    <w:p>
      <w:r>
        <w:rPr>
          <w:color w:val="666666"/>
          <w:sz w:val="18"/>
        </w:rPr>
        <w:t>Faith &amp; God · Story of the Prophet Yusuf May 11, 2014 Maulana Wahiduddin Khan · 2m 19s · at 1:06:39 · https://youtu.be/2alsBthUWhw?t=3999</w:t>
      </w:r>
    </w:p>
    <w:p>
      <w:r>
        <w:rPr>
          <w:i/>
        </w:rPr>
        <w:t>“Maulana, you have defined Islam in this way: Islam, in terms of its ideology, is based on the religion of Tawheed, and in terms of its methodology, is based on...”</w:t>
      </w:r>
    </w:p>
    <w:p>
      <w:r>
        <w:rPr>
          <w:sz w:val="20"/>
        </w:rPr>
        <w:t>1:06:39  maulana agla sawal bidar karnataka se yunusuddin sahib ne kiya</w:t>
      </w:r>
      <w:r>
        <w:br/>
      </w:r>
      <w:r>
        <w:rPr>
          <w:sz w:val="20"/>
        </w:rPr>
        <w:t>1:06:44  hai unhone likha hai Maulana aap ne Islam ko is tarah define kiya hai ke Islam apne</w:t>
      </w:r>
      <w:r>
        <w:br/>
      </w:r>
      <w:r>
        <w:rPr>
          <w:sz w:val="20"/>
        </w:rPr>
        <w:t>1:06:52  nazariye ke aitbar se buniyad par tauheed deen hai aur apne tareeqa kar ke aitbar se buniyad par</w:t>
      </w:r>
      <w:r>
        <w:br/>
      </w:r>
      <w:r>
        <w:rPr>
          <w:sz w:val="20"/>
        </w:rPr>
        <w:t>1:07:01  aman deen hai is ki thori si mazeed wazahat karein bhai hamari kitabein padhiye yeh to bohat zyada</w:t>
      </w:r>
      <w:r>
        <w:br/>
      </w:r>
      <w:r>
        <w:rPr>
          <w:sz w:val="20"/>
        </w:rPr>
        <w:t>1:07:09  kitabon mein likha hua hai ab yahan kya hum wazahat karein</w:t>
      </w:r>
      <w:r>
        <w:br/>
      </w:r>
      <w:r>
        <w:rPr>
          <w:sz w:val="20"/>
        </w:rPr>
        <w:t>1:07:13  yeh jo baat hai yeh kitabon mein bohat zyada wazeh hai isi mein padhiye</w:t>
      </w:r>
      <w:r>
        <w:br/>
      </w:r>
      <w:r>
        <w:rPr>
          <w:sz w:val="20"/>
        </w:rPr>
        <w:t>1:07:18  ek baar padhein wazeh na ho do baar padhiye teen baar padhiye char baar padhiye panch baar padhiye</w:t>
      </w:r>
      <w:r>
        <w:br/>
      </w:r>
      <w:r>
        <w:rPr>
          <w:sz w:val="20"/>
        </w:rPr>
        <w:t>1:07:24  Maulana Shibli Nomani ko kitab likhni thi Sir al-Ajam to ek kitab hai</w:t>
      </w:r>
      <w:r>
        <w:br/>
      </w:r>
      <w:r>
        <w:rPr>
          <w:sz w:val="20"/>
        </w:rPr>
        <w:t>1:07:29  is ka naam hai ab hayat</w:t>
      </w:r>
      <w:r>
        <w:br/>
      </w:r>
      <w:r>
        <w:rPr>
          <w:sz w:val="20"/>
        </w:rPr>
        <w:t>1:07:32  woh muhammad hussain azad ki woh bhi literary mauzu par woh bhi literary mauzu par hai to maulana shibli nomani ne is kitab ko 14 bar parha ek literary mauzu par 14 bar parha aur akhirat ke mauzu par aap ek hi ek parhte hain ek hi bar aap ghor kijiye aap ab hayat jo kitab hai woh bhi literary mauzu par hai</w:t>
      </w:r>
      <w:r>
        <w:br/>
      </w:r>
      <w:r>
        <w:rPr>
          <w:sz w:val="20"/>
        </w:rPr>
        <w:t>1:07:58  adabi adabi mauzu par hai aur seer ul a'jam bhi adabi mauzu par hai to adabi mauzu ko achhi tarah nibhane ke liye unhon ne is mauzu se muta'alliq ek kitab ko 14 bar parha aur aap sirf ek bar parh kar ke samajhte hain ke parh liya aap ne bar bar parhiye bar bar parhiye to sawal apne aap khatam ho jaye ga okay we will end this session now thank you.</w:t>
      </w:r>
    </w:p>
    <w:p>
      <w:pPr>
        <w:pStyle w:val="Heading2"/>
      </w:pPr>
      <w:r>
        <w:t>Clarification on knowledge of God in Ma'rifat</w:t>
      </w:r>
    </w:p>
    <w:p>
      <w:r>
        <w:rPr>
          <w:color w:val="666666"/>
          <w:sz w:val="18"/>
        </w:rPr>
        <w:t>Faith &amp; God · Purpose of Creation September 28, 2014 · 2m 17s · at 54:26 · https://youtu.be/7M-rzLZzCYw?t=3266</w:t>
      </w:r>
    </w:p>
    <w:p>
      <w:r>
        <w:rPr>
          <w:i/>
        </w:rPr>
        <w:t>“In the book 'Ma'rifat', you wrote that knowledge of God means discovering God's existence at the level of consciousness. Please clarify this a bit.”</w:t>
      </w:r>
    </w:p>
    <w:p>
      <w:r>
        <w:rPr>
          <w:sz w:val="20"/>
        </w:rPr>
        <w:t>54:26  molana dilli se agla sawal kya hai mateen tahir sahib ne aur inhon ne likha hai ke kitab marifat mein aap ne likha hai ke khuda ki marifat yani khuda ke wajood ko shaoor ki satah par daryaft karna is ko thoda wazeh kar dein bhai is ko dobara padhiye toh wazeh ho jayega aap ne shayad kitab ko ek hi baar padha hai</w:t>
      </w:r>
      <w:r>
        <w:br/>
      </w:r>
      <w:r>
        <w:rPr>
          <w:sz w:val="20"/>
        </w:rPr>
        <w:t>54:53  ek baar aur padhiye toh isi kitab hi se wazeh ho jayega aur mazeed aap ko sawal karne ki zaroorat inshallah pesh nahi aayegi molana agla jo comment hai woh khwaja kaleemuddin sahib ne bheja hai pennsylvania usa se inhon ne kuch comments ah ah reference ke taur par diye hain molana aur phir inhon ne comment kiya hai toh hum in ke pehle woh comments padhte hain</w:t>
      </w:r>
      <w:r>
        <w:br/>
      </w:r>
      <w:r>
        <w:rPr>
          <w:sz w:val="20"/>
        </w:rPr>
        <w:t>55:22  inhon ne comments likhe hain ke please see the comments by seekers of the truth hello my name is john and i am seeking knowledge in islam if there is any way shape or form that you could please help me i would greatly appreciate it john prockett california</w:t>
      </w:r>
      <w:r>
        <w:br/>
      </w:r>
      <w:r>
        <w:rPr>
          <w:sz w:val="20"/>
        </w:rPr>
        <w:t>55:48  dusra comment hai dear sir salam i wish to learn more about the quran by reading the translated version in the english language i am 53 years of age and in my community we have many religions i believe it is very important to educate one self in learning about other whether it be studying language or studying religion</w:t>
      </w:r>
      <w:r>
        <w:br/>
      </w:r>
      <w:r>
        <w:rPr>
          <w:sz w:val="20"/>
        </w:rPr>
        <w:t>56:17  michael yates philadelphia molana sahib the hundreds of comments like the ones above we receive who are looking for quran online prove your point in the lecture that muslims should only be disseminating the gods message and nothing else</w:t>
      </w:r>
      <w:r>
        <w:br/>
      </w:r>
      <w:r>
        <w:rPr>
          <w:sz w:val="20"/>
        </w:rPr>
        <w:t>56:40  theek</w:t>
      </w:r>
    </w:p>
    <w:p>
      <w:pPr>
        <w:pStyle w:val="Heading2"/>
      </w:pPr>
      <w:r>
        <w:t>Clarify claim that Islam's system is incomplete</w:t>
      </w:r>
    </w:p>
    <w:p>
      <w:r>
        <w:rPr>
          <w:color w:val="666666"/>
          <w:sz w:val="18"/>
        </w:rPr>
        <w:t>Faith &amp; God · Islam and Politics November 17, 2013 · 2m 10s · at 48:15 · https://youtu.be/LgKA8wg4NPc?t=2895</w:t>
      </w:r>
    </w:p>
    <w:p>
      <w:r>
        <w:rPr>
          <w:i/>
        </w:rPr>
        <w:t>“A person said that Islam's system is not complete, then which system is complete? Maulana, please clarify his mistake.”</w:t>
      </w:r>
    </w:p>
    <w:p>
      <w:r>
        <w:rPr>
          <w:sz w:val="20"/>
        </w:rPr>
        <w:t>48:15  maulana agla sawal tamil nadu se kiya hai maulana iqbal umri ne unhon ne likha hai maulana ek sahab ne kaha ke islam ka nizam mukammal nahi hai to phir konsa nizam mukammal hai maulana is ki ghalati wazeh karen dekhen ye sawal jo hai khud ghalat sawal hai</w:t>
      </w:r>
      <w:r>
        <w:br/>
      </w:r>
      <w:r>
        <w:rPr>
          <w:sz w:val="20"/>
        </w:rPr>
        <w:t>48:40  un ko ye kehna chahiye ke dekhen tum kaise kehte ho jab ke falan ayat se sabit hota hai ye ye sawal hi be be matlab hai meaningless sawal hai</w:t>
      </w:r>
      <w:r>
        <w:br/>
      </w:r>
      <w:r>
        <w:rPr>
          <w:sz w:val="20"/>
        </w:rPr>
        <w:t>48:52  jab ap ye kehte hain ke islam ke ye taabeer durust nahi hai ke islam ek mukammal nizam hai to un ko ye kehna chahiye ke nahi dekho falan ayat mein falan hadith mein aisa bataya gaya hai ye konsa sawal ye konsa sawal hai jo wo kar rahe hain wo koi sir reper is ka hai</w:t>
      </w:r>
      <w:r>
        <w:br/>
      </w:r>
      <w:r>
        <w:rPr>
          <w:sz w:val="20"/>
        </w:rPr>
        <w:t>49:08  koi is ka is sawal ka koi sirper hai ye koi sawal hi nahi hai sawal ye hai ke jab quran ki buniyad par ek shakhs ye keh raha hai ke quran mein kahin bhi ye nahi hai ke iqam dolat al islam nafi shariat al islam aur maujooda zamaney mein kuch log isi ko goal bana liye hain kehte hain ke yahi asal islam hai to aap ko aisa hawala dena chahiye ke haan dekho quran mein maujood hai</w:t>
      </w:r>
      <w:r>
        <w:br/>
      </w:r>
      <w:r>
        <w:rPr>
          <w:sz w:val="20"/>
        </w:rPr>
        <w:t>49:37  ye ye sawal to koi sawal hi nahi hai aise phir sawal kiya jata hai ye sawal hi nahi hai ye na sawal hai na kuch hai ye to ye alfaaz hain jo quran mein hai ke inna kalimatan wa qailun kuch baatein aisi hoti hain jis ke bare mein quran khud batata hai ke inna kalimatan wa qailun yani kuch alfaaz bol raha hai koi mani nahi matlab</w:t>
      </w:r>
      <w:r>
        <w:br/>
      </w:r>
      <w:r>
        <w:rPr>
          <w:sz w:val="20"/>
        </w:rPr>
        <w:t>50:06  admi alfaaz bol raha hai lekin mani nahi matlab jaise main kahoon ke ye ye jo hamara jo haal hai ye haal nahi hai ye hathi hai to alfaaz to meri zuban se nikle hathi hai ghoda hai kuch bhi hum keh sakte hain lekin wo martab to kuch nahi hua is ka</w:t>
      </w:r>
    </w:p>
    <w:p>
      <w:pPr>
        <w:pStyle w:val="Heading2"/>
      </w:pPr>
      <w:r>
        <w:t>Cloning and the role of the soul</w:t>
      </w:r>
    </w:p>
    <w:p>
      <w:r>
        <w:rPr>
          <w:color w:val="666666"/>
          <w:sz w:val="18"/>
        </w:rPr>
        <w:t>Faith &amp; God · Q&amp;A 20 Nov 2011 Maulana Wahiduddin Khan · 1m 24s · at 16:35 · https://youtu.be/7sNDn8Y6jUc?t=995</w:t>
      </w:r>
    </w:p>
    <w:p>
      <w:r>
        <w:rPr>
          <w:i/>
        </w:rPr>
        <w:t>“The body is made of atoms which is lifeless, but life is due to the soul which is immortal. However, when I think about cloning, like Dolly the sheep, the scientist did not give it a soul as only Allah can. How does this fit?”</w:t>
      </w:r>
    </w:p>
    <w:p>
      <w:r>
        <w:rPr>
          <w:sz w:val="20"/>
        </w:rPr>
        <w:t>16:35  maulana, agla sawal aya hai mister shahnawaz khan ka dilli se. unhon ne likha hai: "the body is made of atoms which is lifeless and of course mortal.</w:t>
      </w:r>
      <w:r>
        <w:br/>
      </w:r>
      <w:r>
        <w:rPr>
          <w:sz w:val="20"/>
        </w:rPr>
        <w:t>16:50  but the existence of life is due to soul which is immortal. i am fine with this so far. but when i think about cloning, for instance, dolly the sheep was cloned and developed exactly like how flesh has to be grown, like a collection of atoms.</w:t>
      </w:r>
      <w:r>
        <w:br/>
      </w:r>
      <w:r>
        <w:rPr>
          <w:sz w:val="20"/>
        </w:rPr>
        <w:t>17:10  the scientist did not give it a soul as only allah can do it</w:t>
      </w:r>
      <w:r>
        <w:br/>
      </w:r>
      <w:r>
        <w:rPr>
          <w:sz w:val="20"/>
        </w:rPr>
        <w:t>17:15  . so how did dolly the sheep get life? from where did the life come in it? it puts a big question mark in my mind about the existence of soul.</w:t>
      </w:r>
      <w:r>
        <w:br/>
      </w:r>
      <w:r>
        <w:rPr>
          <w:sz w:val="20"/>
        </w:rPr>
        <w:t>17:27  please clear this in reference to islam</w:t>
      </w:r>
      <w:r>
        <w:br/>
      </w:r>
      <w:r>
        <w:rPr>
          <w:sz w:val="20"/>
        </w:rPr>
        <w:t>17:30  ." dekhie, hamara mozu nahi yeh sab. hamare nazdeek koi aham masail nahi hain. yeh mere nazdeek anya sraf masail hain.</w:t>
      </w:r>
      <w:r>
        <w:br/>
      </w:r>
      <w:r>
        <w:rPr>
          <w:sz w:val="20"/>
        </w:rPr>
        <w:t>17:38  agar aap ko detail janna ho to aap mujh se telephone par baat kijiye ya tehreer likh li jiye ya mujh se miliye to mein bataunga. baqi yeh jo hota hai class hamara, yeh aslan dawat ke liye hota hai aur is tarah ke masail ke liye nahi hota hai yeh.</w:t>
      </w:r>
      <w:r>
        <w:br/>
      </w:r>
      <w:r>
        <w:rPr>
          <w:sz w:val="20"/>
        </w:rPr>
        <w:t>17:54  aap ko agar dilchaspi ho to aap alag se mujh se mil sakte hain.</w:t>
      </w:r>
    </w:p>
    <w:p>
      <w:pPr>
        <w:pStyle w:val="Heading2"/>
      </w:pPr>
      <w:r>
        <w:t>Closing the door of repentance</w:t>
      </w:r>
    </w:p>
    <w:p>
      <w:r>
        <w:rPr>
          <w:color w:val="666666"/>
          <w:sz w:val="18"/>
        </w:rPr>
        <w:t>Faith &amp; God · 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Comparison of true Islam with prevalent Islam</w:t>
      </w:r>
    </w:p>
    <w:p>
      <w:r>
        <w:rPr>
          <w:color w:val="666666"/>
          <w:sz w:val="18"/>
        </w:rPr>
        <w:t>Faith &amp; God · The Importance of Wisdom November 4, 2012 · 4m 00s · at 50:01 · https://youtu.be/7e6FvqRSHic?t=3001</w:t>
      </w:r>
    </w:p>
    <w:p>
      <w:r>
        <w:rPr>
          <w:i/>
        </w:rPr>
        <w:t>“Al-Risala presents the Islam of Quran and Sunnah, but the Islam prevalent among Muslims worldwide is either the Islam of virtues or the Islam of issues, because the Islam that Muslims have today includes complaint and protest, it makes other nations rivals and enemies, it has paradise only for oneself and hell for others, it does not endanger paradise despite enmity with humanity. In short, seeing the current state of declining Muslims, it can be said that if paradise...”</w:t>
      </w:r>
    </w:p>
    <w:p>
      <w:r>
        <w:rPr>
          <w:sz w:val="20"/>
        </w:rPr>
        <w:t>50:01  maulana yeh sawal aaya hai karachi pakistan se miss samia latif ka unhone likha hai al risala jis islam ko aaj tamam insaniyat ke samne pesh kar raha hai woh quran aur sunnat wala islam hai magar dunya bhar ke musalmanon mein jo islam raaij hai woh ya to fazail wala islam hai ya masail wala islam hai</w:t>
      </w:r>
      <w:r>
        <w:br/>
      </w:r>
      <w:r>
        <w:rPr>
          <w:sz w:val="20"/>
        </w:rPr>
        <w:t>50:29  kyun ke aaj musalmanon ko jo islam mila hua hai is mein shikayat aur ehtejaj jama ho sakta hai is mein ghair qomon ko apna hreef aur dushman dushman banaya ja sakta hai is mein jannat sirf apne liye aur jahannum doosre ke liye hai is mein insaniyat ke sath dushmani ke bawajood jannat khatre mein nahi parta</w:t>
      </w:r>
      <w:r>
        <w:br/>
      </w:r>
      <w:r>
        <w:rPr>
          <w:sz w:val="20"/>
        </w:rPr>
        <w:t>50:59  al garaz zawal yafta musalmanon ki maujooda halat ko dekhte hue yeh kaha ja sakta hai ke agar jannat mein yahi musalman jayenge to phir jahannum ko khali hona chahiye kyun ke doosre log un se kam bure hain is ke bare mein aap kya kahenge</w:t>
      </w:r>
      <w:r>
        <w:br/>
      </w:r>
      <w:r>
        <w:rPr>
          <w:sz w:val="20"/>
        </w:rPr>
        <w:t>51:21  dekhiye ek hadith hai ke yeh</w:t>
      </w:r>
      <w:r>
        <w:br/>
      </w:r>
      <w:r>
        <w:rPr>
          <w:sz w:val="20"/>
        </w:rPr>
        <w:t>51:28  mashhoor jo kitab hai hadith ki is mein aap dekh sakte hain ke badal islam mughriban wa saud kima bada fatubah lil ghuraba islam jab shuru hua to woh ajnabi tha ajnabi matlab stranger ki tarah tha</w:t>
      </w:r>
      <w:r>
        <w:br/>
      </w:r>
      <w:r>
        <w:rPr>
          <w:sz w:val="20"/>
        </w:rPr>
        <w:t>51:51  islam jab shuru hua to ajnabi tha aur islam dobara ajnabi ho jayega pehle ki tarah to in log woh log mubarakbad ke mustahiq hain jo is baat wale daur mein islam ko dobara pehle wali halat par lane ki koshish karein</w:t>
      </w:r>
      <w:r>
        <w:br/>
      </w:r>
      <w:r>
        <w:rPr>
          <w:sz w:val="20"/>
        </w:rPr>
        <w:t>52:11  to dekhein agar doosron mein bigaad hai to aap yeh sochiye ke hamein itna bara mauqa mil raha hai ke bigaad ke daur mein hum islam ko dobara ahya karein is ko revive karein aur dobara is ko pehle wali halat par lane ki koshish karein to is pehlu ko dekhiye</w:t>
      </w:r>
      <w:r>
        <w:br/>
      </w:r>
      <w:r>
        <w:rPr>
          <w:sz w:val="20"/>
        </w:rPr>
        <w:t>52:34  is pehlu ko</w:t>
      </w:r>
      <w:r>
        <w:br/>
      </w:r>
      <w:r>
        <w:rPr>
          <w:sz w:val="20"/>
        </w:rPr>
        <w:t>52:37  yahi ek pehlu nahi hai muamle ka ke doosron logon ko to bigara gaya hai hadith ke</w:t>
      </w:r>
      <w:r>
        <w:br/>
      </w:r>
      <w:r>
        <w:rPr>
          <w:sz w:val="20"/>
        </w:rPr>
        <w:t>52:43  mutabiq aisa hona hi hona tha kyun ke dekhiye yeh hai</w:t>
      </w:r>
      <w:r>
        <w:br/>
      </w:r>
      <w:r>
        <w:rPr>
          <w:sz w:val="20"/>
        </w:rPr>
        <w:t>52:49  is ka sabab hai woh hai law of generation</w:t>
      </w:r>
      <w:r>
        <w:br/>
      </w:r>
      <w:r>
        <w:rPr>
          <w:sz w:val="20"/>
        </w:rPr>
        <w:t>52:53  law of degeneration</w:t>
      </w:r>
      <w:r>
        <w:br/>
      </w:r>
      <w:r>
        <w:rPr>
          <w:sz w:val="20"/>
        </w:rPr>
        <w:t>52:56  is ka sabab hai law of degeneration yani qanoon zawal</w:t>
      </w:r>
      <w:r>
        <w:br/>
      </w:r>
      <w:r>
        <w:rPr>
          <w:sz w:val="20"/>
        </w:rPr>
        <w:t>53:03  to</w:t>
      </w:r>
      <w:r>
        <w:br/>
      </w:r>
      <w:r>
        <w:rPr>
          <w:sz w:val="20"/>
        </w:rPr>
        <w:t>53:04  yeh hamesha aisa hota hai har qom mein koi musalmanon ka exception nahi hai ke qomein zawal ka shikar hoti hain</w:t>
      </w:r>
      <w:r>
        <w:br/>
      </w:r>
      <w:r>
        <w:rPr>
          <w:sz w:val="20"/>
        </w:rPr>
        <w:t>53:15  baad ke zamane mein har qom par zawal aata hai to musalmanon ka is mamle mein exception nahi hai in mein zawal aaya hai isi ki taraf rasool Allah ne peshgi taur par hamein khabar kar diya tha ab hamara kaam kya hai</w:t>
      </w:r>
      <w:r>
        <w:br/>
      </w:r>
      <w:r>
        <w:rPr>
          <w:sz w:val="20"/>
        </w:rPr>
        <w:t>53:32  Allah ne agar hum ko yeh yeh samajh di hai ke sahi islam kya hai aur zawal yafta islam kya hai to hum ahya ki koshish karein is ko revive karne ki koshish karein aur Allah taala ka jo reward hai us ko hasil karein is tarah mein khwahish se sochna chahiye is mamle mein</w:t>
      </w:r>
    </w:p>
    <w:p>
      <w:pPr>
        <w:pStyle w:val="Heading2"/>
      </w:pPr>
      <w:r>
        <w:t>Complete freedom and unfulfilled desires</w:t>
      </w:r>
    </w:p>
    <w:p>
      <w:r>
        <w:rPr>
          <w:color w:val="666666"/>
          <w:sz w:val="18"/>
        </w:rPr>
        <w:t>Faith &amp; God · Divine Guidance November 20, 2016 · 1m 14s · at 1:05:22 · https://youtu.be/tbcloc-fvSE?t=3922</w:t>
      </w:r>
    </w:p>
    <w:p>
      <w:r>
        <w:rPr>
          <w:i/>
        </w:rPr>
        <w:t>“It is said that Allah has given man complete freedom. If so, then every desire of man should be fulfilled. What is the explanation?”</w:t>
      </w:r>
    </w:p>
    <w:p>
      <w:r>
        <w:rPr>
          <w:sz w:val="20"/>
        </w:rPr>
        <w:t>1:05:22  Maulana, agla sawal kya hai? aa, aa, Bihar se Begusarai se Jamil Akhtar sahib ne.</w:t>
      </w:r>
      <w:r>
        <w:br/>
      </w:r>
      <w:r>
        <w:rPr>
          <w:sz w:val="20"/>
        </w:rPr>
        <w:t>1:05:28  aah, unhon ne likha hai: "yeh jo kaha jata hai ke Allah ne insaan ko complete azadi di</w:t>
      </w:r>
      <w:r>
        <w:br/>
      </w:r>
      <w:r>
        <w:rPr>
          <w:sz w:val="20"/>
        </w:rPr>
        <w:t>1:05:34  hai, aah, agar aisa hai to insaan ki har khwahish poori honi chahiye.</w:t>
      </w:r>
      <w:r>
        <w:br/>
      </w:r>
      <w:r>
        <w:rPr>
          <w:sz w:val="20"/>
        </w:rPr>
        <w:t>1:05:39  aah, magar aisa nahi hota hai.</w:t>
      </w:r>
      <w:r>
        <w:br/>
      </w:r>
      <w:r>
        <w:rPr>
          <w:sz w:val="20"/>
        </w:rPr>
        <w:t>1:05:45  aah, to mukammal azadi ka matlab kya hai? is ko wazeh karen.</w:t>
      </w:r>
      <w:r>
        <w:br/>
      </w:r>
      <w:r>
        <w:rPr>
          <w:sz w:val="20"/>
        </w:rPr>
        <w:t>1:05:51  bhai, azadi ka matlab yeh nahi ke aap kainat ke badshah ban gaye.</w:t>
      </w:r>
      <w:r>
        <w:br/>
      </w:r>
      <w:r>
        <w:rPr>
          <w:sz w:val="20"/>
        </w:rPr>
        <w:t>1:05:56  free choice diya hai aap ko.</w:t>
      </w:r>
      <w:r>
        <w:br/>
      </w:r>
      <w:r>
        <w:rPr>
          <w:sz w:val="20"/>
        </w:rPr>
        <w:t>1:06:02  aah, chahe acha bol paden, bura bol paden, kisi ko gaali den ya kisi khair khwahi ki baat</w:t>
      </w:r>
      <w:r>
        <w:br/>
      </w:r>
      <w:r>
        <w:rPr>
          <w:sz w:val="20"/>
        </w:rPr>
        <w:t>1:06:08  karen, is ka choice hai.</w:t>
      </w:r>
      <w:r>
        <w:br/>
      </w:r>
      <w:r>
        <w:rPr>
          <w:sz w:val="20"/>
        </w:rPr>
        <w:t>1:06:13  yeh to nahi ke aap malik ho gaye hamare pahaar ke aur samundaron ke aur sitaron ke.</w:t>
      </w:r>
      <w:r>
        <w:br/>
      </w:r>
      <w:r>
        <w:rPr>
          <w:sz w:val="20"/>
        </w:rPr>
        <w:t>1:06:19  woh to alag cheez hai, woh to Allah ke domain ki cheez hai.</w:t>
      </w:r>
      <w:r>
        <w:br/>
      </w:r>
      <w:r>
        <w:rPr>
          <w:sz w:val="20"/>
        </w:rPr>
        <w:t>1:06:25  aap ka jo domain hai insaan ke hesiyat se, us domain mein aap free hain.</w:t>
      </w:r>
      <w:r>
        <w:br/>
      </w:r>
      <w:r>
        <w:rPr>
          <w:sz w:val="20"/>
        </w:rPr>
        <w:t>1:06:31  Allah ke domain mein aap free nahi hain.</w:t>
      </w:r>
    </w:p>
    <w:p>
      <w:pPr>
        <w:pStyle w:val="Heading2"/>
      </w:pPr>
      <w:r>
        <w:t>Concept of Paradise in Companions' time vs modern civilization</w:t>
      </w:r>
    </w:p>
    <w:p>
      <w:r>
        <w:rPr>
          <w:color w:val="666666"/>
          <w:sz w:val="18"/>
        </w:rPr>
        <w:t>Faith &amp; God · Interpretation of History October 23, 2016 · 1m 59s · at 52:59 · https://youtu.be/P-JhH3q-Mdg?t=3179</w:t>
      </w:r>
    </w:p>
    <w:p>
      <w:r>
        <w:rPr>
          <w:i/>
        </w:rPr>
        <w:t>“Maulana, a person asked: 'In the time of the Companions, the concept of Paradise that was there, was it the same?' Greater electronic civilization and communication and opportunities for development of physical sciences and activities.”</w:t>
      </w:r>
    </w:p>
    <w:p>
      <w:r>
        <w:rPr>
          <w:sz w:val="20"/>
        </w:rPr>
        <w:t>52:59  Agla sawal kya hai Maulana Ilyas Vaniyabadi sahib ne Tamil Nadu se, aur unhon ne likha hai: "Maulana,</w:t>
      </w:r>
      <w:r>
        <w:br/>
      </w:r>
      <w:r>
        <w:rPr>
          <w:sz w:val="20"/>
        </w:rPr>
        <w:t>53:08  Ek sahib ne sawal kiya ke Sahaba ke zamane mein jo jannat ka tasawwur tha, kya woh aisa</w:t>
      </w:r>
      <w:r>
        <w:br/>
      </w:r>
      <w:r>
        <w:rPr>
          <w:sz w:val="20"/>
        </w:rPr>
        <w:t>53:17  hi tha? Greater electronic civilization and communication and opportunities for development of physical sciences and activities.</w:t>
      </w:r>
      <w:r>
        <w:br/>
      </w:r>
      <w:r>
        <w:rPr>
          <w:sz w:val="20"/>
        </w:rPr>
        <w:t>53:26  Is ke bare mein bataein." Dekhein, yeh yeh toh term ki baat hai.</w:t>
      </w:r>
      <w:r>
        <w:br/>
      </w:r>
      <w:r>
        <w:rPr>
          <w:sz w:val="20"/>
        </w:rPr>
        <w:t>53:32  Sahaba ke zamane mein is zamane ki term istemal hota tha, ab hum bhi is zamane ki term</w:t>
      </w:r>
      <w:r>
        <w:br/>
      </w:r>
      <w:r>
        <w:rPr>
          <w:sz w:val="20"/>
        </w:rPr>
        <w:t>53:38  istemal karte hain.</w:t>
      </w:r>
      <w:r>
        <w:br/>
      </w:r>
      <w:r>
        <w:rPr>
          <w:sz w:val="20"/>
        </w:rPr>
        <w:t>53:44  Essence ke aitbar se Sahaba ka tasawwur wahi tha, essence ke aitbar se, lekin term toh badalta rahega.</w:t>
      </w:r>
      <w:r>
        <w:br/>
      </w:r>
      <w:r>
        <w:rPr>
          <w:sz w:val="20"/>
        </w:rPr>
        <w:t>53:50  Term toh badalta rahega.</w:t>
      </w:r>
      <w:r>
        <w:br/>
      </w:r>
      <w:r>
        <w:rPr>
          <w:sz w:val="20"/>
        </w:rPr>
        <w:t>53:56  Misal ke taur par dekhein, hadith mein aata hai ke jannat ke bare mein: "La ain ra'at wa la</w:t>
      </w:r>
      <w:r>
        <w:br/>
      </w:r>
      <w:r>
        <w:rPr>
          <w:sz w:val="20"/>
        </w:rPr>
        <w:t>54:02  udhun sama' wa la qatara 'ala qalb bashar" ke jannat ko kisi ne dekha nahi, kisi ne socha nahi,</w:t>
      </w:r>
      <w:r>
        <w:br/>
      </w:r>
      <w:r>
        <w:rPr>
          <w:sz w:val="20"/>
        </w:rPr>
        <w:t>54:08  kisi ko is ka tasawwur nahi aaya.</w:t>
      </w:r>
      <w:r>
        <w:br/>
      </w:r>
      <w:r>
        <w:rPr>
          <w:sz w:val="20"/>
        </w:rPr>
        <w:t>54:15  Toh ek taraf yeh hadith hai, doosri taraf Quran mein hai ke: "Wa huwa fil kitab mutashabih" toh yeh</w:t>
      </w:r>
      <w:r>
        <w:br/>
      </w:r>
      <w:r>
        <w:rPr>
          <w:sz w:val="20"/>
        </w:rPr>
        <w:t>54:21  is hadith ko lafz nahi le sakte aap.</w:t>
      </w:r>
      <w:r>
        <w:br/>
      </w:r>
      <w:r>
        <w:rPr>
          <w:sz w:val="20"/>
        </w:rPr>
        <w:t>54:27  Toh is ka matlab maine samjha ke hadith mein jannat ki nematoun ko qualitative term mein bataya gaya hai.</w:t>
      </w:r>
      <w:r>
        <w:br/>
      </w:r>
      <w:r>
        <w:rPr>
          <w:sz w:val="20"/>
        </w:rPr>
        <w:t>54:33  Woh aur aur jo Quran mein jo lafz hai, woh shakal ke aitbar se bataya gaya hai.</w:t>
      </w:r>
      <w:r>
        <w:br/>
      </w:r>
      <w:r>
        <w:rPr>
          <w:sz w:val="20"/>
        </w:rPr>
        <w:t>54:39  Is wajah se dono ki mein dono ko samajh mein aa jata hai.</w:t>
      </w:r>
      <w:r>
        <w:br/>
      </w:r>
      <w:r>
        <w:rPr>
          <w:sz w:val="20"/>
        </w:rPr>
        <w:t>54:45  Toh mutala jab kiya jayega toh band zehn ke sath aap nahi samajh sakte Quran o Hadith</w:t>
      </w:r>
      <w:r>
        <w:br/>
      </w:r>
      <w:r>
        <w:rPr>
          <w:sz w:val="20"/>
        </w:rPr>
        <w:t>54:51  ko, khule zehn ke sath parhna padega toh aap samjhenge.</w:t>
      </w:r>
    </w:p>
    <w:p>
      <w:pPr>
        <w:pStyle w:val="Heading2"/>
      </w:pPr>
      <w:r>
        <w:t>Condition Without Quran and Hadith Guidance</w:t>
      </w:r>
    </w:p>
    <w:p>
      <w:r>
        <w:rPr>
          <w:color w:val="666666"/>
          <w:sz w:val="18"/>
        </w:rPr>
        <w:t>Faith &amp; God · The Process of Personality Development June 30, 2013 · 2m 06s · at 58:12 · https://youtu.be/CSSFRydcJlo?t=3492</w:t>
      </w:r>
    </w:p>
    <w:p>
      <w:r>
        <w:rPr>
          <w:i/>
        </w:rPr>
        <w:t>“If you did not have guidance from Quran and Hadith, what would have been your condition? And what would be my condition without them?”</w:t>
      </w:r>
    </w:p>
    <w:p>
      <w:r>
        <w:rPr>
          <w:sz w:val="20"/>
        </w:rPr>
        <w:t>58:12  molana, agla sawal hai molana iqbal umri sahab ka, tamil nadu se. unhon ne likha hai: aap ne apne bare mein likha hai ke mein ek fikri hevan, thinking animal hoon.</w:t>
      </w:r>
      <w:r>
        <w:br/>
      </w:r>
      <w:r>
        <w:rPr>
          <w:sz w:val="20"/>
        </w:rPr>
        <w:t>58:25  molana, agar aap ko quran aur hadith rasool se rehnumai na milti to aap jaise insan ka kya haal hota?</w:t>
      </w:r>
      <w:r>
        <w:br/>
      </w:r>
      <w:r>
        <w:rPr>
          <w:sz w:val="20"/>
        </w:rPr>
        <w:t>58:36  mein to apni parhaiyon mein aksar ro ro kar kehta hoon apne aap se ke khuda ya, agar quran na hota, peghambar allah ne na bheja hota to kya hota mera haal?</w:t>
      </w:r>
      <w:r>
        <w:br/>
      </w:r>
      <w:r>
        <w:rPr>
          <w:sz w:val="20"/>
        </w:rPr>
        <w:t>58:55  yaad rakhiye, insan jo hai wa ma utitiya min alimin illa qalil</w:t>
      </w:r>
      <w:r>
        <w:br/>
      </w:r>
      <w:r>
        <w:rPr>
          <w:sz w:val="20"/>
        </w:rPr>
        <w:t>59:00  an insan ke potential bohat zyada hain, lekin sath sath is ke limitations bhi bohat zyada hain. hamein ek ek ek ek basic guidance chahiye.</w:t>
      </w:r>
      <w:r>
        <w:br/>
      </w:r>
      <w:r>
        <w:rPr>
          <w:sz w:val="20"/>
        </w:rPr>
        <w:t>59:14  agar basic guidance hamare paas na ho, ek model chahiye. agar model hamare paas na ho to hum phat jayenge. rasool allah hamare liye model hain, quran hamare liye basic guidance deta hai.</w:t>
      </w:r>
      <w:r>
        <w:br/>
      </w:r>
      <w:r>
        <w:rPr>
          <w:sz w:val="20"/>
        </w:rPr>
        <w:t>59:30  mehaz aql hargiz kafi nahi hai ke aap sachai tak pahunch jayen. kisi bhi insan ke liye, kisi bhi insan ke liye.</w:t>
      </w:r>
      <w:r>
        <w:br/>
      </w:r>
      <w:r>
        <w:rPr>
          <w:sz w:val="20"/>
        </w:rPr>
        <w:t>59:40  khud quran mein rasool allah ki ayat hai ke wa wajadaka zalan fa hada to rasool ke liye bhi zaroori tha ke us ko allah ki hidayat aaye, tab wo paye hidayat ko.</w:t>
      </w:r>
      <w:r>
        <w:br/>
      </w:r>
      <w:r>
        <w:rPr>
          <w:sz w:val="20"/>
        </w:rPr>
        <w:t>59:52  apne aap hi nahi pa lega, wo to koi aur insan kaise pa sakta hai?</w:t>
      </w:r>
      <w:r>
        <w:br/>
      </w:r>
      <w:r>
        <w:rPr>
          <w:sz w:val="20"/>
        </w:rPr>
        <w:t>59:58  to yeh ek haqiqat hai ke insan ko allah ne be panah potential ke sath paida kiya. is ke bawajood us ko zaroorat hai ke us ko allah ki guidance mile aur allah ke rasool ka model mile, tab wo sachai par qaim ho sakta hai.</w:t>
      </w:r>
    </w:p>
    <w:p>
      <w:pPr>
        <w:pStyle w:val="Heading2"/>
      </w:pPr>
      <w:r>
        <w:t>Condition for Qiyamah: awareness of people</w:t>
      </w:r>
    </w:p>
    <w:p>
      <w:r>
        <w:rPr>
          <w:color w:val="666666"/>
          <w:sz w:val="18"/>
        </w:rPr>
        <w:t>Faith &amp; God · Experience of Hyderabad CPS Meet December 1, 2013 · 1m 34s · at 1:12:00 · https://youtu.be/Y8mcxF2Lhyc?t=4320</w:t>
      </w:r>
    </w:p>
    <w:p>
      <w:r>
        <w:rPr>
          <w:i/>
        </w:rPr>
        <w:t>“Maulana, you mention that the Day of Judgment will not come until people are made aware. Please clarify.”</w:t>
      </w:r>
    </w:p>
    <w:p>
      <w:r>
        <w:rPr>
          <w:sz w:val="20"/>
        </w:rPr>
        <w:t>1:12:00  Maulana, unhon ne ek aur sawal kiya hai. unhon ne likha hai: "Maulana, you mention that qayamat will not come until and unless people are made aware.</w:t>
      </w:r>
      <w:r>
        <w:br/>
      </w:r>
      <w:r>
        <w:rPr>
          <w:sz w:val="20"/>
        </w:rPr>
        <w:t>1:12:11  " is ko wazeh karen. dekhiye, yeh Quran se sabit hai: "Ma kan rabbuka li yuhlikal quraa bighafileen." ke Allah ka yeh tareeqa nahi hai ke</w:t>
      </w:r>
      <w:r>
        <w:br/>
      </w:r>
      <w:r>
        <w:rPr>
          <w:sz w:val="20"/>
        </w:rPr>
        <w:t>1:12:30  ke halak kare kisi qaum ko jab ke woh ghafil hon. to qayamat to sab se bari halakat, super halakat hai.</w:t>
      </w:r>
      <w:r>
        <w:br/>
      </w:r>
      <w:r>
        <w:rPr>
          <w:sz w:val="20"/>
        </w:rPr>
        <w:t>1:12:41  to pehle Allah taala un ki ghaflat ko tode ga, tab qayamat aaye gi.</w:t>
      </w:r>
      <w:r>
        <w:br/>
      </w:r>
      <w:r>
        <w:rPr>
          <w:sz w:val="20"/>
        </w:rPr>
        <w:t>1:12:49  to yeh Allah ki scheme hai, jis ko ke insaan ko janna chahiye. isi ke liye hum ne operation flood ka shuru woh diya hai, target ke Allah ko is ka andaza hai ke logon ko bata diya jaye, bata diya jaye, bata diya jaye.</w:t>
      </w:r>
      <w:r>
        <w:br/>
      </w:r>
      <w:r>
        <w:rPr>
          <w:sz w:val="20"/>
        </w:rPr>
        <w:t>1:13:03  ab dekhen, duniya mein itni burai aa chuki hai, lekin is se burai ki bina par nahi qayamat aa jaye gi. burai kitni hi zyada ho jaye,</w:t>
      </w:r>
      <w:r>
        <w:br/>
      </w:r>
      <w:r>
        <w:rPr>
          <w:sz w:val="20"/>
        </w:rPr>
        <w:t>1:13:13  kitni hi zyada ho jaye, sirf burai hai, is liye qayamat nahi aa jaye gi. zaroori hai ke logon ki ghaflat to todi jaye, logon ko waqif banaya jaye. isi ghaflat ko todne ke liye hum ne yeh target diya hai ke operation flood ke Allah ke kalam ko sari duniya tak pohncha do.</w:t>
      </w:r>
    </w:p>
    <w:p>
      <w:pPr>
        <w:pStyle w:val="Heading2"/>
      </w:pPr>
      <w:r>
        <w:t>Contradiction between end times and peace age</w:t>
      </w:r>
    </w:p>
    <w:p>
      <w:r>
        <w:rPr>
          <w:color w:val="666666"/>
          <w:sz w:val="18"/>
        </w:rPr>
        <w:t>Faith &amp; God · Age of Peace November 18, 2012 · 1m 32s · at 1:04:00 · https://youtu.be/Y9nkQnBqbrs?t=3840</w:t>
      </w:r>
    </w:p>
    <w:p>
      <w:r>
        <w:rPr>
          <w:i/>
        </w:rPr>
        <w:t>“We Muslims believe the world is moving towards the end, Qiyamah, with signs of violence and conflict. Yet you said today we see the beginning of an age of peace. How do we understand this apparent contradiction?”</w:t>
      </w:r>
    </w:p>
    <w:p>
      <w:r>
        <w:rPr>
          <w:sz w:val="20"/>
        </w:rPr>
        <w:t>1:04:00  maulana, agla sawal dilli se hai. qaif sahab ne likha hai, unhone likha hai ke: "maulana, we muslims believe that the world is moving towards the end, that is qayamat.</w:t>
      </w:r>
      <w:r>
        <w:br/>
      </w:r>
      <w:r>
        <w:rPr>
          <w:sz w:val="20"/>
        </w:rPr>
        <w:t>1:04:13  one of the signs of the end is violence and conflict everywhere. at the same time as you said today, we see the beginning of an age of peace.</w:t>
      </w:r>
      <w:r>
        <w:br/>
      </w:r>
      <w:r>
        <w:rPr>
          <w:sz w:val="20"/>
        </w:rPr>
        <w:t>1:04:24  please explain how we may understand this apparent contradiction?"</w:t>
      </w:r>
      <w:r>
        <w:br/>
      </w:r>
      <w:r>
        <w:rPr>
          <w:sz w:val="20"/>
        </w:rPr>
        <w:t>1:04:31  nahi, yeh contradiction ki baat nahi hai. woh baat apni jagah par qaim hai ke yeh duniya khatam hogi. yeh is is mein to koi shakk hi nahi hai.</w:t>
      </w:r>
      <w:r>
        <w:br/>
      </w:r>
      <w:r>
        <w:rPr>
          <w:sz w:val="20"/>
        </w:rPr>
        <w:t>1:04:40  sare scientist jo mutalea karte hain, woh keh rahe hain ke duniya ab khatme ke qareeb aa chuki hai. baqi jitne din baqi hain, utne din hum peaceful tareeqe se rahe hain.</w:t>
      </w:r>
      <w:r>
        <w:br/>
      </w:r>
      <w:r>
        <w:rPr>
          <w:sz w:val="20"/>
        </w:rPr>
        <w:t>1:04:51  hum</w:t>
      </w:r>
      <w:r>
        <w:br/>
      </w:r>
      <w:r>
        <w:rPr>
          <w:sz w:val="20"/>
        </w:rPr>
        <w:t>1:04:53  kuch saal to baqi hain, behrahal jitne bhi baqi hon, chahe so saal hon ya das saal hon, to in dino mein hum yeh karein ke ladai ka tareeqa khatam kar dein, war culture khatam kar dein, peace culture ikhtiyar kar lein.</w:t>
      </w:r>
      <w:r>
        <w:br/>
      </w:r>
      <w:r>
        <w:rPr>
          <w:sz w:val="20"/>
        </w:rPr>
        <w:t>1:05:09  yeh matlab hai is ka. to woh baat apni jagah par hai, lekin jitne dino, jitne din hamein deen jeena hai is duniya mein, in dino ke liye main keh raha hoon, in dino ke liye main keh raha hoon, jitne din jeena hai hamein is duniya mein,</w:t>
      </w:r>
      <w:r>
        <w:br/>
      </w:r>
      <w:r>
        <w:rPr>
          <w:sz w:val="20"/>
        </w:rPr>
        <w:t>1:05:22  hum ko ya hamari naslon ko ke hum war kar, war culture ko khatam kar ke peace culture ko poori tarah ikhtiyar kar lein.</w:t>
      </w:r>
    </w:p>
    <w:p>
      <w:pPr>
        <w:pStyle w:val="Heading2"/>
      </w:pPr>
      <w:r>
        <w:t>Convincing an atheist of God's existence</w:t>
      </w:r>
    </w:p>
    <w:p>
      <w:r>
        <w:rPr>
          <w:color w:val="666666"/>
          <w:sz w:val="18"/>
        </w:rPr>
        <w:t>Faith &amp; God · Discovering God June 30, 2019 Maulana Wahiduddin Khan · 3m 55s · at 57:44 · https://youtu.be/Yt1-eX7XzYU?t=3464</w:t>
      </w:r>
    </w:p>
    <w:p>
      <w:r>
        <w:rPr>
          <w:i/>
        </w:rPr>
        <w:t>“How can a believer of Allah convince an atheist that there is God?”</w:t>
      </w:r>
    </w:p>
    <w:p>
      <w:r>
        <w:rPr>
          <w:sz w:val="20"/>
        </w:rPr>
        <w:t>57:44  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r>
        <w:br/>
      </w:r>
      <w:r>
        <w:rPr>
          <w:sz w:val="20"/>
        </w:rPr>
        <w:t>58:07  is ke bare mein woh aap se janna chahte hain. maine aap ne aaj hi ki bataya hai ke einstein jo tha,</w:t>
      </w:r>
      <w:r>
        <w:br/>
      </w:r>
      <w:r>
        <w:rPr>
          <w:sz w:val="20"/>
        </w:rPr>
        <w:t>58:18  is ke ek dost ka letter chupa hai german zaban mein. is ka tarjuma maine padha english mein. to einstein ke dost ne is ko likha tha ke log samajhte hain ke aap atheist hain,</w:t>
      </w:r>
      <w:r>
        <w:br/>
      </w:r>
      <w:r>
        <w:rPr>
          <w:sz w:val="20"/>
        </w:rPr>
        <w:t>58:37  yani khuda ke munkir.</w:t>
      </w:r>
      <w:r>
        <w:br/>
      </w:r>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r>
        <w:br/>
      </w:r>
      <w:r>
        <w:rPr>
          <w:sz w:val="20"/>
        </w:rPr>
        <w:t>59:20  to in in between to hue. isi liye main kehta hoon ke science ka jo case hai, woh 50-50 ka case hai.</w:t>
      </w:r>
      <w:r>
        <w:br/>
      </w:r>
      <w:r>
        <w:rPr>
          <w:sz w:val="20"/>
        </w:rPr>
        <w:t>59:32  inkar ka case har giz nahi hai.</w:t>
      </w:r>
      <w:r>
        <w:br/>
      </w:r>
      <w:r>
        <w:rPr>
          <w:sz w:val="20"/>
        </w:rPr>
        <w:t>59:37  top boost scientist tha</w:t>
      </w:r>
      <w:r>
        <w:br/>
      </w:r>
      <w:r>
        <w:rPr>
          <w:sz w:val="20"/>
        </w:rPr>
        <w:t>59:43  yeh einstein. ab bataun ke sare yani sare science danon ka yahi case hai, yani</w:t>
      </w:r>
      <w:r>
        <w:br/>
      </w:r>
      <w:r>
        <w:rPr>
          <w:sz w:val="20"/>
        </w:rPr>
        <w:t>59:57  napoleon aur sir james gene se le kar</w:t>
      </w:r>
      <w:r>
        <w:br/>
      </w:r>
      <w:r>
        <w:rPr>
          <w:sz w:val="20"/>
        </w:rPr>
        <w:t>1:00:03  einstein tak.</w:t>
      </w:r>
      <w:r>
        <w:br/>
      </w:r>
      <w:r>
        <w:rPr>
          <w:sz w:val="20"/>
        </w:rPr>
        <w:t>1:00:07  aap gehrai ke sath padhein, log gehrai ke sath padhte nahi, idhar udhar idhar ke sunte hain aur sarap bana lete hain.</w:t>
      </w:r>
      <w:r>
        <w:br/>
      </w:r>
      <w:r>
        <w:rPr>
          <w:sz w:val="20"/>
        </w:rPr>
        <w:t>1:00:17  maine bahut gehrai ke sath padha hai aur meri research yeh hai ke ke science dan ka case har giz har giz inkar khuda ka case nahi hai.</w:t>
      </w:r>
      <w:r>
        <w:br/>
      </w:r>
      <w:r>
        <w:rPr>
          <w:sz w:val="20"/>
        </w:rPr>
        <w:t>1:00:32  woh 50-50 ka case hai.</w:t>
      </w:r>
      <w:r>
        <w:br/>
      </w:r>
      <w:r>
        <w:rPr>
          <w:sz w:val="20"/>
        </w:rPr>
        <w:t>1:00:37  to 50-50 jab case hai to is waqt adha adha woh adha woh</w:t>
      </w:r>
      <w:r>
        <w:br/>
      </w:r>
      <w:r>
        <w:rPr>
          <w:sz w:val="20"/>
        </w:rPr>
        <w:t>1:00:48  manne wale kase.</w:t>
      </w:r>
      <w:r>
        <w:br/>
      </w:r>
      <w:r>
        <w:rPr>
          <w:sz w:val="20"/>
        </w:rPr>
        <w:t>1:00:53  meri kitab jo abhi aaj release hui hai, us ko aap padhiye.</w:t>
      </w:r>
      <w:r>
        <w:br/>
      </w:r>
      <w:r>
        <w:rPr>
          <w:sz w:val="20"/>
        </w:rPr>
        <w:t>1:01:01  baghair padhe bhi rah mat dijiye. log jo hain, baghair padhe bhi rah dete hain.</w:t>
      </w:r>
      <w:r>
        <w:br/>
      </w:r>
      <w:r>
        <w:rPr>
          <w:sz w:val="20"/>
        </w:rPr>
        <w:t>1:01:11  jaise einstein ke dost ne baghair padhe hue yeh keh diya tha ke einstein jo hai, atheist hai, munkir khuda.</w:t>
      </w:r>
      <w:r>
        <w:br/>
      </w:r>
      <w:r>
        <w:rPr>
          <w:sz w:val="20"/>
        </w:rPr>
        <w:t>1:01:23  khat likh diya is ko to is ne jawab mein khat likha ke main atheist nahi hoon, main agnostic hoon, yani main case 50-50 ka case hai.</w:t>
      </w:r>
    </w:p>
    <w:p>
      <w:pPr>
        <w:pStyle w:val="Heading2"/>
      </w:pPr>
      <w:r>
        <w:t>Convincing non-Muslims about Krishna not God</w:t>
      </w:r>
    </w:p>
    <w:p>
      <w:r>
        <w:rPr>
          <w:color w:val="666666"/>
          <w:sz w:val="18"/>
        </w:rPr>
        <w:t>Faith &amp; God · The Existence of God October 7, 2012 · 1m 21s · at 1:08:58 · https://youtu.be/Hm0ybuokQ8s?t=4138</w:t>
      </w:r>
    </w:p>
    <w:p>
      <w:r>
        <w:rPr>
          <w:i/>
        </w:rPr>
        <w:t>“I am working in a factory in Ghaziabad. I do dawah work in between on my non-Muslim colleagues, but they all believe that Shri Krishna Ji is God. How can we convince them that Shri Krishna Ji is not God? Please give satisfactory answers so that we can convince our non-Muslim friends.”</w:t>
      </w:r>
    </w:p>
    <w:p>
      <w:r>
        <w:rPr>
          <w:sz w:val="20"/>
        </w:rPr>
        <w:t>1:08:58  maulana, agla sawal dilli se hai saadat yar sahib ka. unhon ne likha hai: "I am working in a factory in Gaziabad.</w:t>
      </w:r>
      <w:r>
        <w:br/>
      </w:r>
      <w:r>
        <w:rPr>
          <w:sz w:val="20"/>
        </w:rPr>
        <w:t>1:09:07  I do Dawa work in between on my non-Muslim colleagues, but they all believe that Shri Krishna Ji is God. How we can convince them that Shri Krishna Ji is not God?"</w:t>
      </w:r>
      <w:r>
        <w:br/>
      </w:r>
      <w:r>
        <w:rPr>
          <w:sz w:val="20"/>
        </w:rPr>
        <w:t>1:09:21  Please give satisfactory answers so that we can convince our non-Muslim friends."</w:t>
      </w:r>
      <w:r>
        <w:br/>
      </w:r>
      <w:r>
        <w:rPr>
          <w:sz w:val="20"/>
        </w:rPr>
        <w:t>1:09:27  nahi, aap kabhi bhi is ko starting part na banayein. yeh kabhi bhi aap koshish na karein, yeh dawat nahi hai, yeh to munazra hai.</w:t>
      </w:r>
      <w:r>
        <w:br/>
      </w:r>
      <w:r>
        <w:rPr>
          <w:sz w:val="20"/>
        </w:rPr>
        <w:t>1:09:37  munazra yeh sab behas munazre ke mozuat hain, is ka naam dawat nahi hai. Quran mein dekhiye: "ta'ala ala kalimati sawai bainana bainakum Allah na'oozubillah", yani common ground se dawat shuru hoti hai,</w:t>
      </w:r>
      <w:r>
        <w:br/>
      </w:r>
      <w:r>
        <w:rPr>
          <w:sz w:val="20"/>
        </w:rPr>
        <w:t>1:09:54  controversial ground se nahi shuru hoti. dawat</w:t>
      </w:r>
      <w:r>
        <w:br/>
      </w:r>
      <w:r>
        <w:rPr>
          <w:sz w:val="20"/>
        </w:rPr>
        <w:t>1:09:57  to aap jo controversial point hai, us se koi shuru karna chahte hain. aap jo common ground hai, us ko le kar shuru kijiye dawat apni, aur Quran parhne ke liye dijiye, kitabein dijiye.</w:t>
      </w:r>
      <w:r>
        <w:br/>
      </w:r>
      <w:r>
        <w:rPr>
          <w:sz w:val="20"/>
        </w:rPr>
        <w:t>1:10:10  yeh dawat ka sahi tareeqa nahi ke aap is is mozu par un se behas karein jo ke controversial point aap ke un ke beech mein hai.</w:t>
      </w:r>
    </w:p>
    <w:p>
      <w:pPr>
        <w:pStyle w:val="Heading2"/>
      </w:pPr>
      <w:r>
        <w:t>Correcting misconception of Islam by sword</w:t>
      </w:r>
    </w:p>
    <w:p>
      <w:r>
        <w:rPr>
          <w:color w:val="666666"/>
          <w:sz w:val="18"/>
        </w:rPr>
        <w:t>Faith &amp; God · Importance of Patience October 26, 2014 · 3m 10s · at 1:04:59 · https://youtu.be/XdOlp9-fPG0?t=3899</w:t>
      </w:r>
    </w:p>
    <w:p>
      <w:r>
        <w:rPr>
          <w:i/>
        </w:rPr>
        <w:t>“Time and again I come across the question that Islam is a religion which spread with the power of sword from earliest days till current times. My question is: how should we approach this issue so that the wrong ideas among non-Muslims can be rectified?”</w:t>
      </w:r>
    </w:p>
    <w:p>
      <w:r>
        <w:rPr>
          <w:sz w:val="20"/>
        </w:rPr>
        <w:t>1:04:59  Maulana, agla sawal Dilli se aaya hai Miss Anki ka, aur unhone likha hai: "time and again I come across the question that Islam is a religion which spread with the power of sword from earliest days till current times".</w:t>
      </w:r>
      <w:r>
        <w:br/>
      </w:r>
      <w:r>
        <w:rPr>
          <w:sz w:val="20"/>
        </w:rPr>
        <w:t>1:05:18  maulana sahib, mai question is: "how should we approach this issue so that the wrong ideas among non muslims can be rectified"?</w:t>
      </w:r>
      <w:r>
        <w:br/>
      </w:r>
      <w:r>
        <w:rPr>
          <w:sz w:val="20"/>
        </w:rPr>
        <w:t>1:05:30  dekhen, main is par main ne bohat likha hai. yeh islam, yani sword jo hai ya war jo hai, yeh islam ki koi teaching nahi hai.</w:t>
      </w:r>
      <w:r>
        <w:br/>
      </w:r>
      <w:r>
        <w:rPr>
          <w:sz w:val="20"/>
        </w:rPr>
        <w:t>1:05:49  islam ki teaching ka part nahi hai. jaise islam mein hai ke allah ko ek mano, sach bolo, allah ki ibadat karo,</w:t>
      </w:r>
      <w:r>
        <w:br/>
      </w:r>
      <w:r>
        <w:rPr>
          <w:sz w:val="20"/>
        </w:rPr>
        <w:t>1:06:00  yeh islam ki teaching ka part hai. lekin yeh jo war hai, yeh islam ki apni teaching ka part nahi hai.</w:t>
      </w:r>
      <w:r>
        <w:br/>
      </w:r>
      <w:r>
        <w:rPr>
          <w:sz w:val="20"/>
        </w:rPr>
        <w:t>1:06:10  yeh hai is ke peechay age factor. us waqt dunya mein tribal culture tha, aur tribes jo hua karte thay, un mein un ka culture hi tha larna phirna.</w:t>
      </w:r>
      <w:r>
        <w:br/>
      </w:r>
      <w:r>
        <w:rPr>
          <w:sz w:val="20"/>
        </w:rPr>
        <w:t>1:06:23  barabar larte phirte rehte thay. woh</w:t>
      </w:r>
      <w:r>
        <w:br/>
      </w:r>
      <w:r>
        <w:rPr>
          <w:sz w:val="20"/>
        </w:rPr>
        <w:t>1:06:26  jahan jahan bhi tribal culture tha, har jagah bas larna phirna, larna phirna. is wajah se jab un ke haan ek rasool allah salallaho alaihi wasallam ne ek ek tauheed ka baat kahi to woh us ko ek nai baat lagi,</w:t>
      </w:r>
      <w:r>
        <w:br/>
      </w:r>
      <w:r>
        <w:rPr>
          <w:sz w:val="20"/>
        </w:rPr>
        <w:t>1:06:45  aur nai baat ke khilaf ho jatay thay woh log. to is bina par woh larnay shuru kar diya. unhon ne</w:t>
      </w:r>
      <w:r>
        <w:br/>
      </w:r>
      <w:r>
        <w:rPr>
          <w:sz w:val="20"/>
        </w:rPr>
        <w:t>1:06:52  to islam mein dekhiye, jo chand jangain hui hain, woh jangain bhi bohat choti jangain theen. yani woh waqt is ka miss thi, woh war nahi thi.</w:t>
      </w:r>
      <w:r>
        <w:br/>
      </w:r>
      <w:r>
        <w:rPr>
          <w:sz w:val="20"/>
        </w:rPr>
        <w:t>1:07:04  islam mein koi ek bhi full-fledged war nahi. jo chand war hain, woh sab us ke us ka miss hain. woh bhi is liye ke unhon ne attack kiya, unhon ne aggression kiya, aur woh attack bhi is liye ke woh un ka mind set jo tha, tribal mind set tha.</w:t>
      </w:r>
      <w:r>
        <w:br/>
      </w:r>
      <w:r>
        <w:rPr>
          <w:sz w:val="20"/>
        </w:rPr>
        <w:t>1:07:22  ab to main samajhta hoon ke islam mein war ka koi jagah hi nahi hai. ab islam mein ab war ek irrelevant baat ban chuki hai.</w:t>
      </w:r>
      <w:r>
        <w:br/>
      </w:r>
      <w:r>
        <w:rPr>
          <w:sz w:val="20"/>
        </w:rPr>
        <w:t>1:07:33  aaj ab to islam, ab to dunya mein peace hai, freedom hai, tolerance hai. ab larnay ka koi sawal hi nahi.</w:t>
      </w:r>
      <w:r>
        <w:br/>
      </w:r>
      <w:r>
        <w:rPr>
          <w:sz w:val="20"/>
        </w:rPr>
        <w:t>1:07:42  kon aap se larnay aata hai? hum jo yeh kaam kar rahay hain, kon aap se</w:t>
      </w:r>
      <w:r>
        <w:br/>
      </w:r>
      <w:r>
        <w:rPr>
          <w:sz w:val="20"/>
        </w:rPr>
        <w:t>1:07:48  larnay aata hai? lekin isi kaam ke liye pehlay zamanay mein log larnay aa jatay thay, tod phod karte thay. isi kaam ke liye jo hum kar rahay hain, to woh hai age factor ki wajah se.</w:t>
      </w:r>
      <w:r>
        <w:br/>
      </w:r>
      <w:r>
        <w:rPr>
          <w:sz w:val="20"/>
        </w:rPr>
        <w:t>1:08:02  is ka koi talluq islam ki teaching se nahi hai.</w:t>
      </w:r>
    </w:p>
    <w:p>
      <w:pPr>
        <w:pStyle w:val="Heading2"/>
      </w:pPr>
      <w:r>
        <w:t>Correctness of Summary of Writings</w:t>
      </w:r>
    </w:p>
    <w:p>
      <w:r>
        <w:rPr>
          <w:color w:val="666666"/>
          <w:sz w:val="18"/>
        </w:rPr>
        <w:t>Faith &amp; God · Divine Management in History April 7, 2013 · 1m 20s · at 1:14:30 · https://youtu.be/wcBzG56LuPY?t=4470</w:t>
      </w:r>
    </w:p>
    <w:p>
      <w:r>
        <w:rPr>
          <w:i/>
        </w:rPr>
        <w:t>“Someone asked me what the summary of Maulana's writings is. I told them: 'Renewal of knowledge and Dawah, the true interpretation of Islam versus political Islam, which helps us know about the creation plan of God and the application of the prophecies given in the Quran and Sunnah.' Is this correct division?”</w:t>
      </w:r>
    </w:p>
    <w:p>
      <w:r>
        <w:rPr>
          <w:sz w:val="20"/>
        </w:rPr>
        <w:t>1:14:30  baqi love marriage kuch nahin. Maulana, agla sawal Chennai se aya hai, Maulana Iqbal Umri ka. unhon ne likha hai: "Maulana, ek sahib ne sawal kiya ke Maulana ki tehreer ka khulasa kya hai?"</w:t>
      </w:r>
      <w:r>
        <w:br/>
      </w:r>
      <w:r>
        <w:rPr>
          <w:sz w:val="20"/>
        </w:rPr>
        <w:t>1:14:46  to main ne unhen kaha: "Tadjedid-e-Ma'rifat and Da'wah, the true interpretation of Islam versus the political Islam, which helps us to know about the creation plan of God and the application of the prophecies given in the Quran and Sunnah." Maulana, kya yeh sahi taqseem hai?</w:t>
      </w:r>
      <w:r>
        <w:br/>
      </w:r>
      <w:r>
        <w:rPr>
          <w:sz w:val="20"/>
        </w:rPr>
        <w:t>1:15:11  haan, sahi taqseem hai.</w:t>
      </w:r>
      <w:r>
        <w:br/>
      </w:r>
      <w:r>
        <w:rPr>
          <w:sz w:val="20"/>
        </w:rPr>
        <w:t>1:15:14  agar mujh se koi pooche to main kahunga ke meri tehreeron ka koi ek paragraph padh lijiye, aap sirf ek single paragraph, isi mein jawab mil jayega aap ko. Allah ke fazl se meri jo writing hai, wo alag tarah ki hoti hai.</w:t>
      </w:r>
      <w:r>
        <w:br/>
      </w:r>
      <w:r>
        <w:rPr>
          <w:sz w:val="20"/>
        </w:rPr>
        <w:t>1:15:29  wo wo novel ki tarah ki kitaben nahin hain, maine likhi hain. koi ek single paragraph aadmi padh le, samajh kar ke, achhe tarike se, isi mein jaan lega ke maine message kya hai.</w:t>
      </w:r>
      <w:r>
        <w:br/>
      </w:r>
      <w:r>
        <w:rPr>
          <w:sz w:val="20"/>
        </w:rPr>
        <w:t>1:15:39  mera</w:t>
      </w:r>
      <w:r>
        <w:br/>
      </w:r>
      <w:r>
        <w:rPr>
          <w:sz w:val="20"/>
        </w:rPr>
        <w:t>1:15:42  jo chahe, tajruba kar ke dekh le. kisi ek kitab ko lijiye, kholiye us ko, ek paragraph padhiye us ka.</w:t>
      </w:r>
    </w:p>
    <w:p>
      <w:pPr>
        <w:pStyle w:val="Heading2"/>
      </w:pPr>
      <w:r>
        <w:t>Criteria to Differentiate Social and Faith Issues</w:t>
      </w:r>
    </w:p>
    <w:p>
      <w:r>
        <w:rPr>
          <w:color w:val="666666"/>
          <w:sz w:val="18"/>
        </w:rPr>
        <w:t>Faith &amp; God · The Lesson of History September 21, 2014 · 5m 56s · at 51:11 · https://youtu.be/aMVHLKMkhcQ?t=3071</w:t>
      </w:r>
    </w:p>
    <w:p>
      <w:r>
        <w:rPr>
          <w:i/>
        </w:rPr>
        <w:t>“What is the criterion for differentiating social issues from issues of faith?”</w:t>
      </w:r>
    </w:p>
    <w:p>
      <w:r>
        <w:rPr>
          <w:sz w:val="20"/>
        </w:rPr>
        <w:t>51:11  maulana, agla sawal ajmer se kya hai doctor safina tabassum ne aur woh aap se yeh janna chahti hain ke What is the criteria of differentiating social issues with the issues of faith?</w:t>
      </w:r>
      <w:r>
        <w:br/>
      </w:r>
      <w:r>
        <w:rPr>
          <w:sz w:val="20"/>
        </w:rPr>
        <w:t>51:25  is ke bare mein batayein.</w:t>
      </w:r>
      <w:r>
        <w:br/>
      </w:r>
      <w:r>
        <w:rPr>
          <w:sz w:val="20"/>
        </w:rPr>
        <w:t>51:29  dekhein, criteria to bohat asaan hai. dawat work, jo is ko hum kehte hain, is ka taluq tamam tar akhirat se hai.</w:t>
      </w:r>
      <w:r>
        <w:br/>
      </w:r>
      <w:r>
        <w:rPr>
          <w:sz w:val="20"/>
        </w:rPr>
        <w:t>51:40  quran mein hai ke inzar aur tafsir, yani inzar ka matlab hai aise kaam na karo jis ki wajah se tum jahannum mein chale jao.</w:t>
      </w:r>
      <w:r>
        <w:br/>
      </w:r>
      <w:r>
        <w:rPr>
          <w:sz w:val="20"/>
        </w:rPr>
        <w:t>51:51  tafsir ka matlab hai woh kaam karo jo tum ko jann</w:t>
      </w:r>
      <w:r>
        <w:br/>
      </w:r>
      <w:r>
        <w:rPr>
          <w:sz w:val="20"/>
        </w:rPr>
        <w:t>51:54  at mein pahunchaye. isi ka naam dawat hai. aur yeh so called social, kya kehte hain? social service?</w:t>
      </w:r>
      <w:r>
        <w:br/>
      </w:r>
      <w:r>
        <w:rPr>
          <w:sz w:val="20"/>
        </w:rPr>
        <w:t>52:04  kya hai? social issues aur haan, social issues to ek ledri hai. maine social issues se aaj tak kuch hua hai.</w:t>
      </w:r>
      <w:r>
        <w:br/>
      </w:r>
      <w:r>
        <w:rPr>
          <w:sz w:val="20"/>
        </w:rPr>
        <w:t>52:13  main is ko ledri samajhta hoon. ek hi kaam karne ka hai, woh education. baqi social issues kuch bhi nahi. main is ko nahi manta.</w:t>
      </w:r>
      <w:r>
        <w:br/>
      </w:r>
      <w:r>
        <w:rPr>
          <w:sz w:val="20"/>
        </w:rPr>
        <w:t>52:23  social issues, yani kuch kuch sawal nikal nikal ke, kuch negative point nikal nikal ke, is ledri karna hai.</w:t>
      </w:r>
      <w:r>
        <w:br/>
      </w:r>
      <w:r>
        <w:rPr>
          <w:sz w:val="20"/>
        </w:rPr>
        <w:t>52:32  ek sath se baat hui jo social activist the, woh bohat bohat dinon se. to unhone kaha ke maine social activist tha, mujhe ab chhod diya.</w:t>
      </w:r>
      <w:r>
        <w:br/>
      </w:r>
      <w:r>
        <w:rPr>
          <w:sz w:val="20"/>
        </w:rPr>
        <w:t>52:41  maine, maine kaha kyun? unhone kaha ke maine jab dekha to maine samjha ke main to social activist nahi hoon, social critic hoon.</w:t>
      </w:r>
      <w:r>
        <w:br/>
      </w:r>
      <w:r>
        <w:rPr>
          <w:sz w:val="20"/>
        </w:rPr>
        <w:t>52:52  khud unhone kaha, aap chahein to un ka naam bata sakta hoon, main un ka telephone number de sakta hoon aap ko. unhone kaha ke maine jab ghor kiya to maine kaha ke main itne dinon se kaam kar raha hoon, aap ne social activist kehta hoon, lekin kya kiya maine?</w:t>
      </w:r>
      <w:r>
        <w:br/>
      </w:r>
      <w:r>
        <w:rPr>
          <w:sz w:val="20"/>
        </w:rPr>
        <w:t>53:09  social critic bana hua hoon main. to saare jo yeh is line mein hain, woh social critic hain. woh mah</w:t>
      </w:r>
      <w:r>
        <w:br/>
      </w:r>
      <w:r>
        <w:rPr>
          <w:sz w:val="20"/>
        </w:rPr>
        <w:t>53:17  az ek jo ek hi kaam karne ka hai, education, jo india mein hai nahi. kyunke india mein dekhein, aala standard ki education hai hi nahi.</w:t>
      </w:r>
      <w:r>
        <w:br/>
      </w:r>
      <w:r>
        <w:rPr>
          <w:sz w:val="20"/>
        </w:rPr>
        <w:t>53:29  abhi akhbar mein aaya tha ke dunya ki behtareen universityon ki ek list banayi gayi, so dunya ki so achhi aala universityan, us mein ek bhi india ki university nahi hai.</w:t>
      </w:r>
      <w:r>
        <w:br/>
      </w:r>
      <w:r>
        <w:rPr>
          <w:sz w:val="20"/>
        </w:rPr>
        <w:t>53:43  dunya ke top hundred universityon mein se ek bhi india ki university nahi hai. to india to talib-e-naukhair hai. to kya social activist ka yeh activist, woh activist, yeh saare activist ko bhaad mein daalo aur india mein aala darje ki education lao.</w:t>
      </w:r>
      <w:r>
        <w:br/>
      </w:r>
      <w:r>
        <w:rPr>
          <w:sz w:val="20"/>
        </w:rPr>
        <w:t>54:05  aur mein aap ko ek aur baat arz karoon ke india mein education kyun nahi hai?</w:t>
      </w:r>
      <w:r>
        <w:br/>
      </w:r>
      <w:r>
        <w:rPr>
          <w:sz w:val="20"/>
        </w:rPr>
        <w:t>54:12  abhi ek sab mujhe maloom hua ke ek sahab aaye thay, ek ek lady aayi thi america se, professor, ek amriki professor aayi thi india mein ek university mein.</w:t>
      </w:r>
      <w:r>
        <w:br/>
      </w:r>
      <w:r>
        <w:rPr>
          <w:sz w:val="20"/>
        </w:rPr>
        <w:t>54:24  abhi ek do haftay ki baat thi. to ek muslim student un se milay, unhon ne kaha ke mein america mein jata hoon parhnay ke liye, mujhe wahan par admission dilwaiye.</w:t>
      </w:r>
      <w:r>
        <w:br/>
      </w:r>
      <w:r>
        <w:rPr>
          <w:sz w:val="20"/>
        </w:rPr>
        <w:t>54:37  yeh sacha qissa bata raha hoon aap ko</w:t>
      </w:r>
      <w:r>
        <w:br/>
      </w:r>
      <w:r>
        <w:rPr>
          <w:sz w:val="20"/>
        </w:rPr>
        <w:t>54:41  ke yaani lady professor hain, woh american hain, woh america mein parhati hain, india mein aayi theen, ek university mein lecture tha un ka. to ek muslim student ne un se kaha ke mein america jana chahta hoon parhnay ke liye, to mujhe wahan admission dilwaiye.</w:t>
      </w:r>
      <w:r>
        <w:br/>
      </w:r>
      <w:r>
        <w:rPr>
          <w:sz w:val="20"/>
        </w:rPr>
        <w:t>54:58  to us ne bohat seriously kaha ke mere bhai, america india nahi hai. america mein saari cheez merit par hoti hai.</w:t>
      </w:r>
      <w:r>
        <w:br/>
      </w:r>
      <w:r>
        <w:rPr>
          <w:sz w:val="20"/>
        </w:rPr>
        <w:t>55:07  merit par.</w:t>
      </w:r>
      <w:r>
        <w:br/>
      </w:r>
      <w:r>
        <w:rPr>
          <w:sz w:val="20"/>
        </w:rPr>
        <w:t>55:09  wahan aise safai safai kar ke admission nahi milta wahan par. agar aap merit par honge to aap zaroor mil jayega, nahi to nahi milne wale.</w:t>
      </w:r>
      <w:r>
        <w:br/>
      </w:r>
      <w:r>
        <w:rPr>
          <w:sz w:val="20"/>
        </w:rPr>
        <w:t>55:19  aap ko president of america bhi aap ko admission nahi dila sakta. to india mein sab se bari museebat thi ke reservation, riayatein, aur yeh us jo chala india mein, is ne tabah kar diya yahan ke nizaam ko.</w:t>
      </w:r>
      <w:r>
        <w:br/>
      </w:r>
      <w:r>
        <w:rPr>
          <w:sz w:val="20"/>
        </w:rPr>
        <w:t>55:35  aur america mein kyun behtareen education hoti hai?</w:t>
      </w:r>
      <w:r>
        <w:br/>
      </w:r>
      <w:r>
        <w:rPr>
          <w:sz w:val="20"/>
        </w:rPr>
        <w:t>55:38  wahan sab kuch merit par hai. competitor perish. mein bohat ziyada is ka wakil hoon ke yeh jo formula hai, competitor perish, yahi india mein hona chahiye aur isi tarah ki hoti hai.</w:t>
      </w:r>
      <w:r>
        <w:br/>
      </w:r>
      <w:r>
        <w:rPr>
          <w:sz w:val="20"/>
        </w:rPr>
        <w:t>55:52  competitor perish. to is liye american lady ne kaha ke wahan par yeh sab nahi hota jo aap india mein sochtay honge ke koi safai kar de to aap ko admission mil jayega, safai kar de to aap ko service mil jayegi.</w:t>
      </w:r>
      <w:r>
        <w:br/>
      </w:r>
      <w:r>
        <w:rPr>
          <w:sz w:val="20"/>
        </w:rPr>
        <w:t>56:08  wahan na to service milegi safai se, na admission. sab kuch merit par hota hai wahan. wahan ka usool hai competitor perish.</w:t>
      </w:r>
      <w:r>
        <w:br/>
      </w:r>
      <w:r>
        <w:rPr>
          <w:sz w:val="20"/>
        </w:rPr>
        <w:t>56:20  to india mein mein samajhta hoon ke sab se bari jo ghalti hui hai, woh yeh hai ke unhon ne american model, jo fitri model hai, natural model, is ko nahi liya aur Russian model ko le liya.</w:t>
      </w:r>
      <w:r>
        <w:br/>
      </w:r>
      <w:r>
        <w:rPr>
          <w:sz w:val="20"/>
        </w:rPr>
        <w:t>56:32  Russian model ko. roos bhi tabah hai, india bhi tabah hai.</w:t>
      </w:r>
      <w:r>
        <w:br/>
      </w:r>
      <w:r>
        <w:rPr>
          <w:sz w:val="20"/>
        </w:rPr>
        <w:t>56:39  ek hi principle, fitri principle hai, competitor perish. mein is ko islami samajhta hoon aur america ne is ko qabool kiya to woh itni taraqqi ho gayi.</w:t>
      </w:r>
      <w:r>
        <w:br/>
      </w:r>
      <w:r>
        <w:rPr>
          <w:sz w:val="20"/>
        </w:rPr>
        <w:t>56:49  magar aur india mein Russian model le liya unhon ne. to roos bhi tabah hai aur india bhi tabah hai.</w:t>
      </w:r>
      <w:r>
        <w:br/>
      </w:r>
      <w:r>
        <w:rPr>
          <w:sz w:val="20"/>
        </w:rPr>
        <w:t>56:59  beh-haal yeh meri soch hai. ab aap log is par ghor kijiye.</w:t>
      </w:r>
    </w:p>
    <w:p>
      <w:pPr>
        <w:pStyle w:val="Heading2"/>
      </w:pPr>
      <w:r>
        <w:t>Criterion to identify the true religion</w:t>
      </w:r>
    </w:p>
    <w:p>
      <w:r>
        <w:rPr>
          <w:color w:val="666666"/>
          <w:sz w:val="18"/>
        </w:rPr>
        <w:t>Faith &amp; God · Age of Democracy May 25, 2014 · 2m 39s · at 1:14:35 · https://youtu.be/pyZy1-EhW1Q?t=4475</w:t>
      </w:r>
    </w:p>
    <w:p>
      <w:r>
        <w:rPr>
          <w:i/>
        </w:rPr>
        <w:t>“There are hundreds of new and old religions in the world. In such a situation, what is the criterion by which one can judge the true religion?”</w:t>
      </w:r>
    </w:p>
    <w:p>
      <w:r>
        <w:rPr>
          <w:sz w:val="20"/>
        </w:rPr>
        <w:t>1:14:35  maulana, in ka doosra sawal is tarah hai. inhon ne likha hai ke dunya mein sankaron naye purane mazhab hain. aisi halat mein woh konsa peymana hai jis se sachche mazhab ko parkha ja sake?</w:t>
      </w:r>
      <w:r>
        <w:br/>
      </w:r>
      <w:r>
        <w:rPr>
          <w:sz w:val="20"/>
        </w:rPr>
        <w:t>1:14:54  dunya mein major religion to sirf ek darja hai, ek darja, ek ek darjan se zyada nahi hai.</w:t>
      </w:r>
      <w:r>
        <w:br/>
      </w:r>
      <w:r>
        <w:rPr>
          <w:sz w:val="20"/>
        </w:rPr>
        <w:t>1:15:02  major religion. aur agar aap sachche seeker hain to bohat asan hai pata karna.</w:t>
      </w:r>
      <w:r>
        <w:br/>
      </w:r>
      <w:r>
        <w:rPr>
          <w:sz w:val="20"/>
        </w:rPr>
        <w:t>1:15:15  ab mein aap ko misaal deta hoon doctor rishi kanth rabadiya ki. doctor rishi kanth rabadiya the, sachche seeker the woh.</w:t>
      </w:r>
      <w:r>
        <w:br/>
      </w:r>
      <w:r>
        <w:rPr>
          <w:sz w:val="20"/>
        </w:rPr>
        <w:t>1:15:24  yeh bangali, bengal mein hindu family mein paida hue woh.</w:t>
      </w:r>
      <w:r>
        <w:br/>
      </w:r>
      <w:r>
        <w:rPr>
          <w:sz w:val="20"/>
        </w:rPr>
        <w:t>1:15:30  to</w:t>
      </w:r>
      <w:r>
        <w:br/>
      </w:r>
      <w:r>
        <w:rPr>
          <w:sz w:val="20"/>
        </w:rPr>
        <w:t>1:15:34  aur bohat padhe likhe aadmi the, bohat well educated aadmi the, kai language jante the. to unhon ne kya kiya ke sachai ko talash shuru ki unhon ne.</w:t>
      </w:r>
      <w:r>
        <w:br/>
      </w:r>
      <w:r>
        <w:rPr>
          <w:sz w:val="20"/>
        </w:rPr>
        <w:t>1:15:44  philosophy ko padha, legend ko padha, history ko padha, doosre mazhabon ko padha.</w:t>
      </w:r>
      <w:r>
        <w:br/>
      </w:r>
      <w:r>
        <w:rPr>
          <w:sz w:val="20"/>
        </w:rPr>
        <w:t>1:15:53  lekin unhein kahin unhein woh cheez nahi mili jo woh chahte thay.</w:t>
      </w:r>
      <w:r>
        <w:br/>
      </w:r>
      <w:r>
        <w:rPr>
          <w:sz w:val="20"/>
        </w:rPr>
        <w:t>1:15:58  aakhir mein islam ko parha to unhein mil gayi. woh kya? woh chahte thay ke aisa koi prophet jis ko historical credibility hasil ho.</w:t>
      </w:r>
      <w:r>
        <w:br/>
      </w:r>
      <w:r>
        <w:rPr>
          <w:sz w:val="20"/>
        </w:rPr>
        <w:t>1:16:09  hum keh saken ke yeh aadmi ek aisa ek insaan tha jo paida hua falan date ko, falan date ko is ki wafat hui, yeh is ka mission tha ya aisa is ne kiya.</w:t>
      </w:r>
      <w:r>
        <w:br/>
      </w:r>
      <w:r>
        <w:rPr>
          <w:sz w:val="20"/>
        </w:rPr>
        <w:t>1:16:21  to aap jante hain ke jitne bhi major religions hain, un mein kisi ki bhi history nahi hai.</w:t>
      </w:r>
      <w:r>
        <w:br/>
      </w:r>
      <w:r>
        <w:rPr>
          <w:sz w:val="20"/>
        </w:rPr>
        <w:t>1:16:29  kisi ki bhi nahi hai.</w:t>
      </w:r>
      <w:r>
        <w:br/>
      </w:r>
      <w:r>
        <w:rPr>
          <w:sz w:val="20"/>
        </w:rPr>
        <w:t>1:16:33  to jab unhone islam ko parha aur rasool Allah ko parha to us waqt unhone ek kitaab likhi hai, is par aap is par aap parh sakte hain. unhone is mein likha hai ke "oh what a relief to find after all a truly historical prophet to believe in".</w:t>
      </w:r>
      <w:r>
        <w:br/>
      </w:r>
      <w:r>
        <w:rPr>
          <w:sz w:val="20"/>
        </w:rPr>
        <w:t>1:16:51  to meri kitaab hai, is ka naam hai "Islam Rediscovered". is mein maine un ke case ko naqal kiya hai.</w:t>
      </w:r>
      <w:r>
        <w:br/>
      </w:r>
      <w:r>
        <w:rPr>
          <w:sz w:val="20"/>
        </w:rPr>
        <w:t>1:16:57  is ek chapter hi ke baray mein hai doctor Rishicarat Rabadiya ka. is ko aap parhiye. "Islam Rediscovered" ka ek poora chapter hi isi par hai.</w:t>
      </w:r>
      <w:r>
        <w:br/>
      </w:r>
      <w:r>
        <w:rPr>
          <w:sz w:val="20"/>
        </w:rPr>
        <w:t>1:17:08  is ko aap parhen ge to inshallah is masle ki wazahat ho jaye gi.</w:t>
      </w:r>
      <w:r>
        <w:br/>
      </w:r>
      <w:r>
        <w:rPr>
          <w:sz w:val="20"/>
        </w:rPr>
        <w:t>1:17:15  maulana, agla sawal raipur se kiya hai Idris sahib ne</w:t>
      </w:r>
    </w:p>
    <w:p>
      <w:pPr>
        <w:pStyle w:val="Heading2"/>
      </w:pPr>
      <w:r>
        <w:t>Critique of doomsday talk and negativity</w:t>
      </w:r>
    </w:p>
    <w:p>
      <w:r>
        <w:rPr>
          <w:color w:val="666666"/>
          <w:sz w:val="18"/>
        </w:rPr>
        <w:t>Faith &amp; God · Personality of A Believer February 2, 2014 · 6m 28s · at 1:05:35 · https://youtu.be/EiK_-O-Bjps?t=3935</w:t>
      </w:r>
    </w:p>
    <w:p>
      <w:r>
        <w:rPr>
          <w:i/>
        </w:rPr>
        <w:t>“Maulana, you talk about developing a positive mind, but you yourself turned negative in your talk 'Doomsday is coming' on 24 November 2013, saying all born now will go to Hell and expressing desire for an early doomsday. Such a narrow and hopeless version of religion can produce frustration and justify violence. How do you reconcile this?”</w:t>
      </w:r>
    </w:p>
    <w:p>
      <w:r>
        <w:rPr>
          <w:sz w:val="20"/>
        </w:rPr>
        <w:t>1:05:35  maulana, agla sawal mumbai se aya hai mr sr khanna ne bheja hai. unhon ne likha hai: "maulana, you talk in developing positive mind,</w:t>
      </w:r>
      <w:r>
        <w:br/>
      </w:r>
      <w:r>
        <w:rPr>
          <w:sz w:val="20"/>
        </w:rPr>
        <w:t>1:05:48  but you yourself have turn negative in your talk on 24 november 2013, when you delivered a talk titled 'doomsday is coming'.</w:t>
      </w:r>
      <w:r>
        <w:br/>
      </w:r>
      <w:r>
        <w:rPr>
          <w:sz w:val="20"/>
        </w:rPr>
        <w:t>1:06:01  you said that all those born now will go to hell and express your desire for an early doomsday. this kind of narrow and hopeless version of religion can only produce frustration and also ultimately be used to justify violence and mass murder.</w:t>
      </w:r>
      <w:r>
        <w:br/>
      </w:r>
      <w:r>
        <w:rPr>
          <w:sz w:val="20"/>
        </w:rPr>
        <w:t>1:06:22  claiming to know the creation plan of god is the first step towards fanaticism.</w:t>
      </w:r>
      <w:r>
        <w:br/>
      </w:r>
      <w:r>
        <w:rPr>
          <w:sz w:val="20"/>
        </w:rPr>
        <w:t>1:06:28  do you think condemning the entire humanity to hell can develop peace and spirituality? mein mein aisa kabhi nahi kehta ke kaun hell mein jayega, yeh mera kaam nahi hai.</w:t>
      </w:r>
      <w:r>
        <w:br/>
      </w:r>
      <w:r>
        <w:rPr>
          <w:sz w:val="20"/>
        </w:rPr>
        <w:t>1:06:42  that is god domain. mein kaun hota hoon kehne wala ke kaun hell mein jayega?</w:t>
      </w:r>
      <w:r>
        <w:br/>
      </w:r>
      <w:r>
        <w:rPr>
          <w:sz w:val="20"/>
        </w:rPr>
        <w:t>1:06:49  mein sirf yeh kehta hoon ke aaj kal jo halaat hain, woh bohat hi bigad gaye hain, bohat zyada bigad gaye hain.</w:t>
      </w:r>
      <w:r>
        <w:br/>
      </w:r>
      <w:r>
        <w:rPr>
          <w:sz w:val="20"/>
        </w:rPr>
        <w:t>1:06:57  yani halaat insaan ko bigadne wale zyada hain, banane wale kam hain. aur yeh har aap janta hai, yeh koi aisa nahi ke mein kahoon to aap janenge.</w:t>
      </w:r>
      <w:r>
        <w:br/>
      </w:r>
      <w:r>
        <w:rPr>
          <w:sz w:val="20"/>
        </w:rPr>
        <w:t>1:07:10  is zamane mein jahan bhi jaiye, wahan par bigaad ki baatein hain.</w:t>
      </w:r>
      <w:r>
        <w:br/>
      </w:r>
      <w:r>
        <w:rPr>
          <w:sz w:val="20"/>
        </w:rPr>
        <w:t>1:07:16  yahan tak ke jo cheezein pehle zamane mein hum samajhte thay ke yeh galat hain, woh ab ab qanoon par nahi. maslan same sex, hum ne bachpan mein kabhi socha nahi tha ke same sex ka word bhi hamare paas nahi tha ke woh woh fakhr ke saath log is ko ikhtiyar karenge.</w:t>
      </w:r>
      <w:r>
        <w:br/>
      </w:r>
      <w:r>
        <w:rPr>
          <w:sz w:val="20"/>
        </w:rPr>
        <w:t>1:07:39  aisi hazaron baatein hain.</w:t>
      </w:r>
      <w:r>
        <w:br/>
      </w:r>
      <w:r>
        <w:rPr>
          <w:sz w:val="20"/>
        </w:rPr>
        <w:t>1:07:43  to mein jo kehta hoon, yeh hargiz nahi kehta ke log falan falan log jahanum mein jayenge. mein kaise keh sakta hoon? yeh mera right right nahi hai.</w:t>
      </w:r>
      <w:r>
        <w:br/>
      </w:r>
      <w:r>
        <w:rPr>
          <w:sz w:val="20"/>
        </w:rPr>
        <w:t>1:07:53  that not my domain. lekin yeh mein zaroor kehta hoon ke ab ab insaan ko bigadne wale asbab badh gaye hain.</w:t>
      </w:r>
      <w:r>
        <w:br/>
      </w:r>
      <w:r>
        <w:rPr>
          <w:sz w:val="20"/>
        </w:rPr>
        <w:t>1:08:03  har jagah bigaad ke asbab, bigaad ke asbab, bigaad ke asbab. to yeh to ek waqia hai, kaun is ka inkar karega?</w:t>
      </w:r>
      <w:r>
        <w:br/>
      </w:r>
      <w:r>
        <w:rPr>
          <w:sz w:val="20"/>
        </w:rPr>
        <w:t>1:08:12  aap dekhen, har taraf corruption hai, har taraf exploitation hai, har taraf jhoot hai, har taraf.</w:t>
      </w:r>
      <w:r>
        <w:br/>
      </w:r>
      <w:r>
        <w:rPr>
          <w:sz w:val="20"/>
        </w:rPr>
        <w:t>1:08:20  yani yeh hai jo rozana khabrein aati rehti hain ke log rape karte hain aur koi pakad nahi, in ki dhoom se rape karte hain aur phir koi pakad bhi nahi, koi koi saza nahi hoti, kisi ko hoti.</w:t>
      </w:r>
      <w:r>
        <w:br/>
      </w:r>
      <w:r>
        <w:rPr>
          <w:sz w:val="20"/>
        </w:rPr>
        <w:t>1:08:38  to aap ki kaun nahi janta in baaton ko?</w:t>
      </w:r>
      <w:r>
        <w:br/>
      </w:r>
      <w:r>
        <w:rPr>
          <w:sz w:val="20"/>
        </w:rPr>
        <w:t>1:08:41  kaun khud nahi janta?</w:t>
      </w:r>
      <w:r>
        <w:br/>
      </w:r>
      <w:r>
        <w:rPr>
          <w:sz w:val="20"/>
        </w:rPr>
        <w:t>1:08:46  to mein isi ko kehta hoon, bas hargiz hargiz mein na kaha, na na na socha mein ne kabhi aisa ke mein keh sakta hoon ke falan jahanum mein jayega.</w:t>
      </w:r>
      <w:r>
        <w:br/>
      </w:r>
      <w:r>
        <w:rPr>
          <w:sz w:val="20"/>
        </w:rPr>
        <w:t>1:08:56  yeh kaise keh sakta hoon mein? to is ko aap negative ko kehte hain, yeh koi negative statement nahi keh sakte. aap jo soorat e haal is waqt hai, us ko mein zikr karta hoon.</w:t>
      </w:r>
      <w:r>
        <w:br/>
      </w:r>
      <w:r>
        <w:rPr>
          <w:sz w:val="20"/>
        </w:rPr>
        <w:t>1:09:07  aap party se jaiye to wahan corruption hai, media mein jaiye to wahan par censors hain, news ko khoob numayan karte hain, maar dhaar ko numayan karte hain.</w:t>
      </w:r>
      <w:r>
        <w:br/>
      </w:r>
      <w:r>
        <w:rPr>
          <w:sz w:val="20"/>
        </w:rPr>
        <w:t>1:09:17  aap market mein jaiye to wahan exploitation hai,</w:t>
      </w:r>
      <w:r>
        <w:br/>
      </w:r>
      <w:r>
        <w:rPr>
          <w:sz w:val="20"/>
        </w:rPr>
        <w:t>1:09:23  aap jaiye kahin officer jayen to wahan favoritism hai, koi kaam karna ho to wahan rishwat deni padti hai. yani kaun sa institution hai, kaun si field hai jahan yeh sab na ho?</w:t>
      </w:r>
      <w:r>
        <w:br/>
      </w:r>
      <w:r>
        <w:rPr>
          <w:sz w:val="20"/>
        </w:rPr>
        <w:t>1:09:38  to zamane ke halaat jo hain, us ko mein kehta hoon, woh sab sab log jante hain.</w:t>
      </w:r>
      <w:r>
        <w:br/>
      </w:r>
      <w:r>
        <w:rPr>
          <w:sz w:val="20"/>
        </w:rPr>
        <w:t>1:09:46  abhi mein radio sun raha tha to koi ga raha tha, koi aadmi. ab mein kabhi koi radio chalata hoon, gaana aa jata hai to koi aadmi ga raha tha: "dekh tere sansaar ki haalat kya ho gayi, bhagwan!</w:t>
      </w:r>
      <w:r>
        <w:br/>
      </w:r>
      <w:r>
        <w:rPr>
          <w:sz w:val="20"/>
        </w:rPr>
        <w:t>1:10:00  kitna badal gaya hai insaan!"</w:t>
      </w:r>
      <w:r>
        <w:br/>
      </w:r>
      <w:r>
        <w:rPr>
          <w:sz w:val="20"/>
        </w:rPr>
        <w:t>1:10:04  ab ek professional aadmi, is ka ta'alluq na mazhab se hai na kuch hai, woh ga raha tha: "dekh tere sansaar ki haalat kya ho gayi, bhagwan! kitna badal gaya hai insaan!" yahi mein kehta hoon, bas to kaun si nayi baat yeh hai?</w:t>
      </w:r>
      <w:r>
        <w:br/>
      </w:r>
      <w:r>
        <w:rPr>
          <w:sz w:val="20"/>
        </w:rPr>
        <w:t>1:10:18  aap hargiz yeh nahi keh sakte ke mein koi negative reward deta hoon ya kisi ke jannat jahanum ko faisla karta hoon. mujhe is ka right nahi hai.</w:t>
      </w:r>
      <w:r>
        <w:br/>
      </w:r>
      <w:r>
        <w:rPr>
          <w:sz w:val="20"/>
        </w:rPr>
        <w:t>1:10:30  meri baat ko aap ne galat agree se</w:t>
      </w:r>
      <w:r>
        <w:br/>
      </w:r>
      <w:r>
        <w:rPr>
          <w:sz w:val="20"/>
        </w:rPr>
        <w:t>1:10:33  liya hai. aap right agree se len to woh aap ka bhi wahi soch hogi. aap right agree se len to woh wahi aap bhi sochte honge ke is zamane mein kitni kharabiyan aa gayi hain.</w:t>
      </w:r>
      <w:r>
        <w:br/>
      </w:r>
      <w:r>
        <w:rPr>
          <w:sz w:val="20"/>
        </w:rPr>
        <w:t>1:10:43  kisi bhi boodhe aadmi se poochhiye ke us ke bachpan mein kya halaat the, aaj kya halaat hain? aap ke dada ji zinda honge, un se poochhiye ke aap ke bachpan mein kya halaat the, aaj kya halaat hain?</w:t>
      </w:r>
      <w:r>
        <w:br/>
      </w:r>
      <w:r>
        <w:rPr>
          <w:sz w:val="20"/>
        </w:rPr>
        <w:t>1:10:55  to kaun si nai baat maine kahi hai? is ko aap aise kaise kehte hain ke main negative reward deta hoon?</w:t>
      </w:r>
      <w:r>
        <w:br/>
      </w:r>
      <w:r>
        <w:rPr>
          <w:sz w:val="20"/>
        </w:rPr>
        <w:t>1:11:03  aap ne meri baat ko galat agree se dekha, is ko sahi agree se dekhiye.</w:t>
      </w:r>
    </w:p>
    <w:p>
      <w:pPr>
        <w:pStyle w:val="Heading2"/>
      </w:pPr>
      <w:r>
        <w:t>Dealing with doubts about God's existence</w:t>
      </w:r>
    </w:p>
    <w:p>
      <w:r>
        <w:rPr>
          <w:color w:val="666666"/>
          <w:sz w:val="18"/>
        </w:rPr>
        <w:t>Faith &amp; God · Divine Help March 31, 2019 Maulana Wahiduddin Khan · 51s · at 39:37 · https://youtu.be/o5-R5Rjs5Cw?t=2377</w:t>
      </w:r>
    </w:p>
    <w:p>
      <w:r>
        <w:rPr>
          <w:i/>
        </w:rPr>
        <w:t>“Molana, sometimes evil thoughts and whispers come in our mind regarding God's existence, whether God really exists or not. What should we do on such occasions? Please advise.”</w:t>
      </w:r>
    </w:p>
    <w:p>
      <w:r>
        <w:rPr>
          <w:sz w:val="20"/>
        </w:rPr>
        <w:t>39:37  maulana, agla sawal kashmir se aaya hai idrees qamar sahib ne bheja hai, unhon ne likha hai: "Maulana, mera sawal hai ke kabhi kabhi hamare mind mein bure khayalat aur waswase aate rehte hain,</w:t>
      </w:r>
      <w:r>
        <w:br/>
      </w:r>
      <w:r>
        <w:rPr>
          <w:sz w:val="20"/>
        </w:rPr>
        <w:t>39:53  Allah ki zaat ko le kar ke waqai Allah hai ya nahi, aise mauqon par hamein kya karna chahiye, is par advice karein."</w:t>
      </w:r>
      <w:r>
        <w:br/>
      </w:r>
      <w:r>
        <w:rPr>
          <w:sz w:val="20"/>
        </w:rPr>
        <w:t>40:05  abhi history badhaiye, is par ab to bahut kuch hamare mission mein, is par bahut kuch chhap chuka hai.</w:t>
      </w:r>
      <w:r>
        <w:br/>
      </w:r>
      <w:r>
        <w:rPr>
          <w:sz w:val="20"/>
        </w:rPr>
        <w:t>40:17  is ko khoob padhiye, bar bar padhiye,</w:t>
      </w:r>
      <w:r>
        <w:br/>
      </w:r>
      <w:r>
        <w:rPr>
          <w:sz w:val="20"/>
        </w:rPr>
        <w:t>40:25  yahi main mashwara de sakta hoon.</w:t>
      </w:r>
    </w:p>
    <w:p>
      <w:pPr>
        <w:pStyle w:val="Heading2"/>
      </w:pPr>
      <w:r>
        <w:t>Dealing with doubts from atheist books</w:t>
      </w:r>
    </w:p>
    <w:p>
      <w:r>
        <w:rPr>
          <w:color w:val="666666"/>
          <w:sz w:val="18"/>
        </w:rPr>
        <w:t>Faith &amp; God · 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Deed to enter Paradise first</w:t>
      </w:r>
    </w:p>
    <w:p>
      <w:r>
        <w:rPr>
          <w:color w:val="666666"/>
          <w:sz w:val="18"/>
        </w:rPr>
        <w:t>Faith &amp; God · Islam in A New Age August 30, 2020 Maulana Wahiduddin Khan · 1m 29s · at 33:25 · https://youtu.be/R2EEb2xSIcA?t=2005</w:t>
      </w:r>
    </w:p>
    <w:p>
      <w:r>
        <w:rPr>
          <w:i/>
        </w:rPr>
        <w:t>“What deed should we do so that Allah includes us among those who will enter Paradise first?”</w:t>
      </w:r>
    </w:p>
    <w:p>
      <w:r>
        <w:rPr>
          <w:sz w:val="20"/>
        </w:rPr>
        <w:t>33:25  agla comment aur sawal bheja hai lahore pakistan se sardar haseeb areef sahib ne. unhon ne likha hai: maulana ko mera salam de dein aur un se kahein ke mein un se mohabbat karta hon,</w:t>
      </w:r>
      <w:r>
        <w:br/>
      </w:r>
      <w:r>
        <w:rPr>
          <w:sz w:val="20"/>
        </w:rPr>
        <w:t>33:43  aur mera sawal yeh hai ke hum kon sa kaam karein jis se allah pak hamein in logon ke sath shamil karein jo jannat mein pehle jayenge?</w:t>
      </w:r>
      <w:r>
        <w:br/>
      </w:r>
      <w:r>
        <w:rPr>
          <w:sz w:val="20"/>
        </w:rPr>
        <w:t>33:58  bhai, mere pas to ji mere yahi hai ke mein dua karoon aap hazrat ke liye aur sab ke liye, na sirf aap ke liye balke sab ke liye ke allah taala aap ko apni rehmat se nawaze,</w:t>
      </w:r>
      <w:r>
        <w:br/>
      </w:r>
      <w:r>
        <w:rPr>
          <w:sz w:val="20"/>
        </w:rPr>
        <w:t>34:17  aap ko, aap ke sathiyon ko jannat mein dakhil kare.</w:t>
      </w:r>
      <w:r>
        <w:br/>
      </w:r>
      <w:r>
        <w:rPr>
          <w:sz w:val="20"/>
        </w:rPr>
        <w:t>34:33  maulana aik aur comment parhna chahenge jo dilli se aya hai. m a sameer sahib ne bheja hai, unhon ne likha hai: mujhe bari khushi ho rahi hai ke aaj maulana sahib ne in kitabon ko launch kiya.</w:t>
      </w:r>
      <w:r>
        <w:br/>
      </w:r>
      <w:r>
        <w:rPr>
          <w:sz w:val="20"/>
        </w:rPr>
        <w:t>34:46  allah maulana ko achi sehat bakshein aur maulana yun hi hamein guide karte rahein.</w:t>
      </w:r>
    </w:p>
    <w:p>
      <w:pPr>
        <w:pStyle w:val="Heading2"/>
      </w:pPr>
      <w:r>
        <w:t>Deeds required for entering Paradise</w:t>
      </w:r>
    </w:p>
    <w:p>
      <w:r>
        <w:rPr>
          <w:color w:val="666666"/>
          <w:sz w:val="18"/>
        </w:rPr>
        <w:t>Faith &amp; God · Between Hell and Paradise January 27, 2013 · 1m 22s · at 1:05:20 · https://youtu.be/0IItFxGXPQ4?t=3920</w:t>
      </w:r>
    </w:p>
    <w:p>
      <w:r>
        <w:rPr>
          <w:i/>
        </w:rPr>
        <w:t>“The Quran says that Paradise will be given to those who did good deeds in the world. Which deeds are those that a person must do in the world to enter Paradise? Please explain.”</w:t>
      </w:r>
    </w:p>
    <w:p>
      <w:r>
        <w:rPr>
          <w:sz w:val="20"/>
        </w:rPr>
        <w:t>1:05:20  toh yeh toh sarakshi hai. jo Allah ne nahin kaha tha, us ko Allah ki taraf mansoob karte hain yeh log. maulana, agla sawal pakistan se hai, abdul latif sahab ka.</w:t>
      </w:r>
      <w:r>
        <w:br/>
      </w:r>
      <w:r>
        <w:rPr>
          <w:sz w:val="20"/>
        </w:rPr>
        <w:t>1:05:33  unhone likha hai: "quran mein hai ke jannat un logon ko milegi jin logon ne duniya mein achhe aamaal kiye."</w:t>
      </w:r>
      <w:r>
        <w:br/>
      </w:r>
      <w:r>
        <w:rPr>
          <w:sz w:val="20"/>
        </w:rPr>
        <w:t>1:05:49  maulana sahab, woh kaun se aamaal hain jo jannat mein jaane ke liye insaan ko duniya mein karne hain, is ke baray mein bataein. bhai, wahi toh aaj maine kaha, yahi hai. koi mysterious baat nahin hai ke shayad tasbeeh padh li hai toh jannat ho jayegi.</w:t>
      </w:r>
      <w:r>
        <w:br/>
      </w:r>
      <w:r>
        <w:rPr>
          <w:sz w:val="20"/>
        </w:rPr>
        <w:t>1:06:02  yeh aisa kuch nahin hai. yahi hai ke har din, har subah, har shaam aap ko jannati shakhsiyat banani hai apne andar. jannati shakhsiyat.</w:t>
      </w:r>
      <w:r>
        <w:br/>
      </w:r>
      <w:r>
        <w:rPr>
          <w:sz w:val="20"/>
        </w:rPr>
        <w:t>1:06:13  yaani ek tayyar shuda insaan hi jannat mein jayega.</w:t>
      </w:r>
      <w:r>
        <w:br/>
      </w:r>
      <w:r>
        <w:rPr>
          <w:sz w:val="20"/>
        </w:rPr>
        <w:t>1:06:18  koi purasarar cheez aap ko jannat mein nahin le jayegi. har lamha aap ko shukr ke item mein jeena hai, har lamha aap ko nashukri ke item ko bhulana hai.</w:t>
      </w:r>
      <w:r>
        <w:br/>
      </w:r>
      <w:r>
        <w:rPr>
          <w:sz w:val="20"/>
        </w:rPr>
        <w:t>1:06:28  jis tarah ke aaj maine kaha, yahi jannat ka formula hai. jannat ka formula koi doosra nahin hai. jo kahe ke doosra koi formula hai, toh woh apni taraf se ek bidat nikaal raha hai, bidat.</w:t>
      </w:r>
    </w:p>
    <w:p>
      <w:pPr>
        <w:pStyle w:val="Heading2"/>
      </w:pPr>
      <w:r>
        <w:t>Definition of Ilm al-Kalam</w:t>
      </w:r>
    </w:p>
    <w:p>
      <w:r>
        <w:rPr>
          <w:color w:val="666666"/>
          <w:sz w:val="18"/>
        </w:rPr>
        <w:t>Faith &amp; God · The Secular Contribution of Islam | April 16, 2017 · 1m 30s · at 58:13 · https://youtu.be/QV_HIq7KeaY?t=3493</w:t>
      </w:r>
    </w:p>
    <w:p>
      <w:r>
        <w:rPr>
          <w:i/>
        </w:rPr>
        <w:t>“Maulana sahib, in your opinion, what is Ilm al-Kalam? Please clarify it.”</w:t>
      </w:r>
    </w:p>
    <w:p>
      <w:r>
        <w:rPr>
          <w:sz w:val="20"/>
        </w:rPr>
        <w:t>58:13  molana, agla sawal bheja hai abu dhabi se amir qureshi sahib ne, unhon ne aap se poocha hai:</w:t>
      </w:r>
      <w:r>
        <w:br/>
      </w:r>
      <w:r>
        <w:rPr>
          <w:sz w:val="20"/>
        </w:rPr>
        <w:t>58:21  مولانا صاحب، in your opinion, what is Ilm al-Kalam? اس کو واضح کریں۔</w:t>
      </w:r>
      <w:r>
        <w:br/>
      </w:r>
      <w:r>
        <w:rPr>
          <w:sz w:val="20"/>
        </w:rPr>
        <w:t>58:28  ilm ul kalam par hamare ek poora maqala hai, ilm ul kalam qadeem o jadeed, is ko aap parh li jiye.</w:t>
      </w:r>
      <w:r>
        <w:br/>
      </w:r>
      <w:r>
        <w:rPr>
          <w:sz w:val="20"/>
        </w:rPr>
        <w:t>58:36  waise ilm ul kalam usoolan jis cheez ka naam hai,</w:t>
      </w:r>
      <w:r>
        <w:br/>
      </w:r>
      <w:r>
        <w:rPr>
          <w:sz w:val="20"/>
        </w:rPr>
        <w:t>58:43  وہ یہ ہے کہ اسلام کو rational terms میں understandable بنانا۔</w:t>
      </w:r>
      <w:r>
        <w:br/>
      </w:r>
      <w:r>
        <w:rPr>
          <w:sz w:val="20"/>
        </w:rPr>
        <w:t>58:51  علم الکلام جو ہے، وہ کیا ہے؟ اسلام کی تعلیمات کو rational terms میں understandable بنانا۔</w:t>
      </w:r>
      <w:r>
        <w:br/>
      </w:r>
      <w:r>
        <w:rPr>
          <w:sz w:val="20"/>
        </w:rPr>
        <w:t>58:58  to abbasi daur mein jo ilm ul kalam tha, us daur mein yunani philosophy ka dabdaba tha.</w:t>
      </w:r>
      <w:r>
        <w:br/>
      </w:r>
      <w:r>
        <w:rPr>
          <w:sz w:val="20"/>
        </w:rPr>
        <w:t>59:06  تو یونانی تھاٹ جو تھا، اس کی روشنی میں انہوں نے اسلام کو understand</w:t>
      </w:r>
      <w:r>
        <w:br/>
      </w:r>
      <w:r>
        <w:rPr>
          <w:sz w:val="20"/>
        </w:rPr>
        <w:t>59:13  bill banaya.</w:t>
      </w:r>
      <w:r>
        <w:br/>
      </w:r>
      <w:r>
        <w:rPr>
          <w:sz w:val="20"/>
        </w:rPr>
        <w:t>59:17  ab woh khatam ho chuka hai, woh daur.</w:t>
      </w:r>
      <w:r>
        <w:br/>
      </w:r>
      <w:r>
        <w:rPr>
          <w:sz w:val="20"/>
        </w:rPr>
        <w:t>59:21  ab to scientific, ab to age of reason hai.</w:t>
      </w:r>
      <w:r>
        <w:br/>
      </w:r>
      <w:r>
        <w:rPr>
          <w:sz w:val="20"/>
        </w:rPr>
        <w:t>59:25  ab ab scientific logic duniya mein chalti hai.</w:t>
      </w:r>
      <w:r>
        <w:br/>
      </w:r>
      <w:r>
        <w:rPr>
          <w:sz w:val="20"/>
        </w:rPr>
        <w:t>59:29  اب سائنس کی روشنی میں آپ اسلام کو understandable بنائیے۔</w:t>
      </w:r>
      <w:r>
        <w:br/>
      </w:r>
      <w:r>
        <w:rPr>
          <w:sz w:val="20"/>
        </w:rPr>
        <w:t>59:32  aur meri jo kitab hai, alaihissalam wahdah, woh isi isi topic par hai.</w:t>
      </w:r>
      <w:r>
        <w:br/>
      </w:r>
      <w:r>
        <w:rPr>
          <w:sz w:val="20"/>
        </w:rPr>
        <w:t>59:36  ek comment parhna chahenge jo fenoid bone ne bheja hai pakistan se, unhon ne likha hai: molana</w:t>
      </w:r>
      <w:r>
        <w:br/>
      </w:r>
      <w:r>
        <w:rPr>
          <w:sz w:val="20"/>
        </w:rPr>
        <w:t>59:40  sahib, your every analysis</w:t>
      </w:r>
    </w:p>
    <w:p>
      <w:pPr>
        <w:pStyle w:val="Heading2"/>
      </w:pPr>
      <w:r>
        <w:t>Definition of Jihad according to Maulana</w:t>
      </w:r>
    </w:p>
    <w:p>
      <w:r>
        <w:rPr>
          <w:color w:val="666666"/>
          <w:sz w:val="18"/>
        </w:rPr>
        <w:t>Faith &amp; God · Don't Be Angry Culture January 15, 2012 · 1m 37s · at 1:23:19 · https://youtu.be/NrA3X8y_FLY?t=4999</w:t>
      </w:r>
    </w:p>
    <w:p>
      <w:r>
        <w:rPr>
          <w:i/>
        </w:rPr>
        <w:t>“What is the right definition of Jihad according to you?”</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Definition of monotheism</w:t>
      </w:r>
    </w:p>
    <w:p>
      <w:r>
        <w:rPr>
          <w:color w:val="666666"/>
          <w:sz w:val="18"/>
        </w:rPr>
        <w:t>Faith &amp; God · Revival of Muslim Ummah, February 4, 2013 · 2m 04s · at 1:19:04 · https://youtu.be/xB3MfWhLHoM?t=4744</w:t>
      </w:r>
    </w:p>
    <w:p>
      <w:r>
        <w:rPr>
          <w:i/>
        </w:rPr>
        <w:t>“What is monotheism?”</w:t>
      </w:r>
    </w:p>
    <w:p>
      <w:r>
        <w:rPr>
          <w:sz w:val="20"/>
        </w:rPr>
        <w:t>1:19:04  maulana, agla sawal dilli se hai jameel akhtar khan sahib ka. unhon ne aapse poocha hai: "what is monism?" is ke baray mein bataein.</w:t>
      </w:r>
      <w:r>
        <w:br/>
      </w:r>
      <w:r>
        <w:rPr>
          <w:sz w:val="20"/>
        </w:rPr>
        <w:t>1:19:15  is par hum likh chuke hain. dekhein, ek monism, ek monotheism urdu mein kehte hain: "wahdat al wajood tauheed." monotheism ka matlab hota hai</w:t>
      </w:r>
      <w:r>
        <w:br/>
      </w:r>
      <w:r>
        <w:rPr>
          <w:sz w:val="20"/>
        </w:rPr>
        <w:t>1:19:29  tauheed, yani Allah ko ek ek ek ek mustaqil existence ke taur par manna, ek wajood ke taur par manna.</w:t>
      </w:r>
      <w:r>
        <w:br/>
      </w:r>
      <w:r>
        <w:rPr>
          <w:sz w:val="20"/>
        </w:rPr>
        <w:t>1:19:38  aur monism ka matlab hota hai ek ke woh qulub bhi mante hain kis cheez ko, lekin ek what is ek spirit ke taur par, just like gravity.</w:t>
      </w:r>
      <w:r>
        <w:br/>
      </w:r>
      <w:r>
        <w:rPr>
          <w:sz w:val="20"/>
        </w:rPr>
        <w:t>1:19:48  to woh khuda ka naam tha, ek symbolic word hota hai,</w:t>
      </w:r>
      <w:r>
        <w:br/>
      </w:r>
      <w:r>
        <w:rPr>
          <w:sz w:val="20"/>
        </w:rPr>
        <w:t>1:19:52  jaise gravity hai, cosmic rules hain. to is ko aap khuda keh dein to woh ek symbolic word hoga. monism ka matlab kuch bhi nahi hai, yani woh woh ek philosophy hai.</w:t>
      </w:r>
      <w:r>
        <w:br/>
      </w:r>
      <w:r>
        <w:rPr>
          <w:sz w:val="20"/>
        </w:rPr>
        <w:t>1:20:05  monism koi religion nahi hai. main monism ko religion nahi manta, is ko main philosophy manta hoon. aur monotheism to religion hai, yani Allah ko ek wajood ke taur par man kar ke aap aap apni zindagi is is ke hukum ke mutabiq jab ta'ameer karen to is ka monotheism to ek ko kehte hain wahid wajood aur doosre kehte hain tauheed.</w:t>
      </w:r>
      <w:r>
        <w:br/>
      </w:r>
      <w:r>
        <w:rPr>
          <w:sz w:val="20"/>
        </w:rPr>
        <w:t>1:20:31  maulana, woh aap se ek aur sawal unhon ne kiya hai. unhon ne likha</w:t>
      </w:r>
      <w:r>
        <w:br/>
      </w:r>
      <w:r>
        <w:rPr>
          <w:sz w:val="20"/>
        </w:rPr>
        <w:t>1:20:35  hai ke daba ke baray mein aap ne apni rai ko aakhir rai kyun qarar diya hai?</w:t>
      </w:r>
      <w:r>
        <w:br/>
      </w:r>
      <w:r>
        <w:rPr>
          <w:sz w:val="20"/>
        </w:rPr>
        <w:t>1:20:44  bhai, aap dalail se mutmaeen ho to maaniye, mat maaniye. aakhir raaye kya? aakhir raaye to koi cheez nahi hoti. har cheez ko dalail se jaancha jaata hai.</w:t>
      </w:r>
      <w:r>
        <w:br/>
      </w:r>
      <w:r>
        <w:rPr>
          <w:sz w:val="20"/>
        </w:rPr>
        <w:t>1:20:55  jo maine daleelein di hain, is ko is ke lihaaz se dekhiye. aap agar aap ko theek lagti hai to maan lijiye, nahi to na maaniye. aap ko maanne ka bhi haq hai aur reject karne ka bhi haq hai.</w:t>
      </w:r>
    </w:p>
    <w:p>
      <w:pPr>
        <w:pStyle w:val="Heading2"/>
      </w:pPr>
      <w:r>
        <w:t>Degree of Faith: Educated vs Less Educated</w:t>
      </w:r>
    </w:p>
    <w:p>
      <w:r>
        <w:rPr>
          <w:color w:val="666666"/>
          <w:sz w:val="18"/>
        </w:rPr>
        <w:t>Faith &amp; God · Unseen God July 30, 2017 Maulana Wahiduddin Khan · 2m 21s · at 56:20 · https://youtu.be/MOkCdGFAVR4?t=3380</w:t>
      </w:r>
    </w:p>
    <w:p>
      <w:r>
        <w:rPr>
          <w:i/>
        </w:rPr>
        <w:t>“An educated person with a scientific mind discovers God and believes in Him. Similarly, a less educated person who does not have a scientific bent of mind also believes one hundred percent in God through tadabbur and tafakkur. So will the degree of faith differ among the two? I mean will an educated, scientifically based man be placed higher in ma'rifat-e-deen than a less educated mind? What is your opinion?”</w:t>
      </w:r>
    </w:p>
    <w:p>
      <w:r>
        <w:rPr>
          <w:sz w:val="20"/>
        </w:rPr>
        <w:t>56:20  ji مولانا agla sawal lucknow se bheja hai razi sahab ne unhone likha hai مولانا an educated person who has scientific mind discovers god and believes in him</w:t>
      </w:r>
      <w:r>
        <w:br/>
      </w:r>
      <w:r>
        <w:rPr>
          <w:sz w:val="20"/>
        </w:rPr>
        <w:t>56:36  similarly a less educated person who does not have a scientific bent of mind also believes hundred percent in god through tadabbur and tafakkur so will the degree of faith differ among the two i mean will an educated scientific based man be placed higher in marifat than a less educated mind what is your</w:t>
      </w:r>
      <w:r>
        <w:br/>
      </w:r>
      <w:r>
        <w:rPr>
          <w:sz w:val="20"/>
        </w:rPr>
        <w:t>57:03  opinion dekhiye islam ka jo criterion hai woh base hai base karta hai quality par quantity par nahi</w:t>
      </w:r>
      <w:r>
        <w:br/>
      </w:r>
      <w:r>
        <w:rPr>
          <w:sz w:val="20"/>
        </w:rPr>
        <w:t>57:14  yani quantity stress mein kiska darja kya hai woh dekha jayega</w:t>
      </w:r>
      <w:r>
        <w:br/>
      </w:r>
      <w:r>
        <w:rPr>
          <w:sz w:val="20"/>
        </w:rPr>
        <w:t>57:20  quantity stress mein nahi dekha jayega</w:t>
      </w:r>
      <w:r>
        <w:br/>
      </w:r>
      <w:r>
        <w:rPr>
          <w:sz w:val="20"/>
        </w:rPr>
        <w:t>57:23  aur doosri baat yeh hai ke kis ke ilm ne is ke andar Allah ki mohabbat paida ki</w:t>
      </w:r>
      <w:r>
        <w:br/>
      </w:r>
      <w:r>
        <w:rPr>
          <w:sz w:val="20"/>
        </w:rPr>
        <w:t>57:31  allazina amanu ashaddu hubban lillah is se jaancha jayega aap ki knowledge bahut ho aap</w:t>
      </w:r>
      <w:r>
        <w:br/>
      </w:r>
      <w:r>
        <w:rPr>
          <w:sz w:val="20"/>
        </w:rPr>
        <w:t>57:39  dunya ke sab bade scientific mind hon lekin aap ke andar Allah ke liye mohabbat nahi paida hui</w:t>
      </w:r>
      <w:r>
        <w:br/>
      </w:r>
      <w:r>
        <w:rPr>
          <w:sz w:val="20"/>
        </w:rPr>
        <w:t>57:45  to to woh nateeja koi value is ki</w:t>
      </w:r>
      <w:r>
        <w:br/>
      </w:r>
      <w:r>
        <w:rPr>
          <w:sz w:val="20"/>
        </w:rPr>
        <w:t>57:48  nahi hai to criterion yeh hai ke aap ki knowledge aap ki research ne aap ke andar</w:t>
      </w:r>
      <w:r>
        <w:br/>
      </w:r>
      <w:r>
        <w:rPr>
          <w:sz w:val="20"/>
        </w:rPr>
        <w:t>57:55  khaliq ke liye rab-ul-alameen ke liye mohabbat ka jazba paida kiya hai ya nahi paida kiya yeh</w:t>
      </w:r>
      <w:r>
        <w:br/>
      </w:r>
      <w:r>
        <w:rPr>
          <w:sz w:val="20"/>
        </w:rPr>
        <w:t>58:01  hai criterion aur koi cheez criterion nahi hai</w:t>
      </w:r>
      <w:r>
        <w:br/>
      </w:r>
      <w:r>
        <w:rPr>
          <w:sz w:val="20"/>
        </w:rPr>
        <w:t>58:06  walazina amanu ashaddu hubban lillah</w:t>
      </w:r>
      <w:r>
        <w:br/>
      </w:r>
      <w:r>
        <w:rPr>
          <w:sz w:val="20"/>
        </w:rPr>
        <w:t>58:10  amnu ka matlab yeh hai ke jo discover karte hain</w:t>
      </w:r>
      <w:r>
        <w:br/>
      </w:r>
      <w:r>
        <w:rPr>
          <w:sz w:val="20"/>
        </w:rPr>
        <w:t>58:14  yani is ka ayat ka matlab yeh hai ke jo Allah ko discover karta hai woh Allah se</w:t>
      </w:r>
      <w:r>
        <w:br/>
      </w:r>
      <w:r>
        <w:rPr>
          <w:sz w:val="20"/>
        </w:rPr>
        <w:t>58:19  bohat ziyada mohabbat karne wala ban jata hai to aap ki agar discovery</w:t>
      </w:r>
      <w:r>
        <w:br/>
      </w:r>
      <w:r>
        <w:rPr>
          <w:sz w:val="20"/>
        </w:rPr>
        <w:t>58:26  allah ki taraf ho rahi ho to jaancha yeh jayega ke aap ke andar allah se mohabbat</w:t>
      </w:r>
      <w:r>
        <w:br/>
      </w:r>
      <w:r>
        <w:rPr>
          <w:sz w:val="20"/>
        </w:rPr>
        <w:t>58:30  qatai paida hui darja isi se banega</w:t>
      </w:r>
      <w:r>
        <w:br/>
      </w:r>
      <w:r>
        <w:rPr>
          <w:sz w:val="20"/>
        </w:rPr>
        <w:t>58:34  walzain</w:t>
      </w:r>
      <w:r>
        <w:br/>
      </w:r>
      <w:r>
        <w:rPr>
          <w:sz w:val="20"/>
        </w:rPr>
        <w:t>58:34  amnu ashad hub lilah is mamle mein bohat hi wazeh ayat hai</w:t>
      </w:r>
    </w:p>
    <w:p>
      <w:pPr>
        <w:pStyle w:val="Heading2"/>
      </w:pPr>
      <w:r>
        <w:t>Desire for paradise material pleasures</w:t>
      </w:r>
    </w:p>
    <w:p>
      <w:r>
        <w:rPr>
          <w:color w:val="666666"/>
          <w:sz w:val="18"/>
        </w:rPr>
        <w:t>Faith &amp; God · Paradise September 18, 2016 · 3m 35s · at 44:38 · https://youtu.be/R2kZlD0PbGQ?t=2678</w:t>
      </w:r>
    </w:p>
    <w:p>
      <w:r>
        <w:rPr>
          <w:i/>
        </w:rPr>
        <w:t>“Many people when they discuss paradise seem to desire for it in terms of good food, drinks, and...”</w:t>
      </w:r>
    </w:p>
    <w:p>
      <w:r>
        <w:rPr>
          <w:sz w:val="20"/>
        </w:rPr>
        <w:t>44:38  Maulana sahib, pehla sawal lete hain.</w:t>
      </w:r>
      <w:r>
        <w:br/>
      </w:r>
      <w:r>
        <w:rPr>
          <w:sz w:val="20"/>
        </w:rPr>
        <w:t>44:44  Yeh pehla sawal buland shehar se Mahmood sahib ne bheja hai aur unhon ne likha hai: "Maulana sahib,</w:t>
      </w:r>
      <w:r>
        <w:br/>
      </w:r>
      <w:r>
        <w:rPr>
          <w:sz w:val="20"/>
        </w:rPr>
        <w:t>44:49  many people when they discuss paradise seem to desire for it in terms of good food, drinks, and</w:t>
      </w:r>
      <w:r>
        <w:br/>
      </w:r>
      <w:r>
        <w:rPr>
          <w:sz w:val="20"/>
        </w:rPr>
        <w:t>44:55  a better living.</w:t>
      </w:r>
      <w:r>
        <w:br/>
      </w:r>
      <w:r>
        <w:rPr>
          <w:sz w:val="20"/>
        </w:rPr>
        <w:t>45:00  Don't you think that this is underestimating paradise and reducing it to the worldly level?</w:t>
      </w:r>
      <w:r>
        <w:br/>
      </w:r>
      <w:r>
        <w:rPr>
          <w:sz w:val="20"/>
        </w:rPr>
        <w:t>45:06  My question is, what should be the correct desire for paradise?</w:t>
      </w:r>
      <w:r>
        <w:br/>
      </w:r>
      <w:r>
        <w:rPr>
          <w:sz w:val="20"/>
        </w:rPr>
        <w:t>45:11  "Dekhiye, yeh khana peena to aise hi jaise guest house mein thehraya jaye aap ko, kisi bara</w:t>
      </w:r>
      <w:r>
        <w:br/>
      </w:r>
      <w:r>
        <w:rPr>
          <w:sz w:val="20"/>
        </w:rPr>
        <w:t>45:17  aadmi thehraye aap ko guest house mein to khana peena to milega wahan par, lekin asal cheez</w:t>
      </w:r>
      <w:r>
        <w:br/>
      </w:r>
      <w:r>
        <w:rPr>
          <w:sz w:val="20"/>
        </w:rPr>
        <w:t>45:23  khana peena nahi hai.</w:t>
      </w:r>
      <w:r>
        <w:br/>
      </w:r>
      <w:r>
        <w:rPr>
          <w:sz w:val="20"/>
        </w:rPr>
        <w:t>45:28  Asal cheez hai high level of life, aise logon ke saath rehna jinke andar high thinking ho,</w:t>
      </w:r>
      <w:r>
        <w:br/>
      </w:r>
      <w:r>
        <w:rPr>
          <w:sz w:val="20"/>
        </w:rPr>
        <w:t>45:34  jinke andar high test ho, jinke andar jo high educated log jaise hote hain, is tarah</w:t>
      </w:r>
      <w:r>
        <w:br/>
      </w:r>
      <w:r>
        <w:rPr>
          <w:sz w:val="20"/>
        </w:rPr>
        <w:t>45:40  ke log hon.</w:t>
      </w:r>
      <w:r>
        <w:br/>
      </w:r>
      <w:r>
        <w:rPr>
          <w:sz w:val="20"/>
        </w:rPr>
        <w:t>45:45  To main apney tajrube ko arz karunga ke main sari bohat zyada mein ne safar kiye, bohat</w:t>
      </w:r>
      <w:r>
        <w:br/>
      </w:r>
      <w:r>
        <w:rPr>
          <w:sz w:val="20"/>
        </w:rPr>
        <w:t>45:51  zyada mein logon se mila.</w:t>
      </w:r>
      <w:r>
        <w:br/>
      </w:r>
      <w:r>
        <w:rPr>
          <w:sz w:val="20"/>
        </w:rPr>
        <w:t>45:57  To main jis insaan ko jaanta hoon apni shakl mein, sab se zyada mujhe jo pressure milta hai,</w:t>
      </w:r>
      <w:r>
        <w:br/>
      </w:r>
      <w:r>
        <w:rPr>
          <w:sz w:val="20"/>
        </w:rPr>
        <w:t>46:02  pressure woh high class ke logon se baat karne mein, exchange mein, intellectual exchange mein.</w:t>
      </w:r>
      <w:r>
        <w:br/>
      </w:r>
      <w:r>
        <w:rPr>
          <w:sz w:val="20"/>
        </w:rPr>
        <w:t>46:08  Agar aap kisi jungle mein hon, darakht patharon ki duniya mein hon to aap bilkul pagal ho jayen</w:t>
      </w:r>
      <w:r>
        <w:br/>
      </w:r>
      <w:r>
        <w:rPr>
          <w:sz w:val="20"/>
        </w:rPr>
        <w:t>46:14  ge kyunke wahan koi milega nahi baat karne ke liye.</w:t>
      </w:r>
      <w:r>
        <w:br/>
      </w:r>
      <w:r>
        <w:rPr>
          <w:sz w:val="20"/>
        </w:rPr>
        <w:t>46:20  Insaan ka sab se bara jo hai sifat, woh uska mind hai.</w:t>
      </w:r>
      <w:r>
        <w:br/>
      </w:r>
      <w:r>
        <w:rPr>
          <w:sz w:val="20"/>
        </w:rPr>
        <w:t>46:25  maind exchange karna chahta hai to jannat woh jagah hai jahan high class ke log available honge</w:t>
      </w:r>
      <w:r>
        <w:br/>
      </w:r>
      <w:r>
        <w:rPr>
          <w:sz w:val="20"/>
        </w:rPr>
        <w:t>46:31  exchange karne ke liye.</w:t>
      </w:r>
      <w:r>
        <w:br/>
      </w:r>
      <w:r>
        <w:rPr>
          <w:sz w:val="20"/>
        </w:rPr>
        <w:t>46:37  aur bachta hoon ke is ka ishara quran mein maujood hai ke do ayatein quran mein hain ke</w:t>
      </w:r>
      <w:r>
        <w:br/>
      </w:r>
      <w:r>
        <w:rPr>
          <w:sz w:val="20"/>
        </w:rPr>
        <w:t>46:42  allah ke kalmat itne zyada hain ke is ko tum likhna shuru karo to kabhi khatam nahi honge.</w:t>
      </w:r>
      <w:r>
        <w:br/>
      </w:r>
      <w:r>
        <w:rPr>
          <w:sz w:val="20"/>
        </w:rPr>
        <w:t>46:48  wa lau an mim shajarati aqlamun wal bahru yamuddu min ba'dihi sab'atu abhurin ma nafidat kalimatu Allahi.</w:t>
      </w:r>
      <w:r>
        <w:br/>
      </w:r>
      <w:r>
        <w:rPr>
          <w:sz w:val="20"/>
        </w:rPr>
        <w:t>46:54  to is intellectual exchange ke item itne zyada hain, kabhi khatam nahi honge.</w:t>
      </w:r>
      <w:r>
        <w:br/>
      </w:r>
      <w:r>
        <w:rPr>
          <w:sz w:val="20"/>
        </w:rPr>
        <w:t>46:59  intellectual exchange jo sab se zyada marghoob cheez hai insan ke liye, is ke item itne zyada hain</w:t>
      </w:r>
      <w:r>
        <w:br/>
      </w:r>
      <w:r>
        <w:rPr>
          <w:sz w:val="20"/>
        </w:rPr>
        <w:t>47:05  ke aap kabhi khatam nahi honge.</w:t>
      </w:r>
      <w:r>
        <w:br/>
      </w:r>
      <w:r>
        <w:rPr>
          <w:sz w:val="20"/>
        </w:rPr>
        <w:t>47:11  to main sochta hoon asal cheez yeh hai, isi liye main kehta hoon wahan library hogi, wahan seminar</w:t>
      </w:r>
      <w:r>
        <w:br/>
      </w:r>
      <w:r>
        <w:rPr>
          <w:sz w:val="20"/>
        </w:rPr>
        <w:t>47:17  hoga, wahan woh academic activities hongi.</w:t>
      </w:r>
      <w:r>
        <w:br/>
      </w:r>
      <w:r>
        <w:rPr>
          <w:sz w:val="20"/>
        </w:rPr>
        <w:t>47:22  yeh sab jo allah ka alao allah jo hain, jo un ko quran mein to alao allah wahan</w:t>
      </w:r>
      <w:r>
        <w:br/>
      </w:r>
      <w:r>
        <w:rPr>
          <w:sz w:val="20"/>
        </w:rPr>
        <w:t>47:28  ka activities ka markaz hoga.</w:t>
      </w:r>
      <w:r>
        <w:br/>
      </w:r>
      <w:r>
        <w:rPr>
          <w:sz w:val="20"/>
        </w:rPr>
        <w:t>47:34  to woh sari cheezein to quran mein hai ke woh utububish shabah ke jannat mein jo phal mile</w:t>
      </w:r>
      <w:r>
        <w:br/>
      </w:r>
      <w:r>
        <w:rPr>
          <w:sz w:val="20"/>
        </w:rPr>
        <w:t>47:39  ga, woh dunya ke phal ke mutabiq khuloos samajhte hain ke sirf aisa hoga.</w:t>
      </w:r>
      <w:r>
        <w:br/>
      </w:r>
      <w:r>
        <w:rPr>
          <w:sz w:val="20"/>
        </w:rPr>
        <w:t>47:45  aur yeh matlab nahi, is ka nahi.</w:t>
      </w:r>
      <w:r>
        <w:br/>
      </w:r>
      <w:r>
        <w:rPr>
          <w:sz w:val="20"/>
        </w:rPr>
        <w:t>47:51  yeh jo dunya mein hum hamari activities hain ke haan aap jante hain ke yahan par university hai,</w:t>
      </w:r>
      <w:r>
        <w:br/>
      </w:r>
      <w:r>
        <w:rPr>
          <w:sz w:val="20"/>
        </w:rPr>
        <w:t>47:56  yahan par library hai, yahan par bade bade sumrein hain, conference hoti hai, hum safar karte hain.</w:t>
      </w:r>
      <w:r>
        <w:br/>
      </w:r>
      <w:r>
        <w:rPr>
          <w:sz w:val="20"/>
        </w:rPr>
        <w:t>48:02  yeh jo activities hain, yeh high class ki, woh sab wahan honge aur zyada high class ki.</w:t>
      </w:r>
      <w:r>
        <w:br/>
      </w:r>
      <w:r>
        <w:rPr>
          <w:sz w:val="20"/>
        </w:rPr>
        <w:t>48:08  yeh matlab hai is ka.</w:t>
      </w:r>
    </w:p>
    <w:p>
      <w:pPr>
        <w:pStyle w:val="Heading2"/>
      </w:pPr>
      <w:r>
        <w:t>Developing God-like attributes</w:t>
      </w:r>
    </w:p>
    <w:p>
      <w:r>
        <w:rPr>
          <w:color w:val="666666"/>
          <w:sz w:val="18"/>
        </w:rPr>
        <w:t>Faith &amp; God · The Culture of People of Paradise January 06, 2019 Maulana Wahiduddin Khan · 1m 48s · at 1:06:06 · https://youtu.be/rFExua9zntM?t=3966</w:t>
      </w:r>
    </w:p>
    <w:p>
      <w:r>
        <w:rPr>
          <w:i/>
        </w:rPr>
        <w:t>“For a human being to develop God-like attributes at the very outset, it seems a non-starter as God is infinitely great. Maulana, please throw some light on this.”</w:t>
      </w:r>
    </w:p>
    <w:p>
      <w:r>
        <w:rPr>
          <w:sz w:val="20"/>
        </w:rPr>
        <w:t>1:06:06  may Allah guide us and help us to be selected for jannat. Ameen." Maulana, agla sawal Faraz Khan sahib ne Delhi se bheja hai.</w:t>
      </w:r>
      <w:r>
        <w:br/>
      </w:r>
      <w:r>
        <w:rPr>
          <w:sz w:val="20"/>
        </w:rPr>
        <w:t>1:06:18  unhon ne likha hai: "for a human being to develop God like attributes at the very outset, it seems a non starter as God is infinitely great.</w:t>
      </w:r>
      <w:r>
        <w:br/>
      </w:r>
      <w:r>
        <w:rPr>
          <w:sz w:val="20"/>
        </w:rPr>
        <w:t>1:06:32  Maulana, please throw some light on this."</w:t>
      </w:r>
      <w:r>
        <w:br/>
      </w:r>
      <w:r>
        <w:rPr>
          <w:sz w:val="20"/>
        </w:rPr>
        <w:t>1:06:38  in short, is ka matlab hai positive thinking, positive personality. in short, koi bohat yeh koi compress thought nahi hai, yeh bohat hi natural thought hai.</w:t>
      </w:r>
      <w:r>
        <w:br/>
      </w:r>
      <w:r>
        <w:rPr>
          <w:sz w:val="20"/>
        </w:rPr>
        <w:t>1:06:59  natural!</w:t>
      </w:r>
      <w:r>
        <w:br/>
      </w:r>
      <w:r>
        <w:rPr>
          <w:sz w:val="20"/>
        </w:rPr>
        <w:t>1:07:01  aur woh yeh hai ke</w:t>
      </w:r>
      <w:r>
        <w:br/>
      </w:r>
      <w:r>
        <w:rPr>
          <w:sz w:val="20"/>
        </w:rPr>
        <w:t>1:07:06  ke aap ke andar positive thinking ho. best word mein jo maine paya hai, is ko batane ke liye woh hai positive thinking.</w:t>
      </w:r>
      <w:r>
        <w:br/>
      </w:r>
      <w:r>
        <w:rPr>
          <w:sz w:val="20"/>
        </w:rPr>
        <w:t>1:07:16  apne aap ko negative soch se bachana, apne andar positive thinking inculcate karna. yani ek lafz mein is ka matlab hai apne aap ko</w:t>
      </w:r>
      <w:r>
        <w:br/>
      </w:r>
      <w:r>
        <w:rPr>
          <w:sz w:val="20"/>
        </w:rPr>
        <w:t>1:07:31  reaction se bachana. reaction negative thinking ka naam hai. toh apne aap ko reaction se bachana aur positive thinking apne andar develop karna, yeh matlab hai is ka.</w:t>
      </w:r>
    </w:p>
    <w:p>
      <w:pPr>
        <w:pStyle w:val="Heading2"/>
      </w:pPr>
      <w:r>
        <w:t>Developing love of God and taqwa</w:t>
      </w:r>
    </w:p>
    <w:p>
      <w:r>
        <w:rPr>
          <w:color w:val="666666"/>
          <w:sz w:val="18"/>
        </w:rPr>
        <w:t>Faith &amp; God · In the Name of God 12 Jan 2020 - Maulana Wahiduddin Khan · 2m 35s · at 38:57 · https://youtu.be/aKynaASsI4s?t=2337</w:t>
      </w:r>
    </w:p>
    <w:p>
      <w:r>
        <w:rPr>
          <w:i/>
        </w:rPr>
        <w:t>“How can I develop love of God like you? When we look at you we find ourselves short of taqwa. We need your continuous guidance.”</w:t>
      </w:r>
    </w:p>
    <w:p>
      <w:r>
        <w:rPr>
          <w:sz w:val="20"/>
        </w:rPr>
        <w:t>38:57  molana agla sawal lena chahenge yeh sawal bheja hai ahmed abad se tanzeel khan sahab ne unho</w:t>
      </w:r>
      <w:r>
        <w:br/>
      </w:r>
      <w:r>
        <w:rPr>
          <w:sz w:val="20"/>
        </w:rPr>
        <w:t>39:05  نے اپ سے پوچھا ہے مولانا How can I develop love of God like you? When we look</w:t>
      </w:r>
      <w:r>
        <w:br/>
      </w:r>
      <w:r>
        <w:rPr>
          <w:sz w:val="20"/>
        </w:rPr>
        <w:t>39:12  at you we find our self short of taqwa we need your continuous guidance</w:t>
      </w:r>
      <w:r>
        <w:br/>
      </w:r>
      <w:r>
        <w:rPr>
          <w:sz w:val="20"/>
        </w:rPr>
        <w:t>39:21  ek lafz hai dua</w:t>
      </w:r>
      <w:r>
        <w:br/>
      </w:r>
      <w:r>
        <w:rPr>
          <w:sz w:val="20"/>
        </w:rPr>
        <w:t>39:24  allah se dua</w:t>
      </w:r>
      <w:r>
        <w:br/>
      </w:r>
      <w:r>
        <w:rPr>
          <w:sz w:val="20"/>
        </w:rPr>
        <w:t>39:29  dene wala Allah rabbul alameen hai paane wala insan hai har insan ke liye har nemat muqaddar hai muqaddar hai muqaddar hai</w:t>
      </w:r>
      <w:r>
        <w:br/>
      </w:r>
      <w:r>
        <w:rPr>
          <w:sz w:val="20"/>
        </w:rPr>
        <w:t>39:46  har insan ke liye</w:t>
      </w:r>
      <w:r>
        <w:br/>
      </w:r>
      <w:r>
        <w:rPr>
          <w:sz w:val="20"/>
        </w:rPr>
        <w:t>39:53  is mein koi</w:t>
      </w:r>
      <w:r>
        <w:br/>
      </w:r>
      <w:r>
        <w:rPr>
          <w:sz w:val="20"/>
        </w:rPr>
        <w:t>39:59  do raah nahi</w:t>
      </w:r>
      <w:r>
        <w:br/>
      </w:r>
      <w:r>
        <w:rPr>
          <w:sz w:val="20"/>
        </w:rPr>
        <w:t>40:05  har insan ko ek hi darja hasil hai chahe woh kisi bhi qaum ka ho kisi bhi community ka ho Allah ka koi discrimination nahi discrimination nahi ms dania mustafa ne karachi se comment bheja hai unhone likha hai what an incredible message Maulana</w:t>
      </w:r>
      <w:r>
        <w:br/>
      </w:r>
      <w:r>
        <w:rPr>
          <w:sz w:val="20"/>
        </w:rPr>
        <w:t>40:32  we have to keep our self dedicated to any good work we are doing and should not be hindered by any negative activity going on dr naghma siddiqui ne delhi se likha hai Maulana your lecture today gave so much hope to me i realize that any problem i face is the result of my own foolishness no one can harm me in any way as my creator is protect</w:t>
      </w:r>
    </w:p>
    <w:p>
      <w:pPr>
        <w:pStyle w:val="Heading2"/>
      </w:pPr>
      <w:r>
        <w:t>Did Companions accomplish tasks only through prayer?</w:t>
      </w:r>
    </w:p>
    <w:p>
      <w:r>
        <w:rPr>
          <w:color w:val="666666"/>
          <w:sz w:val="18"/>
        </w:rPr>
        <w:t>Faith &amp; God · The Expression of Faith (Izhar e Deen) September 1, 2013 · 2m 01s · at 1:08:28 · https://youtu.be/muBDJ8a_8-0?t=4108</w:t>
      </w:r>
    </w:p>
    <w:p>
      <w:r>
        <w:rPr>
          <w:i/>
        </w:rPr>
        <w:t>“Often in the mosque, one hears such narrations that the Companions used to go to the mosque for their tasks and pray to Allah and get their tasks done through prayer. Please explain whether their tasks were accomplished without any means?”</w:t>
      </w:r>
    </w:p>
    <w:p>
      <w:r>
        <w:rPr>
          <w:sz w:val="20"/>
        </w:rPr>
        <w:t>1:08:28  maulana agla sawal dilli se hai, ans sahib ne</w:t>
      </w:r>
      <w:r>
        <w:br/>
      </w:r>
      <w:r>
        <w:rPr>
          <w:sz w:val="20"/>
        </w:rPr>
        <w:t>1:08:31  kiya hai. unhon ne likha hai: "aksar masjid mein is tarah ki riwayatein sunne ko milti hain ke sahaba apne kaamo ke liye masjid mein jaate aur allah se dua karke apne kaamo ko dua se kara lete. iske bare mein bataein ke kya bina kisi asbab ke un logon ke kaam ho jaate the?" bilkul galat hai.</w:t>
      </w:r>
      <w:r>
        <w:br/>
      </w:r>
      <w:r>
        <w:rPr>
          <w:sz w:val="20"/>
        </w:rPr>
        <w:t>1:08:55  jo log aisi kahaniyan sunate hain, woh khud sakhta kahaniyan hoti hain</w:t>
      </w:r>
      <w:r>
        <w:br/>
      </w:r>
      <w:r>
        <w:rPr>
          <w:sz w:val="20"/>
        </w:rPr>
        <w:t>1:09:00  ke dua se sab kuch hota hai. yeh dua se sab kuch hota hai ka nazariya hi galat hai bilkul. is par to hamari kitabein aap padh lijiye, har kitab mein aap is ke liye payenge.</w:t>
      </w:r>
      <w:r>
        <w:br/>
      </w:r>
      <w:r>
        <w:rPr>
          <w:sz w:val="20"/>
        </w:rPr>
        <w:t>1:09:12  baqi jo log is par tareeqe chalate hain ke dua se sab kuch hota hai, woh na to islam ko jante hain na deen ko jante hain. kuch kahaniyan un ke paas hain, woh is kahani ko sunate hain.</w:t>
      </w:r>
      <w:r>
        <w:br/>
      </w:r>
      <w:r>
        <w:rPr>
          <w:sz w:val="20"/>
        </w:rPr>
        <w:t>1:09:22  bas kahaniyon ka naam islam nahi hai. aap meri kitabein padhiye, meri tafsir padhiye, meri seerat pe kitab hai, us ko padhiye to aap is ki haqeeqat aap ko maloom ho jayegi.</w:t>
      </w:r>
      <w:r>
        <w:br/>
      </w:r>
      <w:r>
        <w:rPr>
          <w:sz w:val="20"/>
        </w:rPr>
        <w:t>1:09:35  maulana, is ko clarify kar dein ke dua kab kaam karti hai?</w:t>
      </w:r>
      <w:r>
        <w:br/>
      </w:r>
      <w:r>
        <w:rPr>
          <w:sz w:val="20"/>
        </w:rPr>
        <w:t>1:09:45  dua ka yeh matlab yeh nahi ke dua karo aur aur aur aur sara kaam banta chala jaye. dua ibadat hai, ibadat. ibadat hai.</w:t>
      </w:r>
      <w:r>
        <w:br/>
      </w:r>
      <w:r>
        <w:rPr>
          <w:sz w:val="20"/>
        </w:rPr>
        <w:t>1:09:56  yani bande ko, bande jab apni apni apni bandagi ka izhaar karta hai to isi ka naam ibadat hai. kaam banna ya na banna allah ke ikhtiyar mein hai.</w:t>
      </w:r>
      <w:r>
        <w:br/>
      </w:r>
      <w:r>
        <w:rPr>
          <w:sz w:val="20"/>
        </w:rPr>
        <w:t>1:10:07  aap ki dua se ban jayega kaam? yeh sahi nahi hai. allah chahega to hoga, chahega to nahi hoga. aap ko dua isi tarah karna hai jis tarah aap ibadat karte hain.</w:t>
      </w:r>
      <w:r>
        <w:br/>
      </w:r>
      <w:r>
        <w:rPr>
          <w:sz w:val="20"/>
        </w:rPr>
        <w:t>1:10:18  to dua jo hai, woh ibadat ka hissa hai, woh karobari ka hissa nahi hai.</w:t>
      </w:r>
      <w:r>
        <w:br/>
      </w:r>
      <w:r>
        <w:rPr>
          <w:sz w:val="20"/>
        </w:rPr>
        <w:t>1:10:30  maulana agla sawal dilli se hai, maulana zakwan nadvi ka. unhon ne likha hai: "cps aur doosre idaron ki taraf se duniya mein har jagah quran ka translation distribute kiya ja raha hai,</w:t>
      </w:r>
    </w:p>
    <w:p>
      <w:pPr>
        <w:pStyle w:val="Heading2"/>
      </w:pPr>
      <w:r>
        <w:t>Did God create humans to think?</w:t>
      </w:r>
    </w:p>
    <w:p>
      <w:r>
        <w:rPr>
          <w:color w:val="666666"/>
          <w:sz w:val="18"/>
        </w:rPr>
        <w:t>Faith &amp; God · On Death June 08, 2014 · 2m 31s · at 54:47 · https://youtu.be/p0lSKQ0edmw?t=3287</w:t>
      </w:r>
    </w:p>
    <w:p>
      <w:r>
        <w:rPr>
          <w:i/>
        </w:rPr>
        <w:t>“I was very thrilled by today's talk. You said that DNA contains all information except death. So, did God create humans to think? Please explain.”</w:t>
      </w:r>
    </w:p>
    <w:p>
      <w:r>
        <w:rPr>
          <w:sz w:val="20"/>
        </w:rPr>
        <w:t>54:47  Maulana, agla sawal kiya hai Maulana Iqbal Umri ne Chennai se. Unhon ne likha hai ke. Maulana, aaj ke talk se bohat zyada thrill hua.</w:t>
      </w:r>
      <w:r>
        <w:br/>
      </w:r>
      <w:r>
        <w:rPr>
          <w:sz w:val="20"/>
        </w:rPr>
        <w:t>55:00  aap ne jo aaj baat kahi ke DNA mein maut ke siwa tamam information hai. To kya Maulana, insan ko sochne ke liye Khuda ne aisa kiya?</w:t>
      </w:r>
      <w:r>
        <w:br/>
      </w:r>
      <w:r>
        <w:rPr>
          <w:sz w:val="20"/>
        </w:rPr>
        <w:t>55:12  is ke bare mein batayein.</w:t>
      </w:r>
      <w:r>
        <w:br/>
      </w:r>
      <w:r>
        <w:rPr>
          <w:sz w:val="20"/>
        </w:rPr>
        <w:t>55:17  dekhiye, agar maut hamari memory mein bilkul vivid jis ko kehte hain vivid memory.</w:t>
      </w:r>
      <w:r>
        <w:br/>
      </w:r>
      <w:r>
        <w:rPr>
          <w:sz w:val="20"/>
        </w:rPr>
        <w:t>55:25  vivid memory mein hoti hai. Har waqt hum ko yaad aata hai. Yaad aane ke maani hain ke DNA mein likha hota ke mujh ko</w:t>
      </w:r>
      <w:r>
        <w:br/>
      </w:r>
      <w:r>
        <w:rPr>
          <w:sz w:val="20"/>
        </w:rPr>
        <w:t>55:37  pandrah July do hazar pandrah ko marna hai.</w:t>
      </w:r>
      <w:r>
        <w:br/>
      </w:r>
      <w:r>
        <w:rPr>
          <w:sz w:val="20"/>
        </w:rPr>
        <w:t>55:42  mera matlab yeh hai ke DNA mein har cheez likhi hui hai. Meri aankh choti ho gayi ya badi ho gayi. Mera kaan chota ho gaya ya bada ho gaya.</w:t>
      </w:r>
      <w:r>
        <w:br/>
      </w:r>
      <w:r>
        <w:rPr>
          <w:sz w:val="20"/>
        </w:rPr>
        <w:t>55:52  meri ungliyan kaisi ho gayi, sab kuch likha hua hai. To agar DNA mein likha hota ke mujhe marna hai pandrah July do hazar pandrah ko.</w:t>
      </w:r>
      <w:r>
        <w:br/>
      </w:r>
      <w:r>
        <w:rPr>
          <w:sz w:val="20"/>
        </w:rPr>
        <w:t>56:02  to kya hota, aap sochein.</w:t>
      </w:r>
      <w:r>
        <w:br/>
      </w:r>
      <w:r>
        <w:rPr>
          <w:sz w:val="20"/>
        </w:rPr>
        <w:t>56:07  ek ek stagnation ka mahol rehta hai mere upar taari.</w:t>
      </w:r>
      <w:r>
        <w:br/>
      </w:r>
      <w:r>
        <w:rPr>
          <w:sz w:val="20"/>
        </w:rPr>
        <w:t>56:11  achha, lekin jab aisa nahi hai, sochne ka item bana diya. To sochne ka item se kya hota hai? Intellectual development hota hai. Agar DNA mein likha hota to aata is se intellectual stagnation.</w:t>
      </w:r>
      <w:r>
        <w:br/>
      </w:r>
      <w:r>
        <w:rPr>
          <w:sz w:val="20"/>
        </w:rPr>
        <w:t>56:27  jab nahi likha hua hai to mujhe think karna hai, sochna hai. Is se aata hai kya? Meri creativity badhti hai. Thinking process jaari hota hai.</w:t>
      </w:r>
      <w:r>
        <w:br/>
      </w:r>
      <w:r>
        <w:rPr>
          <w:sz w:val="20"/>
        </w:rPr>
        <w:t>56:37  Intellectual development hota hai. Yeh to bohat badi nemat hai.</w:t>
      </w:r>
      <w:r>
        <w:br/>
      </w:r>
      <w:r>
        <w:rPr>
          <w:sz w:val="20"/>
        </w:rPr>
        <w:t>56:42  boht bari nemat hai agar d n a mein likha hua hota to us waqt yeh sab paate nahi ho sakte thay. tab na to creative thinking aati hai mere andar.</w:t>
      </w:r>
      <w:r>
        <w:br/>
      </w:r>
      <w:r>
        <w:rPr>
          <w:sz w:val="20"/>
        </w:rPr>
        <w:t>56:55  na intellectual development hota. na sochne ka maada mere andar develop karta, yeh sab kuch na hota.</w:t>
      </w:r>
      <w:r>
        <w:br/>
      </w:r>
      <w:r>
        <w:rPr>
          <w:sz w:val="20"/>
        </w:rPr>
        <w:t>57:08  to yeh Allah ki rehmat hai aur insan ko chahiye ke woh is ko samjhe aur is ko avail kare.</w:t>
      </w:r>
    </w:p>
    <w:p>
      <w:pPr>
        <w:pStyle w:val="Heading2"/>
      </w:pPr>
      <w:r>
        <w:t>Difference Between Atonement and Intercession</w:t>
      </w:r>
    </w:p>
    <w:p>
      <w:r>
        <w:rPr>
          <w:color w:val="666666"/>
          <w:sz w:val="18"/>
        </w:rPr>
        <w:t>Faith &amp; God · Material Science and Spiritual Science 20 May 2012 · 2m 49s · at 1:12:43 · https://youtu.be/4K6CxjThlxQ?t=4363</w:t>
      </w:r>
    </w:p>
    <w:p>
      <w:r>
        <w:rPr>
          <w:i/>
        </w:rPr>
        <w:t>“What is the difference between the Christian belief of atonement and the Muslim belief of intercession? They seem the same; what is the difference? Please clarify.”</w:t>
      </w:r>
    </w:p>
    <w:p>
      <w:r>
        <w:rPr>
          <w:sz w:val="20"/>
        </w:rPr>
        <w:t>1:12:43  maulana agla sawal bangalore se hai maulana inayatullah umri sahib ka unhon ne poocha hai aap se ke christians mein kaffara ka aqeedah aur musalmanon mein shafaat ka aqeedah dono mein kya farq hai is ke bare mein batayein</w:t>
      </w:r>
      <w:r>
        <w:br/>
      </w:r>
      <w:r>
        <w:rPr>
          <w:sz w:val="20"/>
        </w:rPr>
        <w:t>1:13:00  ek dam ek hi hai farq kya hai usi ki wazahat hai</w:t>
      </w:r>
      <w:r>
        <w:br/>
      </w:r>
      <w:r>
        <w:rPr>
          <w:sz w:val="20"/>
        </w:rPr>
        <w:t>1:13:04  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r>
        <w:br/>
      </w:r>
      <w:r>
        <w:rPr>
          <w:sz w:val="20"/>
        </w:rPr>
        <w:t>1:13:29  accountability muno ka shafqat halq yeh sab juda hua hai to unhon ne kaha ke mujhe to akhirat</w:t>
      </w:r>
      <w:r>
        <w:br/>
      </w:r>
      <w:r>
        <w:rPr>
          <w:sz w:val="20"/>
        </w:rPr>
        <w:t>1:13:37  ko soch kar bohat yani mein darta hoon to is christian sahib ne kaha ke mujhe to koi</w:t>
      </w:r>
      <w:r>
        <w:br/>
      </w:r>
      <w:r>
        <w:rPr>
          <w:sz w:val="20"/>
        </w:rPr>
        <w:t>1:13:45  dar nahi mujhe to koi dar nahi kyunke jesus christ jo hai wo</w:t>
      </w:r>
      <w:r>
        <w:br/>
      </w:r>
      <w:r>
        <w:rPr>
          <w:sz w:val="20"/>
        </w:rPr>
        <w:t>1:13:53  apne ko crucify kar ke mera kaffara ban chuke hain wo ab mujhe darna kis baat ka</w:t>
      </w:r>
      <w:r>
        <w:br/>
      </w:r>
      <w:r>
        <w:rPr>
          <w:sz w:val="20"/>
        </w:rPr>
        <w:t>1:14:03  to isaiyon ne ye nazariya banaya tha ke ke hazrat masih jo hain halanke wo ye galat hai ke wo wo sui par un ki maut hui thi galat quran kehta hai galat hai ye qatalu sarbu lekin baharhal unhon ne aisa aqeedah bana rakha hai</w:t>
      </w:r>
      <w:r>
        <w:br/>
      </w:r>
      <w:r>
        <w:rPr>
          <w:sz w:val="20"/>
        </w:rPr>
        <w:t>1:14:21  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r>
        <w:br/>
      </w:r>
      <w:r>
        <w:rPr>
          <w:sz w:val="20"/>
        </w:rPr>
        <w:t>1:14:48  to hazrat adam ke ka gunah mein hone se sare sare insani gunah gunahgar ban gaye sare insan gunahgar ban gaye to allah taala ne apne bete ko bheja ja ke saleeb pe charhaye aur wo saleeb charh kar ke sab ke gunahon ka kaffara ban jaye</w:t>
      </w:r>
      <w:r>
        <w:br/>
      </w:r>
      <w:r>
        <w:rPr>
          <w:sz w:val="20"/>
        </w:rPr>
        <w:t>1:15:06  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p>
    <w:p>
      <w:pPr>
        <w:pStyle w:val="Heading2"/>
      </w:pPr>
      <w:r>
        <w:t>Difference Between Mu'tazila and Al-Risala Thinking</w:t>
      </w:r>
    </w:p>
    <w:p>
      <w:r>
        <w:rPr>
          <w:color w:val="666666"/>
          <w:sz w:val="18"/>
        </w:rPr>
        <w:t>Faith &amp; God · Revival of Islam March 23, 2014 · 1m 35s · at 55:30 · https://youtu.be/Wc4Vsc4u1JI?t=3330</w:t>
      </w:r>
    </w:p>
    <w:p>
      <w:r>
        <w:rPr>
          <w:i/>
        </w:rPr>
        <w:t>“What is the difference between the rational thinking of the Mu'tazila and the thinking of Al-Risala?”</w:t>
      </w:r>
    </w:p>
    <w:p>
      <w:r>
        <w:rPr>
          <w:sz w:val="20"/>
        </w:rPr>
        <w:t>55:30  maulana, agla sawal Chennai se aya hai. Maulana Iqbal Umri ne kiya hai.</w:t>
      </w:r>
      <w:r>
        <w:br/>
      </w:r>
      <w:r>
        <w:rPr>
          <w:sz w:val="20"/>
        </w:rPr>
        <w:t>55:35  unhone likha hai: "Mu'tazila ki rational thinking aur Al-Risala ki thinking mein kya farq hai?" is ke baray mein batayein.</w:t>
      </w:r>
      <w:r>
        <w:br/>
      </w:r>
      <w:r>
        <w:rPr>
          <w:sz w:val="20"/>
        </w:rPr>
        <w:t>55:44  kya sawal? Mu'tazila ki rational thinking. kya pehla lafz kya hai? Mu'tazila. Mu'tazila. haan?</w:t>
      </w:r>
      <w:r>
        <w:br/>
      </w:r>
      <w:r>
        <w:rPr>
          <w:sz w:val="20"/>
        </w:rPr>
        <w:t>55:53  Mu'tazila. yaani kya pehla lafz kya parh rahe hain aap? Mu'tazila. acha, Mu'tazila. ji. woh hai lafz Mu'tazila. ji. haan.</w:t>
      </w:r>
      <w:r>
        <w:br/>
      </w:r>
      <w:r>
        <w:rPr>
          <w:sz w:val="20"/>
        </w:rPr>
        <w:t>56:03  phir se parhiye?</w:t>
      </w:r>
      <w:r>
        <w:br/>
      </w:r>
      <w:r>
        <w:rPr>
          <w:sz w:val="20"/>
        </w:rPr>
        <w:t>56:04  Mu'tazila ki rational thinking aur Al-Risala ki thinking mein kya farq hai? dekhiye, Mu'tazila ki zabaan mein science wajood mein nahi aayi thi.</w:t>
      </w:r>
      <w:r>
        <w:br/>
      </w:r>
      <w:r>
        <w:rPr>
          <w:sz w:val="20"/>
        </w:rPr>
        <w:t>56:14  Mu'tazila sirf Greek philosophy ko jantay thay. unhein pata hi nahi tha ke rationalism kya hai. woh to hawai ghore daurate thay woh.</w:t>
      </w:r>
      <w:r>
        <w:br/>
      </w:r>
      <w:r>
        <w:rPr>
          <w:sz w:val="20"/>
        </w:rPr>
        <w:t>56:24  Mu'tazila ki zabaan mein woh cheez thi jo kehte hain syllogism. syllogism ke douran mein un ki rationalism paida hui thi.</w:t>
      </w:r>
      <w:r>
        <w:br/>
      </w:r>
      <w:r>
        <w:rPr>
          <w:sz w:val="20"/>
        </w:rPr>
        <w:t>56:33  woh rationalism hai hi nahi. aaj jo hum jis dour mein hain, woh science ka dour hai. to scientific reasoning alag cheez hai aur philosophical yaani qasar alag cheez hai.</w:t>
      </w:r>
      <w:r>
        <w:br/>
      </w:r>
      <w:r>
        <w:rPr>
          <w:sz w:val="20"/>
        </w:rPr>
        <w:t>56:46  to Mu'tazila to philosophical qasar hi karte thay. aaj hum jo karte hain, woh scientific reasoning hoti hai. dono bohat bara farq hai. is par main kaafi likh chuka hoon, aap parhiye.</w:t>
      </w:r>
      <w:r>
        <w:br/>
      </w:r>
      <w:r>
        <w:rPr>
          <w:sz w:val="20"/>
        </w:rPr>
        <w:t>56:57  abhi ek meri kitab chhap rahi hai, Idara Deen. is mein bhi is par kaafi lambi bahs hai.</w:t>
      </w:r>
    </w:p>
    <w:p>
      <w:pPr>
        <w:pStyle w:val="Heading2"/>
      </w:pPr>
      <w:r>
        <w:t>Difference between Allah and Khuda</w:t>
      </w:r>
    </w:p>
    <w:p>
      <w:r>
        <w:rPr>
          <w:color w:val="666666"/>
          <w:sz w:val="18"/>
        </w:rPr>
        <w:t>Faith &amp; God · Realisation of God January 19, 2014 · 3m 02s · at 53:32 · https://youtu.be/uIn3AfDkk6Y?t=3212</w:t>
      </w:r>
    </w:p>
    <w:p>
      <w:r>
        <w:rPr>
          <w:i/>
        </w:rPr>
        <w:t>“Many people use the word Allah and some people use the word Khuda for God. What is your comment on this?”</w:t>
      </w:r>
    </w:p>
    <w:p>
      <w:r>
        <w:rPr>
          <w:sz w:val="20"/>
        </w:rPr>
        <w:t>53:32  maulana, un ka ek aur sawal hai. unhone aap se poocha hai ke "my people use the word allah and some people use the word khuda for god."</w:t>
      </w:r>
      <w:r>
        <w:br/>
      </w:r>
      <w:r>
        <w:rPr>
          <w:sz w:val="20"/>
        </w:rPr>
        <w:t>53:42  waat is your comment on this?</w:t>
      </w:r>
      <w:r>
        <w:br/>
      </w:r>
      <w:r>
        <w:rPr>
          <w:sz w:val="20"/>
        </w:rPr>
        <w:t>53:45  daikhen, yeh aik yeh bhi aik fitna nikala hai kuch logon ne ke kehte hain ke Allah is mein zaat hai aur Khuda ya koi aur lafz is ne nahi kiya ja sakta.</w:t>
      </w:r>
      <w:r>
        <w:br/>
      </w:r>
      <w:r>
        <w:rPr>
          <w:sz w:val="20"/>
        </w:rPr>
        <w:t>53:55  yeh bilkul baseless baaten hain. khud Quran se sabit hai ke mushrikeen lafz Allah boltay thay. "la man khalaq la yaqoon illa Allah" zaroor kahengay ke Allah ne mushrikeen ke baray mein aaya hai to khud Quran keh raha hai ke mushrikeen lafz Allah boltay thay.</w:t>
      </w:r>
      <w:r>
        <w:br/>
      </w:r>
      <w:r>
        <w:rPr>
          <w:sz w:val="20"/>
        </w:rPr>
        <w:t>54:12  yeh kahan se nikale logon ne? yeh sirf moj zamanay ki bid'aten hain, yeh bhi aik bid'at hai. ab bid'at kahan se aayi hai?</w:t>
      </w:r>
      <w:r>
        <w:br/>
      </w:r>
      <w:r>
        <w:rPr>
          <w:sz w:val="20"/>
        </w:rPr>
        <w:t>54:20  musalmanon mein is zamanay mein aaya hai ke jis ko kehte hain shanakht, identity. sab se bari cheez samajhte hain hum pehchan, shanakht, identity.</w:t>
      </w:r>
      <w:r>
        <w:br/>
      </w:r>
      <w:r>
        <w:rPr>
          <w:sz w:val="20"/>
        </w:rPr>
        <w:t>54:29  halankay Islam mein koi haqeeqat nahi shanakht ki. identity Islam ke musalmanon ki identity jo hai, woh character hai, yeh sab alfaaz nahi hain.</w:t>
      </w:r>
      <w:r>
        <w:br/>
      </w:r>
      <w:r>
        <w:rPr>
          <w:sz w:val="20"/>
        </w:rPr>
        <w:t>54:41  to yeh jo nikala hai logon ne, yeh bilkul bid'at hai ke lafz Allah jo hai, woh Allah ki ism zaat hai aur koi doosra haq nahi</w:t>
      </w:r>
      <w:r>
        <w:br/>
      </w:r>
      <w:r>
        <w:rPr>
          <w:sz w:val="20"/>
        </w:rPr>
        <w:t>54:50  rakhti. yahan tak ke aap suna hoga aap ne aik aik Muslim country mein baqayda is pe muqadma kiya gaya aur doosron ko mehroom kiya gaya.</w:t>
      </w:r>
      <w:r>
        <w:br/>
      </w:r>
      <w:r>
        <w:rPr>
          <w:sz w:val="20"/>
        </w:rPr>
        <w:t>55:00  doosra lafz Allah bol nahi sakte, sirf musalman hi bol sakte hain. is halat mein yeh sab bilkul bid'aten hain. lafz khud Quran mein yeh baat maujood hai ke mushrikeen lafz Allah boltay thay.</w:t>
      </w:r>
      <w:r>
        <w:br/>
      </w:r>
      <w:r>
        <w:rPr>
          <w:sz w:val="20"/>
        </w:rPr>
        <w:t>55:11  to kaisay aap kehte hain ke Allah hamari monopoly hai? Allah aap ki monopoly kaisay ho jaye gi?</w:t>
      </w:r>
      <w:r>
        <w:br/>
      </w:r>
      <w:r>
        <w:rPr>
          <w:sz w:val="20"/>
        </w:rPr>
        <w:t>55:19  mere nazdeek yeh sab kuch bhi nahi, bilkul be-haqeeqat baaten hain. aur lafz Allah durust hai, Khuda bhi durust hai, God bhi durust hai.</w:t>
      </w:r>
      <w:r>
        <w:br/>
      </w:r>
      <w:r>
        <w:rPr>
          <w:sz w:val="20"/>
        </w:rPr>
        <w:t>55:29  is mein koi Islami o ghair Islami ki baat nahi hai. yeh is ka taluq dekhiye riwaj aam se hai. kuch cheezen riwaj aam mein nahi aayi hain to woh woh nahi istemal karna sahi hoga.</w:t>
      </w:r>
      <w:r>
        <w:br/>
      </w:r>
      <w:r>
        <w:rPr>
          <w:sz w:val="20"/>
        </w:rPr>
        <w:t>55:42  jo cheez riwaj aam mein aa jaye,</w:t>
      </w:r>
      <w:r>
        <w:br/>
      </w:r>
      <w:r>
        <w:rPr>
          <w:sz w:val="20"/>
        </w:rPr>
        <w:t>55:45  Arabi mein kaha jata hai ke "al-ghalath al-aam fashih". al-ghalath al-aam fashih yani koi cheez jo aam ho jaye, riwaj pa jaye to wahi fashih hai, wahi sahi hai.</w:t>
      </w:r>
      <w:r>
        <w:br/>
      </w:r>
      <w:r>
        <w:rPr>
          <w:sz w:val="20"/>
        </w:rPr>
        <w:t>55:59  to Khuda aam ho chuka hai aur God aam ho chuka hai, to bilkul durust hai. woh is mein koi harj nahi hai.</w:t>
      </w:r>
      <w:r>
        <w:br/>
      </w:r>
      <w:r>
        <w:rPr>
          <w:sz w:val="20"/>
        </w:rPr>
        <w:t>56:08  lekin kalma jo hai, mislan is mein lafz Allah hi bola jayega.</w:t>
      </w:r>
      <w:r>
        <w:br/>
      </w:r>
      <w:r>
        <w:rPr>
          <w:sz w:val="20"/>
        </w:rPr>
        <w:t>56:14  "la ilaha illallah" mein Allah hi rahega, wahan aap God nahi shamil karenge. jo jo Quran hai, asal matan matan mein wahi rahega jo hai.</w:t>
      </w:r>
      <w:r>
        <w:br/>
      </w:r>
      <w:r>
        <w:rPr>
          <w:sz w:val="20"/>
        </w:rPr>
        <w:t>56:25  matan mein aap tabdeeli nahi kar sakte, lekin tarjmay mein tabdeeli kar sakte hain. aap koi harj is mein nahi hai.</w:t>
      </w:r>
    </w:p>
    <w:p>
      <w:pPr>
        <w:pStyle w:val="Heading2"/>
      </w:pPr>
      <w:r>
        <w:t>Difference between Muslim and Momin</w:t>
      </w:r>
    </w:p>
    <w:p>
      <w:r>
        <w:rPr>
          <w:color w:val="666666"/>
          <w:sz w:val="18"/>
        </w:rPr>
        <w:t>Faith &amp; God · The Expression of Faith (Izhar e Deen) September 1, 2013 · 2m 19s · at 1:01:27 · https://youtu.be/muBDJ8a_8-0?t=3687</w:t>
      </w:r>
    </w:p>
    <w:p>
      <w:r>
        <w:rPr>
          <w:i/>
        </w:rPr>
        <w:t>“What is the difference between Muslim and Momin? For which people is the term Momin used? Explain.”</w:t>
      </w:r>
    </w:p>
    <w:p>
      <w:r>
        <w:rPr>
          <w:sz w:val="20"/>
        </w:rPr>
        <w:t>1:01:27  maulana agla sawal bhi dilli se hai. woh kousar ali sabri sahib ne likha hai. unhon ne likha hai: "muslim aur momin mein kya farq hai?</w:t>
      </w:r>
      <w:r>
        <w:br/>
      </w:r>
      <w:r>
        <w:rPr>
          <w:sz w:val="20"/>
        </w:rPr>
        <w:t>1:01:37  momin kin logon ke liye istemal kiya jayega? is ke baray mein bataye."</w:t>
      </w:r>
      <w:r>
        <w:br/>
      </w:r>
      <w:r>
        <w:rPr>
          <w:sz w:val="20"/>
        </w:rPr>
        <w:t>1:01:49  yani fiqhi lihaz se to yeh farq hai ke momin woh hai jo aqeedah rakhe aur muslim woh hai jo is par amal kare.</w:t>
      </w:r>
      <w:r>
        <w:br/>
      </w:r>
      <w:r>
        <w:rPr>
          <w:sz w:val="20"/>
        </w:rPr>
        <w:t>1:02:00  yani ke momin ka lafz aqeeday ko batata hai aur muslim ka lafz amal ko batata hai.</w:t>
      </w:r>
      <w:r>
        <w:br/>
      </w:r>
      <w:r>
        <w:rPr>
          <w:sz w:val="20"/>
        </w:rPr>
        <w:t>1:02:08  lekin haqeeqat ke aitbar se dono mein koi farq nahi hai.</w:t>
      </w:r>
      <w:r>
        <w:br/>
      </w:r>
      <w:r>
        <w:rPr>
          <w:sz w:val="20"/>
        </w:rPr>
        <w:t>1:02:14  kyun ke imaan jo hai woh sirf is yeh nahi ke aap kalma padh len. lip service ka naam imaan nahi hai.</w:t>
      </w:r>
      <w:r>
        <w:br/>
      </w:r>
      <w:r>
        <w:rPr>
          <w:sz w:val="20"/>
        </w:rPr>
        <w:t>1:02:24  imaan hai discovery ka naam. imaan discovery ka naam hai, marifat ka naam hai.</w:t>
      </w:r>
      <w:r>
        <w:br/>
      </w:r>
      <w:r>
        <w:rPr>
          <w:sz w:val="20"/>
        </w:rPr>
        <w:t>1:02:32  jab aap Allah ko daryaft karen, jab aap alam e aakhirat ko daryaft karen, aap farishton ko daryaft karen, aap jannat dozakh ko daryaft karen, aap creation plan of God ko daryaft karen to us waqt aap marifat wale ban jate hain.</w:t>
      </w:r>
      <w:r>
        <w:br/>
      </w:r>
      <w:r>
        <w:rPr>
          <w:sz w:val="20"/>
        </w:rPr>
        <w:t>1:02:52  marfat wale. is ke baad kya amal abhi kaheen chupa rahe ga idhar udhar? is ke lazmi nateejay ke taur par amal zahir hoga.</w:t>
      </w:r>
      <w:r>
        <w:br/>
      </w:r>
      <w:r>
        <w:rPr>
          <w:sz w:val="20"/>
        </w:rPr>
        <w:t>1:03:03  dekhen, daryaft ka lazmi nateeja amal hai. to fiqhi taqseem mein to imaan naam hai aqeeday ka aur amal naam hai aur islam naam hai amal ka.</w:t>
      </w:r>
      <w:r>
        <w:br/>
      </w:r>
      <w:r>
        <w:rPr>
          <w:sz w:val="20"/>
        </w:rPr>
        <w:t>1:03:16  lekin yeh fiqhi taqseem hai. haqeeqat, haqeeqat ke aitbaar se koi taqseem nahin. jab daryaft aayi to amal aaya.</w:t>
      </w:r>
      <w:r>
        <w:br/>
      </w:r>
      <w:r>
        <w:rPr>
          <w:sz w:val="20"/>
        </w:rPr>
        <w:t>1:03:26  to darja marfat mein aap Allah ko daryaft karen,</w:t>
      </w:r>
      <w:r>
        <w:br/>
      </w:r>
      <w:r>
        <w:rPr>
          <w:sz w:val="20"/>
        </w:rPr>
        <w:t>1:03:31  darja discovery mein aap haqeeqaton ko jaan len to is ke baad amli amal hai. phir phir amal kaheen door nahin rehta aap se.</w:t>
      </w:r>
    </w:p>
    <w:p>
      <w:pPr>
        <w:pStyle w:val="Heading2"/>
      </w:pPr>
      <w:r>
        <w:t>Difference between belief and realization</w:t>
      </w:r>
    </w:p>
    <w:p>
      <w:r>
        <w:rPr>
          <w:color w:val="666666"/>
          <w:sz w:val="18"/>
        </w:rPr>
        <w:t>Faith &amp; God · Paradise as A Goal April 26, 2015 · 1m 53s · at 46:05 · https://youtu.be/4IWLd2SIBkw?t=2765</w:t>
      </w:r>
    </w:p>
    <w:p>
      <w:r>
        <w:rPr>
          <w:i/>
        </w:rPr>
        <w:t>“What is the difference between belief and realization? Is belief alone sufficient?”</w:t>
      </w:r>
    </w:p>
    <w:p>
      <w:r>
        <w:rPr>
          <w:sz w:val="20"/>
        </w:rPr>
        <w:t>46:05  maulana, yeh pehla sawal aaya hai Maulana Iqbal Umri sahib ka Chennai se. yeh likhte hain: "belief aur realization mein kya farq hai?</w:t>
      </w:r>
      <w:r>
        <w:br/>
      </w:r>
      <w:r>
        <w:rPr>
          <w:sz w:val="20"/>
        </w:rPr>
        <w:t>46:16  sirf belief kaafi hai?</w:t>
      </w:r>
      <w:r>
        <w:br/>
      </w:r>
      <w:r>
        <w:rPr>
          <w:sz w:val="20"/>
        </w:rPr>
        <w:t>46:25  achha, yaani aqeedah aur maarfat. to main samajhta hoon ke bohat bara farq hai.</w:t>
      </w:r>
      <w:r>
        <w:br/>
      </w:r>
      <w:r>
        <w:rPr>
          <w:sz w:val="20"/>
        </w:rPr>
        <w:t>46:34  aqeedah to yeh hai ke aap maan lein, lekin</w:t>
      </w:r>
      <w:r>
        <w:br/>
      </w:r>
      <w:r>
        <w:rPr>
          <w:sz w:val="20"/>
        </w:rPr>
        <w:t>46:43  doosri shakal yeh hai ke aap apni aqal ko istemaal karein, cheezon ko reason out karein. tab is pe yaqeen aaye ga aap ko.</w:t>
      </w:r>
      <w:r>
        <w:br/>
      </w:r>
      <w:r>
        <w:rPr>
          <w:sz w:val="20"/>
        </w:rPr>
        <w:t>46:54  aqeedah mein zaroori nahin ke aap ke andar gehra conviction ho, gehra yaqeen ho.</w:t>
      </w:r>
      <w:r>
        <w:br/>
      </w:r>
      <w:r>
        <w:rPr>
          <w:sz w:val="20"/>
        </w:rPr>
        <w:t>47:01  jabke asal matloob hai yaqeen, gehra yaqeen.</w:t>
      </w:r>
      <w:r>
        <w:br/>
      </w:r>
      <w:r>
        <w:rPr>
          <w:sz w:val="20"/>
        </w:rPr>
        <w:t>47:07  to</w:t>
      </w:r>
      <w:r>
        <w:br/>
      </w:r>
      <w:r>
        <w:rPr>
          <w:sz w:val="20"/>
        </w:rPr>
        <w:t>47:09  aqeedah aur maarfat ya belief aur realization mein yeh farq hai ke aqeedah sirf maan lene ka naam hai. misaal ke taur par aap ne keh diya ke la ilaha illallah to aap ka aqeedah haasil ho gaya.</w:t>
      </w:r>
      <w:r>
        <w:br/>
      </w:r>
      <w:r>
        <w:rPr>
          <w:sz w:val="20"/>
        </w:rPr>
        <w:t>47:24  lekin sochte sochte aap is ko itna zyada apni dil mein bithayein, apni aqal mein itna zyada bithayein ke is ko aap ko gehra yaqeen ho jaye.</w:t>
      </w:r>
      <w:r>
        <w:br/>
      </w:r>
      <w:r>
        <w:rPr>
          <w:sz w:val="20"/>
        </w:rPr>
        <w:t>47:36  tab woh banti hai maarfat ya realization. yeh main samajhta hoon ke har aadmi ke liye zaroori hai ke woh apne aqeedah ko maarfat tak pahunchaye.</w:t>
      </w:r>
      <w:r>
        <w:br/>
      </w:r>
      <w:r>
        <w:rPr>
          <w:sz w:val="20"/>
        </w:rPr>
        <w:t>47:48  apne aqeedah ko maarfat tak pahunchaye. yeh aap ka apna, har aadmi ka apna, apni koshish hota hai.</w:t>
      </w:r>
    </w:p>
    <w:p>
      <w:pPr>
        <w:pStyle w:val="Heading2"/>
      </w:pPr>
      <w:r>
        <w:t>Difference between belief and realization</w:t>
      </w:r>
    </w:p>
    <w:p>
      <w:r>
        <w:rPr>
          <w:color w:val="666666"/>
          <w:sz w:val="18"/>
        </w:rPr>
        <w:t>Faith &amp; God · Paradise as a Goal April 26, 2015 · 1m 48s · at 43:50 · https://youtu.be/hnHqhmSJZXA?t=2630</w:t>
      </w:r>
    </w:p>
    <w:p>
      <w:r>
        <w:rPr>
          <w:i/>
        </w:rPr>
        <w:t>“What is the difference between belief and realization? Is belief enough?”</w:t>
      </w:r>
    </w:p>
    <w:p>
      <w:r>
        <w:rPr>
          <w:sz w:val="20"/>
        </w:rPr>
        <w:t>43:50  maulana yeh pehla sawal aya hai Maulana Iqbal Umri sahab ka Chennai se yeh likhte hain</w:t>
      </w:r>
      <w:r>
        <w:br/>
      </w:r>
      <w:r>
        <w:rPr>
          <w:sz w:val="20"/>
        </w:rPr>
        <w:t>43:57  Belief aur realization mein kya farq hai? Sirf belief kaafi hai?</w:t>
      </w:r>
      <w:r>
        <w:br/>
      </w:r>
      <w:r>
        <w:rPr>
          <w:sz w:val="20"/>
        </w:rPr>
        <w:t>44:09  achha yani aqeedah aur marifat</w:t>
      </w:r>
      <w:r>
        <w:br/>
      </w:r>
      <w:r>
        <w:rPr>
          <w:sz w:val="20"/>
        </w:rPr>
        <w:t>44:14  to main samajhta hoon ke bohat bara farq hai</w:t>
      </w:r>
      <w:r>
        <w:br/>
      </w:r>
      <w:r>
        <w:rPr>
          <w:sz w:val="20"/>
        </w:rPr>
        <w:t>44:19  aqeedah to yeh hai ke aap</w:t>
      </w:r>
      <w:r>
        <w:br/>
      </w:r>
      <w:r>
        <w:rPr>
          <w:sz w:val="20"/>
        </w:rPr>
        <w:t>44:22  maan lein lekin</w:t>
      </w:r>
      <w:r>
        <w:br/>
      </w:r>
      <w:r>
        <w:rPr>
          <w:sz w:val="20"/>
        </w:rPr>
        <w:t>44:28  doosra yeh ke aap</w:t>
      </w:r>
      <w:r>
        <w:br/>
      </w:r>
      <w:r>
        <w:rPr>
          <w:sz w:val="20"/>
        </w:rPr>
        <w:t>44:30  اپنی عقل کو استعمال کریں چیزوں کو reason out کریں</w:t>
      </w:r>
      <w:r>
        <w:br/>
      </w:r>
      <w:r>
        <w:rPr>
          <w:sz w:val="20"/>
        </w:rPr>
        <w:t>44:36  tab is pe yaqeen aaye ga aap ko aqeedah mein zaroori nahi ke aap ke andar gehra conviction</w:t>
      </w:r>
      <w:r>
        <w:br/>
      </w:r>
      <w:r>
        <w:rPr>
          <w:sz w:val="20"/>
        </w:rPr>
        <w:t>44:41  ho gehra yaqeen ho</w:t>
      </w:r>
      <w:r>
        <w:br/>
      </w:r>
      <w:r>
        <w:rPr>
          <w:sz w:val="20"/>
        </w:rPr>
        <w:t>44:45  jabke asal matloob hai yaqeen gehra yaqeen</w:t>
      </w:r>
      <w:r>
        <w:br/>
      </w:r>
      <w:r>
        <w:rPr>
          <w:sz w:val="20"/>
        </w:rPr>
        <w:t>44:52  to aqeedah aur marifat ya belief aur realization mein yeh farq hai ke aqeedah sirf maan lene ka</w:t>
      </w:r>
      <w:r>
        <w:br/>
      </w:r>
      <w:r>
        <w:rPr>
          <w:sz w:val="20"/>
        </w:rPr>
        <w:t>45:01  naam hai misaal aap ne keh diya ke la ilaha illallah to aap ka aqeedah hasil ho</w:t>
      </w:r>
      <w:r>
        <w:br/>
      </w:r>
      <w:r>
        <w:rPr>
          <w:sz w:val="20"/>
        </w:rPr>
        <w:t>45:06  gaya lekin sochte sochte aap is ko itna zyada apne dil mein bithayein ke apne aql mein itna</w:t>
      </w:r>
      <w:r>
        <w:br/>
      </w:r>
      <w:r>
        <w:rPr>
          <w:sz w:val="20"/>
        </w:rPr>
        <w:t>45:14  zyada bithayein ke is ko aap ko gehra yaqeen ho jaye</w:t>
      </w:r>
      <w:r>
        <w:br/>
      </w:r>
      <w:r>
        <w:rPr>
          <w:sz w:val="20"/>
        </w:rPr>
        <w:t>45:21  tab woh banti hai marifat ya realization</w:t>
      </w:r>
      <w:r>
        <w:br/>
      </w:r>
      <w:r>
        <w:rPr>
          <w:sz w:val="20"/>
        </w:rPr>
        <w:t>45:25  yeh main samajhta hoon ke har aadmi ke liye zaroori hai ke woh apne aqeedey ko marifat tak</w:t>
      </w:r>
      <w:r>
        <w:br/>
      </w:r>
      <w:r>
        <w:rPr>
          <w:sz w:val="20"/>
        </w:rPr>
        <w:t>45:30  pohanchaye apne aqeedey ko marifat tak pohanchaye yeh aap ka apna har aadmi ka apna apni koshish hota</w:t>
      </w:r>
    </w:p>
    <w:p>
      <w:pPr>
        <w:pStyle w:val="Heading2"/>
      </w:pPr>
      <w:r>
        <w:t>Difference between faith and rational thinking</w:t>
      </w:r>
    </w:p>
    <w:p>
      <w:r>
        <w:rPr>
          <w:color w:val="666666"/>
          <w:sz w:val="18"/>
        </w:rPr>
        <w:t>Faith &amp; God · The Process of Personality Development June 30, 2013 · 3m 15s · at 46:16 · https://youtu.be/CSSFRydcJlo?t=2776</w:t>
      </w:r>
    </w:p>
    <w:p>
      <w:r>
        <w:rPr>
          <w:i/>
        </w:rPr>
        <w:t>“What is the difference between faith and rational thinking?”</w:t>
      </w:r>
    </w:p>
    <w:p>
      <w:r>
        <w:rPr>
          <w:sz w:val="20"/>
        </w:rPr>
        <w:t>46:16  to aap ka kehna bilkul sahi hai, aur yahi har momin ko karna chahiye. hamara agla sawal hai muhammad ilyas sahab ka tamil nadu se.</w:t>
      </w:r>
      <w:r>
        <w:br/>
      </w:r>
      <w:r>
        <w:rPr>
          <w:sz w:val="20"/>
        </w:rPr>
        <w:t>46:26  unhon ne likha hai: "imaan aur rational thinking mein kya farq hai?"</w:t>
      </w:r>
      <w:r>
        <w:br/>
      </w:r>
      <w:r>
        <w:rPr>
          <w:sz w:val="20"/>
        </w:rPr>
        <w:t>46:37  imaan aur rational thinking mein yeh farq hai ke imaan ibtidai taur par naam hai aqeedah ka. yaani aap jab yeh maanein ke Allah ka wajood hai to Allah ko aap dekh nahin rahe hain, woh to ghaib mein hai.</w:t>
      </w:r>
      <w:r>
        <w:br/>
      </w:r>
      <w:r>
        <w:rPr>
          <w:sz w:val="20"/>
        </w:rPr>
        <w:t>46:55  to ghaib par jab aap jab ghaib ke aik aik waqea jo ghaib mein hai, us ko aap maante hain to us ko aqeedah kaha jata hai.</w:t>
      </w:r>
      <w:r>
        <w:br/>
      </w:r>
      <w:r>
        <w:rPr>
          <w:sz w:val="20"/>
        </w:rPr>
        <w:t>47:06  to Allah ghaib mein hai, jannat ghaib mein hai, farishtay ghaib mein hain. in sab cheezon ko jab aap iqrar karte hain, iqrar to woh imaan hota hai.</w:t>
      </w:r>
      <w:r>
        <w:br/>
      </w:r>
      <w:r>
        <w:rPr>
          <w:sz w:val="20"/>
        </w:rPr>
        <w:t>47:19  yaani iqrar jab aap karte hain in cheezon ka to woh imaan hota hai. lekin dekhiye, yeh aakhri had nahin hai, yeh aakhri had nahin hai.</w:t>
      </w:r>
      <w:r>
        <w:br/>
      </w:r>
      <w:r>
        <w:rPr>
          <w:sz w:val="20"/>
        </w:rPr>
        <w:t>47:31  aap soch kar insan apne mizaj mein, insan ka jo mizaj hai, bohat hi rational thinking mizaj mein shamil hai.</w:t>
      </w:r>
      <w:r>
        <w:br/>
      </w:r>
      <w:r>
        <w:rPr>
          <w:sz w:val="20"/>
        </w:rPr>
        <w:t>47:39  insan ke yeh aadmi cheezon ko reason out karta hai. to imaan ibtidai taur par naam hai aqeedah ka, aur jab is ko reason out karte hain aap to woh imaan yaqeen ban jata hai, woh aala marifat ban jata hai.</w:t>
      </w:r>
      <w:r>
        <w:br/>
      </w:r>
      <w:r>
        <w:rPr>
          <w:sz w:val="20"/>
        </w:rPr>
        <w:t>47:55  to main samajhta hoon ke imaan aslan naam hai iqrar ka, lekin imaan ko jab aap taraqqi dein, is ko reason out karein, waqeaat ko rational way mein sochein to imaan mein aik aur cheez ka izafa ho, imaan plus ban jata hai.</w:t>
      </w:r>
      <w:r>
        <w:br/>
      </w:r>
      <w:r>
        <w:rPr>
          <w:sz w:val="20"/>
        </w:rPr>
        <w:t>48:14  to phir aap ka imaan, imaan plus ban jata hai. yaani yeh yaqeen aata hai, aala marifat aati hai. to main yahi kahunga ke shaoor jo hai, aap ke imaan ko, yaani shaoori,</w:t>
      </w:r>
      <w:r>
        <w:br/>
      </w:r>
      <w:r>
        <w:rPr>
          <w:sz w:val="20"/>
        </w:rPr>
        <w:t>48:28  yaani shaoori amal jo hai, woh aap ke imaan ko imaan plus banata hai.</w:t>
      </w:r>
      <w:r>
        <w:br/>
      </w:r>
      <w:r>
        <w:rPr>
          <w:sz w:val="20"/>
        </w:rPr>
        <w:t>48:34  hamara agla question hai ans sahab ka dehli se. unhon ne likha hai ke aik sahab ne bataya ke jab koi problem ho to 41 martaba quran ki surah yaseen parh kar dua karo.</w:t>
      </w:r>
      <w:r>
        <w:br/>
      </w:r>
      <w:r>
        <w:rPr>
          <w:sz w:val="20"/>
        </w:rPr>
        <w:t>48:48  maulana, quran ka is tarah istemal karna kaisa hai? kya prophet aur prophet ke companions quran ka is tarah use karte thay?</w:t>
      </w:r>
      <w:r>
        <w:br/>
      </w:r>
      <w:r>
        <w:rPr>
          <w:sz w:val="20"/>
        </w:rPr>
        <w:t>49:00  aakhir sahaba ke waqeaat mein to aisi cheezein nahin hain, lekin kuch kitabein likhi gayi hain, hamare ulma ne likhi hain, hamare purani ke naam se.</w:t>
      </w:r>
      <w:r>
        <w:br/>
      </w:r>
      <w:r>
        <w:rPr>
          <w:sz w:val="20"/>
        </w:rPr>
        <w:t>49:08  to is mein yeh baatein aati hain. to yeh koi najayaz to nahin, main kahunga is ko, lekin yaani sahaba ke haan is ka, yaani istemal ki misaal maine nahin likhi, agarche main is ko jaayaz samajhta hoon.</w:t>
      </w:r>
    </w:p>
    <w:p>
      <w:pPr>
        <w:pStyle w:val="Heading2"/>
      </w:pPr>
      <w:r>
        <w:t>Difference between pro-Islam and pro-Muslim</w:t>
      </w:r>
    </w:p>
    <w:p>
      <w:r>
        <w:rPr>
          <w:color w:val="666666"/>
          <w:sz w:val="18"/>
        </w:rPr>
        <w:t>Faith &amp; God · Islam in A New Age March 18, 2012 · 3m 04s · at 1:13:38 · https://youtu.be/P5hzq_NheY0?t=4418</w:t>
      </w:r>
    </w:p>
    <w:p>
      <w:r>
        <w:rPr>
          <w:i/>
        </w:rPr>
        <w:t>“What is the difference between pro-Islam and pro-Muslim?”</w:t>
      </w:r>
    </w:p>
    <w:p>
      <w:r>
        <w:rPr>
          <w:sz w:val="20"/>
        </w:rPr>
        <w:t>1:13:38  Maulana, agla sawal hai Tamil Nadu se Maulana Iqbal Umri sahib ka. unhone aapse poocha hai What is the difference between pro-Islam and pro</w:t>
      </w:r>
      <w:r>
        <w:br/>
      </w:r>
      <w:r>
        <w:rPr>
          <w:sz w:val="20"/>
        </w:rPr>
        <w:t>1:13:48  -Muslim? pro-Muslim hota hai woh qaumi, yaani logon ke andar jo hai mizaj qaumi mizaj hai. qaumi mizaj hai.</w:t>
      </w:r>
      <w:r>
        <w:br/>
      </w:r>
      <w:r>
        <w:rPr>
          <w:sz w:val="20"/>
        </w:rPr>
        <w:t>1:13:58  Islam ek bilkul ek ideology hai, pure ideology. toh pure Islam ka matlab yeh hai ke aap khalis ek divine ideology ko le kar sochein.</w:t>
      </w:r>
      <w:r>
        <w:br/>
      </w:r>
      <w:r>
        <w:rPr>
          <w:sz w:val="20"/>
        </w:rPr>
        <w:t>1:14:09  aur pro-Muslim hai ke ek qaum hai, ek millat hai, us ko le kar sochein aap. toh bilkul do alag alag soch ban</w:t>
      </w:r>
      <w:r>
        <w:br/>
      </w:r>
      <w:r>
        <w:rPr>
          <w:sz w:val="20"/>
        </w:rPr>
        <w:t>1:14:17  jati hai. jaise jaise musalman aam taur par jo campaign mein jeete hain, protest mein jeete hain, nafrat jeete hain, woh kyun? qaumi soch ki wajah se, qaumi mizaj ki wajah se.</w:t>
      </w:r>
      <w:r>
        <w:br/>
      </w:r>
      <w:r>
        <w:rPr>
          <w:sz w:val="20"/>
        </w:rPr>
        <w:t>1:14:27  agar aap ke andar, yaani khalis Islami mizaj ho, toh phir nafrat ki aur negativity ki koi gunjaish hi is mein nahi hoti.</w:t>
      </w:r>
      <w:r>
        <w:br/>
      </w:r>
      <w:r>
        <w:rPr>
          <w:sz w:val="20"/>
        </w:rPr>
        <w:t>1:14:38  dono bilkul do alag alag woh hain. Islami zehan se sochna aur Muslim zehan se sochna, dono bilkul alag al</w:t>
      </w:r>
      <w:r>
        <w:br/>
      </w:r>
      <w:r>
        <w:rPr>
          <w:sz w:val="20"/>
        </w:rPr>
        <w:t>1:14:47  ag hain. Muslim zehan se sochne ke maani hain qaumi zehan. qaumi zehan se sochna. aur Islami zehan ke maani hain, yaani khalis, yaani nazariya, ideology ke aitbar se sochna.</w:t>
      </w:r>
      <w:r>
        <w:br/>
      </w:r>
      <w:r>
        <w:rPr>
          <w:sz w:val="20"/>
        </w:rPr>
        <w:t>1:15:00  toh bohat farq hai.</w:t>
      </w:r>
      <w:r>
        <w:br/>
      </w:r>
      <w:r>
        <w:rPr>
          <w:sz w:val="20"/>
        </w:rPr>
        <w:t>1:15:05  Maulana, unka ek aur sawal</w:t>
      </w:r>
      <w:r>
        <w:br/>
      </w:r>
      <w:r>
        <w:rPr>
          <w:sz w:val="20"/>
        </w:rPr>
        <w:t>1:15:07  hai. unhone aapse poocha hai ke ek Quran ki ayat ko wazeh karne ke liye, jis mein yeh kaha gaya hai كُنْتُمْ خَيْرًا أُمَّةٌ أَخْرِجَتْ لِلنَّاسِ iska kya matlab hai?</w:t>
      </w:r>
      <w:r>
        <w:br/>
      </w:r>
      <w:r>
        <w:rPr>
          <w:sz w:val="20"/>
        </w:rPr>
        <w:t>1:15:20  dekhiye, yeh khair o bad ka lafz jo Quran mein aaya hai, toh aam taur par log samajhte hain ke saare musalman khair ul ummat hain. yeh bilkul galat hai. saare musalman khair ul ummat nahi hain.</w:t>
      </w:r>
      <w:r>
        <w:br/>
      </w:r>
      <w:r>
        <w:rPr>
          <w:sz w:val="20"/>
        </w:rPr>
        <w:t>1:15:31  saare musalman toh ek giroh hain, bas ek nasli giroh. is ayat mein khair ul ummat se murad sahaba hain.</w:t>
      </w:r>
      <w:r>
        <w:br/>
      </w:r>
      <w:r>
        <w:rPr>
          <w:sz w:val="20"/>
        </w:rPr>
        <w:t>1:15:37  sahaba. yaani jo Allah ke Rasool ki sohbat mein jinki training hui thi, jinke andar ek akhlaq aaya tha, jo yaani apne qaul o amal ke aitbar se Allah ke deen par qaim hue the, woh murad hai is se.</w:t>
      </w:r>
      <w:r>
        <w:br/>
      </w:r>
      <w:r>
        <w:rPr>
          <w:sz w:val="20"/>
        </w:rPr>
        <w:t>1:15:52  yeh koi qaum nahi murad hai jo musalmanon ki qaum hai, bas saare khair ul ummat hain. aisa kuch bhi nahi.</w:t>
      </w:r>
      <w:r>
        <w:br/>
      </w:r>
      <w:r>
        <w:rPr>
          <w:sz w:val="20"/>
        </w:rPr>
        <w:t>1:16:03  Maulana, agla jo hai woh sawal nahi</w:t>
      </w:r>
      <w:r>
        <w:br/>
      </w:r>
      <w:r>
        <w:rPr>
          <w:sz w:val="20"/>
        </w:rPr>
        <w:t>1:16:06  hai, ek comment aaya hai Doha, Qatar se Maulana Abdul Basit Umri ka. unhone likha hai: Maulana, ijtihad ka mafhoom aaj tak mubham aur ghair wazeh tha.</w:t>
      </w:r>
      <w:r>
        <w:br/>
      </w:r>
      <w:r>
        <w:rPr>
          <w:sz w:val="20"/>
        </w:rPr>
        <w:t>1:16:18  aaj ki taqreer se pehli baar ijtihad ka sahi mafhoom samajh mein aaya. suraj ki tarah wazeh. ke asal cheez niyat ko dekhna nahi, niyat agar durust hai toh phir kuch bhi darne ki baat nahi.</w:t>
      </w:r>
      <w:r>
        <w:br/>
      </w:r>
      <w:r>
        <w:rPr>
          <w:sz w:val="20"/>
        </w:rPr>
        <w:t>1:16:33  Jazak Allah khair, Allah aap ki umar mein barkat de aur aapse zyada se zyada seekhne ka mauqa de. Jazak Allah.</w:t>
      </w:r>
    </w:p>
    <w:p>
      <w:pPr>
        <w:pStyle w:val="Heading2"/>
      </w:pPr>
      <w:r>
        <w:t>Difference between revelation and science</w:t>
      </w:r>
    </w:p>
    <w:p>
      <w:r>
        <w:rPr>
          <w:color w:val="666666"/>
          <w:sz w:val="18"/>
        </w:rPr>
        <w:t>Faith &amp; God · Islam and Science (In Conversation with Maulana) · 1m 25s · at 6:43 · https://youtu.be/pKS94tSXlT4?t=403</w:t>
      </w:r>
    </w:p>
    <w:p>
      <w:r>
        <w:rPr>
          <w:i/>
        </w:rPr>
        <w:t>“What is the difference between revelation (wahi) and science? Please explain.”</w:t>
      </w:r>
    </w:p>
    <w:p>
      <w:r>
        <w:rPr>
          <w:sz w:val="20"/>
        </w:rPr>
        <w:t>6:43  mister naseerullah qureshi ka bangalore se sawal hai, maulana. unhon ne poocha hai ke wahi aur science mein kya farq hai? is ke bare mein bataen.</w:t>
      </w:r>
      <w:r>
        <w:br/>
      </w:r>
      <w:r>
        <w:rPr>
          <w:sz w:val="20"/>
        </w:rPr>
        <w:t>6:53  kis mein? wahi aur science mein kya farq hai?</w:t>
      </w:r>
      <w:r>
        <w:br/>
      </w:r>
      <w:r>
        <w:rPr>
          <w:sz w:val="20"/>
        </w:rPr>
        <w:t>6:59  dekhen, science jo hai, woh un cheezon ke mutaliq ka naam hai. nature ka mutala is ko kehte hain science.</w:t>
      </w:r>
      <w:r>
        <w:br/>
      </w:r>
      <w:r>
        <w:rPr>
          <w:sz w:val="20"/>
        </w:rPr>
        <w:t>7:10  to jo cheezen hamare liye observable hon, jin ko hum nap saken, tol saken, dekh saken, is ke mutala karna yeh hai science ka maidan.</w:t>
      </w:r>
      <w:r>
        <w:br/>
      </w:r>
      <w:r>
        <w:rPr>
          <w:sz w:val="20"/>
        </w:rPr>
        <w:t>7:25  aur wahi jo hai, is ke mawara cheez hai. wahi woh cheez nahin hai jis ko aap dekh saken ya pakad saken. to ek hai tabiiyati daira, ek hai muawaz tabiiyati daira.</w:t>
      </w:r>
      <w:r>
        <w:br/>
      </w:r>
      <w:r>
        <w:rPr>
          <w:sz w:val="20"/>
        </w:rPr>
        <w:t>7:40  to science ka mozu hai tabiiyati daira</w:t>
      </w:r>
      <w:r>
        <w:br/>
      </w:r>
      <w:r>
        <w:rPr>
          <w:sz w:val="20"/>
        </w:rPr>
        <w:t>7:45  aur aur wahi ka mozu hai muawaz tabiiyati daira. to yeh dono ka maidan hi alag hai, is se koi nisbat nahin hai.</w:t>
      </w:r>
      <w:r>
        <w:br/>
      </w:r>
      <w:r>
        <w:rPr>
          <w:sz w:val="20"/>
        </w:rPr>
        <w:t>7:57  bilkul alag alag hai. yani natural aur super natural mein jo farq hai, wahi farq dono mein paya jata hai.</w:t>
      </w:r>
    </w:p>
    <w:p>
      <w:pPr>
        <w:pStyle w:val="Heading2"/>
      </w:pPr>
      <w:r>
        <w:t>Difference between self-caused and God-given trials</w:t>
      </w:r>
    </w:p>
    <w:p>
      <w:r>
        <w:rPr>
          <w:color w:val="666666"/>
          <w:sz w:val="18"/>
        </w:rPr>
        <w:t>Faith &amp; God · The Concept of Divine Help June 16, 2013 · 51s · at 1:07:39 · https://youtu.be/b0QaxGSnAOI?t=4059</w:t>
      </w:r>
    </w:p>
    <w:p>
      <w:r>
        <w:rPr>
          <w:i/>
        </w:rPr>
        <w:t>“Is there a difference between unpleasant situations in which we end up due to our own doings and the situation which God puts us in for the purpose of testing us?”</w:t>
      </w:r>
    </w:p>
    <w:p>
      <w:r>
        <w:rPr>
          <w:sz w:val="20"/>
        </w:rPr>
        <w:t>1:07:39  maulana, agla sawal dilli se hai miss sadia khan ka</w:t>
      </w:r>
      <w:r>
        <w:br/>
      </w:r>
      <w:r>
        <w:rPr>
          <w:sz w:val="20"/>
        </w:rPr>
        <w:t>1:07:43  ۔ unhon ne likha hai: "Is there a difference between unpleasant situations in which we end up due to our own doings and the situation which God puts us in for the purpose of testing us?" nahin, mere khayal se koi difference nahin hai.</w:t>
      </w:r>
      <w:r>
        <w:br/>
      </w:r>
      <w:r>
        <w:rPr>
          <w:sz w:val="20"/>
        </w:rPr>
        <w:t>1:08:02  koi kehne ka tareeqa hai, isi isi baat ko kabhi is tarah kaha jata hai, kabhi is tarah kaha jata hai. woh dono ek hi cheezein hain.</w:t>
      </w:r>
      <w:r>
        <w:br/>
      </w:r>
      <w:r>
        <w:rPr>
          <w:sz w:val="20"/>
        </w:rPr>
        <w:t>1:08:10  bataur hamare hamare kisi amal se paida ho, tab bhi wohi hai, aur kisi unknown reason se paida ho, tab bhi wohi hai.</w:t>
      </w:r>
      <w:r>
        <w:br/>
      </w:r>
      <w:r>
        <w:rPr>
          <w:sz w:val="20"/>
        </w:rPr>
        <w:t>1:08:19  woh dono ek hi cheezein hain. har haal mein us ko hum yahi kahenge ke woh test paper hai. dono halaton mein woh hamare kehne ke lehaz se do hain, haqeeqat mein woh ek hoti hai.</w:t>
      </w:r>
    </w:p>
    <w:p>
      <w:pPr>
        <w:pStyle w:val="Heading2"/>
      </w:pPr>
      <w:r>
        <w:t>Difference between tawakkul and wise planning</w:t>
      </w:r>
    </w:p>
    <w:p>
      <w:r>
        <w:rPr>
          <w:color w:val="666666"/>
          <w:sz w:val="18"/>
        </w:rPr>
        <w:t>Faith &amp; God · Living In Falsehood I December 15, 2013 · 3m 23s · at 1:00:11 · https://youtu.be/yD-ZtvlrFDw?t=3611</w:t>
      </w:r>
    </w:p>
    <w:p>
      <w:r>
        <w:rPr>
          <w:i/>
        </w:rPr>
        <w:t>“What is the difference between tawakkul and planning based on wisdom? Please explain.”</w:t>
      </w:r>
    </w:p>
    <w:p>
      <w:r>
        <w:rPr>
          <w:sz w:val="20"/>
        </w:rPr>
        <w:t>1:00:11  maulana, agla sawal maulana iqbal umri ne kiya hai chennai se.</w:t>
      </w:r>
      <w:r>
        <w:br/>
      </w:r>
      <w:r>
        <w:rPr>
          <w:sz w:val="20"/>
        </w:rPr>
        <w:t>1:00:16  unhone likha hai: "tawakkul aur wisdom pe base ki hui planning mein kya farq hai?" is ke</w:t>
      </w:r>
      <w:r>
        <w:br/>
      </w:r>
      <w:r>
        <w:rPr>
          <w:sz w:val="20"/>
        </w:rPr>
        <w:t>1:00:24  baare mein bataein.</w:t>
      </w:r>
      <w:r>
        <w:br/>
      </w:r>
      <w:r>
        <w:rPr>
          <w:sz w:val="20"/>
        </w:rPr>
        <w:t>1:00:25  kya kiya hai? tawakkul aur wisdom pe based ki hui planning dono mein kya farq hai? bhai, yeh</w:t>
      </w:r>
      <w:r>
        <w:br/>
      </w:r>
      <w:r>
        <w:rPr>
          <w:sz w:val="20"/>
        </w:rPr>
        <w:t>1:00:33  to hadith mein is ka jawab maujood hai.</w:t>
      </w:r>
      <w:r>
        <w:br/>
      </w:r>
      <w:r>
        <w:rPr>
          <w:sz w:val="20"/>
        </w:rPr>
        <w:t>1:00:36  ek shakhs ne rasool ALLAH sal ALLAHU ALAIHI WASALLAM se poocha ke main apne mere paas oont jo</w:t>
      </w:r>
      <w:r>
        <w:br/>
      </w:r>
      <w:r>
        <w:rPr>
          <w:sz w:val="20"/>
        </w:rPr>
        <w:t>1:00:44  hai, is oont ko main baat ka tawakkul karoon ya chhod kar tawakkul karoon? aap ne farmaya ke</w:t>
      </w:r>
      <w:r>
        <w:br/>
      </w:r>
      <w:r>
        <w:rPr>
          <w:sz w:val="20"/>
        </w:rPr>
        <w:t>1:00:52  "iqlaaf tawakkal".</w:t>
      </w:r>
      <w:r>
        <w:br/>
      </w:r>
      <w:r>
        <w:rPr>
          <w:sz w:val="20"/>
        </w:rPr>
        <w:t>1:00:53  is ko pehle baandho phir tawakkul karo.</w:t>
      </w:r>
      <w:r>
        <w:br/>
      </w:r>
      <w:r>
        <w:rPr>
          <w:sz w:val="20"/>
        </w:rPr>
        <w:t>1:00:56  to tawakkul ka matlab yeh jo liya liya gaya hai, bas ALLAH par daalna, yeh tawakkul nahi hai.</w:t>
      </w:r>
      <w:r>
        <w:br/>
      </w:r>
      <w:r>
        <w:rPr>
          <w:sz w:val="20"/>
        </w:rPr>
        <w:t>1:01:04  yeh to yeh to be danisti ki baat hai, is ka islam se koi talluq nahi hai.</w:t>
      </w:r>
      <w:r>
        <w:br/>
      </w:r>
      <w:r>
        <w:rPr>
          <w:sz w:val="20"/>
        </w:rPr>
        <w:t>1:01:11  dekhen, tawakkul ka matlab kya hai? main jo samjhaun woh yeh hai ke jitni aap ke bas mein</w:t>
      </w:r>
      <w:r>
        <w:br/>
      </w:r>
      <w:r>
        <w:rPr>
          <w:sz w:val="20"/>
        </w:rPr>
        <w:t>1:01:19  hai, aap apni aql ko istemal karen, apni soch ko istemal karen, apni resources ko istemal karen aur</w:t>
      </w:r>
      <w:r>
        <w:br/>
      </w:r>
      <w:r>
        <w:rPr>
          <w:sz w:val="20"/>
        </w:rPr>
        <w:t>1:01:27  bahut hi realistic way mein planning karen aap.</w:t>
      </w:r>
      <w:r>
        <w:br/>
      </w:r>
      <w:r>
        <w:rPr>
          <w:sz w:val="20"/>
        </w:rPr>
        <w:t>1:01:30  lekin dekhen, insan ki limitations hoti hain, kahin na kahin insan ki had aa jati hai.</w:t>
      </w:r>
      <w:r>
        <w:br/>
      </w:r>
      <w:r>
        <w:rPr>
          <w:sz w:val="20"/>
        </w:rPr>
        <w:t>1:01:37  to agar aap ne apne aap ko poori tarah exact kiya hai to jo aap ki kami hai,</w:t>
      </w:r>
      <w:r>
        <w:br/>
      </w:r>
      <w:r>
        <w:rPr>
          <w:sz w:val="20"/>
        </w:rPr>
        <w:t>1:01:45  woh Allah poori kar de ga.</w:t>
      </w:r>
      <w:r>
        <w:br/>
      </w:r>
      <w:r>
        <w:rPr>
          <w:sz w:val="20"/>
        </w:rPr>
        <w:t>1:01:47  to tawakkul ka matlab yeh hai: "man yatawakkal alal lahi fahazbuhi".</w:t>
      </w:r>
      <w:r>
        <w:br/>
      </w:r>
      <w:r>
        <w:rPr>
          <w:sz w:val="20"/>
        </w:rPr>
        <w:t>1:01:52  matlab apna sab kuch kar ke aap yeh kahen: "khuda ya, yahan to meri had aa gayi, ab aage</w:t>
      </w:r>
      <w:r>
        <w:br/>
      </w:r>
      <w:r>
        <w:rPr>
          <w:sz w:val="20"/>
        </w:rPr>
        <w:t>1:01:59  to meri madad farma".</w:t>
      </w:r>
      <w:r>
        <w:br/>
      </w:r>
      <w:r>
        <w:rPr>
          <w:sz w:val="20"/>
        </w:rPr>
        <w:t>1:02:01  to wahan par aap ki madad ho jayegi, hogi.</w:t>
      </w:r>
      <w:r>
        <w:br/>
      </w:r>
      <w:r>
        <w:rPr>
          <w:sz w:val="20"/>
        </w:rPr>
        <w:t>1:02:05  yeh matlab hai tawakkul ka.</w:t>
      </w:r>
      <w:r>
        <w:br/>
      </w:r>
      <w:r>
        <w:rPr>
          <w:sz w:val="20"/>
        </w:rPr>
        <w:t>1:02:07  yani aap yun kahen ke 50 percent aap ka hissa hai.</w:t>
      </w:r>
      <w:r>
        <w:br/>
      </w:r>
      <w:r>
        <w:rPr>
          <w:sz w:val="20"/>
        </w:rPr>
        <w:t>1:02:12  jab hissa aap ada karte hain to baqi 50 percent Allah ki taraf poora kar diya jata hai.</w:t>
      </w:r>
      <w:r>
        <w:br/>
      </w:r>
      <w:r>
        <w:rPr>
          <w:sz w:val="20"/>
        </w:rPr>
        <w:t>1:02:20  jaise ek ayat hai ke: "woh hai ilahi yasadu al kalamu al tayyibu wal amalu al salihu arfuhu".</w:t>
      </w:r>
      <w:r>
        <w:br/>
      </w:r>
      <w:r>
        <w:rPr>
          <w:sz w:val="20"/>
        </w:rPr>
        <w:t>1:02:26  ilahi yasadu al kalamu al tayyibu wal amalu al salihu arfuhu.</w:t>
      </w:r>
      <w:r>
        <w:br/>
      </w:r>
      <w:r>
        <w:rPr>
          <w:sz w:val="20"/>
        </w:rPr>
        <w:t>1:02:29  yani ek hai kalam tayyib, ek hai amal salih.</w:t>
      </w:r>
      <w:r>
        <w:br/>
      </w:r>
      <w:r>
        <w:rPr>
          <w:sz w:val="20"/>
        </w:rPr>
        <w:t>1:02:33  to kalam tayyib aap ko pesh karna hai, yani kalam ke matlab la ilaha nahi yahan par hai,</w:t>
      </w:r>
      <w:r>
        <w:br/>
      </w:r>
      <w:r>
        <w:rPr>
          <w:sz w:val="20"/>
        </w:rPr>
        <w:t>1:02:40  koi bhi positive baat.</w:t>
      </w:r>
      <w:r>
        <w:br/>
      </w:r>
      <w:r>
        <w:rPr>
          <w:sz w:val="20"/>
        </w:rPr>
        <w:t>1:02:42  to aap positive baat jo aap ke paas hai, koi positive planning, koi positive maqsad, koi positive target</w:t>
      </w:r>
      <w:r>
        <w:br/>
      </w:r>
      <w:r>
        <w:rPr>
          <w:sz w:val="20"/>
        </w:rPr>
        <w:t>1:02:50  jaiz qism ka, is mein bharpoor tor par aap ke paas jo kuch hai, woh laga den aap.</w:t>
      </w:r>
      <w:r>
        <w:br/>
      </w:r>
      <w:r>
        <w:rPr>
          <w:sz w:val="20"/>
        </w:rPr>
        <w:t>1:02:58  to is ke baad baqi jo hai, Allah ki taraf poora kiya jayega.</w:t>
      </w:r>
      <w:r>
        <w:br/>
      </w:r>
      <w:r>
        <w:rPr>
          <w:sz w:val="20"/>
        </w:rPr>
        <w:t>1:03:04  yeh matlab hai, yani: "man yatawakkal alal lahi fahazbuhi".</w:t>
      </w:r>
      <w:r>
        <w:br/>
      </w:r>
      <w:r>
        <w:rPr>
          <w:sz w:val="20"/>
        </w:rPr>
        <w:t>1:03:07  aur hadith mein khud is ka jawab hai ke aap ne farmaya ke oont ko bandho par tawakkul</w:t>
      </w:r>
      <w:r>
        <w:br/>
      </w:r>
      <w:r>
        <w:rPr>
          <w:sz w:val="20"/>
        </w:rPr>
        <w:t>1:03:15  karo, yeh nahi ke chhod do phir tawakkul, yani Allah par tawakkul karte hue chhod do is ko.</w:t>
      </w:r>
      <w:r>
        <w:br/>
      </w:r>
      <w:r>
        <w:rPr>
          <w:sz w:val="20"/>
        </w:rPr>
        <w:t>1:03:23  yeh yeh nahi farmaya aap ne.</w:t>
      </w:r>
      <w:r>
        <w:br/>
      </w:r>
      <w:r>
        <w:rPr>
          <w:sz w:val="20"/>
        </w:rPr>
        <w:t>1:03:25  to hadith ka yeh jo hadith hai, bohat wazeh tor par batati hai ke ke tawakkul ka concept</w:t>
      </w:r>
      <w:r>
        <w:br/>
      </w:r>
      <w:r>
        <w:rPr>
          <w:sz w:val="20"/>
        </w:rPr>
        <w:t>1:03:33  islam mein kya hai.</w:t>
      </w:r>
    </w:p>
    <w:p>
      <w:pPr>
        <w:pStyle w:val="Heading2"/>
      </w:pPr>
      <w:r>
        <w:t>Difference in reactions to criticism of God vs Prophet</w:t>
      </w:r>
    </w:p>
    <w:p>
      <w:r>
        <w:rPr>
          <w:color w:val="666666"/>
          <w:sz w:val="18"/>
        </w:rPr>
        <w:t>Faith &amp; God · 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2"/>
      </w:pPr>
      <w:r>
        <w:t>Different paths to one God?</w:t>
      </w:r>
    </w:p>
    <w:p>
      <w:r>
        <w:rPr>
          <w:color w:val="666666"/>
          <w:sz w:val="18"/>
        </w:rPr>
        <w:t>Faith &amp; God · Three levels of Realization July 4, 2010 · 3m 40s · at 1:20:07 · https://youtu.be/NtCTVVov3Nw?t=4807</w:t>
      </w:r>
    </w:p>
    <w:p>
      <w:r>
        <w:rPr>
          <w:i/>
        </w:rPr>
        <w:t>“If God is one, can there be different ways to attain Him? How can there be different paths? It is like going from here to Kolkata: only one road, one railway line, one direction will get you there. So how can there be multiple paths to God?”</w:t>
      </w:r>
    </w:p>
    <w:p>
      <w:r>
        <w:rPr>
          <w:sz w:val="20"/>
        </w:rPr>
        <w:t>1:20:07  maulana agla sawal kya hai mister shah nawaz siddiqui ne new delhi se</w:t>
      </w:r>
      <w:r>
        <w:br/>
      </w:r>
      <w:r>
        <w:rPr>
          <w:sz w:val="20"/>
        </w:rPr>
        <w:t>1:20:12  unhone likha hai ke agar ishwar ek hai to kya use paane ke tareeqe alag alag ho sakte hain nahi nahi alag alag kaise honge aap jana hai yahan se kolkata to wahi road chalegi wahi railway line jayegi hawa jahan se woh isi sarukh par jahan daudega yani ke idhar daudo tab bhi kolkata aa jaye idhar jao tab bhi kolkata aa jaye aisa kaise ho sakta hai yeh to koi baat nahi hai</w:t>
      </w:r>
      <w:r>
        <w:br/>
      </w:r>
      <w:r>
        <w:rPr>
          <w:sz w:val="20"/>
        </w:rPr>
        <w:t>1:20:41  kolkata ek hi direction mein chalne milega</w:t>
      </w:r>
      <w:r>
        <w:br/>
      </w:r>
      <w:r>
        <w:rPr>
          <w:sz w:val="20"/>
        </w:rPr>
        <w:t>1:20:46  yeh main nahi manta kuch bhi karo kuch bhi karo khuda mil jaye tum ko is ka ek right course hoga is ka ek right path hoga woh path jo hai main ritual nahi manta ke rituals koi aise rituals hain woh woh path hain woh ritual karo to mil jayega khuda nahi woh thinking par based karta hai soch soch par based karta hai</w:t>
      </w:r>
      <w:r>
        <w:br/>
      </w:r>
      <w:r>
        <w:rPr>
          <w:sz w:val="20"/>
        </w:rPr>
        <w:t>1:21:08  right thinking se khuda milega right thinking different path se nahi by nahi matlab ek different path pe chalo aur to aakhir mein khuda hi tak pahunch jaoge yani right thinking agar hogi tum ko cheezon ko right angle se dekhna bahut badi baat hai ke cheezon ko log bahut kam log aise mujhe mile jo cheezon ko right angle se dekhta hoon right angle se</w:t>
      </w:r>
      <w:r>
        <w:br/>
      </w:r>
      <w:r>
        <w:rPr>
          <w:sz w:val="20"/>
        </w:rPr>
        <w:t>1:21:36  ya abhi mere paas ek aaj hi ek aaya hai ek ek sahib ka letter abhi subah mujhe mila to afghanistan ki ladai ke bare mein maine kaha hai ke yeh ladai jo hai woh jihad nahi hai to kehte hain kaise kaise kaise aap jihad karte hain woh to sab ulama hain aur islami batein karte hain to maine kaha aap right angle se nahi dekh rahe hain yani hum dekh rahe hain is result ke angle se</w:t>
      </w:r>
      <w:r>
        <w:br/>
      </w:r>
      <w:r>
        <w:rPr>
          <w:sz w:val="20"/>
        </w:rPr>
        <w:t>1:22:04  woh dekh rahe hain ke unhone leaderon ne kya sab bole hain woh bole the ke hum koi islami nizam qaim karna hai hum koi islami qanoon nafiz karna hai is angle se aap dekh rahe hain un ke shabdon ke angle se main dekh raha hoon result ke angle se result to kuch nahi nikal raha tabahi tabahi tabahi tabahi to khuda ko bhi paane ke liye woh aankh chahiye jo result jo sahi angle se cheezon ko dekhe</w:t>
      </w:r>
      <w:r>
        <w:br/>
      </w:r>
      <w:r>
        <w:rPr>
          <w:sz w:val="20"/>
        </w:rPr>
        <w:t>1:22:32  bahut important baat yeh hai ke right angle se cheezon ko dekhna yeh hai marifat ka sab se bada zariya agar aap ke andar woh woh ability develop nahi ki hai yeh cheezon ko right angle se dekhne ki to kabhi bhi nahi milega khuda aap ko kabhi bhi nahi milega</w:t>
      </w:r>
      <w:r>
        <w:br/>
      </w:r>
      <w:r>
        <w:rPr>
          <w:sz w:val="20"/>
        </w:rPr>
        <w:t>1:23:00  jaise ek baar ek ek park mein ek shayar aur ek chemist do aadmi gaye to wahan phool</w:t>
      </w:r>
      <w:r>
        <w:br/>
      </w:r>
      <w:r>
        <w:rPr>
          <w:sz w:val="20"/>
        </w:rPr>
        <w:t>1:23:08  tha us mein bohat rang bhi tha khushbu bhi thi har cheez thi to chemist jo tha us</w:t>
      </w:r>
      <w:r>
        <w:br/>
      </w:r>
      <w:r>
        <w:rPr>
          <w:sz w:val="20"/>
        </w:rPr>
        <w:t>1:23:14  ki chemistry mein sochne laga</w:t>
      </w:r>
      <w:r>
        <w:br/>
      </w:r>
      <w:r>
        <w:rPr>
          <w:sz w:val="20"/>
        </w:rPr>
        <w:t>1:23:17  what is a chemistry of this flower woh shayar jo tha us ko us ko ek use mehboob</w:t>
      </w:r>
      <w:r>
        <w:br/>
      </w:r>
      <w:r>
        <w:rPr>
          <w:sz w:val="20"/>
        </w:rPr>
        <w:t>1:23:24  ko jalwa dikhai de gayi woh isi is angle se dekhne laga to kisi waqeye ko</w:t>
      </w:r>
      <w:r>
        <w:br/>
      </w:r>
      <w:r>
        <w:rPr>
          <w:sz w:val="20"/>
        </w:rPr>
        <w:t>1:23:31  dekhne ke mukhtalif angle hote hain</w:t>
      </w:r>
      <w:r>
        <w:br/>
      </w:r>
      <w:r>
        <w:rPr>
          <w:sz w:val="20"/>
        </w:rPr>
        <w:t>1:23:34  to khuda ko paane ke liye zaroori hai ke aap ko woh woh vision mil jaye woh vision</w:t>
      </w:r>
      <w:r>
        <w:br/>
      </w:r>
      <w:r>
        <w:rPr>
          <w:sz w:val="20"/>
        </w:rPr>
        <w:t>1:23:40  jismein aap cheezon ko right angle se dekh saken</w:t>
      </w:r>
      <w:r>
        <w:br/>
      </w:r>
      <w:r>
        <w:rPr>
          <w:sz w:val="20"/>
        </w:rPr>
        <w:t>1:23:42  tab ja kar aap ko sachai milegi nahi to nahi milegi</w:t>
      </w:r>
    </w:p>
    <w:p>
      <w:pPr>
        <w:pStyle w:val="Heading2"/>
      </w:pPr>
      <w:r>
        <w:t>Distinguishing afterlife from reincarnation</w:t>
      </w:r>
    </w:p>
    <w:p>
      <w:r>
        <w:rPr>
          <w:color w:val="666666"/>
          <w:sz w:val="18"/>
        </w:rPr>
        <w:t>Faith &amp; God · Life after Death I 22nd Jan. 2012 Maulana Wahiduddin Khan · 1m 22s · at 1:04:39 · https://youtu.be/Pa8c09DFrkA?t=3879</w:t>
      </w:r>
    </w:p>
    <w:p>
      <w:r>
        <w:rPr>
          <w:i/>
        </w:rPr>
        <w:t>“You have said that part of human personality is repeatable, hence human personality is also repeatable. The concept of avagaman (reincarnation) says the same thing. As Muslims, we do not believe in this theory. How can we distinguish the concept of life after death with the concept of avagaman?”</w:t>
      </w:r>
    </w:p>
    <w:p>
      <w:r>
        <w:rPr>
          <w:sz w:val="20"/>
        </w:rPr>
        <w:t>1:04:39  maulana, agla sawal dilli se hai, mr naseer aziz ka. unhon ne likha hai: you have said that part of human personality is repeatable, hence human personality is also repeatable.</w:t>
      </w:r>
      <w:r>
        <w:br/>
      </w:r>
      <w:r>
        <w:rPr>
          <w:sz w:val="20"/>
        </w:rPr>
        <w:t>1:04:54  the concept of avagaman says the same thing.</w:t>
      </w:r>
      <w:r>
        <w:br/>
      </w:r>
      <w:r>
        <w:rPr>
          <w:sz w:val="20"/>
        </w:rPr>
        <w:t>1:04:58  as muslims, we do not believe in this theory. how can we distinguish the concept of life after death with the concept of avagaman?</w:t>
      </w:r>
      <w:r>
        <w:br/>
      </w:r>
      <w:r>
        <w:rPr>
          <w:sz w:val="20"/>
        </w:rPr>
        <w:t>1:05:10  dekhiye, awa gaman agar simply yeh ho ke maut ke baad zindagi, to woh to samajh mein aati hai. Lekin jo</w:t>
      </w:r>
      <w:r>
        <w:br/>
      </w:r>
      <w:r>
        <w:rPr>
          <w:sz w:val="20"/>
        </w:rPr>
        <w:t>1:05:17  82 saal ke, pata nahin kitne lakh saal ka chakkar hai, woh to ek illogical baat hai. Awa gaman simply agar yeh ho, life after death ke maano mein to sahi sahi samjhunga is ko.</w:t>
      </w:r>
      <w:r>
        <w:br/>
      </w:r>
      <w:r>
        <w:rPr>
          <w:sz w:val="20"/>
        </w:rPr>
        <w:t>1:05:30  Lekin woh to yeh hai ke ek, pata nahin kitne crore saal aadmi ghoomta rehta hai, ghoomta rehta hai, ghoomta rehta hai. Yeh yeh to bilkul illogical baat hai.</w:t>
      </w:r>
      <w:r>
        <w:br/>
      </w:r>
      <w:r>
        <w:rPr>
          <w:sz w:val="20"/>
        </w:rPr>
        <w:t>1:05:39  Koi is ka na reason mein, koi is ka saboot hai, na mazhab mein koi saboot hai.</w:t>
      </w:r>
      <w:r>
        <w:br/>
      </w:r>
      <w:r>
        <w:rPr>
          <w:sz w:val="20"/>
        </w:rPr>
        <w:t>1:05:48  To awa gaman simply life after death ke maano mein nahin hai. Woh ek ek cycle ke maano mein hai, aur woh cycle ka koi saboot nahin hai. Na mazhab mein, na reason mein, na science mein.</w:t>
      </w:r>
    </w:p>
    <w:p>
      <w:pPr>
        <w:pStyle w:val="Heading2"/>
      </w:pPr>
      <w:r>
        <w:t>Distinguishing divine thoughts from philosophy</w:t>
      </w:r>
    </w:p>
    <w:p>
      <w:r>
        <w:rPr>
          <w:color w:val="666666"/>
          <w:sz w:val="18"/>
        </w:rPr>
        <w:t>Faith &amp; God · Journey of History December 23, 2012 · 1m 08s · at 1:09:25 · https://youtu.be/bvjWl3U3Dmw?t=4165</w:t>
      </w:r>
    </w:p>
    <w:p>
      <w:r>
        <w:rPr>
          <w:i/>
        </w:rPr>
        <w:t>“How can we distinguish between divine thoughts and philosophy? Please explain.”</w:t>
      </w:r>
    </w:p>
    <w:p>
      <w:r>
        <w:rPr>
          <w:sz w:val="20"/>
        </w:rPr>
        <w:t>1:09:25  maulana, agla sawal chennai se hai maulana iqbal umri ka. unhon ne aap se poocha hai: "divine thoughts aur philosophy mein farq kaise karen?</w:t>
      </w:r>
      <w:r>
        <w:br/>
      </w:r>
      <w:r>
        <w:rPr>
          <w:sz w:val="20"/>
        </w:rPr>
        <w:t>1:09:36  is ke baray mein batayen."</w:t>
      </w:r>
      <w:r>
        <w:br/>
      </w:r>
      <w:r>
        <w:rPr>
          <w:sz w:val="20"/>
        </w:rPr>
        <w:t>1:09:39  dekhen, divine thought to base karta hai wahi par yani revelation par, aur philosophy to speculative chalti hai.</w:t>
      </w:r>
      <w:r>
        <w:br/>
      </w:r>
      <w:r>
        <w:rPr>
          <w:sz w:val="20"/>
        </w:rPr>
        <w:t>1:09:48  khud apne mind se aadmi sochta hai, apni apni soch par woh rai banata hai. to philosophy to aik speculative science hai,</w:t>
      </w:r>
      <w:r>
        <w:br/>
      </w:r>
      <w:r>
        <w:rPr>
          <w:sz w:val="20"/>
        </w:rPr>
        <w:t>1:10:01  speculative discipline hai yani qiyasi ilm, lekin jo divine thought hai woh base karta hai mazhab, woh revelation par,</w:t>
      </w:r>
      <w:r>
        <w:br/>
      </w:r>
      <w:r>
        <w:rPr>
          <w:sz w:val="20"/>
        </w:rPr>
        <w:t>1:10:14  allah ki taraf jo wahi aayi hai us ke upar. to dono mein farq hai yani philosophy speculation based hai aur divine thought revelation based hai yani mabni bar ilham aur mabni bar qiyas yeh farq hai.</w:t>
      </w:r>
    </w:p>
    <w:p>
      <w:pPr>
        <w:pStyle w:val="Heading2"/>
      </w:pPr>
      <w:r>
        <w:t>Division of Islam into sects and handling bid'ah</w:t>
      </w:r>
    </w:p>
    <w:p>
      <w:r>
        <w:rPr>
          <w:color w:val="666666"/>
          <w:sz w:val="18"/>
        </w:rPr>
        <w:t>Faith &amp; God · Art of Crisis Management October 3, 2010 · 4m 07s · at 1:50:50 · https://youtu.be/sKdyThFThXo?t=6650</w:t>
      </w:r>
    </w:p>
    <w:p>
      <w:r>
        <w:rPr>
          <w:i/>
        </w:rPr>
        <w:t>“How did Islam become divided into four or five sects when the Companions continued on the Prophet's path? How can we stop Muslims today who are far from authentic Hadith and practice innovations, refusing to listen, claiming many new hadiths are false?”</w:t>
      </w:r>
    </w:p>
    <w:p>
      <w:r>
        <w:rPr>
          <w:sz w:val="20"/>
        </w:rPr>
        <w:t>1:50:50  maulana, yeh sawal miss mehrin ne kiya hai dilli se. unhon 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w:t>
      </w:r>
      <w:r>
        <w:br/>
      </w:r>
      <w:r>
        <w:rPr>
          <w:sz w:val="20"/>
        </w:rPr>
        <w:t>1:51:15  jab woh hamare baat manne se inkar karein aur yeh jawab dein ke aaj ke time mein bahut se nayi nayi hadisein nikal rahi hain jo ke galat hain?" is ke bare mein bataein.</w:t>
      </w:r>
      <w:r>
        <w:br/>
      </w:r>
      <w:r>
        <w:rPr>
          <w:sz w:val="20"/>
        </w:rPr>
        <w:t>1:51:29  dekhein, yeh aap yeh yahan mein detail nahi bata sakta. meri ek kitaab hai, uska naam hai "tajdeed deen". is mein aap is ki tafseel padh lijeye.</w:t>
      </w:r>
      <w:r>
        <w:br/>
      </w:r>
      <w:r>
        <w:rPr>
          <w:sz w:val="20"/>
        </w:rPr>
        <w:t>1:51:41  yeh chaaron jo woh bane hain,</w:t>
      </w:r>
      <w:r>
        <w:br/>
      </w:r>
      <w:r>
        <w:rPr>
          <w:sz w:val="20"/>
        </w:rPr>
        <w:t>1:51:45  fiqhi school, is ki haqeeqat kya hai? is mein aap is ko pa sakte hain. uska naam hai kitaab ka "tajdeed deen". is ko aap padhiye, is mein saari baat aap ko mil jayegi.</w:t>
      </w:r>
      <w:r>
        <w:br/>
      </w:r>
      <w:r>
        <w:rPr>
          <w:sz w:val="20"/>
        </w:rPr>
        <w:t>1:51:56  maulana, in ka ek aur sawal hai, woh pooch rahi hain ke ghair muslim ko dawat dene ka sahi tareeqa kya hai? sahi tareeqa hai un ke khair khwah ban jaiye.</w:t>
      </w:r>
      <w:r>
        <w:br/>
      </w:r>
      <w:r>
        <w:rPr>
          <w:sz w:val="20"/>
        </w:rPr>
        <w:t>1:52:10  yeh jab maa khair khwah hoti hai apne bete ki to kya beta koi maa ja ke poochti hai mohalle mein ke bhai mein kya karoon bete ke liye? kya koi maa aisi dekhi hai aap ne ke beta paida ho to mohalle mein ghoome?</w:t>
      </w:r>
      <w:r>
        <w:br/>
      </w:r>
      <w:r>
        <w:rPr>
          <w:sz w:val="20"/>
        </w:rPr>
        <w:t>1:52:24  arey bhai, mera beta paida hua hai, batao mein mujhe kya karna hai? maa ki mohabbat, maa ki khair khwahi apne aap mein batati hai ke use kya karna hai.</w:t>
      </w:r>
      <w:r>
        <w:br/>
      </w:r>
      <w:r>
        <w:rPr>
          <w:sz w:val="20"/>
        </w:rPr>
        <w:t>1:52:35  to dawat jo hai, kahan se</w:t>
      </w:r>
      <w:r>
        <w:br/>
      </w:r>
      <w:r>
        <w:rPr>
          <w:sz w:val="20"/>
        </w:rPr>
        <w:t>1:52:37  shuru hoti hai? yaad rakhiye, khair khwahi se, mohabbat se shuru hoti hai. logon ko mohabbat hi nahi to dawat kya denge? woh</w:t>
      </w:r>
      <w:r>
        <w:br/>
      </w:r>
      <w:r>
        <w:rPr>
          <w:sz w:val="20"/>
        </w:rPr>
        <w:t>1:52:47  "ani lakum naasih" quran mein aata hai ke mein tumhara khair khwah hoon. to maa khair khwah hoti hai, is liye woh jaan leti hai ke mujhe kya karna hai apne bete ke bare mein.</w:t>
      </w:r>
      <w:r>
        <w:br/>
      </w:r>
      <w:r>
        <w:rPr>
          <w:sz w:val="20"/>
        </w:rPr>
        <w:t>1:52:58  muslim khair khwahi nahi hai doosron ke, to kya jaane ke kya karna hai woh?</w:t>
      </w:r>
      <w:r>
        <w:br/>
      </w:r>
      <w:r>
        <w:rPr>
          <w:sz w:val="20"/>
        </w:rPr>
        <w:t>1:53:06  to sab se pehli jo cheez darkaar hai, woh yeh hai ke aap...</w:t>
      </w:r>
      <w:r>
        <w:br/>
      </w:r>
      <w:r>
        <w:rPr>
          <w:sz w:val="20"/>
        </w:rPr>
        <w:t>1:53:13  mein ek baar tha wahan gaya tha bhopal to ek naujawan ne kaha ke aap dawat ki baatein karte hain.</w:t>
      </w:r>
      <w:r>
        <w:br/>
      </w:r>
      <w:r>
        <w:rPr>
          <w:sz w:val="20"/>
        </w:rPr>
        <w:t>1:53:22  dawat to sabhi baat karte hain, sabhi log dawat ka kaam karte hain. to aap dawat dawat karte hain, zyada zyada. mein ne kaha aap ne dawat ko samjha nahi.</w:t>
      </w:r>
      <w:r>
        <w:br/>
      </w:r>
      <w:r>
        <w:rPr>
          <w:sz w:val="20"/>
        </w:rPr>
        <w:t>1:53:33  dawat ko aap samajhte hain ke jaise saari taqreerein hoti hain, aise kuch aur taqreerein kar do to dawat ho gayi. to mein us waqt mere dimaag se nikla tha ke mauzu se mohabbat karna padta hai, us ke baad dawat ka aaghaz hota hai.</w:t>
      </w:r>
      <w:r>
        <w:br/>
      </w:r>
      <w:r>
        <w:rPr>
          <w:sz w:val="20"/>
        </w:rPr>
        <w:t>1:53:49  mauzu se mohabbat karna hota hai, mauzu se mohabbat karna padta hai, us ke baad dawat ka aaghaz hota hai. to logon ko mohabbat to hai hi nahi aur dawat ki baatein karte hain.</w:t>
      </w:r>
      <w:r>
        <w:br/>
      </w:r>
      <w:r>
        <w:rPr>
          <w:sz w:val="20"/>
        </w:rPr>
        <w:t>1:54:02  yaad rakhiye, mauzu se aap ko wahi mohabbat karni padegi jo maa ko apne bete se hoti hai. yaad rakhiye, is se kam agar aap ka taalluq hai to aap ko dawat ka naam nahi lena chahiye.</w:t>
      </w:r>
      <w:r>
        <w:br/>
      </w:r>
      <w:r>
        <w:rPr>
          <w:sz w:val="20"/>
        </w:rPr>
        <w:t>1:54:19  dawat ka naam nahi lena chahiye. aap</w:t>
      </w:r>
      <w:r>
        <w:br/>
      </w:r>
      <w:r>
        <w:rPr>
          <w:sz w:val="20"/>
        </w:rPr>
        <w:t>1:54:22  yeh is ko quran majeed mein kaha gaya hai ke "yuhbboon yuhmad bima lam yaf'aloo" yaani aise kaam ka credit lena jis ko aadmi ne kiya hi nahi.</w:t>
      </w:r>
      <w:r>
        <w:br/>
      </w:r>
      <w:r>
        <w:rPr>
          <w:sz w:val="20"/>
        </w:rPr>
        <w:t>1:54:33  to dawat to di nahi aur is ka credit lena chahte hain dawat ka. to yaad rakhiye, agar aap ko dawat ka allah taala ke haan reward lena hai to mauzu se woh mohabbat karna seekhein jo maa ko apne bete se hoti hai.</w:t>
      </w:r>
      <w:r>
        <w:br/>
      </w:r>
      <w:r>
        <w:rPr>
          <w:sz w:val="20"/>
        </w:rPr>
        <w:t>1:54:53  nahi to dawat ka inaam aap ko milne wala nahi hai.</w:t>
      </w:r>
    </w:p>
    <w:p>
      <w:pPr>
        <w:pStyle w:val="Heading2"/>
      </w:pPr>
      <w:r>
        <w:t>Division of heart into good and bad parts</w:t>
      </w:r>
    </w:p>
    <w:p>
      <w:r>
        <w:rPr>
          <w:color w:val="666666"/>
          <w:sz w:val="18"/>
        </w:rPr>
        <w:t>Faith &amp; God · Principle of Loss May 31, 2015 · 43s · at 59:28 · https://youtu.be/vM-CUyBiDkc?t=3568</w:t>
      </w:r>
    </w:p>
    <w:p>
      <w:r>
        <w:rPr>
          <w:i/>
        </w:rPr>
        <w:t>“Allah divided the human heart into two parts: good and bad. Is this correct?”</w:t>
      </w:r>
    </w:p>
    <w:p>
      <w:r>
        <w:rPr>
          <w:sz w:val="20"/>
        </w:rPr>
        <w:t>59:28  maulana, agla sawal muinuddin sahib ne dilli se kiya hai, aur unhon ne likha hai ke maulana, mera sawal yeh hai ke Allah ne insan ke dil dil ko do hisson mein banta hai: good part, jis se woh achhe kaam karta hai,</w:t>
      </w:r>
      <w:r>
        <w:br/>
      </w:r>
      <w:r>
        <w:rPr>
          <w:sz w:val="20"/>
        </w:rPr>
        <w:t>59:45  aur doosra bad part, jis se woh kharab kaam karta hai. kya yeh</w:t>
      </w:r>
      <w:r>
        <w:br/>
      </w:r>
      <w:r>
        <w:rPr>
          <w:sz w:val="20"/>
        </w:rPr>
        <w:t>59:51  sahi hai? nahi, nahi, yeh koi na science hai, na kisi quran o hadith mein yeh do hisse banta hai. yeh to koi baat nahi hai.</w:t>
      </w:r>
      <w:r>
        <w:br/>
      </w:r>
      <w:r>
        <w:rPr>
          <w:sz w:val="20"/>
        </w:rPr>
        <w:t>1:00:01  dil ko do hisse banta hai, yeh to na koi science se maloom hota hai, aur na quran o hadith mein kahin aisa likha hua hai.</w:t>
      </w:r>
      <w:r>
        <w:br/>
      </w:r>
      <w:r>
        <w:rPr>
          <w:sz w:val="20"/>
        </w:rPr>
        <w:t>1:00:11  yeh sahi nahi</w:t>
      </w:r>
    </w:p>
    <w:p>
      <w:pPr>
        <w:pStyle w:val="Heading2"/>
      </w:pPr>
      <w:r>
        <w:t>Division of heart into good and bad parts</w:t>
      </w:r>
    </w:p>
    <w:p>
      <w:r>
        <w:rPr>
          <w:color w:val="666666"/>
          <w:sz w:val="18"/>
        </w:rPr>
        <w:t>Faith &amp; God · Principle of Loss | May 31, 2015 · 42s · at 58:14 · https://youtu.be/IEf7QfU3BmY?t=3494</w:t>
      </w:r>
    </w:p>
    <w:p>
      <w:r>
        <w:rPr>
          <w:i/>
        </w:rPr>
        <w:t>“Allah has divided the human heart into two parts: a good part for good deeds and a bad part for bad deeds. What is the explanation for this?”</w:t>
      </w:r>
    </w:p>
    <w:p>
      <w:r>
        <w:rPr>
          <w:sz w:val="20"/>
        </w:rPr>
        <w:t>58:14  sawal Moeenuddin sahib ne Delhi se kiya hai, aur unhon ne likha hai ke Maulana mera sawal</w:t>
      </w:r>
      <w:r>
        <w:br/>
      </w:r>
      <w:r>
        <w:rPr>
          <w:sz w:val="20"/>
        </w:rPr>
        <w:t>58:20  yeh hai ke Allah ne insaan ke dil dil ko do hisson mein banta hai, good part jis</w:t>
      </w:r>
      <w:r>
        <w:br/>
      </w:r>
      <w:r>
        <w:rPr>
          <w:sz w:val="20"/>
        </w:rPr>
        <w:t>58:26  se woh achhe kaam karta hai, aur doosra bad part jis se woh kharab kaam karta hai, kya</w:t>
      </w:r>
      <w:r>
        <w:br/>
      </w:r>
      <w:r>
        <w:rPr>
          <w:sz w:val="20"/>
        </w:rPr>
        <w:t>58:32  yeh sahi hai? Nahi, yeh koi na science hai na kisi Quran o Hadees mein, yeh ke do</w:t>
      </w:r>
      <w:r>
        <w:br/>
      </w:r>
      <w:r>
        <w:rPr>
          <w:sz w:val="20"/>
        </w:rPr>
        <w:t>58:38  hisse banta hai, yeh to koi baat</w:t>
      </w:r>
      <w:r>
        <w:br/>
      </w:r>
      <w:r>
        <w:rPr>
          <w:sz w:val="20"/>
        </w:rPr>
        <w:t>58:44  nahi hai, dil ko do hisse banta hai, yeh to na koi science se maloom hota hai, aur</w:t>
      </w:r>
      <w:r>
        <w:br/>
      </w:r>
      <w:r>
        <w:rPr>
          <w:sz w:val="20"/>
        </w:rPr>
        <w:t>58:50  na Quran o Hadees mein kahin aisa likha hua hai.</w:t>
      </w:r>
    </w:p>
    <w:p>
      <w:pPr>
        <w:pStyle w:val="Heading2"/>
      </w:pPr>
      <w:r>
        <w:t>Do the dead enter Paradise or Hell immediately?</w:t>
      </w:r>
    </w:p>
    <w:p>
      <w:r>
        <w:rPr>
          <w:color w:val="666666"/>
          <w:sz w:val="18"/>
        </w:rPr>
        <w:t>Faith &amp; God · Importance of Creative Thinking December 11, 2011 · 1m 19s · at 1:01:37 · https://youtu.be/jfML9Arb0S4?t=3697</w:t>
      </w:r>
    </w:p>
    <w:p>
      <w:r>
        <w:rPr>
          <w:i/>
        </w:rPr>
        <w:t>“When death comes, does a person immediately reach his final end—Paradise or Hell—or will he have to wait for the Day of Resurrection?”</w:t>
      </w:r>
    </w:p>
    <w:p>
      <w:r>
        <w:rPr>
          <w:sz w:val="20"/>
        </w:rPr>
        <w:t>1:01:37  maulana, agla sawal hai mrs saira lateef ka karachi pakistan se. unhon ne likha hai: "mera sawal yeh hai ke kya maut ke aate hi insaan apne anjaam yani jannat ya jahannum mein pahunch jata hai ya use qayamat ke din ka intezar karna hoga?"</w:t>
      </w:r>
      <w:r>
        <w:br/>
      </w:r>
      <w:r>
        <w:rPr>
          <w:sz w:val="20"/>
        </w:rPr>
        <w:t>1:01:59  dekhen, is ka jawab hadees mein maujood hai: "ma tufeqat al qiyamah jo mara, us ki qiyamah shuru ho gayi." aur ek aur hadees mein hai ke: "al qabr raz jannat min hufr al nar." qabr, qabr jo hai, ya to jannat, jannat ke baghon mein se ek bagh hai ya jahannum gurhon mein se ek gurha hai.</w:t>
      </w:r>
      <w:r>
        <w:br/>
      </w:r>
      <w:r>
        <w:rPr>
          <w:sz w:val="20"/>
        </w:rPr>
        <w:t>1:02:23  matlab yeh jo hum sochte hain space and time ke roop mein, ke roop mein, woh sab khatam ho jata hai. zamana, zamana makan, concept isi yani maut se pehle ki duniya mein hai.</w:t>
      </w:r>
      <w:r>
        <w:br/>
      </w:r>
      <w:r>
        <w:rPr>
          <w:sz w:val="20"/>
        </w:rPr>
        <w:t>1:02:36  maut ke baad jo duniya aati hai, wahan zamana makan concept khatam ho jata hai. idhar mare, idhar full for sab kuch ho gaya, aaram bhi, takleef bhi, jannat bhi, jahannum bhi,</w:t>
      </w:r>
      <w:r>
        <w:br/>
      </w:r>
      <w:r>
        <w:rPr>
          <w:sz w:val="20"/>
        </w:rPr>
        <w:t>1:02:51  yeh sabit hota hai hadees se.</w:t>
      </w:r>
    </w:p>
    <w:p>
      <w:pPr>
        <w:pStyle w:val="Heading2"/>
      </w:pPr>
      <w:r>
        <w:t>Doctor's Misconception About Quranic Fear</w:t>
      </w:r>
    </w:p>
    <w:p>
      <w:r>
        <w:rPr>
          <w:color w:val="666666"/>
          <w:sz w:val="18"/>
        </w:rPr>
        <w:t>Faith &amp; God · 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Does God Want Knowledge of Him</w:t>
      </w:r>
    </w:p>
    <w:p>
      <w:r>
        <w:rPr>
          <w:color w:val="666666"/>
          <w:sz w:val="18"/>
        </w:rPr>
        <w:t>Faith &amp; God · Realisation of God January 19, 2014 · 58s · at 51:08 · https://youtu.be/uIn3AfDkk6Y?t=3068</w:t>
      </w:r>
    </w:p>
    <w:p>
      <w:r>
        <w:rPr>
          <w:i/>
        </w:rPr>
        <w:t>“Does God want humans to attain knowledge of Him? Please provide specific references from the Quran and Hadith, because God is unlimited while humans are limited.”</w:t>
      </w:r>
    </w:p>
    <w:p>
      <w:r>
        <w:rPr>
          <w:sz w:val="20"/>
        </w:rPr>
        <w:t>51:08  maulana, agla sawal hyderabad se aaya hai ejaz adil sahab ka. unhone likha hai: "kya khuda insaan se yeh chahta hai ke woh is ki marifat hasil kare?</w:t>
      </w:r>
      <w:r>
        <w:br/>
      </w:r>
      <w:r>
        <w:rPr>
          <w:sz w:val="20"/>
        </w:rPr>
        <w:t>51:22  please quran aur hadith ki roshni mein koi specific hawale se bataein kyunke khuda unlimited hai jabke insaan limited hai."</w:t>
      </w:r>
      <w:r>
        <w:br/>
      </w:r>
      <w:r>
        <w:rPr>
          <w:sz w:val="20"/>
        </w:rPr>
        <w:t>51:35  nahi, yeh logic wahan apply nahi hoti. mein saada taur par kahunga ke quran mein ayat hai ke "wa ma khalaqtal jinna wal insa illa li ya'budun".</w:t>
      </w:r>
      <w:r>
        <w:br/>
      </w:r>
      <w:r>
        <w:rPr>
          <w:sz w:val="20"/>
        </w:rPr>
        <w:t>51:45  to abdullah abbas, jo sab se bade mufassir bane hote hain quran ke, unhone kaha hai ke "la ya'budun" ka matlab hai "la ya'rifun". is waqt mein itna hi jawab de sakta hoon.</w:t>
      </w:r>
      <w:r>
        <w:br/>
      </w:r>
      <w:r>
        <w:rPr>
          <w:sz w:val="20"/>
        </w:rPr>
        <w:t>51:56  iski tafseel ke liye aap isi kitaab ko padhiye jo mein ne kaha. "izhaar-e-deen" ki jo kitaab hai, us mein iski tafseel aap ko mil jayegi.</w:t>
      </w:r>
    </w:p>
    <w:p>
      <w:pPr>
        <w:pStyle w:val="Heading2"/>
      </w:pPr>
      <w:r>
        <w:t>Does God have human-like appearance?</w:t>
      </w:r>
    </w:p>
    <w:p>
      <w:r>
        <w:rPr>
          <w:color w:val="666666"/>
          <w:sz w:val="18"/>
        </w:rPr>
        <w:t>Faith &amp; God · The Existence of God-7th October 2012 · 3m 08s · at 1:04:26 · https://youtu.be/XWFqKwm-LPM?t=3866</w:t>
      </w:r>
    </w:p>
    <w:p>
      <w:r>
        <w:rPr>
          <w:i/>
        </w:rPr>
        <w:t>“It is mentioned in the Quran that God has made man in His image. Does this mean that God's physical appearance is like human beings? If this is not true, then why?”</w:t>
      </w:r>
    </w:p>
    <w:p>
      <w:r>
        <w:rPr>
          <w:sz w:val="20"/>
        </w:rPr>
        <w:t>1:04:26  maulana, agla sawal chennai se aya hai mister ramesh ka.</w:t>
      </w:r>
      <w:r>
        <w:br/>
      </w:r>
      <w:r>
        <w:rPr>
          <w:sz w:val="20"/>
        </w:rPr>
        <w:t>1:04:32  انہوں نے لکھا ہے: "مولانا صاحب، It is mentioned in the Quran that God has made man in His image.</w:t>
      </w:r>
      <w:r>
        <w:br/>
      </w:r>
      <w:r>
        <w:rPr>
          <w:sz w:val="20"/>
        </w:rPr>
        <w:t>1:04:39  Does this mean that God's physical appearance is like human being? If this is not true, then why</w:t>
      </w:r>
      <w:r>
        <w:br/>
      </w:r>
      <w:r>
        <w:rPr>
          <w:sz w:val="20"/>
        </w:rPr>
        <w:t>1:04:46  is the word image used and not any other word? dekhen, yeh quran mein nahi hai, yeh hadith mein hai.</w:t>
      </w:r>
      <w:r>
        <w:br/>
      </w:r>
      <w:r>
        <w:rPr>
          <w:sz w:val="20"/>
        </w:rPr>
        <w:t>1:04:52  dekhen, image ko aap literal matlab mein kyun le rahe hain? literal aap chunke literal matlab mein le</w:t>
      </w:r>
      <w:r>
        <w:br/>
      </w:r>
      <w:r>
        <w:rPr>
          <w:sz w:val="20"/>
        </w:rPr>
        <w:t>1:04:59  rahe hain, is liye aap ko pareshani ho rahi hai.</w:t>
      </w:r>
      <w:r>
        <w:br/>
      </w:r>
      <w:r>
        <w:rPr>
          <w:sz w:val="20"/>
        </w:rPr>
        <w:t>1:05:06  is ke matlab sirf yeh hain ke khuda ke jo attributes hain, woh diya insan ko Allah ne.</w:t>
      </w:r>
      <w:r>
        <w:br/>
      </w:r>
      <w:r>
        <w:rPr>
          <w:sz w:val="20"/>
        </w:rPr>
        <w:t>1:05:13  yani sochne ki taqat, tajziya karne ki taqat, planning karne ki taqat, yeh sab kisi janwar ko nahi.</w:t>
      </w:r>
      <w:r>
        <w:br/>
      </w:r>
      <w:r>
        <w:rPr>
          <w:sz w:val="20"/>
        </w:rPr>
        <w:t>1:05:19  misal ke taur par, main bataoon aap ko, hamare ghar mein ek fakhta ne nest banaya hai, ghonsla.</w:t>
      </w:r>
      <w:r>
        <w:br/>
      </w:r>
      <w:r>
        <w:rPr>
          <w:sz w:val="20"/>
        </w:rPr>
        <w:t>1:05:26  وہ کبوتر، کبوتر نے، کبوتر نے گھونسلہ بنایا، nest, N-E-S-T, nest کہ یہ لوگ گھونسلہ بناتے ہیں</w:t>
      </w:r>
      <w:r>
        <w:br/>
      </w:r>
      <w:r>
        <w:rPr>
          <w:sz w:val="20"/>
        </w:rPr>
        <w:t>1:05:33  ke anday dein, phir us ko sek sek kar ke bachay paida hon.</w:t>
      </w:r>
      <w:r>
        <w:br/>
      </w:r>
      <w:r>
        <w:rPr>
          <w:sz w:val="20"/>
        </w:rPr>
        <w:t>1:05:39  to tareeqa un ka by nature yeh hai ke jo female hoti hai, woh anday par baithti hai</w:t>
      </w:r>
      <w:r>
        <w:br/>
      </w:r>
      <w:r>
        <w:rPr>
          <w:sz w:val="20"/>
        </w:rPr>
        <w:t>1:05:46  aur male jo hai, woh bahar ja ja kar us ke liye jo khati hai, woh woh saman lata hai.</w:t>
      </w:r>
      <w:r>
        <w:br/>
      </w:r>
      <w:r>
        <w:rPr>
          <w:sz w:val="20"/>
        </w:rPr>
        <w:t>1:05:53  to woh woh chhodti hai nahi anda, isi par baithi seeti rehti hai.</w:t>
      </w:r>
      <w:r>
        <w:br/>
      </w:r>
      <w:r>
        <w:rPr>
          <w:sz w:val="20"/>
        </w:rPr>
        <w:t>1:06:00  is ko ab by chance kya hua ke is ka jo male jo pair tha, woh hamare haan</w:t>
      </w:r>
      <w:r>
        <w:br/>
      </w:r>
      <w:r>
        <w:rPr>
          <w:sz w:val="20"/>
        </w:rPr>
        <w:t>1:06:06  kisi ne chala diya, woh exhaust fan, woh bechara is mein us ko samjha ke is mein enter</w:t>
      </w:r>
      <w:r>
        <w:br/>
      </w:r>
      <w:r>
        <w:rPr>
          <w:sz w:val="20"/>
        </w:rPr>
        <w:t>1:06:13  hone laga, us ke rastay se is mein phans ke woh mar gaya.</w:t>
      </w:r>
      <w:r>
        <w:br/>
      </w:r>
      <w:r>
        <w:rPr>
          <w:sz w:val="20"/>
        </w:rPr>
        <w:t>1:06:20  mujhe bara afsos hua.</w:t>
      </w:r>
      <w:r>
        <w:br/>
      </w:r>
      <w:r>
        <w:rPr>
          <w:sz w:val="20"/>
        </w:rPr>
        <w:t>1:06:26  to ab is is is female ko pata nahi hai ke ab ne kya karna hai, woh phir</w:t>
      </w:r>
      <w:r>
        <w:br/>
      </w:r>
      <w:r>
        <w:rPr>
          <w:sz w:val="20"/>
        </w:rPr>
        <w:t>1:06:33  bhi baithi hui hai is anday mein, anday ko chhod kar jati hai nahi ke ab mujhe khud</w:t>
      </w:r>
      <w:r>
        <w:br/>
      </w:r>
      <w:r>
        <w:rPr>
          <w:sz w:val="20"/>
        </w:rPr>
        <w:t>1:06:40  ja kar ke bahar se kuch apne khane peene ka saman lana chahiye.</w:t>
      </w:r>
      <w:r>
        <w:br/>
      </w:r>
      <w:r>
        <w:rPr>
          <w:sz w:val="20"/>
        </w:rPr>
        <w:t>1:06:47  to yeh hai insan ki soch.</w:t>
      </w:r>
      <w:r>
        <w:br/>
      </w:r>
      <w:r>
        <w:rPr>
          <w:sz w:val="20"/>
        </w:rPr>
        <w:t>1:06:53  insan ko Allah taala ne zehan di, aqal di, planning di, sochne ka madah diya.</w:t>
      </w:r>
      <w:r>
        <w:br/>
      </w:r>
      <w:r>
        <w:rPr>
          <w:sz w:val="20"/>
        </w:rPr>
        <w:t>1:07:00  isi liye to aisa hua ke is ne meter ko hawa jahaz mein aur aur car mein tabdeel</w:t>
      </w:r>
      <w:r>
        <w:br/>
      </w:r>
      <w:r>
        <w:rPr>
          <w:sz w:val="20"/>
        </w:rPr>
        <w:t>1:07:07  kiya, meter ko is ne mobile mein aur aur electronics mein tabdeel kiya.</w:t>
      </w:r>
      <w:r>
        <w:br/>
      </w:r>
      <w:r>
        <w:rPr>
          <w:sz w:val="20"/>
        </w:rPr>
        <w:t>1:07:13  yeh matlab hai is ka.</w:t>
      </w:r>
      <w:r>
        <w:br/>
      </w:r>
      <w:r>
        <w:rPr>
          <w:sz w:val="20"/>
        </w:rPr>
        <w:t>1:07:20  aap literal mani mein lein kyunke aap aap ko yeh sawal paida hua.</w:t>
      </w:r>
      <w:r>
        <w:br/>
      </w:r>
      <w:r>
        <w:rPr>
          <w:sz w:val="20"/>
        </w:rPr>
        <w:t>1:07:27  literal mani mein koi cheez nahi hoti hai, koi bhi cheez nahi hoti.</w:t>
      </w:r>
    </w:p>
    <w:p>
      <w:pPr>
        <w:pStyle w:val="Heading2"/>
      </w:pPr>
      <w:r>
        <w:t>Does God need man as man needs God?</w:t>
      </w:r>
    </w:p>
    <w:p>
      <w:r>
        <w:rPr>
          <w:color w:val="666666"/>
          <w:sz w:val="18"/>
        </w:rPr>
        <w:t>Faith &amp; God · Q&amp;A 13 Nov 2011 · 1m 58s · at 20:05 · https://youtu.be/oOZ9h37_pL8?t=1205</w:t>
      </w:r>
    </w:p>
    <w:p>
      <w:r>
        <w:rPr>
          <w:i/>
        </w:rPr>
        <w:t>“Maulana, what does it mean that God needs man like man needs God, since we are taught that Allah is Samad—as Moses told his people that if you and all the people on earth become thankless, it will not affect God? Kindly comment.”</w:t>
      </w:r>
    </w:p>
    <w:p>
      <w:r>
        <w:rPr>
          <w:sz w:val="20"/>
        </w:rPr>
        <w:t>20:05  maulana agla sawal aya hai doctor owais siddiqui ka dilli se. unhon ne likha hai maulana what does it mean that god needs man like man needs god.</w:t>
      </w:r>
      <w:r>
        <w:br/>
      </w:r>
      <w:r>
        <w:rPr>
          <w:sz w:val="20"/>
        </w:rPr>
        <w:t>20:17  because we are taught that allah is samad. like moses told his people that if you and all the people on earth become thankless it wont affect god.</w:t>
      </w:r>
      <w:r>
        <w:br/>
      </w:r>
      <w:r>
        <w:rPr>
          <w:sz w:val="20"/>
        </w:rPr>
        <w:t>20:31  kindly comment</w:t>
      </w:r>
      <w:r>
        <w:br/>
      </w:r>
      <w:r>
        <w:rPr>
          <w:sz w:val="20"/>
        </w:rPr>
        <w:t>20:32  dekhen net banne lafz ne is sawal nahi kiya. main ne sirf yeh kaha ke khuda ko jo kuch dena hai to is ka panay wala kon ban sakta hai.</w:t>
      </w:r>
      <w:r>
        <w:br/>
      </w:r>
      <w:r>
        <w:rPr>
          <w:sz w:val="20"/>
        </w:rPr>
        <w:t>20:45  to khuda ko woh cheezen dena hai to kis ko dega? paharon ko dega, samundaron ko dega, sitaron ko dega, sayaron ko dega to woh kya karenge is ko le kar ke? kya</w:t>
      </w:r>
      <w:r>
        <w:br/>
      </w:r>
      <w:r>
        <w:rPr>
          <w:sz w:val="20"/>
        </w:rPr>
        <w:t>20:54  karenge is ko le kar ke bataiye.</w:t>
      </w:r>
      <w:r>
        <w:br/>
      </w:r>
      <w:r>
        <w:rPr>
          <w:sz w:val="20"/>
        </w:rPr>
        <w:t>20:58  yani behtareen qism ke aap phool hon khushbudar bohat beautiful aur is par aap ja ke chattan dal dein to chattan kya</w:t>
      </w:r>
      <w:r>
        <w:br/>
      </w:r>
      <w:r>
        <w:rPr>
          <w:sz w:val="20"/>
        </w:rPr>
        <w:t>21:06  karega paharon ko le ke woh phoolon ko le kar ke. to net is sense mein nahi kaha jis sense mein aap dictionary mein likha rehta hai net is sense mein nahi kaha main ne.</w:t>
      </w:r>
      <w:r>
        <w:br/>
      </w:r>
      <w:r>
        <w:rPr>
          <w:sz w:val="20"/>
        </w:rPr>
        <w:t>21:17  woh net to muhtaji ke mani mein aata hai. yani aam taur par net ka matlab hota hai ke hum kisi cheez ke muhtaj hon. woh alag cheez hai.</w:t>
      </w:r>
      <w:r>
        <w:br/>
      </w:r>
      <w:r>
        <w:rPr>
          <w:sz w:val="20"/>
        </w:rPr>
        <w:t>21:27  main ne sirf yeh kaha hai ke allah taala ke pas beshumar cheezen dene ki hain to to is ka qadradan kon</w:t>
      </w:r>
      <w:r>
        <w:br/>
      </w:r>
      <w:r>
        <w:rPr>
          <w:sz w:val="20"/>
        </w:rPr>
        <w:t>21:36  hoga? insan hi to hoga aur kon hoga? kyunke jitni is kainat mein jo maloom cheezen hain in maloom cheezon mein kisi ke andar sense of enjoyment nahi hai.</w:t>
      </w:r>
      <w:r>
        <w:br/>
      </w:r>
      <w:r>
        <w:rPr>
          <w:sz w:val="20"/>
        </w:rPr>
        <w:t>21:50  sense of pleasure nahi hai. sense of fulfillment nahi hai. yeh main ne kaha. net ko aap ne le liya ek negative sense mein to negative sense mein main ne nahi bola tha.</w:t>
      </w:r>
    </w:p>
    <w:p>
      <w:pPr>
        <w:pStyle w:val="Heading2"/>
      </w:pPr>
      <w:r>
        <w:t>Does Islam Believe in Merging with God?</w:t>
      </w:r>
    </w:p>
    <w:p>
      <w:r>
        <w:rPr>
          <w:color w:val="666666"/>
          <w:sz w:val="18"/>
        </w:rPr>
        <w:t>Faith &amp; God · Concept of Jihad in Islam September 7, 2014 · 1m 39s · at 1:05:54 · https://youtu.be/GnKBYM8HbuQ?t=3954</w:t>
      </w:r>
    </w:p>
    <w:p>
      <w:r>
        <w:rPr>
          <w:i/>
        </w:rPr>
        <w:t>“Does Islam believe in merging oneself with God? This is not the concept of Islam. Why do you ask such questions? Much has been written on this.”</w:t>
      </w:r>
    </w:p>
    <w:p>
      <w:r>
        <w:rPr>
          <w:sz w:val="20"/>
        </w:rPr>
        <w:t>1:05:54  Maulana, agla sawal Bhopal se aaya hai, Zubair sahib ne kiya hai aur unhon ne likha hai ke</w:t>
      </w:r>
      <w:r>
        <w:br/>
      </w:r>
      <w:r>
        <w:rPr>
          <w:sz w:val="20"/>
        </w:rPr>
        <w:t>1:06:02  does Islam believe in merging oneself with God yeh sab Islam ka tasawwur nahi hai.</w:t>
      </w:r>
      <w:r>
        <w:br/>
      </w:r>
      <w:r>
        <w:rPr>
          <w:sz w:val="20"/>
        </w:rPr>
        <w:t>1:06:08  merge karna, aap aise sawalat kyun karte hain? Aap log is par bohat likha ja chuka hai.</w:t>
      </w:r>
      <w:r>
        <w:br/>
      </w:r>
      <w:r>
        <w:rPr>
          <w:sz w:val="20"/>
        </w:rPr>
        <w:t>1:06:16  Yaani dekhiye, kai log mujhe lagta hai ke bas sawal faqat sikh ka aap karte hain.</w:t>
      </w:r>
      <w:r>
        <w:br/>
      </w:r>
      <w:r>
        <w:rPr>
          <w:sz w:val="20"/>
        </w:rPr>
        <w:t>1:06:23  Is ko bhi kitaab marifat mein mere paas maujood hai, padh li jiye aap.</w:t>
      </w:r>
      <w:r>
        <w:br/>
      </w:r>
      <w:r>
        <w:rPr>
          <w:sz w:val="20"/>
        </w:rPr>
        <w:t>1:06:28  Aisa sawal kar ke kya faida hai ke sawal faqat sikh ka? Aap dekhiye, aaj jitne sawal aa</w:t>
      </w:r>
      <w:r>
        <w:br/>
      </w:r>
      <w:r>
        <w:rPr>
          <w:sz w:val="20"/>
        </w:rPr>
        <w:t>1:06:36  rahe hain, ek bhi aaj ki talk par nahi hai.</w:t>
      </w:r>
      <w:r>
        <w:br/>
      </w:r>
      <w:r>
        <w:rPr>
          <w:sz w:val="20"/>
        </w:rPr>
        <w:t>1:06:40  Aaj ki talk ne aap logon ke mind ko activate nahi kiya.</w:t>
      </w:r>
      <w:r>
        <w:br/>
      </w:r>
      <w:r>
        <w:rPr>
          <w:sz w:val="20"/>
        </w:rPr>
        <w:t>1:06:45  Aaj ki talk ne aap ko koi sawal nahi paida kiya.</w:t>
      </w:r>
      <w:r>
        <w:br/>
      </w:r>
      <w:r>
        <w:rPr>
          <w:sz w:val="20"/>
        </w:rPr>
        <w:t>1:06:50  Aap, aap aaj ki talk ne aap ke mind ko hilaya nahi.</w:t>
      </w:r>
      <w:r>
        <w:br/>
      </w:r>
      <w:r>
        <w:rPr>
          <w:sz w:val="20"/>
        </w:rPr>
        <w:t>1:06:55  Is ke bare mein kuch bolein aap, kya faida hai? Main is waqt aise sawalat se, main aise</w:t>
      </w:r>
      <w:r>
        <w:br/>
      </w:r>
      <w:r>
        <w:rPr>
          <w:sz w:val="20"/>
        </w:rPr>
        <w:t>1:07:03  sawaalat ko sawal faqat sikh ka samajhta hoon.</w:t>
      </w:r>
      <w:r>
        <w:br/>
      </w:r>
      <w:r>
        <w:rPr>
          <w:sz w:val="20"/>
        </w:rPr>
        <w:t>1:07:06  Bohat zyada sochiye, tab is ko aap hal kijiye.</w:t>
      </w:r>
      <w:r>
        <w:br/>
      </w:r>
      <w:r>
        <w:rPr>
          <w:sz w:val="20"/>
        </w:rPr>
        <w:t>1:07:10  Mislan, hafte bhar sochiye, hafte bhar sochiye, phir aayein ek sawal kijiye to woh sawal hoga.</w:t>
      </w:r>
      <w:r>
        <w:br/>
      </w:r>
      <w:r>
        <w:rPr>
          <w:sz w:val="20"/>
        </w:rPr>
        <w:t>1:07:17  Bas baithe baithe aap ka ek reflection hua, ek sawal kar diya aap ne.</w:t>
      </w:r>
      <w:r>
        <w:br/>
      </w:r>
      <w:r>
        <w:rPr>
          <w:sz w:val="20"/>
        </w:rPr>
        <w:t>1:07:23  That is not a proper question. Main kahunga ke aap log art of sawal karna seekhiye.</w:t>
      </w:r>
      <w:r>
        <w:br/>
      </w:r>
      <w:r>
        <w:rPr>
          <w:sz w:val="20"/>
        </w:rPr>
        <w:t>1:07:30  Sawal karna bhi ek art hai, is ko seekhiye.</w:t>
      </w:r>
    </w:p>
    <w:p>
      <w:pPr>
        <w:pStyle w:val="Heading2"/>
      </w:pPr>
      <w:r>
        <w:t>Does Islam Degrade Women</w:t>
      </w:r>
    </w:p>
    <w:p>
      <w:r>
        <w:rPr>
          <w:color w:val="666666"/>
          <w:sz w:val="18"/>
        </w:rPr>
        <w:t>Faith &amp; God · Journey of History December 23, 2012 · 1m 48s · at 1:28:23 · https://youtu.be/bvjWl3U3Dmw?t=5303</w:t>
      </w:r>
    </w:p>
    <w:p>
      <w:r>
        <w:rPr>
          <w:i/>
        </w:rPr>
        <w:t>“Does Islam degrade women?”</w:t>
      </w:r>
    </w:p>
    <w:p>
      <w:r>
        <w:rPr>
          <w:sz w:val="20"/>
        </w:rPr>
        <w:t>1:28:23  Maulana, agla sawal haiderabad se aaya hai. naam nahi hai Maulana lekin sawal yeh hai: "does Islam degrade women?" is ke baray mein batayen.</w:t>
      </w:r>
      <w:r>
        <w:br/>
      </w:r>
      <w:r>
        <w:rPr>
          <w:sz w:val="20"/>
        </w:rPr>
        <w:t>1:28:32  harghiz nahi, bilkul galat hai. Quran mein dekhen, surah Aal-e-Imran mein hai: "ba'dhukum min ba'dh, ba'dhukum min ba'dh"</w:t>
      </w:r>
      <w:r>
        <w:br/>
      </w:r>
      <w:r>
        <w:rPr>
          <w:sz w:val="20"/>
        </w:rPr>
        <w:t>1:28:43  yani jo jo jo darja aurat ka, wahi darja mard ka. hadith mein aata hai ke: "al nisaa shiqaaq al rijaal" is ka matlab yeh hai ke yani yani men and women are to equal half of a single unit.</w:t>
      </w:r>
      <w:r>
        <w:br/>
      </w:r>
      <w:r>
        <w:rPr>
          <w:sz w:val="20"/>
        </w:rPr>
        <w:t>1:29:06  to yeh bilkul galat hai ke</w:t>
      </w:r>
      <w:r>
        <w:br/>
      </w:r>
      <w:r>
        <w:rPr>
          <w:sz w:val="20"/>
        </w:rPr>
        <w:t>1:29:11  ke degrade kiya hai Islam ne aurat ko. is mein koi shakk nahi ke dono mein ka barabar ka darja hai. is par hum ne tafseel se likha hai. hamari kitab jo hai "khatoon-e-Islam" is mein aap parh leejiye.</w:t>
      </w:r>
    </w:p>
    <w:p>
      <w:pPr>
        <w:pStyle w:val="Heading2"/>
      </w:pPr>
      <w:r>
        <w:t>Does Islam have concept of karma?</w:t>
      </w:r>
    </w:p>
    <w:p>
      <w:r>
        <w:rPr>
          <w:color w:val="666666"/>
          <w:sz w:val="18"/>
        </w:rPr>
        <w:t>Faith &amp; God · Double Standards of Present-Day Muslims August 6, 2017 · 1m 08s · at 43:35 · https://youtu.be/k1NcZQpHTyg?t=2615</w:t>
      </w:r>
    </w:p>
    <w:p>
      <w:r>
        <w:rPr>
          <w:i/>
        </w:rPr>
        <w:t>“Does Islam have a similar concept such as karma in monastic religions?”</w:t>
      </w:r>
    </w:p>
    <w:p>
      <w:r>
        <w:rPr>
          <w:sz w:val="20"/>
        </w:rPr>
        <w:t>43:35  agla sawal molana miss tuti malotra ki taraf se aaya hai dilli se. she writes "does islam have a similar concept such as karma in monastic religions?" nahi, islam mein aisa nahi hai.</w:t>
      </w:r>
      <w:r>
        <w:br/>
      </w:r>
      <w:r>
        <w:rPr>
          <w:sz w:val="20"/>
        </w:rPr>
        <w:t>43:53  wo theory jo karma thi, wo islam mein nahi hai. matlab wahan doosre maani mein islam ka, wo islam mein jo concept hai, wo hai personality building.</w:t>
      </w:r>
      <w:r>
        <w:br/>
      </w:r>
      <w:r>
        <w:rPr>
          <w:sz w:val="20"/>
        </w:rPr>
        <w:t>44:07  aadmi apni personality building karte waqt tazkiya, yani tazkiya par base karti hai islami theory, karma par nahi.</w:t>
      </w:r>
      <w:r>
        <w:br/>
      </w:r>
      <w:r>
        <w:rPr>
          <w:sz w:val="20"/>
        </w:rPr>
        <w:t>44:17  is par hum ne kafi likha hai ke tazkiya ka matlab hai apne aap ko purify karna, aur wo aik alag concept hai.</w:t>
      </w:r>
      <w:r>
        <w:br/>
      </w:r>
      <w:r>
        <w:rPr>
          <w:sz w:val="20"/>
        </w:rPr>
        <w:t>44:32  mere nazdeek yeh dono mein koi similarity nahi hai real sense mein.</w:t>
      </w:r>
    </w:p>
    <w:p>
      <w:pPr>
        <w:pStyle w:val="Heading2"/>
      </w:pPr>
      <w:r>
        <w:t>Does Religion Appeal More to the Vulnerable?</w:t>
      </w:r>
    </w:p>
    <w:p>
      <w:r>
        <w:rPr>
          <w:color w:val="666666"/>
          <w:sz w:val="18"/>
        </w:rPr>
        <w:t>Faith &amp; God · On Atheism | May 22, 2016 · 1m 06s · at 53:59 · https://youtu.be/tzJmfYnSleo?t=3239</w:t>
      </w:r>
    </w:p>
    <w:p>
      <w:r>
        <w:rPr>
          <w:i/>
        </w:rPr>
        <w:t>“Faith claims that religion appeals more to the poor, weak, vulnerable, depressed, and people who are generally in trouble. What is your response to this claim?”</w:t>
      </w:r>
    </w:p>
    <w:p>
      <w:r>
        <w:rPr>
          <w:sz w:val="20"/>
        </w:rPr>
        <w:t>53:59  molana agla sawal lete hain.</w:t>
      </w:r>
      <w:r>
        <w:br/>
      </w:r>
      <w:r>
        <w:rPr>
          <w:sz w:val="20"/>
        </w:rPr>
        <w:t>54:04  yeh shamshuddin sahib ne poocha hai mumbai se aur unhon ne likha hai ke eth</w:t>
      </w:r>
      <w:r>
        <w:br/>
      </w:r>
      <w:r>
        <w:rPr>
          <w:sz w:val="20"/>
        </w:rPr>
        <w:t>54:09  "It's claimed that religion appeals more to poor, weak, vulnerable, ill, depressed, and people who are generally in trouble."</w:t>
      </w:r>
      <w:r>
        <w:br/>
      </w:r>
      <w:r>
        <w:rPr>
          <w:sz w:val="20"/>
        </w:rPr>
        <w:t>54:14  Is religion more like a temptations offering false promises to these people? What would you say to this?</w:t>
      </w:r>
      <w:r>
        <w:br/>
      </w:r>
      <w:r>
        <w:rPr>
          <w:sz w:val="20"/>
        </w:rPr>
        <w:t>54:19  yeh baat bilkul galat hai.</w:t>
      </w:r>
      <w:r>
        <w:br/>
      </w:r>
      <w:r>
        <w:rPr>
          <w:sz w:val="20"/>
        </w:rPr>
        <w:t>54:24  maine misaal di aap ki stalin ki.</w:t>
      </w:r>
      <w:r>
        <w:br/>
      </w:r>
      <w:r>
        <w:rPr>
          <w:sz w:val="20"/>
        </w:rPr>
        <w:t>54:29  stalin to bohat super power ka head tha.</w:t>
      </w:r>
      <w:r>
        <w:br/>
      </w:r>
      <w:r>
        <w:rPr>
          <w:sz w:val="20"/>
        </w:rPr>
        <w:t>54:34  yeh to koi baat nahi hai. amrik</w:t>
      </w:r>
      <w:r>
        <w:br/>
      </w:r>
      <w:r>
        <w:rPr>
          <w:sz w:val="20"/>
        </w:rPr>
        <w:t>54:39  a super power mana jata hai.</w:t>
      </w:r>
      <w:r>
        <w:br/>
      </w:r>
      <w:r>
        <w:rPr>
          <w:sz w:val="20"/>
        </w:rPr>
        <w:t>54:43  اس کے ہر ڈالر پہ لکھا جاتا ہے In God We Trust.</w:t>
      </w:r>
      <w:r>
        <w:br/>
      </w:r>
      <w:r>
        <w:rPr>
          <w:sz w:val="20"/>
        </w:rPr>
        <w:t>54:47  dunya mein sab se bari taqat mani jati hai america ki.</w:t>
      </w:r>
      <w:r>
        <w:br/>
      </w:r>
      <w:r>
        <w:rPr>
          <w:sz w:val="20"/>
        </w:rPr>
        <w:t>54:51  sab se bari dolat mani jati hai america ke paas hai.</w:t>
      </w:r>
      <w:r>
        <w:br/>
      </w:r>
      <w:r>
        <w:rPr>
          <w:sz w:val="20"/>
        </w:rPr>
        <w:t>54:54  لیکن ہر ہر ڈالر پہ لکھا جاتا ہے In God We Trust۔</w:t>
      </w:r>
      <w:r>
        <w:br/>
      </w:r>
      <w:r>
        <w:rPr>
          <w:sz w:val="20"/>
        </w:rPr>
        <w:t>54:58  isi isi dollar ko kamane ke liye bhage jate hain america.</w:t>
      </w:r>
      <w:r>
        <w:br/>
      </w:r>
      <w:r>
        <w:rPr>
          <w:sz w:val="20"/>
        </w:rPr>
        <w:t>55:02  to yeh baat to unho ne kahi to sahi nahi hai.</w:t>
      </w:r>
    </w:p>
    <w:p>
      <w:pPr>
        <w:pStyle w:val="Heading2"/>
      </w:pPr>
      <w:r>
        <w:t>Does overcoming negative thoughts mean finding God?</w:t>
      </w:r>
    </w:p>
    <w:p>
      <w:r>
        <w:rPr>
          <w:color w:val="666666"/>
          <w:sz w:val="18"/>
        </w:rPr>
        <w:t>Faith &amp; God · Three levels of Realization July 4, 2010 · 1m 57s · at 1:27:37 · https://youtu.be/NtCTVVov3Nw?t=5257</w:t>
      </w:r>
    </w:p>
    <w:p>
      <w:r>
        <w:rPr>
          <w:i/>
        </w:rPr>
        <w:t>“Does overcoming one's negative thoughts amount to finding God? If so, what is the importance of prayer, fasting and other deeds in a Muslim's life?”</w:t>
      </w:r>
    </w:p>
    <w:p>
      <w:r>
        <w:rPr>
          <w:sz w:val="20"/>
        </w:rPr>
        <w:t>1:27:37  maulana agla sawal kya hai miss raziya ne jamia millia islamia se</w:t>
      </w:r>
      <w:r>
        <w:br/>
      </w:r>
      <w:r>
        <w:rPr>
          <w:sz w:val="20"/>
        </w:rPr>
        <w:t>1:27:42  unhon ne likha hai ke kya apne negative thoughts ko overcome kar lena hi khuda ko pa lena hota hai agar aisa hai to namaz roza aur doosre aamal ki aik musalman ki zindagi mein kya ahmiyat hai nahi nahi yeh matlab nahi hai ke isi se sab kuch ho jayega</w:t>
      </w:r>
      <w:r>
        <w:br/>
      </w:r>
      <w:r>
        <w:rPr>
          <w:sz w:val="20"/>
        </w:rPr>
        <w:t>1:28:07  islam begins from faith</w:t>
      </w:r>
      <w:r>
        <w:br/>
      </w:r>
      <w:r>
        <w:rPr>
          <w:sz w:val="20"/>
        </w:rPr>
        <w:t>1:28:11  pehla jo ati hai na woh khuda ki discovery hai khuda ki discovery ke aap study karte hain sochte hain to aap ko discover hota hai discovery ke darje mein milta hai aap ko jahan is dunya ka koi creator hai koi lord hai jab discovery aati hai tab yeh sab baatein aati hain to negative thinking to sach poochien to is discovery ko bachaaye rakhne ke liye</w:t>
      </w:r>
      <w:r>
        <w:br/>
      </w:r>
      <w:r>
        <w:rPr>
          <w:sz w:val="20"/>
        </w:rPr>
        <w:t>1:28:40  is discovery ko bachaye rakhne ke liye</w:t>
      </w:r>
      <w:r>
        <w:br/>
      </w:r>
      <w:r>
        <w:rPr>
          <w:sz w:val="20"/>
        </w:rPr>
        <w:t>1:28:44  jaise aap ko ek job mil gaya to job ko bachaye rakhne ke liye aap kahenge boss</w:t>
      </w:r>
      <w:r>
        <w:br/>
      </w:r>
      <w:r>
        <w:rPr>
          <w:sz w:val="20"/>
        </w:rPr>
        <w:t>1:28:48  se ladenge nahi</w:t>
      </w:r>
      <w:r>
        <w:br/>
      </w:r>
      <w:r>
        <w:rPr>
          <w:sz w:val="20"/>
        </w:rPr>
        <w:t>1:28:52  bosses always right ko pakde rahenge</w:t>
      </w:r>
      <w:r>
        <w:br/>
      </w:r>
      <w:r>
        <w:rPr>
          <w:sz w:val="20"/>
        </w:rPr>
        <w:t>1:28:55  to bosses mein pehle nahi aata</w:t>
      </w:r>
      <w:r>
        <w:br/>
      </w:r>
      <w:r>
        <w:rPr>
          <w:sz w:val="20"/>
        </w:rPr>
        <w:t>1:28:58  pehle job aata hai phir job aayega phir bosses aayega</w:t>
      </w:r>
      <w:r>
        <w:br/>
      </w:r>
      <w:r>
        <w:rPr>
          <w:sz w:val="20"/>
        </w:rPr>
        <w:t>1:29:03  aise hi negative thought waghera ki baat jo hai woh to apne is ko bachaye rakhne ke liye</w:t>
      </w:r>
      <w:r>
        <w:br/>
      </w:r>
      <w:r>
        <w:rPr>
          <w:sz w:val="20"/>
        </w:rPr>
        <w:t>1:29:11  to sab se pehle khuda ki discovery hoti hai khuda ka belief aadmi hazir hota hai us ko sachai milti hai tab us ke baad yeh sab baatein aati hain pehle job milega tab bosses aayega aisa nahi ke bosses pehle aa jaye job baad ko aaye aisa nahi hota woh woh to putting the card before the horse ho jayega</w:t>
      </w:r>
    </w:p>
    <w:p>
      <w:pPr>
        <w:pStyle w:val="Heading2"/>
      </w:pPr>
      <w:r>
        <w:t>Does rejection of reason indicate doomsday?</w:t>
      </w:r>
    </w:p>
    <w:p>
      <w:r>
        <w:rPr>
          <w:color w:val="666666"/>
          <w:sz w:val="18"/>
        </w:rPr>
        <w:t>Faith &amp; God · The Existence of God July 23, 2017 Maulana Wahiduddin Khan · 2m 31s · at 1:02:34 · https://youtu.be/shLM_JhG3iE?t=3754</w:t>
      </w:r>
    </w:p>
    <w:p>
      <w:r>
        <w:rPr>
          <w:i/>
        </w:rPr>
        <w:t>“Maulana, you said there will be a time when people would not accept reason or rationale, but will become arrogant, and so they will not accept the concept of God. Will the coming of such a time indicate the coming of doomsday, as no one would be willing to bow down to a reasoned?”</w:t>
      </w:r>
    </w:p>
    <w:p>
      <w:r>
        <w:rPr>
          <w:sz w:val="20"/>
        </w:rPr>
        <w:t>1:02:34  May Allah bless you with health. Jazak Allah." Maulana, agla sawal bheja hai Alwar se Farooq sahib ne.</w:t>
      </w:r>
      <w:r>
        <w:br/>
      </w:r>
      <w:r>
        <w:rPr>
          <w:sz w:val="20"/>
        </w:rPr>
        <w:t>1:02:45  Unhon ne likha hai: "Maulana, you said there will be a time when people would not accept reason or rationale, but will become arrogant, and so they will not accept the concept of God.</w:t>
      </w:r>
      <w:r>
        <w:br/>
      </w:r>
      <w:r>
        <w:rPr>
          <w:sz w:val="20"/>
        </w:rPr>
        <w:t>1:03:01  Maulana sahib, will the coming of such a time indicate the coming of doomsday, as no one would be willing to bow down to a reasoned</w:t>
      </w:r>
      <w:r>
        <w:br/>
      </w:r>
      <w:r>
        <w:rPr>
          <w:sz w:val="20"/>
        </w:rPr>
        <w:t>1:03:11  argument?" Main ne yeh nahi kaha ke waqt aye ga. Waqt hai, already hai woh. Pehle bhi tha, abhi bhi hai. Aye ga ki baat nahi hai.</w:t>
      </w:r>
      <w:r>
        <w:br/>
      </w:r>
      <w:r>
        <w:rPr>
          <w:sz w:val="20"/>
        </w:rPr>
        <w:t>1:03:22  Main ne yeh kaha hai ke insaan ke paas yani jo reliable ilm hai woh science ka hai.</w:t>
      </w:r>
      <w:r>
        <w:br/>
      </w:r>
      <w:r>
        <w:rPr>
          <w:sz w:val="20"/>
        </w:rPr>
        <w:t>1:03:32  To science ke zariye doosri cheezon ko jis tarah se prove diya jata hai, waise hi prove Khuda ke liye maujood hai. Is ke bawajood kyun nahi mante log?</w:t>
      </w:r>
      <w:r>
        <w:br/>
      </w:r>
      <w:r>
        <w:rPr>
          <w:sz w:val="20"/>
        </w:rPr>
        <w:t>1:03:43  To is liye nahi ke reason nahi diya gaya. Is liye ke aaj insaan jo hai chahta hai unlimited freedom, to nahi chahta ke woh meri freedom par rok lagaye.</w:t>
      </w:r>
      <w:r>
        <w:br/>
      </w:r>
      <w:r>
        <w:rPr>
          <w:sz w:val="20"/>
        </w:rPr>
        <w:t>1:03:55  Yeh hai, yeh future ki baat nahi, yeh hamesha hi se hai.</w:t>
      </w:r>
      <w:r>
        <w:br/>
      </w:r>
      <w:r>
        <w:rPr>
          <w:sz w:val="20"/>
        </w:rPr>
        <w:t>1:04:04  Okay, so we will end</w:t>
      </w:r>
      <w:r>
        <w:br/>
      </w:r>
      <w:r>
        <w:rPr>
          <w:sz w:val="20"/>
        </w:rPr>
        <w:t>1:04:06  this session now. Thank you.</w:t>
      </w:r>
    </w:p>
    <w:p>
      <w:pPr>
        <w:pStyle w:val="Heading2"/>
      </w:pPr>
      <w:r>
        <w:t>Does seeking worldly help risk paradise?</w:t>
      </w:r>
    </w:p>
    <w:p>
      <w:r>
        <w:rPr>
          <w:color w:val="666666"/>
          <w:sz w:val="18"/>
        </w:rPr>
        <w:t>Faith &amp; God · Divine Help September 22, 2015 · 2m 48s · at 1:11:02 · https://youtu.be/sozrNCif0Gg?t=4262</w:t>
      </w:r>
    </w:p>
    <w:p>
      <w:r>
        <w:rPr>
          <w:i/>
        </w:rPr>
        <w:t>“Real divine help is for developing oneself to qualify for paradise, but people in general today consider divine help in matters of family, wealth, or professional life. I want to know, does this kind of thinking put our paradise at risk?”</w:t>
      </w:r>
    </w:p>
    <w:p>
      <w:r>
        <w:rPr>
          <w:sz w:val="20"/>
        </w:rPr>
        <w:t>1:11:02  Maulana Lucknow se Zahid sahib ne sawal bheja hai.</w:t>
      </w:r>
      <w:r>
        <w:br/>
      </w:r>
      <w:r>
        <w:rPr>
          <w:sz w:val="20"/>
        </w:rPr>
        <w:t>1:11:06  unhone likha hai: "Real divine help is for developing oneself to qualify for paradise, but people in general today consider divine help in matters of family, wealth, or professional life.</w:t>
      </w:r>
      <w:r>
        <w:br/>
      </w:r>
      <w:r>
        <w:rPr>
          <w:sz w:val="20"/>
        </w:rPr>
        <w:t>1:11:24  Maulana, I want to know, does this kind of thinking put our paradise at risk</w:t>
      </w:r>
      <w:r>
        <w:br/>
      </w:r>
      <w:r>
        <w:rPr>
          <w:sz w:val="20"/>
        </w:rPr>
        <w:t>1:11:30  ? We should seek divine help only in matters of dawah work or spiritual development and not for material gains." yeh kya is ka just kya hai?</w:t>
      </w:r>
      <w:r>
        <w:br/>
      </w:r>
      <w:r>
        <w:rPr>
          <w:sz w:val="20"/>
        </w:rPr>
        <w:t>1:11:43  Maulana, woh yeh janna chah rahe hain ke aksar log jo dua karte hain ya madad mangte hain Khuda se, to woh ya to apne work ko le ke, professional life ya apni family ko le ke,</w:t>
      </w:r>
      <w:r>
        <w:br/>
      </w:r>
      <w:r>
        <w:rPr>
          <w:sz w:val="20"/>
        </w:rPr>
        <w:t>1:11:57  aah, woh is baat ki help nahi mangte Khuda se ke mera spiritual development ho paradise ke hawale se.</w:t>
      </w:r>
      <w:r>
        <w:br/>
      </w:r>
      <w:r>
        <w:rPr>
          <w:sz w:val="20"/>
        </w:rPr>
        <w:t>1:12:04  to woh yeh puchna chah rahe hain ke yeh sab chhod ke, paradise aur personal development ko chhod ke, material cheezon ki dua karna to kya yeh paradise ko risk mein dal deta hai?</w:t>
      </w:r>
      <w:r>
        <w:br/>
      </w:r>
      <w:r>
        <w:rPr>
          <w:sz w:val="20"/>
        </w:rPr>
        <w:t>1:12:15  Yaqinan, is liye ke woh to Allah taala ne de hi rakha hai. aap kahenge Khuda ya mujhe suraj ki roshni de, phir roshni to apne aap aa rahi hai.</w:t>
      </w:r>
      <w:r>
        <w:br/>
      </w:r>
      <w:r>
        <w:rPr>
          <w:sz w:val="20"/>
        </w:rPr>
        <w:t>1:12:25  aap kahenge ke mujhe zameen mein ghalla paida ho, woh to apne aap hi paida ho raha hai. mamin da'a batnin fil ardi illa ala allahi rizquha to woh to Allah taala khud hi khud de raha hai,</w:t>
      </w:r>
      <w:r>
        <w:br/>
      </w:r>
      <w:r>
        <w:rPr>
          <w:sz w:val="20"/>
        </w:rPr>
        <w:t>1:12:38  is ke liye aap dua kar rahe hain. jo Allah ke sath aati hai, us ke liye dua kijiye.</w:t>
      </w:r>
      <w:r>
        <w:br/>
      </w:r>
      <w:r>
        <w:rPr>
          <w:sz w:val="20"/>
        </w:rPr>
        <w:t>1:12:50  Okay, so we will end today's session. Thank you.</w:t>
      </w:r>
    </w:p>
    <w:p>
      <w:pPr>
        <w:pStyle w:val="Heading2"/>
      </w:pPr>
      <w:r>
        <w:t>Double punishment for wrongdoings</w:t>
      </w:r>
    </w:p>
    <w:p>
      <w:r>
        <w:rPr>
          <w:color w:val="666666"/>
          <w:sz w:val="18"/>
        </w:rPr>
        <w:t>Faith &amp; God · Realization of God September 15, 2013 · 1m 31s · at 53:41 · https://youtu.be/CNEEeM5uyi8?t=3221</w:t>
      </w:r>
    </w:p>
    <w:p>
      <w:r>
        <w:rPr>
          <w:i/>
        </w:rPr>
        <w:t>“Will those who get punishment in this world for their wrongdoings also be punished in the Hereafter for the same?”</w:t>
      </w:r>
    </w:p>
    <w:p>
      <w:r>
        <w:rPr>
          <w:sz w:val="20"/>
        </w:rPr>
        <w:t>53:41  maulana, agla sawal dilli se hai, abdul rehman sahab ka. unhon ne likha hai: "maulana sahab! will those who get punishment in this world for their wrong doings?</w:t>
      </w:r>
      <w:r>
        <w:br/>
      </w:r>
      <w:r>
        <w:rPr>
          <w:sz w:val="20"/>
        </w:rPr>
        <w:t>53:54  be also punished in the hereafter for the same?"</w:t>
      </w:r>
      <w:r>
        <w:br/>
      </w:r>
      <w:r>
        <w:rPr>
          <w:sz w:val="20"/>
        </w:rPr>
        <w:t>54:03  yani punishment se kya murad? legal punishment court ke zariye se</w:t>
      </w:r>
      <w:r>
        <w:br/>
      </w:r>
      <w:r>
        <w:rPr>
          <w:sz w:val="20"/>
        </w:rPr>
        <w:t>54:09  ? Maulana, general sense mein lag raha hai, likha nahi hai unhon ne. baat dekhein, agar is se murad legal punishment hai jo court ke zariye hoti hai, to woh alag cheez hai.</w:t>
      </w:r>
      <w:r>
        <w:br/>
      </w:r>
      <w:r>
        <w:rPr>
          <w:sz w:val="20"/>
        </w:rPr>
        <w:t>54:20  is se akhirat ki punishment saakit nahi hoti, woh alag cheez hai, woh alag cheez hai. yeh legal punishment to social harmony ko maintain karne ke liye hoti hai.</w:t>
      </w:r>
      <w:r>
        <w:br/>
      </w:r>
      <w:r>
        <w:rPr>
          <w:sz w:val="20"/>
        </w:rPr>
        <w:t>54:35  yani society mein aman rahe, society mein khalal waqe na ho, to society ko ek darje ke aman baqi rahe, us ke liye hoti hai legal punishment.</w:t>
      </w:r>
      <w:r>
        <w:br/>
      </w:r>
      <w:r>
        <w:rPr>
          <w:sz w:val="20"/>
        </w:rPr>
        <w:t>54:51  baqi jo akhirat ki punishment hai, woh is se bohat zyada aage ka mamla hai.</w:t>
      </w:r>
      <w:r>
        <w:br/>
      </w:r>
      <w:r>
        <w:rPr>
          <w:sz w:val="20"/>
        </w:rPr>
        <w:t>54:57  is ka mamla poori creation se hai, insan ke wajood se hai, insan ki Allah ki jo blessing hai, us ke is se hai. woh sirf, yani sirf social noiyat ki cheez nahi hai.</w:t>
      </w:r>
      <w:r>
        <w:br/>
      </w:r>
      <w:r>
        <w:rPr>
          <w:sz w:val="20"/>
        </w:rPr>
        <w:t>55:09  woh</w:t>
      </w:r>
    </w:p>
    <w:p>
      <w:pPr>
        <w:pStyle w:val="Heading2"/>
      </w:pPr>
      <w:r>
        <w:t>Duty consciousness from God accountability</w:t>
      </w:r>
    </w:p>
    <w:p>
      <w:r>
        <w:rPr>
          <w:color w:val="666666"/>
          <w:sz w:val="18"/>
        </w:rPr>
        <w:t>Faith &amp; God · Surah Al-'Asr I November 23, 2014 Maulana Wahiduddin Khan · 55s · at 58:33 · https://youtu.be/3dBMIUC0Dqw?t=3513</w:t>
      </w:r>
    </w:p>
    <w:p>
      <w:r>
        <w:rPr>
          <w:i/>
        </w:rPr>
        <w:t>“Does duty consciousness in a man start from accountability towards God?”</w:t>
      </w:r>
    </w:p>
    <w:p>
      <w:r>
        <w:rPr>
          <w:sz w:val="20"/>
        </w:rPr>
        <w:t>58:33  Maulana, agla sawal Dilli se kiya hai Miss Naghma Siddiqui ne aur unhone aapse poocha hai ke Does duty consciousness in a man starts from accountability towards God?</w:t>
      </w:r>
      <w:r>
        <w:br/>
      </w:r>
      <w:r>
        <w:rPr>
          <w:sz w:val="20"/>
        </w:rPr>
        <w:t>58:48  Allah ke samne jab hum jitna zyada sochenge jo Quran mein hai ke yawm yaqoomu al-nasu li rabb al-'alamin jab khada hoga insaan Allah ke aage yawm yaqoomu al-nasu li rabb al-'alamin to yeh jo hai ke mujhe Allah ke samne khada hona hai?</w:t>
      </w:r>
      <w:r>
        <w:br/>
      </w:r>
      <w:r>
        <w:rPr>
          <w:sz w:val="20"/>
        </w:rPr>
        <w:t>59:11  Rabb al-samawati wa al-ardi ke samne khada hona hai? is se aadmi ke andar duty aayegi, farz shanaasi aayegi, har yani khair ki talab aayegi, har cheez aayegi.</w:t>
      </w:r>
    </w:p>
    <w:p>
      <w:pPr>
        <w:pStyle w:val="Heading2"/>
      </w:pPr>
      <w:r>
        <w:t>Earthquakes increase and Doomsday near</w:t>
      </w:r>
    </w:p>
    <w:p>
      <w:r>
        <w:rPr>
          <w:color w:val="666666"/>
          <w:sz w:val="18"/>
        </w:rPr>
        <w:t>Faith &amp; God · The Age of Alternative April 24, 2016 · 47s · at 55:37 · https://youtu.be/JoilI-TK4Ig?t=3337</w:t>
      </w:r>
    </w:p>
    <w:p>
      <w:r>
        <w:rPr>
          <w:i/>
        </w:rPr>
        <w:t>“I was going through a report on earthquakes, and this report mentions that the occurrence of earthquakes these days is more than average. Does it imply that the Doomsday is near? Because there are such traditions as predicted the increase of earthquakes near the Doomsday time.”</w:t>
      </w:r>
    </w:p>
    <w:p>
      <w:r>
        <w:rPr>
          <w:sz w:val="20"/>
        </w:rPr>
        <w:t>55:37  Maulana, agla sawal Dr. Fareeda Khanam ne bheja hai Delhi se, aur unhone likha hai ke: "I was going through a report on earthquakes, and this report mentioned that the occurrence of earthquakes these days is more than average.</w:t>
      </w:r>
      <w:r>
        <w:br/>
      </w:r>
      <w:r>
        <w:rPr>
          <w:sz w:val="20"/>
        </w:rPr>
        <w:t>55:54  Does it imply that the doomsday is near?</w:t>
      </w:r>
      <w:r>
        <w:br/>
      </w:r>
      <w:r>
        <w:rPr>
          <w:sz w:val="20"/>
        </w:rPr>
        <w:t>55:57  Because there are such traditions as predicted the increase of earthquakes near the doomsday time." Theek hai, yeh baat bohat hi sochne wali hai.</w:t>
      </w:r>
      <w:r>
        <w:br/>
      </w:r>
      <w:r>
        <w:rPr>
          <w:sz w:val="20"/>
        </w:rPr>
        <w:t>56:11  Ho sakta hai ke bhai doom jo qareeb aa gaya ho, lekin mere paas aisa koi ilm nahi hai, aisi koi khabar nahi hai Khuda ki taraf se ke mein yeh keh sakoon.</w:t>
      </w:r>
    </w:p>
    <w:p>
      <w:pPr>
        <w:pStyle w:val="Heading2"/>
      </w:pPr>
      <w:r>
        <w:t>Effect of karma on qualifying for paradise</w:t>
      </w:r>
    </w:p>
    <w:p>
      <w:r>
        <w:rPr>
          <w:color w:val="666666"/>
          <w:sz w:val="18"/>
        </w:rPr>
        <w:t>Faith &amp; God · The Culture of People of Paradise January 06, 2019 Maulana Wahiduddin Khan · 1m 23s · at 1:04:09 · https://youtu.be/rFExua9zntM?t=3849</w:t>
      </w:r>
    </w:p>
    <w:p>
      <w:r>
        <w:rPr>
          <w:i/>
        </w:rPr>
        <w:t>“Does karma have any effect in qualifying for Jannah?”</w:t>
      </w:r>
    </w:p>
    <w:p>
      <w:r>
        <w:rPr>
          <w:sz w:val="20"/>
        </w:rPr>
        <w:t>1:04:09  Maulana, Delhi se Mr. S.S. Puri ne sawal bheja hai. unhon ne aap se poocha hai ke "does karma have any effect in qualifying to jannat?" is ke bare mein janna chahte hain.</w:t>
      </w:r>
      <w:r>
        <w:br/>
      </w:r>
      <w:r>
        <w:rPr>
          <w:sz w:val="20"/>
        </w:rPr>
        <w:t>1:04:29  bhai, karma ka jo real concept hai, woh main poori tarah janta nahin hoon. main ne koi deep study nahin ki hai. baqi jo main ne parha hai, us se main yeh samjha hoon ke character aisi cheez hai.</w:t>
      </w:r>
      <w:r>
        <w:br/>
      </w:r>
      <w:r>
        <w:rPr>
          <w:sz w:val="20"/>
        </w:rPr>
        <w:t>1:04:47  character! character!</w:t>
      </w:r>
      <w:r>
        <w:br/>
      </w:r>
      <w:r>
        <w:rPr>
          <w:sz w:val="20"/>
        </w:rPr>
        <w:t>1:04:56  yani</w:t>
      </w:r>
      <w:r>
        <w:br/>
      </w:r>
      <w:r>
        <w:rPr>
          <w:sz w:val="20"/>
        </w:rPr>
        <w:t>1:05:00  "it is character that will decide your future".</w:t>
      </w:r>
      <w:r>
        <w:br/>
      </w:r>
      <w:r>
        <w:rPr>
          <w:sz w:val="20"/>
        </w:rPr>
        <w:t>1:05:10  character! bhai, karma ka jo concept hai, ho sakta hai ke woh isi mani mein ho, ho sakta hai kisi aur mani mein ho.</w:t>
      </w:r>
      <w:r>
        <w:br/>
      </w:r>
      <w:r>
        <w:rPr>
          <w:sz w:val="20"/>
        </w:rPr>
        <w:t>1:05:20  main ne is ki deep study nahin ki hai.</w:t>
      </w:r>
    </w:p>
    <w:p>
      <w:pPr>
        <w:pStyle w:val="Heading2"/>
      </w:pPr>
      <w:r>
        <w:t>Effect of nationalism on Tawheed</w:t>
      </w:r>
    </w:p>
    <w:p>
      <w:r>
        <w:rPr>
          <w:color w:val="666666"/>
          <w:sz w:val="18"/>
        </w:rPr>
        <w:t>Faith &amp; God · Divine Plan | March 12, 2017 · 3m 47s · at 1:12:57 · https://youtu.be/dqB4muqGG4I?t=4377</w:t>
      </w:r>
    </w:p>
    <w:p>
      <w:r>
        <w:rPr>
          <w:i/>
        </w:rPr>
        <w:t>“Maulana, in the country the debate on nationalism is intense. What effect will nationalism have on the belief in Tawheed?”</w:t>
      </w:r>
    </w:p>
    <w:p>
      <w:r>
        <w:rPr>
          <w:sz w:val="20"/>
        </w:rPr>
        <w:t>1:12:57  hai ji Maulana agla sawal Salman Khan sahib ne kiya hai unhon ne apni location nahi likhi hai</w:t>
      </w:r>
      <w:r>
        <w:br/>
      </w:r>
      <w:r>
        <w:rPr>
          <w:sz w:val="20"/>
        </w:rPr>
        <w:t>1:13:05  unhon ne aap se poocha hai ke Maulana sahib</w:t>
      </w:r>
      <w:r>
        <w:br/>
      </w:r>
      <w:r>
        <w:rPr>
          <w:sz w:val="20"/>
        </w:rPr>
        <w:t>1:13:12  mulk mein nationalism ki behas zoron par hai aqeedah tauheed par nationalism ka kya asar hoga is ke</w:t>
      </w:r>
      <w:r>
        <w:br/>
      </w:r>
      <w:r>
        <w:rPr>
          <w:sz w:val="20"/>
        </w:rPr>
        <w:t>1:13:20  baray mein batayen kuch nahi asar kya hoga woh alag cheez hai woh alag cheez hai aqeedah tauheed</w:t>
      </w:r>
      <w:r>
        <w:br/>
      </w:r>
      <w:r>
        <w:rPr>
          <w:sz w:val="20"/>
        </w:rPr>
        <w:t>1:13:28  alag cheez hai woh nationalism ke baad jo India mein hai is ko main samajhta hoon ke yani</w:t>
      </w:r>
      <w:r>
        <w:br/>
      </w:r>
      <w:r>
        <w:rPr>
          <w:sz w:val="20"/>
        </w:rPr>
        <w:t>1:13:36  jo universal concept hai us se alag ho ke naya concept banana chahte hain</w:t>
      </w:r>
      <w:r>
        <w:br/>
      </w:r>
      <w:r>
        <w:rPr>
          <w:sz w:val="20"/>
        </w:rPr>
        <w:t>1:13:44  India ki jo ghalati hai woh yeh hai ke jo universal concept hai nationalism ka us se alag</w:t>
      </w:r>
      <w:r>
        <w:br/>
      </w:r>
      <w:r>
        <w:rPr>
          <w:sz w:val="20"/>
        </w:rPr>
        <w:t>1:13:50  ho kar banana chahte hain main is ko nahi manta jo universal concept hai wahi hamara bhi concept</w:t>
      </w:r>
      <w:r>
        <w:br/>
      </w:r>
      <w:r>
        <w:rPr>
          <w:sz w:val="20"/>
        </w:rPr>
        <w:t>1:13:56  hai aap United Nations ke charter parhiye is mein jo concept milta hai wahi hamara bhi concept hai</w:t>
      </w:r>
      <w:r>
        <w:br/>
      </w:r>
      <w:r>
        <w:rPr>
          <w:sz w:val="20"/>
        </w:rPr>
        <w:t>1:14:02  hum alag se koi banana main is ko sahi nahi samajhta Maulana yeh aakhri sawal lena chahenge</w:t>
      </w:r>
      <w:r>
        <w:br/>
      </w:r>
      <w:r>
        <w:rPr>
          <w:sz w:val="20"/>
        </w:rPr>
        <w:t>1:14:08  jo Lucknow se bheja hai</w:t>
      </w:r>
      <w:r>
        <w:br/>
      </w:r>
      <w:r>
        <w:rPr>
          <w:sz w:val="20"/>
        </w:rPr>
        <w:t>1:14:14  aamir yusuf sahib ne unhon ne likha hai Maulana Maulana sahib quran is a book for entire mankind</w:t>
      </w:r>
      <w:r>
        <w:br/>
      </w:r>
      <w:r>
        <w:rPr>
          <w:sz w:val="20"/>
        </w:rPr>
        <w:t>1:14:21  and you haverightly said that Muslims should spread it in humanity I want to know that how this</w:t>
      </w:r>
      <w:r>
        <w:br/>
      </w:r>
      <w:r>
        <w:rPr>
          <w:sz w:val="20"/>
        </w:rPr>
        <w:t>1:14:29  thinking starts among sections of Muslims that it should not be given to non-Muslims as they would not</w:t>
      </w:r>
      <w:r>
        <w:br/>
      </w:r>
      <w:r>
        <w:rPr>
          <w:sz w:val="20"/>
        </w:rPr>
        <w:t>1:14:37  respect the quran which group or leader is responsible</w:t>
      </w:r>
      <w:r>
        <w:br/>
      </w:r>
      <w:r>
        <w:rPr>
          <w:sz w:val="20"/>
        </w:rPr>
        <w:t>1:14:44  for this negative communication of not spreading the quran bohat samajhta hoon ke yeh woh log unhon ne nazariya banaya hai jo jinhon ne quran ko parha hi nahi woh quran ko sochte hain ke bas ek monument hai us ko lapet kar rakho sawab milega quran ko aap parhiye ghor se toh quran toh poore mankind ko address kar</w:t>
      </w:r>
      <w:r>
        <w:br/>
      </w:r>
      <w:r>
        <w:rPr>
          <w:sz w:val="20"/>
        </w:rPr>
        <w:t>1:15:14  raha hai poore insano ko are you or not are you or not to quran to sab ki</w:t>
      </w:r>
      <w:r>
        <w:br/>
      </w:r>
      <w:r>
        <w:rPr>
          <w:sz w:val="20"/>
        </w:rPr>
        <w:t>1:15:20  kitab hai to sab jab sab ki kitab hai to in ka haq hai woh lein quran ko</w:t>
      </w:r>
      <w:r>
        <w:br/>
      </w:r>
      <w:r>
        <w:rPr>
          <w:sz w:val="20"/>
        </w:rPr>
        <w:t>1:15:26  jab quran sab ki kitab hai are you or not ki zaban bolta hai quran to sab ki</w:t>
      </w:r>
      <w:r>
        <w:br/>
      </w:r>
      <w:r>
        <w:rPr>
          <w:sz w:val="20"/>
        </w:rPr>
        <w:t>1:15:32  kitab hai woh to sab ka hissa hai is mein aap aap aap is ke aap is ke</w:t>
      </w:r>
      <w:r>
        <w:br/>
      </w:r>
      <w:r>
        <w:rPr>
          <w:sz w:val="20"/>
        </w:rPr>
        <w:t>1:15:38  yani monopoly nahi aap ko hasil hai musalmano ki monopoly nahi quran ki woh to sab ki kitab hai</w:t>
      </w:r>
      <w:r>
        <w:br/>
      </w:r>
      <w:r>
        <w:rPr>
          <w:sz w:val="20"/>
        </w:rPr>
        <w:t>1:15:45  toh woh jab quran lete hain toh apna hissa le rahe hain woh okay so we will end today's session if you want to join cps international or want to send in your comments feedback then please write to us on info at cpsglobal.org thank you for watching cps international we will be back next sunday same time thank you.</w:t>
      </w:r>
    </w:p>
    <w:p>
      <w:pPr>
        <w:pStyle w:val="Heading2"/>
      </w:pPr>
      <w:r>
        <w:t>Einstein's denial of God and Prophet</w:t>
      </w:r>
    </w:p>
    <w:p>
      <w:r>
        <w:rPr>
          <w:color w:val="666666"/>
          <w:sz w:val="18"/>
        </w:rPr>
        <w:t>Faith &amp; God · 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Einstein's view on God</w:t>
      </w:r>
    </w:p>
    <w:p>
      <w:r>
        <w:rPr>
          <w:color w:val="666666"/>
          <w:sz w:val="18"/>
        </w:rPr>
        <w:t>Faith &amp; God · The Existence of God-7th October 2012 · 2m 57s · at 1:30:49 · https://youtu.be/XWFqKwm-LPM?t=5449</w:t>
      </w:r>
    </w:p>
    <w:p>
      <w:r>
        <w:rPr>
          <w:i/>
        </w:rPr>
        <w:t>“The letter of Einstein is a news, but it presents only a part of Einstein's view about God.”</w:t>
      </w:r>
    </w:p>
    <w:p>
      <w:r>
        <w:rPr>
          <w:sz w:val="20"/>
        </w:rPr>
        <w:t>1:30:49  maulana, agla sawal rae pur se aya hai idrees sahab ka.</w:t>
      </w:r>
      <w:r>
        <w:br/>
      </w:r>
      <w:r>
        <w:rPr>
          <w:sz w:val="20"/>
        </w:rPr>
        <w:t>1:30:54  انہوں نے لکھا ہے: "The letter of Einstein is a news, but it presents only a part of</w:t>
      </w:r>
      <w:r>
        <w:br/>
      </w:r>
      <w:r>
        <w:rPr>
          <w:sz w:val="20"/>
        </w:rPr>
        <w:t>1:31:02  ainstain view about god.</w:t>
      </w:r>
      <w:r>
        <w:br/>
      </w:r>
      <w:r>
        <w:rPr>
          <w:sz w:val="20"/>
        </w:rPr>
        <w:t>1:31:03  There are other quotes of Einstein, such as science without religion is lame.</w:t>
      </w:r>
      <w:r>
        <w:br/>
      </w:r>
      <w:r>
        <w:rPr>
          <w:sz w:val="20"/>
        </w:rPr>
        <w:t>1:31:09  religion without science is blind.</w:t>
      </w:r>
      <w:r>
        <w:br/>
      </w:r>
      <w:r>
        <w:rPr>
          <w:sz w:val="20"/>
        </w:rPr>
        <w:t>1:31:11  Second, I want to know God's thoughts.</w:t>
      </w:r>
      <w:r>
        <w:br/>
      </w:r>
      <w:r>
        <w:rPr>
          <w:sz w:val="20"/>
        </w:rPr>
        <w:t>1:31:14  the rest are details.</w:t>
      </w:r>
      <w:r>
        <w:br/>
      </w:r>
      <w:r>
        <w:rPr>
          <w:sz w:val="20"/>
        </w:rPr>
        <w:t>1:31:16  Third, strange is a situation here upon this earth.</w:t>
      </w:r>
      <w:r>
        <w:br/>
      </w:r>
      <w:r>
        <w:rPr>
          <w:sz w:val="20"/>
        </w:rPr>
        <w:t>1:31:20  Each of us comes for a short visit, not knowing why, yet sometime seeming to a divine</w:t>
      </w:r>
      <w:r>
        <w:br/>
      </w:r>
      <w:r>
        <w:rPr>
          <w:sz w:val="20"/>
        </w:rPr>
        <w:t>1:31:27  purpose.</w:t>
      </w:r>
      <w:r>
        <w:br/>
      </w:r>
      <w:r>
        <w:rPr>
          <w:sz w:val="20"/>
        </w:rPr>
        <w:t>1:31:29  and there are many other.</w:t>
      </w:r>
      <w:r>
        <w:br/>
      </w:r>
      <w:r>
        <w:rPr>
          <w:sz w:val="20"/>
        </w:rPr>
        <w:t>1:31:31  It means like many other scientists, Einstein believed in God, though his realization of God may not completely</w:t>
      </w:r>
      <w:r>
        <w:br/>
      </w:r>
      <w:r>
        <w:rPr>
          <w:sz w:val="20"/>
        </w:rPr>
        <w:t>1:31:39  match 100% with the concept of God described in religious books.</w:t>
      </w:r>
      <w:r>
        <w:br/>
      </w:r>
      <w:r>
        <w:rPr>
          <w:sz w:val="20"/>
        </w:rPr>
        <w:t>1:31:44  what is your comment on this? nahi, main is ko nahi manunga.</w:t>
      </w:r>
      <w:r>
        <w:br/>
      </w:r>
      <w:r>
        <w:rPr>
          <w:sz w:val="20"/>
        </w:rPr>
        <w:t>1:31:49  woh is ka case confusion ka case tha.</w:t>
      </w:r>
      <w:r>
        <w:br/>
      </w:r>
      <w:r>
        <w:rPr>
          <w:sz w:val="20"/>
        </w:rPr>
        <w:t>1:31:53  khud apne aik aur letter mein likha tha ke mera case jo hai woh hai.</w:t>
      </w:r>
      <w:r>
        <w:br/>
      </w:r>
      <w:r>
        <w:rPr>
          <w:sz w:val="20"/>
        </w:rPr>
        <w:t>1:31:59  ah, kya kya lafz bola tha? woh agnostic, agnosticsm ka case hai.</w:t>
      </w:r>
      <w:r>
        <w:br/>
      </w:r>
      <w:r>
        <w:rPr>
          <w:sz w:val="20"/>
        </w:rPr>
        <w:t>1:32:04  sahi ma'non mein woh agnostic tha.</w:t>
      </w:r>
      <w:r>
        <w:br/>
      </w:r>
      <w:r>
        <w:rPr>
          <w:sz w:val="20"/>
        </w:rPr>
        <w:t>1:32:07  woh main nahi manta ke woh Khuda ko manta tha.</w:t>
      </w:r>
      <w:r>
        <w:br/>
      </w:r>
      <w:r>
        <w:rPr>
          <w:sz w:val="20"/>
        </w:rPr>
        <w:t>1:32:11  yeh to confusion ke jumlay hain, idhar confusion ke jumlay hain.</w:t>
      </w:r>
      <w:r>
        <w:br/>
      </w:r>
      <w:r>
        <w:rPr>
          <w:sz w:val="20"/>
        </w:rPr>
        <w:t>1:32:16  sahi tareen jo is ka jo mawqaf tha, woh hai ke woh agnostic tha.</w:t>
      </w:r>
      <w:r>
        <w:br/>
      </w:r>
      <w:r>
        <w:rPr>
          <w:sz w:val="20"/>
        </w:rPr>
        <w:t>1:32:22  woh bas meri apni study yehi hai.</w:t>
      </w:r>
      <w:r>
        <w:br/>
      </w:r>
      <w:r>
        <w:rPr>
          <w:sz w:val="20"/>
        </w:rPr>
        <w:t>1:32:25  okay, we we'll end the session now.</w:t>
      </w:r>
      <w:r>
        <w:br/>
      </w:r>
      <w:r>
        <w:rPr>
          <w:sz w:val="20"/>
        </w:rPr>
        <w:t>1:32:28  ah, there is an announcement today: the monthly meeting of dawah field team will be conducted after the</w:t>
      </w:r>
      <w:r>
        <w:br/>
      </w:r>
      <w:r>
        <w:rPr>
          <w:sz w:val="20"/>
        </w:rPr>
        <w:t>1:32:36  namaz.</w:t>
      </w:r>
      <w:r>
        <w:br/>
      </w:r>
      <w:r>
        <w:rPr>
          <w:sz w:val="20"/>
        </w:rPr>
        <w:t>1:32:37  so, all the da'wa field members and anybody who is interested in da'wa work can stay back.</w:t>
      </w:r>
      <w:r>
        <w:br/>
      </w:r>
      <w:r>
        <w:rPr>
          <w:sz w:val="20"/>
        </w:rPr>
        <w:t>1:32:45  thank you sahib.</w:t>
      </w:r>
      <w:r>
        <w:br/>
      </w:r>
      <w:r>
        <w:rPr>
          <w:sz w:val="20"/>
        </w:rPr>
        <w:t>1:32:46  shain.</w:t>
      </w:r>
    </w:p>
    <w:p>
      <w:pPr>
        <w:pStyle w:val="Heading2"/>
      </w:pPr>
      <w:r>
        <w:t>Einstein's views on God and science</w:t>
      </w:r>
    </w:p>
    <w:p>
      <w:r>
        <w:rPr>
          <w:color w:val="666666"/>
          <w:sz w:val="18"/>
        </w:rPr>
        <w:t>Faith &amp; God · The Existence of God October 7, 2012 · 2m 33s · at 1:24:37 · https://youtu.be/Hm0ybuokQ8s?t=5077</w:t>
      </w:r>
    </w:p>
    <w:p>
      <w:r>
        <w:rPr>
          <w:i/>
        </w:rPr>
        <w:t>“The letter of Einstein is a news, but it presents only a part of Einstein's view about God. There are other quotes of Einstein, such as science without religion is lame, religion without science is blind.”</w:t>
      </w:r>
    </w:p>
    <w:p>
      <w:r>
        <w:rPr>
          <w:sz w:val="20"/>
        </w:rPr>
        <w:t>1:24:37  yeh harghiz ishq rasool nahi hai. yeh yeh qoumi hangamay hain, is ka koi na dunya mein faida hai, na akhirat mein faida hai. maulana, agla sawal raipur se aaya hai idrees sahab ka.</w:t>
      </w:r>
      <w:r>
        <w:br/>
      </w:r>
      <w:r>
        <w:rPr>
          <w:sz w:val="20"/>
        </w:rPr>
        <w:t>1:24:50  unhon ne likha hai: "the letter of einstein is a news, but it presents only a part of einstein view about god.</w:t>
      </w:r>
      <w:r>
        <w:br/>
      </w:r>
      <w:r>
        <w:rPr>
          <w:sz w:val="20"/>
        </w:rPr>
        <w:t>1:25:00  there are other courts of einstein, such as science without religion is lame. religion without science is blind.</w:t>
      </w:r>
      <w:r>
        <w:br/>
      </w:r>
      <w:r>
        <w:rPr>
          <w:sz w:val="20"/>
        </w:rPr>
        <w:t>1:25:10  second, i want to know gods thoughts. the rest are details. third, strange is a situation here upon this earth.</w:t>
      </w:r>
      <w:r>
        <w:br/>
      </w:r>
      <w:r>
        <w:rPr>
          <w:sz w:val="20"/>
        </w:rPr>
        <w:t>1:25:20  each of us comes for a short visit, not knowing why, yet sometimes seeming to a divine purpose.</w:t>
      </w:r>
      <w:r>
        <w:br/>
      </w:r>
      <w:r>
        <w:rPr>
          <w:sz w:val="20"/>
        </w:rPr>
        <w:t>1:25:29  and there are many other. It means like many other scientist, Einstein believed in God, though his realization of God may not completely match hundred percent with the concept of God described in religious books.</w:t>
      </w:r>
      <w:r>
        <w:br/>
      </w:r>
      <w:r>
        <w:rPr>
          <w:sz w:val="20"/>
        </w:rPr>
        <w:t>1:25:44  Nahi, main is ko nahi manunga. Wo us ka case confusion ka case tha. Khud apne ek aur letter mein likha tha ke mera case jo hai, agnosticism ka case hai.</w:t>
      </w:r>
      <w:r>
        <w:br/>
      </w:r>
      <w:r>
        <w:rPr>
          <w:sz w:val="20"/>
        </w:rPr>
        <w:t>1:25:56  Sahi maano mein wo agnostic tha. Wo</w:t>
      </w:r>
      <w:r>
        <w:br/>
      </w:r>
      <w:r>
        <w:rPr>
          <w:sz w:val="20"/>
        </w:rPr>
        <w:t>1:25:58  main nahi manta ke wo Khuda ko manta tha. Yeh toh confusion ke jumle hain. Yeh sab confusion ke jumle hain. Sahi tareen jo uska jo muqam tha, wo hai ke wo agnostic tha.</w:t>
      </w:r>
      <w:r>
        <w:br/>
      </w:r>
      <w:r>
        <w:rPr>
          <w:sz w:val="20"/>
        </w:rPr>
        <w:t>1:26:10  Wo bas meri apni study yehi hai.</w:t>
      </w:r>
    </w:p>
    <w:p>
      <w:pPr>
        <w:pStyle w:val="Heading2"/>
      </w:pPr>
      <w:r>
        <w:t>Elaboration on God's best future</w:t>
      </w:r>
    </w:p>
    <w:p>
      <w:r>
        <w:rPr>
          <w:color w:val="666666"/>
          <w:sz w:val="18"/>
        </w:rPr>
        <w:t>Faith &amp; God · Story of the Prophet Yusuf May 11, 2014 Maulana Wahiduddin Khan · 1m 53s · at 1:00:25 · https://youtu.be/2alsBthUWhw?t=3625</w:t>
      </w:r>
    </w:p>
    <w:p>
      <w:r>
        <w:rPr>
          <w:i/>
        </w:rPr>
        <w:t>“You mentioned today that God has written the best future for everyone. Can you please elaborate on this?”</w:t>
      </w:r>
    </w:p>
    <w:p>
      <w:r>
        <w:rPr>
          <w:sz w:val="20"/>
        </w:rPr>
        <w:t>1:00:25  molana agla sawal dilli se hai ans sahab ne kiya hai unhon ne likha hai ke molana you mention today that god has written best future for everyone can you please elaborate on this</w:t>
      </w:r>
      <w:r>
        <w:br/>
      </w:r>
      <w:r>
        <w:rPr>
          <w:sz w:val="20"/>
        </w:rPr>
        <w:t>1:00:45  haan bhai aap is ko dobara sun lijiye</w:t>
      </w:r>
      <w:r>
        <w:br/>
      </w:r>
      <w:r>
        <w:rPr>
          <w:sz w:val="20"/>
        </w:rPr>
        <w:t>1:00:47  aaj jo baatein baatein kahin us ko dobara sun lijiye aur kya elaborate karoon ji koi point to hai hi nahi koi ye point kahein to elaborate kar sakta hoon ji aap is ko dobara suniye ye to record ho gaya hai is ko dobara suniye molana agla sawal miss naghma siddiqui ne kiya hai dilli se unhon ne likha hai when we have a setback we immediately become negative</w:t>
      </w:r>
      <w:r>
        <w:br/>
      </w:r>
      <w:r>
        <w:rPr>
          <w:sz w:val="20"/>
        </w:rPr>
        <w:t>1:01:12  at that moment what can we do to put the issue in god's domain and do sabr can you please give one principle for this</w:t>
      </w:r>
      <w:r>
        <w:br/>
      </w:r>
      <w:r>
        <w:rPr>
          <w:sz w:val="20"/>
        </w:rPr>
        <w:t>1:01:25  one principle ye hai ke wuzu kar ke do rakat namaz padhiye aur dua kijiye yahi principle hai</w:t>
      </w:r>
      <w:r>
        <w:br/>
      </w:r>
      <w:r>
        <w:rPr>
          <w:sz w:val="20"/>
        </w:rPr>
        <w:t>1:01:33  aur allah se mangiye sabr aur taqwa aur yaad rakhiye ke quran mein hai ke surah baqarah mein ke wa idha saalaka ibadi faini qareeb ujeebu da'wata da'i iza da'an</w:t>
      </w:r>
      <w:r>
        <w:br/>
      </w:r>
      <w:r>
        <w:rPr>
          <w:sz w:val="20"/>
        </w:rPr>
        <w:t>1:01:56  is mein hai ke Allah insan ke qareeb hai jab woh pukarta hai to is pukar ka jawab deta hai to aadmi ko chahiye ke do rak'at namaz wazu kare aur do rak'at namaz parhe aur dua kare is ko foran ki foran hi foran is ko jawab mil jaye ga</w:t>
      </w:r>
    </w:p>
    <w:p>
      <w:pPr>
        <w:pStyle w:val="Heading2"/>
      </w:pPr>
      <w:r>
        <w:t>Eligibility for Paradise beyond basic rituals</w:t>
      </w:r>
    </w:p>
    <w:p>
      <w:r>
        <w:rPr>
          <w:color w:val="666666"/>
          <w:sz w:val="18"/>
        </w:rPr>
        <w:t>Faith &amp; God · Divine Management in History April 7, 2013 · 2m 17s · at 1:15:51 · https://youtu.be/wcBzG56LuPY?t=4551</w:t>
      </w:r>
    </w:p>
    <w:p>
      <w:r>
        <w:rPr>
          <w:i/>
        </w:rPr>
        <w:t>“Many Muslims consider it enough to do Salah, Roza, Hajj and Zakat for getting Paradise. Please clarify what we have to do to be eligible for Paradise.”</w:t>
      </w:r>
    </w:p>
    <w:p>
      <w:r>
        <w:rPr>
          <w:sz w:val="20"/>
        </w:rPr>
        <w:t>1:15:51  Maulana, agla sawal Delhi se hai, Miss Naghma Siddiqui ka. unhon ne likha hai: "Many Muslims consider it enough to do Salat, Roza and Hajj and Zakat for getting paradise.</w:t>
      </w:r>
      <w:r>
        <w:br/>
      </w:r>
      <w:r>
        <w:rPr>
          <w:sz w:val="20"/>
        </w:rPr>
        <w:t>1:16:05  Please clarify what we have to do to be eligible for paradise."</w:t>
      </w:r>
      <w:r>
        <w:br/>
      </w:r>
      <w:r>
        <w:rPr>
          <w:sz w:val="20"/>
        </w:rPr>
        <w:t>1:16:12  bhai, Quran mein to hai ke zalka jaza mantazaka, jannat us ke liye milegi jis ne apne aap ko purify kiya, yani apne aap ko, yani ek apne andar personal, yani apni personality ko develop kiya.</w:t>
      </w:r>
      <w:r>
        <w:br/>
      </w:r>
      <w:r>
        <w:rPr>
          <w:sz w:val="20"/>
        </w:rPr>
        <w:t>1:16:33  us ne</w:t>
      </w:r>
      <w:r>
        <w:br/>
      </w:r>
      <w:r>
        <w:rPr>
          <w:sz w:val="20"/>
        </w:rPr>
        <w:t>1:16:34  apni personality ko develop kar ke apne aap ko waisa banaya jaisa Allah ko chahiye jannat mein basane ke liye.</w:t>
      </w:r>
      <w:r>
        <w:br/>
      </w:r>
      <w:r>
        <w:rPr>
          <w:sz w:val="20"/>
        </w:rPr>
        <w:t>1:16:45  to yani is Quran mein aisi bahut si ayaten hain, is se maloom hota hai ke jannat mein wo log jayenge jo jinhon ne apni personality ko is nahaj par develop kiya ho.</w:t>
      </w:r>
      <w:r>
        <w:br/>
      </w:r>
      <w:r>
        <w:rPr>
          <w:sz w:val="20"/>
        </w:rPr>
        <w:t>1:16:58  baqi koi form aur koi ritual jo hai, us ko aap dohrate rahen, ya aaj kal ke namaz waghera ke ayaton, kuch rituals hain, blast sab jo dohrate hain.</w:t>
      </w:r>
      <w:r>
        <w:br/>
      </w:r>
      <w:r>
        <w:rPr>
          <w:sz w:val="20"/>
        </w:rPr>
        <w:t>1:17:08  masjido mein jaate hain aur un ka dhyan rehta hai jeeb ke andar pade hue mobile par. yeh koi namaz hai?</w:t>
      </w:r>
      <w:r>
        <w:br/>
      </w:r>
      <w:r>
        <w:rPr>
          <w:sz w:val="20"/>
        </w:rPr>
        <w:t>1:17:17  yeh koi namaz hai? kisi ne pehle zamane mein ek sher tha, ek aadmi ne kaha tha: "shafqat namaz bar bandam, chkhurt bamiad farzandam." ke raat mein jab namaz ke liye khada hua to dimagh mein yeh sawal tha ke subah ko mere bachche kya khayenge?</w:t>
      </w:r>
      <w:r>
        <w:br/>
      </w:r>
      <w:r>
        <w:rPr>
          <w:sz w:val="20"/>
        </w:rPr>
        <w:t>1:17:35  ab kya hai? aap namaz ke liye khade hote hain aur dimagh mein yeh hota hai ke mobile mein kis ka message aa raha hoga, us ko mujhe check karna hai namaz ke baad. kya namaz kya hai?</w:t>
      </w:r>
      <w:r>
        <w:br/>
      </w:r>
      <w:r>
        <w:rPr>
          <w:sz w:val="20"/>
        </w:rPr>
        <w:t>1:17:43  yeh</w:t>
      </w:r>
      <w:r>
        <w:br/>
      </w:r>
      <w:r>
        <w:rPr>
          <w:sz w:val="20"/>
        </w:rPr>
        <w:t>1:17:44  yeh to ek rasam hai, ek ritual hai, ek form hai, ek culture hai. bas is wajah se is par mein zor deta hoon ke asli personality ko develop karna, kisi kisi form ko dohrate rahein, aap aap ka zara atka hua mobile mein, yeh is se kuch nahi hota.</w:t>
      </w:r>
    </w:p>
    <w:p>
      <w:pPr>
        <w:pStyle w:val="Heading2"/>
      </w:pPr>
      <w:r>
        <w:t>Energy never dies: Is it God?</w:t>
      </w:r>
    </w:p>
    <w:p>
      <w:r>
        <w:rPr>
          <w:color w:val="666666"/>
          <w:sz w:val="18"/>
        </w:rPr>
        <w:t>Faith &amp; God · Study of The Quran November 30, 2014 · 1m 29s · at 1:02:09 · https://youtu.be/x3fcJ2nlDow?t=3729</w:t>
      </w:r>
    </w:p>
    <w:p>
      <w:r>
        <w:rPr>
          <w:i/>
        </w:rPr>
        <w:t>“Scientists say that energy never dies. Some people interpret this as energy is God or part of God. Please explain.”</w:t>
      </w:r>
    </w:p>
    <w:p>
      <w:r>
        <w:rPr>
          <w:sz w:val="20"/>
        </w:rPr>
        <w:t>1:02:09  maulana, agla sawal usman sahib ne kiya hai hyderabad se, aur unhon ne likha hai: "Scientist says, scientist say that energy never dies." is ka matlab kuch log yeh bhi lete hain ke "Energy is God or part of God." please is ki wazahat karen.</w:t>
      </w:r>
      <w:r>
        <w:br/>
      </w:r>
      <w:r>
        <w:rPr>
          <w:sz w:val="20"/>
        </w:rPr>
        <w:t>1:02:31  nahi, nahi, bilkul imkan b</w:t>
      </w:r>
      <w:r>
        <w:br/>
      </w:r>
      <w:r>
        <w:rPr>
          <w:sz w:val="20"/>
        </w:rPr>
        <w:t>1:02:33  at hai. is waqt mein likh chuka hoon, aur risalat mein aap padh lijiye ke "Energy God has." yeh toh bilkul imkan baat hai. dekhen, God woh hai jo create kar sake.</w:t>
      </w:r>
      <w:r>
        <w:br/>
      </w:r>
      <w:r>
        <w:rPr>
          <w:sz w:val="20"/>
        </w:rPr>
        <w:t>1:02:46  mein apne aap ko create nahi kar sakta, is liye mein God nahi hoon. energy kuch cheez create nahi kar sakti. sab se bari jo cheez darkar hai kisi ko God manane ke liye, yeh hai ke woh create kar sake.</w:t>
      </w:r>
      <w:r>
        <w:br/>
      </w:r>
      <w:r>
        <w:rPr>
          <w:sz w:val="20"/>
        </w:rPr>
        <w:t>1:03:01  mein sun ko create nahi kar sakta. mein ek zara bhi create nahi kar sakta. mein apne aap ko create nahi kar sakta. to khuda ko manna, is is is ke liye khuda ka khuda, yani woh hai khuda jo create kar sakta ho.</w:t>
      </w:r>
      <w:r>
        <w:br/>
      </w:r>
      <w:r>
        <w:rPr>
          <w:sz w:val="20"/>
        </w:rPr>
        <w:t>1:03:19  create. energy koi cheez create nahi kar sakti. energy ek creation hai,</w:t>
      </w:r>
      <w:r>
        <w:br/>
      </w:r>
      <w:r>
        <w:rPr>
          <w:sz w:val="20"/>
        </w:rPr>
        <w:t>1:03:27  na ke creator. is par mein ne likha hai bohat tafseel ke sath apni kitabon mein. abhi jo kitab chhapi hai "izhar-e-deen", us ko bhi padh lijiye aap.</w:t>
      </w:r>
    </w:p>
    <w:p>
      <w:pPr>
        <w:pStyle w:val="Heading2"/>
      </w:pPr>
      <w:r>
        <w:t>Equality of men and women in Islam</w:t>
      </w:r>
    </w:p>
    <w:p>
      <w:r>
        <w:rPr>
          <w:color w:val="666666"/>
          <w:sz w:val="18"/>
        </w:rPr>
        <w:t>Faith &amp; God · Example of the Prophet March 20, 2016 · 1m 20s · at 1:39:36 · https://youtu.be/79HmhzXU41w?t=5976</w:t>
      </w:r>
    </w:p>
    <w:p>
      <w:r>
        <w:rPr>
          <w:i/>
        </w:rPr>
        <w:t>“Are men and women equal in the sight of God? Are the rights and duties of men and women equal before God? Please explain.”</w:t>
      </w:r>
    </w:p>
    <w:p>
      <w:r>
        <w:rPr>
          <w:sz w:val="20"/>
        </w:rPr>
        <w:t>1:39:36  maulana, agla sawal lahore se ghulam nabi sahab ne kiya hai, aur unhon ne likha hai kya mard</w:t>
      </w:r>
      <w:r>
        <w:br/>
      </w:r>
      <w:r>
        <w:rPr>
          <w:sz w:val="20"/>
        </w:rPr>
        <w:t>1:39:42  aur aurat Allah ke nazdeek barabar hain? kya mard aur aurat ke huqooq aur farayez Allah ke haan</w:t>
      </w:r>
      <w:r>
        <w:br/>
      </w:r>
      <w:r>
        <w:rPr>
          <w:sz w:val="20"/>
        </w:rPr>
        <w:t>1:39:50  barabar hain? is ke baray mein bataein.</w:t>
      </w:r>
      <w:r>
        <w:br/>
      </w:r>
      <w:r>
        <w:rPr>
          <w:sz w:val="20"/>
        </w:rPr>
        <w:t>1:39:53  bilkul barabar hain.</w:t>
      </w:r>
      <w:r>
        <w:br/>
      </w:r>
      <w:r>
        <w:rPr>
          <w:sz w:val="20"/>
        </w:rPr>
        <w:t>1:39:55  Qur'an Surah Aal-e-Imran mein baaz hukm baaz,</w:t>
      </w:r>
      <w:r>
        <w:br/>
      </w:r>
      <w:r>
        <w:rPr>
          <w:sz w:val="20"/>
        </w:rPr>
        <w:t>1:40:00  aap Surah Aal-e-Imran ke aakhir mein parh lijiye.</w:t>
      </w:r>
      <w:r>
        <w:br/>
      </w:r>
      <w:r>
        <w:rPr>
          <w:sz w:val="20"/>
        </w:rPr>
        <w:t>1:40:03  baaz baaz Hadees mein aata hai ke</w:t>
      </w:r>
      <w:r>
        <w:br/>
      </w:r>
      <w:r>
        <w:rPr>
          <w:sz w:val="20"/>
        </w:rPr>
        <w:t>1:40:07  al-nisa aur shafaq al-rajul</w:t>
      </w:r>
      <w:r>
        <w:br/>
      </w:r>
      <w:r>
        <w:rPr>
          <w:sz w:val="20"/>
        </w:rPr>
        <w:t>1:40:10  barabar kyon nahin ho gaye? ji, Allah ko yani kisi ko kam banaya, kisi ko zyada banayega.</w:t>
      </w:r>
      <w:r>
        <w:br/>
      </w:r>
      <w:r>
        <w:rPr>
          <w:sz w:val="20"/>
        </w:rPr>
        <w:t>1:40:17  Allah ka nabarabarri nahin ho sakti, Allah ki shan ke khilaf hai.</w:t>
      </w:r>
      <w:r>
        <w:br/>
      </w:r>
      <w:r>
        <w:rPr>
          <w:sz w:val="20"/>
        </w:rPr>
        <w:t>1:40:22  yeh Allah ki shan ke khilaf hai ke ke</w:t>
      </w:r>
      <w:r>
        <w:br/>
      </w:r>
      <w:r>
        <w:rPr>
          <w:sz w:val="20"/>
        </w:rPr>
        <w:t>1:40:28  nabarabarri takhleeq ke aitbaar se.</w:t>
      </w:r>
      <w:r>
        <w:br/>
      </w:r>
      <w:r>
        <w:rPr>
          <w:sz w:val="20"/>
        </w:rPr>
        <w:t>1:40:35  dekhiye, nabarabarri aati hai apne amal ke aitbaar se, takhleeq ke aitbaar se nahin.</w:t>
      </w:r>
      <w:r>
        <w:br/>
      </w:r>
      <w:r>
        <w:rPr>
          <w:sz w:val="20"/>
        </w:rPr>
        <w:t>1:40:40  ek hai in terms of takhleeq, ek hai in terms of amal.</w:t>
      </w:r>
      <w:r>
        <w:br/>
      </w:r>
      <w:r>
        <w:rPr>
          <w:sz w:val="20"/>
        </w:rPr>
        <w:t>1:40:45  to Allah ki jo takhleeq hai, jo Allah ki jo creation hai, us mein sab ko barabari hasil</w:t>
      </w:r>
      <w:r>
        <w:br/>
      </w:r>
      <w:r>
        <w:rPr>
          <w:sz w:val="20"/>
        </w:rPr>
        <w:t>1:40:51  hai. apne amal ke lehaz se koi aisa banega, woh banega, woh to uska apna</w:t>
      </w:r>
    </w:p>
    <w:p>
      <w:pPr>
        <w:pStyle w:val="Heading2"/>
      </w:pPr>
      <w:r>
        <w:t>Essential factors for entering paradise</w:t>
      </w:r>
    </w:p>
    <w:p>
      <w:r>
        <w:rPr>
          <w:color w:val="666666"/>
          <w:sz w:val="18"/>
        </w:rPr>
        <w:t>Faith &amp; God · The Culture of People of Paradise January 06, 2019 Maulana Wahiduddin Khan · 1m 12s · at 1:10:13 · https://youtu.be/rFExua9zntM?t=4213</w:t>
      </w:r>
    </w:p>
    <w:p>
      <w:r>
        <w:rPr>
          <w:i/>
        </w:rPr>
        <w:t>“What is more important and essential to enter paradise? Is it our prayers, fasting and charity, or our good behavior and strong paradise personality? As you explained, can we practice?”</w:t>
      </w:r>
    </w:p>
    <w:p>
      <w:r>
        <w:rPr>
          <w:sz w:val="20"/>
        </w:rPr>
        <w:t>1:10:13  Maulana Asad Pervez sahib ne Boston se sawal bheja hai. unhon ne likha hai: "Maulana, what is more important and essential to enter paradise?</w:t>
      </w:r>
      <w:r>
        <w:br/>
      </w:r>
      <w:r>
        <w:rPr>
          <w:sz w:val="20"/>
        </w:rPr>
        <w:t>1:10:25  is it our prayers, fasting and charity, or our good behaviour and strong paradise personality? As you explained, can we practice</w:t>
      </w:r>
    </w:p>
    <w:p>
      <w:pPr>
        <w:pStyle w:val="Heading2"/>
      </w:pPr>
      <w:r>
        <w:t>Establishing religion on earth and self</w:t>
      </w:r>
    </w:p>
    <w:p>
      <w:r>
        <w:rPr>
          <w:color w:val="666666"/>
          <w:sz w:val="18"/>
        </w:rPr>
        <w:t>Faith &amp; God · The Process of Personality Development June 30, 2013 · 2m 22s · at 1:05:31 · https://youtu.be/CSSFRydcJlo?t=3931</w:t>
      </w:r>
    </w:p>
    <w:p>
      <w:r>
        <w:rPr>
          <w:i/>
        </w:rPr>
        <w:t>“I asked a scholar: Is establishing the religion required on both the individual and the earth? He said both are required. Is this correct?”</w:t>
      </w:r>
    </w:p>
    <w:p>
      <w:r>
        <w:rPr>
          <w:sz w:val="20"/>
        </w:rPr>
        <w:t>1:05:31  maulana, agla sawal hai iqbal umri sahib ka, tamil nadu se.</w:t>
      </w:r>
      <w:r>
        <w:br/>
      </w:r>
      <w:r>
        <w:rPr>
          <w:sz w:val="20"/>
        </w:rPr>
        <w:t>1:05:35  unhon ne likha hai: maulana, main apne ek maulana se sawal kiya: iqamat deen zaat aur zameen dono par matloob hai?</w:t>
      </w:r>
      <w:r>
        <w:br/>
      </w:r>
      <w:r>
        <w:rPr>
          <w:sz w:val="20"/>
        </w:rPr>
        <w:t>1:05:45  to unhon ne kaha ke dono bhi matloob hain. kya yeh sahi hai? dekhen, quran mein jo ayat hai, us ka zameen mein iqamat se koi talluq nahi hai.</w:t>
      </w:r>
      <w:r>
        <w:br/>
      </w:r>
      <w:r>
        <w:rPr>
          <w:sz w:val="20"/>
        </w:rPr>
        <w:t>1:05:56  yeh bilkul galat hai jo us ne kaha hai ke dono</w:t>
      </w:r>
      <w:r>
        <w:br/>
      </w:r>
      <w:r>
        <w:rPr>
          <w:sz w:val="20"/>
        </w:rPr>
        <w:t>1:06:00  iqamat deen se murad jo quran mein jo ayat hai, surah asharon mein, iqamat deen, woh sirf zaat ke bare mein hai, zameen ke bare mein hai hi nahi.</w:t>
      </w:r>
      <w:r>
        <w:br/>
      </w:r>
      <w:r>
        <w:rPr>
          <w:sz w:val="20"/>
        </w:rPr>
        <w:t>1:06:10  yani aadmi apni zindagi mein deen ko follow kare, apni zaat par allah ke hukumon ko chalaye, yani apni soch, apna qaul, apni rawish, us par woh allah ke deen ko ikhtiyar kare.</w:t>
      </w:r>
      <w:r>
        <w:br/>
      </w:r>
      <w:r>
        <w:rPr>
          <w:sz w:val="20"/>
        </w:rPr>
        <w:t>1:06:27  zameen mein iqamat karna yeh to bilkul alag baat hai, is ka quran ki ayat se koi talluq nahi hai. yeh kuch logon ne jo islam ko politicize kiya hai, un ka, un un ki bidat hai.</w:t>
      </w:r>
      <w:r>
        <w:br/>
      </w:r>
      <w:r>
        <w:rPr>
          <w:sz w:val="20"/>
        </w:rPr>
        <w:t>1:06:38  yeh, yeh is ko main political bidat samajhta hoon. is ka islam se koi talluq nahi hai, na quran us ayat se koi talluq hai. is par maine bohat tafseel se likha, meri kitab mein padh lijiye, jis ka naam hai "taweer ki ghalati".</w:t>
      </w:r>
      <w:r>
        <w:br/>
      </w:r>
      <w:r>
        <w:rPr>
          <w:sz w:val="20"/>
        </w:rPr>
        <w:t>1:06:53  is mein aap padh lijiye.</w:t>
      </w:r>
    </w:p>
    <w:p>
      <w:pPr>
        <w:pStyle w:val="Heading2"/>
      </w:pPr>
      <w:r>
        <w:t>Eternal hell for a life of mistakes</w:t>
      </w:r>
    </w:p>
    <w:p>
      <w:r>
        <w:rPr>
          <w:color w:val="666666"/>
          <w:sz w:val="18"/>
        </w:rPr>
        <w:t>Faith &amp; God · Spirituality in Simple Living, High Thinking October 27, 2019 Maulana Wahiduddin Khan · 1m 49s · at 52:03 · https://youtu.be/Kr28g15eFr8?t=3123</w:t>
      </w:r>
    </w:p>
    <w:p>
      <w:r>
        <w:rPr>
          <w:i/>
        </w:rPr>
        <w:t>“Did Allah create us such that we make mistakes? If we didn't make mistakes, Allah would create another creation. When Allah made us error-prone, then isn't eternal hell too much for a 50-60 year life?”</w:t>
      </w:r>
    </w:p>
    <w:p>
      <w:r>
        <w:rPr>
          <w:sz w:val="20"/>
        </w:rPr>
        <w:t>52:03  maulana, agla sawal irshad ali sahib ne bheja hai rampur se. unhon ne likha hai: "maulana sahib, mera sawal aaj ke topic se hat kar hai.</w:t>
      </w:r>
      <w:r>
        <w:br/>
      </w:r>
      <w:r>
        <w:rPr>
          <w:sz w:val="20"/>
        </w:rPr>
        <w:t>52:16  kya allah ne hamein banaya banaya hi is tarah hai ke hum ghaltiyan karein? agar hum ghaltiyan nahi karte to allah ek aur makhlooq paida karta.</w:t>
      </w:r>
      <w:r>
        <w:br/>
      </w:r>
      <w:r>
        <w:rPr>
          <w:sz w:val="20"/>
        </w:rPr>
        <w:t>52:27  maulana, jab allah ne hamein ghaltiyan karne wala banaya hai to phir 50, 60 saal ki zindagi ke badle mein hamesha ki jahannum kuch zyada nahi ho jayegi?</w:t>
      </w:r>
      <w:r>
        <w:br/>
      </w:r>
      <w:r>
        <w:rPr>
          <w:sz w:val="20"/>
        </w:rPr>
        <w:t>52:39  maulana, yeh sawal hamesha mere zehn mein ghoomta hai. yeh koi sawal hi nahi hai,</w:t>
      </w:r>
      <w:r>
        <w:br/>
      </w:r>
      <w:r>
        <w:rPr>
          <w:sz w:val="20"/>
        </w:rPr>
        <w:t>52:47  art of questioning janiye. yeh koi sawal hi nahi, yeh to us ko kehte hain</w:t>
      </w:r>
      <w:r>
        <w:br/>
      </w:r>
      <w:r>
        <w:rPr>
          <w:sz w:val="20"/>
        </w:rPr>
        <w:t>52:53  confusion.</w:t>
      </w:r>
      <w:r>
        <w:br/>
      </w:r>
      <w:r>
        <w:rPr>
          <w:sz w:val="20"/>
        </w:rPr>
        <w:t>52:58  versa versa, yeh koi sawal hai,</w:t>
      </w:r>
      <w:r>
        <w:br/>
      </w:r>
      <w:r>
        <w:rPr>
          <w:sz w:val="20"/>
        </w:rPr>
        <w:t>53:05  yeh koi sawal nahi hai. sawal to ek bohat zabardast, yani super reason ka naam hai.</w:t>
      </w:r>
      <w:r>
        <w:br/>
      </w:r>
      <w:r>
        <w:rPr>
          <w:sz w:val="20"/>
        </w:rPr>
        <w:t>53:15  yeh to jo aap farma rahe hain</w:t>
      </w:r>
      <w:r>
        <w:br/>
      </w:r>
      <w:r>
        <w:rPr>
          <w:sz w:val="20"/>
        </w:rPr>
        <w:t>53:18  , yeh to waswasa hai,</w:t>
      </w:r>
      <w:r>
        <w:br/>
      </w:r>
      <w:r>
        <w:rPr>
          <w:sz w:val="20"/>
        </w:rPr>
        <w:t>53:23  waswasa hai.</w:t>
      </w:r>
      <w:r>
        <w:br/>
      </w:r>
      <w:r>
        <w:rPr>
          <w:sz w:val="20"/>
        </w:rPr>
        <w:t>53:27  aap janiye ke sawal kis cheez ka naam hai. sawal samajhne ke liye aap ko science parhna hoga, sirf ke sirf fazail e iman parh kar nahi samajh sakte.</w:t>
      </w:r>
      <w:r>
        <w:br/>
      </w:r>
      <w:r>
        <w:rPr>
          <w:sz w:val="20"/>
        </w:rPr>
        <w:t>53:47  science.</w:t>
      </w:r>
    </w:p>
    <w:p>
      <w:pPr>
        <w:pStyle w:val="Heading2"/>
      </w:pPr>
      <w:r>
        <w:t>Eternal life in Paradise</w:t>
      </w:r>
    </w:p>
    <w:p>
      <w:r>
        <w:rPr>
          <w:color w:val="666666"/>
          <w:sz w:val="18"/>
        </w:rPr>
        <w:t>Faith &amp; God · Life After Death January 22, 2012 · 3m 34s · at 1:32:34 · https://youtu.be/5hVH1BLKBF4?t=5554</w:t>
      </w:r>
    </w:p>
    <w:p>
      <w:r>
        <w:rPr>
          <w:i/>
        </w:rPr>
        <w:t>“Will humans remain in Paradise forever? Satan puts a whisper in the heart (doubting this).”</w:t>
      </w:r>
    </w:p>
    <w:p>
      <w:r>
        <w:rPr>
          <w:sz w:val="20"/>
        </w:rPr>
        <w:t>1:32:34  molana, agla sawal miss saira latif ka hai karachi pakistan se. unhon ne likha hai: "kya jannat mein insan hamesha ke liye rahega?</w:t>
      </w:r>
      <w:r>
        <w:br/>
      </w:r>
      <w:r>
        <w:rPr>
          <w:sz w:val="20"/>
        </w:rPr>
        <w:t>1:32:45  shaitan doosra waswasa dil mein dalta hai." bhai jab allah taala ne aelan kiya ke hamesha rahega to is waswase ki zaroorat kya hai? hum fiya khalidun quran mein bar bar aya hai.</w:t>
      </w:r>
      <w:r>
        <w:br/>
      </w:r>
      <w:r>
        <w:rPr>
          <w:sz w:val="20"/>
        </w:rPr>
        <w:t>1:32:58  khalidun woh hamesha rehne ke liye mukhtalif alfaz mein quran mein hain.</w:t>
      </w:r>
      <w:r>
        <w:br/>
      </w:r>
      <w:r>
        <w:rPr>
          <w:sz w:val="20"/>
        </w:rPr>
        <w:t>1:33:06  ya rasool al-firdaus hum fiya khalidun to jab jannat ka jo khaliq hai woh aelan kar raha hai ke jannat mein jo log dakhil honge woh hamesha is mein rahenge to is mein shakk ki kya baat hai?</w:t>
      </w:r>
      <w:r>
        <w:br/>
      </w:r>
      <w:r>
        <w:rPr>
          <w:sz w:val="20"/>
        </w:rPr>
        <w:t>1:33:22  albata yeh yeh galat nazariya hai ke jo musalman ghar mein paida hoga woh jannat mein jayega. yeh bilkul khud sakhta nazariya hai. musalman ghar mein paida hone se jannat nahi milti kisi ko.</w:t>
      </w:r>
      <w:r>
        <w:br/>
      </w:r>
      <w:r>
        <w:rPr>
          <w:sz w:val="20"/>
        </w:rPr>
        <w:t>1:33:35  jo deserve karega woh jannat mein jayega. yaad rakhiye. jo apne character ke aitbar se jo deserve karega woh jannat mein jayega.</w:t>
      </w:r>
      <w:r>
        <w:br/>
      </w:r>
      <w:r>
        <w:rPr>
          <w:sz w:val="20"/>
        </w:rPr>
        <w:t>1:33:45  yeh nahi ke yeh birth certificate koi jannat ka mustahiq nahi banata kisi aadmi ko.</w:t>
      </w:r>
      <w:r>
        <w:br/>
      </w:r>
      <w:r>
        <w:rPr>
          <w:sz w:val="20"/>
        </w:rPr>
        <w:t>1:33:58  molana, agla jo sawal hai, sawal kam observation hai</w:t>
      </w:r>
      <w:r>
        <w:br/>
      </w:r>
      <w:r>
        <w:rPr>
          <w:sz w:val="20"/>
        </w:rPr>
        <w:t>1:34:02  jo pennsylvania se mister khawaja kaleemuddin ne abhi abhi bheji hai. unhon ne likha hai: "an observation: one of her associates from maryland told me that she gave her friend a copy of tazkir al-quran as a gift.</w:t>
      </w:r>
      <w:r>
        <w:br/>
      </w:r>
      <w:r>
        <w:rPr>
          <w:sz w:val="20"/>
        </w:rPr>
        <w:t>1:34:20  her friend returned the copy of tazkir al-quran saying that she wouldn't read it because it is not certified by any islamic authority.</w:t>
      </w:r>
      <w:r>
        <w:br/>
      </w:r>
      <w:r>
        <w:rPr>
          <w:sz w:val="20"/>
        </w:rPr>
        <w:t>1:34:32  our associate took it back without commenting anything. in her second meeting, our associate gave the lady another book titled raz-e-hayat.</w:t>
      </w:r>
      <w:r>
        <w:br/>
      </w:r>
      <w:r>
        <w:rPr>
          <w:sz w:val="20"/>
        </w:rPr>
        <w:t>1:34:44  her friend read that book without looking at the name of the author. she liked the book very much and she thanked her for the best gift she gave her.</w:t>
      </w:r>
      <w:r>
        <w:br/>
      </w:r>
      <w:r>
        <w:rPr>
          <w:sz w:val="20"/>
        </w:rPr>
        <w:t>1:34:56  at this moment, our associate told her that this was the same person who was the commentator of the quran she gave her before.</w:t>
      </w:r>
      <w:r>
        <w:br/>
      </w:r>
      <w:r>
        <w:rPr>
          <w:sz w:val="20"/>
        </w:rPr>
        <w:t>1:35:06  then she got the tazkir al-quran back from her and started reading it. now she has become her associate in dawa work." please, molana, comment on this.</w:t>
      </w:r>
      <w:r>
        <w:br/>
      </w:r>
      <w:r>
        <w:rPr>
          <w:sz w:val="20"/>
        </w:rPr>
        <w:t>1:35:19  bahut is mein sabaq hai.</w:t>
      </w:r>
      <w:r>
        <w:br/>
      </w:r>
      <w:r>
        <w:rPr>
          <w:sz w:val="20"/>
        </w:rPr>
        <w:t>1:35:21  aur yeh arabi ka ek maqola hai ke al-nas a'daa ma jahaloo log us cheez ke dushman ho jate hain jis ko woh na jante hon.</w:t>
      </w:r>
      <w:r>
        <w:br/>
      </w:r>
      <w:r>
        <w:rPr>
          <w:sz w:val="20"/>
        </w:rPr>
        <w:t>1:35:34  to logon ko agar aap ko dikhaya jaye ke falan mukhalif hai, yeh sazish kar raha hai, dushmani kar raha hai, to yeh yeh alfaaz mat boliye.</w:t>
      </w:r>
      <w:r>
        <w:br/>
      </w:r>
      <w:r>
        <w:rPr>
          <w:sz w:val="20"/>
        </w:rPr>
        <w:t>1:35:44  iski bekhabari ko todiye. al-nas a'daa ma jahaloo</w:t>
      </w:r>
      <w:r>
        <w:br/>
      </w:r>
      <w:r>
        <w:rPr>
          <w:sz w:val="20"/>
        </w:rPr>
        <w:t>1:35:51  iske jahal ko todiye, iski bekhabari ko todiye, iski unawareness ko khatam kijiye. iske baad woh jise aap mante hain us ko wohi manne lagega.</w:t>
      </w:r>
      <w:r>
        <w:br/>
      </w:r>
      <w:r>
        <w:rPr>
          <w:sz w:val="20"/>
        </w:rPr>
        <w:t>1:36:00  kyunke iska khaliq wahi khuda hai jis ko jo khaliq aap ka hai.</w:t>
      </w:r>
      <w:r>
        <w:br/>
      </w:r>
      <w:r>
        <w:rPr>
          <w:sz w:val="20"/>
        </w:rPr>
        <w:t>1:36:09  molana, agla sawal kya hai mister muhammad samiuallah sa</w:t>
      </w:r>
    </w:p>
    <w:p>
      <w:pPr>
        <w:pStyle w:val="Heading2"/>
      </w:pPr>
      <w:r>
        <w:t>Eternal punishment for limited life?</w:t>
      </w:r>
    </w:p>
    <w:p>
      <w:r>
        <w:rPr>
          <w:color w:val="666666"/>
          <w:sz w:val="18"/>
        </w:rPr>
        <w:t>Faith &amp; God · Man and the Laws of Nature April 1, 2012 · 1m 49s · at 1:08:56 · https://youtu.be/coIrwYQgb6Y?t=4136</w:t>
      </w:r>
    </w:p>
    <w:p>
      <w:r>
        <w:rPr>
          <w:i/>
        </w:rPr>
        <w:t>“Life's time is limited; will punishment or reward be for an eternal period?”</w:t>
      </w:r>
    </w:p>
    <w:p>
      <w:r>
        <w:rPr>
          <w:sz w:val="20"/>
        </w:rPr>
        <w:t>1:08:56  maulana, agla sawal hai mr rajnish kumar sharma ka dilli se. unhon ne likha hai: "zindagi ka waqt seemat hai, kya saza ya jaza anant kaal ke liye hogi?"</w:t>
      </w:r>
      <w:r>
        <w:br/>
      </w:r>
      <w:r>
        <w:rPr>
          <w:sz w:val="20"/>
        </w:rPr>
        <w:t>1:09:10  dekhein, yeh to jaye wahan ja kar pata chalay ga. hum yeh nahi keh sakte, yeh hum nahi keh sakte.</w:t>
      </w:r>
      <w:r>
        <w:br/>
      </w:r>
      <w:r>
        <w:rPr>
          <w:sz w:val="20"/>
        </w:rPr>
        <w:t>1:09:18  lekin aap sochiye, yeh opportunity ko miss karna hai. yeh mat so</w:t>
      </w:r>
      <w:r>
        <w:br/>
      </w:r>
      <w:r>
        <w:rPr>
          <w:sz w:val="20"/>
        </w:rPr>
        <w:t>1:09:25  chiye, is tarah, is tarah mat sochiye. is tarah sochiye ke agar aap bachpan mein schooling nahi hui aap ki, aap ne is ke baad koi master degree nahi li, koi achi degree nahi li aap ne, to zindagi bhar is ko bhagtana bhagtaye ga, bhugtna pare ga.</w:t>
      </w:r>
      <w:r>
        <w:br/>
      </w:r>
      <w:r>
        <w:rPr>
          <w:sz w:val="20"/>
        </w:rPr>
        <w:t>1:09:43  yaani bachpan mein schooling nahi hui, is ke baad aap ne university ki achi degree nahi li, to bhugtain ge zindagi bhar. to isi tareeqe se dunya ka muamla akhirat ka</w:t>
      </w:r>
      <w:r>
        <w:br/>
      </w:r>
      <w:r>
        <w:rPr>
          <w:sz w:val="20"/>
        </w:rPr>
        <w:t>1:09:54  muamla hai ke yahan agar hum tayyari nahi ki aap ne, yaani preparation ke sath hum akhirat mein dakhil nahi hue, to wahan bhugtna pare ga.</w:t>
      </w:r>
      <w:r>
        <w:br/>
      </w:r>
      <w:r>
        <w:rPr>
          <w:sz w:val="20"/>
        </w:rPr>
        <w:t>1:10:03  baqi samay ka muamla jo hai, woh to hum nahi keh sakte ke kya hai, kyunke dekhiye, yeh time and space ka jo soch hai, woh isi dunya tak hai.</w:t>
      </w:r>
      <w:r>
        <w:br/>
      </w:r>
      <w:r>
        <w:rPr>
          <w:sz w:val="20"/>
        </w:rPr>
        <w:t>1:10:13  woh bayan time aur bayan space ka muamla hai. woh</w:t>
      </w:r>
      <w:r>
        <w:br/>
      </w:r>
      <w:r>
        <w:rPr>
          <w:sz w:val="20"/>
        </w:rPr>
        <w:t>1:10:18  to hum time and space ke andar jeete hain, to hum bayan time and bayan space ke bare mein koi koi baat, koi judgment nahi de sakte.</w:t>
      </w:r>
      <w:r>
        <w:br/>
      </w:r>
      <w:r>
        <w:rPr>
          <w:sz w:val="20"/>
        </w:rPr>
        <w:t>1:10:29  sirf ek ek principle ke tor par hum jaan sakte hain ke agar ek ek aadmi apne bachpan ko kho de, apni jawani ko kho de, to barhapay tak is ko safar karna parta hai.</w:t>
      </w:r>
      <w:r>
        <w:br/>
      </w:r>
      <w:r>
        <w:rPr>
          <w:sz w:val="20"/>
        </w:rPr>
        <w:t>1:10:40  aise hi wahan bhi hoga.</w:t>
      </w:r>
    </w:p>
    <w:p>
      <w:pPr>
        <w:pStyle w:val="Heading2"/>
      </w:pPr>
      <w:r>
        <w:t>Evil and injustice until Judgment Day</w:t>
      </w:r>
    </w:p>
    <w:p>
      <w:r>
        <w:rPr>
          <w:color w:val="666666"/>
          <w:sz w:val="18"/>
        </w:rPr>
        <w:t>Faith &amp; God · Peace of Mind April 19, 2015 Maulana Wahiduddin Khan · 1m 59s · at 53:20 · https://youtu.be/bGLY0ALNtjw?t=3200</w:t>
      </w:r>
    </w:p>
    <w:p>
      <w:r>
        <w:rPr>
          <w:i/>
        </w:rPr>
        <w:t>“There will always be good and evil, and injustice will persist until the Day of Judgment. When will complete justice come?”</w:t>
      </w:r>
    </w:p>
    <w:p>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r>
        <w:br/>
      </w:r>
      <w:r>
        <w:rPr>
          <w:sz w:val="20"/>
        </w:rPr>
        <w:t>53:55  maulana please explain how to differentiate this from complaining and protesting.</w:t>
      </w:r>
      <w:r>
        <w:br/>
      </w:r>
      <w:r>
        <w:rPr>
          <w:sz w:val="20"/>
        </w:rPr>
        <w:t>54:00  Bhai, mein toh yahi baat aaj kahi hai ke jo cheez challenge aur comprehension ka jo phenomena hai,</w:t>
      </w:r>
      <w:r>
        <w:br/>
      </w:r>
      <w:r>
        <w:rPr>
          <w:sz w:val="20"/>
        </w:rPr>
        <w:t>54:09  اس کو وہ zulm ka phenomena بتاتے ہیں۔</w:t>
      </w:r>
      <w:r>
        <w:br/>
      </w:r>
      <w:r>
        <w:rPr>
          <w:sz w:val="20"/>
        </w:rPr>
        <w:t>54:12  challenge to rahega, compression to rahega.</w:t>
      </w:r>
      <w:r>
        <w:br/>
      </w:r>
      <w:r>
        <w:rPr>
          <w:sz w:val="20"/>
        </w:rPr>
        <w:t>54:14  is liye yeh bhi, yeh soorat-e-haal bhi rahegi.</w:t>
      </w:r>
      <w:r>
        <w:br/>
      </w:r>
      <w:r>
        <w:rPr>
          <w:sz w:val="20"/>
        </w:rPr>
        <w:t>54:18  اور جہاں کوئی آدمی پچھڑ جاتا ہے تو اس کا incentive جاگتا ہے۔</w:t>
      </w:r>
      <w:r>
        <w:br/>
      </w:r>
      <w:r>
        <w:rPr>
          <w:sz w:val="20"/>
        </w:rPr>
        <w:t>54:23  har aadmi apne aas paas dekh sakta hai ke jo log, yaani pichhad gaye, kisi wajah se ghareeb</w:t>
      </w:r>
      <w:r>
        <w:br/>
      </w:r>
      <w:r>
        <w:rPr>
          <w:sz w:val="20"/>
        </w:rPr>
        <w:t>54:30  ہو گئے، ان کے اندر incentive جاگا، ان میں نہیں تو بچوں میں جاگا، اور انہوں نے بڑی</w:t>
      </w:r>
      <w:r>
        <w:br/>
      </w:r>
      <w:r>
        <w:rPr>
          <w:sz w:val="20"/>
        </w:rPr>
        <w:t>54:34  badi taraqqiyan keen.</w:t>
      </w:r>
      <w:r>
        <w:br/>
      </w:r>
      <w:r>
        <w:rPr>
          <w:sz w:val="20"/>
        </w:rPr>
        <w:t>54:37  تو دنیا میں جو ہے وہ سب سے امپورٹنٹ چیز ہے incentive.</w:t>
      </w:r>
      <w:r>
        <w:br/>
      </w:r>
      <w:r>
        <w:rPr>
          <w:sz w:val="20"/>
        </w:rPr>
        <w:t>54:42  Incentive sabse badi important cheez hai.</w:t>
      </w:r>
      <w:r>
        <w:br/>
      </w:r>
      <w:r>
        <w:rPr>
          <w:sz w:val="20"/>
        </w:rPr>
        <w:t>54:45  to is par zor dijiye.</w:t>
      </w:r>
      <w:r>
        <w:br/>
      </w:r>
      <w:r>
        <w:rPr>
          <w:sz w:val="20"/>
        </w:rPr>
        <w:t>54:47  is par zor dijiye ke log jo hain sahi rukh se cheezon ko dekhen.</w:t>
      </w:r>
      <w:r>
        <w:br/>
      </w:r>
      <w:r>
        <w:rPr>
          <w:sz w:val="20"/>
        </w:rPr>
        <w:t>54:52  aur duty ko focus kijiye.</w:t>
      </w:r>
      <w:r>
        <w:br/>
      </w:r>
      <w:r>
        <w:rPr>
          <w:sz w:val="20"/>
        </w:rPr>
        <w:t>54:58  duty ko focus kijiye.</w:t>
      </w:r>
      <w:r>
        <w:br/>
      </w:r>
      <w:r>
        <w:rPr>
          <w:sz w:val="20"/>
        </w:rPr>
        <w:t>54:59  right ko focus karenge to ab tak kuch nahi hua, aindah bhi kuch nahi hone wala.</w:t>
      </w:r>
      <w:r>
        <w:br/>
      </w:r>
      <w:r>
        <w:rPr>
          <w:sz w:val="20"/>
        </w:rPr>
        <w:t>55:05  right ko focus karna, mein samajhta hoon ke is se kuch, siwaye protest karne ke, kuch milta nahin.</w:t>
      </w:r>
      <w:r>
        <w:br/>
      </w:r>
      <w:r>
        <w:rPr>
          <w:sz w:val="20"/>
        </w:rPr>
        <w:t>55:11  لیکن duty کو اگر focus کریں تو بڑی بڑی ترقیاں ہو سکتی ہیں۔</w:t>
      </w:r>
      <w:r>
        <w:br/>
      </w:r>
      <w:r>
        <w:rPr>
          <w:sz w:val="20"/>
        </w:rPr>
        <w:t>55:15  aur jaisa ke maine arz kiya, singapore is ki ek behtareen misaal hai.</w:t>
      </w:r>
    </w:p>
    <w:p>
      <w:pPr>
        <w:pStyle w:val="Heading2"/>
      </w:pPr>
      <w:r>
        <w:t>Explain rights of God and rights of people</w:t>
      </w:r>
    </w:p>
    <w:p>
      <w:r>
        <w:rPr>
          <w:color w:val="666666"/>
          <w:sz w:val="18"/>
        </w:rPr>
        <w:t>Faith &amp; God · Freedom of Thought in Islam 23 October, 2011 · 1m 33s · at 1:30:21 · https://youtu.be/aGbxRNNOKzo?t=5421</w:t>
      </w:r>
    </w:p>
    <w:p>
      <w:r>
        <w:rPr>
          <w:i/>
        </w:rPr>
        <w:t>“Kindly explain what is Huquq Allah and what is Huquq al-'Ibad.”</w:t>
      </w:r>
    </w:p>
    <w:p>
      <w:r>
        <w:rPr>
          <w:sz w:val="20"/>
        </w:rPr>
        <w:t>1:30:21  Maulana, agla sawal kya hai? Mr. Amer bin Yusuf ne Karachi, Pakistan se, unhone likha hai: "Kindly explain what is huqooq Allah and what is huqooq al-ibaad."</w:t>
      </w:r>
      <w:r>
        <w:br/>
      </w:r>
      <w:r>
        <w:rPr>
          <w:sz w:val="20"/>
        </w:rPr>
        <w:t>1:30:35  Ek hadith hai ke "ittaqillaha wa khalqin naasa bi khalqin hasan." Yaani Allah se jo Allah ka jo haq hai, woh ye hai ke hum Allah se darein "wa lam yakhsha illa Allah." Ye Allah ka haq hai ke Allah se darein.</w:t>
      </w:r>
      <w:r>
        <w:br/>
      </w:r>
      <w:r>
        <w:rPr>
          <w:sz w:val="20"/>
        </w:rPr>
        <w:t>1:30:55  Yaani apne tamam qaul mein, fe'al mein, har cheez mein ye dhyan rakhein ke kya cheez Allah ko pasand hai ya Allah ko pasand nahi hai.</w:t>
      </w:r>
      <w:r>
        <w:br/>
      </w:r>
      <w:r>
        <w:rPr>
          <w:sz w:val="20"/>
        </w:rPr>
        <w:t>1:31:07  Mislan jhoot pasand nahi hai toh jhoot chhod dein, sach pasand hai toh sach ikhtiyar karein,</w:t>
      </w:r>
      <w:r>
        <w:br/>
      </w:r>
      <w:r>
        <w:rPr>
          <w:sz w:val="20"/>
        </w:rPr>
        <w:t>1:31:13  Dish onestri pasand nahi hai toh dish onestri chhod dein, onestri pasand hai toh onestri ikhtiyar karein, warna pakad Allah taala ka pakad ho jayega. Aur jahan tak insaan ka maamla hai toh insaan ka maamla ye hai ke aap ek hadith hai ke ke teen cheezein hain, ek insaan ki, doosri insaan par haram hain:</w:t>
      </w:r>
      <w:r>
        <w:br/>
      </w:r>
      <w:r>
        <w:rPr>
          <w:sz w:val="20"/>
        </w:rPr>
        <w:t>1:31:36  "dammah wa maluhu wa arḍuhu" - is ka khoon, is ka maal, is ki aabroo.</w:t>
      </w:r>
      <w:r>
        <w:br/>
      </w:r>
      <w:r>
        <w:rPr>
          <w:sz w:val="20"/>
        </w:rPr>
        <w:t>1:31:42  to insaan ke baare mein teen basic cheezein hain ke doosre insaan ki aap jaan nahin le sakte, doosre insaan ko aap be aabroo nahin kar sakte, doosre insaan ka maal nahin chheen sakte aap.</w:t>
      </w:r>
    </w:p>
    <w:p>
      <w:pPr>
        <w:pStyle w:val="Heading2"/>
      </w:pPr>
      <w:r>
        <w:t>Explain the concept of Taqwa</w:t>
      </w:r>
    </w:p>
    <w:p>
      <w:r>
        <w:rPr>
          <w:color w:val="666666"/>
          <w:sz w:val="18"/>
        </w:rPr>
        <w:t>Faith &amp; God · Q&amp;A 11 Jul 2010 Maulana Wahiduddin Khan · 1m 54s · at 16:39 · https://youtu.be/UHtdtzGGwFQ?t=999</w:t>
      </w:r>
    </w:p>
    <w:p>
      <w:r>
        <w:rPr>
          <w:i/>
        </w:rPr>
        <w:t>“Maulana, tell us about Taqwa.”</w:t>
      </w:r>
    </w:p>
    <w:p>
      <w:r>
        <w:rPr>
          <w:sz w:val="20"/>
        </w:rPr>
        <w:t>16:39  maulana, agla sawal kya hai? mister muhammad asif riyaz ne patna se. unhon ne likha hai ke maulana sahab tell us about taqwa.</w:t>
      </w:r>
      <w:r>
        <w:br/>
      </w:r>
      <w:r>
        <w:rPr>
          <w:sz w:val="20"/>
        </w:rPr>
        <w:t>16:51  dekhen, taqwa ka jo literal meaning hai, woh to bachna. bachna. baqaya kehte hain dhal ko.</w:t>
      </w:r>
      <w:r>
        <w:br/>
      </w:r>
      <w:r>
        <w:rPr>
          <w:sz w:val="20"/>
        </w:rPr>
        <w:t>17:02  to jab aap ke andar yeh yeh thinking develop kare ke mujhe bach kar chalna hai, burai ko chhodna hai, achhai ko lena hai, jis mein khuda ki marzi na ho, us se door jao, bhagna hai, marzi ho to us ko aage chalna hai is raste mein.</w:t>
      </w:r>
      <w:r>
        <w:br/>
      </w:r>
      <w:r>
        <w:rPr>
          <w:sz w:val="20"/>
        </w:rPr>
        <w:t>17:18  yeh hai bachna.</w:t>
      </w:r>
      <w:r>
        <w:br/>
      </w:r>
      <w:r>
        <w:rPr>
          <w:sz w:val="20"/>
        </w:rPr>
        <w:t>17:20  to jab aap study karte hain, sochte hain, aur aap allah ke raste par aate hain to it is but natural ke aap ke andar ek test develop hota hai, bachne wala test ke bhai is se bacho, yeh khuda ko narazi is mein hai, yeh is mein to yeh aage badho, is mein khuda ki khushnudi milegi.</w:t>
      </w:r>
      <w:r>
        <w:br/>
      </w:r>
      <w:r>
        <w:rPr>
          <w:sz w:val="20"/>
        </w:rPr>
        <w:t>17:41  yani taqwa. to taqwa bhi dekhiye, ek process hai, develop karta hai. woh beginning hoti hai yahan se.</w:t>
      </w:r>
      <w:r>
        <w:br/>
      </w:r>
      <w:r>
        <w:rPr>
          <w:sz w:val="20"/>
        </w:rPr>
        <w:t>17:54  phir badhte badhte badhte woh bohat aage ja tak pahunch jata hai. to jab aadmi ke andar woh test develop ho jaye ke allah wali zindagi guzarna hai,</w:t>
      </w:r>
      <w:r>
        <w:br/>
      </w:r>
      <w:r>
        <w:rPr>
          <w:sz w:val="20"/>
        </w:rPr>
        <w:t>18:10  jis mein allah ki narazi ko us se bachna hai, to phir woh allah ki madad aane lagti hai us ko. to dheere dheere woh sahi maene mein muttaqi insan ban jata hai.</w:t>
      </w:r>
      <w:r>
        <w:br/>
      </w:r>
      <w:r>
        <w:rPr>
          <w:sz w:val="20"/>
        </w:rPr>
        <w:t>18:22  yeh sari cheezen yaad rakhiye, process taluq hoti hai. process hai, achhanak nahi hoti kabhi bhi.</w:t>
      </w:r>
      <w:r>
        <w:br/>
      </w:r>
      <w:r>
        <w:rPr>
          <w:sz w:val="20"/>
        </w:rPr>
        <w:t>18:28  ek intellectual process hota hai yeh.</w:t>
      </w:r>
    </w:p>
    <w:p>
      <w:pPr>
        <w:pStyle w:val="Heading2"/>
      </w:pPr>
      <w:r>
        <w:t>Explaining Paradise's perfection to people</w:t>
      </w:r>
    </w:p>
    <w:p>
      <w:r>
        <w:rPr>
          <w:color w:val="666666"/>
          <w:sz w:val="18"/>
        </w:rPr>
        <w:t>Faith &amp; God · Life after Death I 22nd Jan. 2012 Maulana Wahiduddin Khan · 1m 45s · at 1:02:53 · https://youtu.be/Pa8c09DFrkA?t=3773</w:t>
      </w:r>
    </w:p>
    <w:p>
      <w:r>
        <w:rPr>
          <w:i/>
        </w:rPr>
        <w:t>“Every human wants perfect things in every matter. How can we explain this about Paradise to people?”</w:t>
      </w:r>
    </w:p>
    <w:p>
      <w:r>
        <w:rPr>
          <w:sz w:val="20"/>
        </w:rPr>
        <w:t>1:02:53  maulana, agla sawal bhi karachi se hai, mr abdul latif ne kiya hai aur woh aap se pooch rahe hain ke duniya mein har insaan har maamle mein perfect cheez chahta hai.</w:t>
      </w:r>
      <w:r>
        <w:br/>
      </w:r>
      <w:r>
        <w:rPr>
          <w:sz w:val="20"/>
        </w:rPr>
        <w:t>1:03:06  aakhir jannat ke bare mein yeh baat kis tarah hum logon ko samjhayein?</w:t>
      </w:r>
      <w:r>
        <w:br/>
      </w:r>
      <w:r>
        <w:rPr>
          <w:sz w:val="20"/>
        </w:rPr>
        <w:t>1:03:15  kitabein parhwaiye, quran parhwaiye, hum to yahi kaam zindagi karte rahe. bohat se log Allah se hamari kitabein parh kar badal gaye hain.</w:t>
      </w:r>
      <w:r>
        <w:br/>
      </w:r>
      <w:r>
        <w:rPr>
          <w:sz w:val="20"/>
        </w:rPr>
        <w:t>1:03:27  hum logon ko yeh batate hain ke aap jo perfect ki talash mein hain to haq kehte hain, woh woh jannat ki talash hai.</w:t>
      </w:r>
      <w:r>
        <w:br/>
      </w:r>
      <w:r>
        <w:rPr>
          <w:sz w:val="20"/>
        </w:rPr>
        <w:t>1:03:36  perfection ki talash ka jo insaan ke andar jazba hai, woh darasal jannat ki talash ka maamla hai. log samajhte hain ke yahi duniya mein mujhe perfection mil jaye.</w:t>
      </w:r>
      <w:r>
        <w:br/>
      </w:r>
      <w:r>
        <w:rPr>
          <w:sz w:val="20"/>
        </w:rPr>
        <w:t>1:03:47  is galat fehmi ko door karna hai.</w:t>
      </w:r>
      <w:r>
        <w:br/>
      </w:r>
      <w:r>
        <w:rPr>
          <w:sz w:val="20"/>
        </w:rPr>
        <w:t>1:03:52  yeh kaha jata hai ke mine is a perfection seeking animal yeh baat sahi hai, lekin perfection ko paane ki jagah yeh duniya nahi hai, aakhirat hai.</w:t>
      </w:r>
      <w:r>
        <w:br/>
      </w:r>
      <w:r>
        <w:rPr>
          <w:sz w:val="20"/>
        </w:rPr>
        <w:t>1:04:05  to apne ko jannat ke liye deserving candidate banaiye.</w:t>
      </w:r>
      <w:r>
        <w:br/>
      </w:r>
      <w:r>
        <w:rPr>
          <w:sz w:val="20"/>
        </w:rPr>
        <w:t>1:04:13  apne ko is qabil banaiye ke woh jo perfect world maut ke baad samne aayegi, wahan aap ko dakhila mil jaye. is nuqte ko samjhaiye.</w:t>
      </w:r>
      <w:r>
        <w:br/>
      </w:r>
      <w:r>
        <w:rPr>
          <w:sz w:val="20"/>
        </w:rPr>
        <w:t>1:04:25  aur hamari jo kitabein hain, woh sab sach much yeh to direct ya indirect isi par hain, sari kitabein. to in kitabon ko parhwaiye.</w:t>
      </w:r>
    </w:p>
    <w:p>
      <w:pPr>
        <w:pStyle w:val="Heading2"/>
      </w:pPr>
      <w:r>
        <w:t>Explaining desire for perfection and Paradise</w:t>
      </w:r>
    </w:p>
    <w:p>
      <w:r>
        <w:rPr>
          <w:color w:val="666666"/>
          <w:sz w:val="18"/>
        </w:rPr>
        <w:t>Faith &amp; God · Life After Death January 22, 2012 · 1m 45s · at 1:03:04 · https://youtu.be/5hVH1BLKBF4?t=3784</w:t>
      </w:r>
    </w:p>
    <w:p>
      <w:r>
        <w:rPr>
          <w:i/>
        </w:rPr>
        <w:t>“In this world, every human wants perfect things in every matter. How should we explain this to people regarding Paradise?”</w:t>
      </w:r>
    </w:p>
    <w:p>
      <w:r>
        <w:rPr>
          <w:sz w:val="20"/>
        </w:rPr>
        <w:t>1:03:04  maulana, agla sawal bhi karachi se hai. mister abdul lateef ne kiya hai aur woh aap se pooch rahe hain ke duniya mein har insaan har mamle mein perfect cheez chahta hai.</w:t>
      </w:r>
      <w:r>
        <w:br/>
      </w:r>
      <w:r>
        <w:rPr>
          <w:sz w:val="20"/>
        </w:rPr>
        <w:t>1:03:17  aakhir jannat ke bare mein yeh baat kis tarah hum logon ko samjhayein?</w:t>
      </w:r>
      <w:r>
        <w:br/>
      </w:r>
      <w:r>
        <w:rPr>
          <w:sz w:val="20"/>
        </w:rPr>
        <w:t>1:03:26  kitabein parhwaiye, quran parhwaiye. hum to yahi kaam zindagi mein karte rahe. bohat se log Allah ke fazl se hamari kitabein parh kar badal gaye hain.</w:t>
      </w:r>
      <w:r>
        <w:br/>
      </w:r>
      <w:r>
        <w:rPr>
          <w:sz w:val="20"/>
        </w:rPr>
        <w:t>1:03:38  hum logon ko yeh batate hain ke aap jo perfect ki talash mein hain to haqeeqat mein woh woh jannat ki talash hai. perfection ki talash ka jo insaan ke andar jazba hai, woh darasal jannat ki talash ka mamla hai.</w:t>
      </w:r>
      <w:r>
        <w:br/>
      </w:r>
      <w:r>
        <w:rPr>
          <w:sz w:val="20"/>
        </w:rPr>
        <w:t>1:03:54  log samajhte hain ke yahi duniya mein mujhe perfection mil jaye. is galat fehmi ko door karna hai.</w:t>
      </w:r>
      <w:r>
        <w:br/>
      </w:r>
      <w:r>
        <w:rPr>
          <w:sz w:val="20"/>
        </w:rPr>
        <w:t>1:04:03  "man is a perfection-seeking animal."</w:t>
      </w:r>
      <w:r>
        <w:br/>
      </w:r>
      <w:r>
        <w:rPr>
          <w:sz w:val="20"/>
        </w:rPr>
        <w:t>1:04:08  yeh baat sahi hai. lekin perfection ko paane ki jagah yeh duniya nahi hai, akhirat hai.</w:t>
      </w:r>
      <w:r>
        <w:br/>
      </w:r>
      <w:r>
        <w:rPr>
          <w:sz w:val="20"/>
        </w:rPr>
        <w:t>1:04:16  to apne ko jannat ke liye deserving candidate banaiye.</w:t>
      </w:r>
      <w:r>
        <w:br/>
      </w:r>
      <w:r>
        <w:rPr>
          <w:sz w:val="20"/>
        </w:rPr>
        <w:t>1:04:24  apne ko is qabil banaiye ke woh jo perfect world mout ke baad samne aayegi, wahan aap ko dakhla milay.</w:t>
      </w:r>
      <w:r>
        <w:br/>
      </w:r>
      <w:r>
        <w:rPr>
          <w:sz w:val="20"/>
        </w:rPr>
        <w:t>1:04:31  is nuqtay ko samjhaiye.</w:t>
      </w:r>
      <w:r>
        <w:br/>
      </w:r>
      <w:r>
        <w:rPr>
          <w:sz w:val="20"/>
        </w:rPr>
        <w:t>1:04:36  aur hamari jo kitabein hain, woh sab sach poochien to direct ya indirect isi par hain, sari kitabein. to in kitabon ko parhwaiye.</w:t>
      </w:r>
    </w:p>
    <w:p>
      <w:pPr>
        <w:pStyle w:val="Heading2"/>
      </w:pPr>
      <w:r>
        <w:t>Explaining freedom and eternal paradise</w:t>
      </w:r>
    </w:p>
    <w:p>
      <w:r>
        <w:rPr>
          <w:color w:val="666666"/>
          <w:sz w:val="18"/>
        </w:rPr>
        <w:t>Faith &amp; God · Religion and Democracy December 25, 2011 · 2m 44s · at 1:08:05 · https://youtu.be/8Mf_yvDA8ik?t=4085</w:t>
      </w:r>
    </w:p>
    <w:p>
      <w:r>
        <w:rPr>
          <w:i/>
        </w:rPr>
        <w:t>“It is a great blessing of Allah that He has promised eternal paradise for the correct use of one's freedom in this short span of life. How can this be explained to modern and non-modern people?”</w:t>
      </w:r>
    </w:p>
    <w:p>
      <w:r>
        <w:rPr>
          <w:sz w:val="20"/>
        </w:rPr>
        <w:t>1:08:05  maulana, agla sawal aaya hai Mr Abdul Latif ka, Karachi, Pakistan se</w:t>
      </w:r>
      <w:r>
        <w:br/>
      </w:r>
      <w:r>
        <w:rPr>
          <w:sz w:val="20"/>
        </w:rPr>
        <w:t>1:08:10  . unho'n ne likha hai: "mera sawal yeh hai ke yeh Allah taala ki bohat baRi blessing hai ke is ne har insaan se zindagi ke mukhtasar se hisse mein apni azaadi ke sahi istemaal par abadi jannat ka wa'da kiya hai.</w:t>
      </w:r>
      <w:r>
        <w:br/>
      </w:r>
      <w:r>
        <w:rPr>
          <w:sz w:val="20"/>
        </w:rPr>
        <w:t>1:08:28  maulana sahib, yeh baat aaj jadeed aur ghair jadeed insaan ko kis tarah samjhai jaye?"</w:t>
      </w:r>
      <w:r>
        <w:br/>
      </w:r>
      <w:r>
        <w:rPr>
          <w:sz w:val="20"/>
        </w:rPr>
        <w:t>1:08:47  ab mein sochta hoon ke samjhane ka koi naya tareeqa nahi hai. jo pehle jo tareeqa tha, wahi tareeqa aaj bhi hai.</w:t>
      </w:r>
      <w:r>
        <w:br/>
      </w:r>
      <w:r>
        <w:rPr>
          <w:sz w:val="20"/>
        </w:rPr>
        <w:t>1:08:58  woh yahi hai ke tum</w:t>
      </w:r>
      <w:r>
        <w:br/>
      </w:r>
      <w:r>
        <w:rPr>
          <w:sz w:val="20"/>
        </w:rPr>
        <w:t>1:09:03  duniya mein kuch bhi haasil kar lo, lekin thoRi muddat ke baad is ko chhoR kar jaana paRta hai. pachaas saal, 60 saal, 70 saal aap rahe, us ke baad sab kuch chhoR chale gaye to faida kya hua?</w:t>
      </w:r>
      <w:r>
        <w:br/>
      </w:r>
      <w:r>
        <w:rPr>
          <w:sz w:val="20"/>
        </w:rPr>
        <w:t>1:09:18  to aadmi ko chahiye ke woh, yaani maut ke baad jo abadi zindagi hai, us ko us ko yaqeen dilaya jaye ke maut par zindagi khatam nahi hoti.</w:t>
      </w:r>
      <w:r>
        <w:br/>
      </w:r>
      <w:r>
        <w:rPr>
          <w:sz w:val="20"/>
        </w:rPr>
        <w:t>1:09:28  maut ke baad zindagi jo hai, continue rehti hai. ab woh, ab woh abadi hai, eternal hai. to is zindagi ke liye tayyari karo jo abadi hai.</w:t>
      </w:r>
      <w:r>
        <w:br/>
      </w:r>
      <w:r>
        <w:rPr>
          <w:sz w:val="20"/>
        </w:rPr>
        <w:t>1:09:39  waqti zindagi ke liye jeena aur mar jana, yeh to bohat hi, yaani bohat hi bari nadani aur bohat hi ghaate ki baat hogi.</w:t>
      </w:r>
      <w:r>
        <w:br/>
      </w:r>
      <w:r>
        <w:rPr>
          <w:sz w:val="20"/>
        </w:rPr>
        <w:t>1:09:51  ab isi baat ko jitna aap samjha sakein, aadmi ko jitna samjha sakein, kyunke yahi kamzori insaan ki hai ke "bal al-ajila wa yadhununa abrahama yawma thaqilaa"</w:t>
      </w:r>
      <w:r>
        <w:br/>
      </w:r>
      <w:r>
        <w:rPr>
          <w:sz w:val="20"/>
        </w:rPr>
        <w:t>1:10:04  yaani aaj aaj jo thoda sa faida mil raha hai, usi mein aadmi gum ho jata hai aur jo bara faida jo baad ko aanay wala hai, us se bekhabar ho jata hai.</w:t>
      </w:r>
      <w:r>
        <w:br/>
      </w:r>
      <w:r>
        <w:rPr>
          <w:sz w:val="20"/>
        </w:rPr>
        <w:t>1:10:15  to insaan ko is is parde ko hatanay, hatana hai, insaan ki is bekhabari ko todna</w:t>
      </w:r>
      <w:r>
        <w:br/>
      </w:r>
      <w:r>
        <w:rPr>
          <w:sz w:val="20"/>
        </w:rPr>
        <w:t>1:10:21  . jaise hi aadmi yeh jaan lega is baat ko shaoori taur par, yaqeen ke sath ke is dunya mein bohat thodi muddat mujhe mili hai aur is ke baad maut ke baad lambi muddat jo hai meri, woh abadi hai.</w:t>
      </w:r>
      <w:r>
        <w:br/>
      </w:r>
      <w:r>
        <w:rPr>
          <w:sz w:val="20"/>
        </w:rPr>
        <w:t>1:10:37  is baat ko jab shaoori taur par jaan lega to inshallah aap woh bohat aasani se apni zindagi ki islaah kar lega.</w:t>
      </w:r>
    </w:p>
    <w:p>
      <w:pPr>
        <w:pStyle w:val="Heading2"/>
      </w:pPr>
      <w:r>
        <w:t>Explaining freedom and paradise to people</w:t>
      </w:r>
    </w:p>
    <w:p>
      <w:r>
        <w:rPr>
          <w:color w:val="666666"/>
          <w:sz w:val="18"/>
        </w:rPr>
        <w:t>Faith &amp; God · Discovery of God (In Conversation with Maulana) December 25, 2011 · 2m 44s · at 7:03 · https://youtu.be/-1c1d7cFj0s?t=423</w:t>
      </w:r>
    </w:p>
    <w:p>
      <w:r>
        <w:rPr>
          <w:i/>
        </w:rPr>
        <w:t>“Maulana, it is a great blessing of Allah that He promised eternal paradise to every human for the correct use of their freedom in this brief life. How can this be explained to modern and non-modern people today?”</w:t>
      </w:r>
    </w:p>
    <w:p>
      <w:r>
        <w:rPr>
          <w:sz w:val="20"/>
        </w:rPr>
        <w:t>7:03  maulana, agla sawal aaya hai mister abdul lateef ka, karachi, pakistan se. unhon ne likha hai: "mera sawal ye hai ke ye Allah taala ki bohat bari blessing hai ke is ne har insan se zindagi ke mukhtasir se hissay mein apni azadi ke sahi istemal par abadi jannat ka wada kiya hai.</w:t>
      </w:r>
      <w:r>
        <w:br/>
      </w:r>
      <w:r>
        <w:rPr>
          <w:sz w:val="20"/>
        </w:rPr>
        <w:t>7:26  maulana sahib, ye baat aaj jadeed aur ghair jadeed insan ko kis tarah samjhai jaye?"</w:t>
      </w:r>
      <w:r>
        <w:br/>
      </w:r>
      <w:r>
        <w:rPr>
          <w:sz w:val="20"/>
        </w:rPr>
        <w:t>7:45  ab mein sochta hoon ke samjhane ka koi naya tareeqa nahi hai. jo pehle jo tareeqa tha, wahi tareeqa aaj bhi hai.</w:t>
      </w:r>
      <w:r>
        <w:br/>
      </w:r>
      <w:r>
        <w:rPr>
          <w:sz w:val="20"/>
        </w:rPr>
        <w:t>7:56  woh yahi hai ke tum</w:t>
      </w:r>
      <w:r>
        <w:br/>
      </w:r>
      <w:r>
        <w:rPr>
          <w:sz w:val="20"/>
        </w:rPr>
        <w:t>8:01  duniya mein kuch bhi hasil kar lo, lekin thori muddat ke baad is ko chhod kar jaana padta hai. 50 saal, 60 saal, 70 saal aap rahe, is ke baad sab kuch chhod ke chale gaye.</w:t>
      </w:r>
      <w:r>
        <w:br/>
      </w:r>
      <w:r>
        <w:rPr>
          <w:sz w:val="20"/>
        </w:rPr>
        <w:t>8:12  to faida kya hua? to aadmi ko chahiye ke woh, yaani maut ke baad jo abadi zindagi hai, us ko us ko yaqeen dilaya jaye ke maut par zindagi khatam nahi hoti.</w:t>
      </w:r>
      <w:r>
        <w:br/>
      </w:r>
      <w:r>
        <w:rPr>
          <w:sz w:val="20"/>
        </w:rPr>
        <w:t>8:26  maut ke baad zindagi jo hai, continue rehti hai. ab woh, ab woh abadi hai, eternal hai. to is zindagi ke liye tayyari karo jo abadi hai.</w:t>
      </w:r>
      <w:r>
        <w:br/>
      </w:r>
      <w:r>
        <w:rPr>
          <w:sz w:val="20"/>
        </w:rPr>
        <w:t>8:37  waqti zindagi ke liye jeena aur mar jaana, yeh to bohat hi, yaani bohat hi bari nadani aur bohat hi ghaate ki baat hogi.</w:t>
      </w:r>
      <w:r>
        <w:br/>
      </w:r>
      <w:r>
        <w:rPr>
          <w:sz w:val="20"/>
        </w:rPr>
        <w:t>8:49  ab isi baat ko jitna aap samjha sakein, aadmi ko jitna samjha sakein, kyunke yahi kamzori insaan ki hai ke yeh yaani aaj aaj jo thoda sa faida mil raha hai, usi mein aadmi gum ho jata hai.</w:t>
      </w:r>
      <w:r>
        <w:br/>
      </w:r>
      <w:r>
        <w:rPr>
          <w:sz w:val="20"/>
        </w:rPr>
        <w:t>9:06  aur jo bara faida jo baad ko aanay wala hai, us se bekhabar ho jata hai. to insaan ko is is parde ko hatana hai, hatana hai.</w:t>
      </w:r>
      <w:r>
        <w:br/>
      </w:r>
      <w:r>
        <w:rPr>
          <w:sz w:val="20"/>
        </w:rPr>
        <w:t>9:17  insaan ki is bekhabari ko todna. jaise hi aadmi jaan lega is baat ko, shaoori taur par, yaqeen ke saath ke is duniya mein bohat thori muddat mujhe mili hai, aur is ke baad maut ke baad lambi muddat jo hai meri, woh abadi hai.</w:t>
      </w:r>
      <w:r>
        <w:br/>
      </w:r>
      <w:r>
        <w:rPr>
          <w:sz w:val="20"/>
        </w:rPr>
        <w:t>9:35  is baat ko jab shaoori taur par jaan lega, to inshallah aap woh bohat aasani se apni zindagi ki islaah kar lega.</w:t>
      </w:r>
    </w:p>
    <w:p>
      <w:pPr>
        <w:pStyle w:val="Heading2"/>
      </w:pPr>
      <w:r>
        <w:t>Explaining monotheism to those who believe in many gods</w:t>
      </w:r>
    </w:p>
    <w:p>
      <w:r>
        <w:rPr>
          <w:color w:val="666666"/>
          <w:sz w:val="18"/>
        </w:rPr>
        <w:t>Faith &amp; God · The Importance of Wisdom November 4, 2012 · 2m 45s · at 1:13:51 · https://youtu.be/7e6FvqRSHic?t=4431</w:t>
      </w:r>
    </w:p>
    <w:p>
      <w:r>
        <w:rPr>
          <w:i/>
        </w:rPr>
        <w:t>“Many people say that they believe in Ram, Rahim, Allah all. How do we explain to them? How should we explain that God is one? Or what example can we give them so they become satisfied?”</w:t>
      </w:r>
    </w:p>
    <w:p>
      <w:r>
        <w:rPr>
          <w:sz w:val="20"/>
        </w:rPr>
        <w:t>1:13:51  aur musalmanon ki bohat hi bari kamzori ko batati hai yeh bohat bari bhayanak weakness ko batati hai yeh maulana agla sawal dilli se hai mohammad ans sahib ka unhon ne likha hai maulana bohat se log yeh kehte hain ke hum ram rahim allah sab ko mante hain</w:t>
      </w:r>
      <w:r>
        <w:br/>
      </w:r>
      <w:r>
        <w:rPr>
          <w:sz w:val="20"/>
        </w:rPr>
        <w:t>1:14:13  aise logon ko hum kaise samjhayen humein kaise samjhana chahiye ke khuda sirf ek hai ya hum phir unhein aisi kaun si misal dein jis se woh satisfy ho jayen is ke baray mein nahi dekhiye aap aap isi is ko aap starting point ko banate hain starting point mat banaiye is ko jo woh keh rahe hain aap is ka ek kitab padho aap un ko kitabein dijiye</w:t>
      </w:r>
      <w:r>
        <w:br/>
      </w:r>
      <w:r>
        <w:rPr>
          <w:sz w:val="20"/>
        </w:rPr>
        <w:t>1:14:38  is tarah se ise ek ek ek endless behas chale gi aur kuch hoga nahi aap bhi islam mein literature dijiye un ko kitabein dijiye hamare mission mein yeh hota hai hamare mission mein is tarah ki behas nahi hai koi bhi agar is tarah ki behas karta ho to us ko us se bachna chahiye har case mein sab se pehla aap ka jo hona chahiye kaam ke us ko literature dena</w:t>
      </w:r>
      <w:r>
        <w:br/>
      </w:r>
      <w:r>
        <w:rPr>
          <w:sz w:val="20"/>
        </w:rPr>
        <w:t>1:15:07  har case mein yahi nahi hai koi bhi case hai</w:t>
      </w:r>
      <w:r>
        <w:br/>
      </w:r>
      <w:r>
        <w:rPr>
          <w:sz w:val="20"/>
        </w:rPr>
        <w:t>1:15:10  lekin log jaldi lagte hain bahas karne bahas karne se bas to hi khatm ho jayega is</w:t>
      </w:r>
      <w:r>
        <w:br/>
      </w:r>
      <w:r>
        <w:rPr>
          <w:sz w:val="20"/>
        </w:rPr>
        <w:t>1:15:16  ki jankari badhaiye isko aur zyada is zehan ko wasee kijiye iske iska mutala badhaiye</w:t>
      </w:r>
      <w:r>
        <w:br/>
      </w:r>
      <w:r>
        <w:rPr>
          <w:sz w:val="20"/>
        </w:rPr>
        <w:t>1:15:25  tab ja kar wo prepared mind banega abhi to prepared mind hi nahi hai ab bahas karne</w:t>
      </w:r>
      <w:r>
        <w:br/>
      </w:r>
      <w:r>
        <w:rPr>
          <w:sz w:val="20"/>
        </w:rPr>
        <w:t>1:15:30  lage iske sath</w:t>
      </w:r>
      <w:r>
        <w:br/>
      </w:r>
      <w:r>
        <w:rPr>
          <w:sz w:val="20"/>
        </w:rPr>
        <w:t>1:15:33  behral main yahi kahunga ki aap kitabein padhaiye bas aur kuch nahi hai</w:t>
      </w:r>
      <w:r>
        <w:br/>
      </w:r>
      <w:r>
        <w:rPr>
          <w:sz w:val="20"/>
        </w:rPr>
        <w:t>1:15:37  aur bohat dinon tak padhate rahiye kitabein is ke baad inshallah is ka durust ho jayega.</w:t>
      </w:r>
    </w:p>
    <w:p>
      <w:pPr>
        <w:pStyle w:val="Heading2"/>
      </w:pPr>
      <w:r>
        <w:t>Explaining the responsibility of La ilaha illallah</w:t>
      </w:r>
    </w:p>
    <w:p>
      <w:r>
        <w:rPr>
          <w:color w:val="666666"/>
          <w:sz w:val="18"/>
        </w:rPr>
        <w:t>Faith &amp; God · The Revival of Ibrahimi Mission-28th October 2012 · 6m 47s · at 1:06:15 · https://youtu.be/kniEYfMCz9w?t=3975</w:t>
      </w:r>
    </w:p>
    <w:p>
      <w:r>
        <w:rPr>
          <w:i/>
        </w:rPr>
        <w:t>“When we explain to Muslims that the declaration of 'La ilaha illallah' is the responsibility, it does...”</w:t>
      </w:r>
    </w:p>
    <w:p>
      <w:r>
        <w:rPr>
          <w:sz w:val="20"/>
        </w:rPr>
        <w:t>1:06:15  maulana, agla sawal dilli se hai.</w:t>
      </w:r>
      <w:r>
        <w:br/>
      </w:r>
      <w:r>
        <w:rPr>
          <w:sz w:val="20"/>
        </w:rPr>
        <w:t>1:06:21  miss naghma siddiqui ka.</w:t>
      </w:r>
      <w:r>
        <w:br/>
      </w:r>
      <w:r>
        <w:rPr>
          <w:sz w:val="20"/>
        </w:rPr>
        <w:t>1:06:27  unhon ne likha hai: "When we explain to Muslims that دعویٰ الا اللہ is the responsibility, it does</w:t>
      </w:r>
      <w:r>
        <w:br/>
      </w:r>
      <w:r>
        <w:rPr>
          <w:sz w:val="20"/>
        </w:rPr>
        <w:t>1:06:33  not get any positive response.</w:t>
      </w:r>
      <w:r>
        <w:br/>
      </w:r>
      <w:r>
        <w:rPr>
          <w:sz w:val="20"/>
        </w:rPr>
        <w:t>1:06:39  They say yes, it is good, but continue to do either their social or milli work.</w:t>
      </w:r>
      <w:r>
        <w:br/>
      </w:r>
      <w:r>
        <w:rPr>
          <w:sz w:val="20"/>
        </w:rPr>
        <w:t>1:06:45  molana, when the task is so big and Muslims are not giving a positive response, what should we do?</w:t>
      </w:r>
      <w:r>
        <w:br/>
      </w:r>
      <w:r>
        <w:rPr>
          <w:sz w:val="20"/>
        </w:rPr>
        <w:t>1:06:50  "dekhen, social work, milli work, yeh to koi kaam nahin hai mere nazdeek, na islami aitbaar se</w:t>
      </w:r>
      <w:r>
        <w:br/>
      </w:r>
      <w:r>
        <w:rPr>
          <w:sz w:val="20"/>
        </w:rPr>
        <w:t>1:06:55  aur na aqal ke aitbaar se.</w:t>
      </w:r>
      <w:r>
        <w:br/>
      </w:r>
      <w:r>
        <w:rPr>
          <w:sz w:val="20"/>
        </w:rPr>
        <w:t>1:07:00  is liye hamara islami aitbaar se yeh hai ke rasool Allah ki zindagi mein hamein koi aisa namoona</w:t>
      </w:r>
      <w:r>
        <w:br/>
      </w:r>
      <w:r>
        <w:rPr>
          <w:sz w:val="20"/>
        </w:rPr>
        <w:t>1:07:05  nahin milta ke aap ne social work kiya, milli work kiya ho, aap ne sirf دعویٰ work kiya.</w:t>
      </w:r>
      <w:r>
        <w:br/>
      </w:r>
      <w:r>
        <w:rPr>
          <w:sz w:val="20"/>
        </w:rPr>
        <w:t>1:07:10  is ke baray mein main likh chuka hoon tafseel se, aap parh sakte hain ke rasool Allah ne</w:t>
      </w:r>
      <w:r>
        <w:br/>
      </w:r>
      <w:r>
        <w:rPr>
          <w:sz w:val="20"/>
        </w:rPr>
        <w:t>1:07:15  kabhi bhi yeh kaam nahin kiya.</w:t>
      </w:r>
      <w:r>
        <w:br/>
      </w:r>
      <w:r>
        <w:rPr>
          <w:sz w:val="20"/>
        </w:rPr>
        <w:t>1:07:20  hata ke aap ko yeh kaam karne ke liye kaha gaya, is tarah ka kaam to aap ne</w:t>
      </w:r>
      <w:r>
        <w:br/>
      </w:r>
      <w:r>
        <w:rPr>
          <w:sz w:val="20"/>
        </w:rPr>
        <w:t>1:07:25  kaha ke ma lihaza buis'tum alaikum main is ke liye nahin bheja gaya hoon.</w:t>
      </w:r>
      <w:r>
        <w:br/>
      </w:r>
      <w:r>
        <w:rPr>
          <w:sz w:val="20"/>
        </w:rPr>
        <w:t>1:07:30  yeh yeh mera kaam to da'wat Allah hai.</w:t>
      </w:r>
      <w:r>
        <w:br/>
      </w:r>
      <w:r>
        <w:rPr>
          <w:sz w:val="20"/>
        </w:rPr>
        <w:t>1:07:35  aqal ka mamla yeh hai ke main aqli tor par bhi is ko absurd samajhta hoon.</w:t>
      </w:r>
      <w:r>
        <w:br/>
      </w:r>
      <w:r>
        <w:rPr>
          <w:sz w:val="20"/>
        </w:rPr>
        <w:t>1:07:40  is liye ke sab se bari cheez dekhiye, yeh nahin ke aap un ki help karen.</w:t>
      </w:r>
      <w:r>
        <w:br/>
      </w:r>
      <w:r>
        <w:rPr>
          <w:sz w:val="20"/>
        </w:rPr>
        <w:t>1:07:45  sab se bari cheez aap ko incentive den, challenge ko face karne ki taqat paida karen.</w:t>
      </w:r>
      <w:r>
        <w:br/>
      </w:r>
      <w:r>
        <w:rPr>
          <w:sz w:val="20"/>
        </w:rPr>
        <w:t>1:07:50  un ke andar aaj kal jo chala hua hai, muslim empowerment aur community empowerment, falan empowerment, yeh sab</w:t>
      </w:r>
      <w:r>
        <w:br/>
      </w:r>
      <w:r>
        <w:rPr>
          <w:sz w:val="20"/>
        </w:rPr>
        <w:t>1:07:56  bilkul absurd main samajhta hoon.</w:t>
      </w:r>
      <w:r>
        <w:br/>
      </w:r>
      <w:r>
        <w:rPr>
          <w:sz w:val="20"/>
        </w:rPr>
        <w:t>1:08:01  is ko woh saare log jin ko kaha jata hai ke he was born with a silver spoon</w:t>
      </w:r>
      <w:r>
        <w:br/>
      </w:r>
      <w:r>
        <w:rPr>
          <w:sz w:val="20"/>
        </w:rPr>
        <w:t>1:08:06  in his mouth, mere to woh sab se zyada fail thay zindagi mein kyunke unhon ne challenge ko</w:t>
      </w:r>
      <w:r>
        <w:br/>
      </w:r>
      <w:r>
        <w:rPr>
          <w:sz w:val="20"/>
        </w:rPr>
        <w:t>1:08:11  face nahin kiya.</w:t>
      </w:r>
      <w:r>
        <w:br/>
      </w:r>
      <w:r>
        <w:rPr>
          <w:sz w:val="20"/>
        </w:rPr>
        <w:t>1:08:16  un ke andar personality nahi bani, un ke andar incentive nahi ubhra.</w:t>
      </w:r>
      <w:r>
        <w:br/>
      </w:r>
      <w:r>
        <w:rPr>
          <w:sz w:val="20"/>
        </w:rPr>
        <w:t>1:08:21  to main is ko koi kaam nahi samajhta.</w:t>
      </w:r>
      <w:r>
        <w:br/>
      </w:r>
      <w:r>
        <w:rPr>
          <w:sz w:val="20"/>
        </w:rPr>
        <w:t>1:08:26  jo kaam ko aik hi kaam ko main kaam samajhta hoon ke education, intehai aala mayar ki education,</w:t>
      </w:r>
      <w:r>
        <w:br/>
      </w:r>
      <w:r>
        <w:rPr>
          <w:sz w:val="20"/>
        </w:rPr>
        <w:t>1:08:31  abhi bhi hamare mulk mein aala mayar ki education nahi hai.</w:t>
      </w:r>
      <w:r>
        <w:br/>
      </w:r>
      <w:r>
        <w:rPr>
          <w:sz w:val="20"/>
        </w:rPr>
        <w:t>1:08:36  halankay beshumar log social work kar rahay hain, milli work kar rahay hain, is mein arbon kharbon</w:t>
      </w:r>
      <w:r>
        <w:br/>
      </w:r>
      <w:r>
        <w:rPr>
          <w:sz w:val="20"/>
        </w:rPr>
        <w:t>1:08:41  roopay kharch kar rahay hain.</w:t>
      </w:r>
      <w:r>
        <w:br/>
      </w:r>
      <w:r>
        <w:rPr>
          <w:sz w:val="20"/>
        </w:rPr>
        <w:t>1:08:46  yeh sab mere nazdeek bilkul bekar kaam hai.</w:t>
      </w:r>
      <w:r>
        <w:br/>
      </w:r>
      <w:r>
        <w:rPr>
          <w:sz w:val="20"/>
        </w:rPr>
        <w:t>1:08:51  islami aitbar se bhi, aqli aitbar se bhi, bohat aala darjay ka school kholain, lakhon ki tadad mein</w:t>
      </w:r>
      <w:r>
        <w:br/>
      </w:r>
      <w:r>
        <w:rPr>
          <w:sz w:val="20"/>
        </w:rPr>
        <w:t>1:08:57  saaray mulk mein sara paisa is mein laga dain.</w:t>
      </w:r>
      <w:r>
        <w:br/>
      </w:r>
      <w:r>
        <w:rPr>
          <w:sz w:val="20"/>
        </w:rPr>
        <w:t>1:09:02  yeh hai kaam.</w:t>
      </w:r>
      <w:r>
        <w:br/>
      </w:r>
      <w:r>
        <w:rPr>
          <w:sz w:val="20"/>
        </w:rPr>
        <w:t>1:09:07  abhi bhi aala darjay ke school hamare mulk mein mojood nahi hain aur social work ki dhoom hai,</w:t>
      </w:r>
      <w:r>
        <w:br/>
      </w:r>
      <w:r>
        <w:rPr>
          <w:sz w:val="20"/>
        </w:rPr>
        <w:t>1:09:12  milli work ki dhoom hai.</w:t>
      </w:r>
      <w:r>
        <w:br/>
      </w:r>
      <w:r>
        <w:rPr>
          <w:sz w:val="20"/>
        </w:rPr>
        <w:t>1:09:17  to main is mamlay mein bohat hi sakht rai rakhta hoon.</w:t>
      </w:r>
      <w:r>
        <w:br/>
      </w:r>
      <w:r>
        <w:rPr>
          <w:sz w:val="20"/>
        </w:rPr>
        <w:t>1:09:22  un kaamoun ko main kaam nahi samajhta.</w:t>
      </w:r>
      <w:r>
        <w:br/>
      </w:r>
      <w:r>
        <w:rPr>
          <w:sz w:val="20"/>
        </w:rPr>
        <w:t>1:09:27  main aik kaam samajhta hoon ke is is baat ko ke insan ka incentive jagaya jaye, motivate kiya jaye.</w:t>
      </w:r>
      <w:r>
        <w:br/>
      </w:r>
      <w:r>
        <w:rPr>
          <w:sz w:val="20"/>
        </w:rPr>
        <w:t>1:09:32  aur doosri baat yeh ke bohat hi high standard ki education di jaye is ko.</w:t>
      </w:r>
      <w:r>
        <w:br/>
      </w:r>
      <w:r>
        <w:rPr>
          <w:sz w:val="20"/>
        </w:rPr>
        <w:t>1:09:37  isi ko main kaam samajhta hoon.</w:t>
      </w:r>
      <w:r>
        <w:br/>
      </w:r>
      <w:r>
        <w:rPr>
          <w:sz w:val="20"/>
        </w:rPr>
        <w:t>1:09:42  baqi sab ledaery hai, ledaery.</w:t>
      </w:r>
      <w:r>
        <w:br/>
      </w:r>
      <w:r>
        <w:rPr>
          <w:sz w:val="20"/>
        </w:rPr>
        <w:t>1:09:47  maulana, dilli se sawal hai muhammad noor sahib ka.</w:t>
      </w:r>
      <w:r>
        <w:br/>
      </w:r>
      <w:r>
        <w:rPr>
          <w:sz w:val="20"/>
        </w:rPr>
        <w:t>1:09:52  unhon ne likha hai: "If I have discovered truth, will I never experience frustration?</w:t>
      </w:r>
      <w:r>
        <w:br/>
      </w:r>
      <w:r>
        <w:rPr>
          <w:sz w:val="20"/>
        </w:rPr>
        <w:t>1:09:58  What is your comment on this?</w:t>
      </w:r>
      <w:r>
        <w:br/>
      </w:r>
      <w:r>
        <w:rPr>
          <w:sz w:val="20"/>
        </w:rPr>
        <w:t>1:10:04  " mera tajurba to yahi hai.</w:t>
      </w:r>
      <w:r>
        <w:br/>
      </w:r>
      <w:r>
        <w:rPr>
          <w:sz w:val="20"/>
        </w:rPr>
        <w:t>1:10:10  mera tajurba yeh hai ke main Allah ke fazal se tension free rehta hoon.</w:t>
      </w:r>
      <w:r>
        <w:br/>
      </w:r>
      <w:r>
        <w:rPr>
          <w:sz w:val="20"/>
        </w:rPr>
        <w:t>1:10:17  mujhe akhirat ke fikr to zaroor hain, lekin dunya tension hota hai.</w:t>
      </w:r>
      <w:r>
        <w:br/>
      </w:r>
      <w:r>
        <w:rPr>
          <w:sz w:val="20"/>
        </w:rPr>
        <w:t>1:10:23  dunya ko lay kar ke, dunya ko lay kar tension hota hai.</w:t>
      </w:r>
      <w:r>
        <w:br/>
      </w:r>
      <w:r>
        <w:rPr>
          <w:sz w:val="20"/>
        </w:rPr>
        <w:t>1:10:29  to dunya ke mamlaat mein insaan tension free ban jaata hai, is mein koi shakk nahi hai.</w:t>
      </w:r>
      <w:r>
        <w:br/>
      </w:r>
      <w:r>
        <w:rPr>
          <w:sz w:val="20"/>
        </w:rPr>
        <w:t>1:10:36  agar is ko woh sachai mil jaye jo Allah ke nazdeek sachai hai, yeh bhi samajh lijiye.</w:t>
      </w:r>
      <w:r>
        <w:br/>
      </w:r>
      <w:r>
        <w:rPr>
          <w:sz w:val="20"/>
        </w:rPr>
        <w:t>1:10:42  self style sachai se nahi aisa hoga, kyunke jab woh sachai mil jaye aap ko jo Allah ke</w:t>
      </w:r>
      <w:r>
        <w:br/>
      </w:r>
      <w:r>
        <w:rPr>
          <w:sz w:val="20"/>
        </w:rPr>
        <w:t>1:10:48  nazdeek sachai hai, to aap ka aap ka talluq Allah se qaim ho gaya.</w:t>
      </w:r>
      <w:r>
        <w:br/>
      </w:r>
      <w:r>
        <w:rPr>
          <w:sz w:val="20"/>
        </w:rPr>
        <w:t>1:10:55  aap phir, yaani Allah se aap ka communication hoga.</w:t>
      </w:r>
      <w:r>
        <w:br/>
      </w:r>
      <w:r>
        <w:rPr>
          <w:sz w:val="20"/>
        </w:rPr>
        <w:t>1:11:01  Allah ki help aap tak pohnchegi, Allah ka inspiration milega aap ko.</w:t>
      </w:r>
      <w:r>
        <w:br/>
      </w:r>
      <w:r>
        <w:rPr>
          <w:sz w:val="20"/>
        </w:rPr>
        <w:t>1:11:08  to yeh saare faayde is sachai ke liye hain jo Allah ke nazdeek sachai ho.</w:t>
      </w:r>
      <w:r>
        <w:br/>
      </w:r>
      <w:r>
        <w:rPr>
          <w:sz w:val="20"/>
        </w:rPr>
        <w:t>1:11:14  kisi bhi self self style sachai ke liye yeh faayde nahi hain.</w:t>
      </w:r>
      <w:r>
        <w:br/>
      </w:r>
      <w:r>
        <w:rPr>
          <w:sz w:val="20"/>
        </w:rPr>
        <w:t>1:11:20  khud hi khud log daal lete hain ke yeh sachai hai, yeh sachai hai.</w:t>
      </w:r>
      <w:r>
        <w:br/>
      </w:r>
      <w:r>
        <w:rPr>
          <w:sz w:val="20"/>
        </w:rPr>
        <w:t>1:11:27  to is mein yeh faayde kahan se milenge? Allah ne jis cheez ko sachai bataya hai, Allah</w:t>
      </w:r>
      <w:r>
        <w:br/>
      </w:r>
      <w:r>
        <w:rPr>
          <w:sz w:val="20"/>
        </w:rPr>
        <w:t>1:11:33  ke nazdeek jo jo sachai hai, jab woh mil jaye aap ko to aap Allah se jud gaye.</w:t>
      </w:r>
      <w:r>
        <w:br/>
      </w:r>
      <w:r>
        <w:rPr>
          <w:sz w:val="20"/>
        </w:rPr>
        <w:t>1:11:39  jab Allah se jud gaye to phir tension, tension kahan? phir to tension khatam.</w:t>
      </w:r>
      <w:r>
        <w:br/>
      </w:r>
      <w:r>
        <w:rPr>
          <w:sz w:val="20"/>
        </w:rPr>
        <w:t>1:11:46  Maulana, Mr Sanjeeb ne Delhi se sawal kiya hai.</w:t>
      </w:r>
      <w:r>
        <w:br/>
      </w:r>
      <w:r>
        <w:rPr>
          <w:sz w:val="20"/>
        </w:rPr>
        <w:t>1:11:52  unhon ne unhon ne poocha hai: "What is the limit of applying mind in religion?</w:t>
      </w:r>
      <w:r>
        <w:br/>
      </w:r>
      <w:r>
        <w:rPr>
          <w:sz w:val="20"/>
        </w:rPr>
        <w:t>1:11:59  " Mr ne kaha: "matlab is ka?" Maulana ki: "limit ki?" limit kya sawal hai? bhai, humm hain</w:t>
      </w:r>
      <w:r>
        <w:br/>
      </w:r>
      <w:r>
        <w:rPr>
          <w:sz w:val="20"/>
        </w:rPr>
        <w:t>1:12:04  jin religion to zindagi hai.</w:t>
      </w:r>
      <w:r>
        <w:br/>
      </w:r>
      <w:r>
        <w:rPr>
          <w:sz w:val="20"/>
        </w:rPr>
        <w:t>1:12:10  aap shayad religion ka matlab samajhte hain rituals.</w:t>
      </w:r>
      <w:r>
        <w:br/>
      </w:r>
      <w:r>
        <w:rPr>
          <w:sz w:val="20"/>
        </w:rPr>
        <w:t>1:12:16  rituals hona religion nahi hai.</w:t>
      </w:r>
      <w:r>
        <w:br/>
      </w:r>
      <w:r>
        <w:rPr>
          <w:sz w:val="20"/>
        </w:rPr>
        <w:t>1:12:22  religion to, yaani yaani intellectual activities ka higher form hai.</w:t>
      </w:r>
      <w:r>
        <w:br/>
      </w:r>
      <w:r>
        <w:rPr>
          <w:sz w:val="20"/>
        </w:rPr>
        <w:t>1:12:28  intellectual activities ka higher form hai.</w:t>
      </w:r>
      <w:r>
        <w:br/>
      </w:r>
      <w:r>
        <w:rPr>
          <w:sz w:val="20"/>
        </w:rPr>
        <w:t>1:12:34  to sab se zyada aap ko, aap ka mind jo hai, jis cheez mein religion aap ke mind</w:t>
      </w:r>
      <w:r>
        <w:br/>
      </w:r>
      <w:r>
        <w:rPr>
          <w:sz w:val="20"/>
        </w:rPr>
        <w:t>1:12:40  ko sab se zyada develop karta hai, sab se zyada engage karta hai, sab se zyada taraqqi ki</w:t>
      </w:r>
      <w:r>
        <w:br/>
      </w:r>
      <w:r>
        <w:rPr>
          <w:sz w:val="20"/>
        </w:rPr>
        <w:t>1:12:45  taraf le aata hai, to is mein limit ka kya sawal hai? limit ka zehan is waqt aata</w:t>
      </w:r>
      <w:r>
        <w:br/>
      </w:r>
      <w:r>
        <w:rPr>
          <w:sz w:val="20"/>
        </w:rPr>
        <w:t>1:12:51  hai jab aap jab religion ka matlab samjhein aap rituals.</w:t>
      </w:r>
      <w:r>
        <w:br/>
      </w:r>
      <w:r>
        <w:rPr>
          <w:sz w:val="20"/>
        </w:rPr>
        <w:t>1:12:57  to ritual to mazhab hai hi nahi, woh to culture hai.</w:t>
      </w:r>
    </w:p>
    <w:p>
      <w:pPr>
        <w:pStyle w:val="Heading2"/>
      </w:pPr>
      <w:r>
        <w:t>Explanation of the concept of Trinity</w:t>
      </w:r>
    </w:p>
    <w:p>
      <w:r>
        <w:rPr>
          <w:color w:val="666666"/>
          <w:sz w:val="18"/>
        </w:rPr>
        <w:t>Faith &amp; God · Three levels of Realization July 4, 2010 · 1m 44s · at 1:42:42 · https://youtu.be/NtCTVVov3Nw?t=6162</w:t>
      </w:r>
    </w:p>
    <w:p>
      <w:r>
        <w:rPr>
          <w:i/>
        </w:rPr>
        <w:t>“Please explain the concept of Trinity.”</w:t>
      </w:r>
    </w:p>
    <w:p>
      <w:r>
        <w:rPr>
          <w:sz w:val="20"/>
        </w:rPr>
        <w:t>1:42:42  maulana agla sawal kya hai mister muhammad asif riyaz patna se unhone likha hai maulana kindly let us know about the concept of trinity</w:t>
      </w:r>
      <w:r>
        <w:br/>
      </w:r>
      <w:r>
        <w:rPr>
          <w:sz w:val="20"/>
        </w:rPr>
        <w:t>1:42:57  bhai yeh to koi kis ne bhi nahi bata sakta main kya bataunga</w:t>
      </w:r>
      <w:r>
        <w:br/>
      </w:r>
      <w:r>
        <w:rPr>
          <w:sz w:val="20"/>
        </w:rPr>
        <w:t>1:43:05  hamari ladki doctor farida khan ne jab padhti thi delhi university mein to ek ek un ka professor tha woh christian tha woh english literature padhti thi woh to unhone pucha us se ke sir what is trinity yani three in one one in three yeh kya cheez hai to us ne kuch der socha there is a pause then he said if you ask i don't know if you don't ask i know</w:t>
      </w:r>
      <w:r>
        <w:br/>
      </w:r>
      <w:r>
        <w:rPr>
          <w:sz w:val="20"/>
        </w:rPr>
        <w:t>1:43:34  yeh ek christian professor ka jawab tha main khud bhi aisa hua ke father se ke sirf hamare office mein ek father aaye bahar ke the british father the woh to main ne kaha bhai kahan bible mein likha hua hai trinity to 45 minute tak woh ulte padhte rahe woh ek bhi verse nahi bata sake ke yeh hai yahan pe trinity likhi hui hai to trinity ek mysterious concept hai koi bhi nahi bata sakta</w:t>
      </w:r>
      <w:r>
        <w:br/>
      </w:r>
      <w:r>
        <w:rPr>
          <w:sz w:val="20"/>
        </w:rPr>
        <w:t>1:44:02  jo batayega woh aur zyada mystery daal daal dega agar koi batayega na to woh aur zyada mysterious bana dega us ko yani koi bhi samajh nahi pata aadmi ke ek hi cheez teen bhi ho woh ek cheez ek bhi ho yeh to mathematically it is yani almost impossible to comprehend</w:t>
      </w:r>
    </w:p>
    <w:p>
      <w:pPr>
        <w:pStyle w:val="Heading2"/>
      </w:pPr>
      <w:r>
        <w:t>Failure to discover God from experiences</w:t>
      </w:r>
    </w:p>
    <w:p>
      <w:r>
        <w:rPr>
          <w:color w:val="666666"/>
          <w:sz w:val="18"/>
        </w:rPr>
        <w:t>Faith &amp; God · 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Faith and character building relationship</w:t>
      </w:r>
    </w:p>
    <w:p>
      <w:r>
        <w:rPr>
          <w:color w:val="666666"/>
          <w:sz w:val="18"/>
        </w:rPr>
        <w:t>Faith &amp; God · Dars-e-Quran, Chapter 2, Verse 25 | November 19, 2017 | Maulana Wahiduddin Khan · 1m 09s · at 59:23 · https://youtu.be/ctvrG32NCgA?t=3563</w:t>
      </w:r>
    </w:p>
    <w:p>
      <w:r>
        <w:rPr>
          <w:i/>
        </w:rPr>
        <w:t>“Character building is the price of Paradise, then where is the need for faith? Please explain the relationship between faith and ethics.”</w:t>
      </w:r>
    </w:p>
    <w:p>
      <w:r>
        <w:rPr>
          <w:sz w:val="20"/>
        </w:rPr>
        <w:t>59:23  maulana, agla sawal chennai se kya hai maulana iqbal umri sahib ne, unhone likha hai:</w:t>
      </w:r>
      <w:r>
        <w:br/>
      </w:r>
      <w:r>
        <w:rPr>
          <w:sz w:val="20"/>
        </w:rPr>
        <w:t>59:29  "character building hi jannat ki qeemat hai, to is mein iman ki zarurat kahan tak hai?" maulana, iman</w:t>
      </w:r>
      <w:r>
        <w:br/>
      </w:r>
      <w:r>
        <w:rPr>
          <w:sz w:val="20"/>
        </w:rPr>
        <w:t>59:35  aur akhlaq ke talluq ke bare mein kuch farmayein.</w:t>
      </w:r>
      <w:r>
        <w:br/>
      </w:r>
      <w:r>
        <w:rPr>
          <w:sz w:val="20"/>
        </w:rPr>
        <w:t>59:41  dekhen, imaan to yani garding force jo karte hain na, murekh awwal hai.</w:t>
      </w:r>
      <w:r>
        <w:br/>
      </w:r>
      <w:r>
        <w:rPr>
          <w:sz w:val="20"/>
        </w:rPr>
        <w:t>59:47  wo imaan jo hai, wo murekh awwal hai.</w:t>
      </w:r>
      <w:r>
        <w:br/>
      </w:r>
      <w:r>
        <w:rPr>
          <w:sz w:val="20"/>
        </w:rPr>
        <w:t>59:53  agar aadmi ke andar imaan na ho to yaqeen nahi hoga,</w:t>
      </w:r>
      <w:r>
        <w:br/>
      </w:r>
      <w:r>
        <w:rPr>
          <w:sz w:val="20"/>
        </w:rPr>
        <w:t>59:59  yaqeen nahi hoga, Allah ka dar nahi hoga, yaqeen nahi hoga to jannat uski us ka nishan</w:t>
      </w:r>
      <w:r>
        <w:br/>
      </w:r>
      <w:r>
        <w:rPr>
          <w:sz w:val="20"/>
        </w:rPr>
        <w:t>1:00:08  nahi, concern nahi hoga.</w:t>
      </w:r>
      <w:r>
        <w:br/>
      </w:r>
      <w:r>
        <w:rPr>
          <w:sz w:val="20"/>
        </w:rPr>
        <w:t>1:00:16  to imaan to jar mein hai, imaan ke baghair to sab kuch khatam.</w:t>
      </w:r>
      <w:r>
        <w:br/>
      </w:r>
      <w:r>
        <w:rPr>
          <w:sz w:val="20"/>
        </w:rPr>
        <w:t>1:00:24  imaan ka matlab yahi faith, yani in in baaton ka yaqeen hona jin ko hum akhirat kehte hain.</w:t>
      </w:r>
    </w:p>
    <w:p>
      <w:pPr>
        <w:pStyle w:val="Heading2"/>
      </w:pPr>
      <w:r>
        <w:t>Fate of Good Disbelievers in Hereafter</w:t>
      </w:r>
    </w:p>
    <w:p>
      <w:r>
        <w:rPr>
          <w:color w:val="666666"/>
          <w:sz w:val="18"/>
        </w:rPr>
        <w:t>Faith &amp; God · Dars-e-Quran, Chapter 2, Verse 25 | November 19, 2017 | Maulana Wahiduddin Khan · 1m 45s · at 1:00:33 · https://youtu.be/ctvrG32NCgA?t=3633</w:t>
      </w:r>
    </w:p>
    <w:p>
      <w:r>
        <w:rPr>
          <w:i/>
        </w:rPr>
        <w:t>“People who don't believe in God and the hereafter, but still do a lot of good and are seemingly positive individuals. What is Islam's view of such individuals? Will such individuals find a place in paradise?”</w:t>
      </w:r>
    </w:p>
    <w:p>
      <w:r>
        <w:rPr>
          <w:sz w:val="20"/>
        </w:rPr>
        <w:t>1:00:33  Maulana, agla sawal Muhammad bilal shafi sahib ne kiya hai kolkata se, unhon ne likha hai: "People who don't believe in God or hereafter, but still do a lot of good and are seemingly positive individuals. What is Islam view of such individuals? Will such individuals to find a place in paradise?" Maulana sahib, what is your opinion on this? dekhiye, Islam</w:t>
      </w:r>
      <w:r>
        <w:br/>
      </w:r>
      <w:r>
        <w:rPr>
          <w:sz w:val="20"/>
        </w:rPr>
        <w:t>1:01:03  mein bohat bohat bohat clear hai, aap Quran ko parhiye ke jis cheez ko hum kehte hain secular character, to sirf secular character kafi nahi hai jannat mein dakhil ke liye. iman zaroori hai, iman se murad yeh nahi ke kalma parh liya, yeh bhi ghalati hai logon ki. iman ka matlab hai ke Allah ko ha</w:t>
      </w:r>
      <w:r>
        <w:br/>
      </w:r>
      <w:r>
        <w:rPr>
          <w:sz w:val="20"/>
        </w:rPr>
        <w:t>1:01:33  taqeeqi tor par manna, sach much Allah is ka concern ban gaya ho, sach much yani is ki</w:t>
      </w:r>
      <w:r>
        <w:br/>
      </w:r>
      <w:r>
        <w:rPr>
          <w:sz w:val="20"/>
        </w:rPr>
        <w:t>1:01:43  جو thinking ہے، وہ صحیح معنوں میں ایمان پر بیس کرتی ہو وغیرہ۔</w:t>
      </w:r>
      <w:r>
        <w:br/>
      </w:r>
      <w:r>
        <w:rPr>
          <w:sz w:val="20"/>
        </w:rPr>
        <w:t>1:01:53  to secular character par kisi ko jannat nahi milne wali hai,</w:t>
      </w:r>
      <w:r>
        <w:br/>
      </w:r>
      <w:r>
        <w:rPr>
          <w:sz w:val="20"/>
        </w:rPr>
        <w:t>1:02:03  wo is character par milegi jo faith based ho, yani mabni par faith ho.</w:t>
      </w:r>
      <w:r>
        <w:br/>
      </w:r>
      <w:r>
        <w:rPr>
          <w:sz w:val="20"/>
        </w:rPr>
        <w:t>1:02:11  ye to bohat clear hai Quran o Hadees mein.</w:t>
      </w:r>
    </w:p>
    <w:p>
      <w:pPr>
        <w:pStyle w:val="Heading2"/>
      </w:pPr>
      <w:r>
        <w:t>Fate of righteous non-Muslim who never heard Islam</w:t>
      </w:r>
    </w:p>
    <w:p>
      <w:r>
        <w:rPr>
          <w:color w:val="666666"/>
          <w:sz w:val="18"/>
        </w:rPr>
        <w:t>Faith &amp; God · Concept of Death in Islam 26th Aug 12 SLOW · 1m 55s · at 25:40 · https://youtu.be/8dsos0OBM6M?t=1540</w:t>
      </w:r>
    </w:p>
    <w:p>
      <w:r>
        <w:rPr>
          <w:i/>
        </w:rPr>
        <w:t>“How will Allah judge a man who was born in a non-Muslim family, followed his family's faith and led a righteous life, but never received an elaborate message from Islam?”</w:t>
      </w:r>
    </w:p>
    <w:p>
      <w:r>
        <w:rPr>
          <w:sz w:val="20"/>
        </w:rPr>
        <w:t>25:40  Maulana, yeh sawal Delhi se hai Mahboob Elahi sahib ka. unhon ne likha hai: "How Allah will take a man who was born in a non-Muslim family, followed his family's faith and led righteous life, but never received an elaborate message from Islam? "</w:t>
      </w:r>
      <w:r>
        <w:br/>
      </w:r>
      <w:r>
        <w:rPr>
          <w:sz w:val="20"/>
        </w:rPr>
        <w:t>26:04  dekhen, yeh sawal log bohat karte hain.</w:t>
      </w:r>
      <w:r>
        <w:br/>
      </w:r>
      <w:r>
        <w:rPr>
          <w:sz w:val="20"/>
        </w:rPr>
        <w:t>26:10  to is ka jawab jo hai, mujhe aik aik aik aalim se poocha gaya tha yahi sawal.</w:t>
      </w:r>
      <w:r>
        <w:br/>
      </w:r>
      <w:r>
        <w:rPr>
          <w:sz w:val="20"/>
        </w:rPr>
        <w:t>26:16  to un ka jawab mujhe theek lagta hai.</w:t>
      </w:r>
      <w:r>
        <w:br/>
      </w:r>
      <w:r>
        <w:rPr>
          <w:sz w:val="20"/>
        </w:rPr>
        <w:t>26:22  un ka aik aik jumlay mein kaha tha unhon ne ke jaisi tablegh, waisa mawakhza.</w:t>
      </w:r>
      <w:r>
        <w:br/>
      </w:r>
      <w:r>
        <w:rPr>
          <w:sz w:val="20"/>
        </w:rPr>
        <w:t>26:28  jaisi tablegh, waisa mawakhza.</w:t>
      </w:r>
      <w:r>
        <w:br/>
      </w:r>
      <w:r>
        <w:rPr>
          <w:sz w:val="20"/>
        </w:rPr>
        <w:t>26:34  is ka matlab yeh hai ke jitna is ko baat pohnchi hai, isi ke lehaz se woh yani</w:t>
      </w:r>
      <w:r>
        <w:br/>
      </w:r>
      <w:r>
        <w:rPr>
          <w:sz w:val="20"/>
        </w:rPr>
        <w:t>26:40  responsible hai, accountable hai.</w:t>
      </w:r>
      <w:r>
        <w:br/>
      </w:r>
      <w:r>
        <w:rPr>
          <w:sz w:val="20"/>
        </w:rPr>
        <w:t>26:46  یعنی accountability according اس کے اس کے according ہوگی کہ کتنا پہنچا ان کو۔</w:t>
      </w:r>
      <w:r>
        <w:br/>
      </w:r>
      <w:r>
        <w:rPr>
          <w:sz w:val="20"/>
        </w:rPr>
        <w:t>26:52  yeh Allah ko pata hai ke kis ko baat kitni pohnchi hai.</w:t>
      </w:r>
      <w:r>
        <w:br/>
      </w:r>
      <w:r>
        <w:rPr>
          <w:sz w:val="20"/>
        </w:rPr>
        <w:t>26:58  to bohat hi natural formula hai, bohat simple formula ke jitna aadmi ke tak baat pohnchi hai, sachai</w:t>
      </w:r>
      <w:r>
        <w:br/>
      </w:r>
      <w:r>
        <w:rPr>
          <w:sz w:val="20"/>
        </w:rPr>
        <w:t>27:04  pohnchi hai, isi ke lehaz se woh Allah ke samnay accountable hoga.</w:t>
      </w:r>
      <w:r>
        <w:br/>
      </w:r>
      <w:r>
        <w:rPr>
          <w:sz w:val="20"/>
        </w:rPr>
        <w:t>27:10  lekin hum yeh faisla nahi kar sakte ke kitna pohncha, kitna nahi pohncha.</w:t>
      </w:r>
      <w:r>
        <w:br/>
      </w:r>
      <w:r>
        <w:rPr>
          <w:sz w:val="20"/>
        </w:rPr>
        <w:t>27:16  hum sirf yeh bata sakte hain, aik principle bata sakte hain.</w:t>
      </w:r>
      <w:r>
        <w:br/>
      </w:r>
      <w:r>
        <w:rPr>
          <w:sz w:val="20"/>
        </w:rPr>
        <w:t>27:22  principle as a principle hum yeh keh sakte hain ke jitna kisi ko baat pohnchi hai, sachai jitna</w:t>
      </w:r>
      <w:r>
        <w:br/>
      </w:r>
      <w:r>
        <w:rPr>
          <w:sz w:val="20"/>
        </w:rPr>
        <w:t>27:28  is ko pohnchi hai, us ke lehaz se woh Allah ke haan accountable hoga. bas.</w:t>
      </w:r>
      <w:r>
        <w:br/>
      </w:r>
      <w:r>
        <w:rPr>
          <w:sz w:val="20"/>
        </w:rPr>
        <w:t>27:35  maulana, agla sawal lene se pehle aik comment parhna chahenge jo abdul basit umri sahib ne doha, qatar</w:t>
      </w:r>
    </w:p>
    <w:p>
      <w:pPr>
        <w:pStyle w:val="Heading2"/>
      </w:pPr>
      <w:r>
        <w:t>Fate of those who never receive God's message</w:t>
      </w:r>
    </w:p>
    <w:p>
      <w:r>
        <w:rPr>
          <w:color w:val="666666"/>
          <w:sz w:val="18"/>
        </w:rPr>
        <w:t>Faith &amp; God · 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2"/>
      </w:pPr>
      <w:r>
        <w:t>Fear of God's selection ground</w:t>
      </w:r>
    </w:p>
    <w:p>
      <w:r>
        <w:rPr>
          <w:color w:val="666666"/>
          <w:sz w:val="18"/>
        </w:rPr>
        <w:t>Faith &amp; God · Stress and Spirituality January 1, 2012 · 3m 55s · at 1:40:42 · https://youtu.be/TPhXL9-g6ME?t=6042</w:t>
      </w:r>
    </w:p>
    <w:p>
      <w:r>
        <w:rPr>
          <w:i/>
        </w:rPr>
        <w:t>“Maulana, I am very scared by one of your statements: that the world is God's selection ground, meaning God will select according to His glory. So what will happen to us?”</w:t>
      </w:r>
    </w:p>
    <w:p>
      <w:r>
        <w:rPr>
          <w:sz w:val="20"/>
        </w:rPr>
        <w:t>1:40:42  sawal kiya hai. unhone likha hai: "maulana, aap ki ek baat se bohat dar hota hai. woh yeh hai ke duniya khuda ka selection ground hai.</w:t>
      </w:r>
      <w:r>
        <w:br/>
      </w:r>
      <w:r>
        <w:rPr>
          <w:sz w:val="20"/>
        </w:rPr>
        <w:t>1:40:53  yani khuda apni shan ke mutabiq select karega. to hamara kya haal hoga?"</w:t>
      </w:r>
      <w:r>
        <w:br/>
      </w:r>
      <w:r>
        <w:rPr>
          <w:sz w:val="20"/>
        </w:rPr>
        <w:t>1:41:03  shan to mein ne kaha tha ke shan ke mutabiq. shan ke mutabiq nahi hai. apne criterion ke mutabiq.</w:t>
      </w:r>
      <w:r>
        <w:br/>
      </w:r>
      <w:r>
        <w:rPr>
          <w:sz w:val="20"/>
        </w:rPr>
        <w:t>1:41:12  yani khuda ne jo criterion rakha hai us ke mutabiq. shan to mein ne kaha tha ke shan ke mutabiq. to aap woh criterion jo hai woh quran mein aur hadith mein daryaft kijiye aur us ke mutabiq zindagi guzarne ki koshish kijiye.</w:t>
      </w:r>
      <w:r>
        <w:br/>
      </w:r>
      <w:r>
        <w:rPr>
          <w:sz w:val="20"/>
        </w:rPr>
        <w:t>1:41:30  isi mein se ek yeh hai ke ek hadith mein hai ke rasool allah salallahu alaihi wasallam ne ek sahabi kehte hain ke rasool allah salallahu alaihi wasallam ne mere kandhe par hath rakha.</w:t>
      </w:r>
      <w:r>
        <w:br/>
      </w:r>
      <w:r>
        <w:rPr>
          <w:sz w:val="20"/>
        </w:rPr>
        <w:t>1:41:45  yeh ghaleban ibn abbas ki baat hai. aap ne farmaya ke ya baniyah, in istata'at, tusbih wa tumsi wa laysa fi qalbika ghishun li ahadin. fa'al.</w:t>
      </w:r>
      <w:r>
        <w:br/>
      </w:r>
      <w:r>
        <w:rPr>
          <w:sz w:val="20"/>
        </w:rPr>
        <w:t>1:41:57  agar agar tum aisa kar sako ke tum raat ko so'o aur subah ko utho tumhare dil mein ghish na kisi ke khilaf ho. is mani wohi hote hain jo malice, hate, negativity woh na ho.</w:t>
      </w:r>
      <w:r>
        <w:br/>
      </w:r>
      <w:r>
        <w:rPr>
          <w:sz w:val="20"/>
        </w:rPr>
        <w:t>1:42:11  to aisa karo kyunke aise logon ke liye jannat hai.</w:t>
      </w:r>
      <w:r>
        <w:br/>
      </w:r>
      <w:r>
        <w:rPr>
          <w:sz w:val="20"/>
        </w:rPr>
        <w:t>1:42:14  yeh hai criterion. criterion yani meyar. ke aap duniya mein is tarah zindagi guzarein ke aap aap hate free hon.</w:t>
      </w:r>
      <w:r>
        <w:br/>
      </w:r>
      <w:r>
        <w:rPr>
          <w:sz w:val="20"/>
        </w:rPr>
        <w:t>1:42:27  kisi ke khilaf nafrat nahi. kisi ke khilaf kuch kuch qad nahi. aur dekhiye quran majeed mein hai ke</w:t>
      </w:r>
      <w:r>
        <w:br/>
      </w:r>
      <w:r>
        <w:rPr>
          <w:sz w:val="20"/>
        </w:rPr>
        <w:t>1:42:39  quran majeed mein hai ke al-kazibeen al-ghayz. ghusse ko pee jane wale.</w:t>
      </w:r>
      <w:r>
        <w:br/>
      </w:r>
      <w:r>
        <w:rPr>
          <w:sz w:val="20"/>
        </w:rPr>
        <w:t>1:42:46  yeh lafz nahi hai ke al-faqideen al-ghayz. faqideen nahi hai. yani aisa nahi ke ghussa sarr-e-se na aaye aap ke andar. yeh nahi kaha ja raha hai.</w:t>
      </w:r>
      <w:r>
        <w:br/>
      </w:r>
      <w:r>
        <w:rPr>
          <w:sz w:val="20"/>
        </w:rPr>
        <w:t>1:42:56  ghussa to aaye ga lekin ghussay ko aap control kar lain. ghussay ko pee jain. to</w:t>
      </w:r>
      <w:r>
        <w:br/>
      </w:r>
      <w:r>
        <w:rPr>
          <w:sz w:val="20"/>
        </w:rPr>
        <w:t>1:43:04  yeh yeh criterion hai ke dunya mein is tarah raho ke chahe logon ne tum ko sataya ho, chahe logon ne tum ko kuch bura tajurba karwaya ho, phir bhi tum un ke khilaf nafrat dil mein mat rakho.</w:t>
      </w:r>
      <w:r>
        <w:br/>
      </w:r>
      <w:r>
        <w:rPr>
          <w:sz w:val="20"/>
        </w:rPr>
        <w:t>1:43:21  logon ke liye duaen karo, logon ke liye achhi khwahishain rakho. yaani sab ke liye evolution bano. yeh criterion hai.</w:t>
      </w:r>
      <w:r>
        <w:br/>
      </w:r>
      <w:r>
        <w:rPr>
          <w:sz w:val="20"/>
        </w:rPr>
        <w:t>1:43:29  to yeh shaan khudaWandi ki baat nahi hai, yeh mayar khudaWandi ki baat hai.</w:t>
      </w:r>
      <w:r>
        <w:br/>
      </w:r>
      <w:r>
        <w:rPr>
          <w:sz w:val="20"/>
        </w:rPr>
        <w:t>1:43:37  Okay, we will end this session now. Thank you.</w:t>
      </w:r>
    </w:p>
    <w:p>
      <w:pPr>
        <w:pStyle w:val="Heading2"/>
      </w:pPr>
      <w:r>
        <w:t>First discovery of God experience</w:t>
      </w:r>
    </w:p>
    <w:p>
      <w:r>
        <w:rPr>
          <w:color w:val="666666"/>
          <w:sz w:val="18"/>
        </w:rPr>
        <w:t>Faith &amp; God · Discovering God June 30, 2019 Maulana Wahiduddin Khan · 8m 36s · at 1:03:00 · https://youtu.be/Yt1-eX7XzYU?t=3780</w:t>
      </w:r>
    </w:p>
    <w:p>
      <w:r>
        <w:rPr>
          <w:i/>
        </w:rPr>
        <w:t>“Maulana Sahib, if you share your first discovery of God incident with all of us. Look, I have written it, I have written it that I lived in a confused age.”</w:t>
      </w:r>
    </w:p>
    <w:p>
      <w:r>
        <w:rPr>
          <w:sz w:val="20"/>
        </w:rPr>
        <w:t>1:03:00  Jazak Allah." Mashallah, mashallah. Maulana, agla sawal Tamapur se bheja hai Naseer Sinh sahib ne.</w:t>
      </w:r>
      <w:r>
        <w:br/>
      </w:r>
      <w:r>
        <w:rPr>
          <w:sz w:val="20"/>
        </w:rPr>
        <w:t>1:03:09  Unhone aap se poocha hai ke Maulana sahib, aap ka first discovery of God ka waqia agar aap hum sab logon se share karein.</w:t>
      </w:r>
      <w:r>
        <w:br/>
      </w:r>
      <w:r>
        <w:rPr>
          <w:sz w:val="20"/>
        </w:rPr>
        <w:t>1:03:21  Dekhiye, main iski likh chuka hoon, iski likh chuka hoon ke main adham adham umar mein rehta tha.</w:t>
      </w:r>
      <w:r>
        <w:br/>
      </w:r>
      <w:r>
        <w:rPr>
          <w:sz w:val="20"/>
        </w:rPr>
        <w:t>1:03:32  Yeh waqia hai shayad 41-42 ka.</w:t>
      </w:r>
      <w:r>
        <w:br/>
      </w:r>
      <w:r>
        <w:rPr>
          <w:sz w:val="20"/>
        </w:rPr>
        <w:t>1:03:42  Ab bilkul be-taabi mein jeeta tha, rota tha, rota tha aur be-taabi mein jeeta tha.</w:t>
      </w:r>
      <w:r>
        <w:br/>
      </w:r>
      <w:r>
        <w:rPr>
          <w:sz w:val="20"/>
        </w:rPr>
        <w:t>1:03:54  To main isi be-taabi mein jahan Al Abu ki Jamia Masjid mein gaya, Al Anwar ki Jamia Masjid hai,</w:t>
      </w:r>
      <w:r>
        <w:br/>
      </w:r>
      <w:r>
        <w:rPr>
          <w:sz w:val="20"/>
        </w:rPr>
        <w:t>1:04:05  us waqt khaali thi, koi tha nahi wahan. To main iske angan mein pahuncha. Wahan par bada sa angan tha aur wahan par ek taraf papite ke ped the,</w:t>
      </w:r>
      <w:r>
        <w:br/>
      </w:r>
      <w:r>
        <w:rPr>
          <w:sz w:val="20"/>
        </w:rPr>
        <w:t>1:04:24  papite ke ped. To main papite ke ped ke neeche khada ho gaya. Main akela tha us waqt, wahan koi nahi tha. Khada ho gaya aur haalat yeh thi ke mere sar ke upar papite ke phool dikhai de rahe the.</w:t>
      </w:r>
      <w:r>
        <w:br/>
      </w:r>
      <w:r>
        <w:rPr>
          <w:sz w:val="20"/>
        </w:rPr>
        <w:t>1:04:44  Aap jante hain, agar dekha ho aap ne papita to mamooli hawa ke jhonke se bhi papite ke phool jhadte rehte hain, mamooli hawa ke jhonke se.</w:t>
      </w:r>
      <w:r>
        <w:br/>
      </w:r>
      <w:r>
        <w:rPr>
          <w:sz w:val="20"/>
        </w:rPr>
        <w:t>1:04:55  To main wahan is tarah khada tha ke meri aankhon se aansu musalsal gir rahe the, aansu aur papite ke ped se phool jhad rahe the.</w:t>
      </w:r>
      <w:r>
        <w:br/>
      </w:r>
      <w:r>
        <w:rPr>
          <w:sz w:val="20"/>
        </w:rPr>
        <w:t>1:05:13  Yeh musalsal yeh ho raha tha aur meri aankh se, meri zubaan se nikal raha tha baar baar ke Khawand tu kab aayega?</w:t>
      </w:r>
      <w:r>
        <w:br/>
      </w:r>
      <w:r>
        <w:rPr>
          <w:sz w:val="20"/>
        </w:rPr>
        <w:t>1:05:26  Main kab tak tere aane ka intezar karoon? Yeh pehli meri realization thi. Khawand tu kab aayega?</w:t>
      </w:r>
      <w:r>
        <w:br/>
      </w:r>
      <w:r>
        <w:rPr>
          <w:sz w:val="20"/>
        </w:rPr>
        <w:t>1:05:36  Main kab tak tere aane ka intezar karoon? Iske baad main nikal pada. Is zamane mein hamare qareeb ka station tha Sagon.</w:t>
      </w:r>
      <w:r>
        <w:br/>
      </w:r>
      <w:r>
        <w:rPr>
          <w:sz w:val="20"/>
        </w:rPr>
        <w:t>1:05:50  To Sagon se ek gaadi aati thi seedhi Lahore. Yeh Sagon mein badh jaiye aur Lahore utar jaiye. Is is zamane mein ghair raf'a ka ticket tha wahan.</w:t>
      </w:r>
      <w:r>
        <w:br/>
      </w:r>
      <w:r>
        <w:rPr>
          <w:sz w:val="20"/>
        </w:rPr>
        <w:t>1:06:04  Is zamane mein to main isi isi be-taabi mein is gaadi par baith gaya, ghair raf'a ka ticket le kar Sagon mein.</w:t>
      </w:r>
      <w:r>
        <w:br/>
      </w:r>
      <w:r>
        <w:rPr>
          <w:sz w:val="20"/>
        </w:rPr>
        <w:t>1:06:23  To gaadi chali to chalte chalte woh Lahore station pahunch gayi. Ab main neeche utra to koi aadmi nahi tha mujhe receive karne ke liye kyunke mujhe wahan koi aadmi tha hi nahi.</w:t>
      </w:r>
      <w:r>
        <w:br/>
      </w:r>
      <w:r>
        <w:rPr>
          <w:sz w:val="20"/>
        </w:rPr>
        <w:t>1:06:42  To main platform par dewana war yani chal raha tha idhar se udhar, idhar se udhar. Mere paas se ek setting engine guzra,</w:t>
      </w:r>
      <w:r>
        <w:br/>
      </w:r>
      <w:r>
        <w:rPr>
          <w:sz w:val="20"/>
        </w:rPr>
        <w:t>1:06:57  setting.</w:t>
      </w:r>
      <w:r>
        <w:br/>
      </w:r>
      <w:r>
        <w:rPr>
          <w:sz w:val="20"/>
        </w:rPr>
        <w:t>1:07:01  To main ne</w:t>
      </w:r>
      <w:r>
        <w:br/>
      </w:r>
      <w:r>
        <w:rPr>
          <w:sz w:val="20"/>
        </w:rPr>
        <w:t>1:07:05  poora irada kar liya ke main kood padoon aur jaan de doon. Lekin us waqt laga ke kisi ne mujh ko peeche se bahut taqat se pakad liya,</w:t>
      </w:r>
      <w:r>
        <w:br/>
      </w:r>
      <w:r>
        <w:rPr>
          <w:sz w:val="20"/>
        </w:rPr>
        <w:t>1:07:19  pakad kheench liya apni taraf. Yeh pehla tajurba tha jab maine jaana ke farishte aate hain Allah ki ki taraf se insaan ki madad ke liye.</w:t>
      </w:r>
      <w:r>
        <w:br/>
      </w:r>
      <w:r>
        <w:rPr>
          <w:sz w:val="20"/>
        </w:rPr>
        <w:t>1:07:29  to jab yeh mein khudkushi kar raha tha to foran ke foran Allah ne ek farishta bhej diya ke jao is is bande ko roko, is bande ko roko.</w:t>
      </w:r>
      <w:r>
        <w:br/>
      </w:r>
      <w:r>
        <w:rPr>
          <w:sz w:val="20"/>
        </w:rPr>
        <w:t>1:07:44  kyunke yeh jaan de dega to process of search of gaadi khatam ho jayega.</w:t>
      </w:r>
      <w:r>
        <w:br/>
      </w:r>
      <w:r>
        <w:rPr>
          <w:sz w:val="20"/>
        </w:rPr>
        <w:t>1:07:55  Khuda ki talash ka jo process jari hua hai, woh to khatam ho jayega.</w:t>
      </w:r>
      <w:r>
        <w:br/>
      </w:r>
      <w:r>
        <w:rPr>
          <w:sz w:val="20"/>
        </w:rPr>
        <w:t>1:08:04  to mujhe laga ke station par platform par koi aadmi aaya aur peeche se us ne bohat taqat se pakad liya mujh ko aur mujh ko</w:t>
      </w:r>
      <w:r>
        <w:br/>
      </w:r>
      <w:r>
        <w:rPr>
          <w:sz w:val="20"/>
        </w:rPr>
        <w:t>1:08:21  koodne nahi diya.</w:t>
      </w:r>
      <w:r>
        <w:br/>
      </w:r>
      <w:r>
        <w:rPr>
          <w:sz w:val="20"/>
        </w:rPr>
        <w:t>1:08:25  is ke baad mein ne likha ke aur waqia hua to mein</w:t>
      </w:r>
      <w:r>
        <w:br/>
      </w:r>
      <w:r>
        <w:rPr>
          <w:sz w:val="20"/>
        </w:rPr>
        <w:t>1:08:33  ek road par chal raha tha. Ek road par woh road ka naam tha pehle Makkrot Road, ab pata nahi kya naam hai.</w:t>
      </w:r>
      <w:r>
        <w:br/>
      </w:r>
      <w:r>
        <w:rPr>
          <w:sz w:val="20"/>
        </w:rPr>
        <w:t>1:08:46  woh woh road Dr. Iqbal ke ghar se guzarti thi. Woh</w:t>
      </w:r>
      <w:r>
        <w:br/>
      </w:r>
      <w:r>
        <w:rPr>
          <w:sz w:val="20"/>
        </w:rPr>
        <w:t>1:08:54  to wahan par dobara ek waqia guzra.</w:t>
      </w:r>
      <w:r>
        <w:br/>
      </w:r>
      <w:r>
        <w:rPr>
          <w:sz w:val="20"/>
        </w:rPr>
        <w:t>1:09:00  woh is waqie ko ek aadmi mujhe khara ho ke dekh raha tha peeche se. Un ka naam tha Qureshi Sahab.</w:t>
      </w:r>
      <w:r>
        <w:br/>
      </w:r>
      <w:r>
        <w:rPr>
          <w:sz w:val="20"/>
        </w:rPr>
        <w:t>1:09:12  to woh mere paas aaye</w:t>
      </w:r>
      <w:r>
        <w:br/>
      </w:r>
      <w:r>
        <w:rPr>
          <w:sz w:val="20"/>
        </w:rPr>
        <w:t>1:09:16  ke aap kaun hain? Phir mein ne bataya ke mein Al Anwar se aaya hoon aur mera yahan koi jaane wala nahi hai. To Allah taala ne un ke dil mein meri humdardi daal di.</w:t>
      </w:r>
      <w:r>
        <w:br/>
      </w:r>
      <w:r>
        <w:rPr>
          <w:sz w:val="20"/>
        </w:rPr>
        <w:t>1:09:33  woh kaam karte the ek tailoring shop mein jis ka naam tha B. L. Ram Sons.</w:t>
      </w:r>
      <w:r>
        <w:br/>
      </w:r>
      <w:r>
        <w:rPr>
          <w:sz w:val="20"/>
        </w:rPr>
        <w:t>1:09:45  to khud to woh mamooli tater, tater, tater the lekin B. L. Ram Sons bohat bara shop thi un ki Lahore mein Mall Road par.</w:t>
      </w:r>
      <w:r>
        <w:br/>
      </w:r>
      <w:r>
        <w:rPr>
          <w:sz w:val="20"/>
        </w:rPr>
        <w:t>1:09:59  wahan le gaye woh. Wahan par unhon ne milaya mujh se. To un logon ne yeh mujh ko dekh kar samjha ke yeh kisi achhe ghar ka ladka hai aur bhaag ke aaya hai.</w:t>
      </w:r>
      <w:r>
        <w:br/>
      </w:r>
      <w:r>
        <w:rPr>
          <w:sz w:val="20"/>
        </w:rPr>
        <w:t>1:10:13  yeh kaha tha unhon ne ke hum samajhte hain ke yeh kisi achhe ghar ka ladka hai, bhaag ke aaya hai. To un ko wapas bhejo, wapas bhejo.</w:t>
      </w:r>
      <w:r>
        <w:br/>
      </w:r>
      <w:r>
        <w:rPr>
          <w:sz w:val="20"/>
        </w:rPr>
        <w:t>1:10:23  kyunke chunancha apni jeb se is B. L. Ram Sons jo the, apni jeb se unhon ne diya 15 rupiya ke le jao un ko aur un ko bitha do wapas wapsi ke train par.</w:t>
      </w:r>
      <w:r>
        <w:br/>
      </w:r>
      <w:r>
        <w:rPr>
          <w:sz w:val="20"/>
        </w:rPr>
        <w:t>1:10:42  is tarah se mein dobara train par baitha aur wapas ho kar mein Al Anwar aa gaya. Yeh sab kahani hai.</w:t>
      </w:r>
      <w:r>
        <w:br/>
      </w:r>
      <w:r>
        <w:rPr>
          <w:sz w:val="20"/>
        </w:rPr>
        <w:t>1:10:53  yeh sab mein likh chuka hoon</w:t>
      </w:r>
      <w:r>
        <w:br/>
      </w:r>
      <w:r>
        <w:rPr>
          <w:sz w:val="20"/>
        </w:rPr>
        <w:t>1:10:57  ke kisi ko manna hai to maane, nahi manna hai to na maane. Aap ko haq hai ke na manne ka. Lekin yaad rakhiye, yeh haqiqaten aakhirat mein khul jayengi.</w:t>
      </w:r>
      <w:r>
        <w:br/>
      </w:r>
      <w:r>
        <w:rPr>
          <w:sz w:val="20"/>
        </w:rPr>
        <w:t>1:11:13  na manne wale logon ko dikhai padega ke yeh to haqaiq the, be fact tha ke kaise hum ne is ka inkar kiya.</w:t>
      </w:r>
      <w:r>
        <w:br/>
      </w:r>
      <w:r>
        <w:rPr>
          <w:sz w:val="20"/>
        </w:rPr>
        <w:t>1:11:25  be fact tha woh kaise hum ne inkar kiya. Yeh sab kahani mein ne likhi hai, aap parh sakte hain is ko.</w:t>
      </w:r>
    </w:p>
    <w:p>
      <w:pPr>
        <w:pStyle w:val="Heading2"/>
      </w:pPr>
      <w:r>
        <w:t>Following non-Muslims and their good teachings</w:t>
      </w:r>
    </w:p>
    <w:p>
      <w:r>
        <w:rPr>
          <w:color w:val="666666"/>
          <w:sz w:val="18"/>
        </w:rPr>
        <w:t>Faith &amp; God · Divine Management in History April 7, 2013 · 1m 45s · at 1:06:56 · https://youtu.be/wcBzG56LuPY?t=4016</w:t>
      </w:r>
    </w:p>
    <w:p>
      <w:r>
        <w:rPr>
          <w:i/>
        </w:rPr>
        <w:t>“Maulana, you gave an excellent example of the Christian community. Please clarify: Some people say that if we follow a non-Muslim, we will be accountable with them. What does that mean? Can we not follow their good teachings?”</w:t>
      </w:r>
    </w:p>
    <w:p>
      <w:r>
        <w:rPr>
          <w:sz w:val="20"/>
        </w:rPr>
        <w:t>1:06:56  maulana, agla sawal dilli se hai, raziya ka, jamia millia islamia se</w:t>
      </w:r>
      <w:r>
        <w:br/>
      </w:r>
      <w:r>
        <w:rPr>
          <w:sz w:val="20"/>
        </w:rPr>
        <w:t>1:07:01  . unhon ne likha hai: "maulana, aap ne christian community ki ek behtareen misal di hai. is ke reference se mujhe please yeh clear kar dijiye ke kuch log jo yeh kehte hain ke agar hum kisi non-muslim ko follow karenge to hamara hisab bhi unhi ke sath hoga,</w:t>
      </w:r>
      <w:r>
        <w:br/>
      </w:r>
      <w:r>
        <w:rPr>
          <w:sz w:val="20"/>
        </w:rPr>
        <w:t>1:07:21  kya is ka matlab, is ka matlab kya hai? kya hum un ki achi teachings ko bhi follow nahi kar sakte?"</w:t>
      </w:r>
      <w:r>
        <w:br/>
      </w:r>
      <w:r>
        <w:rPr>
          <w:sz w:val="20"/>
        </w:rPr>
        <w:t>1:07:30  mein ne dekhen, method ke bare mein kaha hai. method ke bare mein to rasool Allah ne bhi follow kiya, non-muslim ko. rasool Allah ko makkah se madinah jana tha to us doran road nahi hua karte thay, naqshe nahi hua karte thay.</w:t>
      </w:r>
      <w:r>
        <w:br/>
      </w:r>
      <w:r>
        <w:rPr>
          <w:sz w:val="20"/>
        </w:rPr>
        <w:t>1:07:44  ghatiyon mein aur jangalon se ho ke guzarna parta tha to mahir hua karte thay rastay ke. to aap ne ek mahir, isi qism ka jo tha, us ka naam Abdullah ibn Arqat ya Abdullah ibn Arqat, us ko liya.</w:t>
      </w:r>
      <w:r>
        <w:br/>
      </w:r>
      <w:r>
        <w:rPr>
          <w:sz w:val="20"/>
        </w:rPr>
        <w:t>1:07:58  is ko follow karte hue aap madine pohnche to method ke aitbar se kisi ko follow karna chahiye. aap ko main yeh thori keh raha hoon ke aap is ki sachai ke baray mein is ko maan lein ke woh sachai is se mile gi.</w:t>
      </w:r>
      <w:r>
        <w:br/>
      </w:r>
      <w:r>
        <w:rPr>
          <w:sz w:val="20"/>
        </w:rPr>
        <w:t>1:08:10  mujhe sachai ke liye to quran hai, to aap is mein farq kijiye ke sachai ke mamle mein kisi ki baat manna aur usay method ke baray mein kisi se sooonk lein.</w:t>
      </w:r>
      <w:r>
        <w:br/>
      </w:r>
      <w:r>
        <w:rPr>
          <w:sz w:val="20"/>
        </w:rPr>
        <w:t>1:08:25  ji haan, to main ne jo baat kahi, main ne kai bar repeat kiya hai ke main method ke aitbar se keh raha hoon, method ke aitbar se ke method ke aitbar se to rasool Allah ne bhi aik mushrik ko follow kiya tha.</w:t>
      </w:r>
    </w:p>
    <w:p>
      <w:pPr>
        <w:pStyle w:val="Heading2"/>
      </w:pPr>
      <w:r>
        <w:t>Forgiveness at the Level of Certainty</w:t>
      </w:r>
    </w:p>
    <w:p>
      <w:r>
        <w:rPr>
          <w:color w:val="666666"/>
          <w:sz w:val="18"/>
        </w:rPr>
        <w:t>Faith &amp; God · Dars-e-Quran, Chapter 2, Verse 37 | January  07, 2018 · 1m 01s · at 1:08:36 · https://youtu.be/ao6Cr57KuEM?t=4116</w:t>
      </w:r>
    </w:p>
    <w:p>
      <w:r>
        <w:rPr>
          <w:i/>
        </w:rPr>
        <w:t>“Moulana sahab, salam from Afghanistan, Herat. My question is: if someone has Allah's forgiveness to the level of certainty, but still...”</w:t>
      </w:r>
    </w:p>
    <w:p>
      <w:r>
        <w:rPr>
          <w:sz w:val="20"/>
        </w:rPr>
        <w:t>1:08:36  what we humans have and others not."</w:t>
      </w:r>
      <w:r>
        <w:br/>
      </w:r>
      <w:r>
        <w:rPr>
          <w:sz w:val="20"/>
        </w:rPr>
        <w:t>1:08:44  maulana, agla sawal hidayatullah sahib ne bheja hai. unhon ne likha hai: "maulana sahib, salam afghanistan hirt hirt se.</w:t>
      </w:r>
      <w:r>
        <w:br/>
      </w:r>
      <w:r>
        <w:rPr>
          <w:sz w:val="20"/>
        </w:rPr>
        <w:t>1:08:51  mera sawal hai ke agar kisi ko yaqeen ke darjay ka allah ki maghfirat ho, lekin phir bhi</w:t>
      </w:r>
      <w:r>
        <w:br/>
      </w:r>
      <w:r>
        <w:rPr>
          <w:sz w:val="20"/>
        </w:rPr>
        <w:t>1:08:59  wo khud ko rah-e-rast par qaim na kar pata hai, aur bar bar gir</w:t>
      </w:r>
      <w:r>
        <w:br/>
      </w:r>
      <w:r>
        <w:rPr>
          <w:sz w:val="20"/>
        </w:rPr>
        <w:t>1:09:07  jata hai, to wo phir kya kare?" wo yaqeen hai hi nahin, yeh false yaqeen hai.</w:t>
      </w:r>
      <w:r>
        <w:br/>
      </w:r>
      <w:r>
        <w:rPr>
          <w:sz w:val="20"/>
        </w:rPr>
        <w:t>1:09:14  wo har cheez mein aik false hota hai, false yaqeen bhi hota hai, false conviction hota hai.</w:t>
      </w:r>
      <w:r>
        <w:br/>
      </w:r>
      <w:r>
        <w:rPr>
          <w:sz w:val="20"/>
        </w:rPr>
        <w:t>1:09:22  to is aadmi ko janna chahiye ke wo false ke yaqeen mein pada hua hai, wo sacha yaqeen nahin hai.</w:t>
      </w:r>
      <w:r>
        <w:br/>
      </w:r>
      <w:r>
        <w:rPr>
          <w:sz w:val="20"/>
        </w:rPr>
        <w:t>1:09:30  apne yaqeen ko wo</w:t>
      </w:r>
    </w:p>
    <w:p>
      <w:pPr>
        <w:pStyle w:val="Heading2"/>
      </w:pPr>
      <w:r>
        <w:t>Free will versus divine predestination</w:t>
      </w:r>
    </w:p>
    <w:p>
      <w:r>
        <w:rPr>
          <w:color w:val="666666"/>
          <w:sz w:val="18"/>
        </w:rPr>
        <w:t>Faith &amp; God · Interpretation of History October 23, 2016 · 2m 30s · at 57:14 · https://youtu.be/P-JhH3q-Mdg?t=3434</w:t>
      </w:r>
    </w:p>
    <w:p>
      <w:r>
        <w:rPr>
          <w:i/>
        </w:rPr>
        <w:t>“When everything is already fixed, who will do what and who will not, then what authority do we have? Allah has already predetermined every action.”</w:t>
      </w:r>
    </w:p>
    <w:p>
      <w:r>
        <w:rPr>
          <w:sz w:val="20"/>
        </w:rPr>
        <w:t>57:14  maulana, agla sawal dilli se kya hai anwar sahib ne.</w:t>
      </w:r>
      <w:r>
        <w:br/>
      </w:r>
      <w:r>
        <w:rPr>
          <w:sz w:val="20"/>
        </w:rPr>
        <w:t>57:20  unhone likha hai: "jab sab kuch pehle se hi fixed hai ke kaun kya karega, kya</w:t>
      </w:r>
      <w:r>
        <w:br/>
      </w:r>
      <w:r>
        <w:rPr>
          <w:sz w:val="20"/>
        </w:rPr>
        <w:t>57:26  nahi karega, to is mein hamara kya ikhtiyar hai? kisi amal par allah ne pehle se hi</w:t>
      </w:r>
      <w:r>
        <w:br/>
      </w:r>
      <w:r>
        <w:rPr>
          <w:sz w:val="20"/>
        </w:rPr>
        <w:t>57:33  taqdeer mein sab kuch likh diya hai.</w:t>
      </w:r>
      <w:r>
        <w:br/>
      </w:r>
      <w:r>
        <w:rPr>
          <w:sz w:val="20"/>
        </w:rPr>
        <w:t>57:39  is ke baray mein aap kya kahenge?" dekhein, yeh taqdeer aur tadbeer ka masla bohat purana hai,</w:t>
      </w:r>
      <w:r>
        <w:br/>
      </w:r>
      <w:r>
        <w:rPr>
          <w:sz w:val="20"/>
        </w:rPr>
        <w:t>57:45  aur yeh yeh is par main likh chuka hoon kai baar, is ki koi haqeeqat nahi hai.</w:t>
      </w:r>
      <w:r>
        <w:br/>
      </w:r>
      <w:r>
        <w:rPr>
          <w:sz w:val="20"/>
        </w:rPr>
        <w:t>57:52  yeh is ka source jo hai, is ko kehte hain speculative riyazi.</w:t>
      </w:r>
      <w:r>
        <w:br/>
      </w:r>
      <w:r>
        <w:rPr>
          <w:sz w:val="20"/>
        </w:rPr>
        <w:t>57:58  speculative riyazi mein hai.</w:t>
      </w:r>
      <w:r>
        <w:br/>
      </w:r>
      <w:r>
        <w:rPr>
          <w:sz w:val="20"/>
        </w:rPr>
        <w:t>58:04  practical thinking jo hai, practical thinking mein is ka koi maqam nahi hai.</w:t>
      </w:r>
      <w:r>
        <w:br/>
      </w:r>
      <w:r>
        <w:rPr>
          <w:sz w:val="20"/>
        </w:rPr>
        <w:t>58:10  ek hai, aap practical tor par sochein, aap objective tor par sochein, scientific tor par sochein, to yeh</w:t>
      </w:r>
      <w:r>
        <w:br/>
      </w:r>
      <w:r>
        <w:rPr>
          <w:sz w:val="20"/>
        </w:rPr>
        <w:t>58:17  koi sawal hi nahi hai.</w:t>
      </w:r>
      <w:r>
        <w:br/>
      </w:r>
      <w:r>
        <w:rPr>
          <w:sz w:val="20"/>
        </w:rPr>
        <w:t>58:23  lekin jo log, yaani pure philosophy mein gum ho jaate hain, un ke liye is ka masla hai.</w:t>
      </w:r>
      <w:r>
        <w:br/>
      </w:r>
      <w:r>
        <w:rPr>
          <w:sz w:val="20"/>
        </w:rPr>
        <w:t>58:29  misal ke taur par dekhen, har aadmi ka apna personal experience kya hai? aap khud sochiye, aap kya</w:t>
      </w:r>
      <w:r>
        <w:br/>
      </w:r>
      <w:r>
        <w:rPr>
          <w:sz w:val="20"/>
        </w:rPr>
        <w:t>58:36  samajhte hain ke aap bandhe hue hain? kisi ne aap ka haath paon baandh rakha hai? har aadmi</w:t>
      </w:r>
      <w:r>
        <w:br/>
      </w:r>
      <w:r>
        <w:rPr>
          <w:sz w:val="20"/>
        </w:rPr>
        <w:t>58:42  ho sakta hai ke main azaad hoon, chahe sooon, chahe jaagoon, paani piyoon, chahe na piyoon.</w:t>
      </w:r>
      <w:r>
        <w:br/>
      </w:r>
      <w:r>
        <w:rPr>
          <w:sz w:val="20"/>
        </w:rPr>
        <w:t>58:48  to yeh jaise yeh paani hai, ab yeh maine piya, na peeta to main azaad tha, na</w:t>
      </w:r>
      <w:r>
        <w:br/>
      </w:r>
      <w:r>
        <w:rPr>
          <w:sz w:val="20"/>
        </w:rPr>
        <w:t>58:54  peene ke liye bhi.</w:t>
      </w:r>
      <w:r>
        <w:br/>
      </w:r>
      <w:r>
        <w:rPr>
          <w:sz w:val="20"/>
        </w:rPr>
        <w:t>59:01  to practical taur par har aadmi khud jo quran mein hai ke "bade liye insaan allah lafzi baseer</w:t>
      </w:r>
      <w:r>
        <w:br/>
      </w:r>
      <w:r>
        <w:rPr>
          <w:sz w:val="20"/>
        </w:rPr>
        <w:t>59:07  hai", aadmi khud gawah hai, aadmi khud gawah hai.</w:t>
      </w:r>
      <w:r>
        <w:br/>
      </w:r>
      <w:r>
        <w:rPr>
          <w:sz w:val="20"/>
        </w:rPr>
        <w:t>59:13  yeh to ek ek tasawwurati philosophy hai, yaani speculative jo kehte hain, is mein yeh sab masle paida hote hain.</w:t>
      </w:r>
      <w:r>
        <w:br/>
      </w:r>
      <w:r>
        <w:rPr>
          <w:sz w:val="20"/>
        </w:rPr>
        <w:t>59:20  warna aap aap shadi karte hain, bachche paida karte hain, business karte hain, aur woh karte hain.</w:t>
      </w:r>
      <w:r>
        <w:br/>
      </w:r>
      <w:r>
        <w:rPr>
          <w:sz w:val="20"/>
        </w:rPr>
        <w:t>59:26  to aap har jagah aap apne faisle se karte hain, apni soch se karte hain.</w:t>
      </w:r>
      <w:r>
        <w:br/>
      </w:r>
      <w:r>
        <w:rPr>
          <w:sz w:val="20"/>
        </w:rPr>
        <w:t>59:32  koi aisa nahi ke aap ka haath paon bandhe hue hain.</w:t>
      </w:r>
      <w:r>
        <w:br/>
      </w:r>
      <w:r>
        <w:rPr>
          <w:sz w:val="20"/>
        </w:rPr>
        <w:t>59:38  to bas is waqt yeh yeh bilkul ek ek speculative philosophy ke masle hain, yeh koi real masle nahi hain.</w:t>
      </w:r>
    </w:p>
    <w:p>
      <w:pPr>
        <w:pStyle w:val="Heading2"/>
      </w:pPr>
      <w:r>
        <w:t>God wants inquiring spirit to discover Him</w:t>
      </w:r>
    </w:p>
    <w:p>
      <w:r>
        <w:rPr>
          <w:color w:val="666666"/>
          <w:sz w:val="18"/>
        </w:rPr>
        <w:t>Faith &amp; God · Unseen God July 30, 2017 Maulana Wahiduddin Khan · 2m 36s · at 53:43 · https://youtu.be/MOkCdGFAVR4?t=3223</w:t>
      </w:r>
    </w:p>
    <w:p>
      <w:r>
        <w:rPr>
          <w:i/>
        </w:rPr>
        <w:t>“Does that mean that God wants us to have an inquiring spirit so that we may discover Him and our self?”</w:t>
      </w:r>
    </w:p>
    <w:p>
      <w:r>
        <w:rPr>
          <w:sz w:val="20"/>
        </w:rPr>
        <w:t>53:43  jata hai jazak allah doctor safeena tabassum ne sawal bheja hai ajmer se unhon ne likha hai maulana</w:t>
      </w:r>
      <w:r>
        <w:br/>
      </w:r>
      <w:r>
        <w:rPr>
          <w:sz w:val="20"/>
        </w:rPr>
        <w:t>53:52  sahib does that mean that god wants us to have an inquiring spirit so that</w:t>
      </w:r>
      <w:r>
        <w:br/>
      </w:r>
      <w:r>
        <w:rPr>
          <w:sz w:val="20"/>
        </w:rPr>
        <w:t>53:59  we may discover him or self</w:t>
      </w:r>
      <w:r>
        <w:br/>
      </w:r>
      <w:r>
        <w:rPr>
          <w:sz w:val="20"/>
        </w:rPr>
        <w:t>54:02  what is your opinion bilkul sahi kaha unhone hundred percent sahi kaha unhone bohat sahi jazak allah مولانا agla sawal bheja hai riaz ahmed mir sahab ne jammu kashmir se unhone likha hai مولانا sahib will the science lead to the ultimate discovery of physical god in this world the way other unseen things are discovered</w:t>
      </w:r>
      <w:r>
        <w:br/>
      </w:r>
      <w:r>
        <w:rPr>
          <w:sz w:val="20"/>
        </w:rPr>
        <w:t>54:31  please explain in this bhai woh to discovery ho chuki hai hone wali nahin hai</w:t>
      </w:r>
      <w:r>
        <w:br/>
      </w:r>
      <w:r>
        <w:rPr>
          <w:sz w:val="20"/>
        </w:rPr>
        <w:t>54:39  sachi baat hai ke science ka jo safar tha woh right way ho raha tha yani sir james</w:t>
      </w:r>
      <w:r>
        <w:br/>
      </w:r>
      <w:r>
        <w:rPr>
          <w:sz w:val="20"/>
        </w:rPr>
        <w:t>54:47  jeans arthour addington</w:t>
      </w:r>
      <w:r>
        <w:br/>
      </w:r>
      <w:r>
        <w:rPr>
          <w:sz w:val="20"/>
        </w:rPr>
        <w:t>54:50  is tarah ke bahut se log paida hue to is ko main kahunga ke theoretical science mein</w:t>
      </w:r>
      <w:r>
        <w:br/>
      </w:r>
      <w:r>
        <w:rPr>
          <w:sz w:val="20"/>
        </w:rPr>
        <w:t>54:57  safar ho raha tha wohi ja raha tha lekin darmiyan mein aa gaya</w:t>
      </w:r>
      <w:r>
        <w:br/>
      </w:r>
      <w:r>
        <w:rPr>
          <w:sz w:val="20"/>
        </w:rPr>
        <w:t>55:03  applied science yani jo cheezein daryaft hui jo motor car hawai jahaz dunya bhar ki hain to science</w:t>
      </w:r>
      <w:r>
        <w:br/>
      </w:r>
      <w:r>
        <w:rPr>
          <w:sz w:val="20"/>
        </w:rPr>
        <w:t>55:11  jo hai industrialize ho gayi science ko unhon ne industrialize kar liya</w:t>
      </w:r>
      <w:r>
        <w:br/>
      </w:r>
      <w:r>
        <w:rPr>
          <w:sz w:val="20"/>
        </w:rPr>
        <w:t>55:16  to science bade bade scientific mind jo hain woh chale gaye scientific is mein industrial world mein ab</w:t>
      </w:r>
      <w:r>
        <w:br/>
      </w:r>
      <w:r>
        <w:rPr>
          <w:sz w:val="20"/>
        </w:rPr>
        <w:t>55:23  woh research kar rahe hain ke kaise improve kiya jaye jahaz ko kaise improve kiya jaye motor motor</w:t>
      </w:r>
      <w:r>
        <w:br/>
      </w:r>
      <w:r>
        <w:rPr>
          <w:sz w:val="20"/>
        </w:rPr>
        <w:t>55:28  ko kaise improve kiya jaye yani civilization ko to wahan par paisa zyada milta hai wahan paisa bahut</w:t>
      </w:r>
      <w:r>
        <w:br/>
      </w:r>
      <w:r>
        <w:rPr>
          <w:sz w:val="20"/>
        </w:rPr>
        <w:t>55:36  zyada milta hai to main samajhta hoon ke yeh highjack kar liya industry ne science ko warna</w:t>
      </w:r>
      <w:r>
        <w:br/>
      </w:r>
      <w:r>
        <w:rPr>
          <w:sz w:val="20"/>
        </w:rPr>
        <w:t>55:44  to science to ja hi rahi thi idhar</w:t>
      </w:r>
      <w:r>
        <w:br/>
      </w:r>
      <w:r>
        <w:rPr>
          <w:sz w:val="20"/>
        </w:rPr>
        <w:t>55:47  ab in logon ki kitabein padhiye jo yeh jo log hain jaise sir james jeans sir arthur sir</w:t>
      </w:r>
      <w:r>
        <w:br/>
      </w:r>
      <w:r>
        <w:rPr>
          <w:sz w:val="20"/>
        </w:rPr>
        <w:t>55:53  arthur addington waghera to science idhar hi ja rahi thi yeh to industry ne highjack kar liya</w:t>
      </w:r>
      <w:r>
        <w:br/>
      </w:r>
      <w:r>
        <w:rPr>
          <w:sz w:val="20"/>
        </w:rPr>
        <w:t>56:00  science ko is liye ab ab</w:t>
      </w:r>
      <w:r>
        <w:br/>
      </w:r>
      <w:r>
        <w:rPr>
          <w:sz w:val="20"/>
        </w:rPr>
        <w:t>56:02  science mein ab science mein yani theoretical science mein kuch nahi ho raha hai kaam ab sab kaam ho raha hai applied science mein wahi ek aadmi hai bacha hua woh stephen hawking</w:t>
      </w:r>
    </w:p>
    <w:p>
      <w:pPr>
        <w:pStyle w:val="Heading2"/>
      </w:pPr>
      <w:r>
        <w:t>God's Shock Treatment for Muslims</w:t>
      </w:r>
    </w:p>
    <w:p>
      <w:r>
        <w:rPr>
          <w:color w:val="666666"/>
          <w:sz w:val="18"/>
        </w:rPr>
        <w:t>Faith &amp; God · Universal outlook April 09, 2017 · 42s · at 59:44 · https://youtu.be/n3HAPCpom5c?t=3584</w:t>
      </w:r>
    </w:p>
    <w:p>
      <w:r>
        <w:rPr>
          <w:i/>
        </w:rPr>
        <w:t>“Maulana, I have learned that when man doesn't understand the divine plan of God, then God creates compulsion for man by giving shock treatment. The current political development across globe from America to India seems like God's shock treatment to Muslims. This shock treatment may become the reason of taking U-turn for them. Maulana sahib, what are your remarks on this question?”</w:t>
      </w:r>
    </w:p>
    <w:p>
      <w:r>
        <w:rPr>
          <w:sz w:val="20"/>
        </w:rPr>
        <w:t>59:44  unka sawal yeh hai unhone likha hai maulana i have learned that when man doesn't understand the divine plan of god then god creates compulsion for man by giving shock treatment</w:t>
      </w:r>
      <w:r>
        <w:br/>
      </w:r>
      <w:r>
        <w:rPr>
          <w:sz w:val="20"/>
        </w:rPr>
        <w:t>59:58  the current political development across globe from america to india seems like god's shock treatment to muslims this shock treatment may become the reason of taking u-turn for them maulana sahib what are your remarks on this question</w:t>
      </w:r>
      <w:r>
        <w:br/>
      </w:r>
      <w:r>
        <w:rPr>
          <w:sz w:val="20"/>
        </w:rPr>
        <w:t>1:00:18  bilkul theek hai bahut sahi kaha hai unhone main is se agree karta hoon</w:t>
      </w:r>
    </w:p>
    <w:p>
      <w:pPr>
        <w:pStyle w:val="Heading2"/>
      </w:pPr>
      <w:r>
        <w:t>God's forgiveness for suicide due to depression</w:t>
      </w:r>
    </w:p>
    <w:p>
      <w:r>
        <w:rPr>
          <w:color w:val="666666"/>
          <w:sz w:val="18"/>
        </w:rPr>
        <w:t>Faith &amp; God · 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God's grace in reaching the truth</w:t>
      </w:r>
    </w:p>
    <w:p>
      <w:r>
        <w:rPr>
          <w:color w:val="666666"/>
          <w:sz w:val="18"/>
        </w:rPr>
        <w:t>Faith &amp; God · Discovery of Paradise March 22, 2015 · 1m 27s · at 1:00:57 · https://youtu.be/2axrfd7sZkE?t=3657</w:t>
      </w:r>
    </w:p>
    <w:p>
      <w:r>
        <w:rPr>
          <w:i/>
        </w:rPr>
        <w:t>“After much searching I reached your literature; through study and reflection I came to know something, but I believe this all happened by God's grace. Please tell us about this.”</w:t>
      </w:r>
    </w:p>
    <w:p>
      <w:r>
        <w:rPr>
          <w:sz w:val="20"/>
        </w:rPr>
        <w:t>1:00:57  مولانا، اگلا سوال مہتاب صاحب نے کیا ہے دھامپور سے، اور انہوں نے لکھا ہے: "میں بہت تلاش کے بعد آپ کے لٹریچر تک پہنچا، تب سٹڈی اور غور و فکر سے کچھ جان پایا،</w:t>
      </w:r>
      <w:r>
        <w:br/>
      </w:r>
      <w:r>
        <w:rPr>
          <w:sz w:val="20"/>
        </w:rPr>
        <w:t>1:01:12  مگر میں یہ سمجھتا ہوں کہ یہ سب خدا کی توفیق سے ہوا۔" اس کے بارے میں آپ بتائیں۔</w:t>
      </w:r>
      <w:r>
        <w:br/>
      </w:r>
      <w:r>
        <w:rPr>
          <w:sz w:val="20"/>
        </w:rPr>
        <w:t>1:01:26  دیکھیں، قرآن کی ایک آیت ہے: "لو وجدت فہم خیر الاسماء الاسماء۔" اللہ اگر ان کے اندر خیر دیکھتا تو ان کو سنواتا۔</w:t>
      </w:r>
      <w:r>
        <w:br/>
      </w:r>
      <w:r>
        <w:rPr>
          <w:sz w:val="20"/>
        </w:rPr>
        <w:t>1:01:44  "یاسماعو" معنی ہوتے ہیں سنوانا۔ تو میں سمجھتا ہوں کہ جو اصل چیز ہے، وہ ہے خیر۔ خیر کے معنی کیا ہیں؟</w:t>
      </w:r>
      <w:r>
        <w:br/>
      </w:r>
      <w:r>
        <w:rPr>
          <w:sz w:val="20"/>
        </w:rPr>
        <w:t>1:01:52  یہاں پر اس آیت میں</w:t>
      </w:r>
      <w:r>
        <w:br/>
      </w:r>
      <w:r>
        <w:rPr>
          <w:sz w:val="20"/>
        </w:rPr>
        <w:t>1:01:55  طلب، سیکھنے کی سپرٹ۔ تو جڑ کی بات جو ہے، وہ سیکھنے کی سپرٹ ہے۔ اس کو توفیق ملتی ہے۔</w:t>
      </w:r>
      <w:r>
        <w:br/>
      </w:r>
      <w:r>
        <w:rPr>
          <w:sz w:val="20"/>
        </w:rPr>
        <w:t>1:02:07  اس آیت میں خیر سے مراد ہے سیکھنے کی سپرٹ۔ تو جس آدمی کے اندر سیکھنے کی سپرٹ ہوگی، اس کو ضرور سچائی ملے گی۔</w:t>
      </w:r>
      <w:r>
        <w:br/>
      </w:r>
      <w:r>
        <w:rPr>
          <w:sz w:val="20"/>
        </w:rPr>
        <w:t>1:02:18  اگر سیکھنے کی سپرٹ نہ ہو، تب ڈاؤٹ فل ہے اس کا سچائی کو پانا۔</w:t>
      </w:r>
    </w:p>
    <w:p>
      <w:pPr>
        <w:pStyle w:val="Heading2"/>
      </w:pPr>
      <w:r>
        <w:t>God's image and human likeness</w:t>
      </w:r>
    </w:p>
    <w:p>
      <w:r>
        <w:rPr>
          <w:color w:val="666666"/>
          <w:sz w:val="18"/>
        </w:rPr>
        <w:t>Faith &amp; God · The Existence of God October 7, 2012 · 2m 41s · at 1:02:50 · https://youtu.be/Hm0ybuokQ8s?t=3770</w:t>
      </w:r>
    </w:p>
    <w:p>
      <w:r>
        <w:rPr>
          <w:i/>
        </w:rPr>
        <w:t>“It is mentioned that God has made man in his image. Does this mean that God's physical appearance is like a human being? If this is not true, then why is the word 'image' used and not any other word?”</w:t>
      </w:r>
    </w:p>
    <w:p>
      <w:r>
        <w:rPr>
          <w:sz w:val="20"/>
        </w:rPr>
        <w:t>1:02:50  molana, agla sawal chennai se aya hai mr ramesh</w:t>
      </w:r>
      <w:r>
        <w:br/>
      </w:r>
      <w:r>
        <w:rPr>
          <w:sz w:val="20"/>
        </w:rPr>
        <w:t>1:02:53  ka. unhon ne likha hai: "molana sahib, it is mentioned that god has made man in his image. does this mean that god's physical appearance is like human being?</w:t>
      </w:r>
      <w:r>
        <w:br/>
      </w:r>
      <w:r>
        <w:rPr>
          <w:sz w:val="20"/>
        </w:rPr>
        <w:t>1:03:04  if this is not true, then why is the word image used and not any other word?" dekhiye, yeh quran mein nahi hai, yeh hadith mein hai.</w:t>
      </w:r>
      <w:r>
        <w:br/>
      </w:r>
      <w:r>
        <w:rPr>
          <w:sz w:val="20"/>
        </w:rPr>
        <w:t>1:03:14  dekhiye, image ko aap literal mani mein kyun le rahe hain? literal aap chuki literal mani mein le rahe hain, is liye aap ko pareshani ho rahi hai.</w:t>
      </w:r>
      <w:r>
        <w:br/>
      </w:r>
      <w:r>
        <w:rPr>
          <w:sz w:val="20"/>
        </w:rPr>
        <w:t>1:03:23  is ke mani sirf yeh hain ke khuda ke jo attributes hain, woh diya insan ko allah ne, yaani sochne ki taqat, tajziya karne ki taqat, planning karne ki taqat.</w:t>
      </w:r>
      <w:r>
        <w:br/>
      </w:r>
      <w:r>
        <w:rPr>
          <w:sz w:val="20"/>
        </w:rPr>
        <w:t>1:03:35  yeh sab kisi janwar ko nahi. misaal ke taur par, main bataoon aap ko, hamare ghar mein ek faakhta ne nest banaya, ghonsla.</w:t>
      </w:r>
      <w:r>
        <w:br/>
      </w:r>
      <w:r>
        <w:rPr>
          <w:sz w:val="20"/>
        </w:rPr>
        <w:t>1:03:48  woh kabootar, kabootar ne, kabootar ne ghonsla banaya, nest, yaani yes ti nest. yeh log ghonsla banate hain ke ande dein, phir us ko sek sek kar ke bachche paida karein.</w:t>
      </w:r>
      <w:r>
        <w:br/>
      </w:r>
      <w:r>
        <w:rPr>
          <w:sz w:val="20"/>
        </w:rPr>
        <w:t>1:04:03  to tareeqa un ka by nature yeh hai ke jo female hoti hai, woh ande par baithti hai aur male jo hai, woh bahar ja ja kar us ke liye jo khati hai, woh woh samaan lata hai.</w:t>
      </w:r>
      <w:r>
        <w:br/>
      </w:r>
      <w:r>
        <w:rPr>
          <w:sz w:val="20"/>
        </w:rPr>
        <w:t>1:04:20  to woh woh chhodti hai nahi anda, isi par baithi seeti rehti hai. us ko</w:t>
      </w:r>
      <w:r>
        <w:br/>
      </w:r>
      <w:r>
        <w:rPr>
          <w:sz w:val="20"/>
        </w:rPr>
        <w:t>1:04:25  ab by chance kya hua ke us ka jo male jo air tha, woh hamare haan kisi ne chala diya, woh exhaust fan, woh bechara us mein us ko samjha ke us mein enter hone laga, us ke raaste se us mein phans kar woh mar gaya.</w:t>
      </w:r>
      <w:r>
        <w:br/>
      </w:r>
      <w:r>
        <w:rPr>
          <w:sz w:val="20"/>
        </w:rPr>
        <w:t>1:04:41  mujhe bara afsos hua. to ab is is is female ko pata nahi hai ke ab ne kya karna hai. woh phir bhi baithi hui hai isi ande par,</w:t>
      </w:r>
      <w:r>
        <w:br/>
      </w:r>
      <w:r>
        <w:rPr>
          <w:sz w:val="20"/>
        </w:rPr>
        <w:t>1:04:52  ande ko chhod kar jati nahi ke ab mujhe khud ja kar ke bahar se kuch apne khane peene ka samaan lana chahiye. to yeh hai insan ki surat. insan ko allah ta'ala ne zehan di, aqal di, planning di, sochne ka maada diya.</w:t>
      </w:r>
      <w:r>
        <w:br/>
      </w:r>
      <w:r>
        <w:rPr>
          <w:sz w:val="20"/>
        </w:rPr>
        <w:t>1:05:05  isi liye to aisa hua ke us ne meter ko hawai jahaz mein aur aur car mein tabdeel kiya. meter ko us ne mobile mein aur aur electronics mein tabdeel kiya.</w:t>
      </w:r>
      <w:r>
        <w:br/>
      </w:r>
      <w:r>
        <w:rPr>
          <w:sz w:val="20"/>
        </w:rPr>
        <w:t>1:05:18  yeh matlab hai is ka</w:t>
      </w:r>
      <w:r>
        <w:br/>
      </w:r>
      <w:r>
        <w:rPr>
          <w:sz w:val="20"/>
        </w:rPr>
        <w:t>1:05:19  ۔ aap literal mani mein lene ki wajah se aap aap ko yeh sawal paida hua. literal mani mein koi cheez nahi hoti hai, koi bhi cheez nahi hoti.</w:t>
      </w:r>
      <w:r>
        <w:br/>
      </w:r>
      <w:r>
        <w:rPr>
          <w:sz w:val="20"/>
        </w:rPr>
        <w:t>1:05:27  literal mani mein.</w:t>
      </w:r>
    </w:p>
    <w:p>
      <w:pPr>
        <w:pStyle w:val="Heading2"/>
      </w:pPr>
      <w:r>
        <w:t>God's justice and American oppression</w:t>
      </w:r>
    </w:p>
    <w:p>
      <w:r>
        <w:rPr>
          <w:color w:val="666666"/>
          <w:sz w:val="18"/>
        </w:rPr>
        <w:t>Faith &amp; God · Islam in Daily Life May 26, 2013 · 2m 37s · at 1:11:01 · https://youtu.be/iNyWPrbyyhA?t=4261</w:t>
      </w:r>
    </w:p>
    <w:p>
      <w:r>
        <w:rPr>
          <w:i/>
        </w:rPr>
        <w:t>“You wrote that God gives a tyrant only one chance to oppress, not a second. Then why is America oppressing Muslim countries everywhere? How is this happening?”</w:t>
      </w:r>
    </w:p>
    <w:p>
      <w:r>
        <w:rPr>
          <w:sz w:val="20"/>
        </w:rPr>
        <w:t>1:11:01  مولانا اگلا سوال ہے بیجاپور سے محمد الیاس عمری صاحب کا۔ انہوں نے لکھا ہے: "آپ نے ایک جگہ لکھا ہے کہ اللہ ظالم کو ایک ہی مرتبہ موقع دیتا ہے ظلم کا۔</w:t>
      </w:r>
      <w:r>
        <w:br/>
      </w:r>
      <w:r>
        <w:rPr>
          <w:sz w:val="20"/>
        </w:rPr>
        <w:t>1:11:15  دوبارہ نہیں دیتا۔ مولانا، پھر امریکہ ہر جگہ ظلم کر رہا ہے مسلم ممالک پر</w:t>
      </w:r>
      <w:r>
        <w:br/>
      </w:r>
      <w:r>
        <w:rPr>
          <w:sz w:val="20"/>
        </w:rPr>
        <w:t>1:11:22  ۔ یہ کیسے ہو رہا ہے؟ اس کے بارے میں بتائیں۔" میں اس کو مانتا ہی نہیں کہ امریکہ ظلم کر رہا ہے۔ یہ تو آپ کا مفروضہ ہے۔ امریکہ کوئی ظلم نہیں کر رہا۔</w:t>
      </w:r>
      <w:r>
        <w:br/>
      </w:r>
      <w:r>
        <w:rPr>
          <w:sz w:val="20"/>
        </w:rPr>
        <w:t>1:11:31  آپ 9/11 کریں گے تو بار بار کرے گا وہ۔ ظلم کہاں کر رہا ہے وہ؟ وہ ریٹیلیٹ کر رہا ہے۔ آپ ریٹیلیشن کے ظلم کر رہے ہیں۔</w:t>
      </w:r>
      <w:r>
        <w:br/>
      </w:r>
      <w:r>
        <w:rPr>
          <w:sz w:val="20"/>
        </w:rPr>
        <w:t>1:11:42  america ne kahin zulm nahi kiya hai.</w:t>
      </w:r>
      <w:r>
        <w:br/>
      </w:r>
      <w:r>
        <w:rPr>
          <w:sz w:val="20"/>
        </w:rPr>
        <w:t>1:11:47  abhi kal parson ek sahab america se aaye hain. unhon ne kaha ke 9/11 se pehle bilkul wahan par normal tha, sab kuch tha. 9/11 ke baad america mein ek jazba bhark utha.</w:t>
      </w:r>
      <w:r>
        <w:br/>
      </w:r>
      <w:r>
        <w:rPr>
          <w:sz w:val="20"/>
        </w:rPr>
        <w:t>1:11:58  isi ki bhagat rahe hain hum. to ab zulm kyun karte hain aap? musalmanon ko bura kahiye? kyun ke وَهُمْ بَدَوْكُمْ أَوْلَ بَرْرٍ</w:t>
      </w:r>
      <w:r>
        <w:br/>
      </w:r>
      <w:r>
        <w:rPr>
          <w:sz w:val="20"/>
        </w:rPr>
        <w:t>1:12:07  . jo bad kare الْبَادِي أَظْلَمٌ . ye kaisi ajeeb soch hai musalmanon ki ke badi ko azlam kaha gaya hai.</w:t>
      </w:r>
      <w:r>
        <w:br/>
      </w:r>
      <w:r>
        <w:rPr>
          <w:sz w:val="20"/>
        </w:rPr>
        <w:t>1:12:16  aur yahan ye jo retaliate ka is ko zalim bata rahe hain. ye bilkul galat soch hai. main is ko islam ki soch nahi, is ko qoumi soch samajhta hoon.</w:t>
      </w:r>
      <w:r>
        <w:br/>
      </w:r>
      <w:r>
        <w:rPr>
          <w:sz w:val="20"/>
        </w:rPr>
        <w:t>1:12:26  qoumi. yahi qoumi soch jo hai wisdom mein rukawat hai. jin logon ke andar qoumi soch ho, wo kabhi bhi un ko wisdom ki khabar nahi ho sakti.</w:t>
      </w:r>
      <w:r>
        <w:br/>
      </w:r>
      <w:r>
        <w:rPr>
          <w:sz w:val="20"/>
        </w:rPr>
        <w:t>1:12:41  maulana kya? aur jaise ab munafiqat dekhen musalmanon ki. agar agar agar america zalim hai to sare log jab america mein rahen, hijrat farz ho jati hai un ke upar.</w:t>
      </w:r>
      <w:r>
        <w:br/>
      </w:r>
      <w:r>
        <w:rPr>
          <w:sz w:val="20"/>
        </w:rPr>
        <w:t>1:12:52  aap jante hain?</w:t>
      </w:r>
      <w:r>
        <w:br/>
      </w:r>
      <w:r>
        <w:rPr>
          <w:sz w:val="20"/>
        </w:rPr>
        <w:t>1:12:58  agar agar sach much hi zalim ho, samajhte hain islam ko patana chahta hai, musalman patana chahta hai. jo log base bhi hain wahan par, taqreeban ghaliban saat billion insan musalman hain.</w:t>
      </w:r>
      <w:r>
        <w:br/>
      </w:r>
      <w:r>
        <w:rPr>
          <w:sz w:val="20"/>
        </w:rPr>
        <w:t>1:13:09  wo chhoden america ko jayen, apne</w:t>
      </w:r>
      <w:r>
        <w:br/>
      </w:r>
      <w:r>
        <w:rPr>
          <w:sz w:val="20"/>
        </w:rPr>
        <w:t>1:13:12  apne mulkon mein chale jayen wapas. kyun ke wahan wahan rehte hain. aisa fatwa dena itna aasan nahi hai. america ko zalim kehna mere nazdeek galat hai.</w:t>
      </w:r>
      <w:r>
        <w:br/>
      </w:r>
      <w:r>
        <w:rPr>
          <w:sz w:val="20"/>
        </w:rPr>
        <w:t>1:13:22  aur ba farz agar fateh se forgoment mein kahunga, agar agar sahi ho to sare logon ki hijrat farz ho jati hai. wahan hijrat kar ke chale jayen, america chhod den.</w:t>
      </w:r>
    </w:p>
    <w:p>
      <w:pPr>
        <w:pStyle w:val="Heading2"/>
      </w:pPr>
      <w:r>
        <w:t>God's plan for different opinions in creation</w:t>
      </w:r>
    </w:p>
    <w:p>
      <w:r>
        <w:rPr>
          <w:color w:val="666666"/>
          <w:sz w:val="18"/>
        </w:rPr>
        <w:t>Faith &amp; God · Personality Building January 05, 2014 · 27s · at 1:00:15 · https://youtu.be/3Zppdm2K4ug?t=3615</w:t>
      </w:r>
    </w:p>
    <w:p>
      <w:r>
        <w:rPr>
          <w:i/>
        </w:rPr>
        <w:t>“When God has placed the plan of having different opinions in His creative system, ...”</w:t>
      </w:r>
    </w:p>
    <w:p>
      <w:r>
        <w:rPr>
          <w:sz w:val="20"/>
        </w:rPr>
        <w:t>1:00:15  to jo log aisa kehtay hain, un say bas saada, yani sawal aap yeh kijiye kay batao kahan likha hai Quran ya Hadees mein? jo log aisa kehtay hain, un say poochiye kahan likha hua hai Quran o Hadees mein.</w:t>
      </w:r>
      <w:r>
        <w:br/>
      </w:r>
      <w:r>
        <w:rPr>
          <w:sz w:val="20"/>
        </w:rPr>
        <w:t>1:00:28  to jab tak woh ayat ya hadees na bataye, us waqt tak aap na to us ko maaniye, na us par sawal kijiye, na us ko maaniye, na us par sawal kijiye.</w:t>
      </w:r>
    </w:p>
    <w:p>
      <w:pPr>
        <w:pStyle w:val="Heading2"/>
      </w:pPr>
      <w:r>
        <w:t>God's scheme and human free will</w:t>
      </w:r>
    </w:p>
    <w:p>
      <w:r>
        <w:rPr>
          <w:color w:val="666666"/>
          <w:sz w:val="18"/>
        </w:rPr>
        <w:t>Faith &amp; God · Material Science Vs Spiritual Science 20th May 12 SLOW · 2m 30s · at 1:21:08 · https://youtu.be/qYwFExG7cyM?t=4868</w:t>
      </w:r>
    </w:p>
    <w:p>
      <w:r>
        <w:rPr>
          <w:i/>
        </w:rPr>
        <w:t>“Everything in this world happens according to God's scheme, but man has been given freedom of thought and action, so that he can be tested.”</w:t>
      </w:r>
    </w:p>
    <w:p>
      <w:r>
        <w:rPr>
          <w:sz w:val="20"/>
        </w:rPr>
        <w:t>1:21:08  maulana, agla sawal dilli se hai miss saba hussain ka.</w:t>
      </w:r>
      <w:r>
        <w:br/>
      </w:r>
      <w:r>
        <w:rPr>
          <w:sz w:val="20"/>
        </w:rPr>
        <w:t>1:21:14  انہوں نے لکھا ہے: "Everything in this world happens according to God's scheme, but man has been</w:t>
      </w:r>
      <w:r>
        <w:br/>
      </w:r>
      <w:r>
        <w:rPr>
          <w:sz w:val="20"/>
        </w:rPr>
        <w:t>1:21:20  given freedom of thought and action, so that he can be tested.</w:t>
      </w:r>
      <w:r>
        <w:br/>
      </w:r>
      <w:r>
        <w:rPr>
          <w:sz w:val="20"/>
        </w:rPr>
        <w:t>1:21:26  then what is the role of dua? can man get everything by doing dua to god?" nahi,</w:t>
      </w:r>
      <w:r>
        <w:br/>
      </w:r>
      <w:r>
        <w:rPr>
          <w:sz w:val="20"/>
        </w:rPr>
        <w:t>1:21:32  dekhiye, dua jo hai quran ke ek ayat se sawal aati hai.</w:t>
      </w:r>
      <w:r>
        <w:br/>
      </w:r>
      <w:r>
        <w:rPr>
          <w:sz w:val="20"/>
        </w:rPr>
        <w:t>1:21:38  quran mein hai: "ilah yصد al-kalim al-tayyib wa al-amal al-salih یرفو", yani allah ki taraf uthta hai pak kalma.</w:t>
      </w:r>
      <w:r>
        <w:br/>
      </w:r>
      <w:r>
        <w:rPr>
          <w:sz w:val="20"/>
        </w:rPr>
        <w:t>1:21:44  pak kalma matlab achhi dua aur us ko upar le aata hai amal salih.</w:t>
      </w:r>
      <w:r>
        <w:br/>
      </w:r>
      <w:r>
        <w:rPr>
          <w:sz w:val="20"/>
        </w:rPr>
        <w:t>1:21:50  amal salih ka matlab hai muwafiq dua.</w:t>
      </w:r>
      <w:r>
        <w:br/>
      </w:r>
      <w:r>
        <w:rPr>
          <w:sz w:val="20"/>
        </w:rPr>
        <w:t>1:21:56  amal aap ek plan karte hain sahi raste par aur is plan mein jab aap implement karna chahte</w:t>
      </w:r>
      <w:r>
        <w:br/>
      </w:r>
      <w:r>
        <w:rPr>
          <w:sz w:val="20"/>
        </w:rPr>
        <w:t>1:22:02  hain to dua karte hain allah taala se.</w:t>
      </w:r>
      <w:r>
        <w:br/>
      </w:r>
      <w:r>
        <w:rPr>
          <w:sz w:val="20"/>
        </w:rPr>
        <w:t>1:22:08  to to dua jo hai is mein is ke sath sath zaruri hai ke aap jo dua aap</w:t>
      </w:r>
      <w:r>
        <w:br/>
      </w:r>
      <w:r>
        <w:rPr>
          <w:sz w:val="20"/>
        </w:rPr>
        <w:t>1:22:14  kar rahe hain us ke muwafiq amal karen.</w:t>
      </w:r>
      <w:r>
        <w:br/>
      </w:r>
      <w:r>
        <w:rPr>
          <w:sz w:val="20"/>
        </w:rPr>
        <w:t>1:22:20  agar sirf dua karen, us ke muwafiq amal na kar rahe hon to dua qabul nahi hogi.</w:t>
      </w:r>
      <w:r>
        <w:br/>
      </w:r>
      <w:r>
        <w:rPr>
          <w:sz w:val="20"/>
        </w:rPr>
        <w:t>1:22:26  ek shakhs ne pucha rasool allah sallallahu alaihi wasallam se ke main oont ko bandh kar tawakkul</w:t>
      </w:r>
      <w:r>
        <w:br/>
      </w:r>
      <w:r>
        <w:rPr>
          <w:sz w:val="20"/>
        </w:rPr>
        <w:t>1:22:32  karun ya oont ko chhod kar tawakkul karun? aap ne farmaya ke "ae ilah!</w:t>
      </w:r>
      <w:r>
        <w:br/>
      </w:r>
      <w:r>
        <w:rPr>
          <w:sz w:val="20"/>
        </w:rPr>
        <w:t>1:22:38  fatawakkal, pehle oont ko bandho, phir tawakkul karo." to dua bilashubah bahut hi important hai, lekin dua karne</w:t>
      </w:r>
      <w:r>
        <w:br/>
      </w:r>
      <w:r>
        <w:rPr>
          <w:sz w:val="20"/>
        </w:rPr>
        <w:t>1:22:43  wala sincere hai ke nahi, is ki sincerity is se rush hoti hai is baat se ke is</w:t>
      </w:r>
      <w:r>
        <w:br/>
      </w:r>
      <w:r>
        <w:rPr>
          <w:sz w:val="20"/>
        </w:rPr>
        <w:t>1:22:49  ke muwafiq amal kar raha hai ke nahi kar raha.</w:t>
      </w:r>
      <w:r>
        <w:br/>
      </w:r>
      <w:r>
        <w:rPr>
          <w:sz w:val="20"/>
        </w:rPr>
        <w:t>1:22:54  misalan aap rizq ki dua kar rahe hain, rizq hasan ki, aur subah sham bistar par pade hue</w:t>
      </w:r>
      <w:r>
        <w:br/>
      </w:r>
      <w:r>
        <w:rPr>
          <w:sz w:val="20"/>
        </w:rPr>
        <w:t>1:23:00  hain aur koi kaam nahi karte to woh dua be-mani hai.</w:t>
      </w:r>
      <w:r>
        <w:br/>
      </w:r>
      <w:r>
        <w:rPr>
          <w:sz w:val="20"/>
        </w:rPr>
        <w:t>1:23:05  woh dua be-mani hai, yani dua ki dua karne mein aap sincere hain, dua karne mein aap honest hain.</w:t>
      </w:r>
      <w:r>
        <w:br/>
      </w:r>
      <w:r>
        <w:rPr>
          <w:sz w:val="20"/>
        </w:rPr>
        <w:t>1:23:11  yeh establish hota hai is baat se ke aap khud apni taqat ko laga rahi hain isi raste mein.</w:t>
      </w:r>
      <w:r>
        <w:br/>
      </w:r>
      <w:r>
        <w:rPr>
          <w:sz w:val="20"/>
        </w:rPr>
        <w:t>1:23:16  to jab allah taala yeh dekhte hain ke aap sach much sincere hain is mamle mein to is</w:t>
      </w:r>
      <w:r>
        <w:br/>
      </w:r>
      <w:r>
        <w:rPr>
          <w:sz w:val="20"/>
        </w:rPr>
        <w:t>1:23:22  waqt allah ki rah mutabiq aap ki taraf aati hai.</w:t>
      </w:r>
      <w:r>
        <w:br/>
      </w:r>
      <w:r>
        <w:rPr>
          <w:sz w:val="20"/>
        </w:rPr>
        <w:t>1:23:27  yani khud to aap sincere na hon aur allah se dua karen, yeh kabhi nahi ho sakta.</w:t>
      </w:r>
      <w:r>
        <w:br/>
      </w:r>
      <w:r>
        <w:rPr>
          <w:sz w:val="20"/>
        </w:rPr>
        <w:t>1:23:33  aisi dua kabhi qabul nahi hogi.</w:t>
      </w:r>
    </w:p>
    <w:p>
      <w:pPr>
        <w:pStyle w:val="Heading2"/>
      </w:pPr>
      <w:r>
        <w:t>Great task for presentation before God</w:t>
      </w:r>
    </w:p>
    <w:p>
      <w:r>
        <w:rPr>
          <w:color w:val="666666"/>
          <w:sz w:val="18"/>
        </w:rPr>
        <w:t>Faith &amp; God · Spiritual Goal January 15, 2017 · 2m 03s · at 55:08 · https://youtu.be/D3JYu4p_P34?t=3308</w:t>
      </w:r>
    </w:p>
    <w:p>
      <w:r>
        <w:rPr>
          <w:i/>
        </w:rPr>
        <w:t>“Moulana sahib, my question is that does a person need to do a great task to be able to give presentation before God that you mentioned in your talk today?”</w:t>
      </w:r>
    </w:p>
    <w:p>
      <w:r>
        <w:rPr>
          <w:sz w:val="20"/>
        </w:rPr>
        <w:t>55:08  maulana, agla sawal bheja hai aa shayad siddiqui sahib ne, bangalore se.</w:t>
      </w:r>
      <w:r>
        <w:br/>
      </w:r>
      <w:r>
        <w:rPr>
          <w:sz w:val="20"/>
        </w:rPr>
        <w:t>55:14  unhon ne likha hai: "Moulana sahib, my question is that does a person need to do a great</w:t>
      </w:r>
      <w:r>
        <w:br/>
      </w:r>
      <w:r>
        <w:rPr>
          <w:sz w:val="20"/>
        </w:rPr>
        <w:t>55:20  task to be able to give presentation before God that you mentioned in your talk today?\</w:t>
      </w:r>
      <w:r>
        <w:br/>
      </w:r>
      <w:r>
        <w:rPr>
          <w:sz w:val="20"/>
        </w:rPr>
        <w:t>55:27  For example, I would want to be such a person, but I am a person who can do small tasks like Quran distribution or giving small donations as per my meager salary. How can I then qualify to play the role of a presenter in the hereafter?</w:t>
      </w:r>
      <w:r>
        <w:br/>
      </w:r>
      <w:r>
        <w:rPr>
          <w:sz w:val="20"/>
        </w:rPr>
        <w:t>55:46  daikhen, aisa nahi ke aap koi stage par ja ja kar training karna hai, aap ko aisa nahi hota.</w:t>
      </w:r>
      <w:r>
        <w:br/>
      </w:r>
      <w:r>
        <w:rPr>
          <w:sz w:val="20"/>
        </w:rPr>
        <w:t>55:51  yeh mera matlab nahi hai.</w:t>
      </w:r>
      <w:r>
        <w:br/>
      </w:r>
      <w:r>
        <w:rPr>
          <w:sz w:val="20"/>
        </w:rPr>
        <w:t>55:57  jo kaam bhi aap kar rahay hain, agar woh aap sachay dil se kar rahay hain to aap</w:t>
      </w:r>
      <w:r>
        <w:br/>
      </w:r>
      <w:r>
        <w:rPr>
          <w:sz w:val="20"/>
        </w:rPr>
        <w:t>56:03  ko inspiration aye ga.</w:t>
      </w:r>
      <w:r>
        <w:br/>
      </w:r>
      <w:r>
        <w:rPr>
          <w:sz w:val="20"/>
        </w:rPr>
        <w:t>56:08  inspiration aap ko train karta hai.</w:t>
      </w:r>
      <w:r>
        <w:br/>
      </w:r>
      <w:r>
        <w:rPr>
          <w:sz w:val="20"/>
        </w:rPr>
        <w:t>56:14  aisa nahi ke koi stage banayen, wahan ja ja ke taqreeren karen, is se aap prepare ho jayen ge.</w:t>
      </w:r>
      <w:r>
        <w:br/>
      </w:r>
      <w:r>
        <w:rPr>
          <w:sz w:val="20"/>
        </w:rPr>
        <w:t>56:20  aisa hai hi nahi.</w:t>
      </w:r>
      <w:r>
        <w:br/>
      </w:r>
      <w:r>
        <w:rPr>
          <w:sz w:val="20"/>
        </w:rPr>
        <w:t>56:26  aap Allah ke mission ke liye jab kaam karen ge, mission mein daikhen, koi kaam chhota hai, koi</w:t>
      </w:r>
      <w:r>
        <w:br/>
      </w:r>
      <w:r>
        <w:rPr>
          <w:sz w:val="20"/>
        </w:rPr>
        <w:t>56:31  bara nahi hota.</w:t>
      </w:r>
      <w:r>
        <w:br/>
      </w:r>
      <w:r>
        <w:rPr>
          <w:sz w:val="20"/>
        </w:rPr>
        <w:t>56:37  har kaam barabar ka hota hai.</w:t>
      </w:r>
      <w:r>
        <w:br/>
      </w:r>
      <w:r>
        <w:rPr>
          <w:sz w:val="20"/>
        </w:rPr>
        <w:t>56:43  to jab Allah ke liye aap karen ge mission ka kaam, chahe koi bhi kaam ho, chahe sirf</w:t>
      </w:r>
      <w:r>
        <w:br/>
      </w:r>
      <w:r>
        <w:rPr>
          <w:sz w:val="20"/>
        </w:rPr>
        <w:t>56:48  quran ka distribution hi ho, tab bhi aap ko inspiration aye ga.</w:t>
      </w:r>
      <w:r>
        <w:br/>
      </w:r>
      <w:r>
        <w:rPr>
          <w:sz w:val="20"/>
        </w:rPr>
        <w:t>56:54  woh inspiration aap ko train karta hai.</w:t>
      </w:r>
      <w:r>
        <w:br/>
      </w:r>
      <w:r>
        <w:rPr>
          <w:sz w:val="20"/>
        </w:rPr>
        <w:t>57:00  is inspiration ke tehat aap ki personality banti hai.</w:t>
      </w:r>
      <w:r>
        <w:br/>
      </w:r>
      <w:r>
        <w:rPr>
          <w:sz w:val="20"/>
        </w:rPr>
        <w:t>57:06  yehi sahi tareeqa hai.</w:t>
      </w:r>
    </w:p>
    <w:p>
      <w:pPr>
        <w:pStyle w:val="Heading2"/>
      </w:pPr>
      <w:r>
        <w:t>Group claims to be promised messiah</w:t>
      </w:r>
    </w:p>
    <w:p>
      <w:r>
        <w:rPr>
          <w:color w:val="666666"/>
          <w:sz w:val="18"/>
        </w:rPr>
        <w:t>Faith &amp; God · 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Guidance from Allah or self-acquired</w:t>
      </w:r>
    </w:p>
    <w:p>
      <w:r>
        <w:rPr>
          <w:color w:val="666666"/>
          <w:sz w:val="18"/>
        </w:rPr>
        <w:t>Faith &amp; God · Man and Paradise August 18, 2013 · 2m 04s · at 1:05:42 · https://youtu.be/v7eX25YAjDU?t=3942</w:t>
      </w:r>
    </w:p>
    <w:p>
      <w:r>
        <w:rPr>
          <w:i/>
        </w:rPr>
        <w:t>“In the Quran, sometimes it is understood that guidance comes from Allah, and sometimes it seems that man obtains guidance by himself. What do you say about this?”</w:t>
      </w:r>
    </w:p>
    <w:p>
      <w:r>
        <w:rPr>
          <w:sz w:val="20"/>
        </w:rPr>
        <w:t>1:05:42  Maulana, agla sawal Delhi se hai Anas sahib ka. unhon ne likha hai: "Quran mein kahin par yeh yeh samajh aata hai ke hidayat Allah ki taraf se aati hai aur kahin lagta hai ke insan khud se hi hidayat hasil karta hai.</w:t>
      </w:r>
      <w:r>
        <w:br/>
      </w:r>
      <w:r>
        <w:rPr>
          <w:sz w:val="20"/>
        </w:rPr>
        <w:t>1:05:58  is ke bare mein aap kya kahenge?" dekhen, yeh is isloob ki baat hai. isloob ki</w:t>
      </w:r>
      <w:r>
        <w:br/>
      </w:r>
      <w:r>
        <w:rPr>
          <w:sz w:val="20"/>
        </w:rPr>
        <w:t>1:06:07  insan khud hi insan ko dekhen, freedom of choice mila hua hai. to apne freedom of choice ko istemal kar ke woh sachai ko pata hai, hidayat hidayat ko pata hai.</w:t>
      </w:r>
      <w:r>
        <w:br/>
      </w:r>
      <w:r>
        <w:rPr>
          <w:sz w:val="20"/>
        </w:rPr>
        <w:t>1:06:22  aisa nahi ke upar se hidayat us ko yani install kar di jaye. to phir test kis baat ka rahega?</w:t>
      </w:r>
      <w:r>
        <w:br/>
      </w:r>
      <w:r>
        <w:rPr>
          <w:sz w:val="20"/>
        </w:rPr>
        <w:t>1:06:31  aazmaish kis baat ki rahegi?</w:t>
      </w:r>
      <w:r>
        <w:br/>
      </w:r>
      <w:r>
        <w:rPr>
          <w:sz w:val="20"/>
        </w:rPr>
        <w:t>1:06:34  to yehi to azmaish hai ke aadmi ne apne freedom of choice ko sahi istemal kiya ya galat istemal kiya. isi pe hidayat ka inhisaar hai.</w:t>
      </w:r>
      <w:r>
        <w:br/>
      </w:r>
      <w:r>
        <w:rPr>
          <w:sz w:val="20"/>
        </w:rPr>
        <w:t>1:06:46  hidayat Allah taala se ki taraf se jabran nahi aati, wo aap hi ke yani azadi ke ke sahi istemal se aap ko milti hai.</w:t>
      </w:r>
    </w:p>
    <w:p>
      <w:pPr>
        <w:pStyle w:val="Heading2"/>
      </w:pPr>
      <w:r>
        <w:t>Hardship of Day of Judgement</w:t>
      </w:r>
    </w:p>
    <w:p>
      <w:r>
        <w:rPr>
          <w:color w:val="666666"/>
          <w:sz w:val="18"/>
        </w:rPr>
        <w:t>Faith &amp; God · Realization of God May 07, 2017 Maulana Wahiduddin Khan · 1m 25s · at 1:00:10 · https://youtu.be/sXmJShRfWKs?t=3610</w:t>
      </w:r>
    </w:p>
    <w:p>
      <w:r>
        <w:rPr>
          <w:i/>
        </w:rPr>
        <w:t>“Why will the Day of Judgement be so hard?”</w:t>
      </w:r>
    </w:p>
    <w:p>
      <w:r>
        <w:rPr>
          <w:sz w:val="20"/>
        </w:rPr>
        <w:t>1:00:10  to kaha das baar ki planning karni pari us ko yeh to hota hai Maulana agla sawal bheja</w:t>
      </w:r>
      <w:r>
        <w:br/>
      </w:r>
      <w:r>
        <w:rPr>
          <w:sz w:val="20"/>
        </w:rPr>
        <w:t>1:00:18  hai abu dhabi se ameer qureshi sahib ne aur unhon ne aap se poocha hai ke maulana sahib</w:t>
      </w:r>
      <w:r>
        <w:br/>
      </w:r>
      <w:r>
        <w:rPr>
          <w:sz w:val="20"/>
        </w:rPr>
        <w:t>1:00:25  why the day of judgement will be so hard</w:t>
      </w:r>
      <w:r>
        <w:br/>
      </w:r>
      <w:r>
        <w:rPr>
          <w:sz w:val="20"/>
        </w:rPr>
        <w:t>1:00:29  even good and pious people will be there as well</w:t>
      </w:r>
      <w:r>
        <w:br/>
      </w:r>
      <w:r>
        <w:rPr>
          <w:sz w:val="20"/>
        </w:rPr>
        <w:t>1:00:36  hamari kitab hai aakhirat ka safar is ko parhiye aap aakhirat ka safar choti si kitab hai is ko parhiye okay so we will end this session now we will be back next sunday same time thank you.</w:t>
      </w:r>
    </w:p>
    <w:p>
      <w:pPr>
        <w:pStyle w:val="Heading2"/>
      </w:pPr>
      <w:r>
        <w:t>Helping people understand importance of thinking</w:t>
      </w:r>
    </w:p>
    <w:p>
      <w:r>
        <w:rPr>
          <w:color w:val="666666"/>
          <w:sz w:val="18"/>
        </w:rPr>
        <w:t>Faith &amp; God · Islam and Science (In Conversation with Maulana) · 2m 32s · at 11:04 · https://youtu.be/pKS94tSXlT4?t=664</w:t>
      </w:r>
    </w:p>
    <w:p>
      <w:r>
        <w:rPr>
          <w:i/>
        </w:rPr>
        <w:t>“Today people have started holding their beliefs as secret and do not want to rethink. What can we say to them to help them understand the importance of thinking in religion?”</w:t>
      </w:r>
    </w:p>
    <w:p>
      <w:r>
        <w:rPr>
          <w:sz w:val="20"/>
        </w:rPr>
        <w:t>11:04  Maulana, agla sawal Delhi se aaya hai, Miss Naghma Siddiqui ka. unhon ne likha hai: "today all people have started holding their belief as secret and do not want to rethink.</w:t>
      </w:r>
      <w:r>
        <w:br/>
      </w:r>
      <w:r>
        <w:rPr>
          <w:sz w:val="20"/>
        </w:rPr>
        <w:t>11:17  as dies, what can we say to them to help them understand the importance of thinking in religion?"</w:t>
      </w:r>
      <w:r>
        <w:br/>
      </w:r>
      <w:r>
        <w:rPr>
          <w:sz w:val="20"/>
        </w:rPr>
        <w:t>11:27  bas kaam karte rahiye, kuch kuch afraad is mein niklen ge, jaise nikalte rahe hain. yani aisa nahi hai ke woh insaan pathar nahi hota hai.</w:t>
      </w:r>
      <w:r>
        <w:br/>
      </w:r>
      <w:r>
        <w:rPr>
          <w:sz w:val="20"/>
        </w:rPr>
        <w:t>11:41  abhi kal mere paas telephone aaya hai, ek ek sahab the, woh hamare sakht mukhalif the aur mukhalifat karte karte boorhe ho gaye.</w:t>
      </w:r>
      <w:r>
        <w:br/>
      </w:r>
      <w:r>
        <w:rPr>
          <w:sz w:val="20"/>
        </w:rPr>
        <w:t>11:53  woh to ek aadmi un se mila, us ne kaha ke: "dekhen, aap mukhalifat karte hain, aap ne koi kitaben padhi hain?" kuch to beharhaal sun kar mukhalif ban gaye the.</w:t>
      </w:r>
      <w:r>
        <w:br/>
      </w:r>
      <w:r>
        <w:rPr>
          <w:sz w:val="20"/>
        </w:rPr>
        <w:t>12:02  woh kitaab nahi padhi thi. unhon ne kaha: "achha theek hai, aap ek kitaab padh daliye, Islam." ek kitaab hai meri, Islam.</w:t>
      </w:r>
      <w:r>
        <w:br/>
      </w:r>
      <w:r>
        <w:rPr>
          <w:sz w:val="20"/>
        </w:rPr>
        <w:t>12:11  woh diya unhon ne, us ko padhiye. jab kitaab padh chuki, dobara un se mile to unhon ne poocha ke: "rah dijiye apni." to woh woh ek aalim the, woh khoob samajh sakte the kitaab ko.</w:t>
      </w:r>
      <w:r>
        <w:br/>
      </w:r>
      <w:r>
        <w:rPr>
          <w:sz w:val="20"/>
        </w:rPr>
        <w:t>12:26  to unhon ne kaha ke: "bhai, is kitaab ne to meri aankh khol di aur main ab tak andhere mein tha. aur kaash meri umar ab tak boorha ho chuka hoon, agar main mein meri mein andar taqat hui to main is bashar ke sath deta." to dekhiye, un ke woh woh is mein pakka ho chuke the ke phir bhi ek kitaab padh kar ke, woh yani woh kuch is kitaab mein un ki deconditioning kar di.</w:t>
      </w:r>
      <w:r>
        <w:br/>
      </w:r>
      <w:r>
        <w:rPr>
          <w:sz w:val="20"/>
        </w:rPr>
        <w:t>12:54  to kabhi bhi dekhiye, humein mayoos nahi hona chahiye. har condition, har conditioning ko toda sakta hai. yani bar bar ka tajurba hai ke har condition toot jati hai aur insaan ke andar jo jo reasoning power hai,</w:t>
      </w:r>
      <w:r>
        <w:br/>
      </w:r>
      <w:r>
        <w:rPr>
          <w:sz w:val="20"/>
        </w:rPr>
        <w:t>13:14  woh har cheez ko, woh sachai ko discover kar leta hai kisi bhi umar mein. to humein kisi bhi haal mein mayoos nahi hona hai aur Allah se dua karte hue logon ki islaah ka kaam jari rakhna hai,</w:t>
      </w:r>
      <w:r>
        <w:br/>
      </w:r>
      <w:r>
        <w:rPr>
          <w:sz w:val="20"/>
        </w:rPr>
        <w:t>13:34  inshallah.</w:t>
      </w:r>
    </w:p>
    <w:p>
      <w:pPr>
        <w:pStyle w:val="Heading2"/>
      </w:pPr>
      <w:r>
        <w:t>How Did Dolly the Sheep Get Life?</w:t>
      </w:r>
    </w:p>
    <w:p>
      <w:r>
        <w:rPr>
          <w:color w:val="666666"/>
          <w:sz w:val="18"/>
        </w:rPr>
        <w:t>Faith &amp; God · Building A Creative Personality | 20 Nov 2011 · 1m 22s · at 1:18:06 · https://youtu.be/jdfhpwfEvKg?t=4686</w:t>
      </w:r>
    </w:p>
    <w:p>
      <w:r>
        <w:rPr>
          <w:i/>
        </w:rPr>
        <w:t>“The body is made of atoms, which is lifeless and of course mortal, but the existence of life is due to the soul, which is immortal. I am fine with this so far, but when I think about cloning—for instance, Dolly the sheep was cloned and developed exactly like how flesh has to be grown, like a collection of atoms—the scientist did not give it a soul, as only Allah can do it. So how did Dolly the sheep get life?”</w:t>
      </w:r>
    </w:p>
    <w:p>
      <w:r>
        <w:rPr>
          <w:sz w:val="20"/>
        </w:rPr>
        <w:t>1:18:06  Maulana, agla sawal aaya hai Mr Shahnawaz Khan ka Delhi se.</w:t>
      </w:r>
      <w:r>
        <w:br/>
      </w:r>
      <w:r>
        <w:rPr>
          <w:sz w:val="20"/>
        </w:rPr>
        <w:t>1:18:11  انہوں نے لکھا ہے: "The body is the body is made of atoms which is lifeless</w:t>
      </w:r>
      <w:r>
        <w:br/>
      </w:r>
      <w:r>
        <w:rPr>
          <w:sz w:val="20"/>
        </w:rPr>
        <w:t>1:18:16  and of course mortal, but the existence of life is due to soul which is immortal. i am fine with this so far, but when i think about cloning, for instance, dolly the sheep was cloned and developed exactly like how flesh has to be grown, like a collection of atoms. the scientist did not give it a soul as only allah can do it. so how did dolly the sheep get l</w:t>
      </w:r>
      <w:r>
        <w:br/>
      </w:r>
      <w:r>
        <w:rPr>
          <w:sz w:val="20"/>
        </w:rPr>
        <w:t>1:18:46  ife? from where did the life come in it? it puts a big question mark in my mind about the existence of soul. please clear this in reference to islam." dekhiye, hamara mauzu nahi yeh sab, hamare hadith koi aham masail nahi hain ya mere hadith anya sirf masail hain. agar aap ko detail janna ho to aap mujh se telephone par baat kijiye ya tehreer likh lijiye ya mujh se miliye to main bataunga. baqi yeh jo hota</w:t>
      </w:r>
      <w:r>
        <w:br/>
      </w:r>
      <w:r>
        <w:rPr>
          <w:sz w:val="20"/>
        </w:rPr>
        <w:t>1:19:16  hai class hamara, yeh asal dawat ke liye hota hai aur is tarah ke masail ke liye nahi hota hai.</w:t>
      </w:r>
      <w:r>
        <w:br/>
      </w:r>
      <w:r>
        <w:rPr>
          <w:sz w:val="20"/>
        </w:rPr>
        <w:t>1:19:22  yeh aap ko agar dilchaspi ho to alag se mujh se mil sakte hain.</w:t>
      </w:r>
    </w:p>
    <w:p>
      <w:pPr>
        <w:pStyle w:val="Heading2"/>
      </w:pPr>
      <w:r>
        <w:t>How can all humans have one opinion on God?</w:t>
      </w:r>
    </w:p>
    <w:p>
      <w:r>
        <w:rPr>
          <w:color w:val="666666"/>
          <w:sz w:val="18"/>
        </w:rPr>
        <w:t>Faith &amp; God · Personality Building January 05, 2014 · 2m 16s · at 1:00:43 · https://youtu.be/3Zppdm2K4ug?t=3643</w:t>
      </w:r>
    </w:p>
    <w:p>
      <w:r>
        <w:rPr>
          <w:i/>
        </w:rPr>
        <w:t>“When God has placed the plan of having different opinions in His creative system, then how can all humans have one opinion in the concept of God and belief in the unseen? Explain.”</w:t>
      </w:r>
    </w:p>
    <w:p>
      <w:r>
        <w:rPr>
          <w:sz w:val="20"/>
        </w:rPr>
        <w:t>1:00:43  maulana, agla sawal saharanpur say mrs. ismat khanoom ka hai. unhon nay likha hai: "maulana, jab Khuda nay mukhtalif rai rakhnay ka mansooba apni takhleeqi nizaam mein rakha hai,</w:t>
      </w:r>
      <w:r>
        <w:br/>
      </w:r>
      <w:r>
        <w:rPr>
          <w:sz w:val="20"/>
        </w:rPr>
        <w:t>1:00:58  to phir Khuda kay tasawwur mein aur ghayab par iman mein sab insan aik rai kaisay rakh saktay hain? is par bataye." mujh say koi talluq nahi, is ka aqeeday say belief talluq nahi hai.</w:t>
      </w:r>
      <w:r>
        <w:br/>
      </w:r>
      <w:r>
        <w:rPr>
          <w:sz w:val="20"/>
        </w:rPr>
        <w:t>1:01:11  ji,</w:t>
      </w:r>
      <w:r>
        <w:br/>
      </w:r>
      <w:r>
        <w:rPr>
          <w:sz w:val="20"/>
        </w:rPr>
        <w:t>1:01:13  woh aqeedah aur belief to aik hi rahay ga. is mein to oneness hogi, is mein kahin nahi ho sakta. baqi dunya mein insan paida hota hai, har aik ki apni alag test hai, alag, har aik ka alag, yani dhang par us ki us ki ab breaking hoti hai,</w:t>
      </w:r>
      <w:r>
        <w:br/>
      </w:r>
      <w:r>
        <w:rPr>
          <w:sz w:val="20"/>
        </w:rPr>
        <w:t>1:01:31  alag alag dhang say us ki soch banti hai. is liye differences atay hain, lekin is difference ko phir sort out karna hai. sort out kar kay phir aap ko sachai tak pahunchna hai.</w:t>
      </w:r>
      <w:r>
        <w:br/>
      </w:r>
      <w:r>
        <w:rPr>
          <w:sz w:val="20"/>
        </w:rPr>
        <w:t>1:01:44  woh dard aarzoo of ah test paper, jis tarah aap ko problem say hal karna hai, aisi differences ko bhi sort out karna hai.</w:t>
      </w:r>
      <w:r>
        <w:br/>
      </w:r>
      <w:r>
        <w:rPr>
          <w:sz w:val="20"/>
        </w:rPr>
        <w:t>1:01:57  aur is say bohat yeh blessing hai kyun kay is say intellectual development hota hai.</w:t>
      </w:r>
      <w:r>
        <w:br/>
      </w:r>
      <w:r>
        <w:rPr>
          <w:sz w:val="20"/>
        </w:rPr>
        <w:t>1:02:06  agar aap sab logon ki soch ek ho, difrences na hon, to is ke baad kya hoga? intellectual stagnation aa jayega. intellectual stagnation, yani zehni jamood.</w:t>
      </w:r>
      <w:r>
        <w:br/>
      </w:r>
      <w:r>
        <w:rPr>
          <w:sz w:val="20"/>
        </w:rPr>
        <w:t>1:02:19  to difrence to bohat bari blessing hai. isi ki wajah se discussion hota hai, is ki wajah se ek doosre ke darmiyan intellectual exchange hota hai, isi ki wajah se sari tarqqiyan hoti hain.</w:t>
      </w:r>
      <w:r>
        <w:br/>
      </w:r>
      <w:r>
        <w:rPr>
          <w:sz w:val="20"/>
        </w:rPr>
        <w:t>1:02:31  to difrence is is a blessing, woh koi evil nahi hai, lekin difrence ko sort out kar ke aap ko ek ek sachai tak pahunchna hai.</w:t>
      </w:r>
      <w:r>
        <w:br/>
      </w:r>
      <w:r>
        <w:rPr>
          <w:sz w:val="20"/>
        </w:rPr>
        <w:t>1:02:44  yeh ek process to aap chalega, aap ke andar aisa nahi ho sakta ke aap inteshaar mein ya confusion mein jeete rahen.</w:t>
      </w:r>
      <w:r>
        <w:br/>
      </w:r>
      <w:r>
        <w:rPr>
          <w:sz w:val="20"/>
        </w:rPr>
        <w:t>1:02:53  confusion se bahar aap ko aana hai, apni apne aql ko istemal kar ke.</w:t>
      </w:r>
    </w:p>
    <w:p>
      <w:pPr>
        <w:pStyle w:val="Heading2"/>
      </w:pPr>
      <w:r>
        <w:t>How can ordinary people attain highest Paradise?</w:t>
      </w:r>
    </w:p>
    <w:p>
      <w:r>
        <w:rPr>
          <w:color w:val="666666"/>
          <w:sz w:val="18"/>
        </w:rPr>
        <w:t>Faith &amp; God · How to Become Deserving of Paradise August 16, 2020 Maulana Wahiduddin Khan · 1m 32s · at 31:05 · https://youtu.be/jFXK3TMiqtA?t=1865</w:t>
      </w:r>
    </w:p>
    <w:p>
      <w:r>
        <w:rPr>
          <w:i/>
        </w:rPr>
        <w:t>“Is it true that God will grant the highest level of Paradise only to Prophets, Martyrs, and Scholars? How can an ordinary person like me aspire for Firdaus? Do we need to do big tasks to attain the highest level? If yes, then what are these big tasks that will help us achieve the level of Firdaus?”</w:t>
      </w:r>
    </w:p>
    <w:p>
      <w:r>
        <w:rPr>
          <w:sz w:val="20"/>
        </w:rPr>
        <w:t>31:05  maulana, agla sawal madhya pradesh se qurban ali sahib ne bheja hai. unhon ne likha hai: "maulana, is it true that god will grant the highest level of paradise to only prophets, martyrs and scholars?</w:t>
      </w:r>
      <w:r>
        <w:br/>
      </w:r>
      <w:r>
        <w:rPr>
          <w:sz w:val="20"/>
        </w:rPr>
        <w:t>31:23  how can an ordinary person like me aspire for firdous? do we need to do big tasks to attain the highest level?</w:t>
      </w:r>
      <w:r>
        <w:br/>
      </w:r>
      <w:r>
        <w:rPr>
          <w:sz w:val="20"/>
        </w:rPr>
        <w:t>31:34  if yes, then what are these big tasks that will help us achieve the level of firdous?"</w:t>
      </w:r>
      <w:r>
        <w:br/>
      </w:r>
      <w:r>
        <w:rPr>
          <w:sz w:val="20"/>
        </w:rPr>
        <w:t>31:42  nahi, dekhen, yeh sochte hi nahi hain kyunke quran mein aik alaa ka mani nabiyyin, yani nabiyon ke sath honge.</w:t>
      </w:r>
      <w:r>
        <w:br/>
      </w:r>
      <w:r>
        <w:rPr>
          <w:sz w:val="20"/>
        </w:rPr>
        <w:t>31:56  to nabiyon ke sath ka darja milega rifaqat ka.</w:t>
      </w:r>
      <w:r>
        <w:br/>
      </w:r>
      <w:r>
        <w:rPr>
          <w:sz w:val="20"/>
        </w:rPr>
        <w:t>32:04  to jis ke liye aadmi qualify karega, woh darja us ko milega. aur darjat beshumar hain. alaa ka mani nabi, nabiyon ke sath.</w:t>
      </w:r>
      <w:r>
        <w:br/>
      </w:r>
      <w:r>
        <w:rPr>
          <w:sz w:val="20"/>
        </w:rPr>
        <w:t>32:18  nabi akela nahi hoga, is ke saathi bhi honge.</w:t>
      </w:r>
      <w:r>
        <w:br/>
      </w:r>
      <w:r>
        <w:rPr>
          <w:sz w:val="20"/>
        </w:rPr>
        <w:t>32:32  maulana, yeh to bohat hope wali baat batai aap ne.</w:t>
      </w:r>
    </w:p>
    <w:p>
      <w:pPr>
        <w:pStyle w:val="Heading2"/>
      </w:pPr>
      <w:r>
        <w:t>How can scientists accept universal references in religious books?</w:t>
      </w:r>
    </w:p>
    <w:p>
      <w:r>
        <w:rPr>
          <w:color w:val="666666"/>
          <w:sz w:val="18"/>
        </w:rPr>
        <w:t>Faith &amp; God · The Existence of God October 7, 2012 · 1m 36s · at 1:05:31 · https://youtu.be/Hm0ybuokQ8s?t=3931</w:t>
      </w:r>
    </w:p>
    <w:p>
      <w:r>
        <w:rPr>
          <w:i/>
        </w:rPr>
        <w:t>“In a religious book there will be universal references, how can scientists accept this? Please explain.”</w:t>
      </w:r>
    </w:p>
    <w:p>
      <w:r>
        <w:rPr>
          <w:sz w:val="20"/>
        </w:rPr>
        <w:t>1:05:31  agla sawal tamil nadu se hai molana iqbal umri sahib ka. unhon ne likha hai: "mazhabi kitab mein universal references honge, yeh scientist kaise maan sakte hain?</w:t>
      </w:r>
      <w:r>
        <w:br/>
      </w:r>
      <w:r>
        <w:rPr>
          <w:sz w:val="20"/>
        </w:rPr>
        <w:t>1:05:44  is ke bare mein bataein."</w:t>
      </w:r>
      <w:r>
        <w:br/>
      </w:r>
      <w:r>
        <w:rPr>
          <w:sz w:val="20"/>
        </w:rPr>
        <w:t>1:05:50  bhai, na manne ki wajah hi nahi. sawal yeh hai ke</w:t>
      </w:r>
      <w:r>
        <w:br/>
      </w:r>
      <w:r>
        <w:rPr>
          <w:sz w:val="20"/>
        </w:rPr>
        <w:t>1:05:55  wohi sabit hua baat ko. aap manna chahiye, na manne ki koi wajah nahi. na manne ki koi wajah nahi.</w:t>
      </w:r>
      <w:r>
        <w:br/>
      </w:r>
      <w:r>
        <w:rPr>
          <w:sz w:val="20"/>
        </w:rPr>
        <w:t>1:06:05  kyunki yeh log mazhabi kitab ko padhte nahi, us ko woh samajhte hain ke yeh to ek aur duniya ki baatein us ke andar hongi.</w:t>
      </w:r>
      <w:r>
        <w:br/>
      </w:r>
      <w:r>
        <w:rPr>
          <w:sz w:val="20"/>
        </w:rPr>
        <w:t>1:06:15  agar woh padhein sach much, jis se doosri cheezon ko padhte hain to mujhe yaqeen nahi ke manenge woh. jaise ke kuch logon ne mana bhi, jaise sir james jeans jo hai, baqayda bible padhta tha, woh church jata tha.</w:t>
      </w:r>
      <w:r>
        <w:br/>
      </w:r>
      <w:r>
        <w:rPr>
          <w:sz w:val="20"/>
        </w:rPr>
        <w:t>1:06:28  woh halanki top ka scientist tha, woh sir james jeans top ka scientist tha, woh bible padhta tha, church</w:t>
      </w:r>
      <w:r>
        <w:br/>
      </w:r>
      <w:r>
        <w:rPr>
          <w:sz w:val="20"/>
        </w:rPr>
        <w:t>1:06:38  jata tha. us ka ek waqia aap ne likha hai arises mein ke quran ke bare mein ek sahib ne us ko bataya, ek ayat batai.</w:t>
      </w:r>
      <w:r>
        <w:br/>
      </w:r>
      <w:r>
        <w:rPr>
          <w:sz w:val="20"/>
        </w:rPr>
        <w:t>1:06:46  us ayat ko padh kar us ke rongte khade ho gaye. us ne kaha ke agar yeh quran mein yeh ayat hai to main gawahi deta hoon ke yeh khuda ki kitab hai. to aisa nahi hai ke saare scientiston ka mamla yahi hai,</w:t>
      </w:r>
      <w:r>
        <w:br/>
      </w:r>
      <w:r>
        <w:rPr>
          <w:sz w:val="20"/>
        </w:rPr>
        <w:t>1:07:01  donon qism ke log hain.</w:t>
      </w:r>
    </w:p>
    <w:p>
      <w:pPr>
        <w:pStyle w:val="Heading2"/>
      </w:pPr>
      <w:r>
        <w:t>How to attain and strengthen wealth of faith</w:t>
      </w:r>
    </w:p>
    <w:p>
      <w:r>
        <w:rPr>
          <w:color w:val="666666"/>
          <w:sz w:val="18"/>
        </w:rPr>
        <w:t>Faith &amp; God · Spirituality in Simple Living, High Thinking October 27, 2019 Maulana Wahiduddin Khan · 2m 18s · at 49:45 · https://youtu.be/Kr28g15eFr8?t=2985</w:t>
      </w:r>
    </w:p>
    <w:p>
      <w:r>
        <w:rPr>
          <w:i/>
        </w:rPr>
        <w:t>“How can we get the wealth of faith and how can we make our belief more strong in Allah? Maulana Sahib, kindly elaborate on this.”</w:t>
      </w:r>
    </w:p>
    <w:p>
      <w:r>
        <w:rPr>
          <w:sz w:val="20"/>
        </w:rPr>
        <w:t>49:45  Muhammad Hamza Khan sahib ne Rawalpindi Pakistan se sawal bheja hai.</w:t>
      </w:r>
      <w:r>
        <w:br/>
      </w:r>
      <w:r>
        <w:rPr>
          <w:sz w:val="20"/>
        </w:rPr>
        <w:t>49:50  unhon ne likha hai: "how can we get the wealth of iman and how can we make our belief more strong in Allah?" Maulana sahib, kindly elaborate on this.</w:t>
      </w:r>
      <w:r>
        <w:br/>
      </w:r>
      <w:r>
        <w:rPr>
          <w:sz w:val="20"/>
        </w:rPr>
        <w:t>50:02  yeh wealth of iman yeh ek galat term hai, yeh galat term hai.</w:t>
      </w:r>
      <w:r>
        <w:br/>
      </w:r>
      <w:r>
        <w:rPr>
          <w:sz w:val="20"/>
        </w:rPr>
        <w:t>50:13  isi pe phanse rehte hain log. wealth kya? woh basic ka afkar kahiye,</w:t>
      </w:r>
      <w:r>
        <w:br/>
      </w:r>
      <w:r>
        <w:rPr>
          <w:sz w:val="20"/>
        </w:rPr>
        <w:t>50:22  basic ka afkar kahiye to Allah se mang mangiye. wealth yeh to bas hi mere wrong term hai.</w:t>
      </w:r>
      <w:r>
        <w:br/>
      </w:r>
      <w:r>
        <w:rPr>
          <w:sz w:val="20"/>
        </w:rPr>
        <w:t>50:32  wealth nahi, basic of God sahi lafz hai. dekhen, wealth ka lafz bolte hain jab aap to is mein woh aa jata hai, yani fazilat ka tasawwur.</w:t>
      </w:r>
      <w:r>
        <w:br/>
      </w:r>
      <w:r>
        <w:rPr>
          <w:sz w:val="20"/>
        </w:rPr>
        <w:t>50:45  fazilat ka aur mein fazilat ke tasawwur ke bilkul hi khilaf hoon,</w:t>
      </w:r>
      <w:r>
        <w:br/>
      </w:r>
      <w:r>
        <w:rPr>
          <w:sz w:val="20"/>
        </w:rPr>
        <w:t>50:51  chahe koi barhe sahib muhaddis is ko manta ho to mein nahi manta. fazilat koi cheez nahi Islam mein, wealth koi cheez nahi Islam mein.</w:t>
      </w:r>
      <w:r>
        <w:br/>
      </w:r>
      <w:r>
        <w:rPr>
          <w:sz w:val="20"/>
        </w:rPr>
        <w:t>51:04  basic hai, basic ke ma'ne Allah ki help, Allah ki madad, Allah ki atiya.</w:t>
      </w:r>
      <w:r>
        <w:br/>
      </w:r>
      <w:r>
        <w:rPr>
          <w:sz w:val="20"/>
        </w:rPr>
        <w:t>51:14  yeh sab alfaaz wohi wohi hain</w:t>
      </w:r>
      <w:r>
        <w:br/>
      </w:r>
      <w:r>
        <w:rPr>
          <w:sz w:val="20"/>
        </w:rPr>
        <w:t>51:17  , yani miss leading hain, miss leading.</w:t>
      </w:r>
      <w:r>
        <w:br/>
      </w:r>
      <w:r>
        <w:rPr>
          <w:sz w:val="20"/>
        </w:rPr>
        <w:t>51:26  fazilat ka sense paida karte hain. behad ek fazilat koi cheez nahi,</w:t>
      </w:r>
      <w:r>
        <w:br/>
      </w:r>
      <w:r>
        <w:rPr>
          <w:sz w:val="20"/>
        </w:rPr>
        <w:t>51:37  na shakhsiyat ke liye aur na kisi amal ke liye. fazilat ke lafz hi behad insani hai.</w:t>
      </w:r>
      <w:r>
        <w:br/>
      </w:r>
      <w:r>
        <w:rPr>
          <w:sz w:val="20"/>
        </w:rPr>
        <w:t>51:51  ramzan ke fazail, tehajjud ke fazail, yeh sab insani term hai.</w:t>
      </w:r>
    </w:p>
    <w:p>
      <w:pPr>
        <w:pStyle w:val="Heading2"/>
      </w:pPr>
      <w:r>
        <w:t>How to avoid negative doubts about Islam</w:t>
      </w:r>
    </w:p>
    <w:p>
      <w:r>
        <w:rPr>
          <w:color w:val="666666"/>
          <w:sz w:val="18"/>
        </w:rPr>
        <w:t>Faith &amp; God · The Existence of God October 7, 2012 · 2m 05s · at 1:20:23 · https://youtu.be/Hm0ybuokQ8s?t=4823</w:t>
      </w:r>
    </w:p>
    <w:p>
      <w:r>
        <w:rPr>
          <w:i/>
        </w:rPr>
        <w:t>“How to avoid negative doubts? I can have two feelings: one is negative, that is 'what if Muhammad is not a messenger?' The second could be positive, 'what if Muhammad was really a messenger?' Accordingly, I do research and clear doubts.”</w:t>
      </w:r>
    </w:p>
    <w:p>
      <w:r>
        <w:rPr>
          <w:sz w:val="20"/>
        </w:rPr>
        <w:t>1:20:23  maulana, agla sawal hyderabad se hai zeeshan yusuf sahib ka. unhon ne likha hai: "maulana sahib, how to avoid negative doubts?" i can have two feelings: one is negative,</w:t>
      </w:r>
      <w:r>
        <w:br/>
      </w:r>
      <w:r>
        <w:rPr>
          <w:sz w:val="20"/>
        </w:rPr>
        <w:t>1:20:36  that is what if muhammad is not a messenger. the second could be positive, what if muhammad was really a messenger?</w:t>
      </w:r>
      <w:r>
        <w:br/>
      </w:r>
      <w:r>
        <w:rPr>
          <w:sz w:val="20"/>
        </w:rPr>
        <w:t>1:20:45  accordingly, i do research and clear doubts.</w:t>
      </w:r>
      <w:r>
        <w:br/>
      </w:r>
      <w:r>
        <w:rPr>
          <w:sz w:val="20"/>
        </w:rPr>
        <w:t>1:20:49  maulana sahib, please tell me how to avoid negative doubts. dekhiye, is ka aik hi tareeqa hai: study. aap study barhaiye apni, hamari teen kitabein parh lijiye, aap phir sawal kijiye.</w:t>
      </w:r>
      <w:r>
        <w:br/>
      </w:r>
      <w:r>
        <w:rPr>
          <w:sz w:val="20"/>
        </w:rPr>
        <w:t>1:21:02  aap teen kitabein parh lijiyay, phir aap sawal kijiyay. pehli kitab hai profit of revolution, doosri kitab hai mutala-e-seerat.</w:t>
      </w:r>
      <w:r>
        <w:br/>
      </w:r>
      <w:r>
        <w:rPr>
          <w:sz w:val="20"/>
        </w:rPr>
        <w:t>1:21:15  profit of revolution urdu angrezi dono mein hai. phir mutala-e-seerat parhiya, aur ek kitab jo abhi english mein hai, woh yaani woh hai profit of peace.</w:t>
      </w:r>
      <w:r>
        <w:br/>
      </w:r>
      <w:r>
        <w:rPr>
          <w:sz w:val="20"/>
        </w:rPr>
        <w:t>1:21:28  abhi mujhe ek sahab ne bataya, abhi kal sham ko ke ek sahab thay jo is mani mein bohat un ka khayalat bohat alag thay.</w:t>
      </w:r>
      <w:r>
        <w:br/>
      </w:r>
      <w:r>
        <w:rPr>
          <w:sz w:val="20"/>
        </w:rPr>
        <w:t>1:21:40  to unhon ne un ko kitab di profit of peace</w:t>
      </w:r>
      <w:r>
        <w:br/>
      </w:r>
      <w:r>
        <w:rPr>
          <w:sz w:val="20"/>
        </w:rPr>
        <w:t>1:21:43  . to do mahine tak unhon ne parha hi nahi, is ko itna ghair aham samajh. is ko is ke baad kisi wajah se parha unhon ne, to un ko yeh email bheja unhon ne ke is kitab mein se mera bilkul yaani woh ho gaya, part time shift ho gaya.</w:t>
      </w:r>
      <w:r>
        <w:br/>
      </w:r>
      <w:r>
        <w:rPr>
          <w:sz w:val="20"/>
        </w:rPr>
        <w:t>1:21:58  to aap parhiye, study barhaiye, is ka hal yeh study hai, baqi sawal jawab nahi hai. ab mere tareeqay se koi aur hoga aap ke is aas paas ko jo sawal jawab karein ge to is se kuch hal nahi hone wala.</w:t>
      </w:r>
      <w:r>
        <w:br/>
      </w:r>
      <w:r>
        <w:rPr>
          <w:sz w:val="20"/>
        </w:rPr>
        <w:t>1:22:10  aap study barhaiye apni, study.</w:t>
      </w:r>
      <w:r>
        <w:br/>
      </w:r>
      <w:r>
        <w:rPr>
          <w:sz w:val="20"/>
        </w:rPr>
        <w:t>1:22:12  is tarah ke mamlaat jo hain, woh sawal jawab se hal nahi hotay, study barhanay se hal hotay hain. to aap teen kitabein jo hain, mein batayi hain aap ko, teen kitabein is ko parhiye aap, aur phir mujhe aap sawal bhejiye apna aglay sunday ko.</w:t>
      </w:r>
    </w:p>
    <w:p>
      <w:pPr>
        <w:pStyle w:val="Heading2"/>
      </w:pPr>
      <w:r>
        <w:t>How to become God's devotee</w:t>
      </w:r>
    </w:p>
    <w:p>
      <w:r>
        <w:rPr>
          <w:color w:val="666666"/>
          <w:sz w:val="18"/>
        </w:rPr>
        <w:t>Faith &amp; God · Don't Be Angry Culture January 15, 2012 Maulana Wahiduddin Khan · 1m 26s · at 1:27:59 · https://youtu.be/rY1Ikwmwwdk?t=5279</w:t>
      </w:r>
    </w:p>
    <w:p>
      <w:r>
        <w:rPr>
          <w:i/>
        </w:rPr>
        <w:t>“Guru ji, please tell me how can I become the devotee of the great God?”</w:t>
      </w:r>
    </w:p>
    <w:p>
      <w:r>
        <w:rPr>
          <w:sz w:val="20"/>
        </w:rPr>
        <w:t>1:27:59  Maulana, agla sawal aaya hai Delhi se Mr. Rama Cutsovin ka. unhon ne likha hai: "Guru ji, please tell me how can I become the devotee of the great God?" dekhiye, is ka jo process hai,</w:t>
      </w:r>
      <w:r>
        <w:br/>
      </w:r>
      <w:r>
        <w:rPr>
          <w:sz w:val="20"/>
        </w:rPr>
        <w:t>1:28:15  woh hai ke God ko aap dekh to sakte nahin hain. kyunke woh God jo hai, beyond space and time hai.</w:t>
      </w:r>
      <w:r>
        <w:br/>
      </w:r>
      <w:r>
        <w:rPr>
          <w:sz w:val="20"/>
        </w:rPr>
        <w:t>1:28:26  lekin God ko discover karte hain aap is</w:t>
      </w:r>
    </w:p>
    <w:p>
      <w:pPr>
        <w:pStyle w:val="Heading2"/>
      </w:pPr>
      <w:r>
        <w:t>How to become a devotee of God</w:t>
      </w:r>
    </w:p>
    <w:p>
      <w:r>
        <w:rPr>
          <w:color w:val="666666"/>
          <w:sz w:val="18"/>
        </w:rPr>
        <w:t>Faith &amp; God · Don't Be Angry Culture January 15, 2012 · 3m 26s · at 1:26:39 · https://youtu.be/NrA3X8y_FLY?t=5199</w:t>
      </w:r>
    </w:p>
    <w:p>
      <w:r>
        <w:rPr>
          <w:i/>
        </w:rPr>
        <w:t>“Guru ji, please tell me how can I become the devotee of the great God?”</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How to develop strong connection with God</w:t>
      </w:r>
    </w:p>
    <w:p>
      <w:r>
        <w:rPr>
          <w:color w:val="666666"/>
          <w:sz w:val="18"/>
        </w:rPr>
        <w:t>Faith &amp; God · 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How to discover helplessness while having free will?</w:t>
      </w:r>
    </w:p>
    <w:p>
      <w:r>
        <w:rPr>
          <w:color w:val="666666"/>
          <w:sz w:val="18"/>
        </w:rPr>
        <w:t>Faith &amp; God · Three levels of Realization July 4, 2010 · 2m 41s · at 1:06:58 · https://youtu.be/NtCTVVov3Nw?t=4018</w:t>
      </w:r>
    </w:p>
    <w:p>
      <w:r>
        <w:rPr>
          <w:i/>
        </w:rPr>
        <w:t>“Maulana, while having free will, how can we discover our helplessness? What kind of thinking enables us to discover our helplessness?”</w:t>
      </w:r>
    </w:p>
    <w:p>
      <w:r>
        <w:rPr>
          <w:sz w:val="20"/>
        </w:rPr>
        <w:t>1:06:58  warna khuda ki marifat nahi milegi ab jo bohat zyada bohat zyada hatayega toh oonchi degree ka usko mil jayega realization nahi toh kam degree ka milega toh jo difference hai woh in terms of degree hai jahan tak main samajhta hoon molana agla sawal abdul basit ne kiya hai doha qatar se</w:t>
      </w:r>
      <w:r>
        <w:br/>
      </w:r>
      <w:r>
        <w:rPr>
          <w:sz w:val="20"/>
        </w:rPr>
        <w:t>1:07:22  unhon ne likha hai molana ikhtiyar rakhte hue kaise apne ajz ko daryaft karen yani kis tarah ki soch se hum apne ajz ko daryaft karen</w:t>
      </w:r>
      <w:r>
        <w:br/>
      </w:r>
      <w:r>
        <w:rPr>
          <w:sz w:val="20"/>
        </w:rPr>
        <w:t>1:07:39  ajz ki daryaft har waqt hoti rehti hai har waqt</w:t>
      </w:r>
      <w:r>
        <w:br/>
      </w:r>
      <w:r>
        <w:rPr>
          <w:sz w:val="20"/>
        </w:rPr>
        <w:t>1:07:43  hoti rehti hai hum koi na koi cheez hum se jaise ab main farz kijiyey ke yeh uthata hoon aksar hota hai slip kar ke gir jata hai toh maine apne ajz ko daryaft kiya ke khuda itni bari universe ko manage kar raha hai okay asan koi sitara gir pade koi planet gir pade koi star gir pade</w:t>
      </w:r>
      <w:r>
        <w:br/>
      </w:r>
      <w:r>
        <w:rPr>
          <w:sz w:val="20"/>
        </w:rPr>
        <w:t>1:08:06  ab jaise main kal parson ki baat batata hoon</w:t>
      </w:r>
      <w:r>
        <w:br/>
      </w:r>
      <w:r>
        <w:rPr>
          <w:sz w:val="20"/>
        </w:rPr>
        <w:t>1:08:10  mera daant jo hai woh zuban mein kuch injury ho gayi zuban mein khane khate waqt ittefaq se zuban kahin daant ke ismein aa gayi iski zad mein aa gayi toh zuban mein injury ho gayi bhai doctor ke paas jana pada toh maine socha jaate hue ke insaan itna helpless hai ke khud apne daant hain aur apni zuban hai</w:t>
      </w:r>
      <w:r>
        <w:br/>
      </w:r>
      <w:r>
        <w:rPr>
          <w:sz w:val="20"/>
        </w:rPr>
        <w:t>1:08:38  apne daant se bhi apni zuban ko bacha nahi sakta woh yeh bohat anokha hai mere liye experience hai woh daant bhi meri zuban bhi meri</w:t>
      </w:r>
      <w:r>
        <w:br/>
      </w:r>
      <w:r>
        <w:rPr>
          <w:sz w:val="20"/>
        </w:rPr>
        <w:t>1:08:50  aur main khud apne daant se apni zuban ko bacha nahi sakta toh har waqt har waqt tajurba hota hai is tajurbe mein lesson jo chupa hua hai usko lesson nikaliye har waqt</w:t>
      </w:r>
      <w:r>
        <w:br/>
      </w:r>
      <w:r>
        <w:rPr>
          <w:sz w:val="20"/>
        </w:rPr>
        <w:t>1:09:04  koi na koi aisi cheez hoti hai jo batati hai ke insaan helpless hai toh helplessness ka koi koi woh koi course nahi hai woh apne aqal ko active karna hai apni soch ko active karna hai yani main kahoon ke intellectual awakening jitni hogi utni aap is baat ko janenge</w:t>
      </w:r>
      <w:r>
        <w:br/>
      </w:r>
      <w:r>
        <w:rPr>
          <w:sz w:val="20"/>
        </w:rPr>
        <w:t>1:09:31  yani zehni bedari jitna hoga jitni zyada utni zyada aap is se waqif ho jayenge</w:t>
      </w:r>
    </w:p>
    <w:p>
      <w:pPr>
        <w:pStyle w:val="Heading2"/>
      </w:pPr>
      <w:r>
        <w:t>How to explain monotheistic God to monastic</w:t>
      </w:r>
    </w:p>
    <w:p>
      <w:r>
        <w:rPr>
          <w:color w:val="666666"/>
          <w:sz w:val="18"/>
        </w:rPr>
        <w:t>Faith &amp; God · Concept of God December 7, 2014 · 1m 24s · at 56:34 · https://youtu.be/dCgL9lp8EAo?t=3394</w:t>
      </w:r>
    </w:p>
    <w:p>
      <w:r>
        <w:rPr>
          <w:i/>
        </w:rPr>
        <w:t>“I tried to present the concept of monotheistic God to one who believed in a monastic concept, but I failed. What specifically can I explain to them so that they can understand?”</w:t>
      </w:r>
    </w:p>
    <w:p>
      <w:r>
        <w:rPr>
          <w:sz w:val="20"/>
        </w:rPr>
        <w:t>56:34  . May God bless you with long life and sound health." Maulana, agla sawal kya hai miss naghma siddiqui ne dilli se, aur unhon ne likha hai: "I tried to present concept of monotheistic God to one who believed in monastic concept, but I failed.</w:t>
      </w:r>
      <w:r>
        <w:br/>
      </w:r>
      <w:r>
        <w:rPr>
          <w:sz w:val="20"/>
        </w:rPr>
        <w:t>56:54  What specifically can I explain to them so that they can understand?"</w:t>
      </w:r>
      <w:r>
        <w:br/>
      </w:r>
      <w:r>
        <w:rPr>
          <w:sz w:val="20"/>
        </w:rPr>
        <w:t>57:02  dekhen, aap kaise bhi pesh karen, kehte hain acha pesh karen. Lekin Allah ne insaan ko azadi di hai, us azadi ke barabar woh chahe is ka choice le ya choice na le.</w:t>
      </w:r>
      <w:r>
        <w:br/>
      </w:r>
      <w:r>
        <w:rPr>
          <w:sz w:val="20"/>
        </w:rPr>
        <w:t>57:19  "humn shaa' fa lyu' min, humn shaa' fa lyak fur" . ghor o fikr ke douran bhi aise hi hua.</w:t>
      </w:r>
      <w:r>
        <w:br/>
      </w:r>
      <w:r>
        <w:rPr>
          <w:sz w:val="20"/>
        </w:rPr>
        <w:t>57:25  aap is bohat acha pesh kar den to is ka choice badal jaye, yeh koi yaqeeni baat nahin hai.</w:t>
      </w:r>
      <w:r>
        <w:br/>
      </w:r>
      <w:r>
        <w:rPr>
          <w:sz w:val="20"/>
        </w:rPr>
        <w:t>57:34  aap ka zimmedari hai ke aap dua karen, achhe se achhe andaaz mein pesh karen. Is tarah pesh karen ke is ka mind address ho.</w:t>
      </w:r>
      <w:r>
        <w:br/>
      </w:r>
      <w:r>
        <w:rPr>
          <w:sz w:val="20"/>
        </w:rPr>
        <w:t>57:45  lekin jahan tak qabool karne ka ta'alluq hai, woh is ka apna choice hai. Is ke choice ko aap chher nahin sakte.</w:t>
      </w:r>
      <w:r>
        <w:br/>
      </w:r>
      <w:r>
        <w:rPr>
          <w:sz w:val="20"/>
        </w:rPr>
        <w:t>57:53  woh to baharhal baqi rahega.</w:t>
      </w:r>
    </w:p>
    <w:p>
      <w:pPr>
        <w:pStyle w:val="Heading2"/>
      </w:pPr>
      <w:r>
        <w:t>How to find the true God and attain peace</w:t>
      </w:r>
    </w:p>
    <w:p>
      <w:r>
        <w:rPr>
          <w:color w:val="666666"/>
          <w:sz w:val="18"/>
        </w:rPr>
        <w:t>Faith &amp; God · Material Science and Spiritual Science 20 May 2012 · 1m 50s · at 1:15:33 · https://youtu.be/4K6CxjThlxQ?t=4533</w:t>
      </w:r>
    </w:p>
    <w:p>
      <w:r>
        <w:rPr>
          <w:i/>
        </w:rPr>
        <w:t>“I want to find the true God. What should I do and which path should I follow so that after death I get peace and also become a true seeker in this world?”</w:t>
      </w:r>
    </w:p>
    <w:p>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r>
        <w:br/>
      </w:r>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pStyle w:val="Heading2"/>
      </w:pPr>
      <w:r>
        <w:t>How to get Paradise in Islam</w:t>
      </w:r>
    </w:p>
    <w:p>
      <w:r>
        <w:rPr>
          <w:color w:val="666666"/>
          <w:sz w:val="18"/>
        </w:rPr>
        <w:t>Faith &amp; God · Don't Be Angry Culture January 15, 2012 Maulana Wahiduddin Khan · 1m 20s · at 1:26:39 · https://youtu.be/rY1Ikwmwwdk?t=5199</w:t>
      </w:r>
    </w:p>
    <w:p>
      <w:r>
        <w:rPr>
          <w:i/>
        </w:rPr>
        <w:t>“How can we get paradise?”</w:t>
      </w:r>
    </w:p>
    <w:p>
      <w:r>
        <w:rPr>
          <w:sz w:val="20"/>
        </w:rPr>
        <w:t>1:26:39  Maulana, agla sawal ek school student ka aaya hai jinka naam hai Bilal Pradhan. unhon ne poocha hai aap se ke: "How can we get paradise?" is ke bare mein bataein.</w:t>
      </w:r>
      <w:r>
        <w:br/>
      </w:r>
      <w:r>
        <w:rPr>
          <w:sz w:val="20"/>
        </w:rPr>
        <w:t>1:26:52  dekhiye, Quran mein is ka jawab hai ke: "Zalika jaza man tazakka." paradise is ke liye hai jo apna tazkiya kare.</w:t>
      </w:r>
      <w:r>
        <w:br/>
      </w:r>
      <w:r>
        <w:rPr>
          <w:sz w:val="20"/>
        </w:rPr>
        <w:t>1:27:05  tazkiya ka matlab hai purify karna. yaani aap, yaani apne soul ko purify karna.</w:t>
      </w:r>
      <w:r>
        <w:br/>
      </w:r>
      <w:r>
        <w:rPr>
          <w:sz w:val="20"/>
        </w:rPr>
        <w:t>1:27:15  apne aap ko paak karna. paak karna kya hai? negative thinking se paak karna. nafrat se paak karna.</w:t>
      </w:r>
      <w:r>
        <w:br/>
      </w:r>
      <w:r>
        <w:rPr>
          <w:sz w:val="20"/>
        </w:rPr>
        <w:t>1:27:25  hasad se paak karna. haris se paak karna. jitne bhi negative cheezein hain, use paak karna.</w:t>
      </w:r>
      <w:r>
        <w:br/>
      </w:r>
      <w:r>
        <w:rPr>
          <w:sz w:val="20"/>
        </w:rPr>
        <w:t>1:27:34  to is se aap ke andar ek ek shakhsiyat banti hai. yaani purified soul banta hai. wahi purified soul jo hai, is ke liye isi ke liye jannat hai.</w:t>
      </w:r>
      <w:r>
        <w:br/>
      </w:r>
      <w:r>
        <w:rPr>
          <w:sz w:val="20"/>
        </w:rPr>
        <w:t>1:27:44  "Zalika jaza man tazakka." jannat is ke liye hai jo apna tazkiya kare, yaani apne ko purify kare.</w:t>
      </w:r>
      <w:r>
        <w:br/>
      </w:r>
      <w:r>
        <w:rPr>
          <w:sz w:val="20"/>
        </w:rPr>
        <w:t>1:27:55  to yeh hai Quran mein is ka jawab.</w:t>
      </w:r>
    </w:p>
    <w:p>
      <w:pPr>
        <w:pStyle w:val="Heading2"/>
      </w:pPr>
      <w:r>
        <w:t>How to know if we are on the right path?</w:t>
      </w:r>
    </w:p>
    <w:p>
      <w:r>
        <w:rPr>
          <w:color w:val="666666"/>
          <w:sz w:val="18"/>
        </w:rPr>
        <w:t>Faith &amp; God · Discovery of Paradise November 15, 2020 Maulana Wahiduddin Khan · 1m 57s · at 25:06 · https://youtu.be/Ig1kHk5K3zE?t=1506</w:t>
      </w:r>
    </w:p>
    <w:p>
      <w:r>
        <w:rPr>
          <w:i/>
        </w:rPr>
        <w:t>“Maulana, how can we know whether we are on the path of paradise or hell? I am asking as a person who is wrong, also thinks that what he or she is doing is correct. How can we check in on rights and wrongs? What is the easiest way to find out?”</w:t>
      </w:r>
    </w:p>
    <w:p>
      <w:r>
        <w:rPr>
          <w:sz w:val="20"/>
        </w:rPr>
        <w:t>25:06  maulana, agla sawal bheja hai moradabad se sajjad khan sahib ne. unho ne likha hai: "maulana, how can we know whether we are on the path of paradise or hell?</w:t>
      </w:r>
      <w:r>
        <w:br/>
      </w:r>
      <w:r>
        <w:rPr>
          <w:sz w:val="20"/>
        </w:rPr>
        <w:t>25:23  i am asking as a person who. i am asking because a person who is wrong, also thinks that what he or she is doing is correct.</w:t>
      </w:r>
      <w:r>
        <w:br/>
      </w:r>
      <w:r>
        <w:rPr>
          <w:sz w:val="20"/>
        </w:rPr>
        <w:t>25:35  how can we check in our wrongs and rights? what is the easiest way to find out?"</w:t>
      </w:r>
      <w:r>
        <w:br/>
      </w:r>
      <w:r>
        <w:rPr>
          <w:sz w:val="20"/>
        </w:rPr>
        <w:t>25:44  dekhiye,</w:t>
      </w:r>
      <w:r>
        <w:br/>
      </w:r>
      <w:r>
        <w:rPr>
          <w:sz w:val="20"/>
        </w:rPr>
        <w:t>25:50  yeh minعبد کلمۃ اللہ ka mamla hai. yani aap daryaft karte rahenge aur unka kabhi khatma nahi hoga.</w:t>
      </w:r>
      <w:r>
        <w:br/>
      </w:r>
      <w:r>
        <w:rPr>
          <w:sz w:val="20"/>
        </w:rPr>
        <w:t>26:02  aur yahi allah ki azmat ka saboot hai.</w:t>
      </w:r>
      <w:r>
        <w:br/>
      </w:r>
      <w:r>
        <w:rPr>
          <w:sz w:val="20"/>
        </w:rPr>
        <w:t>26:11  maulana, unka question yeh hai ke sahi aur galat ko hum kaise check kar sakte hain? bahut sir! haan, sahi aur galat ko hum kaise check kar sakte hain?</w:t>
      </w:r>
      <w:r>
        <w:br/>
      </w:r>
      <w:r>
        <w:rPr>
          <w:sz w:val="20"/>
        </w:rPr>
        <w:t>26:24  khud se kaise jaan sakte hain ke hum sahi hain ya galat?</w:t>
      </w:r>
      <w:r>
        <w:br/>
      </w:r>
      <w:r>
        <w:rPr>
          <w:sz w:val="20"/>
        </w:rPr>
        <w:t>26:31  dekhiye, ibtidai taur par to hum quran se nahi jaan payenge, lekin zyada tafseeli walon mein yeh aakhir mein maloom hoga.</w:t>
      </w:r>
      <w:r>
        <w:br/>
      </w:r>
      <w:r>
        <w:rPr>
          <w:sz w:val="20"/>
        </w:rPr>
        <w:t>26:51  main aise samajhta hoon, yeh to min حفظت کلمۃ اللہ ka mamla hai.</w:t>
      </w:r>
    </w:p>
    <w:p>
      <w:pPr>
        <w:pStyle w:val="Heading2"/>
      </w:pPr>
      <w:r>
        <w:t>How to measure if a religion is true?</w:t>
      </w:r>
    </w:p>
    <w:p>
      <w:r>
        <w:rPr>
          <w:color w:val="666666"/>
          <w:sz w:val="18"/>
        </w:rPr>
        <w:t>Faith &amp; God · Man and Angels April 27, 2014 · 54s · at 54:32 · https://youtu.be/b3fk1cakPeo?t=3272</w:t>
      </w:r>
    </w:p>
    <w:p>
      <w:r>
        <w:rPr>
          <w:i/>
        </w:rPr>
        <w:t>“Is any religion right or wrong? What is the correct parameter to measure it?”</w:t>
      </w:r>
    </w:p>
    <w:p>
      <w:r>
        <w:rPr>
          <w:sz w:val="20"/>
        </w:rPr>
        <w:t>54:32  Maulana, agla sawal Dilli se hai. Jameel Akhtar Sahab ne kiya hai. unho ne likha hai: "koi mazhab sahi hai ya galat? is ke napne ka sahi parameter kya hai?" is ke bare mein batayein.</w:t>
      </w:r>
      <w:r>
        <w:br/>
      </w:r>
      <w:r>
        <w:rPr>
          <w:sz w:val="20"/>
        </w:rPr>
        <w:t>54:46  bhai, Quran hai, bismillah ki hadithien hain. aur to koi doosra to is ka miyar nahi ho sakta. Quran ka gehra mutala, hadithon ka gehra mutala kar ke aap ke andar ek furqan paida hota hai, furqan.</w:t>
      </w:r>
      <w:r>
        <w:br/>
      </w:r>
      <w:r>
        <w:rPr>
          <w:sz w:val="20"/>
        </w:rPr>
        <w:t>55:03  yani pehchan. furqan ka matlab hai ke pehchanne ki salahiyat, ye sahi hai ya galat. is ko phir apply kijiye.</w:t>
      </w:r>
      <w:r>
        <w:br/>
      </w:r>
      <w:r>
        <w:rPr>
          <w:sz w:val="20"/>
        </w:rPr>
        <w:t>55:15  aur koi doosra tareeqa to hai nahi.</w:t>
      </w:r>
      <w:r>
        <w:br/>
      </w:r>
      <w:r>
        <w:rPr>
          <w:sz w:val="20"/>
        </w:rPr>
        <w:t>55:20  Quran aur Sunnat ke bahar koi criteria nahi hai.</w:t>
      </w:r>
    </w:p>
    <w:p>
      <w:pPr>
        <w:pStyle w:val="Heading2"/>
      </w:pPr>
      <w:r>
        <w:t>How to measure increase and decrease of faith?</w:t>
      </w:r>
    </w:p>
    <w:p>
      <w:r>
        <w:rPr>
          <w:color w:val="666666"/>
          <w:sz w:val="18"/>
        </w:rPr>
        <w:t>Faith &amp; God · Principle of Loss May 31, 2015 · 2m 28s · at 52:16 · https://youtu.be/vM-CUyBiDkc?t=3136</w:t>
      </w:r>
    </w:p>
    <w:p>
      <w:r>
        <w:rPr>
          <w:i/>
        </w:rPr>
        <w:t>“There is a hadith that the faith of a person increases and decreases. How can I know that my faith is decreasing or increasing? Is there a way to find that out? Please advise.”</w:t>
      </w:r>
    </w:p>
    <w:p>
      <w:r>
        <w:rPr>
          <w:sz w:val="20"/>
        </w:rPr>
        <w:t>52:16  maulana, agla sawal kya hai abdul ghani sahib ne mysore se, aur unhone likha hai ke maulana, there is a hadith that iman of a person increases and decreases.</w:t>
      </w:r>
      <w:r>
        <w:br/>
      </w:r>
      <w:r>
        <w:rPr>
          <w:sz w:val="20"/>
        </w:rPr>
        <w:t>52:31  how can i know that my iman is decreasing or increasing? is there a way to find that out? please advise.</w:t>
      </w:r>
      <w:r>
        <w:br/>
      </w:r>
      <w:r>
        <w:rPr>
          <w:sz w:val="20"/>
        </w:rPr>
        <w:t>52:42  dekhiye, is ko aap lafz badlie, samajh mein aa jayega. yaani increase aur decrease ki jagah ek lafz doosra istemal kijiye.</w:t>
      </w:r>
      <w:r>
        <w:br/>
      </w:r>
      <w:r>
        <w:rPr>
          <w:sz w:val="20"/>
        </w:rPr>
        <w:t>52:53  explanatory lafz woh hai spirit, yaani spirit ghatti aur badhti hai. iman form ka naam nahi hai ke ek kuch alfaaz aap munh se bol diya to iman hasil ho gaya.</w:t>
      </w:r>
      <w:r>
        <w:br/>
      </w:r>
      <w:r>
        <w:rPr>
          <w:sz w:val="20"/>
        </w:rPr>
        <w:t>53:07  iman haqeeqatan spirit ka naam hai.</w:t>
      </w:r>
      <w:r>
        <w:br/>
      </w:r>
      <w:r>
        <w:rPr>
          <w:sz w:val="20"/>
        </w:rPr>
        <w:t>53:10  to spirit jo hai, ghatti badhti hai. ghatti badhti hai ka matlab kya hai? ke jaise aaj maine ek cheez discover ki, yaani principle of yeh jo maine bataya aap ko, principle of loss,</w:t>
      </w:r>
      <w:r>
        <w:br/>
      </w:r>
      <w:r>
        <w:rPr>
          <w:sz w:val="20"/>
        </w:rPr>
        <w:t>53:26  principle of truncation. to main bohat bohat zabardast, mujhe ek aayat ke Allah taala ne kaisi kaisi baatein batai hain insaan ko, ek ajeeb qism ki nayi is se paida ho gayi.</w:t>
      </w:r>
      <w:r>
        <w:br/>
      </w:r>
      <w:r>
        <w:rPr>
          <w:sz w:val="20"/>
        </w:rPr>
        <w:t>53:38  to yeh matlab hai ke ke aap ka experience, aap ki study, aap ka ghaur o fikr, is se aap ko naye naye artim milte hain jo aap ki spirit ko badhate hain.</w:t>
      </w:r>
      <w:r>
        <w:br/>
      </w:r>
      <w:r>
        <w:rPr>
          <w:sz w:val="20"/>
        </w:rPr>
        <w:t>53:52  aur jab aap na sochein to speed ghatti rahegi, to us waqt kami ke level par rahega aap ka iman.</w:t>
      </w:r>
      <w:r>
        <w:br/>
      </w:r>
      <w:r>
        <w:rPr>
          <w:sz w:val="20"/>
        </w:rPr>
        <w:t>54:02  to woh hadith mein jo lafz aayi hai, jo lafz aaya hai, us lafz ko aap badlie ke speed mein kami beshi hoti rehti hai, aur us ke sabab yeh hota hai ke aap hamesha is tarah se nahi kar kar paate.</w:t>
      </w:r>
      <w:r>
        <w:br/>
      </w:r>
      <w:r>
        <w:rPr>
          <w:sz w:val="20"/>
        </w:rPr>
        <w:t>54:17  ghaurs o fikr aur zyada cheezon mein zyada dhyan dena ke distract ho jate hain.</w:t>
      </w:r>
      <w:r>
        <w:br/>
      </w:r>
      <w:r>
        <w:rPr>
          <w:sz w:val="20"/>
        </w:rPr>
        <w:t>54:26  to jab aap distract ho jayenge to kami ho jayeg</w:t>
      </w:r>
      <w:r>
        <w:br/>
      </w:r>
      <w:r>
        <w:rPr>
          <w:sz w:val="20"/>
        </w:rPr>
        <w:t>54:29  i. jab ghaur o fikr karenge to speed pe izafa ho jayega. yeh matlab hai is ka.</w:t>
      </w:r>
    </w:p>
    <w:p>
      <w:pPr>
        <w:pStyle w:val="Heading2"/>
      </w:pPr>
      <w:r>
        <w:t>How to realize God and Paradise as reality</w:t>
      </w:r>
    </w:p>
    <w:p>
      <w:r>
        <w:rPr>
          <w:color w:val="666666"/>
          <w:sz w:val="18"/>
        </w:rPr>
        <w:t>Faith &amp; God · Signs of Doomsday November 7, 2021 Prof. Farida Khanam · 3m 58s · at 46:29 · https://youtu.be/RQZchtP6uRg?t=2789</w:t>
      </w:r>
    </w:p>
    <w:p>
      <w:r>
        <w:rPr>
          <w:i/>
        </w:rPr>
        <w:t>“How can people realize God and Paradise as a reality?”</w:t>
      </w:r>
    </w:p>
    <w:p>
      <w:r>
        <w:rPr>
          <w:sz w:val="20"/>
        </w:rPr>
        <w:t>46:29  agla sawal apa mein leta hoon. yeh sawal bheja hai ahmedabad se irfan khan sahib ne, aur unhone likha hai: "how can people realize god and paradise as a reality?" iske bare mein batayein.</w:t>
      </w:r>
      <w:r>
        <w:br/>
      </w:r>
      <w:r>
        <w:rPr>
          <w:sz w:val="20"/>
        </w:rPr>
        <w:t>46:46  is par to maulana sahib ne bohat zyada likha hai. aap unki kitabein parhiye, urdu mein bhi hain, english mein bhi hain. al-rabaniyah hai, allah akbar hai, kitab-e-marifat hai.</w:t>
      </w:r>
      <w:r>
        <w:br/>
      </w:r>
      <w:r>
        <w:rPr>
          <w:sz w:val="20"/>
        </w:rPr>
        <w:t>46:59  sabhi kitabein jo hain isi subject par hain. to aap kitabein parhiye aur ghor-o-fikr kariye. woh tabassum aur tadabbur aur yeh sab zaroori hai.</w:t>
      </w:r>
      <w:r>
        <w:br/>
      </w:r>
      <w:r>
        <w:rPr>
          <w:sz w:val="20"/>
        </w:rPr>
        <w:t>47:10  sirf parh lene se poori baat samajh mein nahi aati. aap thoda parhiye aur is par bohat hi sanjeedgi se ghor kariye, is par sochiye, is par logon se discussion kijiye.</w:t>
      </w:r>
      <w:r>
        <w:br/>
      </w:r>
      <w:r>
        <w:rPr>
          <w:sz w:val="20"/>
        </w:rPr>
        <w:t>47:23  to isi ko apna orhna bichona bana lijiye. tab aise nahi hoga ke kabhi zara sa kuch parh liya to aise nahi samajh mein aata hai. isi ko apni zindagi bana dijiye, apne aap ko devote kar dijiye.</w:t>
      </w:r>
      <w:r>
        <w:br/>
      </w:r>
      <w:r>
        <w:rPr>
          <w:sz w:val="20"/>
        </w:rPr>
        <w:t>47:36  marifat aise nahi milti. koi choti cheezein bhi dunya mein aise nahi milti. iske liye bohat mehnat karni padti hai. to marifat aise kaise mil jayegi?</w:t>
      </w:r>
      <w:r>
        <w:br/>
      </w:r>
      <w:r>
        <w:rPr>
          <w:sz w:val="20"/>
        </w:rPr>
        <w:t>47:44  to iske liye aap sab se pehle to aap study kariye, phir is par ghor-o-fikr kariye, aur is par logon se baat cheet kariye, discussion kariye.</w:t>
      </w:r>
      <w:r>
        <w:br/>
      </w:r>
      <w:r>
        <w:rPr>
          <w:sz w:val="20"/>
        </w:rPr>
        <w:t>47:53  aur chhote chhote program bhi aap kar sakte hain. bohat sare aisa hota hai ke family mein hi log hote hain, rishtedar hote hain, dost hote hain.</w:t>
      </w:r>
      <w:r>
        <w:br/>
      </w:r>
      <w:r>
        <w:rPr>
          <w:sz w:val="20"/>
        </w:rPr>
        <w:t>48:03  unko bulaiye, in discussion kijiye. to is tareeqe se baatein jo hain na, bohat zyada gehrai se dimaagh mein baithti hain. to tabhi allah se qurbat hogi.</w:t>
      </w:r>
      <w:r>
        <w:br/>
      </w:r>
      <w:r>
        <w:rPr>
          <w:sz w:val="20"/>
        </w:rPr>
        <w:t>48:14  to phir aap ko marifat aap ko hasil hone lagegi. allah se qurbat zaroori hai, jisko spiritual provision kehte hain.</w:t>
      </w:r>
      <w:r>
        <w:br/>
      </w:r>
      <w:r>
        <w:rPr>
          <w:sz w:val="20"/>
        </w:rPr>
        <w:t>48:25  to yeh sab aap karenge to phir aap ko spiritual provision mein se hissa milne lagega.</w:t>
      </w:r>
      <w:r>
        <w:br/>
      </w:r>
      <w:r>
        <w:rPr>
          <w:sz w:val="20"/>
        </w:rPr>
        <w:t>48:36  aaj kal jo khuda ki marifat se doori ka aik aham reason yeh hai ke hum dekhte hain ke hamare bhai hamare saath koi takleef deh kaam kar jaate hain to hum usko le kar baith jaate hain.</w:t>
      </w:r>
      <w:r>
        <w:br/>
      </w:r>
      <w:r>
        <w:rPr>
          <w:sz w:val="20"/>
        </w:rPr>
        <w:t>48:46  samajhte hain yahi asal cheez hai. rasool allah salallahu alaihi wasallam ke zamane mein bhi jitna aaj hum ko raha is se zyada hua. aap jante hain ke hijrat ke mauqe par rasool allah salallahu alaihi wasallam jab nikle to sab log aap ko talash kar rahe the.</w:t>
      </w:r>
      <w:r>
        <w:br/>
      </w:r>
      <w:r>
        <w:rPr>
          <w:sz w:val="20"/>
        </w:rPr>
        <w:t>49:01  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r>
        <w:br/>
      </w:r>
      <w:r>
        <w:rPr>
          <w:sz w:val="20"/>
        </w:rPr>
        <w:t>49:14  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r>
        <w:br/>
      </w:r>
      <w:r>
        <w:rPr>
          <w:sz w:val="20"/>
        </w:rPr>
        <w:t>49:37  bohat pareshan hote, darte rehte, duayein karte rehte ke allah taala is se khair nazil farmaye, is se khair nazil farma karte rehte. to aik taraf dekhiye, insaan ki jo takleef deh baatein thi, usko bhula diya, khuda ko uske muqable mein yaad kiya.</w:t>
      </w:r>
      <w:r>
        <w:br/>
      </w:r>
      <w:r>
        <w:rPr>
          <w:sz w:val="20"/>
        </w:rPr>
        <w:t>49:52  lekin jab khuda ki taraf se koi aafat jaisi koi cheez dekhte to bohat dar jaate the rasool allah salallahu alaihi wasallam. to yeh cheezein hain ke hum aaj hum shikayatein karte hain ke hum ko falan yeh nahi de raha, hum ko huqooq nahi mil rahe.</w:t>
      </w:r>
      <w:r>
        <w:br/>
      </w:r>
      <w:r>
        <w:rPr>
          <w:sz w:val="20"/>
        </w:rPr>
        <w:t>50:04  yeh sab cheezon ko bhulana hai hum ko taake hum khuda ko yaad karein. insaan bohat sari cheezon ko yaad nahi kar sakta. ya to woh yaad karega dunya ki cheezon ko ya akhirat ki cheezon ko yaad karega.</w:t>
      </w:r>
      <w:r>
        <w:br/>
      </w:r>
      <w:r>
        <w:rPr>
          <w:sz w:val="20"/>
        </w:rPr>
        <w:t>50:16  to yeh hum ko faisla karna hai. agar hum ko akhirat ki cheezon ko yaad karna hai, marifat ko yaad karna hai to hum ko bhulana padega dunya ki takleefon ko, insaan ki takleefon ko, museebaton ko bhulana padega.</w:t>
      </w:r>
    </w:p>
    <w:p>
      <w:pPr>
        <w:pStyle w:val="Heading2"/>
      </w:pPr>
      <w:r>
        <w:t>How to realize God more often</w:t>
      </w:r>
    </w:p>
    <w:p>
      <w:r>
        <w:rPr>
          <w:color w:val="666666"/>
          <w:sz w:val="18"/>
        </w:rPr>
        <w:t>Faith &amp; God · Realization of God September 15, 2013 · 1m 40s · at 52:01 · https://youtu.be/CNEEeM5uyi8?t=3121</w:t>
      </w:r>
    </w:p>
    <w:p>
      <w:r>
        <w:rPr>
          <w:i/>
        </w:rPr>
        <w:t>“We often try to realize God, but are only able to get small moments in which eyes and heart start flowing. How can we realize God more often?”</w:t>
      </w:r>
    </w:p>
    <w:p>
      <w:r>
        <w:rPr>
          <w:sz w:val="20"/>
        </w:rPr>
        <w:t>52:01  maulana, agla sawal dilli se hai, miss naghma siddiqui ka. unhone likha hai: "we often try to realize god, but only are able to get small moments in which eyes and heart start flowing.</w:t>
      </w:r>
      <w:r>
        <w:br/>
      </w:r>
      <w:r>
        <w:rPr>
          <w:sz w:val="20"/>
        </w:rPr>
        <w:t>52:17  how can we realize god more often?"</w:t>
      </w:r>
      <w:r>
        <w:br/>
      </w:r>
      <w:r>
        <w:rPr>
          <w:sz w:val="20"/>
        </w:rPr>
        <w:t>52:23  dekhiye, yahi baat kahi thi ek sahabi ne ke rasool allah salallaho alaihi wasallam se. un ka naam tha hanzala. theek yahi baat thi ke hum ko kabhi kabhi aisa hota hai, magar barabar nahi hota.</w:t>
      </w:r>
      <w:r>
        <w:br/>
      </w:r>
      <w:r>
        <w:rPr>
          <w:sz w:val="20"/>
        </w:rPr>
        <w:t>52:42  to rasool allah ne farmaya tha ke: "ahyanan ya hanzala, aey hanzala! yeh cheez kuch kuch waqt hi ke liye hoti hai, musalsal nahi hoti."</w:t>
      </w:r>
      <w:r>
        <w:br/>
      </w:r>
      <w:r>
        <w:rPr>
          <w:sz w:val="20"/>
        </w:rPr>
        <w:t>52:53  kyunke musalsal agar ho to insan zinda na reh sake. yaad rakhiye, Allah ki rehmat hai ke musalsal woh nahi deta kisi ko.</w:t>
      </w:r>
      <w:r>
        <w:br/>
      </w:r>
      <w:r>
        <w:rPr>
          <w:sz w:val="20"/>
        </w:rPr>
        <w:t>53:03  phir insan pagal ho jayega, insan zinda nahi reh sakega.</w:t>
      </w:r>
      <w:r>
        <w:br/>
      </w:r>
      <w:r>
        <w:rPr>
          <w:sz w:val="20"/>
        </w:rPr>
        <w:t>53:11  to wahi matloob hai, walakin ahyaanan ya hanzala, qaalib yeh alfaaz hain. lekin aye hanzala, woh waqti taur par hi kuch kuch sa'at ke liye hoga, aur isi ko kaafi samjho, isi par shukr karo.</w:t>
      </w:r>
      <w:r>
        <w:br/>
      </w:r>
      <w:r>
        <w:rPr>
          <w:sz w:val="20"/>
        </w:rPr>
        <w:t>53:29  is hadith ko aap padhein, is ko mutala karein, woh bohat acha, is is cheez ka bohat acha jawab hai.</w:t>
      </w:r>
      <w:r>
        <w:br/>
      </w:r>
      <w:r>
        <w:rPr>
          <w:sz w:val="20"/>
        </w:rPr>
        <w:t>53:37  is hadith mein</w:t>
      </w:r>
    </w:p>
    <w:p>
      <w:pPr>
        <w:pStyle w:val="Heading2"/>
      </w:pPr>
      <w:r>
        <w:t>How to respond to challenges about Quran</w:t>
      </w:r>
    </w:p>
    <w:p>
      <w:r>
        <w:rPr>
          <w:color w:val="666666"/>
          <w:sz w:val="18"/>
        </w:rPr>
        <w:t>Faith &amp; God · The Problem of Evil December 4, 2011 · 2m 39s · at 1:29:22 · https://youtu.be/SMqtVjaGHfw?t=5362</w:t>
      </w:r>
    </w:p>
    <w:p>
      <w:r>
        <w:rPr>
          <w:i/>
        </w:rPr>
        <w:t>“During a discussion with one of the Madhus, I told him that Quran is my discovery. He asked me whether I have read the Bible and the Gita. I told him that I have not read them. He said to me, "Then how can you say that the Quran is the book leading to the right path?" He further added that first you have to read all the books, then only you can decide. Maulana, how should I tackle such questions?”</w:t>
      </w:r>
    </w:p>
    <w:p>
      <w:r>
        <w:rPr>
          <w:sz w:val="20"/>
        </w:rPr>
        <w:t>1:29:22  Mr. Sajid Anwar ne Roorkee se sawal kiya hai. unhone likha hai ke Maulana, during course of a discussion with one of the mullahs, I told him that Quran is my discovery.</w:t>
      </w:r>
      <w:r>
        <w:br/>
      </w:r>
      <w:r>
        <w:rPr>
          <w:sz w:val="20"/>
        </w:rPr>
        <w:t>1:29:36  he asked me whether I have read Bible and Gita. I told him that I have not read it. he said to me, then how can you say that Quran is the book leading to the right path?</w:t>
      </w:r>
      <w:r>
        <w:br/>
      </w:r>
      <w:r>
        <w:rPr>
          <w:sz w:val="20"/>
        </w:rPr>
        <w:t>1:29:50  he further added that first you have to read all the books, then only you can decide. Maulana, how should I tackle such questions?</w:t>
      </w:r>
      <w:r>
        <w:br/>
      </w:r>
      <w:r>
        <w:rPr>
          <w:sz w:val="20"/>
        </w:rPr>
        <w:t>1:30:03  dekhen, yeh main dekh sahi baat nahin hai kyunke aap ko bible ke bare mein ek general knowledge phir bhi maujood yaqeenan hogi.</w:t>
      </w:r>
      <w:r>
        <w:br/>
      </w:r>
      <w:r>
        <w:rPr>
          <w:sz w:val="20"/>
        </w:rPr>
        <w:t>1:30:16  aap ne chahe is ki study na bhi ki ho, general taur par aap ko maloom hai is ke bare mein ke bible kyunke woh log missionary log baton ko kehte hain aur logon se batate hain.</w:t>
      </w:r>
      <w:r>
        <w:br/>
      </w:r>
      <w:r>
        <w:rPr>
          <w:sz w:val="20"/>
        </w:rPr>
        <w:t>1:30:31  misal ke taur par trinity concept, aap ko bible ka gehra mutalea kiye baghair aap jaan sakte hain ke woh log trinity ko tablegh karte hain ke Khuda ek bhi hai aur teen bhi hain.</w:t>
      </w:r>
      <w:r>
        <w:br/>
      </w:r>
      <w:r>
        <w:rPr>
          <w:sz w:val="20"/>
        </w:rPr>
        <w:t>1:30:44  to yeh is ke liye gehre mutale ki zaroorat nahin hai. aur jab aap Quran ko padhenge ke Quran mein Khuda ek hai, is concept hai to aap ka nature kahega ke ek ek hi sahi hai, teen sahi nahin hain.</w:t>
      </w:r>
      <w:r>
        <w:br/>
      </w:r>
      <w:r>
        <w:rPr>
          <w:sz w:val="20"/>
        </w:rPr>
        <w:t>1:30:56  kyunke kainat mein jo itni bari kainat hai, is ko yeh manage kar raha hai to itni harmony kyun hai? agar teen Khuda hon to harmony nahin ho sakti.</w:t>
      </w:r>
      <w:r>
        <w:br/>
      </w:r>
      <w:r>
        <w:rPr>
          <w:sz w:val="20"/>
        </w:rPr>
        <w:t>1:31:06  itni harmony</w:t>
      </w:r>
      <w:r>
        <w:br/>
      </w:r>
      <w:r>
        <w:rPr>
          <w:sz w:val="20"/>
        </w:rPr>
        <w:t>1:31:07  aisi abhi sab log jante hain ke woh un ka yeh nazariya batate hain, woh log ke ke Masih masloob hui hai sab gunahon ko maaf karne ke liye.</w:t>
      </w:r>
      <w:r>
        <w:br/>
      </w:r>
      <w:r>
        <w:rPr>
          <w:sz w:val="20"/>
        </w:rPr>
        <w:t>1:31:16  yeh bhi un natural baat hai. to yeh aap sochen ke Quran mein to yeh hai ke aadmi jo karega, us ko bhuktega, woh apne kiye ka khud anjam bhuktega.</w:t>
      </w:r>
      <w:r>
        <w:br/>
      </w:r>
      <w:r>
        <w:rPr>
          <w:sz w:val="20"/>
        </w:rPr>
        <w:t>1:31:28  wahan mere kiye ka anjam paighambar ke upar kuch chalaye ga, chalega to un natural</w:t>
      </w:r>
      <w:r>
        <w:br/>
      </w:r>
      <w:r>
        <w:rPr>
          <w:sz w:val="20"/>
        </w:rPr>
        <w:t>1:31:34  baat hai. to yeh zaroori nahin hai ke aap bible ka gehra mutalea karen. khud bible walon ne jo baaten bata rakhi hain, woh sab jante hain, sab log woh to phailate hain, woh log khud.</w:t>
      </w:r>
      <w:r>
        <w:br/>
      </w:r>
      <w:r>
        <w:rPr>
          <w:sz w:val="20"/>
        </w:rPr>
        <w:t>1:31:43  to is se aap comparison karne ki position mein hain. to ek hai scholarly comparison. scholarly comparison har ek ki zaroori nahin hai. general comparison to har ek kar sakta hai kyunke sab log jante hain ke kya Christian log kis baat ki tablegh karte hain.</w:t>
      </w:r>
    </w:p>
    <w:p>
      <w:pPr>
        <w:pStyle w:val="Heading2"/>
      </w:pPr>
      <w:r>
        <w:t>How to truly love God and avoid negativity</w:t>
      </w:r>
    </w:p>
    <w:p>
      <w:r>
        <w:rPr>
          <w:color w:val="666666"/>
          <w:sz w:val="18"/>
        </w:rPr>
        <w:t>Faith &amp; God · Man and the Laws of Nature April 1, 2012 · 49s · at 1:45:58 · https://youtu.be/coIrwYQgb6Y?t=6358</w:t>
      </w:r>
    </w:p>
    <w:p>
      <w:r>
        <w:rPr>
          <w:i/>
        </w:rPr>
        <w:t>“What should we do to truly love God and what is the correct way to avoid negative thoughts?”</w:t>
      </w:r>
    </w:p>
    <w:p>
      <w:r>
        <w:rPr>
          <w:sz w:val="20"/>
        </w:rPr>
        <w:t>1:45:58  is mein Maulana, agla sawal Delhi se hai Mr. Shehzad Ahmed Sahib</w:t>
      </w:r>
      <w:r>
        <w:br/>
      </w:r>
      <w:r>
        <w:rPr>
          <w:sz w:val="20"/>
        </w:rPr>
        <w:t>1:46:04  ka. unhon ne likha hai: "Khuda ka Khuda ka sachi mohabbat karne ke liye hamein kya karna chahiye aur negative khayalat se bachne ka sahi tareeqa kya hai?" bhai, doosron se mohabbat khatam kar dijiye.</w:t>
      </w:r>
      <w:r>
        <w:br/>
      </w:r>
      <w:r>
        <w:rPr>
          <w:sz w:val="20"/>
        </w:rPr>
        <w:t>1:46:19  bas seedhi si baat hai ke doosre jis se mohabbat aap karte hain, us ko khatam kar dijiye.</w:t>
      </w:r>
      <w:r>
        <w:br/>
      </w:r>
      <w:r>
        <w:rPr>
          <w:sz w:val="20"/>
        </w:rPr>
        <w:t>1:46:25  chahe woh family ho, chahe woh aap ka koi akabir hon ya koi bhi ho, jo bhi ghair Khuda hai, us se mohabbat khatam kar dijiye.</w:t>
      </w:r>
      <w:r>
        <w:br/>
      </w:r>
      <w:r>
        <w:rPr>
          <w:sz w:val="20"/>
        </w:rPr>
        <w:t>1:46:36  to apne aap hi prevail karegi Khuda ki mohabbat. Khuda ki mohabbat apne aap prevail karti hai jab aap ghair Khuda ki mohabbat se apne ko, yani bacha lete hain.</w:t>
      </w:r>
    </w:p>
    <w:p>
      <w:pPr>
        <w:pStyle w:val="Heading2"/>
      </w:pPr>
      <w:r>
        <w:t>How will Satan's speech become valid?</w:t>
      </w:r>
    </w:p>
    <w:p>
      <w:r>
        <w:rPr>
          <w:color w:val="666666"/>
          <w:sz w:val="18"/>
        </w:rPr>
        <w:t>Faith &amp; God · Spirit of Ramadan | June 14, 2015 · 2m 43s · at 1:07:26 · https://youtu.be/LMQxfxQcnxQ?t=4046</w:t>
      </w:r>
    </w:p>
    <w:p>
      <w:r>
        <w:rPr>
          <w:i/>
        </w:rPr>
        <w:t>“How will the speech of this Satan become valid?”</w:t>
      </w:r>
    </w:p>
    <w:p>
      <w:r>
        <w:rPr>
          <w:sz w:val="20"/>
        </w:rPr>
        <w:t>1:07:26  is sitan ki boli jaiz kaise ho jaye gi? Mona, yeh agla sawal aya hai Maulana Farhad Umri</w:t>
      </w:r>
      <w:r>
        <w:br/>
      </w:r>
      <w:r>
        <w:rPr>
          <w:sz w:val="20"/>
        </w:rPr>
        <w:t>1:07:31  sahib ka Delhi se.</w:t>
      </w:r>
      <w:r>
        <w:br/>
      </w:r>
      <w:r>
        <w:rPr>
          <w:sz w:val="20"/>
        </w:rPr>
        <w:t>1:07:35  musalman apne war concept ko sahi sabit karne ke liye</w:t>
      </w:r>
      <w:r>
        <w:br/>
      </w:r>
      <w:r>
        <w:rPr>
          <w:sz w:val="20"/>
        </w:rPr>
        <w:t>1:07:39  yeh hadith bayan karte hain: "main yeh pasand karta hoon ke main Allah ke raste mein qatal kiya</w:t>
      </w:r>
      <w:r>
        <w:br/>
      </w:r>
      <w:r>
        <w:rPr>
          <w:sz w:val="20"/>
        </w:rPr>
        <w:t>1:07:47  jaoon, phir zinda kiya jaoon, phir qatal kiya jaoon, phir mujhe zindagi mile, phir qatal kiya jaoon." Maulana,</w:t>
      </w:r>
      <w:r>
        <w:br/>
      </w:r>
      <w:r>
        <w:rPr>
          <w:sz w:val="20"/>
        </w:rPr>
        <w:t>1:07:54  is hadith ka sahi interpretation kya hai? Dekhiye, yeh sochiye ke kya Rasool Allah sal Allah alayhi wasallam</w:t>
      </w:r>
      <w:r>
        <w:br/>
      </w:r>
      <w:r>
        <w:rPr>
          <w:sz w:val="20"/>
        </w:rPr>
        <w:t>1:08:02  nauzubillah, nauzubillah, munafiq thay? Aap aap yeh keh sakte hain ke jab aap ko</w:t>
      </w:r>
      <w:r>
        <w:br/>
      </w:r>
      <w:r>
        <w:rPr>
          <w:sz w:val="20"/>
        </w:rPr>
        <w:t>1:08:09  pasand tha to aisa kiya kyun nahi? Kitabon se parhiye, aap Rasool Allah sal Allah alayhi wasallam kabhi</w:t>
      </w:r>
      <w:r>
        <w:br/>
      </w:r>
      <w:r>
        <w:rPr>
          <w:sz w:val="20"/>
        </w:rPr>
        <w:t>1:08:14  bhi jang mein shareek nahi hote thay.</w:t>
      </w:r>
      <w:r>
        <w:br/>
      </w:r>
      <w:r>
        <w:rPr>
          <w:sz w:val="20"/>
        </w:rPr>
        <w:t>1:08:18  bahar un ka ek areesh lafz ata hai, areesh kehte hain jhopra.</w:t>
      </w:r>
      <w:r>
        <w:br/>
      </w:r>
      <w:r>
        <w:rPr>
          <w:sz w:val="20"/>
        </w:rPr>
        <w:t>1:08:22  battlefield se bahar ek areesh banta tha, jhopra.</w:t>
      </w:r>
      <w:r>
        <w:br/>
      </w:r>
      <w:r>
        <w:rPr>
          <w:sz w:val="20"/>
        </w:rPr>
        <w:t>1:08:27  is mein rehte thay.</w:t>
      </w:r>
      <w:r>
        <w:br/>
      </w:r>
      <w:r>
        <w:rPr>
          <w:sz w:val="20"/>
        </w:rPr>
        <w:t>1:08:31  aap kabhi talwar le kar Uhud mein ya Badr mein kabhi khud se nahi lade? To nauzubillah</w:t>
      </w:r>
      <w:r>
        <w:br/>
      </w:r>
      <w:r>
        <w:rPr>
          <w:sz w:val="20"/>
        </w:rPr>
        <w:t>1:08:35  ke aap kahein ke nauzubillah Rasool Allah munafiq thay? Kaha to yeh kiya</w:t>
      </w:r>
      <w:r>
        <w:br/>
      </w:r>
      <w:r>
        <w:rPr>
          <w:sz w:val="20"/>
        </w:rPr>
        <w:t>1:08:40  ? Ulta kabhi lade nahi? Aap kitabon mein parh lijye, aap battlefield mein nahi hotay thay, areesh</w:t>
      </w:r>
      <w:r>
        <w:br/>
      </w:r>
      <w:r>
        <w:rPr>
          <w:sz w:val="20"/>
        </w:rPr>
        <w:t>1:08:46  mein hotay thay jo bahar banta tha, wahan se dekh dekhte thay bas aur dua karte thay, sajde</w:t>
      </w:r>
      <w:r>
        <w:br/>
      </w:r>
      <w:r>
        <w:rPr>
          <w:sz w:val="20"/>
        </w:rPr>
        <w:t>1:08:52  mein dua karte thay.</w:t>
      </w:r>
      <w:r>
        <w:br/>
      </w:r>
      <w:r>
        <w:rPr>
          <w:sz w:val="20"/>
        </w:rPr>
        <w:t>1:08:58  jo log is hadith ko le kar kehte hain, unhein sab se pehle sochna chahiye ke kya nauzub</w:t>
      </w:r>
      <w:r>
        <w:br/>
      </w:r>
      <w:r>
        <w:rPr>
          <w:sz w:val="20"/>
        </w:rPr>
        <w:t>1:09:04  billah, nauzubillah Rasool Allah munafiq thay? Kaha kuch kiya? Kuch is liye aap ko is hadith ki aisi</w:t>
      </w:r>
      <w:r>
        <w:br/>
      </w:r>
      <w:r>
        <w:rPr>
          <w:sz w:val="20"/>
        </w:rPr>
        <w:t>1:09:10  tafseer karni padegi jis mein rasool allah yeh saabit na hota ke naoozubillah rasool allah munafiq thay. is waqt mein likh chuka hoon is hadith ke baray mein, likh chuka hoon. aap is ko parh sakte hain. We will end the session now.</w:t>
      </w:r>
    </w:p>
    <w:p>
      <w:pPr>
        <w:pStyle w:val="Heading2"/>
      </w:pPr>
      <w:r>
        <w:t>Human Role in Destiny and Preserved Tablet</w:t>
      </w:r>
    </w:p>
    <w:p>
      <w:r>
        <w:rPr>
          <w:color w:val="666666"/>
          <w:sz w:val="18"/>
        </w:rPr>
        <w:t>Faith &amp; God · The Importance of Ijtihad August 1, 2010 · 17m 50s · at 1:09:09 · https://youtu.be/3q98aQ-j2ks?t=4149</w:t>
      </w:r>
    </w:p>
    <w:p>
      <w:r>
        <w:rPr>
          <w:i/>
        </w:rPr>
        <w:t>“Does a human being have any role in shaping his destiny? Is everything predetermined? Secondly, what is the Preserved Tablet?”</w:t>
      </w:r>
    </w:p>
    <w:p>
      <w:r>
        <w:rPr>
          <w:sz w:val="20"/>
        </w:rPr>
        <w:t>1:09:09  maulana, agla sawal kya hai? mr mahfooz nazki ne new delhi se, unhon ne likha hai ke Does a human being have any role in shaping his destiny?</w:t>
      </w:r>
      <w:r>
        <w:br/>
      </w:r>
      <w:r>
        <w:rPr>
          <w:sz w:val="20"/>
        </w:rPr>
        <w:t>1:09:21  Is everything predetermined? secondly, what is lauh mehfooz? lauh mehfooz ka masla alag hai, is ko chhod dijiye aap.</w:t>
      </w:r>
      <w:r>
        <w:br/>
      </w:r>
      <w:r>
        <w:rPr>
          <w:sz w:val="20"/>
        </w:rPr>
        <w:t>1:09:32  lekin is ko mein arz karna chahta hoon ke Everything is predetermined</w:t>
      </w:r>
      <w:r>
        <w:br/>
      </w:r>
      <w:r>
        <w:rPr>
          <w:sz w:val="20"/>
        </w:rPr>
        <w:t>1:09:36  yeh baat jo hai 50 percent sahi hai, 50 percent sahi nahi hai. yeh</w:t>
      </w:r>
      <w:r>
        <w:br/>
      </w:r>
      <w:r>
        <w:rPr>
          <w:sz w:val="20"/>
        </w:rPr>
        <w:t>1:09:43  is baat ko is se pehle mein ne yeh baat batai hai ke is ko detail mein likha bhi hai apne magazine mein hum ne ke insan ko is dunya mein total freedom diya gaya hai, total freedom ke mein chahun bolun, chahe chup rahun,</w:t>
      </w:r>
      <w:r>
        <w:br/>
      </w:r>
      <w:r>
        <w:rPr>
          <w:sz w:val="20"/>
        </w:rPr>
        <w:t>1:10:01  chahe chal kar ke apne ghar se aaon ya na aaon, aap ko chahe mein gali doon, chahe aap ko naan baat bolun, bilkul freedom hai, is mein koi rok nahi hai.</w:t>
      </w:r>
      <w:r>
        <w:br/>
      </w:r>
      <w:r>
        <w:rPr>
          <w:sz w:val="20"/>
        </w:rPr>
        <w:t>1:10:13  koi</w:t>
      </w:r>
      <w:r>
        <w:br/>
      </w:r>
      <w:r>
        <w:rPr>
          <w:sz w:val="20"/>
        </w:rPr>
        <w:t>1:10:16  to aik aspect yeh hai ke bilkul freedom mila hua hai aap ko. doosra aspect kya hai? jab freedom ko exercise karna chahte hain to aap ko aik infrastructure chahiye, matlab dekhne ke liye roshni chahiye.</w:t>
      </w:r>
      <w:r>
        <w:br/>
      </w:r>
      <w:r>
        <w:rPr>
          <w:sz w:val="20"/>
        </w:rPr>
        <w:t>1:10:31  roshni Allah ki taraf ki taraf se ati hai, suraj Allah nikalta hai. bolne ke liye hawa chahiye, wo hawa Allah taala chalata hai.</w:t>
      </w:r>
      <w:r>
        <w:br/>
      </w:r>
      <w:r>
        <w:rPr>
          <w:sz w:val="20"/>
        </w:rPr>
        <w:t>1:10:41  chalne ke liye aik zameen chahiye, zameen Allah taala ne paida ki hai.</w:t>
      </w:r>
      <w:r>
        <w:br/>
      </w:r>
      <w:r>
        <w:rPr>
          <w:sz w:val="20"/>
        </w:rPr>
        <w:t>1:10:48  to is ko wo kehte hain infrastructure. to aik hai meri azadi, aik hai azadi ko exercise karne ke liye infrastructure.</w:t>
      </w:r>
      <w:r>
        <w:br/>
      </w:r>
      <w:r>
        <w:rPr>
          <w:sz w:val="20"/>
        </w:rPr>
        <w:t>1:10:57  infrastructure poora ka poora Khuda ki taraf se hota hai, is mein hamara koi dakhal nahi hai. lekin azadi ka jahan ta'alluq hai, wahan ikhtiyar hai, aur jahan tak infrastructure ka ta'alluq hai, wahan jabr hai.</w:t>
      </w:r>
      <w:r>
        <w:br/>
      </w:r>
      <w:r>
        <w:rPr>
          <w:sz w:val="20"/>
        </w:rPr>
        <w:t>1:11:10  isi liye hamare ulma mein teen nazariye mane gaye hain: jabriyah, qadriya, aur wastiyah.</w:t>
      </w:r>
      <w:r>
        <w:br/>
      </w:r>
      <w:r>
        <w:rPr>
          <w:sz w:val="20"/>
        </w:rPr>
        <w:t>1:11:19  teen hain mutakallimin ke haan nazariye. jabriyah wo log hain jo mante hain ke yeh bilkul determinism hai, yahan koi hamara ikhtiyar kuch nahi hai.</w:t>
      </w:r>
      <w:r>
        <w:br/>
      </w:r>
      <w:r>
        <w:rPr>
          <w:sz w:val="20"/>
        </w:rPr>
        <w:t>1:11:30  aur doosra jo hai qadriya, wo yeh mante hain ke hum ko poora ikhtiyar hi ikhtiyar hai, sab kuch. to aik aik dam ikhtiyar hi ikhtiyar manta hai, aik dam jabri jabr manta hai.</w:t>
      </w:r>
      <w:r>
        <w:br/>
      </w:r>
      <w:r>
        <w:rPr>
          <w:sz w:val="20"/>
        </w:rPr>
        <w:t>1:11:42  aik hai wastiyah, beech ka, yani in between ya 50-5</w:t>
      </w:r>
      <w:r>
        <w:br/>
      </w:r>
      <w:r>
        <w:rPr>
          <w:sz w:val="20"/>
        </w:rPr>
        <w:t>1:11:48  0. isi ko mein sahi manta hoon, agarche wastiyah ko wo log clear nahi kar sake the, kyun ke science age hi mein hum in baaton ko jaan paye jis se is ki tashreeh kar saken.</w:t>
      </w:r>
      <w:r>
        <w:br/>
      </w:r>
      <w:r>
        <w:rPr>
          <w:sz w:val="20"/>
        </w:rPr>
        <w:t>1:12:00  yani wastiyah ke nazariye ko pehle samajhna bohat mushkil tha, ab asan ho gaya hai.</w:t>
      </w:r>
      <w:r>
        <w:br/>
      </w:r>
      <w:r>
        <w:rPr>
          <w:sz w:val="20"/>
        </w:rPr>
        <w:t>1:12:10  yeh lafz bhi pehle nahi tha, infrastructure ka lafz hi pehle maujood nahi tha. to aik hai freedom, aik hai infrastructure.</w:t>
      </w:r>
      <w:r>
        <w:br/>
      </w:r>
      <w:r>
        <w:rPr>
          <w:sz w:val="20"/>
        </w:rPr>
        <w:t>1:12:19  to freedom ke aitbar se mein poori tarah azad hoon, insan azad hai, lekin apni azadi ko hum kaise exercise kaise karen ge? is ke liye hamein aik infrastructure chahiye, wo Khuda ki taraf se hota hai.</w:t>
      </w:r>
      <w:r>
        <w:br/>
      </w:r>
      <w:r>
        <w:rPr>
          <w:sz w:val="20"/>
        </w:rPr>
        <w:t>1:12:34  aik aur cheez yahan par jo maujooda zamane mein qabil e fahm ho gayi hai, understandable ho gayi hai, wo kya hai? ke pehle log sochte the ke Allah taala ke ilm mein to sari baaten hain, is ke ikhtiyar mein sab kuch hai.</w:t>
      </w:r>
      <w:r>
        <w:br/>
      </w:r>
      <w:r>
        <w:rPr>
          <w:sz w:val="20"/>
        </w:rPr>
        <w:t>1:12:49  is ke ikhtiyar ki dunya mein koi aur shakhs kaise bakhtiyar ho sakta hai? Yani Allah ke total ikhtiyar ke darmiyan ek aur shakhs bakhtiyar kaise ho sakta hai?</w:t>
      </w:r>
      <w:r>
        <w:br/>
      </w:r>
      <w:r>
        <w:rPr>
          <w:sz w:val="20"/>
        </w:rPr>
        <w:t>1:12:59  yeh soch tha logon ka. Maujooda zamane mein jo yeh daryaft hui hai, yeh dark matter ki, woh is ka jawab hai.</w:t>
      </w:r>
      <w:r>
        <w:br/>
      </w:r>
      <w:r>
        <w:rPr>
          <w:sz w:val="20"/>
        </w:rPr>
        <w:t>1:13:10  dark matter jo hai, woh dark nahi hota, bohat bright hota hai, bohat bright hota hai.</w:t>
      </w:r>
      <w:r>
        <w:br/>
      </w:r>
      <w:r>
        <w:rPr>
          <w:sz w:val="20"/>
        </w:rPr>
        <w:t>1:13:16  to woh bohat baray baray star hain, woh woh itna zyada in mein power hoti hai, yani un ki jo kashish ki taqat itni zyada hoti hai ke apni roshni ko bhi nahi khench lete hain, woh nahi jane dete, bahar nikalne nahi detey.</w:t>
      </w:r>
      <w:r>
        <w:br/>
      </w:r>
      <w:r>
        <w:rPr>
          <w:sz w:val="20"/>
        </w:rPr>
        <w:t>1:13:33  yeh suraj ki roshni hai, woh suraj se nikal kar hum tak pohnch jati hai,</w:t>
      </w:r>
      <w:r>
        <w:br/>
      </w:r>
      <w:r>
        <w:rPr>
          <w:sz w:val="20"/>
        </w:rPr>
        <w:t>1:13:41  suraj se nikal kar hum tak pohnch jati hai.</w:t>
      </w:r>
      <w:r>
        <w:br/>
      </w:r>
      <w:r>
        <w:rPr>
          <w:sz w:val="20"/>
        </w:rPr>
        <w:t>1:13:44  in sitaron ki roshni nikal kar hum tak nahi pohnchti, kyunke apni roshni ko khench liye hain, woh khench rakha hai unhon ne. To yeh ek qism ka ek ek badi misaal hai ke Khuda agarche bakhtiyar hai, apne ikhtiyar ko rok liya us ne insaan ke mamle mein.</w:t>
      </w:r>
      <w:r>
        <w:br/>
      </w:r>
      <w:r>
        <w:rPr>
          <w:sz w:val="20"/>
        </w:rPr>
        <w:t>1:14:02  ikhtiyar ko insaan par mo'assar nahi hone deta, woh yeh cheez understandable ban gayi hai.</w:t>
      </w:r>
      <w:r>
        <w:br/>
      </w:r>
      <w:r>
        <w:rPr>
          <w:sz w:val="20"/>
        </w:rPr>
        <w:t>1:14:10  to khulasa yeh hai ke main wastiya ko durust manta hoon, aur wastiya ki tashreeh mein is tarah karta hoon jis mein maine aap ke samne arz ki.</w:t>
      </w:r>
      <w:r>
        <w:br/>
      </w:r>
      <w:r>
        <w:rPr>
          <w:sz w:val="20"/>
        </w:rPr>
        <w:t>1:14:20  yeh meri marzi ke nazdeek sahih maslak hai. Maulana, agla sawal kiya hai doctor Muslima Siddiqui ne New Delhi se. Unhon ne poocha hai ke How can we attain the level of Dawa consciousness of the Sahabas such that we start praying for the Madhu?</w:t>
      </w:r>
      <w:r>
        <w:br/>
      </w:r>
      <w:r>
        <w:rPr>
          <w:sz w:val="20"/>
        </w:rPr>
        <w:t>1:14:43  yeh sara mamla soch ka mamla hai,</w:t>
      </w:r>
      <w:r>
        <w:br/>
      </w:r>
      <w:r>
        <w:rPr>
          <w:sz w:val="20"/>
        </w:rPr>
        <w:t>1:14:47  soch ka mamla hai. Isi isi desh mein jab madrasay mein parhte thay to koi bhi molvi angrezi nahi janta tha.</w:t>
      </w:r>
      <w:r>
        <w:br/>
      </w:r>
      <w:r>
        <w:rPr>
          <w:sz w:val="20"/>
        </w:rPr>
        <w:t>1:14:59  arabi parhte thay, arabi jante thay. Woh soch bhi nahi paate thay ke main angrezi boloon, angrezi likhoon. Yeh unthinkable tha pehle zamane mein.</w:t>
      </w:r>
      <w:r>
        <w:br/>
      </w:r>
      <w:r>
        <w:rPr>
          <w:sz w:val="20"/>
        </w:rPr>
        <w:t>1:15:12  aaj jo hai, hazaron hazar molvi khoob angrezi parhte hain, angrezi parhte hain.</w:t>
      </w:r>
      <w:r>
        <w:br/>
      </w:r>
      <w:r>
        <w:rPr>
          <w:sz w:val="20"/>
        </w:rPr>
        <w:t>1:15:18  mere paas kai bar aate hain aise talaba jo arabi madrasay mein parhe hue hain, bolte hain angrezi. Maine kaha, bhai kahan seekha aap ne? Unhon ne kaha, bohat asan hai, jagah jagah khule hue hain idaray jahan jo sikhate hain angrezi.</w:t>
      </w:r>
      <w:r>
        <w:br/>
      </w:r>
      <w:r>
        <w:rPr>
          <w:sz w:val="20"/>
        </w:rPr>
        <w:t>1:15:30  to kyun incentive aa gaya? Pehle aisa tha ke arabi parhne ke baad angrezi parhne ka koi incentive nahi tha. Kis liye parhein? Kya karein ge angrezi parh kar ke?</w:t>
      </w:r>
      <w:r>
        <w:br/>
      </w:r>
      <w:r>
        <w:rPr>
          <w:sz w:val="20"/>
        </w:rPr>
        <w:t>1:15:42  ab yeh hai ke angrezi parho ge to tumhare ko bohat zyada market mein tumhari value barh jayegi. Aaj kal ke zamane mein aisa hai ke ek arabi jaane aur sath angrezi jaane jaane to khoob us ki value barh jati hai.</w:t>
      </w:r>
      <w:r>
        <w:br/>
      </w:r>
      <w:r>
        <w:rPr>
          <w:sz w:val="20"/>
        </w:rPr>
        <w:t>1:15:56  misal ke tor par tarjuma ka kaam bohat aata hai. Arabi se tarjuma angrezi mein kar sakein aap, aur arabi se angrezi, yani arabi se angrezi, aur angrezi se arabi.</w:t>
      </w:r>
      <w:r>
        <w:br/>
      </w:r>
      <w:r>
        <w:rPr>
          <w:sz w:val="20"/>
        </w:rPr>
        <w:t>1:16:05  to aap ko munh manga paisa milta hai.</w:t>
      </w:r>
      <w:r>
        <w:br/>
      </w:r>
      <w:r>
        <w:rPr>
          <w:sz w:val="20"/>
        </w:rPr>
        <w:t>1:16:08  to khoob jhoom se log angrezi, hamare madrasay ke parhe hue log arabi seekh rahe hain, ke sath angrezi seekh rahe hain. To dawa ke mein jo jo inaam Allah taala ke hain, woh agar logon ko maloom ho jaye to dhoom se seekhein, dhoom se apne ko is mein dalein.</w:t>
      </w:r>
      <w:r>
        <w:br/>
      </w:r>
      <w:r>
        <w:rPr>
          <w:sz w:val="20"/>
        </w:rPr>
        <w:t>1:16:26  un ki soch mein ek inqilab aa jaye.</w:t>
      </w:r>
      <w:r>
        <w:br/>
      </w:r>
      <w:r>
        <w:rPr>
          <w:sz w:val="20"/>
        </w:rPr>
        <w:t>1:16:31  kuch bhi mushkil nahi hai, sirf yeh hai ke woh shaoor nahi hai ke is mein kitna bara Allah taala ne is mein sawab aur kitna bara reward rakha hai.</w:t>
      </w:r>
      <w:r>
        <w:br/>
      </w:r>
      <w:r>
        <w:rPr>
          <w:sz w:val="20"/>
        </w:rPr>
        <w:t>1:16:41  yani daii ke liye ya shahid ke liye, yani nazeer o baseer ke liye, Allah taala ke haan kitna bara reward hai, kitna bara inaam hai, is ka logon ko ehsas nahi.</w:t>
      </w:r>
      <w:r>
        <w:br/>
      </w:r>
      <w:r>
        <w:rPr>
          <w:sz w:val="20"/>
        </w:rPr>
        <w:t>1:16:56  yani woh Quran majeed mein aise logon ko kaha gaya hai ke Allah ke madadgar, ansar Allah. Yeh agar jaan le aadmi ke yeh itni bari cheez hai ke hum hum Allah ke ansar ban jate hain, Allah ke madadgar ban jate hain,</w:t>
      </w:r>
      <w:r>
        <w:br/>
      </w:r>
      <w:r>
        <w:rPr>
          <w:sz w:val="20"/>
        </w:rPr>
        <w:t>1:17:13  to har aadmi hero ban jaye, hero.</w:t>
      </w:r>
      <w:r>
        <w:br/>
      </w:r>
      <w:r>
        <w:rPr>
          <w:sz w:val="20"/>
        </w:rPr>
        <w:t>1:17:18  yani jaise arab tha, arab ka alam kaha jata hai ke pehle sleeping nation ka kaha jata hai, is ko</w:t>
      </w:r>
      <w:r>
        <w:br/>
      </w:r>
      <w:r>
        <w:rPr>
          <w:sz w:val="20"/>
        </w:rPr>
        <w:t>1:17:26  soi hui qom. Arab log jo thay, woh sleeping nation thay. Woh jab Islam aaya to un ko aik mission diya, un ke samne is mission ne un ko hero bana diya.</w:t>
      </w:r>
      <w:r>
        <w:br/>
      </w:r>
      <w:r>
        <w:rPr>
          <w:sz w:val="20"/>
        </w:rPr>
        <w:t>1:17:38  poora poora arab aik nation of heroes ban gaya. Kyun? Aik mission samne aa gaya un ke. To aaj bhi logon ko pata hi nahi ke dawat bhi koi mission hai, dawat ke liye kaam karna hai, koi kaam karna hai.</w:t>
      </w:r>
      <w:r>
        <w:br/>
      </w:r>
      <w:r>
        <w:rPr>
          <w:sz w:val="20"/>
        </w:rPr>
        <w:t>1:17:52  Abhi bhi dekhiye, is mein khoob log qurbaniyan de rahe hain. Suicide bombing mein, main apne ko apni koi, aap log jaan de dete hain.</w:t>
      </w:r>
      <w:r>
        <w:br/>
      </w:r>
      <w:r>
        <w:rPr>
          <w:sz w:val="20"/>
        </w:rPr>
        <w:t>1:18:03  So called jihad mein log bohat bari qurbaniyan kar rahe hain sari dunya mein. To jahan un ki samajh mein aa raha hai, wahan abhi woh qurbani de rahe hain.</w:t>
      </w:r>
      <w:r>
        <w:br/>
      </w:r>
      <w:r>
        <w:rPr>
          <w:sz w:val="20"/>
        </w:rPr>
        <w:t>1:18:13  Lekin da'wati mission ki ahmiyat un ko pata nahi hai. To cheez yeh hai ke logon ko ahmiyat bata di jaye.</w:t>
      </w:r>
      <w:r>
        <w:br/>
      </w:r>
      <w:r>
        <w:rPr>
          <w:sz w:val="20"/>
        </w:rPr>
        <w:t>1:18:20  Jidhar woh jaan lenge is ki ahmiyat, to hero ban jayenge. Hero ban kar ke woh sab kuch seekhne lagenge.</w:t>
      </w:r>
      <w:r>
        <w:br/>
      </w:r>
      <w:r>
        <w:rPr>
          <w:sz w:val="20"/>
        </w:rPr>
        <w:t>1:18:30  Maulana, agla sawal kiya hai Maulana Abdul Basit Umri ne Doha, Qatar se. Unhon ne likha hai ke Maulana, hamare sath zindagi ke jo masail paida hote hain, un mein starting point kaise maloom kiya jaye, is ke bare mein bataein.</w:t>
      </w:r>
      <w:r>
        <w:br/>
      </w:r>
      <w:r>
        <w:rPr>
          <w:sz w:val="20"/>
        </w:rPr>
        <w:t>1:18:56  Dekhiye, masail ke hal ka starting point shayad janna chahte hain. Woh ke koi masla hai to hum hal karna chahte hain is masle ko.</w:t>
      </w:r>
      <w:r>
        <w:br/>
      </w:r>
      <w:r>
        <w:rPr>
          <w:sz w:val="20"/>
        </w:rPr>
        <w:t>1:19:06  To hal ke liye starting point kya hai?</w:t>
      </w:r>
      <w:r>
        <w:br/>
      </w:r>
      <w:r>
        <w:rPr>
          <w:sz w:val="20"/>
        </w:rPr>
        <w:t>1:19:10  To is ne sahi kaha hai ke We have to begin from the beginning. My way is to begin from the beginning. Is ko main kehta hoon ke mumkin se aghaz, mumkin se aghaz, possible se shuru karna.</w:t>
      </w:r>
      <w:r>
        <w:br/>
      </w:r>
      <w:r>
        <w:rPr>
          <w:sz w:val="20"/>
        </w:rPr>
        <w:t>1:19:28  Jaise farz kiye ke aik aik aik khandan hai, woh ghareeb hai, paisa us ke pas nahi hai. Ab us ko masail mein mubtala hai, woh ab us ko aik nai zindagi shuru karni hai.</w:t>
      </w:r>
      <w:r>
        <w:br/>
      </w:r>
      <w:r>
        <w:rPr>
          <w:sz w:val="20"/>
        </w:rPr>
        <w:t>1:19:39  Kahan se shuru karein? Bachon ko parhao, bachon ko achi taleem dilao. Yeh bachcha parh lega to phir sab kuch theek ho jayega.</w:t>
      </w:r>
      <w:r>
        <w:br/>
      </w:r>
      <w:r>
        <w:rPr>
          <w:sz w:val="20"/>
        </w:rPr>
        <w:t>1:19:50  To waqt ke taqaze ko samajhna aur possible se aghaz karna, yeh two part formula hai.</w:t>
      </w:r>
      <w:r>
        <w:br/>
      </w:r>
      <w:r>
        <w:rPr>
          <w:sz w:val="20"/>
        </w:rPr>
        <w:t>1:19:58  Waqt ke taqaze ko samjho aur possible se aghaz karo. Yeh aik hi Musalman nahi karte, woh chhalang chhalang laga dete hain.</w:t>
      </w:r>
      <w:r>
        <w:br/>
      </w:r>
      <w:r>
        <w:rPr>
          <w:sz w:val="20"/>
        </w:rPr>
        <w:t>1:20:09  Yani possible se aghaz nahi karte, chhalang chhalang laga ke aghaz karna chahte hain. Yeh jo jagah jo so called jihad jo ho raha hai, woh kaha chhalang hai.</w:t>
      </w:r>
      <w:r>
        <w:br/>
      </w:r>
      <w:r>
        <w:rPr>
          <w:sz w:val="20"/>
        </w:rPr>
        <w:t>1:20:18  Woh jahaz se kaha hai ke kuch bhi hone wala nahi, is tarah ke jahaz se.</w:t>
      </w:r>
      <w:r>
        <w:br/>
      </w:r>
      <w:r>
        <w:rPr>
          <w:sz w:val="20"/>
        </w:rPr>
        <w:t>1:20:25  To yani waqt ka taqaza kya hai? Is ko discover kijiye aur kahan se aap, yani apne jo aap asbab hain, jo aap ke taqat hai, us ke lehaz se aap kahan se shuru kar sakte hain,</w:t>
      </w:r>
      <w:r>
        <w:br/>
      </w:r>
      <w:r>
        <w:rPr>
          <w:sz w:val="20"/>
        </w:rPr>
        <w:t>1:20:40  woh wahan se shuru kar dijiye. Jaise maine arz kiya ke ghareeb family ke liye aghaz kiya hai aur bachon ko parhao. Yeh aghaz nahi ke daka daal ke kahin paisa loot lao, kahin se kisi ko fareb de ke us ki jeeb se paisa nikalo</w:t>
      </w:r>
      <w:r>
        <w:br/>
      </w:r>
      <w:r>
        <w:rPr>
          <w:sz w:val="20"/>
        </w:rPr>
        <w:t>1:20:54  . Yeh aghaz nahi hai, kyunke pakar jayenge aap aur jail mein pahunch jayenge aap.</w:t>
      </w:r>
      <w:r>
        <w:br/>
      </w:r>
      <w:r>
        <w:rPr>
          <w:sz w:val="20"/>
        </w:rPr>
        <w:t>1:21:01  To yeh do point, do cheezein hain mere nazdeek. Aik hai waqt ke taqaze ko samajhna aur possible se start lena.</w:t>
      </w:r>
      <w:r>
        <w:br/>
      </w:r>
      <w:r>
        <w:rPr>
          <w:sz w:val="20"/>
        </w:rPr>
        <w:t>1:21:12  Maulana, agla sawal kiya hai Maulana Zakwan Nadvi ne New Delhi se</w:t>
      </w:r>
      <w:r>
        <w:br/>
      </w:r>
      <w:r>
        <w:rPr>
          <w:sz w:val="20"/>
        </w:rPr>
        <w:t>1:21:17  . Unhon ne poocha hai ke What is the difference between Amr bil Ma'roof Nahi anil Munkar and Dawat Illallah?</w:t>
      </w:r>
      <w:r>
        <w:br/>
      </w:r>
      <w:r>
        <w:rPr>
          <w:sz w:val="20"/>
        </w:rPr>
        <w:t>1:21:32  Haan, dekhein, is ka maine kafi is ki study ki hai. Is mein logon ko bohat bara confusion hai. Dekhein, Dawat Illallah ka kaam jo hai, doosri qomon ki nisbat se hai.</w:t>
      </w:r>
      <w:r>
        <w:br/>
      </w:r>
      <w:r>
        <w:rPr>
          <w:sz w:val="20"/>
        </w:rPr>
        <w:t>1:21:47  Amr bil Ma'roof aur Nahi anil Munkar jo hai, khud Musalmanon ki nisbat se hai. Yeh yani yeh dakhli islah ka kaam hai. Amr bil Ma'roof aur Nahi anil Munkar jo qaeeda hai, woh dakhli islah ka kaam hai.</w:t>
      </w:r>
      <w:r>
        <w:br/>
      </w:r>
      <w:r>
        <w:rPr>
          <w:sz w:val="20"/>
        </w:rPr>
        <w:t>1:22:00  isi liye alfaaz aaye hain hadeeson mein is tarah ke ke ta'abur bil maroof tanaahi an al munkar. ta'abur ma'ani aapas mein koi amr karna, tanaahi ma'ani aapas mein rokna.</w:t>
      </w:r>
      <w:r>
        <w:br/>
      </w:r>
      <w:r>
        <w:rPr>
          <w:sz w:val="20"/>
        </w:rPr>
        <w:t>1:22:15  ya'ani amr bil maroof aur an al munkar ke dosra jo lafz aaya hai, woh hai ta'abur bil maroof tanaahi an al munkar. to main samajhta hoon ke yeh jo hai amr bil maroof aur an al munkar ka kaam jo hai, yeh daakhili islaah ka kaam hai.</w:t>
      </w:r>
      <w:r>
        <w:br/>
      </w:r>
      <w:r>
        <w:rPr>
          <w:sz w:val="20"/>
        </w:rPr>
        <w:t>1:22:28  musalmanon mein yeh spirit hona chahiye apne andar daakhili islaah ke liye ke jahan koi musalman dekhe kisi ko, wahan us ko toke. jaise hadees mein aata hai ke momin baraat momin to aapas mein ek doosre ko batate rehna, aap aapas mein ek doosre ko tokte rehna.</w:t>
      </w:r>
      <w:r>
        <w:br/>
      </w:r>
      <w:r>
        <w:rPr>
          <w:sz w:val="20"/>
        </w:rPr>
        <w:t>1:22:47  aur agar aap ko zyada qudrat qudrat hai to us ko rokne ki koshish karna, nahin to sirf batane ki had tak batana.</w:t>
      </w:r>
      <w:r>
        <w:br/>
      </w:r>
      <w:r>
        <w:rPr>
          <w:sz w:val="20"/>
        </w:rPr>
        <w:t>1:22:59  aur jo dawat al Allah hai, woh doosron ko Allah ka paigham pahunchana, doosron ko sachai pahunchana, sachai ka message dena. yeh buniyadi farq hai.</w:t>
      </w:r>
      <w:r>
        <w:br/>
      </w:r>
      <w:r>
        <w:rPr>
          <w:sz w:val="20"/>
        </w:rPr>
        <w:t>1:23:10  dawat ka naam hai kharji mission ka. dawat naam hai momin ke kharji mission ka, aur amr bil maroof an al munkar naam hai momin ke daakhili mission ka.</w:t>
      </w:r>
      <w:r>
        <w:br/>
      </w:r>
      <w:r>
        <w:rPr>
          <w:sz w:val="20"/>
        </w:rPr>
        <w:t>1:23:26  yeh farq hai dono mein.</w:t>
      </w:r>
      <w:r>
        <w:br/>
      </w:r>
      <w:r>
        <w:rPr>
          <w:sz w:val="20"/>
        </w:rPr>
        <w:t>1:23:31  maulana, agla sawal kiya hai doctor farida khanoom ne nai dilli se.</w:t>
      </w:r>
      <w:r>
        <w:br/>
      </w:r>
      <w:r>
        <w:rPr>
          <w:sz w:val="20"/>
        </w:rPr>
        <w:t>1:23:36  unhon ne likha hai ke It happens that one scholar exercises ijtihad but others do not accept it.</w:t>
      </w:r>
      <w:r>
        <w:br/>
      </w:r>
      <w:r>
        <w:rPr>
          <w:sz w:val="20"/>
        </w:rPr>
        <w:t>1:23:45  What is the solution to this problem? dekhiye, yeh to ek process chalta hai. is zamane mein bhi, jab ke jis zamane mein yeh jo fuqaha hamare the, bade bade, woh bohat ikhtilafat hote the.</w:t>
      </w:r>
      <w:r>
        <w:br/>
      </w:r>
      <w:r>
        <w:rPr>
          <w:sz w:val="20"/>
        </w:rPr>
        <w:t>1:24:02  aapas mein ikhtilaf hota tha, doosron se ikhtilaf hota tha. har saare ke itne ikhtilafat nahin hote the. to jis tarah hota tha, tabadla khayal hota tha.</w:t>
      </w:r>
      <w:r>
        <w:br/>
      </w:r>
      <w:r>
        <w:rPr>
          <w:sz w:val="20"/>
        </w:rPr>
        <w:t>1:24:14  kabhi ek qazi doosri rai maan leta tha, kabhi nahin manta tha. yeh sab hota tha. to woh to ek process chalta rahega. is process ko to koi rok nahin.</w:t>
      </w:r>
      <w:r>
        <w:br/>
      </w:r>
      <w:r>
        <w:rPr>
          <w:sz w:val="20"/>
        </w:rPr>
        <w:t>1:24:24  aisa nahin tha ke kabhi aisa ho ke is process, process zaroori hi na ho. sab log ek ek rai ke ho jayen.</w:t>
      </w:r>
      <w:r>
        <w:br/>
      </w:r>
      <w:r>
        <w:rPr>
          <w:sz w:val="20"/>
        </w:rPr>
        <w:t>1:24:31  hal karna namumkin baat hai.</w:t>
      </w:r>
      <w:r>
        <w:br/>
      </w:r>
      <w:r>
        <w:rPr>
          <w:sz w:val="20"/>
        </w:rPr>
        <w:t>1:24:36  jo is zamane mein imam shafi ne ek formula nikala tha ke jab ikhtilaf khatam na ho, is ke liye ek tareeqa ikhtilaf khatam ho jaye. ek shakal woh hai ke ikhtilaf khatam na ho.</w:t>
      </w:r>
      <w:r>
        <w:br/>
      </w:r>
      <w:r>
        <w:rPr>
          <w:sz w:val="20"/>
        </w:rPr>
        <w:t>1:24:45  to unhon ne formula nikala tha: yeh rai sawab yuh tab al khata rai ghayri khata yuh tab al sawab</w:t>
      </w:r>
      <w:r>
        <w:br/>
      </w:r>
      <w:r>
        <w:rPr>
          <w:sz w:val="20"/>
        </w:rPr>
        <w:t>1:24:56  to dekhiye, kabhi bhi mumkin nahin hai ke ikhtilafat na rahen.</w:t>
      </w:r>
      <w:r>
        <w:br/>
      </w:r>
      <w:r>
        <w:rPr>
          <w:sz w:val="20"/>
        </w:rPr>
        <w:t>1:25:01  hamesha ijtihad ek process ke roop mein jari hota hai. to kuch cheezon mein ittifaq ho jayega, kuch cheezon mein nahin bhi hoga. zindagi gaadi gaadi to chalti rahegi.</w:t>
      </w:r>
      <w:r>
        <w:br/>
      </w:r>
      <w:r>
        <w:rPr>
          <w:sz w:val="20"/>
        </w:rPr>
        <w:t>1:25:13  zindagi gaadi to rukne wali nahin hai. Maulana, agla sawal Mr Arshad Jamal ka hai nai dilli se. unhon ne likha hai ke What are your views on insurance policies?</w:t>
      </w:r>
      <w:r>
        <w:br/>
      </w:r>
      <w:r>
        <w:rPr>
          <w:sz w:val="20"/>
        </w:rPr>
        <w:t>1:25:26  Is there any scope of ijtihad in this matter?</w:t>
      </w:r>
      <w:r>
        <w:br/>
      </w:r>
      <w:r>
        <w:rPr>
          <w:sz w:val="20"/>
        </w:rPr>
        <w:t>1:25:29  dekhiye, in baaton ko yahan guftagu karen. is pe ulama fatwa de chuke hain. galat tareeqa hai yeh. yahan to un ke fatwe ke baad yeh chup rahen.</w:t>
      </w:r>
      <w:r>
        <w:br/>
      </w:r>
      <w:r>
        <w:rPr>
          <w:sz w:val="20"/>
        </w:rPr>
        <w:t>1:25:39  is par sab log jante hain ke ulama ke fatawe aa chuke hain aur chupa hua maujood hai. is ko dobara zer bahas lana yeh koi sahi, ya'ani ya'ani healthy alamat nahin hai.</w:t>
      </w:r>
      <w:r>
        <w:br/>
      </w:r>
      <w:r>
        <w:rPr>
          <w:sz w:val="20"/>
        </w:rPr>
        <w:t>1:25:50  yeh aksar log bar bar isi ko poochte rehte hain. jab ulama fatwa de chuke hain to ya to mano aur nahin mano to chup raho.</w:t>
      </w:r>
      <w:r>
        <w:br/>
      </w:r>
      <w:r>
        <w:rPr>
          <w:sz w:val="20"/>
        </w:rPr>
        <w:t>1:25:59  apne apne rasta, apne raste par chalo. yahan par main pasand nahin karta hoon ke yeh jin logon, jin baaton ko ulama fatwa de chuke hain, un ko main discuss karoon.</w:t>
      </w:r>
    </w:p>
    <w:p>
      <w:pPr>
        <w:pStyle w:val="Heading2"/>
      </w:pPr>
      <w:r>
        <w:t>Ideas vs material shaping the world</w:t>
      </w:r>
    </w:p>
    <w:p>
      <w:r>
        <w:rPr>
          <w:color w:val="666666"/>
          <w:sz w:val="18"/>
        </w:rPr>
        <w:t>Faith &amp; God · The Straight Path October 30, 2011 Maulana Wahiduddin Khan · 7m 55s · at 55:56 · https://youtu.be/PKFHe82Jz58?t=3356</w:t>
      </w:r>
    </w:p>
    <w:p>
      <w:r>
        <w:rPr>
          <w:i/>
        </w:rPr>
        <w:t>“Whether ideas shape the material structure of the world or material shapes the ideas, and what is the true essence of their relationship?”</w:t>
      </w:r>
    </w:p>
    <w:p>
      <w:r>
        <w:rPr>
          <w:sz w:val="20"/>
        </w:rPr>
        <w:t>55:56  maulana, yeh sawal aaya hai Mr. Tasawwur Hussain ka London se. unhon ne likha hai ke "I wish to ask one question from Maulana sahib as I am writing my thesis and taking guidance from his books and videos.</w:t>
      </w:r>
      <w:r>
        <w:br/>
      </w:r>
      <w:r>
        <w:rPr>
          <w:sz w:val="20"/>
        </w:rPr>
        <w:t>56:13  My question is whether ideas shape the material structure of the world or material shapes the ideas and what is the true essence of their relationship?" Kindly comment.</w:t>
      </w:r>
      <w:r>
        <w:br/>
      </w:r>
      <w:r>
        <w:rPr>
          <w:sz w:val="20"/>
        </w:rPr>
        <w:t>56:32  bohat dilchasp question hai yeh.</w:t>
      </w:r>
      <w:r>
        <w:br/>
      </w:r>
      <w:r>
        <w:rPr>
          <w:sz w:val="20"/>
        </w:rPr>
        <w:t>56:36  yeh Karl Marx ne yeh baat kahi thi ke material halaat jo hain wahi insaan ki soch banate hain, is ka ulta nahi hai.</w:t>
      </w:r>
      <w:r>
        <w:br/>
      </w:r>
      <w:r>
        <w:rPr>
          <w:sz w:val="20"/>
        </w:rPr>
        <w:t>56:48  yani insaan ki soch material halaat nahi banati, lekin yeh to ghalat sabit ho gaya, yeh to ghalat sabit ho gaya,</w:t>
      </w:r>
      <w:r>
        <w:br/>
      </w:r>
      <w:r>
        <w:rPr>
          <w:sz w:val="20"/>
        </w:rPr>
        <w:t>57:02  yeh to ek mafrūza tha, ek supposition tha jo Marx aur kuch aur log the is tarah ke jinhon ne is zamane mein yeh aise socha.</w:t>
      </w:r>
      <w:r>
        <w:br/>
      </w:r>
      <w:r>
        <w:rPr>
          <w:sz w:val="20"/>
        </w:rPr>
        <w:t>57:17  is ki lambi tafseel hai, ab is waqt to main tafseel nahi kar sakta, lekin meri kitab hai "Marxism Tareekh" jis ko radd kar chuki hai, us mein aap is ki tafseel dekh sakte hain.</w:t>
      </w:r>
      <w:r>
        <w:br/>
      </w:r>
      <w:r>
        <w:rPr>
          <w:sz w:val="20"/>
        </w:rPr>
        <w:t>57:31  yani is waqt jab ke Russian Empire poore urooj par tha, peak par tha, tab yeh kitab chhapi thi.</w:t>
      </w:r>
      <w:r>
        <w:br/>
      </w:r>
      <w:r>
        <w:rPr>
          <w:sz w:val="20"/>
        </w:rPr>
        <w:t>57:41  log hairaan the ke Marxism to urooj par hai aur aap kahein ke radd kar chuki hai, kaise?</w:t>
      </w:r>
      <w:r>
        <w:br/>
      </w:r>
      <w:r>
        <w:rPr>
          <w:sz w:val="20"/>
        </w:rPr>
        <w:t>57:50  lekin bohat jald logon ne jaan liya ke woh bilkul ek</w:t>
      </w:r>
      <w:r>
        <w:br/>
      </w:r>
      <w:r>
        <w:rPr>
          <w:sz w:val="20"/>
        </w:rPr>
        <w:t>57:57  ek shārikh-e-takhayyul tha, ek romantic takhayyul tha, woh jo haq ke haq se koi talluq nahi tha. lekin insani world jo hai, us mein shaq nahi ke woh mind us ko rule kar raha hai,</w:t>
      </w:r>
      <w:r>
        <w:br/>
      </w:r>
      <w:r>
        <w:rPr>
          <w:sz w:val="20"/>
        </w:rPr>
        <w:t>58:11  mind us ko control kar raha hai. material world jo hai, insani dimagh ke tabe hai.</w:t>
      </w:r>
      <w:r>
        <w:br/>
      </w:r>
      <w:r>
        <w:rPr>
          <w:sz w:val="20"/>
        </w:rPr>
        <w:t>58:19  yeh baat aakhri taur par ghalat sabit ho chuki hai,</w:t>
      </w:r>
      <w:r>
        <w:br/>
      </w:r>
      <w:r>
        <w:rPr>
          <w:sz w:val="20"/>
        </w:rPr>
        <w:t>58:27  magar yeh ek lamba mozu hai, main yahan detail nahi kar sakta is ki. jo sahib ko dilchaspi ho to meri kitab parh sakte hain, woh Marxism Tareekh jis ko radd kar chuki hai.</w:t>
      </w:r>
      <w:r>
        <w:br/>
      </w:r>
      <w:r>
        <w:rPr>
          <w:sz w:val="20"/>
        </w:rPr>
        <w:t>58:41  maulana, yeh sawal abhi aaya hai Mr. Riaz Bhat ka Kashmir se</w:t>
      </w:r>
      <w:r>
        <w:br/>
      </w:r>
      <w:r>
        <w:rPr>
          <w:sz w:val="20"/>
        </w:rPr>
        <w:t>58:45  , unhon ne likha hai "How Quran can be useful in this contemporary age with atheistic philosophies all around?" yeh abhi ek mafrūzi ki baat hai.</w:t>
      </w:r>
      <w:r>
        <w:br/>
      </w:r>
      <w:r>
        <w:rPr>
          <w:sz w:val="20"/>
        </w:rPr>
        <w:t>59:02  dekhiye, yeh atheism jo hai, yani ilhad, na kabhi ghalib fikr tha, na aaj ghalib fikr hai.</w:t>
      </w:r>
      <w:r>
        <w:br/>
      </w:r>
      <w:r>
        <w:rPr>
          <w:sz w:val="20"/>
        </w:rPr>
        <w:t>59:14  yeh to kuch log bolte rehte hain, bas</w:t>
      </w:r>
      <w:r>
        <w:br/>
      </w:r>
      <w:r>
        <w:rPr>
          <w:sz w:val="20"/>
        </w:rPr>
        <w:t>59:19  ghalib fikr jo hai, woh insaan ki fitrat hai, insaan ka nature hai, hamesha se aur aaj bhi. asal cheez hai Quran ko logon ne pesh hi nahi kiya.</w:t>
      </w:r>
      <w:r>
        <w:br/>
      </w:r>
      <w:r>
        <w:rPr>
          <w:sz w:val="20"/>
        </w:rPr>
        <w:t>59:37  pesh karne ka maani hai ke pesh karna ka matlab yeh nahi ke aap sirf us ko parh ke suna dein. nahi, aap pesh karne se pehle ek us ka ek ek prerequisite hai, woh kya hai ke jis ke samne pesh karein, us ke mind ko parhein.</w:t>
      </w:r>
      <w:r>
        <w:br/>
      </w:r>
      <w:r>
        <w:rPr>
          <w:sz w:val="20"/>
        </w:rPr>
        <w:t>59:56  aap</w:t>
      </w:r>
      <w:r>
        <w:br/>
      </w:r>
      <w:r>
        <w:rPr>
          <w:sz w:val="20"/>
        </w:rPr>
        <w:t>1:00:00  is ke mind ko parhein, tab aap is ke mind ko address kar payenge.</w:t>
      </w:r>
      <w:r>
        <w:br/>
      </w:r>
      <w:r>
        <w:rPr>
          <w:sz w:val="20"/>
        </w:rPr>
        <w:t>1:00:05  pehli baat, yaani jo pre quran jo condition hai, us ko poora nahi kiya. bohat se bohat kisi ne kaha ke quran parh ke suna diya ya tarjuma kar diya,</w:t>
      </w:r>
      <w:r>
        <w:br/>
      </w:r>
      <w:r>
        <w:rPr>
          <w:sz w:val="20"/>
        </w:rPr>
        <w:t>1:00:18  woh kafi nahi hai.</w:t>
      </w:r>
      <w:r>
        <w:br/>
      </w:r>
      <w:r>
        <w:rPr>
          <w:sz w:val="20"/>
        </w:rPr>
        <w:t>1:00:25  jaise mein ek misaal deta hoon, europe ke ek safar mein kisi ne kaha, jis ne quran ko parha tha, ke aap ke quran mein yeh likha hai ke gawahi mein, yaani adalat ki jo gawahi hoti hai,</w:t>
      </w:r>
      <w:r>
        <w:br/>
      </w:r>
      <w:r>
        <w:rPr>
          <w:sz w:val="20"/>
        </w:rPr>
        <w:t>1:00:43  to is mein ek mard ho to do auratein honi chahiye. to unhone kaha, yeh to gender equality ke khilaf hai.</w:t>
      </w:r>
      <w:r>
        <w:br/>
      </w:r>
      <w:r>
        <w:rPr>
          <w:sz w:val="20"/>
        </w:rPr>
        <w:t>1:00:54  to maine kaha ke dekhiye, yeh ain natural hai, kyunke modern research jo hui hai insani mind ke bare mein,</w:t>
      </w:r>
      <w:r>
        <w:br/>
      </w:r>
      <w:r>
        <w:rPr>
          <w:sz w:val="20"/>
        </w:rPr>
        <w:t>1:01:09  to research yeh bata rahi hai ke aurat aur mard ke dimagh mein farq hota hai.</w:t>
      </w:r>
      <w:r>
        <w:br/>
      </w:r>
      <w:r>
        <w:rPr>
          <w:sz w:val="20"/>
        </w:rPr>
        <w:t>1:01:16  mard ka dimagh single focused hota hai, aurat ka dimagh multi focused hota hai, multi focused.</w:t>
      </w:r>
      <w:r>
        <w:br/>
      </w:r>
      <w:r>
        <w:rPr>
          <w:sz w:val="20"/>
        </w:rPr>
        <w:t>1:01:24  abhi bhi ek chand din hue, phir dobara research, ek aur isi tarah ki research aayi hai ke aurat ka dimagh multi focused hota hai, mard ka dimagh single focused hota hai, uni uni focused.</w:t>
      </w:r>
      <w:r>
        <w:br/>
      </w:r>
      <w:r>
        <w:rPr>
          <w:sz w:val="20"/>
        </w:rPr>
        <w:t>1:01:40  to ek waqea hua, witness kya hai, gawahi kisi waqey ki hoti hai. ek waqea hua,</w:t>
      </w:r>
      <w:r>
        <w:br/>
      </w:r>
      <w:r>
        <w:rPr>
          <w:sz w:val="20"/>
        </w:rPr>
        <w:t>1:01:47  aaj mard dekh raha hai, to us ko poora focus us par laga kar dekhega, apni zehni banawat ki bana par. aurat jo hai, uska focus bikhra rahega, to kuch pakar paye, kuch baat na pakar payegi.</w:t>
      </w:r>
      <w:r>
        <w:br/>
      </w:r>
      <w:r>
        <w:rPr>
          <w:sz w:val="20"/>
        </w:rPr>
        <w:t>1:02:04  isi liye do gha rakh diya gaya taake koi ek pehlu agar kisi se miss ho jaye to doosra us ki us ki talafi kar de.</w:t>
      </w:r>
      <w:r>
        <w:br/>
      </w:r>
      <w:r>
        <w:rPr>
          <w:sz w:val="20"/>
        </w:rPr>
        <w:t>1:02:14  yeh quran bhi yeh waja hi batai gayi hai ke agar ek bhool jaye to doosri yaad dilaye. to yeh bilkul it is but natural ke jab insaan ke, yaani natural banawat jo hai,</w:t>
      </w:r>
      <w:r>
        <w:br/>
      </w:r>
      <w:r>
        <w:rPr>
          <w:sz w:val="20"/>
        </w:rPr>
        <w:t>1:02:28  do alag dhang ki hai, to yahi tareeqa bilkul natural hai. to maan gaya woh aadmi, bilkul maan gaya ke aap ka jo hai tareeqa sahi hai.</w:t>
      </w:r>
      <w:r>
        <w:br/>
      </w:r>
      <w:r>
        <w:rPr>
          <w:sz w:val="20"/>
        </w:rPr>
        <w:t>1:02:41  hum galat soch rahe the ke gender equality ke khilaf hai, nahi hai, fitrat ke mutabiq hai. to asal cheez yeh hai ke quran ko logon ne pesh hi nahi kiya.</w:t>
      </w:r>
      <w:r>
        <w:br/>
      </w:r>
      <w:r>
        <w:rPr>
          <w:sz w:val="20"/>
        </w:rPr>
        <w:t>1:02:52  jab pesh nahi kiya to kaise aap keh sakte hain ke use qabool nahi kiya? kaise keh sakte hain ke use radd kar diya? lekin quran ko pesh karne ka matlab yeh nahi ke aap masle misaal bayan karein, uska ja kar ke nahi</w:t>
      </w:r>
      <w:r>
        <w:br/>
      </w:r>
      <w:r>
        <w:rPr>
          <w:sz w:val="20"/>
        </w:rPr>
        <w:t>1:03:09  . aap insaan, aaj ke insaan ko mind ke parhiye, us ki soch kya hai, us ko janiye aur quran ko is tarah pesh kijiye ke woh us ke mind ko address kare.</w:t>
      </w:r>
      <w:r>
        <w:br/>
      </w:r>
      <w:r>
        <w:rPr>
          <w:sz w:val="20"/>
        </w:rPr>
        <w:t>1:03:21  ek sahabi ne kaha tha: "kalim naas ala qadr uqool", yaani is tarah baat kaho ke aadmi ka mind address ho.</w:t>
      </w:r>
      <w:r>
        <w:br/>
      </w:r>
      <w:r>
        <w:rPr>
          <w:sz w:val="20"/>
        </w:rPr>
        <w:t>1:03:31  quran mein bhi yahi baat hai: "kul fil qasam qaul baligha".</w:t>
      </w:r>
      <w:r>
        <w:br/>
      </w:r>
      <w:r>
        <w:rPr>
          <w:sz w:val="20"/>
        </w:rPr>
        <w:t>1:03:39  to quran ko aap is tarah pesh kar ke dekhiye to</w:t>
      </w:r>
      <w:r>
        <w:br/>
      </w:r>
      <w:r>
        <w:rPr>
          <w:sz w:val="20"/>
        </w:rPr>
        <w:t>1:03:45  aap dekhein ke quran aaj bhi ek moajza hai.</w:t>
      </w:r>
    </w:p>
    <w:p>
      <w:pPr>
        <w:pStyle w:val="Heading2"/>
      </w:pPr>
      <w:r>
        <w:t>Identifying one's role and paradise eligibility</w:t>
      </w:r>
    </w:p>
    <w:p>
      <w:r>
        <w:rPr>
          <w:color w:val="666666"/>
          <w:sz w:val="18"/>
        </w:rPr>
        <w:t>Faith &amp; God · Spiritual Goal January 15, 2017 · 2m 50s · at 1:01:25 · https://youtu.be/D3JYu4p_P34?t=3685</w:t>
      </w:r>
    </w:p>
    <w:p>
      <w:r>
        <w:rPr>
          <w:i/>
        </w:rPr>
        <w:t>“You said that we have to identify our role in this world. How can someone identify his role? And if someone finds his role in a secular world and not in a religious world, then what will happen to such a person? Will only a religious person be eligible for paradise?”</w:t>
      </w:r>
    </w:p>
    <w:p>
      <w:r>
        <w:rPr>
          <w:sz w:val="20"/>
        </w:rPr>
        <w:t>1:01:25  ji, maulana, agla sawal dilli se mr ajay dwivedi ne kiya hai.</w:t>
      </w:r>
      <w:r>
        <w:br/>
      </w:r>
      <w:r>
        <w:rPr>
          <w:sz w:val="20"/>
        </w:rPr>
        <w:t>1:01:30  unhon ne aap se poocha hai: maulana sahib "you said that we have to identify our role in this world.</w:t>
      </w:r>
      <w:r>
        <w:br/>
      </w:r>
      <w:r>
        <w:rPr>
          <w:sz w:val="20"/>
        </w:rPr>
        <w:t>1:01:36  How can someone identify his role? And if someone finds his role in a secular world and not in a religious world, then what will happen to such a person? Will only a religious person be eligible for paradise?</w:t>
      </w:r>
      <w:r>
        <w:br/>
      </w:r>
      <w:r>
        <w:rPr>
          <w:sz w:val="20"/>
        </w:rPr>
        <w:t>1:01:54  " dekhein, yeh secular mahol mein aadmi hai ya ke mazhabi mahol mein hai, yeh reality baat hai.</w:t>
      </w:r>
      <w:r>
        <w:br/>
      </w:r>
      <w:r>
        <w:rPr>
          <w:sz w:val="20"/>
        </w:rPr>
        <w:t>1:01:59  kyunke spiritual development ka kaam har jagah jaari rehta hai.</w:t>
      </w:r>
      <w:r>
        <w:br/>
      </w:r>
      <w:r>
        <w:rPr>
          <w:sz w:val="20"/>
        </w:rPr>
        <w:t>1:02:05  har jagah jaari rehta hai.</w:t>
      </w:r>
      <w:r>
        <w:br/>
      </w:r>
      <w:r>
        <w:rPr>
          <w:sz w:val="20"/>
        </w:rPr>
        <w:t>1:02:11  jaise maine aap ko qissa bataya tha ke dilli mein ek saath mulaqat bhi hui.</w:t>
      </w:r>
      <w:r>
        <w:br/>
      </w:r>
      <w:r>
        <w:rPr>
          <w:sz w:val="20"/>
        </w:rPr>
        <w:t>1:02:17  woh london mein rehte the.</w:t>
      </w:r>
      <w:r>
        <w:br/>
      </w:r>
      <w:r>
        <w:rPr>
          <w:sz w:val="20"/>
        </w:rPr>
        <w:t>1:02:23  to woh pehle secular the aur woh ek firm mein kaam karte the.</w:t>
      </w:r>
      <w:r>
        <w:br/>
      </w:r>
      <w:r>
        <w:rPr>
          <w:sz w:val="20"/>
        </w:rPr>
        <w:t>1:02:29  chocolate banati thi woh firm.</w:t>
      </w:r>
      <w:r>
        <w:br/>
      </w:r>
      <w:r>
        <w:rPr>
          <w:sz w:val="20"/>
        </w:rPr>
        <w:t>1:02:35  ab woh religious ban gaye the.</w:t>
      </w:r>
      <w:r>
        <w:br/>
      </w:r>
      <w:r>
        <w:rPr>
          <w:sz w:val="20"/>
        </w:rPr>
        <w:t>1:02:41  to maine poocha unki kahani.</w:t>
      </w:r>
      <w:r>
        <w:br/>
      </w:r>
      <w:r>
        <w:rPr>
          <w:sz w:val="20"/>
        </w:rPr>
        <w:t>1:02:47  unhon ne bataya ke main chocolate ke ek firm mein kaam karta tha.</w:t>
      </w:r>
      <w:r>
        <w:br/>
      </w:r>
      <w:r>
        <w:rPr>
          <w:sz w:val="20"/>
        </w:rPr>
        <w:t>1:02:53  mera kaam yeh tha ke chocolate ban kar jo aata, machine se banta tha.</w:t>
      </w:r>
      <w:r>
        <w:br/>
      </w:r>
      <w:r>
        <w:rPr>
          <w:sz w:val="20"/>
        </w:rPr>
        <w:t>1:02:59  to chocolate ban kar jo aata tha, us mein kuch chocolate aise hote the jo jin mein kuch</w:t>
      </w:r>
      <w:r>
        <w:br/>
      </w:r>
      <w:r>
        <w:rPr>
          <w:sz w:val="20"/>
        </w:rPr>
        <w:t>1:03:05  defect aa jaye.</w:t>
      </w:r>
      <w:r>
        <w:br/>
      </w:r>
      <w:r>
        <w:rPr>
          <w:sz w:val="20"/>
        </w:rPr>
        <w:t>1:03:11  to us ko woh chhanta tha.</w:t>
      </w:r>
      <w:r>
        <w:br/>
      </w:r>
      <w:r>
        <w:rPr>
          <w:sz w:val="20"/>
        </w:rPr>
        <w:t>1:03:17  to unhon ne kaha ke ek din mein chhant raha tha, chhant raha tha.</w:t>
      </w:r>
      <w:r>
        <w:br/>
      </w:r>
      <w:r>
        <w:rPr>
          <w:sz w:val="20"/>
        </w:rPr>
        <w:t>1:03:23  achanak mere mind mein aaya ke aakhirat mein bhi aise hoga.</w:t>
      </w:r>
      <w:r>
        <w:br/>
      </w:r>
      <w:r>
        <w:rPr>
          <w:sz w:val="20"/>
        </w:rPr>
        <w:t>1:03:29  wahan bhi log aayenge aur kuch logon ko farishte chhaant denge.</w:t>
      </w:r>
      <w:r>
        <w:br/>
      </w:r>
      <w:r>
        <w:rPr>
          <w:sz w:val="20"/>
        </w:rPr>
        <w:t>1:03:34  yeh is qabil nahi hai ke is ko reward diya jaye.</w:t>
      </w:r>
      <w:r>
        <w:br/>
      </w:r>
      <w:r>
        <w:rPr>
          <w:sz w:val="20"/>
        </w:rPr>
        <w:t>1:03:40  to kaha ke mein isi mein na aa jaon, chhatayi mein.</w:t>
      </w:r>
      <w:r>
        <w:br/>
      </w:r>
      <w:r>
        <w:rPr>
          <w:sz w:val="20"/>
        </w:rPr>
        <w:t>1:03:46  yeh sochate hi mein achanak mere andar ek change aa gaya.</w:t>
      </w:r>
      <w:r>
        <w:br/>
      </w:r>
      <w:r>
        <w:rPr>
          <w:sz w:val="20"/>
        </w:rPr>
        <w:t>1:03:52  to secular world aur religious world koi dono relative word hain mere nazdeek.</w:t>
      </w:r>
      <w:r>
        <w:br/>
      </w:r>
      <w:r>
        <w:rPr>
          <w:sz w:val="20"/>
        </w:rPr>
        <w:t>1:03:58  secular mahaul mein bhi mazhabi training jari rehti hai.</w:t>
      </w:r>
      <w:r>
        <w:br/>
      </w:r>
      <w:r>
        <w:rPr>
          <w:sz w:val="20"/>
        </w:rPr>
        <w:t>1:04:04  aisa nahi ke secular world mein chalaya gaya aadmi to spirituality khatam ya religious thinking khatam.</w:t>
      </w:r>
      <w:r>
        <w:br/>
      </w:r>
      <w:r>
        <w:rPr>
          <w:sz w:val="20"/>
        </w:rPr>
        <w:t>1:04:10  dono ek doosre se jure hue hain.</w:t>
      </w:r>
    </w:p>
    <w:p>
      <w:pPr>
        <w:pStyle w:val="Heading2"/>
      </w:pPr>
      <w:r>
        <w:t>If God Loves Us Then Why</w:t>
      </w:r>
    </w:p>
    <w:p>
      <w:r>
        <w:rPr>
          <w:color w:val="666666"/>
          <w:sz w:val="18"/>
        </w:rPr>
        <w:t>Faith &amp; God · How God Manages Human History December 23, 2018 · 40s · at 1:06:10 · https://youtu.be/j_yxigrCl5U?t=3970</w:t>
      </w:r>
    </w:p>
    <w:p>
      <w:r>
        <w:rPr>
          <w:i/>
        </w:rPr>
        <w:t>“Moulana, a lot of my atheist friends ask me: if God loves us, then why...”</w:t>
      </w:r>
    </w:p>
    <w:p>
      <w:r>
        <w:rPr>
          <w:sz w:val="20"/>
        </w:rPr>
        <w:t>1:06:10  maulana, agla sawal lene se pehle ek comment parhna chahenge. yeh comment bheja hai muhammad irfan rashidi sahab ne nagpur se. unhone likha hai: "maulana sahab, kal ke saturday talk ka mera take away yeh hai ke hamara focus akhirat hona chahiye.</w:t>
      </w:r>
      <w:r>
        <w:br/>
      </w:r>
      <w:r>
        <w:rPr>
          <w:sz w:val="20"/>
        </w:rPr>
        <w:t>1:06:27  Allah ne dunya mein hamein sari nematon se nawaza hai. hamein Allah se akhirat ki bhalai mangni chahiye. yeh hadith bhi samajh mein aayi ke dunya tumhari tumhari banayi gayi hai aur tumhein aur tum akhirat ke liye banaye gaye ho." maulana, sahi hai, sahi baat hai.</w:t>
      </w:r>
    </w:p>
    <w:p>
      <w:pPr>
        <w:pStyle w:val="Heading2"/>
      </w:pPr>
      <w:r>
        <w:t>Ijtihad and the Risk of Innovation</w:t>
      </w:r>
    </w:p>
    <w:p>
      <w:r>
        <w:rPr>
          <w:color w:val="666666"/>
          <w:sz w:val="18"/>
        </w:rPr>
        <w:t>Faith &amp; God · The Crises Management September 18, 2011 · 58s · at 1:09:49 · https://youtu.be/s3cYFtQZwzw?t=4189</w:t>
      </w:r>
    </w:p>
    <w:p>
      <w:r>
        <w:rPr>
          <w:i/>
        </w:rPr>
        <w:t>“Some people think that ijtihad can lead to innovations. What is your comment?”</w:t>
      </w:r>
    </w:p>
    <w:p>
      <w:r>
        <w:rPr>
          <w:sz w:val="20"/>
        </w:rPr>
        <w:t>1:09:49  miss najma siddiqui ne dilli se sawal kiya hai unhon ne likha hai some people think that ijtihad can lead to innovations what is your comment on this dekhiye ijtihad ki sirf aik shart hai woh husn niyat koi khatra koi risk ijtihad ka amal rok nahi sakta</w:t>
      </w:r>
      <w:r>
        <w:br/>
      </w:r>
      <w:r>
        <w:rPr>
          <w:sz w:val="20"/>
        </w:rPr>
        <w:t>1:10:14  koi bhi is tarah ki koi cheez</w:t>
      </w:r>
      <w:r>
        <w:br/>
      </w:r>
      <w:r>
        <w:rPr>
          <w:sz w:val="20"/>
        </w:rPr>
        <w:t>1:10:17  agar aap ki niyat durust hai waqai Allah ke liye aap kar rahe hain to ayn jaiz hai</w:t>
      </w:r>
      <w:r>
        <w:br/>
      </w:r>
      <w:r>
        <w:rPr>
          <w:sz w:val="20"/>
        </w:rPr>
        <w:t>1:10:24  ke aap ijtihad karein</w:t>
      </w:r>
      <w:r>
        <w:br/>
      </w:r>
      <w:r>
        <w:rPr>
          <w:sz w:val="20"/>
        </w:rPr>
        <w:t>1:10:26  kyun agar niyat durust hai to</w:t>
      </w:r>
      <w:r>
        <w:br/>
      </w:r>
      <w:r>
        <w:rPr>
          <w:sz w:val="20"/>
        </w:rPr>
        <w:t>1:10:30  ijtihadi khitab pe ek sawab milega to kaun rokne wala hai</w:t>
      </w:r>
      <w:r>
        <w:br/>
      </w:r>
      <w:r>
        <w:rPr>
          <w:sz w:val="20"/>
        </w:rPr>
        <w:t>1:10:35  koi shart doosri nahi hai ijtihad ki ke aap niyat durust ho</w:t>
      </w:r>
      <w:r>
        <w:br/>
      </w:r>
      <w:r>
        <w:rPr>
          <w:sz w:val="20"/>
        </w:rPr>
        <w:t>1:10:41  koi shart nahi hai</w:t>
      </w:r>
    </w:p>
    <w:p>
      <w:pPr>
        <w:pStyle w:val="Heading2"/>
      </w:pPr>
      <w:r>
        <w:t>Immediate Afterlife or Waiting for Judgment?</w:t>
      </w:r>
    </w:p>
    <w:p>
      <w:r>
        <w:rPr>
          <w:color w:val="666666"/>
          <w:sz w:val="18"/>
        </w:rPr>
        <w:t>Faith &amp; God · The Concept of Paradise in Islam May 27, 2012 Maulana Wahiduddin Khan · 2m 20s · at 1:01:24 · https://youtu.be/vrXgNg6BLnE?t=3684</w:t>
      </w:r>
    </w:p>
    <w:p>
      <w:r>
        <w:rPr>
          <w:i/>
        </w:rPr>
        <w:t>“Does a person enter Paradise or Hell immediately after death, or does he have to wait for the Day of Judgment and enter after account and reckoning?”</w:t>
      </w:r>
    </w:p>
    <w:p>
      <w:r>
        <w:rPr>
          <w:sz w:val="20"/>
        </w:rPr>
        <w:t>1:01:24  hamara agla sawal bhi karachi pakistan se hai, miss saira lateef ka. unhon ne likha hai ke kya maut ke baad insaan jannat ya jahannum mein foran dakhil ho jata hai ya use qayamat ke din ka intezar karna padega aur hisab o kitaab ke baad jannat ya jahannum mein dakhil hoga?</w:t>
      </w:r>
      <w:r>
        <w:br/>
      </w:r>
      <w:r>
        <w:rPr>
          <w:sz w:val="20"/>
        </w:rPr>
        <w:t>1:01:45  us ke baare mein bataein. dekhiye, yeh sab bhi mere nazdeek shaitani soch hai. yaani kyun log drift kar ke aisi baatein sochne lagte hain jis se na un ka imaan badhe, na un ka yaqeen badhe?</w:t>
      </w:r>
      <w:r>
        <w:br/>
      </w:r>
      <w:r>
        <w:rPr>
          <w:sz w:val="20"/>
        </w:rPr>
        <w:t>1:02:00  yeh saara focus apne upar kyun nahi dete? aksar yeh baatein log poochte hain mujh se. ek saahib mere paas aaye, muradabad se. aap kehte kya hain ke main muradabad se aap se sirf ek sawal poochne ke liye aaya hoon.</w:t>
      </w:r>
      <w:r>
        <w:br/>
      </w:r>
      <w:r>
        <w:rPr>
          <w:sz w:val="20"/>
        </w:rPr>
        <w:t>1:02:15  woh yeh ke do aadmi hain jin ko ke jannat ka nahi faisla hua, jahannum ka faisla hua.</w:t>
      </w:r>
      <w:r>
        <w:br/>
      </w:r>
      <w:r>
        <w:rPr>
          <w:sz w:val="20"/>
        </w:rPr>
        <w:t>1:02:24  un mein se ek aadmi paida hua das hazaar saal pehle, ek aadmi paida hua aaj. toh kaha ke us aadmi, woh aadmi das hazaar saal se jahannum mein jal raha hai.</w:t>
      </w:r>
      <w:r>
        <w:br/>
      </w:r>
      <w:r>
        <w:rPr>
          <w:sz w:val="20"/>
        </w:rPr>
        <w:t>1:02:35  ek aadmi ka aaj se shuru hoga. toh ek hi amal ke liye ek ko zyada kyun, ek ko kam kyun? main ne kaha astaghfirullah, isi ke liye aap muradabad se dil le aaye hain.</w:t>
      </w:r>
      <w:r>
        <w:br/>
      </w:r>
      <w:r>
        <w:rPr>
          <w:sz w:val="20"/>
        </w:rPr>
        <w:t>1:02:50  dekhiye, main aap ko naseehat karta hoon, aap sab saathiyon ko ke kabhi bhi is soch mein mat padhiye. pehle sochne se pehle soch lijiye ke is mein kya mere imaan ka faida hai?</w:t>
      </w:r>
      <w:r>
        <w:br/>
      </w:r>
      <w:r>
        <w:rPr>
          <w:sz w:val="20"/>
        </w:rPr>
        <w:t>1:03:02  kya is se mera shukr badhta hai? kya is se mera taalluq billah badhta hai? kya is se meri ibaadat mein khushu' badhta hai?</w:t>
      </w:r>
      <w:r>
        <w:br/>
      </w:r>
      <w:r>
        <w:rPr>
          <w:sz w:val="20"/>
        </w:rPr>
        <w:t>1:03:12  yeh sab sochiye. toh jis soch mein yeh baatein mil rahi hon, us ko samjhiye ke woh achhi soch hai. woh log shaitani soch samajh kar ke aoozubillah minash shaitanir rajeem padh dijiye.</w:t>
      </w:r>
      <w:r>
        <w:br/>
      </w:r>
      <w:r>
        <w:rPr>
          <w:sz w:val="20"/>
        </w:rPr>
        <w:t>1:03:24  aisi har soch ko main bilkul shaitani soch samajhta hoon. aksar log isi mein phanse rehte hain. aksar log aadmiyon ko chahiye ke apne baare mein shukr, doosre ke baare mein dawat,</w:t>
      </w:r>
      <w:r>
        <w:br/>
      </w:r>
      <w:r>
        <w:rPr>
          <w:sz w:val="20"/>
        </w:rPr>
        <w:t>1:03:39  yeh formula pakdein. apne baare mein shukr, doosre ke baare mein dawat, bas.</w:t>
      </w:r>
    </w:p>
    <w:p>
      <w:pPr>
        <w:pStyle w:val="Heading2"/>
      </w:pPr>
      <w:r>
        <w:t>Immediate afterlife or judgment day</w:t>
      </w:r>
    </w:p>
    <w:p>
      <w:r>
        <w:rPr>
          <w:color w:val="666666"/>
          <w:sz w:val="18"/>
        </w:rPr>
        <w:t>Faith &amp; God · Man and The Paradise August 11, 2013 Maulana Wahiduddin Khan · 2m 01s · at 1:23:20 · https://youtu.be/m8XdpnaS95U?t=5000</w:t>
      </w:r>
    </w:p>
    <w:p>
      <w:r>
        <w:rPr>
          <w:i/>
        </w:rPr>
        <w:t>“Will a person go to Paradise or Hell immediately after death according to his deeds, or after the judgment in the Hereafter, as you mentioned that the Prophet met Ibrahim (AS) in the heaven?”</w:t>
      </w:r>
    </w:p>
    <w:p>
      <w:r>
        <w:rPr>
          <w:sz w:val="20"/>
        </w:rPr>
        <w:t>1:23:20  maulana, agla sawal dilli se hai shakir sahab ka. unhone likha hai: kya insan marne ke baad foran apne aamal ke mutabiq jannat ya jahannum mein jayega ya phir aakhirat mein faisla hone ke baad</w:t>
      </w:r>
      <w:r>
        <w:br/>
      </w:r>
      <w:r>
        <w:rPr>
          <w:sz w:val="20"/>
        </w:rPr>
        <w:t>1:23:35  , jaisa ke aap ne bataya ke rasool Allah se mulaqat aasman par ibrahim alaihissalam se hui?</w:t>
      </w:r>
      <w:r>
        <w:br/>
      </w:r>
      <w:r>
        <w:rPr>
          <w:sz w:val="20"/>
        </w:rPr>
        <w:t>1:23:44  dekhein, yeh sab baatein main bahut zyada baat karne ki zaroorat nahi hai. mujmal tor par manna chahiye. ek hadith hai ke: al qabru rawdatun min riyadil jannati aw hufrah min hufarin nar.</w:t>
      </w:r>
      <w:r>
        <w:br/>
      </w:r>
      <w:r>
        <w:rPr>
          <w:sz w:val="20"/>
        </w:rPr>
        <w:t>1:24:01  ke marne ke baad hi aadmi apne amal ko pahunchata hai, ya jannat mein ya jahannum mein. to is ko mujmal tor par maniye. agar aap chahein ke ijbari se zyada janne ki koshish karenge to aap bhag bhag aayenge, phir kahin pahunchenge nahi.</w:t>
      </w:r>
      <w:r>
        <w:br/>
      </w:r>
      <w:r>
        <w:rPr>
          <w:sz w:val="20"/>
        </w:rPr>
        <w:t>1:24:15  to main mujmal tor par manta hoon is tarah ki ahadith ke mutabiq ke maut ke baad aadmi apne anjam se dochar ho jata hai.</w:t>
      </w:r>
      <w:r>
        <w:br/>
      </w:r>
      <w:r>
        <w:rPr>
          <w:sz w:val="20"/>
        </w:rPr>
        <w:t>1:24:28  maut ke baad aadmi apne anjam se dochar ho jata hai. ab woh kya shakal hoti hai, us ko hum is dunya mein nahi soch sakte. sirf mujmal tor par us pe hamein iman rakhna chahiye.</w:t>
      </w:r>
      <w:r>
        <w:br/>
      </w:r>
      <w:r>
        <w:rPr>
          <w:sz w:val="20"/>
        </w:rPr>
        <w:t>1:24:38  al qabru rawdatun min riyadil jannati aw hufrah min hufarin nar. ke qabr ya to jannat ke baghon mein se ek bagh hai ya dozaq gurhon mein se gurha hai.</w:t>
      </w:r>
      <w:r>
        <w:br/>
      </w:r>
      <w:r>
        <w:rPr>
          <w:sz w:val="20"/>
        </w:rPr>
        <w:t>1:24:49  dekhein, qabr ka lafz yahan symbolic hai. symbolic is ka mani koi gurha nahi.</w:t>
      </w:r>
      <w:r>
        <w:br/>
      </w:r>
      <w:r>
        <w:rPr>
          <w:sz w:val="20"/>
        </w:rPr>
        <w:t>1:24:54  yani baad az maut, after death. yeh har giz mat samjhein ke wahi jo qabr hai, woh jo gurha hai, usi mein jannat, jahannum waqe hai.</w:t>
      </w:r>
      <w:r>
        <w:br/>
      </w:r>
      <w:r>
        <w:rPr>
          <w:sz w:val="20"/>
        </w:rPr>
        <w:t>1:25:03  yeh matlab nahi hai. yani after death jo life hai, wahan aap pahunchenge to aap ko apne anjam se sab ka pesh aa jayega.</w:t>
      </w:r>
      <w:r>
        <w:br/>
      </w:r>
      <w:r>
        <w:rPr>
          <w:sz w:val="20"/>
        </w:rPr>
        <w:t>1:25:13  ya jannat ka anjam ya jahannum ka anjam. to hum mujmal tor par is par iman rakhte hain.</w:t>
      </w:r>
    </w:p>
    <w:p>
      <w:pPr>
        <w:pStyle w:val="Heading2"/>
      </w:pPr>
      <w:r>
        <w:t>Immediate entry into Paradise after death</w:t>
      </w:r>
    </w:p>
    <w:p>
      <w:r>
        <w:rPr>
          <w:color w:val="666666"/>
          <w:sz w:val="18"/>
        </w:rPr>
        <w:t>Faith &amp; God · The Issues of Islam in the Present World November 11, 2012 · 3m 38s · at 1:18:34 · https://youtu.be/COoaUbCCi1c?t=4714</w:t>
      </w:r>
    </w:p>
    <w:p>
      <w:r>
        <w:rPr>
          <w:i/>
        </w:rPr>
        <w:t>“Allah gives glad tidings to His servants: use your freedom correctly in the world so that at the time of death you immediately enter Paradise. Is this really the case? That is, will a believer enter Paradise immediately upon death?”</w:t>
      </w:r>
    </w:p>
    <w:p>
      <w:r>
        <w:rPr>
          <w:sz w:val="20"/>
        </w:rPr>
        <w:t>1:18:34  maulana, agla sawal karachi pakistan se hai miss saira latif ka</w:t>
      </w:r>
      <w:r>
        <w:br/>
      </w:r>
      <w:r>
        <w:rPr>
          <w:sz w:val="20"/>
        </w:rPr>
        <w:t>1:18:39  , unhon ne likha hai: "allah ta'ala apne bondon ko khushkhabri deta hai ke dunya mein apni azadi ka sahi istemal karo ta ke maut ate hi foran jannat mein dakhil ho jao." maulana sahib, kya yeh baat isi tarah hai?</w:t>
      </w:r>
      <w:r>
        <w:br/>
      </w:r>
      <w:r>
        <w:rPr>
          <w:sz w:val="20"/>
        </w:rPr>
        <w:t>1:18:57  yani maut anay atay hi aik momin jannat mein dakhil ho jaye ga?</w:t>
      </w:r>
      <w:r>
        <w:br/>
      </w:r>
      <w:r>
        <w:rPr>
          <w:sz w:val="20"/>
        </w:rPr>
        <w:t>1:19:03  han, dekhiye, hadith hai ke: "al qabr raazat min razna aur hafrat min harf hafr min hafr al nar." qabr ya to jannat ke darwazon mein se aik darwaza hai ya</w:t>
      </w:r>
      <w:r>
        <w:br/>
      </w:r>
      <w:r>
        <w:rPr>
          <w:sz w:val="20"/>
        </w:rPr>
        <w:t>1:19:23  jahannum gadhon mein se aik gadha hai.</w:t>
      </w:r>
      <w:r>
        <w:br/>
      </w:r>
      <w:r>
        <w:rPr>
          <w:sz w:val="20"/>
        </w:rPr>
        <w:t>1:19:27  to is ka matlab nahi ke wohi qabr mein us cheez rakhi hui hai. matlab maut ke baad fi'l-foor aadmi apne anjam tak puhanch jata hai.</w:t>
      </w:r>
      <w:r>
        <w:br/>
      </w:r>
      <w:r>
        <w:rPr>
          <w:sz w:val="20"/>
        </w:rPr>
        <w:t>1:19:37  yeh to hadith se sabit hai, lekin yeh hum chuki dunya mein hain, yahan par hum yani time time in space mein jeetay hain, hamara jo framework hai poora woh time time in space pe base karta hai.</w:t>
      </w:r>
      <w:r>
        <w:br/>
      </w:r>
      <w:r>
        <w:rPr>
          <w:sz w:val="20"/>
        </w:rPr>
        <w:t>1:19:53  aur yeh baat hai band time in space ki. to band time space ki wali baat ko hum aaj ke is pe yani samajh nahi sakte, ajbari tor par maan sakte hain, ajbari tor par yani as a principle.</w:t>
      </w:r>
      <w:r>
        <w:br/>
      </w:r>
      <w:r>
        <w:rPr>
          <w:sz w:val="20"/>
        </w:rPr>
        <w:t>1:20:09  to yeh hadith se sabit hai ke maut ke baad hi aadmi apne aglay anjam tak puhanch jata hai.</w:t>
      </w:r>
      <w:r>
        <w:br/>
      </w:r>
      <w:r>
        <w:rPr>
          <w:sz w:val="20"/>
        </w:rPr>
        <w:t>1:20:18  baqi yeh chuki baat hai band step space and time walay dunya ki, to is ko hum bilkul chahein ke bilkul logical tor par samajh sakein to woh mumkin nahi hai.</w:t>
      </w:r>
      <w:r>
        <w:br/>
      </w:r>
      <w:r>
        <w:rPr>
          <w:sz w:val="20"/>
        </w:rPr>
        <w:t>1:20:36  maulana, agla aik comment aya hai maulana abdul basit umri ka doha qatar se, woh parhna chahein ge. unhon ne likha hai:</w:t>
      </w:r>
      <w:r>
        <w:br/>
      </w:r>
      <w:r>
        <w:rPr>
          <w:sz w:val="20"/>
        </w:rPr>
        <w:t>1:20:46  "maulana, aap ki aaj ki taqreer se bohat ziyada zehn khula. aap ki yeh baat ke zawal yafta ummat ko le kar koi planning nahi ki ja sakti, usay sirf educate karna hai.</w:t>
      </w:r>
      <w:r>
        <w:br/>
      </w:r>
      <w:r>
        <w:rPr>
          <w:sz w:val="20"/>
        </w:rPr>
        <w:t>1:20:59  aur moosa ki qom ki jo misaal di to baat zehn par naqsh ho gayi. doosri aap ki yeh baat ke quran ke baad ka literature ko islam ka classical literature manna hai,</w:t>
      </w:r>
      <w:r>
        <w:br/>
      </w:r>
      <w:r>
        <w:rPr>
          <w:sz w:val="20"/>
        </w:rPr>
        <w:t>1:21:13  na ke islam ka basic literature.</w:t>
      </w:r>
    </w:p>
    <w:p>
      <w:pPr>
        <w:pStyle w:val="Heading2"/>
      </w:pPr>
      <w:r>
        <w:t>Importance of destiny in a person's life</w:t>
      </w:r>
    </w:p>
    <w:p>
      <w:r>
        <w:rPr>
          <w:color w:val="666666"/>
          <w:sz w:val="18"/>
        </w:rPr>
        <w:t>Faith &amp; God · Save Yourself from Distraction August 21, 2016 · 2m 28s · at 1:00:55 · https://youtu.be/wP3Dj-tccDQ?t=3655</w:t>
      </w:r>
    </w:p>
    <w:p>
      <w:r>
        <w:rPr>
          <w:i/>
        </w:rPr>
        <w:t>“Can you tell us the importance of destiny (Taqdeer) in a person's life?”</w:t>
      </w:r>
    </w:p>
    <w:p>
      <w:r>
        <w:rPr>
          <w:sz w:val="20"/>
        </w:rPr>
        <w:t>1:00:54  ke liye.</w:t>
      </w:r>
      <w:r>
        <w:br/>
      </w:r>
      <w:r>
        <w:rPr>
          <w:sz w:val="20"/>
        </w:rPr>
        <w:t>1:00:55  maulana, agla sawal mahmoodin sahib ne kiya hai pakistan se aur unhon ne aap se poocha hai ke</w:t>
      </w:r>
      <w:r>
        <w:br/>
      </w:r>
      <w:r>
        <w:rPr>
          <w:sz w:val="20"/>
        </w:rPr>
        <w:t>1:01:03  "Can you tell us the importance of taqdeer in a person's life?" دیکھیں، اس پر میں کئی بار</w:t>
      </w:r>
      <w:r>
        <w:br/>
      </w:r>
      <w:r>
        <w:rPr>
          <w:sz w:val="20"/>
        </w:rPr>
        <w:t>1:01:11  likh chuka hoon apne kitaab mein aur magazine mein bhi.</w:t>
      </w:r>
      <w:r>
        <w:br/>
      </w:r>
      <w:r>
        <w:rPr>
          <w:sz w:val="20"/>
        </w:rPr>
        <w:t>1:01:15  is pe khwamkhwah bahasein log karte hain aur main samajhta hoon ke yeh yeh kalamiy bahasein hain, woh</w:t>
      </w:r>
      <w:r>
        <w:br/>
      </w:r>
      <w:r>
        <w:rPr>
          <w:sz w:val="20"/>
        </w:rPr>
        <w:t>1:01:23  ziyadatar isi par taqdeer par hain, taqdeer jabr o qadar par.</w:t>
      </w:r>
      <w:r>
        <w:br/>
      </w:r>
      <w:r>
        <w:rPr>
          <w:sz w:val="20"/>
        </w:rPr>
        <w:t>1:01:28  bohat ziyada dekhein, yeh sab bilkul bekar baatein hain.</w:t>
      </w:r>
      <w:r>
        <w:br/>
      </w:r>
      <w:r>
        <w:rPr>
          <w:sz w:val="20"/>
        </w:rPr>
        <w:t>1:01:32  aap yun sochein ke aap aap har waqt apne ko kya paband mehsoos karte hain? har aadmi apne</w:t>
      </w:r>
      <w:r>
        <w:br/>
      </w:r>
      <w:r>
        <w:rPr>
          <w:sz w:val="20"/>
        </w:rPr>
        <w:t>1:01:39  ko aazad mehsoos karta hai, yaani apna khud apna jo aap ka tajurba hota hai, apne aap ko</w:t>
      </w:r>
      <w:r>
        <w:br/>
      </w:r>
      <w:r>
        <w:rPr>
          <w:sz w:val="20"/>
        </w:rPr>
        <w:t>1:01:47  jo aap jante hain, kise jante hain? kya aap bandhe hue hain? aap paband hain? aap chahein to</w:t>
      </w:r>
      <w:r>
        <w:br/>
      </w:r>
      <w:r>
        <w:rPr>
          <w:sz w:val="20"/>
        </w:rPr>
        <w:t>1:01:55  bolen, chahen chup ho jaen, chahen chalen, chahen baith jaen.</w:t>
      </w:r>
      <w:r>
        <w:br/>
      </w:r>
      <w:r>
        <w:rPr>
          <w:sz w:val="20"/>
        </w:rPr>
        <w:t>1:01:59  to aap ka apna tajurba bata de ke aap azaad hain, mukammal azaad hain, mukammal azaad hain.</w:t>
      </w:r>
      <w:r>
        <w:br/>
      </w:r>
      <w:r>
        <w:rPr>
          <w:sz w:val="20"/>
        </w:rPr>
        <w:t>1:02:06  jo chahen aap karte hain, chahe political field ho ya doosri field ho.</w:t>
      </w:r>
      <w:r>
        <w:br/>
      </w:r>
      <w:r>
        <w:rPr>
          <w:sz w:val="20"/>
        </w:rPr>
        <w:t>1:02:12  to yeh to apne aap ko deny karna hai.</w:t>
      </w:r>
      <w:r>
        <w:br/>
      </w:r>
      <w:r>
        <w:rPr>
          <w:sz w:val="20"/>
        </w:rPr>
        <w:t>1:02:16  jo logon ne bana rakha hai taqdeer ka masla, woh apne aap ko deny karna hai.</w:t>
      </w:r>
      <w:r>
        <w:br/>
      </w:r>
      <w:r>
        <w:rPr>
          <w:sz w:val="20"/>
        </w:rPr>
        <w:t>1:02:23  yani hai to.</w:t>
      </w:r>
      <w:r>
        <w:br/>
      </w:r>
      <w:r>
        <w:rPr>
          <w:sz w:val="20"/>
        </w:rPr>
        <w:t>1:02:24  yani apna tajurba bhi to yeh hai ke hum azaad hain.</w:t>
      </w:r>
      <w:r>
        <w:br/>
      </w:r>
      <w:r>
        <w:rPr>
          <w:sz w:val="20"/>
        </w:rPr>
        <w:t>1:02:29  afsos kar ke aqli ghoda dornana, aqli ghoda dornana kar ke nikalna ke nahi, hum hum majboor hain,</w:t>
      </w:r>
      <w:r>
        <w:br/>
      </w:r>
      <w:r>
        <w:rPr>
          <w:sz w:val="20"/>
        </w:rPr>
        <w:t>1:02:37  hamari taqdeer taqdeer peshi likhi hui hai.</w:t>
      </w:r>
      <w:r>
        <w:br/>
      </w:r>
      <w:r>
        <w:rPr>
          <w:sz w:val="20"/>
        </w:rPr>
        <w:t>1:02:40  to mein yahi kahunga ke aap apne apne zaati tajurbe ko dekhiye.</w:t>
      </w:r>
      <w:r>
        <w:br/>
      </w:r>
      <w:r>
        <w:rPr>
          <w:sz w:val="20"/>
        </w:rPr>
        <w:t>1:02:45  zaati tajurba woh yeh hai ke hum azaad hain.</w:t>
      </w:r>
      <w:r>
        <w:br/>
      </w:r>
      <w:r>
        <w:rPr>
          <w:sz w:val="20"/>
        </w:rPr>
        <w:t>1:02:49  mein is waqt bol raha hoon, chahon to na bolon.</w:t>
      </w:r>
      <w:r>
        <w:br/>
      </w:r>
      <w:r>
        <w:rPr>
          <w:sz w:val="20"/>
        </w:rPr>
        <w:t>1:02:53  is waqt baitha hoon, chahon to na baithon.</w:t>
      </w:r>
      <w:r>
        <w:br/>
      </w:r>
      <w:r>
        <w:rPr>
          <w:sz w:val="20"/>
        </w:rPr>
        <w:t>1:02:56  kaun rokne wala hai? to aadmi ka zaati tajurba kafi hai ke is masle ko aap samjhen.</w:t>
      </w:r>
      <w:r>
        <w:br/>
      </w:r>
      <w:r>
        <w:rPr>
          <w:sz w:val="20"/>
        </w:rPr>
        <w:t>1:03:04  zaati tajurbe samajh lijiye, baat baat samajh padi hai.</w:t>
      </w:r>
      <w:r>
        <w:br/>
      </w:r>
      <w:r>
        <w:rPr>
          <w:sz w:val="20"/>
        </w:rPr>
        <w:t>1:03:08  yani jis ko kehte hain mushogafi, yani hair splitting se masla paida hota hai.</w:t>
      </w:r>
      <w:r>
        <w:br/>
      </w:r>
      <w:r>
        <w:rPr>
          <w:sz w:val="20"/>
        </w:rPr>
        <w:t>1:03:14  agar aap apne tajurbe ke lehaz se rai banayen to bilkul aap ko lagega ke mujhe mujhe</w:t>
      </w:r>
      <w:r>
        <w:br/>
      </w:r>
      <w:r>
        <w:rPr>
          <w:sz w:val="20"/>
        </w:rPr>
        <w:t>1:03:21  to azaadi mili hui hai.</w:t>
      </w:r>
    </w:p>
    <w:p>
      <w:pPr>
        <w:pStyle w:val="Heading2"/>
      </w:pPr>
      <w:r>
        <w:t>India's spiritual potential in God's plan</w:t>
      </w:r>
    </w:p>
    <w:p>
      <w:r>
        <w:rPr>
          <w:color w:val="666666"/>
          <w:sz w:val="18"/>
        </w:rPr>
        <w:t>Faith &amp; God · Quran A Miracle June 01, 2014 · 1m 48s · at 53:19 · https://youtu.be/8KM3lDsj4PY?t=3199</w:t>
      </w:r>
    </w:p>
    <w:p>
      <w:r>
        <w:rPr>
          <w:i/>
        </w:rPr>
        <w:t>“On 26th May 2014, Narendra Modi and his ministers used the word 'Ishwar' while taking oath, and no other words. Maulana, if these words represent India's spiritual identity, then how much potential does our country hold for God's plan?”</w:t>
      </w:r>
    </w:p>
    <w:p>
      <w:r>
        <w:rPr>
          <w:sz w:val="20"/>
        </w:rPr>
        <w:t>53:19  maulana agla sawal maulana iqbal umri ne chennai se bheja hai unhon ne likha hai ke chhabis may do hazar chudah ko narendra modi aur un ke ministers ne ishwar ka ka shabd use kar ke shapath li unhon ne doosre koi alfaaz nahi kahe.</w:t>
      </w:r>
      <w:r>
        <w:br/>
      </w:r>
      <w:r>
        <w:rPr>
          <w:sz w:val="20"/>
        </w:rPr>
        <w:t>53:41  maulana in alfaaz mein india ka spiritual taaruf hai to hamara mulk khuda ke plan ke liye kitna potential rakhta hai is ke bare mein bataein.</w:t>
      </w:r>
      <w:r>
        <w:br/>
      </w:r>
      <w:r>
        <w:rPr>
          <w:sz w:val="20"/>
        </w:rPr>
        <w:t>53:52  dekhiye aaj kal musalman jo hain samajhte hain ke Allah jo hai woh Khuda ka ism-e-zaat hai. Halankeh is ka koi saboot nahi ke pichhle paighambaron ne bhi Allah ka naam liya tha.</w:t>
      </w:r>
      <w:r>
        <w:br/>
      </w:r>
      <w:r>
        <w:rPr>
          <w:sz w:val="20"/>
        </w:rPr>
        <w:t>54:04  Adam bhi Allah hi lafz bolte thay. To lafz Allah ek alamaati lafz hai. Woh ism-e-zaat nahi hai. Is ka saboot dene ke liye aap ko kehna padega ke Ibrahim se le kar Masih tak sab sab Allah hi Allah bolte thay.</w:t>
      </w:r>
      <w:r>
        <w:br/>
      </w:r>
      <w:r>
        <w:rPr>
          <w:sz w:val="20"/>
        </w:rPr>
        <w:t>54:20  Hazrat Masih ke bare mein aata hai ke Ali lafz Ali kaha tha unhon ne Allah ki wajah se Ali. To unhon ne Ishwar kaha to is mein pareshani ki baat kya hai aap ko?</w:t>
      </w:r>
      <w:r>
        <w:br/>
      </w:r>
      <w:r>
        <w:rPr>
          <w:sz w:val="20"/>
        </w:rPr>
        <w:t>54:30  Isi bari hasti ke liye bole woh. Is mein pareshani ki koi baat hi nahi. Koi Khuda kehta hai koi God kehta hai koi Allah kehta hai kisi ne Ali kaha to is mein pareshani ki baat kya hai?</w:t>
      </w:r>
      <w:r>
        <w:br/>
      </w:r>
      <w:r>
        <w:rPr>
          <w:sz w:val="20"/>
        </w:rPr>
        <w:t>54:43  Koi pareshani ki baat nahi. Har har aadmi manta hai ke koi supreme power hai. Is supreme power ko mukhtalif naam dete hain log.</w:t>
      </w:r>
      <w:r>
        <w:br/>
      </w:r>
      <w:r>
        <w:rPr>
          <w:sz w:val="20"/>
        </w:rPr>
        <w:t>54:52  To is supreme power ka naam le kar unhon ne halaf liya to is mein pareshani ki kya baat hai? Mujhe to is mein koi koi samajh nahi aati ke is mein kyun log is ko ek masla khada karte hain koi le kar ke.</w:t>
      </w:r>
    </w:p>
    <w:p>
      <w:pPr>
        <w:pStyle w:val="Heading2"/>
      </w:pPr>
      <w:r>
        <w:t>Innate understanding of Jannah and Jahannam</w:t>
      </w:r>
    </w:p>
    <w:p>
      <w:r>
        <w:rPr>
          <w:color w:val="666666"/>
          <w:sz w:val="18"/>
        </w:rPr>
        <w:t>Faith &amp; God · The Highest Level of Paradise October 13, 2018 · 4m 53s · at 1:01:05 · https://youtu.be/L-VshW0ylX0?t=3665</w:t>
      </w:r>
    </w:p>
    <w:p>
      <w:r>
        <w:rPr>
          <w:i/>
        </w:rPr>
        <w:t>“The concept of Jannah and Jahannam, is it not due to our Islamic conditioning? Would a person understand these concepts all by himself if left alone? The concept of Creator one may discover all by themselves, but can this happen with regards to the concept of Jannah and Jahannam as well?”</w:t>
      </w:r>
    </w:p>
    <w:p>
      <w:r>
        <w:rPr>
          <w:sz w:val="20"/>
        </w:rPr>
        <w:t>1:01:05  We will have to continue our endeavor for making discovery of God. May Allah bless you immensely and always." Maulana, agla sawal Muhammad Bilal Shafee sahib ne bheja hai Itanagar se, Arunachal Pradesh.</w:t>
      </w:r>
      <w:r>
        <w:br/>
      </w:r>
      <w:r>
        <w:rPr>
          <w:sz w:val="20"/>
        </w:rPr>
        <w:t>1:01:22  Unhon ne likha hai: "Maulana, this concept of Jannat and Jahannum is this not due to our Islamic conditioning.</w:t>
      </w:r>
      <w:r>
        <w:br/>
      </w:r>
      <w:r>
        <w:rPr>
          <w:sz w:val="20"/>
        </w:rPr>
        <w:t>1:01:34  Would a person understand these concepts all by himself if left alone? The concept of creator one may discover all by themself, but can this happen with regards to the concept of Jannat and Jahannum as well?</w:t>
      </w:r>
      <w:r>
        <w:br/>
      </w:r>
      <w:r>
        <w:rPr>
          <w:sz w:val="20"/>
        </w:rPr>
        <w:t>1:01:53  If yes, please elaborate how to achieve this kind of awareness." Main samjha nahi.</w:t>
      </w:r>
      <w:r>
        <w:br/>
      </w:r>
      <w:r>
        <w:rPr>
          <w:sz w:val="20"/>
        </w:rPr>
        <w:t>1:02:02  Maulana, woh yeh pooch rahe hain ke jo Khuda ka jo concept hai, woh toh ek insaan khud daryaft kar sakta hai, lekin kya woh khud se Jannat aur Jahannum ka concept daryaft kar sakta hai?</w:t>
      </w:r>
      <w:r>
        <w:br/>
      </w:r>
      <w:r>
        <w:rPr>
          <w:sz w:val="20"/>
        </w:rPr>
        <w:t>1:02:17  aur agar kar sakta hai to kaise?</w:t>
      </w:r>
      <w:r>
        <w:br/>
      </w:r>
      <w:r>
        <w:rPr>
          <w:sz w:val="20"/>
        </w:rPr>
        <w:t>1:02:24  bhai, main achhi tarah pakad nahin paaya.</w:t>
      </w:r>
      <w:r>
        <w:br/>
      </w:r>
      <w:r>
        <w:rPr>
          <w:sz w:val="20"/>
        </w:rPr>
        <w:t>1:02:33  maulana, woh yeh keh rahe hain ke jo jannat aur jahannum ka concept hai, yeh islam se mila hai hum sab ko. to isi liye hum is ka, is ko soch sakte hain ke jannat hai, jahannum hai.</w:t>
      </w:r>
      <w:r>
        <w:br/>
      </w:r>
      <w:r>
        <w:rPr>
          <w:sz w:val="20"/>
        </w:rPr>
        <w:t>1:02:45  aur lekin agar insaan khud se is ko discover kare, jaise woh creator ko khud se discover kar sakta hai bina kisi islamic conditioning ke, to kya yeh possible hai ke woh jannat aur jahannum ko discover kar sake?</w:t>
      </w:r>
      <w:r>
        <w:br/>
      </w:r>
      <w:r>
        <w:rPr>
          <w:sz w:val="20"/>
        </w:rPr>
        <w:t>1:03:01  dekhein, sirf islam ki baat nahin hai. har mazhab mein,</w:t>
      </w:r>
      <w:r>
        <w:br/>
      </w:r>
      <w:r>
        <w:rPr>
          <w:sz w:val="20"/>
        </w:rPr>
        <w:t>1:03:07  har mazhab mein yeh tasawwur maujood hai. bekunnt aur kya kehte hain is ko? doosra bekunnt ka tasawwur maujood hai har mazhab mein.</w:t>
      </w:r>
      <w:r>
        <w:br/>
      </w:r>
      <w:r>
        <w:rPr>
          <w:sz w:val="20"/>
        </w:rPr>
        <w:t>1:03:20  swarg aur narak, swarg aur narak. haan, yeh maujood hai. lekin is ke hazaron saal se woh chala raha hai, to is mein farq ho gaya hai.</w:t>
      </w:r>
      <w:r>
        <w:br/>
      </w:r>
      <w:r>
        <w:rPr>
          <w:sz w:val="20"/>
        </w:rPr>
        <w:t>1:03:37  dekhein, asal baat yeh nahin hai ke doosre mazhabon mein yeh concept nahin hai. farq sirf yeh hai ke islam mein original concept preserve hai.</w:t>
      </w:r>
      <w:r>
        <w:br/>
      </w:r>
      <w:r>
        <w:rPr>
          <w:sz w:val="20"/>
        </w:rPr>
        <w:t>1:03:48  jo rasool Allah ne kaha tha, woh waise hi waise hi preserve hai. doosre jo woh preserve nahin hai, koi badal gaya hai, kuch idhar udhar.</w:t>
      </w:r>
      <w:r>
        <w:br/>
      </w:r>
      <w:r>
        <w:rPr>
          <w:sz w:val="20"/>
        </w:rPr>
        <w:t>1:03:59  jo original concept hai hell aur paradise ka, woh har mazhab mein maujood hai.</w:t>
      </w:r>
      <w:r>
        <w:br/>
      </w:r>
      <w:r>
        <w:rPr>
          <w:sz w:val="20"/>
        </w:rPr>
        <w:t>1:04:09  islam mein sirf yeh hai ke woh apni original shakal mein preserve hai. bas yeh farq hai. woh yeh keh rahe hain jaise creator ka concept khud hamare andar interwoven hai, to islam mein bataya gaya hai ek creator hai, lekin woh hum khud khud bhi samajh sakte hain kyunke hamari fitrat mein hi interwoven hai.</w:t>
      </w:r>
      <w:r>
        <w:br/>
      </w:r>
      <w:r>
        <w:rPr>
          <w:sz w:val="20"/>
        </w:rPr>
        <w:t>1:04:31  to woh bhi interwoven hai. jannat jahannum ka kya aisa hai? woh bhi kyunke dekhiye, jab ek insaan Allah ke liye apne aap ko dedicate karta hai, to in sab rool hai yeh concept ke us ko Allah ki taraf reward milega.</w:t>
      </w:r>
      <w:r>
        <w:br/>
      </w:r>
      <w:r>
        <w:rPr>
          <w:sz w:val="20"/>
        </w:rPr>
        <w:t>1:04:49  kaise nahin milega? reward ka concept nature mein maujood hai. reward ka concept nature mein maujood hai.</w:t>
      </w:r>
      <w:r>
        <w:br/>
      </w:r>
      <w:r>
        <w:rPr>
          <w:sz w:val="20"/>
        </w:rPr>
        <w:t>1:05:09  maulana, aaj ke lecture se ek main ne jo point mujhe bahut hi zyada important laga, woh yeh ke worldly glamour se apne aap ko bachane ke liye itni hi strong, us se bhi zyada strong realization of God and paradise zaroori hai.</w:t>
      </w:r>
      <w:r>
        <w:br/>
      </w:r>
      <w:r>
        <w:rPr>
          <w:sz w:val="20"/>
        </w:rPr>
        <w:t>1:05:30  tabhi aadmi in is tarah ke distractions se apne aap ko bacha pata hai. to yeh realization of God ka yeh naya dimension tha, maulana, mere liye.</w:t>
      </w:r>
      <w:r>
        <w:br/>
      </w:r>
      <w:r>
        <w:rPr>
          <w:sz w:val="20"/>
        </w:rPr>
        <w:t>1:05:44  kafi comment tha, maulana. achha, achha.</w:t>
      </w:r>
    </w:p>
    <w:p>
      <w:pPr>
        <w:pStyle w:val="Heading2"/>
      </w:pPr>
      <w:r>
        <w:t>Is Discovering God a One-Time Process?</w:t>
      </w:r>
    </w:p>
    <w:p>
      <w:r>
        <w:rPr>
          <w:color w:val="666666"/>
          <w:sz w:val="18"/>
        </w:rPr>
        <w:t>Faith &amp; God · Dars-e-Quran, Chapter 2, Verse 255 | December 24, 2017 · 1m 14s · at 57:59 · https://youtu.be/tKX0KUhUMnw?t=3479</w:t>
      </w:r>
    </w:p>
    <w:p>
      <w:r>
        <w:rPr>
          <w:i/>
        </w:rPr>
        <w:t>“Is discovering God a one-time process? And do we need to rediscover God on a continuous basis? When we observe creation...”</w:t>
      </w:r>
    </w:p>
    <w:p>
      <w:r>
        <w:rPr>
          <w:sz w:val="20"/>
        </w:rPr>
        <w:t>57:59  maulana, agla sawal aamir mori sahib ne kiya hai srinagar se.</w:t>
      </w:r>
      <w:r>
        <w:br/>
      </w:r>
      <w:r>
        <w:rPr>
          <w:sz w:val="20"/>
        </w:rPr>
        <w:t>58:05  انہوں نے لکھا ہے: "Is discovering God a one-time process</w:t>
      </w:r>
      <w:r>
        <w:br/>
      </w:r>
      <w:r>
        <w:rPr>
          <w:sz w:val="20"/>
        </w:rPr>
        <w:t>58:11  , and do we need to rediscover God on a continuous basis? When we observe creation, we</w:t>
      </w:r>
      <w:r>
        <w:br/>
      </w:r>
      <w:r>
        <w:rPr>
          <w:sz w:val="20"/>
        </w:rPr>
        <w:t>58:19  feel and discover God, but that feeling does not remain with us permanently, which often leads us to</w:t>
      </w:r>
      <w:r>
        <w:br/>
      </w:r>
      <w:r>
        <w:rPr>
          <w:sz w:val="20"/>
        </w:rPr>
        <w:t>58:26  take and creator for granted.</w:t>
      </w:r>
      <w:r>
        <w:br/>
      </w:r>
      <w:r>
        <w:rPr>
          <w:sz w:val="20"/>
        </w:rPr>
        <w:t>58:34  "Kindly guide us how we can discover God as a living belief." Dekhiye,</w:t>
      </w:r>
      <w:r>
        <w:br/>
      </w:r>
      <w:r>
        <w:rPr>
          <w:sz w:val="20"/>
        </w:rPr>
        <w:t>58:42  aap ke bas mein jo koshish hai, woh koshish kijiye aur dua.</w:t>
      </w:r>
      <w:r>
        <w:br/>
      </w:r>
      <w:r>
        <w:rPr>
          <w:sz w:val="20"/>
        </w:rPr>
        <w:t>58:52  koshish aur dua, koshish aur dua, yeh ek process chalaiye, chalate rahiye, chalate rahiye, chalate rahiye, to yaqeenan</w:t>
      </w:r>
      <w:r>
        <w:br/>
      </w:r>
      <w:r>
        <w:rPr>
          <w:sz w:val="20"/>
        </w:rPr>
        <w:t>59:03  aap is manzil par pahunch jayenge.</w:t>
      </w:r>
    </w:p>
    <w:p>
      <w:pPr>
        <w:pStyle w:val="Heading2"/>
      </w:pPr>
      <w:r>
        <w:t>Is Doomsday near and what should Muslims prioritize</w:t>
      </w:r>
    </w:p>
    <w:p>
      <w:r>
        <w:rPr>
          <w:color w:val="666666"/>
          <w:sz w:val="18"/>
        </w:rPr>
        <w:t>Faith &amp; God · Dars-e-Quran, Chapter 2, Verse 63-71 April 15, 2018 · 2m 10s · at 54:11 · https://youtu.be/4QSHnsRshnI?t=3251</w:t>
      </w:r>
    </w:p>
    <w:p>
      <w:r>
        <w:rPr>
          <w:i/>
        </w:rPr>
        <w:t>“Moulana Sahib, looking at such high corruption globally prevalent, violence being done in the name of God, and all kinds of evils increasing by the day, can we say that the Day of Judgment is very near? If yes, what should Muslims make their topmost priority right now?”</w:t>
      </w:r>
    </w:p>
    <w:p>
      <w:r>
        <w:rPr>
          <w:sz w:val="20"/>
        </w:rPr>
        <w:t>54:11  maulana, agla sawal lete hain jo bareilly se bheja hai sultan khan sahib ne. unhon ne likha hai: "maulana sahib, looking at such high corruption that is globally prevalent,</w:t>
      </w:r>
      <w:r>
        <w:br/>
      </w:r>
      <w:r>
        <w:rPr>
          <w:sz w:val="20"/>
        </w:rPr>
        <w:t>54:24  violence being done in the name of god, all kinds of evil increasing by the day. so, can we say that doomsday is very near?</w:t>
      </w:r>
      <w:r>
        <w:br/>
      </w:r>
      <w:r>
        <w:rPr>
          <w:sz w:val="20"/>
        </w:rPr>
        <w:t>54:36  if yes, what should muslims make that top most priority right now?"</w:t>
      </w:r>
      <w:r>
        <w:br/>
      </w:r>
      <w:r>
        <w:rPr>
          <w:sz w:val="20"/>
        </w:rPr>
        <w:t>54:45  dekhen, kisi ko yeh kehne ka haq nahi hai ke doomsday is very near, is liye ke quran mein saaf saaf elaan hai: "la tatikum illa baghtah".</w:t>
      </w:r>
      <w:r>
        <w:br/>
      </w:r>
      <w:r>
        <w:rPr>
          <w:sz w:val="20"/>
        </w:rPr>
        <w:t>55:02  yeh saatvi sadi, isi ke first quarter mein quran utra tha. us waqt elaan kiya gaya: "la tatikum illa baghtah".</w:t>
      </w:r>
      <w:r>
        <w:br/>
      </w:r>
      <w:r>
        <w:rPr>
          <w:sz w:val="20"/>
        </w:rPr>
        <w:t>55:13  qayamat aaye gi achaanak hi, suddenly. to kisi ko haq nahi hai kehne ka. jab yaani chaudah sau saal ho gaye, abhi qayamat nahi aayi.</w:t>
      </w:r>
      <w:r>
        <w:br/>
      </w:r>
      <w:r>
        <w:rPr>
          <w:sz w:val="20"/>
        </w:rPr>
        <w:t>55:30  agarche quran mein tha ke bohat aaye gi, to abhi qayamat kab tak na aaye? kab tak allah taala ko manzoor ho ke is ko roka jaye?</w:t>
      </w:r>
      <w:r>
        <w:br/>
      </w:r>
      <w:r>
        <w:rPr>
          <w:sz w:val="20"/>
        </w:rPr>
        <w:t>55:41  to yeh kisi ko kehne ka haq nahi hai.</w:t>
      </w:r>
      <w:r>
        <w:br/>
      </w:r>
      <w:r>
        <w:rPr>
          <w:sz w:val="20"/>
        </w:rPr>
        <w:t>55:47  aur maulana, abhi musalmanon ko top most priority kya lena chahiye? is ke bare mein aap ki kya guidance hogi? sirf dawat, aur dawat ka mani hai nafrat chhodna,</w:t>
      </w:r>
      <w:r>
        <w:br/>
      </w:r>
      <w:r>
        <w:rPr>
          <w:sz w:val="20"/>
        </w:rPr>
        <w:t>56:01  tashaddud chhodna, society babing chhodna, pathar marna nahi chhodna, qaumon ko apna dost samajhna, insan friendly behaviour apnana,</w:t>
      </w:r>
      <w:r>
        <w:br/>
      </w:r>
      <w:r>
        <w:rPr>
          <w:sz w:val="20"/>
        </w:rPr>
        <w:t>56:15  aur quran ko phailana. bas.</w:t>
      </w:r>
    </w:p>
    <w:p>
      <w:pPr>
        <w:pStyle w:val="Heading2"/>
      </w:pPr>
      <w:r>
        <w:t>Is God itself a miracle?</w:t>
      </w:r>
    </w:p>
    <w:p>
      <w:r>
        <w:rPr>
          <w:color w:val="666666"/>
          <w:sz w:val="18"/>
        </w:rPr>
        <w:t>Faith &amp; God · The Existence of God July 23, 2017 Maulana Wahiduddin Khan · 1m 43s · at 54:41 · https://youtu.be/shLM_JhG3iE?t=3281</w:t>
      </w:r>
    </w:p>
    <w:p>
      <w:r>
        <w:rPr>
          <w:i/>
        </w:rPr>
        <w:t>“Is God itself a miracle? What would you say?”</w:t>
      </w:r>
    </w:p>
    <w:p>
      <w:r>
        <w:rPr>
          <w:sz w:val="20"/>
        </w:rPr>
        <w:t>54:41  ji haan. Maulana Sameer sahib ne Kashmir se sawal bheja hai. unhone likha hai ke "Maulana sahib, is God itself a miracle</w:t>
      </w:r>
      <w:r>
        <w:br/>
      </w:r>
      <w:r>
        <w:rPr>
          <w:sz w:val="20"/>
        </w:rPr>
        <w:t>54:53  ? What would you say?" ab main nahi keh sakta ke miracle ka word yahan istemal kiya jaye ya nahi kiya jayega, lekin main apni jo meri knowledge hai, us ke mutabiq main yeh kahunga ke Khuda poori universe ki sab se bari reality hai.</w:t>
      </w:r>
      <w:r>
        <w:br/>
      </w:r>
      <w:r>
        <w:rPr>
          <w:sz w:val="20"/>
        </w:rPr>
        <w:t>55:14  sab se bari reality yeh keh sakta hoon.</w:t>
      </w:r>
      <w:r>
        <w:br/>
      </w:r>
      <w:r>
        <w:rPr>
          <w:sz w:val="20"/>
        </w:rPr>
        <w:t>55:21  Maulana Muhtashim sahib ne Delhi se sawal bheja hai. unhone likha hai: "How do we tackle the fact that probability of subatomic particle existence can be measured, but we could not measure the existence of God?</w:t>
      </w:r>
      <w:r>
        <w:br/>
      </w:r>
      <w:r>
        <w:rPr>
          <w:sz w:val="20"/>
        </w:rPr>
        <w:t>55:39  I mean, we could measure the probability of subatomic particles and reach certainty, but how do we reach to the certainty in the case of</w:t>
      </w:r>
      <w:r>
        <w:br/>
      </w:r>
      <w:r>
        <w:rPr>
          <w:sz w:val="20"/>
        </w:rPr>
        <w:t>55:50  God?" nahi, yeh aap ne sahih nahi likha. measure nahi kar sakte aap. subatomic particle ko aap measure nahi kar sakte.</w:t>
      </w:r>
      <w:r>
        <w:br/>
      </w:r>
      <w:r>
        <w:rPr>
          <w:sz w:val="20"/>
        </w:rPr>
        <w:t>55:59  yeh aap ne sahih nahi kaha. woh measurable hai hi nahi. subatomic particle jo hai, woh quantum theory ka masla hai.</w:t>
      </w:r>
      <w:r>
        <w:br/>
      </w:r>
      <w:r>
        <w:rPr>
          <w:sz w:val="20"/>
        </w:rPr>
        <w:t>56:07  yeh quantum theory ko aap padhiye to subatomic particle ka existence mante hain, lekin measurable nahi mante.</w:t>
      </w:r>
      <w:r>
        <w:br/>
      </w:r>
      <w:r>
        <w:rPr>
          <w:sz w:val="20"/>
        </w:rPr>
        <w:t>56:17  woh yeh aap ka yeh kehna sahi nahi hai.</w:t>
      </w:r>
    </w:p>
    <w:p>
      <w:pPr>
        <w:pStyle w:val="Heading2"/>
      </w:pPr>
      <w:r>
        <w:t>Is God's help for the helpless?</w:t>
      </w:r>
    </w:p>
    <w:p>
      <w:r>
        <w:rPr>
          <w:color w:val="666666"/>
          <w:sz w:val="18"/>
        </w:rPr>
        <w:t>Faith &amp; God · Divine Crusades December 14, 2014 · 28s · at 1:03:47 · https://youtu.be/qZhY00S5LQg?t=3827</w:t>
      </w:r>
    </w:p>
    <w:p>
      <w:r>
        <w:rPr>
          <w:i/>
        </w:rPr>
        <w:t>“God's help comes to a person who feels helpless. Is this true?”</w:t>
      </w:r>
    </w:p>
    <w:p>
      <w:r>
        <w:rPr>
          <w:sz w:val="20"/>
        </w:rPr>
        <w:t>1:03:47  Maulana, unhone ek aur sawal aapse poocha hai.</w:t>
      </w:r>
      <w:r>
        <w:br/>
      </w:r>
      <w:r>
        <w:rPr>
          <w:sz w:val="20"/>
        </w:rPr>
        <w:t>1:03:53  Woh unhone likha hai ke God's help comes to a person who feels helpless.</w:t>
      </w:r>
      <w:r>
        <w:br/>
      </w:r>
      <w:r>
        <w:rPr>
          <w:sz w:val="20"/>
        </w:rPr>
        <w:t>1:04:00  Is this true?</w:t>
      </w:r>
      <w:r>
        <w:br/>
      </w:r>
      <w:r>
        <w:rPr>
          <w:sz w:val="20"/>
        </w:rPr>
        <w:t>1:04:03  Haan haan, bilkul sahi hai.</w:t>
      </w:r>
      <w:r>
        <w:br/>
      </w:r>
      <w:r>
        <w:rPr>
          <w:sz w:val="20"/>
        </w:rPr>
        <w:t>1:04:07  کیونکہ جب آپ helpless ہوتے ہیں تو خوف یاد کرتے ہیں creator کو۔</w:t>
      </w:r>
      <w:r>
        <w:br/>
      </w:r>
      <w:r>
        <w:rPr>
          <w:sz w:val="20"/>
        </w:rPr>
        <w:t>1:04:11  Helpless na hon to aap yaad nahi karenge.</w:t>
      </w:r>
    </w:p>
    <w:p>
      <w:pPr>
        <w:pStyle w:val="Heading2"/>
      </w:pPr>
      <w:r>
        <w:t>Is It True That Service Leads to God?</w:t>
      </w:r>
    </w:p>
    <w:p>
      <w:r>
        <w:rPr>
          <w:color w:val="666666"/>
          <w:sz w:val="18"/>
        </w:rPr>
        <w:t>Faith &amp; God · Stress and Spirituality January 1, 2012 · 2m 30s · at 1:19:15 · https://youtu.be/TPhXL9-g6ME?t=4755</w:t>
      </w:r>
    </w:p>
    <w:p>
      <w:r>
        <w:rPr>
          <w:i/>
        </w:rPr>
        <w:t>“Moulana, a person said that God is found through service, that is, service gives peace. To what extent is this correct?”</w:t>
      </w:r>
    </w:p>
    <w:p>
      <w:r>
        <w:rPr>
          <w:sz w:val="20"/>
        </w:rPr>
        <w:t>1:19:15  maulana, agla sawal aaya hai maulana fard ahmad salfi ka, tamil nadu se. unhone likha hai: "maulana, ek sahab ne farmaya ke khidmat se khuda milta hai.</w:t>
      </w:r>
      <w:r>
        <w:br/>
      </w:r>
      <w:r>
        <w:rPr>
          <w:sz w:val="20"/>
        </w:rPr>
        <w:t>1:19:27  yaani khidmat se sukoon milta hai. yeh kahan tak sahi hai?"</w:t>
      </w:r>
      <w:r>
        <w:br/>
      </w:r>
      <w:r>
        <w:rPr>
          <w:sz w:val="20"/>
        </w:rPr>
        <w:t>1:19:34  yeh to ek galat philosophy hai. aaj kal bahut phaila hua hai yeh. yeh secular logon ki philosophy hai yeh. main is ko islam ki philosophy nahi manta.</w:t>
      </w:r>
      <w:r>
        <w:br/>
      </w:r>
      <w:r>
        <w:rPr>
          <w:sz w:val="20"/>
        </w:rPr>
        <w:t>1:19:45  is liye ke quran mein saaf saaf hai ke أَلَا بِذِكْرِ اللَّهِ تَطْمَئِنُّ الْقُلُوبُ . zikr khudaawandi se sukoon milta hai. to aap kahein ke khidmat se milta hai.</w:t>
      </w:r>
      <w:r>
        <w:br/>
      </w:r>
      <w:r>
        <w:rPr>
          <w:sz w:val="20"/>
        </w:rPr>
        <w:t>1:19:57  is ki sab se badi shayad tareekh mein sab se badi misaal jo hai mother teresa ki hai.</w:t>
      </w:r>
      <w:r>
        <w:br/>
      </w:r>
      <w:r>
        <w:rPr>
          <w:sz w:val="20"/>
        </w:rPr>
        <w:t>1:20:03  ma sha Allah poori tareekh mein shayad is se badi misaal koi nahi hogi. ke mother teresa ne apni poori zindagi khidmat khalq mein guzari. poori zindagi khidmat khalq mein.</w:t>
      </w:r>
      <w:r>
        <w:br/>
      </w:r>
      <w:r>
        <w:rPr>
          <w:sz w:val="20"/>
        </w:rPr>
        <w:t>1:20:15  aur isi liye is ko nobel prize mila. isi liye nobel prize mila is ko. lekin marne ke baad jo is ke haalaat chhape hain woh main ne padha to us mein woh kehta hai ke she died in agony .</w:t>
      </w:r>
      <w:r>
        <w:br/>
      </w:r>
      <w:r>
        <w:rPr>
          <w:sz w:val="20"/>
        </w:rPr>
        <w:t>1:20:35  sohan rooh mein in ka khatma hua. to khidmat khalq mein agar sukoon ho to un ko sukoon ko nahi mila.</w:t>
      </w:r>
      <w:r>
        <w:br/>
      </w:r>
      <w:r>
        <w:rPr>
          <w:sz w:val="20"/>
        </w:rPr>
        <w:t>1:20:44  mother teresa ko.</w:t>
      </w:r>
      <w:r>
        <w:br/>
      </w:r>
      <w:r>
        <w:rPr>
          <w:sz w:val="20"/>
        </w:rPr>
        <w:t>1:20:48  yeh bilkul galat tasawwur hai aur waqeaat is ki tasdeeq nahi karte.</w:t>
      </w:r>
      <w:r>
        <w:br/>
      </w:r>
      <w:r>
        <w:rPr>
          <w:sz w:val="20"/>
        </w:rPr>
        <w:t>1:20:57  waqeaat is ki tasdeeq nahi karte. kisi ko shakk ho to mother teresa ki life padhein woh.</w:t>
      </w:r>
      <w:r>
        <w:br/>
      </w:r>
      <w:r>
        <w:rPr>
          <w:sz w:val="20"/>
        </w:rPr>
        <w:t>1:21:03  jis ne un ki zindagi pe research kiya hai aur un ke haalaat likhe hain woh kehta hai ke she died in agony . to aaj bhi wahi sahi hai formula ke أَلَا بِذِكْرِ اللَّهِ تَطْمَئِنُّ الْقُلُوبُ .</w:t>
      </w:r>
      <w:r>
        <w:br/>
      </w:r>
      <w:r>
        <w:rPr>
          <w:sz w:val="20"/>
        </w:rPr>
        <w:t>1:21:18  zikr Allah ke maani yeh nahi ke Allah ki japp karna. wird karna Allah Allah Allah Allah Allah. yeh yeh harghiz nahi hai.</w:t>
      </w:r>
      <w:r>
        <w:br/>
      </w:r>
      <w:r>
        <w:rPr>
          <w:sz w:val="20"/>
        </w:rPr>
        <w:t>1:21:25  nahi Allah mein jeena.</w:t>
      </w:r>
      <w:r>
        <w:br/>
      </w:r>
      <w:r>
        <w:rPr>
          <w:sz w:val="20"/>
        </w:rPr>
        <w:t>1:21:30  Allah ki yaadon mein jeena. Allah ke sifaat aaliya ko discover karna. Allah ki rehmaton ko daryaft kar kar ke is se apni rooh ko ghiza lena.</w:t>
      </w:r>
      <w:r>
        <w:br/>
      </w:r>
      <w:r>
        <w:rPr>
          <w:sz w:val="20"/>
        </w:rPr>
        <w:t>1:21:41  yeh hai.</w:t>
      </w:r>
    </w:p>
    <w:p>
      <w:pPr>
        <w:pStyle w:val="Heading2"/>
      </w:pPr>
      <w:r>
        <w:t>Is Paradise extension of present world</w:t>
      </w:r>
    </w:p>
    <w:p>
      <w:r>
        <w:rPr>
          <w:color w:val="666666"/>
          <w:sz w:val="18"/>
        </w:rPr>
        <w:t>Faith &amp; God · Interpretation of History October 23, 2016 · 43s · at 48:15 · https://youtu.be/P-JhH3q-Mdg?t=2895</w:t>
      </w:r>
    </w:p>
    <w:p>
      <w:r>
        <w:rPr>
          <w:i/>
        </w:rPr>
        <w:t>“Is Paradise an extension of the present world? Please comment on that.”</w:t>
      </w:r>
    </w:p>
    <w:p>
      <w:r>
        <w:rPr>
          <w:sz w:val="20"/>
        </w:rPr>
        <w:t>48:15  maulana, agla sawal chennai se kya hai Maulana Iqbal Umri ne, aur unhon ne aap se poocha hai</w:t>
      </w:r>
      <w:r>
        <w:br/>
      </w:r>
      <w:r>
        <w:rPr>
          <w:sz w:val="20"/>
        </w:rPr>
        <w:t>48:23  کہ کیا Paradise is Paradise an extension of the present world? Please comment on this.</w:t>
      </w:r>
      <w:r>
        <w:br/>
      </w:r>
      <w:r>
        <w:rPr>
          <w:sz w:val="20"/>
        </w:rPr>
        <w:t>48:30  bhai, Hazrat Abdullah Ibn Abbas ki jo riwayat hai, us ke lihaaz se to yeh samajh mein aata</w:t>
      </w:r>
      <w:r>
        <w:br/>
      </w:r>
      <w:r>
        <w:rPr>
          <w:sz w:val="20"/>
        </w:rPr>
        <w:t>48:37  hai, aur quran mein dekhein, yeh ayat jo hai ke "walqad katabna fi al-zubur min ba'd al-dhikr in</w:t>
      </w:r>
      <w:r>
        <w:br/>
      </w:r>
      <w:r>
        <w:rPr>
          <w:sz w:val="20"/>
        </w:rPr>
        <w:t>48:45  al-ard 'urs wa'ibadat salihun" yeh ayat bhi is se ishara karti hai.</w:t>
      </w:r>
      <w:r>
        <w:br/>
      </w:r>
      <w:r>
        <w:rPr>
          <w:sz w:val="20"/>
        </w:rPr>
        <w:t>48:52  to main to yahi samajhta hoon, aisa hi hai.</w:t>
      </w:r>
    </w:p>
    <w:p>
      <w:pPr>
        <w:pStyle w:val="Heading2"/>
      </w:pPr>
      <w:r>
        <w:t>Is Paradise where we see Allah</w:t>
      </w:r>
    </w:p>
    <w:p>
      <w:r>
        <w:rPr>
          <w:color w:val="666666"/>
          <w:sz w:val="18"/>
        </w:rPr>
        <w:t>Faith &amp; God · The Expression of Faith (Izhar e Deen) September 1, 2013 · 2m 52s · at 56:09 · https://youtu.be/muBDJ8a_8-0?t=3369</w:t>
      </w:r>
    </w:p>
    <w:p>
      <w:r>
        <w:rPr>
          <w:i/>
        </w:rPr>
        <w:t>“مولانا، कैन वी से दैट जन्नत वो है जहां अल्लाह ताला का दीदार होगा और अ प्लेस वेयर वी विल मीट अल्लाह?”</w:t>
      </w:r>
    </w:p>
    <w:p>
      <w:r>
        <w:rPr>
          <w:sz w:val="20"/>
        </w:rPr>
        <w:t>56:09  maulana agla sawal dilli se hai, muhammad asif khan sahib ka. unhon ne likha hai: "maulana, can we say that jannat woh hai jahan Allah taala ka deedaar hoga aur a place where we will meet Allah?" haan, saheeh hai.</w:t>
      </w:r>
      <w:r>
        <w:br/>
      </w:r>
      <w:r>
        <w:rPr>
          <w:sz w:val="20"/>
        </w:rPr>
        <w:t>56:28  saheeh hai.</w:t>
      </w:r>
      <w:r>
        <w:br/>
      </w:r>
      <w:r>
        <w:rPr>
          <w:sz w:val="20"/>
        </w:rPr>
        <w:t>56:31  hadees mein aata hai ke rasool Allah se poocha gaya ke kya hum jab akhirat mein Allah ko dekhen gay to aap ne farmaya ke haan,</w:t>
      </w:r>
      <w:r>
        <w:br/>
      </w:r>
      <w:r>
        <w:rPr>
          <w:sz w:val="20"/>
        </w:rPr>
        <w:t>56:45  jis tarah tum suraj chand ko dekhtay ho, aisay hi dekho gay. aap ghor kijiye, ek banday ne is dunya mein socha ke kaun woh hasti hai jis ne mujhe banaya?</w:t>
      </w:r>
      <w:r>
        <w:br/>
      </w:r>
      <w:r>
        <w:rPr>
          <w:sz w:val="20"/>
        </w:rPr>
        <w:t>57:00  aisa insan kaise ban gaya? kaun hai jo mujhe sambhalay hue hain? kaun hai jo mere liye life support system intazam kar rakha hai?</w:t>
      </w:r>
      <w:r>
        <w:br/>
      </w:r>
      <w:r>
        <w:rPr>
          <w:sz w:val="20"/>
        </w:rPr>
        <w:t>57:11  woh kaun hai? mera khaliq kaun hai? mera rab kaun hai? is sari umar isi mein sochta raha woh.</w:t>
      </w:r>
      <w:r>
        <w:br/>
      </w:r>
      <w:r>
        <w:rPr>
          <w:sz w:val="20"/>
        </w:rPr>
        <w:t>57:20  aur aur dunya mein to is liye nahi dekh paya woh ke ghayb ki dunya yahan to wahan bhi nahi dekhe ga woh</w:t>
      </w:r>
      <w:r>
        <w:br/>
      </w:r>
      <w:r>
        <w:rPr>
          <w:sz w:val="20"/>
        </w:rPr>
        <w:t>57:27  woh to sab se bari, sab bari, sab se bari nemmat hai jo Allah taala us ko day ga, apna deedaar. agar deedaar ilahi na ho to phir jannat bhi bekar hai.</w:t>
      </w:r>
      <w:r>
        <w:br/>
      </w:r>
      <w:r>
        <w:rPr>
          <w:sz w:val="20"/>
        </w:rPr>
        <w:t>57:39  to yeh poori, yeh yeh ek momin ki sab se bari tamanna yeh honi chahiye ke woh kabhi woh waqt aaye ke woh Allah ka deedaar kar sakay.</w:t>
      </w:r>
      <w:r>
        <w:br/>
      </w:r>
      <w:r>
        <w:rPr>
          <w:sz w:val="20"/>
        </w:rPr>
        <w:t>57:49  sab se bari tamanna</w:t>
      </w:r>
      <w:r>
        <w:br/>
      </w:r>
      <w:r>
        <w:rPr>
          <w:sz w:val="20"/>
        </w:rPr>
        <w:t>57:52  yeh to iman ka sab se bara darja hai ke aap is tamanna mein jayen. aap is is tamanna mein jayen ke woh waqt aaye jab ke main Allah ko dekhon aur direct ek keh sakoon ke khuda-e-to mera khuda hai.</w:t>
      </w:r>
      <w:r>
        <w:br/>
      </w:r>
      <w:r>
        <w:rPr>
          <w:sz w:val="20"/>
        </w:rPr>
        <w:t>58:10  jahan main kehta hoon jab ke mere samnay Allah nahi hai, yahan main kehta hoon ke aye Allah, tu mera Allah hai.</w:t>
      </w:r>
      <w:r>
        <w:br/>
      </w:r>
      <w:r>
        <w:rPr>
          <w:sz w:val="20"/>
        </w:rPr>
        <w:t>58:20  woh ghayb mein hai Khuda.</w:t>
      </w:r>
      <w:r>
        <w:br/>
      </w:r>
      <w:r>
        <w:rPr>
          <w:sz w:val="20"/>
        </w:rPr>
        <w:t>58:22  to yeh rooh tarpati hai momin ki. momin ki rooh mein aik tarp hoti hai, tarp ke kaash woh din aaye ke main Allah ke samne khara hoon aur us waqt kahoon ke khuda ya tu mera khuda hai.</w:t>
      </w:r>
      <w:r>
        <w:br/>
      </w:r>
      <w:r>
        <w:rPr>
          <w:sz w:val="20"/>
        </w:rPr>
        <w:t>58:38  main tujh ko ghayb mein bana tha, aaj main tujh ko shoor mein iqrar karta hoon. yeh to sab se bara tajruba hoga.</w:t>
      </w:r>
      <w:r>
        <w:br/>
      </w:r>
      <w:r>
        <w:rPr>
          <w:sz w:val="20"/>
        </w:rPr>
        <w:t>58:48  woh dunya jo aanay wali hai, is ka safar experience yahi hoga ke aap Allah ko dekhenge aur Allah se direct baat kar sakenge.</w:t>
      </w:r>
    </w:p>
    <w:p>
      <w:pPr>
        <w:pStyle w:val="Heading2"/>
      </w:pPr>
      <w:r>
        <w:t>Is Religion a Complete System of Life?</w:t>
      </w:r>
    </w:p>
    <w:p>
      <w:r>
        <w:rPr>
          <w:color w:val="666666"/>
          <w:sz w:val="18"/>
        </w:rPr>
        <w:t>Faith &amp; God · Age of Peace November 18, 2012 · 2m 17s · at 1:11:41 · https://youtu.be/Y9nkQnBqbrs?t=4301</w:t>
      </w:r>
    </w:p>
    <w:p>
      <w:r>
        <w:rPr>
          <w:i/>
        </w:rPr>
        <w:t>“Is it correct to say that religion is a complete system of life?”</w:t>
      </w:r>
    </w:p>
    <w:p>
      <w:r>
        <w:rPr>
          <w:sz w:val="20"/>
        </w:rPr>
        <w:t>1:11:41  maulana, agla sawal bangalore se hai. maulana inayat umri sahib ka, unhone likha hai: "maulana, kya yeh kehna sahi hai ke deen ek mukammal nizam hayat hai?" is ke bare mein aap batayein.</w:t>
      </w:r>
      <w:r>
        <w:br/>
      </w:r>
      <w:r>
        <w:rPr>
          <w:sz w:val="20"/>
        </w:rPr>
        <w:t>1:11:56  yeh term bilkul galat hai. yeh kahin na quran mein islam hua, na hadith mein istemal hua.</w:t>
      </w:r>
      <w:r>
        <w:br/>
      </w:r>
      <w:r>
        <w:rPr>
          <w:sz w:val="20"/>
        </w:rPr>
        <w:t>1:12:03  yeh to musalmanon ne garh rakha hai. quran ke mutabiq, hadith ke mutabiq, deen ek ideology hai. lehaza hum hayat ka lafz jo hai, sahi nahi hai is ke liye.</w:t>
      </w:r>
      <w:r>
        <w:br/>
      </w:r>
      <w:r>
        <w:rPr>
          <w:sz w:val="20"/>
        </w:rPr>
        <w:t>1:12:14  ideology hai, yani ek soch deta hai, ek thinking deta hai, haan, ek mind banata hai. ek kitab hai, is ko aap parh lijiye: "da mind quran builds".</w:t>
      </w:r>
      <w:r>
        <w:br/>
      </w:r>
      <w:r>
        <w:rPr>
          <w:sz w:val="20"/>
        </w:rPr>
        <w:t>1:12:29  "da mind quran builds"</w:t>
      </w:r>
      <w:r>
        <w:br/>
      </w:r>
      <w:r>
        <w:rPr>
          <w:sz w:val="20"/>
        </w:rPr>
        <w:t>1:12:32  wahi wahi kal hai, yani mind banaya jaye, yeh islam ka nishana hai. nizam-e-hayat ka tasawwur bilkul liya gaya hai, yeh marxism se.</w:t>
      </w:r>
      <w:r>
        <w:br/>
      </w:r>
      <w:r>
        <w:rPr>
          <w:sz w:val="20"/>
        </w:rPr>
        <w:t>1:12:43  yeh marxism ka tasawwur hai, yeh nizam-e-hayat ka tasawwur. to "da mind quran builds" jo kitab hai, is ko aap parhiye.</w:t>
      </w:r>
      <w:r>
        <w:br/>
      </w:r>
      <w:r>
        <w:rPr>
          <w:sz w:val="20"/>
        </w:rPr>
        <w:t>1:12:54  is mein unhon ne woh ayatein jama ki hain jin se maloom hota hai ke koi quran kis qism ka zehan banana chahta hai.</w:t>
      </w:r>
      <w:r>
        <w:br/>
      </w:r>
      <w:r>
        <w:rPr>
          <w:sz w:val="20"/>
        </w:rPr>
        <w:t>1:13:01  web thinking kaisi honi chahiye, yeh batata hai. aap ki personality jis se banti hai, woh soch kya hai, woh batata hai.</w:t>
      </w:r>
      <w:r>
        <w:br/>
      </w:r>
      <w:r>
        <w:rPr>
          <w:sz w:val="20"/>
        </w:rPr>
        <w:t>1:13:11  to asal cheez, cheez aisi cheez duniya mein matloob hai, woh hai ke aap ke andar positive personality bane.</w:t>
      </w:r>
      <w:r>
        <w:br/>
      </w:r>
      <w:r>
        <w:rPr>
          <w:sz w:val="20"/>
        </w:rPr>
        <w:t>1:13:19  aap ke andar aisi personality bane jo hate se khali ho, jis ke andar logon ke liye khair khwahi ho, jis ke andar yani accountability ka jazba ho, jo akhirat ko soche, jo jannat ka mushtaq ho.</w:t>
      </w:r>
      <w:r>
        <w:br/>
      </w:r>
      <w:r>
        <w:rPr>
          <w:sz w:val="20"/>
        </w:rPr>
        <w:t>1:13:33  yeh personality bane, yeh target, yeh zabte, mukammal zabte ka jo lafz hai, yeh bilkul bid'at hai. is mein koi shakk nahi hai, is ka koi talluq nahi hai, yani islam se aur quran se</w:t>
      </w:r>
      <w:r>
        <w:br/>
      </w:r>
      <w:r>
        <w:rPr>
          <w:sz w:val="20"/>
        </w:rPr>
        <w:t>1:13:47  nahi hai. yeh sar-ta-pa hai, ek mubtadaana concept hai. ek mubtadaana matlab innovati, innovati concept, innovative concept.</w:t>
      </w:r>
    </w:p>
    <w:p>
      <w:pPr>
        <w:pStyle w:val="Heading2"/>
      </w:pPr>
      <w:r>
        <w:t>Is Satan One and Controlling All</w:t>
      </w:r>
    </w:p>
    <w:p>
      <w:r>
        <w:rPr>
          <w:color w:val="666666"/>
          <w:sz w:val="18"/>
        </w:rPr>
        <w:t>Faith &amp; God · Age Of Consumerism I January 6, 2013 Maulana Wahiduddin Khan · 52s · at 1:23:24 · https://youtu.be/CuRYFl7JuEM?t=5004</w:t>
      </w:r>
    </w:p>
    <w:p>
      <w:r>
        <w:rPr>
          <w:i/>
        </w:rPr>
        <w:t>“Is Satan the only one? If he is the only one, then how is he controlling the whole human being?”</w:t>
      </w:r>
    </w:p>
    <w:p>
      <w:r>
        <w:rPr>
          <w:sz w:val="20"/>
        </w:rPr>
        <w:t>1:23:24  maulana, agla sawal dilli se hai, kousar ali sahab ka. unhone likha hai: "is shaitan di only one. if he is the only one, then how he is controlling the whole human being?" is ke bare mein nahi hai.</w:t>
      </w:r>
      <w:r>
        <w:br/>
      </w:r>
      <w:r>
        <w:rPr>
          <w:sz w:val="20"/>
        </w:rPr>
        <w:t>1:23:39  shaitan ek nahi hai.</w:t>
      </w:r>
      <w:r>
        <w:br/>
      </w:r>
      <w:r>
        <w:rPr>
          <w:sz w:val="20"/>
        </w:rPr>
        <w:t>1:23:42  jis cheez ko hum shaitan ya iblis kehte hain, woh haqeeqat mein jinnaat hain. woh log woh log jinnaat se taluq rakhte hain, jin se.</w:t>
      </w:r>
      <w:r>
        <w:br/>
      </w:r>
      <w:r>
        <w:rPr>
          <w:sz w:val="20"/>
        </w:rPr>
        <w:t>1:23:51  to jinon ke sardar tha iblis. aisa nahi ke bas ek hi insan hai, un ke to bohat sare log hain.</w:t>
      </w:r>
      <w:r>
        <w:br/>
      </w:r>
      <w:r>
        <w:rPr>
          <w:sz w:val="20"/>
        </w:rPr>
        <w:t>1:23:59  jinnaaton ki ek poori ek qaum hai. aur iblis jo quran majeed mein hai, woh to sirf is ka sardar tha, bas.</w:t>
      </w:r>
      <w:r>
        <w:br/>
      </w:r>
      <w:r>
        <w:rPr>
          <w:sz w:val="20"/>
        </w:rPr>
        <w:t>1:24:10  to aisa nahi hai.</w:t>
      </w:r>
    </w:p>
    <w:p>
      <w:pPr>
        <w:pStyle w:val="Heading2"/>
      </w:pPr>
      <w:r>
        <w:t>Is Satan the Only Tempter?</w:t>
      </w:r>
    </w:p>
    <w:p>
      <w:r>
        <w:rPr>
          <w:color w:val="666666"/>
          <w:sz w:val="18"/>
        </w:rPr>
        <w:t>Faith &amp; God · Question &amp; Answer Jan 6th 2013 - Maulana Wahiduddin Kahn · 52s · at 23:50 · https://youtu.be/1FAK1QuHEpw?t=1430</w:t>
      </w:r>
    </w:p>
    <w:p>
      <w:r>
        <w:rPr>
          <w:i/>
        </w:rPr>
        <w:t>“Is Shaitan the only one? If he is the only one then how is he controlling the whole human being?”</w:t>
      </w:r>
    </w:p>
    <w:p>
      <w:r>
        <w:rPr>
          <w:sz w:val="20"/>
        </w:rPr>
        <w:t>23:50  maulana, agla sawal dilli se hai, kousar ali sahib ka. unhon ne likha hai: "Is shaitan the only one?</w:t>
      </w:r>
      <w:r>
        <w:br/>
      </w:r>
      <w:r>
        <w:rPr>
          <w:sz w:val="20"/>
        </w:rPr>
        <w:t>23:58  If he is the only one then how he is controlling the whole human being؟" is ke bare mein</w:t>
      </w:r>
      <w:r>
        <w:br/>
      </w:r>
      <w:r>
        <w:rPr>
          <w:sz w:val="20"/>
        </w:rPr>
        <w:t>24:05  nahi hai, shaitan ek nahi hai. jis cheez ko hum shaitan ya iblis kehte hain woh haqeeqat mein jinat, woh log woh log jinat se taluq rakhte hain, jin se.</w:t>
      </w:r>
      <w:r>
        <w:br/>
      </w:r>
      <w:r>
        <w:rPr>
          <w:sz w:val="20"/>
        </w:rPr>
        <w:t>24:17  to jinnu ke sardar tha iblis. aisa nahi ke bas ek hi insan hai. un ke to bohat saare log hain. jinat ki ek poori ek qaum hai.</w:t>
      </w:r>
      <w:r>
        <w:br/>
      </w:r>
      <w:r>
        <w:rPr>
          <w:sz w:val="20"/>
        </w:rPr>
        <w:t>24:30  aur iblis jo Quran majeed mein hai woh to sirf is ka sardar tha bas. to aisa nahi hai.</w:t>
      </w:r>
    </w:p>
    <w:p>
      <w:pPr>
        <w:pStyle w:val="Heading2"/>
      </w:pPr>
      <w:r>
        <w:t>Is Sorcery Real and Harmful</w:t>
      </w:r>
    </w:p>
    <w:p>
      <w:r>
        <w:rPr>
          <w:color w:val="666666"/>
          <w:sz w:val="18"/>
        </w:rPr>
        <w:t>Faith &amp; God · Social Reform | December 22, 2013 | Maulana Wahiduddin Khan · 3m 11s · at 59:48 · https://youtu.be/kGP903BvDto?t=3588</w:t>
      </w:r>
    </w:p>
    <w:p>
      <w:r>
        <w:rPr>
          <w:i/>
        </w:rPr>
        <w:t>“Maulana, is sorcery correct? Can anybody harm any other person by so-called amaliyat? I ask this question because there are more and”</w:t>
      </w:r>
    </w:p>
    <w:p>
      <w:r>
        <w:rPr>
          <w:sz w:val="20"/>
        </w:rPr>
        <w:t>59:48  maulana, agla sawal chennai se kya hai v m khaleel ur rehman sahib ne.</w:t>
      </w:r>
      <w:r>
        <w:br/>
      </w:r>
      <w:r>
        <w:rPr>
          <w:sz w:val="20"/>
        </w:rPr>
        <w:t>59:52  unhon ne likha hai: "maulana, is sorcery correct?</w:t>
      </w:r>
      <w:r>
        <w:br/>
      </w:r>
      <w:r>
        <w:rPr>
          <w:sz w:val="20"/>
        </w:rPr>
        <w:t>59:57  can anybody harm any other person by so-called amliyat? i ask this question because there are more and</w:t>
      </w:r>
      <w:r>
        <w:br/>
      </w:r>
      <w:r>
        <w:rPr>
          <w:sz w:val="20"/>
        </w:rPr>
        <w:t>1:00:01  more people indulging in this act.</w:t>
      </w:r>
      <w:r>
        <w:br/>
      </w:r>
      <w:r>
        <w:rPr>
          <w:sz w:val="20"/>
        </w:rPr>
        <w:t>1:00:05  and sometimes even by threatening the people.</w:t>
      </w:r>
      <w:r>
        <w:br/>
      </w:r>
      <w:r>
        <w:rPr>
          <w:sz w:val="20"/>
        </w:rPr>
        <w:t>1:00:09  what is your com</w:t>
      </w:r>
      <w:r>
        <w:br/>
      </w:r>
      <w:r>
        <w:rPr>
          <w:sz w:val="20"/>
        </w:rPr>
        <w:t>1:00:14  ment? dekhen, main khud to is ko bilkul hi superstition samajhta hoon.</w:t>
      </w:r>
      <w:r>
        <w:br/>
      </w:r>
      <w:r>
        <w:rPr>
          <w:sz w:val="20"/>
        </w:rPr>
        <w:t>1:00:18  koi bhi amliyati, koi bhi is qism ka jo amal karte hain log, is se kisi ko nuqsan</w:t>
      </w:r>
      <w:r>
        <w:br/>
      </w:r>
      <w:r>
        <w:rPr>
          <w:sz w:val="20"/>
        </w:rPr>
        <w:t>1:00:23  pohanchne wala nahi hai.</w:t>
      </w:r>
      <w:r>
        <w:br/>
      </w:r>
      <w:r>
        <w:rPr>
          <w:sz w:val="20"/>
        </w:rPr>
        <w:t>1:00:27  harghiz nahi hai.</w:t>
      </w:r>
      <w:r>
        <w:br/>
      </w:r>
      <w:r>
        <w:rPr>
          <w:sz w:val="20"/>
        </w:rPr>
        <w:t>1:00:31  laisa laka alaihim min sultaan.</w:t>
      </w:r>
      <w:r>
        <w:br/>
      </w:r>
      <w:r>
        <w:rPr>
          <w:sz w:val="20"/>
        </w:rPr>
        <w:t>1:00:36  main aap ko aik qissa batata hoon, bohat hi yani bohat hi ajeeb qissa.</w:t>
      </w:r>
      <w:r>
        <w:br/>
      </w:r>
      <w:r>
        <w:rPr>
          <w:sz w:val="20"/>
        </w:rPr>
        <w:t>1:00:40  dekhen, aik baar main dilli mein</w:t>
      </w:r>
      <w:r>
        <w:br/>
      </w:r>
      <w:r>
        <w:rPr>
          <w:sz w:val="20"/>
        </w:rPr>
        <w:t>1:00:45  aik sahib ke haan gaya.</w:t>
      </w:r>
      <w:r>
        <w:br/>
      </w:r>
      <w:r>
        <w:rPr>
          <w:sz w:val="20"/>
        </w:rPr>
        <w:t>1:00:49  unhon ne bulaya tha mujhe.</w:t>
      </w:r>
      <w:r>
        <w:br/>
      </w:r>
      <w:r>
        <w:rPr>
          <w:sz w:val="20"/>
        </w:rPr>
        <w:t>1:00:53  to jis kamre mein unhon ne bithaya tha, aik bara sa kamra tha, us mein aik side mein</w:t>
      </w:r>
      <w:r>
        <w:br/>
      </w:r>
      <w:r>
        <w:rPr>
          <w:sz w:val="20"/>
        </w:rPr>
        <w:t>1:00:57  aik choti si kothri thi. side mein.</w:t>
      </w:r>
      <w:r>
        <w:br/>
      </w:r>
      <w:r>
        <w:rPr>
          <w:sz w:val="20"/>
        </w:rPr>
        <w:t>1:01:02  to kisi wajah se main ne woh kothri kholi, darwaza khola to wahan aisa hi aik zara bara,</w:t>
      </w:r>
      <w:r>
        <w:br/>
      </w:r>
      <w:r>
        <w:rPr>
          <w:sz w:val="20"/>
        </w:rPr>
        <w:t>1:01:06  is glass se zara baray bara aik bartan tha rakha hua.</w:t>
      </w:r>
      <w:r>
        <w:br/>
      </w:r>
      <w:r>
        <w:rPr>
          <w:sz w:val="20"/>
        </w:rPr>
        <w:t>1:01:10  aur us ke andar yani bijli ke ta</w:t>
      </w:r>
      <w:r>
        <w:br/>
      </w:r>
      <w:r>
        <w:rPr>
          <w:sz w:val="20"/>
        </w:rPr>
        <w:t>1:01:15  ar ke zariye se light jali hui thi. aag.</w:t>
      </w:r>
      <w:r>
        <w:br/>
      </w:r>
      <w:r>
        <w:rPr>
          <w:sz w:val="20"/>
        </w:rPr>
        <w:t>1:01:19  aag is mein ho rahi thi.</w:t>
      </w:r>
      <w:r>
        <w:br/>
      </w:r>
      <w:r>
        <w:rPr>
          <w:sz w:val="20"/>
        </w:rPr>
        <w:t>1:01:24  is mein aik chhuri daali thi is ke andar. chhuri.</w:t>
      </w:r>
      <w:r>
        <w:br/>
      </w:r>
      <w:r>
        <w:rPr>
          <w:sz w:val="20"/>
        </w:rPr>
        <w:t>1:01:28  yani is bartan mein bijli ke zariye se aag jal rahi thi.</w:t>
      </w:r>
      <w:r>
        <w:br/>
      </w:r>
      <w:r>
        <w:rPr>
          <w:sz w:val="20"/>
        </w:rPr>
        <w:t>1:01:33  aur is mein aik chhuri daali hui thi.</w:t>
      </w:r>
      <w:r>
        <w:br/>
      </w:r>
      <w:r>
        <w:rPr>
          <w:sz w:val="20"/>
        </w:rPr>
        <w:t>1:01:37  to main ne un se poocha ke yeh kya cheez hai? kyunke aik anokha scene tha woh mere liye.</w:t>
      </w:r>
      <w:r>
        <w:br/>
      </w:r>
      <w:r>
        <w:rPr>
          <w:sz w:val="20"/>
        </w:rPr>
        <w:t>1:01:42  to unhon ne kaha ke hamare ghar mein jewellery chori ho gayi hai.</w:t>
      </w:r>
      <w:r>
        <w:br/>
      </w:r>
      <w:r>
        <w:rPr>
          <w:sz w:val="20"/>
        </w:rPr>
        <w:t>1:01:46  koi nikaal le gaya hai.</w:t>
      </w:r>
      <w:r>
        <w:br/>
      </w:r>
      <w:r>
        <w:rPr>
          <w:sz w:val="20"/>
        </w:rPr>
        <w:t>1:01:49  to aik sahib ne jo amliyat ke maahir the, unhon ne bataya ke yeh aisa karo to kuch</w:t>
      </w:r>
      <w:r>
        <w:br/>
      </w:r>
      <w:r>
        <w:rPr>
          <w:sz w:val="20"/>
        </w:rPr>
        <w:t>1:01:52  parha hai, unhon ne parh kar ke kiya kiya hai ke yeh jo chhuri jo hai, is ke</w:t>
      </w:r>
      <w:r>
        <w:br/>
      </w:r>
      <w:r>
        <w:rPr>
          <w:sz w:val="20"/>
        </w:rPr>
        <w:t>1:01:55  seene mein ghase gi.</w:t>
      </w:r>
      <w:r>
        <w:br/>
      </w:r>
      <w:r>
        <w:rPr>
          <w:sz w:val="20"/>
        </w:rPr>
        <w:t>1:01:58  yahan jo chhuri hum ne is mein dakhil ki hai, woh is ke seenay mein ghuse gi.</w:t>
      </w:r>
      <w:r>
        <w:br/>
      </w:r>
      <w:r>
        <w:rPr>
          <w:sz w:val="20"/>
        </w:rPr>
        <w:t>1:02:01  is ko itna be taab kare gi ke woh Jewellery la ke aap ke kamray mein daal de ga.</w:t>
      </w:r>
      <w:r>
        <w:br/>
      </w:r>
      <w:r>
        <w:rPr>
          <w:sz w:val="20"/>
        </w:rPr>
        <w:t>1:02:04  aap ke ghar mein daal de ga woh.</w:t>
      </w:r>
      <w:r>
        <w:br/>
      </w:r>
      <w:r>
        <w:rPr>
          <w:sz w:val="20"/>
        </w:rPr>
        <w:t>1:02:07  aisa kuch bhi nahi hua.</w:t>
      </w:r>
      <w:r>
        <w:br/>
      </w:r>
      <w:r>
        <w:rPr>
          <w:sz w:val="20"/>
        </w:rPr>
        <w:t>1:02:10  woh chori ho gayi, chori ho gayi.</w:t>
      </w:r>
      <w:r>
        <w:br/>
      </w:r>
      <w:r>
        <w:rPr>
          <w:sz w:val="20"/>
        </w:rPr>
        <w:t>1:02:13  to yeh sab</w:t>
      </w:r>
      <w:r>
        <w:br/>
      </w:r>
      <w:r>
        <w:rPr>
          <w:sz w:val="20"/>
        </w:rPr>
        <w:t>1:02:16  aik aik sab Superstition hai.</w:t>
      </w:r>
      <w:r>
        <w:br/>
      </w:r>
      <w:r>
        <w:rPr>
          <w:sz w:val="20"/>
        </w:rPr>
        <w:t>1:02:20  aik False Business hai.</w:t>
      </w:r>
      <w:r>
        <w:br/>
      </w:r>
      <w:r>
        <w:rPr>
          <w:sz w:val="20"/>
        </w:rPr>
        <w:t>1:02:24  is ko mein kahoon ga False Hope Business.</w:t>
      </w:r>
      <w:r>
        <w:br/>
      </w:r>
      <w:r>
        <w:rPr>
          <w:sz w:val="20"/>
        </w:rPr>
        <w:t>1:02:28  yeh False Hope Business hai, mehfoza umeedon ki tijarat.</w:t>
      </w:r>
      <w:r>
        <w:br/>
      </w:r>
      <w:r>
        <w:rPr>
          <w:sz w:val="20"/>
        </w:rPr>
        <w:t>1:02:31  is se ziyada is ki koi haqeeqat nahi hai.</w:t>
      </w:r>
      <w:r>
        <w:br/>
      </w:r>
      <w:r>
        <w:rPr>
          <w:sz w:val="20"/>
        </w:rPr>
        <w:t>1:02:35  yeh jo log yaani jin ke andar samajh nahi hoti, woh is mein phans jatay hain.</w:t>
      </w:r>
      <w:r>
        <w:br/>
      </w:r>
      <w:r>
        <w:rPr>
          <w:sz w:val="20"/>
        </w:rPr>
        <w:t>1:02:39  aur bohat bari raqamen is mein kharch karte hain.</w:t>
      </w:r>
      <w:r>
        <w:br/>
      </w:r>
      <w:r>
        <w:rPr>
          <w:sz w:val="20"/>
        </w:rPr>
        <w:t>1:02:43  beh-haal, mein is ko baal</w:t>
      </w:r>
      <w:r>
        <w:br/>
      </w:r>
      <w:r>
        <w:rPr>
          <w:sz w:val="20"/>
        </w:rPr>
        <w:t>1:02:46  kal Baseless samajhta hoon.</w:t>
      </w:r>
      <w:r>
        <w:br/>
      </w:r>
      <w:r>
        <w:rPr>
          <w:sz w:val="20"/>
        </w:rPr>
        <w:t>1:02:51  aur is ki koi haqeeqat nahi hai.</w:t>
      </w:r>
      <w:r>
        <w:br/>
      </w:r>
      <w:r>
        <w:rPr>
          <w:sz w:val="20"/>
        </w:rPr>
        <w:t>1:02:55  na Scientific aitbaar se aur na deen ke aitbaar se.</w:t>
      </w:r>
    </w:p>
    <w:p>
      <w:pPr>
        <w:pStyle w:val="Heading2"/>
      </w:pPr>
      <w:r>
        <w:t>Is being born Muslim enough for paradise</w:t>
      </w:r>
    </w:p>
    <w:p>
      <w:r>
        <w:rPr>
          <w:color w:val="666666"/>
          <w:sz w:val="18"/>
        </w:rPr>
        <w:t>Faith &amp; God · The Road to Paradise December 11, 2016 · 1m 54s · at 43:14 · https://youtu.be/iW2QmcY1_yU?t=2594</w:t>
      </w:r>
    </w:p>
    <w:p>
      <w:r>
        <w:rPr>
          <w:i/>
        </w:rPr>
        <w:t>“Many people say that being born in a Muslim family is enough to gain an entry into paradise.”</w:t>
      </w:r>
    </w:p>
    <w:p>
      <w:r>
        <w:rPr>
          <w:sz w:val="20"/>
        </w:rPr>
        <w:t>43:14  maulana sahib, pehla sawal aaya hai ahmedabad se, shakeel sahib ne kiya hai aur unhon ne aap</w:t>
      </w:r>
      <w:r>
        <w:br/>
      </w:r>
      <w:r>
        <w:rPr>
          <w:sz w:val="20"/>
        </w:rPr>
        <w:t>43:20  se poocha hai ke maulana sahib many people say that being born in a muslim family is enough</w:t>
      </w:r>
      <w:r>
        <w:br/>
      </w:r>
      <w:r>
        <w:rPr>
          <w:sz w:val="20"/>
        </w:rPr>
        <w:t>43:27  to gain an entry into paradise.</w:t>
      </w:r>
      <w:r>
        <w:br/>
      </w:r>
      <w:r>
        <w:rPr>
          <w:sz w:val="20"/>
        </w:rPr>
        <w:t>43:33  what is your opinion on this?</w:t>
      </w:r>
      <w:r>
        <w:br/>
      </w:r>
      <w:r>
        <w:rPr>
          <w:sz w:val="20"/>
        </w:rPr>
        <w:t>43:40  dekhiye, yeh bhi kisi ki opinion ki baat nahi hai.</w:t>
      </w:r>
      <w:r>
        <w:br/>
      </w:r>
      <w:r>
        <w:rPr>
          <w:sz w:val="20"/>
        </w:rPr>
        <w:t>43:45  quran o hadees mein kahi hai hi nahi yeh baat ke muslim family mein paida ho jao to</w:t>
      </w:r>
      <w:r>
        <w:br/>
      </w:r>
      <w:r>
        <w:rPr>
          <w:sz w:val="20"/>
        </w:rPr>
        <w:t>43:51  tum ko jannat mil jaye gi.</w:t>
      </w:r>
      <w:r>
        <w:br/>
      </w:r>
      <w:r>
        <w:rPr>
          <w:sz w:val="20"/>
        </w:rPr>
        <w:t>43:56  yeh to bilkul alien hai, ajnabi hai islam mein.</w:t>
      </w:r>
      <w:r>
        <w:br/>
      </w:r>
      <w:r>
        <w:rPr>
          <w:sz w:val="20"/>
        </w:rPr>
        <w:t>44:02  yeh to qadeem zamanay mein yahudiyon ka nazariya tha ke family mein paida ho gaye to bas jannat</w:t>
      </w:r>
      <w:r>
        <w:br/>
      </w:r>
      <w:r>
        <w:rPr>
          <w:sz w:val="20"/>
        </w:rPr>
        <w:t>44:07  pakki ho gayi.</w:t>
      </w:r>
      <w:r>
        <w:br/>
      </w:r>
      <w:r>
        <w:rPr>
          <w:sz w:val="20"/>
        </w:rPr>
        <w:t>44:13  yeh to hai hi nahi.</w:t>
      </w:r>
      <w:r>
        <w:br/>
      </w:r>
      <w:r>
        <w:rPr>
          <w:sz w:val="20"/>
        </w:rPr>
        <w:t>44:18  yeh to islam mein hai hi nahi.</w:t>
      </w:r>
      <w:r>
        <w:br/>
      </w:r>
      <w:r>
        <w:rPr>
          <w:sz w:val="20"/>
        </w:rPr>
        <w:t>44:24  yeh to quran mein bar bar hi is ki tardeed hai.</w:t>
      </w:r>
      <w:r>
        <w:br/>
      </w:r>
      <w:r>
        <w:rPr>
          <w:sz w:val="20"/>
        </w:rPr>
        <w:t>44:29  ek aayat mein arz karunga ke laysa bi amaniykum wa la amaniyi ahlil kitabi man ya'mal su'an yujzab is</w:t>
      </w:r>
      <w:r>
        <w:br/>
      </w:r>
      <w:r>
        <w:rPr>
          <w:sz w:val="20"/>
        </w:rPr>
        <w:t>44:35  iska matlab yeh hai ke yahudi log yeh sochte thay ke bas yahudi hain to jannat hai hamare liye.</w:t>
      </w:r>
      <w:r>
        <w:br/>
      </w:r>
      <w:r>
        <w:rPr>
          <w:sz w:val="20"/>
        </w:rPr>
        <w:t>44:40  to aise musalman bhi agar sochen ke hum musalman paida ho gaye to jannat hai hamari.</w:t>
      </w:r>
      <w:r>
        <w:br/>
      </w:r>
      <w:r>
        <w:rPr>
          <w:sz w:val="20"/>
        </w:rPr>
        <w:t>44:46  to man ya'mal su'an yujdhab ke amal par faisla hoga, paidaish par faisla nahi hoga.</w:t>
      </w:r>
      <w:r>
        <w:br/>
      </w:r>
      <w:r>
        <w:rPr>
          <w:sz w:val="20"/>
        </w:rPr>
        <w:t>44:51  yeh to bohat mukhtalif tareeqe se quran o hadith mein yeh baat clear ho gayi hai.</w:t>
      </w:r>
      <w:r>
        <w:br/>
      </w:r>
      <w:r>
        <w:rPr>
          <w:sz w:val="20"/>
        </w:rPr>
        <w:t>44:57  to jo log aisa sochte hain, woh un ki apni zaati soch hai, is ka talluq quran o</w:t>
      </w:r>
      <w:r>
        <w:br/>
      </w:r>
      <w:r>
        <w:rPr>
          <w:sz w:val="20"/>
        </w:rPr>
        <w:t>45:02  hadith se nahi hai.</w:t>
      </w:r>
    </w:p>
    <w:p>
      <w:pPr>
        <w:pStyle w:val="Heading2"/>
      </w:pPr>
      <w:r>
        <w:t>Is belief in God enough without prayer?</w:t>
      </w:r>
    </w:p>
    <w:p>
      <w:r>
        <w:rPr>
          <w:color w:val="666666"/>
          <w:sz w:val="18"/>
        </w:rPr>
        <w:t>Faith &amp; God · The Existence of God July 23, 2017 Maulana Wahiduddin Khan · 1m 07s · at 56:24 · https://youtu.be/shLM_JhG3iE?t=3384</w:t>
      </w:r>
    </w:p>
    <w:p>
      <w:r>
        <w:rPr>
          <w:i/>
        </w:rPr>
        <w:t>“Many people say that belief in God is enough, so following a prayer system is not required, as God knows what is in the hearts of its people. What would you say to such belief?”</w:t>
      </w:r>
    </w:p>
    <w:p>
      <w:r>
        <w:rPr>
          <w:sz w:val="20"/>
        </w:rPr>
        <w:t>56:24  Maulana rizwan sahib ne bhopal se sawal bheja hai. unhon ne aap se poocha hai ke "Maulana, many people say that belief in God is enough, so following a prayer system is not required, as God knows what is in the hearts of its people</w:t>
      </w:r>
      <w:r>
        <w:br/>
      </w:r>
      <w:r>
        <w:rPr>
          <w:sz w:val="20"/>
        </w:rPr>
        <w:t>56:42  . What would you say to such belief?" bhai, yeh sab apni raah pe chalna hai. jab aap God manen to aap ko manna parega ke Quran Khuda ki book hai.</w:t>
      </w:r>
      <w:r>
        <w:br/>
      </w:r>
      <w:r>
        <w:rPr>
          <w:sz w:val="20"/>
        </w:rPr>
        <w:t>56:54  aap ko manenge ke Muhammad صلی اللہ علیہ وسلم Khuda ke rasool hain, to aap ko manna parega ke jo Quran mein hai, jo hadith mein hai, wahi right explanation hai God ke belief ka.</w:t>
      </w:r>
      <w:r>
        <w:br/>
      </w:r>
      <w:r>
        <w:rPr>
          <w:sz w:val="20"/>
        </w:rPr>
        <w:t>57:10  alag se kya banayenge aap? ya to aap manen hi nahi, lekin jab bhi aap manenge Allah ko to manna parega Quran ko, manna parega rasool ko, to manna parega phir in sab cheezon ko jo Quran o hadith se sabit hoti hain.</w:t>
      </w:r>
    </w:p>
    <w:p>
      <w:pPr>
        <w:pStyle w:val="Heading2"/>
      </w:pPr>
      <w:r>
        <w:t>Is going to Paradise difficult?</w:t>
      </w:r>
    </w:p>
    <w:p>
      <w:r>
        <w:rPr>
          <w:color w:val="666666"/>
          <w:sz w:val="18"/>
        </w:rPr>
        <w:t>Faith &amp; God · God Gives in Abundance 13 Oct 2019 - Maulana Wahiduddin Khan · 2m 47s · at 43:58 · https://youtu.be/eC4RaczXBzM?t=2638</w:t>
      </w:r>
    </w:p>
    <w:p>
      <w:r>
        <w:rPr>
          <w:i/>
        </w:rPr>
        <w:t>“It was a very hopeful lecture. Many people say that going to Paradise is difficult. Is that correct? Is going to Paradise difficult?”</w:t>
      </w:r>
    </w:p>
    <w:p>
      <w:r>
        <w:rPr>
          <w:sz w:val="20"/>
        </w:rPr>
        <w:t>43:58  maulana, agla sawal boston se asad parvez sahib ne bheja hai. unhone likha hai: "maulana, it was a very hopeful lecture.</w:t>
      </w:r>
      <w:r>
        <w:br/>
      </w:r>
      <w:r>
        <w:rPr>
          <w:sz w:val="20"/>
        </w:rPr>
        <w:t>44:09  many people say that going to paradise is difficult. is that correct? kya jannat jana mushkil hai?" hargiz nahi.</w:t>
      </w:r>
      <w:r>
        <w:br/>
      </w:r>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r>
        <w:br/>
      </w:r>
      <w:r>
        <w:rPr>
          <w:sz w:val="20"/>
        </w:rPr>
        <w:t>44:43  lekin aap kuch na dein, apna paisa aap idhar udhar zaya karein, apna energy idhar udhar zaya karein, apna time idhar udhar zaya karein.</w:t>
      </w:r>
      <w:r>
        <w:br/>
      </w:r>
      <w:r>
        <w:rPr>
          <w:sz w:val="20"/>
        </w:rPr>
        <w:t>44:58  to zahir hai ke aisi haalat mein kyun aap ko jannat mile gi?</w:t>
      </w:r>
      <w:r>
        <w:br/>
      </w:r>
      <w:r>
        <w:rPr>
          <w:sz w:val="20"/>
        </w:rPr>
        <w:t>45:08  Maulana Aamir Mory sahib ne, Aamir Mory sahib ne gawah se likha hai: "My take away from today lecture is that we should always live in Alhamdulillah culture.</w:t>
      </w:r>
      <w:r>
        <w:br/>
      </w:r>
      <w:r>
        <w:rPr>
          <w:sz w:val="20"/>
        </w:rPr>
        <w:t>45:20  We have been blessed with infinite items of shukr, which should definitely make us grateful towards God. Thank you Maulana for instilling this spirit in us.</w:t>
      </w:r>
      <w:r>
        <w:br/>
      </w:r>
      <w:r>
        <w:rPr>
          <w:sz w:val="20"/>
        </w:rPr>
        <w:t>45:32  My question is that what is the criteria of hoping that God will bless us more than what we desire in the hereafter?" is ke bare mein bataein.</w:t>
      </w:r>
      <w:r>
        <w:br/>
      </w:r>
      <w:r>
        <w:rPr>
          <w:sz w:val="20"/>
        </w:rPr>
        <w:t>45:46  dekhiye, Quran ka jo chautha para hai: "lan tanalbirratan faqooru min muhibbeen", aap ki jo mehboob cheez hai, us ko aap dein Allah ke liye.</w:t>
      </w:r>
      <w:r>
        <w:br/>
      </w:r>
      <w:r>
        <w:rPr>
          <w:sz w:val="20"/>
        </w:rPr>
        <w:t>46:01  aap ka maal, aap ke time, aap ki energy, jo aap ko mehboob hai, woh dein Allah ke liye.</w:t>
      </w:r>
      <w:r>
        <w:br/>
      </w:r>
      <w:r>
        <w:rPr>
          <w:sz w:val="20"/>
        </w:rPr>
        <w:t>46:10  yeh nahin ho sakta ke apni mehboob cheez to aap kahin aur dein aur Allah aap ko jannat de de. yeh nahin ho sakta. apni mehboob cheez ko aap ko Allah ke mission mein dena pare ga.</w:t>
      </w:r>
      <w:r>
        <w:br/>
      </w:r>
      <w:r>
        <w:rPr>
          <w:sz w:val="20"/>
        </w:rPr>
        <w:t>46:24  tab to farishtay aap ke intezar mein kharay honge ke</w:t>
      </w:r>
      <w:r>
        <w:br/>
      </w:r>
      <w:r>
        <w:rPr>
          <w:sz w:val="20"/>
        </w:rPr>
        <w:t>46:29  ... lekin agar aap ki mehboob cheez kahin aur aap dein to phir aap ko umeed nahin rakhni chahiye ke farishtay aap ke intezar mein kharay honge.</w:t>
      </w:r>
    </w:p>
    <w:p>
      <w:pPr>
        <w:pStyle w:val="Heading2"/>
      </w:pPr>
      <w:r>
        <w:t>Is hell eternal or temporary punishment?</w:t>
      </w:r>
    </w:p>
    <w:p>
      <w:r>
        <w:rPr>
          <w:color w:val="666666"/>
          <w:sz w:val="18"/>
        </w:rPr>
        <w:t>Faith &amp; God · Man and The Paradise August 11, 2013 Maulana Wahiduddin Khan · 1m 28s · at 1:25:22 · https://youtu.be/m8XdpnaS95U?t=5122</w:t>
      </w:r>
    </w:p>
    <w:p>
      <w:r>
        <w:rPr>
          <w:i/>
        </w:rPr>
        <w:t>“It is believed that in the hereafter, paradise and hell will be eternal, but some scholars say that those in the hell will be there for one day and then they will enter into paradise after their due punishment in the hell. Maulana Sahib, what is your opinion on this? All of this is wishful thinking. They are extracting their own meanings from the Quran and Hadith in a self-made manner. All of this is wishful thinking, wishful thinking. There is no substance to it.”</w:t>
      </w:r>
    </w:p>
    <w:p>
      <w:r>
        <w:rPr>
          <w:sz w:val="20"/>
        </w:rPr>
        <w:t>1:25:22  molana, agla sawal raichur se hai zaheeruddin sahib ka. unhon ne likha hai: molana, it is believed that in aakhirat paradise and hell will be eternal, but some ulama say that those in the hell will be there for one day and then they will enter into paradise after their due punishment in the hell.</w:t>
      </w:r>
      <w:r>
        <w:br/>
      </w:r>
      <w:r>
        <w:rPr>
          <w:sz w:val="20"/>
        </w:rPr>
        <w:t>1:25:44  molana sahib, what is your opinion on this? yeh sab isa isa ko amani kehta hoon main. yeh sab amani hai.</w:t>
      </w:r>
      <w:r>
        <w:br/>
      </w:r>
      <w:r>
        <w:rPr>
          <w:sz w:val="20"/>
        </w:rPr>
        <w:t>1:25:51  khud sakhta tor par quran o hadith se apna matlab nikal rakha hai. yeh sab amani hai, amani. is ki koi harkat nahi hai.</w:t>
      </w:r>
      <w:r>
        <w:br/>
      </w:r>
      <w:r>
        <w:rPr>
          <w:sz w:val="20"/>
        </w:rPr>
        <w:t>1:26:01  yeh amani aap ko bachane wale nahi hain. koi thos dalail par nahi baat hai. yeh sab mauzu rivayatein hain, zaeef rivayatein hain, qisse kahaniyan hain, is se nikal rakha hai yeh sab baatein.</w:t>
      </w:r>
      <w:r>
        <w:br/>
      </w:r>
      <w:r>
        <w:rPr>
          <w:sz w:val="20"/>
        </w:rPr>
        <w:t>1:26:14  dekhen, sab se pehle aap ko quran mein dhoondhna chahiye, sab se pehle.</w:t>
      </w:r>
      <w:r>
        <w:br/>
      </w:r>
      <w:r>
        <w:rPr>
          <w:sz w:val="20"/>
        </w:rPr>
        <w:t>1:26:21  lekin log ulta kya hue hain. logon ka haal kya hai ke mauzu rivayatein, qisse kahaniyan, is se nikalte hain aur quran ko to padhte hain sirf sawab ke liye.</w:t>
      </w:r>
      <w:r>
        <w:br/>
      </w:r>
      <w:r>
        <w:rPr>
          <w:sz w:val="20"/>
        </w:rPr>
        <w:t>1:26:30  yeh ajeeb ghareeb halat hai ummat ka ke quran ko padhte hain sawab ke liye, apna din nikalte hain mauzu rivayaton se, qisse kahaniyon se.</w:t>
      </w:r>
      <w:r>
        <w:br/>
      </w:r>
      <w:r>
        <w:rPr>
          <w:sz w:val="20"/>
        </w:rPr>
        <w:t>1:26:41  to yeh isi ka naam amani hai aur amani aap ko aakhirat mein bachane wale nahi hain.</w:t>
      </w:r>
    </w:p>
    <w:p>
      <w:pPr>
        <w:pStyle w:val="Heading2"/>
      </w:pPr>
      <w:r>
        <w:t>Is it correct to thank God for being in Ummah?</w:t>
      </w:r>
    </w:p>
    <w:p>
      <w:r>
        <w:rPr>
          <w:color w:val="666666"/>
          <w:sz w:val="18"/>
        </w:rPr>
        <w:t>Faith &amp; God · Material Science and Spiritual Science 20 May 2012 · 1m 38s · at 1:19:14 · https://youtu.be/4K6CxjThlxQ?t=4754</w:t>
      </w:r>
    </w:p>
    <w:p>
      <w:r>
        <w:rPr>
          <w:i/>
        </w:rPr>
        <w:t>“Is it correct to say 'Thank God that we are in the Ummah of Muhammad'?”</w:t>
      </w:r>
    </w:p>
    <w:p>
      <w:r>
        <w:rPr>
          <w:sz w:val="20"/>
        </w:rPr>
        <w:t>1:19:14  is ke met pe judge kijiye met par ke woh Hadith jo hai woh is se jo baat nikal rahi hai woh sahi hai ya nahi sahi hai yani aage peeche mat judge kijiye is ko met pe judge kijiye ki sahab ji ki sahab theek hai sahi hai Maulana agla sawal Bangalore se hai Mr Muhammad Yaqoob Umri sahab ka</w:t>
      </w:r>
      <w:r>
        <w:br/>
      </w:r>
      <w:r>
        <w:rPr>
          <w:sz w:val="20"/>
        </w:rPr>
        <w:t>1:19:37  unhon ne likha hai Maulana Khuda ka shukar hai ke hum Ummat e Muhammadiya mein hain kya is tarah ke alfaaz ada karna sahi hai</w:t>
      </w:r>
      <w:r>
        <w:br/>
      </w:r>
      <w:r>
        <w:rPr>
          <w:sz w:val="20"/>
        </w:rPr>
        <w:t>1:19:52  dekhiye sahi galat pehle yeh janiye ke sahi galat ko janchne ka criterion kya hai criterion</w:t>
      </w:r>
      <w:r>
        <w:br/>
      </w:r>
      <w:r>
        <w:rPr>
          <w:sz w:val="20"/>
        </w:rPr>
        <w:t>1:20:02  criterion kya hai</w:t>
      </w:r>
      <w:r>
        <w:br/>
      </w:r>
      <w:r>
        <w:rPr>
          <w:sz w:val="20"/>
        </w:rPr>
        <w:t>1:20:04  sahaba ke baad kaha Hazrat Syed Ibn Jubair tabi ne ke al khutba jab miyar woh hain sahaba jo hain wahi miyar hain to mere ilm ke mutabiq kisi Sahabi ne kabhi yeh jumla nahi bola ise main is ko bidat samajhta hoon agar kisi ko maloom ho ke Sahabi ne aisa kaha ho to mujhe is ka hawala de hawala to main apne aap wapas le loonga</w:t>
      </w:r>
      <w:r>
        <w:br/>
      </w:r>
      <w:r>
        <w:rPr>
          <w:sz w:val="20"/>
        </w:rPr>
        <w:t>1:20:28  agar kahin Sahabi ne jo ke bahs hua Ummat e Muhammad mein shamil the woh yeh jumla kaha hai to theek hai nahi kaha to yeh bidat hai maine dekh kisi Sahabi ne aisa jumla nahi kaha yeh yeh Sahaba ki nafsiyat ke mutabiq nahi hai jumla yeh yeh mubtadiyana nafsiyat ke mutabiq hai</w:t>
      </w:r>
    </w:p>
    <w:p>
      <w:pPr>
        <w:pStyle w:val="Heading2"/>
      </w:pPr>
      <w:r>
        <w:t>Is knowledge of God also a test?</w:t>
      </w:r>
    </w:p>
    <w:p>
      <w:r>
        <w:rPr>
          <w:color w:val="666666"/>
          <w:sz w:val="18"/>
        </w:rPr>
        <w:t>Faith &amp; God · Dars-e-Quran, Ch. 12, V. 105 ; Ch. 10 V. 61 (Study of Nature) | July 15, 2018 · 30s · at 1:03:35 · https://youtu.be/5d-qNvpMg4k?t=3815</w:t>
      </w:r>
    </w:p>
    <w:p>
      <w:r>
        <w:rPr>
          <w:i/>
        </w:rPr>
        <w:t>“Everything is a test, so is the knowledge of God also a test? Explain.”</w:t>
      </w:r>
    </w:p>
    <w:p>
      <w:r>
        <w:rPr>
          <w:sz w:val="20"/>
        </w:rPr>
        <w:t>1:03:35  Maulana agla sawal Shehzad Ahmed sahab ne kiya hai Karachi Pakistan se.</w:t>
      </w:r>
      <w:r>
        <w:br/>
      </w:r>
      <w:r>
        <w:rPr>
          <w:sz w:val="20"/>
        </w:rPr>
        <w:t>1:03:43  unhon ne aap se poocha hai ke har cheez parcha, parcha imtehan hai.</w:t>
      </w:r>
      <w:r>
        <w:br/>
      </w:r>
      <w:r>
        <w:rPr>
          <w:sz w:val="20"/>
        </w:rPr>
        <w:t>1:03:50  to kya Allah ki marifat bhi parcha imtehan hai? Is ke bare mein batayen.</w:t>
      </w:r>
      <w:r>
        <w:br/>
      </w:r>
      <w:r>
        <w:rPr>
          <w:sz w:val="20"/>
        </w:rPr>
        <w:t>1:03:58  parche imtehan kyun kehte hain? Aap yeh kahiye ke yani iman ke irtaqa is ke baghair nahi ho sakta. Yeh kahiye.</w:t>
      </w:r>
    </w:p>
    <w:p>
      <w:pPr>
        <w:pStyle w:val="Heading2"/>
      </w:pPr>
      <w:r>
        <w:t>Is paradise only about fulfilling worldly desires?</w:t>
      </w:r>
    </w:p>
    <w:p>
      <w:r>
        <w:rPr>
          <w:color w:val="666666"/>
          <w:sz w:val="18"/>
        </w:rPr>
        <w:t>Faith &amp; God · The Road to Paradise December 11, 2016 · 1m 25s · at 47:28 · https://youtu.be/iW2QmcY1_yU?t=2848</w:t>
      </w:r>
    </w:p>
    <w:p>
      <w:r>
        <w:rPr>
          <w:i/>
        </w:rPr>
        <w:t>“Many people perceive paradise as a place where they would be able to fulfill all their desires. And mostly Muslims take it as living a good life, like good food, good drink, etc.”</w:t>
      </w:r>
    </w:p>
    <w:p>
      <w:r>
        <w:rPr>
          <w:sz w:val="20"/>
        </w:rPr>
        <w:t>47:28  Maulana, agla sawal Miss Alia Khan ne kiya hai Bhopal se aur unhon ne likha hai: "Maulana sahib</w:t>
      </w:r>
      <w:r>
        <w:br/>
      </w:r>
      <w:r>
        <w:rPr>
          <w:sz w:val="20"/>
        </w:rPr>
        <w:t>47:34  many people perceive paradise as a place where they would be able to fulfill all their desires.</w:t>
      </w:r>
      <w:r>
        <w:br/>
      </w:r>
      <w:r>
        <w:rPr>
          <w:sz w:val="20"/>
        </w:rPr>
        <w:t>47:39  And mostly Muslims take it as living a good life, like good food, good drink, etc.</w:t>
      </w:r>
      <w:r>
        <w:br/>
      </w:r>
      <w:r>
        <w:rPr>
          <w:sz w:val="20"/>
        </w:rPr>
        <w:t>47:44  I want to know from you as to how you perceive paradise.</w:t>
      </w:r>
      <w:r>
        <w:br/>
      </w:r>
      <w:r>
        <w:rPr>
          <w:sz w:val="20"/>
        </w:rPr>
        <w:t>47:49  Please tell all of us about it.</w:t>
      </w:r>
      <w:r>
        <w:br/>
      </w:r>
      <w:r>
        <w:rPr>
          <w:sz w:val="20"/>
        </w:rPr>
        <w:t>47:55  Dekhiye, Quran mein paradise ko nuzool kaha gaya hai.</w:t>
      </w:r>
      <w:r>
        <w:br/>
      </w:r>
      <w:r>
        <w:rPr>
          <w:sz w:val="20"/>
        </w:rPr>
        <w:t>48:01  Nuzool nuzlan min ghafoor raheem is ka matlab hai ke paradise Allah ki Allah ki mezbani hogi.</w:t>
      </w:r>
      <w:r>
        <w:br/>
      </w:r>
      <w:r>
        <w:rPr>
          <w:sz w:val="20"/>
        </w:rPr>
        <w:t>48:08  Paradise Allah ka guest house hai.</w:t>
      </w:r>
      <w:r>
        <w:br/>
      </w:r>
      <w:r>
        <w:rPr>
          <w:sz w:val="20"/>
        </w:rPr>
        <w:t>48:14  Asal cheez yeh hai ke aadmi dunya mein Allah ki marzi ke mutabiq zindagi guzare.</w:t>
      </w:r>
      <w:r>
        <w:br/>
      </w:r>
      <w:r>
        <w:rPr>
          <w:sz w:val="20"/>
        </w:rPr>
        <w:t>48:21  Asal cheez yeh hai.</w:t>
      </w:r>
      <w:r>
        <w:br/>
      </w:r>
      <w:r>
        <w:rPr>
          <w:sz w:val="20"/>
        </w:rPr>
        <w:t>48:27  To jo aadmi dunya mein sirat e mustaqeem par chale, Allah ki marzi par zindagi guzare, do's and don'ts</w:t>
      </w:r>
      <w:r>
        <w:br/>
      </w:r>
      <w:r>
        <w:rPr>
          <w:sz w:val="20"/>
        </w:rPr>
        <w:t>48:34  ke mamle mein woh Allah ke hukum ko maane, to wahan par us ko yeh inaam mile ga</w:t>
      </w:r>
      <w:r>
        <w:br/>
      </w:r>
      <w:r>
        <w:rPr>
          <w:sz w:val="20"/>
        </w:rPr>
        <w:t>48:40  ke woh Khuda ke jo guest house hai, wahan us ko dakhila mile ga.</w:t>
      </w:r>
      <w:r>
        <w:br/>
      </w:r>
      <w:r>
        <w:rPr>
          <w:sz w:val="20"/>
        </w:rPr>
        <w:t>48:47  Yeh hai jo Musalman samajhte hain, woh bilkul hi sahi nahi hai.</w:t>
      </w:r>
    </w:p>
    <w:p>
      <w:pPr>
        <w:pStyle w:val="Heading2"/>
      </w:pPr>
      <w:r>
        <w:t>Is saying 'I am Muslim and proud' justified?</w:t>
      </w:r>
    </w:p>
    <w:p>
      <w:r>
        <w:rPr>
          <w:color w:val="666666"/>
          <w:sz w:val="18"/>
        </w:rPr>
        <w:t>Faith &amp; God · Life After Death January 22, 2012 · 2m 03s · at 1:20:03 · https://youtu.be/5hVH1BLKBF4?t=4803</w:t>
      </w:r>
    </w:p>
    <w:p>
      <w:r>
        <w:rPr>
          <w:i/>
        </w:rPr>
        <w:t>“I hear many Muslims saying 'I am Muslim and proud of it.' Is this line justified? Please clarify.”</w:t>
      </w:r>
    </w:p>
    <w:p>
      <w:r>
        <w:rPr>
          <w:sz w:val="20"/>
        </w:rPr>
        <w:t>1:20:03  Maulana, agla sawal Hyderabad se aaya hai Mr. Ahd Sham Hasnain ka. unhon ne likha hai: "Molana, I hear many Muslims saying 'I am Muslim and proud of it.' Is this line justified?</w:t>
      </w:r>
      <w:r>
        <w:br/>
      </w:r>
      <w:r>
        <w:rPr>
          <w:sz w:val="20"/>
        </w:rPr>
        <w:t>1:20:17  Please clarify."</w:t>
      </w:r>
      <w:r>
        <w:br/>
      </w:r>
      <w:r>
        <w:rPr>
          <w:sz w:val="20"/>
        </w:rPr>
        <w:t>1:20:20  yeh to bohat bari burai hai jo aaj ke yeh Musalmanon mein hai. dekhiye har cheez ko aap ko Judge karna chahiye Sahaba se.</w:t>
      </w:r>
      <w:r>
        <w:br/>
      </w:r>
      <w:r>
        <w:rPr>
          <w:sz w:val="20"/>
        </w:rPr>
        <w:t>1:20:32  koi ek Sahabi mujhe bata diya jo yeh kaha ho kehta ho ke mujhe fakhr hai ke main Muslim hoon, main fakhr hai ke mujhe Islam mila hai. koi koi ek Sahabi nahi.</w:t>
      </w:r>
      <w:r>
        <w:br/>
      </w:r>
      <w:r>
        <w:rPr>
          <w:sz w:val="20"/>
        </w:rPr>
        <w:t>1:20:43  to yeh kahan se nikla? yeh to Shaitan ki sunnat hai.</w:t>
      </w:r>
      <w:r>
        <w:br/>
      </w:r>
      <w:r>
        <w:rPr>
          <w:sz w:val="20"/>
        </w:rPr>
        <w:t>1:20:46  Shaitan ne fakhr kiya tha: "ana khayrun minhu" . Shaitan ne kaha tha: "ana khayrun minhu" . aur fakhr kiya tha ke main behtar hoon Adam se.</w:t>
      </w:r>
      <w:r>
        <w:br/>
      </w:r>
      <w:r>
        <w:rPr>
          <w:sz w:val="20"/>
        </w:rPr>
        <w:t>1:20:57  to yeh jo hai is Shaitan ki sunnat hai, yeh Rasool Allah ki sunnat nahi hai, yeh Sahaba ki sunnat hai.</w:t>
      </w:r>
      <w:r>
        <w:br/>
      </w:r>
      <w:r>
        <w:rPr>
          <w:sz w:val="20"/>
        </w:rPr>
        <w:t>1:21:04  fakhr ka kalma jo hai yeh Shaitan ka kalma hai. Shaitan ka kalma hai: "ana khayrun minhu" . fakhr ke maani kya hain?</w:t>
      </w:r>
      <w:r>
        <w:br/>
      </w:r>
      <w:r>
        <w:rPr>
          <w:sz w:val="20"/>
        </w:rPr>
        <w:t>1:21:14  ke main main behtar hoon, main Superior hoon. yeh to Shaitan ki Shaitan ki Shaitan ke peeche chalna hai.</w:t>
      </w:r>
      <w:r>
        <w:br/>
      </w:r>
      <w:r>
        <w:rPr>
          <w:sz w:val="20"/>
        </w:rPr>
        <w:t>1:21:25  Islam ka jo hai woh Modesty hai, tawazu hai. Modesty, tawazu. fakhr har giz nahi hai.</w:t>
      </w:r>
      <w:r>
        <w:br/>
      </w:r>
      <w:r>
        <w:rPr>
          <w:sz w:val="20"/>
        </w:rPr>
        <w:t>1:21:36  jo log fakhr karte hain woh Allah ki pakad mein aayenge ke tum ne tum ko chalna chahiye tha Rasool Allah ki sunnat par aur tum chale Shaitan ki sunnat par.</w:t>
      </w:r>
      <w:r>
        <w:br/>
      </w:r>
      <w:r>
        <w:rPr>
          <w:sz w:val="20"/>
        </w:rPr>
        <w:t>1:21:49  yaani tum ko chahiye tha ke Rasool aur Sahaba Rasool ki misalein tumhare paas theen, un ki sunnat pe chalte tum. un ko chhod ke tum Shaitan ke raaste chal pade. yeh to bohat bara bilashuba gunah hai, is mein koi sawab ki baat nahi.</w:t>
      </w:r>
    </w:p>
    <w:p>
      <w:pPr>
        <w:pStyle w:val="Heading2"/>
      </w:pPr>
      <w:r>
        <w:t>Is the Shaitan with Every Person Literal?</w:t>
      </w:r>
    </w:p>
    <w:p>
      <w:r>
        <w:rPr>
          <w:color w:val="666666"/>
          <w:sz w:val="18"/>
        </w:rPr>
        <w:t>Faith &amp; God · Divine Help September 22, 2015 · 4m 45s · at 57:32 · https://youtu.be/sozrNCif0Gg?t=3452</w:t>
      </w:r>
    </w:p>
    <w:p>
      <w:r>
        <w:rPr>
          <w:i/>
        </w:rPr>
        <w:t>“It is said that there is a shaitan with every person. Does this mean that there is a jinn physically present with us or is it just a symbolic saying? What does it mean?”</w:t>
      </w:r>
    </w:p>
    <w:p>
      <w:r>
        <w:rPr>
          <w:sz w:val="20"/>
        </w:rPr>
        <w:t>57:32  Maulana, agla sawal Kuwait se Asad Parvez sahab ne bheja hai. Unhon ne likha hai: "Molana, it is said that there is a shaitan with every person</w:t>
      </w:r>
      <w:r>
        <w:br/>
      </w:r>
      <w:r>
        <w:rPr>
          <w:sz w:val="20"/>
        </w:rPr>
        <w:t>57:42  . Does this mean that there is a jinn physically present with us or is it just a symbolic saying? What does it mean?" dekhiye, is ko aap ek dam aap chahein ke specific andaaz mein jaan saken to aap yeh jaan saken ge.</w:t>
      </w:r>
      <w:r>
        <w:br/>
      </w:r>
      <w:r>
        <w:rPr>
          <w:sz w:val="20"/>
        </w:rPr>
        <w:t>58:02  kyun ke yeh haqeeqat hai. Quran mein is tareeqe se nahin bayan ki gayi jaise ke yeh Dilli hai, yeh Multan hai.</w:t>
      </w:r>
      <w:r>
        <w:br/>
      </w:r>
      <w:r>
        <w:rPr>
          <w:sz w:val="20"/>
        </w:rPr>
        <w:t>58:12  to aap ko yani jitna bayan hua hai, usi ke lihaaz se yaqeen karna padega.</w:t>
      </w:r>
      <w:r>
        <w:br/>
      </w:r>
      <w:r>
        <w:rPr>
          <w:sz w:val="20"/>
        </w:rPr>
        <w:t>58:21  is se zyada janna chahein aap to woh possible hi nahin hai. Is ke liye aap wait kijiye qayamat tak ka.</w:t>
      </w:r>
      <w:r>
        <w:br/>
      </w:r>
      <w:r>
        <w:rPr>
          <w:sz w:val="20"/>
        </w:rPr>
        <w:t>58:33  Maulana, ek comment parhna chahenge jo Bangalore se Ms. Syeda Fauzana Hussain ne bheja hai. Unhon ne likha hai</w:t>
      </w:r>
      <w:r>
        <w:br/>
      </w:r>
      <w:r>
        <w:rPr>
          <w:sz w:val="20"/>
        </w:rPr>
        <w:t>58:41  : "Molana sahib, listening to your lecture, I came to my own understanding that our Quran is God's guidelines bestowed upon human beings.</w:t>
      </w:r>
      <w:r>
        <w:br/>
      </w:r>
      <w:r>
        <w:rPr>
          <w:sz w:val="20"/>
        </w:rPr>
        <w:t>58:54  And by reading it in depth and following its principles meticulously, we will definitely find solutions to each of the problems that we face in day-to-day lives.</w:t>
      </w:r>
      <w:r>
        <w:br/>
      </w:r>
      <w:r>
        <w:rPr>
          <w:sz w:val="20"/>
        </w:rPr>
        <w:t>59:08  As God has already predicted the problems we might face in the future and has given us the right solution to it. Some are direct and some are indirect.</w:t>
      </w:r>
      <w:r>
        <w:br/>
      </w:r>
      <w:r>
        <w:rPr>
          <w:sz w:val="20"/>
        </w:rPr>
        <w:t>59:19  So first we have to take up the challenge to apply it appropriately and help ourselves. And I believe in every step God is beside us, guiding us to light from darkness.</w:t>
      </w:r>
      <w:r>
        <w:br/>
      </w:r>
      <w:r>
        <w:rPr>
          <w:sz w:val="20"/>
        </w:rPr>
        <w:t>59:35  Life and problems are two sides to a coin, and we cannot run away from it, rather face it courageously. Thank you for this beautiful enlightenment." dekhiye,</w:t>
      </w:r>
      <w:r>
        <w:br/>
      </w:r>
      <w:r>
        <w:rPr>
          <w:sz w:val="20"/>
        </w:rPr>
        <w:t>59:49  aap ne baat to sahi kahi hai lekin is specific andaaz mein nahin bataya aap ne. Bahut achhi baat hai.</w:t>
      </w:r>
      <w:r>
        <w:br/>
      </w:r>
      <w:r>
        <w:rPr>
          <w:sz w:val="20"/>
        </w:rPr>
        <w:t>59:59  is specific kya hai ke main ne discover kiya, is ko bataya nahin aap ne ke do aayaton ke beech mein rabt hum samajhte the ke yahi jahan hum ne padha, wahan yeh bataya jata tha.</w:t>
      </w:r>
      <w:r>
        <w:br/>
      </w:r>
      <w:r>
        <w:rPr>
          <w:sz w:val="20"/>
        </w:rPr>
        <w:t>1:00:15  do aayaton ka rabt jo hai, wahi sab se important hai. Nahin, sari aayaton ko jis tarah aap badal ke roop mein dekhiye,</w:t>
      </w:r>
      <w:r>
        <w:br/>
      </w:r>
      <w:r>
        <w:rPr>
          <w:sz w:val="20"/>
        </w:rPr>
        <w:t>1:00:25  maslan main ne misaal di aap ko ke aap ne Allah ke mission ko apnaya, is ke liye khade hue, aap is ke liye struggle shuru kiya.</w:t>
      </w:r>
      <w:r>
        <w:br/>
      </w:r>
      <w:r>
        <w:rPr>
          <w:sz w:val="20"/>
        </w:rPr>
        <w:t>1:00:35  to doosri ayat jo wahin kahin nahin hai,</w:t>
      </w:r>
      <w:r>
        <w:br/>
      </w:r>
      <w:r>
        <w:rPr>
          <w:sz w:val="20"/>
        </w:rPr>
        <w:t>1:00:39  doosri jagah hai ke asma o bara. Doosri jagah hai ke Allah taala kehta hai Allah ke apne bando se ke main tum ko dekh raha hoon, main tum ko tumhare saath hoon, main tumhare madadgar ke taur par tumhare saath saath chal raha hoon.</w:t>
      </w:r>
      <w:r>
        <w:br/>
      </w:r>
      <w:r>
        <w:rPr>
          <w:sz w:val="20"/>
        </w:rPr>
        <w:t>1:00:59  ab yeh is mein bulaya mein ne, tab meri samajh mein aaya ke Allah ki rah mein chalna ke liye zaroori hai ke aap yeh yaqeen karein ke Allah aap ke sath hai, aap ke sath sath chal raha hai.</w:t>
      </w:r>
      <w:r>
        <w:br/>
      </w:r>
      <w:r>
        <w:rPr>
          <w:sz w:val="20"/>
        </w:rPr>
        <w:t>1:01:11  to woh is ayat mein nahi hai, woh doosri ayat mein hai. to Quran mein jo yeh mein ne aap se arz kiya ke Quran mein jo style hai, woh jis tarah fazl ki style hai, woh woh nazm banl ayat ki style hai hi nahi.</w:t>
      </w:r>
      <w:r>
        <w:br/>
      </w:r>
      <w:r>
        <w:rPr>
          <w:sz w:val="20"/>
        </w:rPr>
        <w:t>1:01:30  yani wohin kahin nazm hai, wohin kahin janiye is ko to aap phanse rahenge. nahi, jis tarah fazl ka jo tareeqa hai, is ke lehaz se aap dekhenge.</w:t>
      </w:r>
      <w:r>
        <w:br/>
      </w:r>
      <w:r>
        <w:rPr>
          <w:sz w:val="20"/>
        </w:rPr>
        <w:t>1:01:41  yahan wahan, yahan wahan jo phaili hui ayatein hain, un un mein references hain, un ko discover kijiye. tab aap ko sahi rehnumai milegi.</w:t>
      </w:r>
      <w:r>
        <w:br/>
      </w:r>
      <w:r>
        <w:rPr>
          <w:sz w:val="20"/>
        </w:rPr>
        <w:t>1:01:52  is ko hi pakdiye aap.</w:t>
      </w:r>
      <w:r>
        <w:br/>
      </w:r>
      <w:r>
        <w:rPr>
          <w:sz w:val="20"/>
        </w:rPr>
        <w:t>1:01:59  mol</w:t>
      </w:r>
      <w:r>
        <w:br/>
      </w:r>
      <w:r>
        <w:rPr>
          <w:sz w:val="20"/>
        </w:rPr>
        <w:t>1:02:00  ana azhar mubarak sahib ne bhagalpur se likha hai: "maulana sahib, every time I experience that you do a great intellectual session and very creatively, your ideas are always new and original.</w:t>
      </w:r>
    </w:p>
    <w:p>
      <w:pPr>
        <w:pStyle w:val="Heading2"/>
      </w:pPr>
      <w:r>
        <w:t>Is visualizing God right or wrong?</w:t>
      </w:r>
    </w:p>
    <w:p>
      <w:r>
        <w:rPr>
          <w:color w:val="666666"/>
          <w:sz w:val="18"/>
        </w:rPr>
        <w:t>Faith &amp; God · Q&amp;A 11 Jul 2010 Maulana Wahiduddin Khan · 1m 18s · at 6:42 · https://youtu.be/UHtdtzGGwFQ?t=402</w:t>
      </w:r>
    </w:p>
    <w:p>
      <w:r>
        <w:rPr>
          <w:i/>
        </w:rPr>
        <w:t>“If someone visualizes God, please tell me, is it right or wrong?”</w:t>
      </w:r>
    </w:p>
    <w:p>
      <w:r>
        <w:rPr>
          <w:sz w:val="20"/>
        </w:rPr>
        <w:t>6:42  maulana, agla sawal kya hai? mister salman ahmed ne, dilli se. unhon ne likha hai keh "If someone visualizes God, please tell me, is it right or wrong?"</w:t>
      </w:r>
      <w:r>
        <w:br/>
      </w:r>
      <w:r>
        <w:rPr>
          <w:sz w:val="20"/>
        </w:rPr>
        <w:t>6:54  bilkul jhoot hai. yeh sufia ne ek bid'at nikali hai keh woh muraqba karte the, un ko jhalliyan dikhayi thin, unhon ne kaha tha, unhon ne Khuda ko dekha.</w:t>
      </w:r>
      <w:r>
        <w:br/>
      </w:r>
      <w:r>
        <w:rPr>
          <w:sz w:val="20"/>
        </w:rPr>
        <w:t>7:03  sab phir jhooti baaten hain. hadith ne kaha hai keh jis ne kaha keh rasool Allah ne Khuda ko dekha, to jhoot kaha. waqt kazib.</w:t>
      </w:r>
      <w:r>
        <w:br/>
      </w:r>
      <w:r>
        <w:rPr>
          <w:sz w:val="20"/>
        </w:rPr>
        <w:t>7:13  tujhe rasool Allah ne nahi dekha, to doosra kaun dekh sakta hai? sab shaitani baaten hain. is se toba karna chahiye. aap Khuda ko dekh nahi sakte is duniya mein.</w:t>
      </w:r>
      <w:r>
        <w:br/>
      </w:r>
      <w:r>
        <w:rPr>
          <w:sz w:val="20"/>
        </w:rPr>
        <w:t>7:23  aakhirat mein dekhenge, inshallah. yahan nahi dekh sakte. yahan to aap ko Khuda ko yaad karna hai, Khuda ki kitab ko padhna hai,</w:t>
      </w:r>
      <w:r>
        <w:br/>
      </w:r>
      <w:r>
        <w:rPr>
          <w:sz w:val="20"/>
        </w:rPr>
        <w:t>7:30  Khuda par ghor o fikr karna hai, aur Khuda ki sifat mein, us ke attribute mein Khuda ko pana hai. yaad rakhiye, Khuda ki zaat mein aap nahi pa sakte Khuda ko.</w:t>
      </w:r>
      <w:r>
        <w:br/>
      </w:r>
      <w:r>
        <w:rPr>
          <w:sz w:val="20"/>
        </w:rPr>
        <w:t>7:41  koi koi aap Khuda ki zaat ko. haan, us ki us ka creation samne hai hamare.</w:t>
      </w:r>
      <w:r>
        <w:br/>
      </w:r>
      <w:r>
        <w:rPr>
          <w:sz w:val="20"/>
        </w:rPr>
        <w:t>7:48  us ka har cheez jo hai, har cheez mein Khuda ka kamalat dikhayi de rahe hain.</w:t>
      </w:r>
      <w:r>
        <w:br/>
      </w:r>
      <w:r>
        <w:rPr>
          <w:sz w:val="20"/>
        </w:rPr>
        <w:t>7:56  wahan Khuda ko discover kijiye.</w:t>
      </w:r>
    </w:p>
    <w:p>
      <w:pPr>
        <w:pStyle w:val="Heading2"/>
      </w:pPr>
      <w:r>
        <w:t>Is your teaching from Allah or personal?</w:t>
      </w:r>
    </w:p>
    <w:p>
      <w:r>
        <w:rPr>
          <w:color w:val="666666"/>
          <w:sz w:val="18"/>
        </w:rPr>
        <w:t>Faith &amp; God · Dars-e-Quran, Chapter 2, Verses 67-73, May 6, 2018 · 1m 29s · at 49:24 · https://youtu.be/JAsg4SpiVDU?t=2964</w:t>
      </w:r>
    </w:p>
    <w:p>
      <w:r>
        <w:rPr>
          <w:i/>
        </w:rPr>
        <w:t>“I want to know that whatever you speak, what is its truth? Is it your personal thoughts or from Allah?”</w:t>
      </w:r>
    </w:p>
    <w:p>
      <w:r>
        <w:rPr>
          <w:sz w:val="20"/>
        </w:rPr>
        <w:t>49:24  maulana, agla sawal dilli se kya hai? om prakash jaiswal sahab ne, unhon ne likha hai: "maulana sahab, aap ko parnam!</w:t>
      </w:r>
      <w:r>
        <w:br/>
      </w:r>
      <w:r>
        <w:rPr>
          <w:sz w:val="20"/>
        </w:rPr>
        <w:t>49:34  mein janna chahta hoon ke aap jo kuch bhi bolte hain, us ka source kya hai? kya yeh aap ke niji vichar hain ya Allah ke?</w:t>
      </w:r>
      <w:r>
        <w:br/>
      </w:r>
      <w:r>
        <w:rPr>
          <w:sz w:val="20"/>
        </w:rPr>
        <w:t>49:45  is ke bare mein bataein."</w:t>
      </w:r>
      <w:r>
        <w:br/>
      </w:r>
      <w:r>
        <w:rPr>
          <w:sz w:val="20"/>
        </w:rPr>
        <w:t>49:53  dekhiye, mein bachpan se le kar aaj tak sab se zyada padhta hoon Quran aur hadith.</w:t>
      </w:r>
      <w:r>
        <w:br/>
      </w:r>
      <w:r>
        <w:rPr>
          <w:sz w:val="20"/>
        </w:rPr>
        <w:t>50:04  pehle hi padhta tha, aaj bhi Quran aur hadith. mein akabir ki cheezon ka qail nahi hoon. log akabir mein phanse rehte hain.</w:t>
      </w:r>
      <w:r>
        <w:br/>
      </w:r>
      <w:r>
        <w:rPr>
          <w:sz w:val="20"/>
        </w:rPr>
        <w:t>50:15  jis ko dekhiye, woh akabir mein phansa hua hai. mein Quran aur hadith se baaton ko nikalta hoon. akabir ko bas ek historical فنا karna, historical figure ki taraf bandhta hoon.</w:t>
      </w:r>
      <w:r>
        <w:br/>
      </w:r>
      <w:r>
        <w:rPr>
          <w:sz w:val="20"/>
        </w:rPr>
        <w:t>50:30  mein tareekh mein woh paida hui hain, lekin mein un ko mayar nahi manta. to meri baatein sab ki sab hadith aur Quran se nikli hui hoti hain,</w:t>
      </w:r>
      <w:r>
        <w:br/>
      </w:r>
      <w:r>
        <w:rPr>
          <w:sz w:val="20"/>
        </w:rPr>
        <w:t>50:43  akabir se nikli hui nahi hoti. ise jis ki samajh mein nahi aata, woh isi liye nahi samajh mein aata.</w:t>
      </w:r>
    </w:p>
    <w:p>
      <w:pPr>
        <w:pStyle w:val="Heading2"/>
      </w:pPr>
      <w:r>
        <w:t>Islam as discovery and choice</w:t>
      </w:r>
    </w:p>
    <w:p>
      <w:r>
        <w:rPr>
          <w:color w:val="666666"/>
          <w:sz w:val="18"/>
        </w:rPr>
        <w:t>Faith &amp; God · Divine Help February 09, 2014 Maulana Wahiduddin Khan · 3m 51s · at 58:29 · https://youtu.be/eJBjiYGZcKY?t=3509</w:t>
      </w:r>
    </w:p>
    <w:p>
      <w:r>
        <w:rPr>
          <w:i/>
        </w:rPr>
        <w:t>“Maulana, you say that Islam is a matter of discovery and choice for both Muslims and non-Muslims.”</w:t>
      </w:r>
    </w:p>
    <w:p>
      <w:r>
        <w:rPr>
          <w:sz w:val="20"/>
        </w:rPr>
        <w:t>58:29  Maulana agla sawal aaya hai kolkata se doctor roshan kumar jha ka.</w:t>
      </w:r>
      <w:r>
        <w:br/>
      </w:r>
      <w:r>
        <w:rPr>
          <w:sz w:val="20"/>
        </w:rPr>
        <w:t>58:34  انہوں نے لکھا ہے: Maulana Sahib, you say that Islam is a matter of discovery and choice for</w:t>
      </w:r>
      <w:r>
        <w:br/>
      </w:r>
      <w:r>
        <w:rPr>
          <w:sz w:val="20"/>
        </w:rPr>
        <w:t>58:39  both muslims and non-muslims.</w:t>
      </w:r>
      <w:r>
        <w:br/>
      </w:r>
      <w:r>
        <w:rPr>
          <w:sz w:val="20"/>
        </w:rPr>
        <w:t>58:44  and that it is not something that is received as an inheritance.</w:t>
      </w:r>
      <w:r>
        <w:br/>
      </w:r>
      <w:r>
        <w:rPr>
          <w:sz w:val="20"/>
        </w:rPr>
        <w:t>58:50  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r>
        <w:br/>
      </w:r>
      <w:r>
        <w:rPr>
          <w:sz w:val="20"/>
        </w:rPr>
        <w:t>59:19  dekhiye aap meri kitab padhiye Islam rediscovered.</w:t>
      </w:r>
      <w:r>
        <w:br/>
      </w:r>
      <w:r>
        <w:rPr>
          <w:sz w:val="20"/>
        </w:rPr>
        <w:t>59:23  Islam rediscovered yeh meri kitab is ko aap padhiye aap.</w:t>
      </w:r>
      <w:r>
        <w:br/>
      </w:r>
      <w:r>
        <w:rPr>
          <w:sz w:val="20"/>
        </w:rPr>
        <w:t>59:28  yeh bohat bari bhool hai ke log samajhte hain ke musalman paidaishi taur par musalman banta hai.</w:t>
      </w:r>
      <w:r>
        <w:br/>
      </w:r>
      <w:r>
        <w:rPr>
          <w:sz w:val="20"/>
        </w:rPr>
        <w:t>59:32  yani paida ho gaya to musalman hai.</w:t>
      </w:r>
      <w:r>
        <w:br/>
      </w:r>
      <w:r>
        <w:rPr>
          <w:sz w:val="20"/>
        </w:rPr>
        <w:t>59:37  yeh bilkul hi be asal baat hai.</w:t>
      </w:r>
      <w:r>
        <w:br/>
      </w:r>
      <w:r>
        <w:rPr>
          <w:sz w:val="20"/>
        </w:rPr>
        <w:t>59:41  paidaish se koi musalman nahi banta.</w:t>
      </w:r>
      <w:r>
        <w:br/>
      </w:r>
      <w:r>
        <w:rPr>
          <w:sz w:val="20"/>
        </w:rPr>
        <w:t>59:46  chahe muslim ghar mein paida ho ya non-Muslim ghar mein paida ho.</w:t>
      </w:r>
      <w:r>
        <w:br/>
      </w:r>
      <w:r>
        <w:rPr>
          <w:sz w:val="20"/>
        </w:rPr>
        <w:t>59:50  islam ko is ko daryaft hi karna hai.</w:t>
      </w:r>
      <w:r>
        <w:br/>
      </w:r>
      <w:r>
        <w:rPr>
          <w:sz w:val="20"/>
        </w:rPr>
        <w:t>59:55  donon ko daryaft karna hai.</w:t>
      </w:r>
      <w:r>
        <w:br/>
      </w:r>
      <w:r>
        <w:rPr>
          <w:sz w:val="20"/>
        </w:rPr>
        <w:t>1:00:00  islam ko matlab sachai ko.</w:t>
      </w:r>
      <w:r>
        <w:br/>
      </w:r>
      <w:r>
        <w:rPr>
          <w:sz w:val="20"/>
        </w:rPr>
        <w:t>1:00:04  dekhiye sachai wohi hai jo aap ki discovery ho.</w:t>
      </w:r>
      <w:r>
        <w:br/>
      </w:r>
      <w:r>
        <w:rPr>
          <w:sz w:val="20"/>
        </w:rPr>
        <w:t>1:00:09  jo aap ki discovery na ho woh sachai hi nahi hai.</w:t>
      </w:r>
      <w:r>
        <w:br/>
      </w:r>
      <w:r>
        <w:rPr>
          <w:sz w:val="20"/>
        </w:rPr>
        <w:t>1:00:13  mamma arafu min al-haqq jo quran mein aaya hai.</w:t>
      </w:r>
      <w:r>
        <w:br/>
      </w:r>
      <w:r>
        <w:rPr>
          <w:sz w:val="20"/>
        </w:rPr>
        <w:t>1:00:18  yeh bilkul bohat hi zyada yani sachai ko yani kamtar samajhna hai, kamtar.</w:t>
      </w:r>
      <w:r>
        <w:br/>
      </w:r>
      <w:r>
        <w:rPr>
          <w:sz w:val="20"/>
        </w:rPr>
        <w:t>1:00:22  ke aap samjhein ke zuban se kuch bol do to sachai mil gayi aap ko.</w:t>
      </w:r>
      <w:r>
        <w:br/>
      </w:r>
      <w:r>
        <w:rPr>
          <w:sz w:val="20"/>
        </w:rPr>
        <w:t>1:00:27  la ilaha parh do sachai mil gayi aap ko.</w:t>
      </w:r>
      <w:r>
        <w:br/>
      </w:r>
      <w:r>
        <w:rPr>
          <w:sz w:val="20"/>
        </w:rPr>
        <w:t>1:00:32  kuch bhi nahi.</w:t>
      </w:r>
      <w:r>
        <w:br/>
      </w:r>
      <w:r>
        <w:rPr>
          <w:sz w:val="20"/>
        </w:rPr>
        <w:t>1:00:36  koi aadmi muslim paida ho, muslim ghar mein paida ho ya non-Muslim ghar mein.</w:t>
      </w:r>
      <w:r>
        <w:br/>
      </w:r>
      <w:r>
        <w:rPr>
          <w:sz w:val="20"/>
        </w:rPr>
        <w:t>1:00:41  donon ki halat ek hai.</w:t>
      </w:r>
      <w:r>
        <w:br/>
      </w:r>
      <w:r>
        <w:rPr>
          <w:sz w:val="20"/>
        </w:rPr>
        <w:t>1:00:45  har ek ko har ek ko sachai ko daryaft karna hai.</w:t>
      </w:r>
      <w:r>
        <w:br/>
      </w:r>
      <w:r>
        <w:rPr>
          <w:sz w:val="20"/>
        </w:rPr>
        <w:t>1:00:50  har ek ko sachai ko daryaft karna hai.</w:t>
      </w:r>
      <w:r>
        <w:br/>
      </w:r>
      <w:r>
        <w:rPr>
          <w:sz w:val="20"/>
        </w:rPr>
        <w:t>1:00:54  isi liye quran mein aaya hai ke ya aap ghor kijiye is ka matlab kya hai? Ae iman</w:t>
      </w:r>
      <w:r>
        <w:br/>
      </w:r>
      <w:r>
        <w:rPr>
          <w:sz w:val="20"/>
        </w:rPr>
        <w:t>1:00:59  laye, ae iman lanay walon iman lao.</w:t>
      </w:r>
      <w:r>
        <w:br/>
      </w:r>
      <w:r>
        <w:rPr>
          <w:sz w:val="20"/>
        </w:rPr>
        <w:t>1:01:03  kya matlab is ka? Ya ayyuha al-nas keh kar bhi ek quran mein kaha gaya hai.</w:t>
      </w:r>
      <w:r>
        <w:br/>
      </w:r>
      <w:r>
        <w:rPr>
          <w:sz w:val="20"/>
        </w:rPr>
        <w:t>1:01:08  aur ya ayyuha allazina amanu se bhi keh kar bhi yahi kaha gaya hai.</w:t>
      </w:r>
      <w:r>
        <w:br/>
      </w:r>
      <w:r>
        <w:rPr>
          <w:sz w:val="20"/>
        </w:rPr>
        <w:t>1:01:13  yeh yeh farq hi galat hai, yeh ek categorization galat hai yeh.</w:t>
      </w:r>
      <w:r>
        <w:br/>
      </w:r>
      <w:r>
        <w:rPr>
          <w:sz w:val="20"/>
        </w:rPr>
        <w:t>1:01:17  yeh sachai ko bohat hi kam samajhna hai.</w:t>
      </w:r>
      <w:r>
        <w:br/>
      </w:r>
      <w:r>
        <w:rPr>
          <w:sz w:val="20"/>
        </w:rPr>
        <w:t>1:01:22  sachai ke muamle ko bohat kam samajhna hai.</w:t>
      </w:r>
      <w:r>
        <w:br/>
      </w:r>
      <w:r>
        <w:rPr>
          <w:sz w:val="20"/>
        </w:rPr>
        <w:t>1:01:26  har aadmi ko conscious level par discover karna hai sachai ko.</w:t>
      </w:r>
      <w:r>
        <w:br/>
      </w:r>
      <w:r>
        <w:rPr>
          <w:sz w:val="20"/>
        </w:rPr>
        <w:t>1:01:31  isi waqt is ke andar conviction aaye ga aur yaqeen aaye ga.</w:t>
      </w:r>
      <w:r>
        <w:br/>
      </w:r>
      <w:r>
        <w:rPr>
          <w:sz w:val="20"/>
        </w:rPr>
        <w:t>1:01:35  jo aisa nahi kare ga to is ke liye mazhab ya sachai aik aik rasmi yani aik rasmi cheez hogi.</w:t>
      </w:r>
      <w:r>
        <w:br/>
      </w:r>
      <w:r>
        <w:rPr>
          <w:sz w:val="20"/>
        </w:rPr>
        <w:t>1:01:40  kuch munh se bol, kuch munh se bolay hue alfaaz honge bas.</w:t>
      </w:r>
      <w:r>
        <w:br/>
      </w:r>
      <w:r>
        <w:rPr>
          <w:sz w:val="20"/>
        </w:rPr>
        <w:t>1:01:45  woh kuch bhi is ki koi haqeeqat nahi hai.</w:t>
      </w:r>
      <w:r>
        <w:br/>
      </w:r>
      <w:r>
        <w:rPr>
          <w:sz w:val="20"/>
        </w:rPr>
        <w:t>1:01:49  Allah ke nazdeek koi value nahi hai.</w:t>
      </w:r>
      <w:r>
        <w:br/>
      </w:r>
      <w:r>
        <w:rPr>
          <w:sz w:val="20"/>
        </w:rPr>
        <w:t>1:01:54  mamma arfo min al-haq jo Quran majeed mein hai to wohi har aik ka hai.</w:t>
      </w:r>
      <w:r>
        <w:br/>
      </w:r>
      <w:r>
        <w:rPr>
          <w:sz w:val="20"/>
        </w:rPr>
        <w:t>1:01:58  ke aap ko marfat ke darjay mein hasil karna hai sachai ko.</w:t>
      </w:r>
      <w:r>
        <w:br/>
      </w:r>
      <w:r>
        <w:rPr>
          <w:sz w:val="20"/>
        </w:rPr>
        <w:t>1:02:03  tab woh sachai aap ke liye sachai hai warna woh kuch bhi nahi, nothing.</w:t>
      </w:r>
      <w:r>
        <w:br/>
      </w:r>
      <w:r>
        <w:rPr>
          <w:sz w:val="20"/>
        </w:rPr>
        <w:t>1:02:07  Maulana agla question lene se pehle aik comment parhna chahenge jo Ajmer se Dr. Safina Tabassum ne bheja hai.</w:t>
      </w:r>
      <w:r>
        <w:br/>
      </w:r>
      <w:r>
        <w:rPr>
          <w:sz w:val="20"/>
        </w:rPr>
        <w:t>1:02:12  unhon ne likha hai: Maulana I Allah reward you immensely for your endless efforts to present the real Islam.</w:t>
      </w:r>
      <w:r>
        <w:br/>
      </w:r>
      <w:r>
        <w:rPr>
          <w:sz w:val="20"/>
        </w:rPr>
        <w:t>1:02:17  And may Allah guide us to help you in this mission always.</w:t>
      </w:r>
    </w:p>
    <w:p>
      <w:pPr>
        <w:pStyle w:val="Heading2"/>
      </w:pPr>
      <w:r>
        <w:t>Islam's Differentiation of Ideology and Methods</w:t>
      </w:r>
    </w:p>
    <w:p>
      <w:r>
        <w:rPr>
          <w:color w:val="666666"/>
          <w:sz w:val="18"/>
        </w:rPr>
        <w:t>Faith &amp; God · Prophetic Wisdom | May 01, 2016 · 1m 25s · at 44:14 · https://youtu.be/KrjwjAw03zw?t=2654</w:t>
      </w:r>
    </w:p>
    <w:p>
      <w:r>
        <w:rPr>
          <w:i/>
        </w:rPr>
        <w:t>“Can we say that Islam differentiates between ideology and methods? In Islam, ideology is absolute and the method is based upon the situation. What is your opinion on this?”</w:t>
      </w:r>
    </w:p>
    <w:p>
      <w:r>
        <w:rPr>
          <w:sz w:val="20"/>
        </w:rPr>
        <w:t>44:14  sawal hai unhon ne likha hai ke "Can we say that Islam differentiates between ideology and methods?</w:t>
      </w:r>
      <w:r>
        <w:br/>
      </w:r>
      <w:r>
        <w:rPr>
          <w:sz w:val="20"/>
        </w:rPr>
        <w:t>44:21  In Islam, ideology is absolute and the method is based upon the situation.</w:t>
      </w:r>
      <w:r>
        <w:br/>
      </w:r>
      <w:r>
        <w:rPr>
          <w:sz w:val="20"/>
        </w:rPr>
        <w:t>44:29  What is your opinion on this?" haan yeh sahi hai koi shaq nahi Maulana agla sawal Amjad Ali</w:t>
      </w:r>
      <w:r>
        <w:br/>
      </w:r>
      <w:r>
        <w:rPr>
          <w:sz w:val="20"/>
        </w:rPr>
        <w:t>44:36  sahib ne kiya hai Multan Pakistan se aur unhon ne likha hai ke "Muslims are going away</w:t>
      </w:r>
      <w:r>
        <w:br/>
      </w:r>
      <w:r>
        <w:rPr>
          <w:sz w:val="20"/>
        </w:rPr>
        <w:t>44:44  from Islam despite Quran aur dawah work.</w:t>
      </w:r>
      <w:r>
        <w:br/>
      </w:r>
      <w:r>
        <w:rPr>
          <w:sz w:val="20"/>
        </w:rPr>
        <w:t>44:52  Why is this so?" mein yeh dekhiye aap ko generalize nahi kar sakte aap aakhir isi mein aap</w:t>
      </w:r>
      <w:r>
        <w:br/>
      </w:r>
      <w:r>
        <w:rPr>
          <w:sz w:val="20"/>
        </w:rPr>
        <w:t>45:00  bhi to hain aksar mein kehta hoon ke aap aap log exclude kar ke kuch bolte hain aap</w:t>
      </w:r>
      <w:r>
        <w:br/>
      </w:r>
      <w:r>
        <w:rPr>
          <w:sz w:val="20"/>
        </w:rPr>
        <w:t>45:08  log alag kar ke kyun bolte hain to mein kahunga ke agarche</w:t>
      </w:r>
      <w:r>
        <w:br/>
      </w:r>
      <w:r>
        <w:rPr>
          <w:sz w:val="20"/>
        </w:rPr>
        <w:t>45:16  dunya mein bohat si aisi baatein huin baad ke zamane mein jo Islam ki spirit ke mutabiq nahi</w:t>
      </w:r>
      <w:r>
        <w:br/>
      </w:r>
      <w:r>
        <w:rPr>
          <w:sz w:val="20"/>
        </w:rPr>
        <w:t>45:24  thin lekin ab ek revival bhi hai revival har jagah har jagah log Islam ki taraf lot rahe</w:t>
      </w:r>
      <w:r>
        <w:br/>
      </w:r>
      <w:r>
        <w:rPr>
          <w:sz w:val="20"/>
        </w:rPr>
        <w:t>45:31  hain to hamein is ko bhi dekhna chahiye aksar sawal sawal karne wala khud isi ka part hota</w:t>
      </w:r>
    </w:p>
    <w:p>
      <w:pPr>
        <w:pStyle w:val="Heading2"/>
      </w:pPr>
      <w:r>
        <w:t>Islam: way of life or government</w:t>
      </w:r>
    </w:p>
    <w:p>
      <w:r>
        <w:rPr>
          <w:color w:val="666666"/>
          <w:sz w:val="18"/>
        </w:rPr>
        <w:t>Faith &amp; God · God in the Age of Science January 08, 2017 · 1m 17s · at 1:03:03 · https://youtu.be/au1bRdQDZ0U?t=3783</w:t>
      </w:r>
    </w:p>
    <w:p>
      <w:r>
        <w:rPr>
          <w:i/>
        </w:rPr>
        <w:t>“I just want to know: Is Islam a way of life or a way of government? Maulana Sahib, what is your opinion on this?”</w:t>
      </w:r>
    </w:p>
    <w:p>
      <w:r>
        <w:rPr>
          <w:sz w:val="20"/>
        </w:rPr>
        <w:t>1:03:03  bahut bada risk le raha hai woh ke Allah ke haan pakda jayega maulana agla sawal muhammad</w:t>
      </w:r>
      <w:r>
        <w:br/>
      </w:r>
      <w:r>
        <w:rPr>
          <w:sz w:val="20"/>
        </w:rPr>
        <w:t>1:03:10  عبدالرحمن صاحب نے کیا ہے پاکستان سے اور انہوں نے پوچھا ہے I just want to know is</w:t>
      </w:r>
      <w:r>
        <w:br/>
      </w:r>
      <w:r>
        <w:rPr>
          <w:sz w:val="20"/>
        </w:rPr>
        <w:t>1:03:18  اسلام way of life اور a way of government مولانا صاحب what is your opinion on this یہ</w:t>
      </w:r>
      <w:r>
        <w:br/>
      </w:r>
      <w:r>
        <w:rPr>
          <w:sz w:val="20"/>
        </w:rPr>
        <w:t>1:03:26  to bilkul be be be be be be be be be be istilahein hain way of life bhi</w:t>
      </w:r>
      <w:r>
        <w:br/>
      </w:r>
      <w:r>
        <w:rPr>
          <w:sz w:val="20"/>
        </w:rPr>
        <w:t>1:03:33  aur way of government bhi quran mein jo hai woh leejye aap woh hai Allah ki mohabbat pe</w:t>
      </w:r>
      <w:r>
        <w:br/>
      </w:r>
      <w:r>
        <w:rPr>
          <w:sz w:val="20"/>
        </w:rPr>
        <w:t>1:03:41  jeena Allah ke khauf pe jeena yeh hai islam ashadd hubban lillahi wa lam yakhsha illa Allah quran padhein</w:t>
      </w:r>
      <w:r>
        <w:br/>
      </w:r>
      <w:r>
        <w:rPr>
          <w:sz w:val="20"/>
        </w:rPr>
        <w:t>1:03:49  aap to quran se milega ke momin woh hai jo Allah ki mohabbat pe jeeye aur Allah</w:t>
      </w:r>
      <w:r>
        <w:br/>
      </w:r>
      <w:r>
        <w:rPr>
          <w:sz w:val="20"/>
        </w:rPr>
        <w:t>1:03:57  ke khauf pe jeeye yeh kya nikala hai way of government yeh to bidat hai mubtadaana istilahein</w:t>
      </w:r>
      <w:r>
        <w:br/>
      </w:r>
      <w:r>
        <w:rPr>
          <w:sz w:val="20"/>
        </w:rPr>
        <w:t>1:04:04  yeh kisi ko aap jaanchana hai to is tarah jaanchen ke is ke andar Allah ki mohabbat hai</w:t>
      </w:r>
      <w:r>
        <w:br/>
      </w:r>
      <w:r>
        <w:rPr>
          <w:sz w:val="20"/>
        </w:rPr>
        <w:t>1:04:12  ke nahi is ke andar Allah ka khauf hai ya nahi yeh way of government ka kya cheez</w:t>
      </w:r>
    </w:p>
    <w:p>
      <w:pPr>
        <w:pStyle w:val="Heading2"/>
      </w:pPr>
      <w:r>
        <w:t>Islamic perspective on aliens and their nature</w:t>
      </w:r>
    </w:p>
    <w:p>
      <w:r>
        <w:rPr>
          <w:color w:val="666666"/>
          <w:sz w:val="18"/>
        </w:rPr>
        <w:t>Faith &amp; God · Purpose of Human Life February 12, 2012 Maulana Wahiduddin Khan · 52s · at 1:35:36 · https://youtu.be/gRupSXuak-w?t=5736</w:t>
      </w:r>
    </w:p>
    <w:p>
      <w:r>
        <w:rPr>
          <w:i/>
        </w:rPr>
        <w:t>“Today's human thinks that there is a more developed being in this universe called aliens and they are trying to discover them. Is this a sign of angels or jinns or is it a human illusion? What answer can be given from an Islamic point of view?”</w:t>
      </w:r>
    </w:p>
    <w:p>
      <w:r>
        <w:rPr>
          <w:sz w:val="20"/>
        </w:rPr>
        <w:t>1:35:36  maulana, agla sawal delhi se hai mr shahnawaz zafar sahib ka. unhon ne poocha hai: "aaj ka insan yeh samajhta hai ke is se bhi zyada developed koi jio hai is universe mein jis ko alien kehte hain aur woh is ko discover karne mein lage hue hain.</w:t>
      </w:r>
      <w:r>
        <w:br/>
      </w:r>
      <w:r>
        <w:rPr>
          <w:sz w:val="20"/>
        </w:rPr>
        <w:t>1:35:56  kya yeh farishton ki nishani hai ya jinat ki ya woh insan ka waham hai? islamic point of view se is ka kya jawab ho sakta hai?" yeh koi discovery to hai nahin, yeh to ek mufrada hai ke is pe kya irada de sakte hain hum?</w:t>
      </w:r>
      <w:r>
        <w:br/>
      </w:r>
      <w:r>
        <w:rPr>
          <w:sz w:val="20"/>
        </w:rPr>
        <w:t>1:36:12  kuch logon ne farz kar rakha hai, is ke liye rocket uda rahe hain. is ki koi haqeeqat, is ki kuch kuch bhi nahin hai.</w:t>
      </w:r>
      <w:r>
        <w:br/>
      </w:r>
      <w:r>
        <w:rPr>
          <w:sz w:val="20"/>
        </w:rPr>
        <w:t>1:36:21  is ki koi scientific haqeeqat nahin hai. yeh yeh mufrada hai, mufrada sirf.</w:t>
      </w:r>
    </w:p>
    <w:p>
      <w:pPr>
        <w:pStyle w:val="Heading2"/>
      </w:pPr>
      <w:r>
        <w:t>Islamic view on reward only in this world</w:t>
      </w:r>
    </w:p>
    <w:p>
      <w:r>
        <w:rPr>
          <w:color w:val="666666"/>
          <w:sz w:val="18"/>
        </w:rPr>
        <w:t>Faith &amp; God · Age of Peace November 18, 2012 · 1m 12s · at 1:35:05 · https://youtu.be/Y9nkQnBqbrs?t=5705</w:t>
      </w:r>
    </w:p>
    <w:p>
      <w:r>
        <w:rPr>
          <w:i/>
        </w:rPr>
        <w:t>“There is a common belief, especially among Hindus, that one gets reward for his doings, good or bad, in this world only. What is the Islamic viewpoint about it?”</w:t>
      </w:r>
    </w:p>
    <w:p>
      <w:r>
        <w:rPr>
          <w:sz w:val="20"/>
        </w:rPr>
        <w:t>1:35:05  maulana, agla sawal dilli se hai doctor tahir mustafa sahab ka. unhon ne likha hai: "There is a common belief, especially among Hindus, that one gets reward for his doings, good or bad, in this world only.</w:t>
      </w:r>
      <w:r>
        <w:br/>
      </w:r>
      <w:r>
        <w:rPr>
          <w:sz w:val="20"/>
        </w:rPr>
        <w:t>1:35:21  What is the Islamic viewpoint about it?"</w:t>
      </w:r>
      <w:r>
        <w:br/>
      </w:r>
      <w:r>
        <w:rPr>
          <w:sz w:val="20"/>
        </w:rPr>
        <w:t>1:35:28  nahi, dekhiye, yeh hindu dharm ka yeh bhi nazariya nahi jo aap keh rahe hain, sahi nahi hai. mere nazdeek hindu dharm mein to punarjanm hai, yeh nahi hai sahi.</w:t>
      </w:r>
      <w:r>
        <w:br/>
      </w:r>
      <w:r>
        <w:rPr>
          <w:sz w:val="20"/>
        </w:rPr>
        <w:t>1:35:36  yeh shukr log aisa kehte honge,</w:t>
      </w:r>
      <w:r>
        <w:br/>
      </w:r>
      <w:r>
        <w:rPr>
          <w:sz w:val="20"/>
        </w:rPr>
        <w:t>1:35:39  kisi bhi dharm mein yeh baat nahi hai. lekin jahan tak islam ki baat hai, islam mein dekhiye, yeh baat saaf hai ke allah taala ne ek farq kar rakha hai: pre death period aur post death period.</w:t>
      </w:r>
      <w:r>
        <w:br/>
      </w:r>
      <w:r>
        <w:rPr>
          <w:sz w:val="20"/>
        </w:rPr>
        <w:t>1:35:53  pre death period jo hai, woh testing period hai aur post death period jo hai, woh reward period hai. yahan par amal karna hai, wahan par jaza paana hai.</w:t>
      </w:r>
      <w:r>
        <w:br/>
      </w:r>
      <w:r>
        <w:rPr>
          <w:sz w:val="20"/>
        </w:rPr>
        <w:t>1:36:03  yeh islam ka tareeqa hai.</w:t>
      </w:r>
      <w:r>
        <w:br/>
      </w:r>
      <w:r>
        <w:rPr>
          <w:sz w:val="20"/>
        </w:rPr>
        <w:t>1:36:06  baqi jo unhon ne kaha hai, woh mere nazdeek kisi mazhab mein nahi hai. secular logon ka nazariya albatta ho sakta hai aisa.</w:t>
      </w:r>
    </w:p>
    <w:p>
      <w:pPr>
        <w:pStyle w:val="Heading2"/>
      </w:pPr>
      <w:r>
        <w:t>Jesus in Islam: death, ascension, crucifixion?</w:t>
      </w:r>
    </w:p>
    <w:p>
      <w:r>
        <w:rPr>
          <w:color w:val="666666"/>
          <w:sz w:val="18"/>
        </w:rPr>
        <w:t>Faith &amp; God · Man and the Laws of Nature April 1, 2012 · 36s · at 1:44:13 · https://youtu.be/coIrwYQgb6Y?t=6253</w:t>
      </w:r>
    </w:p>
    <w:p>
      <w:r>
        <w:rPr>
          <w:i/>
        </w:rPr>
        <w:t>“What does Islam tell us about Jesus Christ? Did he die a natural death or was he raised alive by God? Was he crucified or not?”</w:t>
      </w:r>
    </w:p>
    <w:p>
      <w:r>
        <w:rPr>
          <w:sz w:val="20"/>
        </w:rPr>
        <w:t>1:44:13  bas. Maulana, agla sawal Delhi se hai Mr. Mazhar ka.</w:t>
      </w:r>
      <w:r>
        <w:br/>
      </w:r>
      <w:r>
        <w:rPr>
          <w:sz w:val="20"/>
        </w:rPr>
        <w:t>1:44:19  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r>
        <w:br/>
      </w:r>
      <w:r>
        <w:rPr>
          <w:sz w:val="20"/>
        </w:rPr>
        <w:t>1:44:42  Al-Risala ka shumarah jo hai, Al-Risala ka issue May 2010 mein tafseel se hai.</w:t>
      </w:r>
    </w:p>
    <w:p>
      <w:pPr>
        <w:pStyle w:val="Heading2"/>
      </w:pPr>
      <w:r>
        <w:t>Knowing God's approval after patience</w:t>
      </w:r>
    </w:p>
    <w:p>
      <w:r>
        <w:rPr>
          <w:color w:val="666666"/>
          <w:sz w:val="18"/>
        </w:rPr>
        <w:t>Faith &amp; God · Divine Help March 31, 2019 Maulana Wahiduddin Khan · 2m 25s · at 33:34 · https://youtu.be/o5-R5Rjs5Cw?t=2014</w:t>
      </w:r>
    </w:p>
    <w:p>
      <w:r>
        <w:rPr>
          <w:i/>
        </w:rPr>
        <w:t>“Molana, you said today that patience is buying time. This is such an amazing explanation. My question is that after keeping patience, if we don't get desired result, then how do we know whether God approves my plan or not?”</w:t>
      </w:r>
    </w:p>
    <w:p>
      <w:r>
        <w:rPr>
          <w:sz w:val="20"/>
        </w:rPr>
        <w:t>33:34  allah hamare saath hai aur sab dekh raha hai, beshak." maulana, aap sawal lena chahenge? yeh sawal, yeh sawal bheja hai ahmedabad se abdul majid sahib ne, unhon ne likha hai:</w:t>
      </w:r>
      <w:r>
        <w:br/>
      </w:r>
      <w:r>
        <w:rPr>
          <w:sz w:val="20"/>
        </w:rPr>
        <w:t>33:49  "molana, you said today that patience is buying time. this is such an amazing explanation. my question is that after keeping patience, if we don't get desired result,</w:t>
      </w:r>
      <w:r>
        <w:br/>
      </w:r>
      <w:r>
        <w:rPr>
          <w:sz w:val="20"/>
        </w:rPr>
        <w:t>34:04  then how do we know whether god approves my plan or not?</w:t>
      </w:r>
      <w:r>
        <w:br/>
      </w:r>
      <w:r>
        <w:rPr>
          <w:sz w:val="20"/>
        </w:rPr>
        <w:t>34:09  is there a way to find out so we can move to the second or the third option and not keep waiting in patience forever?"</w:t>
      </w:r>
      <w:r>
        <w:br/>
      </w:r>
      <w:r>
        <w:rPr>
          <w:sz w:val="20"/>
        </w:rPr>
        <w:t>34:21  dekhiye, patience ki koi limit nahin hoti. main apne bare mein keh sakta hoon ke abhi kal ki baat hai ke mujhe kuch aisi baatein samajh aayin jis mein poori umar meri beet gayi,</w:t>
      </w:r>
      <w:r>
        <w:br/>
      </w:r>
      <w:r>
        <w:rPr>
          <w:sz w:val="20"/>
        </w:rPr>
        <w:t>34:39  poori umar beet gayi. yaani poori umar mein main sochta raha koi baat ke yahan allah ta'ala ki madad is duniya mein nahin mil rahi.</w:t>
      </w:r>
      <w:r>
        <w:br/>
      </w:r>
      <w:r>
        <w:rPr>
          <w:sz w:val="20"/>
        </w:rPr>
        <w:t>34:51  abhi kal mujhe bar bar kaha allah ta'ala ne to hamare paas allah badi madad de dijiye. to patience ki koi limit mat sochiye, woh sari umar chal sakti hai.</w:t>
      </w:r>
      <w:r>
        <w:br/>
      </w:r>
      <w:r>
        <w:rPr>
          <w:sz w:val="20"/>
        </w:rPr>
        <w:t>35:04  khud rasool allah ke nazdeek sari umar patience chala, tab natija nikla.</w:t>
      </w:r>
      <w:r>
        <w:br/>
      </w:r>
      <w:r>
        <w:rPr>
          <w:sz w:val="20"/>
        </w:rPr>
        <w:t>35:12  patience ko patience falsafe ka patience patience yaani sabr, falsafe ka sabr. is ki koi limit mat apne apne zehan se banaiye.</w:t>
      </w:r>
      <w:r>
        <w:br/>
      </w:r>
      <w:r>
        <w:rPr>
          <w:sz w:val="20"/>
        </w:rPr>
        <w:t>35:26  is ki is ki soorat yeh hai ke aap patience ko ibadat samjhein.</w:t>
      </w:r>
      <w:r>
        <w:br/>
      </w:r>
      <w:r>
        <w:rPr>
          <w:sz w:val="20"/>
        </w:rPr>
        <w:t>35:33  afzal al-ibadat intizar al-faraj yeh afzal ibadat hai. patience afzal ibadat hai. is zehan ke sath aap sabr ko ikhtiyar kijiye, tab aap qaim rahenge aur tabhi yeh mumkin hua ke aap ko badi badi nusrat mile allah ta'ala ki.</w:t>
      </w:r>
      <w:r>
        <w:br/>
      </w:r>
      <w:r>
        <w:rPr>
          <w:sz w:val="20"/>
        </w:rPr>
        <w:t>35:54  aisa nahin ho sakta.</w:t>
      </w:r>
    </w:p>
    <w:p>
      <w:pPr>
        <w:pStyle w:val="Heading2"/>
      </w:pPr>
      <w:r>
        <w:t>Knowing Whether God's Help is Received</w:t>
      </w:r>
    </w:p>
    <w:p>
      <w:r>
        <w:rPr>
          <w:color w:val="666666"/>
          <w:sz w:val="18"/>
        </w:rPr>
        <w:t>Faith &amp; God · Concept of Jihad in Islam September 7, 2014 · 2m 25s · at 49:46 · https://youtu.be/GnKBYM8HbuQ?t=2986</w:t>
      </w:r>
    </w:p>
    <w:p>
      <w:r>
        <w:rPr>
          <w:i/>
        </w:rPr>
        <w:t>“Can we know in any way whether we have received God's help or not? Please tell about it.”</w:t>
      </w:r>
    </w:p>
    <w:p>
      <w:r>
        <w:rPr>
          <w:sz w:val="20"/>
        </w:rPr>
        <w:t>49:46  maulana, agla sawal doctor safina tabassum ne kiya hai ajmer se, aur unhon ne likha hai ke maulana</w:t>
      </w:r>
      <w:r>
        <w:br/>
      </w:r>
      <w:r>
        <w:rPr>
          <w:sz w:val="20"/>
        </w:rPr>
        <w:t>49:52  sahab, kya kisi tarah hum yeh jaan sakte hain ke khuda ki nusraten hamein hasil hain ya nahi?</w:t>
      </w:r>
      <w:r>
        <w:br/>
      </w:r>
      <w:r>
        <w:rPr>
          <w:sz w:val="20"/>
        </w:rPr>
        <w:t>49:57  is ke baray mein batayen.</w:t>
      </w:r>
      <w:r>
        <w:br/>
      </w:r>
      <w:r>
        <w:rPr>
          <w:sz w:val="20"/>
        </w:rPr>
        <w:t>50:03  is ka bohat hi khuli hui pehchan yeh hai ke aap jo kaam kar rahe hain, woh kaam</w:t>
      </w:r>
      <w:r>
        <w:br/>
      </w:r>
      <w:r>
        <w:rPr>
          <w:sz w:val="20"/>
        </w:rPr>
        <w:t>50:08  jari hai, koi rukawat nahi hai.</w:t>
      </w:r>
      <w:r>
        <w:br/>
      </w:r>
      <w:r>
        <w:rPr>
          <w:sz w:val="20"/>
        </w:rPr>
        <w:t>50:13  to yeh nasrat hi to hai, nasrat hi to hai.</w:t>
      </w:r>
      <w:r>
        <w:br/>
      </w:r>
      <w:r>
        <w:rPr>
          <w:sz w:val="20"/>
        </w:rPr>
        <w:t>50:19  yeh Allah ke fazl se yeh kaam jo hai, har din is mein naye yani darwazay khultay hain,</w:t>
      </w:r>
      <w:r>
        <w:br/>
      </w:r>
      <w:r>
        <w:rPr>
          <w:sz w:val="20"/>
        </w:rPr>
        <w:t>50:24  naye yani kamyabiyan samnay aa rahi hain.</w:t>
      </w:r>
      <w:r>
        <w:br/>
      </w:r>
      <w:r>
        <w:rPr>
          <w:sz w:val="20"/>
        </w:rPr>
        <w:t>50:29  aap bhi jahan kaam kartay hon gay, wahan bhi aisa hi hoga.</w:t>
      </w:r>
      <w:r>
        <w:br/>
      </w:r>
      <w:r>
        <w:rPr>
          <w:sz w:val="20"/>
        </w:rPr>
        <w:t>50:35  to jab tak hum tashaddud na karein, siyasi hungama na karein, kisi se takrain nahi, aur kaam jari</w:t>
      </w:r>
      <w:r>
        <w:br/>
      </w:r>
      <w:r>
        <w:rPr>
          <w:sz w:val="20"/>
        </w:rPr>
        <w:t>50:40  hai, jari hai, to isi ka naam nasrat hai.</w:t>
      </w:r>
      <w:r>
        <w:br/>
      </w:r>
      <w:r>
        <w:rPr>
          <w:sz w:val="20"/>
        </w:rPr>
        <w:t>50:46  isi ka naam nasrat hai.</w:t>
      </w:r>
      <w:r>
        <w:br/>
      </w:r>
      <w:r>
        <w:rPr>
          <w:sz w:val="20"/>
        </w:rPr>
        <w:t>50:51  to Allah ke fazl se mujhe pakka yaqeen hai ke is mission par Allah ki nasrat aa rahi</w:t>
      </w:r>
      <w:r>
        <w:br/>
      </w:r>
      <w:r>
        <w:rPr>
          <w:sz w:val="20"/>
        </w:rPr>
        <w:t>50:56  hai, aur barabar aa rahi hai, aur kaam barabar aagay barh raha hai.</w:t>
      </w:r>
      <w:r>
        <w:br/>
      </w:r>
      <w:r>
        <w:rPr>
          <w:sz w:val="20"/>
        </w:rPr>
        <w:t>51:02  Maulana, in ka aik aur sawal hai.</w:t>
      </w:r>
      <w:r>
        <w:br/>
      </w:r>
      <w:r>
        <w:rPr>
          <w:sz w:val="20"/>
        </w:rPr>
        <w:t>51:07  unhon ne likha hai ke main yeh bhi poochna chahti hoon ke kya dawat ke kaam ke liye</w:t>
      </w:r>
      <w:r>
        <w:br/>
      </w:r>
      <w:r>
        <w:rPr>
          <w:sz w:val="20"/>
        </w:rPr>
        <w:t>51:13  hamara lalchi hona sahi hai? is ke baray mein batayein.</w:t>
      </w:r>
      <w:r>
        <w:br/>
      </w:r>
      <w:r>
        <w:rPr>
          <w:sz w:val="20"/>
        </w:rPr>
        <w:t>51:18  ab lalchi to aik manfi istilaah hai.</w:t>
      </w:r>
      <w:r>
        <w:br/>
      </w:r>
      <w:r>
        <w:rPr>
          <w:sz w:val="20"/>
        </w:rPr>
        <w:t>51:23  aap lalchi ko boltay hain, aap lalchi ko mat boliye.</w:t>
      </w:r>
      <w:r>
        <w:br/>
      </w:r>
      <w:r>
        <w:rPr>
          <w:sz w:val="20"/>
        </w:rPr>
        <w:t>51:29  aap kahiye ke hamein Allah ki raza chahiye, hamein jannat chahiye, Allah ki maghfirat chahiye, yeh boliye.</w:t>
      </w:r>
      <w:r>
        <w:br/>
      </w:r>
      <w:r>
        <w:rPr>
          <w:sz w:val="20"/>
        </w:rPr>
        <w:t>51:34  aur is ke liye hum apnay aap ko poori tarah se waqf karein.</w:t>
      </w:r>
      <w:r>
        <w:br/>
      </w:r>
      <w:r>
        <w:rPr>
          <w:sz w:val="20"/>
        </w:rPr>
        <w:t>51:39  bajaye lalchi kehne ke, aap kahiye ke waqf.</w:t>
      </w:r>
      <w:r>
        <w:br/>
      </w:r>
      <w:r>
        <w:rPr>
          <w:sz w:val="20"/>
        </w:rPr>
        <w:t>51:45  waqf ka lafz boliye.</w:t>
      </w:r>
      <w:r>
        <w:br/>
      </w:r>
      <w:r>
        <w:rPr>
          <w:sz w:val="20"/>
        </w:rPr>
        <w:t>51:50  waqf to waqf zaroori hai, baghair waqf ke koi kaam nahi ho sakta.</w:t>
      </w:r>
      <w:r>
        <w:br/>
      </w:r>
      <w:r>
        <w:rPr>
          <w:sz w:val="20"/>
        </w:rPr>
        <w:t>51:56  to lalchi sahi lafz nahi hai, lekin main yeh kahunga ke har aadmi ko apnay ko waqf</w:t>
      </w:r>
      <w:r>
        <w:br/>
      </w:r>
      <w:r>
        <w:rPr>
          <w:sz w:val="20"/>
        </w:rPr>
        <w:t>52:01  karna hai, poori tarah shamil karna hai.</w:t>
      </w:r>
      <w:r>
        <w:br/>
      </w:r>
      <w:r>
        <w:rPr>
          <w:sz w:val="20"/>
        </w:rPr>
        <w:t>52:06  yeh sahi lafz hai mere nazdeek.</w:t>
      </w:r>
    </w:p>
    <w:p>
      <w:pPr>
        <w:pStyle w:val="Heading2"/>
      </w:pPr>
      <w:r>
        <w:t>Knowing if Our Actions Are Acceptable to God</w:t>
      </w:r>
    </w:p>
    <w:p>
      <w:r>
        <w:rPr>
          <w:color w:val="666666"/>
          <w:sz w:val="18"/>
        </w:rPr>
        <w:t>Faith &amp; God · The Problem of Conditioning April 22, 2012 · 1m 30s · at 1:04:48 · https://youtu.be/j-kJQzOz46g?t=3888</w:t>
      </w:r>
    </w:p>
    <w:p>
      <w:r>
        <w:rPr>
          <w:i/>
        </w:rPr>
        <w:t>“How do we know that what we are doing is acceptable in the eyes of God? Please advise.”</w:t>
      </w:r>
    </w:p>
    <w:p>
      <w:r>
        <w:rPr>
          <w:sz w:val="20"/>
        </w:rPr>
        <w:t>1:04:48  maulana, agla sawal miss tuti malhotra ka hai, dilli se. unhon ne likha hai: "How do we know that what we are doing is acceptable in the eyes of God?</w:t>
      </w:r>
      <w:r>
        <w:br/>
      </w:r>
      <w:r>
        <w:rPr>
          <w:sz w:val="20"/>
        </w:rPr>
        <w:t>1:04:59  Please advise." dekhen, is ka peshagi aap ko pata nahi. peshagi aap ko koi, yani koi, koi assurance nahi mil sakta hai aap ko ke yeh acceptable ho gaya.</w:t>
      </w:r>
      <w:r>
        <w:br/>
      </w:r>
      <w:r>
        <w:rPr>
          <w:sz w:val="20"/>
        </w:rPr>
        <w:t>1:05:16  isi liye hadith mein hai ke "al-iman ma raja' wal khauf" . iman jo hai, khauf aur umeed ke beech mein hota hai.</w:t>
      </w:r>
      <w:r>
        <w:br/>
      </w:r>
      <w:r>
        <w:rPr>
          <w:sz w:val="20"/>
        </w:rPr>
        <w:t>1:05:28  hum sirf yeh kar sakte hain ke hum Khuda ki kitab ko, Rasool Allah ki sunnat ko padh kar yeh janiye ke kaun sa kaam Allah Ta'ala ko matloob hai.</w:t>
      </w:r>
      <w:r>
        <w:br/>
      </w:r>
      <w:r>
        <w:rPr>
          <w:sz w:val="20"/>
        </w:rPr>
        <w:t>1:05:37  bas woh qabool hoga, yeh maut ke baad hi maloom hoga. maut se pehle aisa koi zariya nahi hai ke peshagi taur par maloom ho jaye ke qabool ho gaya.</w:t>
      </w:r>
      <w:r>
        <w:br/>
      </w:r>
      <w:r>
        <w:rPr>
          <w:sz w:val="20"/>
        </w:rPr>
        <w:t>1:05:48  aisa, aisa mumkin nahi hai. albatta yeh zaroor mumkin hai ke hum peshagi taur par jald yeh jan lein ke hum sirat-e-mustaqeem par hain ya is se bhatke</w:t>
      </w:r>
      <w:r>
        <w:br/>
      </w:r>
      <w:r>
        <w:rPr>
          <w:sz w:val="20"/>
        </w:rPr>
        <w:t>1:05:57  hue hain. yeh to maloom ho sakta hai. dono farq hain. dono ko farq samjhiye ke hum right path par hain ya nahi, yeh to maloom ho sakta hai.</w:t>
      </w:r>
      <w:r>
        <w:br/>
      </w:r>
      <w:r>
        <w:rPr>
          <w:sz w:val="20"/>
        </w:rPr>
        <w:t>1:06:08  baqi yeh baat ke Allah Ta'ala ke haan woh accept ho gaya hai, yeh poore maloom mein to maloom hoga sirf maut ke baad.</w:t>
      </w:r>
    </w:p>
    <w:p>
      <w:pPr>
        <w:pStyle w:val="Heading2"/>
      </w:pPr>
      <w:r>
        <w:t>Knowledge increases closeness to God</w:t>
      </w:r>
    </w:p>
    <w:p>
      <w:r>
        <w:rPr>
          <w:color w:val="666666"/>
          <w:sz w:val="18"/>
        </w:rPr>
        <w:t>Faith &amp; God · Divine Help February 09, 2014 Maulana Wahiduddin Khan · 5m 23s · at 1:20:12 · https://youtu.be/eJBjiYGZcKY?t=4812</w:t>
      </w:r>
    </w:p>
    <w:p>
      <w:r>
        <w:rPr>
          <w:i/>
        </w:rPr>
        <w:t>“You said in the previous class that the more knowledge increases, the closer one comes to God. Please explain this.”</w:t>
      </w:r>
    </w:p>
    <w:p>
      <w:r>
        <w:rPr>
          <w:sz w:val="20"/>
        </w:rPr>
        <w:t>1:20:12  maulana agla sawal dilli se hai.</w:t>
      </w:r>
      <w:r>
        <w:br/>
      </w:r>
      <w:r>
        <w:rPr>
          <w:sz w:val="20"/>
        </w:rPr>
        <w:t>1:20:17  jameel akhtar sahab ka.</w:t>
      </w:r>
      <w:r>
        <w:br/>
      </w:r>
      <w:r>
        <w:rPr>
          <w:sz w:val="20"/>
        </w:rPr>
        <w:t>1:20:22  unhon ne likha hai: aap ne pichli class mein kaha tha ke jitna ilm barhta hai khuda se</w:t>
      </w:r>
      <w:r>
        <w:br/>
      </w:r>
      <w:r>
        <w:rPr>
          <w:sz w:val="20"/>
        </w:rPr>
        <w:t>1:20:27  utna hi ta'alluq paida hota hai.</w:t>
      </w:r>
      <w:r>
        <w:br/>
      </w:r>
      <w:r>
        <w:rPr>
          <w:sz w:val="20"/>
        </w:rPr>
        <w:t>1:20:32  magar carl marx, darwin aur einstein waghera logon ne jitna parha utna hi behkey.</w:t>
      </w:r>
      <w:r>
        <w:br/>
      </w:r>
      <w:r>
        <w:rPr>
          <w:sz w:val="20"/>
        </w:rPr>
        <w:t>1:20:36  is ke baray mein kuch? dekhein yeh baat sahi nahi hai.</w:t>
      </w:r>
      <w:r>
        <w:br/>
      </w:r>
      <w:r>
        <w:rPr>
          <w:sz w:val="20"/>
        </w:rPr>
        <w:t>1:20:41  carl marx ne kya parha tha? maine likha apni kitaab mein.</w:t>
      </w:r>
      <w:r>
        <w:br/>
      </w:r>
      <w:r>
        <w:rPr>
          <w:sz w:val="20"/>
        </w:rPr>
        <w:t>1:20:46  carl marx ne sab se zyada parha tha akhbari reporton ko.</w:t>
      </w:r>
      <w:r>
        <w:br/>
      </w:r>
      <w:r>
        <w:rPr>
          <w:sz w:val="20"/>
        </w:rPr>
        <w:t>1:20:51  woh jo lauzan jata tha library mein akhbari reportein parhta tha.</w:t>
      </w:r>
      <w:r>
        <w:br/>
      </w:r>
      <w:r>
        <w:rPr>
          <w:sz w:val="20"/>
        </w:rPr>
        <w:t>1:20:56  is ki jo kitaab hai the house capital is mein akhbari reporton par sara nazariya bana rakha hai is ne.</w:t>
      </w:r>
      <w:r>
        <w:br/>
      </w:r>
      <w:r>
        <w:rPr>
          <w:sz w:val="20"/>
        </w:rPr>
        <w:t>1:21:01  jis ko ilm kaha jata hai ilm woh cheez nahi zyada nahi parhi thi marx ne.</w:t>
      </w:r>
      <w:r>
        <w:br/>
      </w:r>
      <w:r>
        <w:rPr>
          <w:sz w:val="20"/>
        </w:rPr>
        <w:t>1:21:06  doosri baat yeh hai ke sincerity bohat zaroori hai.</w:t>
      </w:r>
      <w:r>
        <w:br/>
      </w:r>
      <w:r>
        <w:rPr>
          <w:sz w:val="20"/>
        </w:rPr>
        <w:t>1:21:11  parhna kya koi bhi cheez mein sincerity shart hoti hai.</w:t>
      </w:r>
      <w:r>
        <w:br/>
      </w:r>
      <w:r>
        <w:rPr>
          <w:sz w:val="20"/>
        </w:rPr>
        <w:t>1:21:16  agar aap parhnay mein sincere honge to nateeja sahi nikley ga.</w:t>
      </w:r>
      <w:r>
        <w:br/>
      </w:r>
      <w:r>
        <w:rPr>
          <w:sz w:val="20"/>
        </w:rPr>
        <w:t>1:21:21  nahi to kuch bhi ulta nateeja nikaal lenge.</w:t>
      </w:r>
      <w:r>
        <w:br/>
      </w:r>
      <w:r>
        <w:rPr>
          <w:sz w:val="20"/>
        </w:rPr>
        <w:t>1:21:25  parhne ke sath sath lazmi baat hai sincerity.</w:t>
      </w:r>
      <w:r>
        <w:br/>
      </w:r>
      <w:r>
        <w:rPr>
          <w:sz w:val="20"/>
        </w:rPr>
        <w:t>1:21:30  lazmi baat hai sincerity.</w:t>
      </w:r>
      <w:r>
        <w:br/>
      </w:r>
      <w:r>
        <w:rPr>
          <w:sz w:val="20"/>
        </w:rPr>
        <w:t>1:21:35  mein nahin manta ke darwin ne bohat ziyada parha.</w:t>
      </w:r>
      <w:r>
        <w:br/>
      </w:r>
      <w:r>
        <w:rPr>
          <w:sz w:val="20"/>
        </w:rPr>
        <w:t>1:21:40  yeh bhi mein nahin manta ke marx ne ziyada parha.</w:t>
      </w:r>
      <w:r>
        <w:br/>
      </w:r>
      <w:r>
        <w:rPr>
          <w:sz w:val="20"/>
        </w:rPr>
        <w:t>1:21:45  darwin ne kiya kiya? woh aik kashti ke zariye us ne kai saal tak samandar ke kinare safar</w:t>
      </w:r>
      <w:r>
        <w:br/>
      </w:r>
      <w:r>
        <w:rPr>
          <w:sz w:val="20"/>
        </w:rPr>
        <w:t>1:21:50  kiya aur jo woh woh namoonay jama kiye us se nazariya banaya us ne.</w:t>
      </w:r>
      <w:r>
        <w:br/>
      </w:r>
      <w:r>
        <w:rPr>
          <w:sz w:val="20"/>
        </w:rPr>
        <w:t>1:21:55  mein nahin manta ke gehra mutala kiya tha darwin ne.</w:t>
      </w:r>
      <w:r>
        <w:br/>
      </w:r>
      <w:r>
        <w:rPr>
          <w:sz w:val="20"/>
        </w:rPr>
        <w:t>1:22:00  mein yeh bhi nahin manta ke gehra mutala kiya tha marx ne.</w:t>
      </w:r>
      <w:r>
        <w:br/>
      </w:r>
      <w:r>
        <w:rPr>
          <w:sz w:val="20"/>
        </w:rPr>
        <w:t>1:22:05  is ke bawajood mein kahoon ga ke agar koi shakhs gehra mutala kare tab bhi sincerity shart hogi.</w:t>
      </w:r>
      <w:r>
        <w:br/>
      </w:r>
      <w:r>
        <w:rPr>
          <w:sz w:val="20"/>
        </w:rPr>
        <w:t>1:22:10  sincerity ke baghair aadmi dekhen gehra mutala karne ke mein woh batata hoon.</w:t>
      </w:r>
      <w:r>
        <w:br/>
      </w:r>
      <w:r>
        <w:rPr>
          <w:sz w:val="20"/>
        </w:rPr>
        <w:t>1:22:15  jab bhi aap gehra mutala karein ge to bar bar aise baatein samne aayengi jo aap ke</w:t>
      </w:r>
      <w:r>
        <w:br/>
      </w:r>
      <w:r>
        <w:rPr>
          <w:sz w:val="20"/>
        </w:rPr>
        <w:t>1:22:19  nazariye ko radd kar rahi hongi.</w:t>
      </w:r>
      <w:r>
        <w:br/>
      </w:r>
      <w:r>
        <w:rPr>
          <w:sz w:val="20"/>
        </w:rPr>
        <w:t>1:22:24  wahan aap ko manna chahiye.</w:t>
      </w:r>
      <w:r>
        <w:br/>
      </w:r>
      <w:r>
        <w:rPr>
          <w:sz w:val="20"/>
        </w:rPr>
        <w:t>1:22:29  aur log mante nahin.</w:t>
      </w:r>
      <w:r>
        <w:br/>
      </w:r>
      <w:r>
        <w:rPr>
          <w:sz w:val="20"/>
        </w:rPr>
        <w:t>1:22:34  bar bar aisa hota hai ke aap ko aisi cheezein samne aati hain ke woh aap ke nazariye</w:t>
      </w:r>
      <w:r>
        <w:br/>
      </w:r>
      <w:r>
        <w:rPr>
          <w:sz w:val="20"/>
        </w:rPr>
        <w:t>1:22:39  ko radd kar rahi hoti hain.</w:t>
      </w:r>
      <w:r>
        <w:br/>
      </w:r>
      <w:r>
        <w:rPr>
          <w:sz w:val="20"/>
        </w:rPr>
        <w:t>1:22:44  lekin is ko aap nazar andaz kar ke aage barh jate hain.</w:t>
      </w:r>
      <w:r>
        <w:br/>
      </w:r>
      <w:r>
        <w:rPr>
          <w:sz w:val="20"/>
        </w:rPr>
        <w:t>1:22:49  khud darwin ne etiraf kiya hai ke us ko aisi misalein samne aati theen jis ko us ne ignore kiya.</w:t>
      </w:r>
      <w:r>
        <w:br/>
      </w:r>
      <w:r>
        <w:rPr>
          <w:sz w:val="20"/>
        </w:rPr>
        <w:t>1:22:54  aur aakhir mein us ke jo jo us ka aakhri zamanay hain aakhri ayyam jo us ki zindagi</w:t>
      </w:r>
      <w:r>
        <w:br/>
      </w:r>
      <w:r>
        <w:rPr>
          <w:sz w:val="20"/>
        </w:rPr>
        <w:t>1:22:59  hain us ko aap parhiye.</w:t>
      </w:r>
      <w:r>
        <w:br/>
      </w:r>
      <w:r>
        <w:rPr>
          <w:sz w:val="20"/>
        </w:rPr>
        <w:t>1:23:04  us ko bohat ziyada repentance tha ke mein ne sahi tor par pesh nahin kiya haqaiq fitrat ko.</w:t>
      </w:r>
      <w:r>
        <w:br/>
      </w:r>
      <w:r>
        <w:rPr>
          <w:sz w:val="20"/>
        </w:rPr>
        <w:t>1:23:08  woh mara bohat hi yani is mein frustration mein.</w:t>
      </w:r>
      <w:r>
        <w:br/>
      </w:r>
      <w:r>
        <w:rPr>
          <w:sz w:val="20"/>
        </w:rPr>
        <w:t>1:23:13  to do baatein mein arz kar raha hoon.</w:t>
      </w:r>
      <w:r>
        <w:br/>
      </w:r>
      <w:r>
        <w:rPr>
          <w:sz w:val="20"/>
        </w:rPr>
        <w:t>1:23:18  aik baat yeh hai ke sahi maano mein gehra mutala bohat hi kam karte hain log.</w:t>
      </w:r>
      <w:r>
        <w:br/>
      </w:r>
      <w:r>
        <w:rPr>
          <w:sz w:val="20"/>
        </w:rPr>
        <w:t>1:23:23  bohat hi kam karte hain.</w:t>
      </w:r>
      <w:r>
        <w:br/>
      </w:r>
      <w:r>
        <w:rPr>
          <w:sz w:val="20"/>
        </w:rPr>
        <w:t>1:23:28  dusri baat yeh hai ke agar koi gehra mutalea karta hai tab bhi us ke liye tayyar nahi</w:t>
      </w:r>
      <w:r>
        <w:br/>
      </w:r>
      <w:r>
        <w:rPr>
          <w:sz w:val="20"/>
        </w:rPr>
        <w:t>1:23:33  hota ke haqeeqatan us ke mind ko radd karen to woh maan le woh.</w:t>
      </w:r>
      <w:r>
        <w:br/>
      </w:r>
      <w:r>
        <w:rPr>
          <w:sz w:val="20"/>
        </w:rPr>
        <w:t>1:23:38  maanta hi nahi hai.</w:t>
      </w:r>
      <w:r>
        <w:br/>
      </w:r>
      <w:r>
        <w:rPr>
          <w:sz w:val="20"/>
        </w:rPr>
        <w:t>1:23:43  main ne us ki ek misaal di hai barn arsal ke baray mein ke us ne kafi mutalea kiya tha.</w:t>
      </w:r>
      <w:r>
        <w:br/>
      </w:r>
      <w:r>
        <w:rPr>
          <w:sz w:val="20"/>
        </w:rPr>
        <w:t>1:23:48  main maanta hoon ke us ne mutalea kafi kiya tha.</w:t>
      </w:r>
      <w:r>
        <w:br/>
      </w:r>
      <w:r>
        <w:rPr>
          <w:sz w:val="20"/>
        </w:rPr>
        <w:t>1:23:53  lekin us ke us ka ek misaal main ne di hai ke us ke samne yeh aya yeh</w:t>
      </w:r>
      <w:r>
        <w:br/>
      </w:r>
      <w:r>
        <w:rPr>
          <w:sz w:val="20"/>
        </w:rPr>
        <w:t>1:23:57  waqea ke kainat mein design hai.</w:t>
      </w:r>
      <w:r>
        <w:br/>
      </w:r>
      <w:r>
        <w:rPr>
          <w:sz w:val="20"/>
        </w:rPr>
        <w:t>1:24:02  yeh waqea samne aya us ke.</w:t>
      </w:r>
      <w:r>
        <w:br/>
      </w:r>
      <w:r>
        <w:rPr>
          <w:sz w:val="20"/>
        </w:rPr>
        <w:t>1:24:07  to Where there is design does designer is se argument of design jo hai sabit hota hai.</w:t>
      </w:r>
      <w:r>
        <w:br/>
      </w:r>
      <w:r>
        <w:rPr>
          <w:sz w:val="20"/>
        </w:rPr>
        <w:t>1:24:12  lekin us ne kiya keh diya ek jumla bol kar ke ke darwinism ne is ko destroy kar diya hai.</w:t>
      </w:r>
      <w:r>
        <w:br/>
      </w:r>
      <w:r>
        <w:rPr>
          <w:sz w:val="20"/>
        </w:rPr>
        <w:t>1:24:17  halankeh bilkul galat baat hai.</w:t>
      </w:r>
      <w:r>
        <w:br/>
      </w:r>
      <w:r>
        <w:rPr>
          <w:sz w:val="20"/>
        </w:rPr>
        <w:t>1:24:22  darwin kaise destroy karega? darwinism itself is a miracle theory.</w:t>
      </w:r>
      <w:r>
        <w:br/>
      </w:r>
      <w:r>
        <w:rPr>
          <w:sz w:val="20"/>
        </w:rPr>
        <w:t>1:24:27  It is not a proved theory.</w:t>
      </w:r>
      <w:r>
        <w:br/>
      </w:r>
      <w:r>
        <w:rPr>
          <w:sz w:val="20"/>
        </w:rPr>
        <w:t>1:24:32  to destroy kaise kar dega woh? ise aap samajh sakte hain ke ke agarcheh barn arsal ne</w:t>
      </w:r>
      <w:r>
        <w:br/>
      </w:r>
      <w:r>
        <w:rPr>
          <w:sz w:val="20"/>
        </w:rPr>
        <w:t>1:24:37  bohat parha lekin woh sincere nahi tha.</w:t>
      </w:r>
      <w:r>
        <w:br/>
      </w:r>
      <w:r>
        <w:rPr>
          <w:sz w:val="20"/>
        </w:rPr>
        <w:t>1:24:42  jahan us ke us ka nazariya kat raha tha kyunke woh khuda ko nahi manta tha woh.</w:t>
      </w:r>
      <w:r>
        <w:br/>
      </w:r>
      <w:r>
        <w:rPr>
          <w:sz w:val="20"/>
        </w:rPr>
        <w:t>1:24:46  to wahan ek farzi ek statement de kar us ko apne ko yani ignore kiya us ko us ne.</w:t>
      </w:r>
      <w:r>
        <w:br/>
      </w:r>
      <w:r>
        <w:rPr>
          <w:sz w:val="20"/>
        </w:rPr>
        <w:t>1:24:51  yeh main ne likha aap parh lijie is ko.</w:t>
      </w:r>
      <w:r>
        <w:br/>
      </w:r>
      <w:r>
        <w:rPr>
          <w:sz w:val="20"/>
        </w:rPr>
        <w:t>1:24:56  ke woh mutale se yahan tak pohancha woh ke kainat mein design hai.</w:t>
      </w:r>
      <w:r>
        <w:br/>
      </w:r>
      <w:r>
        <w:rPr>
          <w:sz w:val="20"/>
        </w:rPr>
        <w:t>1:25:01  aur bilkul it is but natural ke Where there is design there is designer.</w:t>
      </w:r>
      <w:r>
        <w:br/>
      </w:r>
      <w:r>
        <w:rPr>
          <w:sz w:val="20"/>
        </w:rPr>
        <w:t>1:25:06  to maanta hai ke argument from design jo hai in principle sahi hai.</w:t>
      </w:r>
      <w:r>
        <w:br/>
      </w:r>
      <w:r>
        <w:rPr>
          <w:sz w:val="20"/>
        </w:rPr>
        <w:t>1:25:11  us ke baad kehta hai ke magar darwinism ne is ko destroy kar diya.</w:t>
      </w:r>
      <w:r>
        <w:br/>
      </w:r>
      <w:r>
        <w:rPr>
          <w:sz w:val="20"/>
        </w:rPr>
        <w:t>1:25:16  ab us ko yeh maanna chahiye tha ke darwinism itself koi proved theory nahi hai.</w:t>
      </w:r>
      <w:r>
        <w:br/>
      </w:r>
      <w:r>
        <w:rPr>
          <w:sz w:val="20"/>
        </w:rPr>
        <w:t>1:25:21  woh to miracle theory hai.</w:t>
      </w:r>
      <w:r>
        <w:br/>
      </w:r>
      <w:r>
        <w:rPr>
          <w:sz w:val="20"/>
        </w:rPr>
        <w:t>1:25:26  kaise destroy kar di gayi woh? yeh mamlaat itne saada nahi hain.</w:t>
      </w:r>
      <w:r>
        <w:br/>
      </w:r>
      <w:r>
        <w:rPr>
          <w:sz w:val="20"/>
        </w:rPr>
        <w:t>1:25:31  yeh bohat hi bohat hi nazuk mamlaat hain yeh.</w:t>
      </w:r>
      <w:r>
        <w:br/>
      </w:r>
      <w:r>
        <w:rPr>
          <w:sz w:val="20"/>
        </w:rPr>
        <w:t>1:25:36  Maulana agla sawal lainay say pehlay aik comment parhna chahengay jo Doha Qatar say Maulana Abdul Basit Umri</w:t>
      </w:r>
    </w:p>
    <w:p>
      <w:pPr>
        <w:pStyle w:val="Heading2"/>
      </w:pPr>
      <w:r>
        <w:t>Knowledge needed to discover faith and reality</w:t>
      </w:r>
    </w:p>
    <w:p>
      <w:r>
        <w:rPr>
          <w:color w:val="666666"/>
          <w:sz w:val="18"/>
        </w:rPr>
        <w:t>Faith &amp; God · Hadith-e-Jibril, April 21, 2013 · 2m 21s · at 1:35:51 · https://youtu.be/0rF6Ou0pDog?t=5751</w:t>
      </w:r>
    </w:p>
    <w:p>
      <w:r>
        <w:rPr>
          <w:i/>
        </w:rPr>
        <w:t>“Please tell me which knowledge is needed to discover Iman and reality of life.”</w:t>
      </w:r>
    </w:p>
    <w:p>
      <w:r>
        <w:rPr>
          <w:sz w:val="20"/>
        </w:rPr>
        <w:t>1:35:51  maulana, agla sawal meerut city se shahbaz ansari sahib ne kiya hai. unhon ne likha hai maulana please tell me which knowledge is needed to discover ایمان aur reality of life</w:t>
      </w:r>
      <w:r>
        <w:br/>
      </w:r>
      <w:r>
        <w:rPr>
          <w:sz w:val="20"/>
        </w:rPr>
        <w:t>1:36:09  yeh koi mysterious cheez nahi hai. aap quran padhein, hadith ko padhein, aap nature ko padhein, kainaat ka mushahida karein.</w:t>
      </w:r>
      <w:r>
        <w:br/>
      </w:r>
      <w:r>
        <w:rPr>
          <w:sz w:val="20"/>
        </w:rPr>
        <w:t>1:36:19  bas isi mein aap ko discovery hoti rahe gi. khuli aankh se dekhein. khuli aankh se dekhein.</w:t>
      </w:r>
      <w:r>
        <w:br/>
      </w:r>
      <w:r>
        <w:rPr>
          <w:sz w:val="20"/>
        </w:rPr>
        <w:t>1:36:30  jaise ke mein pichhle is mein bataya tha, mein ne aap ko qissa apna ke mein apne ghar ke samne jo mera barja hai, jo balcony hai, wahan baitha hua tha subah ke waqt.</w:t>
      </w:r>
      <w:r>
        <w:br/>
      </w:r>
      <w:r>
        <w:rPr>
          <w:sz w:val="20"/>
        </w:rPr>
        <w:t>1:36:43  to abhi bhi suraj nikla tha. to aik sahib mere paas aaye. to mein aksar adat meri hai ke poochta hoon ke koi nai news hai aap ke paas?</w:t>
      </w:r>
      <w:r>
        <w:br/>
      </w:r>
      <w:r>
        <w:rPr>
          <w:sz w:val="20"/>
        </w:rPr>
        <w:t>1:36:55  to mein ne un se poocha, koi nai news? to unhon ne kaha, nahi, koi news news to nahi.</w:t>
      </w:r>
      <w:r>
        <w:br/>
      </w:r>
      <w:r>
        <w:rPr>
          <w:sz w:val="20"/>
        </w:rPr>
        <w:t>1:37:01  to mein ne kaha ke aap dekhte nahi hain ke suraj raat ko dooba hua tha, us waqt suraj nikal aaya? yeh nai news nahi hai. chidiyan urr rahi hain aasman mein, yeh nai news nahi hai.</w:t>
      </w:r>
      <w:r>
        <w:br/>
      </w:r>
      <w:r>
        <w:rPr>
          <w:sz w:val="20"/>
        </w:rPr>
        <w:t>1:37:14  darakhton se aksar supply ho raha hai, jo kal ho raha tha aaj bhi ho raha hai. yeh kyun aap ko news nahi lagti? yeh sab mein ne bohat si baatein batayi hain.</w:t>
      </w:r>
      <w:r>
        <w:br/>
      </w:r>
      <w:r>
        <w:rPr>
          <w:sz w:val="20"/>
        </w:rPr>
        <w:t>1:37:25  to aap khuli aankh se duniya mein rehna seekhein.</w:t>
      </w:r>
      <w:r>
        <w:br/>
      </w:r>
      <w:r>
        <w:rPr>
          <w:sz w:val="20"/>
        </w:rPr>
        <w:t>1:37:30  khuli aankh se nature ka mushahida karein. tadabbur ke sath quran ko padhein. bas yahi zariya hai aur koi doosra zariya nahi hai. maulana, agla sawal lene se pehle aik experience parhna chahein ge jo abhi abhi bheja hai miss rufeena ansari ne noida se.</w:t>
      </w:r>
      <w:r>
        <w:br/>
      </w:r>
      <w:r>
        <w:rPr>
          <w:sz w:val="20"/>
        </w:rPr>
        <w:t>1:37:48  unhon ne likha hai maulana listening to your talk makes me experience multiple variations of emotions.</w:t>
      </w:r>
      <w:r>
        <w:br/>
      </w:r>
      <w:r>
        <w:rPr>
          <w:sz w:val="20"/>
        </w:rPr>
        <w:t>1:37:58  I never felt that deeply moved as I do listening to your lecture. You make us feel closer to God and understand how to work towards having a life to be close to God.</w:t>
      </w:r>
    </w:p>
    <w:p>
      <w:pPr>
        <w:pStyle w:val="Heading2"/>
      </w:pPr>
      <w:r>
        <w:t>Lack of God recognition in Western societies</w:t>
      </w:r>
    </w:p>
    <w:p>
      <w:r>
        <w:rPr>
          <w:color w:val="666666"/>
          <w:sz w:val="18"/>
        </w:rPr>
        <w:t>Faith &amp; God · Three levels of Realization July 4, 2010 · 1m 56s · at 1:23:48 · https://youtu.be/NtCTVVov3Nw?t=5028</w:t>
      </w:r>
    </w:p>
    <w:p>
      <w:r>
        <w:rPr>
          <w:i/>
        </w:rPr>
        <w:t>“Why do people in Western countries acknowledge God's existence but never give Him due recognition, and consider it weakness to attribute accomplishments to God's will?”</w:t>
      </w:r>
    </w:p>
    <w:p>
      <w:r>
        <w:rPr>
          <w:sz w:val="20"/>
        </w:rPr>
        <w:t>1:23:48  maulana agla sawal kya hai mister khwaja kaleemuddin ah ne from pennsylvania usa he is written maulana sahib generally people in western countries acknowledge gods existence but never they give him a due recognition</w:t>
      </w:r>
      <w:r>
        <w:br/>
      </w:r>
      <w:r>
        <w:rPr>
          <w:sz w:val="20"/>
        </w:rPr>
        <w:t>1:24:07  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r>
        <w:br/>
      </w:r>
      <w:r>
        <w:rPr>
          <w:sz w:val="20"/>
        </w:rPr>
        <w:t>1:24:30  ab mein to yeh kahunga ke yeh</w:t>
      </w:r>
      <w:r>
        <w:br/>
      </w:r>
      <w:r>
        <w:rPr>
          <w:sz w:val="20"/>
        </w:rPr>
        <w:t>1:24:33  western world ki baat hai yeh sari duniya ki baat hai ke log khuda ka naam lete hain</w:t>
      </w:r>
      <w:r>
        <w:br/>
      </w:r>
      <w:r>
        <w:rPr>
          <w:sz w:val="20"/>
        </w:rPr>
        <w:t>1:24:37  lekin consciousness ke level par unhein khuda ka pata nahi yeh to maa baap sun rahe hain society</w:t>
      </w:r>
      <w:r>
        <w:br/>
      </w:r>
      <w:r>
        <w:rPr>
          <w:sz w:val="20"/>
        </w:rPr>
        <w:t>1:24:45  mein bola jata hai bol rahe hain bol rahe hain bol rahe hain to ek hai woh khuda</w:t>
      </w:r>
      <w:r>
        <w:br/>
      </w:r>
      <w:r>
        <w:rPr>
          <w:sz w:val="20"/>
        </w:rPr>
        <w:t>1:24:49  jo aap ne society se paya ho aap kisi ghar mein paida hue kisi society mein paida hue</w:t>
      </w:r>
      <w:r>
        <w:br/>
      </w:r>
      <w:r>
        <w:rPr>
          <w:sz w:val="20"/>
        </w:rPr>
        <w:t>1:24:55  wahan log khuda ki boli bol rahe the to aap bhi lage bolne</w:t>
      </w:r>
      <w:r>
        <w:br/>
      </w:r>
      <w:r>
        <w:rPr>
          <w:sz w:val="20"/>
        </w:rPr>
        <w:t>1:25:01  yeh</w:t>
      </w:r>
      <w:r>
        <w:br/>
      </w:r>
      <w:r>
        <w:rPr>
          <w:sz w:val="20"/>
        </w:rPr>
        <w:t>1:25:02  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r>
        <w:br/>
      </w:r>
      <w:r>
        <w:rPr>
          <w:sz w:val="20"/>
        </w:rPr>
        <w:t>1:25:27  yeh to bas aik maa baap se chala raha hai society mein chala raha hai kuch tradition mein chala raha hai tradition yeh traditional belief hai yeh yeh yeh khuda ka sahi maloom hai realization nahi hai</w:t>
      </w:r>
      <w:r>
        <w:br/>
      </w:r>
      <w:r>
        <w:rPr>
          <w:sz w:val="20"/>
        </w:rPr>
        <w:t>1:25:45  maulana agla sawal aya hai mr shakir ur rehman ka dilli se unhon ne poocha hai ke how we will come to know that we have realized god</w:t>
      </w:r>
    </w:p>
    <w:p>
      <w:pPr>
        <w:pStyle w:val="Heading2"/>
      </w:pPr>
      <w:r>
        <w:t>Law of Requital in a World of Tests</w:t>
      </w:r>
    </w:p>
    <w:p>
      <w:r>
        <w:rPr>
          <w:color w:val="666666"/>
          <w:sz w:val="18"/>
        </w:rPr>
        <w:t>Faith &amp; God · Importance of Peace December 16, 2012 · 1m 52s · at 1:04:46 · https://youtu.be/nymyorYyEz4?t=3886</w:t>
      </w:r>
    </w:p>
    <w:p>
      <w:r>
        <w:rPr>
          <w:i/>
        </w:rPr>
        <w:t>“If everything is a test, then what is the law of requital for deeds?”</w:t>
      </w:r>
    </w:p>
    <w:p>
      <w:r>
        <w:rPr>
          <w:sz w:val="20"/>
        </w:rPr>
        <w:t>1:04:46  Maulana, agla sawal bhi Pakistan se hai Aamir bin Yusuf sahib ka</w:t>
      </w:r>
      <w:r>
        <w:br/>
      </w:r>
      <w:r>
        <w:rPr>
          <w:sz w:val="20"/>
        </w:rPr>
        <w:t>1:04:51  . Unhon ne aapse poocha hai: "Agar har cheez imtehan hai to qanoon mukafaat-e-amal kya hai?" Is ke bare mein bataein.</w:t>
      </w:r>
      <w:r>
        <w:br/>
      </w:r>
      <w:r>
        <w:rPr>
          <w:sz w:val="20"/>
        </w:rPr>
        <w:t>1:05:05  Qanoon mukafaat-e-amal ek koi Quran Hadees to hai nahi, yeh to ek shayar ka sher hai. Yeh to koi al-mukafaat-e-amal ghafil mashhoor, yeh to ek sher hai.</w:t>
      </w:r>
      <w:r>
        <w:br/>
      </w:r>
      <w:r>
        <w:rPr>
          <w:sz w:val="20"/>
        </w:rPr>
        <w:t>1:05:21  Dekhiye, Allah ka jo creation plan hai, jo Quran mein banaya gaya hai, us ke mutabiq dekhiye, is duniya mein insaan azaad hai.</w:t>
      </w:r>
      <w:r>
        <w:br/>
      </w:r>
      <w:r>
        <w:rPr>
          <w:sz w:val="20"/>
        </w:rPr>
        <w:t>1:05:32  Is duniya mein Allah khara karein kisi ko, kahein kuch waqiyat hote hain, log kehte hain Allah ka azaab, is duniya mein Allah ka azaab nahi aayega kisi ke upar.</w:t>
      </w:r>
      <w:r>
        <w:br/>
      </w:r>
      <w:r>
        <w:rPr>
          <w:sz w:val="20"/>
        </w:rPr>
        <w:t>1:05:42  Woh warning hoti hai, itbaah hota hai.</w:t>
      </w:r>
      <w:r>
        <w:br/>
      </w:r>
      <w:r>
        <w:rPr>
          <w:sz w:val="20"/>
        </w:rPr>
        <w:t>1:05:45  Apni aql ko istemal kijiye aur is duniya mein aap ko nakami bhi hogi, kamyabi hogi, success bhi hoga, failure bhi hoga.</w:t>
      </w:r>
      <w:r>
        <w:br/>
      </w:r>
      <w:r>
        <w:rPr>
          <w:sz w:val="20"/>
        </w:rPr>
        <w:t>1:05:57  Woh hoga aap ki planning ke mutabiq. Planning galat hai to fail ho jayenge, aap planning sahi hai to aap kamyab honge. Yeh to duniya mein chalta rahega.</w:t>
      </w:r>
      <w:r>
        <w:br/>
      </w:r>
      <w:r>
        <w:rPr>
          <w:sz w:val="20"/>
        </w:rPr>
        <w:t>1:06:10  jahan tak akhirat ka mamla hai to wo farishton ka jo record ho raha hai hum mein se har shakhs ke bare mein, to is record ki buniyad par Allah faisla karenge ke kaun is qabil ko jannat dakhil kiya jayega.</w:t>
      </w:r>
      <w:r>
        <w:br/>
      </w:r>
      <w:r>
        <w:rPr>
          <w:sz w:val="20"/>
        </w:rPr>
        <w:t>1:06:25  ye hai. baqi ye jo she'r hai, wo is ka main is ka zimmedar main nahi hoon.</w:t>
      </w:r>
    </w:p>
    <w:p>
      <w:pPr>
        <w:pStyle w:val="Heading2"/>
      </w:pPr>
      <w:r>
        <w:t>Life after death vs reincarnation</w:t>
      </w:r>
    </w:p>
    <w:p>
      <w:r>
        <w:rPr>
          <w:color w:val="666666"/>
          <w:sz w:val="18"/>
        </w:rPr>
        <w:t>Faith &amp; God · Life After Death January 22, 2012 · 1m 22s · at 1:04:50 · https://youtu.be/5hVH1BLKBF4?t=3890</w:t>
      </w:r>
    </w:p>
    <w:p>
      <w:r>
        <w:rPr>
          <w:i/>
        </w:rPr>
        <w:t>“You have said that part of human personality is repeatable. Hence, human personality is also repeatable. The concept of reincarnation says the same thing. As Muslims, we do not believe in this theory. How can we distinguish the concept of life after death with the concept of reincarnation?”</w:t>
      </w:r>
    </w:p>
    <w:p>
      <w:r>
        <w:rPr>
          <w:sz w:val="20"/>
        </w:rPr>
        <w:t>1:04:50  maulana, agla sawal dilli se hai. mister n</w:t>
      </w:r>
      <w:r>
        <w:br/>
      </w:r>
      <w:r>
        <w:rPr>
          <w:sz w:val="20"/>
        </w:rPr>
        <w:t>1:04:53  asir aziz ka, unhon ne likha hai: "you have said that part of human personality is repeatable. hence, human personality is also repeatable.</w:t>
      </w:r>
      <w:r>
        <w:br/>
      </w:r>
      <w:r>
        <w:rPr>
          <w:sz w:val="20"/>
        </w:rPr>
        <w:t>1:05:05  the concept of avagaman says the same thing. as muslims, we do not believe in this theory. how can we distinguish the concept of life after death with the concept of avagaman?"</w:t>
      </w:r>
      <w:r>
        <w:br/>
      </w:r>
      <w:r>
        <w:rPr>
          <w:sz w:val="20"/>
        </w:rPr>
        <w:t>1:05:20  dekhiye, avagaman agar simply yeh ho ke mout ke baad zindagi, to woh to samajh mein aati hai. lekin jo 82 saal ke, pata nahi kitne lakh saal ka chakkar hai, woh to ek illogical baat hai.</w:t>
      </w:r>
      <w:r>
        <w:br/>
      </w:r>
      <w:r>
        <w:rPr>
          <w:sz w:val="20"/>
        </w:rPr>
        <w:t>1:05:35  avagaman simply agar yeh ho, life after death ke mani mein, to main sahi samjhunga is ko. lekin woh to yeh hai ke ek, pata nahi kitne karor saal aadmi ghoomta rehta hai, ghoomta rehta hai, ghoomta rehta hai.</w:t>
      </w:r>
      <w:r>
        <w:br/>
      </w:r>
      <w:r>
        <w:rPr>
          <w:sz w:val="20"/>
        </w:rPr>
        <w:t>1:05:47  yeh yeh to bilkul illogical baat hai.</w:t>
      </w:r>
      <w:r>
        <w:br/>
      </w:r>
      <w:r>
        <w:rPr>
          <w:sz w:val="20"/>
        </w:rPr>
        <w:t>1:05:50  koi is ka na reason mein, koi is ka saboot hai, na mazhab mein koi saboot hai.</w:t>
      </w:r>
      <w:r>
        <w:br/>
      </w:r>
      <w:r>
        <w:rPr>
          <w:sz w:val="20"/>
        </w:rPr>
        <w:t>1:05:59  to avagaman simply life after death ke mani mein nahi hai. woh ek ek cycle ke mani mein hai. aur woh cycle ka koi saboot nahi hai. na mazhab mein, na reason mein, na science mein.</w:t>
      </w:r>
    </w:p>
    <w:p>
      <w:pPr>
        <w:pStyle w:val="Heading2"/>
      </w:pPr>
      <w:r>
        <w:t>Limit of applying reason in religion</w:t>
      </w:r>
    </w:p>
    <w:p>
      <w:r>
        <w:rPr>
          <w:color w:val="666666"/>
          <w:sz w:val="18"/>
        </w:rPr>
        <w:t>Faith &amp; God · Revival of Abrahamic Mission October 28, 2012 · 1m 16s · at 1:09:31 · https://youtu.be/9mV72V5gsqM?t=4171</w:t>
      </w:r>
    </w:p>
    <w:p>
      <w:r>
        <w:rPr>
          <w:i/>
        </w:rPr>
        <w:t>“What is the limit of applying mind in religion?”</w:t>
      </w:r>
    </w:p>
    <w:p>
      <w:r>
        <w:rPr>
          <w:sz w:val="20"/>
        </w:rPr>
        <w:t>1:09:31  maulana, mister sanjeeb ne dilli se sawal kiya hai. unhon ne unhon ne poocha hai: "What is the limit of applying mind in religion?"</w:t>
      </w:r>
      <w:r>
        <w:br/>
      </w:r>
      <w:r>
        <w:rPr>
          <w:sz w:val="20"/>
        </w:rPr>
        <w:t>1:09:43  meri samajh nahi aayi, kya matlab hai is ka? maulana ki: "limit ki, limit kya sawal hai?" bhai hain, religion to zindagi hai. aap shayad religion ka matlab samjhte hain, rituals.</w:t>
      </w:r>
      <w:r>
        <w:br/>
      </w:r>
      <w:r>
        <w:rPr>
          <w:sz w:val="20"/>
        </w:rPr>
        <w:t>1:09:58  rituals hona religion nahi hai.</w:t>
      </w:r>
      <w:r>
        <w:br/>
      </w:r>
      <w:r>
        <w:rPr>
          <w:sz w:val="20"/>
        </w:rPr>
        <w:t>1:10:01  religion to, yani yani intellectual activities ka har form hai. intellectual activities ka har form hai.</w:t>
      </w:r>
      <w:r>
        <w:br/>
      </w:r>
      <w:r>
        <w:rPr>
          <w:sz w:val="20"/>
        </w:rPr>
        <w:t>1:10:17  to sab se zyada aap ko, aap ka mind jo hai, jis cheez mein religion aap ke mind ko sab se zyada develop karta hai, sab se zyada engage karta hai, sab se zyada taraqqi</w:t>
      </w:r>
      <w:r>
        <w:br/>
      </w:r>
      <w:r>
        <w:rPr>
          <w:sz w:val="20"/>
        </w:rPr>
        <w:t>1:10:30  ki taraf le aata hai, to is mein limit kya sawal hai? limit ka zehan is waqt aata hai jab aap jab religion ka matlab samjhein aap rituals.</w:t>
      </w:r>
      <w:r>
        <w:br/>
      </w:r>
      <w:r>
        <w:rPr>
          <w:sz w:val="20"/>
        </w:rPr>
        <w:t>1:10:39  to ritual to mazhab hai hi nahi, woh to culture hai.</w:t>
      </w:r>
    </w:p>
    <w:p>
      <w:pPr>
        <w:pStyle w:val="Heading2"/>
      </w:pPr>
      <w:r>
        <w:t>Limits of intellect in religion</w:t>
      </w:r>
    </w:p>
    <w:p>
      <w:r>
        <w:rPr>
          <w:color w:val="666666"/>
          <w:sz w:val="18"/>
        </w:rPr>
        <w:t>Faith &amp; God · Materialism and Intellectual Dwarfism 29th April 2012 · 5m 54s · at 1:22:39 · https://youtu.be/qHzARL_r3I4?t=4959</w:t>
      </w:r>
    </w:p>
    <w:p>
      <w:r>
        <w:rPr>
          <w:i/>
        </w:rPr>
        <w:t>“What are the limits of using intellect in religion?”</w:t>
      </w:r>
    </w:p>
    <w:p>
      <w:r>
        <w:rPr>
          <w:sz w:val="20"/>
        </w:rPr>
        <w:t>1:22:39  aadmi ka hal ye hai ke wo busy hai kahin kisi job mein kisi business mein hamari tarah se to koi nahi ke wo sab kuch chhod chhad kar ke sirf study karta ho to jo log bhi istemal karte hain internet ko mein samajhta hoon is mein sawa confusion ke aur kuch milta nahi un ko mein is apne tajurbe se yahi samajh paya hoon maulana agla sawal hai solapur se maulana yaqoob umri sahib ka</w:t>
      </w:r>
      <w:r>
        <w:br/>
      </w:r>
      <w:r>
        <w:rPr>
          <w:sz w:val="20"/>
        </w:rPr>
        <w:t>1:23:08  unhon ne likha hai deen mein aql ko istemal karne ka hudood kya hai</w:t>
      </w:r>
      <w:r>
        <w:br/>
      </w:r>
      <w:r>
        <w:rPr>
          <w:sz w:val="20"/>
        </w:rPr>
        <w:t>1:23:19  koi had nahi had kya hai had hai sincerity koi had nahi hai aap sincere hon bas aap sincere hon misal ke taur pe ke mein aik baat bataoon ke har aadmi parta hai alhamdulillah rabbil alamin</w:t>
      </w:r>
      <w:r>
        <w:br/>
      </w:r>
      <w:r>
        <w:rPr>
          <w:sz w:val="20"/>
        </w:rPr>
        <w:t>1:23:38  in rozana namaz mein aql ko istemal nahi karta mujhe aik aadmi nahi mila jo aql ko istemal karta ho yahan halanke is se bohat bara item hai is ke andar kisi bhi namai se aap poochen bas alhamdulillah rabbil alamin parh liya baghair aql ko istemal kiye hue mein ne apni aql ko istemal kiya to mein ne socha ke mein keh raha hoon ke khuda ya tera shukr hai to</w:t>
      </w:r>
      <w:r>
        <w:br/>
      </w:r>
      <w:r>
        <w:rPr>
          <w:sz w:val="20"/>
        </w:rPr>
        <w:t>1:24:06  kaise bara shukr nikle ga jo allah ke rabb jo rabbil alamin ki shan shan ho jabke mein tarah tarah ke tajurbaat har waqt mujh se guzarte hain matlab kisi ne mujhe sata diya kisi ne mera nuksan kar diya kisi ne mera mera maal hadap kar liya kisi ne kisi ne koi masla create kar diya is ne pareshan kar diya mujh ko</w:t>
      </w:r>
      <w:r>
        <w:br/>
      </w:r>
      <w:r>
        <w:rPr>
          <w:sz w:val="20"/>
        </w:rPr>
        <w:t>1:24:29  yani har har din har subah shaam log koi na koi aisi baatein</w:t>
      </w:r>
      <w:r>
        <w:br/>
      </w:r>
      <w:r>
        <w:rPr>
          <w:sz w:val="20"/>
        </w:rPr>
        <w:t>1:24:36  tajrube guzarte hain jis se shikayatein aati hain complaint aati hai to main kaise kahoon bada shukr kaise</w:t>
      </w:r>
      <w:r>
        <w:br/>
      </w:r>
      <w:r>
        <w:rPr>
          <w:sz w:val="20"/>
        </w:rPr>
        <w:t>1:24:42  mujhe se niklega main jee raha hoon nashukri mein to keh raha hoon khuda tera shukr hai</w:t>
      </w:r>
      <w:r>
        <w:br/>
      </w:r>
      <w:r>
        <w:rPr>
          <w:sz w:val="20"/>
        </w:rPr>
        <w:t>1:24:50  to main us ko daryaft kiya ke is ka matlab yeh hai ke alhamdulillah alhamdulillah rabbul alameen jo</w:t>
      </w:r>
      <w:r>
        <w:br/>
      </w:r>
      <w:r>
        <w:rPr>
          <w:sz w:val="20"/>
        </w:rPr>
        <w:t>1:24:56  hai ek ek poore culture ko dawat deta hai</w:t>
      </w:r>
      <w:r>
        <w:br/>
      </w:r>
      <w:r>
        <w:rPr>
          <w:sz w:val="20"/>
        </w:rPr>
        <w:t>1:25:00  is ka matlab ke aye bande bhulao in baaton ko taake tum bara shukr kar sako bhulao sab baaton ko shikayaton ko bhulao aur nuksan ko bhulao jo tum par pesh aa raha hai yani ye ye ayat ye bata rahi hai ke ab bande bhulao in baaton ko kyunke kaun duniya mein aisa hai jis ko ke yani negative experience na ho raha ho koi aisa nahi hai</w:t>
      </w:r>
      <w:r>
        <w:br/>
      </w:r>
      <w:r>
        <w:rPr>
          <w:sz w:val="20"/>
        </w:rPr>
        <w:t>1:25:28  aisa to koi aik bhi insan nahi mile ga aap ko jis ko negative experience na hua ho ye log shikayaton mein jeete hain har aadmi shikayat mein jeeta hai jis se bhi miliye aap abhi aap yahan se nikal ke jaiye road par kisi se baat kijiye wo shikayat bole bole ga kahin bhi aap dekhiye to har aadmi dil mein shikayat liye hue hai dil mein nafrat liye hue hai dil mein intiqam ka jazba liye hue hai dil mein tarah tarah ke negative thought liye hue hai</w:t>
      </w:r>
      <w:r>
        <w:br/>
      </w:r>
      <w:r>
        <w:rPr>
          <w:sz w:val="20"/>
        </w:rPr>
        <w:t>1:25:57  ab in is tarah ke kaifiyat mein wo jee raha hai phir kehta hai alhamdulillah rabbil alamin to rabbil alamin ke darje ka shaoor kaise nikle ga is ki zuban se</w:t>
      </w:r>
      <w:r>
        <w:br/>
      </w:r>
      <w:r>
        <w:rPr>
          <w:sz w:val="20"/>
        </w:rPr>
        <w:t>1:26:08  tab mujhe samajh mein aaya ke is ayat mein yeh yeh baat yeh message ek chupa hua hai</w:t>
      </w:r>
      <w:r>
        <w:br/>
      </w:r>
      <w:r>
        <w:rPr>
          <w:sz w:val="20"/>
        </w:rPr>
        <w:t>1:26:13  woh yeh ke aye bande</w:t>
      </w:r>
      <w:r>
        <w:br/>
      </w:r>
      <w:r>
        <w:rPr>
          <w:sz w:val="20"/>
        </w:rPr>
        <w:t>1:26:17  tu agar chahta hai ke woh badi ibadat kar sake jis ko alhamdulillah kaha jata hai to bhala</w:t>
      </w:r>
      <w:r>
        <w:br/>
      </w:r>
      <w:r>
        <w:rPr>
          <w:sz w:val="20"/>
        </w:rPr>
        <w:t>1:26:24  ishq shikayaton ko shikayaton ko bhala nafraton ko bhala nuqsanaat ko bhala jab tak bhulayega nahi tum</w:t>
      </w:r>
      <w:r>
        <w:br/>
      </w:r>
      <w:r>
        <w:rPr>
          <w:sz w:val="20"/>
        </w:rPr>
        <w:t>1:26:32  baaton ko tab tak shukr nahi kar payega</w:t>
      </w:r>
      <w:r>
        <w:br/>
      </w:r>
      <w:r>
        <w:rPr>
          <w:sz w:val="20"/>
        </w:rPr>
        <w:t>1:26:39  jise burnard shaw ne kaha tha ke the most uneducated person is one who has nothing to forget mein ye kahunga ke sab se zyada yani ah na wo aadmi yani shukr us ko mein is tarah kahunga ke shukr karne ke liye aap ko forget karna parta hai agar aap forget na karen to aap nashukri mein jiyen</w:t>
      </w:r>
      <w:r>
        <w:br/>
      </w:r>
      <w:r>
        <w:rPr>
          <w:sz w:val="20"/>
        </w:rPr>
        <w:t>1:27:05  ge zuban se kahenge alhamdulillah haqeeqat mein aap nashukri mein jeene wale honge to ye aql ko istemal karni hi parti hai baat samajh aayi</w:t>
      </w:r>
      <w:r>
        <w:br/>
      </w:r>
      <w:r>
        <w:rPr>
          <w:sz w:val="20"/>
        </w:rPr>
        <w:t>1:27:15  agar mein ne na istemal karta to kuch bhi samajh mein ata bas alhamdulillah bolta rehta mein to mein ne samjha hai ke alhamdulillah jo hai wo wo color hai tamam negativity ka</w:t>
      </w:r>
      <w:r>
        <w:br/>
      </w:r>
      <w:r>
        <w:rPr>
          <w:sz w:val="20"/>
        </w:rPr>
        <w:t>1:27:28  alhamdulillah rabbil alamin aik aik hi ayat nahi hai wo qatil hai har qism ki manfi jazbaat ki har qism ke bure khayalaat ki har qism ki shikayat ki har qism ki nafrat ki jitni bhi manfi item hain is sab ki qatil hai ye aur jab aadmi is tarah namaz padh ke nikle to kaisa aik naya insan hoga wo aap ghor kijiye</w:t>
      </w:r>
      <w:r>
        <w:br/>
      </w:r>
      <w:r>
        <w:rPr>
          <w:sz w:val="20"/>
        </w:rPr>
        <w:t>1:27:54  jis tarike se alhamdulillah wala culture ikhtiyar kare us tarike se wo namaz padh kar nikle to aik naya insan hoga wo</w:t>
      </w:r>
      <w:r>
        <w:br/>
      </w:r>
      <w:r>
        <w:rPr>
          <w:sz w:val="20"/>
        </w:rPr>
        <w:t>1:28:03  jo shikayaton se khali hoga inteqaam se khali hoga manfi jazbaat se khali hoga kyun woh samjhega</w:t>
      </w:r>
      <w:r>
        <w:br/>
      </w:r>
      <w:r>
        <w:rPr>
          <w:sz w:val="20"/>
        </w:rPr>
        <w:t>1:28:09  ke agar main apne aap ko khali nahi kiya to main alhamdulillah kehne ke qabil nahi rahunga</w:t>
      </w:r>
      <w:r>
        <w:br/>
      </w:r>
      <w:r>
        <w:rPr>
          <w:sz w:val="20"/>
        </w:rPr>
        <w:t>1:28:17  alhamdulillah rabbul alameen kehne ke qabil jab banunga main jab ke apne aap ko purify karoon</w:t>
      </w:r>
      <w:r>
        <w:br/>
      </w:r>
      <w:r>
        <w:rPr>
          <w:sz w:val="20"/>
        </w:rPr>
        <w:t>1:28:24  purify karoon apne aap ko tab main keh sakoon ke aye allah tera shukr hai</w:t>
      </w:r>
      <w:r>
        <w:br/>
      </w:r>
      <w:r>
        <w:rPr>
          <w:sz w:val="20"/>
        </w:rPr>
        <w:t>1:28:30  yeh aql ko istemal karne se yeh baat samajh mein aati hai</w:t>
      </w:r>
    </w:p>
    <w:p>
      <w:pPr>
        <w:pStyle w:val="Heading2"/>
      </w:pPr>
      <w:r>
        <w:t>Limits of using intellect in religion</w:t>
      </w:r>
    </w:p>
    <w:p>
      <w:r>
        <w:rPr>
          <w:color w:val="666666"/>
          <w:sz w:val="18"/>
        </w:rPr>
        <w:t>Faith &amp; God · Material Science Vs Spiritual Science 20th May 12 SLOW · 5m 43s · at 1:27:26 · https://youtu.be/qYwFExG7cyM?t=5246</w:t>
      </w:r>
    </w:p>
    <w:p>
      <w:r>
        <w:rPr>
          <w:i/>
        </w:rPr>
        <w:t>“What are the limits of using intellect in religion?”</w:t>
      </w:r>
    </w:p>
    <w:p>
      <w:r>
        <w:rPr>
          <w:sz w:val="20"/>
        </w:rPr>
        <w:t>1:27:26  maulana, agla sawal hai solah pur se maulana yaqoob umri sahib ka.</w:t>
      </w:r>
      <w:r>
        <w:br/>
      </w:r>
      <w:r>
        <w:rPr>
          <w:sz w:val="20"/>
        </w:rPr>
        <w:t>1:27:31  unhon ne likha hai: "deen mein aql ko istemal karne ka hudood kya hai?" koi had nahi, had</w:t>
      </w:r>
      <w:r>
        <w:br/>
      </w:r>
      <w:r>
        <w:rPr>
          <w:sz w:val="20"/>
        </w:rPr>
        <w:t>1:27:39  kya hai? had hai sincerity.</w:t>
      </w:r>
      <w:r>
        <w:br/>
      </w:r>
      <w:r>
        <w:rPr>
          <w:sz w:val="20"/>
        </w:rPr>
        <w:t>1:27:41  koi had nahi hai, aap sincere hon, bas aap sincere hon.</w:t>
      </w:r>
      <w:r>
        <w:br/>
      </w:r>
      <w:r>
        <w:rPr>
          <w:sz w:val="20"/>
        </w:rPr>
        <w:t>1:27:46  misal ke taur pe ke main ek baat bataoon ke har aadmi padhta hai "alhamdulillah rabbul alameen" rozana</w:t>
      </w:r>
      <w:r>
        <w:br/>
      </w:r>
      <w:r>
        <w:rPr>
          <w:sz w:val="20"/>
        </w:rPr>
        <w:t>1:27:54  namaz mein, aql ko istemal nahi karta.</w:t>
      </w:r>
      <w:r>
        <w:br/>
      </w:r>
      <w:r>
        <w:rPr>
          <w:sz w:val="20"/>
        </w:rPr>
        <w:t>1:27:57  mujhe ek aadmi nahi mila jo aql ko istemal karta ho yahan, halanke is se bohat bara item</w:t>
      </w:r>
      <w:r>
        <w:br/>
      </w:r>
      <w:r>
        <w:rPr>
          <w:sz w:val="20"/>
        </w:rPr>
        <w:t>1:28:04  hai is ke andar.</w:t>
      </w:r>
      <w:r>
        <w:br/>
      </w:r>
      <w:r>
        <w:rPr>
          <w:sz w:val="20"/>
        </w:rPr>
        <w:t>1:28:06  kisi bhi numaaish se aap poochein, bas "alhamdulillah rabbul alameen" padh liya baghair aql ko istemal kiye.</w:t>
      </w:r>
      <w:r>
        <w:br/>
      </w:r>
      <w:r>
        <w:rPr>
          <w:sz w:val="20"/>
        </w:rPr>
        <w:t>1:28:13  main ne apni aql ko istemal kiya, main ne socha ke main keh raha hoon ke khudaaya tera</w:t>
      </w:r>
      <w:r>
        <w:br/>
      </w:r>
      <w:r>
        <w:rPr>
          <w:sz w:val="20"/>
        </w:rPr>
        <w:t>1:28:21  shukr hai, to kaise bara shukr niklega jo Allah ke rabbul alameen ki shaan shaan ho? jabke</w:t>
      </w:r>
      <w:r>
        <w:br/>
      </w:r>
      <w:r>
        <w:rPr>
          <w:sz w:val="20"/>
        </w:rPr>
        <w:t>1:28:29  main tarah tarah ke tajrube har waqt mujh se guzarte hain.</w:t>
      </w:r>
      <w:r>
        <w:br/>
      </w:r>
      <w:r>
        <w:rPr>
          <w:sz w:val="20"/>
        </w:rPr>
        <w:t>1:28:33  matlab, kisi ne mujhe saza diya, kisi ne mera nuksan kar diya, kisi ne mera maal hadap kar</w:t>
      </w:r>
      <w:r>
        <w:br/>
      </w:r>
      <w:r>
        <w:rPr>
          <w:sz w:val="20"/>
        </w:rPr>
        <w:t>1:28:41  liya, kisi ne kisi ne koi nawishat create kar diya, use pareshan kar diya.</w:t>
      </w:r>
      <w:r>
        <w:br/>
      </w:r>
      <w:r>
        <w:rPr>
          <w:sz w:val="20"/>
        </w:rPr>
        <w:t>1:28:47  is ko yani har har din, har subah sham log koi na koi aisi baatein, tajrube guzarte hain</w:t>
      </w:r>
      <w:r>
        <w:br/>
      </w:r>
      <w:r>
        <w:rPr>
          <w:sz w:val="20"/>
        </w:rPr>
        <w:t>1:28:55  jis se shikayatein aati hain, complaint aati hain.</w:t>
      </w:r>
      <w:r>
        <w:br/>
      </w:r>
      <w:r>
        <w:rPr>
          <w:sz w:val="20"/>
        </w:rPr>
        <w:t>1:28:58  to main kaise kahoon bara shukr kaise mujh se niklega? main jee raha hoon nashukri mein, keh</w:t>
      </w:r>
      <w:r>
        <w:br/>
      </w:r>
      <w:r>
        <w:rPr>
          <w:sz w:val="20"/>
        </w:rPr>
        <w:t>1:29:06  raha hoon khuda tera shukr hai.</w:t>
      </w:r>
      <w:r>
        <w:br/>
      </w:r>
      <w:r>
        <w:rPr>
          <w:sz w:val="20"/>
        </w:rPr>
        <w:t>1:29:09  to main is ko daryaft kiya ke is ka matlab yeh hai ke "alhamdulillah rabbul alameen" jo hai,</w:t>
      </w:r>
      <w:r>
        <w:br/>
      </w:r>
      <w:r>
        <w:rPr>
          <w:sz w:val="20"/>
        </w:rPr>
        <w:t>1:29:16  ek ek poore culture ko dawat deta hai.</w:t>
      </w:r>
      <w:r>
        <w:br/>
      </w:r>
      <w:r>
        <w:rPr>
          <w:sz w:val="20"/>
        </w:rPr>
        <w:t>1:29:20  is ka matlab kaha hai bande bhulao in baaton ko taake tum bara shukr kar sako.</w:t>
      </w:r>
      <w:r>
        <w:br/>
      </w:r>
      <w:r>
        <w:rPr>
          <w:sz w:val="20"/>
        </w:rPr>
        <w:t>1:29:27  bhulao sab baaton ko, shikayaton ko bhulao aur nuqsan ko bhulao jo tum par pesh aa raha hai.</w:t>
      </w:r>
      <w:r>
        <w:br/>
      </w:r>
      <w:r>
        <w:rPr>
          <w:sz w:val="20"/>
        </w:rPr>
        <w:t>1:29:34  yani yeh ayat yeh bata rahi hai ke aap bande bhulao in baaton ko, kyunke kaun duniya mein</w:t>
      </w:r>
      <w:r>
        <w:br/>
      </w:r>
      <w:r>
        <w:rPr>
          <w:sz w:val="20"/>
        </w:rPr>
        <w:t>1:29:42  aisa hai jisko ke yani negative experience na ho raha ho? koi aisa nahi hai.</w:t>
      </w:r>
      <w:r>
        <w:br/>
      </w:r>
      <w:r>
        <w:rPr>
          <w:sz w:val="20"/>
        </w:rPr>
        <w:t>1:29:49  aisa to koi ek bhi insaan nahi milega aap ko jisko negative experience na hua ho.</w:t>
      </w:r>
      <w:r>
        <w:br/>
      </w:r>
      <w:r>
        <w:rPr>
          <w:sz w:val="20"/>
        </w:rPr>
        <w:t>1:29:57  yeh log shikayaton mein jeete hain.</w:t>
      </w:r>
      <w:r>
        <w:br/>
      </w:r>
      <w:r>
        <w:rPr>
          <w:sz w:val="20"/>
        </w:rPr>
        <w:t>1:29:59  har aadmi shikayat mein jeeta hai, jisse bhi miliye.</w:t>
      </w:r>
      <w:r>
        <w:br/>
      </w:r>
      <w:r>
        <w:rPr>
          <w:sz w:val="20"/>
        </w:rPr>
        <w:t>1:30:03  aap abhi aap yahan nikal ke jaiye road par kahin se baat kijiye, woh shikayat koi nahi bolay</w:t>
      </w:r>
      <w:r>
        <w:br/>
      </w:r>
      <w:r>
        <w:rPr>
          <w:sz w:val="20"/>
        </w:rPr>
        <w:t>1:30:11  ga.</w:t>
      </w:r>
      <w:r>
        <w:br/>
      </w:r>
      <w:r>
        <w:rPr>
          <w:sz w:val="20"/>
        </w:rPr>
        <w:t>1:30:13  kahin bhi aap dekhiye to har aadmi dil mein shikayat liye gaye, dil mein nafrat liye gaye, dil</w:t>
      </w:r>
      <w:r>
        <w:br/>
      </w:r>
      <w:r>
        <w:rPr>
          <w:sz w:val="20"/>
        </w:rPr>
        <w:t>1:30:20  mein inteqaam jazba liye gaye, dil mein tarah tarah ke negative thought liye gaye.</w:t>
      </w:r>
      <w:r>
        <w:br/>
      </w:r>
      <w:r>
        <w:rPr>
          <w:sz w:val="20"/>
        </w:rPr>
        <w:t>1:30:26  ab in is tarah ke kaifiyat mein woh jee raha hai, phir kehta hai "Alhamdulillah Rabb-ul-Alameen" to</w:t>
      </w:r>
      <w:r>
        <w:br/>
      </w:r>
      <w:r>
        <w:rPr>
          <w:sz w:val="20"/>
        </w:rPr>
        <w:t>1:30:34  Rabb-ul-Alameen ke darje ka shukr kaise niklega is ki zuban se? tab meri farmaya ke is</w:t>
      </w:r>
      <w:r>
        <w:br/>
      </w:r>
      <w:r>
        <w:rPr>
          <w:sz w:val="20"/>
        </w:rPr>
        <w:t>1:30:42  ayat mein yeh yeh baat, yeh message ek chupa hua hai, woh yeh ke ae bande, tu agar</w:t>
      </w:r>
      <w:r>
        <w:br/>
      </w:r>
      <w:r>
        <w:rPr>
          <w:sz w:val="20"/>
        </w:rPr>
        <w:t>1:30:49  chahta hai ke woh bari ibadat kar sake jisko "Alhamdulillah" kaha jata hai, to bhula ishq, shikayaton,</w:t>
      </w:r>
      <w:r>
        <w:br/>
      </w:r>
      <w:r>
        <w:rPr>
          <w:sz w:val="20"/>
        </w:rPr>
        <w:t>1:30:57  shikayaton ko bhula, nafraton ko bhula, nuqsanaat ko bhula.</w:t>
      </w:r>
      <w:r>
        <w:br/>
      </w:r>
      <w:r>
        <w:rPr>
          <w:sz w:val="20"/>
        </w:rPr>
        <w:t>1:31:01  jab tak bhulaye ga nahi, tab baaton ko tab tak shukr nahi kar payega.</w:t>
      </w:r>
      <w:r>
        <w:br/>
      </w:r>
      <w:r>
        <w:rPr>
          <w:sz w:val="20"/>
        </w:rPr>
        <w:t>1:31:07  جیسے برنارڈ شاہ نے کہا تھا کہ "The most uneducated person is one who has nothing to forget"۔</w:t>
      </w:r>
      <w:r>
        <w:br/>
      </w:r>
      <w:r>
        <w:rPr>
          <w:sz w:val="20"/>
        </w:rPr>
        <w:t>1:31:15  mein yeh kahunga ke sab se zyada yani na woh aadmi yani shukr, is ko mein is</w:t>
      </w:r>
      <w:r>
        <w:br/>
      </w:r>
      <w:r>
        <w:rPr>
          <w:sz w:val="20"/>
        </w:rPr>
        <w:t>1:31:23  طرح کہوں گا کہ شکر کرنے کے لیے آپ کو forget کرنا پڑتا ہے۔</w:t>
      </w:r>
      <w:r>
        <w:br/>
      </w:r>
      <w:r>
        <w:rPr>
          <w:sz w:val="20"/>
        </w:rPr>
        <w:t>1:31:29  اگر آپ forget نہ کریں تو آپ ناشکری میں جئیں گے۔</w:t>
      </w:r>
      <w:r>
        <w:br/>
      </w:r>
      <w:r>
        <w:rPr>
          <w:sz w:val="20"/>
        </w:rPr>
        <w:t>1:31:34  zuban se kahenge "Alhamdulillah", haqeeqat mein aap nashukri mein jeene wale honge.</w:t>
      </w:r>
      <w:r>
        <w:br/>
      </w:r>
      <w:r>
        <w:rPr>
          <w:sz w:val="20"/>
        </w:rPr>
        <w:t>1:31:40  to yeh aql ko istemal karni hi padti hai.</w:t>
      </w:r>
      <w:r>
        <w:br/>
      </w:r>
      <w:r>
        <w:rPr>
          <w:sz w:val="20"/>
        </w:rPr>
        <w:t>1:31:43  baat samajh aayi? agar aap ko mein ne na istemal karta to kuch bhi samajh aata, bas "Alhamdulillah"</w:t>
      </w:r>
      <w:r>
        <w:br/>
      </w:r>
      <w:r>
        <w:rPr>
          <w:sz w:val="20"/>
        </w:rPr>
        <w:t>1:31:51  bolta rehta mein.</w:t>
      </w:r>
      <w:r>
        <w:br/>
      </w:r>
      <w:r>
        <w:rPr>
          <w:sz w:val="20"/>
        </w:rPr>
        <w:t>1:31:53  to mein ne samjha hai ke "Alhamdulillah" jo hai, woh woh color hai tamam negativity ka.</w:t>
      </w:r>
      <w:r>
        <w:br/>
      </w:r>
      <w:r>
        <w:rPr>
          <w:sz w:val="20"/>
        </w:rPr>
        <w:t>1:32:00  "Alhamdulillah Rabb-ul-Alameen" ek ek hi ayat nahi hai, woh qatil hai har qism ki manfi jazbaat ki,</w:t>
      </w:r>
      <w:r>
        <w:br/>
      </w:r>
      <w:r>
        <w:rPr>
          <w:sz w:val="20"/>
        </w:rPr>
        <w:t>1:32:07  har qism ke bure khayalaat ki, har qism ki shikayat ki, har qism ki nafrat ki.</w:t>
      </w:r>
      <w:r>
        <w:br/>
      </w:r>
      <w:r>
        <w:rPr>
          <w:sz w:val="20"/>
        </w:rPr>
        <w:t>1:32:14  jitni bhi manfi item hain, woh sab ki qatil hai.</w:t>
      </w:r>
      <w:r>
        <w:br/>
      </w:r>
      <w:r>
        <w:rPr>
          <w:sz w:val="20"/>
        </w:rPr>
        <w:t>1:32:18  aur jab aadmi is tarah namaz parh ke nikle to kaisa ek naya insan hoga? woh aap ghhor</w:t>
      </w:r>
      <w:r>
        <w:br/>
      </w:r>
      <w:r>
        <w:rPr>
          <w:sz w:val="20"/>
        </w:rPr>
        <w:t>1:32:26  kijiye, jis tareeqe se "Alhamdulillah" wala culture ikhtiyar kare, us tareeqe se woh namaz parh ke nikle to</w:t>
      </w:r>
      <w:r>
        <w:br/>
      </w:r>
      <w:r>
        <w:rPr>
          <w:sz w:val="20"/>
        </w:rPr>
        <w:t>1:32:34  ek naya insan hoga.</w:t>
      </w:r>
      <w:r>
        <w:br/>
      </w:r>
      <w:r>
        <w:rPr>
          <w:sz w:val="20"/>
        </w:rPr>
        <w:t>1:32:36  woh jo shikayaton se khali hoga, inteqam se khali hoga, manfi jazbat se khali hoga.</w:t>
      </w:r>
      <w:r>
        <w:br/>
      </w:r>
      <w:r>
        <w:rPr>
          <w:sz w:val="20"/>
        </w:rPr>
        <w:t>1:32:42  kyun? woh samjhega ke agar main apne aap ko khali nahi kiya to main "Alhamdulillah" kehne ke</w:t>
      </w:r>
      <w:r>
        <w:br/>
      </w:r>
      <w:r>
        <w:rPr>
          <w:sz w:val="20"/>
        </w:rPr>
        <w:t>1:32:50  qabil nahi rahunga.</w:t>
      </w:r>
      <w:r>
        <w:br/>
      </w:r>
      <w:r>
        <w:rPr>
          <w:sz w:val="20"/>
        </w:rPr>
        <w:t>1:32:51  "Alhamdulillah Rabb al-Alameen" kehne ke qabil jab banunga main? jab ke apne aap ko purify karun, purify</w:t>
      </w:r>
      <w:r>
        <w:br/>
      </w:r>
      <w:r>
        <w:rPr>
          <w:sz w:val="20"/>
        </w:rPr>
        <w:t>1:32:59  karun apne aap ko, tab main keh sakun ke aye Allah, tera shukr hai.</w:t>
      </w:r>
      <w:r>
        <w:br/>
      </w:r>
      <w:r>
        <w:rPr>
          <w:sz w:val="20"/>
        </w:rPr>
        <w:t>1:33:05  yeh aql ko istemal karne se yeh baat samajh ati hai.</w:t>
      </w:r>
    </w:p>
    <w:p>
      <w:pPr>
        <w:pStyle w:val="Heading2"/>
      </w:pPr>
      <w:r>
        <w:t>Living in God's glory despite helplessness</w:t>
      </w:r>
    </w:p>
    <w:p>
      <w:r>
        <w:rPr>
          <w:color w:val="666666"/>
          <w:sz w:val="18"/>
        </w:rPr>
        <w:t>Faith &amp; God · Man &amp; Paradise Aug 18, 2013 - Maulana Wahiduddin Khan · 1m 37s · at 48:57 · https://youtu.be/yKy1suwbP8o?t=2937</w:t>
      </w:r>
    </w:p>
    <w:p>
      <w:r>
        <w:rPr>
          <w:i/>
        </w:rPr>
        <w:t>“In this world we are helpless, but still we often live in our own glory. How can we live in the glory of God?”</w:t>
      </w:r>
    </w:p>
    <w:p>
      <w:r>
        <w:rPr>
          <w:sz w:val="20"/>
        </w:rPr>
        <w:t>48:57  maulana, agla sawal dilli se hai miss naghma siddiqui ka. unhon ne likha hai: "maulana, in this world we are helpless, but still we often live in our own glory.</w:t>
      </w:r>
      <w:r>
        <w:br/>
      </w:r>
      <w:r>
        <w:rPr>
          <w:sz w:val="20"/>
        </w:rPr>
        <w:t>49:11  my question is: how can we live in the glory of god?"</w:t>
      </w:r>
      <w:r>
        <w:br/>
      </w:r>
      <w:r>
        <w:rPr>
          <w:sz w:val="20"/>
        </w:rPr>
        <w:t>49:15  " dekhiye, jo log apni glory mein jeete hain, is ka naam glory nahin hai, is ka naam hai arrogance.</w:t>
      </w:r>
      <w:r>
        <w:br/>
      </w:r>
      <w:r>
        <w:rPr>
          <w:sz w:val="20"/>
        </w:rPr>
        <w:t>49:25  yeh arrogance ka beautiful word hai. yeh jo log apni glory mein jeete hon, woh haqeeqat mein arrogance mein jeete hain, aur arrogance jo hai, woh bilashuba jaiz nahin hai.</w:t>
      </w:r>
      <w:r>
        <w:br/>
      </w:r>
      <w:r>
        <w:rPr>
          <w:sz w:val="20"/>
        </w:rPr>
        <w:t>49:41  ek hadith hai ke aisa shakhs jannat mein nahin jayega jis ke andar ek rai ke barabar bhi arrogance ho.</w:t>
      </w:r>
      <w:r>
        <w:br/>
      </w:r>
      <w:r>
        <w:rPr>
          <w:sz w:val="20"/>
        </w:rPr>
        <w:t>49:52  man la yadkhul al-jannata man kan fi qalbihi misqal habbat khardalin min kibr. la yadkhul al-jannata man kan fi qalbihi misqal habbat khardalin min kibr.</w:t>
      </w:r>
      <w:r>
        <w:br/>
      </w:r>
      <w:r>
        <w:rPr>
          <w:sz w:val="20"/>
        </w:rPr>
        <w:t>50:05  woh aadmi jannat mein nahin jayega, nahin jayega jis ke andar rai ke dane ke barabar bhi kibr ho. to main dekh, glory jo log self glory mein jeete hain, woh arrogance mein jeete hain, aur agar arrogance mein jeena to yeh to bohat hi risky baat hai.</w:t>
      </w:r>
      <w:r>
        <w:br/>
      </w:r>
      <w:r>
        <w:rPr>
          <w:sz w:val="20"/>
        </w:rPr>
        <w:t>50:26  bohat bara risk le rahe hain aise log akhirat ke aitbar se.</w:t>
      </w:r>
    </w:p>
    <w:p>
      <w:pPr>
        <w:pStyle w:val="Heading2"/>
      </w:pPr>
      <w:r>
        <w:t>Living in God's glory instead of self-glory</w:t>
      </w:r>
    </w:p>
    <w:p>
      <w:r>
        <w:rPr>
          <w:color w:val="666666"/>
          <w:sz w:val="18"/>
        </w:rPr>
        <w:t>Faith &amp; God · Lessons from My Journey to Agra October 27, 2013 · 3m 29s · at 1:00:31 · https://youtu.be/Gg2N0h4ETH8?t=3631</w:t>
      </w:r>
    </w:p>
    <w:p>
      <w:r>
        <w:rPr>
          <w:i/>
        </w:rPr>
        <w:t>“Recognizing God's existence necessitates that we do not live in our own self-glory, but live in the glory of God. Please let us know how can we do this?”</w:t>
      </w:r>
    </w:p>
    <w:p>
      <w:r>
        <w:rPr>
          <w:sz w:val="20"/>
        </w:rPr>
        <w:t>1:00:31  maulana, agla sawal delhi se hai, miss naghma sadi</w:t>
      </w:r>
      <w:r>
        <w:br/>
      </w:r>
      <w:r>
        <w:rPr>
          <w:sz w:val="20"/>
        </w:rPr>
        <w:t>1:00:34  ki ka. Unhon ne likha hai: "Recognizing God's sign necessity that we do not live in our own self glory, but live in the glory of God.</w:t>
      </w:r>
      <w:r>
        <w:br/>
      </w:r>
      <w:r>
        <w:rPr>
          <w:sz w:val="20"/>
        </w:rPr>
        <w:t>1:00:48  please let us know how can we do this?" dekhen, haqeeqat to yahi hai ke har glory Khuda ki glory hai. har barhai Khuda ki barhai hai.</w:t>
      </w:r>
      <w:r>
        <w:br/>
      </w:r>
      <w:r>
        <w:rPr>
          <w:sz w:val="20"/>
        </w:rPr>
        <w:t>1:00:58  to jab hum sochen ge to hum is ko daryaft kar len ge.</w:t>
      </w:r>
      <w:r>
        <w:br/>
      </w:r>
      <w:r>
        <w:rPr>
          <w:sz w:val="20"/>
        </w:rPr>
        <w:t>1:01:04  aaj mein isi baat par ajeeb baat hai ke aaj hi subah ko mein isi par soch raha tha. to sochte sochte yeh samajh mein aaya ke mein apne barhapay ko le kar soch raha tha.</w:t>
      </w:r>
      <w:r>
        <w:br/>
      </w:r>
      <w:r>
        <w:rPr>
          <w:sz w:val="20"/>
        </w:rPr>
        <w:t>1:01:19  barhapay ko le kar bas to mein ne socha ke yeh barhapa jo hai, bohat bari nemat hai, blessing hai. yaani apna jo jo jo mere andar za'f aa gaya hai barhapay ki wajah se, us ko le kar soch raha tha mein.</w:t>
      </w:r>
      <w:r>
        <w:br/>
      </w:r>
      <w:r>
        <w:rPr>
          <w:sz w:val="20"/>
        </w:rPr>
        <w:t>1:01:36  to mein ne socha ke barhapa bohat bari blessing hai, kyunke barhapa jo hai, aap ki daryaft ko aakhri had tak pohanchata hai.</w:t>
      </w:r>
      <w:r>
        <w:br/>
      </w:r>
      <w:r>
        <w:rPr>
          <w:sz w:val="20"/>
        </w:rPr>
        <w:t>1:01:48  misalan ajz hai. mein is se pehle bhi janta tha ke ajz kya cheez hai, lekin mein samajhta hoon ke ab jo jitna jana hai, mein ne itna pehle nahin jana tha.</w:t>
      </w:r>
      <w:r>
        <w:br/>
      </w:r>
      <w:r>
        <w:rPr>
          <w:sz w:val="20"/>
        </w:rPr>
        <w:t>1:01:58  mein ne</w:t>
      </w:r>
      <w:r>
        <w:br/>
      </w:r>
      <w:r>
        <w:rPr>
          <w:sz w:val="20"/>
        </w:rPr>
        <w:t>1:02:01  ab har kaam mein mujhe lagta hai ke mein ajiz hoon, kamzor hoon. har kaam to yeh Allah taala ki blessing hai ke aap ko jo haqeeqat waqea jo hai, jo jo fact hai, us fact se aap ba-khabar karne ke liye Allah aap par koi tajurba guzaare, koi shock lagay, koi challenge ho.</w:t>
      </w:r>
      <w:r>
        <w:br/>
      </w:r>
      <w:r>
        <w:rPr>
          <w:sz w:val="20"/>
        </w:rPr>
        <w:t>1:02:29  to yeh to bohat achhi baat hai.</w:t>
      </w:r>
      <w:r>
        <w:br/>
      </w:r>
      <w:r>
        <w:rPr>
          <w:sz w:val="20"/>
        </w:rPr>
        <w:t>1:02:31  to mein ne socha ke yeh jo taqseem hai bande aur Khuda ke darmiyan ke bande ki taraf ajz hai, Allah ki taraf qudrat hai, is ki takmeel hoti hi nahin hai baghair barhappe ke.</w:t>
      </w:r>
      <w:r>
        <w:br/>
      </w:r>
      <w:r>
        <w:rPr>
          <w:sz w:val="20"/>
        </w:rPr>
        <w:t>1:02:45  yaani banda apne ajz ko janne aur Allah ki qudrat ko jaane, yeh matloob hai. Isi ka naam ma'rifat hai. Lekin is ma'rifat ki takmeel mein samajhta hoon ke mein apne lihaaz se bata raha hoon, apne apne tajrube</w:t>
      </w:r>
      <w:r>
        <w:br/>
      </w:r>
      <w:r>
        <w:rPr>
          <w:sz w:val="20"/>
        </w:rPr>
        <w:t>1:02:59  ke lihaaz se, is ki takmeel barhappe ke baghair hoti nahin, jaisa ke mujhe nahin hui. Yeh bohat ajeeb sa aaj aaj subah mein soch raha tha ke Khuda mujhe yaani safar karate karate wahan pahuncha diya us ne ke jahan sach much hi mein samajhta hoon ke mein to ajz ke siwa kuch bhi nahin hoon.</w:t>
      </w:r>
      <w:r>
        <w:br/>
      </w:r>
      <w:r>
        <w:rPr>
          <w:sz w:val="20"/>
        </w:rPr>
        <w:t>1:03:20  qudrat saari Allah ki taraf hai. To behal yeh saara muamla sochne par hai</w:t>
      </w:r>
      <w:r>
        <w:br/>
      </w:r>
      <w:r>
        <w:rPr>
          <w:sz w:val="20"/>
        </w:rPr>
        <w:t>1:03:28  ke log boodhe ho kar bhi kuch baat nahin samajhte. Boodha ho kar chidchide bane rehte hain, chidchida ghussa yeh sab karte hain. Woh barhappe se un ka ghussa barh jata hai.</w:t>
      </w:r>
      <w:r>
        <w:br/>
      </w:r>
      <w:r>
        <w:rPr>
          <w:sz w:val="20"/>
        </w:rPr>
        <w:t>1:03:40  to ma'rifat saari ki saari is par depend karti hai ke aap ka sochne ka maada kitna hai, tadabbur kitna hai, contemplation kitna hai.</w:t>
      </w:r>
      <w:r>
        <w:br/>
      </w:r>
      <w:r>
        <w:rPr>
          <w:sz w:val="20"/>
        </w:rPr>
        <w:t>1:03:53  jitna contemplation hoga, utni ma'rifat hogi.</w:t>
      </w:r>
    </w:p>
    <w:p>
      <w:pPr>
        <w:pStyle w:val="Heading2"/>
      </w:pPr>
      <w:r>
        <w:t>Location of hell after world becomes paradise</w:t>
      </w:r>
    </w:p>
    <w:p>
      <w:r>
        <w:rPr>
          <w:color w:val="666666"/>
          <w:sz w:val="18"/>
        </w:rPr>
        <w:t>Faith &amp; God · Dars-e-Quran, Chapter 2, Verse 25 | November 19, 2017 | Maulana Wahiduddin Khan · 1m 22s · at 55:32 · https://youtu.be/ctvrG32NCgA?t=3332</w:t>
      </w:r>
    </w:p>
    <w:p>
      <w:r>
        <w:rPr>
          <w:i/>
        </w:rPr>
        <w:t>“In your today's lecture, if this world will be converted into paradise, then where will hell be located?”</w:t>
      </w:r>
    </w:p>
    <w:p>
      <w:r>
        <w:rPr>
          <w:sz w:val="20"/>
        </w:rPr>
        <w:t>55:32  Maulana, agla sawal Kolkata se Aftab Alam sahib ne bheja hai, unhon ne likha hai: "Maulana sahib, as</w:t>
      </w:r>
      <w:r>
        <w:br/>
      </w:r>
      <w:r>
        <w:rPr>
          <w:sz w:val="20"/>
        </w:rPr>
        <w:t>55:40  "But today's lecture, 'If this world will be converted into paradise, then where will hell be located?' Because"</w:t>
      </w:r>
      <w:r>
        <w:br/>
      </w:r>
      <w:r>
        <w:rPr>
          <w:sz w:val="20"/>
        </w:rPr>
        <w:t>55:47  we know the</w:t>
      </w:r>
      <w:r>
        <w:br/>
      </w:r>
      <w:r>
        <w:rPr>
          <w:sz w:val="20"/>
        </w:rPr>
        <w:t>55:55  t both will exist for ever.</w:t>
      </w:r>
      <w:r>
        <w:br/>
      </w:r>
      <w:r>
        <w:rPr>
          <w:sz w:val="20"/>
        </w:rPr>
        <w:t>56:00  Maulana sahib, please clear this confusion.</w:t>
      </w:r>
      <w:r>
        <w:br/>
      </w:r>
      <w:r>
        <w:rPr>
          <w:sz w:val="20"/>
        </w:rPr>
        <w:t>56:05  yeh confusion nahi hai, yeh apne aap ko aisi cheez ka mukallaf karna hai jis ke liye aap</w:t>
      </w:r>
      <w:r>
        <w:br/>
      </w:r>
      <w:r>
        <w:rPr>
          <w:sz w:val="20"/>
        </w:rPr>
        <w:t>56:10  mukallaf nahi hain.</w:t>
      </w:r>
      <w:r>
        <w:br/>
      </w:r>
      <w:r>
        <w:rPr>
          <w:sz w:val="20"/>
        </w:rPr>
        <w:t>56:15  misal ke tor par, Allah ne zameen, zameen o aasman ke bare mein bohat si ayat Quran mein bhi hain.</w:t>
      </w:r>
      <w:r>
        <w:br/>
      </w:r>
      <w:r>
        <w:rPr>
          <w:sz w:val="20"/>
        </w:rPr>
        <w:t>56:20  ab aap napna chahein ke universe kitni lambi hai, kitni chauri hai,</w:t>
      </w:r>
      <w:r>
        <w:br/>
      </w:r>
      <w:r>
        <w:rPr>
          <w:sz w:val="20"/>
        </w:rPr>
        <w:t>56:25  to aap ne ek aisi cheez ka mukallaf kar liya apne aap ko jo aap ke bas mein nahi hai.</w:t>
      </w:r>
      <w:r>
        <w:br/>
      </w:r>
      <w:r>
        <w:rPr>
          <w:sz w:val="20"/>
        </w:rPr>
        <w:t>56:31  yeh kaun sa sawal hai ke jannat kahan hai? itni bari duniya hai, itni bari duniya hai ke</w:t>
      </w:r>
      <w:r>
        <w:br/>
      </w:r>
      <w:r>
        <w:rPr>
          <w:sz w:val="20"/>
        </w:rPr>
        <w:t>56:37  aaj bhi science yeh kehne ki position mein nahi hai ke hamari universe kitni bari hai.</w:t>
      </w:r>
      <w:r>
        <w:br/>
      </w:r>
      <w:r>
        <w:rPr>
          <w:sz w:val="20"/>
        </w:rPr>
        <w:t>56:43  to aap aisi cheez ki koi ki fikr kyun karte hain jo aap ke bas mein nahi? woh</w:t>
      </w:r>
      <w:r>
        <w:br/>
      </w:r>
      <w:r>
        <w:rPr>
          <w:sz w:val="20"/>
        </w:rPr>
        <w:t>56:49  allah par daliye.</w:t>
      </w:r>
    </w:p>
    <w:p>
      <w:pPr>
        <w:pStyle w:val="Heading2"/>
      </w:pPr>
      <w:r>
        <w:t>Logic of punishment in grave before judgment</w:t>
      </w:r>
    </w:p>
    <w:p>
      <w:r>
        <w:rPr>
          <w:color w:val="666666"/>
          <w:sz w:val="18"/>
        </w:rPr>
        <w:t>Faith &amp; God · The Importance of Team Work February 5, 2012 · 3m 01s · at 1:05:20 · https://youtu.be/qBbwznqIqVw?t=3920</w:t>
      </w:r>
    </w:p>
    <w:p>
      <w:r>
        <w:rPr>
          <w:i/>
        </w:rPr>
        <w:t>“All the records of human beings will be declared on the day of judgment, and the punishment or reward will be decided on the basis of the performance. Then what is the logic behind punishment of the grave? Why does an individual start getting punishment since he is put down in the grave, though the punishment is to be decided in the Hereafter?”</w:t>
      </w:r>
    </w:p>
    <w:p>
      <w:r>
        <w:rPr>
          <w:sz w:val="20"/>
        </w:rPr>
        <w:t>1:05:20  Maulana, agla sawal Delhi se aaya hai Mr Shahnawaz Zafar ka. unhon ne likha hai: "All the records of human beings will be declared on the day of judgment, and the punishment or reward will be decided on the basis of the performance.</w:t>
      </w:r>
      <w:r>
        <w:br/>
      </w:r>
      <w:r>
        <w:rPr>
          <w:sz w:val="20"/>
        </w:rPr>
        <w:t>1:05:39  Then what is the logic behind azab e qabr</w:t>
      </w:r>
      <w:r>
        <w:br/>
      </w:r>
      <w:r>
        <w:rPr>
          <w:sz w:val="20"/>
        </w:rPr>
        <w:t>1:05:42  ? Why an individual starts getting punishment since he is put down in qabr, though the punishment is to be decided in akhirat?</w:t>
      </w:r>
      <w:r>
        <w:br/>
      </w:r>
      <w:r>
        <w:rPr>
          <w:sz w:val="20"/>
        </w:rPr>
        <w:t>1:05:52  Why an angel comes in qabr and asks some questions? Why we all know that Almighty Allah will do a question answer session on the day of judgment, and then He will take a performance-based decision?</w:t>
      </w:r>
      <w:r>
        <w:br/>
      </w:r>
      <w:r>
        <w:rPr>
          <w:sz w:val="20"/>
        </w:rPr>
        <w:t>1:06:07  How can we understand it in reference to the ultimate justice of Almighty Allah? dekhiye, is mein ghalat fehmi yeh hai ke qabr ke hawale se jo saza ka zikr hai hadith mein, baaz hadithon mein, woh alamati hai.</w:t>
      </w:r>
      <w:r>
        <w:br/>
      </w:r>
      <w:r>
        <w:rPr>
          <w:sz w:val="20"/>
        </w:rPr>
        <w:t>1:06:31  Alamati yani is ka matlab hai ke isi gadhe mein azab ho raha hai.</w:t>
      </w:r>
      <w:r>
        <w:br/>
      </w:r>
      <w:r>
        <w:rPr>
          <w:sz w:val="20"/>
        </w:rPr>
        <w:t>1:06:36  Is ka matlab har giz yeh nahi hai. Is ka matlab yeh hai ke maut ke baad insan ka apne anjam ko bhugtna.</w:t>
      </w:r>
      <w:r>
        <w:br/>
      </w:r>
      <w:r>
        <w:rPr>
          <w:sz w:val="20"/>
        </w:rPr>
        <w:t>1:06:47  Yaani qabr alamat hai is baat ki ke aadmi ek daure se nikal kar doosre daure tak pahunch gaya. Qabr ki hesiyat alamat ki hai, woh gadhe ki nahi hai.</w:t>
      </w:r>
      <w:r>
        <w:br/>
      </w:r>
      <w:r>
        <w:rPr>
          <w:sz w:val="20"/>
        </w:rPr>
        <w:t>1:06:58  Is gadhe mein jo body dala gaya, woh body toh kuch bhi nahi, woh toh</w:t>
      </w:r>
      <w:r>
        <w:br/>
      </w:r>
      <w:r>
        <w:rPr>
          <w:sz w:val="20"/>
        </w:rPr>
        <w:t>1:07:02  mitti hai. Use insan toh farishte le gaye, jahan le gaye. Toh is is tarah ki riwayaton mein qabr ka lafz alamati taur par aaya hai, yeh batane ke liye ke maut ke baad insan ka muamla Allah ke samne pesh aata hai.</w:t>
      </w:r>
      <w:r>
        <w:br/>
      </w:r>
      <w:r>
        <w:rPr>
          <w:sz w:val="20"/>
        </w:rPr>
        <w:t>1:07:24  Doosri baat yeh hai ke hum sochte hain is duniya mein time and space ke term mein.</w:t>
      </w:r>
      <w:r>
        <w:br/>
      </w:r>
      <w:r>
        <w:rPr>
          <w:sz w:val="20"/>
        </w:rPr>
        <w:t>1:07:31  Yeh time space relative hai. Yeh baat toh Einstein ke is mein sabit ho chuki hai ke yeh time and space ka concept jo hai, sara ka sara relative hai, real nahi hai.</w:t>
      </w:r>
      <w:r>
        <w:br/>
      </w:r>
      <w:r>
        <w:rPr>
          <w:sz w:val="20"/>
        </w:rPr>
        <w:t>1:07:42  Yeh</w:t>
      </w:r>
      <w:r>
        <w:br/>
      </w:r>
      <w:r>
        <w:rPr>
          <w:sz w:val="20"/>
        </w:rPr>
        <w:t>1:07:46  Yeh jo aap sochte hain time ke ishtihar mein ho aur space ke ishtihar mein, yeh sab ka sab relative hai. Maut ke baad aap ek aur duniya mein pahunch jaate hain</w:t>
      </w:r>
      <w:r>
        <w:br/>
      </w:r>
      <w:r>
        <w:rPr>
          <w:sz w:val="20"/>
        </w:rPr>
        <w:t>1:07:59  jis mein time space ka concept khatm ho jata hai, bilkul doosra aa jata hai. Neeche yeh question jo hai, main samajhta hoon ke Einstein ke jo theory of relativity hai, us ne is sawal ka khatma kar diya hai.</w:t>
      </w:r>
      <w:r>
        <w:br/>
      </w:r>
      <w:r>
        <w:rPr>
          <w:sz w:val="20"/>
        </w:rPr>
        <w:t>1:08:16  Is sawal ka ab koi relevance baqi nahi raha.</w:t>
      </w:r>
    </w:p>
    <w:p>
      <w:pPr>
        <w:pStyle w:val="Heading2"/>
      </w:pPr>
      <w:r>
        <w:t>Logical positivism versus falsificationism</w:t>
      </w:r>
    </w:p>
    <w:p>
      <w:r>
        <w:rPr>
          <w:color w:val="666666"/>
          <w:sz w:val="18"/>
        </w:rPr>
        <w:t>Faith &amp; God · Divine Help February 09, 2014 Maulana Wahiduddin Khan · 1m 32s · at 1:15:03 · https://youtu.be/eJBjiYGZcKY?t=4503</w:t>
      </w:r>
    </w:p>
    <w:p>
      <w:r>
        <w:rPr>
          <w:i/>
        </w:rPr>
        <w:t>“In your book God Arises, you assert modern age is the age of logical positivism. But this assertion contradicts with the title of your book Does God Exist? Therefore I think modern age is not the age of logical positivism. It is the age of hypothesism or falsificationism. Please comment.”</w:t>
      </w:r>
    </w:p>
    <w:p>
      <w:r>
        <w:rPr>
          <w:sz w:val="20"/>
        </w:rPr>
        <w:t>1:15:03  Maulana agla sawal jamon kashmir se junah hasan ne kiya hai.</w:t>
      </w:r>
      <w:r>
        <w:br/>
      </w:r>
      <w:r>
        <w:rPr>
          <w:sz w:val="20"/>
        </w:rPr>
        <w:t>1:15:08  انہوں نے لکھا ہے: In your book God Arises you assert modern age is the age of logical positivism.</w:t>
      </w:r>
      <w:r>
        <w:br/>
      </w:r>
      <w:r>
        <w:rPr>
          <w:sz w:val="20"/>
        </w:rPr>
        <w:t>1:15:13  But this assertion contradicts with the title of your book Does God exist? Therefore I think modern age is not the age of logical positivism. It is the age of hypothesism or falsificationism. Please comment.</w:t>
      </w:r>
      <w:r>
        <w:br/>
      </w:r>
      <w:r>
        <w:rPr>
          <w:sz w:val="20"/>
        </w:rPr>
        <w:t>1:15:33  yeh mein hamari kitab ka title yeh kaha hai.</w:t>
      </w:r>
      <w:r>
        <w:br/>
      </w:r>
      <w:r>
        <w:rPr>
          <w:sz w:val="20"/>
        </w:rPr>
        <w:t>1:15:37  yeh to aap ne banaya hai.</w:t>
      </w:r>
      <w:r>
        <w:br/>
      </w:r>
      <w:r>
        <w:rPr>
          <w:sz w:val="20"/>
        </w:rPr>
        <w:t>1:15:42  is ka kitab ka title to urdu mein hai mazhab aur jari challenge.</w:t>
      </w:r>
      <w:r>
        <w:br/>
      </w:r>
      <w:r>
        <w:rPr>
          <w:sz w:val="20"/>
        </w:rPr>
        <w:t>1:15:47  arabi mein alaihissalam bitahaddah.</w:t>
      </w:r>
      <w:r>
        <w:br/>
      </w:r>
      <w:r>
        <w:rPr>
          <w:sz w:val="20"/>
        </w:rPr>
        <w:t>1:15:52  angrezi mein God arises.</w:t>
      </w:r>
      <w:r>
        <w:br/>
      </w:r>
      <w:r>
        <w:rPr>
          <w:sz w:val="20"/>
        </w:rPr>
        <w:t>1:15:57  woh kahan hai? woh to hain? woh kahan hai? woh to hai nahin.</w:t>
      </w:r>
      <w:r>
        <w:br/>
      </w:r>
      <w:r>
        <w:rPr>
          <w:sz w:val="20"/>
        </w:rPr>
        <w:t>1:16:02  jo dosra title hai woh is ko unhon ne shayad confuse kiya hai Maulana? nahin yeh dosra title</w:t>
      </w:r>
      <w:r>
        <w:br/>
      </w:r>
      <w:r>
        <w:rPr>
          <w:sz w:val="20"/>
        </w:rPr>
        <w:t>1:16:07  bhi nahin hai nahin.</w:t>
      </w:r>
      <w:r>
        <w:br/>
      </w:r>
      <w:r>
        <w:rPr>
          <w:sz w:val="20"/>
        </w:rPr>
        <w:t>1:16:12  yeh title hamara nahin hai.</w:t>
      </w:r>
      <w:r>
        <w:br/>
      </w:r>
      <w:r>
        <w:rPr>
          <w:sz w:val="20"/>
        </w:rPr>
        <w:t>1:16:17  ji nahin woh bilkul sahi nahin hai.</w:t>
      </w:r>
      <w:r>
        <w:br/>
      </w:r>
      <w:r>
        <w:rPr>
          <w:sz w:val="20"/>
        </w:rPr>
        <w:t>1:16:22  phir se parhein.</w:t>
      </w:r>
      <w:r>
        <w:br/>
      </w:r>
      <w:r>
        <w:rPr>
          <w:sz w:val="20"/>
        </w:rPr>
        <w:t>1:16:26  phir se dekhein woh yeh title hamara nahin hai.</w:t>
      </w:r>
      <w:r>
        <w:br/>
      </w:r>
      <w:r>
        <w:rPr>
          <w:sz w:val="20"/>
        </w:rPr>
        <w:t>1:16:31  yeh hamara title nahin hai.</w:t>
      </w:r>
    </w:p>
    <w:p>
      <w:pPr>
        <w:pStyle w:val="Heading2"/>
      </w:pPr>
      <w:r>
        <w:t>Love for God despite fear of hell</w:t>
      </w:r>
    </w:p>
    <w:p>
      <w:r>
        <w:rPr>
          <w:color w:val="666666"/>
          <w:sz w:val="18"/>
        </w:rPr>
        <w:t>Faith &amp; God · Conversation with Maulana Wahiduddin Khan | October 01, 2017 · 5m 28s · at 0:47 · https://youtu.be/TmOYGd3rp2M?t=47</w:t>
      </w:r>
    </w:p>
    <w:p>
      <w:r>
        <w:rPr>
          <w:i/>
        </w:rPr>
        <w:t>“Moulana, you once said in a talk that we should develop in ourselves love for God. I have grown listening to the 'fear of God' concept, and it has often been used in the context of hell. Please explain.”</w:t>
      </w:r>
    </w:p>
    <w:p>
      <w:r>
        <w:rPr>
          <w:sz w:val="20"/>
        </w:rPr>
        <w:t>0:47  yeh, aah, pehla sawal hum lena chahenge jo Dubai se bheja gaya hai, Zubair sahib ne kiya hai sawal.</w:t>
      </w:r>
      <w:r>
        <w:br/>
      </w:r>
      <w:r>
        <w:rPr>
          <w:sz w:val="20"/>
        </w:rPr>
        <w:t>0:53  انہوں نے لکھا ہے: "مولانا، you once said in a talk that we should develop in ourselves love for God.</w:t>
      </w:r>
      <w:r>
        <w:br/>
      </w:r>
      <w:r>
        <w:rPr>
          <w:sz w:val="20"/>
        </w:rPr>
        <w:t>0:59  I have grown listening to 'fear of God' concept, and it has often been used in the context of hell.</w:t>
      </w:r>
      <w:r>
        <w:br/>
      </w:r>
      <w:r>
        <w:rPr>
          <w:sz w:val="20"/>
        </w:rPr>
        <w:t>1:05  After I heard your</w:t>
      </w:r>
      <w:r>
        <w:br/>
      </w:r>
      <w:r>
        <w:rPr>
          <w:sz w:val="20"/>
        </w:rPr>
        <w:t>1:11  talk that we should have love for God, I got curious.</w:t>
      </w:r>
      <w:r>
        <w:br/>
      </w:r>
      <w:r>
        <w:rPr>
          <w:sz w:val="20"/>
        </w:rPr>
        <w:t>1:18  I want to know how can we develop love for God, and is it bigger than fear for</w:t>
      </w:r>
      <w:r>
        <w:br/>
      </w:r>
      <w:r>
        <w:rPr>
          <w:sz w:val="20"/>
        </w:rPr>
        <w:t>1:26  God?" ji, quran mein dono baatein aayi hain.</w:t>
      </w:r>
      <w:r>
        <w:br/>
      </w:r>
      <w:r>
        <w:rPr>
          <w:sz w:val="20"/>
        </w:rPr>
        <w:t>1:34  ek taraf hai ke</w:t>
      </w:r>
      <w:r>
        <w:br/>
      </w:r>
      <w:r>
        <w:rPr>
          <w:sz w:val="20"/>
        </w:rPr>
        <w:t>1:42  "walam yakhsha illallaha".</w:t>
      </w:r>
      <w:r>
        <w:br/>
      </w:r>
      <w:r>
        <w:rPr>
          <w:sz w:val="20"/>
        </w:rPr>
        <w:t>1:47  "walam yakhsha illallaha".</w:t>
      </w:r>
      <w:r>
        <w:br/>
      </w:r>
      <w:r>
        <w:rPr>
          <w:sz w:val="20"/>
        </w:rPr>
        <w:t>1:52  nahin dara magar sirf Allah se.</w:t>
      </w:r>
      <w:r>
        <w:br/>
      </w:r>
      <w:r>
        <w:rPr>
          <w:sz w:val="20"/>
        </w:rPr>
        <w:t>1:57  to yeh ek pehlu hua.</w:t>
      </w:r>
      <w:r>
        <w:br/>
      </w:r>
      <w:r>
        <w:rPr>
          <w:sz w:val="20"/>
        </w:rPr>
        <w:t>2:02  dusra pehlu hai: "wallazeena aamanoo ashadd hubballillah".</w:t>
      </w:r>
      <w:r>
        <w:br/>
      </w:r>
      <w:r>
        <w:rPr>
          <w:sz w:val="20"/>
        </w:rPr>
        <w:t>2:07  imaan wale bahut zyada mohabbat karte hain Allah</w:t>
      </w:r>
      <w:r>
        <w:br/>
      </w:r>
      <w:r>
        <w:rPr>
          <w:sz w:val="20"/>
        </w:rPr>
        <w:t>2:12  se.</w:t>
      </w:r>
      <w:r>
        <w:br/>
      </w:r>
      <w:r>
        <w:rPr>
          <w:sz w:val="20"/>
        </w:rPr>
        <w:t>2:22  to main samajhta hoon ke yeh dono hi matloob hain.</w:t>
      </w:r>
      <w:r>
        <w:br/>
      </w:r>
      <w:r>
        <w:rPr>
          <w:sz w:val="20"/>
        </w:rPr>
        <w:t>2:32  dono mein buniyadi farq yeh hai ke "walam yakhsha illallaha" us waqt zyada</w:t>
      </w:r>
      <w:r>
        <w:br/>
      </w:r>
      <w:r>
        <w:rPr>
          <w:sz w:val="20"/>
        </w:rPr>
        <w:t>2:42  ghor karata hai saamne, jab aap aakhirat ko sochein. Aakhirat ke maamle mein khashiyat ka pehlu ghalib hota hai, jaisa ke Sahaba ko hum dekhte hain. Khashiyat, yani qayamat mein jo jawab dehi hogi, accountability, us ko le kar Sahaba aksar khi</w:t>
      </w:r>
      <w:r>
        <w:br/>
      </w:r>
      <w:r>
        <w:rPr>
          <w:sz w:val="20"/>
        </w:rPr>
        <w:t>3:12  shiyat mein mubtala rehte thay. Aur jahan tak dunya ka ta'alluq hai, dunya mein jo insaan ka tajruba hota hai, woh sab ka sab mohabbat ilahi ka hota hai. Yeh jab main bol raha hoon, tab bhi mohabbat ilahi hai, kyun ke main</w:t>
      </w:r>
      <w:r>
        <w:br/>
      </w:r>
      <w:r>
        <w:rPr>
          <w:sz w:val="20"/>
        </w:rPr>
        <w:t>3:42  sochta hoon ke kaise main bol raha hoon, yeh nutq ki soch mere andar kaise aayi.</w:t>
      </w:r>
      <w:r>
        <w:br/>
      </w:r>
      <w:r>
        <w:rPr>
          <w:sz w:val="20"/>
        </w:rPr>
        <w:t>3:50  main dekh raha hoon, tab bhi main soch raha hoon ke kaise main dekh pata hoon.</w:t>
      </w:r>
      <w:r>
        <w:br/>
      </w:r>
      <w:r>
        <w:rPr>
          <w:sz w:val="20"/>
        </w:rPr>
        <w:t>3:57  main khata peeta hoon, tab bhi main sochta hoon ke kaise mera digestive system digest karta hai aur</w:t>
      </w:r>
      <w:r>
        <w:br/>
      </w:r>
      <w:r>
        <w:rPr>
          <w:sz w:val="20"/>
        </w:rPr>
        <w:t>4:05  kaise sara naz</w:t>
      </w:r>
      <w:r>
        <w:br/>
      </w:r>
      <w:r>
        <w:rPr>
          <w:sz w:val="20"/>
        </w:rPr>
        <w:t>4:12  am kaam karta hai.</w:t>
      </w:r>
      <w:r>
        <w:br/>
      </w:r>
      <w:r>
        <w:rPr>
          <w:sz w:val="20"/>
        </w:rPr>
        <w:t>4:21  to jahan tak love ka muamla hai, to har waqt aadmi ko iska tajurba hota rehta hai.</w:t>
      </w:r>
      <w:r>
        <w:br/>
      </w:r>
      <w:r>
        <w:rPr>
          <w:sz w:val="20"/>
        </w:rPr>
        <w:t>4:29  yani takhleeq ko le kar sochein, jo hum ko duniya mein milta hai, us ko le kar sochein hum.</w:t>
      </w:r>
      <w:r>
        <w:br/>
      </w:r>
      <w:r>
        <w:rPr>
          <w:sz w:val="20"/>
        </w:rPr>
        <w:t>4:37  to sab love ka item hai.</w:t>
      </w:r>
      <w:r>
        <w:br/>
      </w:r>
      <w:r>
        <w:rPr>
          <w:sz w:val="20"/>
        </w:rPr>
        <w:t>4:45  lekin jab hum sochte hain aakhirat ke bare mein, to wahan bhi dono cheezein hain.</w:t>
      </w:r>
      <w:r>
        <w:br/>
      </w:r>
      <w:r>
        <w:rPr>
          <w:sz w:val="20"/>
        </w:rPr>
        <w:t>4:52  hadees mein aata hai ke "al-imaan bin raja wal khauf".</w:t>
      </w:r>
      <w:r>
        <w:br/>
      </w:r>
      <w:r>
        <w:rPr>
          <w:sz w:val="20"/>
        </w:rPr>
        <w:t>5:00  imaan khauf aur mohabbat ke darmiyan hai.</w:t>
      </w:r>
      <w:r>
        <w:br/>
      </w:r>
      <w:r>
        <w:rPr>
          <w:sz w:val="20"/>
        </w:rPr>
        <w:t>5:07  taqat woh amli bhi soch rehti hai is momin ki</w:t>
      </w:r>
      <w:r>
        <w:br/>
      </w:r>
      <w:r>
        <w:rPr>
          <w:sz w:val="20"/>
        </w:rPr>
        <w:t>5:15  ke Allah ka jo maamla hoga mere saath, woh rehmat ka hoga. Yeh soch kar mohabbat ka jazba ghalib aata hai. Aur yeh sochta hai ke aadmi ke Allah pakdega mujh ko meri ghaltiyon par, to dar ghalib aa jata hai. To yeh koi mathemat</w:t>
      </w:r>
      <w:r>
        <w:br/>
      </w:r>
      <w:r>
        <w:rPr>
          <w:sz w:val="20"/>
        </w:rPr>
        <w:t>5:45  ical baat nahin hai ke fifty percent woh, fifty percent woh.</w:t>
      </w:r>
      <w:r>
        <w:br/>
      </w:r>
      <w:r>
        <w:rPr>
          <w:sz w:val="20"/>
        </w:rPr>
        <w:t>5:53  balkeh aadmi par kab, kis waqt, kaun sa ghalba hota hai, kis cheez ka woh zyada ghalib aa</w:t>
      </w:r>
      <w:r>
        <w:br/>
      </w:r>
      <w:r>
        <w:rPr>
          <w:sz w:val="20"/>
        </w:rPr>
        <w:t>6:00  jata hai, is par depend karta hai.</w:t>
      </w:r>
      <w:r>
        <w:br/>
      </w:r>
      <w:r>
        <w:rPr>
          <w:sz w:val="20"/>
        </w:rPr>
        <w:t>6:08  to Quran mein dono hain aur dono apne apne lehaz se apply hote hain.</w:t>
      </w:r>
    </w:p>
    <w:p>
      <w:pPr>
        <w:pStyle w:val="Heading2"/>
      </w:pPr>
      <w:r>
        <w:t>Love for mankind and sole concern for God</w:t>
      </w:r>
    </w:p>
    <w:p>
      <w:r>
        <w:rPr>
          <w:color w:val="666666"/>
          <w:sz w:val="18"/>
        </w:rPr>
        <w:t>Faith &amp; God · Concept of God December 7, 2014 · 2m 50s · at 50:47 · https://youtu.be/dCgL9lp8EAo?t=3047</w:t>
      </w:r>
    </w:p>
    <w:p>
      <w:r>
        <w:rPr>
          <w:i/>
        </w:rPr>
        <w:t>“Is love towards mankind necessary for making God as one's sole concern? Please comment on this.”</w:t>
      </w:r>
    </w:p>
    <w:p>
      <w:r>
        <w:rPr>
          <w:sz w:val="20"/>
        </w:rPr>
        <w:t>50:47  maulana, agla sawal dilli se kiya hai maulana farhad ahmad sahab ne, aur unhon ne likha hai: "Is love towards mankind necessary for making God as one's sole concern?</w:t>
      </w:r>
      <w:r>
        <w:br/>
      </w:r>
      <w:r>
        <w:rPr>
          <w:sz w:val="20"/>
        </w:rPr>
        <w:t>51:03  Please comment on this."</w:t>
      </w:r>
      <w:r>
        <w:br/>
      </w:r>
      <w:r>
        <w:rPr>
          <w:sz w:val="20"/>
        </w:rPr>
        <w:t>51:08  dekhiye, yeh lafz to asal mein allah se hoti hai. lafz jo hai, yaani mohabbat jo hai, is ka markaz sirf ek hi hota hai, woh allah yaani khaliq</w:t>
      </w:r>
      <w:r>
        <w:br/>
      </w:r>
      <w:r>
        <w:rPr>
          <w:sz w:val="20"/>
        </w:rPr>
        <w:t>51:24  lekin yeh</w:t>
      </w:r>
      <w:r>
        <w:br/>
      </w:r>
      <w:r>
        <w:rPr>
          <w:sz w:val="20"/>
        </w:rPr>
        <w:t>51:28  yeh namumkin hai ke aap ko khaliq se mohabbat ho, makhlooq se nafrat ho.</w:t>
      </w:r>
      <w:r>
        <w:br/>
      </w:r>
      <w:r>
        <w:rPr>
          <w:sz w:val="20"/>
        </w:rPr>
        <w:t>51:36  aap ko khaliq se mohabbat ho aur makhlooq se nafrat ho. jaise aap ko kisi insaan se mohabbat ho aur us ke bete se nafrat ho, aisa nahi ho sakta ke kisi insaan se aap ko mohabbat hogi to us ke bete se hi mohabbat hogi.</w:t>
      </w:r>
      <w:r>
        <w:br/>
      </w:r>
      <w:r>
        <w:rPr>
          <w:sz w:val="20"/>
        </w:rPr>
        <w:t>51:52  to it is but natural wala mamla hai. sachi mohabbat Allah se paida ho jayegi to lazman hamesha makhlooq se mohabbat paida hogi.</w:t>
      </w:r>
      <w:r>
        <w:br/>
      </w:r>
      <w:r>
        <w:rPr>
          <w:sz w:val="20"/>
        </w:rPr>
        <w:t>52:03  ho nahi sakta ke aap makhlooq se nafrat karen. jo log insaan se nafrat karte hain, woh Allah se mohabbat karne wale hain hi nahi.</w:t>
      </w:r>
      <w:r>
        <w:br/>
      </w:r>
      <w:r>
        <w:rPr>
          <w:sz w:val="20"/>
        </w:rPr>
        <w:t>52:12  siray se aaj ke zamane mein jo log insaan se nafrat karte hain, main un ke baray mein yeh kahunga ke un ko un ko jante nahi ke Allah se mohabbat kiya cheez hai.</w:t>
      </w:r>
      <w:r>
        <w:br/>
      </w:r>
      <w:r>
        <w:rPr>
          <w:sz w:val="20"/>
        </w:rPr>
        <w:t>52:21  woh daawa karte hain to karen,</w:t>
      </w:r>
      <w:r>
        <w:br/>
      </w:r>
      <w:r>
        <w:rPr>
          <w:sz w:val="20"/>
        </w:rPr>
        <w:t>52:23  un ka daawa lafz service hai.</w:t>
      </w:r>
      <w:r>
        <w:br/>
      </w:r>
      <w:r>
        <w:rPr>
          <w:sz w:val="20"/>
        </w:rPr>
        <w:t>52:28  insanon ke baray mein un ke tasawwurat yeh hain ke woh sazish karte hain, woh hamare dushman hain, un se hum ne nafrat ka amal karna hai. aise logon ko Allah se mohabbat ka koi shaibah bhi nahi mila hai.</w:t>
      </w:r>
      <w:r>
        <w:br/>
      </w:r>
      <w:r>
        <w:rPr>
          <w:sz w:val="20"/>
        </w:rPr>
        <w:t>52:43  woh un ka sara mamla lafz service ka mamla hai.</w:t>
      </w:r>
      <w:r>
        <w:br/>
      </w:r>
      <w:r>
        <w:rPr>
          <w:sz w:val="20"/>
        </w:rPr>
        <w:t>52:47  sachi mohabbat Allah se agar hogi to is is ke baad zaroor aisa hoga ke ke makhlooq se mohabbat ho jayegi.</w:t>
      </w:r>
      <w:r>
        <w:br/>
      </w:r>
      <w:r>
        <w:rPr>
          <w:sz w:val="20"/>
        </w:rPr>
        <w:t>52:58  aap shikayaton mein nahi jiyenge, yani shikayat ko le kar nafrat karen, yeh kabhi nahi ho sakta. kabhi nahi ho sakta. shikayat to shaitan ko bhi ho gayi Allah ta'ala se.</w:t>
      </w:r>
      <w:r>
        <w:br/>
      </w:r>
      <w:r>
        <w:rPr>
          <w:sz w:val="20"/>
        </w:rPr>
        <w:t>53:09  to shikayat kiya hai?</w:t>
      </w:r>
      <w:r>
        <w:br/>
      </w:r>
      <w:r>
        <w:rPr>
          <w:sz w:val="20"/>
        </w:rPr>
        <w:t>53:12  yani shikayaton ko le kar aap insaan se nafrat karen, yeh bilkul hi Islam ke khilaf hai aur aqeedah Khuda ke khilaf hai.</w:t>
      </w:r>
      <w:r>
        <w:br/>
      </w:r>
      <w:r>
        <w:rPr>
          <w:sz w:val="20"/>
        </w:rPr>
        <w:t>53:21  aur jo log shikayaton ko le kar insaan se nafrat karen, main yaqeen se keh sakta hoon ke unhein abhi tak Allah se ta'alluq qaim nahi hua. agar woh kehte hain to woh lafz service karte hain.</w:t>
      </w:r>
      <w:r>
        <w:br/>
      </w:r>
      <w:r>
        <w:rPr>
          <w:sz w:val="20"/>
        </w:rPr>
        <w:t>53:31  woh</w:t>
      </w:r>
    </w:p>
    <w:p>
      <w:pPr>
        <w:pStyle w:val="Heading2"/>
      </w:pPr>
      <w:r>
        <w:t>Main focus of deen</w:t>
      </w:r>
    </w:p>
    <w:p>
      <w:r>
        <w:rPr>
          <w:color w:val="666666"/>
          <w:sz w:val="18"/>
        </w:rPr>
        <w:t>Faith &amp; God · Discovering God June 30, 2019 Maulana Wahiduddin Khan · 1m 19s · at 1:01:40 · https://youtu.be/Yt1-eX7XzYU?t=3700</w:t>
      </w:r>
    </w:p>
    <w:p>
      <w:r>
        <w:rPr>
          <w:i/>
        </w:rPr>
        <w:t>“What is the main focus of deen? What does deen want from a person?”</w:t>
      </w:r>
    </w:p>
    <w:p>
      <w:r>
        <w:rPr>
          <w:sz w:val="20"/>
        </w:rPr>
        <w:t>1:01:40  maulana, ek sawal aaya hai srinagar kashmir se. idrees qamar sahib ne bheja hai. unhon ne likha hai: "deen ka main focus kya hai?" yani deen insan se kya chahta hai?</w:t>
      </w:r>
      <w:r>
        <w:br/>
      </w:r>
      <w:r>
        <w:rPr>
          <w:sz w:val="20"/>
        </w:rPr>
        <w:t>1:01:53  is ke bare mein bataein.</w:t>
      </w:r>
      <w:r>
        <w:br/>
      </w:r>
      <w:r>
        <w:rPr>
          <w:sz w:val="20"/>
        </w:rPr>
        <w:t>1:01:58  deen insaan se chahta hai alhamdulillah rabbul alameen. Allah ki hamd ko daryaft karna aur Allah ke haath mein jeena, yahi hai.</w:t>
      </w:r>
      <w:r>
        <w:br/>
      </w:r>
      <w:r>
        <w:rPr>
          <w:sz w:val="20"/>
        </w:rPr>
        <w:t>1:02:11  Allah ki hamd ko daryaft karo aur Allah ki hamd mein jeene wale bano. Bas baqi yeh parts aur waghera jo chalate hain log, iska koi talluq deen se nahi hai.</w:t>
      </w:r>
      <w:r>
        <w:br/>
      </w:r>
      <w:r>
        <w:rPr>
          <w:sz w:val="20"/>
        </w:rPr>
        <w:t>1:02:30  Maulana, ek comment bheja hai Maulana Yaqoob Umri sahib ne Dilli se. Unhone likha hai: "Maulana, I Maulana, I don't know if any book or any aalim who has made God a subject of discovery except you.</w:t>
      </w:r>
      <w:r>
        <w:br/>
      </w:r>
      <w:r>
        <w:rPr>
          <w:sz w:val="20"/>
        </w:rPr>
        <w:t>1:02:47  One to all have made made God only a subject of belief. I believe that your book Discovering God will be a great blessing for all humanity.</w:t>
      </w:r>
      <w:r>
        <w:br/>
      </w:r>
      <w:r>
        <w:rPr>
          <w:sz w:val="20"/>
        </w:rPr>
        <w:t>1:03:00  Jazak Allah." Mashallah, mashallah. Maulana, agla sawal Tamapur se bheja hai Naseer Sinh sahib ne.</w:t>
      </w:r>
    </w:p>
    <w:p>
      <w:pPr>
        <w:pStyle w:val="Heading2"/>
      </w:pPr>
      <w:r>
        <w:t>Making others realize need for God</w:t>
      </w:r>
    </w:p>
    <w:p>
      <w:r>
        <w:rPr>
          <w:color w:val="666666"/>
          <w:sz w:val="18"/>
        </w:rPr>
        <w:t>Faith &amp; God · Message of The Quran March 29, 2015 · 1m 31s · at 52:34 · https://youtu.be/61ANCBxSPHs?t=3154</w:t>
      </w:r>
    </w:p>
    <w:p>
      <w:r>
        <w:rPr>
          <w:i/>
        </w:rPr>
        <w:t>“Belief in God is also a need of every human being just like any other thing. If people do not believe in God then their life becomes purposeless. How do we make others realize this? Please guide us.”</w:t>
      </w:r>
    </w:p>
    <w:p>
      <w:r>
        <w:rPr>
          <w:sz w:val="20"/>
        </w:rPr>
        <w:t>52:34  molana, agla sawal kya hai mumbai se shakeel sahab ne. aur unhon ne likha hai: "molana, Belief in God is also a need of every human being just like any other thing.</w:t>
      </w:r>
      <w:r>
        <w:br/>
      </w:r>
      <w:r>
        <w:rPr>
          <w:sz w:val="20"/>
        </w:rPr>
        <w:t>52:49  If people do not believe in God then their life becomes purposeless. How do we make others realize this thing?</w:t>
      </w:r>
      <w:r>
        <w:br/>
      </w:r>
      <w:r>
        <w:rPr>
          <w:sz w:val="20"/>
        </w:rPr>
        <w:t>52:58  Please guide us."</w:t>
      </w:r>
      <w:r>
        <w:br/>
      </w:r>
      <w:r>
        <w:rPr>
          <w:sz w:val="20"/>
        </w:rPr>
        <w:t>53:00  dekhiye, quran mein ek ayat hai: "bal il insanu ala nafsihi basira wa law alqahu ma'adhirra".</w:t>
      </w:r>
      <w:r>
        <w:br/>
      </w:r>
      <w:r>
        <w:rPr>
          <w:sz w:val="20"/>
        </w:rPr>
        <w:t>53:09  yani apne aap par ghor kar ke aap Allah ko daryaft kar sakte hain. isi liye bukhari mein yeh riwayat hai ke Allah ne insan ko apni surat par paida kiya.</w:t>
      </w:r>
      <w:r>
        <w:br/>
      </w:r>
      <w:r>
        <w:rPr>
          <w:sz w:val="20"/>
        </w:rPr>
        <w:t>53:23  apni surat par. apni surat ke ma'ne yeh nahi ke woh aisi jaise hamare hath paon, woh aise Allah ke hath paon, naoozubillah.</w:t>
      </w:r>
      <w:r>
        <w:br/>
      </w:r>
      <w:r>
        <w:rPr>
          <w:sz w:val="20"/>
        </w:rPr>
        <w:t>53:30  nahi. Allah ne insan ko is tarah banaya hai ke agar aap ghor karen apne bare mein. to aap apne khalq ko daryaft kar sakte hain.</w:t>
      </w:r>
      <w:r>
        <w:br/>
      </w:r>
      <w:r>
        <w:rPr>
          <w:sz w:val="20"/>
        </w:rPr>
        <w:t>53:39  aap ek makhlooq hain. is makhlooq ko daryaft karen aap to aap yaqeeni taur par khalq ko daryaft kar sakte hain. yeh matlab hai is ka.</w:t>
      </w:r>
      <w:r>
        <w:br/>
      </w:r>
      <w:r>
        <w:rPr>
          <w:sz w:val="20"/>
        </w:rPr>
        <w:t>53:50  to har insan apne aap mein ek Khuda ki dalil hai. har insan apne aap mein Khuda ki marifat ka saman rakhta hai.</w:t>
      </w:r>
      <w:r>
        <w:br/>
      </w:r>
      <w:r>
        <w:rPr>
          <w:sz w:val="20"/>
        </w:rPr>
        <w:t>54:00  sirf zarurat hai ghor o fikr ki.</w:t>
      </w:r>
    </w:p>
    <w:p>
      <w:pPr>
        <w:pStyle w:val="Heading2"/>
      </w:pPr>
      <w:r>
        <w:t>Managing crisis and belief in God</w:t>
      </w:r>
    </w:p>
    <w:p>
      <w:r>
        <w:rPr>
          <w:color w:val="666666"/>
          <w:sz w:val="18"/>
        </w:rPr>
        <w:t>Faith &amp; God · Divine Crusades December 14, 2014 · 1m 03s · at 1:02:43 · https://youtu.be/qZhY00S5LQg?t=3763</w:t>
      </w:r>
    </w:p>
    <w:p>
      <w:r>
        <w:rPr>
          <w:i/>
        </w:rPr>
        <w:t>“How can one manage a crisis situation? How important is belief in God in crisis management?”</w:t>
      </w:r>
    </w:p>
    <w:p>
      <w:r>
        <w:rPr>
          <w:sz w:val="20"/>
        </w:rPr>
        <w:t>1:02:43  Maulana, agla sawal Miss Naghma Siddiqui ne bheja hai Delhi se.</w:t>
      </w:r>
      <w:r>
        <w:br/>
      </w:r>
      <w:r>
        <w:rPr>
          <w:sz w:val="20"/>
        </w:rPr>
        <w:t>1:02:49  Aur unhone aapse poocha hai ke How can one manage a crisis situation?</w:t>
      </w:r>
      <w:r>
        <w:br/>
      </w:r>
      <w:r>
        <w:rPr>
          <w:sz w:val="20"/>
        </w:rPr>
        <w:t>1:02:55  How important is belief in God in crisis management?</w:t>
      </w:r>
      <w:r>
        <w:br/>
      </w:r>
      <w:r>
        <w:rPr>
          <w:sz w:val="20"/>
        </w:rPr>
        <w:t>1:03:01  Dekhiye, main samajhta hoon ke crisis management jo hai, sab se bari human quality hai.</w:t>
      </w:r>
      <w:r>
        <w:br/>
      </w:r>
      <w:r>
        <w:rPr>
          <w:sz w:val="20"/>
        </w:rPr>
        <w:t>1:03:08  Aur Allah taala ne mind diya hai.</w:t>
      </w:r>
      <w:r>
        <w:br/>
      </w:r>
      <w:r>
        <w:rPr>
          <w:sz w:val="20"/>
        </w:rPr>
        <w:t>1:03:14  Aap ka mind jo hai, uske andar jo ability hai, us mein sab se bari ability hai crisis management.</w:t>
      </w:r>
      <w:r>
        <w:br/>
      </w:r>
      <w:r>
        <w:rPr>
          <w:sz w:val="20"/>
        </w:rPr>
        <w:t>1:03:21  Cheez kya hai? Jab aap ko crisis pesh aaye to aap apne ko na dekhiye, Allah ko dekhiye.</w:t>
      </w:r>
      <w:r>
        <w:br/>
      </w:r>
      <w:r>
        <w:rPr>
          <w:sz w:val="20"/>
        </w:rPr>
        <w:t>1:03:27  Apne ko dekhenge to aap disheartened ho jayenge.</w:t>
      </w:r>
      <w:r>
        <w:br/>
      </w:r>
      <w:r>
        <w:rPr>
          <w:sz w:val="20"/>
        </w:rPr>
        <w:t>1:03:34  Allah ko dekhenge to aap ka confidence level badh jayega.</w:t>
      </w:r>
      <w:r>
        <w:br/>
      </w:r>
      <w:r>
        <w:rPr>
          <w:sz w:val="20"/>
        </w:rPr>
        <w:t>1:03:40  Bas iske baad aap ko Allah ka inspiration milega aur aap cheezon ko manage karte chale jayenge.</w:t>
      </w:r>
      <w:r>
        <w:br/>
      </w:r>
      <w:r>
        <w:rPr>
          <w:sz w:val="20"/>
        </w:rPr>
        <w:t>1:03:47  Maulana, unhone ek aur sawal aapse poocha hai.</w:t>
      </w:r>
    </w:p>
    <w:p>
      <w:pPr>
        <w:pStyle w:val="Heading2"/>
      </w:pPr>
      <w:r>
        <w:t>Many religions nowadays confused</w:t>
      </w:r>
    </w:p>
    <w:p>
      <w:r>
        <w:rPr>
          <w:color w:val="666666"/>
          <w:sz w:val="18"/>
        </w:rPr>
        <w:t>Faith &amp; God · The Purpose of Existence-9th September 2012 · 1m 31s · at 1:36:02 · https://youtu.be/KxCy8m6k_MQ?t=5762</w:t>
      </w:r>
    </w:p>
    <w:p>
      <w:r>
        <w:rPr>
          <w:i/>
        </w:rPr>
        <w:t>“Maulana, many religions nowadays are numerous. What is the truth?”</w:t>
      </w:r>
    </w:p>
    <w:p>
      <w:r>
        <w:rPr>
          <w:sz w:val="20"/>
        </w:rPr>
        <w:t>1:36:02  Maulana, agla sawal lete hain.</w:t>
      </w:r>
      <w:r>
        <w:br/>
      </w:r>
      <w:r>
        <w:rPr>
          <w:sz w:val="20"/>
        </w:rPr>
        <w:t>1:36:04  Yeh aaye hain, yeh sawal aaya hai Tamil Nadu se Maulana Farhad Ahmed sahib ka.</w:t>
      </w:r>
      <w:r>
        <w:br/>
      </w:r>
      <w:r>
        <w:rPr>
          <w:sz w:val="20"/>
        </w:rPr>
        <w:t>1:36:10  انہوں نے لکھا ہے: "مولانا صاحب، there are many religions now a days.</w:t>
      </w:r>
      <w:r>
        <w:br/>
      </w:r>
      <w:r>
        <w:rPr>
          <w:sz w:val="20"/>
        </w:rPr>
        <w:t>1:36:16  How can I prove that Islam is the only true religion on scientific criteria? Please comment." Kya matlab?</w:t>
      </w:r>
      <w:r>
        <w:br/>
      </w:r>
      <w:r>
        <w:rPr>
          <w:sz w:val="20"/>
        </w:rPr>
        <w:t>1:36:24  Ke Maulana, bohat se mazhab hain aaj ki tareekh mein, to hum yeh kaise prove karen ek scientific</w:t>
      </w:r>
      <w:r>
        <w:br/>
      </w:r>
      <w:r>
        <w:rPr>
          <w:sz w:val="20"/>
        </w:rPr>
        <w:t>1:36:31  criteria ko istemaal karte hue ke jo Islam hai, wahi sachha mazhab hai? Kiska sawal hai? Yeh</w:t>
      </w:r>
      <w:r>
        <w:br/>
      </w:r>
      <w:r>
        <w:rPr>
          <w:sz w:val="20"/>
        </w:rPr>
        <w:t>1:36:39  Maulana Farhad Ahmed sahib ka Tamil Nadu se.</w:t>
      </w:r>
      <w:r>
        <w:br/>
      </w:r>
      <w:r>
        <w:rPr>
          <w:sz w:val="20"/>
        </w:rPr>
        <w:t>1:36:43  Dekhen, hamara yeh manna nahi hai ke Islam hi sachha mazhab hai.</w:t>
      </w:r>
      <w:r>
        <w:br/>
      </w:r>
      <w:r>
        <w:rPr>
          <w:sz w:val="20"/>
        </w:rPr>
        <w:t>1:36:48  Har mazhab sachhe hi the.</w:t>
      </w:r>
      <w:r>
        <w:br/>
      </w:r>
      <w:r>
        <w:rPr>
          <w:sz w:val="20"/>
        </w:rPr>
        <w:t>1:36:50  Hamara manna hai ke Islam mehfooz mazhab hai.</w:t>
      </w:r>
      <w:r>
        <w:br/>
      </w:r>
      <w:r>
        <w:rPr>
          <w:sz w:val="20"/>
        </w:rPr>
        <w:t>1:36:53  Hum hargiz yeh nahi kehte ke saare mazhab sachhe nahi, bas Islam hi sachha hai.</w:t>
      </w:r>
      <w:r>
        <w:br/>
      </w:r>
      <w:r>
        <w:rPr>
          <w:sz w:val="20"/>
        </w:rPr>
        <w:t>1:37:00  Jitne mazhab the, originally sab sachhe the.</w:t>
      </w:r>
      <w:r>
        <w:br/>
      </w:r>
      <w:r>
        <w:rPr>
          <w:sz w:val="20"/>
        </w:rPr>
        <w:t>1:37:03  Lekin yeh ek haqeeqat hai ke koi bhi apne yaani kisi ke jo original jo text tha, us</w:t>
      </w:r>
      <w:r>
        <w:br/>
      </w:r>
      <w:r>
        <w:rPr>
          <w:sz w:val="20"/>
        </w:rPr>
        <w:t>1:37:10  ka mehfooz nahi hai.</w:t>
      </w:r>
      <w:r>
        <w:br/>
      </w:r>
      <w:r>
        <w:rPr>
          <w:sz w:val="20"/>
        </w:rPr>
        <w:t>1:37:12  to is waja se hum sirf yeh kehte hain ke woh woh un un un ko aap refer</w:t>
      </w:r>
      <w:r>
        <w:br/>
      </w:r>
      <w:r>
        <w:rPr>
          <w:sz w:val="20"/>
        </w:rPr>
        <w:t>1:37:20  nahi kar sakte.</w:t>
      </w:r>
      <w:r>
        <w:br/>
      </w:r>
      <w:r>
        <w:rPr>
          <w:sz w:val="20"/>
        </w:rPr>
        <w:t>1:37:21  refer karenge aap is is ko jo jo preserve text hai.</w:t>
      </w:r>
      <w:r>
        <w:br/>
      </w:r>
      <w:r>
        <w:rPr>
          <w:sz w:val="20"/>
        </w:rPr>
        <w:t>1:37:27  bas itna hum kehte hain.</w:t>
      </w:r>
      <w:r>
        <w:br/>
      </w:r>
      <w:r>
        <w:rPr>
          <w:sz w:val="20"/>
        </w:rPr>
        <w:t>1:37:29  is pe hum ne bohat likha hai apni kitabon mein.</w:t>
      </w:r>
    </w:p>
    <w:p>
      <w:pPr>
        <w:pStyle w:val="Heading2"/>
      </w:pPr>
      <w:r>
        <w:t>Meaning of 'religion for man, not man for religion'</w:t>
      </w:r>
    </w:p>
    <w:p>
      <w:r>
        <w:rPr>
          <w:color w:val="666666"/>
          <w:sz w:val="18"/>
        </w:rPr>
        <w:t>Faith &amp; God · Concept of Death in Islam 26th Aug 12 SLOW · 51s · at 39:45 · https://youtu.be/8dsos0OBM6M?t=2385</w:t>
      </w:r>
    </w:p>
    <w:p>
      <w:r>
        <w:rPr>
          <w:i/>
        </w:rPr>
        <w:t>“It is said that religion was made for man, not man for religion. Please explain this comment. This comment is a wordplay. Intellectuals often make such comments. What does it mean?”</w:t>
      </w:r>
    </w:p>
    <w:p>
      <w:r>
        <w:rPr>
          <w:sz w:val="20"/>
        </w:rPr>
        <w:t>39:45  Maulana, agla sawal Delhi se hai. Shah Imran Hasan sahib ka, unhon ne likha hai: "Maulana sahib, kaha jata hai ke mazhab insaan ke liye banaya gaya hai, insaan mazhab ke liye nahi." please is is comment ke bare mein bataein.</w:t>
      </w:r>
      <w:r>
        <w:br/>
      </w:r>
      <w:r>
        <w:rPr>
          <w:sz w:val="20"/>
        </w:rPr>
        <w:t>40:04  yeh comment to aik aik lafzi takbandi hai.</w:t>
      </w:r>
      <w:r>
        <w:br/>
      </w:r>
      <w:r>
        <w:rPr>
          <w:sz w:val="20"/>
        </w:rPr>
        <w:t>40:10  aise jo intellectuals hote hain, woh aisi comment kiya karte hain? yeh is ki koi ma'ani nahi.</w:t>
      </w:r>
      <w:r>
        <w:br/>
      </w:r>
      <w:r>
        <w:rPr>
          <w:sz w:val="20"/>
        </w:rPr>
        <w:t>40:16  matlab, main jaanta hoon is call ko, aaj tak mujhe samajh nahi aayi ke kya matlab hai is call ka.</w:t>
      </w:r>
      <w:r>
        <w:br/>
      </w:r>
      <w:r>
        <w:rPr>
          <w:sz w:val="20"/>
        </w:rPr>
        <w:t>40:23  jis ne banaya hoga, woh milta to main us se poochta ke bhai kya matlab hai is ka?</w:t>
      </w:r>
      <w:r>
        <w:br/>
      </w:r>
      <w:r>
        <w:rPr>
          <w:sz w:val="20"/>
        </w:rPr>
        <w:t>40:29  koi is ka matlab nahi hai, sirf takbandi hai is ko aur kuch nahi.</w:t>
      </w:r>
      <w:r>
        <w:br/>
      </w:r>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p>
    <w:p>
      <w:pPr>
        <w:pStyle w:val="Heading2"/>
      </w:pPr>
      <w:r>
        <w:t>Meaning of Amal Saleh with example</w:t>
      </w:r>
    </w:p>
    <w:p>
      <w:r>
        <w:rPr>
          <w:color w:val="666666"/>
          <w:sz w:val="18"/>
        </w:rPr>
        <w:t>Faith &amp; God · Islamic Wisdom July 17, 2016 · 1m 20s · at 58:55 · https://youtu.be/jB4ugN0K-AM?t=3535</w:t>
      </w:r>
    </w:p>
    <w:p>
      <w:r>
        <w:rPr>
          <w:i/>
        </w:rPr>
        <w:t>“What is the actual meaning of Amal Saleh? Kindly explain it with an example.”</w:t>
      </w:r>
    </w:p>
    <w:p>
      <w:r>
        <w:rPr>
          <w:sz w:val="20"/>
        </w:rPr>
        <w:t>58:55  Maulana, agla sawal Lucknow se kya hai Danish Fazal Sahab ne aur unhone likha hai ke: "What</w:t>
      </w:r>
      <w:r>
        <w:br/>
      </w:r>
      <w:r>
        <w:rPr>
          <w:sz w:val="20"/>
        </w:rPr>
        <w:t>59:03  is the actual meaning of amal saleh? Kindly explain it with an example." Accha, dekhen, amal saleh ka</w:t>
      </w:r>
      <w:r>
        <w:br/>
      </w:r>
      <w:r>
        <w:rPr>
          <w:sz w:val="20"/>
        </w:rPr>
        <w:t>59:10  matlab hai iman ke mutabiq amal.</w:t>
      </w:r>
      <w:r>
        <w:br/>
      </w:r>
      <w:r>
        <w:rPr>
          <w:sz w:val="20"/>
        </w:rPr>
        <w:t>59:13  iman ke mutabiq amal.</w:t>
      </w:r>
      <w:r>
        <w:br/>
      </w:r>
      <w:r>
        <w:rPr>
          <w:sz w:val="20"/>
        </w:rPr>
        <w:t>59:15  accha, iman mein kya kya shamil hai? Iman mein shamil yeh hai ke aap aakhirat ko manen ya</w:t>
      </w:r>
      <w:r>
        <w:br/>
      </w:r>
      <w:r>
        <w:rPr>
          <w:sz w:val="20"/>
        </w:rPr>
        <w:t>59:22  manen ke aakhirat mein har ek ka hisab kitab hoga.</w:t>
      </w:r>
      <w:r>
        <w:br/>
      </w:r>
      <w:r>
        <w:rPr>
          <w:sz w:val="20"/>
        </w:rPr>
        <w:t>59:27  to agar aap is ko manenge to aap ke andar kya paida hogi? Aakhirat oriented thinking, dunya</w:t>
      </w:r>
      <w:r>
        <w:br/>
      </w:r>
      <w:r>
        <w:rPr>
          <w:sz w:val="20"/>
        </w:rPr>
        <w:t>59:34  oriented khatam ho jayegi.</w:t>
      </w:r>
      <w:r>
        <w:br/>
      </w:r>
      <w:r>
        <w:rPr>
          <w:sz w:val="20"/>
        </w:rPr>
        <w:t>59:37  iman ka taqaza yeh hoga ke dunya oriented thinking khatam ho jaye aur aakhirat oriented thinking aa jaye.</w:t>
      </w:r>
      <w:r>
        <w:br/>
      </w:r>
      <w:r>
        <w:rPr>
          <w:sz w:val="20"/>
        </w:rPr>
        <w:t>59:44  yahi to amal saleh hai.</w:t>
      </w:r>
      <w:r>
        <w:br/>
      </w:r>
      <w:r>
        <w:rPr>
          <w:sz w:val="20"/>
        </w:rPr>
        <w:t>59:46  jab aakhirat aap ke ka concern ban jayegi aap ki to sara amal aap ka theek ho</w:t>
      </w:r>
      <w:r>
        <w:br/>
      </w:r>
      <w:r>
        <w:rPr>
          <w:sz w:val="20"/>
        </w:rPr>
        <w:t>59:54  jayega aur jab aap ka concern dunya hoti hai to phir aap ka sara amal bigad jata</w:t>
      </w:r>
      <w:r>
        <w:br/>
      </w:r>
      <w:r>
        <w:rPr>
          <w:sz w:val="20"/>
        </w:rPr>
        <w:t>1:00:02  hai.</w:t>
      </w:r>
      <w:r>
        <w:br/>
      </w:r>
      <w:r>
        <w:rPr>
          <w:sz w:val="20"/>
        </w:rPr>
        <w:t>1:00:03  to amal saleh ka matlab hota hai iman ke mutabiq amal aur jab aap iman ke mutabiq amal</w:t>
      </w:r>
      <w:r>
        <w:br/>
      </w:r>
      <w:r>
        <w:rPr>
          <w:sz w:val="20"/>
        </w:rPr>
        <w:t>1:00:11  karenge to har cheez aap ki durust ho jayegi.</w:t>
      </w:r>
    </w:p>
    <w:p>
      <w:pPr>
        <w:pStyle w:val="Heading2"/>
      </w:pPr>
      <w:r>
        <w:t>Meaning of Bread Plus</w:t>
      </w:r>
    </w:p>
    <w:p>
      <w:r>
        <w:rPr>
          <w:color w:val="666666"/>
          <w:sz w:val="18"/>
        </w:rPr>
        <w:t>Faith &amp; God · Formula of Human Life | March 13, 2016 · 1m 46s · at 49:11 · https://youtu.be/Et_ZQTYZzjU?t=2951</w:t>
      </w:r>
    </w:p>
    <w:p>
      <w:r>
        <w:rPr>
          <w:i/>
        </w:rPr>
        <w:t>“While giving example of Jesus Christ saying that a man cannot live by bread alone, you said to make bread as bread plus.”</w:t>
      </w:r>
    </w:p>
    <w:p>
      <w:r>
        <w:rPr>
          <w:sz w:val="20"/>
        </w:rPr>
        <w:t>49:11  مولانا، یہ پہلا سوال آیا ہے احمد آباد سے فاروق صاحب کا، اور انہوں نے لکھا ہے: "While</w:t>
      </w:r>
      <w:r>
        <w:br/>
      </w:r>
      <w:r>
        <w:rPr>
          <w:sz w:val="20"/>
        </w:rPr>
        <w:t>49:17  giving example of Jesus Christ saying today that a man cannot live by the bread alone, you said</w:t>
      </w:r>
      <w:r>
        <w:br/>
      </w:r>
      <w:r>
        <w:rPr>
          <w:sz w:val="20"/>
        </w:rPr>
        <w:t>49:23  we make bread as bread plus.</w:t>
      </w:r>
      <w:r>
        <w:br/>
      </w:r>
      <w:r>
        <w:rPr>
          <w:sz w:val="20"/>
        </w:rPr>
        <w:t>49:30  "You further said that you can develop this thinking through art of contemplation." Maulana, my question is: "How</w:t>
      </w:r>
      <w:r>
        <w:br/>
      </w:r>
      <w:r>
        <w:rPr>
          <w:sz w:val="20"/>
        </w:rPr>
        <w:t>49:37  to develop this art of contemplation?" As I try to develop myself as a spiritual being, but</w:t>
      </w:r>
      <w:r>
        <w:br/>
      </w:r>
      <w:r>
        <w:rPr>
          <w:sz w:val="20"/>
        </w:rPr>
        <w:t>49:43  Each time I try to do it, I fail.</w:t>
      </w:r>
      <w:r>
        <w:br/>
      </w:r>
      <w:r>
        <w:rPr>
          <w:sz w:val="20"/>
        </w:rPr>
        <w:t>49:50  what is your guidance for me?</w:t>
      </w:r>
      <w:r>
        <w:br/>
      </w:r>
      <w:r>
        <w:rPr>
          <w:sz w:val="20"/>
        </w:rPr>
        <w:t>49:57  dekhiye, by nature har aadmi ke andar ye faculty hoti hai ke wo soche, contemplate kare, aur baton ko samjhe.</w:t>
      </w:r>
      <w:r>
        <w:br/>
      </w:r>
      <w:r>
        <w:rPr>
          <w:sz w:val="20"/>
        </w:rPr>
        <w:t>50:07  ye to by nature hai hi hamare andar.</w:t>
      </w:r>
      <w:r>
        <w:br/>
      </w:r>
      <w:r>
        <w:rPr>
          <w:sz w:val="20"/>
        </w:rPr>
        <w:t>50:17  lekin hota ye hai ke hum society mein rehte hain, environment mein rehte hain, to hum</w:t>
      </w:r>
      <w:r>
        <w:br/>
      </w:r>
      <w:r>
        <w:rPr>
          <w:sz w:val="20"/>
        </w:rPr>
        <w:t>50:28  condition ho jate hain. hamara mind conditioned mind ban jata hai. yani save your self from conditioning, and you are a bond positive thinker. positive thinker to aap hain hi by birth. condition se bacha lijiye to aap bane banaye positive thinker hain.</w:t>
      </w:r>
    </w:p>
    <w:p>
      <w:pPr>
        <w:pStyle w:val="Heading2"/>
      </w:pPr>
      <w:r>
        <w:t>Meaning of God-worship vs human-worship</w:t>
      </w:r>
    </w:p>
    <w:p>
      <w:r>
        <w:rPr>
          <w:color w:val="666666"/>
          <w:sz w:val="18"/>
        </w:rPr>
        <w:t>Faith &amp; God · Q&amp;A 13 Nov 2011 · 1m 17s · at 31:52 · https://youtu.be/oOZ9h37_pL8?t=1912</w:t>
      </w:r>
    </w:p>
    <w:p>
      <w:r>
        <w:rPr>
          <w:i/>
        </w:rPr>
        <w:t>“In your book 'Ihya-e-Islam' you wrote that today's era is God-worship versus human-worship. What does that mean? It is said that transfer of seat from God to man. That is, now man is considered the center.”</w:t>
      </w:r>
    </w:p>
    <w:p>
      <w:r>
        <w:rPr>
          <w:sz w:val="20"/>
        </w:rPr>
        <w:t>31:52  maulana yeh sawal aaya hai doha qatar se maulana abdul basit umri ka. unhon ne likha hai ke maulana aap ki kitab ahyae islam mein likha hai ke aaj ka daur khuda parasti versus muqabla insan parasti hai.</w:t>
      </w:r>
      <w:r>
        <w:br/>
      </w:r>
      <w:r>
        <w:rPr>
          <w:sz w:val="20"/>
        </w:rPr>
        <w:t>32:10  us ka kya matlab hai?</w:t>
      </w:r>
      <w:r>
        <w:br/>
      </w:r>
      <w:r>
        <w:rPr>
          <w:sz w:val="20"/>
        </w:rPr>
        <w:t>32:16  yeh kaha jata hai ke transfer of seat from god to man. yaani ab jo hai insan hi ko center samajh liya gaya hai.</w:t>
      </w:r>
      <w:r>
        <w:br/>
      </w:r>
      <w:r>
        <w:rPr>
          <w:sz w:val="20"/>
        </w:rPr>
        <w:t>32:28  pehle khuda center hua karta tha. yaani god centered thinking hua karti thi pehle. ab insan centered thinking ban gayi hai. ab khuda ko unhon ne nazar andaaz kar diya.</w:t>
      </w:r>
      <w:r>
        <w:br/>
      </w:r>
      <w:r>
        <w:rPr>
          <w:sz w:val="20"/>
        </w:rPr>
        <w:t>32:39  khuda se koi matlab hi nahin. to sirf insan ke bare mein sochna. insan ke bare mein sochna. har jo bhi soch hai jo bhi planning hai wo sab insan ko le kar ke.</w:t>
      </w:r>
      <w:r>
        <w:br/>
      </w:r>
      <w:r>
        <w:rPr>
          <w:sz w:val="20"/>
        </w:rPr>
        <w:t>32:53  khuda ko le kar ke nahin.</w:t>
      </w:r>
      <w:r>
        <w:br/>
      </w:r>
      <w:r>
        <w:rPr>
          <w:sz w:val="20"/>
        </w:rPr>
        <w:t>32:58  to us mein tafseel maujood hai aap us ko phir se padhiye. dobara padhiye aap us se aap ko yeh baat clear ho jayegi.</w:t>
      </w:r>
    </w:p>
    <w:p>
      <w:pPr>
        <w:pStyle w:val="Heading2"/>
      </w:pPr>
      <w:r>
        <w:t>Meaning of InshaAllah and its frequent use</w:t>
      </w:r>
    </w:p>
    <w:p>
      <w:r>
        <w:rPr>
          <w:color w:val="666666"/>
          <w:sz w:val="18"/>
        </w:rPr>
        <w:t>Faith &amp; God · Freedom of Expression in Islam 30 Sept 2012 - Maulana Wahiduddin Khan · 1m 30s · at 1:06:05 · https://youtu.be/WLlXSyxX8Q4?t=3965</w:t>
      </w:r>
    </w:p>
    <w:p>
      <w:r>
        <w:rPr>
          <w:i/>
        </w:rPr>
        <w:t>“Please explain the meaning of InshaAllah, which Muslims use frequently.”</w:t>
      </w:r>
    </w:p>
    <w:p>
      <w:r>
        <w:rPr>
          <w:sz w:val="20"/>
        </w:rPr>
        <w:t>1:06:05  Maulana, agla sawal Delhi se aya hai Shakil ur Rehman sahib ka. unhon ne aap se poocha hai ke "please explain the meaning of Inshallah, which Muslims use frequently?</w:t>
      </w:r>
      <w:r>
        <w:br/>
      </w:r>
      <w:r>
        <w:rPr>
          <w:sz w:val="20"/>
        </w:rPr>
        <w:t>1:06:18  " aaj kal to aik culture part ban gaya hai. woh jitne Musalman hain, jahan taraf bolte hain, Inshallah, Inshallah, yeh to aik aik culture ban gaya hai.</w:t>
      </w:r>
      <w:r>
        <w:br/>
      </w:r>
      <w:r>
        <w:rPr>
          <w:sz w:val="20"/>
        </w:rPr>
        <w:t>1:06:30  culture is ka Islam se koi talluq mein nahi manta. yeh yeh Inshallah ki rooh jo hai, Musalman bilkul maujood hi nahi hai. Inshallah ki spirit hai, woh bilkul leak kar rahi hai.</w:t>
      </w:r>
      <w:r>
        <w:br/>
      </w:r>
      <w:r>
        <w:rPr>
          <w:sz w:val="20"/>
        </w:rPr>
        <w:t>1:06:43  bas culture ke taur par woh alfaaz shaye karte rehte hain.</w:t>
      </w:r>
      <w:r>
        <w:br/>
      </w:r>
      <w:r>
        <w:rPr>
          <w:sz w:val="20"/>
        </w:rPr>
        <w:t>1:06:47  is ki is ki yeh koi ibadat hai ya koi Islami value hai? kuch bhi nahi, koi koi haqeeqat nahi.</w:t>
      </w:r>
      <w:r>
        <w:br/>
      </w:r>
      <w:r>
        <w:rPr>
          <w:sz w:val="20"/>
        </w:rPr>
        <w:t>1:06:58  yeh to aik bohat bari yani Inshallah ka matlab hai agar Allah ne chaha. yeh to aik bohat bari imaan ki baat hai.</w:t>
      </w:r>
      <w:r>
        <w:br/>
      </w:r>
      <w:r>
        <w:rPr>
          <w:sz w:val="20"/>
        </w:rPr>
        <w:t>1:07:07  jab aap discover karte hain Allah ko aur Allah ki qudrat ko, to is discovery se aap ko yeh baat aap ke aap jante hain ke sab kuch Allah ke qabze mein hai.</w:t>
      </w:r>
      <w:r>
        <w:br/>
      </w:r>
      <w:r>
        <w:rPr>
          <w:sz w:val="20"/>
        </w:rPr>
        <w:t>1:07:19  to Musalmanon ko yeh discovery to hui nahi. woh to aik cultural, aik aik riwaj hai jo insaan Inshallah karte rehte hain. is ka Islam se mera koi talluq nahi, woh sirf culture hai.</w:t>
      </w:r>
      <w:r>
        <w:br/>
      </w:r>
      <w:r>
        <w:rPr>
          <w:sz w:val="20"/>
        </w:rPr>
        <w:t>1:07:31  bas</w:t>
      </w:r>
      <w:r>
        <w:br/>
      </w:r>
      <w:r>
        <w:rPr>
          <w:sz w:val="20"/>
        </w:rPr>
        <w:t>1:07:36  Maulana, agla sawal Delhi se hai Mr. Qais ka. unhon ne likha hai: "after the death of the Prophet, the Arabs conquered a huge part of the world from Morocco in the West to Persia in the East within less than hundred years.</w:t>
      </w:r>
    </w:p>
    <w:p>
      <w:pPr>
        <w:pStyle w:val="Heading2"/>
      </w:pPr>
      <w:r>
        <w:t>Meaning of Islam and its relation to Muslim</w:t>
      </w:r>
    </w:p>
    <w:p>
      <w:r>
        <w:rPr>
          <w:color w:val="666666"/>
          <w:sz w:val="18"/>
        </w:rPr>
        <w:t>Faith &amp; God · The Straight Path October 30, 2011 Maulana Wahiduddin Khan · 2m 25s · at 1:34:16 · https://youtu.be/PKFHe82Jz58?t=5656</w:t>
      </w:r>
    </w:p>
    <w:p>
      <w:r>
        <w:rPr>
          <w:i/>
        </w:rPr>
        <w:t>“Maulana Sahib, I am confused about the word Islam. Please explain this word to me and also tell me whether Islam has some relation with the word Muslim.”</w:t>
      </w:r>
    </w:p>
    <w:p>
      <w:r>
        <w:rPr>
          <w:sz w:val="20"/>
        </w:rPr>
        <w:t>1:34:16  maulana, agla sawal kya hai Mr. Brij Bhushan Vaidik ne Delhi se. unho ne likha hai: "Maulana sahib, I am confused about the word Islam.</w:t>
      </w:r>
      <w:r>
        <w:br/>
      </w:r>
      <w:r>
        <w:rPr>
          <w:sz w:val="20"/>
        </w:rPr>
        <w:t>1:34:27  please explain this word to me and also tell me whether Islam has some relation with the word Muslim."</w:t>
      </w:r>
      <w:r>
        <w:br/>
      </w:r>
      <w:r>
        <w:rPr>
          <w:sz w:val="20"/>
        </w:rPr>
        <w:t>1:34:38  dekhiye, islam matlab hai submission. submission yani apne creator ka ko acknowledge karna.</w:t>
      </w:r>
      <w:r>
        <w:br/>
      </w:r>
      <w:r>
        <w:rPr>
          <w:sz w:val="20"/>
        </w:rPr>
        <w:t>1:34:52  jo aap ka creator hai, us ko acknowledge karna. is acknowledge karne hi ke sab, yani isi se baqi cheezein nikalti hain.</w:t>
      </w:r>
      <w:r>
        <w:br/>
      </w:r>
      <w:r>
        <w:rPr>
          <w:sz w:val="20"/>
        </w:rPr>
        <w:t>1:35:05  jab aap acknowledge karein ke khuda ne mujhe banaya, sirf banaya hi nahi, balkeh ek aisi duniya rehne ke liye di jo poori universe mein ek unique hai.</w:t>
      </w:r>
      <w:r>
        <w:br/>
      </w:r>
      <w:r>
        <w:rPr>
          <w:sz w:val="20"/>
        </w:rPr>
        <w:t>1:35:20  yeh planet earth, life support system diya, aur kya kya cheezein dein. to jab aap yeh sab sochte hain to acknowledge karna sirf acknowledge karna nahi hota.</w:t>
      </w:r>
      <w:r>
        <w:br/>
      </w:r>
      <w:r>
        <w:rPr>
          <w:sz w:val="20"/>
        </w:rPr>
        <w:t>1:35:32  iske baad aayega submission, aayega surrender, aayega worship. woh saari cheezein aati chali jayengi iske baad. to shuru hoga acknowledge karne se.</w:t>
      </w:r>
      <w:r>
        <w:br/>
      </w:r>
      <w:r>
        <w:rPr>
          <w:sz w:val="20"/>
        </w:rPr>
        <w:t>1:35:42  aur woh pahunchte pahunchte kya hoga ke aap apne creator se bohat zyada mohabbat karenge, apne creator se bohat zyada khauf bhi karenge, kyunke uske saamne accountability ka ehsaas paida hoga aap ke andar.</w:t>
      </w:r>
      <w:r>
        <w:br/>
      </w:r>
      <w:r>
        <w:rPr>
          <w:sz w:val="20"/>
        </w:rPr>
        <w:t>1:35:55  yeh saari cheezein is mein junti chali jayengi. to basic cheez hai acknowledgement.</w:t>
      </w:r>
      <w:r>
        <w:br/>
      </w:r>
      <w:r>
        <w:rPr>
          <w:sz w:val="20"/>
        </w:rPr>
        <w:t>1:36:02  to lafzi maani to islam ke hain submission. lekin submission ki haqeeqat kya hai? acknowledge karna. acknowledge karne hi ka naam acknowledge karte hain.</w:t>
      </w:r>
      <w:r>
        <w:br/>
      </w:r>
      <w:r>
        <w:rPr>
          <w:sz w:val="20"/>
        </w:rPr>
        <w:t>1:36:11  jab isi submission aata hai to isi saari aur cheezein aati chali jaati hain. jahan tak muslim ki baat hai to muslim koi qaum nahi hai. koi muslim koi by birth nahi hota.</w:t>
      </w:r>
      <w:r>
        <w:br/>
      </w:r>
      <w:r>
        <w:rPr>
          <w:sz w:val="20"/>
        </w:rPr>
        <w:t>1:36:22  muslim woh hai jo islam ko discover kare, islam ko apni zindagi ka ya way of life banaye, woh muslim hai.</w:t>
      </w:r>
      <w:r>
        <w:br/>
      </w:r>
      <w:r>
        <w:rPr>
          <w:sz w:val="20"/>
        </w:rPr>
        <w:t>1:36:32  koi bhi by birth muslim nahi hota. koi bhi qaum nahi hai jiska naam muslim qaum ho. aisa kuch bhi nahi hai.</w:t>
      </w:r>
    </w:p>
    <w:p>
      <w:pPr>
        <w:pStyle w:val="Heading2"/>
      </w:pPr>
      <w:r>
        <w:t>Meaning of Khalifa of God</w:t>
      </w:r>
    </w:p>
    <w:p>
      <w:r>
        <w:rPr>
          <w:color w:val="666666"/>
          <w:sz w:val="18"/>
        </w:rPr>
        <w:t>Faith &amp; God · Dars-e-Quran, Chapter 2, Verse 37 | January  07, 2018 · 1m 02s · at 1:12:31 · https://youtu.be/ao6Cr57KuEM?t=4351</w:t>
      </w:r>
    </w:p>
    <w:p>
      <w:r>
        <w:rPr>
          <w:i/>
        </w:rPr>
        <w:t>“What is meant by Khalifa of God? Please explain.”</w:t>
      </w:r>
    </w:p>
    <w:p>
      <w:r>
        <w:rPr>
          <w:sz w:val="20"/>
        </w:rPr>
        <w:t>1:12:31  maulana, agla sawal lahore pakistan se anwar sahib ne bhi</w:t>
      </w:r>
      <w:r>
        <w:br/>
      </w:r>
      <w:r>
        <w:rPr>
          <w:sz w:val="20"/>
        </w:rPr>
        <w:t>1:12:38  ja hai.</w:t>
      </w:r>
      <w:r>
        <w:br/>
      </w:r>
      <w:r>
        <w:rPr>
          <w:sz w:val="20"/>
        </w:rPr>
        <w:t>1:12:43  unho'n ne likha hai: "what is meant by khalifa of god? is ke bare mein bataein." khalifa of</w:t>
      </w:r>
      <w:r>
        <w:br/>
      </w:r>
      <w:r>
        <w:rPr>
          <w:sz w:val="20"/>
        </w:rPr>
        <w:t>1:12:48  god ka lafz hi ghalat hai, kahin likha hi nahin ke insan khuda ka khalifa hai.</w:t>
      </w:r>
      <w:r>
        <w:br/>
      </w:r>
      <w:r>
        <w:rPr>
          <w:sz w:val="20"/>
        </w:rPr>
        <w:t>1:12:53  yeh to kuch logon ne garh liya hai, insan khalifatullah, yeh to kaha hi nahin.</w:t>
      </w:r>
      <w:r>
        <w:br/>
      </w:r>
      <w:r>
        <w:rPr>
          <w:sz w:val="20"/>
        </w:rPr>
        <w:t>1:12:58  insan ne khud se garh liya hai, insan to khuda ka banda hai.</w:t>
      </w:r>
      <w:r>
        <w:br/>
      </w:r>
      <w:r>
        <w:rPr>
          <w:sz w:val="20"/>
        </w:rPr>
        <w:t>1:13:03  to is ke</w:t>
      </w:r>
      <w:r>
        <w:br/>
      </w:r>
      <w:r>
        <w:rPr>
          <w:sz w:val="20"/>
        </w:rPr>
        <w:t>1:13:09  ma'ni kya hain? ma'ni to kuch bhi nahin, yeh to ek be ma'ni lafz hai.</w:t>
      </w:r>
      <w:r>
        <w:br/>
      </w:r>
      <w:r>
        <w:rPr>
          <w:sz w:val="20"/>
        </w:rPr>
        <w:t>1:13:15  khalifatullah kahan hai? na hadith mein, na quran mein.</w:t>
      </w:r>
      <w:r>
        <w:br/>
      </w:r>
      <w:r>
        <w:rPr>
          <w:sz w:val="20"/>
        </w:rPr>
        <w:t>1:13:21  insan khuda ka abd hai, yeh hai.</w:t>
      </w:r>
      <w:r>
        <w:br/>
      </w:r>
      <w:r>
        <w:rPr>
          <w:sz w:val="20"/>
        </w:rPr>
        <w:t>1:13:27  insan khuda ka khalifa, yeh to kaha hi nahin.</w:t>
      </w:r>
    </w:p>
    <w:p>
      <w:pPr>
        <w:pStyle w:val="Heading2"/>
      </w:pPr>
      <w:r>
        <w:t>Meaning of righteous action after faith</w:t>
      </w:r>
    </w:p>
    <w:p>
      <w:r>
        <w:rPr>
          <w:color w:val="666666"/>
          <w:sz w:val="18"/>
        </w:rPr>
        <w:t>Faith &amp; God · Discovery of God November 3, 2019 Maulana Wahiduddin Khan · 2m 04s · at 47:06 · https://youtu.be/WUaOl0Kwwng?t=2826</w:t>
      </w:r>
    </w:p>
    <w:p>
      <w:r>
        <w:rPr>
          <w:i/>
        </w:rPr>
        <w:t>“After faith, what is righteous action? Please explain it.”</w:t>
      </w:r>
    </w:p>
    <w:p>
      <w:r>
        <w:rPr>
          <w:sz w:val="20"/>
        </w:rPr>
        <w:t>47:06  maulana, agla sawal bheja hai dhampur se mehtab ahmad sahab ne. unhon ne likha hai: "maulana sahab, iman ke baad amal saleh kya hai?</w:t>
      </w:r>
      <w:r>
        <w:br/>
      </w:r>
      <w:r>
        <w:rPr>
          <w:sz w:val="20"/>
        </w:rPr>
        <w:t>47:18  is ke bare mein bataein."</w:t>
      </w:r>
      <w:r>
        <w:br/>
      </w:r>
      <w:r>
        <w:rPr>
          <w:sz w:val="20"/>
        </w:rPr>
        <w:t>47:27  dekhiye, ek lafz mein amal saleh yeh hai: iman ke mutabiq amal.</w:t>
      </w:r>
      <w:r>
        <w:br/>
      </w:r>
      <w:r>
        <w:rPr>
          <w:sz w:val="20"/>
        </w:rPr>
        <w:t>47:39  iman ke mutabiq amal. misaal ke taur par jab mera bachcha mar gaya to maine is ka yasar liya.</w:t>
      </w:r>
      <w:r>
        <w:br/>
      </w:r>
      <w:r>
        <w:rPr>
          <w:sz w:val="20"/>
        </w:rPr>
        <w:t>47:52  jis khuda ne paida kiya tha, usi ne wapas le liya is ko. agar is ki wajah mein woh rota, chalta, cheikhta to woh is ka iman ke mutabiq na hota.</w:t>
      </w:r>
      <w:r>
        <w:br/>
      </w:r>
      <w:r>
        <w:rPr>
          <w:sz w:val="20"/>
        </w:rPr>
        <w:t>48:05  lekin allah ki tofeeq se jo maine kiya, woh islam, woh iman ke mutabiq tha.</w:t>
      </w:r>
      <w:r>
        <w:br/>
      </w:r>
      <w:r>
        <w:rPr>
          <w:sz w:val="20"/>
        </w:rPr>
        <w:t>48:14  to iman, darasal iman ke baad is ke mutabiq amal karna, yahi hamari amal saleh hai.</w:t>
      </w:r>
      <w:r>
        <w:br/>
      </w:r>
      <w:r>
        <w:rPr>
          <w:sz w:val="20"/>
        </w:rPr>
        <w:t>48:25  maulana, miss shabana ansari ne pakistan se likha hai: "maulana, you are a seeker and you made us seeker by your strong literature.</w:t>
      </w:r>
      <w:r>
        <w:br/>
      </w:r>
      <w:r>
        <w:rPr>
          <w:sz w:val="20"/>
        </w:rPr>
        <w:t>48:36  jazak allah maulana for providing us this precious literature. may allah give you eminence reward." miss hina manzoor ne likha hai kashmir se.</w:t>
      </w:r>
      <w:r>
        <w:br/>
      </w:r>
      <w:r>
        <w:rPr>
          <w:sz w:val="20"/>
        </w:rPr>
        <w:t>48:48  unhon ne likha hai: "what a great learning from today lecture!</w:t>
      </w:r>
      <w:r>
        <w:br/>
      </w:r>
      <w:r>
        <w:rPr>
          <w:sz w:val="20"/>
        </w:rPr>
        <w:t>48:53  the quran is the direct answer for from god for all those people who refuse his existence. this thought makes me realize the greater importance of doing dawah work and be the part of that process for which god has created us.</w:t>
      </w:r>
    </w:p>
    <w:p>
      <w:pPr>
        <w:pStyle w:val="Heading2"/>
      </w:pPr>
      <w:r>
        <w:t>Meaning of science and religion statement</w:t>
      </w:r>
    </w:p>
    <w:p>
      <w:r>
        <w:rPr>
          <w:color w:val="666666"/>
          <w:sz w:val="18"/>
        </w:rPr>
        <w:t>Faith &amp; God · Quran for All Mankind June 3, 2012 · 1m 55s · at 1:07:13 · https://youtu.be/Gp-53Zjugcg?t=4033</w:t>
      </w:r>
    </w:p>
    <w:p>
      <w:r>
        <w:rPr>
          <w:i/>
        </w:rPr>
        <w:t>“Science is the search for truth, and religion is about obedience. What does this mean?”</w:t>
      </w:r>
    </w:p>
    <w:p>
      <w:r>
        <w:rPr>
          <w:sz w:val="20"/>
        </w:rPr>
        <w:t>1:07:13  maulana, agla sawal bangalore se aya hai, maulana farah salfi sahib ka. unhon ne aap se poocha hai ke "science is the search for truth, and religion is about obedience." is ka kya matlab hai?</w:t>
      </w:r>
      <w:r>
        <w:br/>
      </w:r>
      <w:r>
        <w:rPr>
          <w:sz w:val="20"/>
        </w:rPr>
        <w:t>1:07:30  dekhiye, science ko sachai se matlab nahin hai. yeh galat kisi jis ne kaha hai ke science sachai ki talash ka naam hai, yeh galat hai.</w:t>
      </w:r>
      <w:r>
        <w:br/>
      </w:r>
      <w:r>
        <w:rPr>
          <w:sz w:val="20"/>
        </w:rPr>
        <w:t>1:07:40  science ko sachai se koi matlab nahin hai. science ka matlab hai ke law of nature kya hai, is ko janna, fact kya hai, is ko janna.</w:t>
      </w:r>
      <w:r>
        <w:br/>
      </w:r>
      <w:r>
        <w:rPr>
          <w:sz w:val="20"/>
        </w:rPr>
        <w:t>1:07:49  is se bas nahin ke woh sachai kya hai. sachai falsafe ka, sachai jo hai, falsafe ka, falsafi ka target hota hai, science ka nahin.</w:t>
      </w:r>
      <w:r>
        <w:br/>
      </w:r>
      <w:r>
        <w:rPr>
          <w:sz w:val="20"/>
        </w:rPr>
        <w:t>1:08:02  misalan, yeh pani hai, yeh science na janna chahiye ke yeh liquid kaise ban gaya,</w:t>
      </w:r>
      <w:r>
        <w:br/>
      </w:r>
      <w:r>
        <w:rPr>
          <w:sz w:val="20"/>
        </w:rPr>
        <w:t>1:08:08  gas, gas liquid form mein kaise tabdeel ho gaya. is ka to matlab nahin sachai, yani jo hai, woh kya hai, jo hai, is ko explain karna.</w:t>
      </w:r>
      <w:r>
        <w:br/>
      </w:r>
      <w:r>
        <w:rPr>
          <w:sz w:val="20"/>
        </w:rPr>
        <w:t>1:08:19  bas sachai to falsafi ka ya mazhabi logon ka subject hota hai.</w:t>
      </w:r>
      <w:r>
        <w:br/>
      </w:r>
      <w:r>
        <w:rPr>
          <w:sz w:val="20"/>
        </w:rPr>
        <w:t>1:08:28  aise hi kisi ne ek keh diya, ek qaul: "ji,</w:t>
      </w:r>
      <w:r>
        <w:br/>
      </w:r>
      <w:r>
        <w:rPr>
          <w:sz w:val="20"/>
        </w:rPr>
        <w:t>1:08:31  science ka, science dan ka mutafiq yeh hota hai ke jo jis dunya mein woh reh raha hai, us ko us ko yani janna ke kya hai, kese." yani jaise misal ke tor par suraj nikalta hai, suraj doobta hai, to yeh kya hai?</w:t>
      </w:r>
      <w:r>
        <w:br/>
      </w:r>
      <w:r>
        <w:rPr>
          <w:sz w:val="20"/>
        </w:rPr>
        <w:t>1:08:46  yeh phenomena kaisa nikalna hai, kaisa doobna hai? is phenomena ko janna, is ka naam hai science. truth, truth!</w:t>
      </w:r>
      <w:r>
        <w:br/>
      </w:r>
      <w:r>
        <w:rPr>
          <w:sz w:val="20"/>
        </w:rPr>
        <w:t>1:08:55  yeh kehna galat hai ke truth science ka subject hai,</w:t>
      </w:r>
      <w:r>
        <w:br/>
      </w:r>
      <w:r>
        <w:rPr>
          <w:sz w:val="20"/>
        </w:rPr>
        <w:t>1:09:00  falsafa ka subject zaroor hai, mazhab ka subject zaroor hai, science ka subject truth nahin hai.</w:t>
      </w:r>
    </w:p>
    <w:p>
      <w:pPr>
        <w:pStyle w:val="Heading2"/>
      </w:pPr>
      <w:r>
        <w:t>Meaning of third war in scriptures</w:t>
      </w:r>
    </w:p>
    <w:p>
      <w:r>
        <w:rPr>
          <w:color w:val="666666"/>
          <w:sz w:val="18"/>
        </w:rPr>
        <w:t>Faith &amp; God · Age of Peace November 18, 2012 · 1m 58s · at 1:22:09 · https://youtu.be/Y9nkQnBqbrs?t=4929</w:t>
      </w:r>
    </w:p>
    <w:p>
      <w:r>
        <w:rPr>
          <w:i/>
        </w:rPr>
        <w:t>“You said the era of war is over and there is no need for war. Then what is the meaning of the third war mentioned in books? Is it the Third World War?”</w:t>
      </w:r>
    </w:p>
    <w:p>
      <w:r>
        <w:rPr>
          <w:sz w:val="20"/>
        </w:rPr>
        <w:t>1:22:09  maulana, agla sawal ah mumbei se maulana abdulqasmi sahib ka hai. unhon ne likha hai: "maulana, ap ne bataya ke jang ka daur khatm ho chuka hai, ab jang ki zarurat hi baqi nahin rahi.</w:t>
      </w:r>
      <w:r>
        <w:br/>
      </w:r>
      <w:r>
        <w:rPr>
          <w:sz w:val="20"/>
        </w:rPr>
        <w:t>1:22:23  phir tisri jang ka kia matlab hai jis ka kitabon mein zikr milta hai?" kaun jang? tisri jang jis ka kitabon mein zikr?</w:t>
      </w:r>
      <w:r>
        <w:br/>
      </w:r>
      <w:r>
        <w:rPr>
          <w:sz w:val="20"/>
        </w:rPr>
        <w:t>1:22:34  thard world war?</w:t>
      </w:r>
      <w:r>
        <w:br/>
      </w:r>
      <w:r>
        <w:rPr>
          <w:sz w:val="20"/>
        </w:rPr>
        <w:t>1:22:35  thard world war tu koi yeh tu aise bolte hain bas log. yeh koi rasul Allah ki peshingoi tu hai nahin. thard war aik hipostotical war hai.</w:t>
      </w:r>
      <w:r>
        <w:br/>
      </w:r>
      <w:r>
        <w:rPr>
          <w:sz w:val="20"/>
        </w:rPr>
        <w:t>1:22:47  hipostotical war aisa nahin ke rasul Allah ne kaha ho ya quran mein kahin kaha ho. kahin sahib ji aisa hai? kahin nahin. yeh yeh hipostotical war hai, aik farzi war hai.</w:t>
      </w:r>
      <w:r>
        <w:br/>
      </w:r>
      <w:r>
        <w:rPr>
          <w:sz w:val="20"/>
        </w:rPr>
        <w:t>1:23:01  maulana, woh keh rahe hain ke log aksar aisa bolte</w:t>
      </w:r>
      <w:r>
        <w:br/>
      </w:r>
      <w:r>
        <w:rPr>
          <w:sz w:val="20"/>
        </w:rPr>
        <w:t>1:23:03  hain. han, tu log bolte hain ke is is sense mein ke ab larai agar hogi balfarz tu dunya khatm ho jaye gi, kyunke ab lar koi jeeta hai ke nahin?</w:t>
      </w:r>
      <w:r>
        <w:br/>
      </w:r>
      <w:r>
        <w:rPr>
          <w:sz w:val="20"/>
        </w:rPr>
        <w:t>1:23:15  yani jo fateh karega, us ki fateh mein perk victory hogi. us ko kehte hain perk victory. is tarah se bolte hain.</w:t>
      </w:r>
      <w:r>
        <w:br/>
      </w:r>
      <w:r>
        <w:rPr>
          <w:sz w:val="20"/>
        </w:rPr>
        <w:t>1:23:22  ise kaha tha na hitler ne? hitler jis zamane bunker mein tha aur suicide karne wala tha, us se pehle us ne kaha tha ke ab jo hai, agar jang hoti hai, yani first war aur second war ke baad jo talkh tajrube ho chuke hain, ab agar jang hoti hai tu kia hoga?</w:t>
      </w:r>
      <w:r>
        <w:br/>
      </w:r>
      <w:r>
        <w:rPr>
          <w:sz w:val="20"/>
        </w:rPr>
        <w:t>1:23:41  no victors, only survivors. no victors, only survivors. yani ab agar jang ho gayi tu koi jeetne wala nahin hoga.</w:t>
      </w:r>
      <w:r>
        <w:br/>
      </w:r>
      <w:r>
        <w:rPr>
          <w:sz w:val="20"/>
        </w:rPr>
        <w:t>1:23:50  is mein</w:t>
      </w:r>
      <w:r>
        <w:br/>
      </w:r>
      <w:r>
        <w:rPr>
          <w:sz w:val="20"/>
        </w:rPr>
        <w:t>1:23:51  chand log bach jayenge, bas yahi hoga. tu ab ab tisri jang ke mani yahi hain ke yani be-natija larai ki aakhri shakal, bas aur kuch nahin.</w:t>
      </w:r>
    </w:p>
    <w:p>
      <w:pPr>
        <w:pStyle w:val="Heading2"/>
      </w:pPr>
      <w:r>
        <w:t>Misunderstanding about science and religion</w:t>
      </w:r>
    </w:p>
    <w:p>
      <w:r>
        <w:rPr>
          <w:color w:val="666666"/>
          <w:sz w:val="18"/>
        </w:rPr>
        <w:t>Faith &amp; God · The Existence of God January 27, 2019 Maulana Wahiduddin Khan · 57s · at 46:11 · https://youtu.be/fh9tr5ZrUno?t=2771</w:t>
      </w:r>
    </w:p>
    <w:p>
      <w:r>
        <w:rPr>
          <w:i/>
        </w:rPr>
        <w:t>“A person said that we should not prove religion with science, because science is based on facts and religion is based on faith. What is the misunderstanding in this?”</w:t>
      </w:r>
    </w:p>
    <w:p>
      <w:r>
        <w:rPr>
          <w:sz w:val="20"/>
        </w:rPr>
        <w:t>46:11  Jazak Allah Maulana." Maulana, ab sawal lena chahenge. Yeh sawal bheja hai Chennai se Maulana Iqbal Umri ne.</w:t>
      </w:r>
      <w:r>
        <w:br/>
      </w:r>
      <w:r>
        <w:rPr>
          <w:sz w:val="20"/>
        </w:rPr>
        <w:t>46:22  Unhon ne likha hai: "Maulana, ek sahab ne kaha ke science se religion ko sabit mat karein, kyunke science is based on facts and religion is based on faith.</w:t>
      </w:r>
      <w:r>
        <w:br/>
      </w:r>
      <w:r>
        <w:rPr>
          <w:sz w:val="20"/>
        </w:rPr>
        <w:t>46:36  Maulana, is mein kya mughalta hai?" Main baat to sochta hoon ke woh na science ko jante hain na mazhab ko jante hain.</w:t>
      </w:r>
      <w:r>
        <w:br/>
      </w:r>
      <w:r>
        <w:rPr>
          <w:sz w:val="20"/>
        </w:rPr>
        <w:t>46:47  Insaan ne yeh baatein kahein: na science ko jante hain na mazhab ko jante hain. Unko main yeh mashwara de sakta hoon ke zyada study kijiye,</w:t>
      </w:r>
      <w:r>
        <w:br/>
      </w:r>
      <w:r>
        <w:rPr>
          <w:sz w:val="20"/>
        </w:rPr>
        <w:t>47:00  Apne mutalliq ko padhaiye. Yahi keh sakta hoon.</w:t>
      </w:r>
    </w:p>
    <w:p>
      <w:pPr>
        <w:pStyle w:val="Heading2"/>
      </w:pPr>
      <w:r>
        <w:t>Misunderstood question about belief</w:t>
      </w:r>
    </w:p>
    <w:p>
      <w:r>
        <w:rPr>
          <w:color w:val="666666"/>
          <w:sz w:val="18"/>
        </w:rPr>
        <w:t>Faith &amp; God · 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Motive for accepting Islam</w:t>
      </w:r>
    </w:p>
    <w:p>
      <w:r>
        <w:rPr>
          <w:color w:val="666666"/>
          <w:sz w:val="18"/>
        </w:rPr>
        <w:t>Faith &amp; God · Understanding the Quran April 7, 2019 · 2m 09s · at 42:26 · https://youtu.be/m_Om5MtQJz4?t=2546</w:t>
      </w:r>
    </w:p>
    <w:p>
      <w:r>
        <w:rPr>
          <w:i/>
        </w:rPr>
        <w:t>“Someone asked me that if the people of the book can enter heaven without accepting Islam, then why would they accept the Quran as the holy book and embrace Islam? What will be their motive?”</w:t>
      </w:r>
    </w:p>
    <w:p>
      <w:r>
        <w:rPr>
          <w:sz w:val="20"/>
        </w:rPr>
        <w:t>42:26  maulana, agla sawal Boston se bheja hai Asad Pervez sahib ne. unhon ne likha hai: "maulana, someone asked me that if the people of the book can enter heaven without accepting Islam, then why would they accept the Quran as the holy book and embrace Islam</w:t>
      </w:r>
      <w:r>
        <w:br/>
      </w:r>
      <w:r>
        <w:rPr>
          <w:sz w:val="20"/>
        </w:rPr>
        <w:t>42:46  ? What will be their motive?"</w:t>
      </w:r>
      <w:r>
        <w:br/>
      </w:r>
      <w:r>
        <w:rPr>
          <w:sz w:val="20"/>
        </w:rPr>
        <w:t>42:52  dekhiye, jannat mein dakhle ka taluq niyat se hai. niyat ko Allah janta hai. Allah jayega payega aap ki niyat ko.</w:t>
      </w:r>
      <w:r>
        <w:br/>
      </w:r>
      <w:r>
        <w:rPr>
          <w:sz w:val="20"/>
        </w:rPr>
        <w:t>43:04  achhi niyat to aap ko jannat ka faisla karega. yeh koi form se nahi kuch hota, conversion se kuch nahi hota.</w:t>
      </w:r>
      <w:r>
        <w:br/>
      </w:r>
      <w:r>
        <w:rPr>
          <w:sz w:val="20"/>
        </w:rPr>
        <w:t>43:16  aap ke dil ki halat kya hai, aap ki spirit kaisi hai, is se hota hai, aur yeh Allah ko pata hai.</w:t>
      </w:r>
      <w:r>
        <w:br/>
      </w:r>
      <w:r>
        <w:rPr>
          <w:sz w:val="20"/>
        </w:rPr>
        <w:t>43:28  to is qism ki baatein un logon ke dil mein aati hain jo conversion ko bari cheez samajhte hain. conversion aur Islam mein to conversion hai hi nahi.</w:t>
      </w:r>
      <w:r>
        <w:br/>
      </w:r>
      <w:r>
        <w:rPr>
          <w:sz w:val="20"/>
        </w:rPr>
        <w:t>43:40  islam mein to intellectual</w:t>
      </w:r>
      <w:r>
        <w:br/>
      </w:r>
      <w:r>
        <w:rPr>
          <w:sz w:val="20"/>
        </w:rPr>
        <w:t>43:45  revolution hai, conversion nahi hai.</w:t>
      </w:r>
      <w:r>
        <w:br/>
      </w:r>
      <w:r>
        <w:rPr>
          <w:sz w:val="20"/>
        </w:rPr>
        <w:t>43:51  maulana, agla comment parhna chahenge jo chennai se maulana israr khatib sahab ne bheja hai. unhone likha hai: "maulana, ulma kehte hain ke quran qayamat tak ke liye guide karne wali kitab hai, lekin woh iska application batane mein fail hain,</w:t>
      </w:r>
      <w:r>
        <w:br/>
      </w:r>
      <w:r>
        <w:rPr>
          <w:sz w:val="20"/>
        </w:rPr>
        <w:t>44:09  ya woh jo application batate hain, us se to quran par yaqeen hi paida nahi hota, balki quran ek dry book maloom hoti hai.</w:t>
      </w:r>
      <w:r>
        <w:br/>
      </w:r>
      <w:r>
        <w:rPr>
          <w:sz w:val="20"/>
        </w:rPr>
        <w:t>44:19  maulana, aap jo quran ka application batate hain, us se quran ke eternity par yaqeen paida hota hai, aur quran ek zinda kitab maloom hoti hai, aur is ko ek guidance ke taur par parhne ka dil chahta hai.</w:t>
      </w:r>
    </w:p>
    <w:p>
      <w:pPr>
        <w:pStyle w:val="Heading2"/>
      </w:pPr>
      <w:r>
        <w:t>Muslims created for Paradise</w:t>
      </w:r>
    </w:p>
    <w:p>
      <w:r>
        <w:rPr>
          <w:color w:val="666666"/>
          <w:sz w:val="18"/>
        </w:rPr>
        <w:t>Faith &amp; God · Divine Help February 09, 2014 Maulana Wahiduddin Khan · 2m 02s · at 1:18:09 · https://youtu.be/eJBjiYGZcKY?t=4689</w:t>
      </w:r>
    </w:p>
    <w:p>
      <w:r>
        <w:rPr>
          <w:i/>
        </w:rPr>
        <w:t>“Maulana, it is said that Muslims are created for Paradise. They will be punished for their sins and eventually enter Paradise.”</w:t>
      </w:r>
    </w:p>
    <w:p>
      <w:r>
        <w:rPr>
          <w:sz w:val="20"/>
        </w:rPr>
        <w:t>1:18:09  Maulana agla sawal Miss Razia ne kiya hai Jamia Millia Islamia se.</w:t>
      </w:r>
      <w:r>
        <w:br/>
      </w:r>
      <w:r>
        <w:rPr>
          <w:sz w:val="20"/>
        </w:rPr>
        <w:t>1:18:14  unhon ne likha hai: Maulana sahib yeh kaha jata hai ke musalman jannat ke liye hi banaya gaya hai.</w:t>
      </w:r>
      <w:r>
        <w:br/>
      </w:r>
      <w:r>
        <w:rPr>
          <w:sz w:val="20"/>
        </w:rPr>
        <w:t>1:18:19  wo apne gunahon ki saza pa kar अंत mein jannat mein hi dakhil kiya jaye ga.</w:t>
      </w:r>
      <w:r>
        <w:br/>
      </w:r>
      <w:r>
        <w:rPr>
          <w:sz w:val="20"/>
        </w:rPr>
        <w:t>1:18:24  yeh baat kahan tak sahi hai? Dekhein yeh sab baatein bilkul baseless hain.</w:t>
      </w:r>
      <w:r>
        <w:br/>
      </w:r>
      <w:r>
        <w:rPr>
          <w:sz w:val="20"/>
        </w:rPr>
        <w:t>1:18:29  aur baad ke zamane mein banayi gayi hain.</w:t>
      </w:r>
      <w:r>
        <w:br/>
      </w:r>
      <w:r>
        <w:rPr>
          <w:sz w:val="20"/>
        </w:rPr>
        <w:t>1:18:34  jannat musalmanon ke liye nahi banayi gayi.</w:t>
      </w:r>
      <w:r>
        <w:br/>
      </w:r>
      <w:r>
        <w:rPr>
          <w:sz w:val="20"/>
        </w:rPr>
        <w:t>1:18:39  yeh bilkul hi yani bilkul hi yani koi is ki base nahi hai yeh kehna ke jannat musalman</w:t>
      </w:r>
      <w:r>
        <w:br/>
      </w:r>
      <w:r>
        <w:rPr>
          <w:sz w:val="20"/>
        </w:rPr>
        <w:t>1:18:44  on ke liye banayi gayi hai.</w:t>
      </w:r>
      <w:r>
        <w:br/>
      </w:r>
      <w:r>
        <w:rPr>
          <w:sz w:val="20"/>
        </w:rPr>
        <w:t>1:18:49  koi is ka kuch bhi base nahi hai.</w:t>
      </w:r>
      <w:r>
        <w:br/>
      </w:r>
      <w:r>
        <w:rPr>
          <w:sz w:val="20"/>
        </w:rPr>
        <w:t>1:18:54  ذالک جزاء منتزکہ.</w:t>
      </w:r>
      <w:r>
        <w:br/>
      </w:r>
      <w:r>
        <w:rPr>
          <w:sz w:val="20"/>
        </w:rPr>
        <w:t>1:18:58  jannat banayi gayi hai purefied soul ke liye.</w:t>
      </w:r>
      <w:r>
        <w:br/>
      </w:r>
      <w:r>
        <w:rPr>
          <w:sz w:val="20"/>
        </w:rPr>
        <w:t>1:19:03  yani buzka shakhsiat ke liye.</w:t>
      </w:r>
      <w:r>
        <w:br/>
      </w:r>
      <w:r>
        <w:rPr>
          <w:sz w:val="20"/>
        </w:rPr>
        <w:t>1:19:08  jannat banayi gayi hai buzka shakhsiat ke liye.</w:t>
      </w:r>
      <w:r>
        <w:br/>
      </w:r>
      <w:r>
        <w:rPr>
          <w:sz w:val="20"/>
        </w:rPr>
        <w:t>1:19:13  yani purefied soul ke liye.</w:t>
      </w:r>
      <w:r>
        <w:br/>
      </w:r>
      <w:r>
        <w:rPr>
          <w:sz w:val="20"/>
        </w:rPr>
        <w:t>1:19:18  jo log yeh daawa karein ke jannat banayi gayi hai musalmanon ke liye wo khud hi khud jo chahein kehein.</w:t>
      </w:r>
      <w:r>
        <w:br/>
      </w:r>
      <w:r>
        <w:rPr>
          <w:sz w:val="20"/>
        </w:rPr>
        <w:t>1:19:23  quran hadith mein to aisa kuch likha hua nahi hai.</w:t>
      </w:r>
      <w:r>
        <w:br/>
      </w:r>
      <w:r>
        <w:rPr>
          <w:sz w:val="20"/>
        </w:rPr>
        <w:t>1:19:28  aadmi apne munh se jo chahe boley.</w:t>
      </w:r>
      <w:r>
        <w:br/>
      </w:r>
      <w:r>
        <w:rPr>
          <w:sz w:val="20"/>
        </w:rPr>
        <w:t>1:19:33  is ki to aazadi hai insaan ko.</w:t>
      </w:r>
      <w:r>
        <w:br/>
      </w:r>
      <w:r>
        <w:rPr>
          <w:sz w:val="20"/>
        </w:rPr>
        <w:t>1:19:38  lekin quran mein to yahi likha hua hai ke zaalika jaza'a muntazakah.</w:t>
      </w:r>
      <w:r>
        <w:br/>
      </w:r>
      <w:r>
        <w:rPr>
          <w:sz w:val="20"/>
        </w:rPr>
        <w:t>1:19:43  ke jannat banai gayi hai is insaan ke liye jo apna tazkiyah karey.</w:t>
      </w:r>
      <w:r>
        <w:br/>
      </w:r>
      <w:r>
        <w:rPr>
          <w:sz w:val="20"/>
        </w:rPr>
        <w:t>1:19:47  yaani apne aap ko purify karey.</w:t>
      </w:r>
      <w:r>
        <w:br/>
      </w:r>
      <w:r>
        <w:rPr>
          <w:sz w:val="20"/>
        </w:rPr>
        <w:t>1:19:52  bazka shakhsiyat ke liye.</w:t>
      </w:r>
      <w:r>
        <w:br/>
      </w:r>
      <w:r>
        <w:rPr>
          <w:sz w:val="20"/>
        </w:rPr>
        <w:t>1:19:57  yeh kahin nahi hai quran o hadith mein ke jannat banai gayi hai musalman ke liye.</w:t>
      </w:r>
      <w:r>
        <w:br/>
      </w:r>
      <w:r>
        <w:rPr>
          <w:sz w:val="20"/>
        </w:rPr>
        <w:t>1:20:02  yeh bilkul hi baseless baat hai.</w:t>
      </w:r>
      <w:r>
        <w:br/>
      </w:r>
      <w:r>
        <w:rPr>
          <w:sz w:val="20"/>
        </w:rPr>
        <w:t>1:20:07  baseless baat hai.</w:t>
      </w:r>
    </w:p>
    <w:p>
      <w:pPr>
        <w:pStyle w:val="Heading2"/>
      </w:pPr>
      <w:r>
        <w:t>Muslims having guru photos: is it right?</w:t>
      </w:r>
    </w:p>
    <w:p>
      <w:r>
        <w:rPr>
          <w:color w:val="666666"/>
          <w:sz w:val="18"/>
        </w:rPr>
        <w:t>Faith &amp; God · Man and the Laws of Nature April 1, 2012 · 1m 53s · at 1:22:23 · https://youtu.be/coIrwYQgb6Y?t=4943</w:t>
      </w:r>
    </w:p>
    <w:p>
      <w:r>
        <w:rPr>
          <w:i/>
        </w:rPr>
        <w:t>“I met a Muslim who is a follower of a Muslim guru. He had his guru's photo on his mobile screen and kept looking at it with love. I have seen the same in Hindu ashrams with Hindu gurus. What is your view on this?”</w:t>
      </w:r>
    </w:p>
    <w:p>
      <w:r>
        <w:rPr>
          <w:sz w:val="20"/>
        </w:rPr>
        <w:t>1:22:23  maulana, agla sawal dilli se hai. maulana shariq hussain sahab ka</w:t>
      </w:r>
      <w:r>
        <w:br/>
      </w:r>
      <w:r>
        <w:rPr>
          <w:sz w:val="20"/>
        </w:rPr>
        <w:t>1:22:27  . unhon ne likha hai: "aik musalman se mulaqat hui, woh aik muslim group ke follower hain. unhon ne apne mobile ke screen par apne group ka photo laga rakha tha.</w:t>
      </w:r>
      <w:r>
        <w:br/>
      </w:r>
      <w:r>
        <w:rPr>
          <w:sz w:val="20"/>
        </w:rPr>
        <w:t>1:22:40  woh is photo ko bar bar mohabbat se dekhtay thay. yahi manzar mein ne hindu ashramon mein hindu group ke sath dekha hai. woh apne group ka photo apne mobile pe rakh kar us ko mohabbat ke sath dekhtay thay.</w:t>
      </w:r>
      <w:r>
        <w:br/>
      </w:r>
      <w:r>
        <w:rPr>
          <w:sz w:val="20"/>
        </w:rPr>
        <w:t>1:22:54  tareekh se maloom hota hai ke but parasti isi tarah paida hui thi ke pichlay log apnay barhon ki tasveer bana kar us ko apnay pas rakhtay thay.</w:t>
      </w:r>
      <w:r>
        <w:br/>
      </w:r>
      <w:r>
        <w:rPr>
          <w:sz w:val="20"/>
        </w:rPr>
        <w:t>1:23:03  is ke baray mein kuch bataein." haan, sahi aap ne kaha. yaani jis ko kehtay hain "strong affection" toh woh "strong affection" kisi bhi cheez se agar paida ho jaye aap ko "other than god" toh woh shirk hai.</w:t>
      </w:r>
      <w:r>
        <w:br/>
      </w:r>
      <w:r>
        <w:rPr>
          <w:sz w:val="20"/>
        </w:rPr>
        <w:t>1:23:20  is ka naam shirk hai.</w:t>
      </w:r>
      <w:r>
        <w:br/>
      </w:r>
      <w:r>
        <w:rPr>
          <w:sz w:val="20"/>
        </w:rPr>
        <w:t>1:23:23  chahe woh aap kai logon ko mein ne dekha hai, apnay betay ke laga rehtay hain, apnay beti ke laga rehtay hain, us ko dekhtay rehtay hain. mein apnay safar mein aik sahib ke sath tha toh woh bar bar khol kar aik cheez dekhtay thay.</w:t>
      </w:r>
      <w:r>
        <w:br/>
      </w:r>
      <w:r>
        <w:rPr>
          <w:sz w:val="20"/>
        </w:rPr>
        <w:t>1:23:35  mein ne kaha bhai kiya cheez hai? mera mere betay beti ki tasveer hai. beta aur beti ki tasveer liye dekhtay rehtay hain.</w:t>
      </w:r>
      <w:r>
        <w:br/>
      </w:r>
      <w:r>
        <w:rPr>
          <w:sz w:val="20"/>
        </w:rPr>
        <w:t>1:23:42  yeh sab bilkul yaani absurd baat hai.</w:t>
      </w:r>
      <w:r>
        <w:br/>
      </w:r>
      <w:r>
        <w:rPr>
          <w:sz w:val="20"/>
        </w:rPr>
        <w:t>1:23:49  aur shirk jo aaya hai, kahan se aaya hai? woh "individual cult" jis ko kehtay hain, us se aaya hai. "individual cult" pehle aata hai, phir woh shirk ban jata hai.</w:t>
      </w:r>
      <w:r>
        <w:br/>
      </w:r>
      <w:r>
        <w:rPr>
          <w:sz w:val="20"/>
        </w:rPr>
        <w:t>1:23:59  yeh bhi pehle tasveer aati hai, phir woh sab but ban jata hai.</w:t>
      </w:r>
      <w:r>
        <w:br/>
      </w:r>
      <w:r>
        <w:rPr>
          <w:sz w:val="20"/>
        </w:rPr>
        <w:t>1:24:03  toh kisi bhi shakhs se, chahe aap ka beta beti ho, chahe group ho ya koi bhi ho, us ke sath aap ko andar "strong affection" agar hai toh aap samajh lijiye ke aap shirk mubtala hain.</w:t>
      </w:r>
    </w:p>
    <w:p>
      <w:pPr>
        <w:pStyle w:val="Heading2"/>
      </w:pPr>
      <w:r>
        <w:t>Nature Fine-Tuned by Creator for Paradise</w:t>
      </w:r>
    </w:p>
    <w:p>
      <w:r>
        <w:rPr>
          <w:color w:val="666666"/>
          <w:sz w:val="18"/>
        </w:rPr>
        <w:t>Faith &amp; God · Dars-e-Quran, Chapter 2, Verse 35 | December 17, 2017 · 1m 00s · at 59:59 · https://youtu.be/Cd8MlWM7B9w?t=3599</w:t>
      </w:r>
    </w:p>
    <w:p>
      <w:r>
        <w:rPr>
          <w:i/>
        </w:rPr>
        <w:t>“And nature has been fine-tuned by the Creator to take us to Paradise, and the only requirement is to save ourselves from distractions.”</w:t>
      </w:r>
    </w:p>
    <w:p>
      <w:r>
        <w:rPr>
          <w:sz w:val="20"/>
        </w:rPr>
        <w:t>59:59  ji, maulana, agla sawal aamir mori sahib ne kiya hai srinagar se.</w:t>
      </w:r>
      <w:r>
        <w:br/>
      </w:r>
      <w:r>
        <w:rPr>
          <w:sz w:val="20"/>
        </w:rPr>
        <w:t>1:00:04  انہوں نے لکھا ہے، اور nature has been fine-tuned by our creator to take us to paradise</w:t>
      </w:r>
      <w:r>
        <w:br/>
      </w:r>
      <w:r>
        <w:rPr>
          <w:sz w:val="20"/>
        </w:rPr>
        <w:t>1:00:09  And the only requirement is to save ourself from distractions.</w:t>
      </w:r>
      <w:r>
        <w:br/>
      </w:r>
      <w:r>
        <w:rPr>
          <w:sz w:val="20"/>
        </w:rPr>
        <w:t>1:00:14  what a thrilling thought it is!</w:t>
      </w:r>
      <w:r>
        <w:br/>
      </w:r>
      <w:r>
        <w:rPr>
          <w:sz w:val="20"/>
        </w:rPr>
        <w:t>1:00:19  It will surely make us more sensitive and conscious.</w:t>
      </w:r>
      <w:r>
        <w:br/>
      </w:r>
      <w:r>
        <w:rPr>
          <w:sz w:val="20"/>
        </w:rPr>
        <w:t>1:00:24  maulana sahib, my ques</w:t>
      </w:r>
      <w:r>
        <w:br/>
      </w:r>
      <w:r>
        <w:rPr>
          <w:sz w:val="20"/>
        </w:rPr>
        <w:t>1:00:29  Chinaz, please guide and advise us how can we become super sensitive so that we save our</w:t>
      </w:r>
      <w:r>
        <w:br/>
      </w:r>
      <w:r>
        <w:rPr>
          <w:sz w:val="20"/>
        </w:rPr>
        <w:t>1:00:36  self from distractions? Main sochta hoon to ek wahi baat hai ke aadmi jo apne ko bachaye distractions</w:t>
      </w:r>
      <w:r>
        <w:br/>
      </w:r>
      <w:r>
        <w:rPr>
          <w:sz w:val="20"/>
        </w:rPr>
        <w:t>1:00:44  سے تو اپنے آپ ہی وہ چیز prevail کرتی ہے۔</w:t>
      </w:r>
      <w:r>
        <w:br/>
      </w:r>
      <w:r>
        <w:rPr>
          <w:sz w:val="20"/>
        </w:rPr>
        <w:t>1:00:51  جو کہا جاتا ہے کہ let truth prevail تو truth تو پری</w:t>
      </w:r>
    </w:p>
    <w:p>
      <w:pPr>
        <w:pStyle w:val="Heading2"/>
      </w:pPr>
      <w:r>
        <w:t>Nature and benefit of divine reward</w:t>
      </w:r>
    </w:p>
    <w:p>
      <w:r>
        <w:rPr>
          <w:color w:val="666666"/>
          <w:sz w:val="18"/>
        </w:rPr>
        <w:t>Faith &amp; God · Peace of Mind June 29, 2014 · 2m 33s · at 50:34 · https://youtu.be/oVwRc_FcAGk?t=3034</w:t>
      </w:r>
    </w:p>
    <w:p>
      <w:r>
        <w:rPr>
          <w:i/>
        </w:rPr>
        <w:t>“When we do a good deed, we get reward. What is this reward? How is it beneficial for us? Is it an external credit note or a virtual achievement recorded in our deeds that benefits in the afterlife? Or is it something that increases one's level of piety, leading to more good deeds, and good deeds are the means to success in the afterlife?”</w:t>
      </w:r>
    </w:p>
    <w:p>
      <w:r>
        <w:rPr>
          <w:sz w:val="20"/>
        </w:rPr>
        <w:t>50:34  maulana, un ka aik aur sawal hai, unhone likha hai ke jab hum koi achha kaam karte hain to sawab milta hai.</w:t>
      </w:r>
      <w:r>
        <w:br/>
      </w:r>
      <w:r>
        <w:rPr>
          <w:sz w:val="20"/>
        </w:rPr>
        <w:t>50:44  yeh sawab aakhir kya hai? yeh hamare liye kis tarah faida mand hai? yeh koi kharji credit note hai ya koi virtual achievement hai jo hamare aamal naame mein darj ho jata hai aur aakhirat mein faida deta hai?</w:t>
      </w:r>
      <w:r>
        <w:br/>
      </w:r>
      <w:r>
        <w:rPr>
          <w:sz w:val="20"/>
        </w:rPr>
        <w:t>51:01  ya yeh koi aisi cheez hai jo insaan ke taqwe ki کیفیت mein barhothri karta hai, jis ki wajah se amal saleh mein izafa hota hai aur amal saleh ka zariya aakhirat mein kamyabi deta hai?</w:t>
      </w:r>
      <w:r>
        <w:br/>
      </w:r>
      <w:r>
        <w:rPr>
          <w:sz w:val="20"/>
        </w:rPr>
        <w:t>51:16  is ki bhi wazahat karen. dekhiye, is par bhi hum bohat likh chuke hain. hua azeem sawab ka matlab hai personality development.</w:t>
      </w:r>
      <w:r>
        <w:br/>
      </w:r>
      <w:r>
        <w:rPr>
          <w:sz w:val="20"/>
        </w:rPr>
        <w:t>51:28  jab aap koi amal karte hain acha to is mein jo sawab hota hai, woh sawab isi shakal mein aata hai aap ko ke aap ka aap ke andar spiritual development hota hai.</w:t>
      </w:r>
      <w:r>
        <w:br/>
      </w:r>
      <w:r>
        <w:rPr>
          <w:sz w:val="20"/>
        </w:rPr>
        <w:t>51:40  to sawab in terms of intellectual, sawab in terms of intellectual development, in terms of spiritual development aap ko milta rehta hai, milta rehta hai.</w:t>
      </w:r>
      <w:r>
        <w:br/>
      </w:r>
      <w:r>
        <w:rPr>
          <w:sz w:val="20"/>
        </w:rPr>
        <w:t>51:52  yahan tak ke aap ke andar woh personality ban jati hai, woh woh madhaka personality hai jo jannat jannat mein dakhil ki jaye.</w:t>
      </w:r>
      <w:r>
        <w:br/>
      </w:r>
      <w:r>
        <w:rPr>
          <w:sz w:val="20"/>
        </w:rPr>
        <w:t>52:01  hum ne hum is ko nahi mante ke sawab koi alag se kahin ja kar ke kisi bank mein jama hai jo aap ko de diya jaye ga. jab aap koi kaam amal karte hain, usi waqt hi usi amal ke sath sath aap ki personality banti hai.</w:t>
      </w:r>
      <w:r>
        <w:br/>
      </w:r>
      <w:r>
        <w:rPr>
          <w:sz w:val="20"/>
        </w:rPr>
        <w:t>52:17  isi personality jo banti hai, isi ko aap chahe sawab kahiye ya tazkiya kahiye, woh sab ek hi cheez hai. mein is ko nahi manta ke sawab jo hai kahin woh bank mein jama hua ja ke mil jaye ga aap ko.</w:t>
      </w:r>
      <w:r>
        <w:br/>
      </w:r>
      <w:r>
        <w:rPr>
          <w:sz w:val="20"/>
        </w:rPr>
        <w:t>52:33  din in deer aap ko milta hai aur aap mehsoos kar sakte hain, mehsoos kar sakte hain. jaise ke misaal ke tor par maine shikayat ki baat ki,</w:t>
      </w:r>
      <w:r>
        <w:br/>
      </w:r>
      <w:r>
        <w:rPr>
          <w:sz w:val="20"/>
        </w:rPr>
        <w:t>52:41  aap ko shikayat paida hui aur aap ne woh kaam kiya jo Hazrat Abu Ayub Azai ne kiya tha, to aap ko achaanak mile ga ke ajeeb sukoon, ajeeb peace, ajeeb rabbaniyat aap ke andar aa jaye gi.</w:t>
      </w:r>
      <w:r>
        <w:br/>
      </w:r>
      <w:r>
        <w:rPr>
          <w:sz w:val="20"/>
        </w:rPr>
        <w:t>52:57  wohi sawab hai, wohi wohi personality development hai, wohi tazkiya hai.</w:t>
      </w:r>
    </w:p>
    <w:p>
      <w:pPr>
        <w:pStyle w:val="Heading2"/>
      </w:pPr>
      <w:r>
        <w:t>Necessity of Following One of Four Imams</w:t>
      </w:r>
    </w:p>
    <w:p>
      <w:r>
        <w:rPr>
          <w:color w:val="666666"/>
          <w:sz w:val="18"/>
        </w:rPr>
        <w:t>Faith &amp; God · The Issues of Islam in the Present World November 11, 2012 · 1m 40s · at 1:16:53 · https://youtu.be/COoaUbCCi1c?t=4613</w:t>
      </w:r>
    </w:p>
    <w:p>
      <w:r>
        <w:rPr>
          <w:i/>
        </w:rPr>
        <w:t>“It is said that it is necessary to follow one of the four Imams. What do you say about this?”</w:t>
      </w:r>
    </w:p>
    <w:p>
      <w:r>
        <w:rPr>
          <w:sz w:val="20"/>
        </w:rPr>
        <w:t>1:16:53  maulana, agla sawal dilli se hai muhammad ans sahib</w:t>
      </w:r>
      <w:r>
        <w:br/>
      </w:r>
      <w:r>
        <w:rPr>
          <w:sz w:val="20"/>
        </w:rPr>
        <w:t>1:16:57  ka, unhon ne likha hai: "maulana, jaisay ke kaha jata hai ke char imamon mein se kisi aik ko follow karna zaroori hai, is ke baray mein aap kya kahengay?" nahi, dekhiye, is par hum ne kitaab likhi hai, bohat tafseel ke sath, aap parh li jiye.</w:t>
      </w:r>
      <w:r>
        <w:br/>
      </w:r>
      <w:r>
        <w:rPr>
          <w:sz w:val="20"/>
        </w:rPr>
        <w:t>1:17:15  tajdeed deen isi maslay par hai, woh isi maslay par. is ko parhnay ke baad phir koi sawal ho to aap kijiye, abhi to aap parhein, is kitaab ko parhiye.</w:t>
      </w:r>
      <w:r>
        <w:br/>
      </w:r>
      <w:r>
        <w:rPr>
          <w:sz w:val="20"/>
        </w:rPr>
        <w:t>1:17:26  tajdeed deen aap ko wahan mil jaye gi, yeh neechay aap jayengay to is ko parhiye. maulana, un ka aik aur sawal hai, unhon ne poocha hai: "aap ne bataya ke hitler ne kaha hai ke ab jang se koi faida nahi, phir bhi yeh log kyun dunya mein war culture chalaye hue hain?" to shaitan to hamesha hamesha logon ko uksata rahe ga.</w:t>
      </w:r>
      <w:r>
        <w:br/>
      </w:r>
      <w:r>
        <w:rPr>
          <w:sz w:val="20"/>
        </w:rPr>
        <w:t>1:17:52  sachai ko jan'nay ke baad amal kon karta hai?</w:t>
      </w:r>
      <w:r>
        <w:br/>
      </w:r>
      <w:r>
        <w:rPr>
          <w:sz w:val="20"/>
        </w:rPr>
        <w:t>1:17:56  yeh to hamesha aisa hua hai ke sachai ko jantay hue aadmi is ke khilaf chalta hai, sarkashi karta hai. sarkashi, out of sarkashi.</w:t>
      </w:r>
      <w:r>
        <w:br/>
      </w:r>
      <w:r>
        <w:rPr>
          <w:sz w:val="20"/>
        </w:rPr>
        <w:t>1:18:07  sachai ko jan'nay ke baad agar dunya mein sach hi sach ho jata to dunya mein kabhi koi burai na hoti.</w:t>
      </w:r>
      <w:r>
        <w:br/>
      </w:r>
      <w:r>
        <w:rPr>
          <w:sz w:val="20"/>
        </w:rPr>
        <w:t>1:18:16  insan ki mizah mein jo ego hai, jo ananiyat hai, sarkashi hai, self interest hai, wohi prevail karta hai, wohi aadmi ko uksata hai aur sachai side pe chali jati hai.</w:t>
      </w:r>
    </w:p>
    <w:p>
      <w:pPr>
        <w:pStyle w:val="Heading2"/>
      </w:pPr>
      <w:r>
        <w:t>Necessity of sects in Islam</w:t>
      </w:r>
    </w:p>
    <w:p>
      <w:r>
        <w:rPr>
          <w:color w:val="666666"/>
          <w:sz w:val="18"/>
        </w:rPr>
        <w:t>Faith &amp; God · Universal outlook April 09, 2017 · 53s · at 47:08 · https://youtu.be/n3HAPCpom5c?t=2828</w:t>
      </w:r>
    </w:p>
    <w:p>
      <w:r>
        <w:rPr>
          <w:i/>
        </w:rPr>
        <w:t>“Maulana sahib, which sect do you belong to? Is a sect necessary to be a Muslim? If yes, how do we know which sect is correct?”</w:t>
      </w:r>
    </w:p>
    <w:p>
      <w:r>
        <w:rPr>
          <w:sz w:val="20"/>
        </w:rPr>
        <w:t>47:08  is ko parhiye phir aage agle Sunday mein aap sawal kijiye ga. Maulana Najibabad se Suleman Khan sahib ne sawal bheja hai.</w:t>
      </w:r>
      <w:r>
        <w:br/>
      </w:r>
      <w:r>
        <w:rPr>
          <w:sz w:val="20"/>
        </w:rPr>
        <w:t>47:19  unhon ne likha hai Maulana sahib aap kis firqe se talluq rakhte hain? kya musalman hone ke liye firqa zaroori hai?</w:t>
      </w:r>
      <w:r>
        <w:br/>
      </w:r>
      <w:r>
        <w:rPr>
          <w:sz w:val="20"/>
        </w:rPr>
        <w:t>47:27  agar hai to hum kaise janen ke kaun sa firqa sahi hai? koi bhi firqa nahin. firqabandi hai hi nahin islam mein. islam mein to bas ummat-e-Muhammadi hai bas.</w:t>
      </w:r>
      <w:r>
        <w:br/>
      </w:r>
      <w:r>
        <w:rPr>
          <w:sz w:val="20"/>
        </w:rPr>
        <w:t>47:41  yeh firqabandi hai hi nahin islami to Quran mein is ka koi saboot hai na hadees hai is ka saboot hai na Sahaba ki zindagi ka saboot hai.</w:t>
      </w:r>
      <w:r>
        <w:br/>
      </w:r>
      <w:r>
        <w:rPr>
          <w:sz w:val="20"/>
        </w:rPr>
        <w:t>47:52  islam mein to bas ummat-e-Muhammadi hai bas. hum aap ummat-e-Muhammadi ke fard hain. aur kuch nahin hai.</w:t>
      </w:r>
    </w:p>
    <w:p>
      <w:pPr>
        <w:pStyle w:val="Heading2"/>
      </w:pPr>
      <w:r>
        <w:t>Need for God realization in human nature</w:t>
      </w:r>
    </w:p>
    <w:p>
      <w:r>
        <w:rPr>
          <w:color w:val="666666"/>
          <w:sz w:val="18"/>
        </w:rPr>
        <w:t>Faith &amp; God · Realization of God December 18, 2016 Maulana Wahiduddin Khan · 53s · at 1:03:05 · https://youtu.be/LHKb2btTIT8?t=3785</w:t>
      </w:r>
    </w:p>
    <w:p>
      <w:r>
        <w:rPr>
          <w:i/>
        </w:rPr>
        <w:t>“Can we say that the need for God realization is interwoven in human nature, that is, God Almighty wants every single soul to come closer to Him?”</w:t>
      </w:r>
    </w:p>
    <w:p>
      <w:r>
        <w:rPr>
          <w:sz w:val="20"/>
        </w:rPr>
        <w:t>1:03:05  bana hai Quran mein hai na Hadees mein hai ji Maulana agla sawal kiya hai Vadodara say hai</w:t>
      </w:r>
      <w:r>
        <w:br/>
      </w:r>
      <w:r>
        <w:rPr>
          <w:sz w:val="20"/>
        </w:rPr>
        <w:t>1:03:12  Muhammad Shakeel sahib nay aur unhon nay likha hai Maulana sahib can we say that need for God</w:t>
      </w:r>
      <w:r>
        <w:br/>
      </w:r>
      <w:r>
        <w:rPr>
          <w:sz w:val="20"/>
        </w:rPr>
        <w:t>1:03:20  realization is interwoven in human nature that is God almighty wants every single soul to come closer to</w:t>
      </w:r>
      <w:r>
        <w:br/>
      </w:r>
      <w:r>
        <w:rPr>
          <w:sz w:val="20"/>
        </w:rPr>
        <w:t>1:03:27  Him by unfolding His aur har spiritual potential what is your say on this yeh to sahi hai</w:t>
      </w:r>
      <w:r>
        <w:br/>
      </w:r>
      <w:r>
        <w:rPr>
          <w:sz w:val="20"/>
        </w:rPr>
        <w:t>1:03:35  yeh to quran o hadees sabit hai ke hamari fitrat mein har cheez interwoven hai yeh to sahi</w:t>
      </w:r>
      <w:r>
        <w:br/>
      </w:r>
      <w:r>
        <w:rPr>
          <w:sz w:val="20"/>
        </w:rPr>
        <w:t>1:03:43  hai hamari jo fitrat hai usi mein allah ka shaoor allah ne rakh diya hai fi to to</w:t>
      </w:r>
      <w:r>
        <w:br/>
      </w:r>
      <w:r>
        <w:rPr>
          <w:sz w:val="20"/>
        </w:rPr>
        <w:t>1:03:50  sadar mein fitrat mein nature mein har cheez maujood hai hum is ko is yani jo cheez potential</w:t>
      </w:r>
    </w:p>
    <w:p>
      <w:pPr>
        <w:pStyle w:val="Heading2"/>
      </w:pPr>
      <w:r>
        <w:t>Need for paradise if life is perfect here?</w:t>
      </w:r>
    </w:p>
    <w:p>
      <w:r>
        <w:rPr>
          <w:color w:val="666666"/>
          <w:sz w:val="18"/>
        </w:rPr>
        <w:t>Faith &amp; God · The Road to Paradise December 11, 2016 · 7m 12s · at 1:04:13 · https://youtu.be/iW2QmcY1_yU?t=3853</w:t>
      </w:r>
    </w:p>
    <w:p>
      <w:r>
        <w:rPr>
          <w:i/>
        </w:rPr>
        <w:t>“If everyone gets perfect life in this world then who will desire for paradise?”</w:t>
      </w:r>
    </w:p>
    <w:p>
      <w:r>
        <w:rPr>
          <w:sz w:val="20"/>
        </w:rPr>
        <w:t>1:04:13  maulana, agla sawal bheja hai Pakistan se Miss Shabana Ansari ne aur unhon ne likha hai: if everyone</w:t>
      </w:r>
      <w:r>
        <w:br/>
      </w:r>
      <w:r>
        <w:rPr>
          <w:sz w:val="20"/>
        </w:rPr>
        <w:t>1:04:18  gets perfect life in this world then who will desire for paradise aur Maulana sahib, isi support mein</w:t>
      </w:r>
      <w:r>
        <w:br/>
      </w:r>
      <w:r>
        <w:rPr>
          <w:sz w:val="20"/>
        </w:rPr>
        <w:t>1:04:23  doctor Fareeda Khanam ne Delhi se ek comment likha hai: that a German lady once remarked: "I don't</w:t>
      </w:r>
      <w:r>
        <w:br/>
      </w:r>
      <w:r>
        <w:rPr>
          <w:sz w:val="20"/>
        </w:rPr>
        <w:t>1:04:28  need God as I can get everything from the market." to is ke bare mein Maulana, aap ka jawab chahiye.</w:t>
      </w:r>
      <w:r>
        <w:br/>
      </w:r>
      <w:r>
        <w:rPr>
          <w:sz w:val="20"/>
        </w:rPr>
        <w:t>1:04:33  dekhiye, yeh jo baatein hain, yeh bahut superfluous baatein hain.</w:t>
      </w:r>
      <w:r>
        <w:br/>
      </w:r>
      <w:r>
        <w:rPr>
          <w:sz w:val="20"/>
        </w:rPr>
        <w:t>1:04:38  superfluous thinking rehti hai. Superfluous thinking.</w:t>
      </w:r>
      <w:r>
        <w:br/>
      </w:r>
      <w:r>
        <w:rPr>
          <w:sz w:val="20"/>
        </w:rPr>
        <w:t>1:04:43  haqeeqat hai ke duniya mein aadmi ko milta hi nahi kuch.</w:t>
      </w:r>
      <w:r>
        <w:br/>
      </w:r>
      <w:r>
        <w:rPr>
          <w:sz w:val="20"/>
        </w:rPr>
        <w:t>1:04:48  sachi baat yeh hai.</w:t>
      </w:r>
      <w:r>
        <w:br/>
      </w:r>
      <w:r>
        <w:rPr>
          <w:sz w:val="20"/>
        </w:rPr>
        <w:t>1:04:53  woh kuch, yani kam samajh walay log hotay hain jo kehtay hain ke hum ko sab kuch mil gaya hai.</w:t>
      </w:r>
      <w:r>
        <w:br/>
      </w:r>
      <w:r>
        <w:rPr>
          <w:sz w:val="20"/>
        </w:rPr>
        <w:t>1:04:58  kyun? dekhiye, milnay ka matlab yeh hai ke woh according to my desire ho.</w:t>
      </w:r>
      <w:r>
        <w:br/>
      </w:r>
      <w:r>
        <w:rPr>
          <w:sz w:val="20"/>
        </w:rPr>
        <w:t>1:05:03  milna kya hai? woh according to my desire ho.</w:t>
      </w:r>
      <w:r>
        <w:br/>
      </w:r>
      <w:r>
        <w:rPr>
          <w:sz w:val="20"/>
        </w:rPr>
        <w:t>1:05:08  to jo desire hai, us ko create karnay wala kon hai? kis ne create kiya hai? woh God</w:t>
      </w:r>
      <w:r>
        <w:br/>
      </w:r>
      <w:r>
        <w:rPr>
          <w:sz w:val="20"/>
        </w:rPr>
        <w:t>1:05:14  Almighty ne create kiya hai.</w:t>
      </w:r>
      <w:r>
        <w:br/>
      </w:r>
      <w:r>
        <w:rPr>
          <w:sz w:val="20"/>
        </w:rPr>
        <w:t>1:05:19  aur jo jo deta hai, woh kon hota hai? woh insan hota hai.</w:t>
      </w:r>
      <w:r>
        <w:br/>
      </w:r>
      <w:r>
        <w:rPr>
          <w:sz w:val="20"/>
        </w:rPr>
        <w:t>1:05:24  insan kabhi bhi is level ka, yani cheez create nahi kar sakta jo God ne create kiya hai.</w:t>
      </w:r>
      <w:r>
        <w:br/>
      </w:r>
      <w:r>
        <w:rPr>
          <w:sz w:val="20"/>
        </w:rPr>
        <w:t>1:05:29  yeh bohat hi sochne ki baat hai.</w:t>
      </w:r>
      <w:r>
        <w:br/>
      </w:r>
      <w:r>
        <w:rPr>
          <w:sz w:val="20"/>
        </w:rPr>
        <w:t>1:05:34  hamari desire jo hai, woh creation of God hai.</w:t>
      </w:r>
      <w:r>
        <w:br/>
      </w:r>
      <w:r>
        <w:rPr>
          <w:sz w:val="20"/>
        </w:rPr>
        <w:t>1:05:39  aur jo kuch bhi milti hai hum ko, woh to creation of mind hota hai.</w:t>
      </w:r>
      <w:r>
        <w:br/>
      </w:r>
      <w:r>
        <w:rPr>
          <w:sz w:val="20"/>
        </w:rPr>
        <w:t>1:05:44  to hamesha woh hamari desire se kam hota hai.</w:t>
      </w:r>
      <w:r>
        <w:br/>
      </w:r>
      <w:r>
        <w:rPr>
          <w:sz w:val="20"/>
        </w:rPr>
        <w:t>1:05:49  less than our desire hamara high taste, hamari high thinking, hamara high sense of enjoyment, woh sab Khuda</w:t>
      </w:r>
      <w:r>
        <w:br/>
      </w:r>
      <w:r>
        <w:rPr>
          <w:sz w:val="20"/>
        </w:rPr>
        <w:t>1:05:54  ka paida kiya hua hai.</w:t>
      </w:r>
      <w:r>
        <w:br/>
      </w:r>
      <w:r>
        <w:rPr>
          <w:sz w:val="20"/>
        </w:rPr>
        <w:t>1:05:59  bohat hi ooncha hai.</w:t>
      </w:r>
      <w:r>
        <w:br/>
      </w:r>
      <w:r>
        <w:rPr>
          <w:sz w:val="20"/>
        </w:rPr>
        <w:t>1:06:04  yeh kehna ghalat hai ke bazaar mein milti hain woh cheezein.</w:t>
      </w:r>
      <w:r>
        <w:br/>
      </w:r>
      <w:r>
        <w:rPr>
          <w:sz w:val="20"/>
        </w:rPr>
        <w:t>1:06:09  bazaar mein less than our desire hoti hain.</w:t>
      </w:r>
      <w:r>
        <w:br/>
      </w:r>
      <w:r>
        <w:rPr>
          <w:sz w:val="20"/>
        </w:rPr>
        <w:t>1:06:14  misal ke tor par, mein apna aik qissa batata hoon.</w:t>
      </w:r>
      <w:r>
        <w:br/>
      </w:r>
      <w:r>
        <w:rPr>
          <w:sz w:val="20"/>
        </w:rPr>
        <w:t>1:06:20  mein Baba Dhud gaya.</w:t>
      </w:r>
      <w:r>
        <w:br/>
      </w:r>
      <w:r>
        <w:rPr>
          <w:sz w:val="20"/>
        </w:rPr>
        <w:t>1:06:25  Baba Dhud mein aik sahib thay jo bohat hi kamyab doctor thay.</w:t>
      </w:r>
      <w:r>
        <w:br/>
      </w:r>
      <w:r>
        <w:rPr>
          <w:sz w:val="20"/>
        </w:rPr>
        <w:t>1:06:30  bohat paisa tha un ke paas.</w:t>
      </w:r>
      <w:r>
        <w:br/>
      </w:r>
      <w:r>
        <w:rPr>
          <w:sz w:val="20"/>
        </w:rPr>
        <w:t>1:06:35  to unhon ne bohat hi mehngi gaari khareedi thi, kai crore rupay ki. Automatic car.</w:t>
      </w:r>
      <w:r>
        <w:br/>
      </w:r>
      <w:r>
        <w:rPr>
          <w:sz w:val="20"/>
        </w:rPr>
        <w:t>1:06:40  abhi aayi thi, woh abhi woh bethay nahi thay.</w:t>
      </w:r>
      <w:r>
        <w:br/>
      </w:r>
      <w:r>
        <w:rPr>
          <w:sz w:val="20"/>
        </w:rPr>
        <w:t>1:06:45  to barkat ke liye unhon ne kaha ke mujhe, mujhe bithanay ke liye.</w:t>
      </w:r>
      <w:r>
        <w:br/>
      </w:r>
      <w:r>
        <w:rPr>
          <w:sz w:val="20"/>
        </w:rPr>
        <w:t>1:06:50  woh bohat hi, bohat achi gaari thi, woh kai crore rupay ki.</w:t>
      </w:r>
      <w:r>
        <w:br/>
      </w:r>
      <w:r>
        <w:rPr>
          <w:sz w:val="20"/>
        </w:rPr>
        <w:t>1:06:55  to barkat ke liye unhon ne kaha ke apne driver se un ko bithao aur baba dhodh ghamao un ko.</w:t>
      </w:r>
      <w:r>
        <w:br/>
      </w:r>
      <w:r>
        <w:rPr>
          <w:sz w:val="20"/>
        </w:rPr>
        <w:t>1:07:00  aisa mein baitha gaari par un ki.</w:t>
      </w:r>
      <w:r>
        <w:br/>
      </w:r>
      <w:r>
        <w:rPr>
          <w:sz w:val="20"/>
        </w:rPr>
        <w:t>1:07:05  to kya hai ke mein car sick hoon, mujhe car mein chakkar aa jata hai.</w:t>
      </w:r>
      <w:r>
        <w:br/>
      </w:r>
      <w:r>
        <w:rPr>
          <w:sz w:val="20"/>
        </w:rPr>
        <w:t>1:07:10  to thori dair jab woh gaya, us ke baad mujhe sir mein chakkar aa gaya.</w:t>
      </w:r>
      <w:r>
        <w:br/>
      </w:r>
      <w:r>
        <w:rPr>
          <w:sz w:val="20"/>
        </w:rPr>
        <w:t>1:07:15  mein ne kaha bhai, wapas chalo mujh ko, mujhe baar baar nahi dekhna hai.</w:t>
      </w:r>
      <w:r>
        <w:br/>
      </w:r>
      <w:r>
        <w:rPr>
          <w:sz w:val="20"/>
        </w:rPr>
        <w:t>1:07:20  aise hi mein aik baar tha, aik bohat hi zabardast hotel mein thehra tha bahar.</w:t>
      </w:r>
      <w:r>
        <w:br/>
      </w:r>
      <w:r>
        <w:rPr>
          <w:sz w:val="20"/>
        </w:rPr>
        <w:t>1:07:26  to breakfast mein aap jante hain ke woh khol dete hain.</w:t>
      </w:r>
      <w:r>
        <w:br/>
      </w:r>
      <w:r>
        <w:rPr>
          <w:sz w:val="20"/>
        </w:rPr>
        <w:t>1:07:31  har aadmi ja kar khud breakfast ka saman leta hai, khata hai.</w:t>
      </w:r>
      <w:r>
        <w:br/>
      </w:r>
      <w:r>
        <w:rPr>
          <w:sz w:val="20"/>
        </w:rPr>
        <w:t>1:07:36  koi serve nahi karta wahan, aap khud ja kar lete hain.</w:t>
      </w:r>
      <w:r>
        <w:br/>
      </w:r>
      <w:r>
        <w:rPr>
          <w:sz w:val="20"/>
        </w:rPr>
        <w:t>1:07:41  to mein le ke ja kar laya, kuch butter, kuch kuch saman is tarah ka.</w:t>
      </w:r>
      <w:r>
        <w:br/>
      </w:r>
      <w:r>
        <w:rPr>
          <w:sz w:val="20"/>
        </w:rPr>
        <w:t>1:07:46  aur la ke baitha mein aik akele mez par.</w:t>
      </w:r>
      <w:r>
        <w:br/>
      </w:r>
      <w:r>
        <w:rPr>
          <w:sz w:val="20"/>
        </w:rPr>
        <w:t>1:07:51  aur bohat is ka jo, woh woh jo hotel tha, aik dam samandar ke kinare tha.</w:t>
      </w:r>
      <w:r>
        <w:br/>
      </w:r>
      <w:r>
        <w:rPr>
          <w:sz w:val="20"/>
        </w:rPr>
        <w:t>1:07:56  bohat hi beautiful scene tha wahan.</w:t>
      </w:r>
      <w:r>
        <w:br/>
      </w:r>
      <w:r>
        <w:rPr>
          <w:sz w:val="20"/>
        </w:rPr>
        <w:t>1:08:01  wahan baitha hoon aur best khana mere samne hai.</w:t>
      </w:r>
      <w:r>
        <w:br/>
      </w:r>
      <w:r>
        <w:rPr>
          <w:sz w:val="20"/>
        </w:rPr>
        <w:t>1:08:06  lekin jab mein ne is ko khana shuru kiya to yaqeen kijiye ke mere taste se kam tha.</w:t>
      </w:r>
      <w:r>
        <w:br/>
      </w:r>
      <w:r>
        <w:rPr>
          <w:sz w:val="20"/>
        </w:rPr>
        <w:t>1:08:11  woh mere jo taste buds hain, mere mere taste buds to Khuda ke banaye hue hain.</w:t>
      </w:r>
      <w:r>
        <w:br/>
      </w:r>
      <w:r>
        <w:rPr>
          <w:sz w:val="20"/>
        </w:rPr>
        <w:t>1:08:16  aur woh tha kisi insan ka banaya hua.</w:t>
      </w:r>
      <w:r>
        <w:br/>
      </w:r>
      <w:r>
        <w:rPr>
          <w:sz w:val="20"/>
        </w:rPr>
        <w:t>1:08:21  to mein itna rone laga, mein rone laga ke Khuda ya!</w:t>
      </w:r>
      <w:r>
        <w:br/>
      </w:r>
      <w:r>
        <w:rPr>
          <w:sz w:val="20"/>
        </w:rPr>
        <w:t>1:08:27  woh insan jis ko dunya ke sab se achhe hotel mein pleasure nahi mil raha, jo us ke</w:t>
      </w:r>
      <w:r>
        <w:br/>
      </w:r>
      <w:r>
        <w:rPr>
          <w:sz w:val="20"/>
        </w:rPr>
        <w:t>1:08:32  sab se achhe khane mein us ko us ka taste jo hai, us ke mutabiq nahi mil raha,</w:t>
      </w:r>
      <w:r>
        <w:br/>
      </w:r>
      <w:r>
        <w:rPr>
          <w:sz w:val="20"/>
        </w:rPr>
        <w:t>1:08:37  to kya anjam hoga mera? yeh jo log aisi baatein bolte hain, unhon ne apne taste buds ko</w:t>
      </w:r>
      <w:r>
        <w:br/>
      </w:r>
      <w:r>
        <w:rPr>
          <w:sz w:val="20"/>
        </w:rPr>
        <w:t>1:08:43  kharab kar rakha hai.</w:t>
      </w:r>
      <w:r>
        <w:br/>
      </w:r>
      <w:r>
        <w:rPr>
          <w:sz w:val="20"/>
        </w:rPr>
        <w:t>1:08:48  hamari family mein aik sahab the jo choona bohat khate the, pan mein.</w:t>
      </w:r>
      <w:r>
        <w:br/>
      </w:r>
      <w:r>
        <w:rPr>
          <w:sz w:val="20"/>
        </w:rPr>
        <w:t>1:08:54  pan mein choona bohat khate the.</w:t>
      </w:r>
      <w:r>
        <w:br/>
      </w:r>
      <w:r>
        <w:rPr>
          <w:sz w:val="20"/>
        </w:rPr>
        <w:t>1:08:59  to koi cheez unhein lagti thi ke achhi hai ya kharab.</w:t>
      </w:r>
      <w:r>
        <w:br/>
      </w:r>
      <w:r>
        <w:rPr>
          <w:sz w:val="20"/>
        </w:rPr>
        <w:t>1:09:04  un ki zaban aisi ho gayi thi ke un ke taste buds jo the, kund ho gaye thay.</w:t>
      </w:r>
      <w:r>
        <w:br/>
      </w:r>
      <w:r>
        <w:rPr>
          <w:sz w:val="20"/>
        </w:rPr>
        <w:t>1:09:10  to logon ne apne taste ko kund kar rakha hai, apni soch ko bigar rakha hai.</w:t>
      </w:r>
      <w:r>
        <w:br/>
      </w:r>
      <w:r>
        <w:rPr>
          <w:sz w:val="20"/>
        </w:rPr>
        <w:t>1:09:15  woh jo high level ki jo desire hai, khuda ne di thi, us ko yani cheap qism ke</w:t>
      </w:r>
      <w:r>
        <w:br/>
      </w:r>
      <w:r>
        <w:rPr>
          <w:sz w:val="20"/>
        </w:rPr>
        <w:t>1:09:21  ke entertainment mein us ko ghata rakha hai.</w:t>
      </w:r>
      <w:r>
        <w:br/>
      </w:r>
      <w:r>
        <w:rPr>
          <w:sz w:val="20"/>
        </w:rPr>
        <w:t>1:09:26  logon ko pata hi nahin.</w:t>
      </w:r>
      <w:r>
        <w:br/>
      </w:r>
      <w:r>
        <w:rPr>
          <w:sz w:val="20"/>
        </w:rPr>
        <w:t>1:09:31  sachi baat yeh hai ke jo log aisa kehte hain, woh jante hi nahin ke khuda ne kaisi</w:t>
      </w:r>
      <w:r>
        <w:br/>
      </w:r>
      <w:r>
        <w:rPr>
          <w:sz w:val="20"/>
        </w:rPr>
        <w:t>1:09:37  ajeeb ghareeb cheez di hai aap ko. Desire.</w:t>
      </w:r>
      <w:r>
        <w:br/>
      </w:r>
      <w:r>
        <w:rPr>
          <w:sz w:val="20"/>
        </w:rPr>
        <w:t>1:09:42  mein poore yaqeen ke sath kehta hoon ke jo log aisa kehte hain, un ko pata hi nahin</w:t>
      </w:r>
      <w:r>
        <w:br/>
      </w:r>
      <w:r>
        <w:rPr>
          <w:sz w:val="20"/>
        </w:rPr>
        <w:t>1:09:48  ke Allah taala ne yeh desire, sense of desire, kaisi ajeeb ghareeb cheez di hai aap ko.</w:t>
      </w:r>
      <w:r>
        <w:br/>
      </w:r>
      <w:r>
        <w:rPr>
          <w:sz w:val="20"/>
        </w:rPr>
        <w:t>1:09:53  itni oonchi hai, itni oonchi.</w:t>
      </w:r>
      <w:r>
        <w:br/>
      </w:r>
      <w:r>
        <w:rPr>
          <w:sz w:val="20"/>
        </w:rPr>
        <w:t>1:09:58  is level ka koi yahan fulfillment hai hi nahin duniya mein.</w:t>
      </w:r>
      <w:r>
        <w:br/>
      </w:r>
      <w:r>
        <w:rPr>
          <w:sz w:val="20"/>
        </w:rPr>
        <w:t>1:10:04  woh khuda ka bohat hi finest creation hai, woh desire aap ki.</w:t>
      </w:r>
      <w:r>
        <w:br/>
      </w:r>
      <w:r>
        <w:rPr>
          <w:sz w:val="20"/>
        </w:rPr>
        <w:t>1:10:09  aap ki desire jo hain, woh aap ka finest creation hai.</w:t>
      </w:r>
      <w:r>
        <w:br/>
      </w:r>
      <w:r>
        <w:rPr>
          <w:sz w:val="20"/>
        </w:rPr>
        <w:t>1:10:15  aap jo seen, aap ki aankh jo seen dekhna chahti hai, aap ke kaan jo awaz sunna chahte</w:t>
      </w:r>
      <w:r>
        <w:br/>
      </w:r>
      <w:r>
        <w:rPr>
          <w:sz w:val="20"/>
        </w:rPr>
        <w:t>1:10:20  hain, aap ke taste buds jo khana chahte hain, aap ka dil jis qism ke saathi chahta hai,</w:t>
      </w:r>
      <w:r>
        <w:br/>
      </w:r>
      <w:r>
        <w:rPr>
          <w:sz w:val="20"/>
        </w:rPr>
        <w:t>1:10:26  woh duniya mein hai hi nahin.</w:t>
      </w:r>
      <w:r>
        <w:br/>
      </w:r>
      <w:r>
        <w:rPr>
          <w:sz w:val="20"/>
        </w:rPr>
        <w:t>1:10:31  lekin aap cheap qism ki activities mein us ko kund kar lete hain.</w:t>
      </w:r>
      <w:r>
        <w:br/>
      </w:r>
      <w:r>
        <w:rPr>
          <w:sz w:val="20"/>
        </w:rPr>
        <w:t>1:10:36  us ko apne apne desire ko bigar lete hain.</w:t>
      </w:r>
      <w:r>
        <w:br/>
      </w:r>
      <w:r>
        <w:rPr>
          <w:sz w:val="20"/>
        </w:rPr>
        <w:t>1:10:42  jaise jo aadmi wine peeta ho, us ke taste buds kharab ho jate hain.</w:t>
      </w:r>
      <w:r>
        <w:br/>
      </w:r>
      <w:r>
        <w:rPr>
          <w:sz w:val="20"/>
        </w:rPr>
        <w:t>1:10:47  jo choona zyada khata ho, us ke taste buds kharab ho jate hain.</w:t>
      </w:r>
      <w:r>
        <w:br/>
      </w:r>
      <w:r>
        <w:rPr>
          <w:sz w:val="20"/>
        </w:rPr>
        <w:t>1:10:53  yahan tak ke jo log bohat zyada movie dekhte hain, un ke taste kharab ho jate hain.</w:t>
      </w:r>
      <w:r>
        <w:br/>
      </w:r>
      <w:r>
        <w:rPr>
          <w:sz w:val="20"/>
        </w:rPr>
        <w:t>1:10:58  third qism ke gaane, third qism ki baatein un ko achi lagti hain.</w:t>
      </w:r>
      <w:r>
        <w:br/>
      </w:r>
      <w:r>
        <w:rPr>
          <w:sz w:val="20"/>
        </w:rPr>
        <w:t>1:11:03  yeh sab log woh hain jinho ne apni high desire ko, yani us ko kund kar rakha hai,</w:t>
      </w:r>
      <w:r>
        <w:br/>
      </w:r>
      <w:r>
        <w:rPr>
          <w:sz w:val="20"/>
        </w:rPr>
        <w:t>1:11:09  us ko uska taste bigar rakha hai.</w:t>
      </w:r>
      <w:r>
        <w:br/>
      </w:r>
      <w:r>
        <w:rPr>
          <w:sz w:val="20"/>
        </w:rPr>
        <w:t>1:11:14  unhein pata hi nahin ke taste kya cheez hai.</w:t>
      </w:r>
      <w:r>
        <w:br/>
      </w:r>
      <w:r>
        <w:rPr>
          <w:sz w:val="20"/>
        </w:rPr>
        <w:t>1:11:20  haqeeqat hai ke insaan ke liye siwaye paradise ke kahin bhi sukoon nahin.</w:t>
      </w:r>
    </w:p>
    <w:p>
      <w:pPr>
        <w:pStyle w:val="Heading2"/>
      </w:pPr>
      <w:r>
        <w:t>Negative impact of intercession concept</w:t>
      </w:r>
    </w:p>
    <w:p>
      <w:r>
        <w:rPr>
          <w:color w:val="666666"/>
          <w:sz w:val="18"/>
        </w:rPr>
        <w:t>Faith &amp; God · Example of the Prophet March 20, 2016 · 1m 48s · at 1:11:36 · https://youtu.be/79HmhzXU41w?t=4296</w:t>
      </w:r>
    </w:p>
    <w:p>
      <w:r>
        <w:rPr>
          <w:i/>
        </w:rPr>
        <w:t>“You have examined the negative impact of the concept of intercession (shafa'ah) and said that this concept gives license to humans...”</w:t>
      </w:r>
    </w:p>
    <w:p>
      <w:r>
        <w:rPr>
          <w:sz w:val="20"/>
        </w:rPr>
        <w:t>1:11:36  Maulana, agla sawal</w:t>
      </w:r>
      <w:r>
        <w:br/>
      </w:r>
      <w:r>
        <w:rPr>
          <w:sz w:val="20"/>
        </w:rPr>
        <w:t>1:11:38  Ahmed sahib ka hai Pakistan se, aur unhon ne likha hai aap ne aik tehreer aur bayan mein</w:t>
      </w:r>
      <w:r>
        <w:br/>
      </w:r>
      <w:r>
        <w:rPr>
          <w:sz w:val="20"/>
        </w:rPr>
        <w:t>1:11:46  shafaat ke tasawwur ka manfi impact ka jaiza liya aur bataya ke is concept se insaan mein laziness</w:t>
      </w:r>
      <w:r>
        <w:br/>
      </w:r>
      <w:r>
        <w:rPr>
          <w:sz w:val="20"/>
        </w:rPr>
        <w:t>1:11:54  aur be amli paida hoti hai.</w:t>
      </w:r>
      <w:r>
        <w:br/>
      </w:r>
      <w:r>
        <w:rPr>
          <w:sz w:val="20"/>
        </w:rPr>
        <w:t>1:11:57  aap ne farmaya ke is</w:t>
      </w:r>
      <w:r>
        <w:br/>
      </w:r>
      <w:r>
        <w:rPr>
          <w:sz w:val="20"/>
        </w:rPr>
        <w:t>1:11:59  is mein shafaat jaise islam mein shafaat jaise concept ki koi jagah nahi, but quran aur hadees mein</w:t>
      </w:r>
      <w:r>
        <w:br/>
      </w:r>
      <w:r>
        <w:rPr>
          <w:sz w:val="20"/>
        </w:rPr>
        <w:t>1:12:07  shafaat ka wazeh bayan hai, yani Allah ki ijazat se shafaat hogi.</w:t>
      </w:r>
      <w:r>
        <w:br/>
      </w:r>
      <w:r>
        <w:rPr>
          <w:sz w:val="20"/>
        </w:rPr>
        <w:t>1:12:14  is ki wazahat karen.</w:t>
      </w:r>
      <w:r>
        <w:br/>
      </w:r>
      <w:r>
        <w:rPr>
          <w:sz w:val="20"/>
        </w:rPr>
        <w:t>1:12:17  dekhiye, shafaat ke bare mein</w:t>
      </w:r>
      <w:r>
        <w:br/>
      </w:r>
      <w:r>
        <w:rPr>
          <w:sz w:val="20"/>
        </w:rPr>
        <w:t>1:12:21  yani do qism ki raay hain.</w:t>
      </w:r>
      <w:r>
        <w:br/>
      </w:r>
      <w:r>
        <w:rPr>
          <w:sz w:val="20"/>
        </w:rPr>
        <w:t>1:12:24  kuch ulma shafaat ko isi mani mein lete hain, jaisa ke aam taur par samajhte hain log, lekin</w:t>
      </w:r>
      <w:r>
        <w:br/>
      </w:r>
      <w:r>
        <w:rPr>
          <w:sz w:val="20"/>
        </w:rPr>
        <w:t>1:12:29  jo zyada mutabahir ulma hain, woh shafaat ko recommendation ke mani mein lete hain, bilkul nahi lete ke</w:t>
      </w:r>
      <w:r>
        <w:br/>
      </w:r>
      <w:r>
        <w:rPr>
          <w:sz w:val="20"/>
        </w:rPr>
        <w:t>1:12:38  kisi ki recommendation se jannat milegi.</w:t>
      </w:r>
      <w:r>
        <w:br/>
      </w:r>
      <w:r>
        <w:rPr>
          <w:sz w:val="20"/>
        </w:rPr>
        <w:t>1:12:40  yeh tasawwur mutabahir ulma ke nazdeek galat hai.</w:t>
      </w:r>
      <w:r>
        <w:br/>
      </w:r>
      <w:r>
        <w:rPr>
          <w:sz w:val="20"/>
        </w:rPr>
        <w:t>1:12:45  jannat ka talluq zalik jaza o muntazak ka bar bar Quran mein yeh hai ke laisa lil insani illa</w:t>
      </w:r>
      <w:r>
        <w:br/>
      </w:r>
      <w:r>
        <w:rPr>
          <w:sz w:val="20"/>
        </w:rPr>
        <w:t>1:12:53  ma ke har fard ke liye jannat ka faisla us ke apne zaati amal ki buniyad par hoga,</w:t>
      </w:r>
      <w:r>
        <w:br/>
      </w:r>
      <w:r>
        <w:rPr>
          <w:sz w:val="20"/>
        </w:rPr>
        <w:t>1:13:01  kisi recommendation ki buniyad par nahi hoga.</w:t>
      </w:r>
      <w:r>
        <w:br/>
      </w:r>
      <w:r>
        <w:rPr>
          <w:sz w:val="20"/>
        </w:rPr>
        <w:t>1:13:04  toh mutabahir ulma ki raay yahi hai.</w:t>
      </w:r>
      <w:r>
        <w:br/>
      </w:r>
      <w:r>
        <w:rPr>
          <w:sz w:val="20"/>
        </w:rPr>
        <w:t>1:13:05  haan, kuch log doosri raay bhi rakhte hain toh theek hai, unhein bhi ijazat rakhne ki, lekin mere</w:t>
      </w:r>
      <w:r>
        <w:br/>
      </w:r>
      <w:r>
        <w:rPr>
          <w:sz w:val="20"/>
        </w:rPr>
        <w:t>1:13:11  nazdeek woh log Quran ki aayaton ko ya hadithon ko galat interpretation dete hain,</w:t>
      </w:r>
      <w:r>
        <w:br/>
      </w:r>
      <w:r>
        <w:rPr>
          <w:sz w:val="20"/>
        </w:rPr>
        <w:t>1:13:18  woh sahi interpretation nahi dete.</w:t>
      </w:r>
      <w:r>
        <w:br/>
      </w:r>
      <w:r>
        <w:rPr>
          <w:sz w:val="20"/>
        </w:rPr>
        <w:t>1:13:20  zyada interpretation wohi hai jo mutabahir ulma ne diya hai.</w:t>
      </w:r>
    </w:p>
    <w:p>
      <w:pPr>
        <w:pStyle w:val="Heading2"/>
      </w:pPr>
      <w:r>
        <w:t>Obsession with human glories over God</w:t>
      </w:r>
    </w:p>
    <w:p>
      <w:r>
        <w:rPr>
          <w:color w:val="666666"/>
          <w:sz w:val="18"/>
        </w:rPr>
        <w:t>Faith &amp; God · 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Only Allah decides who enters Paradise</w:t>
      </w:r>
    </w:p>
    <w:p>
      <w:r>
        <w:rPr>
          <w:color w:val="666666"/>
          <w:sz w:val="18"/>
        </w:rPr>
        <w:t>Faith &amp; God · Peace of Mind April 19, 2015 Maulana Wahiduddin Khan · 2m 22s · at 57:59 · https://youtu.be/bGLY0ALNtjw?t=3479</w:t>
      </w:r>
    </w:p>
    <w:p>
      <w:r>
        <w:rPr>
          <w:i/>
        </w:rPr>
        <w:t>“Only Allah will decide who will enter Paradise.”</w:t>
      </w:r>
    </w:p>
    <w:p>
      <w:r>
        <w:rPr>
          <w:sz w:val="20"/>
        </w:rPr>
        <w:t>57:59  maulana agla sawal faiz sahab ne bheja hai california se.</w:t>
      </w:r>
      <w:r>
        <w:br/>
      </w:r>
      <w:r>
        <w:rPr>
          <w:sz w:val="20"/>
        </w:rPr>
        <w:t>58:04  aur unhon ne likha hai:</w:t>
      </w:r>
      <w:r>
        <w:br/>
      </w:r>
      <w:r>
        <w:rPr>
          <w:sz w:val="20"/>
        </w:rPr>
        <w:t>58:07  only Allah will decide who will enter jannat.</w:t>
      </w:r>
      <w:r>
        <w:br/>
      </w:r>
      <w:r>
        <w:rPr>
          <w:sz w:val="20"/>
        </w:rPr>
        <w:t>58:11  However, Maulana, based on your knowledge, would the modern-time Christians believing in Trinity are committing shirk?</w:t>
      </w:r>
      <w:r>
        <w:br/>
      </w:r>
      <w:r>
        <w:rPr>
          <w:sz w:val="20"/>
        </w:rPr>
        <w:t>58:19  Would they be eligible for entering Jannah if they are excellent human beings in this life? What is your comment on this?"</w:t>
      </w:r>
      <w:r>
        <w:br/>
      </w:r>
      <w:r>
        <w:rPr>
          <w:sz w:val="20"/>
        </w:rPr>
        <w:t>58:29  dekhiye yeh main samajhta hoon ke jannat ya jahannum yeh kisi insan ke faisle se nahin hogi.</w:t>
      </w:r>
      <w:r>
        <w:br/>
      </w:r>
      <w:r>
        <w:rPr>
          <w:sz w:val="20"/>
        </w:rPr>
        <w:t>58:36  iska mamla tartil akhirat ka mamla hai, Allah ka faisla.</w:t>
      </w:r>
      <w:r>
        <w:br/>
      </w:r>
      <w:r>
        <w:rPr>
          <w:sz w:val="20"/>
        </w:rPr>
        <w:t>58:41  ek hadith hai,</w:t>
      </w:r>
      <w:r>
        <w:br/>
      </w:r>
      <w:r>
        <w:rPr>
          <w:sz w:val="20"/>
        </w:rPr>
        <w:t>58:44  wohi mein sunata hoon us ko, us se aap samajh sakte hain ke wallah ul adri, wallah ul adri, wallah</w:t>
      </w:r>
      <w:r>
        <w:br/>
      </w:r>
      <w:r>
        <w:rPr>
          <w:sz w:val="20"/>
        </w:rPr>
        <w:t>58:52  ul adri, wa ana rasool Allah, ma yaf al bi wa lakum.</w:t>
      </w:r>
      <w:r>
        <w:br/>
      </w:r>
      <w:r>
        <w:rPr>
          <w:sz w:val="20"/>
        </w:rPr>
        <w:t>58:58  khuda ki qasam mein nahin janta, khuda ki qasam mein nahin janta, khuda ki qasam mein nahin janta.</w:t>
      </w:r>
      <w:r>
        <w:br/>
      </w:r>
      <w:r>
        <w:rPr>
          <w:sz w:val="20"/>
        </w:rPr>
        <w:t>59:04  agarche mein khuda ka rasool hoon.</w:t>
      </w:r>
      <w:r>
        <w:br/>
      </w:r>
      <w:r>
        <w:rPr>
          <w:sz w:val="20"/>
        </w:rPr>
        <w:t>59:07  kya kya jaye ga mere sath, kya kya jaye ga tumhare sath? to musalman yeh samajhte hain ke</w:t>
      </w:r>
      <w:r>
        <w:br/>
      </w:r>
      <w:r>
        <w:rPr>
          <w:sz w:val="20"/>
        </w:rPr>
        <w:t>59:12  hamari jannat reserve hai.</w:t>
      </w:r>
      <w:r>
        <w:br/>
      </w:r>
      <w:r>
        <w:rPr>
          <w:sz w:val="20"/>
        </w:rPr>
        <w:t>59:15  ajeeb o ghareeb soch musalmanon mein aa gayi hai ke apni jannat ko reserve samajhte hain.</w:t>
      </w:r>
      <w:r>
        <w:br/>
      </w:r>
      <w:r>
        <w:rPr>
          <w:sz w:val="20"/>
        </w:rPr>
        <w:t>59:20  sirf doosron ki jannat mushtak hai.</w:t>
      </w:r>
      <w:r>
        <w:br/>
      </w:r>
      <w:r>
        <w:rPr>
          <w:sz w:val="20"/>
        </w:rPr>
        <w:t>59:22  yeh soch na islam mein hai,</w:t>
      </w:r>
      <w:r>
        <w:br/>
      </w:r>
      <w:r>
        <w:rPr>
          <w:sz w:val="20"/>
        </w:rPr>
        <w:t>59:26  na quran mein hai, na hadith mein hai.</w:t>
      </w:r>
      <w:r>
        <w:br/>
      </w:r>
      <w:r>
        <w:rPr>
          <w:sz w:val="20"/>
        </w:rPr>
        <w:t>59:31  maulana in ka ek aur sawal hai.</w:t>
      </w:r>
      <w:r>
        <w:br/>
      </w:r>
      <w:r>
        <w:rPr>
          <w:sz w:val="20"/>
        </w:rPr>
        <w:t>59:33  انہوں نے آپ سے پوچھا ہے کہ why was Ibrahim (علیہ السلام) admonished in Surah Tawbah for asking</w:t>
      </w:r>
      <w:r>
        <w:br/>
      </w:r>
      <w:r>
        <w:rPr>
          <w:sz w:val="20"/>
        </w:rPr>
        <w:t>59:41  forgiveness for his mushrik father?</w:t>
      </w:r>
      <w:r>
        <w:br/>
      </w:r>
      <w:r>
        <w:rPr>
          <w:sz w:val="20"/>
        </w:rPr>
        <w:t>59:46  bhai yeh to quran mein is ka jawab maujood hai.</w:t>
      </w:r>
      <w:r>
        <w:br/>
      </w:r>
      <w:r>
        <w:rPr>
          <w:sz w:val="20"/>
        </w:rPr>
        <w:t>59:51  ke yeh in ke ijtihadi ghalati thi.</w:t>
      </w:r>
      <w:r>
        <w:br/>
      </w:r>
      <w:r>
        <w:rPr>
          <w:sz w:val="20"/>
        </w:rPr>
        <w:t>59:54  quran mein is ka aap pura parhiye is ko.</w:t>
      </w:r>
      <w:r>
        <w:br/>
      </w:r>
      <w:r>
        <w:rPr>
          <w:sz w:val="20"/>
        </w:rPr>
        <w:t>1:00:00  yeh to out, yani ek taluq hota hai to hazrat nooh ne apne bete ke liye kaha, hazrat</w:t>
      </w:r>
      <w:r>
        <w:br/>
      </w:r>
      <w:r>
        <w:rPr>
          <w:sz w:val="20"/>
        </w:rPr>
        <w:t>1:00:05  ibrahim ne apne father ke liye kaha, rasool Allah ne apne chacha ke liye kaha, lekin woh dua</w:t>
      </w:r>
      <w:r>
        <w:br/>
      </w:r>
      <w:r>
        <w:rPr>
          <w:sz w:val="20"/>
        </w:rPr>
        <w:t>1:00:11  qubool nahin hui.</w:t>
      </w:r>
      <w:r>
        <w:br/>
      </w:r>
      <w:r>
        <w:rPr>
          <w:sz w:val="20"/>
        </w:rPr>
        <w:t>1:00:14  yeh to is ko hum ijtihadi khata samajhte hain.</w:t>
      </w:r>
      <w:r>
        <w:br/>
      </w:r>
      <w:r>
        <w:rPr>
          <w:sz w:val="20"/>
        </w:rPr>
        <w:t>1:00:17  ijtihadi khata kisi bhi ho sakti hai.</w:t>
      </w:r>
    </w:p>
    <w:p>
      <w:pPr>
        <w:pStyle w:val="Heading2"/>
      </w:pPr>
      <w:r>
        <w:t>Origin of existence according to Big Bang</w:t>
      </w:r>
    </w:p>
    <w:p>
      <w:r>
        <w:rPr>
          <w:color w:val="666666"/>
          <w:sz w:val="18"/>
        </w:rPr>
        <w:t>Faith &amp; God · God Particle July 8, 2012 · 44m 00s · at 14:49 · https://youtu.be/30Ulu10c2nA?t=889</w:t>
      </w:r>
    </w:p>
    <w:p>
      <w:r>
        <w:rPr>
          <w:i/>
        </w:rPr>
        <w:t>“How did it come into existence? Or how did its existence happen?”</w:t>
      </w:r>
    </w:p>
    <w:p>
      <w:r>
        <w:rPr>
          <w:sz w:val="20"/>
        </w:rPr>
        <w:t>14:49  To pehla sawal to ye tha ke how it came into existence? Ya is ka wajood kaise hua?</w:t>
      </w:r>
      <w:r>
        <w:br/>
      </w:r>
      <w:r>
        <w:rPr>
          <w:sz w:val="20"/>
        </w:rPr>
        <w:t>14:58  To wajood ko unhone Big Bang theory jo hai, us se explain kiya. Jo ke 20th century ke first quarter mein, ghaleban 1931 mein pesh ki gayi thi.</w:t>
      </w:r>
      <w:r>
        <w:br/>
      </w:r>
      <w:r>
        <w:rPr>
          <w:sz w:val="20"/>
        </w:rPr>
        <w:t>15:13  To</w:t>
      </w:r>
      <w:r>
        <w:br/>
      </w:r>
      <w:r>
        <w:rPr>
          <w:sz w:val="20"/>
        </w:rPr>
        <w:t>15:15  Wo par bohat kuch research hui. Kafi research ke baad ab Big Bang theory jo hai, scientific community ne is ko maan liya hai.</w:t>
      </w:r>
      <w:r>
        <w:br/>
      </w:r>
      <w:r>
        <w:rPr>
          <w:sz w:val="20"/>
        </w:rPr>
        <w:t>15:25  And now it is scientifically an established theory. Lekin phir jo doosra sawal aa gaya ke jab sare electron jo hain, jo release hue,</w:t>
      </w:r>
      <w:r>
        <w:br/>
      </w:r>
      <w:r>
        <w:rPr>
          <w:sz w:val="20"/>
        </w:rPr>
        <w:t>15:42  To phir wo kaise dobara wo combine hue? Kyun ke is ke liye mass darkar hai.</w:t>
      </w:r>
      <w:r>
        <w:br/>
      </w:r>
      <w:r>
        <w:rPr>
          <w:sz w:val="20"/>
        </w:rPr>
        <w:t>15:48  To is ke liye ab, ab jo unhone mana hai ke, ke Higgs Boson, to agar is ko maan liya jaye scientific mind ke mutabiq, to Higgs Boson is baat ko explain karta hai ke kis tarah dobara sare particle exist hue aur phir wo cheezein tamam bani.</w:t>
      </w:r>
      <w:r>
        <w:br/>
      </w:r>
      <w:r>
        <w:rPr>
          <w:sz w:val="20"/>
        </w:rPr>
        <w:t>16:13  Ye hai theory. Yani khulasa jo hai, saada zaban mein. Is ko ek dekhein, ek to technical zaban hoti hai.</w:t>
      </w:r>
      <w:r>
        <w:br/>
      </w:r>
      <w:r>
        <w:rPr>
          <w:sz w:val="20"/>
        </w:rPr>
        <w:t>16:23  Technical zaban jo hai, wo ek alag hi zaban hai. Main aap ko is ka jo saada taur par jo baat hai, wo arz kar raha hoon.</w:t>
      </w:r>
      <w:r>
        <w:br/>
      </w:r>
      <w:r>
        <w:rPr>
          <w:sz w:val="20"/>
        </w:rPr>
        <w:t>16:32  Is mein mujhe ek baat aur bhi acknowledge karna hai ke is maamle mein mujh ko bohat zyada help mili hai. Meri jo granddaughter hai, wo Maria.</w:t>
      </w:r>
      <w:r>
        <w:br/>
      </w:r>
      <w:r>
        <w:rPr>
          <w:sz w:val="20"/>
        </w:rPr>
        <w:t>16:44  Maria, yani Physics Honors mein unhone first first division se pass kiya hai imtehan Physics Honors mein.</w:t>
      </w:r>
      <w:r>
        <w:br/>
      </w:r>
      <w:r>
        <w:rPr>
          <w:sz w:val="20"/>
        </w:rPr>
        <w:t>16:58  aur bohat hi zyada parhne wali larki hai. Maria jo meri grand daughter hai, us ne bohat zyada help ki.</w:t>
      </w:r>
      <w:r>
        <w:br/>
      </w:r>
      <w:r>
        <w:rPr>
          <w:sz w:val="20"/>
        </w:rPr>
        <w:t>17:09  yani main aap jante hain ke main internet istemal nahi kar sakta.</w:t>
      </w:r>
      <w:r>
        <w:br/>
      </w:r>
      <w:r>
        <w:rPr>
          <w:sz w:val="20"/>
        </w:rPr>
        <w:t>17:13  to sara nikal nikal kar mujhe bataya, parh kar sunaya, discuss kiya. To bohat zyada main wo us ko acknowledge karta hoon.</w:t>
      </w:r>
      <w:r>
        <w:br/>
      </w:r>
      <w:r>
        <w:rPr>
          <w:sz w:val="20"/>
        </w:rPr>
        <w:t>17:24  Allah taala us ko, hum, hum is mein us ki, uska ajar de, us ke reward de.</w:t>
      </w:r>
      <w:r>
        <w:br/>
      </w:r>
      <w:r>
        <w:rPr>
          <w:sz w:val="20"/>
        </w:rPr>
        <w:t>17:34  to is tareeqe se main yeh baat jo keh raha hoon, yani us ko main, yani ek, ek bohat dil lage hain mujh ko us ko, us yahan tak pohnchne mein.</w:t>
      </w:r>
      <w:r>
        <w:br/>
      </w:r>
      <w:r>
        <w:rPr>
          <w:sz w:val="20"/>
        </w:rPr>
        <w:t>17:47  is mein, ah, meri daughter grand daughter Maria ki help kafi meri madadgar sabit hui. To yeh hai hooks bozan ka ek saada tasawwur.</w:t>
      </w:r>
      <w:r>
        <w:br/>
      </w:r>
      <w:r>
        <w:rPr>
          <w:sz w:val="20"/>
        </w:rPr>
        <w:t>18:04  lekin mujhe jo dilchaspi hai, jo main aap se arz karna chahta hoon, wo wo ek aur baat hai. Wo hai Quran se is ka talluq.</w:t>
      </w:r>
      <w:r>
        <w:br/>
      </w:r>
      <w:r>
        <w:rPr>
          <w:sz w:val="20"/>
        </w:rPr>
        <w:t>18:15  dekhen, Quran mein bohat hi ajeeb baat hai ke Quran mein ek ayat hai Surah Nisa, yani chapter four, verse number 82 mein:</w:t>
      </w:r>
      <w:r>
        <w:br/>
      </w:r>
      <w:r>
        <w:rPr>
          <w:sz w:val="20"/>
        </w:rPr>
        <w:t>18:34  "Afla tadabbar al Quran wa lau kana min inda ghair Allah la wajadu fihi ikhtilafan kathira".</w:t>
      </w:r>
      <w:r>
        <w:br/>
      </w:r>
      <w:r>
        <w:rPr>
          <w:sz w:val="20"/>
        </w:rPr>
        <w:t>18:42  sach poochhen to mujhe Quran wala jo aspect hai, usi se dilchaspi hai mujhe. Usi ke liye maine yeh tamheed bayan ki aap ko. To yeh jo ayat hai Surah Nisa mein, is ka matlab yeh hai ke kya yeh log Quran par ghaur nahi karte?</w:t>
      </w:r>
      <w:r>
        <w:br/>
      </w:r>
      <w:r>
        <w:rPr>
          <w:sz w:val="20"/>
        </w:rPr>
        <w:t>18:59  Quran par ghaur nahi karte, tadabbur nahi karte?</w:t>
      </w:r>
      <w:r>
        <w:br/>
      </w:r>
      <w:r>
        <w:rPr>
          <w:sz w:val="20"/>
        </w:rPr>
        <w:t>19:03  agar Quran Allah ke siwa kisi aur ki taraf se hota to wo is ke andar bohat zyada ikhtilaf paate.</w:t>
      </w:r>
      <w:r>
        <w:br/>
      </w:r>
      <w:r>
        <w:rPr>
          <w:sz w:val="20"/>
        </w:rPr>
        <w:t>19:13  yeh ikhtilaf ka lafz hai, bohat hi important hai. Mufassireen ikhtilaf ko samajhne mein zyada kamyab nahi hue hain. Lekin yeh maine is pe bohat ghaur kiya.</w:t>
      </w:r>
      <w:r>
        <w:br/>
      </w:r>
      <w:r>
        <w:rPr>
          <w:sz w:val="20"/>
        </w:rPr>
        <w:t>19:25  to yeh bhi meri ek discovery hai Allah ke fazl se.</w:t>
      </w:r>
      <w:r>
        <w:br/>
      </w:r>
      <w:r>
        <w:rPr>
          <w:sz w:val="20"/>
        </w:rPr>
        <w:t>19:29  ikhtilaf ke ma'ne yahan par jo aam taur par jo lafz bola jata hai, is tarah wo ma'ne nahi hain. Yahan par ma'ne hain inconsistency ya adam mutabiqat.</w:t>
      </w:r>
      <w:r>
        <w:br/>
      </w:r>
      <w:r>
        <w:rPr>
          <w:sz w:val="20"/>
        </w:rPr>
        <w:t>19:42  yeh matlab hai is ka. Yani ikhtilaf kis ke beech mein? Quran ki ayaton ke beech mein nahi.</w:t>
      </w:r>
      <w:r>
        <w:br/>
      </w:r>
      <w:r>
        <w:rPr>
          <w:sz w:val="20"/>
        </w:rPr>
        <w:t>19:51  Quran aur kharji haqiqaton ke beech mein ikhtilaf.</w:t>
      </w:r>
      <w:r>
        <w:br/>
      </w:r>
      <w:r>
        <w:rPr>
          <w:sz w:val="20"/>
        </w:rPr>
        <w:t>19:57  yani ek hai Quran ka statement aur ek hai world of facts jo Quran se bahar hai. To world of facts mein aur Quran ke statement mein koi ikhtilaf nahi hoga.</w:t>
      </w:r>
      <w:r>
        <w:br/>
      </w:r>
      <w:r>
        <w:rPr>
          <w:sz w:val="20"/>
        </w:rPr>
        <w:t>20:11  yani inconsistency nahi hogi. Adam mutabiqat nahi hogi. Yeh bohat ajeeb statement tha. Kyun ke aap jante hain ke Quran seven century ke first quarter mein utra.</w:t>
      </w:r>
      <w:r>
        <w:br/>
      </w:r>
      <w:r>
        <w:rPr>
          <w:sz w:val="20"/>
        </w:rPr>
        <w:t>20:26  us waqt kuch bhi nahi tha duniya mein. Na science thi, na telescope thi, na microscope thi, na us waqt tick computer tha, na us waqt aaj kal ke jo tareeqe hain research karne ke, wo sab kuch the.</w:t>
      </w:r>
      <w:r>
        <w:br/>
      </w:r>
      <w:r>
        <w:rPr>
          <w:sz w:val="20"/>
        </w:rPr>
        <w:t>20:40  wo traditional daur tha. Log suppressed mein jeete the. Kisi cheez ko jo insan janta nahi tha. Us waqt yeh ayat utri.</w:t>
      </w:r>
      <w:r>
        <w:br/>
      </w:r>
      <w:r>
        <w:rPr>
          <w:sz w:val="20"/>
        </w:rPr>
        <w:t>20:50  is ayat ko agar is se jodiye aap ke Quran ek abadi kitab hai. Yeh waqti kitab nahi hai.</w:t>
      </w:r>
      <w:r>
        <w:br/>
      </w:r>
      <w:r>
        <w:rPr>
          <w:sz w:val="20"/>
        </w:rPr>
        <w:t>20:58  to is ko jod kar sochiye to ek abadi challenge tha yeh. Eternal challenge. Yani Quran rahega qayamat tak ke liye.</w:t>
      </w:r>
      <w:r>
        <w:br/>
      </w:r>
      <w:r>
        <w:rPr>
          <w:sz w:val="20"/>
        </w:rPr>
        <w:t>21:09  to is ka matlab yeh hua ke qayamat tak jo baatein insan daryaft karega, universe of fact jo abhi hidden hai, us ko jab daryaft karega to jo statement Quran mein hai, us se us ki is mein mutabiqat rahegi</w:t>
      </w:r>
      <w:r>
        <w:br/>
      </w:r>
      <w:r>
        <w:rPr>
          <w:sz w:val="20"/>
        </w:rPr>
        <w:t>21:27  . Adam, adam mutabiqat nahi hogi. Inconsistency hogi. Yeh kitni ajeeb baat hai. Yeh seven century ke first quarter mein Quran yeh kehta hai ke baad ko jab saensy daur aayega, discovery ka daur aayega,</w:t>
      </w:r>
      <w:r>
        <w:br/>
      </w:r>
      <w:r>
        <w:rPr>
          <w:sz w:val="20"/>
        </w:rPr>
        <w:t>21:45  aur university of fact ko log daryaft karein ge, is waqt quran ke statement mein aur jo jo discovery hogi, us mein koi cons, koi inconsistency nahi hogi.</w:t>
      </w:r>
      <w:r>
        <w:br/>
      </w:r>
      <w:r>
        <w:rPr>
          <w:sz w:val="20"/>
        </w:rPr>
        <w:t>22:01  koi adam mutabi</w:t>
      </w:r>
      <w:r>
        <w:br/>
      </w:r>
      <w:r>
        <w:rPr>
          <w:sz w:val="20"/>
        </w:rPr>
        <w:t>22:03  qat nahi hogi. yeh koi ek challenge tha, challenge. to aap ghor kijiye ke bohat ajeeb o ghareeb tor par baatein sabit ho rahi hain.</w:t>
      </w:r>
      <w:r>
        <w:br/>
      </w:r>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r>
        <w:br/>
      </w:r>
      <w:r>
        <w:rPr>
          <w:sz w:val="20"/>
        </w:rPr>
        <w:t>26:00  kaisi ajeeb baat yeh hai. isi tarah ki ek misal yeh hai jis par hum is waqt baat kar rahe hain.</w:t>
      </w:r>
      <w:r>
        <w:br/>
      </w:r>
      <w:r>
        <w:rPr>
          <w:sz w:val="20"/>
        </w:rPr>
        <w:t>26:09  to quran mein dekhiye surah al anbiya jo chapter number 21 hai, is ki aik woh ayat hai jo yeh hai ke "inna al samawati wal arda kanata rataqan fataqnahuma wa ja'alna min al ma'i kulla shai'in hayyin".</w:t>
      </w:r>
      <w:r>
        <w:br/>
      </w:r>
      <w:r>
        <w:rPr>
          <w:sz w:val="20"/>
        </w:rPr>
        <w:t>26:33  yeh hai chapter 21 verse 30 yani al anbiya ki teesri ayat. to is ka is ka matlab kya hai?</w:t>
      </w:r>
      <w:r>
        <w:br/>
      </w:r>
      <w:r>
        <w:rPr>
          <w:sz w:val="20"/>
        </w:rPr>
        <w:t>26:46  is ka tarjuma yeh hai ke "the heavens and the earth were</w:t>
      </w:r>
      <w:r>
        <w:br/>
      </w:r>
      <w:r>
        <w:rPr>
          <w:sz w:val="20"/>
        </w:rPr>
        <w:t>26:56  joint together, then we split them asunder".</w:t>
      </w:r>
      <w:r>
        <w:br/>
      </w:r>
      <w:r>
        <w:rPr>
          <w:sz w:val="20"/>
        </w:rPr>
        <w:t>27:04  yani zameen aur aasman aapas mein jure hue thay, phir hum ne is ko alag kar diya. aur phir hum ne pani bana se har cheez banai, zinda cheez.</w:t>
      </w:r>
      <w:r>
        <w:br/>
      </w:r>
      <w:r>
        <w:rPr>
          <w:sz w:val="20"/>
        </w:rPr>
        <w:t>27:16  is mein dekhen do lafz istemal hua hai: rataq aur fataq. yani zameen o aasman is se pehle fataq rataq ki halat mein thay.</w:t>
      </w:r>
      <w:r>
        <w:br/>
      </w:r>
      <w:r>
        <w:rPr>
          <w:sz w:val="20"/>
        </w:rPr>
        <w:t>27:27  rataq kehte hain arabi mein kehte hain munzamir ajza, jaise yeh hai. yeh munzamir ajza aik doosre mein juda hua.</w:t>
      </w:r>
      <w:r>
        <w:br/>
      </w:r>
      <w:r>
        <w:rPr>
          <w:sz w:val="20"/>
        </w:rPr>
        <w:t>27:39  munzamir ajza yani joint together.</w:t>
      </w:r>
      <w:r>
        <w:br/>
      </w:r>
      <w:r>
        <w:rPr>
          <w:sz w:val="20"/>
        </w:rPr>
        <w:t>27:44  to kaisi ajeeb baat hai ke quran yeh keh raha hai ke ibtida mein poora zameen o aasman ka jo mass hai, jo madah hai, poora ka poora aik aik hi wahid cheez mein aise juda hua tha.</w:t>
      </w:r>
      <w:r>
        <w:br/>
      </w:r>
      <w:r>
        <w:rPr>
          <w:sz w:val="20"/>
        </w:rPr>
        <w:t>28:02  rataq ki halat mein tha, yani integrated form mein tha.</w:t>
      </w:r>
      <w:r>
        <w:br/>
      </w:r>
      <w:r>
        <w:rPr>
          <w:sz w:val="20"/>
        </w:rPr>
        <w:t>28:08  p</w:t>
      </w:r>
      <w:r>
        <w:br/>
      </w:r>
      <w:r>
        <w:rPr>
          <w:sz w:val="20"/>
        </w:rPr>
        <w:t>28:09  har kya hua? fataq hua. fataq ka matlab kehte hain kholna, disintegrate karna. yeh bohat hi ajeeb hui baat hai ke pehle rataq tha, phir fataq hua.</w:t>
      </w:r>
      <w:r>
        <w:br/>
      </w:r>
      <w:r>
        <w:rPr>
          <w:sz w:val="20"/>
        </w:rPr>
        <w:t>28:21  yani pehle sari universe integrated form mein thi, phir is mein disintegration hua. to yeh aeen wohi cheez hai jis ko baad ko scientist science ne daryaft kiya big bang ki shakal mein</w:t>
      </w:r>
      <w:r>
        <w:br/>
      </w:r>
      <w:r>
        <w:rPr>
          <w:sz w:val="20"/>
        </w:rPr>
        <w:t>28:36  . big bang ki theory yahi hai ke pehle poori kainat aik bohat bade cosmic ball ki surat mein thi.</w:t>
      </w:r>
      <w:r>
        <w:br/>
      </w:r>
      <w:r>
        <w:rPr>
          <w:sz w:val="20"/>
        </w:rPr>
        <w:t>28:46  bohat yani sare particle jo universe mein aaj hain, woh sab ke sab jure hue thay. is ko kaha jata hai cosmic ball.</w:t>
      </w:r>
      <w:r>
        <w:br/>
      </w:r>
      <w:r>
        <w:rPr>
          <w:sz w:val="20"/>
        </w:rPr>
        <w:t>28:57  to is mein aik fusion hua. is tarah hua, tab ja kar ke aisa hua ke sare particle bikhargaye.</w:t>
      </w:r>
      <w:r>
        <w:br/>
      </w:r>
      <w:r>
        <w:rPr>
          <w:sz w:val="20"/>
        </w:rPr>
        <w:t>29:04  yehi to hua. rataq tha, phir fataq hua. aeen wohi cheez hai. rataq tha, phir fataq hua.</w:t>
      </w:r>
      <w:r>
        <w:br/>
      </w:r>
      <w:r>
        <w:rPr>
          <w:sz w:val="20"/>
        </w:rPr>
        <w:t>29:12  is ke baad farmaya ke "wa ja'alna min al ma'i kulla shai'in hayyin" aur hum ne banaya pani se tamam zindagi zinda cheezen.</w:t>
      </w:r>
      <w:r>
        <w:br/>
      </w:r>
      <w:r>
        <w:rPr>
          <w:sz w:val="20"/>
        </w:rPr>
        <w:t>29:23  is mein dekhiye, pani ki aik alamat misal de kar cheezen kaise form hui, woh bataya gaya hai ke woh woh jo disintegration, disintegration hua tha, tamam particle ka, to phir is ko Allah taala ne phir jora.</w:t>
      </w:r>
      <w:r>
        <w:br/>
      </w:r>
      <w:r>
        <w:rPr>
          <w:sz w:val="20"/>
        </w:rPr>
        <w:t>29:43  isi mein se aik misal hai pani ki, jis mein aap jante hain ke do element hotay hain, yani oxygen aur hydrogen.</w:t>
      </w:r>
      <w:r>
        <w:br/>
      </w:r>
      <w:r>
        <w:rPr>
          <w:sz w:val="20"/>
        </w:rPr>
        <w:t>29:54  hydrogen aur oxygen ke jo do atom ke milne se wahan par aik molecule banta hai.</w:t>
      </w:r>
      <w:r>
        <w:br/>
      </w:r>
      <w:r>
        <w:rPr>
          <w:sz w:val="20"/>
        </w:rPr>
        <w:t>30:04  phir molecule se</w:t>
      </w:r>
      <w:r>
        <w:br/>
      </w:r>
      <w:r>
        <w:rPr>
          <w:sz w:val="20"/>
        </w:rPr>
        <w:t>30:09  wo hota hai, yani aik bohat bada, is ka bohat hi yani complex tareeqa hai. to bahar hal, hydrogen, hydrogen, oxygen ke jo jo particle thay, woh sab to fiza bikhre hue thay.</w:t>
      </w:r>
      <w:r>
        <w:br/>
      </w:r>
      <w:r>
        <w:rPr>
          <w:sz w:val="20"/>
        </w:rPr>
        <w:t>30:24  jab woh aapas mein jarengay, tab to atom atom banega. to bikhre hue particle jure aur phir molecule bana aur phir atom bana is ka,</w:t>
      </w:r>
      <w:r>
        <w:br/>
      </w:r>
      <w:r>
        <w:rPr>
          <w:sz w:val="20"/>
        </w:rPr>
        <w:t>30:37  yani oxygen ka aur hydrogen ka, phir molecule bana.</w:t>
      </w:r>
      <w:r>
        <w:br/>
      </w:r>
      <w:r>
        <w:rPr>
          <w:sz w:val="20"/>
        </w:rPr>
        <w:t>30:41  to ain wahi cheez yeh hai jis ko aaj is science ne ka yeh jo daawa hai ke daryaft kiya hum ne is is particle ko jis ne mass diya.</w:t>
      </w:r>
      <w:r>
        <w:br/>
      </w:r>
      <w:r>
        <w:rPr>
          <w:sz w:val="20"/>
        </w:rPr>
        <w:t>30:52  kyun ke mass agar na hota to aik doosre ke liye attraction nahi hota. kyun ke madi cheezein aik doosre ko kheenchti hain. is mein yaani attraction hota hai.</w:t>
      </w:r>
      <w:r>
        <w:br/>
      </w:r>
      <w:r>
        <w:rPr>
          <w:sz w:val="20"/>
        </w:rPr>
        <w:t>31:04  to kaisi ajeeb baat hai ke jo statement quran mein tha, ain usi ke mutabiq aaj discovery hui hai.</w:t>
      </w:r>
      <w:r>
        <w:br/>
      </w:r>
      <w:r>
        <w:rPr>
          <w:sz w:val="20"/>
        </w:rPr>
        <w:t>31:14  farq sirf kya hai? farq yeh hai ke jo theist bind hai, jo khuda ko banne baghair chahte hain, yaani kainat ko explain karna, woh samajhte hain ke isi yaani Higgs Boson se wajood mein aayi kainat.</w:t>
      </w:r>
      <w:r>
        <w:br/>
      </w:r>
      <w:r>
        <w:rPr>
          <w:sz w:val="20"/>
        </w:rPr>
        <w:t>31:33  lekin sawal yeh hai, Higgs Boson jo hai, us ko kis ne, kis ne us ko paida kiya?</w:t>
      </w:r>
      <w:r>
        <w:br/>
      </w:r>
      <w:r>
        <w:rPr>
          <w:sz w:val="20"/>
        </w:rPr>
        <w:t>31:40  yaani woh apne aap kaise paida ho gaya? woh to sawal phir bhi baqi hai, phir bhi baqi hai sawal.</w:t>
      </w:r>
      <w:r>
        <w:br/>
      </w:r>
      <w:r>
        <w:rPr>
          <w:sz w:val="20"/>
        </w:rPr>
        <w:t>31:51  is aik baat mein yaad dilaun jo mein ne apni kitaab mein likhi hai "God Arises" mein ke jab Newton ke zamanay mein jab woh daryaft hua ke duniya mein principle of causation hai, yaani cause and effect ka usool hai,</w:t>
      </w:r>
      <w:r>
        <w:br/>
      </w:r>
      <w:r>
        <w:rPr>
          <w:sz w:val="20"/>
        </w:rPr>
        <w:t>32:09  aik cause hota hai, phir us ka effect hota hai. tamam cheezein jo duniya mein hain, woh sab principle of causation se chal rahi hain, control ho rahi hain.</w:t>
      </w:r>
      <w:r>
        <w:br/>
      </w:r>
      <w:r>
        <w:rPr>
          <w:sz w:val="20"/>
        </w:rPr>
        <w:t>32:23  to us waqt yeh kaha gaya hai ke ab khuda ki zaroorat nahi hai, ab khuda ki zaroorat nahi. hum ne maloom kar liya ke cheezein kaise bani</w:t>
      </w:r>
      <w:r>
        <w:br/>
      </w:r>
      <w:r>
        <w:rPr>
          <w:sz w:val="20"/>
        </w:rPr>
        <w:t>32:32  ti hain. to us waqt kaha gaya tha ke jab apni daryaft kar liya, law of nature jo hai, woh cheezon ko shape deta hai, to ab khuda ki kya zaroorat hai?</w:t>
      </w:r>
      <w:r>
        <w:br/>
      </w:r>
      <w:r>
        <w:rPr>
          <w:sz w:val="20"/>
        </w:rPr>
        <w:t>32:41  khuda ki koi zaroorat nahi hai. yaani Newton ke baad jo daryaften huien, us se maloom hua ke jis ko hum nature kehte hain, fitrat, saari cheezein, yaani science ki zubaan mein jo kuch bhi hai, woh sab nature hai.</w:t>
      </w:r>
      <w:r>
        <w:br/>
      </w:r>
      <w:r>
        <w:rPr>
          <w:sz w:val="20"/>
        </w:rPr>
        <w:t>32:56  chahe insaan ho, chahe ghaas ho, chahe</w:t>
      </w:r>
      <w:r>
        <w:br/>
      </w:r>
      <w:r>
        <w:rPr>
          <w:sz w:val="20"/>
        </w:rPr>
        <w:t>33:02  sitare hon, sayare hon, sab nature hain. to agar yeh nature jo hai, cause and effect ke usool ke tehat bani hai,</w:t>
      </w:r>
      <w:r>
        <w:br/>
      </w:r>
      <w:r>
        <w:rPr>
          <w:sz w:val="20"/>
        </w:rPr>
        <w:t>33:13  to phir khuda ki kya zaroorat hai? koi cause and effect ko samjha ke hi khuda, yaani ab khuda ke manne ki zaroorat nahi hai.</w:t>
      </w:r>
      <w:r>
        <w:br/>
      </w:r>
      <w:r>
        <w:rPr>
          <w:sz w:val="20"/>
        </w:rPr>
        <w:t>33:27  halan ke yeh yeh galat fehmi thi. kyun ke sawal ab bhi baqi tha ke khud nature ko, khud nature ke course ko, khud law of causation ko kis ne wajood diya?</w:t>
      </w:r>
      <w:r>
        <w:br/>
      </w:r>
      <w:r>
        <w:rPr>
          <w:sz w:val="20"/>
        </w:rPr>
        <w:t>33:38  woh kaise wajood aaya?</w:t>
      </w:r>
      <w:r>
        <w:br/>
      </w:r>
      <w:r>
        <w:rPr>
          <w:sz w:val="20"/>
        </w:rPr>
        <w:t>33:42  yeh cheez sawal phir hi baqi tha. to unhon ne yeh kaha tha ke "if events are due to natural causes, they're not due to supernatural causes.</w:t>
      </w:r>
      <w:r>
        <w:br/>
      </w:r>
      <w:r>
        <w:rPr>
          <w:sz w:val="20"/>
        </w:rPr>
        <w:t>33:55  if events are due to natural causes, they're not due to supernatural causes." to mein ne likha tha apni kitaab mein ke "nature does not explain, she is she itself is in need of explanation." nature explain nahi karti, balkay dobara is sawal hai ke nature ko kis ne takhleeq kiya?</w:t>
      </w:r>
      <w:r>
        <w:br/>
      </w:r>
      <w:r>
        <w:rPr>
          <w:sz w:val="20"/>
        </w:rPr>
        <w:t>34:17  dobara yeh sawal hai. wahi haal wahan aik muamla yahan hai ke Higgs Boson explain nahi karta, yaani full stop nahi lag jata yahan par.</w:t>
      </w:r>
      <w:r>
        <w:br/>
      </w:r>
      <w:r>
        <w:rPr>
          <w:sz w:val="20"/>
        </w:rPr>
        <w:t>34:28  ab sawal yeh hai ke khud Higgs Boson ko kis ne takhleeq kiya? yaani aisa ajeeb o ghareeb particle jo agarchay unstable hai, aisa ajeeb o ghareeb particle ke woh tamam particle ko mass de deta hai.</w:t>
      </w:r>
      <w:r>
        <w:br/>
      </w:r>
      <w:r>
        <w:rPr>
          <w:sz w:val="20"/>
        </w:rPr>
        <w:t>34:44  yeh kaisi ajeeb baat hai?</w:t>
      </w:r>
      <w:r>
        <w:br/>
      </w:r>
      <w:r>
        <w:rPr>
          <w:sz w:val="20"/>
        </w:rPr>
        <w:t>34:47  jo particle mein mass nahi tha, yeh us ko mass deta hai aur phir saari kainat wajood mein aati hai. chahe pani ho, chahe mountain ho, chahe insaan ho, chahe darakht ho, sab wajood mein aate hain.</w:t>
      </w:r>
      <w:r>
        <w:br/>
      </w:r>
      <w:r>
        <w:rPr>
          <w:sz w:val="20"/>
        </w:rPr>
        <w:t>34:59  to woh, woh, woh jo miraculous particle, woh khud kaise wajood mein aa gaya? to sawal to phir hi baqi hai.</w:t>
      </w:r>
      <w:r>
        <w:br/>
      </w:r>
      <w:r>
        <w:rPr>
          <w:sz w:val="20"/>
        </w:rPr>
        <w:t>35:09  to jab tak aap yeh na manen ke aik khuda hai jis ne big bang mein explosion kiya, aik khuda hai jis ne cosmic ball ko banaya, aik khuda hai jis ne particles ko mass diya,</w:t>
      </w:r>
      <w:r>
        <w:br/>
      </w:r>
      <w:r>
        <w:rPr>
          <w:sz w:val="20"/>
        </w:rPr>
        <w:t>35:27  to phir bhi sawal baqi rahe ga. sawal wahin ka wahin baqi rahe ga. kyun ke aap jo jo cheez, jo cheez aap ne daryaft ki hai, woh wahan, wahan, wahan full stop nahi lag jata</w:t>
      </w:r>
      <w:r>
        <w:br/>
      </w:r>
      <w:r>
        <w:rPr>
          <w:sz w:val="20"/>
        </w:rPr>
        <w:t>35:38  ۔ is ke baad yeh sawal baqi rehta hai. to mein yeh kahunga ke yeh yaani hamein apne mutale ko abhi aage le chalna hai.</w:t>
      </w:r>
      <w:r>
        <w:br/>
      </w:r>
      <w:r>
        <w:rPr>
          <w:sz w:val="20"/>
        </w:rPr>
        <w:t>35:53  mushkil yeh hai ke is mamle mein jo jo kaam jo log kar rahe hain, woh woh hain jo Khuda ko hadaf kar ke kaam kar rahe hain.</w:t>
      </w:r>
      <w:r>
        <w:br/>
      </w:r>
      <w:r>
        <w:rPr>
          <w:sz w:val="20"/>
        </w:rPr>
        <w:t>36:02  research jo kar rahe hain, jo log aur jo Khuda ko manane wale log hain, un ka is mein koi hissa nahin.</w:t>
      </w:r>
      <w:r>
        <w:br/>
      </w:r>
      <w:r>
        <w:rPr>
          <w:sz w:val="20"/>
        </w:rPr>
        <w:t>36:09  woh to apne ibadat khano mein ya apne madarson mein masroof hain. unhein pata bhi nahin ke kya nature hai, kya nature ke qawaneen hain.</w:t>
      </w:r>
      <w:r>
        <w:br/>
      </w:r>
      <w:r>
        <w:rPr>
          <w:sz w:val="20"/>
        </w:rPr>
        <w:t>36:21  to yaani yahan mein yeh kehna chahunga ke Quran ki ek aur ayat yaad dilana chahta hoon mein ke Quran mein ek ayat hai ke "sanureehim ayatina filafaq fi anfusihim hatta atbain alhaqq" ke hum dikhayen ke logon ko apni nishaniyan</w:t>
      </w:r>
      <w:r>
        <w:br/>
      </w:r>
      <w:r>
        <w:rPr>
          <w:sz w:val="20"/>
        </w:rPr>
        <w:t>36:48  kainat mein aur insano ke andar, yahan tak ke wazeh ho jaye ke haqq hai.</w:t>
      </w:r>
      <w:r>
        <w:br/>
      </w:r>
      <w:r>
        <w:rPr>
          <w:sz w:val="20"/>
        </w:rPr>
        <w:t>36:55  yehi to nishaniyan hain, yehi to nishaniyan hain. to jo jo ehle iman the, jo Allah ko manane wale the, unhone in nishaniyon ko discover nahin kiya.</w:t>
      </w:r>
      <w:r>
        <w:br/>
      </w:r>
      <w:r>
        <w:rPr>
          <w:sz w:val="20"/>
        </w:rPr>
        <w:t>37:07  unhone is mamle mein koi kaam nahin kiya. woh doosre se kaam masroof ho gaye.</w:t>
      </w:r>
      <w:r>
        <w:br/>
      </w:r>
      <w:r>
        <w:rPr>
          <w:sz w:val="20"/>
        </w:rPr>
        <w:t>37:12  to Allah taala ne ek scientific community wajood mein layi. Allah taala scientific community, jo ke Bukhari mein ek riwayat hai ke "innallaha yuzirr al-fajir" ke Allah fajir insan ke zariye bhi madad karega.</w:t>
      </w:r>
      <w:r>
        <w:br/>
      </w:r>
      <w:r>
        <w:rPr>
          <w:sz w:val="20"/>
        </w:rPr>
        <w:t>37:29  is deen ki fajir se murad yahan par secular hai. fajir se murad ma'roof fajir nahin hai. to bas batao ke scientific community is se murad</w:t>
      </w:r>
      <w:r>
        <w:br/>
      </w:r>
      <w:r>
        <w:rPr>
          <w:sz w:val="20"/>
        </w:rPr>
        <w:t>37:38  hai. yeh scientific community woh cheezen daryaft karegi jis se tamam haqq haqiqaten hain, jo jo Quran mein bator nadri ke batai gayi hain, woh bator waqe ke logon ke samne aa jayengi.</w:t>
      </w:r>
      <w:r>
        <w:br/>
      </w:r>
      <w:r>
        <w:rPr>
          <w:sz w:val="20"/>
        </w:rPr>
        <w:t>37:52  to yeh mein samajhta hoon ke yaani agarche ehle iman khud is qism ki discovery nahin kar sake, lekin ab unhein chahiye karna hai ke is ko istemal karen, is ko bator data ke.</w:t>
      </w:r>
      <w:r>
        <w:br/>
      </w:r>
      <w:r>
        <w:rPr>
          <w:sz w:val="20"/>
        </w:rPr>
        <w:t>38:07  yeh unhone facts ko daryaft kar ke hamein de diya, unhone data daryaft kar ke hamein de diya. is tarah hamein ek scientific framework de diya hai, is ko hamein istemal karna chahiye aur istemal kar ke hamein yaani apne iman mein izafa karna chahiye aur is ko dawat ke liye istemal karna chahiye.</w:t>
      </w:r>
      <w:r>
        <w:br/>
      </w:r>
      <w:r>
        <w:rPr>
          <w:sz w:val="20"/>
        </w:rPr>
        <w:t>38:27  yeh hai. to mera jo is waqt jo kehna hai God Particle ke bare mein to mein is waqt koi koi scientific taqreer nahin kar raha hoon.</w:t>
      </w:r>
      <w:r>
        <w:br/>
      </w:r>
      <w:r>
        <w:rPr>
          <w:sz w:val="20"/>
        </w:rPr>
        <w:t>38:37  yeh keh raha hoon ke God Particle ki jo daryaft hai, woh daryaft bohat ajeeb o ghareeb tor par Quran ke is miyar par Quran ki sadaqat ko sabit kar rahi hai ke ke Quran ke nuzool ke baad jo daryaften hongi, jo discoveries hongi, woh Quran ke bayan ko confirm karti chali jayengi kyunke un mein aur un mein takrao nahin hoga,</w:t>
      </w:r>
      <w:r>
        <w:br/>
      </w:r>
      <w:r>
        <w:rPr>
          <w:sz w:val="20"/>
        </w:rPr>
        <w:t>39:04  adam mutabiqat nahin hogi, inconsistency nahin hogi. to yeh kaisi ajeeb baat hai? yeh bohat zyada ajeeb baat hai. yeh</w:t>
      </w:r>
      <w:r>
        <w:br/>
      </w:r>
      <w:r>
        <w:rPr>
          <w:sz w:val="20"/>
        </w:rPr>
        <w:t>39:14  to mujhe is waqt jo hai isi pehlu par yaani isi pehlu, isi pehlu ko highlight karna hai.</w:t>
      </w:r>
      <w:r>
        <w:br/>
      </w:r>
      <w:r>
        <w:rPr>
          <w:sz w:val="20"/>
        </w:rPr>
        <w:t>39:24  yeh yeh jo pehlu hai ke Quran ki sadaqat se is se sabit hoti hai. yeh yeh jo logon ka kuch log yeh nikalte hain is se ke science ne Khuda ko sabit kar diya, yeh galat baat hai.</w:t>
      </w:r>
      <w:r>
        <w:br/>
      </w:r>
      <w:r>
        <w:rPr>
          <w:sz w:val="20"/>
        </w:rPr>
        <w:t>39:41  science, science ka subject Khuda nahin hai. science ka subject Khuda nahin hai. science subject jo hai, woh cheezen jo hamare observation mein aati hain, jin ka hum explain kar sakte hain,</w:t>
      </w:r>
      <w:r>
        <w:br/>
      </w:r>
      <w:r>
        <w:rPr>
          <w:sz w:val="20"/>
        </w:rPr>
        <w:t>39:58  jo jo hamare microscope aur hawai telescope se jin ko hum pata kar sakte hain, woh is ka subject hai. Khuda is subject mein hai hi nahin.</w:t>
      </w:r>
      <w:r>
        <w:br/>
      </w:r>
      <w:r>
        <w:rPr>
          <w:sz w:val="20"/>
        </w:rPr>
        <w:t>40:09  lekin chunke yeh cheezen kya, yeh sab creation hai, Khuda ki takhleeq hai. to is ke bare mein jab daryaften hoti hain to woh khaliq ki tasdeeq ke hum ma'ni ban jati hain.</w:t>
      </w:r>
      <w:r>
        <w:br/>
      </w:r>
      <w:r>
        <w:rPr>
          <w:sz w:val="20"/>
        </w:rPr>
        <w:t>40:20  khaliq ki tasdeeq ke hum ma'ni. yahan mein ek baat yeh bhi arz karna chahunga ke kuch log yeh samajhte hain ke scientists mulhid hote hain, Islam woh haqq ke dushman hote hain waghera</w:t>
      </w:r>
      <w:r>
        <w:br/>
      </w:r>
      <w:r>
        <w:rPr>
          <w:sz w:val="20"/>
        </w:rPr>
        <w:t>40:33  hai. aisa nahin hai ke mislan ek sahab ne kaha ke jab yeh sab science, science yahan tak pahunch chuki hai to scientists Khuda ko manta kyun nahin?</w:t>
      </w:r>
      <w:r>
        <w:br/>
      </w:r>
      <w:r>
        <w:rPr>
          <w:sz w:val="20"/>
        </w:rPr>
        <w:t>40:45  yeh wahan tak pahunch gayi to scientists Khuda ko manta kyun nahin? yeh baat sahi nahin hai mere nazdeek. kyunke aap dekhiye, science ka jo mozu hai, woh speech, woh na spiritual hai na religious hai.</w:t>
      </w:r>
      <w:r>
        <w:br/>
      </w:r>
      <w:r>
        <w:rPr>
          <w:sz w:val="20"/>
        </w:rPr>
        <w:t>40:59  woh na yeh hai na woh hai. woh to, woh, woh to sirf hai jo yaani kainat ka jo contritive aspect hai, is ka mutala karna.</w:t>
      </w:r>
      <w:r>
        <w:br/>
      </w:r>
      <w:r>
        <w:rPr>
          <w:sz w:val="20"/>
        </w:rPr>
        <w:t>41:13  kamyabi aspect jo hai</w:t>
      </w:r>
      <w:r>
        <w:br/>
      </w:r>
      <w:r>
        <w:rPr>
          <w:sz w:val="20"/>
        </w:rPr>
        <w:t>41:18  kainat ka ya material, material world ka jo contritive, contritive aspect hai, is ka mutala karna, is ka mozu hai. woh is ke mozu se kharij hai.</w:t>
      </w:r>
      <w:r>
        <w:br/>
      </w:r>
      <w:r>
        <w:rPr>
          <w:sz w:val="20"/>
        </w:rPr>
        <w:t>41:28  jise hum aap farz kijiye quran ka mutala karein to hum us waqt hawae doosri kitabein hamare bojh se kharij rahein gi. to scientist ko main samajhta hoon ke is par yeh yani blame nahi dena chahiye ke woh yeh sari daryaften karne ke baad bhi khuda ko mante kyun nahi.</w:t>
      </w:r>
      <w:r>
        <w:br/>
      </w:r>
      <w:r>
        <w:rPr>
          <w:sz w:val="20"/>
        </w:rPr>
        <w:t>41:49  basic baat woh, woh un ki jo conditioning hai, un ka jo mind hai, woh nahi jo hamara hai.</w:t>
      </w:r>
      <w:r>
        <w:br/>
      </w:r>
      <w:r>
        <w:rPr>
          <w:sz w:val="20"/>
        </w:rPr>
        <w:t>41:56  hum aap mazhabi istalah mein sochte hain, hum aap yani khuda ko man kar chalte hain, wahan yeh masla nahi hai.</w:t>
      </w:r>
      <w:r>
        <w:br/>
      </w:r>
      <w:r>
        <w:rPr>
          <w:sz w:val="20"/>
        </w:rPr>
        <w:t>42:05  wahan to masla yeh hai ke kainat ka jo woh, woh, woh pehlu jo observation, observation mein aata hai, jis ko hum tajurba kar sakte hain, is ke mutala ko unhone apna mozu banaya</w:t>
      </w:r>
      <w:r>
        <w:br/>
      </w:r>
      <w:r>
        <w:rPr>
          <w:sz w:val="20"/>
        </w:rPr>
        <w:t>42:18  hai. bas hamein jo, jo hamein, hamara jo, hamare liye jo itminan bakhsh cheez hai, yeh hai ke khuda ko mozu banaye baghair unhone kainat ki tehqeeq ki aur bohat ajeeb tor par woh jitni bhi cheezein daryaft huien, woh sab quran ki tasdeeq ban gaein.</w:t>
      </w:r>
      <w:r>
        <w:br/>
      </w:r>
      <w:r>
        <w:rPr>
          <w:sz w:val="20"/>
        </w:rPr>
        <w:t>42:38  kisi ajeeb baat hai</w:t>
      </w:r>
      <w:r>
        <w:br/>
      </w:r>
      <w:r>
        <w:rPr>
          <w:sz w:val="20"/>
        </w:rPr>
        <w:t>42:39  ! un ka concern na khuda tha na quran tha. yeh un ka yeh concern hi nahi tha. woh adalat, adalat, adalatana tor par unhone tehqeeq ki.</w:t>
      </w:r>
      <w:r>
        <w:br/>
      </w:r>
      <w:r>
        <w:rPr>
          <w:sz w:val="20"/>
        </w:rPr>
        <w:t>42:49  adalatana tor par un ka, jaise maine jo misal di ke yani farooq ki jo mummy ki hui lash jo nikali unhone, un ka, un ka concern quran ya khuda nahi tha.</w:t>
      </w:r>
      <w:r>
        <w:br/>
      </w:r>
      <w:r>
        <w:rPr>
          <w:sz w:val="20"/>
        </w:rPr>
        <w:t>43:04  woh to aik historical zouq ke tehat, kyun ke yani woh scholar thay, secular scholar, woh apne zouq ke tehat woh har cheez ki tehqeeq kar rahe thay.</w:t>
      </w:r>
      <w:r>
        <w:br/>
      </w:r>
      <w:r>
        <w:rPr>
          <w:sz w:val="20"/>
        </w:rPr>
        <w:t>43:20  koi fir'auni ki tarah ke tehqeeq hi nahi hai, har cheez ki tehqeeq kar rahe thay. isi mein se woh bhi aik item ban gaya, wahan hi pahunch gaye. woh</w:t>
      </w:r>
      <w:r>
        <w:br/>
      </w:r>
      <w:r>
        <w:rPr>
          <w:sz w:val="20"/>
        </w:rPr>
        <w:t>43:28  to un ka yani un ka yeh subject nahi tha ke is se quran ki tasdeeq nikalen. nahi, un ka subject sirf yeh tha ke aaram mein kya hai, is ko nikalein, janein, is ko tehqeeq karein.</w:t>
      </w:r>
      <w:r>
        <w:br/>
      </w:r>
      <w:r>
        <w:rPr>
          <w:sz w:val="20"/>
        </w:rPr>
        <w:t>43:42  bas ab yeh is ka by product hai ke hum is ko le kar ke is ko quran ke haq mein istemal karein. yeh hamara kaam hai.</w:t>
      </w:r>
      <w:r>
        <w:br/>
      </w:r>
      <w:r>
        <w:rPr>
          <w:sz w:val="20"/>
        </w:rPr>
        <w:t>43:53  is tarah se god particle ka mamla bhi hai ke un ka yeh mozu god nahi hai. yeh to aik nickname hai ke is ko god kaha jane laga, warna is ka asal naam to jaise ke maine arz kiya yani hicks bozan hai.</w:t>
      </w:r>
      <w:r>
        <w:br/>
      </w:r>
      <w:r>
        <w:rPr>
          <w:sz w:val="20"/>
        </w:rPr>
        <w:t>44:08  to un ko is se matlab nahi ke khuda hai ya nahi hai. is se woh na yeh kehte hain ke khuda nahi hai, na yeh kehte hain ke khuda hai.</w:t>
      </w:r>
      <w:r>
        <w:br/>
      </w:r>
      <w:r>
        <w:rPr>
          <w:sz w:val="20"/>
        </w:rPr>
        <w:t>44:20  jaise einstein se poocha gaya tha ke kya aap atheist hain? einstein se aik shakhs ne poocha tha, yeh chupa hua hai is ki life mein ke us ne correspondence ki thi einstein se.</w:t>
      </w:r>
      <w:r>
        <w:br/>
      </w:r>
      <w:r>
        <w:rPr>
          <w:sz w:val="20"/>
        </w:rPr>
        <w:t>44:38  phir kaha aap khuda ke munkir hain? kya aap atheist hain? kya khuda ka inkar karte hain aap? to us ne likha tha is mein ke aap mujh ko atheist nahi kar sakt</w:t>
      </w:r>
      <w:r>
        <w:br/>
      </w:r>
      <w:r>
        <w:rPr>
          <w:sz w:val="20"/>
        </w:rPr>
        <w:t>44:48  e. main atheist nahi hoon. aap mujhe sirf agnostic samajh sakte hain. atheist nahi balkeh agnostic. yani agnostic ka matlab hota hai na, na yeh main kehta hoon ke khuda hai, na yeh kehta hoon ke khuda nahi hai.</w:t>
      </w:r>
      <w:r>
        <w:br/>
      </w:r>
      <w:r>
        <w:rPr>
          <w:sz w:val="20"/>
        </w:rPr>
        <w:t>45:05  mera koi statement is baray mein nahi hai, nafiya hai na isbata.</w:t>
      </w:r>
      <w:r>
        <w:br/>
      </w:r>
      <w:r>
        <w:rPr>
          <w:sz w:val="20"/>
        </w:rPr>
        <w:t>45:10  to yeh, yeh, yeh manna galat hai scientists ke baray mein.</w:t>
      </w:r>
      <w:r>
        <w:br/>
      </w:r>
      <w:r>
        <w:rPr>
          <w:sz w:val="20"/>
        </w:rPr>
        <w:t>45:19  yeh bohat sahi statement diya einstein ne mere nazdeek ke hamara case yani isi ka nahi balkeh har scientist ka case, atheist ka case nahi hai.</w:t>
      </w:r>
      <w:r>
        <w:br/>
      </w:r>
      <w:r>
        <w:rPr>
          <w:sz w:val="20"/>
        </w:rPr>
        <w:t>45:30  is ka case yahi hai ke woh is baray mein koi statement nahi dete. woh statement dete hain sirf is cheezon ke baray mein jo observation mein aati hai.</w:t>
      </w:r>
      <w:r>
        <w:br/>
      </w:r>
      <w:r>
        <w:rPr>
          <w:sz w:val="20"/>
        </w:rPr>
        <w:t>45:40  yeh to secular log hain jo atheist hain. unhone science ke nazriat ko hijack kar liya. hijack kar ke apni batein is se nikalte hain.</w:t>
      </w:r>
      <w:r>
        <w:br/>
      </w:r>
      <w:r>
        <w:rPr>
          <w:sz w:val="20"/>
        </w:rPr>
        <w:t>45:52  khud scientist ne aisa kuch nahi kiya. science, koi bhi science dan hain, jitne scientist hain mere ilm ke mutabiq, un mein se koi bhi munkir khuda nahi.</w:t>
      </w:r>
      <w:r>
        <w:br/>
      </w:r>
      <w:r>
        <w:rPr>
          <w:sz w:val="20"/>
        </w:rPr>
        <w:t>46:02  koi bhi yeh nahi kehta ke khuda nahi hai. koi bhi yeh nahi kehta ke main atheist hoon. yeh koi bhi nahi kehta.</w:t>
      </w:r>
      <w:r>
        <w:br/>
      </w:r>
      <w:r>
        <w:rPr>
          <w:sz w:val="20"/>
        </w:rPr>
        <w:t>46:10  sab ka case wahi hai jo Einstein ka case hai ke woh apne ko agnostic samajhte hain. na yeh daawa karte hain ke khuda hai, na yeh daawa karte hain ke khuda nahi hai.</w:t>
      </w:r>
      <w:r>
        <w:br/>
      </w:r>
      <w:r>
        <w:rPr>
          <w:sz w:val="20"/>
        </w:rPr>
        <w:t>46:22  toh hamara apna kaam hai ke unhon ne universe of fact ke baray mein jo baatein daryaft ki hain, hum us ka mutalia karein. mutalia kar ke is ko hum apne haq mein istemal karein.</w:t>
      </w:r>
      <w:r>
        <w:br/>
      </w:r>
      <w:r>
        <w:rPr>
          <w:sz w:val="20"/>
        </w:rPr>
        <w:t>46:36  aur yahan mein aik baat yaad karna chahunga ke kuch asbab se hamare ulma mein aik negative thinking aa gayi science ke baray mein.</w:t>
      </w:r>
      <w:r>
        <w:br/>
      </w:r>
      <w:r>
        <w:rPr>
          <w:sz w:val="20"/>
        </w:rPr>
        <w:t>46:45  woh samajhte hain ke science jo hai, koi anti-God ilm ka naam hai, mazhab ka hai ke khilaf.</w:t>
      </w:r>
      <w:r>
        <w:br/>
      </w:r>
      <w:r>
        <w:rPr>
          <w:sz w:val="20"/>
        </w:rPr>
        <w:t>46:53  toh yeh, yeh aik ajeeb baat is tarah hui ke jis zamane mein science ka zahoor hua, usi zamane mein istemar ka bhi zahoor hua.</w:t>
      </w:r>
      <w:r>
        <w:br/>
      </w:r>
      <w:r>
        <w:rPr>
          <w:sz w:val="20"/>
        </w:rPr>
        <w:t>47:02  yani colonialism, istemar aik saath dono ka zahoor hua. yani maghribi mein baray baray scientist hi paida hue, ab maghribi mein istemar hi paida hua.</w:t>
      </w:r>
      <w:r>
        <w:br/>
      </w:r>
      <w:r>
        <w:rPr>
          <w:sz w:val="20"/>
        </w:rPr>
        <w:t>47:14  aur istemar ne musalmanon ka jo political empire tha, us ko tod diya.</w:t>
      </w:r>
      <w:r>
        <w:br/>
      </w:r>
      <w:r>
        <w:rPr>
          <w:sz w:val="20"/>
        </w:rPr>
        <w:t>47:19  Mughal empire, Spanish empire, Ottoman empire sab tod diya. toh consciously ya unconsciously musalman ulma yeh samajh bethe ke yeh sab Islam dushman hain.</w:t>
      </w:r>
      <w:r>
        <w:br/>
      </w:r>
      <w:r>
        <w:rPr>
          <w:sz w:val="20"/>
        </w:rPr>
        <w:t>47:34  sab ko Islam dushman samajh liya unhon ne. yani sara West Islam dushman hai aur modern civilization Islam dushman hai, modern science Islam dushman hai.</w:t>
      </w:r>
      <w:r>
        <w:br/>
      </w:r>
      <w:r>
        <w:rPr>
          <w:sz w:val="20"/>
        </w:rPr>
        <w:t>47:44  yeh sab hua bilkul bekhabri mein.</w:t>
      </w:r>
      <w:r>
        <w:br/>
      </w:r>
      <w:r>
        <w:rPr>
          <w:sz w:val="20"/>
        </w:rPr>
        <w:t>47:47  aik arabi ka aik maqoola hai ke "al-nas adaa ma jahiloo". "al-nas adaa ma jahiloo" ka matlab hai ke log us baat ke dushman ban jate hain jis ko woh na jante hon.</w:t>
      </w:r>
      <w:r>
        <w:br/>
      </w:r>
      <w:r>
        <w:rPr>
          <w:sz w:val="20"/>
        </w:rPr>
        <w:t>48:02  toh na janne ki wajah se West se nafrat, maghribi tehzeeb se nafrat, hatta ke science se bhi nafrat na janne ki wajah se yeh</w:t>
      </w:r>
      <w:r>
        <w:br/>
      </w:r>
      <w:r>
        <w:rPr>
          <w:sz w:val="20"/>
        </w:rPr>
        <w:t>48:13  bohat ziyada nadani ki baatein hain. aur yeh sab bila baghair mutaliq. aise logon se jab mein baat karta hoon ke kya parha hai aap ne toh unhon ne kuch bhi nahi parha.</w:t>
      </w:r>
      <w:r>
        <w:br/>
      </w:r>
      <w:r>
        <w:rPr>
          <w:sz w:val="20"/>
        </w:rPr>
        <w:t>48:24  woh baghair parhe hue nafrat karte karte hain, baghair parhe hue. toh yaad rakhiye, har aik ko us ke maqam par rakh kar dekhiye.</w:t>
      </w:r>
      <w:r>
        <w:br/>
      </w:r>
      <w:r>
        <w:rPr>
          <w:sz w:val="20"/>
        </w:rPr>
        <w:t>48:35  aap scientist ko ya kisi ko jab jaanchen toh pehle yeh samjhein ke is ka, is ka apna moqaf kya hai, is ka apna stand kya hai.</w:t>
      </w:r>
      <w:r>
        <w:br/>
      </w:r>
      <w:r>
        <w:rPr>
          <w:sz w:val="20"/>
        </w:rPr>
        <w:t>48:46  toh woh yeh kehte hi nahi ke hum khuda ko dhoondh rahe hain. is ka yeh daawa nahi hai. toh is is par aap koi judge karein, us ko us par judge karne ki zaroorat hi nahi hai.</w:t>
      </w:r>
      <w:r>
        <w:br/>
      </w:r>
      <w:r>
        <w:rPr>
          <w:sz w:val="20"/>
        </w:rPr>
        <w:t>48:58  jo jo is ka daawa hai, us ke lehaz se us ko dekhiye.</w:t>
      </w:r>
      <w:r>
        <w:br/>
      </w:r>
      <w:r>
        <w:rPr>
          <w:sz w:val="20"/>
        </w:rPr>
        <w:t>49:04  toh mujhe Allah Akbar se kisi se nafrat nahi, na West se, na Western civilization se, na kisi kisi se bhi.</w:t>
      </w:r>
      <w:r>
        <w:br/>
      </w:r>
      <w:r>
        <w:rPr>
          <w:sz w:val="20"/>
        </w:rPr>
        <w:t>49:13  yeh Allah taala ne mera dil aisa banaya ke mere dil mein kisi ki nafrat aati nahi.</w:t>
      </w:r>
      <w:r>
        <w:br/>
      </w:r>
      <w:r>
        <w:rPr>
          <w:sz w:val="20"/>
        </w:rPr>
        <w:t>49:18  is liye mein bilkul objective tor par cheezon ko parhta hoon, objective tor par. toh mujhe bohat faida hota hai. aur haqeeqat yeh hai ke mein yeh kaha karta hoon ke science jo hai, poori ki poori jadeed ilm-e-kalam hai.</w:t>
      </w:r>
      <w:r>
        <w:br/>
      </w:r>
      <w:r>
        <w:rPr>
          <w:sz w:val="20"/>
        </w:rPr>
        <w:t>49:32  science jo hai, poori ki poori jadeed ilm-e-kalam hai. yani ilm-e-kalam ka matlab hota hai theology. yani theology ka matlab hota hai mazhab ko rational way mein pesh karna.</w:t>
      </w:r>
      <w:r>
        <w:br/>
      </w:r>
      <w:r>
        <w:rPr>
          <w:sz w:val="20"/>
        </w:rPr>
        <w:t>49:46  mazhab ko rational way mein pesh karne ka naam hota hai theology. toh poori ki poori science jo hai, theology hai. kyunke hum ko woh data deti hai, hum ko facts deti hai, hum ko maloomat deti hai jis ko le kar ke hum mazhab ko ziyada fortify kar sakein, ziyada us ko samajh sakein aur dawat mein us ko istemal kar sakein.</w:t>
      </w:r>
      <w:r>
        <w:br/>
      </w:r>
      <w:r>
        <w:rPr>
          <w:sz w:val="20"/>
        </w:rPr>
        <w:t>50:11  toh yeh yeh sab baatein bohat ziyada janne ki hain.</w:t>
      </w:r>
      <w:r>
        <w:br/>
      </w:r>
      <w:r>
        <w:rPr>
          <w:sz w:val="20"/>
        </w:rPr>
        <w:t>50:17  humein chahiye ke hum confusion mein na jayen. confusion mein us waqt jeeta hai aadmi jab ke cheezon ko sort out na kar sake.</w:t>
      </w:r>
      <w:r>
        <w:br/>
      </w:r>
      <w:r>
        <w:rPr>
          <w:sz w:val="20"/>
        </w:rPr>
        <w:t>50:27  jab aap cheezon ko sort out na kar sakein to aap confusion mein jeete hain. aur agar aap sort out kar lein to confusion khatam ho jata hai.</w:t>
      </w:r>
      <w:r>
        <w:br/>
      </w:r>
      <w:r>
        <w:rPr>
          <w:sz w:val="20"/>
        </w:rPr>
        <w:t>50:39  main ne aksar yahi dekha hai ke log cheezon ko sort out nahi kar paate. ek cheez ko doosri cheez se alag nahi kar paate.</w:t>
      </w:r>
      <w:r>
        <w:br/>
      </w:r>
      <w:r>
        <w:rPr>
          <w:sz w:val="20"/>
        </w:rPr>
        <w:t>50:47  to ajeeb ajeeb baatein karte hain, ajeeb ajeeb confusion mein padte hain. jaise main ne bataya ke aap ko aaj hi ke urdu akhbar mein chupa hai ke "zarre zarre mein Khuda hai".</w:t>
      </w:r>
      <w:r>
        <w:br/>
      </w:r>
      <w:r>
        <w:rPr>
          <w:sz w:val="20"/>
        </w:rPr>
        <w:t>50:58  yeh confusion ki baat hai, yeh bekhabri ki baat hai. jo cheez daryaft hui hai, us ka talluq is se harghiz nahi hai ke zarre zarre mein Khuda hai.</w:t>
      </w:r>
      <w:r>
        <w:br/>
      </w:r>
      <w:r>
        <w:rPr>
          <w:sz w:val="20"/>
        </w:rPr>
        <w:t>51:08  yeh hum ne khud se nikaal liya.</w:t>
      </w:r>
      <w:r>
        <w:br/>
      </w:r>
      <w:r>
        <w:rPr>
          <w:sz w:val="20"/>
        </w:rPr>
        <w:t>51:12  to bohat ziyada zaroori hai ke ghair badastana andaaz mein cheezon ko parha jaye, khaalis objective tor par cheezon ko parha jaye.</w:t>
      </w:r>
      <w:r>
        <w:br/>
      </w:r>
      <w:r>
        <w:rPr>
          <w:sz w:val="20"/>
        </w:rPr>
        <w:t>51:22  agar aap objectivity mein kami hogi to ab baat ko samajhne mein bhi kami ho jayegi. jitna ziyada aap objective honge, woh utna hi baaton ko samajh payenge.</w:t>
      </w:r>
      <w:r>
        <w:br/>
      </w:r>
      <w:r>
        <w:rPr>
          <w:sz w:val="20"/>
        </w:rPr>
        <w:t>51:37  utna ziyada yaani is zamane mein kaha jata hai ke "knowledge explosion" ka zamana hai. "knowledge explosion" yaani maloomati infijar.</w:t>
      </w:r>
      <w:r>
        <w:br/>
      </w:r>
      <w:r>
        <w:rPr>
          <w:sz w:val="20"/>
        </w:rPr>
        <w:t>51:50  to yeh saara jo maloomati infijar jo hai, woh sab yaani dawat-e-haq ke himayat karta hai, sab ka sab.</w:t>
      </w:r>
      <w:r>
        <w:br/>
      </w:r>
      <w:r>
        <w:rPr>
          <w:sz w:val="20"/>
        </w:rPr>
        <w:t>52:02  kyun ke maloomati infijar kya hai?</w:t>
      </w:r>
      <w:r>
        <w:br/>
      </w:r>
      <w:r>
        <w:rPr>
          <w:sz w:val="20"/>
        </w:rPr>
        <w:t>52:05  jo chupi hui haqiqatein theen fitrat mein, nature mein, unhi ko daryaft kiya hai logon ne. to woh kya hai? woh to Allah taala ka qanoon hai, Allah taala ki takhleeq hai.</w:t>
      </w:r>
      <w:r>
        <w:br/>
      </w:r>
      <w:r>
        <w:rPr>
          <w:sz w:val="20"/>
        </w:rPr>
        <w:t>52:16  lekin maloomati infijar jo hai, is se bekhabri ki bina par hum kal mujh se ek sahib ne bataya ke yahan ek bahar se koi Maulana sahib aaye thay Dilli mein, un ki taqreer hui</w:t>
      </w:r>
      <w:r>
        <w:br/>
      </w:r>
      <w:r>
        <w:rPr>
          <w:sz w:val="20"/>
        </w:rPr>
        <w:t>52:30  . bare dhoom se taqreer mein unhon ne kaha ke "dekhiye, is liye do Islam ke sirf do dushman hain. do dushman sirf hain Islam ke.</w:t>
      </w:r>
      <w:r>
        <w:br/>
      </w:r>
      <w:r>
        <w:rPr>
          <w:sz w:val="20"/>
        </w:rPr>
        <w:t>52:39  woh kaun hain? Yahoodi aur Isai." yeh bilkul baseless baat hai, koi dushman nahi.</w:t>
      </w:r>
      <w:r>
        <w:br/>
      </w:r>
      <w:r>
        <w:rPr>
          <w:sz w:val="20"/>
        </w:rPr>
        <w:t>52:50  isi zehan ki wajah se cheezon ko hum positive mein le nahi paate. kyun ke hum dushman samajhte hain. bohat bade bade kaam kiye hain Yahoodi ulma ne, bohat bade bade bade kaam kiye hain Isai ulma ne,</w:t>
      </w:r>
      <w:r>
        <w:br/>
      </w:r>
      <w:r>
        <w:rPr>
          <w:sz w:val="20"/>
        </w:rPr>
        <w:t>53:05  bohat bade bade kaam.</w:t>
      </w:r>
      <w:r>
        <w:br/>
      </w:r>
      <w:r>
        <w:rPr>
          <w:sz w:val="20"/>
        </w:rPr>
        <w:t>53:10  is ka ek pehlu dekhein yeh hai ke jo baatein Quran mein aayi hain, woh baatein bohat si aisi jo jo historical baatein hain, woh is mein bhi aayi hain, Bible mein aayi hain.</w:t>
      </w:r>
      <w:r>
        <w:br/>
      </w:r>
      <w:r>
        <w:rPr>
          <w:sz w:val="20"/>
        </w:rPr>
        <w:t>53:22  Bible jis ko ke Yahoodi mante hain aur Isai mante hain, to is ki wajah se woh is ki tehqeeq karte hain. Musalman to tehqeeq hi nahi kar sake.</w:t>
      </w:r>
      <w:r>
        <w:br/>
      </w:r>
      <w:r>
        <w:rPr>
          <w:sz w:val="20"/>
        </w:rPr>
        <w:t>53:31  misalan yeh jo Firon ki body wali baat hai, agarche ek Muslim mulk bhi thi woh, lekin Muslim tehqeeq hi nahi kar sakte thay.</w:t>
      </w:r>
      <w:r>
        <w:br/>
      </w:r>
      <w:r>
        <w:rPr>
          <w:sz w:val="20"/>
        </w:rPr>
        <w:t>53:41  Aram mein wahan gaya hoon, Cairo ke bahar desert hai, wahan par sab Aram hai. wahan par to ek Muslim mulk hai woh. to Firon ka body jis ka zikr hai Quran mein ke woh woh daryaft hoga,</w:t>
      </w:r>
      <w:r>
        <w:br/>
      </w:r>
      <w:r>
        <w:rPr>
          <w:sz w:val="20"/>
        </w:rPr>
        <w:t>53:57  woh woh body Muslim mulk mein hai, lekin Muslim mulk is ko kuch bhi nahi jante is bare mein. kyun? is ki yeh hai, is ki wajah yeh hai ke jo Aram hain, is mein bade bade gate lage hue hain.</w:t>
      </w:r>
      <w:r>
        <w:br/>
      </w:r>
      <w:r>
        <w:rPr>
          <w:sz w:val="20"/>
        </w:rPr>
        <w:t>54:11  to kabhi aisa hua ke is ke andar khol kar kisi ne kuch jhaanka hoga to us ko behosh ho gaya. woh to yeh wahan mashhoor ho gaya ke Aram mein laanat-ul-Firauna hai,</w:t>
      </w:r>
      <w:r>
        <w:br/>
      </w:r>
      <w:r>
        <w:rPr>
          <w:sz w:val="20"/>
        </w:rPr>
        <w:t>54:26  Firon ki laanat hai. to band hi parha raha woh, muddaton se band parha raha.</w:t>
      </w:r>
      <w:r>
        <w:br/>
      </w:r>
      <w:r>
        <w:rPr>
          <w:sz w:val="20"/>
        </w:rPr>
        <w:t>54:32  to yeh yeh Christian ulma jinhon ne Bible mein Firon ko parha tha, Musalman nahi, woh ja kar ke idhar udhar dhoond dhoond rahe hain.</w:t>
      </w:r>
      <w:r>
        <w:br/>
      </w:r>
      <w:r>
        <w:rPr>
          <w:sz w:val="20"/>
        </w:rPr>
        <w:t>54:41  woh wahan unhon ne khola to wahan bhi jab jab unhon ne khola to bohat zabardast qism ka andar se bhubka aaya aur jaldi se unhon ne gate band kar diya.</w:t>
      </w:r>
      <w:r>
        <w:br/>
      </w:r>
      <w:r>
        <w:rPr>
          <w:sz w:val="20"/>
        </w:rPr>
        <w:t>54:53  lekin is par research ki unhon ne to maloom yeh hua ke jo andar se jo bohat tez qism ki woh gas type ki cheez aayi thi, woh lanat al-frainah nahi thi.</w:t>
      </w:r>
      <w:r>
        <w:br/>
      </w:r>
      <w:r>
        <w:rPr>
          <w:sz w:val="20"/>
        </w:rPr>
        <w:t>55:05  woh</w:t>
      </w:r>
      <w:r>
        <w:br/>
      </w:r>
      <w:r>
        <w:rPr>
          <w:sz w:val="20"/>
        </w:rPr>
        <w:t>55:07  woh thi wahan us ke andar woh hain jisko hum kehte hain ababeel, woh chiriyaan bohat zyada hain, beshumar chiriyaan hain.</w:t>
      </w:r>
      <w:r>
        <w:br/>
      </w:r>
      <w:r>
        <w:rPr>
          <w:sz w:val="20"/>
        </w:rPr>
        <w:t>55:17  is mein woh bait karti rehti hain, un ki bait ki wajah se us ke andar gas bhar gayi hai. Yani yani aaram ke andar gas bhar gayi hai.</w:t>
      </w:r>
      <w:r>
        <w:br/>
      </w:r>
      <w:r>
        <w:rPr>
          <w:sz w:val="20"/>
        </w:rPr>
        <w:t>55:28  to jab insaan koi gate kholega to woh woh gas ko inhale inhale karega, inhale karte hi behosh ho jayega.</w:t>
      </w:r>
      <w:r>
        <w:br/>
      </w:r>
      <w:r>
        <w:rPr>
          <w:sz w:val="20"/>
        </w:rPr>
        <w:t>55:37  woh to unhon ne kya kiya? unhon ne is ko discover kiya ke is ke andar is ki bait ki gases hain aur is ko inhale karne ki wajah se aisa hota hai.</w:t>
      </w:r>
      <w:r>
        <w:br/>
      </w:r>
      <w:r>
        <w:rPr>
          <w:sz w:val="20"/>
        </w:rPr>
        <w:t>55:49  to unhon ne kya kiya ke machine ke zariye se woh nikala, gases nik</w:t>
      </w:r>
      <w:r>
        <w:br/>
      </w:r>
      <w:r>
        <w:rPr>
          <w:sz w:val="20"/>
        </w:rPr>
        <w:t>55:55  ali. aap jante hain aaj kal ke jaise exhaust fan hota hai andar ki hawa nikalne ke liye, aise bari bari machinein lagai gayeen, bari bari machinein.</w:t>
      </w:r>
      <w:r>
        <w:br/>
      </w:r>
      <w:r>
        <w:rPr>
          <w:sz w:val="20"/>
        </w:rPr>
        <w:t>56:04  aur aaram ke andar jo gases theen, woh sab nikala gaya. Nikalne ke baad andar jab woh bilkul purified ho gaya to yeh log andar gaye.</w:t>
      </w:r>
      <w:r>
        <w:br/>
      </w:r>
      <w:r>
        <w:rPr>
          <w:sz w:val="20"/>
        </w:rPr>
        <w:t>56:14  andar ja kar wahan dekha unhon ne ke is ko lashain padi hui hain, momyai ki hui.</w:t>
      </w:r>
      <w:r>
        <w:br/>
      </w:r>
      <w:r>
        <w:rPr>
          <w:sz w:val="20"/>
        </w:rPr>
        <w:t>56:21  is ko nikal kar le gaye aur tehqeeq kiya aur phir carbon 14 dating ko apply kar diya. Yeh sara kaam unhon ne kiya kyunke Bible mein parha tha unhon ne.</w:t>
      </w:r>
      <w:r>
        <w:br/>
      </w:r>
      <w:r>
        <w:rPr>
          <w:sz w:val="20"/>
        </w:rPr>
        <w:t>56:31  to agarche musalmanon ko janna chahiye tha yeh baat kyunke Quran mein zikr tha is ka ke musalmanon ne kuch bhi nahi kiya, khud muslim mulk mein hai, tab bhi nahi kiya.</w:t>
      </w:r>
      <w:r>
        <w:br/>
      </w:r>
      <w:r>
        <w:rPr>
          <w:sz w:val="20"/>
        </w:rPr>
        <w:t>56:43  to aap use nafrat kyun karte hain?</w:t>
      </w:r>
      <w:r>
        <w:br/>
      </w:r>
      <w:r>
        <w:rPr>
          <w:sz w:val="20"/>
        </w:rPr>
        <w:t>56:46  to yeh ek ek bare aalim ne aa kar taqreer kar rahi hai yahan par ke Islam ke sirf do dushman hain, isai aur yahoodi.</w:t>
      </w:r>
      <w:r>
        <w:br/>
      </w:r>
      <w:r>
        <w:rPr>
          <w:sz w:val="20"/>
        </w:rPr>
        <w:t>56:55  unhon ne to sare bare bare kaam kiye hain. Aaj kalji misaal ke taur par dekhiye, Hazrat Ibrahim alaihissalam ke bare mein morkheen yeh keh rahe the ke un ka wajood nahi koi.</w:t>
      </w:r>
      <w:r>
        <w:br/>
      </w:r>
      <w:r>
        <w:rPr>
          <w:sz w:val="20"/>
        </w:rPr>
        <w:t>57:08  yeh bohat ajeeb baat hai,</w:t>
      </w:r>
      <w:r>
        <w:br/>
      </w:r>
      <w:r>
        <w:rPr>
          <w:sz w:val="20"/>
        </w:rPr>
        <w:t>57:10  Hazrat Ibrahim alaihissalam ka wajood nahi historically. Lekin inhi logon ne kya kiya ke Baghdad ke paas ek shehar daryaft kiya, khodai kiya, us ki khodai kar ke zameen ke andar se nikala ek poora shehar jiska naam Ur rakha gaya hai, UR Ur.</w:t>
      </w:r>
      <w:r>
        <w:br/>
      </w:r>
      <w:r>
        <w:rPr>
          <w:sz w:val="20"/>
        </w:rPr>
        <w:t>57:32  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r>
        <w:br/>
      </w:r>
      <w:r>
        <w:rPr>
          <w:sz w:val="20"/>
        </w:rPr>
        <w:t>57:51  to kitne bare bare qabil log kar rahe hain, yahi yahoodi ulma, yahi isai ulma. To aap se nafrat kyun karte hain? Un ko dushman kyun kehte hain? Woh to hamare dost hain.</w:t>
      </w:r>
      <w:r>
        <w:br/>
      </w:r>
      <w:r>
        <w:rPr>
          <w:sz w:val="20"/>
        </w:rPr>
        <w:t>58:03  to behal main yeh arz karunga ke sab se zaroori cheez hai positive thinking. Negative thinking bohat hi zyada buri hai aur aur sari achaiyan jo hain woh positive thinking mein Allah taala ne rakh diya.</w:t>
      </w:r>
      <w:r>
        <w:br/>
      </w:r>
      <w:r>
        <w:rPr>
          <w:sz w:val="20"/>
        </w:rPr>
        <w:t>58:21  meri dua hai ke hum aap sahih zehn ke sath cheezon ko samjhein aur is se jo sabak hai woh lein.</w:t>
      </w:r>
      <w:r>
        <w:br/>
      </w:r>
      <w:r>
        <w:rPr>
          <w:sz w:val="20"/>
        </w:rPr>
        <w:t>58:30  aqool qawli hadha wastaghfirullaha li walakum ajmaeen</w:t>
      </w:r>
    </w:p>
    <w:p>
      <w:pPr>
        <w:pStyle w:val="Heading2"/>
      </w:pPr>
      <w:r>
        <w:t>Origin of human prayer</w:t>
      </w:r>
    </w:p>
    <w:p>
      <w:r>
        <w:rPr>
          <w:color w:val="666666"/>
          <w:sz w:val="18"/>
        </w:rPr>
        <w:t>Faith &amp; God · The Discovery of God IIC Prog (Maulana Talk) November 2, 2019 · 4m 38s · at 32:22 · https://youtu.be/u24tYGW6tCM?t=1942</w:t>
      </w:r>
    </w:p>
    <w:p>
      <w:r>
        <w:rPr>
          <w:i/>
        </w:rPr>
        <w:t>“When did humans begin to pray?”</w:t>
      </w:r>
    </w:p>
    <w:p>
      <w:r>
        <w:rPr>
          <w:sz w:val="20"/>
        </w:rPr>
        <w:t>32:22  maulana, yeh sawal subhash verma ji ka hai. unhon ne aap se poocha hai ke "When did humans begin to pray?" is ke bare mein bataein.</w:t>
      </w:r>
      <w:r>
        <w:br/>
      </w:r>
      <w:r>
        <w:rPr>
          <w:sz w:val="20"/>
        </w:rPr>
        <w:t>32:34  dekhein, maine ek kitab padhi thi bohat pehle ke is kitab ka title tha ke "Gyan ka aaghaz kab hua?" "Gyan ka aaghaz kab hua?"</w:t>
      </w:r>
      <w:r>
        <w:br/>
      </w:r>
      <w:r>
        <w:rPr>
          <w:sz w:val="20"/>
        </w:rPr>
        <w:t>32:52  is mein likha tha ke jab insan is zameen par aaya aur yahan par shuru ke zamane mein jis ko hum kehte hain stone age, yeh stone age ki baat hai,</w:t>
      </w:r>
      <w:r>
        <w:br/>
      </w:r>
      <w:r>
        <w:rPr>
          <w:sz w:val="20"/>
        </w:rPr>
        <w:t>33:07  to do aadmi kisi baat par ghussa ho gaye. yaani pathar un ke hathon mein tha, to dono ne ek doosre ko pathar se mara.</w:t>
      </w:r>
      <w:r>
        <w:br/>
      </w:r>
      <w:r>
        <w:rPr>
          <w:sz w:val="20"/>
        </w:rPr>
        <w:t>33:20  un ke paas wahi tha. yeh baat hai stone age ki. to jab woh pathar takraya to sparking hui.</w:t>
      </w:r>
      <w:r>
        <w:br/>
      </w:r>
      <w:r>
        <w:rPr>
          <w:sz w:val="20"/>
        </w:rPr>
        <w:t>33:32  jab sparking hui to dono ke ghussa khatam ho gaye. woh lage dekhne ke is pathar mein kahin koi hai, aag aag hai koi. to dono ke dono pathar ko le kar sparking ko talash karne lage.</w:t>
      </w:r>
      <w:r>
        <w:br/>
      </w:r>
      <w:r>
        <w:rPr>
          <w:sz w:val="20"/>
        </w:rPr>
        <w:t>33:49  aaj hum jante hain ke khud pathar mein sparking nahi thi, balkeh hawa mein oxygen hai, is ke takrane se sparking hoti hai.</w:t>
      </w:r>
      <w:r>
        <w:br/>
      </w:r>
      <w:r>
        <w:rPr>
          <w:sz w:val="20"/>
        </w:rPr>
        <w:t>34:04  to yahan se shuru hua sochna. is kitab mein yeh bataya gaya tha ke yahan se sochna shuru hua.</w:t>
      </w:r>
      <w:r>
        <w:br/>
      </w:r>
      <w:r>
        <w:rPr>
          <w:sz w:val="20"/>
        </w:rPr>
        <w:t>34:16  to is ne yahan tak pohancha ke koi koi hasti mujh se bari hai. koi hasti mujh se bari hai.</w:t>
      </w:r>
      <w:r>
        <w:br/>
      </w:r>
      <w:r>
        <w:rPr>
          <w:sz w:val="20"/>
        </w:rPr>
        <w:t>34:27  yahan se ibadat ka tasawwur paida hua. yeh secular interpretation hai. lekin jo mazhabi interpretation hai Islam ke mutabiq, yeh to yeh hai ke paighambar aaye,</w:t>
      </w:r>
      <w:r>
        <w:br/>
      </w:r>
      <w:r>
        <w:rPr>
          <w:sz w:val="20"/>
        </w:rPr>
        <w:t>34:40  prophet aaye, unhon ne bataya ke ek God hai, us ki parastish karo. woh malik hai tumhara.</w:t>
      </w:r>
      <w:r>
        <w:br/>
      </w:r>
      <w:r>
        <w:rPr>
          <w:sz w:val="20"/>
        </w:rPr>
        <w:t>34:50  to secular interpretation mein to woh hai, aur jo mazhabi interpretation hai us mein bhi yahi hai.</w:t>
      </w:r>
      <w:r>
        <w:br/>
      </w:r>
      <w:r>
        <w:rPr>
          <w:sz w:val="20"/>
        </w:rPr>
        <w:t>35:00  maulana, this question is from Miss priya malik. unhon ne aap se poocha hai "What is the concept of God as per Islam?" is ke bare mein bataein.</w:t>
      </w:r>
      <w:r>
        <w:br/>
      </w:r>
      <w:r>
        <w:rPr>
          <w:sz w:val="20"/>
        </w:rPr>
        <w:t>35:11  woh to wahi hai jo maine arz kiya. pehle woh belief tha, belief. ab mere nazdeek scientific discoveries jo hui hain, is mein yeh cheez reality ban chuki hai.</w:t>
      </w:r>
      <w:r>
        <w:br/>
      </w:r>
      <w:r>
        <w:rPr>
          <w:sz w:val="20"/>
        </w:rPr>
        <w:t>35:25  mera jo manna hai, jo maine arz kiya, woh scientific language mein Islami ka belief tha, woh scientific language mein.</w:t>
      </w:r>
      <w:r>
        <w:br/>
      </w:r>
      <w:r>
        <w:rPr>
          <w:sz w:val="20"/>
        </w:rPr>
        <w:t>35:37  is par maine ek kitab likhi hai jo "Discovery of God" aur bohat si kitabein meri hain is mozu par. to main samajhta hoon ke nietzsche ne jo kaha tha ke "God is dead,</w:t>
      </w:r>
      <w:r>
        <w:br/>
      </w:r>
      <w:r>
        <w:rPr>
          <w:sz w:val="20"/>
        </w:rPr>
        <w:t>35:51  that was a challenge."</w:t>
      </w:r>
      <w:r>
        <w:br/>
      </w:r>
      <w:r>
        <w:rPr>
          <w:sz w:val="20"/>
        </w:rPr>
        <w:t>35:53  ab is woh challenge ka jawab diya ja chuka hai. aur bohat si scientific theories hain, un mein se do ka maine samajh diya aap ko ke ek tha big bang aur doosra hai quantum physics.</w:t>
      </w:r>
      <w:r>
        <w:br/>
      </w:r>
      <w:r>
        <w:rPr>
          <w:sz w:val="20"/>
        </w:rPr>
        <w:t>36:12  koi bhi shakhs jo sincere ho, uska study kare. main khud apne bare mein bataoon aap ko ke bhai jo study thi na, woh yahi se</w:t>
      </w:r>
      <w:r>
        <w:br/>
      </w:r>
      <w:r>
        <w:rPr>
          <w:sz w:val="20"/>
        </w:rPr>
        <w:t>36:22  thi ke main pehle Khuda ko nahi manta tha. Khuda hai to mujhe dikhai dena chahiye. main khud apne bachpan mein aisa hi tha.</w:t>
      </w:r>
      <w:r>
        <w:br/>
      </w:r>
      <w:r>
        <w:rPr>
          <w:sz w:val="20"/>
        </w:rPr>
        <w:t>36:34  to meri jo seeking spirit jaagi hai, woh yahi se jaagi hai ke Khuda hai to mujhe janna chahiye ke Khuda hai.</w:t>
      </w:r>
      <w:r>
        <w:br/>
      </w:r>
      <w:r>
        <w:rPr>
          <w:sz w:val="20"/>
        </w:rPr>
        <w:t>36:45  to jo woh awaz mere andar se nikli, "Khawand, tu kab aaye</w:t>
      </w:r>
      <w:r>
        <w:br/>
      </w:r>
      <w:r>
        <w:rPr>
          <w:sz w:val="20"/>
        </w:rPr>
        <w:t>36:50  ga? main kab tak tere aane ka intezar karoon?" to meri mere andar jo ek insan hai, woh bol pada tha.</w:t>
      </w:r>
    </w:p>
    <w:p>
      <w:pPr>
        <w:pStyle w:val="Heading2"/>
      </w:pPr>
      <w:r>
        <w:t>Pair in paradise for unmarried and third gender</w:t>
      </w:r>
    </w:p>
    <w:p>
      <w:r>
        <w:rPr>
          <w:color w:val="666666"/>
          <w:sz w:val="18"/>
        </w:rPr>
        <w:t>Faith &amp; God · On Death June 08, 2014 · 1m 50s · at 57:19 · https://youtu.be/p0lSKQ0edmw?t=3439</w:t>
      </w:r>
    </w:p>
    <w:p>
      <w:r>
        <w:rPr>
          <w:i/>
        </w:rPr>
        <w:t>“As Allah has made everything in pair, what will happen to those male and female who remain unmarried in this life? Who will be their pair in paradise? Can you also throw some light on third gender people: who will be their pair in paradise?”</w:t>
      </w:r>
    </w:p>
    <w:p>
      <w:r>
        <w:rPr>
          <w:sz w:val="20"/>
        </w:rPr>
        <w:t>57:19  maulana, agla sawal dilli se kya hai doctor sajjit shukla ne. unhon ne likha hai ke "As Allah has made everything in pair, what will happen to those male and female who remain unmarried in this life?</w:t>
      </w:r>
      <w:r>
        <w:br/>
      </w:r>
      <w:r>
        <w:rPr>
          <w:sz w:val="20"/>
        </w:rPr>
        <w:t>57:37  Who will be their pair in paradise? Can you also throw some light on third gender people who will be their pair in paradise?" acha, kya matlab hua?</w:t>
      </w:r>
      <w:r>
        <w:br/>
      </w:r>
      <w:r>
        <w:rPr>
          <w:sz w:val="20"/>
        </w:rPr>
        <w:t>57:49  ke jo aaj aap ne pair ki baat ki maulana. acha. to in logon ka pair aa jannat mein kya hoga jin ki shadi nahi hui?</w:t>
      </w:r>
      <w:r>
        <w:br/>
      </w:r>
      <w:r>
        <w:rPr>
          <w:sz w:val="20"/>
        </w:rPr>
        <w:t>57:58  aur aur woh log jo maulana, aa jo units hain, aa in logon ka pair kon hoga</w:t>
      </w:r>
      <w:r>
        <w:br/>
      </w:r>
      <w:r>
        <w:rPr>
          <w:sz w:val="20"/>
        </w:rPr>
        <w:t>58:06  paradise mein? acha, acha. ji. wahan unit nahi rahenge. ji. koi aadmi dunya mein unit ke wahan unit nahi rahega. aur baqi hai ke shadi jo hai, yeh dunya ki shadi hai, wahi akhirat ki shadi nahi hai.</w:t>
      </w:r>
      <w:r>
        <w:br/>
      </w:r>
      <w:r>
        <w:rPr>
          <w:sz w:val="20"/>
        </w:rPr>
        <w:t>58:20  agar dunya mein dono waqeatan yaani competent hain paradise ke liye, tab to ikatthe ho jayenge wahan par.</w:t>
      </w:r>
      <w:r>
        <w:br/>
      </w:r>
      <w:r>
        <w:rPr>
          <w:sz w:val="20"/>
        </w:rPr>
        <w:t>58:31  agar woh competent nahi hain to koi doosra pair un ko milega. aur shadi jo nahi ki hai, un ke liye bhi koi koi pair milega. kyunke wahan bohat si aurtein hongi jin ko ke paradise mili, un ke husband ko nahi mili.</w:t>
      </w:r>
      <w:r>
        <w:br/>
      </w:r>
      <w:r>
        <w:rPr>
          <w:sz w:val="20"/>
        </w:rPr>
        <w:t>58:46  bohat husband honge, un ko paradise mili lekin auraton ko nahi mili. to kitne sare log wahan alone ho jayenge.</w:t>
      </w:r>
      <w:r>
        <w:br/>
      </w:r>
      <w:r>
        <w:rPr>
          <w:sz w:val="20"/>
        </w:rPr>
        <w:t>58:54  to wahan ka jo</w:t>
      </w:r>
      <w:r>
        <w:br/>
      </w:r>
      <w:r>
        <w:rPr>
          <w:sz w:val="20"/>
        </w:rPr>
        <w:t>58:58  Khuda jo manage karega, us se aap samajh sakte hain. wahan ke manage karne ka mamla is se mukhtalif hoga jo dunya mein hai.</w:t>
      </w:r>
    </w:p>
    <w:p>
      <w:pPr>
        <w:pStyle w:val="Heading2"/>
      </w:pPr>
      <w:r>
        <w:t>Paradise Enjoyment Based on Worldly Preparation</w:t>
      </w:r>
    </w:p>
    <w:p>
      <w:r>
        <w:rPr>
          <w:color w:val="666666"/>
          <w:sz w:val="18"/>
        </w:rPr>
        <w:t>Faith &amp; God · Model of Paradise June 22, 2014 · 1m 08s · at 54:10 · https://youtu.be/7jXD8E_dN-E?t=3250</w:t>
      </w:r>
    </w:p>
    <w:p>
      <w:r>
        <w:rPr>
          <w:i/>
        </w:rPr>
        <w:t>“You give an example of a botany professor and a child enjoying Paradise at different levels. Does this mean we will only be able to discover only that extent of items in the next world that we prepare for it in this world?”</w:t>
      </w:r>
    </w:p>
    <w:p>
      <w:r>
        <w:rPr>
          <w:sz w:val="20"/>
        </w:rPr>
        <w:t>54:10  maulana, agla sawal dilli se hai, miss naghma siddiqui ka. aur unhon ne likha hai ke you give an example of a botany professor and a child enjoying jannat at different levels.</w:t>
      </w:r>
      <w:r>
        <w:br/>
      </w:r>
      <w:r>
        <w:rPr>
          <w:sz w:val="20"/>
        </w:rPr>
        <w:t>54:26  Does this mean we will only be able to discover only that extent of items in the next world that we prepare for it in this world?</w:t>
      </w:r>
      <w:r>
        <w:br/>
      </w:r>
      <w:r>
        <w:rPr>
          <w:sz w:val="20"/>
        </w:rPr>
        <w:t>54:36  h</w:t>
      </w:r>
      <w:r>
        <w:br/>
      </w:r>
      <w:r>
        <w:rPr>
          <w:sz w:val="20"/>
        </w:rPr>
        <w:t>54:37  haan, sahi hai. yahan to hamein hum apne ko tayyar hi kar sakte hain. is duniya par bohat thori si discovery ho sakti hai hum ko.</w:t>
      </w:r>
      <w:r>
        <w:br/>
      </w:r>
      <w:r>
        <w:rPr>
          <w:sz w:val="20"/>
        </w:rPr>
        <w:t>54:47  to wo ek sample discovery hai, main kahunga. jaise shehad ke bare mein jo baat maine kahi, wo that is sample discovery .</w:t>
      </w:r>
      <w:r>
        <w:br/>
      </w:r>
      <w:r>
        <w:rPr>
          <w:sz w:val="20"/>
        </w:rPr>
        <w:t>54:58  badi discovery to jannat hi mein hogi.</w:t>
      </w:r>
      <w:r>
        <w:br/>
      </w:r>
      <w:r>
        <w:rPr>
          <w:sz w:val="20"/>
        </w:rPr>
        <w:t>55:02  to sample discovery ka is liye rakha gaya hai taake aap jaan saken ke kya cheez hai discovery. kya cheez hai discovery. bas is darje mein is duniya mein hum jaan sakte hain.</w:t>
      </w:r>
      <w:r>
        <w:br/>
      </w:r>
      <w:r>
        <w:rPr>
          <w:sz w:val="20"/>
        </w:rPr>
        <w:t>55:13  is se zyada nahin.</w:t>
      </w:r>
    </w:p>
    <w:p>
      <w:pPr>
        <w:pStyle w:val="Heading2"/>
      </w:pPr>
      <w:r>
        <w:t>Parameters for true life ideology</w:t>
      </w:r>
    </w:p>
    <w:p>
      <w:r>
        <w:rPr>
          <w:color w:val="666666"/>
          <w:sz w:val="18"/>
        </w:rPr>
        <w:t>Faith &amp; God · Q&amp;A 11 Jul 2010 Maulana Wahiduddin Khan · 3m 24s · at 12:16 · https://youtu.be/UHtdtzGGwFQ?t=736</w:t>
      </w:r>
    </w:p>
    <w:p>
      <w:r>
        <w:rPr>
          <w:i/>
        </w:rPr>
        <w:t>“What are the parameters by which one can recognize or identify the true ideology of life?”</w:t>
      </w:r>
    </w:p>
    <w:p>
      <w:r>
        <w:rPr>
          <w:sz w:val="20"/>
        </w:rPr>
        <w:t>12:16  maulana, agla sawal kya hai? sadia khan ne, new delhi se. unhon ne likha hai ke "What are the parameters by which one can recognize or identify the true ideology of life?"</w:t>
      </w:r>
      <w:r>
        <w:br/>
      </w:r>
      <w:r>
        <w:rPr>
          <w:sz w:val="20"/>
        </w:rPr>
        <w:t>12:38  dekhen, yeh koi technical subject nahi hai, koi mathematical subject nahi hai. ya main kahoon ke mathematical criteria possible nahi hai. kyunke yeh test ka mamla hai.</w:t>
      </w:r>
      <w:r>
        <w:br/>
      </w:r>
      <w:r>
        <w:rPr>
          <w:sz w:val="20"/>
        </w:rPr>
        <w:t>12:47  khuda test le raha hai. agar mathematical criteria possible hota to test hi khatam ho jata. to is liye ek element of doubt to baqi rahe ga.</w:t>
      </w:r>
      <w:r>
        <w:br/>
      </w:r>
      <w:r>
        <w:rPr>
          <w:sz w:val="20"/>
        </w:rPr>
        <w:t>12:56  yaad rakhiye,</w:t>
      </w:r>
      <w:r>
        <w:br/>
      </w:r>
      <w:r>
        <w:rPr>
          <w:sz w:val="20"/>
        </w:rPr>
        <w:t>13:00  agar do do char ki tarah baaten clear ho jayen to test kahan raha? phir test khatam.</w:t>
      </w:r>
      <w:r>
        <w:br/>
      </w:r>
      <w:r>
        <w:rPr>
          <w:sz w:val="20"/>
        </w:rPr>
        <w:t>13:09  to tareeqa sirf kya? main method batata hoon. method aur aur kuch nahi. method kya hai? aap quran ki study karen.</w:t>
      </w:r>
      <w:r>
        <w:br/>
      </w:r>
      <w:r>
        <w:rPr>
          <w:sz w:val="20"/>
        </w:rPr>
        <w:t>13:19  aap khuda ki jo jo takhleeq hai, nature, us ko</w:t>
      </w:r>
      <w:r>
        <w:br/>
      </w:r>
      <w:r>
        <w:rPr>
          <w:sz w:val="20"/>
        </w:rPr>
        <w:t>13:27  observe karen. universe mein jo khuda ke jalwe hain, us ko us ki study karen.</w:t>
      </w:r>
      <w:r>
        <w:br/>
      </w:r>
      <w:r>
        <w:rPr>
          <w:sz w:val="20"/>
        </w:rPr>
        <w:t>13:40  through study aap puhanch sakte hain wahan par. through study.</w:t>
      </w:r>
      <w:r>
        <w:br/>
      </w:r>
      <w:r>
        <w:rPr>
          <w:sz w:val="20"/>
        </w:rPr>
        <w:t>13:45  study karte karte aap ke andar ek development development hota hai. aap ke mind mein ek mind mein ek skill paida hoti hai cheezon ko recognize karne ki.</w:t>
      </w:r>
      <w:r>
        <w:br/>
      </w:r>
      <w:r>
        <w:rPr>
          <w:sz w:val="20"/>
        </w:rPr>
        <w:t>13:57  jab bohat hi study karte hain aap to objectivity aati hai</w:t>
      </w:r>
      <w:r>
        <w:br/>
      </w:r>
      <w:r>
        <w:rPr>
          <w:sz w:val="20"/>
        </w:rPr>
        <w:t>14:02  aur recognition ki salahiyat paida hoti hai. to yeh ek process hai. aisa nahi ke achaanak ho jaye. ajab nahi ho sakta hai.</w:t>
      </w:r>
      <w:r>
        <w:br/>
      </w:r>
      <w:r>
        <w:rPr>
          <w:sz w:val="20"/>
        </w:rPr>
        <w:t>14:13  history behraal hoti hai. yani history jo hai woh starting point hai is mamle ka.</w:t>
      </w:r>
      <w:r>
        <w:br/>
      </w:r>
      <w:r>
        <w:rPr>
          <w:sz w:val="20"/>
        </w:rPr>
        <w:t>14:19  aur is se agar aadmi sincere hai, sincere hai to phir kya hota hai ke 50 percent aadmi khud karta hai. 50 percent allah ki madad aati hai. agar koi aadmi sincere ho to zaroor madad allah ki aye gi.</w:t>
      </w:r>
      <w:r>
        <w:br/>
      </w:r>
      <w:r>
        <w:rPr>
          <w:sz w:val="20"/>
        </w:rPr>
        <w:t>14:34  zaroor aye gi. aur phir woh khuda ki madad se woh puhanch jaye ga jahan puhanchna hai us ko. phir us ke andar ek ek cheez develop hogi. andar ek roshni, ek pehchan, ek farq karne wali.</w:t>
      </w:r>
      <w:r>
        <w:br/>
      </w:r>
      <w:r>
        <w:rPr>
          <w:sz w:val="20"/>
        </w:rPr>
        <w:t>14:47  quran hai ke furqan tumhare paida kare ga.</w:t>
      </w:r>
      <w:r>
        <w:br/>
      </w:r>
      <w:r>
        <w:rPr>
          <w:sz w:val="20"/>
        </w:rPr>
        <w:t>14:52  agar tum sachay ho, sincere ho to tumhare andar furqan. furqan matlab yeh hai ke yani differentiate, differentiate karne ki quality.</w:t>
      </w:r>
      <w:r>
        <w:br/>
      </w:r>
      <w:r>
        <w:rPr>
          <w:sz w:val="20"/>
        </w:rPr>
        <w:t>15:03  black ko white se, sachai ko false foot se differentiate karne ki salahiyat paida hogi.</w:t>
      </w:r>
      <w:r>
        <w:br/>
      </w:r>
      <w:r>
        <w:rPr>
          <w:sz w:val="20"/>
        </w:rPr>
        <w:t>15:11  to phir aap khud hi jaan len ge. it required sincerity, it required seriousness, it required study, it required observation,</w:t>
      </w:r>
      <w:r>
        <w:br/>
      </w:r>
      <w:r>
        <w:rPr>
          <w:sz w:val="20"/>
        </w:rPr>
        <w:t>15:25  it required contemplation. agar yeh yeh aap condition poori kar den,</w:t>
      </w:r>
      <w:r>
        <w:br/>
      </w:r>
      <w:r>
        <w:rPr>
          <w:sz w:val="20"/>
        </w:rPr>
        <w:t>15:31  then you can see, you can reach the the truth.</w:t>
      </w:r>
    </w:p>
    <w:p>
      <w:pPr>
        <w:pStyle w:val="Heading2"/>
      </w:pPr>
      <w:r>
        <w:t>Parents' responsibilities for children's religious upbringing</w:t>
      </w:r>
    </w:p>
    <w:p>
      <w:r>
        <w:rPr>
          <w:color w:val="666666"/>
          <w:sz w:val="18"/>
        </w:rPr>
        <w:t>Faith &amp; God · The Importance of the Quran May 15, 2016 Maulana Wahiduddin Khan · 2m 09s · at 1:12:36 · https://youtu.be/9a-OOUR_bLg?t=4356</w:t>
      </w:r>
    </w:p>
    <w:p>
      <w:r>
        <w:rPr>
          <w:i/>
        </w:rPr>
        <w:t>“What are the responsibilities of parents regarding their children's religious upbringing? Please guide us in this.”</w:t>
      </w:r>
    </w:p>
    <w:p>
      <w:r>
        <w:rPr>
          <w:sz w:val="20"/>
        </w:rPr>
        <w:t>1:12:36  maulana, agla sawal tariq badar sahib ka hai aur unho ne aap se poocha hai what are the responsibilities of parents regarding their childrens religious upbringing?</w:t>
      </w:r>
      <w:r>
        <w:br/>
      </w:r>
      <w:r>
        <w:rPr>
          <w:sz w:val="20"/>
        </w:rPr>
        <w:t>1:12:48  please guide us in this.</w:t>
      </w:r>
      <w:r>
        <w:br/>
      </w:r>
      <w:r>
        <w:rPr>
          <w:sz w:val="20"/>
        </w:rPr>
        <w:t>1:12:53  achha,</w:t>
      </w:r>
      <w:r>
        <w:br/>
      </w:r>
      <w:r>
        <w:rPr>
          <w:sz w:val="20"/>
        </w:rPr>
        <w:t>1:12:59  main to samajhta hoon ke is zamane mein jo main jaanta hoon, parent jo hain bas do and don't ki zuban bolne bolte rehte hain.</w:t>
      </w:r>
      <w:r>
        <w:br/>
      </w:r>
      <w:r>
        <w:rPr>
          <w:sz w:val="20"/>
        </w:rPr>
        <w:t>1:13:07  yeh karo, woh na karo, yeh na karo, woh na karo. do and don't ki zuban se kabhi islaah ho nahi sakti, namumkin hai.</w:t>
      </w:r>
      <w:r>
        <w:br/>
      </w:r>
      <w:r>
        <w:rPr>
          <w:sz w:val="20"/>
        </w:rPr>
        <w:t>1:13:18  aap ko you have to, you have to see the root cause. to main ne is wajah se socha hai jo root cause hai woh woh do cheezein hain.</w:t>
      </w:r>
      <w:r>
        <w:br/>
      </w:r>
      <w:r>
        <w:rPr>
          <w:sz w:val="20"/>
        </w:rPr>
        <w:t>1:13:34  ek to bachon ki pampering. tamam parent apne bachon ki pampering karte hain aur doosri cheez hai ghar ka mahaul.</w:t>
      </w:r>
      <w:r>
        <w:br/>
      </w:r>
      <w:r>
        <w:rPr>
          <w:sz w:val="20"/>
        </w:rPr>
        <w:t>1:13:45  yani ghar ka mahaul jo hai woh agar materialistic hai aur aap chahein ke un ko akhirat oriented banayein, akhirat oriented thinking un ki nazar laayein to woh aa nahi sakta.</w:t>
      </w:r>
      <w:r>
        <w:br/>
      </w:r>
      <w:r>
        <w:rPr>
          <w:sz w:val="20"/>
        </w:rPr>
        <w:t>1:13:59  yani bachchon ke agar bachchon ke andar agar aap chahte hain akhirat oriented thinking to ghar ke mahaul ko ghair wadi banana hoga.</w:t>
      </w:r>
      <w:r>
        <w:br/>
      </w:r>
      <w:r>
        <w:rPr>
          <w:sz w:val="20"/>
        </w:rPr>
        <w:t>1:14:13  is tarah bachchon ko chahte hain ke aap realist banen, realist to unko pampering chhodna padega. to asal cheez yahi hai ke hum root cause ko daryaft karen aur jahan root cause hai wahan se islaah ki koshish karen.</w:t>
      </w:r>
      <w:r>
        <w:br/>
      </w:r>
      <w:r>
        <w:rPr>
          <w:sz w:val="20"/>
        </w:rPr>
        <w:t>1:14:32  root cause hat kar ke islaah ki koshish ki jayegi to woh effective nahin hogi.</w:t>
      </w:r>
    </w:p>
    <w:p>
      <w:pPr>
        <w:pStyle w:val="Heading2"/>
      </w:pPr>
      <w:r>
        <w:t>Patience and hope for reward in the hereafter</w:t>
      </w:r>
    </w:p>
    <w:p>
      <w:r>
        <w:rPr>
          <w:color w:val="666666"/>
          <w:sz w:val="18"/>
        </w:rPr>
        <w:t>Faith &amp; God · Divine Help March 31, 2019 Maulana Wahiduddin Khan · 1m 46s · at 37:21 · https://youtu.be/o5-R5Rjs5Cw?t=2241</w:t>
      </w:r>
    </w:p>
    <w:p>
      <w:r>
        <w:rPr>
          <w:i/>
        </w:rPr>
        <w:t>“Maulana, can we say that if we keep patience and even if we don't get result in this world, then still we have great hope that for keeping patience, God will reward us abundantly in the hereafter? This would therefore be the best result for keeping patience.”</w:t>
      </w:r>
    </w:p>
    <w:p>
      <w:r>
        <w:rPr>
          <w:sz w:val="20"/>
        </w:rPr>
        <w:t>37:21  maulana, agla sawal bheja hai lucknow se suhail khan sahib ne, unhon ne likha hai: "Molana, can we say that if we keep patience and even if we don't get result in this world, then still we have great hope that for keeping patience, God will reward us abundantly in the hereafter?</w:t>
      </w:r>
      <w:r>
        <w:br/>
      </w:r>
      <w:r>
        <w:rPr>
          <w:sz w:val="20"/>
        </w:rPr>
        <w:t>37:45  This would therefore be the best result for keeping patience."</w:t>
      </w:r>
      <w:r>
        <w:br/>
      </w:r>
      <w:r>
        <w:rPr>
          <w:sz w:val="20"/>
        </w:rPr>
        <w:t>37:51  dekhiye, aap Quran ko aur hadith ko gehrai ke sath padhiye. khud rasool Allah sallallahu alaihi wasallam ki zindagi mein Allah taala ne aise wade farmaye, wade jin ki takmeel aap ke aakhron par tak nahi hui balkeh aap ke baad hui.</w:t>
      </w:r>
      <w:r>
        <w:br/>
      </w:r>
      <w:r>
        <w:rPr>
          <w:sz w:val="20"/>
        </w:rPr>
        <w:t>38:15  aise wade jo rasool Allah se kiye gaye lekin un ki takmeel hui aap ke wafat ke baad. is mein hum bahut kuch likh chuke hain, hum ab padh sakte hain is ko.</w:t>
      </w:r>
      <w:r>
        <w:br/>
      </w:r>
      <w:r>
        <w:rPr>
          <w:sz w:val="20"/>
        </w:rPr>
        <w:t>38:28  to yeh jo cheez hai, yeh hamare aap ke sirf nahi hai, yeh rasool Allah ke liye bhi hai.</w:t>
      </w:r>
      <w:r>
        <w:br/>
      </w:r>
      <w:r>
        <w:rPr>
          <w:sz w:val="20"/>
        </w:rPr>
        <w:t>38:39  to sabr ki koi had nahi, aap ko har haal mein sabr karna hi karna hai. is yaqeen ke sath ke kabhi na kabhi waqt aayega jab aap ka sabr jo hai takmeel tak pahuchega aur result samne aayega, chahe woh aap ki wafat ke baad samne aaye.</w:t>
      </w:r>
    </w:p>
    <w:p>
      <w:pPr>
        <w:pStyle w:val="Heading2"/>
      </w:pPr>
      <w:r>
        <w:t>Patience, Iman Levels, and Stopping Wrong</w:t>
      </w:r>
    </w:p>
    <w:p>
      <w:r>
        <w:rPr>
          <w:color w:val="666666"/>
          <w:sz w:val="18"/>
        </w:rPr>
        <w:t>Faith &amp; God · Q&amp;A 04 Mar 2012 Maulana Wahiduddin Khan · 5m 54s · at 3:24 · https://youtu.be/txRmutuvWQI?t=204</w:t>
      </w:r>
    </w:p>
    <w:p>
      <w:r>
        <w:rPr>
          <w:i/>
        </w:rPr>
        <w:t>“As you suggest, the best formula for universal peace is to have patience and sabr for anything wrong happening around; it means we should avoid reacting and retaliating against anything which is wrong. But this kind of act comes under the third lowest level of iman, as the third level of iman is to feel bad in your heart about anything wrong happening in front of your eyes. I understand that level one of iman will be applicable in the case of Islamic rule, that is, you stop the thing forcefully which is wrong, but can't we at least speak and tell the people in a peaceful way?”</w:t>
      </w:r>
    </w:p>
    <w:p>
      <w:r>
        <w:rPr>
          <w:sz w:val="20"/>
        </w:rPr>
        <w:t>3:24  Maulana, agla sawal aaya hai Delhi se Mr. Shahnawaz Zafar sahib ka. unhone likha hai: "Maulana sahib, as you suggest, the best formula for universal peace is to have patience and sabr for anything wrong happening around.</w:t>
      </w:r>
      <w:r>
        <w:br/>
      </w:r>
      <w:r>
        <w:rPr>
          <w:sz w:val="20"/>
        </w:rPr>
        <w:t>3:43  It means we should avoid to react or retaliate against anything which is wrong. But this kind of act comes under the third lowest level of iman, as the third level of iman is to feel bad in her heart about anything wrong happening in front of her eyes.</w:t>
      </w:r>
      <w:r>
        <w:br/>
      </w:r>
      <w:r>
        <w:rPr>
          <w:sz w:val="20"/>
        </w:rPr>
        <w:t>4:03  I understand that level one of iman will be applicable in the case of Islamic rule, that is you stop the thing forcefully which is wrong, but can't be at least speak and tell the people in a peaceful manner that what you are doing is wrong, and it comes under level two of iman.</w:t>
      </w:r>
      <w:r>
        <w:br/>
      </w:r>
      <w:r>
        <w:rPr>
          <w:sz w:val="20"/>
        </w:rPr>
        <w:t>4:24  Similarly, any peaceful protest for a valid reason of wrong activity comes under the level two of iman.</w:t>
      </w:r>
      <w:r>
        <w:br/>
      </w:r>
      <w:r>
        <w:rPr>
          <w:sz w:val="20"/>
        </w:rPr>
        <w:t>4:33  Can you please explain how to fit ourselves in iman categories in today's scenario? We should scale our iman, keeping in mind the result of what?</w:t>
      </w:r>
      <w:r>
        <w:br/>
      </w:r>
      <w:r>
        <w:rPr>
          <w:sz w:val="20"/>
        </w:rPr>
        <w:t>4:44  Kindly advice.</w:t>
      </w:r>
      <w:r>
        <w:br/>
      </w:r>
      <w:r>
        <w:rPr>
          <w:sz w:val="20"/>
        </w:rPr>
        <w:t>4:49  is hadith ka is se koi talluq nahi hai jis zamane mein liya hai aap ne is ko. yeh political protest aur political hungama is ka kya talluq is hadith se?</w:t>
      </w:r>
      <w:r>
        <w:br/>
      </w:r>
      <w:r>
        <w:rPr>
          <w:sz w:val="20"/>
        </w:rPr>
        <w:t>5:00  dekhiye, daily life jo hamari hai, is se talluq hai. daily life. is ka kuch bhi party se koi talluq nahi hai.</w:t>
      </w:r>
      <w:r>
        <w:br/>
      </w:r>
      <w:r>
        <w:rPr>
          <w:sz w:val="20"/>
        </w:rPr>
        <w:t>5:08  yeh jo hungame ho rahe hain mukhtalif mulkon mein, parties ko le kar ke, woh to bilkul haram kaam hai. haram. is mein koi shakk hi nahi.</w:t>
      </w:r>
      <w:r>
        <w:br/>
      </w:r>
      <w:r>
        <w:rPr>
          <w:sz w:val="20"/>
        </w:rPr>
        <w:t>5:17  yeh jo hai daily life mein,</w:t>
      </w:r>
      <w:r>
        <w:br/>
      </w:r>
      <w:r>
        <w:rPr>
          <w:sz w:val="20"/>
        </w:rPr>
        <w:t>5:23  kya agar is mein yeh yeh unhone galat likha hai yeh ke forcefully us ko khatam karte hain hum? matlab yeh baghze istataat hamein is mein koshish karna chahiye.</w:t>
      </w:r>
      <w:r>
        <w:br/>
      </w:r>
      <w:r>
        <w:rPr>
          <w:sz w:val="20"/>
        </w:rPr>
        <w:t>5:34  is mein istataat. to daily life mein aap jab kahin dekhein</w:t>
      </w:r>
      <w:r>
        <w:br/>
      </w:r>
      <w:r>
        <w:rPr>
          <w:sz w:val="20"/>
        </w:rPr>
        <w:t>5:42  koi cheez burai ki, daily life mein, chahe ghar mein ya ghar ke bahar, to wahan hamein yeh karna hai ke agar hum mana karne par qadir hon to mana karein.</w:t>
      </w:r>
      <w:r>
        <w:br/>
      </w:r>
      <w:r>
        <w:rPr>
          <w:sz w:val="20"/>
        </w:rPr>
        <w:t>6:00  lekin mana karne par jhagda badhta ho to hum is ke liye dua karein. dil mein is mein hai ke fabaqalbehi kamane ke is ke liye dua karna.</w:t>
      </w:r>
      <w:r>
        <w:br/>
      </w:r>
      <w:r>
        <w:rPr>
          <w:sz w:val="20"/>
        </w:rPr>
        <w:t>6:14  is ka hargiz yeh matlab nahi hai ke aap is ke burai khatam karne par</w:t>
      </w:r>
      <w:r>
        <w:br/>
      </w:r>
      <w:r>
        <w:rPr>
          <w:sz w:val="20"/>
        </w:rPr>
        <w:t>6:19  khare ho jayein, protest karne aur ek naya blood shed ho, naya khoon kharaba ho. jo kehte hain counter productive, woh to haram hai Islam mein.</w:t>
      </w:r>
      <w:r>
        <w:br/>
      </w:r>
      <w:r>
        <w:rPr>
          <w:sz w:val="20"/>
        </w:rPr>
        <w:t>6:28  haram. sab se pehle aap ko dekhna parega ke jo situation hai, kya woh situation mere qabu ki hai? wahan kuch positive role kar sakta hoon mein?</w:t>
      </w:r>
      <w:r>
        <w:br/>
      </w:r>
      <w:r>
        <w:rPr>
          <w:sz w:val="20"/>
        </w:rPr>
        <w:t>6:39  nahi to chup chap ja ke masjid ja ke dua kijiye.</w:t>
      </w:r>
      <w:r>
        <w:br/>
      </w:r>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People who don't desire heaven or hell</w:t>
      </w:r>
    </w:p>
    <w:p>
      <w:r>
        <w:rPr>
          <w:color w:val="666666"/>
          <w:sz w:val="18"/>
        </w:rPr>
        <w:t>Faith &amp; God · 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Perceiving Paradise and Hell in This World</w:t>
      </w:r>
    </w:p>
    <w:p>
      <w:r>
        <w:rPr>
          <w:color w:val="666666"/>
          <w:sz w:val="18"/>
        </w:rPr>
        <w:t>Faith &amp; God · The Highest Level of Paradise October 13, 2018 · 3m 20s · at 1:05:58 · https://youtu.be/L-VshW0ylX0?t=3958</w:t>
      </w:r>
    </w:p>
    <w:p>
      <w:r>
        <w:rPr>
          <w:i/>
        </w:rPr>
        <w:t>“Paradise and Hell are invisible and can only be perceived. My question is: how should we perceive Paradise and Hell in this world? In what context should we perceive them?”</w:t>
      </w:r>
    </w:p>
    <w:p>
      <w:r>
        <w:rPr>
          <w:sz w:val="20"/>
        </w:rPr>
        <w:t>1:05:58  maulana, ek sawal aamir mori sahib ne bheja hai srinagar se. unhone likha hai ke "paradise and hell is invisible and can only be perceived.</w:t>
      </w:r>
      <w:r>
        <w:br/>
      </w:r>
      <w:r>
        <w:rPr>
          <w:sz w:val="20"/>
        </w:rPr>
        <w:t>1:06:12  my question is: how should we perceive paradise or hell in this world? in which context we should perceive it?" arey bhai, ab to har cheez invisible ho gayi.</w:t>
      </w:r>
      <w:r>
        <w:br/>
      </w:r>
      <w:r>
        <w:rPr>
          <w:sz w:val="20"/>
        </w:rPr>
        <w:t>1:06:28  material world bhi ab visible nahin raha. yeh aap ko maloom hoga ke modern science jo hai, us mein to har cheez hi ka concept badal gaya.</w:t>
      </w:r>
      <w:r>
        <w:br/>
      </w:r>
      <w:r>
        <w:rPr>
          <w:sz w:val="20"/>
        </w:rPr>
        <w:t>1:06:44  har cheez ka. ab kisi cheez ko bhi aap yeh nahin keh sakte ke woh yeh visible hai, woh invisible hai.</w:t>
      </w:r>
      <w:r>
        <w:br/>
      </w:r>
      <w:r>
        <w:rPr>
          <w:sz w:val="20"/>
        </w:rPr>
        <w:t>1:06:54  sab ka level ek hai. quantum theory ko aap padhiye to yeh baat is pe bilkul clear ho chuki hai.</w:t>
      </w:r>
      <w:r>
        <w:br/>
      </w:r>
      <w:r>
        <w:rPr>
          <w:sz w:val="20"/>
        </w:rPr>
        <w:t>1:07:05  quantum theory daryaft ho chuki thi Einstein ke zamane mein. Einstein ke zamane mein. isi liye dekhiye, Einstein ka ek ek ek us ki baat jo hai,</w:t>
      </w:r>
      <w:r>
        <w:br/>
      </w:r>
      <w:r>
        <w:rPr>
          <w:sz w:val="20"/>
        </w:rPr>
        <w:t>1:07:21  logon ne achhi tarah shayad gaur nahin kiya is par ke us se yeh writing mein yeh baat hai ke us se poocha gaya tha ke kya aap atheist hain,</w:t>
      </w:r>
      <w:r>
        <w:br/>
      </w:r>
      <w:r>
        <w:rPr>
          <w:sz w:val="20"/>
        </w:rPr>
        <w:t>1:07:36  yani munkir hain Khuda ke? to us ne kaha ke munkir nahin hoon main, balki main woh hoon.</w:t>
      </w:r>
      <w:r>
        <w:br/>
      </w:r>
      <w:r>
        <w:rPr>
          <w:sz w:val="20"/>
        </w:rPr>
        <w:t>1:07:46  agnostic hoon. agnostic hoon. agnostic ka matlab kya hai? 50-50. kaisi ajeeb baat hai!</w:t>
      </w:r>
      <w:r>
        <w:br/>
      </w:r>
      <w:r>
        <w:rPr>
          <w:sz w:val="20"/>
        </w:rPr>
        <w:t>1:07:55  itna top ka scientist yeh keh raha hai ke yeh mamla 50-50 ka hai. inkar ka nahi hai. ab ghor kijiye, jo ilhad ka jo case tha,</w:t>
      </w:r>
      <w:r>
        <w:br/>
      </w:r>
      <w:r>
        <w:rPr>
          <w:sz w:val="20"/>
        </w:rPr>
        <w:t>1:08:10  ilhad ka case tha jo pehle chal chala raha tha, woh log samajhte hain ke woh inkar khuda ka case hai. inkar khuda ka case nahi hai.</w:t>
      </w:r>
      <w:r>
        <w:br/>
      </w:r>
      <w:r>
        <w:rPr>
          <w:sz w:val="20"/>
        </w:rPr>
        <w:t>1:08:19  ab ab woh case hai ke bhai yeh to 50-50 ka mamla hai.</w:t>
      </w:r>
    </w:p>
    <w:p>
      <w:pPr>
        <w:pStyle w:val="Heading2"/>
      </w:pPr>
      <w:r>
        <w:t>Permissibility of Dua for Non-Muslims</w:t>
      </w:r>
    </w:p>
    <w:p>
      <w:r>
        <w:rPr>
          <w:color w:val="666666"/>
          <w:sz w:val="18"/>
        </w:rPr>
        <w:t>Faith &amp; God · Paradise as a Goal April 26, 2015 · 1m 36s · at 50:51 · https://youtu.be/hnHqhmSJZXA?t=3051</w:t>
      </w:r>
    </w:p>
    <w:p>
      <w:r>
        <w:rPr>
          <w:i/>
        </w:rPr>
        <w:t>“Is it permissible to do dua for people of other faith? What should be asked in dua for them? Can one pray for their good health, their joy, and if they are sick, they recover, or that they should be guided to the right path?”</w:t>
      </w:r>
    </w:p>
    <w:p>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r>
        <w:br/>
      </w:r>
      <w:r>
        <w:rPr>
          <w:sz w:val="20"/>
        </w:rPr>
        <w:t>51:14  path dekhen dua jo hai sab se pehle woh insaan ki apni</w:t>
      </w:r>
      <w:r>
        <w:br/>
      </w:r>
      <w:r>
        <w:rPr>
          <w:sz w:val="20"/>
        </w:rPr>
        <w:t>51:24  yani well wishing khair khwahi ka saboot hota hai woh to karna hi karna hai har aik ko</w:t>
      </w:r>
      <w:r>
        <w:br/>
      </w:r>
      <w:r>
        <w:rPr>
          <w:sz w:val="20"/>
        </w:rPr>
        <w:t>51:29  karna hai aap ko is mein aap ko farq nahi karna hai apne aur ghair ka farq nahi</w:t>
      </w:r>
      <w:r>
        <w:br/>
      </w:r>
      <w:r>
        <w:rPr>
          <w:sz w:val="20"/>
        </w:rPr>
        <w:t>51:34  karna hai peghambaron ne dua ki</w:t>
      </w:r>
      <w:r>
        <w:br/>
      </w:r>
      <w:r>
        <w:rPr>
          <w:sz w:val="20"/>
        </w:rPr>
        <w:t>51:39  har aik ke liye barabar</w:t>
      </w:r>
      <w:r>
        <w:br/>
      </w:r>
      <w:r>
        <w:rPr>
          <w:sz w:val="20"/>
        </w:rPr>
        <w:t>51:41  to dua dua to aadmi ke apne</w:t>
      </w:r>
      <w:r>
        <w:br/>
      </w:r>
      <w:r>
        <w:rPr>
          <w:sz w:val="20"/>
        </w:rPr>
        <w:t>51:46  well wishing spirit ka aik manifest hai khair khwahi ka jo jazba hai aadmi ke andar is ka</w:t>
      </w:r>
      <w:r>
        <w:br/>
      </w:r>
      <w:r>
        <w:rPr>
          <w:sz w:val="20"/>
        </w:rPr>
        <w:t>51:54  aik izhaar aik aadmi dua karta hai woh har aik ke liye hoga har aik ke liye hoga</w:t>
      </w:r>
      <w:r>
        <w:br/>
      </w:r>
      <w:r>
        <w:rPr>
          <w:sz w:val="20"/>
        </w:rPr>
        <w:t>52:01  hata ke aik animal road par tarp raha ho us ke liye aap dua kar sakte hain</w:t>
      </w:r>
      <w:r>
        <w:br/>
      </w:r>
      <w:r>
        <w:rPr>
          <w:sz w:val="20"/>
        </w:rPr>
        <w:t>52:05  khuda us ki koi mil jaye us ki jo ban patti kar de us ki to dua to</w:t>
      </w:r>
      <w:r>
        <w:br/>
      </w:r>
      <w:r>
        <w:rPr>
          <w:sz w:val="20"/>
        </w:rPr>
        <w:t>52:11  ap ke khair khwahi ke jazbe ka izhaar hai is ka expression hai woh to zaroor hogi agar</w:t>
      </w:r>
      <w:r>
        <w:br/>
      </w:r>
      <w:r>
        <w:rPr>
          <w:sz w:val="20"/>
        </w:rPr>
        <w:t>52:19  khair khwahi maujood hai aadmi ke andar aur yeh sabit hai ke peghambaron ne har ek ke liye</w:t>
      </w:r>
      <w:r>
        <w:br/>
      </w:r>
      <w:r>
        <w:rPr>
          <w:sz w:val="20"/>
        </w:rPr>
        <w:t>52:24  dua ki har ek ke liye</w:t>
      </w:r>
    </w:p>
    <w:p>
      <w:pPr>
        <w:pStyle w:val="Heading2"/>
      </w:pPr>
      <w:r>
        <w:t>Permissibility of dua for other faiths</w:t>
      </w:r>
    </w:p>
    <w:p>
      <w:r>
        <w:rPr>
          <w:color w:val="666666"/>
          <w:sz w:val="18"/>
        </w:rPr>
        <w:t>Faith &amp; God · Paradise as A Goal April 26, 2015 · 1m 30s · at 53:08 · https://youtu.be/4IWLd2SIBkw?t=3188</w:t>
      </w:r>
    </w:p>
    <w:p>
      <w:r>
        <w:rPr>
          <w:i/>
        </w:rPr>
        <w:t>“Is it permissible to do dua for people of other faiths? What should be asked in dua for them? Can one pray for their good health, their joy, and if they are sick, they recover, and that they should be guided to the right path?”</w:t>
      </w:r>
    </w:p>
    <w:p>
      <w:r>
        <w:rPr>
          <w:sz w:val="20"/>
        </w:rPr>
        <w:t>53:08  Maulana, yeh agla sawal kya hai? Imran ne Delhi se: "Is it permissible to do dua for people of other faiths?</w:t>
      </w:r>
      <w:r>
        <w:br/>
      </w:r>
      <w:r>
        <w:rPr>
          <w:sz w:val="20"/>
        </w:rPr>
        <w:t>53:17  What should be asked in dua for them?" "Can one pray for their good health, their joy, and if they are sick, they recover, or that they should be guided to the right path?"</w:t>
      </w:r>
      <w:r>
        <w:br/>
      </w:r>
      <w:r>
        <w:rPr>
          <w:sz w:val="20"/>
        </w:rPr>
        <w:t>53:35  Dekhein, dua jo hai, sab se pehle woh insaan ki apni, yani well wishing, khair khwahi ka saboot hota hai.</w:t>
      </w:r>
      <w:r>
        <w:br/>
      </w:r>
      <w:r>
        <w:rPr>
          <w:sz w:val="20"/>
        </w:rPr>
        <w:t>53:45  Woh to karna hi karna hai, har aik ko karna hai. Aap ko is mein aap ko farq nahi karna hai, apne aur ghair ka farq nahi karna hai. Paighambaron ne dua ki har aik ke liye barabar.</w:t>
      </w:r>
      <w:r>
        <w:br/>
      </w:r>
      <w:r>
        <w:rPr>
          <w:sz w:val="20"/>
        </w:rPr>
        <w:t>53:58  To dua, dua to aadmi ke apne well wishing, is is spirit ka aik manifestation hai.</w:t>
      </w:r>
      <w:r>
        <w:br/>
      </w:r>
      <w:r>
        <w:rPr>
          <w:sz w:val="20"/>
        </w:rPr>
        <w:t>54:07  Khair khwahi ka jo jazba hai aadmi ke andar, us ka aik izhaar aik aadmi dua karta hai. Woh har aik ke liye hoga, har aik ke liye hoga.</w:t>
      </w:r>
      <w:r>
        <w:br/>
      </w:r>
      <w:r>
        <w:rPr>
          <w:sz w:val="20"/>
        </w:rPr>
        <w:t>54:18  Hatta ke aik animal aaag road par tarp raha ho, us ke liye aap dua kar sakte hain: "Khuda, us ki koi mil jaye, us ki jo barf patti kar de, us ki."</w:t>
      </w:r>
      <w:r>
        <w:br/>
      </w:r>
      <w:r>
        <w:rPr>
          <w:sz w:val="20"/>
        </w:rPr>
        <w:t>54:27  To dua to aap ke khair khwahi ke jazbe ka izhaar hai, us ka expression hai. Woh to zaroor hogi agar khair khwahi maujood hai aadmi ke andar.</w:t>
      </w:r>
    </w:p>
    <w:p>
      <w:pPr>
        <w:pStyle w:val="Heading2"/>
      </w:pPr>
      <w:r>
        <w:t>Persistent failure: Is God angry and what to do?</w:t>
      </w:r>
    </w:p>
    <w:p>
      <w:r>
        <w:rPr>
          <w:color w:val="666666"/>
          <w:sz w:val="18"/>
        </w:rPr>
        <w:t>Faith &amp; God · 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Place of Ancestors in Islam</w:t>
      </w:r>
    </w:p>
    <w:p>
      <w:r>
        <w:rPr>
          <w:color w:val="666666"/>
          <w:sz w:val="18"/>
        </w:rPr>
        <w:t>Faith &amp; God · The Right Path May 24, 2015 Maulana Wahiduddin Khan · 21m 14s · at 56:07 · https://youtu.be/BYPgvndFDA8?t=3367</w:t>
      </w:r>
    </w:p>
    <w:p>
      <w:r>
        <w:rPr>
          <w:i/>
        </w:rPr>
        <w:t>“What is the place of ancestors in Islam? What is the meaning of this question? Maulana wants to know about the status of forefathers in Islam.”</w:t>
      </w:r>
    </w:p>
    <w:p>
      <w:r>
        <w:rPr>
          <w:sz w:val="20"/>
        </w:rPr>
        <w:t>56:07  maulana, yeh agla sawal aya hai naseeruddin sahib ka hyderabad se.</w:t>
      </w:r>
      <w:r>
        <w:br/>
      </w:r>
      <w:r>
        <w:rPr>
          <w:sz w:val="20"/>
        </w:rPr>
        <w:t>56:13  مولانا، my question is: What is the place of ancestors in Islam?</w:t>
      </w:r>
      <w:r>
        <w:br/>
      </w:r>
      <w:r>
        <w:rPr>
          <w:sz w:val="20"/>
        </w:rPr>
        <w:t>56:20  kya is ke sawal ka matlab kya hai? Maulana janna chahte hain ke abao ajdad ki islam mein</w:t>
      </w:r>
      <w:r>
        <w:br/>
      </w:r>
      <w:r>
        <w:rPr>
          <w:sz w:val="20"/>
        </w:rPr>
        <w:t>56:26  kya jagah hai? abao ajdad ki islam mein kya jagah hai? jaisa aaj kal log bohat zyada apne</w:t>
      </w:r>
      <w:r>
        <w:br/>
      </w:r>
      <w:r>
        <w:rPr>
          <w:sz w:val="20"/>
        </w:rPr>
        <w:t>56:32  abao ajdad ko har jagah quote karte hain.</w:t>
      </w:r>
      <w:r>
        <w:br/>
      </w:r>
      <w:r>
        <w:rPr>
          <w:sz w:val="20"/>
        </w:rPr>
        <w:t>56:35  bhai, maine is sawal ka matlab maine samajh.</w:t>
      </w:r>
      <w:r>
        <w:br/>
      </w:r>
      <w:r>
        <w:rPr>
          <w:sz w:val="20"/>
        </w:rPr>
        <w:t>56:37  koi misaal dein, woh misaal dein to samajh aayega.</w:t>
      </w:r>
      <w:r>
        <w:br/>
      </w:r>
      <w:r>
        <w:rPr>
          <w:sz w:val="20"/>
        </w:rPr>
        <w:t>56:43  agle agle hafte koi misaal de kar ke batayein, woh</w:t>
      </w:r>
      <w:r>
        <w:br/>
      </w:r>
      <w:r>
        <w:rPr>
          <w:sz w:val="20"/>
        </w:rPr>
        <w:t>56:50  Maulana, yeh agla question aaya hai Maulana Iqbal Umri sahib ka Chennai se.</w:t>
      </w:r>
      <w:r>
        <w:br/>
      </w:r>
      <w:r>
        <w:rPr>
          <w:sz w:val="20"/>
        </w:rPr>
        <w:t>56:56  Maulana, kufr ko is zameen mein maghloob rehna hai aur Islam ko ghalib.</w:t>
      </w:r>
      <w:r>
        <w:br/>
      </w:r>
      <w:r>
        <w:rPr>
          <w:sz w:val="20"/>
        </w:rPr>
        <w:t>57:04  Maulana, is mein jo mughalta hai, usay wazeh karein.</w:t>
      </w:r>
      <w:r>
        <w:br/>
      </w:r>
      <w:r>
        <w:rPr>
          <w:sz w:val="20"/>
        </w:rPr>
        <w:t>57:09  yeh kahan, kaun si ayat hai? kaun si hadith hai ke kufr ko maghloob rehna hai, Islam ko</w:t>
      </w:r>
      <w:r>
        <w:br/>
      </w:r>
      <w:r>
        <w:rPr>
          <w:sz w:val="20"/>
        </w:rPr>
        <w:t>57:13  ghalib rehna hai? yeh kahan hai?</w:t>
      </w:r>
      <w:r>
        <w:br/>
      </w:r>
      <w:r>
        <w:rPr>
          <w:sz w:val="20"/>
        </w:rPr>
        <w:t>57:17  jo is silsile mein jo ayatein padhi jaati hain, us mein peghambar ke mission ki baat hai.</w:t>
      </w:r>
      <w:r>
        <w:br/>
      </w:r>
      <w:r>
        <w:rPr>
          <w:sz w:val="20"/>
        </w:rPr>
        <w:t>57:26  yani peghambar, peghambar ka mission zaroor ghalib hoga.</w:t>
      </w:r>
      <w:r>
        <w:br/>
      </w:r>
      <w:r>
        <w:rPr>
          <w:sz w:val="20"/>
        </w:rPr>
        <w:t>57:31  peghambar ka mission kabhi maghloob nahi ho sakta hai.</w:t>
      </w:r>
      <w:r>
        <w:br/>
      </w:r>
      <w:r>
        <w:rPr>
          <w:sz w:val="20"/>
        </w:rPr>
        <w:t>57:34  lekin yeh hum nahi keh sakte ke kufr</w:t>
      </w:r>
      <w:r>
        <w:br/>
      </w:r>
      <w:r>
        <w:rPr>
          <w:sz w:val="20"/>
        </w:rPr>
        <w:t>57:38  ko ghulba nahi milega aur musalman ko ghulba milega.</w:t>
      </w:r>
      <w:r>
        <w:br/>
      </w:r>
      <w:r>
        <w:rPr>
          <w:sz w:val="20"/>
        </w:rPr>
        <w:t>57:41  yeh toh kahin Quran majeed mein hai nahi.</w:t>
      </w:r>
      <w:r>
        <w:br/>
      </w:r>
      <w:r>
        <w:rPr>
          <w:sz w:val="20"/>
        </w:rPr>
        <w:t>57:43  sirf jo baat peghambar ke mission ke aitbar se hai, us ko musalmanon ne apni tehrikon ke liye</w:t>
      </w:r>
      <w:r>
        <w:br/>
      </w:r>
      <w:r>
        <w:rPr>
          <w:sz w:val="20"/>
        </w:rPr>
        <w:t>57:49  chaspah kar rakha hai.</w:t>
      </w:r>
      <w:r>
        <w:br/>
      </w:r>
      <w:r>
        <w:rPr>
          <w:sz w:val="20"/>
        </w:rPr>
        <w:t>57:51  Maulana, agla question aaya hai Mr Imran ka Bahrain se.</w:t>
      </w:r>
      <w:r>
        <w:br/>
      </w:r>
      <w:r>
        <w:rPr>
          <w:sz w:val="20"/>
        </w:rPr>
        <w:t>57:55  مولانا صاحب، there is a verse in Quran that after every hardship there is ease.</w:t>
      </w:r>
      <w:r>
        <w:br/>
      </w:r>
      <w:r>
        <w:rPr>
          <w:sz w:val="20"/>
        </w:rPr>
        <w:t>58:00  After after every hardship there is ease,</w:t>
      </w:r>
      <w:r>
        <w:br/>
      </w:r>
      <w:r>
        <w:rPr>
          <w:sz w:val="20"/>
        </w:rPr>
        <w:t>58:04  But why hardships of prophets never ended?</w:t>
      </w:r>
      <w:r>
        <w:br/>
      </w:r>
      <w:r>
        <w:rPr>
          <w:sz w:val="20"/>
        </w:rPr>
        <w:t>58:10  dekhiye, hardship kya cheez hai? woh challenge hai.</w:t>
      </w:r>
      <w:r>
        <w:br/>
      </w:r>
      <w:r>
        <w:rPr>
          <w:sz w:val="20"/>
        </w:rPr>
        <w:t>58:15  challenge is liye aata hai ke aap us ko response dein.</w:t>
      </w:r>
      <w:r>
        <w:br/>
      </w:r>
      <w:r>
        <w:rPr>
          <w:sz w:val="20"/>
        </w:rPr>
        <w:t>58:20  toh challenge response mechanism hi se taraqqi hoti hai.</w:t>
      </w:r>
      <w:r>
        <w:br/>
      </w:r>
      <w:r>
        <w:rPr>
          <w:sz w:val="20"/>
        </w:rPr>
        <w:t>58:26  woh hardship ne kahi hai, woh challenge kahi hai us ko.</w:t>
      </w:r>
      <w:r>
        <w:br/>
      </w:r>
      <w:r>
        <w:rPr>
          <w:sz w:val="20"/>
        </w:rPr>
        <w:t>58:29  aur challenge ka matlab ye hai ke is se aap ke aap ko aap ko mind activated activated</w:t>
      </w:r>
      <w:r>
        <w:br/>
      </w:r>
      <w:r>
        <w:rPr>
          <w:sz w:val="20"/>
        </w:rPr>
        <w:t>58:33  hota hai. aap ke</w:t>
      </w:r>
      <w:r>
        <w:br/>
      </w:r>
      <w:r>
        <w:rPr>
          <w:sz w:val="20"/>
        </w:rPr>
        <w:t>58:37  yeh salahiyaten jagti hain.</w:t>
      </w:r>
      <w:r>
        <w:br/>
      </w:r>
      <w:r>
        <w:rPr>
          <w:sz w:val="20"/>
        </w:rPr>
        <w:t>58:40  agar dunya mein challenges na hon to koi taraqqi na ho.</w:t>
      </w:r>
      <w:r>
        <w:br/>
      </w:r>
      <w:r>
        <w:rPr>
          <w:sz w:val="20"/>
        </w:rPr>
        <w:t>58:46  baghair challenge ke kabhi koi taraqqi nahi ho sakti.</w:t>
      </w:r>
      <w:r>
        <w:br/>
      </w:r>
      <w:r>
        <w:rPr>
          <w:sz w:val="20"/>
        </w:rPr>
        <w:t>58:49  to is ko</w:t>
      </w:r>
      <w:r>
        <w:br/>
      </w:r>
      <w:r>
        <w:rPr>
          <w:sz w:val="20"/>
        </w:rPr>
        <w:t>58:53  is ko negative sense mein mat lijiye, is ko positive sense mein lijiye.</w:t>
      </w:r>
      <w:r>
        <w:br/>
      </w:r>
      <w:r>
        <w:rPr>
          <w:sz w:val="20"/>
        </w:rPr>
        <w:t>58:59  maulana, yeh agla question hai miss ditti malhotra ka delhi se.</w:t>
      </w:r>
      <w:r>
        <w:br/>
      </w:r>
      <w:r>
        <w:rPr>
          <w:sz w:val="20"/>
        </w:rPr>
        <w:t>59:03  مولانا، you have many times mentioned on the importance of keeping patience,</w:t>
      </w:r>
      <w:r>
        <w:br/>
      </w:r>
      <w:r>
        <w:rPr>
          <w:sz w:val="20"/>
        </w:rPr>
        <w:t>59:11  But when we tell this to people, they say that patience till when</w:t>
      </w:r>
      <w:r>
        <w:br/>
      </w:r>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r>
        <w:br/>
      </w:r>
      <w:r>
        <w:rPr>
          <w:sz w:val="20"/>
        </w:rPr>
        <w:t>1:02:40  theek baat hai, sahi kaha aap ne.</w:t>
      </w:r>
      <w:r>
        <w:br/>
      </w:r>
      <w:r>
        <w:rPr>
          <w:sz w:val="20"/>
        </w:rPr>
        <w:t>1:02:45  maulana sahab, yeh agla question aaya hai mehtab sahab ka dhampur se.</w:t>
      </w:r>
      <w:r>
        <w:br/>
      </w:r>
      <w:r>
        <w:rPr>
          <w:sz w:val="20"/>
        </w:rPr>
        <w:t>1:02:49  maulana sahab, khuda ke yahan namaz kaise qabool ho? meharbani kar ke batayen.</w:t>
      </w:r>
      <w:r>
        <w:br/>
      </w:r>
      <w:r>
        <w:rPr>
          <w:sz w:val="20"/>
        </w:rPr>
        <w:t>1:02:57  dekhen, qabool hone ka mamla woh Allah ka mamla hai.</w:t>
      </w:r>
      <w:r>
        <w:br/>
      </w:r>
      <w:r>
        <w:rPr>
          <w:sz w:val="20"/>
        </w:rPr>
        <w:t>1:03:02  peshgi taur par yeh nahin maloom hota ke meri namaz qabool ho gayi.</w:t>
      </w:r>
      <w:r>
        <w:br/>
      </w:r>
      <w:r>
        <w:rPr>
          <w:sz w:val="20"/>
        </w:rPr>
        <w:t>1:03:06  yeh soch galat hai.</w:t>
      </w:r>
      <w:r>
        <w:br/>
      </w:r>
      <w:r>
        <w:rPr>
          <w:sz w:val="20"/>
        </w:rPr>
        <w:t>1:03:09  kisi kisi sahabi ne yeh nahin kaha hai ke meri namaz to qabool ho jati hai.</w:t>
      </w:r>
      <w:r>
        <w:br/>
      </w:r>
      <w:r>
        <w:rPr>
          <w:sz w:val="20"/>
        </w:rPr>
        <w:t>1:03:15  yeh yeh yeh lafz kabhi sahabi ne nahin bola.</w:t>
      </w:r>
      <w:r>
        <w:br/>
      </w:r>
      <w:r>
        <w:rPr>
          <w:sz w:val="20"/>
        </w:rPr>
        <w:t>1:03:18  to kisi sahabi ko pata nahin tha ke meri namazen qabool ho rahi hain.</w:t>
      </w:r>
      <w:r>
        <w:br/>
      </w:r>
      <w:r>
        <w:rPr>
          <w:sz w:val="20"/>
        </w:rPr>
        <w:t>1:03:22  aap koshish karna hai,</w:t>
      </w:r>
      <w:r>
        <w:br/>
      </w:r>
      <w:r>
        <w:rPr>
          <w:sz w:val="20"/>
        </w:rPr>
        <w:t>1:03:26  al-saimen wala ehtimam min Allah ke mujhe koshish karna hai aur baqi kaam Allah ka hai.</w:t>
      </w:r>
      <w:r>
        <w:br/>
      </w:r>
      <w:r>
        <w:rPr>
          <w:sz w:val="20"/>
        </w:rPr>
        <w:t>1:03:33  to hamein koshish karna hai ke hamari namaz sahi namaz ho, is ke andar spirit ho, is ke</w:t>
      </w:r>
      <w:r>
        <w:br/>
      </w:r>
      <w:r>
        <w:rPr>
          <w:sz w:val="20"/>
        </w:rPr>
        <w:t>1:03:39  andar khushu ho aur taqwa ho.</w:t>
      </w:r>
      <w:r>
        <w:br/>
      </w:r>
      <w:r>
        <w:rPr>
          <w:sz w:val="20"/>
        </w:rPr>
        <w:t>1:03:42  is ki koshish karte rehna hai.</w:t>
      </w:r>
      <w:r>
        <w:br/>
      </w:r>
      <w:r>
        <w:rPr>
          <w:sz w:val="20"/>
        </w:rPr>
        <w:t>1:03:44  baqi yeh Allah ka domain hai ke woh ke woh is ko kya darja de ga.</w:t>
      </w:r>
      <w:r>
        <w:br/>
      </w:r>
      <w:r>
        <w:rPr>
          <w:sz w:val="20"/>
        </w:rPr>
        <w:t>1:03:50  to Allah ke domain mein kabhi bhi dakhil nahi hona chahiye.</w:t>
      </w:r>
      <w:r>
        <w:br/>
      </w:r>
      <w:r>
        <w:rPr>
          <w:sz w:val="20"/>
        </w:rPr>
        <w:t>1:03:56  molana, yeh agla question</w:t>
      </w:r>
      <w:r>
        <w:br/>
      </w:r>
      <w:r>
        <w:rPr>
          <w:sz w:val="20"/>
        </w:rPr>
        <w:t>1:03:58  molana farhad ahmad sahib ka hai dehli se.</w:t>
      </w:r>
      <w:r>
        <w:br/>
      </w:r>
      <w:r>
        <w:rPr>
          <w:sz w:val="20"/>
        </w:rPr>
        <w:t>1:04:02  مولانا، how should I keep myself away from extremism in the religion?</w:t>
      </w:r>
      <w:r>
        <w:br/>
      </w:r>
      <w:r>
        <w:rPr>
          <w:sz w:val="20"/>
        </w:rPr>
        <w:t>1:04:08  bas sochna chahiye ke rasool Allah ne farmaya ke "ayyakum walghulu fid deen".</w:t>
      </w:r>
      <w:r>
        <w:br/>
      </w:r>
      <w:r>
        <w:rPr>
          <w:sz w:val="20"/>
        </w:rPr>
        <w:t>1:04:17  hadith mein aata hai ke "man</w:t>
      </w:r>
      <w:r>
        <w:br/>
      </w:r>
      <w:r>
        <w:rPr>
          <w:sz w:val="20"/>
        </w:rPr>
        <w:t>1:04:21  kaan bilghulu fid deen".</w:t>
      </w:r>
      <w:r>
        <w:br/>
      </w:r>
      <w:r>
        <w:rPr>
          <w:sz w:val="20"/>
        </w:rPr>
        <w:t>1:04:24  yani hadith mein bataya gaya hai ke ghulu mani extremism</w:t>
      </w:r>
      <w:r>
        <w:br/>
      </w:r>
      <w:r>
        <w:rPr>
          <w:sz w:val="20"/>
        </w:rPr>
        <w:t>1:04:29  ke hadith mein bataya gaya hai ke jo pichli qaumein tabah huin, woh ghulu ki wajah se tabah</w:t>
      </w:r>
      <w:r>
        <w:br/>
      </w:r>
      <w:r>
        <w:rPr>
          <w:sz w:val="20"/>
        </w:rPr>
        <w:t>1:04:35  huin, halak ho gaein.</w:t>
      </w:r>
      <w:r>
        <w:br/>
      </w:r>
      <w:r>
        <w:rPr>
          <w:sz w:val="20"/>
        </w:rPr>
        <w:t>1:04:38  is tarah ki jo hadith hain aur Quran mein bhi yeh baat aayi hai, is ko jab taam</w:t>
      </w:r>
      <w:r>
        <w:br/>
      </w:r>
      <w:r>
        <w:rPr>
          <w:sz w:val="20"/>
        </w:rPr>
        <w:t>1:04:43  yaad karenge, hota hi hum is se bachenge.</w:t>
      </w:r>
      <w:r>
        <w:br/>
      </w:r>
      <w:r>
        <w:rPr>
          <w:sz w:val="20"/>
        </w:rPr>
        <w:t>1:04:47  aur doosri baat yeh ke hamein tajziya karna seekhna chahiye.</w:t>
      </w:r>
      <w:r>
        <w:br/>
      </w:r>
      <w:r>
        <w:rPr>
          <w:sz w:val="20"/>
        </w:rPr>
        <w:t>1:04:49  tajziya ek baat ho sakta hai ke ghulu ho aur hum is ko ghulu na samajhte hon.</w:t>
      </w:r>
      <w:r>
        <w:br/>
      </w:r>
      <w:r>
        <w:rPr>
          <w:sz w:val="20"/>
        </w:rPr>
        <w:t>1:04:57  to jab tajziya karenge aur introspection karenge, tab hamein maloom hoga ke yeh to yeh to</w:t>
      </w:r>
      <w:r>
        <w:br/>
      </w:r>
      <w:r>
        <w:rPr>
          <w:sz w:val="20"/>
        </w:rPr>
        <w:t>1:05:03  ghulu ka kaam hum kar rahe hain.</w:t>
      </w:r>
      <w:r>
        <w:br/>
      </w:r>
      <w:r>
        <w:rPr>
          <w:sz w:val="20"/>
        </w:rPr>
        <w:t>1:05:08  to ek taraf hadithon se sabak lena aur doosri taraf musalsal taur par sochte rehna, tajziya karte rehna,</w:t>
      </w:r>
      <w:r>
        <w:br/>
      </w:r>
      <w:r>
        <w:rPr>
          <w:sz w:val="20"/>
        </w:rPr>
        <w:t>1:05:16  yahi tareeqa hai jis se aap aadmi bach sakta hai ghulu se ya extremism se.</w:t>
      </w:r>
      <w:r>
        <w:br/>
      </w:r>
      <w:r>
        <w:rPr>
          <w:sz w:val="20"/>
        </w:rPr>
        <w:t>1:05:25  molana, yeh agla question hai aamir jaan sahib ka kashmir se.</w:t>
      </w:r>
      <w:r>
        <w:br/>
      </w:r>
      <w:r>
        <w:rPr>
          <w:sz w:val="20"/>
        </w:rPr>
        <w:t>1:05:30  مولانا صاحب، throughout my life, I always believed that being Muslim it is fard for me to</w:t>
      </w:r>
      <w:r>
        <w:br/>
      </w:r>
      <w:r>
        <w:rPr>
          <w:sz w:val="20"/>
        </w:rPr>
        <w:t>1:05:38  read Quran and get reward from Allah.</w:t>
      </w:r>
      <w:r>
        <w:br/>
      </w:r>
      <w:r>
        <w:rPr>
          <w:sz w:val="20"/>
        </w:rPr>
        <w:t>1:05:43  But after listening to your lectures and reading your literature, I came to know that Quran is not supposed to be read, rather it is to be studied to get to know the creation plan of God and the art of living in this world.</w:t>
      </w:r>
      <w:r>
        <w:br/>
      </w:r>
      <w:r>
        <w:rPr>
          <w:sz w:val="20"/>
        </w:rPr>
        <w:t>1:06:03  I tried to study the Quran from page one and have completed five chapters,</w:t>
      </w:r>
      <w:r>
        <w:br/>
      </w:r>
      <w:r>
        <w:rPr>
          <w:sz w:val="20"/>
        </w:rPr>
        <w:t>1:06:11  but I am not able to comprehend it properly.</w:t>
      </w:r>
      <w:r>
        <w:br/>
      </w:r>
      <w:r>
        <w:rPr>
          <w:sz w:val="20"/>
        </w:rPr>
        <w:t>1:06:16  iz same things have been repeated many times.</w:t>
      </w:r>
      <w:r>
        <w:br/>
      </w:r>
      <w:r>
        <w:rPr>
          <w:sz w:val="20"/>
        </w:rPr>
        <w:t>1:06:20  i want to know the best way by which we can study quran.</w:t>
      </w:r>
      <w:r>
        <w:br/>
      </w:r>
      <w:r>
        <w:rPr>
          <w:sz w:val="20"/>
        </w:rPr>
        <w:t>1:06:26  dekhiye, is mein koi misaal nahi hai, koi example nahi hai ke konsi baat aisi hai jo</w:t>
      </w:r>
      <w:r>
        <w:br/>
      </w:r>
      <w:r>
        <w:rPr>
          <w:sz w:val="20"/>
        </w:rPr>
        <w:t>1:06:33  clear nahi hui aap ko, halanke aap ne tadabbur ke sath parha.</w:t>
      </w:r>
      <w:r>
        <w:br/>
      </w:r>
      <w:r>
        <w:rPr>
          <w:sz w:val="20"/>
        </w:rPr>
        <w:t>1:06:37  tab bhi to mein samajhta hoon ke aap agle sunday koi misaal de kar bataein to mein is</w:t>
      </w:r>
      <w:r>
        <w:br/>
      </w:r>
      <w:r>
        <w:rPr>
          <w:sz w:val="20"/>
        </w:rPr>
        <w:t>1:06:43  ke bare mein kuch kar sakta hoon.</w:t>
      </w:r>
      <w:r>
        <w:br/>
      </w:r>
      <w:r>
        <w:rPr>
          <w:sz w:val="20"/>
        </w:rPr>
        <w:t>1:06:45  maulana, yeh agla question jo aaya hai, is mein naam aur location mention nahi hai.</w:t>
      </w:r>
      <w:r>
        <w:br/>
      </w:r>
      <w:r>
        <w:rPr>
          <w:sz w:val="20"/>
        </w:rPr>
        <w:t>1:06:51  muslim world has become jabal yafta.</w:t>
      </w:r>
      <w:r>
        <w:br/>
      </w:r>
      <w:r>
        <w:rPr>
          <w:sz w:val="20"/>
        </w:rPr>
        <w:t>1:06:57  My question is: How you US and Europe could save themselves from being jabbal yafta?</w:t>
      </w:r>
      <w:r>
        <w:br/>
      </w:r>
      <w:r>
        <w:rPr>
          <w:sz w:val="20"/>
        </w:rPr>
        <w:t>1:07:06  bhai, jab tak naam nahi hoga, mein bolunga agle sunday ko naam ke sath aur maqam ke</w:t>
      </w:r>
      <w:r>
        <w:br/>
      </w:r>
      <w:r>
        <w:rPr>
          <w:sz w:val="20"/>
        </w:rPr>
        <w:t>1:07:13  sath bhejein to bataunga.</w:t>
      </w:r>
      <w:r>
        <w:br/>
      </w:r>
      <w:r>
        <w:rPr>
          <w:sz w:val="20"/>
        </w:rPr>
        <w:t>1:07:17  maulana, yeh agla question mr ajay ka hai gurgaon se.</w:t>
      </w:r>
      <w:r>
        <w:br/>
      </w:r>
      <w:r>
        <w:rPr>
          <w:sz w:val="20"/>
        </w:rPr>
        <w:t>1:07:21  مولانا, as per one hadith, Prophet said we should stop wrongdoing by any means possible.</w:t>
      </w:r>
      <w:r>
        <w:br/>
      </w:r>
      <w:r>
        <w:rPr>
          <w:sz w:val="20"/>
        </w:rPr>
        <w:t>1:07:32  How can we understand it in current situation? Bhai, misaal ke baghair yeh hai, yeh question bhi bahut misaal ke baghair. Kis cheez ko samajh rahe hain woh? Maulana, woh yeh likh rahe hain ke Prophet ki ek hadees, unhon ne hadees quote nahi ki hai lekin us ka meaning quote kiya hai ke we should stop wrongdoing by any means possible.</w:t>
      </w:r>
      <w:r>
        <w:br/>
      </w:r>
      <w:r>
        <w:rPr>
          <w:sz w:val="20"/>
        </w:rPr>
        <w:t>1:07:54  Humein galat kaam ko har tareeqe se rokna chahiye. So he wants to know that how should we understand this thing in current situation?</w:t>
      </w:r>
      <w:r>
        <w:br/>
      </w:r>
      <w:r>
        <w:rPr>
          <w:sz w:val="20"/>
        </w:rPr>
        <w:t>1:08:06  nahi bhai, is hadith ko inhon ne sahi tareeqe se naqal nahi kiya hai.</w:t>
      </w:r>
      <w:r>
        <w:br/>
      </w:r>
      <w:r>
        <w:rPr>
          <w:sz w:val="20"/>
        </w:rPr>
        <w:t>1:08:10  woh hadith is tarah nahi hai ke bas hum kaise bhi is ko rokein.</w:t>
      </w:r>
      <w:r>
        <w:br/>
      </w:r>
      <w:r>
        <w:rPr>
          <w:sz w:val="20"/>
        </w:rPr>
        <w:t>1:08:14  Nahi, is mein yeh hai: according to our capacity, agar rokne ka</w:t>
      </w:r>
      <w:r>
        <w:br/>
      </w:r>
      <w:r>
        <w:rPr>
          <w:sz w:val="20"/>
        </w:rPr>
        <w:t>1:08:22  mumkin hai to rokein, bolna mumkin hai to bolein, nahi bol sakte to dil se maanein.</w:t>
      </w:r>
      <w:r>
        <w:br/>
      </w:r>
      <w:r>
        <w:rPr>
          <w:sz w:val="20"/>
        </w:rPr>
        <w:t>1:08:27  iska matlab yeh hai ke</w:t>
      </w:r>
      <w:r>
        <w:br/>
      </w:r>
      <w:r>
        <w:rPr>
          <w:sz w:val="20"/>
        </w:rPr>
        <w:t>1:08:30  aisa aisi koshish jo counter productive ho, yani aur bigaad mein izafa ho jaye, log lad jayein to</w:t>
      </w:r>
      <w:r>
        <w:br/>
      </w:r>
      <w:r>
        <w:rPr>
          <w:sz w:val="20"/>
        </w:rPr>
        <w:t>1:08:38  chup rehna chahiye, dua karna chahiye.</w:t>
      </w:r>
      <w:r>
        <w:br/>
      </w:r>
      <w:r>
        <w:rPr>
          <w:sz w:val="20"/>
        </w:rPr>
        <w:t>1:08:42  اس اس جو naqal kiya unho ne, is se lagta hai ke har haal mein hamein khud padhna chahiye.</w:t>
      </w:r>
      <w:r>
        <w:br/>
      </w:r>
      <w:r>
        <w:rPr>
          <w:sz w:val="20"/>
        </w:rPr>
        <w:t>1:08:48  to yeh hadith nahi hai.</w:t>
      </w:r>
      <w:r>
        <w:br/>
      </w:r>
      <w:r>
        <w:rPr>
          <w:sz w:val="20"/>
        </w:rPr>
        <w:t>1:08:50  hadith yeh hai ke agar tumhare bas mein hai ke tum koi</w:t>
      </w:r>
      <w:r>
        <w:br/>
      </w:r>
      <w:r>
        <w:rPr>
          <w:sz w:val="20"/>
        </w:rPr>
        <w:t>1:08:56  bigaad paida kiye baghair is ko durust kar do to durust karo, aur agar yeh bas mein tumhare</w:t>
      </w:r>
      <w:r>
        <w:br/>
      </w:r>
      <w:r>
        <w:rPr>
          <w:sz w:val="20"/>
        </w:rPr>
        <w:t>1:09:02  nahi hai to zuban se bolo, aur zuban bolne mein bhi khatra ho ke bigaad paida hoga to</w:t>
      </w:r>
      <w:r>
        <w:br/>
      </w:r>
      <w:r>
        <w:rPr>
          <w:sz w:val="20"/>
        </w:rPr>
        <w:t>1:09:09  phir dil dil se bura samjho aur dua karo.</w:t>
      </w:r>
      <w:r>
        <w:br/>
      </w:r>
      <w:r>
        <w:rPr>
          <w:sz w:val="20"/>
        </w:rPr>
        <w:t>1:09:13  تو دیکھیے، اسلام میں جتنے بھی احکام ہیں، سب according to your capacity ہیں۔</w:t>
      </w:r>
      <w:r>
        <w:br/>
      </w:r>
      <w:r>
        <w:rPr>
          <w:sz w:val="20"/>
        </w:rPr>
        <w:t>1:09:18  capacity ke baghair koodna</w:t>
      </w:r>
      <w:r>
        <w:br/>
      </w:r>
      <w:r>
        <w:rPr>
          <w:sz w:val="20"/>
        </w:rPr>
        <w:t>1:09:22  yeh islam mein nahi hai.</w:t>
      </w:r>
      <w:r>
        <w:br/>
      </w:r>
      <w:r>
        <w:rPr>
          <w:sz w:val="20"/>
        </w:rPr>
        <w:t>1:09:23  jaise muslim mulkon mein log har jagah kooday hue hain.</w:t>
      </w:r>
      <w:r>
        <w:br/>
      </w:r>
      <w:r>
        <w:rPr>
          <w:sz w:val="20"/>
        </w:rPr>
        <w:t>1:09:26  keh hum yahan justice qaim karein ge, hum yahan qanoon nafiz karein ge, aur practical tor par kya</w:t>
      </w:r>
      <w:r>
        <w:br/>
      </w:r>
      <w:r>
        <w:rPr>
          <w:sz w:val="20"/>
        </w:rPr>
        <w:t>1:09:33  hota hai keh khud hi larte marte hain, kuch hota nahi, sirf larai barhai hoti hai.</w:t>
      </w:r>
      <w:r>
        <w:br/>
      </w:r>
      <w:r>
        <w:rPr>
          <w:sz w:val="20"/>
        </w:rPr>
        <w:t>1:09:40  to yeh Islam ki taleem nahi hai.</w:t>
      </w:r>
      <w:r>
        <w:br/>
      </w:r>
      <w:r>
        <w:rPr>
          <w:sz w:val="20"/>
        </w:rPr>
        <w:t>1:09:43  aap ko apni capacity ke aitbar se karna hai, is se bahar nahi hai.</w:t>
      </w:r>
      <w:r>
        <w:br/>
      </w:r>
      <w:r>
        <w:rPr>
          <w:sz w:val="20"/>
        </w:rPr>
        <w:t>1:09:47  Maulana, woh jo question jis mein naam aur location mention nahi thi, unhon ne wapas reply kiya, woh</w:t>
      </w:r>
      <w:r>
        <w:br/>
      </w:r>
      <w:r>
        <w:rPr>
          <w:sz w:val="20"/>
        </w:rPr>
        <w:t>1:09:53  Mr Idrees ka hai Raipur se.</w:t>
      </w:r>
      <w:r>
        <w:br/>
      </w:r>
      <w:r>
        <w:rPr>
          <w:sz w:val="20"/>
        </w:rPr>
        <w:t>1:09:56  Muslim world has become jabal yafta.</w:t>
      </w:r>
      <w:r>
        <w:br/>
      </w:r>
      <w:r>
        <w:rPr>
          <w:sz w:val="20"/>
        </w:rPr>
        <w:t>1:09:59  My question is: how US and Europe could save themself</w:t>
      </w:r>
      <w:r>
        <w:br/>
      </w:r>
      <w:r>
        <w:rPr>
          <w:sz w:val="20"/>
        </w:rPr>
        <w:t>1:10:06  from being jabal yafta?</w:t>
      </w:r>
      <w:r>
        <w:br/>
      </w:r>
      <w:r>
        <w:rPr>
          <w:sz w:val="20"/>
        </w:rPr>
        <w:t>1:10:09  zawal, zawal, degeneration.</w:t>
      </w:r>
      <w:r>
        <w:br/>
      </w:r>
      <w:r>
        <w:rPr>
          <w:sz w:val="20"/>
        </w:rPr>
        <w:t>1:10:12  to degeneration to sab</w:t>
      </w:r>
      <w:r>
        <w:br/>
      </w:r>
      <w:r>
        <w:rPr>
          <w:sz w:val="20"/>
        </w:rPr>
        <w:t>1:10:16  jaise misaal ke tor par dekhiye,</w:t>
      </w:r>
      <w:r>
        <w:br/>
      </w:r>
      <w:r>
        <w:rPr>
          <w:sz w:val="20"/>
        </w:rPr>
        <w:t>1:10:19  ek zamana tha jab keh Europe mein freedom ek bohat achi cheez thi, ek positive phenomena ke tor</w:t>
      </w:r>
      <w:r>
        <w:br/>
      </w:r>
      <w:r>
        <w:rPr>
          <w:sz w:val="20"/>
        </w:rPr>
        <w:t>1:10:27  par. Abhi aaj ki khabar hai keh Europe ke country mein ek baqayda referendum hua to 62 percent</w:t>
      </w:r>
      <w:r>
        <w:br/>
      </w:r>
      <w:r>
        <w:rPr>
          <w:sz w:val="20"/>
        </w:rPr>
        <w:t>1:10:38  unhon ne is par rai di keh</w:t>
      </w:r>
      <w:r>
        <w:br/>
      </w:r>
      <w:r>
        <w:rPr>
          <w:sz w:val="20"/>
        </w:rPr>
        <w:t>1:10:41  same sex mein merger marriage hona chahiye.</w:t>
      </w:r>
      <w:r>
        <w:br/>
      </w:r>
      <w:r>
        <w:rPr>
          <w:sz w:val="20"/>
        </w:rPr>
        <w:t>1:10:45  yeh freedom ko misuse karna hai.</w:t>
      </w:r>
      <w:r>
        <w:br/>
      </w:r>
      <w:r>
        <w:rPr>
          <w:sz w:val="20"/>
        </w:rPr>
        <w:t>1:10:49  ek zamana tha keh Europe mein tasawwur nahi tha keh freedom ko misuse kiya jaye.</w:t>
      </w:r>
      <w:r>
        <w:br/>
      </w:r>
      <w:r>
        <w:rPr>
          <w:sz w:val="20"/>
        </w:rPr>
        <w:t>1:10:55  to Europe, America mein aaj zawal ho chuka hai, yani zawal shuru ho chuka hai.</w:t>
      </w:r>
      <w:r>
        <w:br/>
      </w:r>
      <w:r>
        <w:rPr>
          <w:sz w:val="20"/>
        </w:rPr>
        <w:t>1:11:03  zawal shuru ho chuka hai.</w:t>
      </w:r>
      <w:r>
        <w:br/>
      </w:r>
      <w:r>
        <w:rPr>
          <w:sz w:val="20"/>
        </w:rPr>
        <w:t>1:11:04  aisa nahi keh un ka zawal nahi hota.</w:t>
      </w:r>
      <w:r>
        <w:br/>
      </w:r>
      <w:r>
        <w:rPr>
          <w:sz w:val="20"/>
        </w:rPr>
        <w:t>1:11:07  ek zamana tha keh jab woh urooj par thay, woh log urooj par.</w:t>
      </w:r>
      <w:r>
        <w:br/>
      </w:r>
      <w:r>
        <w:rPr>
          <w:sz w:val="20"/>
        </w:rPr>
        <w:t>1:11:12  ab to har jagah zawal hai.</w:t>
      </w:r>
      <w:r>
        <w:br/>
      </w:r>
      <w:r>
        <w:rPr>
          <w:sz w:val="20"/>
        </w:rPr>
        <w:t>1:11:13  Europe mein bhi, America mein bhi.</w:t>
      </w:r>
      <w:r>
        <w:br/>
      </w:r>
      <w:r>
        <w:rPr>
          <w:sz w:val="20"/>
        </w:rPr>
        <w:t>1:11:15  Maulana, yeh agla question Dr Pradhan ka hai Delhi se.</w:t>
      </w:r>
      <w:r>
        <w:br/>
      </w:r>
      <w:r>
        <w:rPr>
          <w:sz w:val="20"/>
        </w:rPr>
        <w:t>1:11:20  If somebody is facing discrimination in worldly affairs,</w:t>
      </w:r>
      <w:r>
        <w:br/>
      </w:r>
      <w:r>
        <w:rPr>
          <w:sz w:val="20"/>
        </w:rPr>
        <w:t>1:11:25  How should he stay positive in such situation</w:t>
      </w:r>
      <w:r>
        <w:br/>
      </w:r>
      <w:r>
        <w:rPr>
          <w:sz w:val="20"/>
        </w:rPr>
        <w:t>1:11:28  ؟ دیکھیے، میرا ماننا یہ ہے کہ discrimination is nothing۔</w:t>
      </w:r>
      <w:r>
        <w:br/>
      </w:r>
      <w:r>
        <w:rPr>
          <w:sz w:val="20"/>
        </w:rPr>
        <w:t>1:11:35  ایک فطری، یعنی ایک نیچرل فینامینا ہے جس کو کہتے ہیں discrimination۔</w:t>
      </w:r>
      <w:r>
        <w:br/>
      </w:r>
      <w:r>
        <w:rPr>
          <w:sz w:val="20"/>
        </w:rPr>
        <w:t>1:11:41  kyunke jab zindagi ka nizaam bana hai compression par,</w:t>
      </w:r>
      <w:r>
        <w:br/>
      </w:r>
      <w:r>
        <w:rPr>
          <w:sz w:val="20"/>
        </w:rPr>
        <w:t>1:11:46  to koi aage badhega, koi peeche hatega, koi aage badhega, koi peeche ho jayega.</w:t>
      </w:r>
      <w:r>
        <w:br/>
      </w:r>
      <w:r>
        <w:rPr>
          <w:sz w:val="20"/>
        </w:rPr>
        <w:t>1:11:52  تو پیچھے والے کا کیا؟ پیچھے ڈسکریمینیشن ہو رہا ہے؟ نہیں، وہ that is due to comprehension،</w:t>
      </w:r>
      <w:r>
        <w:br/>
      </w:r>
      <w:r>
        <w:rPr>
          <w:sz w:val="20"/>
        </w:rPr>
        <w:t>1:11:58  due to challenge.</w:t>
      </w:r>
      <w:r>
        <w:br/>
      </w:r>
      <w:r>
        <w:rPr>
          <w:sz w:val="20"/>
        </w:rPr>
        <w:t>1:12:01  to apni ghalti ko jaanna chahiye.</w:t>
      </w:r>
      <w:r>
        <w:br/>
      </w:r>
      <w:r>
        <w:rPr>
          <w:sz w:val="20"/>
        </w:rPr>
        <w:t>1:12:05  jab bhi koi aisa waqea ho to apni ghalti ko daryaft kijiye.</w:t>
      </w:r>
      <w:r>
        <w:br/>
      </w:r>
      <w:r>
        <w:rPr>
          <w:sz w:val="20"/>
        </w:rPr>
        <w:t>1:12:08  وہ discrimination کا قصہ نہیں ہوتا ہے۔</w:t>
      </w:r>
      <w:r>
        <w:br/>
      </w:r>
      <w:r>
        <w:rPr>
          <w:sz w:val="20"/>
        </w:rPr>
        <w:t>1:12:11  میری زندگی میں بہت سے واقعات ایسے ہوئے ہیں، مگر میں ان کو discrimination نہیں سمجھا۔</w:t>
      </w:r>
      <w:r>
        <w:br/>
      </w:r>
      <w:r>
        <w:rPr>
          <w:sz w:val="20"/>
        </w:rPr>
        <w:t>1:12:15  maine apni kisi kotahi ko maine daryaft kiya.</w:t>
      </w:r>
      <w:r>
        <w:br/>
      </w:r>
      <w:r>
        <w:rPr>
          <w:sz w:val="20"/>
        </w:rPr>
        <w:t>1:12:21  maine to phir main phir dobara main kaamyaab ho gaya.</w:t>
      </w:r>
      <w:r>
        <w:br/>
      </w:r>
      <w:r>
        <w:rPr>
          <w:sz w:val="20"/>
        </w:rPr>
        <w:t>1:12:25  تو میری ڈکشنری میں، ڈکشنری میری ڈکشنری میں discrimination کا لفظ ہے ہی نہیں، اور سارے قرآن میں</w:t>
      </w:r>
      <w:r>
        <w:br/>
      </w:r>
      <w:r>
        <w:rPr>
          <w:sz w:val="20"/>
        </w:rPr>
        <w:t>1:12:30  kahin bhi yeh lafz nahi hai.</w:t>
      </w:r>
      <w:r>
        <w:br/>
      </w:r>
      <w:r>
        <w:rPr>
          <w:sz w:val="20"/>
        </w:rPr>
        <w:t>1:12:32  discrimination ke lafz quran majeed mein nahi hai.</w:t>
      </w:r>
      <w:r>
        <w:br/>
      </w:r>
      <w:r>
        <w:rPr>
          <w:sz w:val="20"/>
        </w:rPr>
        <w:t>1:12:35  yeh to us zamane mein logon ne garh rakha hai ghalat taur par,</w:t>
      </w:r>
      <w:r>
        <w:br/>
      </w:r>
      <w:r>
        <w:rPr>
          <w:sz w:val="20"/>
        </w:rPr>
        <w:t>1:12:41  aur kyuki wo sahi sahi analysis nahi kar pate waqiyat ka, to kehte hain ke discrimination ho raha</w:t>
      </w:r>
      <w:r>
        <w:br/>
      </w:r>
      <w:r>
        <w:rPr>
          <w:sz w:val="20"/>
        </w:rPr>
        <w:t>1:12:48  hai. main isko nahi manta.</w:t>
      </w:r>
      <w:r>
        <w:br/>
      </w:r>
      <w:r>
        <w:rPr>
          <w:sz w:val="20"/>
        </w:rPr>
        <w:t>1:12:51  آپ اگر specific مثال دیں تو میں اس کو تجزیہ کر کے بتاؤں گا کہ یہ discrimination نہیں</w:t>
      </w:r>
      <w:r>
        <w:br/>
      </w:r>
      <w:r>
        <w:rPr>
          <w:sz w:val="20"/>
        </w:rPr>
        <w:t>1:12:56  ہے۔ یہ کوئی بھی کسی بھی فیلڈ کی آپ اسپیسیفک مثال دیجیے کہ وہاں مسلمانوں کے ساتھ discrimination</w:t>
      </w:r>
      <w:r>
        <w:br/>
      </w:r>
      <w:r>
        <w:rPr>
          <w:sz w:val="20"/>
        </w:rPr>
        <w:t>1:13:04  hua, to main bataunga inshallah.</w:t>
      </w:r>
      <w:r>
        <w:br/>
      </w:r>
      <w:r>
        <w:rPr>
          <w:sz w:val="20"/>
        </w:rPr>
        <w:t>1:13:07  کیونکہ میں مانتا ہی نہیں کہ discrimination ہوتا ہے۔</w:t>
      </w:r>
      <w:r>
        <w:br/>
      </w:r>
      <w:r>
        <w:rPr>
          <w:sz w:val="20"/>
        </w:rPr>
        <w:t>1:13:11  aap mein apni</w:t>
      </w:r>
      <w:r>
        <w:br/>
      </w:r>
      <w:r>
        <w:rPr>
          <w:sz w:val="20"/>
        </w:rPr>
        <w:t>1:13:13  اپنی، یعنی ان competitor ہوتا ہے، اس کی پرائس بھگتنی پڑتی ہے، اور وہ کہتا ہے کہ discrimination</w:t>
      </w:r>
      <w:r>
        <w:br/>
      </w:r>
      <w:r>
        <w:rPr>
          <w:sz w:val="20"/>
        </w:rPr>
        <w:t>1:13:21  ho raha hai.</w:t>
      </w:r>
      <w:r>
        <w:br/>
      </w:r>
      <w:r>
        <w:rPr>
          <w:sz w:val="20"/>
        </w:rPr>
        <w:t>1:13:24  تو میں نہیں مانتا discrimination کی تھیوری کو۔</w:t>
      </w:r>
      <w:r>
        <w:br/>
      </w:r>
      <w:r>
        <w:rPr>
          <w:sz w:val="20"/>
        </w:rPr>
        <w:t>1:13:28  main manta hoon ke aadmi</w:t>
      </w:r>
      <w:r>
        <w:br/>
      </w:r>
      <w:r>
        <w:rPr>
          <w:sz w:val="20"/>
        </w:rPr>
        <w:t>1:13:31  apni hi kami ko bhugatta hai.</w:t>
      </w:r>
      <w:r>
        <w:br/>
      </w:r>
      <w:r>
        <w:rPr>
          <w:sz w:val="20"/>
        </w:rPr>
        <w:t>1:13:33  jaise quran majeed mein hai ke to</w:t>
      </w:r>
      <w:r>
        <w:br/>
      </w:r>
      <w:r>
        <w:rPr>
          <w:sz w:val="20"/>
        </w:rPr>
        <w:t>1:13:38  jab tak koi misaal na de, koi aadmi, main isko manne ko tayyar nahi hoon.</w:t>
      </w:r>
      <w:r>
        <w:br/>
      </w:r>
      <w:r>
        <w:rPr>
          <w:sz w:val="20"/>
        </w:rPr>
        <w:t>1:13:45  maulana, yeh comment aaya hai miss aaliya farooqi ka pakistan se.</w:t>
      </w:r>
      <w:r>
        <w:br/>
      </w:r>
      <w:r>
        <w:rPr>
          <w:sz w:val="20"/>
        </w:rPr>
        <w:t>1:13:52  Maulana Sahib, from your every lecture,</w:t>
      </w:r>
      <w:r>
        <w:br/>
      </w:r>
      <w:r>
        <w:rPr>
          <w:sz w:val="20"/>
        </w:rPr>
        <w:t>1:13:55  I take energy, positive thinking and sabr.</w:t>
      </w:r>
      <w:r>
        <w:br/>
      </w:r>
      <w:r>
        <w:rPr>
          <w:sz w:val="20"/>
        </w:rPr>
        <w:t>1:14:03  bas ji, mashallah, bohat acha.</w:t>
      </w:r>
      <w:r>
        <w:br/>
      </w:r>
      <w:r>
        <w:rPr>
          <w:sz w:val="20"/>
        </w:rPr>
        <w:t>1:14:08  phir se padhiye isko, phir se padhiye.</w:t>
      </w:r>
      <w:r>
        <w:br/>
      </w:r>
      <w:r>
        <w:rPr>
          <w:sz w:val="20"/>
        </w:rPr>
        <w:t>1:14:09  مولانا صاحب, from your every lecture, I take energy, positive thinking, and patience.</w:t>
      </w:r>
      <w:r>
        <w:br/>
      </w:r>
      <w:r>
        <w:rPr>
          <w:sz w:val="20"/>
        </w:rPr>
        <w:t>1:14:17  mashallah. maulana, yeh agla question aaya hai doctor farida khanam ka dehli se.</w:t>
      </w:r>
      <w:r>
        <w:br/>
      </w:r>
      <w:r>
        <w:rPr>
          <w:sz w:val="20"/>
        </w:rPr>
        <w:t>1:14:27  Why is it that everyone remains patient at home</w:t>
      </w:r>
      <w:r>
        <w:br/>
      </w:r>
      <w:r>
        <w:rPr>
          <w:sz w:val="20"/>
        </w:rPr>
        <w:t>1:14:34  And everyone remains patient at workplace?</w:t>
      </w:r>
      <w:r>
        <w:br/>
      </w:r>
      <w:r>
        <w:rPr>
          <w:sz w:val="20"/>
        </w:rPr>
        <w:t>1:14:39  But when it comes to be, when it comes to be patient to Madhu for the cause of</w:t>
      </w:r>
      <w:r>
        <w:br/>
      </w:r>
      <w:r>
        <w:rPr>
          <w:sz w:val="20"/>
        </w:rPr>
        <w:t>1:14:44  god, he is not willing to do so.</w:t>
      </w:r>
      <w:r>
        <w:br/>
      </w:r>
      <w:r>
        <w:rPr>
          <w:sz w:val="20"/>
        </w:rPr>
        <w:t>1:14:49  dekhiye, main samajhta hoon ke</w:t>
      </w:r>
      <w:r>
        <w:br/>
      </w:r>
      <w:r>
        <w:rPr>
          <w:sz w:val="20"/>
        </w:rPr>
        <w:t>1:14:52  jahan compression ho, wahan theek ho jata hai.</w:t>
      </w:r>
      <w:r>
        <w:br/>
      </w:r>
      <w:r>
        <w:rPr>
          <w:sz w:val="20"/>
        </w:rPr>
        <w:t>1:14:55  jahan compreshan na ho, wahan woh theek nahi rehta.</w:t>
      </w:r>
      <w:r>
        <w:br/>
      </w:r>
      <w:r>
        <w:rPr>
          <w:sz w:val="20"/>
        </w:rPr>
        <w:t>1:14:59  jaise office hai, to ek shakhs ghar mein to ladega, office mein theek rahega, kyunke office</w:t>
      </w:r>
      <w:r>
        <w:br/>
      </w:r>
      <w:r>
        <w:rPr>
          <w:sz w:val="20"/>
        </w:rPr>
        <w:t>1:15:07  mein compreshan hai.</w:t>
      </w:r>
      <w:r>
        <w:br/>
      </w:r>
      <w:r>
        <w:rPr>
          <w:sz w:val="20"/>
        </w:rPr>
        <w:t>1:15:08  office mein ladega to us ko farigh kar diya jayega.</w:t>
      </w:r>
      <w:r>
        <w:br/>
      </w:r>
      <w:r>
        <w:rPr>
          <w:sz w:val="20"/>
        </w:rPr>
        <w:t>1:15:12  to bahar nikalte nikla hai to apna apni achhi image banane ke liye woh bohat theek thaak rahe</w:t>
      </w:r>
      <w:r>
        <w:br/>
      </w:r>
      <w:r>
        <w:rPr>
          <w:sz w:val="20"/>
        </w:rPr>
        <w:t>1:15:19  ga. To main samajhta hoon ke yeh sari baatein is liye hoti hain ke jahan compreshan hai, wahan</w:t>
      </w:r>
      <w:r>
        <w:br/>
      </w:r>
      <w:r>
        <w:rPr>
          <w:sz w:val="20"/>
        </w:rPr>
        <w:t>1:15:26  to theek thaak rehte hain log.</w:t>
      </w:r>
      <w:r>
        <w:br/>
      </w:r>
      <w:r>
        <w:rPr>
          <w:sz w:val="20"/>
        </w:rPr>
        <w:t>1:15:27  jahan compreshan nahi hai, wahan woh yaani theek thaak nahi reh paate.</w:t>
      </w:r>
      <w:r>
        <w:br/>
      </w:r>
      <w:r>
        <w:rPr>
          <w:sz w:val="20"/>
        </w:rPr>
        <w:t>1:15:35  to sahi insan woh hai jo</w:t>
      </w:r>
      <w:r>
        <w:br/>
      </w:r>
      <w:r>
        <w:rPr>
          <w:sz w:val="20"/>
        </w:rPr>
        <w:t>1:15:39  jo apne yaani jis ko jo intellectually developed ho, uska shaoor tarqqi yafta ho ke har jagah</w:t>
      </w:r>
      <w:r>
        <w:br/>
      </w:r>
      <w:r>
        <w:rPr>
          <w:sz w:val="20"/>
        </w:rPr>
        <w:t>1:15:48  woh ek sa rahe.</w:t>
      </w:r>
      <w:r>
        <w:br/>
      </w:r>
      <w:r>
        <w:rPr>
          <w:sz w:val="20"/>
        </w:rPr>
        <w:t>1:15:50  compreshan ho ya na ho, har jagah woh theek thaak rahe.</w:t>
      </w:r>
      <w:r>
        <w:br/>
      </w:r>
      <w:r>
        <w:rPr>
          <w:sz w:val="20"/>
        </w:rPr>
        <w:t>1:15:55  isi ko main samajhta hoon ke aala insan.</w:t>
      </w:r>
      <w:r>
        <w:br/>
      </w:r>
      <w:r>
        <w:rPr>
          <w:sz w:val="20"/>
        </w:rPr>
        <w:t>1:15:58  maulana, yeh agla question bhi doctor farida khanoom ka hai dehli se.</w:t>
      </w:r>
      <w:r>
        <w:br/>
      </w:r>
      <w:r>
        <w:rPr>
          <w:sz w:val="20"/>
        </w:rPr>
        <w:t>1:16:03  From my interaction with Muslims, I have learned that Muslims are totally unaware of logical thinking.</w:t>
      </w:r>
      <w:r>
        <w:br/>
      </w:r>
      <w:r>
        <w:rPr>
          <w:sz w:val="20"/>
        </w:rPr>
        <w:t>1:16:14  They can't think in any point logically and rationally.</w:t>
      </w:r>
      <w:r>
        <w:br/>
      </w:r>
      <w:r>
        <w:rPr>
          <w:sz w:val="20"/>
        </w:rPr>
        <w:t>1:16:19  why is it so?</w:t>
      </w:r>
      <w:r>
        <w:br/>
      </w:r>
      <w:r>
        <w:rPr>
          <w:sz w:val="20"/>
        </w:rPr>
        <w:t>1:16:22  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pStyle w:val="Heading2"/>
      </w:pPr>
      <w:r>
        <w:t>Please tell us how we can realize God</w:t>
      </w:r>
    </w:p>
    <w:p>
      <w:r>
        <w:rPr>
          <w:color w:val="666666"/>
          <w:sz w:val="18"/>
        </w:rPr>
        <w:t>Faith &amp; God · On Atheism | May 22, 2016 · 1m 50s · at 1:02:00 · https://youtu.be/tzJmfYnSleo?t=3720</w:t>
      </w:r>
    </w:p>
    <w:p>
      <w:r>
        <w:rPr>
          <w:i/>
        </w:rPr>
        <w:t>“You have deliberated upon an extremely important topic excellently today. Please tell us how we can realize God.”</w:t>
      </w:r>
    </w:p>
    <w:p>
      <w:r>
        <w:rPr>
          <w:sz w:val="20"/>
        </w:rPr>
        <w:t>1:02:00  molana agla sawal doctor hamid hussain sahib ne kiya hai odisha se aur unhon ne likha hai molana</w:t>
      </w:r>
      <w:r>
        <w:br/>
      </w:r>
      <w:r>
        <w:rPr>
          <w:sz w:val="20"/>
        </w:rPr>
        <w:t>1:02:06  صاحب, you have deliberated upon an extremely important topic excellently today.</w:t>
      </w:r>
      <w:r>
        <w:br/>
      </w:r>
      <w:r>
        <w:rPr>
          <w:sz w:val="20"/>
        </w:rPr>
        <w:t>1:02:13  Please tell us how we can realize God.</w:t>
      </w:r>
      <w:r>
        <w:br/>
      </w:r>
      <w:r>
        <w:rPr>
          <w:sz w:val="20"/>
        </w:rPr>
        <w:t>1:02:19  dekhiye ek hadith hai mein is ko bar bar tajruba karta hoon man arafa nafsahu faqad arafa rabbahu.</w:t>
      </w:r>
      <w:r>
        <w:br/>
      </w:r>
      <w:r>
        <w:rPr>
          <w:sz w:val="20"/>
        </w:rPr>
        <w:t>1:02:25  jis ne apne aap ko pehchana us ne god ko pehchana.</w:t>
      </w:r>
      <w:r>
        <w:br/>
      </w:r>
      <w:r>
        <w:rPr>
          <w:sz w:val="20"/>
        </w:rPr>
        <w:t>1:02:32  to mein akele mein aksar yeh sochta rehta hoon khud apne bare mein.</w:t>
      </w:r>
      <w:r>
        <w:br/>
      </w:r>
      <w:r>
        <w:rPr>
          <w:sz w:val="20"/>
        </w:rPr>
        <w:t>1:02:38  to mujhe har soch ke baad yeh mujhe daryaft hoti hai ke bilashuba yahan ek khuda hai.</w:t>
      </w:r>
      <w:r>
        <w:br/>
      </w:r>
      <w:r>
        <w:rPr>
          <w:sz w:val="20"/>
        </w:rPr>
        <w:t>1:02:44  aur yeh sab kaise ho raha hai?</w:t>
      </w:r>
      <w:r>
        <w:br/>
      </w:r>
      <w:r>
        <w:rPr>
          <w:sz w:val="20"/>
        </w:rPr>
        <w:t>1:02:51  meri zindagi mein bar bar aise waqiat hote hain jo takhleeq meri hai har insan ki tarike se.</w:t>
      </w:r>
      <w:r>
        <w:br/>
      </w:r>
      <w:r>
        <w:rPr>
          <w:sz w:val="20"/>
        </w:rPr>
        <w:t>1:02:57  misal ke taur par bas sochta hoon hath apna hath le kar ke seen ke mere hath ki</w:t>
      </w:r>
      <w:r>
        <w:br/>
      </w:r>
      <w:r>
        <w:rPr>
          <w:sz w:val="20"/>
        </w:rPr>
        <w:t>1:03:03  ungliyan jo hain agar paon ki tarah hoti choti choti aur yeh badi badi ungliyan paon mein hoti.</w:t>
      </w:r>
      <w:r>
        <w:br/>
      </w:r>
      <w:r>
        <w:rPr>
          <w:sz w:val="20"/>
        </w:rPr>
        <w:t>1:03:09  yani lambi ungliyan paon mein hoti hain choti ungliyan hath mein hoti hain to mera kya haal hota</w:t>
      </w:r>
      <w:r>
        <w:br/>
      </w:r>
      <w:r>
        <w:rPr>
          <w:sz w:val="20"/>
        </w:rPr>
        <w:t>1:03:15  hai? aise hi mein sochta rehta hoon ke meri naak yahan hoti aankh</w:t>
      </w:r>
      <w:r>
        <w:br/>
      </w:r>
      <w:r>
        <w:rPr>
          <w:sz w:val="20"/>
        </w:rPr>
        <w:t>1:03:21  yahan hoti to aap jante hain ke maujooda zamane mein sabit ho gaya hai ke yeh jo hai badal sakta hai. to kya hota? to itna zyada well arranged wali cheez hai itni zyada well planned ek ek cheez hai. thinking hai aaj subah hi bas soch raha tha ke main soch raha hoon main kaise soch raha hoon yeh soch ki taqat kahan se aayi mere andar hai? to yeh sari man arafa nafsahu faqad arafa rabbah aadmi apne bar</w:t>
      </w:r>
    </w:p>
    <w:p>
      <w:pPr>
        <w:pStyle w:val="Heading2"/>
      </w:pPr>
      <w:r>
        <w:t>Pleasing God ensures pleasing people?</w:t>
      </w:r>
    </w:p>
    <w:p>
      <w:r>
        <w:rPr>
          <w:color w:val="666666"/>
          <w:sz w:val="18"/>
        </w:rPr>
        <w:t>Faith &amp; God · Politics and Nation Building May 19, 2013 · 1m 08s · at 1:13:08 · https://youtu.be/kmiMGq0Ki2Q?t=4388</w:t>
      </w:r>
    </w:p>
    <w:p>
      <w:r>
        <w:rPr>
          <w:i/>
        </w:rPr>
        <w:t>“I think that if one pleases God, then all people will also be pleased. Is this possible?”</w:t>
      </w:r>
    </w:p>
    <w:p>
      <w:r>
        <w:rPr>
          <w:sz w:val="20"/>
        </w:rPr>
        <w:t>1:13:08  Maulana agla sawal Chennai se hai Maulana Iqbal Omri ka unhon ne likha hai ke har aadmi aj aj ki date mein insan ko razi karna chahta hai Khuda ko nahi mein samajhta hoon ke agar Khuda ko razi kar le to sare insano ko bhi razi kar lega kya yeh aisa mumkin hai</w:t>
      </w:r>
      <w:r>
        <w:br/>
      </w:r>
      <w:r>
        <w:rPr>
          <w:sz w:val="20"/>
        </w:rPr>
        <w:t>1:13:31  dekhein nahi Khuda ko razi karne se insan razi ho jayenge mein is ko nahi manta kyunke yeh to darul imtihan hai darul imtihan jab hai to wahan par sab sab kuch hota rahega jo aj ho raha hai yani Allah ko razi hone ka jo jo result hai woh akhirat mein milega duniya mein mil jaye mein is ko nahi manta</w:t>
      </w:r>
      <w:r>
        <w:br/>
      </w:r>
      <w:r>
        <w:rPr>
          <w:sz w:val="20"/>
        </w:rPr>
        <w:t>1:13:55  kyunke tamam paighambaron ne Allah ko razi kiya lekin insan un se ladta raha un se un ka takrao karta raha to dono lazim marzub nahi hain theek hai</w:t>
      </w:r>
    </w:p>
    <w:p>
      <w:pPr>
        <w:pStyle w:val="Heading2"/>
      </w:pPr>
      <w:r>
        <w:t>Prayer acceptance for distressed vs believer</w:t>
      </w:r>
    </w:p>
    <w:p>
      <w:r>
        <w:rPr>
          <w:color w:val="666666"/>
          <w:sz w:val="18"/>
        </w:rPr>
        <w:t>Faith &amp; God · Realistic Approach 30 March, 2014 · 27s · at 53:37 · https://youtu.be/HIFxmWWiEG4?t=3217</w:t>
      </w:r>
    </w:p>
    <w:p>
      <w:r>
        <w:rPr>
          <w:i/>
        </w:rPr>
        <w:t>“You wrote in your book 'Al-Islam' that the prayer of a person in distress is immediately accepted by God, while for the acceptance of a believer's prayer, righteous deeds are also required. Please explain.”</w:t>
      </w:r>
    </w:p>
    <w:p>
      <w:r>
        <w:rPr>
          <w:sz w:val="20"/>
        </w:rPr>
        <w:t>53:37  Maulana, agla sawal lene se pehle ek comment parhna chahenge jo Ghazipur se Tawfiq Khan sahib ne likha hai. Unhon ne likha hai: "Maulana sahib, main Al-Risala kary hoon.</w:t>
      </w:r>
      <w:r>
        <w:br/>
      </w:r>
      <w:r>
        <w:rPr>
          <w:sz w:val="20"/>
        </w:rPr>
        <w:t>53:50  Aap ka jo literature hai woh modern idiom mein hota hai jo ke poori tarah se samajh mein aata hai. Allah se dua hai ke woh aap ko lambi umar de."</w:t>
      </w:r>
    </w:p>
    <w:p>
      <w:pPr>
        <w:pStyle w:val="Heading2"/>
      </w:pPr>
      <w:r>
        <w:t>Prejudices about Arabic Quran and Prophet</w:t>
      </w:r>
    </w:p>
    <w:p>
      <w:r>
        <w:rPr>
          <w:color w:val="666666"/>
          <w:sz w:val="18"/>
        </w:rPr>
        <w:t>Faith &amp; God · Age of Democracy May 25, 2014 · 3m 13s · at 1:00:36 · https://youtu.be/pyZy1-EhW1Q?t=3636</w:t>
      </w:r>
    </w:p>
    <w:p>
      <w:r>
        <w:rPr>
          <w:i/>
        </w:rPr>
        <w:t>“Some people seem to have prejudices about Arabic Quran and Arabic Prophet. Some have argued with me in this way: the Middle East is a region where all non-prophets came. So it seems as if it is in their genes to follow prophets and prophets emerging out of that region. But why is it that they want other regions to follow them as learning and understanding Arabic Quran?”</w:t>
      </w:r>
    </w:p>
    <w:p>
      <w:r>
        <w:rPr>
          <w:sz w:val="20"/>
        </w:rPr>
        <w:t>1:00:36  maulana, in ka ek aur sawal hai. unhon ne likha hai: "some people seem to have prejudice about arabic quran and arabic prophet.</w:t>
      </w:r>
      <w:r>
        <w:br/>
      </w:r>
      <w:r>
        <w:rPr>
          <w:sz w:val="20"/>
        </w:rPr>
        <w:t>1:00:47  some have argued with me in this way, that middle east is a region where all known prophets came. so it seems as if its in their genes to follow prophets and prophets emerging out of that region.</w:t>
      </w:r>
      <w:r>
        <w:br/>
      </w:r>
      <w:r>
        <w:rPr>
          <w:sz w:val="20"/>
        </w:rPr>
        <w:t>1:01:03  but why is it that they want other regions to follow them as learning and understanding arabic quran?</w:t>
      </w:r>
      <w:r>
        <w:br/>
      </w:r>
      <w:r>
        <w:rPr>
          <w:sz w:val="20"/>
        </w:rPr>
        <w:t>1:01:11  promotion of arabic quran means bringing the world under the sway of arabic nationalism." Maulana, what is your comment on this?</w:t>
      </w:r>
      <w:r>
        <w:br/>
      </w:r>
      <w:r>
        <w:rPr>
          <w:sz w:val="20"/>
        </w:rPr>
        <w:t>1:01:21  dekhiye, yeh sab is ko kehte hain table talk. aap is tarah kyun sochte hain? aap yeh sochte hain ke mera purpose of life kya hai?</w:t>
      </w:r>
      <w:r>
        <w:br/>
      </w:r>
      <w:r>
        <w:rPr>
          <w:sz w:val="20"/>
        </w:rPr>
        <w:t>1:01:31  main kyun paida hua? post</w:t>
      </w:r>
      <w:r>
        <w:br/>
      </w:r>
      <w:r>
        <w:rPr>
          <w:sz w:val="20"/>
        </w:rPr>
        <w:t>1:01:35  death kya hai? pre death kya hai? yeh sab jo question hai, is ko janne ki koshish karenge, tab aap ko samajh mein aayega is ki ahmiyat kya hai. yeh sab irrelevant, irrelevant question, irrelevant.</w:t>
      </w:r>
      <w:r>
        <w:br/>
      </w:r>
      <w:r>
        <w:rPr>
          <w:sz w:val="20"/>
        </w:rPr>
        <w:t>1:01:48  yeh sab yeh sab relevant question nahi hai. relevant question to yeh hai ke main apne bare mein janoon. to jab main janne ki koshish karta hoon to mujhe lagta hai ke sirf quran hi mein is ka jawab hai aur kahin is ka jawab hi nahi.</w:t>
      </w:r>
      <w:r>
        <w:br/>
      </w:r>
      <w:r>
        <w:rPr>
          <w:sz w:val="20"/>
        </w:rPr>
        <w:t>1:02:02  yeh khuda ne, yani quran mein to bataya ke har jagah khuda ne bheje apne paighambar, lekin history mein to kisi paighambar ka record hi nahi hai.</w:t>
      </w:r>
      <w:r>
        <w:br/>
      </w:r>
      <w:r>
        <w:rPr>
          <w:sz w:val="20"/>
        </w:rPr>
        <w:t>1:02:13  rasool Allah sal Allahu alaihi wasallam ke siwa kisi paighambar ka history mein koi record hi nahi. to aap kaise keh sakte hain ke woh doosre jo hum paighambar nahi aaye, jab</w:t>
      </w:r>
      <w:r>
        <w:br/>
      </w:r>
      <w:r>
        <w:rPr>
          <w:sz w:val="20"/>
        </w:rPr>
        <w:t>1:02:25  keh aap jante hain keh Jesus Christ jo qareebi zamanay ke peghambar hain, un ke baray mein likha hai batan sir ne keh historically it is quite doubtful whether Christ ever existed at all.</w:t>
      </w:r>
      <w:r>
        <w:br/>
      </w:r>
      <w:r>
        <w:rPr>
          <w:sz w:val="20"/>
        </w:rPr>
        <w:t>1:02:39  to history ne jab record hi nahi kiya hai peghambaron ko, to aap kaise keh sakte hain keh peghambar wahin aaye aur nahi kahin aaye?</w:t>
      </w:r>
      <w:r>
        <w:br/>
      </w:r>
      <w:r>
        <w:rPr>
          <w:sz w:val="20"/>
        </w:rPr>
        <w:t>1:02:48  kis birth ke, yani yani kis base par aap keh sakte hain aisa? jab history mein record nahi hai to aap ke paas yeh eknomical koi base nahi hai.</w:t>
      </w:r>
      <w:r>
        <w:br/>
      </w:r>
      <w:r>
        <w:rPr>
          <w:sz w:val="20"/>
        </w:rPr>
        <w:t>1:02:58  ho sakta hai keh har jagah peghambar aaye hon, lekin chounkeh history mein record nahi hua, is liye aap jante nahi un ko.</w:t>
      </w:r>
      <w:r>
        <w:br/>
      </w:r>
      <w:r>
        <w:rPr>
          <w:sz w:val="20"/>
        </w:rPr>
        <w:t>1:03:05  is ko yaad rakhiye keh jitne peghambar aaye hain, un mein aik hi peghambar hai jis ko historical posheeda hasil hai, woh Muhammad sallallahu alaihi wasallam.</w:t>
      </w:r>
      <w:r>
        <w:br/>
      </w:r>
      <w:r>
        <w:rPr>
          <w:sz w:val="20"/>
        </w:rPr>
        <w:t>1:03:15  aap ke baray mein aik likha hai, aik aik scholar ne keh Muhammad was born with in full light of history. to yeh aik exception tha.</w:t>
      </w:r>
      <w:r>
        <w:br/>
      </w:r>
      <w:r>
        <w:rPr>
          <w:sz w:val="20"/>
        </w:rPr>
        <w:t>1:03:26  to sawal hai keh history se to aap jante hain peghambaron ke baray mein aur history mein record hi nahi hai. to kis base par aap kahengay keh doosray jagah peghambar nahi aaye?</w:t>
      </w:r>
      <w:r>
        <w:br/>
      </w:r>
      <w:r>
        <w:rPr>
          <w:sz w:val="20"/>
        </w:rPr>
        <w:t>1:03:39  to baharhal yeh yeh is ki, yani yeh yeh yeh koi koi scientific question nahi. maine dekhiye.</w:t>
      </w:r>
    </w:p>
    <w:p>
      <w:pPr>
        <w:pStyle w:val="Heading2"/>
      </w:pPr>
      <w:r>
        <w:t>Preparing for academic activities in Paradise</w:t>
      </w:r>
    </w:p>
    <w:p>
      <w:r>
        <w:rPr>
          <w:color w:val="666666"/>
          <w:sz w:val="18"/>
        </w:rPr>
        <w:t>Faith &amp; God · The Expression of Faith (Izhar e Deen) September 1, 2013 · 2m 51s · at 1:13:55 · https://youtu.be/muBDJ8a_8-0?t=4435</w:t>
      </w:r>
    </w:p>
    <w:p>
      <w:r>
        <w:rPr>
          <w:i/>
        </w:rPr>
        <w:t>“You said that in Paradise there will be academic activities. How should one prepare oneself in this world to participate in those academic activities? Please explain.”</w:t>
      </w:r>
    </w:p>
    <w:p>
      <w:r>
        <w:rPr>
          <w:sz w:val="20"/>
        </w:rPr>
        <w:t>1:13:55  maulana un ka ek aur sawal hai. unhone likha hai: "aap ne farmaya ke paradise mein academic activities bhi hongi. is academic activity mein hissa lene ke liye duniya mein apne aap ko kis tarah tayyar kiya jaye,</w:t>
      </w:r>
      <w:r>
        <w:br/>
      </w:r>
      <w:r>
        <w:rPr>
          <w:sz w:val="20"/>
        </w:rPr>
        <w:t>1:14:11  iske bare mein bataein." bhai, mere khayal se to sab se bari baat jo hai, woh woh hai complex free banana apne aap ko.</w:t>
      </w:r>
      <w:r>
        <w:br/>
      </w:r>
      <w:r>
        <w:rPr>
          <w:sz w:val="20"/>
        </w:rPr>
        <w:t>1:14:22  complex free banana</w:t>
      </w:r>
      <w:r>
        <w:br/>
      </w:r>
      <w:r>
        <w:rPr>
          <w:sz w:val="20"/>
        </w:rPr>
        <w:t>1:14:25  sab se bari shart hai. isi ko kehta hai quran mein "nafs al-mutmainnah" . "nafs al-mutmainnah" banana. complex free insaan.</w:t>
      </w:r>
      <w:r>
        <w:br/>
      </w:r>
      <w:r>
        <w:rPr>
          <w:sz w:val="20"/>
        </w:rPr>
        <w:t>1:14:37  yeh bohat mushkil kaam hai. tarah tarah ke complex aadmi ke andar hote hain. dhoond dhoond ke nikalna padta hai. aaj kal to yeh haal hai ke agar kisi ke complex ki ko point out kiya jaye, us ki nishandahi karein to ghussa ho jata hai.</w:t>
      </w:r>
      <w:r>
        <w:br/>
      </w:r>
      <w:r>
        <w:rPr>
          <w:sz w:val="20"/>
        </w:rPr>
        <w:t>1:14:51  woh offend ho jata hai.</w:t>
      </w:r>
      <w:r>
        <w:br/>
      </w:r>
      <w:r>
        <w:rPr>
          <w:sz w:val="20"/>
        </w:rPr>
        <w:t>1:14:53  abhi mein jo tajruba karta hoon insanon ka, agar bataya jaye ke tumhare andar falan complex hai to woh ghussa ho jayega. to mein samajhta hoon ke yeh kaam khud aadmi karega, tabhi hoga.</w:t>
      </w:r>
      <w:r>
        <w:br/>
      </w:r>
      <w:r>
        <w:rPr>
          <w:sz w:val="20"/>
        </w:rPr>
        <w:t>1:15:07  doosre ko batane se hone wala nahi hai. khud aadmi ke andar jazba ho, khud dhoond dhoond kar nikale apne. maslan ta'assub hai, nafrat hai, aur yaani khud hi hai.</w:t>
      </w:r>
      <w:r>
        <w:br/>
      </w:r>
      <w:r>
        <w:rPr>
          <w:sz w:val="20"/>
        </w:rPr>
        <w:t>1:15:23  apne aap ko apni ghalti ko na manane ka mizaj jo hai, apne aap ko hi koi samajhna ke hum hi theek hain. yaani tarah tarah ke complex, un ka naam bhi nahi, un ki listein bhi nahi banayi ja sakti.</w:t>
      </w:r>
      <w:r>
        <w:br/>
      </w:r>
      <w:r>
        <w:rPr>
          <w:sz w:val="20"/>
        </w:rPr>
        <w:t>1:15:38  to isi ko rasool Allah ki jo dua hai, isi maani mein hai ke "rab Allah muni Allah an alhaq haqan warab albatil batilan warab alihsan wan alashya kama hai</w:t>
      </w:r>
      <w:r>
        <w:br/>
      </w:r>
      <w:r>
        <w:rPr>
          <w:sz w:val="20"/>
        </w:rPr>
        <w:t>1:15:53  " . ke a Allah, ke mujhe haq ko haq ke roop mein dikha. a Allah, mujhe batil ko batil ke roop mein dikha.</w:t>
      </w:r>
      <w:r>
        <w:br/>
      </w:r>
      <w:r>
        <w:rPr>
          <w:sz w:val="20"/>
        </w:rPr>
        <w:t>1:16:04  a Allah, mujhe cheezon ko waise hi dikha jaisa ke woh hain. yeh bohat hi mushkil kaam hai. log haq ko batil ke roop mein dekhte hain, batil ko haq ke roop mein dekhte hain.</w:t>
      </w:r>
      <w:r>
        <w:br/>
      </w:r>
      <w:r>
        <w:rPr>
          <w:sz w:val="20"/>
        </w:rPr>
        <w:t>1:16:16  complex ki wajah se.</w:t>
      </w:r>
      <w:r>
        <w:br/>
      </w:r>
      <w:r>
        <w:rPr>
          <w:sz w:val="20"/>
        </w:rPr>
        <w:t>1:16:18  to jitna zyada koi aadmi apne complex free banaye ga, utne zyada akhirat ke jo aala activities hon gi, intellectual activities, is mein shareek ho sake ga.</w:t>
      </w:r>
      <w:r>
        <w:br/>
      </w:r>
      <w:r>
        <w:rPr>
          <w:sz w:val="20"/>
        </w:rPr>
        <w:t>1:16:30  jannat ki jo bohat hi high qism ki intellectual activities hon gi, is mein wohi log shareek ho payen ge jo apne aap ko poori poori tarah complex free banayein aur "alnafs almutmain" banayein.</w:t>
      </w:r>
    </w:p>
    <w:p>
      <w:pPr>
        <w:pStyle w:val="Heading2"/>
      </w:pPr>
      <w:r>
        <w:t>Presenting monotheistic God to monastic believer</w:t>
      </w:r>
    </w:p>
    <w:p>
      <w:r>
        <w:rPr>
          <w:color w:val="666666"/>
          <w:sz w:val="18"/>
        </w:rPr>
        <w:t>Faith &amp; God · 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Principle for determining matters of creed</w:t>
      </w:r>
    </w:p>
    <w:p>
      <w:r>
        <w:rPr>
          <w:color w:val="666666"/>
          <w:sz w:val="18"/>
        </w:rPr>
        <w:t>Faith &amp; God · God and Man I February 19, 2012 Maulana Wahiduddin Khan · 2m 03s · at 1:14:26 · https://youtu.be/8TP3nlGRZek?t=4466</w:t>
      </w:r>
    </w:p>
    <w:p>
      <w:r>
        <w:rPr>
          <w:i/>
        </w:rPr>
        <w:t>“What is the principle by which we can know whether something is a matter of creed or not? Please explain.”</w:t>
      </w:r>
    </w:p>
    <w:p>
      <w:r>
        <w:rPr>
          <w:sz w:val="20"/>
        </w:rPr>
        <w:t>1:14:26  shukr mein jiyenge. Maulana agla sawal kya hai Tamil Nadu se Maulana Iqbal Umri ne.</w:t>
      </w:r>
      <w:r>
        <w:br/>
      </w:r>
      <w:r>
        <w:rPr>
          <w:sz w:val="20"/>
        </w:rPr>
        <w:t>1:14:35  unhone poocha hai koi baat aqide ki hai ya nahi is ko janne ka kya usool hai? is ke bare mein batayen.</w:t>
      </w:r>
      <w:r>
        <w:br/>
      </w:r>
      <w:r>
        <w:rPr>
          <w:sz w:val="20"/>
        </w:rPr>
        <w:t>1:14:44  dekhiye aqide ki tamam baaten Quran mein maujood hain. Quran ke bahar agar koi aqida ijad karta hai to woh galat hai.</w:t>
      </w:r>
      <w:r>
        <w:br/>
      </w:r>
      <w:r>
        <w:rPr>
          <w:sz w:val="20"/>
        </w:rPr>
        <w:t>1:14:55  yani koi bhi aisi baat jis ka aqide se talluq hai, jis ka talluq jannat jahannum se hai, woh lazman Quran mein maujood hai.</w:t>
      </w:r>
      <w:r>
        <w:br/>
      </w:r>
      <w:r>
        <w:rPr>
          <w:sz w:val="20"/>
        </w:rPr>
        <w:t>1:15:03  koi agar yeh kahe ke Quran mein maujood nahi hai to woh jhoot bolta hai. to aap Quran padh lijiyega. aqide ka mamla koi bhi aisa nahi hai jo Quran mein maujood na ho.</w:t>
      </w:r>
      <w:r>
        <w:br/>
      </w:r>
      <w:r>
        <w:rPr>
          <w:sz w:val="20"/>
        </w:rPr>
        <w:t>1:15:15  to agar koi aisi baat bataye aqide ki, farz kijiye koi kahe ke Taj Taj Mahal ko dekh lo to jannat pakki ho jayegi.</w:t>
      </w:r>
      <w:r>
        <w:br/>
      </w:r>
      <w:r>
        <w:rPr>
          <w:sz w:val="20"/>
        </w:rPr>
        <w:t>1:15:25  to us se poochhein Quran mein kahan likha hua hai?</w:t>
      </w:r>
      <w:r>
        <w:br/>
      </w:r>
      <w:r>
        <w:rPr>
          <w:sz w:val="20"/>
        </w:rPr>
        <w:t>1:15:29  koi kahe ke Qutub Minar par charh jao to to jannat ka ticket mil jayega tum ko. to poochhein Quran mein kahan likha hua hai?</w:t>
      </w:r>
      <w:r>
        <w:br/>
      </w:r>
      <w:r>
        <w:rPr>
          <w:sz w:val="20"/>
        </w:rPr>
        <w:t>1:15:39  to koi bhi aisi baat jis ka talluq nijaat se hai, aqide se hai, woh lazman Quran mein maujood hai.</w:t>
      </w:r>
      <w:r>
        <w:br/>
      </w:r>
      <w:r>
        <w:rPr>
          <w:sz w:val="20"/>
        </w:rPr>
        <w:t>1:15:47  Quran mein hai to theek hai, nahi to nahi. isi ko Imam Abu Hanifa ne kaha tha ke yatoon al-sha'b min kitab Allah taqool ke Quran se lao to manunga, nahi nahi manta mein.</w:t>
      </w:r>
      <w:r>
        <w:br/>
      </w:r>
      <w:r>
        <w:rPr>
          <w:sz w:val="20"/>
        </w:rPr>
        <w:t>1:15:59  to koi bhi shakhs agar yeh daawa karta hai ke aqide ka mamla Quran se bahar bhi kahin maujood hai to woh galat daawa karta hai.</w:t>
      </w:r>
      <w:r>
        <w:br/>
      </w:r>
      <w:r>
        <w:rPr>
          <w:sz w:val="20"/>
        </w:rPr>
        <w:t>1:16:09  Quran mein agar aqida hi na ho to phir Quran mein hai kya? kya sirf tareekh hai is mein qomon ki? nahi, aqide ka koi bhi mamla aisa nahi hai jo Quran mein maujood na ho.</w:t>
      </w:r>
      <w:r>
        <w:br/>
      </w:r>
      <w:r>
        <w:rPr>
          <w:sz w:val="20"/>
        </w:rPr>
        <w:t>1:16:23  aur jo cheez Quran mein maujood na ho, woh aqida bhi nahi hai.</w:t>
      </w:r>
      <w:r>
        <w:br/>
      </w:r>
      <w:r>
        <w:rPr>
          <w:sz w:val="20"/>
        </w:rPr>
        <w:t>1:16:26  woh aqida bhi nahi hai.</w:t>
      </w:r>
    </w:p>
    <w:p>
      <w:pPr>
        <w:pStyle w:val="Heading2"/>
      </w:pPr>
      <w:r>
        <w:t>Principle for determining matters of faith</w:t>
      </w:r>
    </w:p>
    <w:p>
      <w:r>
        <w:rPr>
          <w:color w:val="666666"/>
          <w:sz w:val="18"/>
        </w:rPr>
        <w:t>Faith &amp; God · God and Man February 19, 2012 · 1m 57s · at 1:14:26 · https://youtu.be/rL4g0LOU3wo?t=4466</w:t>
      </w:r>
    </w:p>
    <w:p>
      <w:r>
        <w:rPr>
          <w:i/>
        </w:rPr>
        <w:t>“How to know whether something is a matter of faith or not? What is the principle?”</w:t>
      </w:r>
    </w:p>
    <w:p>
      <w:r>
        <w:rPr>
          <w:sz w:val="20"/>
        </w:rPr>
        <w:t>1:14:26  Maulana, agla sawal kya hai Tamil Nadu se Maulana Iqbal Umri ne</w:t>
      </w:r>
      <w:r>
        <w:br/>
      </w:r>
      <w:r>
        <w:rPr>
          <w:sz w:val="20"/>
        </w:rPr>
        <w:t>1:14:30  . unhon ne poocha hai: "koi baat aqeeday ki hai ya nahi, is ko janne ka kya usool hai?" is ke baray mein batayein. dekhiye, aqeeday ki tamam baatein Quran mein mojood hain.</w:t>
      </w:r>
      <w:r>
        <w:br/>
      </w:r>
      <w:r>
        <w:rPr>
          <w:sz w:val="20"/>
        </w:rPr>
        <w:t>1:14:44  Quran ke bahar agar koi aqeedah ijad karta hai to woh galat hai. yani koi bhi aisi baat jis ka aqeeday se talluq hai, jis ka talluq general jahannum se hai, woh lazman Quran mein mojood hai.</w:t>
      </w:r>
      <w:r>
        <w:br/>
      </w:r>
      <w:r>
        <w:rPr>
          <w:sz w:val="20"/>
        </w:rPr>
        <w:t>1:14:59  koi agar yeh kahe ke Quran mein mojood nahi hai to woh jhoot bolta hai. to aap Quran parh li jiye. aqeeday ka mamla koi bhi aisa nahi hai jo Quran mein mojood na ho.</w:t>
      </w:r>
      <w:r>
        <w:br/>
      </w:r>
      <w:r>
        <w:rPr>
          <w:sz w:val="20"/>
        </w:rPr>
        <w:t>1:15:10  to agar koi aisi baat bataye aqide ki, farz kijiye koi kahe ke taaj taaj mahal ko dekh lo to jannat pakki ho jayegi.</w:t>
      </w:r>
      <w:r>
        <w:br/>
      </w:r>
      <w:r>
        <w:rPr>
          <w:sz w:val="20"/>
        </w:rPr>
        <w:t>1:15:21  to is se poochhein, quran mein kahan likha hua hai?</w:t>
      </w:r>
      <w:r>
        <w:br/>
      </w:r>
      <w:r>
        <w:rPr>
          <w:sz w:val="20"/>
        </w:rPr>
        <w:t>1:15:25  koi kahe ke kutub minar par charh jao to to jannat ka ticket mil jayega tum ko? to poochhein, quran mein kahan likha hua hai?</w:t>
      </w:r>
      <w:r>
        <w:br/>
      </w:r>
      <w:r>
        <w:rPr>
          <w:sz w:val="20"/>
        </w:rPr>
        <w:t>1:15:35  to koi bhi aisi baat jis ka talluq nijaat se hai, aqide se hai, wo lazman quran mein maujood hai. quran mein hai to theek hai, nahi to nahi.</w:t>
      </w:r>
      <w:r>
        <w:br/>
      </w:r>
      <w:r>
        <w:rPr>
          <w:sz w:val="20"/>
        </w:rPr>
        <w:t>1:15:46  isi ko imam abu hanifa ne kaha tha ke "ituni ash-shay'a min kitabillah 'ataqu" ke quran se lao to mano, agar nahi manta mein.</w:t>
      </w:r>
      <w:r>
        <w:br/>
      </w:r>
      <w:r>
        <w:rPr>
          <w:sz w:val="20"/>
        </w:rPr>
        <w:t>1:15:55  to koi bhi shakhs agar yeh daawa karta hai ke aqide ka mamla quran se bahar bhi kahin maujood hai to wo galat daawa karta hai.</w:t>
      </w:r>
      <w:r>
        <w:br/>
      </w:r>
      <w:r>
        <w:rPr>
          <w:sz w:val="20"/>
        </w:rPr>
        <w:t>1:16:05  quran mein agar aqida hi na ho to phir quran mein hai kya? kya sirf tareekh hai is mein qomon ki?</w:t>
      </w:r>
      <w:r>
        <w:br/>
      </w:r>
      <w:r>
        <w:rPr>
          <w:sz w:val="20"/>
        </w:rPr>
        <w:t>1:16:13  nahi, aqide ka koi bhi mamla aisa nahi hai jo quran mein maujood na ho. aur jo cheez quran mein maujood na ho, wo aqida bhi nahi hai. wo aqida bhi nahi hai.</w:t>
      </w:r>
    </w:p>
    <w:p>
      <w:pPr>
        <w:pStyle w:val="Heading2"/>
      </w:pPr>
      <w:r>
        <w:t>Problem with finality of prophethood</w:t>
      </w:r>
    </w:p>
    <w:p>
      <w:r>
        <w:rPr>
          <w:color w:val="666666"/>
          <w:sz w:val="18"/>
        </w:rPr>
        <w:t>Faith &amp; God · Prophetic Example | April 06, 2014 | Maulana Wahiduddin Khan · 5m 37s · at 1:06:05 · https://youtu.be/zTVjTJbStUU?t=3965</w:t>
      </w:r>
    </w:p>
    <w:p>
      <w:r>
        <w:rPr>
          <w:i/>
        </w:rPr>
        <w:t>“Some people hold that the problem with Islam is that it considers Prophet Muhammad to be the last prophet and Quran the last book.”</w:t>
      </w:r>
    </w:p>
    <w:p>
      <w:r>
        <w:rPr>
          <w:sz w:val="20"/>
        </w:rPr>
        <w:t>1:06:05  maulana agla sawal miss sadia khan ne kiya hai dilli se.</w:t>
      </w:r>
      <w:r>
        <w:br/>
      </w:r>
      <w:r>
        <w:rPr>
          <w:sz w:val="20"/>
        </w:rPr>
        <w:t>1:06:10  unhon ne likha hai: "Some people hold that the problem with Islam is that it considers Prophet Muhammad</w:t>
      </w:r>
      <w:r>
        <w:br/>
      </w:r>
      <w:r>
        <w:rPr>
          <w:sz w:val="20"/>
        </w:rPr>
        <w:t>1:06:15  to be the last prophet and Quran the last book.</w:t>
      </w:r>
      <w:r>
        <w:br/>
      </w:r>
      <w:r>
        <w:rPr>
          <w:sz w:val="20"/>
        </w:rPr>
        <w:t>1:06:20  What is your comment on this?" dekhiye last ka matlab log samajhte hain afzal.</w:t>
      </w:r>
      <w:r>
        <w:br/>
      </w:r>
      <w:r>
        <w:rPr>
          <w:sz w:val="20"/>
        </w:rPr>
        <w:t>1:06:25  musalmanon ne yeh tasawwur diya hai.</w:t>
      </w:r>
      <w:r>
        <w:br/>
      </w:r>
      <w:r>
        <w:rPr>
          <w:sz w:val="20"/>
        </w:rPr>
        <w:t>1:06:30  hargiz woh afzal ke</w:t>
      </w:r>
      <w:r>
        <w:br/>
      </w:r>
      <w:r>
        <w:rPr>
          <w:sz w:val="20"/>
        </w:rPr>
        <w:t>1:06:35  ma'ne mein nahi hai.</w:t>
      </w:r>
      <w:r>
        <w:br/>
      </w:r>
      <w:r>
        <w:rPr>
          <w:sz w:val="20"/>
        </w:rPr>
        <w:t>1:06:40  woh sirf hai preserved book ke ma'ne mein.</w:t>
      </w:r>
      <w:r>
        <w:br/>
      </w:r>
      <w:r>
        <w:rPr>
          <w:sz w:val="20"/>
        </w:rPr>
        <w:t>1:06:45  rasool Allah sal Allah alaihi wasallam ki taleemat jo hain woh hamare paas mehfooz hain.</w:t>
      </w:r>
      <w:r>
        <w:br/>
      </w:r>
      <w:r>
        <w:rPr>
          <w:sz w:val="20"/>
        </w:rPr>
        <w:t>1:06:50  hum jaan sakte hain ke aap ne kis tarah dunya mein kaam kiya.</w:t>
      </w:r>
      <w:r>
        <w:br/>
      </w:r>
      <w:r>
        <w:rPr>
          <w:sz w:val="20"/>
        </w:rPr>
        <w:t>1:06:55  doosre nabiyon ka is tarah se un ka record mehfooz nahi hai bas is ma'ne mein.</w:t>
      </w:r>
      <w:r>
        <w:br/>
      </w:r>
      <w:r>
        <w:rPr>
          <w:sz w:val="20"/>
        </w:rPr>
        <w:t>1:07:00  doosri baat mein yeh kehna chahunga ke Allah taala ka yeh yeh plan nahi hai ke baar</w:t>
      </w:r>
      <w:r>
        <w:br/>
      </w:r>
      <w:r>
        <w:rPr>
          <w:sz w:val="20"/>
        </w:rPr>
        <w:t>1:07:05  baar nabi aata rahe.</w:t>
      </w:r>
      <w:r>
        <w:br/>
      </w:r>
      <w:r>
        <w:rPr>
          <w:sz w:val="20"/>
        </w:rPr>
        <w:t>1:07:09  yeh plan nahi hai.</w:t>
      </w:r>
      <w:r>
        <w:br/>
      </w:r>
      <w:r>
        <w:rPr>
          <w:sz w:val="20"/>
        </w:rPr>
        <w:t>1:07:14  Allah ka plan awwal din se yahi tha ke jab aik nabi ki taleemat uska model mehfooz</w:t>
      </w:r>
      <w:r>
        <w:br/>
      </w:r>
      <w:r>
        <w:rPr>
          <w:sz w:val="20"/>
        </w:rPr>
        <w:t>1:07:18  ho jaye yani record uska history mein ban jaye to bas kafi hai phir doosra nabi aanay</w:t>
      </w:r>
      <w:r>
        <w:br/>
      </w:r>
      <w:r>
        <w:rPr>
          <w:sz w:val="20"/>
        </w:rPr>
        <w:t>1:07:23  ki zaroorat nahi hai.</w:t>
      </w:r>
      <w:r>
        <w:br/>
      </w:r>
      <w:r>
        <w:rPr>
          <w:sz w:val="20"/>
        </w:rPr>
        <w:t>1:07:27  baad ki generation jo hain usi ko parh kar usi se yani guidance leti rahen.</w:t>
      </w:r>
      <w:r>
        <w:br/>
      </w:r>
      <w:r>
        <w:rPr>
          <w:sz w:val="20"/>
        </w:rPr>
        <w:t>1:07:32  to rasool Allah sal Allah alaihi wasallam</w:t>
      </w:r>
      <w:r>
        <w:br/>
      </w:r>
      <w:r>
        <w:rPr>
          <w:sz w:val="20"/>
        </w:rPr>
        <w:t>1:07:36  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r>
        <w:br/>
      </w:r>
      <w:r>
        <w:rPr>
          <w:sz w:val="20"/>
        </w:rPr>
        <w:t>1:08:06  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r>
        <w:br/>
      </w:r>
      <w:r>
        <w:rPr>
          <w:sz w:val="20"/>
        </w:rPr>
        <w:t>1:08:36  aik afzal hai koi ghair afzal hai.</w:t>
      </w:r>
      <w:r>
        <w:br/>
      </w:r>
      <w:r>
        <w:rPr>
          <w:sz w:val="20"/>
        </w:rPr>
        <w:t>1:08:45  to quran ka ya rasool allah salallaho alaihe wasallam ka aakhri hone ka matlab sirf yeh hai</w:t>
      </w:r>
      <w:r>
        <w:br/>
      </w:r>
      <w:r>
        <w:rPr>
          <w:sz w:val="20"/>
        </w:rPr>
        <w:t>1:08:54  ke jo kuch bhi allah ne bheja tha woh mehfooz ho gaya aur woh authentic uska har</w:t>
      </w:r>
      <w:r>
        <w:br/>
      </w:r>
      <w:r>
        <w:rPr>
          <w:sz w:val="20"/>
        </w:rPr>
        <w:t>1:09:02  cheez ek authentic taur par hamare paas maujood hai aaj bhi to bas wohi kafi hai hamein guidance ke liye.</w:t>
      </w:r>
      <w:r>
        <w:br/>
      </w:r>
      <w:r>
        <w:rPr>
          <w:sz w:val="20"/>
        </w:rPr>
        <w:t>1:09:11  maulana yeh sawal chennai se aaya hai maulana iqbal umri ka.</w:t>
      </w:r>
      <w:r>
        <w:br/>
      </w:r>
      <w:r>
        <w:rPr>
          <w:sz w:val="20"/>
        </w:rPr>
        <w:t>1:09:16  unhone likha hai: "ek sahab ne kaha ke hum india mein ghulami mein hain.</w:t>
      </w:r>
      <w:r>
        <w:br/>
      </w:r>
      <w:r>
        <w:rPr>
          <w:sz w:val="20"/>
        </w:rPr>
        <w:t>1:09:21  jaisa ke moosa alaihe assalam ke zamane mein musalmanon ki halat thi.</w:t>
      </w:r>
      <w:r>
        <w:br/>
      </w:r>
      <w:r>
        <w:rPr>
          <w:sz w:val="20"/>
        </w:rPr>
        <w:t>1:09:26  to hum ko moosa alaihe assalam ke iswa lena hai yani ghulami se nijat dilana hai.</w:t>
      </w:r>
      <w:r>
        <w:br/>
      </w:r>
      <w:r>
        <w:rPr>
          <w:sz w:val="20"/>
        </w:rPr>
        <w:t>1:09:32  maulana yeh kahan tak sahi hai?" yeh double jhoot hai.</w:t>
      </w:r>
      <w:r>
        <w:br/>
      </w:r>
      <w:r>
        <w:rPr>
          <w:sz w:val="20"/>
        </w:rPr>
        <w:t>1:09:37  sahi nahi hai yeh.</w:t>
      </w:r>
      <w:r>
        <w:br/>
      </w:r>
      <w:r>
        <w:rPr>
          <w:sz w:val="20"/>
        </w:rPr>
        <w:t>1:09:42  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r>
        <w:br/>
      </w:r>
      <w:r>
        <w:rPr>
          <w:sz w:val="20"/>
        </w:rPr>
        <w:t>1:10:12  pehli cheez hai ke insaan ke andar allah ka darr ho.</w:t>
      </w:r>
      <w:r>
        <w:br/>
      </w:r>
      <w:r>
        <w:rPr>
          <w:sz w:val="20"/>
        </w:rPr>
        <w:t>1:10:15  warna kuch bhi kuch bhi kahega kuch bhi kahega.</w:t>
      </w:r>
      <w:r>
        <w:br/>
      </w:r>
      <w:r>
        <w:rPr>
          <w:sz w:val="20"/>
        </w:rPr>
        <w:t>1:10:18  yeh bilkul hi aisi baat hai baseless qism ki.</w:t>
      </w:r>
      <w:r>
        <w:br/>
      </w:r>
      <w:r>
        <w:rPr>
          <w:sz w:val="20"/>
        </w:rPr>
        <w:t>1:10:22  yani ghulami ke lafz bhi kahin nahi.</w:t>
      </w:r>
      <w:r>
        <w:br/>
      </w:r>
      <w:r>
        <w:rPr>
          <w:sz w:val="20"/>
        </w:rPr>
        <w:t>1:10:25  yeh tasawwur ghulami ka mere dekh bilkul unislamic tasawwur hai.</w:t>
      </w:r>
      <w:r>
        <w:br/>
      </w:r>
      <w:r>
        <w:rPr>
          <w:sz w:val="20"/>
        </w:rPr>
        <w:t>1:10:28  ghulami ka tasawwur unislamic tasawwur hai.</w:t>
      </w:r>
      <w:r>
        <w:br/>
      </w:r>
      <w:r>
        <w:rPr>
          <w:sz w:val="20"/>
        </w:rPr>
        <w:t>1:10:32  yani political ghulami.</w:t>
      </w:r>
      <w:r>
        <w:br/>
      </w:r>
      <w:r>
        <w:rPr>
          <w:sz w:val="20"/>
        </w:rPr>
        <w:t>1:10:35  bhai is par main likh chuka hoon.</w:t>
      </w:r>
      <w:r>
        <w:br/>
      </w:r>
      <w:r>
        <w:rPr>
          <w:sz w:val="20"/>
        </w:rPr>
        <w:t>1:10:38  aap meri kitabon mein parh sakte</w:t>
      </w:r>
      <w:r>
        <w:br/>
      </w:r>
      <w:r>
        <w:rPr>
          <w:sz w:val="20"/>
        </w:rPr>
        <w:t>1:10:42  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pStyle w:val="Heading2"/>
      </w:pPr>
      <w:r>
        <w:t>Problems as blessings or evil outcome</w:t>
      </w:r>
    </w:p>
    <w:p>
      <w:r>
        <w:rPr>
          <w:color w:val="666666"/>
          <w:sz w:val="18"/>
        </w:rPr>
        <w:t>Faith &amp; God · Opportunities of the Modern Age | March 05, 2017 · 2m 30s · at 52:54 · https://youtu.be/Cv8QEwvQ_fY?t=3174</w:t>
      </w:r>
    </w:p>
    <w:p>
      <w:r>
        <w:rPr>
          <w:i/>
        </w:rPr>
        <w:t>“God has given a system of life to man, in which problems are blessings. If one considers them as evil, what will be its outcome? Please explain.”</w:t>
      </w:r>
    </w:p>
    <w:p>
      <w:r>
        <w:rPr>
          <w:sz w:val="20"/>
        </w:rPr>
        <w:t>52:54  jiyein mera basic nishana musbat soch lana hai jab bhi main is tarah ki baat karta hoon to logon ko kehta hoon musbat soch lane ke liye musbat soch lai gayi to sab kuch theek ho jayega maulana agla sawal bhi chennai se aaya hai maulana israr ul hasan umri sahab ne bheja hai aur unhon ne likha hai: "khuda ne insan ko jo nizam</w:t>
      </w:r>
      <w:r>
        <w:br/>
      </w:r>
      <w:r>
        <w:rPr>
          <w:sz w:val="20"/>
        </w:rPr>
        <w:t>53:24  hayat ata kiya hai is mein problems hi blessings hain agar is ko evil samjhein to is ka anjam kya hoga maulana is ko is ki wazahat karein?" anjam yeh hai ke shaitan ki party mein shamil ho jayenge jo log allah ke allah ka jo naqsh hayat hai is ke khilaf chalein to shaitan ki party mein shamil ho jayenge woh</w:t>
      </w:r>
      <w:r>
        <w:br/>
      </w:r>
      <w:r>
        <w:rPr>
          <w:sz w:val="20"/>
        </w:rPr>
        <w:t>53:54  kya ayat tha? quran mein yeh ayat baqayda hai ke shaitan ki party mein un ko shamil ho jayega yeh sada baat hai bahut bahut aam baat hai yeh yaad rakhiye discrimination ka hungama karna yeh shaitan ki boli bolna hai rasool allah boli nahi bole jaise misaal ke taur par dekhiye makkah mein aap tera saal reh</w:t>
      </w:r>
      <w:r>
        <w:br/>
      </w:r>
      <w:r>
        <w:rPr>
          <w:sz w:val="20"/>
        </w:rPr>
        <w:t>54:24  e wahan par ek parliament thi yaani tribal parliament is ka naam tha darul nadwa makkah mein ek tribal parliament thi jis ka naam tha darul nadwa is ke jitne membran the sab mushrik community ke the rasool allah ki jo muahid community thi is ka koi member nahi tha is mein makkah mein bhi do party thi muahid community aur mushrik community to is jitne bhi is ka tribal</w:t>
      </w:r>
      <w:r>
        <w:br/>
      </w:r>
      <w:r>
        <w:rPr>
          <w:sz w:val="20"/>
        </w:rPr>
        <w:t>54:54  parliament mein member thay sab muahida community ke nahi thay mushrik community ke yeh discrimination tha to rasool</w:t>
      </w:r>
      <w:r>
        <w:br/>
      </w:r>
      <w:r>
        <w:rPr>
          <w:sz w:val="20"/>
        </w:rPr>
        <w:t>55:01  Allah ne is par nahi jhanda uthaya to discrimination to hai hi nahi Islam mein ya Allah taala</w:t>
      </w:r>
      <w:r>
        <w:br/>
      </w:r>
      <w:r>
        <w:rPr>
          <w:sz w:val="20"/>
        </w:rPr>
        <w:t>55:09  ke next next ayat mein yeh to yeh innovation hai shaitan ka yeh lafz jo hai shaitan ne</w:t>
      </w:r>
      <w:r>
        <w:br/>
      </w:r>
      <w:r>
        <w:rPr>
          <w:sz w:val="20"/>
        </w:rPr>
        <w:t>55:16  nikala sab se pehle khalqat min daar o khalqat</w:t>
      </w:r>
    </w:p>
    <w:p>
      <w:pPr>
        <w:pStyle w:val="Heading2"/>
      </w:pPr>
      <w:r>
        <w:t>Punishment for apostasy origin and explanation</w:t>
      </w:r>
    </w:p>
    <w:p>
      <w:r>
        <w:rPr>
          <w:color w:val="666666"/>
          <w:sz w:val="18"/>
        </w:rPr>
        <w:t>Faith &amp; God · Peaceful Islamic Mission December 28, 2014 · 4m 47s · at 1:08:54 · https://youtu.be/aLacalXEtRA?t=4134</w:t>
      </w:r>
    </w:p>
    <w:p>
      <w:r>
        <w:rPr>
          <w:i/>
        </w:rPr>
        <w:t>“How did the punishment for apostasy come into being? Can you please explain the apostasy matter as it is very common among Muslims? That if a Muslim changes...”</w:t>
      </w:r>
    </w:p>
    <w:p>
      <w:r>
        <w:rPr>
          <w:sz w:val="20"/>
        </w:rPr>
        <w:t>1:08:54  maulana, agla sawal aaya hai tariq ali sahib ka tempa usa se, aur unhone likha</w:t>
      </w:r>
      <w:r>
        <w:br/>
      </w:r>
      <w:r>
        <w:rPr>
          <w:sz w:val="20"/>
        </w:rPr>
        <w:t>1:09:02  ہے کہ: "How did the punishment for apostasy come into being?" Maulana, can you please explain the apostate</w:t>
      </w:r>
      <w:r>
        <w:br/>
      </w:r>
      <w:r>
        <w:rPr>
          <w:sz w:val="20"/>
        </w:rPr>
        <w:t>1:09:09  matter as it is a very, as it is very common among Muslims? That if a Muslim changes</w:t>
      </w:r>
      <w:r>
        <w:br/>
      </w:r>
      <w:r>
        <w:rPr>
          <w:sz w:val="20"/>
        </w:rPr>
        <w:t>1:09:17  His faith, he is worthy of being killed.</w:t>
      </w:r>
      <w:r>
        <w:br/>
      </w:r>
      <w:r>
        <w:rPr>
          <w:sz w:val="20"/>
        </w:rPr>
        <w:t>1:09:20  nahi, nahi, yeh musalmanon ne bana rakha hai.</w:t>
      </w:r>
      <w:r>
        <w:br/>
      </w:r>
      <w:r>
        <w:rPr>
          <w:sz w:val="20"/>
        </w:rPr>
        <w:t>1:09:24  islam mein aisa nahi hai.</w:t>
      </w:r>
      <w:r>
        <w:br/>
      </w:r>
      <w:r>
        <w:rPr>
          <w:sz w:val="20"/>
        </w:rPr>
        <w:t>1:09:26  yani woh jo masla hai, is ka apostasy wala ji, yeh bilkul musalmanon ka apna banawati masla hai</w:t>
      </w:r>
      <w:r>
        <w:br/>
      </w:r>
      <w:r>
        <w:rPr>
          <w:sz w:val="20"/>
        </w:rPr>
        <w:t>1:09:34  ke murtad ko qatal kar do.</w:t>
      </w:r>
      <w:r>
        <w:br/>
      </w:r>
      <w:r>
        <w:rPr>
          <w:sz w:val="20"/>
        </w:rPr>
        <w:t>1:09:36  yeh fuqaha ne likha hai.</w:t>
      </w:r>
      <w:r>
        <w:br/>
      </w:r>
      <w:r>
        <w:rPr>
          <w:sz w:val="20"/>
        </w:rPr>
        <w:t>1:09:38  mein manta hoon ke fuqaha aisa likhte hain, lekin quran o hadith mein aisa nahi hai.</w:t>
      </w:r>
      <w:r>
        <w:br/>
      </w:r>
      <w:r>
        <w:rPr>
          <w:sz w:val="20"/>
        </w:rPr>
        <w:t>1:09:45  mein aap ko aik ayat refer karta hoon, is ko parhiye quran majeed mein, is ko mutala kijiye.</w:t>
      </w:r>
      <w:r>
        <w:br/>
      </w:r>
      <w:r>
        <w:rPr>
          <w:sz w:val="20"/>
        </w:rPr>
        <w:t>1:09:53  dekhiye, aap surah al baqarah mein ayat number 217 parhiye.</w:t>
      </w:r>
      <w:r>
        <w:br/>
      </w:r>
      <w:r>
        <w:rPr>
          <w:sz w:val="20"/>
        </w:rPr>
        <w:t>1:09:57  is ayat mein yeh bataya gaya hai ke jo aadmi deen se phir jaye, aur phir woh phir</w:t>
      </w:r>
      <w:r>
        <w:br/>
      </w:r>
      <w:r>
        <w:rPr>
          <w:sz w:val="20"/>
        </w:rPr>
        <w:t>1:10:05  jaye to is mein yeh nahi ke us ko qatl kiya jayega, is mein yeh hai ke</w:t>
      </w:r>
      <w:r>
        <w:br/>
      </w:r>
      <w:r>
        <w:rPr>
          <w:sz w:val="20"/>
        </w:rPr>
        <w:t>1:10:12  woh apni, yani natural death marega.</w:t>
      </w:r>
      <w:r>
        <w:br/>
      </w:r>
      <w:r>
        <w:rPr>
          <w:sz w:val="20"/>
        </w:rPr>
        <w:t>1:10:15  fiamat, yani murtad aadmi ke liye quran jo keh raha hai ke woh, woh jaise log marte hain,</w:t>
      </w:r>
      <w:r>
        <w:br/>
      </w:r>
      <w:r>
        <w:rPr>
          <w:sz w:val="20"/>
        </w:rPr>
        <w:t>1:10:23  waise wahi marega.</w:t>
      </w:r>
      <w:r>
        <w:br/>
      </w:r>
      <w:r>
        <w:rPr>
          <w:sz w:val="20"/>
        </w:rPr>
        <w:t>1:10:25  yeh nahi ke qatl karna, yeh nahi.</w:t>
      </w:r>
      <w:r>
        <w:br/>
      </w:r>
      <w:r>
        <w:rPr>
          <w:sz w:val="20"/>
        </w:rPr>
        <w:t>1:10:28  islam hukum nahi deta.</w:t>
      </w:r>
      <w:r>
        <w:br/>
      </w:r>
      <w:r>
        <w:rPr>
          <w:sz w:val="20"/>
        </w:rPr>
        <w:t>1:10:29  doosri cheez mein aap ko kahunga ke habash ki jo hijrat hui thi makkhi daur mein, to</w:t>
      </w:r>
      <w:r>
        <w:br/>
      </w:r>
      <w:r>
        <w:rPr>
          <w:sz w:val="20"/>
        </w:rPr>
        <w:t>1:10:37  bohat se sahabi chale gaye the makkah se habash.</w:t>
      </w:r>
      <w:r>
        <w:br/>
      </w:r>
      <w:r>
        <w:rPr>
          <w:sz w:val="20"/>
        </w:rPr>
        <w:t>1:10:41  un ke ek sahab the jo sahabi, woh bhi yeh islam qabool kar chuke the rasool Allah ke</w:t>
      </w:r>
      <w:r>
        <w:br/>
      </w:r>
      <w:r>
        <w:rPr>
          <w:sz w:val="20"/>
        </w:rPr>
        <w:t>1:10:49  haath par.</w:t>
      </w:r>
      <w:r>
        <w:br/>
      </w:r>
      <w:r>
        <w:rPr>
          <w:sz w:val="20"/>
        </w:rPr>
        <w:t>1:10:50  un ka naam tha Ubaidullah Ibn Jahsh, woh bhi gaye the.</w:t>
      </w:r>
      <w:r>
        <w:br/>
      </w:r>
      <w:r>
        <w:rPr>
          <w:sz w:val="20"/>
        </w:rPr>
        <w:t>1:10:55  to habash christian mulk tha, wahan christian se un ki baat cheet hui to woh mutasir ho gaye,</w:t>
      </w:r>
      <w:r>
        <w:br/>
      </w:r>
      <w:r>
        <w:rPr>
          <w:sz w:val="20"/>
        </w:rPr>
        <w:t>1:11:03  aur unhon ne islam chhod kar christianity ko ikhtiyar kar liya.</w:t>
      </w:r>
      <w:r>
        <w:br/>
      </w:r>
      <w:r>
        <w:rPr>
          <w:sz w:val="20"/>
        </w:rPr>
        <w:t>1:11:07  rasool Allah ke zamane mein, rasool Allah ko jab bataya gaya to aap ne yeh nahi kaha ke</w:t>
      </w:r>
      <w:r>
        <w:br/>
      </w:r>
      <w:r>
        <w:rPr>
          <w:sz w:val="20"/>
        </w:rPr>
        <w:t>1:11:15  tum maar dalo, us ko chhod diya aap ne.</w:t>
      </w:r>
      <w:r>
        <w:br/>
      </w:r>
      <w:r>
        <w:rPr>
          <w:sz w:val="20"/>
        </w:rPr>
        <w:t>1:11:19  kuch bhi nahi.</w:t>
      </w:r>
      <w:r>
        <w:br/>
      </w:r>
      <w:r>
        <w:rPr>
          <w:sz w:val="20"/>
        </w:rPr>
        <w:t>1:11:20  islam mein mazhab jo hai, yeh apne choice ka mamla hai, apna choice.</w:t>
      </w:r>
      <w:r>
        <w:br/>
      </w:r>
      <w:r>
        <w:rPr>
          <w:sz w:val="20"/>
        </w:rPr>
        <w:t>1:11:26  la ikraha fid deen, yeh bilkul galat masla bana liya hai logon ne ke jo phir murtad ho</w:t>
      </w:r>
      <w:r>
        <w:br/>
      </w:r>
      <w:r>
        <w:rPr>
          <w:sz w:val="20"/>
        </w:rPr>
        <w:t>1:11:34  to qatl karo, is ka islam se koi talluq nahi.</w:t>
      </w:r>
      <w:r>
        <w:br/>
      </w:r>
      <w:r>
        <w:rPr>
          <w:sz w:val="20"/>
        </w:rPr>
        <w:t>1:11:38  mazeed is bare mein meri ek ek maqala chhap chuka hai, bohat mufassal.</w:t>
      </w:r>
      <w:r>
        <w:br/>
      </w:r>
      <w:r>
        <w:rPr>
          <w:sz w:val="20"/>
        </w:rPr>
        <w:t>1:11:44  is mein yahi irtidad ki saza, yahi yeh is ka unwan hai.</w:t>
      </w:r>
      <w:r>
        <w:br/>
      </w:r>
      <w:r>
        <w:rPr>
          <w:sz w:val="20"/>
        </w:rPr>
        <w:t>1:11:49  irtidad se yeh chhaapa hai risala, is ko aap padh lijiye.</w:t>
      </w:r>
      <w:r>
        <w:br/>
      </w:r>
      <w:r>
        <w:rPr>
          <w:sz w:val="20"/>
        </w:rPr>
        <w:t>1:11:53  kitab mein bhi aa gaya hai jis ka naam hai hikmat-e-islam.</w:t>
      </w:r>
      <w:r>
        <w:br/>
      </w:r>
      <w:r>
        <w:rPr>
          <w:sz w:val="20"/>
        </w:rPr>
        <w:t>1:11:59  irtidad ki saza is ka unwan hai, aur kitab ka naam hai hikmat-e-islam.</w:t>
      </w:r>
      <w:r>
        <w:br/>
      </w:r>
      <w:r>
        <w:rPr>
          <w:sz w:val="20"/>
        </w:rPr>
        <w:t>1:12:05  is mein aap is maqalay ko parh lijiyay, aur is mein main nay bataya kay artad ki saza</w:t>
      </w:r>
      <w:r>
        <w:br/>
      </w:r>
      <w:r>
        <w:rPr>
          <w:sz w:val="20"/>
        </w:rPr>
        <w:t>1:12:12  qatal ya islam mein hai hi nahin.</w:t>
      </w:r>
      <w:r>
        <w:br/>
      </w:r>
      <w:r>
        <w:rPr>
          <w:sz w:val="20"/>
        </w:rPr>
        <w:t>1:12:15  yeh baat ko logon nay banaya hai.</w:t>
      </w:r>
      <w:r>
        <w:br/>
      </w:r>
      <w:r>
        <w:rPr>
          <w:sz w:val="20"/>
        </w:rPr>
        <w:t>1:12:18  baat ko okay.</w:t>
      </w:r>
      <w:r>
        <w:br/>
      </w:r>
      <w:r>
        <w:rPr>
          <w:sz w:val="20"/>
        </w:rPr>
        <w:t>1:12:20  we will end the session.</w:t>
      </w:r>
      <w:r>
        <w:br/>
      </w:r>
      <w:r>
        <w:rPr>
          <w:sz w:val="20"/>
        </w:rPr>
        <w:t>1:12:22  Just one announcement, like Maulana mentioned today about the coverage of Mumbai Dawah meet in Times of India.</w:t>
      </w:r>
      <w:r>
        <w:br/>
      </w:r>
      <w:r>
        <w:rPr>
          <w:sz w:val="20"/>
        </w:rPr>
        <w:t>1:12:30  so we will be uploading that on cps website.</w:t>
      </w:r>
      <w:r>
        <w:br/>
      </w:r>
      <w:r>
        <w:rPr>
          <w:sz w:val="20"/>
        </w:rPr>
        <w:t>1:12:35  you can read the article from the cps website from tomorrow onwards.</w:t>
      </w:r>
      <w:r>
        <w:br/>
      </w:r>
      <w:r>
        <w:rPr>
          <w:sz w:val="20"/>
        </w:rPr>
        <w:t>1:12:41  thank you.</w:t>
      </w:r>
    </w:p>
    <w:p>
      <w:pPr>
        <w:pStyle w:val="Heading2"/>
      </w:pPr>
      <w:r>
        <w:t>Purpose of human creation and differences</w:t>
      </w:r>
    </w:p>
    <w:p>
      <w:r>
        <w:rPr>
          <w:color w:val="666666"/>
          <w:sz w:val="18"/>
        </w:rPr>
        <w:t>Faith &amp; God · The Culture of People of Paradise January 06, 2019 Maulana Wahiduddin Khan · 2m 19s · at 54:24 · https://youtu.be/rFExua9zntM?t=3264</w:t>
      </w:r>
    </w:p>
    <w:p>
      <w:r>
        <w:rPr>
          <w:i/>
        </w:rPr>
        <w:t>“What is the purpose of the creation of human beings? And what is the fundamental difference between various religions and Islam's answer regarding this?”</w:t>
      </w:r>
    </w:p>
    <w:p>
      <w:r>
        <w:rPr>
          <w:sz w:val="20"/>
        </w:rPr>
        <w:t>54:24  maulana, agla sawal chennai se maulana iqbal umri ne likha hai aur un ka sawal hai: "insan ki takhleeq ka maqsad kya hai?" takleef, takhleeq, takhleeq, takhleeq, takhleeq</w:t>
      </w:r>
      <w:r>
        <w:br/>
      </w:r>
      <w:r>
        <w:rPr>
          <w:sz w:val="20"/>
        </w:rPr>
        <w:t>54:38  q! ji, creation! ji ji, acha, creation! insan ki takhleeq ka maqsad kya hai? is bare mein mukhtalif mazahib aur islam ke jawab mein kya bunyadi farq hai?</w:t>
      </w:r>
      <w:r>
        <w:br/>
      </w:r>
      <w:r>
        <w:rPr>
          <w:sz w:val="20"/>
        </w:rPr>
        <w:t>54:52  acha, yani creation par</w:t>
      </w:r>
      <w:r>
        <w:br/>
      </w:r>
      <w:r>
        <w:rPr>
          <w:sz w:val="20"/>
        </w:rPr>
        <w:t>54:56  ana of god! ji,</w:t>
      </w:r>
      <w:r>
        <w:br/>
      </w:r>
      <w:r>
        <w:rPr>
          <w:sz w:val="20"/>
        </w:rPr>
        <w:t>55:02  main samajhta hoon ke is par ek ek poora booklet hai. creation of god par jo log yeh sawal karte hain, un ko yeh kitaab parhwaiye.</w:t>
      </w:r>
      <w:r>
        <w:br/>
      </w:r>
      <w:r>
        <w:rPr>
          <w:sz w:val="20"/>
        </w:rPr>
        <w:t>55:15  yeh kitaab har zaban mein hai: urdu mein, hindi mein, angrezi mein. creation of god!</w:t>
      </w:r>
      <w:r>
        <w:br/>
      </w:r>
      <w:r>
        <w:rPr>
          <w:sz w:val="20"/>
        </w:rPr>
        <w:t>55:24  ek sahib ne bataya ke woh ek doctor kaha jate hain, to unhon ne wahan par purpose of life isi isi subject pe kitaab se choti si purpose of life rakhwa di thi.</w:t>
      </w:r>
      <w:r>
        <w:br/>
      </w:r>
      <w:r>
        <w:rPr>
          <w:sz w:val="20"/>
        </w:rPr>
        <w:t>55:40  wahan to doosri baar jab woh gaye to unhon ne kaha ke bhai, aap ki woh kitaab khatam ho gayi hai aur jo hamare paas jo patient aate hain, woh bohat zyada is ko pasand karte hain, parhna chahte hain.</w:t>
      </w:r>
      <w:r>
        <w:br/>
      </w:r>
      <w:r>
        <w:rPr>
          <w:sz w:val="20"/>
        </w:rPr>
        <w:t>55:56  to jahan jahan mauqa mile, wahan wahan yeh kitaabein phailaiye. purpose of life ya creation of god!</w:t>
      </w:r>
      <w:r>
        <w:br/>
      </w:r>
      <w:r>
        <w:rPr>
          <w:sz w:val="20"/>
        </w:rPr>
        <w:t>56:10  serius study ke baghair aadmi kisi baat ko samajh nahin sakta. to yeh jo pamphlet banaye gaye hain, isi liye serius study ke liye.</w:t>
      </w:r>
      <w:r>
        <w:br/>
      </w:r>
      <w:r>
        <w:rPr>
          <w:sz w:val="20"/>
        </w:rPr>
        <w:t>56:26  maulana, agla comment bheja hai kashmir se shahid hussain sahib ne. unhon ne likha hai: "highly motivational lecture to discover and adopt the culture prevailing in the vicinity of the almighty in parah raaz!"</w:t>
      </w:r>
      <w:r>
        <w:br/>
      </w:r>
      <w:r>
        <w:rPr>
          <w:sz w:val="20"/>
        </w:rPr>
        <w:t>56:41  what a great sensitization</w:t>
      </w:r>
    </w:p>
    <w:p>
      <w:pPr>
        <w:pStyle w:val="Heading2"/>
      </w:pPr>
      <w:r>
        <w:t>Purpose of life in this world</w:t>
      </w:r>
    </w:p>
    <w:p>
      <w:r>
        <w:rPr>
          <w:color w:val="666666"/>
          <w:sz w:val="18"/>
        </w:rPr>
        <w:t>Faith &amp; God · Freedom of Thought in Islam 23 October, 2011 · 8m 07s · at 1:05:21 · https://youtu.be/aGbxRNNOKzo?t=3921</w:t>
      </w:r>
    </w:p>
    <w:p>
      <w:r>
        <w:rPr>
          <w:i/>
        </w:rPr>
        <w:t>“I had asked a question from Maulana in the last Sunday talk, but perhaps it was misunderstood. I have a firm belief in God, but the basic question in my mind relates to why we are here in this world. You have said that the creation plan of God is to test man in this world and find out whether he is worthy of living in paradise.”</w:t>
      </w:r>
    </w:p>
    <w:p>
      <w:r>
        <w:rPr>
          <w:sz w:val="20"/>
        </w:rPr>
        <w:t>1:05:21  مولانا، یہ سوال آیا ہے مسٹر عشیش دیواری کا کانپور سے۔ انہوں نے لکھا ہے: "I had asked this question, I had asked a question from Maulana in the last Sunday talk,</w:t>
      </w:r>
      <w:r>
        <w:br/>
      </w:r>
      <w:r>
        <w:rPr>
          <w:sz w:val="20"/>
        </w:rPr>
        <w:t>1:05:34  but perhaps it was misunderstood.</w:t>
      </w:r>
      <w:r>
        <w:br/>
      </w:r>
      <w:r>
        <w:rPr>
          <w:sz w:val="20"/>
        </w:rPr>
        <w:t>1:05:37  I have a firm belief in God, but the basic question in my mind relates to why we are here in this world. You have said that the creation plan of God is to test man in this world and find out whether he is worthy of living in paradise.</w:t>
      </w:r>
      <w:r>
        <w:br/>
      </w:r>
      <w:r>
        <w:rPr>
          <w:sz w:val="20"/>
        </w:rPr>
        <w:t>1:05:55  But God is the most merciful to His creatures, so why would He subject them to trials and hardships for testing them, if such a test is not really necessary and the outcome of the test is known in advance?</w:t>
      </w:r>
      <w:r>
        <w:br/>
      </w:r>
      <w:r>
        <w:rPr>
          <w:sz w:val="20"/>
        </w:rPr>
        <w:t>1:06:11  If Quran is truly the word of God, it must answer this basic question. Is there any verse in Quran that can shed any light on this matter?</w:t>
      </w:r>
      <w:r>
        <w:br/>
      </w:r>
      <w:r>
        <w:rPr>
          <w:sz w:val="20"/>
        </w:rPr>
        <w:t>1:06:22  In my own reading of Quran, I could not find the answer. Please provide your valuable guidance in this regard."dekhen, yahi ek sawal hai, billion sawal hai.</w:t>
      </w:r>
      <w:r>
        <w:br/>
      </w:r>
      <w:r>
        <w:rPr>
          <w:sz w:val="20"/>
        </w:rPr>
        <w:t>1:06:35  lekin aap ko karna kya hai? science mein ek formula hai, us ko kehte hain Principle of Elimination.</w:t>
      </w:r>
      <w:r>
        <w:br/>
      </w:r>
      <w:r>
        <w:rPr>
          <w:sz w:val="20"/>
        </w:rPr>
        <w:t>1:06:44  yani kuch sawal aise hote hain, un ko aap ko yani chhodna padta hai, ignore karna padta hai. warna aap kahin nahin pahunchen.</w:t>
      </w:r>
      <w:r>
        <w:br/>
      </w:r>
      <w:r>
        <w:rPr>
          <w:sz w:val="20"/>
        </w:rPr>
        <w:t>1:06:55  farz kijiye ke aap Dilli mein hain, aap ko jaana hai Kanpur. to har waqt yeh andesha hai ke main train se jaaun to kahin train jo hai, patri se utar jaaye.</w:t>
      </w:r>
      <w:r>
        <w:br/>
      </w:r>
      <w:r>
        <w:rPr>
          <w:sz w:val="20"/>
        </w:rPr>
        <w:t>1:07:07  kahin earth quake aa jaaye. kahin woh storm aa jaaye. to kya aap safar nahin karenge? is ko eliminate karte hain aap, is sawalat ko.</w:t>
      </w:r>
      <w:r>
        <w:br/>
      </w:r>
      <w:r>
        <w:rPr>
          <w:sz w:val="20"/>
        </w:rPr>
        <w:t>1:07:19  Eliminate karte hain.</w:t>
      </w:r>
      <w:r>
        <w:br/>
      </w:r>
      <w:r>
        <w:rPr>
          <w:sz w:val="20"/>
        </w:rPr>
        <w:t>1:07:21  har maamle mein, isi ki baat nahin hai, har maamle mein hazaron sawal hain. Side questions. is ko aap eliminate karte hain to duniya mein zinda hain.</w:t>
      </w:r>
      <w:r>
        <w:br/>
      </w:r>
      <w:r>
        <w:rPr>
          <w:sz w:val="20"/>
        </w:rPr>
        <w:t>1:07:31  to yeh ek side question hai. asal baat jo sochne ki, us par focus hona chahiye, woh kya hai? ke Allah taala ne kitni badi mere saath yani rehmat ki hai.</w:t>
      </w:r>
      <w:r>
        <w:br/>
      </w:r>
      <w:r>
        <w:rPr>
          <w:sz w:val="20"/>
        </w:rPr>
        <w:t>1:07:45  ke mujhe paida kiya jabke main mera wajood nahin tha.</w:t>
      </w:r>
      <w:r>
        <w:br/>
      </w:r>
      <w:r>
        <w:rPr>
          <w:sz w:val="20"/>
        </w:rPr>
        <w:t>1:07:49  ek duniya mein rakha, saath sau saal, pachas saal, assi saal ke liye. aur mujhe sirf itna karna hai ke azaadi ko miss use na karun.</w:t>
      </w:r>
      <w:r>
        <w:br/>
      </w:r>
      <w:r>
        <w:rPr>
          <w:sz w:val="20"/>
        </w:rPr>
        <w:t>1:08:01  aur is ke baad mujhe eternal paradise milegi.</w:t>
      </w:r>
      <w:r>
        <w:br/>
      </w:r>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r>
        <w:br/>
      </w:r>
      <w:r>
        <w:rPr>
          <w:sz w:val="20"/>
        </w:rPr>
        <w:t>1:09:27  ek cheezen jo hain, amal ke bete roop mein hain. mil juli roop mein hain.</w:t>
      </w:r>
      <w:r>
        <w:br/>
      </w:r>
      <w:r>
        <w:rPr>
          <w:sz w:val="20"/>
        </w:rPr>
        <w:t>1:09:33  science-daan ek cheez ki tehqeeq kar raha hai. to beech mein doosri cheezein aati hain. jiska talluq chemistry se hai, uska talluq biology se hai, uska talluq physics se hai, uska talluq is se hai, is se hai, is chhodta jaata hai.</w:t>
      </w:r>
      <w:r>
        <w:br/>
      </w:r>
      <w:r>
        <w:rPr>
          <w:sz w:val="20"/>
        </w:rPr>
        <w:t>1:09:45  is ek cheez tak safar karta hai woh. tab woh tehqeeq kar paata hai. jisko kehte hain Principle of Elimination. to aap ko yeh karna hai, yahan bhi karna hai.</w:t>
      </w:r>
      <w:r>
        <w:br/>
      </w:r>
      <w:r>
        <w:rPr>
          <w:sz w:val="20"/>
        </w:rPr>
        <w:t>1:09:57  Side questions ko aap ko ignore karna padega. nahin to phanse rahenge, phanse rahenge, kuch nahin hoga.</w:t>
      </w:r>
      <w:r>
        <w:br/>
      </w:r>
      <w:r>
        <w:rPr>
          <w:sz w:val="20"/>
        </w:rPr>
        <w:t>1:10:04  aur sawal yeh hai ke aap isi mein kyon itna zyada? main kehta hoon, aap ki zindagi mein kaun sa maamla aisa hai jahan yeh sab sawal na hon aur us ko eliminate na kiya ho aap ne?</w:t>
      </w:r>
      <w:r>
        <w:br/>
      </w:r>
      <w:r>
        <w:rPr>
          <w:sz w:val="20"/>
        </w:rPr>
        <w:t>1:10:15  jab aap ne business ki hogi, jab aap ne parha hoga, jab aap ne job kiya hoga, jab aap ne shadi ki hogi, jab aap ne bachche ko school mein dakhil kiya hoga, jab aap ne safar kiya hoga, har jagah aise sawal the.</w:t>
      </w:r>
      <w:r>
        <w:br/>
      </w:r>
      <w:r>
        <w:rPr>
          <w:sz w:val="20"/>
        </w:rPr>
        <w:t>1:10:27  aaj bhi aise sawal hain. to aap us ko eliminate karte hain. apne jo aap ka goal hai, us mein badhte rehte hain, badhte rehte hain, badhte rehte hain.</w:t>
      </w:r>
      <w:r>
        <w:br/>
      </w:r>
      <w:r>
        <w:rPr>
          <w:sz w:val="20"/>
        </w:rPr>
        <w:t>1:10:37  to yeh side question yaani Principle of Elimination, yeh universal principle hai. har aadmi is par karta hi karta hai, amal na kare to paagal ho jaye.</w:t>
      </w:r>
      <w:r>
        <w:br/>
      </w:r>
      <w:r>
        <w:rPr>
          <w:sz w:val="20"/>
        </w:rPr>
        <w:t>1:10:49  to main kahunga, sirf yeh sochiye ke kaisa ajeeb mauqa diya Allah taala ne mujh ko ke main ek sirf ek cheez ko, ek ek cheez saabit kar doon apni zindagi mein.</w:t>
      </w:r>
      <w:r>
        <w:br/>
      </w:r>
      <w:r>
        <w:rPr>
          <w:sz w:val="20"/>
        </w:rPr>
        <w:t>1:11:02  ke maine Khuda ki di hui azaadi ko miss use nahin kiya. aur us ke baad aaya eternal paradise hai. to yeh to bilkul thrilling, aap ko thrill aayega yeh soch kar ke.</w:t>
      </w:r>
      <w:r>
        <w:br/>
      </w:r>
      <w:r>
        <w:rPr>
          <w:sz w:val="20"/>
        </w:rPr>
        <w:t>1:11:16  Thrill aayega.</w:t>
      </w:r>
      <w:r>
        <w:br/>
      </w:r>
      <w:r>
        <w:rPr>
          <w:sz w:val="20"/>
        </w:rPr>
        <w:t>1:11:18  yeh kyon ke aap ne is ko discover nahin kiya. yaani woh thrilling discovery aap ko nahin hui goal ke baare mein. to aap side question mein phanse hue hain.</w:t>
      </w:r>
      <w:r>
        <w:br/>
      </w:r>
      <w:r>
        <w:rPr>
          <w:sz w:val="20"/>
        </w:rPr>
        <w:t>1:11:29  main sirf yahi kahunga ke aap doosri zindagi ke doosre maamle mein is ki aasani karte to aap double standard ban rahe hain. dekhen, saada baat nahin hai.</w:t>
      </w:r>
      <w:r>
        <w:br/>
      </w:r>
      <w:r>
        <w:rPr>
          <w:sz w:val="20"/>
        </w:rPr>
        <w:t>1:11:41  aap double standard ban rahe hain.</w:t>
      </w:r>
      <w:r>
        <w:br/>
      </w:r>
      <w:r>
        <w:rPr>
          <w:sz w:val="20"/>
        </w:rPr>
        <w:t>1:11:43  har doosre maamle mein aap side question ko ignore karte hain. har doosre maamle mein. koi maamla aisa nahin hai ke aap side question ko.</w:t>
      </w:r>
      <w:r>
        <w:br/>
      </w:r>
      <w:r>
        <w:rPr>
          <w:sz w:val="20"/>
        </w:rPr>
        <w:t>1:11:54  ek baar to aap yahan par dekhiye. yahan jo Prime Minister the, jo kuch din ke liye pehle, Chandrashekhar.</w:t>
      </w:r>
      <w:r>
        <w:br/>
      </w:r>
      <w:r>
        <w:rPr>
          <w:sz w:val="20"/>
        </w:rPr>
        <w:t>1:12:02  Chandrashekhar ke haan booth mein unhon ne ek form banaya tha. bahut achha form, bahut khoobsurat. to unhon ne ek baar to wahan function kiya tha, mujhe bulaya tha wahan.</w:t>
      </w:r>
      <w:r>
        <w:br/>
      </w:r>
      <w:r>
        <w:rPr>
          <w:sz w:val="20"/>
        </w:rPr>
        <w:t>1:12:13  ab zahir hai ke Prime Minister ka form aur wahan par bahut aala intezamat the. achha, main ne jo khana khaya to mujhe food poisoning ho gayi.</w:t>
      </w:r>
      <w:r>
        <w:br/>
      </w:r>
      <w:r>
        <w:rPr>
          <w:sz w:val="20"/>
        </w:rPr>
        <w:t>1:12:24  Food poisoning ho gayi. aur itna zyada main pareshan hua ke bayan se bahar. ab isi ko le kar main kahoon, har khane ko main shakk karoon? to bhooka nahin mar jaunga main?</w:t>
      </w:r>
      <w:r>
        <w:br/>
      </w:r>
      <w:r>
        <w:rPr>
          <w:sz w:val="20"/>
        </w:rPr>
        <w:t>1:12:35  ke wahan ka jo khana tha, Chandrashekhar ke haan, woh us mein pata nahin kya cheez ki thi, food poisoning ho gayi. ab har khane ko shakk karoon main?</w:t>
      </w:r>
      <w:r>
        <w:br/>
      </w:r>
      <w:r>
        <w:rPr>
          <w:sz w:val="20"/>
        </w:rPr>
        <w:t>1:12:45  to bhooka marunga main? aise hi main Kashmir mein gaya to wahan par Pahalgam mein pani pi liya maine.</w:t>
      </w:r>
      <w:r>
        <w:br/>
      </w:r>
      <w:r>
        <w:rPr>
          <w:sz w:val="20"/>
        </w:rPr>
        <w:t>1:12:54  wahan pani, woh heavy water hota hai, heavy water</w:t>
      </w:r>
      <w:r>
        <w:br/>
      </w:r>
      <w:r>
        <w:rPr>
          <w:sz w:val="20"/>
        </w:rPr>
        <w:t>1:12:58  . to mere sir mein bahut dard hua. bahut dard hua ke main yaani bolna bhi mushkil se hota tha. to ab main koi pani na piyoon, jo pani piyunga samjhunga ke bhai wohi phir dobara na ho jaye.</w:t>
      </w:r>
      <w:r>
        <w:br/>
      </w:r>
      <w:r>
        <w:rPr>
          <w:sz w:val="20"/>
        </w:rPr>
        <w:t>1:13:11  shakk kar loon. to dekhiye, shakk mein jeena koi jeena nahin hai. aaj aisa aadmi double standard banta hai. kuch cheezon mein shakk karega, kuch cheezon mein nahin karega.</w:t>
      </w:r>
      <w:r>
        <w:br/>
      </w:r>
      <w:r>
        <w:rPr>
          <w:sz w:val="20"/>
        </w:rPr>
        <w:t>1:13:22  kuch cheezon mein side question par zor dega, kuch cheezon par ignore karega.</w:t>
      </w:r>
    </w:p>
    <w:p>
      <w:pPr>
        <w:pStyle w:val="Heading2"/>
      </w:pPr>
      <w:r>
        <w:t>Question about man's complete freedom</w:t>
      </w:r>
    </w:p>
    <w:p>
      <w:r>
        <w:rPr>
          <w:color w:val="666666"/>
          <w:sz w:val="18"/>
        </w:rPr>
        <w:t>Faith &amp; God · 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2"/>
      </w:pPr>
      <w:r>
        <w:t>Question about many levels in Islam</w:t>
      </w:r>
    </w:p>
    <w:p>
      <w:r>
        <w:rPr>
          <w:color w:val="666666"/>
          <w:sz w:val="18"/>
        </w:rPr>
        <w:t>Faith &amp; God · Wisdom of Hadith September 11, 2016 · 1m 17s · at 45:43 · https://youtu.be/XPxlLv2_q1o?t=2743</w:t>
      </w:r>
    </w:p>
    <w:p>
      <w:r>
        <w:rPr>
          <w:i/>
        </w:rPr>
        <w:t>“Maulana, I believe in God Almighty and His blessings. I have a question that just as it is believed in Islam that there are many levels of”</w:t>
      </w:r>
    </w:p>
    <w:p>
      <w:r>
        <w:rPr>
          <w:sz w:val="20"/>
        </w:rPr>
        <w:t>45:43  ji aah Maulana, agla sawal kya hai merit se Salman sahib ne aur unhone likha hai: Maulana</w:t>
      </w:r>
      <w:r>
        <w:br/>
      </w:r>
      <w:r>
        <w:rPr>
          <w:sz w:val="20"/>
        </w:rPr>
        <w:t>45:49  sahib, I believe in God Almighty and His blessings.</w:t>
      </w:r>
      <w:r>
        <w:br/>
      </w:r>
      <w:r>
        <w:rPr>
          <w:sz w:val="20"/>
        </w:rPr>
        <w:t>45:54  I have a question that just as it is believed in Islam that there are many levels of</w:t>
      </w:r>
      <w:r>
        <w:br/>
      </w:r>
      <w:r>
        <w:rPr>
          <w:sz w:val="20"/>
        </w:rPr>
        <w:t>46:00  paradise and that one should aspire for the highest level, but this would depend on degree of one's God realization.</w:t>
      </w:r>
      <w:r>
        <w:br/>
      </w:r>
      <w:r>
        <w:rPr>
          <w:sz w:val="20"/>
        </w:rPr>
        <w:t>46:06  So how can I increase my degree of realization so that I can aim to qualify for the</w:t>
      </w:r>
      <w:r>
        <w:br/>
      </w:r>
      <w:r>
        <w:rPr>
          <w:sz w:val="20"/>
        </w:rPr>
        <w:t>46:12  highest level of paradise?</w:t>
      </w:r>
      <w:r>
        <w:br/>
      </w:r>
      <w:r>
        <w:rPr>
          <w:sz w:val="20"/>
        </w:rPr>
        <w:t>46:18  aap study kijiye, yeh is sawal ka jawab study mein milega aap ko. study kijiye.</w:t>
      </w:r>
      <w:r>
        <w:br/>
      </w:r>
      <w:r>
        <w:rPr>
          <w:sz w:val="20"/>
        </w:rPr>
        <w:t>46:24  hamari do kitaabein padhiye aap, ek kitaab ka naam hai "God Arises", ek kitaab ka naam hai "Simple Wisdom".</w:t>
      </w:r>
      <w:r>
        <w:br/>
      </w:r>
      <w:r>
        <w:rPr>
          <w:sz w:val="20"/>
        </w:rPr>
        <w:t>46:30  yeh do kitaabein padhiye.</w:t>
      </w:r>
      <w:r>
        <w:br/>
      </w:r>
      <w:r>
        <w:rPr>
          <w:sz w:val="20"/>
        </w:rPr>
        <w:t>46:36  bghair study ke sirf ek sawal, ek jawab se yeh masla hal nahi ho raha.</w:t>
      </w:r>
      <w:r>
        <w:br/>
      </w:r>
      <w:r>
        <w:rPr>
          <w:sz w:val="20"/>
        </w:rPr>
        <w:t>46:42  study aap ko prepared mind banati hai, aap ke mind ke door kholti hai, aap ki understanding ko barhati hai.</w:t>
      </w:r>
      <w:r>
        <w:br/>
      </w:r>
      <w:r>
        <w:rPr>
          <w:sz w:val="20"/>
        </w:rPr>
        <w:t>46:48  study aap ki understanding ko barhati hai, tab ja kar aadmi is qabil hota hai ke woh samjhe.</w:t>
      </w:r>
      <w:r>
        <w:br/>
      </w:r>
      <w:r>
        <w:rPr>
          <w:sz w:val="20"/>
        </w:rPr>
        <w:t>46:54  to mein kahoon ga aap meri do kitabein parhiye: "God Arises" aur "Simple Wisdom".</w:t>
      </w:r>
    </w:p>
    <w:p>
      <w:pPr>
        <w:pStyle w:val="Heading2"/>
      </w:pPr>
      <w:r>
        <w:t>Question about the creation plan</w:t>
      </w:r>
    </w:p>
    <w:p>
      <w:r>
        <w:rPr>
          <w:color w:val="666666"/>
          <w:sz w:val="18"/>
        </w:rPr>
        <w:t>Faith &amp; God · Root Cause of Terrorism February 22, 2015 · 1m 33s · at 43:48 · https://youtu.be/n0AIGEI7b9U?t=2628</w:t>
      </w:r>
    </w:p>
    <w:p>
      <w:r>
        <w:rPr>
          <w:i/>
        </w:rPr>
        <w:t>“When we talk about the creation plan, as Alhamdulillah, we all are doing as you have...”</w:t>
      </w:r>
    </w:p>
    <w:p>
      <w:r>
        <w:rPr>
          <w:sz w:val="20"/>
        </w:rPr>
        <w:t>43:48  maulana, agla sawal kya hai doctor hina ne UK se aur unhon ne likha hai: "maulana sahab,</w:t>
      </w:r>
      <w:r>
        <w:br/>
      </w:r>
      <w:r>
        <w:rPr>
          <w:sz w:val="20"/>
        </w:rPr>
        <w:t>43:56  may Allah keep you healthy to continue the mission.</w:t>
      </w:r>
      <w:r>
        <w:br/>
      </w:r>
      <w:r>
        <w:rPr>
          <w:sz w:val="20"/>
        </w:rPr>
        <w:t>44:00  My question is, when we talk about creation plan, as Alhamdulillah, we all are doing as you have</w:t>
      </w:r>
      <w:r>
        <w:br/>
      </w:r>
      <w:r>
        <w:rPr>
          <w:sz w:val="20"/>
        </w:rPr>
        <w:t>44:08  taught us.</w:t>
      </w:r>
      <w:r>
        <w:br/>
      </w:r>
      <w:r>
        <w:rPr>
          <w:sz w:val="20"/>
        </w:rPr>
        <w:t>44:09  Mostly people listen to us, but sometimes the criticism comes that this concept of world coming to</w:t>
      </w:r>
      <w:r>
        <w:br/>
      </w:r>
      <w:r>
        <w:rPr>
          <w:sz w:val="20"/>
        </w:rPr>
        <w:t>44:17  and a better life after this has given the idea of doing blast and suicide bombing</w:t>
      </w:r>
      <w:r>
        <w:br/>
      </w:r>
      <w:r>
        <w:rPr>
          <w:sz w:val="20"/>
        </w:rPr>
        <w:t>44:24  to end this life and this world soon and start a new one.</w:t>
      </w:r>
      <w:r>
        <w:br/>
      </w:r>
      <w:r>
        <w:rPr>
          <w:sz w:val="20"/>
        </w:rPr>
        <w:t>44:30  maulana sahab, how can we tackle such questions?" bhai, yeh bilkul stupid question hai.</w:t>
      </w:r>
      <w:r>
        <w:br/>
      </w:r>
      <w:r>
        <w:rPr>
          <w:sz w:val="20"/>
        </w:rPr>
        <w:t>44:36  Basic baat dekhen, hamesha yeh rahegi ke jab hum source samajhte hain Quran ko to aap Quran</w:t>
      </w:r>
      <w:r>
        <w:br/>
      </w:r>
      <w:r>
        <w:rPr>
          <w:sz w:val="20"/>
        </w:rPr>
        <w:t>44:44  se sab bataiye hamein ke kahan hai ke sab ko maar dalo taake jaldi jannat mil jaye? yeh</w:t>
      </w:r>
      <w:r>
        <w:br/>
      </w:r>
      <w:r>
        <w:rPr>
          <w:sz w:val="20"/>
        </w:rPr>
        <w:t>44:51  kahan likha hua hai? yeh kahan likha hua hai ke jaldi se maar dalo, jaldi se khudkushi kar</w:t>
      </w:r>
      <w:r>
        <w:br/>
      </w:r>
      <w:r>
        <w:rPr>
          <w:sz w:val="20"/>
        </w:rPr>
        <w:t>44:59  lo taake jannat pohnch jao? yeh kahan likha hua hai? to yeh to bilkul stupid baatein hain.</w:t>
      </w:r>
      <w:r>
        <w:br/>
      </w:r>
      <w:r>
        <w:rPr>
          <w:sz w:val="20"/>
        </w:rPr>
        <w:t>45:06  jo bhi kahe koi baat, us ko quran se ya Allah ke rasool ke kalam se ek batana</w:t>
      </w:r>
      <w:r>
        <w:br/>
      </w:r>
      <w:r>
        <w:rPr>
          <w:sz w:val="20"/>
        </w:rPr>
        <w:t>45:14  parhega ke is mein yeh baat kahi gayi hai, warna woh isi bilkul stupid rahe gi.</w:t>
      </w:r>
    </w:p>
    <w:p>
      <w:pPr>
        <w:pStyle w:val="Heading2"/>
      </w:pPr>
      <w:r>
        <w:t>Questions about the creator and creation</w:t>
      </w:r>
    </w:p>
    <w:p>
      <w:r>
        <w:rPr>
          <w:color w:val="666666"/>
          <w:sz w:val="18"/>
        </w:rPr>
        <w:t>Faith &amp; God · Material Science Vs Spiritual Science 20th May 12 SLOW · 2m 25s · at 1:03:13 · https://youtu.be/qYwFExG7cyM?t=3793</w:t>
      </w:r>
    </w:p>
    <w:p>
      <w:r>
        <w:rPr>
          <w:i/>
        </w:rPr>
        <w:t>“Who created this world? What does the creator want? What is his creation plan?”</w:t>
      </w:r>
    </w:p>
    <w:p>
      <w:r>
        <w:rPr>
          <w:sz w:val="20"/>
        </w:rPr>
        <w:t>1:03:13  to pehla sawal yeh hota hai ke is ko kis ne banaya? yeh dunya kis ne banai? to</w:t>
      </w:r>
      <w:r>
        <w:br/>
      </w:r>
      <w:r>
        <w:rPr>
          <w:sz w:val="20"/>
        </w:rPr>
        <w:t>1:03:20  jo banane wala hai, woh kya chahta hai? is ka creation plan kya hai? yeh janna hai.</w:t>
      </w:r>
      <w:r>
        <w:br/>
      </w:r>
      <w:r>
        <w:rPr>
          <w:sz w:val="20"/>
        </w:rPr>
        <w:t>1:03:26  yeh apne aap apne dimagh se hum nahi bana sakte.</w:t>
      </w:r>
      <w:r>
        <w:br/>
      </w:r>
      <w:r>
        <w:rPr>
          <w:sz w:val="20"/>
        </w:rPr>
        <w:t>1:03:33  ek ek ideology to is tarah ki baatein jo log karte hain, khud se apne dimagh mein unhon</w:t>
      </w:r>
      <w:r>
        <w:br/>
      </w:r>
      <w:r>
        <w:rPr>
          <w:sz w:val="20"/>
        </w:rPr>
        <w:t>1:03:40  ne ek ideology banai.</w:t>
      </w:r>
      <w:r>
        <w:br/>
      </w:r>
      <w:r>
        <w:rPr>
          <w:sz w:val="20"/>
        </w:rPr>
        <w:t>1:03:46  to is ki validity kya hai? is ka authenticity kya hai? is ka base kya hai? to mein</w:t>
      </w:r>
      <w:r>
        <w:br/>
      </w:r>
      <w:r>
        <w:rPr>
          <w:sz w:val="20"/>
        </w:rPr>
        <w:t>1:03:53  samajhta hoon ke yeh yeh bhi ek ek yani ek shaitani, ek ek shaitani tadbeer hai.</w:t>
      </w:r>
      <w:r>
        <w:br/>
      </w:r>
      <w:r>
        <w:rPr>
          <w:sz w:val="20"/>
        </w:rPr>
        <w:t>1:03:59  ek aadmi khoobsurat naam se phansana chahta hai.</w:t>
      </w:r>
      <w:r>
        <w:br/>
      </w:r>
      <w:r>
        <w:rPr>
          <w:sz w:val="20"/>
        </w:rPr>
        <w:t>1:04:06  insan ko asal baat dekhiye yeh hai ke Allah taala ne dunya paida ki, phir paighambaron ko bheja</w:t>
      </w:r>
      <w:r>
        <w:br/>
      </w:r>
      <w:r>
        <w:rPr>
          <w:sz w:val="20"/>
        </w:rPr>
        <w:t>1:04:13  batane ke liye.</w:t>
      </w:r>
      <w:r>
        <w:br/>
      </w:r>
      <w:r>
        <w:rPr>
          <w:sz w:val="20"/>
        </w:rPr>
        <w:t>1:04:19  اس کے بعد "What is right? What is right? What is wrong?" پچھلے پیغمبروں کے زمانے میں جو</w:t>
      </w:r>
      <w:r>
        <w:br/>
      </w:r>
      <w:r>
        <w:rPr>
          <w:sz w:val="20"/>
        </w:rPr>
        <w:t>1:04:26  kitabein ayein, woh mehfooz nahi rahin.</w:t>
      </w:r>
      <w:r>
        <w:br/>
      </w:r>
      <w:r>
        <w:rPr>
          <w:sz w:val="20"/>
        </w:rPr>
        <w:t>1:04:33  ab quran jo hai, ek mehfooz kitab hai Allah taala ki.</w:t>
      </w:r>
      <w:r>
        <w:br/>
      </w:r>
      <w:r>
        <w:rPr>
          <w:sz w:val="20"/>
        </w:rPr>
        <w:t>1:04:39  to sab se pehle aap ko yeh pata hona hoga ke quran mein is ka hawala kya hai</w:t>
      </w:r>
      <w:r>
        <w:br/>
      </w:r>
      <w:r>
        <w:rPr>
          <w:sz w:val="20"/>
        </w:rPr>
        <w:t>1:04:46  jo aap keh rahe hain.</w:t>
      </w:r>
      <w:r>
        <w:br/>
      </w:r>
      <w:r>
        <w:rPr>
          <w:sz w:val="20"/>
        </w:rPr>
        <w:t>1:04:53  to aap dekhen, agar ek shakhs jo quran ko na manta ho to us se phir us pe</w:t>
      </w:r>
      <w:r>
        <w:br/>
      </w:r>
      <w:r>
        <w:rPr>
          <w:sz w:val="20"/>
        </w:rPr>
        <w:t>1:04:59  phir guftagu hogi ke us ko na manna, us ka jo us ka muqaf hai, woh woh woh</w:t>
      </w:r>
      <w:r>
        <w:br/>
      </w:r>
      <w:r>
        <w:rPr>
          <w:sz w:val="20"/>
        </w:rPr>
        <w:t>1:05:06  sahih nahi hai.</w:t>
      </w:r>
      <w:r>
        <w:br/>
      </w:r>
      <w:r>
        <w:rPr>
          <w:sz w:val="20"/>
        </w:rPr>
        <w:t>1:05:12  us par baat hogi.</w:t>
      </w:r>
      <w:r>
        <w:br/>
      </w:r>
      <w:r>
        <w:rPr>
          <w:sz w:val="20"/>
        </w:rPr>
        <w:t>1:05:19  aur ek aadmi agar quran ko manta ho to us se poocha jayega ke quran mein is</w:t>
      </w:r>
      <w:r>
        <w:br/>
      </w:r>
      <w:r>
        <w:rPr>
          <w:sz w:val="20"/>
        </w:rPr>
        <w:t>1:05:26  ka reference kahan hai? to behal main samajhta hoon ke yeh bilkul baseless baat hai.</w:t>
      </w:r>
      <w:r>
        <w:br/>
      </w:r>
      <w:r>
        <w:rPr>
          <w:sz w:val="20"/>
        </w:rPr>
        <w:t>1:05:32  is ki koi haqeeqat nahi hai.</w:t>
      </w:r>
    </w:p>
    <w:p>
      <w:pPr>
        <w:pStyle w:val="Heading2"/>
      </w:pPr>
      <w:r>
        <w:t>Quran's role versus universe in faith</w:t>
      </w:r>
    </w:p>
    <w:p>
      <w:r>
        <w:rPr>
          <w:color w:val="666666"/>
          <w:sz w:val="18"/>
        </w:rPr>
        <w:t>Faith &amp; God · Discovering God June 30, 2019 Maulana Wahiduddin Khan · 4m 27s · at 39:05 · https://youtu.be/Yt1-eX7XzYU?t=2345</w:t>
      </w:r>
    </w:p>
    <w:p>
      <w:r>
        <w:rPr>
          <w:i/>
        </w:rPr>
        <w:t>“If you did not have the Quran to believe in God, would the universe be enough? What is the role of the Quran in your life of faith?”</w:t>
      </w:r>
    </w:p>
    <w:p>
      <w:r>
        <w:rPr>
          <w:sz w:val="20"/>
        </w:rPr>
        <w:t>39:05  maulana, agla sawal bheja hai maulana iqbal umri ne chennai se. unhon ne likha hai: "maulana, ek sawal hai: agar aap ko khuda par yaqeen karne ke liye quran na hota to universe kafi tha?</w:t>
      </w:r>
      <w:r>
        <w:br/>
      </w:r>
      <w:r>
        <w:rPr>
          <w:sz w:val="20"/>
        </w:rPr>
        <w:t>39:22  yani quran ka kya role hai aap ki imani zindagi mein? is ke bare mein bataein." quran jo hai, book of guide hai.</w:t>
      </w:r>
      <w:r>
        <w:br/>
      </w:r>
      <w:r>
        <w:rPr>
          <w:sz w:val="20"/>
        </w:rPr>
        <w:t>39:42  universe jo hai, universe to</w:t>
      </w:r>
      <w:r>
        <w:br/>
      </w:r>
      <w:r>
        <w:rPr>
          <w:sz w:val="20"/>
        </w:rPr>
        <w:t>39:47  jisko kehte hain</w:t>
      </w:r>
      <w:r>
        <w:br/>
      </w:r>
      <w:r>
        <w:rPr>
          <w:sz w:val="20"/>
        </w:rPr>
        <w:t>39:51  data, hum ko data faraham karta hai, lekin quran jo hai, woh guide karta hai.</w:t>
      </w:r>
      <w:r>
        <w:br/>
      </w:r>
      <w:r>
        <w:rPr>
          <w:sz w:val="20"/>
        </w:rPr>
        <w:t>40:07  agar aap quran ko aaj kal jo tareeqa parhne ka quran ka ke technical point ko le ke utara karte hain,</w:t>
      </w:r>
      <w:r>
        <w:br/>
      </w:r>
      <w:r>
        <w:rPr>
          <w:sz w:val="20"/>
        </w:rPr>
        <w:t>40:18  koi na woh search ke liye baitha hai, koi na woh quran ke nuqton ko hal kar raha hai, aisi aisi kuch technical aspect.</w:t>
      </w:r>
      <w:r>
        <w:br/>
      </w:r>
      <w:r>
        <w:rPr>
          <w:sz w:val="20"/>
        </w:rPr>
        <w:t>40:36  quran ko asal jo aspect hai, woh hai</w:t>
      </w:r>
      <w:r>
        <w:br/>
      </w:r>
      <w:r>
        <w:rPr>
          <w:sz w:val="20"/>
        </w:rPr>
        <w:t>40:45  quran aap ke liye kitab tadabbur ban jaye. jo log tadabbur ki baat karte hain, un ki un ki kitabon mein bhi mujhe tadabbur nahi milta.</w:t>
      </w:r>
      <w:r>
        <w:br/>
      </w:r>
      <w:r>
        <w:rPr>
          <w:sz w:val="20"/>
        </w:rPr>
        <w:t>40:59  un ki wahi</w:t>
      </w:r>
      <w:r>
        <w:br/>
      </w:r>
      <w:r>
        <w:rPr>
          <w:sz w:val="20"/>
        </w:rPr>
        <w:t>41:05  nuqte nuqte milte hain.</w:t>
      </w:r>
      <w:r>
        <w:br/>
      </w:r>
      <w:r>
        <w:rPr>
          <w:sz w:val="20"/>
        </w:rPr>
        <w:t>41:11  aap khud kisi bhi kisi bhi quran par kisi bhi kitab ko lijiye aur us ko mutala kijiyey.</w:t>
      </w:r>
      <w:r>
        <w:br/>
      </w:r>
      <w:r>
        <w:rPr>
          <w:sz w:val="20"/>
        </w:rPr>
        <w:t>41:21  ab mutala kar ke mujhe bataiye aap ke is se aap ko take away kya mila? ek hi sawal mein karta hoon: koi bhi tafseer koi bhi zaban mein jo aap ke pas ho,</w:t>
      </w:r>
      <w:r>
        <w:br/>
      </w:r>
      <w:r>
        <w:rPr>
          <w:sz w:val="20"/>
        </w:rPr>
        <w:t>41:37  us ko parhiye shuru se akhir tak, aur phir us ko us ko bataiye ke is se take away kya mila? mislan mein batata hoon ke take away kya cheez hai.</w:t>
      </w:r>
      <w:r>
        <w:br/>
      </w:r>
      <w:r>
        <w:rPr>
          <w:sz w:val="20"/>
        </w:rPr>
        <w:t>41:50  aaj mein soch raha tha ke quran kya deta hai insan ko, to mujhe yaad aya ke quran ka jo pehla lafz hai, wahi deta hai: woh alhamdulillah rabb ul alameen.</w:t>
      </w:r>
      <w:r>
        <w:br/>
      </w:r>
      <w:r>
        <w:rPr>
          <w:sz w:val="20"/>
        </w:rPr>
        <w:t>42:07  yani</w:t>
      </w:r>
      <w:r>
        <w:br/>
      </w:r>
      <w:r>
        <w:rPr>
          <w:sz w:val="20"/>
        </w:rPr>
        <w:t>42:11  khawand alam ko is hesiyat se daryaft karo ke woh tumhare liye</w:t>
      </w:r>
      <w:r>
        <w:br/>
      </w:r>
      <w:r>
        <w:rPr>
          <w:sz w:val="20"/>
        </w:rPr>
        <w:t>42:24  rabb ul hamd ban jaye, woh jo mein ne kaha mohabbat ka source ban jaye.</w:t>
      </w:r>
      <w:r>
        <w:br/>
      </w:r>
      <w:r>
        <w:rPr>
          <w:sz w:val="20"/>
        </w:rPr>
        <w:t>42:40  to aap kisi bhi tafseer ko parhiye aur mujhe bataiye ke is ko parh kar aap ko take away kya mila?</w:t>
      </w:r>
      <w:r>
        <w:br/>
      </w:r>
      <w:r>
        <w:rPr>
          <w:sz w:val="20"/>
        </w:rPr>
        <w:t>42:50  to log fanni fanni nuqton ko samajh bethe hain. tafseer woh tafseer hai hi nahi. fanni nuqte jis pe paise hote hain, woh tafseer hai hi nahi.</w:t>
      </w:r>
      <w:r>
        <w:br/>
      </w:r>
      <w:r>
        <w:rPr>
          <w:sz w:val="20"/>
        </w:rPr>
        <w:t>43:06  aap ko shaq ho to aap yeh kijiye ke kisi tafseer ko lijiye, kisi bhi tafseer ko, aur us ko parh kar ke aap mujhe bataiye ke is mein aap ko take away kya mila.</w:t>
      </w:r>
      <w:r>
        <w:br/>
      </w:r>
      <w:r>
        <w:rPr>
          <w:sz w:val="20"/>
        </w:rPr>
        <w:t>43:26  isi mein jawab mil jaye ga aap ko.</w:t>
      </w:r>
    </w:p>
    <w:p>
      <w:pPr>
        <w:pStyle w:val="Heading2"/>
      </w:pPr>
      <w:r>
        <w:t>Rationality in secular vs religious matters</w:t>
      </w:r>
    </w:p>
    <w:p>
      <w:r>
        <w:rPr>
          <w:color w:val="666666"/>
          <w:sz w:val="18"/>
        </w:rPr>
        <w:t>Faith &amp; God · Living In Falsehood I December 15, 2013 · 2m 21s · at 46:39 · https://youtu.be/yD-ZtvlrFDw?t=2799</w:t>
      </w:r>
    </w:p>
    <w:p>
      <w:r>
        <w:rPr>
          <w:i/>
        </w:rPr>
        <w:t>“There are many Muslims who are very rational in secular matters, still they don't want to use reasoning in the matters of religion.”</w:t>
      </w:r>
    </w:p>
    <w:p>
      <w:r>
        <w:rPr>
          <w:sz w:val="20"/>
        </w:rPr>
        <w:t>46:39  maulana, agla sawal ajmer se hai doctor safina tabassum ka.</w:t>
      </w:r>
      <w:r>
        <w:br/>
      </w:r>
      <w:r>
        <w:rPr>
          <w:sz w:val="20"/>
        </w:rPr>
        <w:t>46:43  unhon ne likha hai: "maulana, there are many muslims who are very rational in secular matters, still they</w:t>
      </w:r>
      <w:r>
        <w:br/>
      </w:r>
      <w:r>
        <w:rPr>
          <w:sz w:val="20"/>
        </w:rPr>
        <w:t>46:51  don't want to use reasoning in the matters of religion.</w:t>
      </w:r>
      <w:r>
        <w:br/>
      </w:r>
      <w:r>
        <w:rPr>
          <w:sz w:val="20"/>
        </w:rPr>
        <w:t>46:55  what can be the reason of this behaviour?" maine arz kiya isi ko ke hadith jo hai</w:t>
      </w:r>
      <w:r>
        <w:br/>
      </w:r>
      <w:r>
        <w:rPr>
          <w:sz w:val="20"/>
        </w:rPr>
        <w:t>47:03  ke rasool allah ne farmaya ke: "talab al-ilm, talab al-ilm faridha ala kull muslim." ilm seekhna har musalman</w:t>
      </w:r>
      <w:r>
        <w:br/>
      </w:r>
      <w:r>
        <w:rPr>
          <w:sz w:val="20"/>
        </w:rPr>
        <w:t>47:11  par farz hai.</w:t>
      </w:r>
      <w:r>
        <w:br/>
      </w:r>
      <w:r>
        <w:rPr>
          <w:sz w:val="20"/>
        </w:rPr>
        <w:t>47:12  to is ko ilm deen ke mani mein le liya.</w:t>
      </w:r>
      <w:r>
        <w:br/>
      </w:r>
      <w:r>
        <w:rPr>
          <w:sz w:val="20"/>
        </w:rPr>
        <w:t>47:16  to deen mein ab reason ko apply nahi karna hai.</w:t>
      </w:r>
      <w:r>
        <w:br/>
      </w:r>
      <w:r>
        <w:rPr>
          <w:sz w:val="20"/>
        </w:rPr>
        <w:t>47:21  deen ko doosri cheezon apply karo, deen ko deen mein kuch nahi.</w:t>
      </w:r>
      <w:r>
        <w:br/>
      </w:r>
      <w:r>
        <w:rPr>
          <w:sz w:val="20"/>
        </w:rPr>
        <w:t>47:26  halanke dekhein, main aap ko ek ayat yaad dilata hoon.</w:t>
      </w:r>
      <w:r>
        <w:br/>
      </w:r>
      <w:r>
        <w:rPr>
          <w:sz w:val="20"/>
        </w:rPr>
        <w:t>47:30  quran mein hai ke pahadon ke bare mein, pahadon ke bare mein: "minbar al-jibāl, juwayd, bayd, humr, mukhtalif,</w:t>
      </w:r>
      <w:r>
        <w:br/>
      </w:r>
      <w:r>
        <w:rPr>
          <w:sz w:val="20"/>
        </w:rPr>
        <w:t>47:38  anwar, wa gharawee, mas'ood, innama yakhshā allāha min 'ibādihi al-'ulamā'u." is ka matlab hai ke ilm wale hi darte</w:t>
      </w:r>
      <w:r>
        <w:br/>
      </w:r>
      <w:r>
        <w:rPr>
          <w:sz w:val="20"/>
        </w:rPr>
        <w:t>47:46  hain allah se.</w:t>
      </w:r>
      <w:r>
        <w:br/>
      </w:r>
      <w:r>
        <w:rPr>
          <w:sz w:val="20"/>
        </w:rPr>
        <w:t>47:47  to yahan ilm se murad kya hai? ilm al-jibāl, pahadon ka ilm.</w:t>
      </w:r>
      <w:r>
        <w:br/>
      </w:r>
      <w:r>
        <w:rPr>
          <w:sz w:val="20"/>
        </w:rPr>
        <w:t>47:52  yahan is ayat se aap ko pata hai ke agar aap ko agar pahadon ka ilm ho to</w:t>
      </w:r>
      <w:r>
        <w:br/>
      </w:r>
      <w:r>
        <w:rPr>
          <w:sz w:val="20"/>
        </w:rPr>
        <w:t>48:00  aap ke andar allah ka dar paida hoga.</w:t>
      </w:r>
      <w:r>
        <w:br/>
      </w:r>
      <w:r>
        <w:rPr>
          <w:sz w:val="20"/>
        </w:rPr>
        <w:t>48:03  ab is ko aap generalize kijiye to agar nature ka ilm ho, agar aap ke andar nature ka</w:t>
      </w:r>
      <w:r>
        <w:br/>
      </w:r>
      <w:r>
        <w:rPr>
          <w:sz w:val="20"/>
        </w:rPr>
        <w:t>48:11  ilm ho to aap ke andar allah ka khauf paida hoga.</w:t>
      </w:r>
      <w:r>
        <w:br/>
      </w:r>
      <w:r>
        <w:rPr>
          <w:sz w:val="20"/>
        </w:rPr>
        <w:t>48:16  to yahan aap clear taur par dekhein, yahan par yani jo jin cheezon ko jo mahdood mani mein</w:t>
      </w:r>
      <w:r>
        <w:br/>
      </w:r>
      <w:r>
        <w:rPr>
          <w:sz w:val="20"/>
        </w:rPr>
        <w:t>48:23  liye hain, le rakhe hain logon ne deen ke, is se bahar ki cheezon ka ilm bataya ja</w:t>
      </w:r>
      <w:r>
        <w:br/>
      </w:r>
      <w:r>
        <w:rPr>
          <w:sz w:val="20"/>
        </w:rPr>
        <w:t>48:31  raha hai.</w:t>
      </w:r>
      <w:r>
        <w:br/>
      </w:r>
      <w:r>
        <w:rPr>
          <w:sz w:val="20"/>
        </w:rPr>
        <w:t>48:33  To ek galat yani cheez phail gayi hai musalmanon mein ke deen ke mamle mein aql nahi, doosri</w:t>
      </w:r>
      <w:r>
        <w:br/>
      </w:r>
      <w:r>
        <w:rPr>
          <w:sz w:val="20"/>
        </w:rPr>
        <w:t>48:40  cheezon mein aql istemal karo.</w:t>
      </w:r>
      <w:r>
        <w:br/>
      </w:r>
      <w:r>
        <w:rPr>
          <w:sz w:val="20"/>
        </w:rPr>
        <w:t>48:43  To log job mein, apne business mein, apne family affairs mein reason ko apply karte hain aur jahan</w:t>
      </w:r>
      <w:r>
        <w:br/>
      </w:r>
      <w:r>
        <w:rPr>
          <w:sz w:val="20"/>
        </w:rPr>
        <w:t>48:50  deen ka masla aaya, bas fatwa, fatwa, fatwa.</w:t>
      </w:r>
      <w:r>
        <w:br/>
      </w:r>
      <w:r>
        <w:rPr>
          <w:sz w:val="20"/>
        </w:rPr>
        <w:t>48:54  Yeh bilkul hi wrong hai, bilkul galat hai.</w:t>
      </w:r>
      <w:r>
        <w:br/>
      </w:r>
      <w:r>
        <w:rPr>
          <w:sz w:val="20"/>
        </w:rPr>
        <w:t>48:57  Is ka Islam se koi talluq nahi.</w:t>
      </w:r>
    </w:p>
    <w:p>
      <w:pPr>
        <w:pStyle w:val="Heading2"/>
      </w:pPr>
      <w:r>
        <w:t>Reaching complete helplessness to receive God's help</w:t>
      </w:r>
    </w:p>
    <w:p>
      <w:r>
        <w:rPr>
          <w:color w:val="666666"/>
          <w:sz w:val="18"/>
        </w:rPr>
        <w:t>Faith &amp; God · Hadith-e-Jibril, April 21, 2013 · 2m 28s · at 1:24:33 · https://youtu.be/0rF6Ou0pDog?t=5073</w:t>
      </w:r>
    </w:p>
    <w:p>
      <w:r>
        <w:rPr>
          <w:i/>
        </w:rPr>
        <w:t>“God is all-powerful and a source of great conviction, but we need to reach the last level of helplessness to receive His help. How can we achieve such helplessness?”</w:t>
      </w:r>
    </w:p>
    <w:p>
      <w:r>
        <w:rPr>
          <w:sz w:val="20"/>
        </w:rPr>
        <w:t>1:24:33  Maulana, agla sawal Delhi se hai Dr. Fareeda Khanam ka. unhon ne likha hai God is all powerful and a source of great conviction, but we need to reach the last level of helplessness to receive His help.</w:t>
      </w:r>
      <w:r>
        <w:br/>
      </w:r>
      <w:r>
        <w:rPr>
          <w:sz w:val="20"/>
        </w:rPr>
        <w:t>1:24:51  How can we achieve such helplessness? dekhiye as a fact insan helpless hi hai.</w:t>
      </w:r>
      <w:r>
        <w:br/>
      </w:r>
      <w:r>
        <w:rPr>
          <w:sz w:val="20"/>
        </w:rPr>
        <w:t>1:25:02  mein to har waqt apne helplessness ko daryaft karta hoon. har waqt. mislan agar farz kijiye ke mein aik glass uthaoon. is par aap jante hain aik cover hai.</w:t>
      </w:r>
      <w:r>
        <w:br/>
      </w:r>
      <w:r>
        <w:rPr>
          <w:sz w:val="20"/>
        </w:rPr>
        <w:t>1:25:13  cover uthaoon to yeh slip kar ke gir jayega kabhi. aisa hota hai. chamcha gir jayega. yani rozana aise waqiat hote hain jis mein aap apni helplessness ko daryaft karein.</w:t>
      </w:r>
      <w:r>
        <w:br/>
      </w:r>
      <w:r>
        <w:rPr>
          <w:sz w:val="20"/>
        </w:rPr>
        <w:t>1:25:25  helplessness ko. to yeh to aik waqia hai.</w:t>
      </w:r>
      <w:r>
        <w:br/>
      </w:r>
      <w:r>
        <w:rPr>
          <w:sz w:val="20"/>
        </w:rPr>
        <w:t>1:25:30  mein to roz sochta hoon ke maine khana khaya. agar digestive system mera kaam na kare to khana bekar hai.</w:t>
      </w:r>
      <w:r>
        <w:br/>
      </w:r>
      <w:r>
        <w:rPr>
          <w:sz w:val="20"/>
        </w:rPr>
        <w:t>1:25:41  agar suraj na ho to meri aankh bekar hai. mein suraj ke baghair aankh se dekh nahin sakta hoon mein. agar oxygen ke supply ka nizam Khuda ki taraf se na ho to mein kya karunga?</w:t>
      </w:r>
      <w:r>
        <w:br/>
      </w:r>
      <w:r>
        <w:rPr>
          <w:sz w:val="20"/>
        </w:rPr>
        <w:t>1:25:51  mar jaunga mein. kyunke mein saans lunga aur oxygen nahi milega mujhe.</w:t>
      </w:r>
      <w:r>
        <w:br/>
      </w:r>
      <w:r>
        <w:rPr>
          <w:sz w:val="20"/>
        </w:rPr>
        <w:t>1:25:57  to koi bhi cheez aisi nahi hai jismein aap ko helplessness ka tajurba na ho. mein bolta hoon, yeh bhi sochta hoon ke abhi mein speechless ho sakta hoon.</w:t>
      </w:r>
      <w:r>
        <w:br/>
      </w:r>
      <w:r>
        <w:rPr>
          <w:sz w:val="20"/>
        </w:rPr>
        <w:t>1:26:07  yaani zabaan se dimagh ka rishta kat jaye to mein helpless hoon. to yeh ismein yaani awakening ki baat hai.</w:t>
      </w:r>
      <w:r>
        <w:br/>
      </w:r>
      <w:r>
        <w:rPr>
          <w:sz w:val="20"/>
        </w:rPr>
        <w:t>1:26:18  yaani awakened mind jo hai, agar ho kisi ke andar awakened mind to har lamha woh apne helplessness ko daryaft karega.</w:t>
      </w:r>
      <w:r>
        <w:br/>
      </w:r>
      <w:r>
        <w:rPr>
          <w:sz w:val="20"/>
        </w:rPr>
        <w:t>1:26:28  agar awakened mind hai. so sara maamla is par depend karta hai ke aadmi ke andar awakened mind paida hua ke nahi hua.</w:t>
      </w:r>
      <w:r>
        <w:br/>
      </w:r>
      <w:r>
        <w:rPr>
          <w:sz w:val="20"/>
        </w:rPr>
        <w:t>1:26:37  to is ke andar intellectual development hua hai ke nahi hua hai.</w:t>
      </w:r>
      <w:r>
        <w:br/>
      </w:r>
      <w:r>
        <w:rPr>
          <w:sz w:val="20"/>
        </w:rPr>
        <w:t>1:26:42  agar hua hai to insaan ka har har second, har lamha batata hai ke mein helpless hoon.</w:t>
      </w:r>
      <w:r>
        <w:br/>
      </w:r>
      <w:r>
        <w:rPr>
          <w:sz w:val="20"/>
        </w:rPr>
        <w:t>1:26:51  mein helpless hoon. mera to tajurba bhi yahi hai zindagi ke bare mein.</w:t>
      </w:r>
    </w:p>
    <w:p>
      <w:pPr>
        <w:pStyle w:val="Heading2"/>
      </w:pPr>
      <w:r>
        <w:t>Reality of magic and its effects</w:t>
      </w:r>
    </w:p>
    <w:p>
      <w:r>
        <w:rPr>
          <w:color w:val="666666"/>
          <w:sz w:val="18"/>
        </w:rPr>
        <w:t>Faith &amp; God · The Process of Personality Development June 30, 2013 · 1m 36s · at 1:00:19 · https://youtu.be/CSSFRydcJlo?t=3619</w:t>
      </w:r>
    </w:p>
    <w:p>
      <w:r>
        <w:rPr>
          <w:i/>
        </w:rPr>
        <w:t>“If someone falls ill or is afflicted with trouble, people say that they have been affected by magic. Is there any reality to magic?”</w:t>
      </w:r>
    </w:p>
    <w:p>
      <w:r>
        <w:rPr>
          <w:sz w:val="20"/>
        </w:rPr>
        <w:t>1:00:19  molana, agla sawal hai shafi ahmed sahab ka, vishakhapatnam se.</w:t>
      </w:r>
      <w:r>
        <w:br/>
      </w:r>
      <w:r>
        <w:rPr>
          <w:sz w:val="20"/>
        </w:rPr>
        <w:t>1:00:23  unhon ne likha hai: molana, agar koi bimar ho gaya ya pareshani mein mubtala ho gaya to log kehte hain ke us ke par jadoo ho gaya.</w:t>
      </w:r>
      <w:r>
        <w:br/>
      </w:r>
      <w:r>
        <w:rPr>
          <w:sz w:val="20"/>
        </w:rPr>
        <w:t>1:00:33  molana, kya jadoo ki koi haqiqat hai? dekhen, mein to jadoo ki haqiqat par nahi manta, bilkul nahi manta is ko.</w:t>
      </w:r>
      <w:r>
        <w:br/>
      </w:r>
      <w:r>
        <w:rPr>
          <w:sz w:val="20"/>
        </w:rPr>
        <w:t>1:00:50  yeh jo ek waqea jo quran mein aaya hai misr ke saahir ka, firoun ke zamanay ka, to woh us ko mein nazarbadi manta hoon.</w:t>
      </w:r>
      <w:r>
        <w:br/>
      </w:r>
      <w:r>
        <w:rPr>
          <w:sz w:val="20"/>
        </w:rPr>
        <w:t>1:01:04  us ko mein real sense mein, un ki laathiyan aur rasiyan real sense mein saamp ban gayi theen, yeh mein nahi manta. to khud isi pe lagta hai saharu ayyun al-nas khud quran mein</w:t>
      </w:r>
      <w:r>
        <w:br/>
      </w:r>
      <w:r>
        <w:rPr>
          <w:sz w:val="20"/>
        </w:rPr>
        <w:t>1:01:17  sahar al-nas yani dekhnay mein laga logon ko ke yeh rasi hai aur nahi hai, balkay saamp hai. us ko aaj kal ki zuban mein kehte hain nazarbadi.</w:t>
      </w:r>
      <w:r>
        <w:br/>
      </w:r>
      <w:r>
        <w:rPr>
          <w:sz w:val="20"/>
        </w:rPr>
        <w:t>1:01:28  aur yeh jo samjha jata hai ke jinat kuch kar deta hai, to us ke liye to sarahatan quran mein tardeed hai laysa laka alayhim min sultaan tum ko insaan ke oopar koi qudrat nahi hogi.</w:t>
      </w:r>
      <w:r>
        <w:br/>
      </w:r>
      <w:r>
        <w:rPr>
          <w:sz w:val="20"/>
        </w:rPr>
        <w:t>1:01:43  in cheezon ke le kar ke mein nahi manta ke jadu koi aisi mu'assir cheez hai. woh ek, mein us ko nahi manta.</w:t>
      </w:r>
    </w:p>
    <w:p>
      <w:pPr>
        <w:pStyle w:val="Heading2"/>
      </w:pPr>
      <w:r>
        <w:t>Realization of God through discovery</w:t>
      </w:r>
    </w:p>
    <w:p>
      <w:r>
        <w:rPr>
          <w:color w:val="666666"/>
          <w:sz w:val="18"/>
        </w:rPr>
        <w:t>Faith &amp; God · Wisdom of Hadith Maulana Wahiduddin Khan February 23, 2014 · 1m 09s · at 1:16:43 · https://youtu.be/5E_MIQpToK4?t=4603</w:t>
      </w:r>
    </w:p>
    <w:p>
      <w:r>
        <w:rPr>
          <w:i/>
        </w:rPr>
        <w:t>“Your main focus is realization of God through discovery. According to this, then all non-Muslim scientists and people who discover Islam by discovery?”</w:t>
      </w:r>
    </w:p>
    <w:p>
      <w:r>
        <w:rPr>
          <w:sz w:val="20"/>
        </w:rPr>
        <w:t>1:16:43  maulana, agla sawal aya hai islamabad, pakistan se waseem bari sahib ka.</w:t>
      </w:r>
      <w:r>
        <w:br/>
      </w:r>
      <w:r>
        <w:rPr>
          <w:sz w:val="20"/>
        </w:rPr>
        <w:t>1:16:49  انہوں نے لکھا ہے: "مولانا، your main focus is realization of God through discovery۔</w:t>
      </w:r>
      <w:r>
        <w:br/>
      </w:r>
      <w:r>
        <w:rPr>
          <w:sz w:val="20"/>
        </w:rPr>
        <w:t>1:16:55  According to this, then all the non-Muslim scientists or people who discover Islam by discovery.</w:t>
      </w:r>
      <w:r>
        <w:br/>
      </w:r>
      <w:r>
        <w:rPr>
          <w:sz w:val="20"/>
        </w:rPr>
        <w:t>1:17:01  Can we say that their discovery or realization of God would be higher than the born Muslims? Please</w:t>
      </w:r>
      <w:r>
        <w:br/>
      </w:r>
      <w:r>
        <w:rPr>
          <w:sz w:val="20"/>
        </w:rPr>
        <w:t>1:17:09  tell." yeh mere samnay baat yeh ayi ke woh scientist islam ko discover to karta nahi, woh to</w:t>
      </w:r>
      <w:r>
        <w:br/>
      </w:r>
      <w:r>
        <w:rPr>
          <w:sz w:val="20"/>
        </w:rPr>
        <w:t>1:17:17  law of nature ko discover karta hai.</w:t>
      </w:r>
      <w:r>
        <w:br/>
      </w:r>
      <w:r>
        <w:rPr>
          <w:sz w:val="20"/>
        </w:rPr>
        <w:t>1:17:20  kya matlab is ka? maulana, woh yeh shayad poochna chah rahe hain ke agar woh discover karein god</w:t>
      </w:r>
      <w:r>
        <w:br/>
      </w:r>
      <w:r>
        <w:rPr>
          <w:sz w:val="20"/>
        </w:rPr>
        <w:t>1:17:28  ko jis tarah aap agar ki baat hai to yeh jo waqia hai ke science, science scientist ka</w:t>
      </w:r>
      <w:r>
        <w:br/>
      </w:r>
      <w:r>
        <w:rPr>
          <w:sz w:val="20"/>
        </w:rPr>
        <w:t>1:17:35  jo mozu hai, woh law of nature ko discover karna, islam ko discover karna, yeh is ka subject</w:t>
      </w:r>
      <w:r>
        <w:br/>
      </w:r>
      <w:r>
        <w:rPr>
          <w:sz w:val="20"/>
        </w:rPr>
        <w:t>1:17:43  hi nahi hai.</w:t>
      </w:r>
      <w:r>
        <w:br/>
      </w:r>
      <w:r>
        <w:rPr>
          <w:sz w:val="20"/>
        </w:rPr>
        <w:t>1:17:44  to aap agar kya jo waqia ho, us ko mujhe batayein to mein us ko arz karunga.</w:t>
      </w:r>
    </w:p>
    <w:p>
      <w:pPr>
        <w:pStyle w:val="Heading2"/>
      </w:pPr>
      <w:r>
        <w:t>Reason for Avoiding Reasoning in Religion</w:t>
      </w:r>
    </w:p>
    <w:p>
      <w:r>
        <w:rPr>
          <w:color w:val="666666"/>
          <w:sz w:val="18"/>
        </w:rPr>
        <w:t>Faith &amp; God · Living in Falsehood December 15, 2013 · 2m 30s · at 49:59 · https://youtu.be/UvboK59uF6s?t=2999</w:t>
      </w:r>
    </w:p>
    <w:p>
      <w:r>
        <w:rPr>
          <w:i/>
        </w:rPr>
        <w:t>“There are many Muslims who are very rational in secular matters. Still, they don't want to use reasoning in the matters of religion. What can be the reason of this behavior?”</w:t>
      </w:r>
    </w:p>
    <w:p>
      <w:r>
        <w:rPr>
          <w:sz w:val="20"/>
        </w:rPr>
        <w:t>49:59  So I am a great advocate of peace. Maulana, agla sawal Ajmer se hai Dr. Safina Tab</w:t>
      </w:r>
      <w:r>
        <w:br/>
      </w:r>
      <w:r>
        <w:rPr>
          <w:sz w:val="20"/>
        </w:rPr>
        <w:t>50:07  Sim ka. Unhon ne likha hai: "Moulana, there are many Muslims who are very rational in secular matters.</w:t>
      </w:r>
      <w:r>
        <w:br/>
      </w:r>
      <w:r>
        <w:rPr>
          <w:sz w:val="20"/>
        </w:rPr>
        <w:t>50:16  Still, they don't want to use reasoning in the matters of religion. What can be the reason of this behavior?</w:t>
      </w:r>
      <w:r>
        <w:br/>
      </w:r>
      <w:r>
        <w:rPr>
          <w:sz w:val="20"/>
        </w:rPr>
        <w:t>50:26  main ne arz kiya isi ko ke hadith jo hai ke rasool Allah ne farmaya ke talab al ilm farizah ala kull muslim ilm seekhna har musalman par farz hai.</w:t>
      </w:r>
      <w:r>
        <w:br/>
      </w:r>
      <w:r>
        <w:rPr>
          <w:sz w:val="20"/>
        </w:rPr>
        <w:t>50:41  to is ko ilm deen ke mani mein le liya. to deen mein ab reason ko apply nahi karna hai. deen ko doosri cheezon apply karo, deen ko deen mein kuch nahi.</w:t>
      </w:r>
      <w:r>
        <w:br/>
      </w:r>
      <w:r>
        <w:rPr>
          <w:sz w:val="20"/>
        </w:rPr>
        <w:t>50:57  halankeh dekhen, main aap ko ek ayat yaad dilata hoon. quran mein hai ke pahadon ke bare mein, pahadon ke bare mein minbar al jibal jo al dan bid al humr mukhtalif anwaruhu wa aghraww basud innama yakhsh Allah min ibadihi al ulama is ka matlab hai ke ilm wale hi darte hain Allah se.</w:t>
      </w:r>
      <w:r>
        <w:br/>
      </w:r>
      <w:r>
        <w:rPr>
          <w:sz w:val="20"/>
        </w:rPr>
        <w:t>51:22  to yahan ilm se murad kya hai? ilm al jibal,</w:t>
      </w:r>
      <w:r>
        <w:br/>
      </w:r>
      <w:r>
        <w:rPr>
          <w:sz w:val="20"/>
        </w:rPr>
        <w:t>51:26  pahadon ka ilm. yahan is ayat se sabit hota hai ke agar aap ko agar pahadon ka ilm ho to aap ke andar Allah ka dar paida hoga. ab is ko aap generalize kijiye to agar nature ka ilm ho, agar aap ka nature ka ilm ho to aap ke andar Allah ka khauf paida hoga.</w:t>
      </w:r>
      <w:r>
        <w:br/>
      </w:r>
      <w:r>
        <w:rPr>
          <w:sz w:val="20"/>
        </w:rPr>
        <w:t>51:45  ke aap clear taur par dekhen, yahan par yani yani jo jin cheezon ko jo mahdood mani mein liye hain, rakhe hain logon ne deen ke, us se bahar ki cheezon ka ilm bataya ja raha hai.</w:t>
      </w:r>
      <w:r>
        <w:br/>
      </w:r>
      <w:r>
        <w:rPr>
          <w:sz w:val="20"/>
        </w:rPr>
        <w:t>51:59  to ek galat yani cheez phail gayi hai musalmanon mein ke deen ke mamle mein aql nahi, doosri cheezon mein aql istemal karo.</w:t>
      </w:r>
      <w:r>
        <w:br/>
      </w:r>
      <w:r>
        <w:rPr>
          <w:sz w:val="20"/>
        </w:rPr>
        <w:t>52:09  to log job mein, apne business mein, apne family affairs mein reason ko apply karte hain aur jahan deen ka masla aaya hai, bas fatwa, fatwa, fatwa.</w:t>
      </w:r>
      <w:r>
        <w:br/>
      </w:r>
      <w:r>
        <w:rPr>
          <w:sz w:val="20"/>
        </w:rPr>
        <w:t>52:21  yeh bilkul hi wrong hai, bilkul galat hai. is ka islam se koi talluq nahi.</w:t>
      </w:r>
    </w:p>
    <w:p>
      <w:pPr>
        <w:pStyle w:val="Heading2"/>
      </w:pPr>
      <w:r>
        <w:t>Reason for Unfulfilled Halal Wishes</w:t>
      </w:r>
    </w:p>
    <w:p>
      <w:r>
        <w:rPr>
          <w:color w:val="666666"/>
          <w:sz w:val="18"/>
        </w:rPr>
        <w:t>Faith &amp; God · The Quran September 20, 2020 Maulana Wahiduddin Khan · 2m 13s · at 29:52 · https://youtu.be/yQZGg2A0-Tk?t=1792</w:t>
      </w:r>
    </w:p>
    <w:p>
      <w:r>
        <w:rPr>
          <w:i/>
        </w:rPr>
        <w:t>“What is the reason behind not getting halal wishes fulfilled? Please explain.”</w:t>
      </w:r>
    </w:p>
    <w:p>
      <w:r>
        <w:rPr>
          <w:sz w:val="20"/>
        </w:rPr>
        <w:t>29:52  Maulana, Miss Khushi Khan ne Calcutta se sawal bheja hai. Unhon ne likha hai: "What is the reason behind not getting the halaal wishes fulfilled?</w:t>
      </w:r>
      <w:r>
        <w:br/>
      </w:r>
      <w:r>
        <w:rPr>
          <w:sz w:val="20"/>
        </w:rPr>
        <w:t>30:05  Is ke bare mein bataen." Kya halaal? Kya wishes? Halaal wishes kyun nahin? Haan, jaaiz wishes kyun nahin fulfill hoti hain?</w:t>
      </w:r>
      <w:r>
        <w:br/>
      </w:r>
      <w:r>
        <w:rPr>
          <w:sz w:val="20"/>
        </w:rPr>
        <w:t>30:18  Is ke peeche kya kaaran hai? Kya matlab?</w:t>
      </w:r>
      <w:r>
        <w:br/>
      </w:r>
      <w:r>
        <w:rPr>
          <w:sz w:val="20"/>
        </w:rPr>
        <w:t>30:22  Maulana, woh yeh pooch rahi hain ke jaaiz khwahishat jo hoti hain insaan ki, woh kyun poori nahin hoti hain? Aadmi koi jaaiz khwahish karta hai, durust hoti hai, woh poori nahin ho paati.</w:t>
      </w:r>
      <w:r>
        <w:br/>
      </w:r>
      <w:r>
        <w:rPr>
          <w:sz w:val="20"/>
        </w:rPr>
        <w:t>30:35  Kyun nahin hoti hain?</w:t>
      </w:r>
      <w:r>
        <w:br/>
      </w:r>
      <w:r>
        <w:rPr>
          <w:sz w:val="20"/>
        </w:rPr>
        <w:t>30:37  To aap is ke liye jo zaroori koshish hai, woh karenge. Aap ko milegi. Free mein to nahin milegi.</w:t>
      </w:r>
      <w:r>
        <w:br/>
      </w:r>
      <w:r>
        <w:rPr>
          <w:sz w:val="20"/>
        </w:rPr>
        <w:t>30:46  Free mein to suraj ki roshni mili hui hai. Isi tarah sab cheezen milti hain. Aap is ke liye jo zaroori koshish karen to mil jayengi.</w:t>
      </w:r>
      <w:r>
        <w:br/>
      </w:r>
      <w:r>
        <w:rPr>
          <w:sz w:val="20"/>
        </w:rPr>
        <w:t>31:00  Maulana, aksar log dua dua karte hain aur un ke hisaab se woh jaaiz dua hoti hai, lekin woh qubool nahin hoti. To is par yeh sawal aata hai ke woh to jaaiz thi dua, to phir kyun nahin qubool hui?</w:t>
      </w:r>
      <w:r>
        <w:br/>
      </w:r>
      <w:r>
        <w:rPr>
          <w:sz w:val="20"/>
        </w:rPr>
        <w:t>31:14  Nahin, yeh kahin likha nahin hai Quran mein ke jaaiz hai to qubool ho jayegi. Jaaiz hai to qubool ho jayegi, yeh kahin nahin likha hai.</w:t>
      </w:r>
      <w:r>
        <w:br/>
      </w:r>
      <w:r>
        <w:rPr>
          <w:sz w:val="20"/>
        </w:rPr>
        <w:t>31:24  Aap ko dua ke har dua ki alag alag sharaait poori karni padengi. Alag alag jaaiz na-jaaiz, woh woh shart nahin hai.</w:t>
      </w:r>
      <w:r>
        <w:br/>
      </w:r>
      <w:r>
        <w:rPr>
          <w:sz w:val="20"/>
        </w:rPr>
        <w:t>31:45  Maulana, Hadees mein hai ke jo dua ki jaati hai, agar woh dunya mein nahin mile to aakhirat ke liye zakhira bana diya jata hai.</w:t>
      </w:r>
      <w:r>
        <w:br/>
      </w:r>
      <w:r>
        <w:rPr>
          <w:sz w:val="20"/>
        </w:rPr>
        <w:t>31:55  Haan, yeh bhi hai. Lekin bahut zyada aap ko agar aap.</w:t>
      </w:r>
    </w:p>
    <w:p>
      <w:pPr>
        <w:pStyle w:val="Heading2"/>
      </w:pPr>
      <w:r>
        <w:t>Reason for close-mindedness on monotheism</w:t>
      </w:r>
    </w:p>
    <w:p>
      <w:r>
        <w:rPr>
          <w:color w:val="666666"/>
          <w:sz w:val="18"/>
        </w:rPr>
        <w:t>Faith &amp; God · Unseen God July 30, 2017 Maulana Wahiduddin Khan · 2m 41s · at 1:04:42 · https://youtu.be/MOkCdGFAVR4?t=3882</w:t>
      </w:r>
    </w:p>
    <w:p>
      <w:r>
        <w:rPr>
          <w:i/>
        </w:rPr>
        <w:t>“Many people with whom I interact for their work, I find them good people and they talk about God and seem to be sincere truth seekers. But the moment I bring in the concept of monotheism, I realize they become different and do not bow down even to a reason-based argument. I really fail to understand this kind of behavior. As in matters of business and work they are open to new ideas, but when it comes to spirituality they become close-minded. Maulana sahib, what is the reason for this difference?”</w:t>
      </w:r>
    </w:p>
    <w:p>
      <w:r>
        <w:rPr>
          <w:sz w:val="20"/>
        </w:rPr>
        <w:t>1:04:42  ji Maulana agla sawal ahmed abad se Faisal sahab ne bheja hai unhon ne likha hai</w:t>
      </w:r>
      <w:r>
        <w:br/>
      </w:r>
      <w:r>
        <w:rPr>
          <w:sz w:val="20"/>
        </w:rPr>
        <w:t>1:04:50  maulana many people with whom i interact for our work i find them good people and they talk about god and seem to be sincere seekers but the moment i bring in the concept of monotheism i realize they become different and do not bow down even to a reason based argument</w:t>
      </w:r>
      <w:r>
        <w:br/>
      </w:r>
      <w:r>
        <w:rPr>
          <w:sz w:val="20"/>
        </w:rPr>
        <w:t>1:05:15  i really fail to understand this kind of behavior as in matters of their business or work they are open to new ideas but when it comes to spirituality they become close minded maulana sahib what is the reason for this differenti</w:t>
      </w:r>
      <w:r>
        <w:br/>
      </w:r>
      <w:r>
        <w:rPr>
          <w:sz w:val="20"/>
        </w:rPr>
        <w:t>1:05:33  It's behavior. Sirf ek hi cheez hai conditioning. Woh log modernism mein conditioned ho gaye hain.</w:t>
      </w:r>
      <w:r>
        <w:br/>
      </w:r>
      <w:r>
        <w:rPr>
          <w:sz w:val="20"/>
        </w:rPr>
        <w:t>1:05:42  woh jo hadith hai ke kul burdi yur al fitra</w:t>
      </w:r>
      <w:r>
        <w:br/>
      </w:r>
      <w:r>
        <w:rPr>
          <w:sz w:val="20"/>
        </w:rPr>
        <w:t>1:05:47  har paida honay wala</w:t>
      </w:r>
      <w:r>
        <w:br/>
      </w:r>
      <w:r>
        <w:rPr>
          <w:sz w:val="20"/>
        </w:rPr>
        <w:t>1:05:49  fitrat se paida hota hai is ke baad is ke maa baap maa baap maani is ka is</w:t>
      </w:r>
      <w:r>
        <w:br/>
      </w:r>
      <w:r>
        <w:rPr>
          <w:sz w:val="20"/>
        </w:rPr>
        <w:t>1:05:55  ka environment is ko is mazhab mein is mazhab mein is mazhab daal dete hain to jo fitri</w:t>
      </w:r>
      <w:r>
        <w:br/>
      </w:r>
      <w:r>
        <w:rPr>
          <w:sz w:val="20"/>
        </w:rPr>
        <w:t>1:06:03  mazhab hai woh to toheed hai mazhab fitri jo hai woh toheed hai baqi jo hai woh environmental</w:t>
      </w:r>
      <w:r>
        <w:br/>
      </w:r>
      <w:r>
        <w:rPr>
          <w:sz w:val="20"/>
        </w:rPr>
        <w:t>1:06:10  conditioning hai fitri mazhab aik hi hai woh hai toheed baqi jo hai woh sab environmental</w:t>
      </w:r>
      <w:r>
        <w:br/>
      </w:r>
      <w:r>
        <w:rPr>
          <w:sz w:val="20"/>
        </w:rPr>
        <w:t>1:06:18  conditioning hai okay so we we will end the session</w:t>
      </w:r>
      <w:r>
        <w:br/>
      </w:r>
      <w:r>
        <w:rPr>
          <w:sz w:val="20"/>
        </w:rPr>
        <w:t>1:06:24  now we also would like to share that saturday classes will now begin at 10:30 instead of 10 in the morning so you can log in through facebook session to watch the live session of maulana sahib every saturday 10:30 am indian standard time thank you.</w:t>
      </w:r>
    </w:p>
    <w:p>
      <w:pPr>
        <w:pStyle w:val="Heading2"/>
      </w:pPr>
      <w:r>
        <w:t>Reason for suffering in God's plan</w:t>
      </w:r>
    </w:p>
    <w:p>
      <w:r>
        <w:rPr>
          <w:color w:val="666666"/>
          <w:sz w:val="18"/>
        </w:rPr>
        <w:t>Faith &amp; God · Realization of God September 15, 2013 · 2m 55s · at 1:15:38 · https://youtu.be/CNEEeM5uyi8?t=4538</w:t>
      </w:r>
    </w:p>
    <w:p>
      <w:r>
        <w:rPr>
          <w:i/>
        </w:rPr>
        <w:t>“Why is there so much suffering in terms of poverty, disease, atrocities, accidents, disasters? What is the reason for such suffering? Is it a part of God's creation plan?”</w:t>
      </w:r>
    </w:p>
    <w:p>
      <w:r>
        <w:rPr>
          <w:sz w:val="20"/>
        </w:rPr>
        <w:t>1:15:38  is ko aap parhiye tafseeron mein to baat clear ho jaye gi. maulana, agla sawal deli se hai, doctor farida khanam ka.</w:t>
      </w:r>
      <w:r>
        <w:br/>
      </w:r>
      <w:r>
        <w:rPr>
          <w:sz w:val="20"/>
        </w:rPr>
        <w:t>1:15:49  unhon ne likha hai: "why is there so much suffering in terms of poverty, disease, illiteracy, accidents, etc.?</w:t>
      </w:r>
      <w:r>
        <w:br/>
      </w:r>
      <w:r>
        <w:rPr>
          <w:sz w:val="20"/>
        </w:rPr>
        <w:t>1:15:59  what is the reason for such suffering? is it a part of god's creation plan</w:t>
      </w:r>
      <w:r>
        <w:br/>
      </w:r>
      <w:r>
        <w:rPr>
          <w:sz w:val="20"/>
        </w:rPr>
        <w:t>1:16:06  ?" is ka jawab dekhiye, quran mein maujood hai. woh yeh hai ke quran mein hai ke: "zahar al-fasad fi al-barr wa al-bahr bima kasabat an-nas, bima kasabat an-nas,</w:t>
      </w:r>
      <w:r>
        <w:br/>
      </w:r>
      <w:r>
        <w:rPr>
          <w:sz w:val="20"/>
        </w:rPr>
        <w:t>1:16:22  zahar al-fasad fi al-barr wa al-bahr bima kasabat an-nas". aur ek aur ayat hai: "la tusdu fi al-ard ba'da islahih".</w:t>
      </w:r>
      <w:r>
        <w:br/>
      </w:r>
      <w:r>
        <w:rPr>
          <w:sz w:val="20"/>
        </w:rPr>
        <w:t>1:16:33  in ayaton ko parhne ke baad yeh samajh ata hai ke allah ne yeh dunya banai hai, woh bilkul theek thak banai hai, yani islah par qaim kiya.</w:t>
      </w:r>
      <w:r>
        <w:br/>
      </w:r>
      <w:r>
        <w:rPr>
          <w:sz w:val="20"/>
        </w:rPr>
        <w:t>1:16:43  is ko insan is ko bigarta hai, jaise aap pollution jo hai, woh insan ne paida kiya hai. juraim jo hain, woh insan ko paida karta hai.</w:t>
      </w:r>
      <w:r>
        <w:br/>
      </w:r>
      <w:r>
        <w:rPr>
          <w:sz w:val="20"/>
        </w:rPr>
        <w:t>1:16:54  mein yeh bataun ke juraim ke sab se zimmedar human rights activist hain.</w:t>
      </w:r>
      <w:r>
        <w:br/>
      </w:r>
      <w:r>
        <w:rPr>
          <w:sz w:val="20"/>
        </w:rPr>
        <w:t>1:16:59  yeh juraim aaj kal barh gaye hain, taza kyunke sab se bari zimmedari human rights activist ki hai, kyunke yeh log mujrimin ko bacha lete hain. jitni bhi un ki activities hain, mujrimin ko bachane ke liye to un ko saza nahi hoti.</w:t>
      </w:r>
      <w:r>
        <w:br/>
      </w:r>
      <w:r>
        <w:rPr>
          <w:sz w:val="20"/>
        </w:rPr>
        <w:t>1:17:14  sab se bare zimmedar hain human rights activist ke mujrimin ko saza nahi hone dete. deterrent punishment ki nabat nahi ati.</w:t>
      </w:r>
      <w:r>
        <w:br/>
      </w:r>
      <w:r>
        <w:rPr>
          <w:sz w:val="20"/>
        </w:rPr>
        <w:t>1:17:23  to yeh sara jo dunya mein jis ko kehte hain bigar, woh sab insanon ki wajah se hai. allah ki takhleeq mein aisi koi cheez nahi hai.</w:t>
      </w:r>
      <w:r>
        <w:br/>
      </w:r>
      <w:r>
        <w:rPr>
          <w:sz w:val="20"/>
        </w:rPr>
        <w:t>1:17:33  is par aap ne kafi likha, aap parh sakte hain hamari kitabon ko.</w:t>
      </w:r>
    </w:p>
    <w:p>
      <w:pPr>
        <w:pStyle w:val="Heading2"/>
      </w:pPr>
      <w:r>
        <w:t>Reason in Religion and Denial of Angels</w:t>
      </w:r>
    </w:p>
    <w:p>
      <w:r>
        <w:rPr>
          <w:color w:val="666666"/>
          <w:sz w:val="18"/>
        </w:rPr>
        <w:t>Faith &amp; God · Q&amp;A 04 Mar 2012 Maulana Wahiduddin Khan · 4m 05s · at 27:47 · https://youtu.be/txRmutuvWQI?t=1667</w:t>
      </w:r>
    </w:p>
    <w:p>
      <w:r>
        <w:rPr>
          <w:i/>
        </w:rPr>
        <w:t>“Some scholars consider the use of reason in religion absolutely unnecessary, while others consider the use of reason necessary and therefore deny whatever does not fit into reason in religion, such as denying angels. Please explain the correct position.”</w:t>
      </w:r>
    </w:p>
    <w:p>
      <w:r>
        <w:rPr>
          <w:sz w:val="20"/>
        </w:rPr>
        <w:t>27:47  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r>
        <w:br/>
      </w:r>
      <w:r>
        <w:rPr>
          <w:sz w:val="20"/>
        </w:rPr>
        <w:t>28:16  dekhiye, hadith mein aur quran mein dono mein aql ko bohat ahmiyat di gayi hai. wali al-zikr al-bab surah al-imran ke aakhri ruku ko parhiye aap.</w:t>
      </w:r>
      <w:r>
        <w:br/>
      </w:r>
      <w:r>
        <w:rPr>
          <w:sz w:val="20"/>
        </w:rPr>
        <w:t>28:28  is mein wali al-zikr al-bab, al-bab yaani al-aql, aql walay, aql walon ko</w:t>
      </w:r>
      <w:r>
        <w:br/>
      </w:r>
      <w:r>
        <w:rPr>
          <w:sz w:val="20"/>
        </w:rPr>
        <w:t>28:37  Allah taala ne khitab farmaya ke aql di gayi hai kis liye? taake tum samjho deen ki gehraiyon ko. naseehat hazir roz se. to aql to Allah taala ka diya hai.</w:t>
      </w:r>
      <w:r>
        <w:br/>
      </w:r>
      <w:r>
        <w:rPr>
          <w:sz w:val="20"/>
        </w:rPr>
        <w:t>28:47  aql na ho, agar insan pathar bana diya jaye to baaton ko samjhega nahi. to aql to hadith mein aata hai ke Allah taala ne sab se bari cheez jo paida ki, woh aql hai.</w:t>
      </w:r>
      <w:r>
        <w:br/>
      </w:r>
      <w:r>
        <w:rPr>
          <w:sz w:val="20"/>
        </w:rPr>
        <w:t>29:01  to dekhiye, do cheezen alag alag hain. ek hai aql ko, aql ko yaani independently meyar samajh lena.</w:t>
      </w:r>
      <w:r>
        <w:br/>
      </w:r>
      <w:r>
        <w:rPr>
          <w:sz w:val="20"/>
        </w:rPr>
        <w:t>29:13  independently aql ko samajhna ke bas jo aql mein aaya, woh sahi hai, jo aql mein aaya, woh galat hai.</w:t>
      </w:r>
      <w:r>
        <w:br/>
      </w:r>
      <w:r>
        <w:rPr>
          <w:sz w:val="20"/>
        </w:rPr>
        <w:t>29:19  yeh aql ka galat istemal hai. yeh mistake hai aql ka. aql jo hai, is ki koi limitations hain.</w:t>
      </w:r>
      <w:r>
        <w:br/>
      </w:r>
      <w:r>
        <w:rPr>
          <w:sz w:val="20"/>
        </w:rPr>
        <w:t>29:33  wa ma utiytum min al-ilm illa qaleela. to is ki limitations jo hain, woh poori hoti hain wahi se. yaani peghambar ko jo wahi aayi hai, woh isi liye aayi hai ke woh aql ki kami ko poora kare.</w:t>
      </w:r>
      <w:r>
        <w:br/>
      </w:r>
      <w:r>
        <w:rPr>
          <w:sz w:val="20"/>
        </w:rPr>
        <w:t>29:47  to sochna hamara kaam hai, lekin sochne ke liye jo guideline hai, woh peghambar deta hai.</w:t>
      </w:r>
      <w:r>
        <w:br/>
      </w:r>
      <w:r>
        <w:rPr>
          <w:sz w:val="20"/>
        </w:rPr>
        <w:t>29:53  sahi line par sochna.</w:t>
      </w:r>
      <w:r>
        <w:br/>
      </w:r>
      <w:r>
        <w:rPr>
          <w:sz w:val="20"/>
        </w:rPr>
        <w:t>29:58  ek yaani wahi ke zariye se hamein woh framework milta hai, jis framework ke ko follow karte hue hum aql ko istemal karen.</w:t>
      </w:r>
      <w:r>
        <w:br/>
      </w:r>
      <w:r>
        <w:rPr>
          <w:sz w:val="20"/>
        </w:rPr>
        <w:t>30:10  to jo log wahi ko nahi mante ya quran ko nahi mante, to woh un ka, un ki, un ki aql un ko</w:t>
      </w:r>
      <w:r>
        <w:br/>
      </w:r>
      <w:r>
        <w:rPr>
          <w:sz w:val="20"/>
        </w:rPr>
        <w:t>30:20  sahi rastay par nahi le aati, bhatka deti hai. kyunke aql ke liye limitations hain. yeh ek tashdeed baat hai, yeh baat sabit shuda hai ke aql ki limitations hain.</w:t>
      </w:r>
      <w:r>
        <w:br/>
      </w:r>
      <w:r>
        <w:rPr>
          <w:sz w:val="20"/>
        </w:rPr>
        <w:t>30:32  to is limitations ki talafi wahi se hoti hai, yaani peghambar ki hidayat se hoti hai.</w:t>
      </w:r>
      <w:r>
        <w:br/>
      </w:r>
      <w:r>
        <w:rPr>
          <w:sz w:val="20"/>
        </w:rPr>
        <w:t>30:41  to mein yeh manta hoon ke peghambar ki hidayat ke framework mein aql ko istemal karna aain-e-sawab hai, aain-e-sawab hai. aur peghambar ki hidayat ko nazar andaaz kar ke aql ka ghora dorana,</w:t>
      </w:r>
      <w:r>
        <w:br/>
      </w:r>
      <w:r>
        <w:rPr>
          <w:sz w:val="20"/>
        </w:rPr>
        <w:t>30:55  woh woh sawab nahi hai. is mein koi reward nahi hai.</w:t>
      </w:r>
      <w:r>
        <w:br/>
      </w:r>
      <w:r>
        <w:rPr>
          <w:sz w:val="20"/>
        </w:rPr>
        <w:t>31:01  to aql bohat bari cheez hai, lekin is ka agar aap aql ko wahi se kaat dein to woh to woh ek sarkash ghora ban jayegi.</w:t>
      </w:r>
      <w:r>
        <w:br/>
      </w:r>
      <w:r>
        <w:rPr>
          <w:sz w:val="20"/>
        </w:rPr>
        <w:t>31:16  aur agar aql ko wahi se jor kar is ko istemal karen to bohat hi ziyada is mein faiday honge. balkay sara, yaani tazkiya ka faida, marifat ka faida, saare faiday isi mein hain ke aap aql ko sahi dhang par istemal karen.</w:t>
      </w:r>
      <w:r>
        <w:br/>
      </w:r>
      <w:r>
        <w:rPr>
          <w:sz w:val="20"/>
        </w:rPr>
        <w:t>31:33  is mein koi shaq nahi hai.</w:t>
      </w:r>
      <w:r>
        <w:br/>
      </w:r>
      <w:r>
        <w:rPr>
          <w:sz w:val="20"/>
        </w:rPr>
        <w:t>31:38  is mani mein maine jo hamari kitab hai, yaani islam aur science, is mein is par kuch guftagu ki gayi hai.</w:t>
      </w:r>
      <w:r>
        <w:br/>
      </w:r>
      <w:r>
        <w:rPr>
          <w:sz w:val="20"/>
        </w:rPr>
        <w:t>31:47  is mein aap dekh sakte hain.</w:t>
      </w:r>
    </w:p>
    <w:p>
      <w:pPr>
        <w:pStyle w:val="Heading2"/>
      </w:pPr>
      <w:r>
        <w:t>Reason's relation to religion and Quran</w:t>
      </w:r>
    </w:p>
    <w:p>
      <w:r>
        <w:rPr>
          <w:color w:val="666666"/>
          <w:sz w:val="18"/>
        </w:rPr>
        <w:t>Faith &amp; God · The Character of a Dayee 4 March 2012 - Maulana Wahiduddin Khan · 1m 27s · at 1:45:15 · https://youtu.be/YtavJpVNbEM?t=6315</w:t>
      </w:r>
    </w:p>
    <w:p>
      <w:r>
        <w:rPr>
          <w:i/>
        </w:rPr>
        <w:t>“How can scholars say that reason has no connection with religion, when the Quran was revealed at the level of our understanding? And what about matters that are beyond the reach of our intellect?”</w:t>
      </w:r>
    </w:p>
    <w:p>
      <w:r>
        <w:rPr>
          <w:sz w:val="20"/>
        </w:rPr>
        <w:t>1:45:15  maulana, agla sawal</w:t>
      </w:r>
      <w:r>
        <w:br/>
      </w:r>
      <w:r>
        <w:rPr>
          <w:sz w:val="20"/>
        </w:rPr>
        <w:t>1:45:18  Doha, Qatar se Maulana Abdul Basit Umri ka hai. unhon ne likha hai: "Maulana ulama yeh kaise kehte hain ke aql ka talluq deen se nahi, jabke Quran hamari samajh ki satah par nazil kiya gaya hai?</w:t>
      </w:r>
      <w:r>
        <w:br/>
      </w:r>
      <w:r>
        <w:rPr>
          <w:sz w:val="20"/>
        </w:rPr>
        <w:t>1:45:33  doosri baat yeh hai ke jo baat hamari aql mein aane wali nahi,</w:t>
      </w:r>
      <w:r>
        <w:br/>
      </w:r>
      <w:r>
        <w:rPr>
          <w:sz w:val="20"/>
        </w:rPr>
        <w:t>1:45:38  un ke baray mein saaf bayan kiya gaya hai, mislan rooh, taqdeer, Allah ki zaat mein ghore aur fikr, us ke baray mein bataen."</w:t>
      </w:r>
      <w:r>
        <w:br/>
      </w:r>
      <w:r>
        <w:rPr>
          <w:sz w:val="20"/>
        </w:rPr>
        <w:t>1:45:54  haan, to bas woh jo, yani aql ka istemal, main ne arz kiya, wohi baat phir kahunga ke ek hai aql ka istemal Quran ki, yani Quran ki,</w:t>
      </w:r>
      <w:r>
        <w:br/>
      </w:r>
      <w:r>
        <w:rPr>
          <w:sz w:val="20"/>
        </w:rPr>
        <w:t>1:46:11  Quran ke badal lete hue, aql ka istemal Quran ke badal lete hue. ek hai aql ka istemal Quran se be niaz ho kar ke.</w:t>
      </w:r>
      <w:r>
        <w:br/>
      </w:r>
      <w:r>
        <w:rPr>
          <w:sz w:val="20"/>
        </w:rPr>
        <w:t>1:46:21  to Quran se be niaz ho kar jo jo aql istemal ki gayi ki jayegi, woh to bhatkao ki taraf jayegi, bhatkao. lekin jab Quran ko</w:t>
      </w:r>
      <w:r>
        <w:br/>
      </w:r>
      <w:r>
        <w:rPr>
          <w:sz w:val="20"/>
        </w:rPr>
        <w:t>1:46:30  ki rehnumai rehnumai mein aql istemal ki jayegi, to bilashuba woh sath mustaqeem, sath mustaqeem tak pahunchegi, is mein koi shaq nahi hai.</w:t>
      </w:r>
    </w:p>
    <w:p>
      <w:pPr>
        <w:pStyle w:val="Heading2"/>
      </w:pPr>
      <w:r>
        <w:t>Reconciling acceptance of God's will with introspection</w:t>
      </w:r>
    </w:p>
    <w:p>
      <w:r>
        <w:rPr>
          <w:color w:val="666666"/>
          <w:sz w:val="18"/>
        </w:rPr>
        <w:t>Faith &amp; God · Realisation of God January 19, 2014 · 1m 50s · at 1:02:21 · https://youtu.be/uIn3AfDkk6Y?t=3741</w:t>
      </w:r>
    </w:p>
    <w:p>
      <w:r>
        <w:rPr>
          <w:i/>
        </w:rPr>
        <w:t>“One of the Islamic teachings is to accept everything happened. Everything happened as a will of God, while on the other hand Islam also inspires us to do introspection, that is to analyze what happened and do re-planning. Please explain how to understand apparently these two contradictory teachings.”</w:t>
      </w:r>
    </w:p>
    <w:p>
      <w:r>
        <w:rPr>
          <w:sz w:val="20"/>
        </w:rPr>
        <w:t>1:02:21  to parh kar kay is mein jo aap kay nazdeek kami baqi hai, woh us ko us ko point out kijiye aur phir woh us par sawal banaiye aap. Maulana, agla sawal Roorkee se hai Sajid Anwar sahib</w:t>
      </w:r>
      <w:r>
        <w:br/>
      </w:r>
      <w:r>
        <w:rPr>
          <w:sz w:val="20"/>
        </w:rPr>
        <w:t>1:02:33  ka. unhon nay likha hai: "one of the Islamic teachings is to accept everything happened. everything happened as a will of God, while in the other hand Islam also inspire us to do introspection.</w:t>
      </w:r>
      <w:r>
        <w:br/>
      </w:r>
      <w:r>
        <w:rPr>
          <w:sz w:val="20"/>
        </w:rPr>
        <w:t>1:02:48  that is to analyze what is happened and do replanning. Maulana, please explain how to understand apparently these two contradictory teachings." to is par bhi aap likh chukay hain.</w:t>
      </w:r>
      <w:r>
        <w:br/>
      </w:r>
      <w:r>
        <w:rPr>
          <w:sz w:val="20"/>
        </w:rPr>
        <w:t>1:03:01  case sahib, is par bhi bohat likha hai. jabr o qadar ke maslay par bohat likha hai, us ko bhi parhein. dekhiye, janab jo Al-Risala hai</w:t>
      </w:r>
      <w:r>
        <w:br/>
      </w:r>
      <w:r>
        <w:rPr>
          <w:sz w:val="20"/>
        </w:rPr>
        <w:t>1:03:12  January 2014 ka, us mein yeh baat maujood hai, us ko parhiye. January 2014, phir sawal kijiye, tab sawal zyada acha hoga, jawab bhi inshallah zyada behtar hoga.</w:t>
      </w:r>
    </w:p>
    <w:p>
      <w:pPr>
        <w:pStyle w:val="Heading2"/>
      </w:pPr>
      <w:r>
        <w:t>Reconciling friendship with Jews and Quranic verse</w:t>
      </w:r>
    </w:p>
    <w:p>
      <w:r>
        <w:rPr>
          <w:color w:val="666666"/>
          <w:sz w:val="18"/>
        </w:rPr>
        <w:t>Faith &amp; God · God Particle July 8, 2012 · 4m 22s · at 1:18:46 · https://youtu.be/30Ulu10c2nA?t=4726</w:t>
      </w:r>
    </w:p>
    <w:p>
      <w:r>
        <w:rPr>
          <w:i/>
        </w:rPr>
        <w:t>“You said that Jews and Christians are our friends, but the Quran says that you will find Jews as the severest enemies of the believers. Remove this confusion.”</w:t>
      </w:r>
    </w:p>
    <w:p>
      <w:r>
        <w:rPr>
          <w:sz w:val="20"/>
        </w:rPr>
        <w:t>1:18:46  maulana, agla sawal dilli se hai maulana ilyas sahab ka</w:t>
      </w:r>
      <w:r>
        <w:br/>
      </w:r>
      <w:r>
        <w:rPr>
          <w:sz w:val="20"/>
        </w:rPr>
        <w:t>1:18:49  unhon ne likha hai: "aap ne farmaya ke yahoodi isai hamare dost hain, lekin quran mein kaha gaya hai ke tum yahood ko iman walon ka shadeed dushman pao ge.</w:t>
      </w:r>
      <w:r>
        <w:br/>
      </w:r>
      <w:r>
        <w:rPr>
          <w:sz w:val="20"/>
        </w:rPr>
        <w:t>1:19:03  is confusion ko door farmayen." lafz dost bane, sawal nahi kiya, yeh aap ka lafz hai. doosri baat hai ke woh jo lafz dushman hai, to aap ne us ko yani un ki poori qaum par phaila rakha hai.</w:t>
      </w:r>
      <w:r>
        <w:br/>
      </w:r>
      <w:r>
        <w:rPr>
          <w:sz w:val="20"/>
        </w:rPr>
        <w:t>1:19:19  is waqt jo log the, contemporary, un ke bare mein yeh lafz hai. yeh bohat bari ghalat fehmi hai ke sare yahudiyon ko, sare isaiyon ko samajh rakha hai ke bilashuba basless تفسیر hai.</w:t>
      </w:r>
      <w:r>
        <w:br/>
      </w:r>
      <w:r>
        <w:rPr>
          <w:sz w:val="20"/>
        </w:rPr>
        <w:t>1:19:31  rasool Allah contemporary ke bare mein baat ho, contemporary moaser hamesha ke liye nahi hai. yeh itni bari bari gustakhiyan musalmanon ne kar rakhi hain.</w:t>
      </w:r>
      <w:r>
        <w:br/>
      </w:r>
      <w:r>
        <w:rPr>
          <w:sz w:val="20"/>
        </w:rPr>
        <w:t>1:19:41  mujhe taajjub hota hai ke is ko sare yahudiyon, qayamat tak paida hone wale sare, sare is ko chaspah kar rakha hai. yeh matlab bhi is ka nahi</w:t>
      </w:r>
      <w:r>
        <w:br/>
      </w:r>
      <w:r>
        <w:rPr>
          <w:sz w:val="20"/>
        </w:rPr>
        <w:t>1:19:49  hai. woh contemporary christian, contemporary yahudiyon ke bare mein, woh bhi wahan jo the madine mein, woh bhi sara alam ke liye nahi hai. yani quran ko log bazi baziacha-e-atfal bana diya hai.</w:t>
      </w:r>
      <w:r>
        <w:br/>
      </w:r>
      <w:r>
        <w:rPr>
          <w:sz w:val="20"/>
        </w:rPr>
        <w:t>1:20:01  yeh yeh bohat taajjub hota hai ke kaise log himmat parti hai ke quran mein aisi baatein kahein. kaisi himmat hoti hai?</w:t>
      </w:r>
      <w:r>
        <w:br/>
      </w:r>
      <w:r>
        <w:rPr>
          <w:sz w:val="20"/>
        </w:rPr>
        <w:t>1:20:11  main ne dost ka lafz istemal nahi kiya, main ne istemal kiya jo hadith mein hai: mu'eed, mu'eed, ta'eed.</w:t>
      </w:r>
      <w:r>
        <w:br/>
      </w:r>
      <w:r>
        <w:rPr>
          <w:sz w:val="20"/>
        </w:rPr>
        <w:t>1:20:19  yani ta'eedi role in ka hai, ta'eedi role in ka hai. aur yeh to waqea hai. kaun si baat hai jo aaj, yani aap bicycle se le kar car tak aur sui se le kar hawai jahaz tak, kaun si cheezein in ke siwa kisi ne di hain aap ko?</w:t>
      </w:r>
      <w:r>
        <w:br/>
      </w:r>
      <w:r>
        <w:rPr>
          <w:sz w:val="20"/>
        </w:rPr>
        <w:t>1:20:35  mujhe bataiye, kis ka naam bataen ge aap? aik aik cheez jo aap istemal karte hain, woh inhi logon se mili hai. aap ko yeh kapra jo aap pehente hain, kis ne class mill banai?</w:t>
      </w:r>
      <w:r>
        <w:br/>
      </w:r>
      <w:r>
        <w:rPr>
          <w:sz w:val="20"/>
        </w:rPr>
        <w:t>1:20:44  kis ne ban</w:t>
      </w:r>
      <w:r>
        <w:br/>
      </w:r>
      <w:r>
        <w:rPr>
          <w:sz w:val="20"/>
        </w:rPr>
        <w:t>1:20:45  ai hai? yeh aainak jo pehente hain, aap kis ne di hai? aap ko bhari jo baat hai, har har musalman khade baad di hui hai. kaisi ajeeb baat hai! NehruN likha hai ke mughal hukmaranon ke zamane mein NehruN likha hai apni kitab mein: "discovery of India" mein.</w:t>
      </w:r>
      <w:r>
        <w:br/>
      </w:r>
      <w:r>
        <w:rPr>
          <w:sz w:val="20"/>
        </w:rPr>
        <w:t>1:21:00  bohat hi عبرت ناک baat ke mughal jab rule kar rahe the, jis ko aap kehte hain mughal empire, us zamane mein Europe ke taajir aate the India.</w:t>
      </w:r>
      <w:r>
        <w:br/>
      </w:r>
      <w:r>
        <w:rPr>
          <w:sz w:val="20"/>
        </w:rPr>
        <w:t>1:21:12  us zamane mein woh ban chuki thi ghari, jis ko kehte hain woh spring watch. spring watch ban chuki thi, woh late the aur yahan mahal walon mahaloon mein bechte the bare bare daam par.</w:t>
      </w:r>
      <w:r>
        <w:br/>
      </w:r>
      <w:r>
        <w:rPr>
          <w:sz w:val="20"/>
        </w:rPr>
        <w:t>1:21:26  unhon ne likha hai, likha hai ke mughlon ko yeh curiosity nahi hui ke daryaft karein ke bhai kaisi ghari hai yeh. yani musalman ab bhi wahi reit ki ghari aur pani ghariyon</w:t>
      </w:r>
      <w:r>
        <w:br/>
      </w:r>
      <w:r>
        <w:rPr>
          <w:sz w:val="20"/>
        </w:rPr>
        <w:t>1:21:37  ji rahe the. unhon ne spring watch bana di, lekin un ko kuch shauq nahi hua daryaft karne ka. jin ko aap kehte hain dushman, usi par ji rahe hain.</w:t>
      </w:r>
      <w:r>
        <w:br/>
      </w:r>
      <w:r>
        <w:rPr>
          <w:sz w:val="20"/>
        </w:rPr>
        <w:t>1:21:48  aap agar aap jo jo cheezein di hain, un ko istemal na karein to phir loot jayen ge aap wahan par, jahan par, jahan par insan oont par chalta tha, khaimon mein rehta tha.</w:t>
      </w:r>
      <w:r>
        <w:br/>
      </w:r>
      <w:r>
        <w:rPr>
          <w:sz w:val="20"/>
        </w:rPr>
        <w:t>1:22:01  kaisi ajeeb log hain yeh! nihayat itminan se un ki daryaft kar cheezon ke istemal karte hain.</w:t>
      </w:r>
      <w:r>
        <w:br/>
      </w:r>
      <w:r>
        <w:rPr>
          <w:sz w:val="20"/>
        </w:rPr>
        <w:t>1:22:09  main apne ghar ke samne jab khada hota hoon aur nihayat shan se log gadiyan le kar ke aur aur scooter le ke daurte hain, to main yeh sochta hoon ke un ke chehre pe itraaf nahi.</w:t>
      </w:r>
      <w:r>
        <w:br/>
      </w:r>
      <w:r>
        <w:rPr>
          <w:sz w:val="20"/>
        </w:rPr>
        <w:t>1:22:19  kis ne yeh yeh scooter banaya? kis ne yeh car banai? kis ne woh ghari banai jo aap pehne hue hain? to main aap se bohat hi sakht aik hadith sunana chahta hoon: "man lam yashkur an-nas lam yashkur Allah".</w:t>
      </w:r>
      <w:r>
        <w:br/>
      </w:r>
      <w:r>
        <w:rPr>
          <w:sz w:val="20"/>
        </w:rPr>
        <w:t>1:22:34  jo insan ko acknowledge nahi kare ga, woh Khuda pe acknowledge nahi kare ga.</w:t>
      </w:r>
      <w:r>
        <w:br/>
      </w:r>
      <w:r>
        <w:rPr>
          <w:sz w:val="20"/>
        </w:rPr>
        <w:t>1:22:39  kitni sakht baat hai yeh ke agar aap insan ka itraaf nahi kar rahe hain to us pani ke Khuda ka itraaf aap nahi kar rahe hain.</w:t>
      </w:r>
      <w:r>
        <w:br/>
      </w:r>
      <w:r>
        <w:rPr>
          <w:sz w:val="20"/>
        </w:rPr>
        <w:t>1:22:48  yeh bilkul galat تفسیر hai ke sari dunya ke qayamat tak paida hone wale hamare hamare isai aur yahoodi jo hain, un ke bare mein quran ne yeh bayan diya hai.</w:t>
      </w:r>
      <w:r>
        <w:br/>
      </w:r>
      <w:r>
        <w:rPr>
          <w:sz w:val="20"/>
        </w:rPr>
        <w:t>1:22:57  woh contemporary yahudiyon ke bare mein hai, contemporary christian ke bare mein hai, woh bhi woh jo madine mein the, sara alam ke liye nahi hai.</w:t>
      </w:r>
    </w:p>
    <w:p>
      <w:pPr>
        <w:pStyle w:val="Heading2"/>
      </w:pPr>
      <w:r>
        <w:t>Reincarnation vs Second Coming of Jesus</w:t>
      </w:r>
    </w:p>
    <w:p>
      <w:r>
        <w:rPr>
          <w:color w:val="666666"/>
          <w:sz w:val="18"/>
        </w:rPr>
        <w:t>Faith &amp; God · Discovery of Modern Age February 10, 2013 · 2m 39s · at 1:10:45 · https://youtu.be/qYGA53ii7E4?t=4245</w:t>
      </w:r>
    </w:p>
    <w:p>
      <w:r>
        <w:rPr>
          <w:i/>
        </w:rPr>
        <w:t>“I don't understand that Muslims consider 'Poona Jarm' (reincarnation) as wrong, while they believe in the second coming of Jesus. Please explain.”</w:t>
      </w:r>
    </w:p>
    <w:p>
      <w:r>
        <w:rPr>
          <w:sz w:val="20"/>
        </w:rPr>
        <w:t>1:10:45  hamara agla sawal Dilli se hai Shah Imran Hasan sahab ka.</w:t>
      </w:r>
      <w:r>
        <w:br/>
      </w:r>
      <w:r>
        <w:rPr>
          <w:sz w:val="20"/>
        </w:rPr>
        <w:t>1:10:49  unhon ne likha hai: "Maulana sahab, meri samajh mein yeh nahin aata ke Musalman pune jaram ko galat mante hain jabke Hazrat Masih ke dobara nazool ya pune jaram ko sahi mante hain.</w:t>
      </w:r>
      <w:r>
        <w:br/>
      </w:r>
      <w:r>
        <w:rPr>
          <w:sz w:val="20"/>
        </w:rPr>
        <w:t>1:11:03  please aap is ko explain karen." nahin, puna jaram alag cheez hai, Hazrat Masih ka aam sari alag cheez hai, dono ek nahin hain.</w:t>
      </w:r>
      <w:r>
        <w:br/>
      </w:r>
      <w:r>
        <w:rPr>
          <w:sz w:val="20"/>
        </w:rPr>
        <w:t>1:11:17  puna jaram to ek philosophy hai,</w:t>
      </w:r>
      <w:r>
        <w:br/>
      </w:r>
      <w:r>
        <w:rPr>
          <w:sz w:val="20"/>
        </w:rPr>
        <w:t>1:11:19  is se is se koi talluq nahin. Maulana, ek aur sawal aaya hai pune se, jinhon ne bheja, unhon ne naam nahin likha hai, but woh yeh aapse puchhna chah rahe hain ke kya Islam suicide bombing ko permit karta hai?</w:t>
      </w:r>
      <w:r>
        <w:br/>
      </w:r>
      <w:r>
        <w:rPr>
          <w:sz w:val="20"/>
        </w:rPr>
        <w:t>1:11:33  bilkul haram hai, is mein puchhne ki baat hi nahin hai. Islam mein har qism ki khudkushi haram hai, chahe suicide bombing ho, chahe talwar se apne ko kaat len, aap aap reward chala len.</w:t>
      </w:r>
      <w:r>
        <w:br/>
      </w:r>
      <w:r>
        <w:rPr>
          <w:sz w:val="20"/>
        </w:rPr>
        <w:t>1:11:49  koi bhi excuse nahin hai jis ki wajah se aap suicide, suicide bombing. yeh to baaz ulama ne fatwe diye hain, woh mein is fatwe ko bilkul galat samajhta hoon.</w:t>
      </w:r>
      <w:r>
        <w:br/>
      </w:r>
      <w:r>
        <w:rPr>
          <w:sz w:val="20"/>
        </w:rPr>
        <w:t>1:11:59  qat'an jaiz hi nahin hai suicide bombing, yaani absolute sense mein woh najaaiz hai. misaal ke taur par kuch ulama kehte hain ke Falasteen mein jaiz hai, yeh bilkul stupid fatwa hai.</w:t>
      </w:r>
      <w:r>
        <w:br/>
      </w:r>
      <w:r>
        <w:rPr>
          <w:sz w:val="20"/>
        </w:rPr>
        <w:t>1:12:16  yeh aise hi jaise koi kahe ke theek hai, masjid mein sharab peena najaaiz hai, lekin masjid mein ja ke pi sakte ho. yeh koi baat hai?</w:t>
      </w:r>
      <w:r>
        <w:br/>
      </w:r>
      <w:r>
        <w:rPr>
          <w:sz w:val="20"/>
        </w:rPr>
        <w:t>1:12:24  yeh yeh koi fatwa hai? yeh yeh koi fatwa nahin hai, bilkul nahin, baseless baat hai.</w:t>
      </w:r>
      <w:r>
        <w:br/>
      </w:r>
      <w:r>
        <w:rPr>
          <w:sz w:val="20"/>
        </w:rPr>
        <w:t>1:12:37  aap Falasteen mein ja ke tableegh kijiye, yaani ek hi kaam aap ke paas hai ke bomber hai,</w:t>
      </w:r>
      <w:r>
        <w:br/>
      </w:r>
      <w:r>
        <w:rPr>
          <w:sz w:val="20"/>
        </w:rPr>
        <w:t>1:12:42  wahan Quran pahunchayen logon ko. hamare saathi wahan ja ke Quran pahunchate hain. yeh kaun sa fatwa hai ke ja ke woh apne ko halak karo, unhein maar dalo?</w:t>
      </w:r>
      <w:r>
        <w:br/>
      </w:r>
      <w:r>
        <w:rPr>
          <w:sz w:val="20"/>
        </w:rPr>
        <w:t>1:12:52  yeh kaun sa fatwa hai? yeh fatwa nahin hai, yeh to bilkul senseless baat hai. is ka fatwe se koi talluq nahin hai.</w:t>
      </w:r>
      <w:r>
        <w:br/>
      </w:r>
      <w:r>
        <w:rPr>
          <w:sz w:val="20"/>
        </w:rPr>
        <w:t>1:13:02  aap Falasteen ho ya Kashmir ho ya dunya mein kahin bhi ho, aap ke liye open hai, bilkul aap ja ke un ko Quran pahunchaiye, un ko deen pahunchaiye, un ki tableegh kijiye.</w:t>
      </w:r>
      <w:r>
        <w:br/>
      </w:r>
      <w:r>
        <w:rPr>
          <w:sz w:val="20"/>
        </w:rPr>
        <w:t>1:13:13  phir shayad suicide bombing ki zaroorat hi kya hai? kyun apne ko maaren? aap kyun apne ko zinda rakh kar ke aap Allah ka daawti kaam kijiye?</w:t>
      </w:r>
    </w:p>
    <w:p>
      <w:pPr>
        <w:pStyle w:val="Heading2"/>
      </w:pPr>
      <w:r>
        <w:t>Reincarnation vs second coming of Jesus</w:t>
      </w:r>
    </w:p>
    <w:p>
      <w:r>
        <w:rPr>
          <w:color w:val="666666"/>
          <w:sz w:val="18"/>
        </w:rPr>
        <w:t>Faith &amp; God · Discovery of Modern Age I 10th Feb. 13 · 39s · at 1:12:10 · https://youtu.be/Yp5T0KacY84?t=4330</w:t>
      </w:r>
    </w:p>
    <w:p>
      <w:r>
        <w:rPr>
          <w:i/>
        </w:rPr>
        <w:t>“Why do Muslims consider reincarnation as wrong while they consider the second coming of Jesus or reincarnation as correct?”</w:t>
      </w:r>
    </w:p>
    <w:p>
      <w:r>
        <w:rPr>
          <w:sz w:val="20"/>
        </w:rPr>
        <w:t>1:12:10  maulana, agla sawal dilli se hai shah imran hasan sahab ka.</w:t>
      </w:r>
      <w:r>
        <w:br/>
      </w:r>
      <w:r>
        <w:rPr>
          <w:sz w:val="20"/>
        </w:rPr>
        <w:t>1:12:15  unhon ne likha hai: "maulana sahab, meri samajh mein yeh nahi aata ke musalman pun janam ko galat</w:t>
      </w:r>
      <w:r>
        <w:br/>
      </w:r>
      <w:r>
        <w:rPr>
          <w:sz w:val="20"/>
        </w:rPr>
        <w:t>1:12:21  mantay hain jabkay hazrat masih ke dobara nazool ya pun janam ko sahi mantay hain.</w:t>
      </w:r>
      <w:r>
        <w:br/>
      </w:r>
      <w:r>
        <w:rPr>
          <w:sz w:val="20"/>
        </w:rPr>
        <w:t>1:12:27  please aap is ko explain karein." nahi, yeh pun janam alag cheez hai.</w:t>
      </w:r>
      <w:r>
        <w:br/>
      </w:r>
      <w:r>
        <w:rPr>
          <w:sz w:val="20"/>
        </w:rPr>
        <w:t>1:12:33  hazrat masih ka amal insan alag cheez hai.</w:t>
      </w:r>
      <w:r>
        <w:br/>
      </w:r>
      <w:r>
        <w:rPr>
          <w:sz w:val="20"/>
        </w:rPr>
        <w:t>1:12:38  donon ek nahi hain.</w:t>
      </w:r>
      <w:r>
        <w:br/>
      </w:r>
      <w:r>
        <w:rPr>
          <w:sz w:val="20"/>
        </w:rPr>
        <w:t>1:12:44  pun janam to ek philosophy hai, is se is ka koi talluq nahi hai.</w:t>
      </w:r>
    </w:p>
    <w:p>
      <w:pPr>
        <w:pStyle w:val="Heading2"/>
      </w:pPr>
      <w:r>
        <w:t>Religion restricts freedom, so reject it</w:t>
      </w:r>
    </w:p>
    <w:p>
      <w:r>
        <w:rPr>
          <w:color w:val="666666"/>
          <w:sz w:val="18"/>
        </w:rPr>
        <w:t>Faith &amp; God · 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Remembering God only in bad times</w:t>
      </w:r>
    </w:p>
    <w:p>
      <w:r>
        <w:rPr>
          <w:color w:val="666666"/>
          <w:sz w:val="18"/>
        </w:rPr>
        <w:t>Faith &amp; God · Three levels of Realization July 4, 2010 · 2m 17s · at 1:44:27 · https://youtu.be/NtCTVVov3Nw?t=6267</w:t>
      </w:r>
    </w:p>
    <w:p>
      <w:r>
        <w:rPr>
          <w:i/>
        </w:rPr>
        <w:t>“In good times most people view God as an insignificant entity; they do not see much relevance of devoting their energies to realizing Him. Does this mean that man can recognize God only when bad times befall him?”</w:t>
      </w:r>
    </w:p>
    <w:p>
      <w:r>
        <w:rPr>
          <w:sz w:val="20"/>
        </w:rPr>
        <w:t>1:44:27  maulana agla sawal kya hai delhi se miss raziya siddiqui ne</w:t>
      </w:r>
      <w:r>
        <w:br/>
      </w:r>
      <w:r>
        <w:rPr>
          <w:sz w:val="20"/>
        </w:rPr>
        <w:t>1:44:32  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r>
        <w:br/>
      </w:r>
      <w:r>
        <w:rPr>
          <w:sz w:val="20"/>
        </w:rPr>
        <w:t>1:45:01  yeh bad dekhen yeh do jo farq hai ek hai aadmi par koi museebat aa gayi hai jab tak museebat tab tak khuda ko yaad kar raha hai museebat over to phir woh wahshi ke wahshi ho gaya woh to darj nothing</w:t>
      </w:r>
      <w:r>
        <w:br/>
      </w:r>
      <w:r>
        <w:rPr>
          <w:sz w:val="20"/>
        </w:rPr>
        <w:t>1:45:16  haan agar kisi ke liye koi hardship ya koi bad experience ho woh us ke liye ek starting point ban jaye ke wahan se us ki zindagi ek phir se shuru ho jaye tab woh theek hai</w:t>
      </w:r>
      <w:r>
        <w:br/>
      </w:r>
      <w:r>
        <w:rPr>
          <w:sz w:val="20"/>
        </w:rPr>
        <w:t>1:45:36  main phir repeat kar raha hoon karunga ke yeh relative hai ke achha haal mein hai bure haal mein</w:t>
      </w:r>
      <w:r>
        <w:br/>
      </w:r>
      <w:r>
        <w:rPr>
          <w:sz w:val="20"/>
        </w:rPr>
        <w:t>1:45:44  hai yeh relative hai achhe haal mein yaad kar raha hai achhe haal mein yaad nahi kar raha hai aur bure haal mein yaad kar raha hai dono relative hain hadith yeh hai ke bura haal us ko pesh aaya aur us ko yani woh yeh starting point ban gaya</w:t>
      </w:r>
      <w:r>
        <w:br/>
      </w:r>
      <w:r>
        <w:rPr>
          <w:sz w:val="20"/>
        </w:rPr>
        <w:t>1:46:01  ke woh abhi tak bhi bekhabar tha khuda ko jaane hue nahi tha ab phir us ke baad chahe us ko jo bhi zindagi ke jaisi woh hamesha woh marte marte dam tak khuda juda rahe</w:t>
      </w:r>
      <w:r>
        <w:br/>
      </w:r>
      <w:r>
        <w:rPr>
          <w:sz w:val="20"/>
        </w:rPr>
        <w:t>1:46:13  to woh woh woh khuda ke haan mana jayega tab woh khuda ko mana jayega maine maane</w:t>
      </w:r>
      <w:r>
        <w:br/>
      </w:r>
      <w:r>
        <w:rPr>
          <w:sz w:val="20"/>
        </w:rPr>
        <w:t>1:46:23  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pStyle w:val="Heading2"/>
      </w:pPr>
      <w:r>
        <w:t>Repeated discovery of helplessness for God</w:t>
      </w:r>
    </w:p>
    <w:p>
      <w:r>
        <w:rPr>
          <w:color w:val="666666"/>
          <w:sz w:val="18"/>
        </w:rPr>
        <w:t>Faith &amp; God · 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Response to student rejecting God's test</w:t>
      </w:r>
    </w:p>
    <w:p>
      <w:r>
        <w:rPr>
          <w:color w:val="666666"/>
          <w:sz w:val="18"/>
        </w:rPr>
        <w:t>Faith &amp; God · 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Responsibility of those unaware of Islam</w:t>
      </w:r>
    </w:p>
    <w:p>
      <w:r>
        <w:rPr>
          <w:color w:val="666666"/>
          <w:sz w:val="18"/>
        </w:rPr>
        <w:t>Faith &amp; God · Islam and Science (In Conversation with Maulana) · 1m 33s · at 3:05 · https://youtu.be/pKS94tSXlT4?t=185</w:t>
      </w:r>
    </w:p>
    <w:p>
      <w:r>
        <w:rPr>
          <w:i/>
        </w:rPr>
        <w:t>“America is a newly discovered world. When Islam emerged, America was unknown. The Islamic da'wah could not reach there. Islam was unknown to Americans. Will they be responsible while they were not introduced to Islam? And was Islam not a universal religion at that time?”</w:t>
      </w:r>
    </w:p>
    <w:p>
      <w:r>
        <w:rPr>
          <w:sz w:val="20"/>
        </w:rPr>
        <w:t>3:05  maulana, un ka ek aur sawal hai. unhon ne likha hai ke "America is a new discovered world." haan, "America is a new discovered world when Islam emerged.</w:t>
      </w:r>
      <w:r>
        <w:br/>
      </w:r>
      <w:r>
        <w:rPr>
          <w:sz w:val="20"/>
        </w:rPr>
        <w:t>3:16  America was unknown. Islamic daawa could not reach there. Islam was unknown to Americans. Will they be responsible while they were not introduced of Islam?</w:t>
      </w:r>
      <w:r>
        <w:br/>
      </w:r>
      <w:r>
        <w:rPr>
          <w:sz w:val="20"/>
        </w:rPr>
        <w:t>3:30  And was Islam not a universal religion at that time?"</w:t>
      </w:r>
      <w:r>
        <w:br/>
      </w:r>
      <w:r>
        <w:rPr>
          <w:sz w:val="20"/>
        </w:rPr>
        <w:t>3:36  apni zimmedari ko kyun nahi aap yaad karte ke america discovered hoga to aap pahunchaiye sachai ko? yeh ajeeb o ghareeb baat hai musalmanon mein ke apni zimmedari to unhein yaad nahi aati aur doosri baaten ajeeb o ghareeb qism ki un ke zehn mein aa jati hain.</w:t>
      </w:r>
      <w:r>
        <w:br/>
      </w:r>
      <w:r>
        <w:rPr>
          <w:sz w:val="20"/>
        </w:rPr>
        <w:t>3:53  aaj jis zamane mein aap hain, is zamane mein yani sab kuch maloom ho chuka hai, communication aa chuka hai to aap aap aap ke andar yeh tadap kyun nahi paida hoti?</w:t>
      </w:r>
      <w:r>
        <w:br/>
      </w:r>
      <w:r>
        <w:rPr>
          <w:sz w:val="20"/>
        </w:rPr>
        <w:t>4:03  yeh tadap ke america ko aur sari duniya ko bataen islam? ajeeb o ghareeb qism ka sawal kaha jata hai. main hairaan hota hoon musalmanon mein. ajeeb o ghareeb qism ka sawal aata hai un ke dimagh mein lekin apni duty jo hai, apni zimmedari jo hai,</w:t>
      </w:r>
      <w:r>
        <w:br/>
      </w:r>
      <w:r>
        <w:rPr>
          <w:sz w:val="20"/>
        </w:rPr>
        <w:t>4:16  woh woh nahi soch paate woh.</w:t>
      </w:r>
      <w:r>
        <w:br/>
      </w:r>
      <w:r>
        <w:rPr>
          <w:sz w:val="20"/>
        </w:rPr>
        <w:t>4:21  aap aaj ki duniya mein hain to aaj age of communication hai. aap har jagah pahunchaiye, har jagah pahunchaiye, including america.</w:t>
      </w:r>
      <w:r>
        <w:br/>
      </w:r>
      <w:r>
        <w:rPr>
          <w:sz w:val="20"/>
        </w:rPr>
        <w:t>4:33  apni dutyon ki yaad kijiye, apni zimmedariyon ko poora kijiye.</w:t>
      </w:r>
    </w:p>
    <w:p>
      <w:pPr>
        <w:pStyle w:val="Heading2"/>
      </w:pPr>
      <w:r>
        <w:t>Reward for companions applicable to us</w:t>
      </w:r>
    </w:p>
    <w:p>
      <w:r>
        <w:rPr>
          <w:color w:val="666666"/>
          <w:sz w:val="18"/>
        </w:rPr>
        <w:t>Faith &amp; God · Islam and Science (In Conversation with Maulana) · 1m 31s · at 9:33 · https://youtu.be/pKS94tSXlT4?t=573</w:t>
      </w:r>
    </w:p>
    <w:p>
      <w:r>
        <w:rPr>
          <w:i/>
        </w:rPr>
        <w:t>“Is the reward that Allah has kept for the Prophet's companions applicable to us as well?”</w:t>
      </w:r>
    </w:p>
    <w:p>
      <w:r>
        <w:rPr>
          <w:sz w:val="20"/>
        </w:rPr>
        <w:t>9:33  maulana, agla sawal gulbarga se aya hai, muhammad abdul gani sahib ka. unhon ne likha hai: "prophet ke companions ke liye jo reward allah ne rakha, kya woh hamare liye bhi applicable hai?"</w:t>
      </w:r>
      <w:r>
        <w:br/>
      </w:r>
      <w:r>
        <w:rPr>
          <w:sz w:val="20"/>
        </w:rPr>
        <w:t>9:51  haan, hazrat umar ne kaha hai: "mansura" yani sahaba ke bare mein. mansura wakun misl al-ummah fal-yad shartullah fihi.</w:t>
      </w:r>
      <w:r>
        <w:br/>
      </w:r>
      <w:r>
        <w:rPr>
          <w:sz w:val="20"/>
        </w:rPr>
        <w:t>10:03  yani jo sahaba ke ke darje ka inaam chahta ho to woh un ka amal kare. agar Allah ke nazdeek hum khud nahi keh sakte ke hum sahaba wala amal kar rahe hain, agar Allah ke nazdeek kisi ka amal is darje ka amal hoga to bilashuba us ko mile ga woh darja.</w:t>
      </w:r>
      <w:r>
        <w:br/>
      </w:r>
      <w:r>
        <w:rPr>
          <w:sz w:val="20"/>
        </w:rPr>
        <w:t>10:27  aur Quran mein hai ke: "walayka min an nabiyyin wa siddiqin wa shuhada wa salihin". to yeh meet dekhen, meet aam lafz hai yahan par.</w:t>
      </w:r>
      <w:r>
        <w:br/>
      </w:r>
      <w:r>
        <w:rPr>
          <w:sz w:val="20"/>
        </w:rPr>
        <w:t>10:37  unki doosron ko bhi unki meet hasil hogi. lekin woh jo qurbani di, unhon ne, unhon ne jo amal kiya, unhon ne jo ikhlas pesh kiya, woh woh shart hai.</w:t>
      </w:r>
      <w:r>
        <w:br/>
      </w:r>
      <w:r>
        <w:rPr>
          <w:sz w:val="20"/>
        </w:rPr>
        <w:t>10:48  woh shart poora kare koi shakhs to bilashuba us ko woh darja mile ga. Allah ke haan koi tafreeq nahi hai, koi imtiaz nahi hai. lekin shart poora karna asal cheez hai.</w:t>
      </w:r>
    </w:p>
    <w:p>
      <w:pPr>
        <w:pStyle w:val="Heading2"/>
      </w:pPr>
      <w:r>
        <w:t>Role of Allah and dua in daily life</w:t>
      </w:r>
    </w:p>
    <w:p>
      <w:r>
        <w:rPr>
          <w:color w:val="666666"/>
          <w:sz w:val="18"/>
        </w:rPr>
        <w:t>Faith &amp; God · Lessons from My Journey to Canada II January 10, 2016 · 2m 21s · at 50:43 · https://youtu.be/GHF2Ph3GW7A?t=3043</w:t>
      </w:r>
    </w:p>
    <w:p>
      <w:r>
        <w:rPr>
          <w:i/>
        </w:rPr>
        <w:t>“Is there any role of Allah in our daily lives? Does He intervene in our daily life? What is the role of dua? Is dua just for displaying our humbleness to Allah, or can making dua also influence our life?”</w:t>
      </w:r>
    </w:p>
    <w:p>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r>
        <w:br/>
      </w:r>
      <w:r>
        <w:rPr>
          <w:sz w:val="20"/>
        </w:rPr>
        <w:t>51:13  Is dua just for displaying our humbleness to Allah, or can making of dua also influence our life?</w:t>
      </w:r>
      <w:r>
        <w:br/>
      </w:r>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p>
    <w:p>
      <w:pPr>
        <w:pStyle w:val="Heading2"/>
      </w:pPr>
      <w:r>
        <w:t>Role of dua in God's scheme and testing of man</w:t>
      </w:r>
    </w:p>
    <w:p>
      <w:r>
        <w:rPr>
          <w:color w:val="666666"/>
          <w:sz w:val="18"/>
        </w:rPr>
        <w:t>Faith &amp; God · Materialism and Intellectual Dwarfism 29th April 2012 · 2m 18s · at 1:17:06 · https://youtu.be/qHzARL_r3I4?t=4626</w:t>
      </w:r>
    </w:p>
    <w:p>
      <w:r>
        <w:rPr>
          <w:i/>
        </w:rPr>
        <w:t>“Everything in this world happens according to God's scheme, but man has been given freedom of thought and action so that he can be tested. Then what is the role of dua? Can man get everything by doing dua to God?”</w:t>
      </w:r>
    </w:p>
    <w:p>
      <w:r>
        <w:rPr>
          <w:sz w:val="20"/>
        </w:rPr>
        <w:t>1:17:06  maulana agla sawal dilli se hai miss saba hussain ka unhone likha hai Everything in this world happens according to God's scheme, but man has been given freedom of thought and action so that he can be tested.</w:t>
      </w:r>
      <w:r>
        <w:br/>
      </w:r>
      <w:r>
        <w:rPr>
          <w:sz w:val="20"/>
        </w:rPr>
        <w:t>1:17:22  Then what is the role of dua? Can man get everything by doing dua to God?</w:t>
      </w:r>
      <w:r>
        <w:br/>
      </w:r>
      <w:r>
        <w:rPr>
          <w:sz w:val="20"/>
        </w:rPr>
        <w:t>1:17:31  nahi dekhiye dua jo hai quran ki ek ayat se samajh</w:t>
      </w:r>
      <w:r>
        <w:br/>
      </w:r>
      <w:r>
        <w:rPr>
          <w:sz w:val="20"/>
        </w:rPr>
        <w:t>1:17:35  mein aati hai quran mein hai ilayhi yasadu al kalimatu al tayyibu wal amalu al salihu yarfa u yani allah ki taraf uthta hai pak kalma pak kalma matlab achhi dua</w:t>
      </w:r>
      <w:r>
        <w:br/>
      </w:r>
      <w:r>
        <w:rPr>
          <w:sz w:val="20"/>
        </w:rPr>
        <w:t>1:17:53  aur usko upar le aata hai amal saleh amal saleh ka matlab hai mawafeq dua amal</w:t>
      </w:r>
      <w:r>
        <w:br/>
      </w:r>
      <w:r>
        <w:rPr>
          <w:sz w:val="20"/>
        </w:rPr>
        <w:t>1:18:01  aap ek plan karte hain sahi raste par aur is is plan mein jab aap implement karna chahte hain to dua karte hain allah taala se to to dua jo hai ismein iske sath sath zaroori hai ke aap jo dua aap kar rahe hain uske mawafeq amal kare agar sirf dua kare uske mawafeq amal na kar rahe hon to dua qubool nahi hogi</w:t>
      </w:r>
      <w:r>
        <w:br/>
      </w:r>
      <w:r>
        <w:rPr>
          <w:sz w:val="20"/>
        </w:rPr>
        <w:t>1:18:30  ek shakhs ne poocha rasool allah sallallahu alaihi wasallam se ke mai oont ko bandh kar toakkal karu ya oont ko chhod kar toakkal karu aapne farmaya ke iqilaha fatawakkal pehle oont ko bandho phir toakkal karo to dua bilashuba bahut hi important hai lekin dua karne wala sincere hai ke nahi iski iski sincerity service hoti hai is baat se ke uske mawafeq amal kar raha hai ke nahi kar raha hai</w:t>
      </w:r>
      <w:r>
        <w:br/>
      </w:r>
      <w:r>
        <w:rPr>
          <w:sz w:val="20"/>
        </w:rPr>
        <w:t>1:18:58  maslan aap rizq ki dua kare rizq e hasan ki aur subah shaam bistar par pade hue hain aur koi kaam nahi karte to wo dua be maeni hai wo dua be maeni hai yani dua ki sense dua karne mein aap sincere hain dua karne mein aap honest hain ye establish hota hai is baat se ke aap khud apni taqat ko laga rahi hoon isi raste par</w:t>
      </w:r>
    </w:p>
    <w:p>
      <w:pPr>
        <w:pStyle w:val="Heading2"/>
      </w:pPr>
      <w:r>
        <w:t>Role of intellect in religion</w:t>
      </w:r>
    </w:p>
    <w:p>
      <w:r>
        <w:rPr>
          <w:color w:val="666666"/>
          <w:sz w:val="18"/>
        </w:rPr>
        <w:t>Faith &amp; God · The Character of a Dayee 4 March 2012 - Maulana Wahiduddin Khan · 4m 16s · at 1:30:51 · https://youtu.be/YtavJpVNbEM?t=5451</w:t>
      </w:r>
    </w:p>
    <w:p>
      <w:r>
        <w:rPr>
          <w:i/>
        </w:rPr>
        <w:t>“Some scholars consider the use of intellect completely unnecessary in religion, while some deem the use of intellect necessary and deny whatever does not fit their reason, such as denying angels etc. Maulana, please clarify the correct position.”</w:t>
      </w:r>
    </w:p>
    <w:p>
      <w:r>
        <w:rPr>
          <w:sz w:val="20"/>
        </w:rPr>
        <w:t>1:30:51  maulana, agla sawal tamil nadu se hai maulana iqbal umri sahib ka. unhon ne poocha hai: "baaz ulma aql ke istemal ko deen mein bilkul ghair zaroori samajhte hain, aur baaz aql ke istemal ko zaroori qarar de kar jo cheez deen ki aql mein nahi aati, us ko inkar karte hain, jaise angels ka inkar waghera."</w:t>
      </w:r>
      <w:r>
        <w:br/>
      </w:r>
      <w:r>
        <w:rPr>
          <w:sz w:val="20"/>
        </w:rPr>
        <w:t>1:31:16  maulana sahib, is mein sahi baat ki wazahat farmayen. dekhiye, hadith mein aur quran mein dono mein aql ko bohat ahmiyat di gayi hai.</w:t>
      </w:r>
      <w:r>
        <w:br/>
      </w:r>
      <w:r>
        <w:rPr>
          <w:sz w:val="20"/>
        </w:rPr>
        <w:t>1:31:28  wali al-zikr ul al-bab surah al-imran ke aakhri ruku ko parhiye aap.</w:t>
      </w:r>
      <w:r>
        <w:br/>
      </w:r>
      <w:r>
        <w:rPr>
          <w:sz w:val="20"/>
        </w:rPr>
        <w:t>1:31:34  is mein wali al-zikr ul al-bab, al-bab yani al-aql, aql walay, aql walon ko Allah taala ne khitab farmaya ke aql di gayi hai kis liye?</w:t>
      </w:r>
      <w:r>
        <w:br/>
      </w:r>
      <w:r>
        <w:rPr>
          <w:sz w:val="20"/>
        </w:rPr>
        <w:t>1:31:46  ta ke tum samjho deen ki gehraiyon ko. naseehat hazir roz se</w:t>
      </w:r>
      <w:r>
        <w:br/>
      </w:r>
      <w:r>
        <w:rPr>
          <w:sz w:val="20"/>
        </w:rPr>
        <w:t>1:31:51  to aql to Allah taala ka diya hai. aql na ho, agar insan pathar bana diya jaye to baton ko samjhega nahi. to aql to hadith mein aata hai ke Allah taala ne sab se bari cheez jo paida ki, woh aql hai.</w:t>
      </w:r>
      <w:r>
        <w:br/>
      </w:r>
      <w:r>
        <w:rPr>
          <w:sz w:val="20"/>
        </w:rPr>
        <w:t>1:32:08  to dekhen, do cheezen alag alag hain. ek hai aql ko, aql ko yani independently meyar samajh lena.</w:t>
      </w:r>
      <w:r>
        <w:br/>
      </w:r>
      <w:r>
        <w:rPr>
          <w:sz w:val="20"/>
        </w:rPr>
        <w:t>1:32:21  independently aql ko samajhna ke bas jo aql mein aya, woh sahi hai, jo aql mein aya, woh galat hai.</w:t>
      </w:r>
      <w:r>
        <w:br/>
      </w:r>
      <w:r>
        <w:rPr>
          <w:sz w:val="20"/>
        </w:rPr>
        <w:t>1:32:27  yeh aql ka galat istemal hai, yeh misued hai aql ka. aql jo hai, us ki koi limitations hain.</w:t>
      </w:r>
      <w:r>
        <w:br/>
      </w:r>
      <w:r>
        <w:rPr>
          <w:sz w:val="20"/>
        </w:rPr>
        <w:t>1:32:42  wa ma ooteetum min al-ilm illa qaleela. to us ki limitations jo hain, woh poora hoti hain wahi se. yani peghambar ko jo wahi aayi hai, woh isi liye aayi hai ke woh aql ki kami ko poora kare.</w:t>
      </w:r>
      <w:r>
        <w:br/>
      </w:r>
      <w:r>
        <w:rPr>
          <w:sz w:val="20"/>
        </w:rPr>
        <w:t>1:32:56  to sochna hamara kaam hai, lekin sochne ke liye jo guideline hai, woh peghambar deta hai.</w:t>
      </w:r>
      <w:r>
        <w:br/>
      </w:r>
      <w:r>
        <w:rPr>
          <w:sz w:val="20"/>
        </w:rPr>
        <w:t>1:33:03  sahi line par sochna</w:t>
      </w:r>
      <w:r>
        <w:br/>
      </w:r>
      <w:r>
        <w:rPr>
          <w:sz w:val="20"/>
        </w:rPr>
        <w:t>1:33:08  ek, yani wahi ke zariye se hamein woh framework milta hai, jis framework ke ko follow karte hue hum aql ko istemal karen.</w:t>
      </w:r>
      <w:r>
        <w:br/>
      </w:r>
      <w:r>
        <w:rPr>
          <w:sz w:val="20"/>
        </w:rPr>
        <w:t>1:33:20  to jo log wahi ko nahi mante ya quran ko nahi mante, to woh un ka, un ki, un ki aql un ko</w:t>
      </w:r>
      <w:r>
        <w:br/>
      </w:r>
      <w:r>
        <w:rPr>
          <w:sz w:val="20"/>
        </w:rPr>
        <w:t>1:33:31  sahi rastay par nahi le aati, bhatka deti hai. kyun ke aql ke liye limitations hain. yeh ek tay shuda baat hai, yeh baat sabit shuda hai ke aql ki limitations hain.</w:t>
      </w:r>
      <w:r>
        <w:br/>
      </w:r>
      <w:r>
        <w:rPr>
          <w:sz w:val="20"/>
        </w:rPr>
        <w:t>1:33:43  to is limitations ki talafi wahi se hoti hai,</w:t>
      </w:r>
      <w:r>
        <w:br/>
      </w:r>
      <w:r>
        <w:rPr>
          <w:sz w:val="20"/>
        </w:rPr>
        <w:t>1:33:48  yani peghambar ki hidayat se hoti hai. to main yeh manta hoon ke peghambar ki hidayat ke framework mein aql ko istemal karna aain-e-sawab hai, aain-e-sawab hai.</w:t>
      </w:r>
      <w:r>
        <w:br/>
      </w:r>
      <w:r>
        <w:rPr>
          <w:sz w:val="20"/>
        </w:rPr>
        <w:t>1:34:01  aur peghambar ki hidayat ko nazar andaz kar ke aql ka ghoda daurana,</w:t>
      </w:r>
      <w:r>
        <w:br/>
      </w:r>
      <w:r>
        <w:rPr>
          <w:sz w:val="20"/>
        </w:rPr>
        <w:t>1:34:07  woh woh sawab nahi hai, is mein koi reward nahi hai.</w:t>
      </w:r>
      <w:r>
        <w:br/>
      </w:r>
      <w:r>
        <w:rPr>
          <w:sz w:val="20"/>
        </w:rPr>
        <w:t>1:34:13  to aql bohat bari cheez hai, lekin is ka agar aap aql ko wahi se kaat dein to woh, to woh ek sarkash ghoda ban jayegi.</w:t>
      </w:r>
      <w:r>
        <w:br/>
      </w:r>
      <w:r>
        <w:rPr>
          <w:sz w:val="20"/>
        </w:rPr>
        <w:t>1:34:30  aur agar aql ko wahi se jor kar us ko istemal karen to bohat hi zyada is mein faiday honge. balkeh sara, yani tazkiya ka faida, marifat ka faida, sare faiday isi mein hain ke aap aql ko sahi dhang par istemal karen.</w:t>
      </w:r>
      <w:r>
        <w:br/>
      </w:r>
      <w:r>
        <w:rPr>
          <w:sz w:val="20"/>
        </w:rPr>
        <w:t>1:34:47  is mein koi shakk nahi hai.</w:t>
      </w:r>
      <w:r>
        <w:br/>
      </w:r>
      <w:r>
        <w:rPr>
          <w:sz w:val="20"/>
        </w:rPr>
        <w:t>1:34:52  is mani mein maine jo hamari kitaab hai, yaani islam aur science, is mein is par kuch guftagu ki gayi hai.</w:t>
      </w:r>
      <w:r>
        <w:br/>
      </w:r>
      <w:r>
        <w:rPr>
          <w:sz w:val="20"/>
        </w:rPr>
        <w:t>1:35:01  is mein aap dekh sakte hain.</w:t>
      </w:r>
    </w:p>
    <w:p>
      <w:pPr>
        <w:pStyle w:val="Heading2"/>
      </w:pPr>
      <w:r>
        <w:t>Role of reason in religion</w:t>
      </w:r>
    </w:p>
    <w:p>
      <w:r>
        <w:rPr>
          <w:color w:val="666666"/>
          <w:sz w:val="18"/>
        </w:rPr>
        <w:t>Faith &amp; God · Materialism and Intellectual Dwarfism 29th April 2012 · 1m 50s · at 1:13:33 · https://youtu.be/qHzARL_r3I4?t=4413</w:t>
      </w:r>
    </w:p>
    <w:p>
      <w:r>
        <w:rPr>
          <w:i/>
        </w:rPr>
        <w:t>“Can reason be used in religion or not? Some people say that Ali said, 'If religion were by reason, then the wiping under the feet would be done, not on top.' What does that saying of Ali mean? Reason is repeatedly used in the Quran, meaning people are urged to use their intellect.”</w:t>
      </w:r>
    </w:p>
    <w:p>
      <w:r>
        <w:rPr>
          <w:sz w:val="20"/>
        </w:rPr>
        <w:t>1:13:33  maulana agla sawal hai umra abad se maulana fard ahmad sahab ka unhone likha hai deen mein aql ka istemal kiya ja sakta hai ya nahi kuch log ye kehte hain ke hazrat ali ne farmaya agar deen aql se hota to paon ke neeche ka masah hota upar ka nahi iske bare</w:t>
      </w:r>
      <w:r>
        <w:br/>
      </w:r>
      <w:r>
        <w:rPr>
          <w:sz w:val="20"/>
        </w:rPr>
        <w:t>1:13:55  mein nahi wo hazrat ali ke qaul ke alag alag wo alag maene mein hai aql to quran majeed mein nahi nahi bar bar istemal hua hai yani yani aql jo hai</w:t>
      </w:r>
      <w:r>
        <w:br/>
      </w:r>
      <w:r>
        <w:rPr>
          <w:sz w:val="20"/>
        </w:rPr>
        <w:t>1:14:13  quran mein bar bar yani wo aadmi ko ubhara gaya hai ke wo apni aql ko istemal kare</w:t>
      </w:r>
      <w:r>
        <w:br/>
      </w:r>
      <w:r>
        <w:rPr>
          <w:sz w:val="20"/>
        </w:rPr>
        <w:t>1:14:23  aap surah al imran mein padhiye maslan inn fi khalqi samawati walardhi wakhtilafi al layli wan nahari la ayatil lil albab labin aql ye khuda ki takhleeq mein nishaniyan hain khuda ki takhleeq mein yani wo sab kuch hai jo allah taala ko matloob hai ke aap daryaft kare magar lub walon ke liye ahl al albab ke liye hai wo</w:t>
      </w:r>
      <w:r>
        <w:br/>
      </w:r>
      <w:r>
        <w:rPr>
          <w:sz w:val="20"/>
        </w:rPr>
        <w:t>1:14:52  to jagah jagah aisa hai kahin kahin hujar ka lafz hai ke lub ka lafz hai ke aql ka lafz hai kahin tadabbur ka lafz hai ye sab isi liye hai ke aadmi apni aql ko istemal kare jo log aisa kehte hain wo to quran ki nafi hai</w:t>
      </w:r>
      <w:r>
        <w:br/>
      </w:r>
      <w:r>
        <w:rPr>
          <w:sz w:val="20"/>
        </w:rPr>
        <w:t>1:15:11  to quran ki nafi hai ke islam mein aql ka dakhil nahi hai yani quran to kitni sankron ayaten aisi hain jismein kehti hain ke aql ko istemal karo</w:t>
      </w:r>
    </w:p>
    <w:p>
      <w:pPr>
        <w:pStyle w:val="Heading2"/>
      </w:pPr>
      <w:r>
        <w:t>Role of religion in God realization</w:t>
      </w:r>
    </w:p>
    <w:p>
      <w:r>
        <w:rPr>
          <w:color w:val="666666"/>
          <w:sz w:val="18"/>
        </w:rPr>
        <w:t>Faith &amp; God · Discovering God June 30, 2019 Maulana Wahiduddin Khan · 5m 17s · at 1:11:36 · https://youtu.be/Yt1-eX7XzYU?t=4296</w:t>
      </w:r>
    </w:p>
    <w:p>
      <w:r>
        <w:rPr>
          <w:i/>
        </w:rPr>
        <w:t>“If discovery of God happens by using an intellect in the creation plan of God, then what is the role of religion for God realization? Kindly guide all of us.”</w:t>
      </w:r>
    </w:p>
    <w:p>
      <w:r>
        <w:rPr>
          <w:sz w:val="20"/>
        </w:rPr>
        <w:t>1:11:36  Maulana, agla comment aur sawal bheja hai Aamir Muri Sahab ne Srinagar se. Unhon ne likha hai: "Your life, your live experiences thrills, thrills in us a desire to follow you and discover the creator the way you have discovered.</w:t>
      </w:r>
      <w:r>
        <w:br/>
      </w:r>
      <w:r>
        <w:rPr>
          <w:sz w:val="20"/>
        </w:rPr>
        <w:t>1:11:55  Thank you Maulana Sahab for guiding us to know the path of God realization. My question is: if discovery of God happens by using an intellect in the creation plan of God, then what is the role of religion for God realization?</w:t>
      </w:r>
      <w:r>
        <w:br/>
      </w:r>
      <w:r>
        <w:rPr>
          <w:sz w:val="20"/>
        </w:rPr>
        <w:t>1:12:15  Kindly guide all of us."</w:t>
      </w:r>
      <w:r>
        <w:br/>
      </w:r>
      <w:r>
        <w:rPr>
          <w:sz w:val="20"/>
        </w:rPr>
        <w:t>1:12:23  mere religion ke mani agar islam hai to is ne to mujhe guide kiya. isi liye main ne kitaab likhi hai "islam re-discovered" kyunke jo jo religion main ne paya tha apne mahaul mein,</w:t>
      </w:r>
      <w:r>
        <w:br/>
      </w:r>
      <w:r>
        <w:rPr>
          <w:sz w:val="20"/>
        </w:rPr>
        <w:t>1:12:44  is ne to mujhe kuch mila nahin. to meri kitaab hai, is ka naam hai "islam re-discovered".</w:t>
      </w:r>
      <w:r>
        <w:br/>
      </w:r>
      <w:r>
        <w:rPr>
          <w:sz w:val="20"/>
        </w:rPr>
        <w:t>1:12:55  is kitaab ko zaroor aap parhein.</w:t>
      </w:r>
      <w:r>
        <w:br/>
      </w:r>
      <w:r>
        <w:rPr>
          <w:sz w:val="20"/>
        </w:rPr>
        <w:t>1:13:05  is kitaab mein ek waqia likha hai ke main yeh kitaab main ne likhi thi birmingham mein, birmingham england mein.</w:t>
      </w:r>
      <w:r>
        <w:br/>
      </w:r>
      <w:r>
        <w:rPr>
          <w:sz w:val="20"/>
        </w:rPr>
        <w:t>1:13:19  to birmingham mein hamare ek janne wale the,</w:t>
      </w:r>
      <w:r>
        <w:br/>
      </w:r>
      <w:r>
        <w:rPr>
          <w:sz w:val="20"/>
        </w:rPr>
        <w:t>1:13:24  arab naujawan. to main gaya tha wahan to arab naujawan ne mujhe apne ghar par thehraya tha. yeh bhi lambi kahani hai.</w:t>
      </w:r>
      <w:r>
        <w:br/>
      </w:r>
      <w:r>
        <w:rPr>
          <w:sz w:val="20"/>
        </w:rPr>
        <w:t>1:13:40  to main un ka ek kamra tha upar ke store par, us par main akela baitha hua tha, akela kamre ke andar.</w:t>
      </w:r>
      <w:r>
        <w:br/>
      </w:r>
      <w:r>
        <w:rPr>
          <w:sz w:val="20"/>
        </w:rPr>
        <w:t>1:13:53  to mujhe naak ki awaaz sunai di, khat khat karane ki awaaz ke bahar koi khat khat katkara raha hai, naak kar raha hai.</w:t>
      </w:r>
      <w:r>
        <w:br/>
      </w:r>
      <w:r>
        <w:rPr>
          <w:sz w:val="20"/>
        </w:rPr>
        <w:t>1:14:07  to main ne darwaza khola to ek choti si bachi khadi hui thi, arab arab bachi. to arab bachi ne apni zabaan mein kaha, yani jo kehte hain "darja", "darja" mein kaha.</w:t>
      </w:r>
      <w:r>
        <w:br/>
      </w:r>
      <w:r>
        <w:rPr>
          <w:sz w:val="20"/>
        </w:rPr>
        <w:t>1:14:27  us ke alfaaz the: "tari to haja, tari to haja". yeh faseeh arabi nahin hai, yeh faseeh arabi nahin hai.</w:t>
      </w:r>
      <w:r>
        <w:br/>
      </w:r>
      <w:r>
        <w:rPr>
          <w:sz w:val="20"/>
        </w:rPr>
        <w:t>1:14:41  to "tari to haja" ka matlab tha: "do you need, do you need anything?" ke aap ko kis cheez ki zaroorat hai?</w:t>
      </w:r>
      <w:r>
        <w:br/>
      </w:r>
      <w:r>
        <w:rPr>
          <w:sz w:val="20"/>
        </w:rPr>
        <w:t>1:14:54  us ki maa ne bhi bhejha tha mere paas. us ki maa neeche ki neeche rehti thi, apni bachi ko unhon ne bhejha tha upar ja ke poocho.</w:t>
      </w:r>
      <w:r>
        <w:br/>
      </w:r>
      <w:r>
        <w:rPr>
          <w:sz w:val="20"/>
        </w:rPr>
        <w:t>1:15:07  to us ne kaha: "do you tari to haja? do you do you need anything?" to aap jante hain kya hua?</w:t>
      </w:r>
      <w:r>
        <w:br/>
      </w:r>
      <w:r>
        <w:rPr>
          <w:sz w:val="20"/>
        </w:rPr>
        <w:t>1:15:21  main koi jawab nahin de saka us bachi ko.</w:t>
      </w:r>
      <w:r>
        <w:br/>
      </w:r>
      <w:r>
        <w:rPr>
          <w:sz w:val="20"/>
        </w:rPr>
        <w:t>1:15:27  main be-tahasha rone laga</w:t>
      </w:r>
      <w:r>
        <w:br/>
      </w:r>
      <w:r>
        <w:rPr>
          <w:sz w:val="20"/>
        </w:rPr>
        <w:t>1:15:31  kyunke woh mujhe laga ke yeh to khuda ne bhejha hai, farishta ke: "ae bande! tu yahan baitha hai, tu kya chahta hai?</w:t>
      </w:r>
      <w:r>
        <w:br/>
      </w:r>
      <w:r>
        <w:rPr>
          <w:sz w:val="20"/>
        </w:rPr>
        <w:t>1:15:47  tu kya chahta hai? do tari to haja?"</w:t>
      </w:r>
      <w:r>
        <w:br/>
      </w:r>
      <w:r>
        <w:rPr>
          <w:sz w:val="20"/>
        </w:rPr>
        <w:t>1:15:55  to us bachi ko main ne koi jawab nahin diya. main andar ja kar bas rone laga</w:t>
      </w:r>
      <w:r>
        <w:br/>
      </w:r>
      <w:r>
        <w:rPr>
          <w:sz w:val="20"/>
        </w:rPr>
        <w:t>1:16:04  aur shayad main ne yeh kaha ke: "khudaya! tu mujh se zyada janta hai ke main kya chahta hoon. main tujh se kya bataoon?</w:t>
      </w:r>
      <w:r>
        <w:br/>
      </w:r>
      <w:r>
        <w:rPr>
          <w:sz w:val="20"/>
        </w:rPr>
        <w:t>1:16:16  main apne khuda ko chahta hoon, apne rab ko chahta hoon." wahi jo main ne al anwar mein kaha tha: "khawand!</w:t>
      </w:r>
      <w:r>
        <w:br/>
      </w:r>
      <w:r>
        <w:rPr>
          <w:sz w:val="20"/>
        </w:rPr>
        <w:t>1:16:29  tu kab aaye ga? main kab tak tere aane ka intezar karoon?" yeh sab waqiat hain. aap manen to manen, na manen to na maniye.</w:t>
      </w:r>
      <w:r>
        <w:br/>
      </w:r>
      <w:r>
        <w:rPr>
          <w:sz w:val="20"/>
        </w:rPr>
        <w:t>1:16:40  aakhirat mein aap ko manna pare ga kyunke yeh to waqiat hain. farishton ne record kar rakha hai.</w:t>
      </w:r>
    </w:p>
    <w:p>
      <w:pPr>
        <w:pStyle w:val="Heading2"/>
      </w:pPr>
      <w:r>
        <w:t>Satan's oneness and control over humans</w:t>
      </w:r>
    </w:p>
    <w:p>
      <w:r>
        <w:rPr>
          <w:color w:val="666666"/>
          <w:sz w:val="18"/>
        </w:rPr>
        <w:t>Faith &amp; God · Age of Consumerism January 6, 2013 · 52s · at 1:22:30 · https://youtu.be/zJRZ1OKUhgA?t=4950</w:t>
      </w:r>
    </w:p>
    <w:p>
      <w:r>
        <w:rPr>
          <w:i/>
        </w:rPr>
        <w:t>“Is Satan the only one? If he is the only one, then how is he controlling the whole human being?”</w:t>
      </w:r>
    </w:p>
    <w:p>
      <w:r>
        <w:rPr>
          <w:sz w:val="20"/>
        </w:rPr>
        <w:t>1:22:30  Maulana, agla sawal Delhi se hai, Kausar Ali Sahab ka. unhone likha hai: "Is Shaitan the only one. If he is the only one, then how he is controlling the whole human being?" is ke bare mein nahi hai.</w:t>
      </w:r>
      <w:r>
        <w:br/>
      </w:r>
      <w:r>
        <w:rPr>
          <w:sz w:val="20"/>
        </w:rPr>
        <w:t>1:22:45  Shaitan ek nahi hai. jis cheez ko hum Shaitan ya Iblees kehte hain, woh haqeeqat mein jinnaat hain. woh log woh log jinnaat se talluq rakhte hain, jin se.</w:t>
      </w:r>
      <w:r>
        <w:br/>
      </w:r>
      <w:r>
        <w:rPr>
          <w:sz w:val="20"/>
        </w:rPr>
        <w:t>1:22:57  to jinno ke sardar tha Iblees.</w:t>
      </w:r>
      <w:r>
        <w:br/>
      </w:r>
      <w:r>
        <w:rPr>
          <w:sz w:val="20"/>
        </w:rPr>
        <w:t>1:23:00  aisa nahi ke bas ek hi insan hai, in ke to bohat sare log hain. jinnaat ki ek poori ek qaum hai. aur Iblees jo Quran majeed mein hai, woh to sirf is ka sardar tha, bas.</w:t>
      </w:r>
      <w:r>
        <w:br/>
      </w:r>
      <w:r>
        <w:rPr>
          <w:sz w:val="20"/>
        </w:rPr>
        <w:t>1:23:16  to aisa nahi hai.</w:t>
      </w:r>
    </w:p>
    <w:p>
      <w:pPr>
        <w:pStyle w:val="Heading2"/>
      </w:pPr>
      <w:r>
        <w:t>Science and God's existence alignment</w:t>
      </w:r>
    </w:p>
    <w:p>
      <w:r>
        <w:rPr>
          <w:color w:val="666666"/>
          <w:sz w:val="18"/>
        </w:rPr>
        <w:t>Faith &amp; God · The Existence of God July 23, 2017 Maulana Wahiduddin Khan · 29s · at 51:28 · https://youtu.be/shLM_JhG3iE?t=3088</w:t>
      </w:r>
    </w:p>
    <w:p>
      <w:r>
        <w:rPr>
          <w:i/>
        </w:rPr>
        <w:t>“Science and God's existence is now on the same page. Denying God will be the case of disobedience. Maulana sahib, am I correct?”</w:t>
      </w:r>
    </w:p>
    <w:p>
      <w:r>
        <w:rPr>
          <w:sz w:val="20"/>
        </w:rPr>
        <w:t>51:28  Jazak Allah." Maulana, agla sawal Farhana Ansari ne bheja hai USA se. unhone likha hai: "Science and God's existence is now on the same page.</w:t>
      </w:r>
      <w:r>
        <w:br/>
      </w:r>
      <w:r>
        <w:rPr>
          <w:sz w:val="20"/>
        </w:rPr>
        <w:t>51:44  Denying God will be the case of disobedience. Maulana sahib, am I correct?" sahih, sahih kaha, bilkul sahih.</w:t>
      </w:r>
    </w:p>
    <w:p>
      <w:pPr>
        <w:pStyle w:val="Heading2"/>
      </w:pPr>
      <w:r>
        <w:t>Science reducing shirk after Islam</w:t>
      </w:r>
    </w:p>
    <w:p>
      <w:r>
        <w:rPr>
          <w:color w:val="666666"/>
          <w:sz w:val="18"/>
        </w:rPr>
        <w:t>Faith &amp; God · The Concept of Paradise in Islam May 27, 2012 Maulana Wahiduddin Khan · 3m 08s · at 1:03:45 · https://youtu.be/vrXgNg6BLnE?t=3825</w:t>
      </w:r>
    </w:p>
    <w:p>
      <w:r>
        <w:rPr>
          <w:i/>
        </w:rPr>
        <w:t>“I have read your book 'Islam: The Creator of the Modern Age' which is one of your amazing books. It is true that scientific development started after the advent of Islam. Due to the scientific way of thinking, people started realizing the reality of nature and in this way the concept of shirk started reducing. Could you elaborate further?”</w:t>
      </w:r>
    </w:p>
    <w:p>
      <w:r>
        <w:rPr>
          <w:sz w:val="20"/>
        </w:rPr>
        <w:t>1:03:45  aur har doosri cheez, soch jo hai, woh shaitani soch hai. hamara agla sawal dilli se hai, shahnawaz zafar sahab ka hai.</w:t>
      </w:r>
      <w:r>
        <w:br/>
      </w:r>
      <w:r>
        <w:rPr>
          <w:sz w:val="20"/>
        </w:rPr>
        <w:t>1:03:54  unhon ne likha hai: "I have read your book 'islam daur jadeed ka khaliq' which is one of your amazing books. It is true that scientific development started after advent of islam.</w:t>
      </w:r>
      <w:r>
        <w:br/>
      </w:r>
      <w:r>
        <w:rPr>
          <w:sz w:val="20"/>
        </w:rPr>
        <w:t>1:04:08  due to scientific way of thinking, people started realizing the reality of nature and in this way the concept of shirk started reducing."</w:t>
      </w:r>
      <w:r>
        <w:br/>
      </w:r>
      <w:r>
        <w:rPr>
          <w:sz w:val="20"/>
        </w:rPr>
        <w:t>1:04:18  And today we see the people of developed countries which are very scientific and practical and are hardly connected with any shirk.</w:t>
      </w:r>
      <w:r>
        <w:br/>
      </w:r>
      <w:r>
        <w:rPr>
          <w:sz w:val="20"/>
        </w:rPr>
        <w:t>1:04:27  But today India is one of those few countries where shirk still exists in the form of idol worshipping. What is the reason that shirk like this still exists in India in spite of remarkable scientific development?</w:t>
      </w:r>
      <w:r>
        <w:br/>
      </w:r>
      <w:r>
        <w:rPr>
          <w:sz w:val="20"/>
        </w:rPr>
        <w:t>1:04:45  Can you please explain this in brief? dekhiye, India ka shirk koi zinda shirk nahi hai. woh to ek suppression ke darje ka hai. iska koi bhi society par koi bhi effect nahi hai.</w:t>
      </w:r>
      <w:r>
        <w:br/>
      </w:r>
      <w:r>
        <w:rPr>
          <w:sz w:val="20"/>
        </w:rPr>
        <w:t>1:04:59  na acha na bura. kuch log suppressions aqide ki bana par koi bulton ko pooj lete hain ke is se hamein barkat mile gi.</w:t>
      </w:r>
      <w:r>
        <w:br/>
      </w:r>
      <w:r>
        <w:rPr>
          <w:sz w:val="20"/>
        </w:rPr>
        <w:t>1:05:11  qadeem zamane ka shirk jo tha, woh ek zinda shirk tha. woh poora culture bana hua tha. isi se logon ki zindagi mein ke faisle kiye jate the.</w:t>
      </w:r>
      <w:r>
        <w:br/>
      </w:r>
      <w:r>
        <w:rPr>
          <w:sz w:val="20"/>
        </w:rPr>
        <w:t>1:05:20  hukumat to hukumat tak tak is ka asar tha. is shirk ko khatam kar diya Allah taala ne. ab jo shirk hai, woh to dead shirk hai.</w:t>
      </w:r>
      <w:r>
        <w:br/>
      </w:r>
      <w:r>
        <w:rPr>
          <w:sz w:val="20"/>
        </w:rPr>
        <w:t>1:05:28  dead.</w:t>
      </w:r>
      <w:r>
        <w:br/>
      </w:r>
      <w:r>
        <w:rPr>
          <w:sz w:val="20"/>
        </w:rPr>
        <w:t>1:05:30  aap jayen kisi bhi ke ghar, jayen jis ke ghar mein but rakhe hote hain, aap ek din rahey un ke haan. dekhiye, woh but jo hai, ek minute ke liye kabhi ja kar ke woh aise kar len ge, is ke sath un ke zindagi mein koi is ka dakhal nahi.</w:t>
      </w:r>
      <w:r>
        <w:br/>
      </w:r>
      <w:r>
        <w:rPr>
          <w:sz w:val="20"/>
        </w:rPr>
        <w:t>1:05:44  kyun ke dead shirk hai. woh pehle jo shirk tha, woh alive shirk tha. is se is record bana hua tha. aaj ka shirk dead shirk hai. woh record kab banega?</w:t>
      </w:r>
      <w:r>
        <w:br/>
      </w:r>
      <w:r>
        <w:rPr>
          <w:sz w:val="20"/>
        </w:rPr>
        <w:t>1:05:53  woh kuch bhi nahi hai. but to Allah taala ne khatam kar diya is ko.</w:t>
      </w:r>
    </w:p>
    <w:p>
      <w:pPr>
        <w:pStyle w:val="Heading2"/>
      </w:pPr>
      <w:r>
        <w:t>Scientific proof for God's existence?</w:t>
      </w:r>
    </w:p>
    <w:p>
      <w:r>
        <w:rPr>
          <w:color w:val="666666"/>
          <w:sz w:val="18"/>
        </w:rPr>
        <w:t>Faith &amp; God · Three levels of Realization July 4, 2010 · 3m 50s · at 1:54:45 · https://youtu.be/NtCTVVov3Nw?t=6885</w:t>
      </w:r>
    </w:p>
    <w:p>
      <w:r>
        <w:rPr>
          <w:i/>
        </w:rPr>
        <w:t>“Is there any scientific proof for the existence of God? How then is it possible to discover God at a rational level?”</w:t>
      </w:r>
    </w:p>
    <w:p>
      <w:r>
        <w:rPr>
          <w:sz w:val="20"/>
        </w:rPr>
        <w:t>1:54:45  molana agla sawal hai miss sofia khan ka delhi se unhone poocha hai there is no scientific proof for the existence of god how then is it possible to discover god at a rational level</w:t>
      </w:r>
      <w:r>
        <w:br/>
      </w:r>
      <w:r>
        <w:rPr>
          <w:sz w:val="20"/>
        </w:rPr>
        <w:t>1:55:03  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r>
        <w:br/>
      </w:r>
      <w:r>
        <w:rPr>
          <w:sz w:val="20"/>
        </w:rPr>
        <w:t>1:55:32  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r>
        <w:br/>
      </w:r>
      <w:r>
        <w:rPr>
          <w:sz w:val="20"/>
        </w:rPr>
        <w:t>1:56:01  koi bhi cheez aisi nahi hai probly der is atomic system probly this part of that particle probly der is negative particle probly der is positive particle</w:t>
      </w:r>
      <w:r>
        <w:br/>
      </w:r>
      <w:r>
        <w:rPr>
          <w:sz w:val="20"/>
        </w:rPr>
        <w:t>1:56:15  to is satah par khuda sabit hota hai is satah par khuda sabit hota hai meri kitab hai god rises is ko aap padh lijiyay</w:t>
      </w:r>
      <w:r>
        <w:br/>
      </w:r>
      <w:r>
        <w:rPr>
          <w:sz w:val="20"/>
        </w:rPr>
        <w:t>1:56:28  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r>
        <w:br/>
      </w:r>
      <w:r>
        <w:rPr>
          <w:sz w:val="20"/>
        </w:rPr>
        <w:t>1:56:58  unhon nay sawal kiya kay ah unhon nay sawal kiya tha kay what criterion do you have to prove there existence of god what criterion do you have to prove there existence of god</w:t>
      </w:r>
      <w:r>
        <w:br/>
      </w:r>
      <w:r>
        <w:rPr>
          <w:sz w:val="20"/>
        </w:rPr>
        <w:t>1:57:19  main nay aik second socha phir main nay kaha kay the same criterion the same criterion which you have to prove any thing else phir woh chup ho gaya woh woh samajh gayay kay</w:t>
      </w:r>
      <w:r>
        <w:br/>
      </w:r>
      <w:r>
        <w:rPr>
          <w:sz w:val="20"/>
        </w:rPr>
        <w:t>1:57:36  haan kisi cheez ko hum jab prove kartay hain to probability prove hoti hai to woh to khuda kay liye prove ho rahi hai</w:t>
      </w:r>
    </w:p>
    <w:p>
      <w:pPr>
        <w:pStyle w:val="Heading2"/>
      </w:pPr>
      <w:r>
        <w:t>Scientific view on existence of Satan</w:t>
      </w:r>
    </w:p>
    <w:p>
      <w:r>
        <w:rPr>
          <w:color w:val="666666"/>
          <w:sz w:val="18"/>
        </w:rPr>
        <w:t>Faith &amp; God · Age of Democracy May 25, 2014 · 3m 10s · at 57:27 · https://youtu.be/pyZy1-EhW1Q?t=3447</w:t>
      </w:r>
    </w:p>
    <w:p>
      <w:r>
        <w:rPr>
          <w:i/>
        </w:rPr>
        <w:t>“The Quran talks about Satan in serious ways, that it is an open enemy of Muslims. What does Satan stand for in today's scientific literature? And is there any scientific evidence regarding the existence of Satan in the modern age? Please comment.”</w:t>
      </w:r>
    </w:p>
    <w:p>
      <w:r>
        <w:rPr>
          <w:sz w:val="20"/>
        </w:rPr>
        <w:t>57:27  Maulana, agla sawal Ahmed sahib ne kiya hai Japan se. unhone likha hai: "Quran talks about Satan in serious ways, that it is it is an open enemy of Muslim.</w:t>
      </w:r>
      <w:r>
        <w:br/>
      </w:r>
      <w:r>
        <w:rPr>
          <w:sz w:val="20"/>
        </w:rPr>
        <w:t>57:43  what does Satan stand for in today scientific literature? or is there any scientific evidence regarding the existence of Satan in the modern age?</w:t>
      </w:r>
      <w:r>
        <w:br/>
      </w:r>
      <w:r>
        <w:rPr>
          <w:sz w:val="20"/>
        </w:rPr>
        <w:t>57:56  please comment." bhai, door jo hai, kis cheez ka existence aap science se, kya aap ki soul ka existence bata sakte hain?</w:t>
      </w:r>
      <w:r>
        <w:br/>
      </w:r>
      <w:r>
        <w:rPr>
          <w:sz w:val="20"/>
        </w:rPr>
        <w:t>58:06  science se mind jo hai, mind ka existence bata sakte hain? science se to science to jo, yani jo cheezein measure ki jaati hain, jo observe ki jaati hain, usi ke bare mein statement deti hai.</w:t>
      </w:r>
      <w:r>
        <w:br/>
      </w:r>
      <w:r>
        <w:rPr>
          <w:sz w:val="20"/>
        </w:rPr>
        <w:t>58:20  lekin woh to one percent se bhi kam</w:t>
      </w:r>
      <w:r>
        <w:br/>
      </w:r>
      <w:r>
        <w:rPr>
          <w:sz w:val="20"/>
        </w:rPr>
        <w:t>58:22  hai. baqi cheezein jo hain, jo science ke, yani telescope ya microscope se detect nahi hoti, woh to bohat hi zyada hain.</w:t>
      </w:r>
      <w:r>
        <w:br/>
      </w:r>
      <w:r>
        <w:rPr>
          <w:sz w:val="20"/>
        </w:rPr>
        <w:t>58:36  usi mein se ek satan bhi hai. yeh main to nahi pata ke is mein koi koi doubt hai.</w:t>
      </w:r>
      <w:r>
        <w:br/>
      </w:r>
      <w:r>
        <w:rPr>
          <w:sz w:val="20"/>
        </w:rPr>
        <w:t>58:45  science ne khud maan liya hai ke science give this bit a partial knowledge of reality.</w:t>
      </w:r>
      <w:r>
        <w:br/>
      </w:r>
      <w:r>
        <w:rPr>
          <w:sz w:val="20"/>
        </w:rPr>
        <w:t>58:52  jab sirf partial knowledge of reality de sakti hai science, to aap kyun umeed kar sakte hain ke woh har cheez ke bare mein bataye?</w:t>
      </w:r>
      <w:r>
        <w:br/>
      </w:r>
      <w:r>
        <w:rPr>
          <w:sz w:val="20"/>
        </w:rPr>
        <w:t>59:03  main samajhta hoon ke satan ka existence jo hai, har aadmi apne aap ko le kar samajh sakta hai. aap mehsoos karte hain ke bar bar aap ko khud aisa hoga ke satan aap ke andar nafrat jaagti hai.</w:t>
      </w:r>
      <w:r>
        <w:br/>
      </w:r>
      <w:r>
        <w:rPr>
          <w:sz w:val="20"/>
        </w:rPr>
        <w:t>59:17  yeh nafrat kis ne kis ne jagai?</w:t>
      </w:r>
      <w:r>
        <w:br/>
      </w:r>
      <w:r>
        <w:rPr>
          <w:sz w:val="20"/>
        </w:rPr>
        <w:t>59:20  revenge jaagta hai, yeh kis ne jagaya? aap ko kehta hai list aata hai, woh kis ne paida kiya? negative thought aate hain, woh kis ne paida kiya?</w:t>
      </w:r>
      <w:r>
        <w:br/>
      </w:r>
      <w:r>
        <w:rPr>
          <w:sz w:val="20"/>
        </w:rPr>
        <w:t>59:30  yeh that is an inner internal evidence. yeh yeh jo yeh jo aap har aadmi, har aadmi ka yeh tajurba hai, woh satan satan ke existence ka internal evidence hai.</w:t>
      </w:r>
      <w:r>
        <w:br/>
      </w:r>
      <w:r>
        <w:rPr>
          <w:sz w:val="20"/>
        </w:rPr>
        <w:t>59:48  mujhe to is mein kuch shaq nahi hai,</w:t>
      </w:r>
      <w:r>
        <w:br/>
      </w:r>
      <w:r>
        <w:rPr>
          <w:sz w:val="20"/>
        </w:rPr>
        <w:t>59:50  kyun ke agar agar satan ko na manenge, sab kaise aa gaya? ek evil, ek ek koi evil hai, mister evil.</w:t>
      </w:r>
      <w:r>
        <w:br/>
      </w:r>
      <w:r>
        <w:rPr>
          <w:sz w:val="20"/>
        </w:rPr>
        <w:t>1:00:00  isko jab manenge, koi mister evil hai, tab in cheezon ka explain kar payenge aap. kyun ke aap dekhiye, aadmi jab bachcha hota hai, chhota to us ke andar kuch bhi aisi baatein nahi hoti.</w:t>
      </w:r>
      <w:r>
        <w:br/>
      </w:r>
      <w:r>
        <w:rPr>
          <w:sz w:val="20"/>
        </w:rPr>
        <w:t>1:00:12  ek bachche ke andar na koi hate hai, na koi revenge hai, na koi violence hai, kuch bhi nahi.</w:t>
      </w:r>
      <w:r>
        <w:br/>
      </w:r>
      <w:r>
        <w:rPr>
          <w:sz w:val="20"/>
        </w:rPr>
        <w:t>1:00:20  to bada hone ke baad kahan se aa gaya? yeh bachcha le kar paida nahi hua tha, yeh kahan se aa gaya? to ek mister evil hai, koi woh hum ko bhagata hai, usi ka naam satan hai.</w:t>
      </w:r>
    </w:p>
    <w:p>
      <w:pPr>
        <w:pStyle w:val="Heading2"/>
      </w:pPr>
      <w:r>
        <w:t>Shariat: Definition, Origin, and Sacredness</w:t>
      </w:r>
    </w:p>
    <w:p>
      <w:r>
        <w:rPr>
          <w:color w:val="666666"/>
          <w:sz w:val="18"/>
        </w:rPr>
        <w:t>Faith &amp; God · Divine Ideology of Life I 11 July 2010 · 1m 54s · at 1:30:11 · https://youtu.be/wOmHVfyjMJY?t=5411</w:t>
      </w:r>
    </w:p>
    <w:p>
      <w:r>
        <w:rPr>
          <w:i/>
        </w:rPr>
        <w:t>“What is Shariat? How did it come into being? Is it considered as sacred as the Hadith and Quran Sharif?”</w:t>
      </w:r>
    </w:p>
    <w:p>
      <w:r>
        <w:rPr>
          <w:sz w:val="20"/>
        </w:rPr>
        <w:t>1:30:11  Maulana, agla sawal kya hai? aah, Mr. Dheeraj Bakshi ne Delhi se. unho ne likha hai ke "What is Shariat?</w:t>
      </w:r>
      <w:r>
        <w:br/>
      </w:r>
      <w:r>
        <w:rPr>
          <w:sz w:val="20"/>
        </w:rPr>
        <w:t>1:30:21  How did it come into being? Is it considered as sacred as the Hadith and Quran Sharif?" yeh shariat aur tauheed ko hum la kehte hain, la.</w:t>
      </w:r>
      <w:r>
        <w:br/>
      </w:r>
      <w:r>
        <w:rPr>
          <w:sz w:val="20"/>
        </w:rPr>
        <w:t>1:30:32  qanoon. aik hai deen, aik hai shariat.</w:t>
      </w:r>
      <w:r>
        <w:br/>
      </w:r>
      <w:r>
        <w:rPr>
          <w:sz w:val="20"/>
        </w:rPr>
        <w:t>1:30:38  deen ka matlab hai fundamentals. principles. to fundamental principles jo hain, woh deen hain. aur jo law bante hain, law.</w:t>
      </w:r>
      <w:r>
        <w:br/>
      </w:r>
      <w:r>
        <w:rPr>
          <w:sz w:val="20"/>
        </w:rPr>
        <w:t>1:30:49  is ko kehte hain shariat. It's not something to do with customs which have become law. aisa to nahi hai ke customs which have become law .</w:t>
      </w:r>
      <w:r>
        <w:br/>
      </w:r>
      <w:r>
        <w:rPr>
          <w:sz w:val="20"/>
        </w:rPr>
        <w:t>1:30:58  Maulana, jo customs hain, woh keh rahe hain ke jo customs hain, woh isi ko to nahi? nahi, nahi. Customs is nothing. Islam mein customs is nothing.</w:t>
      </w:r>
      <w:r>
        <w:br/>
      </w:r>
      <w:r>
        <w:rPr>
          <w:sz w:val="20"/>
        </w:rPr>
        <w:t>1:31:07  Customs to musalmanon ne pakad rakha hai. yeh sab musalmanon ke tareeqe hain. yeh sab jitna aap dekhte hain, woh sab customs hain musalmanon ka.</w:t>
      </w:r>
      <w:r>
        <w:br/>
      </w:r>
      <w:r>
        <w:rPr>
          <w:sz w:val="20"/>
        </w:rPr>
        <w:t>1:31:15  apna banaya hua. woh shariat se koi talluq is ka nahi hai.</w:t>
      </w:r>
      <w:r>
        <w:br/>
      </w:r>
      <w:r>
        <w:rPr>
          <w:sz w:val="20"/>
        </w:rPr>
        <w:t>1:31:23  to shariat to woh hai jo Quran mein bhi shariat hai, Hadith mein bhi shariat hai. woh law. yaani law wala part jo hai, us ko shariat kahenge.</w:t>
      </w:r>
      <w:r>
        <w:br/>
      </w:r>
      <w:r>
        <w:rPr>
          <w:sz w:val="20"/>
        </w:rPr>
        <w:t>1:31:32  aur jo part hai principles wala, us ko deen kahenge.</w:t>
      </w:r>
      <w:r>
        <w:br/>
      </w:r>
      <w:r>
        <w:rPr>
          <w:sz w:val="20"/>
        </w:rPr>
        <w:t>1:31:37  bas. bhai, customs, rituals to musalmanon ka apna banaya hua hai. is ka Islam se koi talluq nahi hai. aik aur.</w:t>
      </w:r>
      <w:r>
        <w:br/>
      </w:r>
      <w:r>
        <w:rPr>
          <w:sz w:val="20"/>
        </w:rPr>
        <w:t>1:31:45  jaise misaal ke taur par burqa hai. burqa koi shariat thodi hai. burqa to customs hai. Rasool Allah ke jab zamane mein auratein thin, koi burqa nahi pehanta tha, koi bhi.</w:t>
      </w:r>
      <w:r>
        <w:br/>
      </w:r>
      <w:r>
        <w:rPr>
          <w:sz w:val="20"/>
        </w:rPr>
        <w:t>1:31:56  musalmanon ka customs hai yeh. woh sahi ya galat mein nahi kehta. sahi galat aik alag cheez hai. lekin behal woh Zulfiqar duaon mein nahi tha.</w:t>
      </w:r>
    </w:p>
    <w:p>
      <w:pPr>
        <w:pStyle w:val="Heading2"/>
      </w:pPr>
      <w:r>
        <w:t>Shirk and Kufr Until Day of Judgment</w:t>
      </w:r>
    </w:p>
    <w:p>
      <w:r>
        <w:rPr>
          <w:color w:val="666666"/>
          <w:sz w:val="18"/>
        </w:rPr>
        <w:t>Faith &amp; God · The Creation Plan of God I February 14, 2016 · 2m 39s · at 57:30 · https://youtu.be/BzfZIALqyNI?t=3450</w:t>
      </w:r>
    </w:p>
    <w:p>
      <w:r>
        <w:rPr>
          <w:i/>
        </w:rPr>
        <w:t>“The question is that shirk and kufr will remain until the Day of Judgment and will not end. If we change the equation of kafir and momin and understand that momin and supporter...”</w:t>
      </w:r>
    </w:p>
    <w:p>
      <w:r>
        <w:rPr>
          <w:sz w:val="20"/>
        </w:rPr>
        <w:t>57:30  unhone likha hai ke: "sawal yeh hai ke qayamat tak shirk aur kufr to baqi rahega</w:t>
      </w:r>
      <w:r>
        <w:br/>
      </w:r>
      <w:r>
        <w:rPr>
          <w:sz w:val="20"/>
        </w:rPr>
        <w:t>57:38  aur khatam nahi hoga.</w:t>
      </w:r>
      <w:r>
        <w:br/>
      </w:r>
      <w:r>
        <w:rPr>
          <w:sz w:val="20"/>
        </w:rPr>
        <w:t>57:40  is ko kafir aur momin ki equation badal kar agar hum yeh samjhein ke momin aur supporter ki</w:t>
      </w:r>
      <w:r>
        <w:br/>
      </w:r>
      <w:r>
        <w:rPr>
          <w:sz w:val="20"/>
        </w:rPr>
        <w:t>57:47  equation ho jayegi, to religious persecution chala jayega aur religious freedom aa jayega, aur islam</w:t>
      </w:r>
      <w:r>
        <w:br/>
      </w:r>
      <w:r>
        <w:rPr>
          <w:sz w:val="20"/>
        </w:rPr>
        <w:t>57:55  ke liye sare raste khul jayenge.</w:t>
      </w:r>
      <w:r>
        <w:br/>
      </w:r>
      <w:r>
        <w:rPr>
          <w:sz w:val="20"/>
        </w:rPr>
        <w:t>57:58  maulana, kya yeh sahi hai? is ki wazahat karein." dekhiye, khulta hai potential sense mein, kyunke religious freedom</w:t>
      </w:r>
      <w:r>
        <w:br/>
      </w:r>
      <w:r>
        <w:rPr>
          <w:sz w:val="20"/>
        </w:rPr>
        <w:t>58:06  phir bhi baqi rahegi.</w:t>
      </w:r>
      <w:r>
        <w:br/>
      </w:r>
      <w:r>
        <w:rPr>
          <w:sz w:val="20"/>
        </w:rPr>
        <w:t>58:08  yeh aap ke upar hai ke aap is ko avail kar sakein.</w:t>
      </w:r>
      <w:r>
        <w:br/>
      </w:r>
      <w:r>
        <w:rPr>
          <w:sz w:val="20"/>
        </w:rPr>
        <w:t>58:13  تو I think already کھلا ہوا ہے۔</w:t>
      </w:r>
      <w:r>
        <w:br/>
      </w:r>
      <w:r>
        <w:rPr>
          <w:sz w:val="20"/>
        </w:rPr>
        <w:t>58:16  agar aap logon se na ladein, logon se fighting na karein, to khula hua hai.</w:t>
      </w:r>
      <w:r>
        <w:br/>
      </w:r>
      <w:r>
        <w:rPr>
          <w:sz w:val="20"/>
        </w:rPr>
        <w:t>58:22  jaise misaal ke taur par dekhiye, yeh shatm ka masla.</w:t>
      </w:r>
      <w:r>
        <w:br/>
      </w:r>
      <w:r>
        <w:rPr>
          <w:sz w:val="20"/>
        </w:rPr>
        <w:t>58:27  kahin koi ek kitab chhap jaye, koi koi ek statement de de jo musalmanon ko lage ke rasool</w:t>
      </w:r>
      <w:r>
        <w:br/>
      </w:r>
      <w:r>
        <w:rPr>
          <w:sz w:val="20"/>
        </w:rPr>
        <w:t>58:34  ullah ke khilaf hai, to ladne khade hote hain.</w:t>
      </w:r>
      <w:r>
        <w:br/>
      </w:r>
      <w:r>
        <w:rPr>
          <w:sz w:val="20"/>
        </w:rPr>
        <w:t>58:38  to jab aap larnay kharay ho jayen gay, tab aap ka problem create ho jata hai.</w:t>
      </w:r>
      <w:r>
        <w:br/>
      </w:r>
      <w:r>
        <w:rPr>
          <w:sz w:val="20"/>
        </w:rPr>
        <w:t>58:45  aap na larnay kharay hon to koi problem nahin.</w:t>
      </w:r>
      <w:r>
        <w:br/>
      </w:r>
      <w:r>
        <w:rPr>
          <w:sz w:val="20"/>
        </w:rPr>
        <w:t>58:49  to musalman khud larnay ke liye jab kharay hotay hain, tab problem create hota hai, warna koi problem</w:t>
      </w:r>
      <w:r>
        <w:br/>
      </w:r>
      <w:r>
        <w:rPr>
          <w:sz w:val="20"/>
        </w:rPr>
        <w:t>58:57  hi nahin.</w:t>
      </w:r>
      <w:r>
        <w:br/>
      </w:r>
      <w:r>
        <w:rPr>
          <w:sz w:val="20"/>
        </w:rPr>
        <w:t>58:58  yeh baat achi tarah samajh lijiye ke jo equation badla hai, woh in terms of potential.</w:t>
      </w:r>
      <w:r>
        <w:br/>
      </w:r>
      <w:r>
        <w:rPr>
          <w:sz w:val="20"/>
        </w:rPr>
        <w:t>59:05  jo equation badla, jo mein ne kaha, woh in terms of potential badla hai.</w:t>
      </w:r>
      <w:r>
        <w:br/>
      </w:r>
      <w:r>
        <w:rPr>
          <w:sz w:val="20"/>
        </w:rPr>
        <w:t>59:11  اگر آپ اگر آپ نہ سمجھیں اور light show کر دیں، تو سب چیز jeopardized ہو جائے گی۔</w:t>
      </w:r>
      <w:r>
        <w:br/>
      </w:r>
      <w:r>
        <w:rPr>
          <w:sz w:val="20"/>
        </w:rPr>
        <w:t>59:19  hum to kar rahay hain kaam, 50, 60 saal se kaam kar rahay hain, hamein to koi rukawat</w:t>
      </w:r>
      <w:r>
        <w:br/>
      </w:r>
      <w:r>
        <w:rPr>
          <w:sz w:val="20"/>
        </w:rPr>
        <w:t>59:26  nahin, kuch bhi nahin.</w:t>
      </w:r>
      <w:r>
        <w:br/>
      </w:r>
      <w:r>
        <w:rPr>
          <w:sz w:val="20"/>
        </w:rPr>
        <w:t>59:28  na hindu rukawat hai, na christian rukawat hai, nahin, koi bhi rukawat nahin, na american, na european, kyunke</w:t>
      </w:r>
      <w:r>
        <w:br/>
      </w:r>
      <w:r>
        <w:rPr>
          <w:sz w:val="20"/>
        </w:rPr>
        <w:t>59:36  ہم jeopardize نہیں کرتے اس equation کو۔</w:t>
      </w:r>
      <w:r>
        <w:br/>
      </w:r>
      <w:r>
        <w:rPr>
          <w:sz w:val="20"/>
        </w:rPr>
        <w:t>59:39  جب مسلمان لڑائی چھڑائیں گے، جب fighting کریں گے، suicide bombing کریں گے، تب وہ equation جب jeopardized</w:t>
      </w:r>
      <w:r>
        <w:br/>
      </w:r>
      <w:r>
        <w:rPr>
          <w:sz w:val="20"/>
        </w:rPr>
        <w:t>59:47  ho jayegi.</w:t>
      </w:r>
      <w:r>
        <w:br/>
      </w:r>
      <w:r>
        <w:rPr>
          <w:sz w:val="20"/>
        </w:rPr>
        <w:t>59:48  مثلاً 9/11 آپ کریں گے تو تو ڈسٹرب ڈسٹرب ہوگا سب کچھ۔</w:t>
      </w:r>
      <w:r>
        <w:br/>
      </w:r>
      <w:r>
        <w:rPr>
          <w:sz w:val="20"/>
        </w:rPr>
        <w:t>59:54  aap nine eleven mat kijiye to sab kuch normal rahay gi, sab kuch normal rahay ga.</w:t>
      </w:r>
      <w:r>
        <w:br/>
      </w:r>
      <w:r>
        <w:rPr>
          <w:sz w:val="20"/>
        </w:rPr>
        <w:t>1:00:01  to musalmanon ka aur musalmanon ka misuse karna freedom ko yeh problem create kar raha hai.</w:t>
      </w:r>
      <w:r>
        <w:br/>
      </w:r>
      <w:r>
        <w:rPr>
          <w:sz w:val="20"/>
        </w:rPr>
        <w:t>1:00:08  otherwise everything is normal.</w:t>
      </w:r>
    </w:p>
    <w:p>
      <w:pPr>
        <w:pStyle w:val="Heading2"/>
      </w:pPr>
      <w:r>
        <w:t>Shirk in saying Vande Mataram or Namaste</w:t>
      </w:r>
    </w:p>
    <w:p>
      <w:r>
        <w:rPr>
          <w:color w:val="666666"/>
          <w:sz w:val="18"/>
        </w:rPr>
        <w:t>Faith &amp; God · Dars-e-Quran, Chapter 2, Verse 35-39 December 31, 2017 · 4m 01s · at 55:40 · https://youtu.be/6FNtbR3EBtc?t=3340</w:t>
      </w:r>
    </w:p>
    <w:p>
      <w:r>
        <w:rPr>
          <w:i/>
        </w:rPr>
        <w:t>“Is saying Vande Mataram (national anthem) or Namaste considered shirk (associating partners with God) nowadays?”</w:t>
      </w:r>
    </w:p>
    <w:p>
      <w:r>
        <w:rPr>
          <w:sz w:val="20"/>
        </w:rPr>
        <w:t>55:40  maulana agla sawal faraz</w:t>
      </w:r>
      <w:r>
        <w:br/>
      </w:r>
      <w:r>
        <w:rPr>
          <w:sz w:val="20"/>
        </w:rPr>
        <w:t>55:42  ahmad sahib ne kiya hai kolkatta se unhon ne likha hai</w:t>
      </w:r>
      <w:r>
        <w:br/>
      </w:r>
      <w:r>
        <w:rPr>
          <w:sz w:val="20"/>
        </w:rPr>
        <w:t>55:46  میرا سوال یہ ہے کہ کیا وندے ماترم نیشنل اینتھم یا نمستے کہنا کیا شرک ہے آج کی</w:t>
      </w:r>
      <w:r>
        <w:br/>
      </w:r>
      <w:r>
        <w:rPr>
          <w:sz w:val="20"/>
        </w:rPr>
        <w:t>55:57  parastiti mein hum kya karein quran hadith ki hikmat ki roshni mein hamari rehnumai karein</w:t>
      </w:r>
      <w:r>
        <w:br/>
      </w:r>
      <w:r>
        <w:rPr>
          <w:sz w:val="20"/>
        </w:rPr>
        <w:t>56:06  hargiz shirk nahi hai woh bilkul jo yeh kahe ke woh shirk hai woh na shirk ko janta</w:t>
      </w:r>
      <w:r>
        <w:br/>
      </w:r>
      <w:r>
        <w:rPr>
          <w:sz w:val="20"/>
        </w:rPr>
        <w:t>56:13  hai na mad matro ko janta hai dono se bekhabar hai jis ko kehte hain angrezi mein</w:t>
      </w:r>
      <w:r>
        <w:br/>
      </w:r>
      <w:r>
        <w:rPr>
          <w:sz w:val="20"/>
        </w:rPr>
        <w:t>56:18  minus marking minus marking ke mustahiq hain woh log minus marking yeh hai ke aapse question kiya</w:t>
      </w:r>
      <w:r>
        <w:br/>
      </w:r>
      <w:r>
        <w:rPr>
          <w:sz w:val="20"/>
        </w:rPr>
        <w:t>56:26  jae hawajat</w:t>
      </w:r>
      <w:r>
        <w:br/>
      </w:r>
      <w:r>
        <w:rPr>
          <w:sz w:val="20"/>
        </w:rPr>
        <w:t>56:28  ke bare mein aur aap jawab dein motor car ka to yeh matlab yeh ke aap dono se</w:t>
      </w:r>
      <w:r>
        <w:br/>
      </w:r>
      <w:r>
        <w:rPr>
          <w:sz w:val="20"/>
        </w:rPr>
        <w:t>56:34  bekhabar hain aap nahi jante ke hawajat kya hai motor car kya hai to us ko kehte</w:t>
      </w:r>
      <w:r>
        <w:br/>
      </w:r>
      <w:r>
        <w:rPr>
          <w:sz w:val="20"/>
        </w:rPr>
        <w:t>56:40  hain minus marking yani jo number milne wala hota hai cut cut jata hai</w:t>
      </w:r>
      <w:r>
        <w:br/>
      </w:r>
      <w:r>
        <w:rPr>
          <w:sz w:val="20"/>
        </w:rPr>
        <w:t>56:46  aisi baat hai jo log kehte hain unhein un ke liye farz hai ke woh chup rahein</w:t>
      </w:r>
      <w:r>
        <w:br/>
      </w:r>
      <w:r>
        <w:rPr>
          <w:sz w:val="20"/>
        </w:rPr>
        <w:t>56:50  kam az kam chup rahein bolein nahi</w:t>
      </w:r>
      <w:r>
        <w:br/>
      </w:r>
      <w:r>
        <w:rPr>
          <w:sz w:val="20"/>
        </w:rPr>
        <w:t>56:55  falqul khair awliya smooth</w:t>
      </w:r>
      <w:r>
        <w:br/>
      </w:r>
      <w:r>
        <w:rPr>
          <w:sz w:val="20"/>
        </w:rPr>
        <w:t>56:59  kuch se jante hain log ke bad watrum kya hai aur</w:t>
      </w:r>
      <w:r>
        <w:br/>
      </w:r>
      <w:r>
        <w:rPr>
          <w:sz w:val="20"/>
        </w:rPr>
        <w:t>57:07  shirk kya hai bas kuch jazbat mein jeete hain aur phir jazbat ko undelte hain bas</w:t>
      </w:r>
      <w:r>
        <w:br/>
      </w:r>
      <w:r>
        <w:rPr>
          <w:sz w:val="20"/>
        </w:rPr>
        <w:t>57:19  maulana zakariya sahib ne srinagar se comment bheja hai unhon ne likha hai such a thrilling idea</w:t>
      </w:r>
      <w:r>
        <w:br/>
      </w:r>
      <w:r>
        <w:rPr>
          <w:sz w:val="20"/>
        </w:rPr>
        <w:t>57:27  and interpretation in today lecture it will definitely help us individually</w:t>
      </w:r>
      <w:r>
        <w:br/>
      </w:r>
      <w:r>
        <w:rPr>
          <w:sz w:val="20"/>
        </w:rPr>
        <w:t>57:34  nationally and internationally</w:t>
      </w:r>
      <w:r>
        <w:br/>
      </w:r>
      <w:r>
        <w:rPr>
          <w:sz w:val="20"/>
        </w:rPr>
        <w:t>57:36  maulana such a tremendous lecture it was</w:t>
      </w:r>
      <w:r>
        <w:br/>
      </w:r>
      <w:r>
        <w:rPr>
          <w:sz w:val="20"/>
        </w:rPr>
        <w:t>57:42  aamir mori sahib ne maulana comment aur question bheja hai srinagar se unhon ne likha hai today</w:t>
      </w:r>
      <w:r>
        <w:br/>
      </w:r>
      <w:r>
        <w:rPr>
          <w:sz w:val="20"/>
        </w:rPr>
        <w:t>57:49  lecture was really hopeful and a motivating lecture for me</w:t>
      </w:r>
      <w:r>
        <w:br/>
      </w:r>
      <w:r>
        <w:rPr>
          <w:sz w:val="20"/>
        </w:rPr>
        <w:t>57:55  my question is maulana sahib how can a person come to know that he has lost his first</w:t>
      </w:r>
      <w:r>
        <w:br/>
      </w:r>
      <w:r>
        <w:rPr>
          <w:sz w:val="20"/>
        </w:rPr>
        <w:t>58:03  chance and how</w:t>
      </w:r>
      <w:r>
        <w:br/>
      </w:r>
      <w:r>
        <w:rPr>
          <w:sz w:val="20"/>
        </w:rPr>
        <w:t>58:05  can he identify and avail the second chance kindly guide us in this regard is mein koi yani zyada badi aql ki zaroorat nahi hai jab aap jab aap kho dein aap ne ek dhoom machai jaise kashmir mein 47 ke baad hi ek dhoom machai gayi</w:t>
      </w:r>
      <w:r>
        <w:br/>
      </w:r>
      <w:r>
        <w:rPr>
          <w:sz w:val="20"/>
        </w:rPr>
        <w:t>58:34  aur mulla k</w:t>
      </w:r>
      <w:r>
        <w:br/>
      </w:r>
      <w:r>
        <w:rPr>
          <w:sz w:val="20"/>
        </w:rPr>
        <w:t>58:35  chhi nahi. idea and interpretation kis ko ne first chance khoya gaya</w:t>
      </w:r>
      <w:r>
        <w:br/>
      </w:r>
      <w:r>
        <w:rPr>
          <w:sz w:val="20"/>
        </w:rPr>
        <w:t>58:41  yani partition ke baad kashmir ke naam par bahut zyada sacrifice kiya gaya lekin mulla kuch bhi nahi balki kho aur khoya gaya jitni mili hui thi woh bhi chali gayi to yahi to hai ke first chance kho diya ab is ko</w:t>
      </w:r>
    </w:p>
    <w:p>
      <w:pPr>
        <w:pStyle w:val="Heading2"/>
      </w:pPr>
      <w:r>
        <w:t>Shirk-e-Jarh and religious persecution</w:t>
      </w:r>
    </w:p>
    <w:p>
      <w:r>
        <w:rPr>
          <w:color w:val="666666"/>
          <w:sz w:val="18"/>
        </w:rPr>
        <w:t>Faith &amp; God · How God Manages Human History December 23, 2018 · 4m 04s · at 1:02:06 · https://youtu.be/j_yxigrCl5U?t=3726</w:t>
      </w:r>
    </w:p>
    <w:p>
      <w:r>
        <w:rPr>
          <w:i/>
        </w:rPr>
        <w:t>“Please explain, is Shirk-e-Jarh related to religious persecution?”</w:t>
      </w:r>
    </w:p>
    <w:p>
      <w:r>
        <w:rPr>
          <w:sz w:val="20"/>
        </w:rPr>
        <w:t>1:02:06  Maulana, agla sawal Delhi se Dr. Farida Khanam ne bheja hai. unhone aapse poocha hai ke "Please explain, shirk jarah is it related to religious persecution?" haan haan, bilkul.</w:t>
      </w:r>
      <w:r>
        <w:br/>
      </w:r>
      <w:r>
        <w:rPr>
          <w:sz w:val="20"/>
        </w:rPr>
        <w:t>1:02:22  Islam mein jo cheez qatil fitna, woh Hussain likhte hain ke fitna se murad shirk ka fitna.</w:t>
      </w:r>
      <w:r>
        <w:br/>
      </w:r>
      <w:r>
        <w:rPr>
          <w:sz w:val="20"/>
        </w:rPr>
        <w:t>1:02:35  likhte hain ke shirk ka fitna. to shirk ka fitna insan ka believe to aaj bhi hai, hamesha rahega, hamesha raha hai.</w:t>
      </w:r>
      <w:r>
        <w:br/>
      </w:r>
      <w:r>
        <w:rPr>
          <w:sz w:val="20"/>
        </w:rPr>
        <w:t>1:02:48  to shirk ka fitna as a belief nahi hai, woh jarah ke ma'ne mein.</w:t>
      </w:r>
      <w:r>
        <w:br/>
      </w:r>
      <w:r>
        <w:rPr>
          <w:sz w:val="20"/>
        </w:rPr>
        <w:t>1:02:57  jaise Quran mein likhi hai: "ayat ke</w:t>
      </w:r>
      <w:r>
        <w:br/>
      </w:r>
      <w:r>
        <w:rPr>
          <w:sz w:val="20"/>
        </w:rPr>
        <w:t>1:03:04  namaz parhne gaye Hazrat Abu Bakr Kaba mein to unko itna mara itna mara ke woh behosh ho gaye." yeh shirk jarah hai.</w:t>
      </w:r>
      <w:r>
        <w:br/>
      </w:r>
      <w:r>
        <w:rPr>
          <w:sz w:val="20"/>
        </w:rPr>
        <w:t>1:03:15  to pehle zamane mein kya tha? is zamane ka jo mushrikana culture tha, us mein aur empire mein, political power mein, woh tha sambandh ban gaya tha.</w:t>
      </w:r>
      <w:r>
        <w:br/>
      </w:r>
      <w:r>
        <w:rPr>
          <w:sz w:val="20"/>
        </w:rPr>
        <w:t>1:03:33  is ki wajah se qadeem zamane ke shirk ke paas taqat aa gayi thi. woh kehte the ke nahi, shirk ko unhone, shirk ko unhone woh bana diya tha, state religion ka darja de diya tha.</w:t>
      </w:r>
      <w:r>
        <w:br/>
      </w:r>
      <w:r>
        <w:rPr>
          <w:sz w:val="20"/>
        </w:rPr>
        <w:t>1:03:50  qadeem zamane ki jo burai thi, jis ke liye ladai karni pari Islam ko, to is liye ke woh shirk ko unhone state religion ka darja de diya tha.</w:t>
      </w:r>
      <w:r>
        <w:br/>
      </w:r>
      <w:r>
        <w:rPr>
          <w:sz w:val="20"/>
        </w:rPr>
        <w:t>1:04:03  shirk ko maro warna mare jaoge, qatl qatl kiye jaoge. to Allah taala ne kya kiya? ke shirk se jarahiyat ko detach kar diya.</w:t>
      </w:r>
      <w:r>
        <w:br/>
      </w:r>
      <w:r>
        <w:rPr>
          <w:sz w:val="20"/>
        </w:rPr>
        <w:t>1:04:16  Muslim period mein yeh hua ke shirk ko khatam nahi kiya, kabhi khatam nahi ho sakta hai, na khatam kiya gaya.</w:t>
      </w:r>
      <w:r>
        <w:br/>
      </w:r>
      <w:r>
        <w:rPr>
          <w:sz w:val="20"/>
        </w:rPr>
        <w:t>1:04:26  agar koi samjhe ke shirk ka as a belief khatam hoga to woh Quran ko samajhta nahi hua. shirk se shirk ko as a as a as a jarah tool khatam kar diya.</w:t>
      </w:r>
      <w:r>
        <w:br/>
      </w:r>
      <w:r>
        <w:rPr>
          <w:sz w:val="20"/>
        </w:rPr>
        <w:t>1:04:41  ab koi yeh nahi kar sakta ke tum ko shirk hi karna parega, warna mare jaoge. to chahe muhaddis baniye, chahe mushrik baniye, aap azaad hain.</w:t>
      </w:r>
      <w:r>
        <w:br/>
      </w:r>
      <w:r>
        <w:rPr>
          <w:sz w:val="20"/>
        </w:rPr>
        <w:t>1:04:52  to qadeem zamanay mein, yani sahaba ke zamanay mein jo larai hui thi, qatil fitna, woh is mani mein thi ke jang karo yahan tak ke shirk jarah khatam ho jaye.</w:t>
      </w:r>
      <w:r>
        <w:br/>
      </w:r>
      <w:r>
        <w:rPr>
          <w:sz w:val="20"/>
        </w:rPr>
        <w:t>1:05:11  jang karo yahan tak ke shirk jarah khatam ho jaye. shirk as a belief khatam ho jaye, yeh nishan hi nahi tha. nahi, kabhi ho sakta kyunke phir toh azadi, Allah taala ne jo azadi di hai, wohi khatam.</w:t>
      </w:r>
      <w:r>
        <w:br/>
      </w:r>
      <w:r>
        <w:rPr>
          <w:sz w:val="20"/>
        </w:rPr>
        <w:t>1:05:26  to Allah ki azadi ko koi abash nahi kar sakta. lekin insan ne khud se jo ijad kiya tha ke shirk ko official religion ka darja de diya aur yeh kaha ke jo is ko na manega, us ko gardan kaati jayegi, yeh yeh tha.</w:t>
      </w:r>
      <w:r>
        <w:br/>
      </w:r>
      <w:r>
        <w:rPr>
          <w:sz w:val="20"/>
        </w:rPr>
        <w:t>1:05:46  jo firoun khatam manne ke khara ho gaya tha, firoun asiya bint muzahim ko, to isi liye ke tum official religion se baqawat kar rahi ho.</w:t>
      </w:r>
      <w:r>
        <w:br/>
      </w:r>
      <w:r>
        <w:rPr>
          <w:sz w:val="20"/>
        </w:rPr>
        <w:t>1:05:59  shirk to official religion hai,</w:t>
      </w:r>
      <w:r>
        <w:br/>
      </w:r>
      <w:r>
        <w:rPr>
          <w:sz w:val="20"/>
        </w:rPr>
        <w:t>1:06:03  is ko samjhiye.</w:t>
      </w:r>
    </w:p>
    <w:p>
      <w:pPr>
        <w:pStyle w:val="Heading2"/>
      </w:pPr>
      <w:r>
        <w:t>Significance of Doomsday in Islam</w:t>
      </w:r>
    </w:p>
    <w:p>
      <w:r>
        <w:rPr>
          <w:color w:val="666666"/>
          <w:sz w:val="18"/>
        </w:rPr>
        <w:t>Faith &amp; God · Purpose Of Human Life -12th Feb. '12 · 57s · at 1:36:38 · https://youtu.be/TCGYvGJHf7w?t=5798</w:t>
      </w:r>
    </w:p>
    <w:p>
      <w:r>
        <w:rPr>
          <w:i/>
        </w:rPr>
        <w:t>“What is the significance of Doomsday?”</w:t>
      </w:r>
    </w:p>
    <w:p>
      <w:r>
        <w:rPr>
          <w:sz w:val="20"/>
        </w:rPr>
        <w:t>1:36:38  Maulana, agla sawal Muzaffarpur se hai Mr.</w:t>
      </w:r>
      <w:r>
        <w:br/>
      </w:r>
      <w:r>
        <w:rPr>
          <w:sz w:val="20"/>
        </w:rPr>
        <w:t>1:36:42  Muhammad Tauqeer Alam sahib ka.</w:t>
      </w:r>
      <w:r>
        <w:br/>
      </w:r>
      <w:r>
        <w:rPr>
          <w:sz w:val="20"/>
        </w:rPr>
        <w:t>1:36:47  unhon ne likha hai What is the significance of Doomsday?</w:t>
      </w:r>
      <w:r>
        <w:br/>
      </w:r>
      <w:r>
        <w:rPr>
          <w:sz w:val="20"/>
        </w:rPr>
        <w:t>1:36:52  Doomsday? bhai, hamari sari kitabein isi par hain, aap parhi hain kitabon ke sath, parha nahi hai aap</w:t>
      </w:r>
      <w:r>
        <w:br/>
      </w:r>
      <w:r>
        <w:rPr>
          <w:sz w:val="20"/>
        </w:rPr>
        <w:t>1:36:56  ne? ji, hamari jo literature hai is mein maut o qayamat aur jannat aur dozakh yeh sari baatein</w:t>
      </w:r>
      <w:r>
        <w:br/>
      </w:r>
      <w:r>
        <w:rPr>
          <w:sz w:val="20"/>
        </w:rPr>
        <w:t>1:37:01  to har kitab mein direct ya indirect hoti hain.</w:t>
      </w:r>
      <w:r>
        <w:br/>
      </w:r>
      <w:r>
        <w:rPr>
          <w:sz w:val="20"/>
        </w:rPr>
        <w:t>1:37:06  kitabon ko parhiye.</w:t>
      </w:r>
      <w:r>
        <w:br/>
      </w:r>
      <w:r>
        <w:rPr>
          <w:sz w:val="20"/>
        </w:rPr>
        <w:t>1:37:11  mahaz ek sawal ek jawab se masla hal nahi ho sakta hai.</w:t>
      </w:r>
      <w:r>
        <w:br/>
      </w:r>
      <w:r>
        <w:rPr>
          <w:sz w:val="20"/>
        </w:rPr>
        <w:t>1:37:16  aap mutala ki jiye, risala ka mutala ki jiye, hamari kitabon ka mutala ki jiye.</w:t>
      </w:r>
      <w:r>
        <w:br/>
      </w:r>
      <w:r>
        <w:rPr>
          <w:sz w:val="20"/>
        </w:rPr>
        <w:t>1:37:20  kaise sahib, koi khas kitab batayein un ko? akhirat ka safar hai.</w:t>
      </w:r>
      <w:r>
        <w:br/>
      </w:r>
      <w:r>
        <w:rPr>
          <w:sz w:val="20"/>
        </w:rPr>
        <w:t>1:37:25  ek kitab hai akhirat ka safar, us ko aap parhiye.</w:t>
      </w:r>
      <w:r>
        <w:br/>
      </w:r>
      <w:r>
        <w:rPr>
          <w:sz w:val="20"/>
        </w:rPr>
        <w:t>1:37:30  inshallah aap ka jawab mil jayega is mein.</w:t>
      </w:r>
    </w:p>
    <w:p>
      <w:pPr>
        <w:pStyle w:val="Heading2"/>
      </w:pPr>
      <w:r>
        <w:t>Significance of God's attribute of mercy</w:t>
      </w:r>
    </w:p>
    <w:p>
      <w:r>
        <w:rPr>
          <w:color w:val="666666"/>
          <w:sz w:val="18"/>
        </w:rPr>
        <w:t>Faith &amp; God · The Creation Plan of God I February 14, 2016 · 1m 05s · at 1:09:22 · https://youtu.be/BzfZIALqyNI?t=4162</w:t>
      </w:r>
    </w:p>
    <w:p>
      <w:r>
        <w:rPr>
          <w:i/>
        </w:rPr>
        <w:t>“One of the attributes of God is that He is the Most Merciful. What is the significance of this attribute?”</w:t>
      </w:r>
    </w:p>
    <w:p>
      <w:r>
        <w:rPr>
          <w:sz w:val="20"/>
        </w:rPr>
        <w:t>1:09:22  maulana, agla sawal bhopal se hai.</w:t>
      </w:r>
      <w:r>
        <w:br/>
      </w:r>
      <w:r>
        <w:rPr>
          <w:sz w:val="20"/>
        </w:rPr>
        <w:t>1:09:24  فیروز صاحب نے کیا ہے اور انہوں نے لکھا ہے کہ: "One of the attributes of God has</w:t>
      </w:r>
      <w:r>
        <w:br/>
      </w:r>
      <w:r>
        <w:rPr>
          <w:sz w:val="20"/>
        </w:rPr>
        <w:t>1:09:32  he mentioned that he is the most merciful.</w:t>
      </w:r>
      <w:r>
        <w:br/>
      </w:r>
      <w:r>
        <w:rPr>
          <w:sz w:val="20"/>
        </w:rPr>
        <w:t>1:09:36  مولانا، "Why is it then that Muslims always live in the attitude of revenge and anger?" تو بھئی،</w:t>
      </w:r>
      <w:r>
        <w:br/>
      </w:r>
      <w:r>
        <w:rPr>
          <w:sz w:val="20"/>
        </w:rPr>
        <w:t>1:09:43  woh koi khuda ki taraf se to hi kar rahe hain.</w:t>
      </w:r>
      <w:r>
        <w:br/>
      </w:r>
      <w:r>
        <w:rPr>
          <w:sz w:val="20"/>
        </w:rPr>
        <w:t>1:09:48  woh apne freedom ko use kar rahe hain, apne freedom ko misuse kar rahe hain.</w:t>
      </w:r>
      <w:r>
        <w:br/>
      </w:r>
      <w:r>
        <w:rPr>
          <w:sz w:val="20"/>
        </w:rPr>
        <w:t>1:09:55  musalman jab revenge karte hain to woh koi khuda ki taraf se thori karte hain, woh apni taraf</w:t>
      </w:r>
      <w:r>
        <w:br/>
      </w:r>
      <w:r>
        <w:rPr>
          <w:sz w:val="20"/>
        </w:rPr>
        <w:t>1:10:03  se karte hain.</w:t>
      </w:r>
      <w:r>
        <w:br/>
      </w:r>
      <w:r>
        <w:rPr>
          <w:sz w:val="20"/>
        </w:rPr>
        <w:t>1:10:04  apni taraf se karte hain to is ka matlab apni freedom ko woh istemal kar rahe hain.</w:t>
      </w:r>
      <w:r>
        <w:br/>
      </w:r>
      <w:r>
        <w:rPr>
          <w:sz w:val="20"/>
        </w:rPr>
        <w:t>1:10:11  agarche woh misuse, misuse hai, yeh to akhirat mein ja kar faisla aur hisab dunya mein</w:t>
      </w:r>
      <w:r>
        <w:br/>
      </w:r>
      <w:r>
        <w:rPr>
          <w:sz w:val="20"/>
        </w:rPr>
        <w:t>1:10:19  nahi hoga.</w:t>
      </w:r>
      <w:r>
        <w:br/>
      </w:r>
      <w:r>
        <w:rPr>
          <w:sz w:val="20"/>
        </w:rPr>
        <w:t>1:10:21  akhirat mein har aadmi ka hisab hoga, dunya mein to us ko azadi rahe gi.</w:t>
      </w:r>
    </w:p>
    <w:p>
      <w:pPr>
        <w:pStyle w:val="Heading2"/>
      </w:pPr>
      <w:r>
        <w:t>Significance of honorifics for prophets and companions</w:t>
      </w:r>
    </w:p>
    <w:p>
      <w:r>
        <w:rPr>
          <w:color w:val="666666"/>
          <w:sz w:val="18"/>
        </w:rPr>
        <w:t>Faith &amp; God · Question &amp; Answer Jan 6th 2013 - Maulana Wahiduddin Kahn · 3m 16s · at 9:23 · https://youtu.be/1FAK1QuHEpw?t=563</w:t>
      </w:r>
    </w:p>
    <w:p>
      <w:r>
        <w:rPr>
          <w:i/>
        </w:rPr>
        <w:t>“Many people object to your writings that you do not use 'alayhis salam' or 'radiyallahu anhu' for prophets and companions. My question is: What is their religious significance or not?”</w:t>
      </w:r>
    </w:p>
    <w:p>
      <w:r>
        <w:rPr>
          <w:sz w:val="20"/>
        </w:rPr>
        <w:t>9:23  Maulana, agla sawal Badr, Karnataka se hai, Yunusuddin sahib ka. Unhone likha hai:</w:t>
      </w:r>
      <w:r>
        <w:br/>
      </w:r>
      <w:r>
        <w:rPr>
          <w:sz w:val="20"/>
        </w:rPr>
        <w:t>9:33  "Maulana, aksar log aap ki tehreer par yeh aitraaz karte hain ke aap anbiya aur sahaba par alaihi assalam ya radiallahu anhu nahi lagate."</w:t>
      </w:r>
      <w:r>
        <w:br/>
      </w:r>
      <w:r>
        <w:rPr>
          <w:sz w:val="20"/>
        </w:rPr>
        <w:t>9:45  Maulana, mera sawal yeh hai ke un ki deeni aitbaar se kya ahmiyat hai ya nahi hai?"</w:t>
      </w:r>
      <w:r>
        <w:br/>
      </w:r>
      <w:r>
        <w:rPr>
          <w:sz w:val="20"/>
        </w:rPr>
        <w:t>9:52  Kuch bhi nahi hai. Aap sahaba ki jo kitabein hain us ko padhiye. Yeh sab jhoote aitrazaat hain, jhoote.</w:t>
      </w:r>
      <w:r>
        <w:br/>
      </w:r>
      <w:r>
        <w:rPr>
          <w:sz w:val="20"/>
        </w:rPr>
        <w:t>10:01  Jhoote se kam belafz nahi hai. Sahaba ke bare mein bahut si kitabein maujood hain, un ko padhiye.</w:t>
      </w:r>
      <w:r>
        <w:br/>
      </w:r>
      <w:r>
        <w:rPr>
          <w:sz w:val="20"/>
        </w:rPr>
        <w:t>10:11  Aap is qism ka aaj kal masnooi culture bana hua hai, aaj kal masnooi culture. Banawati culture. Aage peeche lagayenge ilqaab. Woh aisa nahi kehte the.</w:t>
      </w:r>
      <w:r>
        <w:br/>
      </w:r>
      <w:r>
        <w:rPr>
          <w:sz w:val="20"/>
        </w:rPr>
        <w:t>10:22  Misalan mein aap ko ek waqia bataoon. Rasool Allah sallallahu alaihi wasallam ki wafat hui. Yaani poora mission poora kar ke aap ki wafat hui, aap ki Madina mein.</w:t>
      </w:r>
      <w:r>
        <w:br/>
      </w:r>
      <w:r>
        <w:rPr>
          <w:sz w:val="20"/>
        </w:rPr>
        <w:t>10:33  Toh us waqt wahan par kai log aise the jin ko ke bahut pareshani hui ke Rasool Allah nahi rahe duniya mein, ab kya hoga? Bahut pareshan the.</w:t>
      </w:r>
      <w:r>
        <w:br/>
      </w:r>
      <w:r>
        <w:rPr>
          <w:sz w:val="20"/>
        </w:rPr>
        <w:t>10:43  Toh jo sab se zyada senior, most aadmi the woh the Abu Bakr Siddiq. Woh aaye. Woh us waqt Madine se bahar the.</w:t>
      </w:r>
      <w:r>
        <w:br/>
      </w:r>
      <w:r>
        <w:rPr>
          <w:sz w:val="20"/>
        </w:rPr>
        <w:t>10:53  Jab khabar suni toh aaye. Toh Rasool Allah ki jo, yaani, jism tha, jo body tha aap ka, us par chadar logon ne phaila diya tha.</w:t>
      </w:r>
      <w:r>
        <w:br/>
      </w:r>
      <w:r>
        <w:rPr>
          <w:sz w:val="20"/>
        </w:rPr>
        <w:t>11:05  Toh unhone chadar uthai, aap ke chehre ko dekha aur kaha: "Man kan ya Muhammad fa inna Muhammad qad mat wa man kan ya abda Muhammad fa inna Allah hayyun la yamoot".</w:t>
      </w:r>
      <w:r>
        <w:br/>
      </w:r>
      <w:r>
        <w:rPr>
          <w:sz w:val="20"/>
        </w:rPr>
        <w:t>11:20  Yeh nahi ke Muhammad ke saath aage peeche bahut se lafz lagaye woh. Bas saada tor par kaha unhone: "Man kan ya abda Muhammad fa inna Muhammad qad mat".</w:t>
      </w:r>
      <w:r>
        <w:br/>
      </w:r>
      <w:r>
        <w:rPr>
          <w:sz w:val="20"/>
        </w:rPr>
        <w:t>11:32  wahan aate the log, ya muhammad, yeh sab bolte the. dekhiye, islam jo hai nature par base karta hai. yeh banawati culture jo bataiye, zawal ke daur, yeh yeh musalman is zamane mein zawal ke daur mein hain, zawal.</w:t>
      </w:r>
      <w:r>
        <w:br/>
      </w:r>
      <w:r>
        <w:rPr>
          <w:sz w:val="20"/>
        </w:rPr>
        <w:t>11:46  girawat ke daur mein. tab yeh sab banawati baatein bahut badh gayi hain. jab ummat zinda thi tab yeh sab culture hi chalta tha, banawati culture.</w:t>
      </w:r>
      <w:r>
        <w:br/>
      </w:r>
      <w:r>
        <w:rPr>
          <w:sz w:val="20"/>
        </w:rPr>
        <w:t>11:59  to mein yeh kahunga ke aaj kal ki jo zawal yafta log hain un ko le kar mat rai qaim kijie. aap sahaba ko le kar rai qaim kijie. sahaba ki zuban kya hoti thi?</w:t>
      </w:r>
      <w:r>
        <w:br/>
      </w:r>
      <w:r>
        <w:rPr>
          <w:sz w:val="20"/>
        </w:rPr>
        <w:t>12:14  aap sahaba ke bare mein kitabein padhiye, is mein aap khud hi jawab pa lenge ke wahan yeh sab banawati zuban chalti nahi thi wahan par. to mein to sahaba ke ke ko model samajhta hoon, aaj kal logon ko model nahi samajhta mein.</w:t>
      </w:r>
      <w:r>
        <w:br/>
      </w:r>
      <w:r>
        <w:rPr>
          <w:sz w:val="20"/>
        </w:rPr>
        <w:t>12:29  aaj kal ke log kya karte hain woh mere model nahi hain mere liye. sahaba mere model hain. to aap pehle sahaba wali kitabein padhiye, phir yeh sawal kijie.</w:t>
      </w:r>
    </w:p>
    <w:p>
      <w:pPr>
        <w:pStyle w:val="Heading2"/>
      </w:pPr>
      <w:r>
        <w:t>Significance of teaching Adam repentance words</w:t>
      </w:r>
    </w:p>
    <w:p>
      <w:r>
        <w:rPr>
          <w:color w:val="666666"/>
          <w:sz w:val="18"/>
        </w:rPr>
        <w:t>Faith &amp; God · Dars-e-Quran, Chapter 2, Verse 37 | January  07, 2018 · 1m 53s · at 54:28 · https://youtu.be/ao6Cr57KuEM?t=3268</w:t>
      </w:r>
    </w:p>
    <w:p>
      <w:r>
        <w:rPr>
          <w:i/>
        </w:rPr>
        <w:t>“Why did Allah choose to teach Adam the words of repentance? What was the significance of giving Adam those words?”</w:t>
      </w:r>
    </w:p>
    <w:p>
      <w:r>
        <w:rPr>
          <w:sz w:val="20"/>
        </w:rPr>
        <w:t>54:28  مولانا، اگلا سوال کشمیر سے عامر موری صاحب نے بھیجا ہے، انہوں نے لکھا ہے: "We have learned</w:t>
      </w:r>
      <w:r>
        <w:br/>
      </w:r>
      <w:r>
        <w:rPr>
          <w:sz w:val="20"/>
        </w:rPr>
        <w:t>54:38  That repentance is the feeling of acknowledging one's mistakes and then striving to come back to the right path.</w:t>
      </w:r>
      <w:r>
        <w:br/>
      </w:r>
      <w:r>
        <w:rPr>
          <w:sz w:val="20"/>
        </w:rPr>
        <w:t>54:48  My question is: Why Allah chose to teach Adam the words of repentance? What was the significance of giving Adam</w:t>
      </w:r>
      <w:r>
        <w:br/>
      </w:r>
      <w:r>
        <w:rPr>
          <w:sz w:val="20"/>
        </w:rPr>
        <w:t>54:58  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r>
        <w:br/>
      </w:r>
      <w:r>
        <w:rPr>
          <w:sz w:val="20"/>
        </w:rPr>
        <w:t>55:28  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r>
        <w:br/>
      </w:r>
      <w:r>
        <w:rPr>
          <w:sz w:val="20"/>
        </w:rPr>
        <w:t>55:58  batana hi tha, nahi to example set kaise hota? example kaise set hota? main to samajhta hoon ke</w:t>
      </w:r>
      <w:r>
        <w:br/>
      </w:r>
      <w:r>
        <w:rPr>
          <w:sz w:val="20"/>
        </w:rPr>
        <w:t>56:06  Allah ka yeh introduction tha jo right time par hua.</w:t>
      </w:r>
      <w:r>
        <w:br/>
      </w:r>
      <w:r>
        <w:rPr>
          <w:sz w:val="20"/>
        </w:rPr>
        <w:t>56:13  agar introduction na hota to phir bhi insan bhatka rehta.</w:t>
      </w:r>
    </w:p>
    <w:p>
      <w:pPr>
        <w:pStyle w:val="Heading2"/>
      </w:pPr>
      <w:r>
        <w:t>Signs of loving God and being loved by God</w:t>
      </w:r>
    </w:p>
    <w:p>
      <w:r>
        <w:rPr>
          <w:color w:val="666666"/>
          <w:sz w:val="18"/>
        </w:rPr>
        <w:t>Faith &amp; God · Revival of Abrahamic Mission October 28, 2012 · 3m 41s · at 1:12:15 · https://youtu.be/9mV72V5gsqM?t=4335</w:t>
      </w:r>
    </w:p>
    <w:p>
      <w:r>
        <w:rPr>
          <w:i/>
        </w:rPr>
        <w:t>“What are the signs that a person loves God and also what are the signs that God loves a person?”</w:t>
      </w:r>
    </w:p>
    <w:p>
      <w:r>
        <w:rPr>
          <w:sz w:val="20"/>
        </w:rPr>
        <w:t>1:12:15  maulana, agla sawal roorkee se hai sajid anwar sa</w:t>
      </w:r>
      <w:r>
        <w:br/>
      </w:r>
      <w:r>
        <w:rPr>
          <w:sz w:val="20"/>
        </w:rPr>
        <w:t>1:12:19  ahib ka. unhon ne likha hai: "maulana, what are the signs that a person loves God and also what are the signs that God loves a person?" is ke baray mein batayein.</w:t>
      </w:r>
      <w:r>
        <w:br/>
      </w:r>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Starting learning Islam amidst sects</w:t>
      </w:r>
    </w:p>
    <w:p>
      <w:r>
        <w:rPr>
          <w:color w:val="666666"/>
          <w:sz w:val="18"/>
        </w:rPr>
        <w:t>Faith &amp; God · Example of the Prophet March 20, 2016 · 2m 39s · at 1:13:24 · https://youtu.be/79HmhzXU41w?t=4404</w:t>
      </w:r>
    </w:p>
    <w:p>
      <w:r>
        <w:rPr>
          <w:i/>
        </w:rPr>
        <w:t>“How can one start learning about Islam as there are so many sects, thousands of literature and point of views, especially for people born in Islamic country like Pakistan?”</w:t>
      </w:r>
    </w:p>
    <w:p>
      <w:r>
        <w:rPr>
          <w:sz w:val="20"/>
        </w:rPr>
        <w:t>1:13:24  Maulana, agla sawal Zulfiqar Khan Sahab ka hai Pakistan se, aur unhon ne likha hai How can one</w:t>
      </w:r>
      <w:r>
        <w:br/>
      </w:r>
      <w:r>
        <w:rPr>
          <w:sz w:val="20"/>
        </w:rPr>
        <w:t>1:13:32  start learning about Islam as there are so many sects, thousands of literature and point of views, especially</w:t>
      </w:r>
      <w:r>
        <w:br/>
      </w:r>
      <w:r>
        <w:rPr>
          <w:sz w:val="20"/>
        </w:rPr>
        <w:t>1:13:40  for people born in Islamic country like Pakistan,</w:t>
      </w:r>
      <w:r>
        <w:br/>
      </w:r>
      <w:r>
        <w:rPr>
          <w:sz w:val="20"/>
        </w:rPr>
        <w:t>1:13:45  what would be your advice to all of us?</w:t>
      </w:r>
      <w:r>
        <w:br/>
      </w:r>
      <w:r>
        <w:rPr>
          <w:sz w:val="20"/>
        </w:rPr>
        <w:t>1:13:50  dekhiye, Islam koi aisi baat nahi ke ek aadmi ne bataya, aap ne maan liya ke saare log</w:t>
      </w:r>
      <w:r>
        <w:br/>
      </w:r>
      <w:r>
        <w:rPr>
          <w:sz w:val="20"/>
        </w:rPr>
        <w:t>1:13:56  ek hi baat kahein aur aap us ko sun kar maan lein.</w:t>
      </w:r>
      <w:r>
        <w:br/>
      </w:r>
      <w:r>
        <w:rPr>
          <w:sz w:val="20"/>
        </w:rPr>
        <w:t>1:14:00  yeh hai hi nahi.</w:t>
      </w:r>
      <w:r>
        <w:br/>
      </w:r>
      <w:r>
        <w:rPr>
          <w:sz w:val="20"/>
        </w:rPr>
        <w:t>1:14:00  Islam Islam self discovered, is</w:t>
      </w:r>
      <w:r>
        <w:br/>
      </w:r>
      <w:r>
        <w:rPr>
          <w:sz w:val="20"/>
        </w:rPr>
        <w:t>1:14:06  daryaft ka naam hai.</w:t>
      </w:r>
      <w:r>
        <w:br/>
      </w:r>
      <w:r>
        <w:rPr>
          <w:sz w:val="20"/>
        </w:rPr>
        <w:t>1:14:09  Quran mein is ko kaha gaya marifat,</w:t>
      </w:r>
      <w:r>
        <w:br/>
      </w:r>
      <w:r>
        <w:rPr>
          <w:sz w:val="20"/>
        </w:rPr>
        <w:t>1:14:13  marifat ka naam Islam hai.</w:t>
      </w:r>
      <w:r>
        <w:br/>
      </w:r>
      <w:r>
        <w:rPr>
          <w:sz w:val="20"/>
        </w:rPr>
        <w:t>1:14:15  yani islam wahi hai jo aap ne khud discover kiya ho,</w:t>
      </w:r>
      <w:r>
        <w:br/>
      </w:r>
      <w:r>
        <w:rPr>
          <w:sz w:val="20"/>
        </w:rPr>
        <w:t>1:14:21  khud discover kiya ho, tab woh islam hai, warna islam hi nahi hai.</w:t>
      </w:r>
      <w:r>
        <w:br/>
      </w:r>
      <w:r>
        <w:rPr>
          <w:sz w:val="20"/>
        </w:rPr>
        <w:t>1:14:23  woh toh dunya mein ikhtilaf toh rahega.</w:t>
      </w:r>
      <w:r>
        <w:br/>
      </w:r>
      <w:r>
        <w:rPr>
          <w:sz w:val="20"/>
        </w:rPr>
        <w:t>1:14:30  aap chahte hain ikhtilafat na hon, toh yeh possible nahi hai.</w:t>
      </w:r>
      <w:r>
        <w:br/>
      </w:r>
      <w:r>
        <w:rPr>
          <w:sz w:val="20"/>
        </w:rPr>
        <w:t>1:14:33  Allah ne sab ko ijazat de di hai</w:t>
      </w:r>
      <w:r>
        <w:br/>
      </w:r>
      <w:r>
        <w:rPr>
          <w:sz w:val="20"/>
        </w:rPr>
        <w:t>1:14:36  ke apne jo jo</w:t>
      </w:r>
      <w:r>
        <w:br/>
      </w:r>
      <w:r>
        <w:rPr>
          <w:sz w:val="20"/>
        </w:rPr>
        <w:t>1:14:38  jo chahe bole, jo chahe soche,</w:t>
      </w:r>
      <w:r>
        <w:br/>
      </w:r>
      <w:r>
        <w:rPr>
          <w:sz w:val="20"/>
        </w:rPr>
        <w:t>1:14:42  virus na kare.</w:t>
      </w:r>
      <w:r>
        <w:br/>
      </w:r>
      <w:r>
        <w:rPr>
          <w:sz w:val="20"/>
        </w:rPr>
        <w:t>1:14:43  bas yeh hai toh ikhtilafat hain aur rahenge, hamesha qayamat tak rahenge.</w:t>
      </w:r>
      <w:r>
        <w:br/>
      </w:r>
      <w:r>
        <w:rPr>
          <w:sz w:val="20"/>
        </w:rPr>
        <w:t>1:14:48  aur islam yeh hai hi nahi ke muttafiqa taur par sab log ek baat kahein aur usko</w:t>
      </w:r>
      <w:r>
        <w:br/>
      </w:r>
      <w:r>
        <w:rPr>
          <w:sz w:val="20"/>
        </w:rPr>
        <w:t>1:14:53  maan lein, aap woh islam hi nahi hai.</w:t>
      </w:r>
      <w:r>
        <w:br/>
      </w:r>
      <w:r>
        <w:rPr>
          <w:sz w:val="20"/>
        </w:rPr>
        <w:t>1:14:56  islam naam hai self discovered, daryaft ka naam.</w:t>
      </w:r>
      <w:r>
        <w:br/>
      </w:r>
      <w:r>
        <w:rPr>
          <w:sz w:val="20"/>
        </w:rPr>
        <w:t>1:15:00  aap khud apne mutale se daryaft karein ke is dunya ka ek aalim, ek ek khaliq hai, ek</w:t>
      </w:r>
      <w:r>
        <w:br/>
      </w:r>
      <w:r>
        <w:rPr>
          <w:sz w:val="20"/>
        </w:rPr>
        <w:t>1:15:07  ek ek bohat bari hasti hai jo sare aalam ko apne control mein liye hue hai.</w:t>
      </w:r>
      <w:r>
        <w:br/>
      </w:r>
      <w:r>
        <w:rPr>
          <w:sz w:val="20"/>
        </w:rPr>
        <w:t>1:15:12  aap ke rongte khade ho jayein, aap ke body ke yeh sochte hue ke kaisa ajeeb hoga, Khuda</w:t>
      </w:r>
      <w:r>
        <w:br/>
      </w:r>
      <w:r>
        <w:rPr>
          <w:sz w:val="20"/>
        </w:rPr>
        <w:t>1:15:18  yeh itni itni bari dunya banai.</w:t>
      </w:r>
      <w:r>
        <w:br/>
      </w:r>
      <w:r>
        <w:rPr>
          <w:sz w:val="20"/>
        </w:rPr>
        <w:t>1:15:21  yeh koi islam hai ke sab logon ne mil kar kaha ke ek baat, aap ne usko</w:t>
      </w:r>
      <w:r>
        <w:br/>
      </w:r>
      <w:r>
        <w:rPr>
          <w:sz w:val="20"/>
        </w:rPr>
        <w:t>1:15:25  maan liya. Islam koi legal point hai? Islam legal point nahi hai, islam ek discovery hai, ek marifat</w:t>
      </w:r>
      <w:r>
        <w:br/>
      </w:r>
      <w:r>
        <w:rPr>
          <w:sz w:val="20"/>
        </w:rPr>
        <w:t>1:15:32  hai, ek daryaft hai.</w:t>
      </w:r>
      <w:r>
        <w:br/>
      </w:r>
      <w:r>
        <w:rPr>
          <w:sz w:val="20"/>
        </w:rPr>
        <w:t>1:15:35  toh ikhtilafat hain toh rehne dijiye, aap khud sochein, khud discover kijiye, khud mutala kijiye, aur self discovered</w:t>
      </w:r>
      <w:r>
        <w:br/>
      </w:r>
      <w:r>
        <w:rPr>
          <w:sz w:val="20"/>
        </w:rPr>
        <w:t>1:15:45  marifat pe khade hona koshish kijiye.</w:t>
      </w:r>
      <w:r>
        <w:br/>
      </w:r>
      <w:r>
        <w:rPr>
          <w:sz w:val="20"/>
        </w:rPr>
        <w:t>1:15:48  har har fard ko self discovered marifat pe khada hona hai.</w:t>
      </w:r>
      <w:r>
        <w:br/>
      </w:r>
      <w:r>
        <w:rPr>
          <w:sz w:val="20"/>
        </w:rPr>
        <w:t>1:15:53  agar suni hui baaton ko le kar ke woh maan lega toh woh manna manna nahi hai,</w:t>
      </w:r>
      <w:r>
        <w:br/>
      </w:r>
      <w:r>
        <w:rPr>
          <w:sz w:val="20"/>
        </w:rPr>
        <w:t>1:15:59  woh kuch bhi nahi, nothing hai.</w:t>
      </w:r>
    </w:p>
    <w:p>
      <w:pPr>
        <w:pStyle w:val="Heading2"/>
      </w:pPr>
      <w:r>
        <w:t>Starting point of God-realization</w:t>
      </w:r>
    </w:p>
    <w:p>
      <w:r>
        <w:rPr>
          <w:color w:val="666666"/>
          <w:sz w:val="18"/>
        </w:rPr>
        <w:t>Faith &amp; God · Realization of God September 15, 2013 · 1m 23s · at 1:04:18 · https://youtu.be/CNEEeM5uyi8?t=3858</w:t>
      </w:r>
    </w:p>
    <w:p>
      <w:r>
        <w:rPr>
          <w:i/>
        </w:rPr>
        <w:t>“Maulana, what is the starting point of ma'rifat and God-realization? Please answer me in detail.”</w:t>
      </w:r>
    </w:p>
    <w:p>
      <w:r>
        <w:rPr>
          <w:sz w:val="20"/>
        </w:rPr>
        <w:t>1:04:18  Maulana, agla sawal Panipat se hai, Javed sahab ka. Unhone aapse poocha hai: "Maulana, what is the starting point of marifat or God realization?</w:t>
      </w:r>
      <w:r>
        <w:br/>
      </w:r>
      <w:r>
        <w:rPr>
          <w:sz w:val="20"/>
        </w:rPr>
        <w:t>1:04:30  Please answer me in detail." Ab main yeh kahunga: Aap bhai, kitaab sab se pehle padhiye, kitaab marifat. Baghair padhe hue log sawal karte hain.</w:t>
      </w:r>
      <w:r>
        <w:br/>
      </w:r>
      <w:r>
        <w:rPr>
          <w:sz w:val="20"/>
        </w:rPr>
        <w:t>1:04:41  Meri kitaab hai, moti si kitaab marifat, usko padhiye, phir sawal kijiye to main uska jawab dunga, inshallah.</w:t>
      </w:r>
      <w:r>
        <w:br/>
      </w:r>
      <w:r>
        <w:rPr>
          <w:sz w:val="20"/>
        </w:rPr>
        <w:t>1:04:49  Kitaab marifat kehte hain safhat hain, aap 624. Kitaab marifat ke 624 safhat hain, uske moti si kitaab hai, bohat hi detail mein hai.</w:t>
      </w:r>
      <w:r>
        <w:br/>
      </w:r>
      <w:r>
        <w:rPr>
          <w:sz w:val="20"/>
        </w:rPr>
        <w:t>1:04:59  Woh usko aap padhiye aur phir sawal kijiye. Dekhein, sawal karne ka tareeqa yeh hai ke aap homework kar chuke hon. Aap log homework karte nahi hain aur sawal kar dete hain.</w:t>
      </w:r>
      <w:r>
        <w:br/>
      </w:r>
      <w:r>
        <w:rPr>
          <w:sz w:val="20"/>
        </w:rPr>
        <w:t>1:05:10  Homework kiya hai?</w:t>
      </w:r>
      <w:r>
        <w:br/>
      </w:r>
      <w:r>
        <w:rPr>
          <w:sz w:val="20"/>
        </w:rPr>
        <w:t>1:05:12  Apne bas ki jahad karna, apni bas ki chhanbeen karna. Yaani khud jo aadmi chhanbeen kar sakta hai, woh kar chuka ho.</w:t>
      </w:r>
      <w:r>
        <w:br/>
      </w:r>
      <w:r>
        <w:rPr>
          <w:sz w:val="20"/>
        </w:rPr>
        <w:t>1:05:23  Yeh hai homework. Aam taur par logon ka mizaj hai ke homework karte nahi, woh sawal kar dete hain. To aapse mashwara to mujhe hai ke aap ka homework yeh hai ke aap meri kitaab jo hai, usko padhein aur uske baad aap sawal karein.</w:t>
      </w:r>
    </w:p>
    <w:p>
      <w:pPr>
        <w:pStyle w:val="Heading2"/>
      </w:pPr>
      <w:r>
        <w:t>Starting point of true God realization</w:t>
      </w:r>
    </w:p>
    <w:p>
      <w:r>
        <w:rPr>
          <w:color w:val="666666"/>
          <w:sz w:val="18"/>
        </w:rPr>
        <w:t>Faith &amp; God · Dars-e-Quran, Chapter 39, Vs 67 (Glory of God) July 29, 2018 Maulana Wahiduddin Khan · 3m 33s · at 59:34 · https://youtu.be/xKvuhx08hQ4?t=3574</w:t>
      </w:r>
    </w:p>
    <w:p>
      <w:r>
        <w:rPr>
          <w:i/>
        </w:rPr>
        <w:t>“What is the starting point of true God realization? Kindly guide and help us to understand it with some of your personal experiences.”</w:t>
      </w:r>
    </w:p>
    <w:p>
      <w:r>
        <w:rPr>
          <w:sz w:val="20"/>
        </w:rPr>
        <w:t>59:34  Maulana, agla sawal lete hain. Srinagar se Aamir Mori sahib ne bheja hai. unhone aapse poocha hai ke: "Maulana sahib, what is the starting point of true God realization?</w:t>
      </w:r>
      <w:r>
        <w:br/>
      </w:r>
      <w:r>
        <w:rPr>
          <w:sz w:val="20"/>
        </w:rPr>
        <w:t>59:48  Kindly guide and help us to understand it with some of your personal experiences."</w:t>
      </w:r>
      <w:r>
        <w:br/>
      </w:r>
      <w:r>
        <w:rPr>
          <w:sz w:val="20"/>
        </w:rPr>
        <w:t>59:58  mera to yahi hai jo abhi maine kaha ke maine apne aap ko discover kiya ke main ek zaeef insaan ke taur par paida hua hoon, qavi insaan ke taur par nahi.</w:t>
      </w:r>
      <w:r>
        <w:br/>
      </w:r>
      <w:r>
        <w:rPr>
          <w:sz w:val="20"/>
        </w:rPr>
        <w:t>1:00:14  to maine apne zouq zouq ko jab daryaft kiya to mujhe laga ke yeh to bohat badi baat hai ke zouq ko jo daryaft karta hai, wo wo apni modesty ko daryaft karta hai.</w:t>
      </w:r>
      <w:r>
        <w:br/>
      </w:r>
      <w:r>
        <w:rPr>
          <w:sz w:val="20"/>
        </w:rPr>
        <w:t>1:00:29  zaeef insaan ke paas modesty ke siwa kuch aur hota hi nahi. kya karega wo modesty ke siwa?</w:t>
      </w:r>
      <w:r>
        <w:br/>
      </w:r>
      <w:r>
        <w:rPr>
          <w:sz w:val="20"/>
        </w:rPr>
        <w:t>1:00:38  to mein ne sab se pehle apne zaoq ko daryaft kiya, phir mujhe modesty mili, aur modesty ke</w:t>
      </w:r>
      <w:r>
        <w:br/>
      </w:r>
      <w:r>
        <w:rPr>
          <w:sz w:val="20"/>
        </w:rPr>
        <w:t>1:00:48  baad mujhe yeh anokhi daryaft hui</w:t>
      </w:r>
      <w:r>
        <w:br/>
      </w:r>
      <w:r>
        <w:rPr>
          <w:sz w:val="20"/>
        </w:rPr>
        <w:t>1:00:53  ke insaan ko to bohat bara moqa diya hai Allah taala ne</w:t>
      </w:r>
      <w:r>
        <w:br/>
      </w:r>
      <w:r>
        <w:rPr>
          <w:sz w:val="20"/>
        </w:rPr>
        <w:t>1:01:00  modesty ke through</w:t>
      </w:r>
      <w:r>
        <w:br/>
      </w:r>
      <w:r>
        <w:rPr>
          <w:sz w:val="20"/>
        </w:rPr>
        <w:t>1:01:02  ke woh all powerful God ke muqable mein</w:t>
      </w:r>
      <w:r>
        <w:br/>
      </w:r>
      <w:r>
        <w:rPr>
          <w:sz w:val="20"/>
        </w:rPr>
        <w:t>1:01:08  all powerless ka doosra extend banata hai.</w:t>
      </w:r>
      <w:r>
        <w:br/>
      </w:r>
      <w:r>
        <w:rPr>
          <w:sz w:val="20"/>
        </w:rPr>
        <w:t>1:01:11  yeh to bohat hi bari darja hai. to mera jo process hai, woh yehi hai. maine jo paya hai is haqeeqat ko to is ka process yehi tha ke pehle maine daryaft kiya apne zauq ko, phir maine daryaft kiya ke zauq leads to modesty.</w:t>
      </w:r>
      <w:r>
        <w:br/>
      </w:r>
      <w:r>
        <w:rPr>
          <w:sz w:val="20"/>
        </w:rPr>
        <w:t>1:01:39  aur jab maine modesty ko daryaft kiya, tab maine is baat ko daryaft kiya ke woh insaan jo jis ko Allah ne zaeef paida kiya ho aur modesty ke halaat is ke hon,</w:t>
      </w:r>
      <w:r>
        <w:br/>
      </w:r>
      <w:r>
        <w:rPr>
          <w:sz w:val="20"/>
        </w:rPr>
        <w:t>1:01:55  is ko to aik bohat bari nemat mili hai ke woh is kainat mein poori kainat mein aik aisa kaam karta hai jo koi nahi kar sakta siwaye insaan ke, zaeef insaan ke.</w:t>
      </w:r>
      <w:r>
        <w:br/>
      </w:r>
      <w:r>
        <w:rPr>
          <w:sz w:val="20"/>
        </w:rPr>
        <w:t>1:02:11  aur woh hai Allah Rabb-ul-Alameen ke muqable mein,</w:t>
      </w:r>
      <w:r>
        <w:br/>
      </w:r>
      <w:r>
        <w:rPr>
          <w:sz w:val="20"/>
        </w:rPr>
        <w:t>1:02:18  yani Allah the all powerful ke muqable mein, God the all powerful.</w:t>
      </w:r>
      <w:r>
        <w:br/>
      </w:r>
      <w:r>
        <w:rPr>
          <w:sz w:val="20"/>
        </w:rPr>
        <w:t>1:02:29  God the all powerful ke muqable mein mind the all powerless ka doosra extend banata hai. main phir is ko dohraunga ke</w:t>
      </w:r>
      <w:r>
        <w:br/>
      </w:r>
      <w:r>
        <w:rPr>
          <w:sz w:val="20"/>
        </w:rPr>
        <w:t>1:02:43  God the all all powerful ke muqable mein insaan the all powerless ka shaoori extend banana yeh is ka maqdar hai.</w:t>
      </w:r>
      <w:r>
        <w:br/>
      </w:r>
      <w:r>
        <w:rPr>
          <w:sz w:val="20"/>
        </w:rPr>
        <w:t>1:02:58  is process ko aap ab ikhtiyar karen to aap bhi is mein hissa paayenge.</w:t>
      </w:r>
    </w:p>
    <w:p>
      <w:pPr>
        <w:pStyle w:val="Heading2"/>
      </w:pPr>
      <w:r>
        <w:t>Staying connected to faith in modern times</w:t>
      </w:r>
    </w:p>
    <w:p>
      <w:r>
        <w:rPr>
          <w:color w:val="666666"/>
          <w:sz w:val="18"/>
        </w:rPr>
        <w:t>Faith &amp; God · The Quran September 20, 2020 Maulana Wahiduddin Khan · 2m 55s · at 24:26 · https://youtu.be/yQZGg2A0-Tk?t=1466</w:t>
      </w:r>
    </w:p>
    <w:p>
      <w:r>
        <w:rPr>
          <w:i/>
        </w:rPr>
        <w:t>“In this modern and rational time, how can we keep ourselves connected to religion? Please tell us about this.”</w:t>
      </w:r>
    </w:p>
    <w:p>
      <w:r>
        <w:rPr>
          <w:sz w:val="20"/>
        </w:rPr>
        <w:t>24:26  maulana azam garh se ek student hain, abu suhma. unhon ne sawal bheja hai. unhon ne likha hai: "is modern aur rational waqt mein hum apne aap ko deen se kaise jode rakhein?</w:t>
      </w:r>
      <w:r>
        <w:br/>
      </w:r>
      <w:r>
        <w:rPr>
          <w:sz w:val="20"/>
        </w:rPr>
        <w:t>24:42  us ke bare mein maulana hamein bataiye."</w:t>
      </w:r>
      <w:r>
        <w:br/>
      </w:r>
      <w:r>
        <w:rPr>
          <w:sz w:val="20"/>
        </w:rPr>
        <w:t>24:47  dekhiye, jis cheez ko modernism kaha jata hai, woh sara ka sara islam ki taeed mein tha.</w:t>
      </w:r>
      <w:r>
        <w:br/>
      </w:r>
      <w:r>
        <w:rPr>
          <w:sz w:val="20"/>
        </w:rPr>
        <w:t>25:02  islam ki taeed mein</w:t>
      </w:r>
      <w:r>
        <w:br/>
      </w:r>
      <w:r>
        <w:rPr>
          <w:sz w:val="20"/>
        </w:rPr>
        <w:t>25:05  woh mu'eedah quran tha. woh</w:t>
      </w:r>
      <w:r>
        <w:br/>
      </w:r>
      <w:r>
        <w:rPr>
          <w:sz w:val="20"/>
        </w:rPr>
        <w:t>25:10  lekin musalmanon ne is ko</w:t>
      </w:r>
      <w:r>
        <w:br/>
      </w:r>
      <w:r>
        <w:rPr>
          <w:sz w:val="20"/>
        </w:rPr>
        <w:t>25:17  islam ke khilaaf samajh liya. to is mein jo ta'eedi parhi thi, us ko be khabar ho gaye woh.</w:t>
      </w:r>
      <w:r>
        <w:br/>
      </w:r>
      <w:r>
        <w:rPr>
          <w:sz w:val="20"/>
        </w:rPr>
        <w:t>25:26  to ab hamein re discuss karna pare ga.</w:t>
      </w:r>
      <w:r>
        <w:br/>
      </w:r>
      <w:r>
        <w:rPr>
          <w:sz w:val="20"/>
        </w:rPr>
        <w:t>25:32  jaise ke aap dekhiye, ek quran mein ek aayat hai ke</w:t>
      </w:r>
      <w:r>
        <w:br/>
      </w:r>
      <w:r>
        <w:rPr>
          <w:sz w:val="20"/>
        </w:rPr>
        <w:t>25:45  woh kya hai? sahib, woh woh sofa.</w:t>
      </w:r>
      <w:r>
        <w:br/>
      </w:r>
      <w:r>
        <w:rPr>
          <w:sz w:val="20"/>
        </w:rPr>
        <w:t>25:51  sunurihim ayatuna fil afaqi wa fi anfusihim hatta yatabayyan al-haqq. haan, aap dekhiye, is mein aayat mein hai ke quran ke bahir jo nishaniyan hain, phaili hui,</w:t>
      </w:r>
      <w:r>
        <w:br/>
      </w:r>
      <w:r>
        <w:rPr>
          <w:sz w:val="20"/>
        </w:rPr>
        <w:t>26:06  woh</w:t>
      </w:r>
      <w:r>
        <w:br/>
      </w:r>
      <w:r>
        <w:rPr>
          <w:sz w:val="20"/>
        </w:rPr>
        <w:t>26:07  kholi jayen gi. to un ka hamein jaanna chahiye. un se quran zyada marka hoga.</w:t>
      </w:r>
      <w:r>
        <w:br/>
      </w:r>
      <w:r>
        <w:rPr>
          <w:sz w:val="20"/>
        </w:rPr>
        <w:t>26:25  yeh bahir jo cheezein hain, jis ki kaha jata hai ke is se door raho, nahin, woh to mu'eedat quran hain.</w:t>
      </w:r>
      <w:r>
        <w:br/>
      </w:r>
      <w:r>
        <w:rPr>
          <w:sz w:val="20"/>
        </w:rPr>
        <w:t>26:35  quran ki</w:t>
      </w:r>
      <w:r>
        <w:br/>
      </w:r>
      <w:r>
        <w:rPr>
          <w:sz w:val="20"/>
        </w:rPr>
        <w:t>26:39  yeh ta'abeer mazeed hoti hai quran ki. quran ki ta'abeer mazeed ke liye.</w:t>
      </w:r>
      <w:r>
        <w:br/>
      </w:r>
      <w:r>
        <w:rPr>
          <w:sz w:val="20"/>
        </w:rPr>
        <w:t>26:55  maulana, agla comment bheja hai doctor naghma siddiqui ne dilli se. unhon ne likha hai: "i have understood that to seek a guidance from the quran, we need to contemplate and do dua so as to understand the creation plan of god.</w:t>
      </w:r>
      <w:r>
        <w:br/>
      </w:r>
      <w:r>
        <w:rPr>
          <w:sz w:val="20"/>
        </w:rPr>
        <w:t>27:14  i will try to study quran with this spirit."</w:t>
      </w:r>
    </w:p>
    <w:p>
      <w:pPr>
        <w:pStyle w:val="Heading2"/>
      </w:pPr>
      <w:r>
        <w:t>Strongest argument for God and Hereafter</w:t>
      </w:r>
    </w:p>
    <w:p>
      <w:r>
        <w:rPr>
          <w:color w:val="666666"/>
          <w:sz w:val="18"/>
        </w:rPr>
        <w:t>Faith &amp; God · Islamic Pacifism Q&amp;A 8 May 2011 · 4m 00s · at 17:48 · https://youtu.be/5ZersGDNVcw?t=1068</w:t>
      </w:r>
    </w:p>
    <w:p>
      <w:r>
        <w:rPr>
          <w:i/>
        </w:rPr>
        <w:t>“In your opinion, what is the biggest argument for the existence of God and the existence of the hereafter?”</w:t>
      </w:r>
    </w:p>
    <w:p>
      <w:r>
        <w:rPr>
          <w:sz w:val="20"/>
        </w:rPr>
        <w:t>17:48  Mr. Muhammad Ameeni ne Aligarh se sawal kiya hai. unhon ne likha hai: "Maulana sahib, aap ke nazdeek existence of God and existence of hereafter ka sab se bara argument kya hai?"</w:t>
      </w:r>
      <w:r>
        <w:br/>
      </w:r>
      <w:r>
        <w:rPr>
          <w:sz w:val="20"/>
        </w:rPr>
        <w:t>18:05  aap meri kitab parhiye. is mein dono par alag alag chapter hain. ek hai akhirat par, ek hai Khuda par.</w:t>
      </w:r>
      <w:r>
        <w:br/>
      </w:r>
      <w:r>
        <w:rPr>
          <w:sz w:val="20"/>
        </w:rPr>
        <w:t>18:15  is mein mein ne jo mere nazdeek argument hai, woh mein ne bayan kar diya is mein. Urdu mein is ka naam hai Mazhab aur Jadeed Challenge.</w:t>
      </w:r>
      <w:r>
        <w:br/>
      </w:r>
      <w:r>
        <w:rPr>
          <w:sz w:val="20"/>
        </w:rPr>
        <w:t>18:23  Angrezi mein is ka naam hai God Arises. Arabi mein is ka naam hai Al-Islam wa Tahaddih. is mein poora chapter Khuda par hai, poore poora chapter akhirat par hai.</w:t>
      </w:r>
      <w:r>
        <w:br/>
      </w:r>
      <w:r>
        <w:rPr>
          <w:sz w:val="20"/>
        </w:rPr>
        <w:t>18:36  to mere nazdeek jo argument hai, woh is mein bayan kar diya hai. is ko aap parhiye. is ke parhne ke baad agar kuch question ho aap ka to woh bataiye mujhe.</w:t>
      </w:r>
      <w:r>
        <w:br/>
      </w:r>
      <w:r>
        <w:rPr>
          <w:sz w:val="20"/>
        </w:rPr>
        <w:t>18:47  Mr. Faiq ne California se likha hai: "Maulana sahib, what is, what was your impression of Dubai with respect to Al-Risalah movement and general trend in Arabs towards da'wah work?"</w:t>
      </w:r>
      <w:r>
        <w:br/>
      </w:r>
      <w:r>
        <w:rPr>
          <w:sz w:val="20"/>
        </w:rPr>
        <w:t>19:02  Please comment."</w:t>
      </w:r>
      <w:r>
        <w:br/>
      </w:r>
      <w:r>
        <w:rPr>
          <w:sz w:val="20"/>
        </w:rPr>
        <w:t>19:05  bhai, Dubai jo hai, aap jante hain ke woh East aur West ka junction hai. yani mashriq aur maghrib ka sangam hai.</w:t>
      </w:r>
      <w:r>
        <w:br/>
      </w:r>
      <w:r>
        <w:rPr>
          <w:sz w:val="20"/>
        </w:rPr>
        <w:t>19:18  to wahan par mein samajhta hoon ke</w:t>
      </w:r>
      <w:r>
        <w:br/>
      </w:r>
      <w:r>
        <w:rPr>
          <w:sz w:val="20"/>
        </w:rPr>
        <w:t>19:22  do baatein mein ne mehsoos ki hain. ek to yeh ke wahan par relatively liberalism hai. yani fantasy nahi hai wahan par. log fanatic nahi hote.</w:t>
      </w:r>
      <w:r>
        <w:br/>
      </w:r>
      <w:r>
        <w:rPr>
          <w:sz w:val="20"/>
        </w:rPr>
        <w:t>19:33  bohat aasani se aap unhein yani address kar sakte hain. ek baat to yeh jo hamare liye bohat hi hopeful hai.</w:t>
      </w:r>
      <w:r>
        <w:br/>
      </w:r>
      <w:r>
        <w:rPr>
          <w:sz w:val="20"/>
        </w:rPr>
        <w:t>19:42  doosri baat yeh ke wahan bohat ate hain log idhar udhar se. misaal ke taur par ek din hum ne, hamare saathi'on ne, hum log kai aadmi thay. to ek hotel mein unhon ne kitabein rakh dein reception par.</w:t>
      </w:r>
      <w:r>
        <w:br/>
      </w:r>
      <w:r>
        <w:rPr>
          <w:sz w:val="20"/>
        </w:rPr>
        <w:t>19:55  to pehle hi din maloom hua ke bohat se countries ke logon ne kitabein li hain. Quran ke tarjuma waghera.</w:t>
      </w:r>
      <w:r>
        <w:br/>
      </w:r>
      <w:r>
        <w:rPr>
          <w:sz w:val="20"/>
        </w:rPr>
        <w:t>20:01  bohat se countries ke. to yeh sirf ek hotel ki baat hai. to do cheezein mujhe bohat hopeful wahan par lagin.</w:t>
      </w:r>
      <w:r>
        <w:br/>
      </w:r>
      <w:r>
        <w:rPr>
          <w:sz w:val="20"/>
        </w:rPr>
        <w:t>20:10  ek to wahan ke log fanatic nahi hain. kyun ke jahan dekhen interaction zyada hota hai, to wahan fanatic pal nahi sakta.</w:t>
      </w:r>
      <w:r>
        <w:br/>
      </w:r>
      <w:r>
        <w:rPr>
          <w:sz w:val="20"/>
        </w:rPr>
        <w:t>20:20  fanatic wahan palta hai jahan ki interaction na ho. to Dubai to sangam hai. wahan to dunya bhar ke log ate hain.</w:t>
      </w:r>
      <w:r>
        <w:br/>
      </w:r>
      <w:r>
        <w:rPr>
          <w:sz w:val="20"/>
        </w:rPr>
        <w:t>20:30  bohat daily wahan par lakhon log ate hain, lakhon log jate hain. to jahan par itna zyada interaction hota ho, wahan kabhi bhi fanaticism</w:t>
      </w:r>
      <w:r>
        <w:br/>
      </w:r>
      <w:r>
        <w:rPr>
          <w:sz w:val="20"/>
        </w:rPr>
        <w:t>20:39  nahi phailay ga. To yeh daawa ke liye bohat achi baat hai. Kyun ke fanatic aadmi sunta nahi kuch. To wahan par jo, yaani acha lafz nahi liberalism, lekin baat ko samajhne ke liye mein keh raha hoon ke wahan par log khule zehan ke hotay hain.</w:t>
      </w:r>
      <w:r>
        <w:br/>
      </w:r>
      <w:r>
        <w:rPr>
          <w:sz w:val="20"/>
        </w:rPr>
        <w:t>20:54  To woh hamare liye bohat achi baat hai. Aur doosri yeh ke woh itnay log atay hain, jatay hain, atay jatay hain. To is ki wajah se hamein mad'u milte hain wahan par. Mad'u.</w:t>
      </w:r>
      <w:r>
        <w:br/>
      </w:r>
      <w:r>
        <w:rPr>
          <w:sz w:val="20"/>
        </w:rPr>
        <w:t>21:03  To Allah ke fazl se wahan par hamein kuch saathi, hamare pehle se bhi thay, kuch aur saathi banay hain. Aur in logon ne wahan par da'wat ka kaam shuru kar diya hai, masha Allah.</w:t>
      </w:r>
      <w:r>
        <w:br/>
      </w:r>
      <w:r>
        <w:rPr>
          <w:sz w:val="20"/>
        </w:rPr>
        <w:t>21:15  Wahan koi rukawat bhi nahi. Yaani wahan par hum idhar udhar gaye.</w:t>
      </w:r>
      <w:r>
        <w:br/>
      </w:r>
      <w:r>
        <w:rPr>
          <w:sz w:val="20"/>
        </w:rPr>
        <w:t>21:20  Aur mein ne mehsoos kiya ke wahan ki jo government hai, peaceful tareeqay se kuch bhi kijiye, aap ko rukawat nahi daalay gi. Yaani agar aap politics, aap opposition chalayein, tab to government aap ko pakray gi.</w:t>
      </w:r>
      <w:r>
        <w:br/>
      </w:r>
      <w:r>
        <w:rPr>
          <w:sz w:val="20"/>
        </w:rPr>
        <w:t>21:34  Lekin aap peaceful tareeqay se kuch kiye to koi rukawat hi nahi hai. To hum to idhar udhar kaam kiya, hum ne. Humein kisi ne roka nahi.</w:t>
      </w:r>
      <w:r>
        <w:br/>
      </w:r>
      <w:r>
        <w:rPr>
          <w:sz w:val="20"/>
        </w:rPr>
        <w:t>21:41  To mein to bohat hopeful hoon Dubai ke baray mein.</w:t>
      </w:r>
    </w:p>
    <w:p>
      <w:pPr>
        <w:pStyle w:val="Heading2"/>
      </w:pPr>
      <w:r>
        <w:t>Success of non-believers vs worshipers of Allah</w:t>
      </w:r>
    </w:p>
    <w:p>
      <w:r>
        <w:rPr>
          <w:color w:val="666666"/>
          <w:sz w:val="18"/>
        </w:rPr>
        <w:t>Faith &amp; God · Concept of God December 7, 2014 · 2m 29s · at 1:04:23 · https://youtu.be/dCgL9lp8EAo?t=3863</w:t>
      </w:r>
    </w:p>
    <w:p>
      <w:r>
        <w:rPr>
          <w:i/>
        </w:rPr>
        <w:t>“Moulana, real master is real Allah. You are hundred percent right, and I am obliged to you with my soul and heart for today's lecture. Just for knowledge, I want to know that Allah listens to the real worship and prayer done for Him. Then why is it that some people or group of people who do not worship the real Allah are socially, economically, scientifically, and politically more successful than the people who worship real Allah and are involved in doing dawah and ma'rifah work?”</w:t>
      </w:r>
    </w:p>
    <w:p>
      <w:r>
        <w:rPr>
          <w:sz w:val="20"/>
        </w:rPr>
        <w:t>1:04:23  Maulana, agla sawal Dilli se kya hai Shahab Haider sahib ne, aur unhon ne likha hai: "Moulana, real master is real Allah."</w:t>
      </w:r>
      <w:r>
        <w:br/>
      </w:r>
      <w:r>
        <w:rPr>
          <w:sz w:val="20"/>
        </w:rPr>
        <w:t>1:04:35  You are hundred percent right, and I am obliged to you with my soul and heart for today's lecture. Just for knowledge, I want to know that Allah listens to the real worship and prayer done for Him.</w:t>
      </w:r>
      <w:r>
        <w:br/>
      </w:r>
      <w:r>
        <w:rPr>
          <w:sz w:val="20"/>
        </w:rPr>
        <w:t>1:04:50  Then why is it that some people or group of people who do not worship the real Allah are socially, economically, scientifically, and politically more successful than the people who worship real Allah and are involved in doing dawah and marifat work?</w:t>
      </w:r>
      <w:r>
        <w:br/>
      </w:r>
      <w:r>
        <w:rPr>
          <w:sz w:val="20"/>
        </w:rPr>
        <w:t>1:05:11  Why is this so? Kya kya sawal hai? Ke aa ke jo log Allah ko nahi nahi just ka</w:t>
      </w:r>
      <w:r>
        <w:br/>
      </w:r>
      <w:r>
        <w:rPr>
          <w:sz w:val="20"/>
        </w:rPr>
        <w:t>1:05:19  Koi sawal nahi just ke Maulana jo log nahi mante hain Allah ko to wo kyun economically, socially aur politically zyada successful hain? To aap ko Khuda ka tasawwur hi nahi pata aap ko ji ye criteria aap ka bilkul galat hai aap ka ye criteria bilkul bilkul hi main hairaan hoon ke aap ko ko Khuda ko abhi tak samjhe nahi ke Khuda ke mamle ko aap</w:t>
      </w:r>
      <w:r>
        <w:br/>
      </w:r>
      <w:r>
        <w:rPr>
          <w:sz w:val="20"/>
        </w:rPr>
        <w:t>1:05:43  Yaani jo jo society pe zyada respectable ho jis ke paas zyada paisa ho wo us ko criteria nahi paaliya aap ne</w:t>
      </w:r>
      <w:r>
        <w:br/>
      </w:r>
      <w:r>
        <w:rPr>
          <w:sz w:val="20"/>
        </w:rPr>
        <w:t>1:05:55  Criterion ye hai ke aap ke andar positive thinking ho pure fire soul ho aap high thinking aap ke andar ho aap sachai ko sab se bari cheez samajhte hon ye koi criteria nahi hai jo aap jis ko aap ne farmaya</w:t>
      </w:r>
      <w:r>
        <w:br/>
      </w:r>
      <w:r>
        <w:rPr>
          <w:sz w:val="20"/>
        </w:rPr>
        <w:t>1:06:14  Ek hadith mein hai ke agar Allah ke nazdeek dunya ki cheezon ki ahmiyat hoti to jo log Khuda ko nahi mante un ko wo ek makkhi ke par bhi na deta ye to ye to ye to ye to dunya ka mamla alag hai aur marifat ka mamla alag hai</w:t>
      </w:r>
      <w:r>
        <w:br/>
      </w:r>
      <w:r>
        <w:rPr>
          <w:sz w:val="20"/>
        </w:rPr>
        <w:t>1:06:40  Aap ne jo criteria banaya hai wo criteria bilkul hi baseless hai is ko aap se correction ki jiye apni soch ko.</w:t>
      </w:r>
    </w:p>
    <w:p>
      <w:pPr>
        <w:pStyle w:val="Heading2"/>
      </w:pPr>
      <w:r>
        <w:t>Supreme Testimony vs Supreme Leadership</w:t>
      </w:r>
    </w:p>
    <w:p>
      <w:r>
        <w:rPr>
          <w:color w:val="666666"/>
          <w:sz w:val="18"/>
        </w:rPr>
        <w:t>Faith &amp; God · Islam and Politics November 17, 2013 · 2m 09s · at 1:07:41 · https://youtu.be/LgKA8wg4NPc?t=4061</w:t>
      </w:r>
    </w:p>
    <w:p>
      <w:r>
        <w:rPr>
          <w:i/>
        </w:rPr>
        <w:t>“In Islam, there is no concept of supreme leadership (imamat-e-uzma), but there is a concept of supreme testimony (shahadat-e-uzma). The words are 'a'zamun nasu shahadatan 'inda rabbil alameen' meaning to call to the religion of God with superior arguments. Please explain this.”</w:t>
      </w:r>
    </w:p>
    <w:p>
      <w:r>
        <w:rPr>
          <w:sz w:val="20"/>
        </w:rPr>
        <w:t>1:07:41  form ke farq ko kaho ke yeh bhi theek hai woh bhi theek hai form ke aitbar jo farq hota hai us ko kaho ke yeh bhi theek hai woh bhi theek hai tum ko stick karna chahiye spirit spirit par jo islam ke values hain us par stick karna chahiye maulana in ka ek aur sawal hai unhon ne likha hai islam mein imamat uzma ka tasawwur nahi hai</w:t>
      </w:r>
      <w:r>
        <w:br/>
      </w:r>
      <w:r>
        <w:rPr>
          <w:sz w:val="20"/>
        </w:rPr>
        <w:t>1:08:09  islam mein shahadat uzma ka tasawwur hai jo alfaaz hain woh hain aazam al nas shahadatan inda rabb al alameen yani bartar dalail ke sath khuda ke deen ki dawat</w:t>
      </w:r>
      <w:r>
        <w:br/>
      </w:r>
      <w:r>
        <w:rPr>
          <w:sz w:val="20"/>
        </w:rPr>
        <w:t>1:08:25  haan sahi hai</w:t>
      </w:r>
      <w:r>
        <w:br/>
      </w:r>
      <w:r>
        <w:rPr>
          <w:sz w:val="20"/>
        </w:rPr>
        <w:t>1:08:27  woh jo hadith hai yeh is mein poori hadith se yeh sabit hota hai ke ek zamana aayega jab ke hujjat yani dalail ke zariye se islam ke islam ki sadaqat sabit karne ki zaroorat pesh aayegi to us waqt jo log yeh karein ke waqt ke insan ke mind ko address karne ke liye dalail ke zariye us ko mutmain karein</w:t>
      </w:r>
      <w:r>
        <w:br/>
      </w:r>
      <w:r>
        <w:rPr>
          <w:sz w:val="20"/>
        </w:rPr>
        <w:t>1:08:55  to woh kaha woh kaam karein ke jis ko sab se bari shahadat kaha gaya hai shahadat ka mani hai gawahi mein samajhta hoon ke is mein ek peshangoi hai is daur ki jis ko kaha jata hai age of reason maujooda zamane ko kaha jata hai age of reason yani reason ki baat hai reason ki buniyad par manna ya na manna</w:t>
      </w:r>
      <w:r>
        <w:br/>
      </w:r>
      <w:r>
        <w:rPr>
          <w:sz w:val="20"/>
        </w:rPr>
        <w:t>1:09:21  is ka matlab yeh hai ke is ka matlab yeh hai ke age of reason mein jo log yeh karein ke hidden based islam pesh karein dalail ke zariye logon ko mutmain karein to woh bohat bara kaam karenge aur woh Allah ki nazar mein azeem tareen shahadat ya azeem tareen dawat da'wati role qarar payega</w:t>
      </w:r>
    </w:p>
    <w:p>
      <w:pPr>
        <w:pStyle w:val="Heading2"/>
      </w:pPr>
      <w:r>
        <w:t>Synchronizing man's cog with God's cog</w:t>
      </w:r>
    </w:p>
    <w:p>
      <w:r>
        <w:rPr>
          <w:color w:val="666666"/>
          <w:sz w:val="18"/>
        </w:rPr>
        <w:t>Faith &amp; God · Experience of Hyderabad CPS Meet December 1, 2013 · 3m 49s · at 1:24:31 · https://youtu.be/Y8mcxF2Lhyc?t=5071</w:t>
      </w:r>
    </w:p>
    <w:p>
      <w:r>
        <w:rPr>
          <w:i/>
        </w:rPr>
        <w:t>“How can man's cog be synchronized with God's cog and what is its benefit?”</w:t>
      </w:r>
    </w:p>
    <w:p>
      <w:r>
        <w:rPr>
          <w:sz w:val="20"/>
        </w:rPr>
        <w:t>1:24:31  Maulana, agla sawal Dilli se hai Miss Satti Malhotra ka, unhon ne likha hai: "How can man's cog be synchronized with God's cog and what is its benefit?" Hmm,</w:t>
      </w:r>
      <w:r>
        <w:br/>
      </w:r>
      <w:r>
        <w:rPr>
          <w:sz w:val="20"/>
        </w:rPr>
        <w:t>1:24:52  hyderabad mein aik aik yeh baat mein ne kahi thi ke yeh dunya mein jo koi kaam hota hai, is mein insan ka aik hissa hota hai, aik Allah ka hissa hota hai.</w:t>
      </w:r>
      <w:r>
        <w:br/>
      </w:r>
      <w:r>
        <w:rPr>
          <w:sz w:val="20"/>
        </w:rPr>
        <w:t>1:25:03  Allah ka matlab hai law of nature ka hissa. insan khud se misaal ke tor par aap suraj nahi nikaal sakte. jab suraj nikalta hai to aap apna kaam karte hain.</w:t>
      </w:r>
      <w:r>
        <w:br/>
      </w:r>
      <w:r>
        <w:rPr>
          <w:sz w:val="20"/>
        </w:rPr>
        <w:t>1:25:13  aap aap baarish nahi barsa sakte. jab baarish hoti hai to aap kaam karte hain.</w:t>
      </w:r>
      <w:r>
        <w:br/>
      </w:r>
      <w:r>
        <w:rPr>
          <w:sz w:val="20"/>
        </w:rPr>
        <w:t>1:25:19  to is ko misaal ke tor par mein ne kaha tha ke aik cog insan ka, aik aik khuda ka cog hai. to sabr jo bohat ziyada quran mein aaya hai, sabr sabr woh yahi hai ke insan ka cog jo hai, woh suppose hai ke mitti ka hai, khuda ka jo cog hai, woh steel ka hai.</w:t>
      </w:r>
      <w:r>
        <w:br/>
      </w:r>
      <w:r>
        <w:rPr>
          <w:sz w:val="20"/>
        </w:rPr>
        <w:t>1:25:39  to sabr ka matlab kya hai? ke aap jo peace hai divine ka, usi ke sath sath chalen.</w:t>
      </w:r>
      <w:r>
        <w:br/>
      </w:r>
      <w:r>
        <w:rPr>
          <w:sz w:val="20"/>
        </w:rPr>
        <w:t>1:25:48  agar aap divine ka jo steel ka kag jo hai, wo is ke pees ka jo hai, is se aap tez bhagna chahen, aap to kya hoga?</w:t>
      </w:r>
      <w:r>
        <w:br/>
      </w:r>
      <w:r>
        <w:rPr>
          <w:sz w:val="20"/>
        </w:rPr>
        <w:t>1:26:00  aap ka kag toot jayega, kyunke aap ka mitti ka hai, wo kag jo hai, wo steel ka hai.</w:t>
      </w:r>
      <w:r>
        <w:br/>
      </w:r>
      <w:r>
        <w:rPr>
          <w:sz w:val="20"/>
        </w:rPr>
        <w:t>1:26:07  to sabr ka matlab yeh hai, sabr ka matlab yeh hai ke apne aap ko yani self-restraint culture ikhtiyar karna, aur aisa na karna ke jaise mislan jald bazi hai aur jump karna hai.</w:t>
      </w:r>
      <w:r>
        <w:br/>
      </w:r>
      <w:r>
        <w:rPr>
          <w:sz w:val="20"/>
        </w:rPr>
        <w:t>1:26:29  yeh sab cheezen jo karte hain, wo to phir un ka kag tootta rehta hai.</w:t>
      </w:r>
      <w:r>
        <w:br/>
      </w:r>
      <w:r>
        <w:rPr>
          <w:sz w:val="20"/>
        </w:rPr>
        <w:t>1:26:35  aaj kal jo musalman mulkon mulkon mein jo gun culture hai, bomb culture hai, suicide bombing karte hain, wo yahi hai. in ka kag mitti ka hai aur Khuda ka kag steel ka hai.</w:t>
      </w:r>
      <w:r>
        <w:br/>
      </w:r>
      <w:r>
        <w:rPr>
          <w:sz w:val="20"/>
        </w:rPr>
        <w:t>1:26:46  chahte hain tez bhagna to nahi bhagte, to kya suicide bombing karte hain? tabaah apne aap ko tabaah karte hain. yeh maine wahan kaha tha ke aap ko janna chahiye ke ke law of nature kya hai, Allah ka creation plan kya hai,</w:t>
      </w:r>
      <w:r>
        <w:br/>
      </w:r>
      <w:r>
        <w:rPr>
          <w:sz w:val="20"/>
        </w:rPr>
        <w:t>1:27:03  kya raftaar hum</w:t>
      </w:r>
      <w:r>
        <w:br/>
      </w:r>
      <w:r>
        <w:rPr>
          <w:sz w:val="20"/>
        </w:rPr>
        <w:t>1:27:04  ari honi chahiye. humein janna parega, nahi to is ke baad halakat ka aur kuch bhi nahi.</w:t>
      </w:r>
      <w:r>
        <w:br/>
      </w:r>
      <w:r>
        <w:rPr>
          <w:sz w:val="20"/>
        </w:rPr>
        <w:t>1:27:12  misr misr waghera mein jo kuch ho raha hai, wo yahi ke apne kag ko Khuda kag se nahi milana chahte, khud hi khud daura rahe hain apne apna ghoda.</w:t>
      </w:r>
      <w:r>
        <w:br/>
      </w:r>
      <w:r>
        <w:rPr>
          <w:sz w:val="20"/>
        </w:rPr>
        <w:t>1:27:20  to kuch mil nahi raha siwaye tabaahi ke. okay, we will end the session now. thank you.</w:t>
      </w:r>
    </w:p>
    <w:p>
      <w:pPr>
        <w:pStyle w:val="Heading2"/>
      </w:pPr>
      <w:r>
        <w:t>Taking God's blessings for granted</w:t>
      </w:r>
    </w:p>
    <w:p>
      <w:r>
        <w:rPr>
          <w:color w:val="666666"/>
          <w:sz w:val="18"/>
        </w:rPr>
        <w:t>Faith &amp; God · Realization of God May 07, 2017 Maulana Wahiduddin Khan · 1m 39s · at 49:16 · https://youtu.be/sXmJShRfWKs?t=2956</w:t>
      </w:r>
    </w:p>
    <w:p>
      <w:r>
        <w:rPr>
          <w:i/>
        </w:rPr>
        <w:t>“The sun is such a big blessing of God Almighty but we don't realize it all the time and take this and the blessings of God for granted.”</w:t>
      </w:r>
    </w:p>
    <w:p>
      <w:r>
        <w:rPr>
          <w:sz w:val="20"/>
        </w:rPr>
        <w:t>49:16  ji molana agla sawal dilli se bheja hai miss naghma siddiqui ne unho ne likha hai the sun</w:t>
      </w:r>
      <w:r>
        <w:br/>
      </w:r>
      <w:r>
        <w:rPr>
          <w:sz w:val="20"/>
        </w:rPr>
        <w:t>49:24  is such a big blessing of god almighty but we don't realize it all the time and take</w:t>
      </w:r>
      <w:r>
        <w:br/>
      </w:r>
      <w:r>
        <w:rPr>
          <w:sz w:val="20"/>
        </w:rPr>
        <w:t>49:32  this and the blessings of god for granted</w:t>
      </w:r>
      <w:r>
        <w:br/>
      </w:r>
      <w:r>
        <w:rPr>
          <w:sz w:val="20"/>
        </w:rPr>
        <w:t>49:36  how can we always be aware of god's blessings</w:t>
      </w:r>
      <w:r>
        <w:br/>
      </w:r>
      <w:r>
        <w:rPr>
          <w:sz w:val="20"/>
        </w:rPr>
        <w:t>49:42  dekhiye chahe sun yani suraj ka mamla ho kisi aur doosri cheez ka</w:t>
      </w:r>
      <w:r>
        <w:br/>
      </w:r>
      <w:r>
        <w:rPr>
          <w:sz w:val="20"/>
        </w:rPr>
        <w:t>49:50  cheezon ko is tarah dekhen jaise ke us ko aap pehli bar dekh rahe hon pehli bar cheezon ko suna is tarah jaise ke aap pehli bar sun rahe hain</w:t>
      </w:r>
      <w:r>
        <w:br/>
      </w:r>
      <w:r>
        <w:rPr>
          <w:sz w:val="20"/>
        </w:rPr>
        <w:t>50:05  agar aap ko yeh lage ke are bhai to hota hai class mein repetition hota hai cheezein repeat</w:t>
      </w:r>
      <w:r>
        <w:br/>
      </w:r>
      <w:r>
        <w:rPr>
          <w:sz w:val="20"/>
        </w:rPr>
        <w:t>50:12  ho rahi hain to aap se zyada nadan aur koi nahi</w:t>
      </w:r>
      <w:r>
        <w:br/>
      </w:r>
      <w:r>
        <w:rPr>
          <w:sz w:val="20"/>
        </w:rPr>
        <w:t>50:17  aap quran mein dekhein quran mein tadad repetition hai quran bhara hua hai repetition se to kya allah</w:t>
      </w:r>
      <w:r>
        <w:br/>
      </w:r>
      <w:r>
        <w:rPr>
          <w:sz w:val="20"/>
        </w:rPr>
        <w:t>50:23  taala ki baatein kab thi</w:t>
      </w:r>
      <w:r>
        <w:br/>
      </w:r>
      <w:r>
        <w:rPr>
          <w:sz w:val="20"/>
        </w:rPr>
        <w:t>50:26  jo log repetition ki boli bolte hain wo unho ne a b c bhi a b c d</w:t>
      </w:r>
      <w:r>
        <w:br/>
      </w:r>
      <w:r>
        <w:rPr>
          <w:sz w:val="20"/>
        </w:rPr>
        <w:t>50:32  bhi nahi jana wisdom ki kuch nahi jana</w:t>
      </w:r>
      <w:r>
        <w:br/>
      </w:r>
      <w:r>
        <w:rPr>
          <w:sz w:val="20"/>
        </w:rPr>
        <w:t>50:36  aap cheezon ko</w:t>
      </w:r>
      <w:r>
        <w:br/>
      </w:r>
      <w:r>
        <w:rPr>
          <w:sz w:val="20"/>
        </w:rPr>
        <w:t>50:39  is tarah dekhenge jaise aap pehli baar dekh rahe hon is ko suraj ko aap ne hazaron</w:t>
      </w:r>
      <w:r>
        <w:br/>
      </w:r>
      <w:r>
        <w:rPr>
          <w:sz w:val="20"/>
        </w:rPr>
        <w:t>50:42  bar dekha hoga lekin jab suraj nikle subah ko to is tarah dekhein jaise aap pehli baar dekh</w:t>
      </w:r>
      <w:r>
        <w:br/>
      </w:r>
      <w:r>
        <w:rPr>
          <w:sz w:val="20"/>
        </w:rPr>
        <w:t>50:47  rahe hain tab aap ke andar wisdom aye gi</w:t>
      </w:r>
      <w:r>
        <w:br/>
      </w:r>
      <w:r>
        <w:rPr>
          <w:sz w:val="20"/>
        </w:rPr>
        <w:t>50:52  nahi</w:t>
      </w:r>
      <w:r>
        <w:br/>
      </w:r>
      <w:r>
        <w:rPr>
          <w:sz w:val="20"/>
        </w:rPr>
        <w:t>50:52  to nahi</w:t>
      </w:r>
    </w:p>
    <w:p>
      <w:pPr>
        <w:pStyle w:val="Heading2"/>
      </w:pPr>
      <w:r>
        <w:t>Tawakkul vs wisdom-based planning</w:t>
      </w:r>
    </w:p>
    <w:p>
      <w:r>
        <w:rPr>
          <w:color w:val="666666"/>
          <w:sz w:val="18"/>
        </w:rPr>
        <w:t>Faith &amp; God · Living in Falsehood December 15, 2013 · 2m 56s · at 1:01:57 · https://youtu.be/UvboK59uF6s?t=3717</w:t>
      </w:r>
    </w:p>
    <w:p>
      <w:r>
        <w:rPr>
          <w:i/>
        </w:rPr>
        <w:t>“What is the difference between tawakkul and wisdom-based planning?”</w:t>
      </w:r>
    </w:p>
    <w:p>
      <w:r>
        <w:rPr>
          <w:sz w:val="20"/>
        </w:rPr>
        <w:t>1:01:57  Maulana, agla sawal Maulana Iqbal Umri ne kiya hai Chennai se. Unhone likha hai: "Tawakkul aur wisdom pe base ki hui planning mein kya farq hai?" Iske bare mein bataein.</w:t>
      </w:r>
      <w:r>
        <w:br/>
      </w:r>
      <w:r>
        <w:rPr>
          <w:sz w:val="20"/>
        </w:rPr>
        <w:t>1:02:11  Bhai yeh to hadith mein iska jawab maujood hai.</w:t>
      </w:r>
      <w:r>
        <w:br/>
      </w:r>
      <w:r>
        <w:rPr>
          <w:sz w:val="20"/>
        </w:rPr>
        <w:t>1:02:15  Ek shakhs ne Rasool Allah (SAW) se poocha ke main apne mere paas oont jo hai, is oont ko main baat ka tawakkul karoon ya chhod kar tawakkul karoon?</w:t>
      </w:r>
      <w:r>
        <w:br/>
      </w:r>
      <w:r>
        <w:rPr>
          <w:sz w:val="20"/>
        </w:rPr>
        <w:t>1:02:27  Aap ne farmaya ke "iqlaaf tawakkal". Isko pehle baandho phir tawakkal karo. To tawakkal ka matlab yeh jo liya liya gaya hai, bas Allah par daalna, yeh tawakkal nahi hai.</w:t>
      </w:r>
      <w:r>
        <w:br/>
      </w:r>
      <w:r>
        <w:rPr>
          <w:sz w:val="20"/>
        </w:rPr>
        <w:t>1:02:39  Yeh to yeh to be danisti ki baat hai, iska Islam se koi ta'alluq nahi hai.</w:t>
      </w:r>
      <w:r>
        <w:br/>
      </w:r>
      <w:r>
        <w:rPr>
          <w:sz w:val="20"/>
        </w:rPr>
        <w:t>1:02:45  Dekhein tawakkal ka matlab kya hai, main jo samjhaun woh yeh hai ke jitni aap ke bas mein hai, aap apni aqal ko istemal karein, apni soch ko istemal karein, apni resources ko istemal karein, aur bahut hi realistic way mein planning karein aap.</w:t>
      </w:r>
      <w:r>
        <w:br/>
      </w:r>
      <w:r>
        <w:rPr>
          <w:sz w:val="20"/>
        </w:rPr>
        <w:t>1:03:02  Lekin dekhein insaan ki limitations hoti hain, kahin na kahin insaan ki had aa jati hai.</w:t>
      </w:r>
      <w:r>
        <w:br/>
      </w:r>
      <w:r>
        <w:rPr>
          <w:sz w:val="20"/>
        </w:rPr>
        <w:t>1:03:09  To agar aap ne apne aap ko poori tarah exert kiya hai to jo aap ki kami hai woh Allah poori kar dega. Tawakkul ka matlab yeh hai "man yatawakkal 'alallahi fa hasbuhu".</w:t>
      </w:r>
      <w:r>
        <w:br/>
      </w:r>
      <w:r>
        <w:rPr>
          <w:sz w:val="20"/>
        </w:rPr>
        <w:t>1:03:21  Matlab apna sab kuch kar ke aap yeh kahein: Khuda yahan to meri had aa gayi, ab aage to meri madad farma.</w:t>
      </w:r>
      <w:r>
        <w:br/>
      </w:r>
      <w:r>
        <w:rPr>
          <w:sz w:val="20"/>
        </w:rPr>
        <w:t>1:03:29  to wahan par aap ki madad hogi. yeh matlab hai tawakkul ka. yaani aap yun kahein ke 50% aap ka hissa hai, jab hissa aap ada karte hain to baqiya 50% Allah ki taraf poora kar diya jata hai.</w:t>
      </w:r>
      <w:r>
        <w:br/>
      </w:r>
      <w:r>
        <w:rPr>
          <w:sz w:val="20"/>
        </w:rPr>
        <w:t>1:03:46  jaise ek aayat hai ke "ilahi yas'adul kalim-ut-tayyib wal-'amal-us-salih 'arfuhu" .</w:t>
      </w:r>
      <w:r>
        <w:br/>
      </w:r>
      <w:r>
        <w:rPr>
          <w:sz w:val="20"/>
        </w:rPr>
        <w:t>1:03:54  "ilahi yas'adul kalim-ut-tayyib wal-'amal-us-salih 'arf</w:t>
      </w:r>
      <w:r>
        <w:br/>
      </w:r>
      <w:r>
        <w:rPr>
          <w:sz w:val="20"/>
        </w:rPr>
        <w:t>1:03:58  uhu" . yaani ek hai kalima tayyib, ek hai amal salih. to kalima tayyib aap ko pesh karna hai. yaani kalima ke ma'ni la ilaha nahi yahan par hai, koi bhi positive baat.</w:t>
      </w:r>
      <w:r>
        <w:br/>
      </w:r>
      <w:r>
        <w:rPr>
          <w:sz w:val="20"/>
        </w:rPr>
        <w:t>1:04:10  to aap positive baat jo aap ke paas hai, koi positive planning, koi positive maqsad, koi positive target, jaiz qism ka, us mein bharpoor tor par aap ke paas jo kuch ho woh laga dein aap.</w:t>
      </w:r>
      <w:r>
        <w:br/>
      </w:r>
      <w:r>
        <w:rPr>
          <w:sz w:val="20"/>
        </w:rPr>
        <w:t>1:04:24  to is ke baad baqiya jo hai Allah ki taraf poora kiya</w:t>
      </w:r>
      <w:r>
        <w:br/>
      </w:r>
      <w:r>
        <w:rPr>
          <w:sz w:val="20"/>
        </w:rPr>
        <w:t>1:04:27  jayega. yeh matlab hai yaani "man yatawakkal 'alal-lahi fa-hasbuhu" . woh hadith mein khud is ka jawab hai ke aap ne farmaya ke oont ko bandho par toakkal karo.</w:t>
      </w:r>
      <w:r>
        <w:br/>
      </w:r>
      <w:r>
        <w:rPr>
          <w:sz w:val="20"/>
        </w:rPr>
        <w:t>1:04:39  yeh nahi ke chhod do phir toakkal, yaani Allah par toakkal karte hue chhod do us ko. yeh yeh nahi farmaya aap ne. to hadith ka yeh jo hadith hai bohat wazeh tor par batati hai ke ke toakkal ka concept Islam mein kya hai.</w:t>
      </w:r>
    </w:p>
    <w:p>
      <w:pPr>
        <w:pStyle w:val="Heading2"/>
      </w:pPr>
      <w:r>
        <w:t>Technically following pillars vs. nearness to God</w:t>
      </w:r>
    </w:p>
    <w:p>
      <w:r>
        <w:rPr>
          <w:color w:val="666666"/>
          <w:sz w:val="18"/>
        </w:rPr>
        <w:t>Faith &amp; God · The Culture of People of Paradise January 06, 2019 Maulana Wahiduddin Khan · 1m 44s · at 47:40 · https://youtu.be/rFExua9zntM?t=2860</w:t>
      </w:r>
    </w:p>
    <w:p>
      <w:r>
        <w:rPr>
          <w:i/>
        </w:rPr>
        <w:t>“Every Muslim feels that following all the five pillars of Islam is enough to qualify for Paradise. He is not really into thinking that he should feel nearness to God like Pharaoh's wife Asiya thought. So I want to know that will such Muslims who technically follow all the pillars, will still get Paradise and they are at risk.”</w:t>
      </w:r>
    </w:p>
    <w:p>
      <w:r>
        <w:rPr>
          <w:sz w:val="20"/>
        </w:rPr>
        <w:t>47:40  molana, agla sawal bheja hai afaq hussain sahib ne ahmedabad se. unhon ne likha hai: "molana, every Muslim feels that following all the five pillars of Islam are enough to qualify for paradise.</w:t>
      </w:r>
      <w:r>
        <w:br/>
      </w:r>
      <w:r>
        <w:rPr>
          <w:sz w:val="20"/>
        </w:rPr>
        <w:t>47:57  he is not really into thinking that he should feel nearness to God like Pharaoh's wife Asiya thought. So I want to, so I want to know that will such Muslims who technically follow all the pillars, will still get paradise or they are at risk." Dekhiye,</w:t>
      </w:r>
      <w:r>
        <w:br/>
      </w:r>
      <w:r>
        <w:rPr>
          <w:sz w:val="20"/>
        </w:rPr>
        <w:t>48:21  technically follow karna asal nahi hai, spiritually follow karna asal hai. yeh jisko aap pillar keh rahe hain, un ko koi technically follow kare, yani matlab form ke aitbar se to woh kafi nahi hai jannat ke liye.</w:t>
      </w:r>
      <w:r>
        <w:br/>
      </w:r>
      <w:r>
        <w:rPr>
          <w:sz w:val="20"/>
        </w:rPr>
        <w:t>48:42  spiritually follow karna parega.</w:t>
      </w:r>
      <w:r>
        <w:br/>
      </w:r>
      <w:r>
        <w:rPr>
          <w:sz w:val="20"/>
        </w:rPr>
        <w:t>48:50  yeh to aap guide ka mutala karein quran o hadith ka to is mein aap clear taur par yeh baat payenge.</w:t>
      </w:r>
      <w:r>
        <w:br/>
      </w:r>
      <w:r>
        <w:rPr>
          <w:sz w:val="20"/>
        </w:rPr>
        <w:t>49:02  is par bohat likha chuka hai, aap kitabein padhein, aap is par bohat kitabein maujood hain ke namaz jo hai aap ki spirit ke aitbar se matloob hai na ke form ke aitbar se.</w:t>
      </w:r>
    </w:p>
    <w:p>
      <w:pPr>
        <w:pStyle w:val="Heading2"/>
      </w:pPr>
      <w:r>
        <w:t>The Benefit of Believing in God</w:t>
      </w:r>
    </w:p>
    <w:p>
      <w:r>
        <w:rPr>
          <w:color w:val="666666"/>
          <w:sz w:val="18"/>
        </w:rPr>
        <w:t>Faith &amp; God · On Atheism | May 22, 2016 · 1m 35s · at 44:54 · https://youtu.be/tzJmfYnSleo?t=2694</w:t>
      </w:r>
    </w:p>
    <w:p>
      <w:r>
        <w:rPr>
          <w:i/>
        </w:rPr>
        <w:t>“If someone asks you, 'Why do you believe in God? What benefit is there in your life?' what would your answer be?”</w:t>
      </w:r>
    </w:p>
    <w:p>
      <w:r>
        <w:rPr>
          <w:sz w:val="20"/>
        </w:rPr>
        <w:t>44:54  maulana pehla sawal hum lete hain jo chennai se bheja hai Maulana Iqbal Umri ne aur unhon</w:t>
      </w:r>
      <w:r>
        <w:br/>
      </w:r>
      <w:r>
        <w:rPr>
          <w:sz w:val="20"/>
        </w:rPr>
        <w:t>45:04  ne likha hai ke Maulana aap se koi sawal kare ke aap khuda ko kyun mante hain is</w:t>
      </w:r>
      <w:r>
        <w:br/>
      </w:r>
      <w:r>
        <w:rPr>
          <w:sz w:val="20"/>
        </w:rPr>
        <w:t>45:12  ka faida kya hai apni zindagi mein to aap ka jawab kya hoga? bhai mera zaati jawab, zaati</w:t>
      </w:r>
      <w:r>
        <w:br/>
      </w:r>
      <w:r>
        <w:rPr>
          <w:sz w:val="20"/>
        </w:rPr>
        <w:t>45:19  tajurba wala jawab to yeh hoga ke khuda ko na manna yeh hai self denial.</w:t>
      </w:r>
      <w:r>
        <w:br/>
      </w:r>
      <w:r>
        <w:rPr>
          <w:sz w:val="20"/>
        </w:rPr>
        <w:t>45:27  khuda ka inkar</w:t>
      </w:r>
      <w:r>
        <w:br/>
      </w:r>
      <w:r>
        <w:rPr>
          <w:sz w:val="20"/>
        </w:rPr>
        <w:t>45:34  apna inkaar hai. khuda ka inkaar jo hai self denial hai, apna inkaar hai. jo log aisi baatein karein woh sincere nahi hote. mein chunke bohat zyada sincere aadmi hoon jaise ke maine kaha ke maine zehar bhi kha liya yeh janne ke liye ke zehar kya cheez hai. to meri sincerity jo hai woh kehti hai ke khuda ka inkaar to sel</w:t>
      </w:r>
      <w:r>
        <w:br/>
      </w:r>
      <w:r>
        <w:rPr>
          <w:sz w:val="20"/>
        </w:rPr>
        <w:t>46:04  f denial hai.</w:t>
      </w:r>
      <w:r>
        <w:br/>
      </w:r>
      <w:r>
        <w:rPr>
          <w:sz w:val="20"/>
        </w:rPr>
        <w:t>46:09  khuda ka inkar karke tum tum kya ho? tum kaise pehchanoge apne aap ko? apna, apne</w:t>
      </w:r>
      <w:r>
        <w:br/>
      </w:r>
      <w:r>
        <w:rPr>
          <w:sz w:val="20"/>
        </w:rPr>
        <w:t>46:15  ko apni pehchani gum ho jati hai agar hum khuda ko na manen to sirf in silsile se</w:t>
      </w:r>
      <w:r>
        <w:br/>
      </w:r>
      <w:r>
        <w:rPr>
          <w:sz w:val="20"/>
        </w:rPr>
        <w:t>46:20  log khuda ka inkar kar sakte hain.</w:t>
      </w:r>
      <w:r>
        <w:br/>
      </w:r>
      <w:r>
        <w:rPr>
          <w:sz w:val="20"/>
        </w:rPr>
        <w:t>46:25  sinsiyar aadmi khuda ka inkar nahi kar sakta.</w:t>
      </w:r>
    </w:p>
    <w:p>
      <w:pPr>
        <w:pStyle w:val="Heading2"/>
      </w:pPr>
      <w:r>
        <w:t>The difference between modernism and renewal</w:t>
      </w:r>
    </w:p>
    <w:p>
      <w:r>
        <w:rPr>
          <w:color w:val="666666"/>
          <w:sz w:val="18"/>
        </w:rPr>
        <w:t>Faith &amp; God · Revival and Revivalist June 7, 2015 · 2m 21s · at 55:11 · https://youtu.be/MCY8AJ87BXc?t=3311</w:t>
      </w:r>
    </w:p>
    <w:p>
      <w:r>
        <w:rPr>
          <w:i/>
        </w:rPr>
        <w:t>“What is the difference between modernism and renewal? Who is called a modernist?”</w:t>
      </w:r>
    </w:p>
    <w:p>
      <w:r>
        <w:rPr>
          <w:sz w:val="20"/>
        </w:rPr>
        <w:t>55:11  hai, pehli nasal ki nahi hai. yeh to ek ek law of nature hai, yeh chalta rahega. mani yeh agla sawal aaya hai Maulana Iqbal Umri ka Chennai se.</w:t>
      </w:r>
      <w:r>
        <w:br/>
      </w:r>
      <w:r>
        <w:rPr>
          <w:sz w:val="20"/>
        </w:rPr>
        <w:t>55:24  Maulana, positive approach rakhna aur insaniyat ki mukammal khair khwahi karna hi asal tajdid hai. aaj wazeh hua.</w:t>
      </w:r>
      <w:r>
        <w:br/>
      </w:r>
      <w:r>
        <w:rPr>
          <w:sz w:val="20"/>
        </w:rPr>
        <w:t>55:33  tajaddud aur tajdid mein kiya farq hai? tajaddud pasand kis ko kaha jata hai?</w:t>
      </w:r>
      <w:r>
        <w:br/>
      </w:r>
      <w:r>
        <w:rPr>
          <w:sz w:val="20"/>
        </w:rPr>
        <w:t>55:42  dekhiye, tajdid ka matlab hota hai asal deen ki tajdid. maslan asal deen kiya hai? ke namaz ka form baqi rahe, rooh na baqi rahe.</w:t>
      </w:r>
      <w:r>
        <w:br/>
      </w:r>
      <w:r>
        <w:rPr>
          <w:sz w:val="20"/>
        </w:rPr>
        <w:t>55:57  jaise hadith mein aata hai ke "la salata liman lam yatasah"</w:t>
      </w:r>
      <w:r>
        <w:br/>
      </w:r>
      <w:r>
        <w:rPr>
          <w:sz w:val="20"/>
        </w:rPr>
        <w:t>56:01  to log is ko bhool jayen aur samjhen ke misal wali namaz parh lo to namaz ho gayi. aur "la salata liman lam yatasah" ya bhool jayen woh.</w:t>
      </w:r>
      <w:r>
        <w:br/>
      </w:r>
      <w:r>
        <w:rPr>
          <w:sz w:val="20"/>
        </w:rPr>
        <w:t>56:11  to tajdid ka kaam yeh hai ke is ko yaad dilaya jaye, is ko yaad dilaya jaye. aur taake log jo hain apne form wali namaz ke sath sath khushu wali namaz is mein izafa karein.</w:t>
      </w:r>
      <w:r>
        <w:br/>
      </w:r>
      <w:r>
        <w:rPr>
          <w:sz w:val="20"/>
        </w:rPr>
        <w:t>56:24  yeh to hua tajdid ka kaam. tajaddud yeh hai ke apne dimagh se nikalna.</w:t>
      </w:r>
      <w:r>
        <w:br/>
      </w:r>
      <w:r>
        <w:rPr>
          <w:sz w:val="20"/>
        </w:rPr>
        <w:t>56:30  maslan kuch log kehte hain ke yeh kuch log kehte hain ke yeh qurbani jo hai, yeh paise ka zaya hai.</w:t>
      </w:r>
      <w:r>
        <w:br/>
      </w:r>
      <w:r>
        <w:rPr>
          <w:sz w:val="20"/>
        </w:rPr>
        <w:t>56:44  qurbani band karo aur logon ko paisa bant do. yeh sab tajaddud hai. kyunke jo jadid mein nahi hai, us ko aap ne apne dimagh se nikala. roze ke liye kehte hain ke woh arab mein khane ki cheezein kam hoti theen.</w:t>
      </w:r>
      <w:r>
        <w:br/>
      </w:r>
      <w:r>
        <w:rPr>
          <w:sz w:val="20"/>
        </w:rPr>
        <w:t>56:57  likh kar</w:t>
      </w:r>
      <w:r>
        <w:br/>
      </w:r>
      <w:r>
        <w:rPr>
          <w:sz w:val="20"/>
        </w:rPr>
        <w:t>56:58  de ke roza rakho, ab roze ki zaroorat nahi. yeh sab tajaddud hai. yani jo cheez deen mein maujood ho, apne dimagh se aap kahein ke nahi, yeh nahi hai.</w:t>
      </w:r>
      <w:r>
        <w:br/>
      </w:r>
      <w:r>
        <w:rPr>
          <w:sz w:val="20"/>
        </w:rPr>
        <w:t>57:12  roze ke bare mein yeh kahein ke arab mein khane peene kam hota tha, is liye roze rakhte hain. kaha ab roze ki zaroorat nahi hai. yeh tajaddud hai. lekin agar roze ke form baqi rehne ke spirit khatam ho jaye to us ko zinda kar rahe hain aap, to woh tajdid hai.</w:t>
      </w:r>
    </w:p>
    <w:p>
      <w:pPr>
        <w:pStyle w:val="Heading2"/>
      </w:pPr>
      <w:r>
        <w:t>The origin of existence and the world</w:t>
      </w:r>
    </w:p>
    <w:p>
      <w:r>
        <w:rPr>
          <w:color w:val="666666"/>
          <w:sz w:val="18"/>
        </w:rPr>
        <w:t>Faith &amp; God · God and Man February 19, 2012 · 65m 23s · at 1:34 · https://youtu.be/rL4g0LOU3wo?t=94</w:t>
      </w:r>
    </w:p>
    <w:p>
      <w:r>
        <w:rPr>
          <w:i/>
        </w:rPr>
        <w:t>“How did we come into existence? How did this world come into being?”</w:t>
      </w:r>
    </w:p>
    <w:p>
      <w:r>
        <w:rPr>
          <w:sz w:val="20"/>
        </w:rPr>
        <w:t>1:34  yeh pehla sawal hai. chahe aadmi consciously yeh sawal apne zehn mein qaim na kare, tab bhi yeh sawal har ek ka sab se zyada aham sawal hai.</w:t>
      </w:r>
      <w:r>
        <w:br/>
      </w:r>
      <w:r>
        <w:rPr>
          <w:sz w:val="20"/>
        </w:rPr>
        <w:t>1:52  main bhi is sawal se dochar raha hoon, aur Allah ke fazl se maine is sawal ka jawab paya apni zindagi mein, aur ab main isi par qaim hoon.</w:t>
      </w:r>
      <w:r>
        <w:br/>
      </w:r>
      <w:r>
        <w:rPr>
          <w:sz w:val="20"/>
        </w:rPr>
        <w:t>2:06  to pehla sawal yeh hai ke hum aap kaise ban gaye? yeh duniya kaise bani?</w:t>
      </w:r>
      <w:r>
        <w:br/>
      </w:r>
      <w:r>
        <w:rPr>
          <w:sz w:val="20"/>
        </w:rPr>
        <w:t>2:15  to is par mujhe</w:t>
      </w:r>
      <w:r>
        <w:br/>
      </w:r>
      <w:r>
        <w:rPr>
          <w:sz w:val="20"/>
        </w:rPr>
        <w:t>2:19  aik waqia ka zikr karna hai. dekhiye, aik British philosopher tha, uska naam hai John Stuart Mill.</w:t>
      </w:r>
      <w:r>
        <w:br/>
      </w:r>
      <w:r>
        <w:rPr>
          <w:sz w:val="20"/>
        </w:rPr>
        <w:t>2:32  woh 1873 mein faut ho gaye, uski us waqt uski umar sirf 67 saal thi.</w:t>
      </w:r>
      <w:r>
        <w:br/>
      </w:r>
      <w:r>
        <w:rPr>
          <w:sz w:val="20"/>
        </w:rPr>
        <w:t>2:46  zamnan aik baat mein yeh kahoon ke jab bhi mein kisi ki maut ko sunta hoon to mujhe aik waqia yaad aata hai.</w:t>
      </w:r>
      <w:r>
        <w:br/>
      </w:r>
      <w:r>
        <w:rPr>
          <w:sz w:val="20"/>
        </w:rPr>
        <w:t>2:58  aik baar mein aik majlis mein tha to wahan aik qawwal aa gaye, jo naat parhte thay, naat-e-Rasool.</w:t>
      </w:r>
      <w:r>
        <w:br/>
      </w:r>
      <w:r>
        <w:rPr>
          <w:sz w:val="20"/>
        </w:rPr>
        <w:t>3:09  to logon ne farmaish ki ke aap koi naat parhiye. to unhon ne aik naat parhi.</w:t>
      </w:r>
      <w:r>
        <w:br/>
      </w:r>
      <w:r>
        <w:rPr>
          <w:sz w:val="20"/>
        </w:rPr>
        <w:t>3:18  to uska aik shair yeh tha: "Log mehshar mein hairaan reh jayenge, Khuda kaun hai, Mustafa kaun hai?" yeh shair yaqeenan bilashubah bilkul batil hai,</w:t>
      </w:r>
      <w:r>
        <w:br/>
      </w:r>
      <w:r>
        <w:rPr>
          <w:sz w:val="20"/>
        </w:rPr>
        <w:t>3:37  be-sanad hai, uski koi haqeeqat nahi. lekin is shair ko jab maine suna to aik aur baat mere zehen mein aa gayi, thode se tabdeeli ke sath.</w:t>
      </w:r>
      <w:r>
        <w:br/>
      </w:r>
      <w:r>
        <w:rPr>
          <w:sz w:val="20"/>
        </w:rPr>
        <w:t>3:51  woh jab koi maut kisi ki hoti hai to phir yeh shair yaad aata hai mujhe. woh yeh tha ke "Log mehshar mein hairaan reh jayenge, ke thi baat kya, hum ne samjha tha kya?" yaani duniya mein hum kya soch kar jiye?</w:t>
      </w:r>
      <w:r>
        <w:br/>
      </w:r>
      <w:r>
        <w:rPr>
          <w:sz w:val="20"/>
        </w:rPr>
        <w:t>4:11  lekin marne ke baad achanak maloom hoga ke mamla to kuch aur tha.</w:t>
      </w:r>
      <w:r>
        <w:br/>
      </w:r>
      <w:r>
        <w:rPr>
          <w:sz w:val="20"/>
        </w:rPr>
        <w:t>4:18  ab wapsi bhi nahi ho sakti, to aadmi hamesha hasrat mein rahega. to khair, John Stuart Mill ne likha hai apni autobiography mein.</w:t>
      </w:r>
      <w:r>
        <w:br/>
      </w:r>
      <w:r>
        <w:rPr>
          <w:sz w:val="20"/>
        </w:rPr>
        <w:t>4:34  yeh autobiography 1873 mein pehli baar chhapi thi. usi saal uski fawafat bhi hui.</w:t>
      </w:r>
      <w:r>
        <w:br/>
      </w:r>
      <w:r>
        <w:rPr>
          <w:sz w:val="20"/>
        </w:rPr>
        <w:t>4:45  is mein woh likhta hai ke mere baap, uske baap ka naam tha James Mill. uske baap ne kaha ke, yeh kaha jata hai ke insaan ko Khuda ne banaya.</w:t>
      </w:r>
      <w:r>
        <w:br/>
      </w:r>
      <w:r>
        <w:rPr>
          <w:sz w:val="20"/>
        </w:rPr>
        <w:t>4:59  to usne kaha ke magar baatein yahin khatam nahi hotin. sawal yeh hai ke If God made man, who made God</w:t>
      </w:r>
      <w:r>
        <w:br/>
      </w:r>
      <w:r>
        <w:rPr>
          <w:sz w:val="20"/>
        </w:rPr>
        <w:t>5:12  ? agar Khuda ne banaya insaan ko to Khuda ko kis ne banaya? dekhiye, yeh sawal aik sirf aik lafzi, jis ko kehte hain takbandi,</w:t>
      </w:r>
      <w:r>
        <w:br/>
      </w:r>
      <w:r>
        <w:rPr>
          <w:sz w:val="20"/>
        </w:rPr>
        <w:t>5:29  uski koi logic nahi hai. is liye ke masla yeh hai ke hum aik kainat ko paate hain apne charon taraf.</w:t>
      </w:r>
      <w:r>
        <w:br/>
      </w:r>
      <w:r>
        <w:rPr>
          <w:sz w:val="20"/>
        </w:rPr>
        <w:t>5:43  isko hum dekhte hain, isko hum daryaft karte hain, is se hum jeete hain. to yeh sawal hai ke aakhir yeh kainat, yeh kainat kaise?</w:t>
      </w:r>
      <w:r>
        <w:br/>
      </w:r>
      <w:r>
        <w:rPr>
          <w:sz w:val="20"/>
        </w:rPr>
        <w:t>5:55  to main yeh kahoon ga ke is mamle mein hamare jo option hain woh</w:t>
      </w:r>
      <w:r>
        <w:br/>
      </w:r>
      <w:r>
        <w:rPr>
          <w:sz w:val="20"/>
        </w:rPr>
        <w:t>6:07  kainat with God aur kainat without God ka nahi hai.</w:t>
      </w:r>
      <w:r>
        <w:br/>
      </w:r>
      <w:r>
        <w:rPr>
          <w:sz w:val="20"/>
        </w:rPr>
        <w:t>6:16  option jin do tanasub ke beech mein hai woh yeh nahi hai ke kainat with God, kainat without God.</w:t>
      </w:r>
      <w:r>
        <w:br/>
      </w:r>
      <w:r>
        <w:rPr>
          <w:sz w:val="20"/>
        </w:rPr>
        <w:t>6:26  nahi. jin do ke beech mein option hai woh woh yeh hai ke kainat with God aur no kainat bilkul nahi.</w:t>
      </w:r>
      <w:r>
        <w:br/>
      </w:r>
      <w:r>
        <w:rPr>
          <w:sz w:val="20"/>
        </w:rPr>
        <w:t>6:43  yaani agar aap yeh kahein ke Khuda nahi hai to yeh sawal phir baqi rehta hai ke phir yeh kainat kaise bani? kaise chal rahi hai?</w:t>
      </w:r>
      <w:r>
        <w:br/>
      </w:r>
      <w:r>
        <w:rPr>
          <w:sz w:val="20"/>
        </w:rPr>
        <w:t>6:53  kaun iska khaliq hai? kaun iska sustainer hai? to option yeh nahi hai ke kainat with God, kainat without God.</w:t>
      </w:r>
      <w:r>
        <w:br/>
      </w:r>
      <w:r>
        <w:rPr>
          <w:sz w:val="20"/>
        </w:rPr>
        <w:t>7:03  yeh option hi nahi hai.</w:t>
      </w:r>
      <w:r>
        <w:br/>
      </w:r>
      <w:r>
        <w:rPr>
          <w:sz w:val="20"/>
        </w:rPr>
        <w:t>7:08  jo haqeeqi option hai jin do ke beech mein woh yeh hai ke kainat with God aur no kainat bilkul nahi.</w:t>
      </w:r>
      <w:r>
        <w:br/>
      </w:r>
      <w:r>
        <w:rPr>
          <w:sz w:val="20"/>
        </w:rPr>
        <w:t>7:21  to haqeeqat yeh hai ke kainat maujood hai, woh bohat hi maani khez hai.</w:t>
      </w:r>
      <w:r>
        <w:br/>
      </w:r>
      <w:r>
        <w:rPr>
          <w:sz w:val="20"/>
        </w:rPr>
        <w:t>7:33  hum is ko apnay mushahiday mein, tajribay mein, har aitbar se is ke wajood ko hum</w:t>
      </w:r>
      <w:r>
        <w:br/>
      </w:r>
      <w:r>
        <w:rPr>
          <w:sz w:val="20"/>
        </w:rPr>
        <w:t>7:43  daryaft karte hain. to aakhir yeh kaise hai? aur bohat hi ziyada maani khaiz, bohat hi well designed, well planned.</w:t>
      </w:r>
      <w:r>
        <w:br/>
      </w:r>
      <w:r>
        <w:rPr>
          <w:sz w:val="20"/>
        </w:rPr>
        <w:t>7:58  to kaise aisa hai?</w:t>
      </w:r>
      <w:r>
        <w:br/>
      </w:r>
      <w:r>
        <w:rPr>
          <w:sz w:val="20"/>
        </w:rPr>
        <w:t>8:01  jaise abhi, yaani beshumar cheezain science ne daryaft ki hain. jaise aik, aik abhi aik aayi hai, aik tehqeeq, bohat hi ajeeb.</w:t>
      </w:r>
      <w:r>
        <w:br/>
      </w:r>
      <w:r>
        <w:rPr>
          <w:sz w:val="20"/>
        </w:rPr>
        <w:t>8:15  woh yeh hai ke hamari jo kahkashan, hamara jo shamsi nizaam hai, jis mein hamari zameen hai, woh aik kahkashan mein hai, jis ko hum doodhiya kehte hain.</w:t>
      </w:r>
      <w:r>
        <w:br/>
      </w:r>
      <w:r>
        <w:rPr>
          <w:sz w:val="20"/>
        </w:rPr>
        <w:t>8:27  to yeh jo kahkashan hai, is mein billion sitaray hain, aur bohat hi baray baray, suraj se baray baray. to woh itna ziyada garam hai ke agar hamara shamsi nizaam is ke beech mein hota to hum log janam bhar kar khatam ho jatay.</w:t>
      </w:r>
      <w:r>
        <w:br/>
      </w:r>
      <w:r>
        <w:rPr>
          <w:sz w:val="20"/>
        </w:rPr>
        <w:t>8:45  to hamara shamsi nizaam, hamari jo kahkashan hai, doodhiya, is ke beech mein nahi hai, is ke kinare hai. jahan hararat bohat kam hai.</w:t>
      </w:r>
      <w:r>
        <w:br/>
      </w:r>
      <w:r>
        <w:rPr>
          <w:sz w:val="20"/>
        </w:rPr>
        <w:t>8:57  yeh kaise aisa hua? yeh kis ne is tarah design kiya kahkashan ko aur shamsi nizaam ko?</w:t>
      </w:r>
      <w:r>
        <w:br/>
      </w:r>
      <w:r>
        <w:rPr>
          <w:sz w:val="20"/>
        </w:rPr>
        <w:t>9:05  jis ko pata tha ke agar beech mein rahega shamsi nizaam to insaan janam bhar kar khatam ho jaye ga.</w:t>
      </w:r>
      <w:r>
        <w:br/>
      </w:r>
      <w:r>
        <w:rPr>
          <w:sz w:val="20"/>
        </w:rPr>
        <w:t>9:15  is tarah ki billion trillion cheezain hain. abhi haal hi mein aik cheez aayi hai ke hamari kahkashan, jo bohat hi bari hai, bohat hi bari hai, is mein aik dark sitara hai.</w:t>
      </w:r>
      <w:r>
        <w:br/>
      </w:r>
      <w:r>
        <w:rPr>
          <w:sz w:val="20"/>
        </w:rPr>
        <w:t>9:26  dark sitara is ko kehte hain jo bohat hi taqatwar hota hai. itna taqatwar ke apni roshni ko bhi nikalnay nahi deta.</w:t>
      </w:r>
      <w:r>
        <w:br/>
      </w:r>
      <w:r>
        <w:rPr>
          <w:sz w:val="20"/>
        </w:rPr>
        <w:t>9:36  to chounke hum jab tak hamaray aur object ke beech mein roshni na ho, hum dekh nahi saktay. to hamaray dekhnay ki nisbat se woh dark hai.</w:t>
      </w:r>
      <w:r>
        <w:br/>
      </w:r>
      <w:r>
        <w:rPr>
          <w:sz w:val="20"/>
        </w:rPr>
        <w:t>9:48  warna woh roshan sitara hai.</w:t>
      </w:r>
      <w:r>
        <w:br/>
      </w:r>
      <w:r>
        <w:rPr>
          <w:sz w:val="20"/>
        </w:rPr>
        <w:t>9:52  to hamari kahkashan, jo hai, jis mein hamara shamsi nizaam hai aur zameen hai, is mein haal mein aik dark sitara daryaft hua hai.</w:t>
      </w:r>
      <w:r>
        <w:br/>
      </w:r>
      <w:r>
        <w:rPr>
          <w:sz w:val="20"/>
        </w:rPr>
        <w:t>10:04  woh bohat hi taqatwar hai. to pehle se insaan janta tha ke oopar se, yaani hamaray shamsi nizaam ke bahir se, charon taraf se, har waqt, har second,</w:t>
      </w:r>
      <w:r>
        <w:br/>
      </w:r>
      <w:r>
        <w:rPr>
          <w:sz w:val="20"/>
        </w:rPr>
        <w:t>10:20  beshumar sitaray aa rahay</w:t>
      </w:r>
      <w:r>
        <w:br/>
      </w:r>
      <w:r>
        <w:rPr>
          <w:sz w:val="20"/>
        </w:rPr>
        <w:t>10:22  hain. sitaray kehte hain pathar ko. woh chotay, baray, har kisi ke pathar hotay hain. million, billion pathar har waqt aa rahay hain charon taraf se.</w:t>
      </w:r>
      <w:r>
        <w:br/>
      </w:r>
      <w:r>
        <w:rPr>
          <w:sz w:val="20"/>
        </w:rPr>
        <w:t>10:35  to yeh bohat ajeeb sawal tha ke pathar jo aa rahay hain to kaise zameen par hum hifazat se reh rahay hain? yahan to patharon ki barish hona chahiye.</w:t>
      </w:r>
      <w:r>
        <w:br/>
      </w:r>
      <w:r>
        <w:rPr>
          <w:sz w:val="20"/>
        </w:rPr>
        <w:t>10:48  to aik nazriya banaya gaya tha ke pathar jo atay hain, jab woh zameen ki fiza mein dakhil karte hain to jal kar woh reza reza ho jatay hain.</w:t>
      </w:r>
      <w:r>
        <w:br/>
      </w:r>
      <w:r>
        <w:rPr>
          <w:sz w:val="20"/>
        </w:rPr>
        <w:t>10:58  lekin yeh jo tausee thi, yeh poori tarah is ko kafi nahi tha is ko batany ke liye. ab jo hai, daryaft hua ke yeh jo dark sitara ya dark matter hai, woh saray is ko hal karta rehta hai.</w:t>
      </w:r>
      <w:r>
        <w:br/>
      </w:r>
      <w:r>
        <w:rPr>
          <w:sz w:val="20"/>
        </w:rPr>
        <w:t>11:15  is ki yeh tasweer hai.</w:t>
      </w:r>
      <w:r>
        <w:br/>
      </w:r>
      <w:r>
        <w:rPr>
          <w:sz w:val="20"/>
        </w:rPr>
        <w:t>11:19  kaisi ajeeb baat hai. hum zameen par itnay itminan se reh rahay hain, bohat hi sukoon ke sath, bohat hi sukoon ke sath, sari sargharmiyan karte hain,</w:t>
      </w:r>
      <w:r>
        <w:br/>
      </w:r>
      <w:r>
        <w:rPr>
          <w:sz w:val="20"/>
        </w:rPr>
        <w:t>11:33  sari mansooba bandi karte hain.</w:t>
      </w:r>
      <w:r>
        <w:br/>
      </w:r>
      <w:r>
        <w:rPr>
          <w:sz w:val="20"/>
        </w:rPr>
        <w:t>11:37  yeh kaise mumkin hota hai ke sayarchon ka jo toofan har waqt aa raha hai, woh sab hal karta kar leta hai?</w:t>
      </w:r>
      <w:r>
        <w:br/>
      </w:r>
      <w:r>
        <w:rPr>
          <w:sz w:val="20"/>
        </w:rPr>
        <w:t>11:45  woh</w:t>
      </w:r>
      <w:r>
        <w:br/>
      </w:r>
      <w:r>
        <w:rPr>
          <w:sz w:val="20"/>
        </w:rPr>
        <w:t>11:49  hamare upar, hum tak nahi pahanchta. warna pathron ki barish hoti hai aur hum mein se koi phir zinda na rehta.</w:t>
      </w:r>
      <w:r>
        <w:br/>
      </w:r>
      <w:r>
        <w:rPr>
          <w:sz w:val="20"/>
        </w:rPr>
        <w:t>12:00  kaisi ajib baat hai. kaisi ajib baat hai. yeh uski tasweer chhapi hai akhbar mein. yeh abhi ek haftay ki baat hai.</w:t>
      </w:r>
      <w:r>
        <w:br/>
      </w:r>
      <w:r>
        <w:rPr>
          <w:sz w:val="20"/>
        </w:rPr>
        <w:t>12:12  to aisi ek do nahi, aisi bohat si baatein hain jo maine, jin mein se kuch maine likha hai apni kitab "mazhab aur jadeed challenge" mein, jo chhapi hai angrezi mein "God Rises" ke naam se.</w:t>
      </w:r>
      <w:r>
        <w:br/>
      </w:r>
      <w:r>
        <w:rPr>
          <w:sz w:val="20"/>
        </w:rPr>
        <w:t>12:25  aur arabi mein, arabi mein "al-islam atadah" ke naam se. aisi bohat si cheezein maine is mein di hain. woh bhi misaal hain.</w:t>
      </w:r>
      <w:r>
        <w:br/>
      </w:r>
      <w:r>
        <w:rPr>
          <w:sz w:val="20"/>
        </w:rPr>
        <w:t>12:34  woh sari baatein to itni zyada hain ke woh abhi tak insan daryaft kar raha hai aur uska anjam nahi aaya.</w:t>
      </w:r>
      <w:r>
        <w:br/>
      </w:r>
      <w:r>
        <w:rPr>
          <w:sz w:val="20"/>
        </w:rPr>
        <w:t>12:44  to ab sawal yeh hai ke itni well designed, itni well planned, itni maani khez duniya kaise ban gayi?</w:t>
      </w:r>
      <w:r>
        <w:br/>
      </w:r>
      <w:r>
        <w:rPr>
          <w:sz w:val="20"/>
        </w:rPr>
        <w:t>12:56  agar iska koi banane wala nahi, koi sustainer nahin.</w:t>
      </w:r>
      <w:r>
        <w:br/>
      </w:r>
      <w:r>
        <w:rPr>
          <w:sz w:val="20"/>
        </w:rPr>
        <w:t>13:02  to scientist jo hai, is tarah ki baat philosophers kehte hain. yeh jo start mill tha ya james mill tha, yeh sab philosophers the.</w:t>
      </w:r>
      <w:r>
        <w:br/>
      </w:r>
      <w:r>
        <w:rPr>
          <w:sz w:val="20"/>
        </w:rPr>
        <w:t>13:13  scientist kabhi aisi baat nahi kehta. kyunke jo scientists ne dekhi, yeh maana ke koi taqat hai.</w:t>
      </w:r>
      <w:r>
        <w:br/>
      </w:r>
      <w:r>
        <w:rPr>
          <w:sz w:val="20"/>
        </w:rPr>
        <w:t>13:22  newton ne maana tha ke koi quwwat hai is duniya ke peeche. sir james jeel ne kaha ke koi riyazi bandhan hai uske peeche.</w:t>
      </w:r>
      <w:r>
        <w:br/>
      </w:r>
      <w:r>
        <w:rPr>
          <w:sz w:val="20"/>
        </w:rPr>
        <w:t>13:34  fred hoyle ne kaha ke koi, koi zehant hai uske peeche.</w:t>
      </w:r>
      <w:r>
        <w:br/>
      </w:r>
      <w:r>
        <w:rPr>
          <w:sz w:val="20"/>
        </w:rPr>
        <w:t>13:41  to sab is tareeqe se mante rahe hain, agarche woh Khuda ka naam nahi lete, woh. to behal yeh maanna padega ke ek Khuda hai jo maujood kar raha hai,</w:t>
      </w:r>
      <w:r>
        <w:br/>
      </w:r>
      <w:r>
        <w:rPr>
          <w:sz w:val="20"/>
        </w:rPr>
        <w:t>13:59  jo hum janne wala hai, khud maujood hai, jo sustainer hai.</w:t>
      </w:r>
      <w:r>
        <w:br/>
      </w:r>
      <w:r>
        <w:rPr>
          <w:sz w:val="20"/>
        </w:rPr>
        <w:t>14:08  agar sab kuch hai.</w:t>
      </w:r>
      <w:r>
        <w:br/>
      </w:r>
      <w:r>
        <w:rPr>
          <w:sz w:val="20"/>
        </w:rPr>
        <w:t>14:10  yani hum dekhiye, ek cheenti bhi nahi bana sakte hum. kehti hai sari kainat bani hui hai hamare liye.</w:t>
      </w:r>
      <w:r>
        <w:br/>
      </w:r>
      <w:r>
        <w:rPr>
          <w:sz w:val="20"/>
        </w:rPr>
        <w:t>14:20  to pehli baat yeh hai ke jo usne kaha tha, ek french philosopher ne</w:t>
      </w:r>
      <w:r>
        <w:br/>
      </w:r>
      <w:r>
        <w:rPr>
          <w:sz w:val="20"/>
        </w:rPr>
        <w:t>14:31  "I think therefore I am."</w:t>
      </w:r>
      <w:r>
        <w:br/>
      </w:r>
      <w:r>
        <w:rPr>
          <w:sz w:val="20"/>
        </w:rPr>
        <w:t>14:38  "I think therefore I am." to main kahunga ke "I am therefore God is." agar soch jo hai mere wajood ka saboot hai to mera wajood Khuda ka saboot hai.</w:t>
      </w:r>
      <w:r>
        <w:br/>
      </w:r>
      <w:r>
        <w:rPr>
          <w:sz w:val="20"/>
        </w:rPr>
        <w:t>15:01  to yeh behal, yani logic ka taqaza, aql ka taqaza, aur har qism ki maqooliyat ka taqaza yeh hai ke hum Khuda ko maanein.</w:t>
      </w:r>
      <w:r>
        <w:br/>
      </w:r>
      <w:r>
        <w:rPr>
          <w:sz w:val="20"/>
        </w:rPr>
        <w:t>15:17  to ek to Khuda ka saboot yeh hai jo mushahde par mabni hai, doosra jo hai badihi basirat par mabni hai. badihi basirat</w:t>
      </w:r>
      <w:r>
        <w:br/>
      </w:r>
      <w:r>
        <w:rPr>
          <w:sz w:val="20"/>
        </w:rPr>
        <w:t>15:26  , dekhiye, har aadmi jo paida hota hai, baghair kisi istisana ke, uske andar ek ek sense of awe hota hai, kisi ko maanne ka jazba, koi apne se bara.</w:t>
      </w:r>
      <w:r>
        <w:br/>
      </w:r>
      <w:r>
        <w:rPr>
          <w:sz w:val="20"/>
        </w:rPr>
        <w:t>15:40  usko aadmi wabasta kar leta hai kisi ke saath, kisi group ke saath, kisi shakhsiyat ke saath. pehle log suraj chand ke saath kar lete the.</w:t>
      </w:r>
      <w:r>
        <w:br/>
      </w:r>
      <w:r>
        <w:rPr>
          <w:sz w:val="20"/>
        </w:rPr>
        <w:t>15:52  to hamesha insan jo hai, kisi ko maanta raha hai apne se bara.</w:t>
      </w:r>
      <w:r>
        <w:br/>
      </w:r>
      <w:r>
        <w:rPr>
          <w:sz w:val="20"/>
        </w:rPr>
        <w:t>16:00  to ek hai tauheed, ek hai shirk. tauheed yeh hai ke Khuda ko Khuda maana jaye, Khuda ko Khuda maana jaye.</w:t>
      </w:r>
      <w:r>
        <w:br/>
      </w:r>
      <w:r>
        <w:rPr>
          <w:sz w:val="20"/>
        </w:rPr>
        <w:t>16:09  shirk yeh hai ke Khuda ke siwa kisi ko woh darja de diya jaye jo ke Khuda ka darja hai. poori tareekh mein yahi raha hai.</w:t>
      </w:r>
      <w:r>
        <w:br/>
      </w:r>
      <w:r>
        <w:rPr>
          <w:sz w:val="20"/>
        </w:rPr>
        <w:t>16:19  kabhi aisa nahi hua tareekh mein ke khuda ko na maanne wale duniya mein bhar gaye hon.</w:t>
      </w:r>
      <w:r>
        <w:br/>
      </w:r>
      <w:r>
        <w:rPr>
          <w:sz w:val="20"/>
        </w:rPr>
        <w:t>16:27  aisa kabhi hua nahi. to ek baat yahi hui. yaani khuda ke wajood ko maanna.</w:t>
      </w:r>
      <w:r>
        <w:br/>
      </w:r>
      <w:r>
        <w:rPr>
          <w:sz w:val="20"/>
        </w:rPr>
        <w:t>16:37  khuda ke wajood ko maanna.</w:t>
      </w:r>
      <w:r>
        <w:br/>
      </w:r>
      <w:r>
        <w:rPr>
          <w:sz w:val="20"/>
        </w:rPr>
        <w:t>16:42  falsafi ki zabaan mein hum kahenge ke "I am therefore God is</w:t>
      </w:r>
      <w:r>
        <w:br/>
      </w:r>
      <w:r>
        <w:rPr>
          <w:sz w:val="20"/>
        </w:rPr>
        <w:t>16:46  ". science ki zabaan mein kahenge ke ek ek kainat hai, bohat hi maani khez, bohat hi well designed.</w:t>
      </w:r>
      <w:r>
        <w:br/>
      </w:r>
      <w:r>
        <w:rPr>
          <w:sz w:val="20"/>
        </w:rPr>
        <w:t>16:54  to "Who is the designer?" "Who is the designer?"</w:t>
      </w:r>
      <w:r>
        <w:br/>
      </w:r>
      <w:r>
        <w:rPr>
          <w:sz w:val="20"/>
        </w:rPr>
        <w:t>17:03  to hamein maanna padega ke koi koi designer hai. doosri baat yeh hai ke jab aap khuda ko maane to khuda ko maanna koi saada maanna nahi hai.</w:t>
      </w:r>
      <w:r>
        <w:br/>
      </w:r>
      <w:r>
        <w:rPr>
          <w:sz w:val="20"/>
        </w:rPr>
        <w:t>17:18  saada maanna nahi hai. khuda ko maanne ke maani hain ke aap ke upar us ke kuch taqaze aa jaate hain. khuda ko maanne ke maani yeh nahi hain ke aap</w:t>
      </w:r>
      <w:r>
        <w:br/>
      </w:r>
      <w:r>
        <w:rPr>
          <w:sz w:val="20"/>
        </w:rPr>
        <w:t>17:32  antarctica mein koi ek pathar pada hua hai, aise maan liya aap ne. nahi, khuda ke maani yeh hain ke aisa khuda jis ne aap ko paida kiya.</w:t>
      </w:r>
      <w:r>
        <w:br/>
      </w:r>
      <w:r>
        <w:rPr>
          <w:sz w:val="20"/>
        </w:rPr>
        <w:t>17:43  jo aap ko suraj ke zariye roshni aur hararat bhej raha hai. jo zameen mein ghiza ugata hai.</w:t>
      </w:r>
      <w:r>
        <w:br/>
      </w:r>
      <w:r>
        <w:rPr>
          <w:sz w:val="20"/>
        </w:rPr>
        <w:t>17:52  jo pani ka zakhira jis ne ikatha kar diya hai. jo oxygen supply kar raha hai. jo billion nahi, billion cheezein kar raha hai, jaise aap jis ko hum kehte hain life support system.</w:t>
      </w:r>
      <w:r>
        <w:br/>
      </w:r>
      <w:r>
        <w:rPr>
          <w:sz w:val="20"/>
        </w:rPr>
        <w:t>18:04  to jab yeh sab koi kar raha hai to hamein koi response dena hai is ka. woh response kya hai? woh shukr hai.</w:t>
      </w:r>
      <w:r>
        <w:br/>
      </w:r>
      <w:r>
        <w:rPr>
          <w:sz w:val="20"/>
        </w:rPr>
        <w:t>18:15  yaani khuda giver hai, hum receiver hain. hum khuda se pa rahe hain. to hamein koi response dena hai.</w:t>
      </w:r>
      <w:r>
        <w:br/>
      </w:r>
      <w:r>
        <w:rPr>
          <w:sz w:val="20"/>
        </w:rPr>
        <w:t>18:25  yeh bilkul natural baat hai ke hamari taraf se koi response ho. isi response ka naam hai shukr, acknowledgement, hamd.</w:t>
      </w:r>
      <w:r>
        <w:br/>
      </w:r>
      <w:r>
        <w:rPr>
          <w:sz w:val="20"/>
        </w:rPr>
        <w:t>18:39  jab aap acknowledge karte hain khuda ko, itraaf karte hain khuda ka, itraaf. shukr aur itraaf mein koi farq nahi hai.</w:t>
      </w:r>
      <w:r>
        <w:br/>
      </w:r>
      <w:r>
        <w:rPr>
          <w:sz w:val="20"/>
        </w:rPr>
        <w:t>18:49  shukr wahi hai jo itraaf hai. itraaf wahi hai jo acknowledge karna hai. to isi ka naam hai shukr.</w:t>
      </w:r>
      <w:r>
        <w:br/>
      </w:r>
      <w:r>
        <w:rPr>
          <w:sz w:val="20"/>
        </w:rPr>
        <w:t>18:58  to hum, yaani yeh hamari fitrat ka taqaza hai ke hum khuda ke saari blessing ka, saare jo atiyaat khuda ke hain, is ka itraaf karein.</w:t>
      </w:r>
      <w:r>
        <w:br/>
      </w:r>
      <w:r>
        <w:rPr>
          <w:sz w:val="20"/>
        </w:rPr>
        <w:t>19:11  is ke baghair hum reh nahi sakte.</w:t>
      </w:r>
      <w:r>
        <w:br/>
      </w:r>
      <w:r>
        <w:rPr>
          <w:sz w:val="20"/>
        </w:rPr>
        <w:t>19:15  dekhiye, quran mein hai ke khalaqal qalba ma'a fi as-samawati wa ma'a fi al-ardi jamee'an yaani zameen o aasman hain, jo kuch hai, sab ka sab tumhare liye hum ne musakhkhar kar diya, tumhari khidmat mein laga diya hai.</w:t>
      </w:r>
      <w:r>
        <w:br/>
      </w:r>
      <w:r>
        <w:rPr>
          <w:sz w:val="20"/>
        </w:rPr>
        <w:t>19:35  yeh saari kainat hamari khidmat mein lagi hui hai.</w:t>
      </w:r>
      <w:r>
        <w:br/>
      </w:r>
      <w:r>
        <w:rPr>
          <w:sz w:val="20"/>
        </w:rPr>
        <w:t>19:42  sirf wohi kuch item nahi, jis ko hum kehte hain life support system. is ke saath pata nahi kya kya hain. misaal ke tor par, upar se cosmic rays aa rahi hain.</w:t>
      </w:r>
      <w:r>
        <w:br/>
      </w:r>
      <w:r>
        <w:rPr>
          <w:sz w:val="20"/>
        </w:rPr>
        <w:t>19:52  aap tak insaan daryaft nahi kar saka hai ke ek cosmic rays ka hamari zindagi se kya ta'alluq hai. kya maloom, cosmic rays ka bohat hi gehra ta'alluq ho hamari zindagi se, jis ki daryaft abhi baqi hai.</w:t>
      </w:r>
      <w:r>
        <w:br/>
      </w:r>
      <w:r>
        <w:rPr>
          <w:sz w:val="20"/>
        </w:rPr>
        <w:t>20:07  to aaj subah mein yeh soch raha tha ke insaan jo hai, khuda ne bataya, likha hai, quran majeed mein likha hai ke wa laqad karramnaaka wa nayaadaka yaani insaan ko hum ne bohat hi izzat aur sharaf diya.</w:t>
      </w:r>
      <w:r>
        <w:br/>
      </w:r>
      <w:r>
        <w:rPr>
          <w:sz w:val="20"/>
        </w:rPr>
        <w:t>20:25  to yeh kya hai? to mein soch raha tha ke insaan to khuda ki duniya mein goya mehman ke tor par hai. mehman us ko kehte hain jis ko free sab cheez supply ki jae</w:t>
      </w:r>
      <w:r>
        <w:br/>
      </w:r>
      <w:r>
        <w:rPr>
          <w:sz w:val="20"/>
        </w:rPr>
        <w:t>20:37  e. to sab free supply ho raha hai. hum karte hain, koi hum kuch bhi nahi karte. agar kisan khet mein beej daal deta hai to karna nahi kaha jayega.</w:t>
      </w:r>
      <w:r>
        <w:br/>
      </w:r>
      <w:r>
        <w:rPr>
          <w:sz w:val="20"/>
        </w:rPr>
        <w:t>20:48  yani beej se ukharo akhwan nikla, ukharo se danthal nikla, is se patiyan nikli, is se phool aur phal aaye, is se ghalla nikla. yeh kya kya cheezein hain?</w:t>
      </w:r>
      <w:r>
        <w:br/>
      </w:r>
      <w:r>
        <w:rPr>
          <w:sz w:val="20"/>
        </w:rPr>
        <w:t>20:57  yeh kisan karta hai? woh toh ek bas ek beej daal diya. toh kisan ka karna itna kam hai ke one percent mein maine ban kar sakte ho is ko aap.</w:t>
      </w:r>
      <w:r>
        <w:br/>
      </w:r>
      <w:r>
        <w:rPr>
          <w:sz w:val="20"/>
        </w:rPr>
        <w:t>21:08  aisi sari cheezein hain. jo oxygen supply ho raha hai, hum ne kya kiya is ke liye darakhton se? suraj se jo aa rahi hai light aur heat, hum ne kya kiya?</w:t>
      </w:r>
      <w:r>
        <w:br/>
      </w:r>
      <w:r>
        <w:rPr>
          <w:sz w:val="20"/>
        </w:rPr>
        <w:t>21:18  kuch nahi kiya hum ne. jo cosmic rays aa rahi hain, hum ne kya kiya? hum ne kuch bhi nahi kiya. toh yeh sab jis tarah se ek mehman hota hai, toh us ko sari cheez free di jaati hai.</w:t>
      </w:r>
      <w:r>
        <w:br/>
      </w:r>
      <w:r>
        <w:rPr>
          <w:sz w:val="20"/>
        </w:rPr>
        <w:t>21:30  toh insan goya ke is duniya mein Khuda ka mehman hai. kaisi ajeeb b</w:t>
      </w:r>
      <w:r>
        <w:br/>
      </w:r>
      <w:r>
        <w:rPr>
          <w:sz w:val="20"/>
        </w:rPr>
        <w:t>21:36  aat hai. phir maine socha ke dekhiye, ek hota hai mehman. yani aam mehman. ek mehman hota hai.</w:t>
      </w:r>
      <w:r>
        <w:br/>
      </w:r>
      <w:r>
        <w:rPr>
          <w:sz w:val="20"/>
        </w:rPr>
        <w:t>21:45  phir ek chief mehman hota hai. phir ek royal mehman hota hai. phir ek imperial mehman hota hai. yani aam mehman, khaas mehman, shahi mehman, shehanshahi mehman.</w:t>
      </w:r>
      <w:r>
        <w:br/>
      </w:r>
      <w:r>
        <w:rPr>
          <w:sz w:val="20"/>
        </w:rPr>
        <w:t>21:58  lekin insan jo hai, universal mehman hai. universal mehman hai. yani sari kainat is ki khidmat mein lagi hui hai.</w:t>
      </w:r>
      <w:r>
        <w:br/>
      </w:r>
      <w:r>
        <w:rPr>
          <w:sz w:val="20"/>
        </w:rPr>
        <w:t>22:12  main apne ghar ki chhat par khada hua subah ke waqt. toh suraj nikal raha tha. chaaron taraf darakht thay.</w:t>
      </w:r>
      <w:r>
        <w:br/>
      </w:r>
      <w:r>
        <w:rPr>
          <w:sz w:val="20"/>
        </w:rPr>
        <w:t>22:24  fiza mein chidiyan urr rahi theen. aur ek poora ek kainaati manzar tha, kainaati manzar. is mein main khada hua tha. toh mujhe woh ayat yaad aayi jo abhi main ne parhi.</w:t>
      </w:r>
      <w:r>
        <w:br/>
      </w:r>
      <w:r>
        <w:rPr>
          <w:sz w:val="20"/>
        </w:rPr>
        <w:t>22:37  ke sab kuch laga diya insan ki khidmat ke liye.</w:t>
      </w:r>
      <w:r>
        <w:br/>
      </w:r>
      <w:r>
        <w:rPr>
          <w:sz w:val="20"/>
        </w:rPr>
        <w:t>22:41  toh phir is ko maine personalize kiya. personalize kiya. yani sab kuch apne oopar dhala. toh ek ajeeb ehsaas hua.</w:t>
      </w:r>
      <w:r>
        <w:br/>
      </w:r>
      <w:r>
        <w:rPr>
          <w:sz w:val="20"/>
        </w:rPr>
        <w:t>22:51  ke sari kainat Khuda ne mere liye banai hai.</w:t>
      </w:r>
      <w:r>
        <w:br/>
      </w:r>
      <w:r>
        <w:rPr>
          <w:sz w:val="20"/>
        </w:rPr>
        <w:t>22:58  jo Allah ki blessings hain, jo universal atiyaat Khuda ke hain, is ko aap personalize kijiye, personalize. toh ek ajeeb ehsaas hoga.</w:t>
      </w:r>
      <w:r>
        <w:br/>
      </w:r>
      <w:r>
        <w:rPr>
          <w:sz w:val="20"/>
        </w:rPr>
        <w:t>23:10  ek sahib se baat ho rahi thi toh unhon ne kaha ke main park mein gaya walk karne ke liye toh wahan phool khile hue thay. is ko main ne kaha main dekhne aaon.</w:t>
      </w:r>
      <w:r>
        <w:br/>
      </w:r>
      <w:r>
        <w:rPr>
          <w:sz w:val="20"/>
        </w:rPr>
        <w:t>23:20  toh bohat hi beautiful thay. toh main ne socha ke kitna beautiful art hai yeh. toh main ne kaha theek hai yeh aap ne jo daryaft kiya hai, bohat bari daryaft hai lekin is se aage ek cheez daryaft karna hai aap ko.</w:t>
      </w:r>
      <w:r>
        <w:br/>
      </w:r>
      <w:r>
        <w:rPr>
          <w:sz w:val="20"/>
        </w:rPr>
        <w:t>23:36  agar</w:t>
      </w:r>
      <w:r>
        <w:br/>
      </w:r>
      <w:r>
        <w:rPr>
          <w:sz w:val="20"/>
        </w:rPr>
        <w:t>23:37  aap is duniya ko ek achhe art ke roop mein daryaft karen. toh aap ko sirf ek artist ka tasawwur aayega.</w:t>
      </w:r>
      <w:r>
        <w:br/>
      </w:r>
      <w:r>
        <w:rPr>
          <w:sz w:val="20"/>
        </w:rPr>
        <w:t>23:50  yani universe is a great art of a great artist</w:t>
      </w:r>
      <w:r>
        <w:br/>
      </w:r>
      <w:r>
        <w:rPr>
          <w:sz w:val="20"/>
        </w:rPr>
        <w:t>23:57  yeh aap soch paayenge. universe is a great art of a great artist toh artist ke liye aap ke andar kya hoga?</w:t>
      </w:r>
      <w:r>
        <w:br/>
      </w:r>
      <w:r>
        <w:rPr>
          <w:sz w:val="20"/>
        </w:rPr>
        <w:t>24:06  ek sense of awe aayega. aur ek bara artist hai, us ko maanne lagenge aap. lekin woh jo response dena hai aap ko shukr ka, woh nahi aayega.</w:t>
      </w:r>
      <w:r>
        <w:br/>
      </w:r>
      <w:r>
        <w:rPr>
          <w:sz w:val="20"/>
        </w:rPr>
        <w:t>24:19  shukr ka response dene ke liye ke aap us ko Khuda ko benefactor ke roop mein daryaft karen. munim ke roop mein daryaft karen. sirf artist ke taur par nahi.</w:t>
      </w:r>
      <w:r>
        <w:br/>
      </w:r>
      <w:r>
        <w:rPr>
          <w:sz w:val="20"/>
        </w:rPr>
        <w:t>24:32  yani agar aap yeh kahein ke universe is a great art and God is a great artist toh aap ne Khuda ko bas ek kharji, ek artist ke taur par daryaft kiya.</w:t>
      </w:r>
      <w:r>
        <w:br/>
      </w:r>
      <w:r>
        <w:rPr>
          <w:sz w:val="20"/>
        </w:rPr>
        <w:t>24:48  nahi. aap daryaft karein ke mujhe Khuda de raha hai sab kuch. tab shukr aayega.</w:t>
      </w:r>
      <w:r>
        <w:br/>
      </w:r>
      <w:r>
        <w:rPr>
          <w:sz w:val="20"/>
        </w:rPr>
        <w:t>24:58  tab sh</w:t>
      </w:r>
      <w:r>
        <w:br/>
      </w:r>
      <w:r>
        <w:rPr>
          <w:sz w:val="20"/>
        </w:rPr>
        <w:t>24:59  kar aaye ga. phir mein ne un se yahi baat kahi ke aap jo cheezen dunya mein insaan ko mil rahi hain, us ko personalize kijiye. apni zaat ko samjhiye ke mujhe sab mil raha hai.</w:t>
      </w:r>
      <w:r>
        <w:br/>
      </w:r>
      <w:r>
        <w:rPr>
          <w:sz w:val="20"/>
        </w:rPr>
        <w:t>25:10  tab bara shukr aaye ga. oshiayank shukr, samandari shukr.</w:t>
      </w:r>
      <w:r>
        <w:br/>
      </w:r>
      <w:r>
        <w:rPr>
          <w:sz w:val="20"/>
        </w:rPr>
        <w:t>25:18  to shukr jo hai, bohat hi. yaani alhamdu lillahi rabbil aalameen jo quran majeed mein hai.</w:t>
      </w:r>
      <w:r>
        <w:br/>
      </w:r>
      <w:r>
        <w:rPr>
          <w:sz w:val="20"/>
        </w:rPr>
        <w:t>25:28  to mufassireen ne likha hai ke alhamd jo hai, us ki haqeeqat shukr hai. yaani sab se bara kalma, pehla kalma jo quran mein bataya gaya, woh shukr ka kalma hai.</w:t>
      </w:r>
      <w:r>
        <w:br/>
      </w:r>
      <w:r>
        <w:rPr>
          <w:sz w:val="20"/>
        </w:rPr>
        <w:t>25:39  ke shukr ada karo.</w:t>
      </w:r>
      <w:r>
        <w:br/>
      </w:r>
      <w:r>
        <w:rPr>
          <w:sz w:val="20"/>
        </w:rPr>
        <w:t>25:43  shukr ada karo.</w:t>
      </w:r>
      <w:r>
        <w:br/>
      </w:r>
      <w:r>
        <w:rPr>
          <w:sz w:val="20"/>
        </w:rPr>
        <w:t>25:45  shukr jab kar paayen ge aap, jab aap khuda ki greatness ko, khuda ke yaani is baat ko ke woh blessing aap par barsa raha hai, inaam de raha hai, is sab ko daryaft karen.</w:t>
      </w:r>
      <w:r>
        <w:br/>
      </w:r>
      <w:r>
        <w:rPr>
          <w:sz w:val="20"/>
        </w:rPr>
        <w:t>26:01  jaise quran mein aik aayat hai wa ma qadarullah haqq qadrehi wal arzu jamee'an qabzatuhu was samawaatu matliyaatun bi yameenih</w:t>
      </w:r>
      <w:r>
        <w:br/>
      </w:r>
      <w:r>
        <w:rPr>
          <w:sz w:val="20"/>
        </w:rPr>
        <w:t>26:15  is ka matlab hai ke logon ne khuda ko underestimate kiya. haalankeh khuda woh hai ke qayamat ke din</w:t>
      </w:r>
      <w:r>
        <w:br/>
      </w:r>
      <w:r>
        <w:rPr>
          <w:sz w:val="20"/>
        </w:rPr>
        <w:t>26:27  poora aasman us ke us ke dayen haath mein lipta hua hoga. poori zameen us ke haath mein hogi.</w:t>
      </w:r>
      <w:r>
        <w:br/>
      </w:r>
      <w:r>
        <w:rPr>
          <w:sz w:val="20"/>
        </w:rPr>
        <w:t>26:35  is ka matlab yeh nahi hai ke dekhiye, maslan farz kijiye ke zameen hai ya aasman hai. to khuda bayen haath mein zameen le lega, dayen haath mein aasman le lega.</w:t>
      </w:r>
      <w:r>
        <w:br/>
      </w:r>
      <w:r>
        <w:rPr>
          <w:sz w:val="20"/>
        </w:rPr>
        <w:t>26:47  yeh matlab nahi hai. yeh matlab hai ke khuda ki qudrat ko bataya gaya hai. yaani khuda ka jo takht iqtidaar hai, woh poori kainat ko wasee' hai.</w:t>
      </w:r>
      <w:r>
        <w:br/>
      </w:r>
      <w:r>
        <w:rPr>
          <w:sz w:val="20"/>
        </w:rPr>
        <w:t>26:58  is ki jo hukumat hai, woh sab par haavi hai.</w:t>
      </w:r>
      <w:r>
        <w:br/>
      </w:r>
      <w:r>
        <w:rPr>
          <w:sz w:val="20"/>
        </w:rPr>
        <w:t>27:02  woh jo control kar raha hai, us se aik zara ya aik galaxy koi cheez bahar nahi hai. yeh sab kuch khuda ke ikhtiyar mein hai. lekin kya hai?</w:t>
      </w:r>
      <w:r>
        <w:br/>
      </w:r>
      <w:r>
        <w:rPr>
          <w:sz w:val="20"/>
        </w:rPr>
        <w:t>27:14  aaj hum us ko dekh nahi rahe. aik waqt aaye ga ke woh cheez bilkul saamne dikhai dene lage gi.</w:t>
      </w:r>
      <w:r>
        <w:br/>
      </w:r>
      <w:r>
        <w:rPr>
          <w:sz w:val="20"/>
        </w:rPr>
        <w:t>27:27  ab yeh sab sochen aap to khuda ke saath ajeeb ghareeb ehsaas aap ko paida hoga.</w:t>
      </w:r>
      <w:r>
        <w:br/>
      </w:r>
      <w:r>
        <w:rPr>
          <w:sz w:val="20"/>
        </w:rPr>
        <w:t>27:35  mein soch raha tha quran ki aik aayat ko le kar</w:t>
      </w:r>
      <w:r>
        <w:br/>
      </w:r>
      <w:r>
        <w:rPr>
          <w:sz w:val="20"/>
        </w:rPr>
        <w:t>27:39  . quran ki aik aayat hai ke</w:t>
      </w:r>
      <w:r>
        <w:br/>
      </w:r>
      <w:r>
        <w:rPr>
          <w:sz w:val="20"/>
        </w:rPr>
        <w:t>27:45  qayamat aur aakhirat ke baray mein innahu lahaqqun mithlu ma anlakum tattaqoona woh haq hai.</w:t>
      </w:r>
      <w:r>
        <w:br/>
      </w:r>
      <w:r>
        <w:rPr>
          <w:sz w:val="20"/>
        </w:rPr>
        <w:t>27:55  woh hone wali hai. jis tareeqay se tum bolte ho. to nutq jo hai, bolna, yaani speech ko le kar yeh kaha gaya ke woh haq hai.</w:t>
      </w:r>
      <w:r>
        <w:br/>
      </w:r>
      <w:r>
        <w:rPr>
          <w:sz w:val="20"/>
        </w:rPr>
        <w:t>28:06  is ka matlab kya hai?</w:t>
      </w:r>
      <w:r>
        <w:br/>
      </w:r>
      <w:r>
        <w:rPr>
          <w:sz w:val="20"/>
        </w:rPr>
        <w:t>28:08  to mein sochta raha, aaj sochta raha, aaj sochta raha. to mein ne socha ke Allah taala ki jitni bhi sifat hain, woh sab sifat is dunya mein hum dekh rahe hain.</w:t>
      </w:r>
      <w:r>
        <w:br/>
      </w:r>
      <w:r>
        <w:rPr>
          <w:sz w:val="20"/>
        </w:rPr>
        <w:t>28:20  matlab khuda ka khaliq hona. cheezen maujood hain to us ka khaliq hona hum dekh rahe hain. khuda ke raheem hona.</w:t>
      </w:r>
      <w:r>
        <w:br/>
      </w:r>
      <w:r>
        <w:rPr>
          <w:sz w:val="20"/>
        </w:rPr>
        <w:t>28:31  cheezen mein meaning hai aur blessing hai to hum khuda ki rehmat ko dekh rahe hain.</w:t>
      </w:r>
      <w:r>
        <w:br/>
      </w:r>
      <w:r>
        <w:rPr>
          <w:sz w:val="20"/>
        </w:rPr>
        <w:t>28:40  yaani khuda ki jitni sifat hain, woh sab manifest kar rahi hain is dunya mein.</w:t>
      </w:r>
      <w:r>
        <w:br/>
      </w:r>
      <w:r>
        <w:rPr>
          <w:sz w:val="20"/>
        </w:rPr>
        <w:t>28:47  jaise unhon ne kaha ke khuda ka art jo hai, ek phool ko dekh kar maine socha ke khuda ka kitna bara art hai yeh. to khuda ki is sari sifat ko aap kainat mein observe kar rahe hain.</w:t>
      </w:r>
      <w:r>
        <w:br/>
      </w:r>
      <w:r>
        <w:rPr>
          <w:sz w:val="20"/>
        </w:rPr>
        <w:t>28:59  lekin ek cheez abhi tak samne nahi aai. woh hai nutq, speech, bolna.</w:t>
      </w:r>
      <w:r>
        <w:br/>
      </w:r>
      <w:r>
        <w:rPr>
          <w:sz w:val="20"/>
        </w:rPr>
        <w:t>29:11  nojawani ki umar mein jab mujhe talash ka jazba aaya to main dewana war paharon mein, jangalon mein jata tha. yeh kehta tha, khuda wanda kab aayde mein kab tak tere aane ka intezar karoon?</w:t>
      </w:r>
      <w:r>
        <w:br/>
      </w:r>
      <w:r>
        <w:rPr>
          <w:sz w:val="20"/>
        </w:rPr>
        <w:t>29:27  to is ko sochte hue mujhe samajh aaya ke shayad main yeh keh raha tha ke khuda wanda to kab bolay ga?</w:t>
      </w:r>
      <w:r>
        <w:br/>
      </w:r>
      <w:r>
        <w:rPr>
          <w:sz w:val="20"/>
        </w:rPr>
        <w:t>29:36  tere bol ke sunne ka main kab tak intezar karoon?</w:t>
      </w:r>
      <w:r>
        <w:br/>
      </w:r>
      <w:r>
        <w:rPr>
          <w:sz w:val="20"/>
        </w:rPr>
        <w:t>29:40  kyun ke sari kainat mein khuda ke jalwe hain. lekin khuda ke bol nahi hain.</w:t>
      </w:r>
      <w:r>
        <w:br/>
      </w:r>
      <w:r>
        <w:rPr>
          <w:sz w:val="20"/>
        </w:rPr>
        <w:t>29:48  khuda ke jalwe hain. nannave sifat jo quran majeed mein khuda ki mani jati hain, woh sab khud dekhi ja rahi hain charon taraf.</w:t>
      </w:r>
      <w:r>
        <w:br/>
      </w:r>
      <w:r>
        <w:rPr>
          <w:sz w:val="20"/>
        </w:rPr>
        <w:t>29:58  yani khuda ka takhleeq karna, khuda ka parwarish karna, khuda ka rahim hona, khuda ka ek yani bohat hi beauty ko pasand karna, khuda ka aap ke liye rizq razzaq hona, yeh sab cheezein bilkul mubarrehan hain.</w:t>
      </w:r>
      <w:r>
        <w:br/>
      </w:r>
      <w:r>
        <w:rPr>
          <w:sz w:val="20"/>
        </w:rPr>
        <w:t>30:16  dikhai de rahi hain. lekin kahin bol nahi. jo kisi ne kaha ke Allah ne sunata, awaz nahi aati.</w:t>
      </w:r>
      <w:r>
        <w:br/>
      </w:r>
      <w:r>
        <w:rPr>
          <w:sz w:val="20"/>
        </w:rPr>
        <w:t>30:26  koi pahar bol nahi raha hai ke mujh ko paida karne wala khuda hai. koi samandar bol nahi raha hai. kisi galaxy se awaz nahi aati.</w:t>
      </w:r>
      <w:r>
        <w:br/>
      </w:r>
      <w:r>
        <w:rPr>
          <w:sz w:val="20"/>
        </w:rPr>
        <w:t>30:39  yani ek ek gameh takhleeq hai. lekin ek cheez is mein hazf hai. woh hai speech, woh hai bol. to main ek tajruba mujhe yaad aaya.</w:t>
      </w:r>
      <w:r>
        <w:br/>
      </w:r>
      <w:r>
        <w:rPr>
          <w:sz w:val="20"/>
        </w:rPr>
        <w:t>30:52  ek bar main ek conference mein gaya.</w:t>
      </w:r>
      <w:r>
        <w:br/>
      </w:r>
      <w:r>
        <w:rPr>
          <w:sz w:val="20"/>
        </w:rPr>
        <w:t>30:55  wahan conference mein kai log thay. is mein ek admi baitha hua tha mez ke kinare. bari zabardast shaksiyat wala admi. yani ek giant shaksiyat, giant.</w:t>
      </w:r>
      <w:r>
        <w:br/>
      </w:r>
      <w:r>
        <w:rPr>
          <w:sz w:val="20"/>
        </w:rPr>
        <w:t>31:07  sab se mukhtalif tha. lekin chup chap baitha hua tha.</w:t>
      </w:r>
      <w:r>
        <w:br/>
      </w:r>
      <w:r>
        <w:rPr>
          <w:sz w:val="20"/>
        </w:rPr>
        <w:t>31:14  yeh ek waqia hai. to main sochta tha yeh kya admi, kya cheez hai yeh?</w:t>
      </w:r>
      <w:r>
        <w:br/>
      </w:r>
      <w:r>
        <w:rPr>
          <w:sz w:val="20"/>
        </w:rPr>
        <w:t>31:22  yani matlab yeh woh but to nahi hai, koi statue to nahi hai. yeh to kya cheez hai yeh? chup chap baitha hua hai. ek waqt ek waqt aaya ke woh bola.</w:t>
      </w:r>
      <w:r>
        <w:br/>
      </w:r>
      <w:r>
        <w:rPr>
          <w:sz w:val="20"/>
        </w:rPr>
        <w:t>31:36  jab woh bola to sare log sunne lage is ke bol ko. ke kaun hai yeh? aisi kainat intezar mein hai ke khuda bolay.</w:t>
      </w:r>
      <w:r>
        <w:br/>
      </w:r>
      <w:r>
        <w:rPr>
          <w:sz w:val="20"/>
        </w:rPr>
        <w:t>31:48  jab khuda ki sari sifat zahir ho chuki hain,</w:t>
      </w:r>
      <w:r>
        <w:br/>
      </w:r>
      <w:r>
        <w:rPr>
          <w:sz w:val="20"/>
        </w:rPr>
        <w:t>31:51  ek hi sifat baqi hai. nutq, speech to zaroori hai ke woh bhi zahir ho. to yeh jo ayat hai wa innahu lahaqun mithla ma anlakum tattaqun ka matlab hai ke nannave sifat khuda ki to aap dekh chuke.</w:t>
      </w:r>
      <w:r>
        <w:br/>
      </w:r>
      <w:r>
        <w:rPr>
          <w:sz w:val="20"/>
        </w:rPr>
        <w:t>32:07  ek hi to baqi hai. jis din khuda bolay ga, wohi akhirat ka din hoga. kyun ke khuda jab bol de to test khatam.</w:t>
      </w:r>
      <w:r>
        <w:br/>
      </w:r>
      <w:r>
        <w:rPr>
          <w:sz w:val="20"/>
        </w:rPr>
        <w:t>32:17  aap ghor kijiye. khuda jab bol de to test kis baat ka?</w:t>
      </w:r>
      <w:r>
        <w:br/>
      </w:r>
      <w:r>
        <w:rPr>
          <w:sz w:val="20"/>
        </w:rPr>
        <w:t>32:22  test ko baqi rakhte hue, imtehan ki halat ko baqi rakhne ke liye khuda abhi bol nahi raha hai. jab khuda ke nazdeek count down ho raha hai, jab khuda ke nazdeek waqt aa jayega woh,</w:t>
      </w:r>
      <w:r>
        <w:br/>
      </w:r>
      <w:r>
        <w:rPr>
          <w:sz w:val="20"/>
        </w:rPr>
        <w:t>32:39  to bas achaanak awaz aayegi khuda ki.</w:t>
      </w:r>
      <w:r>
        <w:br/>
      </w:r>
      <w:r>
        <w:rPr>
          <w:sz w:val="20"/>
        </w:rPr>
        <w:t>32:44  la ta'tiqoo illa baqtan</w:t>
      </w:r>
      <w:r>
        <w:br/>
      </w:r>
      <w:r>
        <w:rPr>
          <w:sz w:val="20"/>
        </w:rPr>
        <w:t>32:52  to woh jo ayat maine parhi hai, is ayat ke silsile mein ek hadith aati hai.</w:t>
      </w:r>
      <w:r>
        <w:br/>
      </w:r>
      <w:r>
        <w:rPr>
          <w:sz w:val="20"/>
        </w:rPr>
        <w:t>32:59  yeh jo ayat hai ke wa ma qadarullah haqq qadrihi wal ardu jameean qabzatuhu was samawatu matliyatun biyameen ke sara khuda ke hath mein hoga.</w:t>
      </w:r>
      <w:r>
        <w:br/>
      </w:r>
      <w:r>
        <w:rPr>
          <w:sz w:val="20"/>
        </w:rPr>
        <w:t>33:12  to is mein ek hadith aati hai ke khuda akhirat mein zameen o asman ko apne hath mein lega.</w:t>
      </w:r>
      <w:r>
        <w:br/>
      </w:r>
      <w:r>
        <w:rPr>
          <w:sz w:val="20"/>
        </w:rPr>
        <w:t>33:21  aur kahega ya bolega ana al jabbarun ana al mutakabbirun ana muluk al ard</w:t>
      </w:r>
      <w:r>
        <w:br/>
      </w:r>
      <w:r>
        <w:rPr>
          <w:sz w:val="20"/>
        </w:rPr>
        <w:t>33:33  kahan hain jabbar, kahan hain mutakabbir? kahan hain woh log bara jo bara bante the? jo khud hi khuda ban kar baith gaye the.</w:t>
      </w:r>
      <w:r>
        <w:br/>
      </w:r>
      <w:r>
        <w:rPr>
          <w:sz w:val="20"/>
        </w:rPr>
        <w:t>33:43  mein hoon sab kuch. mein hoon qadir e mutlaq. mein mein hi sultan hoon.</w:t>
      </w:r>
      <w:r>
        <w:br/>
      </w:r>
      <w:r>
        <w:rPr>
          <w:sz w:val="20"/>
        </w:rPr>
        <w:t>33:50  mein hi badshah e kainat hoon. to riwayat mein aata hai ke jab rasool Allah sal Allah alaihi wasallam yeh yeh keh rahe the mimbar par khare ho kar madine mein, to aap ladkhada gaye.</w:t>
      </w:r>
      <w:r>
        <w:br/>
      </w:r>
      <w:r>
        <w:rPr>
          <w:sz w:val="20"/>
        </w:rPr>
        <w:t>34:06  sahaba kehte the, kehte hain ke aisa lagta tha ke aap gir padenge. jab aap ne kaha ke khuda qayamat mein apne hath mein le lega</w:t>
      </w:r>
      <w:r>
        <w:br/>
      </w:r>
      <w:r>
        <w:rPr>
          <w:sz w:val="20"/>
        </w:rPr>
        <w:t>34:18  zameen o asman ko, bolega ana al jabbarun ana al mutakabbirun ana muluk al ard to aap is tarah ladkhada gaye jaise ke aap gir padein.</w:t>
      </w:r>
      <w:r>
        <w:br/>
      </w:r>
      <w:r>
        <w:rPr>
          <w:sz w:val="20"/>
        </w:rPr>
        <w:t>34:29  yeh hai nutq. aap ghor kijiye is ko. ke is kainat mein khuda ki sari sifat ko aap tajruba kar rahe hain.</w:t>
      </w:r>
      <w:r>
        <w:br/>
      </w:r>
      <w:r>
        <w:rPr>
          <w:sz w:val="20"/>
        </w:rPr>
        <w:t>34:43  sari sifat ko tajruba kar rahe hain. misal ke taur par mujhe pyas lagti hai.</w:t>
      </w:r>
      <w:r>
        <w:br/>
      </w:r>
      <w:r>
        <w:rPr>
          <w:sz w:val="20"/>
        </w:rPr>
        <w:t>34:48  to khuda ki yeh sifat ke woh pani dene wala hai, pyas bharne wala hai. is ke liye samandar mein pani bhara hua hai, daryaon mein pani beh raha hai, chashmon mein pani rawan hai.</w:t>
      </w:r>
      <w:r>
        <w:br/>
      </w:r>
      <w:r>
        <w:rPr>
          <w:sz w:val="20"/>
        </w:rPr>
        <w:t>35:00  is ko le kar mein pi leta hoon. to khuda ka razzaq hona maine dekha.</w:t>
      </w:r>
      <w:r>
        <w:br/>
      </w:r>
      <w:r>
        <w:rPr>
          <w:sz w:val="20"/>
        </w:rPr>
        <w:t>35:12  kheton se ghalla ug rahe hain, bedon mein phal latak rahe hain. to khuda ke razzaq hone ko main dekh raha hoon.</w:t>
      </w:r>
      <w:r>
        <w:br/>
      </w:r>
      <w:r>
        <w:rPr>
          <w:sz w:val="20"/>
        </w:rPr>
        <w:t>35:19  bator tajruba. meri aankh hai. aap jante hain ke aankh ho, roshni na ho to aap dekh nahi sakte.</w:t>
      </w:r>
      <w:r>
        <w:br/>
      </w:r>
      <w:r>
        <w:rPr>
          <w:sz w:val="20"/>
        </w:rPr>
        <w:t>35:28  kuch bhi nahi dekhenge aap. roshni ko dekhne ke liye aankh ko dekhne ke liye roshni chahiye. ab mein aankh liye baitha hoon, muntazir raha hoon kaise dekhun.</w:t>
      </w:r>
      <w:r>
        <w:br/>
      </w:r>
      <w:r>
        <w:rPr>
          <w:sz w:val="20"/>
        </w:rPr>
        <w:t>35:40  to khuda suraj nikal deta hai.</w:t>
      </w:r>
      <w:r>
        <w:br/>
      </w:r>
      <w:r>
        <w:rPr>
          <w:sz w:val="20"/>
        </w:rPr>
        <w:t>35:44  khuda is bedr mein roshni de deta hai. jis ko hum bijli kehte hain. to main dekhne lagta hoon. to yahan maine daryaft kiya ke khuda jo hai roshni dene wala hai.</w:t>
      </w:r>
      <w:r>
        <w:br/>
      </w:r>
      <w:r>
        <w:rPr>
          <w:sz w:val="20"/>
        </w:rPr>
        <w:t>35:55  Allah nooru samawati wal ard</w:t>
      </w:r>
      <w:r>
        <w:br/>
      </w:r>
      <w:r>
        <w:rPr>
          <w:sz w:val="20"/>
        </w:rPr>
        <w:t>36:00  aise hi mere andar phephda hai, mujhe oxygen ki zaroorat hai. ab main kahan se oxygen laoon? to darakhton se oxygen ki supply shuru ho jati hai.</w:t>
      </w:r>
      <w:r>
        <w:br/>
      </w:r>
      <w:r>
        <w:rPr>
          <w:sz w:val="20"/>
        </w:rPr>
        <w:t>36:12  yahan main tajruba karta hoon ke koi hai jo meri zarooraton ko janta hai. meri oxygen supply kar raha hai. aise mein bolta hoon.</w:t>
      </w:r>
      <w:r>
        <w:br/>
      </w:r>
      <w:r>
        <w:rPr>
          <w:sz w:val="20"/>
        </w:rPr>
        <w:t>36:23  to agar beech mein hawa na ho to aap meri baat sunenge nahi. ab main sochta hoon ke main bolun to kaise sune doosra aadmi? to khuda hawaein bhej deta hai.</w:t>
      </w:r>
      <w:r>
        <w:br/>
      </w:r>
      <w:r>
        <w:rPr>
          <w:sz w:val="20"/>
        </w:rPr>
        <w:t>36:33  ab maine bola aur aap ne suna. is tarah hum ne tajruba kiya ke Allah jo hai janta hai ke mujhe bolne ke liye, meri bol ko sunne ke liye hawa chahiye.</w:t>
      </w:r>
      <w:r>
        <w:br/>
      </w:r>
      <w:r>
        <w:rPr>
          <w:sz w:val="20"/>
        </w:rPr>
        <w:t>36:44  yeh sari Allah ki jo sifat hain, is ka hum tajruba karte hain. yaqeen is se hamein yaqeen paida hota hai.</w:t>
      </w:r>
      <w:r>
        <w:br/>
      </w:r>
      <w:r>
        <w:rPr>
          <w:sz w:val="20"/>
        </w:rPr>
        <w:t>36:56  khuda rab hai, khuda razzaq hai, khuda raheem hai, khuda moti hai.</w:t>
      </w:r>
      <w:r>
        <w:br/>
      </w:r>
      <w:r>
        <w:rPr>
          <w:sz w:val="20"/>
        </w:rPr>
        <w:t>37:02  in sab ka tajruba hum karte hain. lekin ek cheez ka tajruba hum nahi kar paate. woh hai nutq, khuda ke bol.</w:t>
      </w:r>
      <w:r>
        <w:br/>
      </w:r>
      <w:r>
        <w:rPr>
          <w:sz w:val="20"/>
        </w:rPr>
        <w:t>37:13  wohi wahi cheez jo hai abhi baqi hai. aur woh akhirat mein hogi.</w:t>
      </w:r>
      <w:r>
        <w:br/>
      </w:r>
      <w:r>
        <w:rPr>
          <w:sz w:val="20"/>
        </w:rPr>
        <w:t>37:19  jab khuda ke hisab se din yani is dunya ke ka waqt aa jayega, aakhri.</w:t>
      </w:r>
      <w:r>
        <w:br/>
      </w:r>
      <w:r>
        <w:rPr>
          <w:sz w:val="20"/>
        </w:rPr>
        <w:t>37:31  is waqt khuda bolegah. aur khuda ke bolte hi imtehan ki halat khatam. is ke baad jannat jahannum shuru.</w:t>
      </w:r>
      <w:r>
        <w:br/>
      </w:r>
      <w:r>
        <w:rPr>
          <w:sz w:val="20"/>
        </w:rPr>
        <w:t>37:41  ek naya daur shuru ho jayega.</w:t>
      </w:r>
      <w:r>
        <w:br/>
      </w:r>
      <w:r>
        <w:rPr>
          <w:sz w:val="20"/>
        </w:rPr>
        <w:t>37:45  toh dekhiye ek hai khuda ki daryaft, khuda ke wajood ki daryaft. doosri cheez yeh hai ke aap daryaft karte hain toh aap ko response dena.</w:t>
      </w:r>
      <w:r>
        <w:br/>
      </w:r>
      <w:r>
        <w:rPr>
          <w:sz w:val="20"/>
        </w:rPr>
        <w:t>37:54  fitri baat hai ke aap response dein. isi response ka naam hai shukr. shukr. isi response ka naam hai shukr.</w:t>
      </w:r>
      <w:r>
        <w:br/>
      </w:r>
      <w:r>
        <w:rPr>
          <w:sz w:val="20"/>
        </w:rPr>
        <w:t>38:06  phir dekhiye. aap jab dunya mein jeete hain, tajruba karte hain toh lagta hai ke mein toh powerless hoon, mein toh helpless hoon.</w:t>
      </w:r>
      <w:r>
        <w:br/>
      </w:r>
      <w:r>
        <w:rPr>
          <w:sz w:val="20"/>
        </w:rPr>
        <w:t>38:19  mujhe koi chahiye jo jo meri madad kare. wahan par aap daryaft karte hain dua ki harkat ko.</w:t>
      </w:r>
      <w:r>
        <w:br/>
      </w:r>
      <w:r>
        <w:rPr>
          <w:sz w:val="20"/>
        </w:rPr>
        <w:t>38:30  dua ko bator haqeeqat ka daryaft karte hain. is waqt aap jab ke aap helpless hote hain. jaise quran mein hai ke jab tumhari kashti samandar mein phans jati hai.</w:t>
      </w:r>
      <w:r>
        <w:br/>
      </w:r>
      <w:r>
        <w:rPr>
          <w:sz w:val="20"/>
        </w:rPr>
        <w:t>38:44  is waqt tum khuda ko pukarte ho. amma yujeebul mustarri ila dawah wa yakshifus soo'a</w:t>
      </w:r>
      <w:r>
        <w:br/>
      </w:r>
      <w:r>
        <w:rPr>
          <w:sz w:val="20"/>
        </w:rPr>
        <w:t>38:54  toh yeh yani woh auqat jab ke aap apne aap ko helpless feel karte hain. is waqt pukarte hain khuda ko.</w:t>
      </w:r>
      <w:r>
        <w:br/>
      </w:r>
      <w:r>
        <w:rPr>
          <w:sz w:val="20"/>
        </w:rPr>
        <w:t>39:05  aur khuda aap ki madad karta hai.</w:t>
      </w:r>
      <w:r>
        <w:br/>
      </w:r>
      <w:r>
        <w:rPr>
          <w:sz w:val="20"/>
        </w:rPr>
        <w:t>39:12  khuda aap ki madad karta hai. quran majeed mein ek ayat hai. surah baqarah mein. surah al baqarah. wa idha saalaka ibadi anni fa inni qareebun ujeebu dawatad daa'i idha da'ani fal yastajeebu li wal yu'minu bi la allohum yashhadoon</w:t>
      </w:r>
      <w:r>
        <w:br/>
      </w:r>
      <w:r>
        <w:rPr>
          <w:sz w:val="20"/>
        </w:rPr>
        <w:t>39:33  jab mere bande tujh se sawal karein. is ka matlab nahi ke lafzon mein poochein. insaan sartaapa sawal hai.</w:t>
      </w:r>
      <w:r>
        <w:br/>
      </w:r>
      <w:r>
        <w:rPr>
          <w:sz w:val="20"/>
        </w:rPr>
        <w:t>39:43  hum har har qadam par apne aap ko helpless feel karte hain. woh jo hum woh jab jab hamein tajruba hota hai toh hum sartaapa sawal ban jate hain.</w:t>
      </w:r>
      <w:r>
        <w:br/>
      </w:r>
      <w:r>
        <w:rPr>
          <w:sz w:val="20"/>
        </w:rPr>
        <w:t>39:54  hum pukarne lagte hain. khuda mere helplessness ki talafi farma.</w:t>
      </w:r>
      <w:r>
        <w:br/>
      </w:r>
      <w:r>
        <w:rPr>
          <w:sz w:val="20"/>
        </w:rPr>
        <w:t>40:04  is ka toh is ka compensation ban ja. jab bhi aap ne apne ease ko apne apne helplessness ko daryaft karte hain toh foran aap chahte hain koi ho jo is ko compensate kare.</w:t>
      </w:r>
      <w:r>
        <w:br/>
      </w:r>
      <w:r>
        <w:rPr>
          <w:sz w:val="20"/>
        </w:rPr>
        <w:t>40:19  jo is ki talafi kare. isi ka naam hai dua.</w:t>
      </w:r>
      <w:r>
        <w:br/>
      </w:r>
      <w:r>
        <w:rPr>
          <w:sz w:val="20"/>
        </w:rPr>
        <w:t>40:25  toh daryaft jab aayegi toh lazman shukr aa</w:t>
      </w:r>
      <w:r>
        <w:br/>
      </w:r>
      <w:r>
        <w:rPr>
          <w:sz w:val="20"/>
        </w:rPr>
        <w:t>40:32  yega. jab shukr aayega toh lazman dua bhi aayegi. sab ek doosre se jude hue hain.</w:t>
      </w:r>
      <w:r>
        <w:br/>
      </w:r>
      <w:r>
        <w:rPr>
          <w:sz w:val="20"/>
        </w:rPr>
        <w:t>40:41  ek martaba dule mein ek sahib ka inteqal ho gaya. mere janne wale the woh. toh woh sirf un ki biwi ka pehle inteqal ho chuka tha.</w:t>
      </w:r>
      <w:r>
        <w:br/>
      </w:r>
      <w:r>
        <w:rPr>
          <w:sz w:val="20"/>
        </w:rPr>
        <w:t>40:53  ghar mein sirf un ka ek ladka aur ek ladki thi. dono abhi shadi nahi hui thi.</w:t>
      </w:r>
      <w:r>
        <w:br/>
      </w:r>
      <w:r>
        <w:rPr>
          <w:sz w:val="20"/>
        </w:rPr>
        <w:t>41:01  dono naujawani ki umar mein the. toh ghar mein biwi pehle ja chuki thi. baap the un ka inteqal ho gaya.</w:t>
      </w:r>
      <w:r>
        <w:br/>
      </w:r>
      <w:r>
        <w:rPr>
          <w:sz w:val="20"/>
        </w:rPr>
        <w:t>41:09  ab wohi do bachche ghar mein the. toh main wahan gaya. aur bhi kai log wahan aaye hue the. toh un ke ek sahib jo shayad dost honge aur rishtedar honge.</w:t>
      </w:r>
      <w:r>
        <w:br/>
      </w:r>
      <w:r>
        <w:rPr>
          <w:sz w:val="20"/>
        </w:rPr>
        <w:t>41:21  unhone bachchon ko tasalli dete hue kaha tha. ke ghabrao mat</w:t>
      </w:r>
      <w:r>
        <w:br/>
      </w:r>
      <w:r>
        <w:rPr>
          <w:sz w:val="20"/>
        </w:rPr>
        <w:t>41:28  mein dile mein hoon. aur mein mujhe apne baap ki jagah samjho. to woh lafz bolay thay.</w:t>
      </w:r>
      <w:r>
        <w:br/>
      </w:r>
      <w:r>
        <w:rPr>
          <w:sz w:val="20"/>
        </w:rPr>
        <w:t>41:40  keh</w:t>
      </w:r>
      <w:r>
        <w:br/>
      </w:r>
      <w:r>
        <w:rPr>
          <w:sz w:val="20"/>
        </w:rPr>
        <w:t>41:45  I am just a call away.</w:t>
      </w:r>
      <w:r>
        <w:br/>
      </w:r>
      <w:r>
        <w:rPr>
          <w:sz w:val="20"/>
        </w:rPr>
        <w:t>41:51  I am just a call away</w:t>
      </w:r>
      <w:r>
        <w:br/>
      </w:r>
      <w:r>
        <w:rPr>
          <w:sz w:val="20"/>
        </w:rPr>
        <w:t>41:54  . yeh angrezi mein aisa kaha jata hai. matlab aik telephone karo mein maujood hoon. I am just a call away.</w:t>
      </w:r>
      <w:r>
        <w:br/>
      </w:r>
      <w:r>
        <w:rPr>
          <w:sz w:val="20"/>
        </w:rPr>
        <w:t>42:05  to wohi to ayat mein hai. ad'ooni astajib lakum pukaro mujhe to apne paas pao gay.</w:t>
      </w:r>
      <w:r>
        <w:br/>
      </w:r>
      <w:r>
        <w:rPr>
          <w:sz w:val="20"/>
        </w:rPr>
        <w:t>42:16  WA IDHA SA ALAKA IBADI ANNI FA INNI QARIB UN UJEB DAWAT AD DA'I DHAA DA'N FAL YASTAJEEBOO LI WAL YUBNOO BI LA ALAMOO MIN SHUDOON</w:t>
      </w:r>
      <w:r>
        <w:br/>
      </w:r>
      <w:r>
        <w:rPr>
          <w:sz w:val="20"/>
        </w:rPr>
        <w:t>42:26  to wohi to yeh hai. Khuda keh raha hai keh I am just a call away.</w:t>
      </w:r>
      <w:r>
        <w:br/>
      </w:r>
      <w:r>
        <w:rPr>
          <w:sz w:val="20"/>
        </w:rPr>
        <w:t>42:36  mujhe pukaro aur tum mujhe apne paas pao gay.</w:t>
      </w:r>
      <w:r>
        <w:br/>
      </w:r>
      <w:r>
        <w:rPr>
          <w:sz w:val="20"/>
        </w:rPr>
        <w:t>42:44  to yeh kitna bara kal aik sahib se bari baat ho rahi thi. unhein kuch problem paish aa raha tha.</w:t>
      </w:r>
      <w:r>
        <w:br/>
      </w:r>
      <w:r>
        <w:rPr>
          <w:sz w:val="20"/>
        </w:rPr>
        <w:t>42:55  to mein ne kaha keh Khuda ki madad ko yaqeeni banane ke liye nuskhah kya hai? keh agar aap ne andar woh sifat paida kar lein to yaqeen kar lijiye keh Khuda ki madad lazman aye gi aap ko.</w:t>
      </w:r>
      <w:r>
        <w:br/>
      </w:r>
      <w:r>
        <w:rPr>
          <w:sz w:val="20"/>
        </w:rPr>
        <w:t>43:14  woh kya hai woh madad?</w:t>
      </w:r>
      <w:r>
        <w:br/>
      </w:r>
      <w:r>
        <w:rPr>
          <w:sz w:val="20"/>
        </w:rPr>
        <w:t>43:17  Qur'an mein hai keh WAL LAZEENA AMANOO ASHADDU HUBBAL LILLAH jo Allah par iman lanay walay hain woh Allah se shadeed mohabbat karte hain.</w:t>
      </w:r>
      <w:r>
        <w:br/>
      </w:r>
      <w:r>
        <w:rPr>
          <w:sz w:val="20"/>
        </w:rPr>
        <w:t>43:32  mohabbat ka kya cheez hai? hub kya cheez hai? hub hai strong affection. hub ke liye behtareen lafz hai strong affection.</w:t>
      </w:r>
      <w:r>
        <w:br/>
      </w:r>
      <w:r>
        <w:rPr>
          <w:sz w:val="20"/>
        </w:rPr>
        <w:t>43:44  to Khuda se aap ko strong affection ho jaye.</w:t>
      </w:r>
      <w:r>
        <w:br/>
      </w:r>
      <w:r>
        <w:rPr>
          <w:sz w:val="20"/>
        </w:rPr>
        <w:t>43:51  jab strong affection ke sath aap Khuda se kuch mangen to Khuda par lazim ho jata hai keh woh poora kare is ko.</w:t>
      </w:r>
      <w:r>
        <w:br/>
      </w:r>
      <w:r>
        <w:rPr>
          <w:sz w:val="20"/>
        </w:rPr>
        <w:t>44:02  mohabbat karne walay ko koi radd nahi kar sakta. aap apne family mein tajruba kar ke dekh lijiye. jo aadmi aap se mohabbat karta ho, jo bachah aap se mohabbat karta ho, us ke sawal ko aap radd nahi kar paate.</w:t>
      </w:r>
      <w:r>
        <w:br/>
      </w:r>
      <w:r>
        <w:rPr>
          <w:sz w:val="20"/>
        </w:rPr>
        <w:t>44:17  radd nahi kar paate aap. to</w:t>
      </w:r>
      <w:r>
        <w:br/>
      </w:r>
      <w:r>
        <w:rPr>
          <w:sz w:val="20"/>
        </w:rPr>
        <w:t>44:22  aap agar chahte hain keh aap yaqeeni banayein keh Khuda ki madad lazman aap ko aye gi to woh dua kijiye jo dua ke sath hub shamil ho.</w:t>
      </w:r>
      <w:r>
        <w:br/>
      </w:r>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r>
        <w:br/>
      </w:r>
      <w:r>
        <w:rPr>
          <w:sz w:val="20"/>
        </w:rPr>
        <w:t>46:25  yaad rakhiye.</w:t>
      </w:r>
      <w:r>
        <w:br/>
      </w:r>
      <w:r>
        <w:rPr>
          <w:sz w:val="20"/>
        </w:rPr>
        <w:t>46:29  dua kya hai? announcement nahin hai ke aap ne loud speaker par cheekh diya aey logon yeh yeh karo.</w:t>
      </w:r>
      <w:r>
        <w:br/>
      </w:r>
      <w:r>
        <w:rPr>
          <w:sz w:val="20"/>
        </w:rPr>
        <w:t>46:37  dua jazb-e-mohabbat ka izhaar hai. dua ka matlab yeh hai ke aap ko Khuda se strong affection hai. aap ko yaqeen hai ke Khuda hi meri baaton ko jaanta hai.</w:t>
      </w:r>
      <w:r>
        <w:br/>
      </w:r>
      <w:r>
        <w:rPr>
          <w:sz w:val="20"/>
        </w:rPr>
        <w:t>46:49  aap ko yaqeen hai ke mera meri khwahishon ko poora karne wala sirf Khuda hi hai. aap ko yaqeen hai ke yahi to mera sab kuch hai kisi aur se main kyun jaon kehne ke liye?</w:t>
      </w:r>
      <w:r>
        <w:br/>
      </w:r>
      <w:r>
        <w:rPr>
          <w:sz w:val="20"/>
        </w:rPr>
        <w:t>47:03  yaani Khuda hi to mera sab kuch hai to kisi aur se main kehne ke liye kyun jaon? yeh saari jo kaifiyat hain yeh sab jab milti hain aur dhalta hain kuch lafzon mein isi ka naam dua hota hai.</w:t>
      </w:r>
      <w:r>
        <w:br/>
      </w:r>
      <w:r>
        <w:rPr>
          <w:sz w:val="20"/>
        </w:rPr>
        <w:t>47:21  yaani pehle aap ne Khuda ko daryaft kiya. sho'oori marifat haasil ki Khuda ki.</w:t>
      </w:r>
      <w:r>
        <w:br/>
      </w:r>
      <w:r>
        <w:rPr>
          <w:sz w:val="20"/>
        </w:rPr>
        <w:t>47:27  phir Khuda ki jo boundaries hain is ko jaankar ke aap ko Khuda se bohat ziyada affection paida hua. isi mein jee rahe hain aap.</w:t>
      </w:r>
      <w:r>
        <w:br/>
      </w:r>
      <w:r>
        <w:rPr>
          <w:sz w:val="20"/>
        </w:rPr>
        <w:t>47:39  Khuda ki azmat, Khuda ki glory, Khuda ki rehmat, Khuda ki blessing yeh sab aap ke mind mein chhai hui hai. is tarah ki ek zindagi aap guzaar rahe hain.</w:t>
      </w:r>
      <w:r>
        <w:br/>
      </w:r>
      <w:r>
        <w:rPr>
          <w:sz w:val="20"/>
        </w:rPr>
        <w:t>47:50  phir aap ko ek masla pesh aata hai.</w:t>
      </w:r>
      <w:r>
        <w:br/>
      </w:r>
      <w:r>
        <w:rPr>
          <w:sz w:val="20"/>
        </w:rPr>
        <w:t>47:55  aur phir aap isi isi saare jazbaat aur mohabbat ke sath pukaar uthte hain.</w:t>
      </w:r>
      <w:r>
        <w:br/>
      </w:r>
      <w:r>
        <w:rPr>
          <w:sz w:val="20"/>
        </w:rPr>
        <w:t>48:03  to Khuda insani zabaan mein main kahunga ke Khuda is ka tahammul nahin kar sakta ke aap ki madad na kare.</w:t>
      </w:r>
      <w:r>
        <w:br/>
      </w:r>
      <w:r>
        <w:rPr>
          <w:sz w:val="20"/>
        </w:rPr>
        <w:t>48:15  jaise pichhle Sunday class mein main ne ek qissa bataya tha aap ko Jaipur ke ka tajruba ke hamare kuch saathi wahan gaye the bohat saare bundle le kar.</w:t>
      </w:r>
      <w:r>
        <w:br/>
      </w:r>
      <w:r>
        <w:rPr>
          <w:sz w:val="20"/>
        </w:rPr>
        <w:t>48:28  ab ek mauqa par woh woh kitabon ka bundle uth nahin raha tha. to hamare saathi ne ki zabaan se nikla Khudaaya hum tera bojh utha rahe hain to hamara bojh utha le.</w:t>
      </w:r>
      <w:r>
        <w:br/>
      </w:r>
      <w:r>
        <w:rPr>
          <w:sz w:val="20"/>
        </w:rPr>
        <w:t>48:46  Khudaaya hum tera bojh utha rahe hain to hamara bojh utha le.</w:t>
      </w:r>
      <w:r>
        <w:br/>
      </w:r>
      <w:r>
        <w:rPr>
          <w:sz w:val="20"/>
        </w:rPr>
        <w:t>48:50  yeh tha woh jazba jo bhara hua hai Khuda ke liye aap ke andar woh ubal pada kuch lafzon ki shakal mein.</w:t>
      </w:r>
      <w:r>
        <w:br/>
      </w:r>
      <w:r>
        <w:rPr>
          <w:sz w:val="20"/>
        </w:rPr>
        <w:t>49:00  dua dekhiye yaad rakhiye koi rate hue alfaaz koi repeat karne ka naam nahin hai. kuch kitaab hoti hain main Hajj ke liye gaya to wahan dekha hua hai jitne haji hain sab kitaabein liye hue hain is mein duaon ko rat rat rahe hain.</w:t>
      </w:r>
      <w:r>
        <w:br/>
      </w:r>
      <w:r>
        <w:rPr>
          <w:sz w:val="20"/>
        </w:rPr>
        <w:t>49:19  Jihad mein bhi rat rahe hain Makkah mein bhi rat rahe hain. woh samajhte the ke bhai yeh yeh dua likhi ji wahi hai isi ko rat lo munh se bol do to yeh dua hai. That's ridiculous yeh dua nahin hai.</w:t>
      </w:r>
      <w:r>
        <w:br/>
      </w:r>
      <w:r>
        <w:rPr>
          <w:sz w:val="20"/>
        </w:rPr>
        <w:t>49:33  dua to ek shakhsiyat ki pukaar hai. ek shakhsiyat jo pehle bana chuke hain aap. ek personality jo pehle aap bana chuke hain aap.</w:t>
      </w:r>
      <w:r>
        <w:br/>
      </w:r>
      <w:r>
        <w:rPr>
          <w:sz w:val="20"/>
        </w:rPr>
        <w:t>49:44  ke Khuda ko aap ne sho'oori taur par jaana.</w:t>
      </w:r>
      <w:r>
        <w:br/>
      </w:r>
      <w:r>
        <w:rPr>
          <w:sz w:val="20"/>
        </w:rPr>
        <w:t>49:49  aap ki dil gehraiyon mein Khuda utar aaya. aap ke dil o dimaagh mein Khuda tairne laga. us ki rehmaton us ki blessing mein aap sharabor ho kar jeene lage.</w:t>
      </w:r>
      <w:r>
        <w:br/>
      </w:r>
      <w:r>
        <w:rPr>
          <w:sz w:val="20"/>
        </w:rPr>
        <w:t>50:06  jab aap ne paani piya to us waqt aap ek samandar ka shukr aap ke andar aa gaya.</w:t>
      </w:r>
      <w:r>
        <w:br/>
      </w:r>
      <w:r>
        <w:rPr>
          <w:sz w:val="20"/>
        </w:rPr>
        <w:t>50:16  waghera waghera yeh sab ehsasat mein ek shakhsiyat bani. ab phir us ko ek sawal ek masla saamne aaya.</w:t>
      </w:r>
      <w:r>
        <w:br/>
      </w:r>
      <w:r>
        <w:rPr>
          <w:sz w:val="20"/>
        </w:rPr>
        <w:t>50:25  is waqt woh pukar utha</w:t>
      </w:r>
      <w:r>
        <w:br/>
      </w:r>
      <w:r>
        <w:rPr>
          <w:sz w:val="20"/>
        </w:rPr>
        <w:t>50:29  khudaaya tu hi to mera khuda hai mein tere siwa kis se kahoon apni baat ko. is waqt khuda ki rehmat josh mein aati hai.</w:t>
      </w:r>
      <w:r>
        <w:br/>
      </w:r>
      <w:r>
        <w:rPr>
          <w:sz w:val="20"/>
        </w:rPr>
        <w:t>50:40  tu is waqt insani zabaan mein mein kahoon ga ke khuda is ka tahammul nahi kar sakta ke apne bande ki madad na karay.</w:t>
      </w:r>
      <w:r>
        <w:br/>
      </w:r>
      <w:r>
        <w:rPr>
          <w:sz w:val="20"/>
        </w:rPr>
        <w:t>50:51  phir in saari cheezon ke milnay ke baad jo cheez banti hai aakhir mein woh hai dawat. daai ek aisi shakhsiyat ka naam hai jis mein yeh sab cheezain jama ho gayee hoon.</w:t>
      </w:r>
      <w:r>
        <w:br/>
      </w:r>
      <w:r>
        <w:rPr>
          <w:sz w:val="20"/>
        </w:rPr>
        <w:t>51:03  daai ko alag se koi announcement nahi hai jisay record baja diya aap ne to woh dawat ho gayi.</w:t>
      </w:r>
      <w:r>
        <w:br/>
      </w:r>
      <w:r>
        <w:rPr>
          <w:sz w:val="20"/>
        </w:rPr>
        <w:t>51:09  dawat koi announcement nahi hai. dawat is insaan ka aakhri zahoor hai jis ka aaghaz hua daryaft se phir jo pohancha shukr o hamd tak phir woh duaon mein dhalta raha.</w:t>
      </w:r>
      <w:r>
        <w:br/>
      </w:r>
      <w:r>
        <w:rPr>
          <w:sz w:val="20"/>
        </w:rPr>
        <w:t>51:26  phir woh is ne dekha ke insaan itnay saaray hain woh bhatkay hue hain un ki kharkhai ke tehat is ka andar ka jo samandar jazbaat ka samandar tha woh phat pada.</w:t>
      </w:r>
      <w:r>
        <w:br/>
      </w:r>
      <w:r>
        <w:rPr>
          <w:sz w:val="20"/>
        </w:rPr>
        <w:t>51:40  that is dawat koi insaan jo is tarah se bana ho woh afford nahi kar sakta ke woh daai na banay.</w:t>
      </w:r>
      <w:r>
        <w:br/>
      </w:r>
      <w:r>
        <w:rPr>
          <w:sz w:val="20"/>
        </w:rPr>
        <w:t>51:50  woh dawat ka kaam na karay.</w:t>
      </w:r>
      <w:r>
        <w:br/>
      </w:r>
      <w:r>
        <w:rPr>
          <w:sz w:val="20"/>
        </w:rPr>
        <w:t>51:57  yaani dawat jo hai woh woh woh to phat kar nikalti hai.</w:t>
      </w:r>
      <w:r>
        <w:br/>
      </w:r>
      <w:r>
        <w:rPr>
          <w:sz w:val="20"/>
        </w:rPr>
        <w:t>52:03  isi liye mein kaha karta hoon ke aap log khud program banana hai aap ko. aap ne har shakhs ko khud program banana hai. khud sochna hai.</w:t>
      </w:r>
      <w:r>
        <w:br/>
      </w:r>
      <w:r>
        <w:rPr>
          <w:sz w:val="20"/>
        </w:rPr>
        <w:t>52:12  khud planning karna hai. kyun? mein woh woh shakhsiyat matloob hai jis ko kuch batane ki zaroorat na ho. jab woh shakhsiyat aap ke andar ban jaye.</w:t>
      </w:r>
      <w:r>
        <w:br/>
      </w:r>
      <w:r>
        <w:rPr>
          <w:sz w:val="20"/>
        </w:rPr>
        <w:t>52:26  yaqeen wali shakhsiyat. shukr wali shakhsiyat. dua wali shakhsiyat.</w:t>
      </w:r>
      <w:r>
        <w:br/>
      </w:r>
      <w:r>
        <w:rPr>
          <w:sz w:val="20"/>
        </w:rPr>
        <w:t>52:34  allah ko ki is ki tamam glory ke sath jaan lenay ki shakhsiyat. yeh jab ban jaye to is ke baad to bilkul fitrat ka taqaza hai ke aap daai ban kar insaanon ke darmiyan dorne lagain.</w:t>
      </w:r>
      <w:r>
        <w:br/>
      </w:r>
      <w:r>
        <w:rPr>
          <w:sz w:val="20"/>
        </w:rPr>
        <w:t>52:55  to agar aap announcement karnay ko dawat jantay hon to aap ne dawat ko samjha nahi</w:t>
      </w:r>
      <w:r>
        <w:br/>
      </w:r>
      <w:r>
        <w:rPr>
          <w:sz w:val="20"/>
        </w:rPr>
        <w:t>53:01  . agar aap yeh samajhtay hon ke koi koi central ek body hai wahan se direction aa rahi hai is ko le kar ke aap idhar udhar dawat pohancha rahay hon woh bhi dawat nahi hai.</w:t>
      </w:r>
      <w:r>
        <w:br/>
      </w:r>
      <w:r>
        <w:rPr>
          <w:sz w:val="20"/>
        </w:rPr>
        <w:t>53:15  dawat yeh hai ke aap aap mein se har shakhs jo hai is ke andar ek ek moaj uthay. ek toofan bhar ke is ko woh afford na kar sakay ke woh daai ke liye daai ban kar na khara ho logon ke samnay.</w:t>
      </w:r>
      <w:r>
        <w:br/>
      </w:r>
      <w:r>
        <w:rPr>
          <w:sz w:val="20"/>
        </w:rPr>
        <w:t>53:35  to aisa aadmi ko be intazar nahi rahay ga ke koi is ko program day. koi is ko direction day.</w:t>
      </w:r>
      <w:r>
        <w:br/>
      </w:r>
      <w:r>
        <w:rPr>
          <w:sz w:val="20"/>
        </w:rPr>
        <w:t>53:44  woh sochay ga khud sochay ga. khud planning karay ga. khud woh logon mein pohanchay ga. aur saaray sathiyon ko khud ko maani hai nahi ke akeley akeley saaray sathiyon se kahay ga ke chalo chalo yahan hai hamara kaam.</w:t>
      </w:r>
      <w:r>
        <w:br/>
      </w:r>
      <w:r>
        <w:rPr>
          <w:sz w:val="20"/>
        </w:rPr>
        <w:t>54:04  yeh hai imaan yeh hai islam.</w:t>
      </w:r>
      <w:r>
        <w:br/>
      </w:r>
      <w:r>
        <w:rPr>
          <w:sz w:val="20"/>
        </w:rPr>
        <w:t>54:10  imaan aur islam koi koi rituals ka naam nahi hai.</w:t>
      </w:r>
      <w:r>
        <w:br/>
      </w:r>
      <w:r>
        <w:rPr>
          <w:sz w:val="20"/>
        </w:rPr>
        <w:t>54:20  ek kisi scholar ko mein ne parha tha ek baar ke us ne kaha ke religion begins from from an ideology then after some generation it is reduced to a culture to a community culture</w:t>
      </w:r>
      <w:r>
        <w:br/>
      </w:r>
      <w:r>
        <w:rPr>
          <w:sz w:val="20"/>
        </w:rPr>
        <w:t>54:41  to is ka naam islam nahi hai. woh to reduced form hai islam ka.</w:t>
      </w:r>
      <w:r>
        <w:br/>
      </w:r>
      <w:r>
        <w:rPr>
          <w:sz w:val="20"/>
        </w:rPr>
        <w:t>54:51  islam to ek zinda ek ek living force ka naam</w:t>
      </w:r>
      <w:r>
        <w:br/>
      </w:r>
      <w:r>
        <w:rPr>
          <w:sz w:val="20"/>
        </w:rPr>
        <w:t>54:54  hai. ek zinda shakhsiyat hota hai woh aadmi jis ke andar islam utar aaye.</w:t>
      </w:r>
      <w:r>
        <w:br/>
      </w:r>
      <w:r>
        <w:rPr>
          <w:sz w:val="20"/>
        </w:rPr>
        <w:t>55:02  aik discovery hoti hai aik daryaft hoti hai.</w:t>
      </w:r>
      <w:r>
        <w:br/>
      </w:r>
      <w:r>
        <w:rPr>
          <w:sz w:val="20"/>
        </w:rPr>
        <w:t>55:08  jis se aik shakhsiyat banti hai. phir woh shakhsiyat jab ban jaye to us se se shukr ublega dua ublegi.</w:t>
      </w:r>
      <w:r>
        <w:br/>
      </w:r>
      <w:r>
        <w:rPr>
          <w:sz w:val="20"/>
        </w:rPr>
        <w:t>55:18  dawat ublegi.</w:t>
      </w:r>
      <w:r>
        <w:br/>
      </w:r>
      <w:r>
        <w:rPr>
          <w:sz w:val="20"/>
        </w:rPr>
        <w:t>55:22  yeh dua jo hai dua kya hai is ke baray mein bukhari mein aik riwayat aati hai.</w:t>
      </w:r>
      <w:r>
        <w:br/>
      </w:r>
      <w:r>
        <w:rPr>
          <w:sz w:val="20"/>
        </w:rPr>
        <w:t>55:34  to</w:t>
      </w:r>
      <w:r>
        <w:br/>
      </w:r>
      <w:r>
        <w:rPr>
          <w:sz w:val="20"/>
        </w:rPr>
        <w:t>55:37  aam tor par kaha jata hai ke prayer is power logon ko dua is the only solution</w:t>
      </w:r>
      <w:r>
        <w:br/>
      </w:r>
      <w:r>
        <w:rPr>
          <w:sz w:val="20"/>
        </w:rPr>
        <w:t>55:44  to bukhari mein aik riwayat aati hai ke teen aadmi pehle zamanay ke jo ummaten theen yani pichlay zamanay ke muslim to teen aadmi safar kar rahay thay jab aaj kal ki tarah sarkain waghera nahi hoti tab ki baat hai yeh to aik jagah raat ke waqt unhon ne aik khop pehle zamanay mein aap jantay hain ke hotel waghera bhi nahi hua karte thay</w:t>
      </w:r>
      <w:r>
        <w:br/>
      </w:r>
      <w:r>
        <w:rPr>
          <w:sz w:val="20"/>
        </w:rPr>
        <w:t>56:12  to raat guzarne ke liye woh aik pahar ke khop mein thehray to raat ko kya hua ke landslide ho gaya aik pathar khisak aap jantay hain pathar khisakte rehte hain chatanen paharon par chatanen khisakti rehti hain to khisak ke jab neechay girti hain to usay kehte hain landslide</w:t>
      </w:r>
      <w:r>
        <w:br/>
      </w:r>
      <w:r>
        <w:rPr>
          <w:sz w:val="20"/>
        </w:rPr>
        <w:t>56:37  to aik pathar khisak kar aa kar theek us khop ke us ghar ke munh par aa kar aisi aa gaya ab ghar ka munh is tarah band ho gaya ke woh log nikal nahi sakte thay ab paṛta tha bhari tha ke usay hata bhi nahi sakte thay aik dam bilkul band ho gaye woh aaj kal ki tarah un ke paas mobile nahi tha un ki jeeb mein mobile karein kahin bhai dekho mein farzi jagah phans raha hoon phans gaya hoon daurdo</w:t>
      </w:r>
      <w:r>
        <w:br/>
      </w:r>
      <w:r>
        <w:rPr>
          <w:sz w:val="20"/>
        </w:rPr>
        <w:t>57:07  yeh bhi nahi tha is zamanay mein ab to yeh hai ke fefaur aap mobile uthate hain aur usay message dete hain to daur kar aadmi pahunchta hai wahan to behal woh phans gaye is mein to teeno ne socha ke kya karein ab to unhon ne kaha hamare paas ab koi cheez nahi hai siwaye dua ke</w:t>
      </w:r>
      <w:r>
        <w:br/>
      </w:r>
      <w:r>
        <w:rPr>
          <w:sz w:val="20"/>
        </w:rPr>
        <w:t>57:32  to unhon ne kaha ke hamein dua karna hai apne kisi amal ke wastay se apne kisi amal ko refer kar ke teeno ne kaha ke apna apna koi amal talash karo jo sirf Allah ke liye tum ne kiya ho usay kar ke dua karo to teeno ne apne apne amal ko dua kiya</w:t>
      </w:r>
      <w:r>
        <w:br/>
      </w:r>
      <w:r>
        <w:rPr>
          <w:sz w:val="20"/>
        </w:rPr>
        <w:t>57:59  misal ke tor par aik ne dua ki ke aik mere paas aik mazdoor aaya usay mein ne kaam kiya us ne din bhar mera to sham ka jo us ka wages tha woh liye baghair chala gaya woh us ka jo bhi do char rupay aaj jitna bhi raha ho to un ko us paisay se mein ne koi bheer bakri khareed li ab is mein itni barkat hui itni barkat hui ke mere ghar ke samnay jo maidan hai sab bheer bakri se bhar gaya</w:t>
      </w:r>
      <w:r>
        <w:br/>
      </w:r>
      <w:r>
        <w:rPr>
          <w:sz w:val="20"/>
        </w:rPr>
        <w:t>58:28  bohat dinon ke baad phir woh aadmi aaya ke mein tumhare haan kaam kiya tha aur paisa nahi liya tha to us aadmi ne kaha ke yeh sara bheer bakri tumhare wapas aaya hai us ne mazak samjha ke nahi bhai mein to aik din kaam kiya tha aik din ki mazdoori mujhe de do ke isi tumhare mazdoori se mein ne koi bheer bakri khareedi isi ki barkat se itni sari ho gayi</w:t>
      </w:r>
      <w:r>
        <w:br/>
      </w:r>
      <w:r>
        <w:rPr>
          <w:sz w:val="20"/>
        </w:rPr>
        <w:t>58:55  to yeh sara bheer bakri tumhari tumhare paisay se hai ja jaao sab utha le ga usay le kar jo dua kiya tha pathar khisak gaya hum aap ko Allah ko yaqeen ke sath janna hai Allah ka shukr karne wala banna hai dua karne wala banna hai aur dawat mein apne ko jhonk dena hai</w:t>
      </w:r>
      <w:r>
        <w:br/>
      </w:r>
      <w:r>
        <w:rPr>
          <w:sz w:val="20"/>
        </w:rPr>
        <w:t>59:23  aqool qawli hadha wa astaghfirullah li wa lakum ajmaeen.</w:t>
      </w:r>
      <w:r>
        <w:br/>
      </w:r>
      <w:r>
        <w:rPr>
          <w:sz w:val="20"/>
        </w:rPr>
        <w:t>59:40  aik kuch comment internet team se, daily internet team se, to hum woh parhna chahte hain.</w:t>
      </w:r>
      <w:r>
        <w:br/>
      </w:r>
      <w:r>
        <w:rPr>
          <w:sz w:val="20"/>
        </w:rPr>
        <w:t>59:49  Few days back, we received a mail from YouStream, which is the website that we used to live telecast Maulana's Sunday classes, and the same is saved and uploaded for others to watch later.</w:t>
      </w:r>
      <w:r>
        <w:br/>
      </w:r>
      <w:r>
        <w:rPr>
          <w:sz w:val="20"/>
        </w:rPr>
        <w:t>1:00:05  The mail which YouStream had written us said that we have exhausted the space allocated to us and that the videos would be deleted in the next two weeks.</w:t>
      </w:r>
      <w:r>
        <w:br/>
      </w:r>
      <w:r>
        <w:rPr>
          <w:sz w:val="20"/>
        </w:rPr>
        <w:t>1:00:19  We were also trying for a long time to put Maulana's videos on YouTube as it is watched globally and is more popular and convenient for people.</w:t>
      </w:r>
      <w:r>
        <w:br/>
      </w:r>
      <w:r>
        <w:rPr>
          <w:sz w:val="20"/>
        </w:rPr>
        <w:t>1:00:32  So after receiving the mail from YouStream, the internet team got worried and prayed desperately to God for help.</w:t>
      </w:r>
      <w:r>
        <w:br/>
      </w:r>
      <w:r>
        <w:rPr>
          <w:sz w:val="20"/>
        </w:rPr>
        <w:t>1:00:42  Instantly, we thought to call our internet expert, Mr. Atul Mohan, and he guided us how we can download the videos from YouStream and upload the same on YouTube, which has more universal appeal and would also solve our problems of space forever.</w:t>
      </w:r>
      <w:r>
        <w:br/>
      </w:r>
      <w:r>
        <w:rPr>
          <w:sz w:val="20"/>
        </w:rPr>
        <w:t>1:01:03  So now the process is on and the videos are being uploaded on YouTube, and God has really helped us in giving the solution.</w:t>
      </w:r>
      <w:r>
        <w:br/>
      </w:r>
      <w:r>
        <w:rPr>
          <w:sz w:val="20"/>
        </w:rPr>
        <w:t>1:01:13  Like Maulana says, one should have an intention, and the help of God is ever near.</w:t>
      </w:r>
      <w:r>
        <w:br/>
      </w:r>
      <w:r>
        <w:rPr>
          <w:sz w:val="20"/>
        </w:rPr>
        <w:t>1:01:20  This recent example clearly demonstrated to the CPS team that whenever we rise for the cause of God, He will send His angels to help and ease the task at hand.</w:t>
      </w:r>
      <w:r>
        <w:br/>
      </w:r>
      <w:r>
        <w:rPr>
          <w:sz w:val="20"/>
        </w:rPr>
        <w:t>1:01:35  InshaAllah, we will now spread the videos through YouTube more effectively far and wide. naam parhayen.</w:t>
      </w:r>
      <w:r>
        <w:br/>
      </w:r>
      <w:r>
        <w:rPr>
          <w:sz w:val="20"/>
        </w:rPr>
        <w:t>1:01:46  maulana, yeh daily internet team ne bheja hai.</w:t>
      </w:r>
      <w:r>
        <w:br/>
      </w:r>
      <w:r>
        <w:rPr>
          <w:sz w:val="20"/>
        </w:rPr>
        <w:t>1:01:50  isko naam nahi hai. satti ne bheja hai, maulana. dekhen, yeh abhi jo maine kaha ke dua jo hai woh hamare liye</w:t>
      </w:r>
      <w:r>
        <w:br/>
      </w:r>
      <w:r>
        <w:rPr>
          <w:sz w:val="20"/>
        </w:rPr>
        <w:t>1:02:04  yani problem solver hai. iski ek ek foran aap ke samne ek example aa gaya.</w:t>
      </w:r>
      <w:r>
        <w:br/>
      </w:r>
      <w:r>
        <w:rPr>
          <w:sz w:val="20"/>
        </w:rPr>
        <w:t>1:02:19  khuda is pure kainat ko banane wala hai, isko control kar raha hai, isko manage kar raha hai. insani history ko khuda manage kar raha hai.</w:t>
      </w:r>
      <w:r>
        <w:br/>
      </w:r>
      <w:r>
        <w:rPr>
          <w:sz w:val="20"/>
        </w:rPr>
        <w:t>1:02:29  har lamha.</w:t>
      </w:r>
      <w:r>
        <w:br/>
      </w:r>
      <w:r>
        <w:rPr>
          <w:sz w:val="20"/>
        </w:rPr>
        <w:t>1:02:33  to har lamha hum is position mein is se contact karen. ab bhi khuda ki taraf se wahi awaz aayegi ke I am just a call away</w:t>
      </w:r>
      <w:r>
        <w:br/>
      </w:r>
      <w:r>
        <w:rPr>
          <w:sz w:val="20"/>
        </w:rPr>
        <w:t>1:02:49  ke main ek ek. mere aur tumhare darmiyan phir ek dua ki dori hai bas. dua karo, hum us ko phone pao ge.</w:t>
      </w:r>
      <w:r>
        <w:br/>
      </w:r>
      <w:r>
        <w:rPr>
          <w:sz w:val="20"/>
        </w:rPr>
        <w:t>1:03:00  yeh iski ek misal hai.</w:t>
      </w:r>
      <w:r>
        <w:br/>
      </w:r>
      <w:r>
        <w:rPr>
          <w:sz w:val="20"/>
        </w:rPr>
        <w:t>1:03:04  to hamein dawat ka kaam jo hai is yaqeen ke sath karna hai ke koi bhi rukawat inshallah hamare liye fatal nahi banegi.</w:t>
      </w:r>
      <w:r>
        <w:br/>
      </w:r>
      <w:r>
        <w:rPr>
          <w:sz w:val="20"/>
        </w:rPr>
        <w:t>1:03:21  har rukawat jo hai foran Allah taala farishton ke zariye is ko door kar dega.</w:t>
      </w:r>
      <w:r>
        <w:br/>
      </w:r>
      <w:r>
        <w:rPr>
          <w:sz w:val="20"/>
        </w:rPr>
        <w:t>1:03:32  ghazwa e khandaq mein yeh hua tha ke barah hazar ka lashkar bohat hi tayyari ke sath aaya madine ke bahar aur wahan par woh kheme laga diye unhon ne.</w:t>
      </w:r>
      <w:r>
        <w:br/>
      </w:r>
      <w:r>
        <w:rPr>
          <w:sz w:val="20"/>
        </w:rPr>
        <w:t>1:03:48  aur sahaba ne khandaq ko di trench to trench ke idhar sahaba the madine ki wasti mein idhar barah hazar ka lashkar khemon mein pada hua.</w:t>
      </w:r>
      <w:r>
        <w:br/>
      </w:r>
      <w:r>
        <w:rPr>
          <w:sz w:val="20"/>
        </w:rPr>
        <w:t>1:03:59  do haftay tak ghaliban woh rahe woh log. ab is waqt jo sahaba ki position thi un se na to lad sakte the na un ko bhaga sakte the.</w:t>
      </w:r>
      <w:r>
        <w:br/>
      </w:r>
      <w:r>
        <w:rPr>
          <w:sz w:val="20"/>
        </w:rPr>
        <w:t>1:04:13  sirf dua karte the. sab log bas dua karte the. to dua ka miracle kya hua? ek bohat zabardast ka toofan aaya.</w:t>
      </w:r>
      <w:r>
        <w:br/>
      </w:r>
      <w:r>
        <w:rPr>
          <w:sz w:val="20"/>
        </w:rPr>
        <w:t>1:04:23  aadhi aadhi mein un ke kheme ukhar ukhar gaye.</w:t>
      </w:r>
      <w:r>
        <w:br/>
      </w:r>
      <w:r>
        <w:rPr>
          <w:sz w:val="20"/>
        </w:rPr>
        <w:t>1:04:31  un ke oont bakri idhar udhar bhage. ajib afra tafri paida ho gayi. nateeja kya ke woh chhod kar muhasra chhod kar wapas chale gaye.</w:t>
      </w:r>
      <w:r>
        <w:br/>
      </w:r>
      <w:r>
        <w:rPr>
          <w:sz w:val="20"/>
        </w:rPr>
        <w:t>1:04:41  yeh ek tareekhi waqea hai.</w:t>
      </w:r>
      <w:r>
        <w:br/>
      </w:r>
      <w:r>
        <w:rPr>
          <w:sz w:val="20"/>
        </w:rPr>
        <w:t>1:04:48  main khud ek martaba jab main gaon mein rehta tha to raat mein railway train se utra ek bar hariha station par jis se hamara ghar taqreeban teen mil ke fasle par tha.</w:t>
      </w:r>
      <w:r>
        <w:br/>
      </w:r>
      <w:r>
        <w:rPr>
          <w:sz w:val="20"/>
        </w:rPr>
        <w:t>1:05:06  mujhe paidal jana tha. raat ka waqt tha, andhera.</w:t>
      </w:r>
      <w:r>
        <w:br/>
      </w:r>
      <w:r>
        <w:rPr>
          <w:sz w:val="20"/>
        </w:rPr>
        <w:t>1:05:10  main rawana hua to ek jagah khet the, yeh bhutte ke khet. woh door tak wahi the, bare bare hote hain, aap ne dekha hoga.</w:t>
      </w:r>
      <w:r>
        <w:br/>
      </w:r>
      <w:r>
        <w:rPr>
          <w:sz w:val="20"/>
        </w:rPr>
        <w:t>1:05:20  isi mein gum ho gaya main. raat ka andhera, idhar jao to rasta nahi, idhar jao to rasta nahi. main socha kya karoon ab?</w:t>
      </w:r>
      <w:r>
        <w:br/>
      </w:r>
      <w:r>
        <w:rPr>
          <w:sz w:val="20"/>
        </w:rPr>
        <w:t>1:05:31  to maine dua kiya. achaanak ek aadmi torch le kar wahan samne aa gaya.</w:t>
      </w:r>
      <w:r>
        <w:br/>
      </w:r>
      <w:r>
        <w:rPr>
          <w:sz w:val="20"/>
        </w:rPr>
        <w:t>1:05:37  yani is raat ko koi ajib o ghareeb tor par ek aadmi aaya, lambi torch us ke hath mein thi. pehle zamanay mein torch hua karti thi, us pe cell lagte the.</w:t>
      </w:r>
      <w:r>
        <w:br/>
      </w:r>
      <w:r>
        <w:rPr>
          <w:sz w:val="20"/>
        </w:rPr>
        <w:t>1:05:49  to us se maine poocha ke maine kaha ke mujhe falan jagah jana hai. to us ka direction bhool gaya hoon main, kidhar jaoon? to us ne torch dikha dikha kar mujhe wahan tak pohanchaya jahan se rasta jo hai saaf ho jata tha.</w:t>
      </w:r>
      <w:r>
        <w:br/>
      </w:r>
      <w:r>
        <w:rPr>
          <w:sz w:val="20"/>
        </w:rPr>
        <w:t>1:06:05  abhi tak mujhe aankhon ke samne woh manzar bilkul hai. to behal dua hamari sab se bari taqat hai. dawat ka kaam hamein dua ke zariye karna hai.</w:t>
      </w:r>
      <w:r>
        <w:br/>
      </w:r>
      <w:r>
        <w:rPr>
          <w:sz w:val="20"/>
        </w:rPr>
        <w:t>1:06:19  koi mukhalifat kare to uska haq feal hai. kisi mukhalifat ke peeche hamein nahi padna hai. Mukhalifat karta hai woh, woh uska haq feal hai woh</w:t>
      </w:r>
      <w:r>
        <w:br/>
      </w:r>
      <w:r>
        <w:rPr>
          <w:sz w:val="20"/>
        </w:rPr>
        <w:t>1:06:29  . Hamein is ke liye bhi dua karna hai. Na to hamein kisi ke liye yani nafrat karna hai kisi se, na kisi se takrana hai.</w:t>
      </w:r>
      <w:r>
        <w:br/>
      </w:r>
      <w:r>
        <w:rPr>
          <w:sz w:val="20"/>
        </w:rPr>
        <w:t>1:06:40  Bas dua karte hue aage badhte rehna hai. To is ki ek misaal hai ke kis tarah se raaste khulte hain dua ke zariye. To Khuda insani tareekh ko manage kar raha hai.</w:t>
      </w:r>
      <w:r>
        <w:br/>
      </w:r>
      <w:r>
        <w:rPr>
          <w:sz w:val="20"/>
        </w:rPr>
        <w:t>1:06:51  To Allah taala ne manage kiya hua hai, aap dekh lijiye is ke.</w:t>
      </w:r>
    </w:p>
    <w:p>
      <w:pPr>
        <w:pStyle w:val="Heading2"/>
      </w:pPr>
      <w:r>
        <w:t>The true way of rediscovery of Islam</w:t>
      </w:r>
    </w:p>
    <w:p>
      <w:r>
        <w:rPr>
          <w:color w:val="666666"/>
          <w:sz w:val="18"/>
        </w:rPr>
        <w:t>Faith &amp; God · Revival of Islam March 23, 2014 · 1m 24s · at 1:11:54 · https://youtu.be/Wc4Vsc4u1JI?t=4314</w:t>
      </w:r>
    </w:p>
    <w:p>
      <w:r>
        <w:rPr>
          <w:i/>
        </w:rPr>
        <w:t>“What is the true way of rediscovery of Islam?”</w:t>
      </w:r>
    </w:p>
    <w:p>
      <w:r>
        <w:rPr>
          <w:sz w:val="20"/>
        </w:rPr>
        <w:t>1:11:54  maulana, agla sawal dilli se hai. al qamar azad sahab ne kiya hai. unhone likha hai: "What is the true way of rediscovery of Islam?" is ke bare mein bataein.</w:t>
      </w:r>
      <w:r>
        <w:br/>
      </w:r>
      <w:r>
        <w:rPr>
          <w:sz w:val="20"/>
        </w:rPr>
        <w:t>1:12:07  hamari kitabon ko padhiye. kyunke hum ne rediscover kiya hai. hamari kitab ka naam bhi yahi hai: "Islam Rediscovered".</w:t>
      </w:r>
      <w:r>
        <w:br/>
      </w:r>
      <w:r>
        <w:rPr>
          <w:sz w:val="20"/>
        </w:rPr>
        <w:t>1:12:16  to hum ne puri zindagi isi mein lagai ho. islam ko rediscover karne mein.</w:t>
      </w:r>
      <w:r>
        <w:br/>
      </w:r>
      <w:r>
        <w:rPr>
          <w:sz w:val="20"/>
        </w:rPr>
        <w:t>1:12:22  hum ko islam na madrasay mein mila tha, na society mein mila tha, na logon ke zariye mila tha. to hum ne phir se rediscover kiya.</w:t>
      </w:r>
      <w:r>
        <w:br/>
      </w:r>
      <w:r>
        <w:rPr>
          <w:sz w:val="20"/>
        </w:rPr>
        <w:t>1:12:32  tumhari sari kitabon ka ek hi title hai: "Discovery of Islam" ya "Rediscovery of Islam". to is ko padhiye aap. padhne ke baad aap ko koi sawal baqi raha hai to wo kar sakte hain aap.</w:t>
      </w:r>
      <w:r>
        <w:br/>
      </w:r>
      <w:r>
        <w:rPr>
          <w:sz w:val="20"/>
        </w:rPr>
        <w:t>1:12:45  abhi to aap pehla kaam hai ke aap is ko padhein. kyunke hamara kaise hai ke hum ne, yani jo traditional islam tha, wo is ka mutmaeen nahi hue.</w:t>
      </w:r>
      <w:r>
        <w:br/>
      </w:r>
      <w:r>
        <w:rPr>
          <w:sz w:val="20"/>
        </w:rPr>
        <w:t>1:12:55  hum ne chaha ke asal islam ko janiye. yani Allah aur rasool wale islam ko janiye. to hum ne puri life laga di isi mein. phir jo islam hum ne discover kiya, us ko hum ne kitabon mein likha.</w:t>
      </w:r>
      <w:r>
        <w:br/>
      </w:r>
      <w:r>
        <w:rPr>
          <w:sz w:val="20"/>
        </w:rPr>
        <w:t>1:13:11  to as a test case dekhiye is ko</w:t>
      </w:r>
      <w:r>
        <w:br/>
      </w:r>
      <w:r>
        <w:rPr>
          <w:sz w:val="20"/>
        </w:rPr>
        <w:t>1:13:13  us ke baad sawal kijiye.</w:t>
      </w:r>
    </w:p>
    <w:p>
      <w:pPr>
        <w:pStyle w:val="Heading2"/>
      </w:pPr>
      <w:r>
        <w:t>True Meaning of Kafir and Jihad</w:t>
      </w:r>
    </w:p>
    <w:p>
      <w:r>
        <w:rPr>
          <w:color w:val="666666"/>
          <w:sz w:val="18"/>
        </w:rPr>
        <w:t>Faith &amp; God · Age of Democracy May 25, 2014 · 5m 05s · at 47:01 · https://youtu.be/pyZy1-EhW1Q?t=2821</w:t>
      </w:r>
    </w:p>
    <w:p>
      <w:r>
        <w:rPr>
          <w:i/>
        </w:rPr>
        <w:t>“I have been meaning to ask this question for a long time. There are two words frequently used in Islam that are very distorted and almost abused: kafir and jihad. As I understand it, kafir means a non-believer and was used by the Prophet at a time when there were large numbers of non-believers when he was trying to spread his teachings in Arabia, so what is the true meaning of these words?”</w:t>
      </w:r>
    </w:p>
    <w:p>
      <w:r>
        <w:rPr>
          <w:sz w:val="20"/>
        </w:rPr>
        <w:t>47:01  maulana, yeh sawal pune se kiya hai Mr Waqas Mehra ne. unhon ne likha hai: "maulana, i have been meaning to ask this question for a long time.</w:t>
      </w:r>
      <w:r>
        <w:br/>
      </w:r>
      <w:r>
        <w:rPr>
          <w:sz w:val="20"/>
        </w:rPr>
        <w:t>47:18  there are two words frequently used in Islam that are very distorted and almost abusive, which is kafir and jihad.</w:t>
      </w:r>
      <w:r>
        <w:br/>
      </w:r>
      <w:r>
        <w:rPr>
          <w:sz w:val="20"/>
        </w:rPr>
        <w:t>47:28  as i understand it, kafir means a non believer and was used by the prophet at a time when there were large number of non believers when he was trying to spread his teachings in Arabia.</w:t>
      </w:r>
      <w:r>
        <w:br/>
      </w:r>
      <w:r>
        <w:rPr>
          <w:sz w:val="20"/>
        </w:rPr>
        <w:t>47:44  question is if it was a contextual term, why is it being so fiercely used today in our society, especially when it is likely to hurt sentiments of non muslim people, hindus in particular,</w:t>
      </w:r>
      <w:r>
        <w:br/>
      </w:r>
      <w:r>
        <w:rPr>
          <w:sz w:val="20"/>
        </w:rPr>
        <w:t>48:00  and its wrong use is also giving a wrong interpretation of Islam, which as a religion is all inclusive.</w:t>
      </w:r>
      <w:r>
        <w:br/>
      </w:r>
      <w:r>
        <w:rPr>
          <w:sz w:val="20"/>
        </w:rPr>
        <w:t>48:10  should the word not be kept out of daily usage, or on the other hand, does it actually really mean to show idol worshippers of today, mainly hindus, also in bad light?</w:t>
      </w:r>
      <w:r>
        <w:br/>
      </w:r>
      <w:r>
        <w:rPr>
          <w:sz w:val="20"/>
        </w:rPr>
        <w:t>48:25  i shall appreciate your views. dekhiye, is par mein ne bohat tafseel se likha hai, aap is ko parh sakte hain.</w:t>
      </w:r>
      <w:r>
        <w:br/>
      </w:r>
      <w:r>
        <w:rPr>
          <w:sz w:val="20"/>
        </w:rPr>
        <w:t>48:37  aam taur par musalman yeh samajhte hain ke dunya mein do qaumein hain, ek kafir qaum, ek muslim qaum. yeh bilkul hi be silsila hai, har giz har giz yeh sahi nahin hai.</w:t>
      </w:r>
      <w:r>
        <w:br/>
      </w:r>
      <w:r>
        <w:rPr>
          <w:sz w:val="20"/>
        </w:rPr>
        <w:t>48:55  koi Islam ka ta'alluq qaum se nahin hai,</w:t>
      </w:r>
      <w:r>
        <w:br/>
      </w:r>
      <w:r>
        <w:rPr>
          <w:sz w:val="20"/>
        </w:rPr>
        <w:t>49:04  is tarah kafir ka ta'alluq kisi qaum se nahin hai.</w:t>
      </w:r>
      <w:r>
        <w:br/>
      </w:r>
      <w:r>
        <w:rPr>
          <w:sz w:val="20"/>
        </w:rPr>
        <w:t>49:07  yeh aadmi ka apna ek behaviour hai jis se koi shakhs momin banta hai ya kafir banta hai. yeh individual word hai, individual.</w:t>
      </w:r>
      <w:r>
        <w:br/>
      </w:r>
      <w:r>
        <w:rPr>
          <w:sz w:val="20"/>
        </w:rPr>
        <w:t>49:18  to kafir ke lafzi ma'ane hain inkaar karne wala, Khuda ke baaton ka inkaar karne wala. koi bhi shakhs jo inkaar kare, woh kafir ho jaye ga Allah ki nazar mein.</w:t>
      </w:r>
      <w:r>
        <w:br/>
      </w:r>
      <w:r>
        <w:rPr>
          <w:sz w:val="20"/>
        </w:rPr>
        <w:t>49:29  hamare kisi ko yeh haq nahi ke fatwa de ke mister so and so kaafir hai.</w:t>
      </w:r>
      <w:r>
        <w:br/>
      </w:r>
      <w:r>
        <w:rPr>
          <w:sz w:val="20"/>
        </w:rPr>
        <w:t>49:35  agar koi fatwa de to woh bhi galat kaam hai. kisi ko yeh right nahi hai ke fatwa de ke mister so and so kaafir. yahan tak ke khud musalmanon ke bare mein yeh lafz istemal hua hai hadith mein.</w:t>
      </w:r>
      <w:r>
        <w:br/>
      </w:r>
      <w:r>
        <w:rPr>
          <w:sz w:val="20"/>
        </w:rPr>
        <w:t>49:48  hadith mein istemal hua hai: "la turjau ba'di kuffaraidru ba'dukum riqaba ba'd" ke mere baad tum kaafir na ho jana.</w:t>
      </w:r>
      <w:r>
        <w:br/>
      </w:r>
      <w:r>
        <w:rPr>
          <w:sz w:val="20"/>
        </w:rPr>
        <w:t>50:00  musalmanon ke bare mein Allah taala ne farmaya, woh musalmanon ko rasool Allah salallaho alaihi wasallam ne farmaya: "la turjau ba'di kuffaraidru ba'dukum riqaba ba'd" ke tum rasool Allah ne farmaya ke tum log mere baad kaafir na ho jana</w:t>
      </w:r>
      <w:r>
        <w:br/>
      </w:r>
      <w:r>
        <w:rPr>
          <w:sz w:val="20"/>
        </w:rPr>
        <w:t>50:17  ke aapas mein ek doosre ko qadar karne lago. kya tum musalmanon ko mein bataya ke musalman bhi kaafir ho sakte hain? to kaafir na koi qaum hai, na musalman koi qaum hai.</w:t>
      </w:r>
      <w:r>
        <w:br/>
      </w:r>
      <w:r>
        <w:rPr>
          <w:sz w:val="20"/>
        </w:rPr>
        <w:t>50:31  aadmi ka apna jo jo uski jo apni ideology hai, uska jo life style hai, uska jo behavior hai, uska jo jis bar code ko ikhtiyar karta hai, woh in sab se mil kar koi shakhs muslim banta hai ya kaafir banta hai, woh bhi Allah ki nazar mein, duniya mein nahi.</w:t>
      </w:r>
      <w:r>
        <w:br/>
      </w:r>
      <w:r>
        <w:rPr>
          <w:sz w:val="20"/>
        </w:rPr>
        <w:t>50:55  duniya mein to sab insaan hain,</w:t>
      </w:r>
      <w:r>
        <w:br/>
      </w:r>
      <w:r>
        <w:rPr>
          <w:sz w:val="20"/>
        </w:rPr>
        <w:t>50:58  lekin duniya ke hisab se har insaan insaan hai. bas isi liye yeh jo lafz banaya gaya hai, baat ko banaya gaya hai ke "dar ul har" "dar ul kuffar", usko mein galat samajhta hoon.</w:t>
      </w:r>
      <w:r>
        <w:br/>
      </w:r>
      <w:r>
        <w:rPr>
          <w:sz w:val="20"/>
        </w:rPr>
        <w:t>51:12  "dar ul islam" "dar ul kuffar" ka term ko mein bilkul galat samajhta hoon. yeh baat ko banaya gaya hai. sahi term yeh hai ke "dar ul insaan" poori duniya "dar ul insaan" hai, bas aur kuch nahi.</w:t>
      </w:r>
      <w:r>
        <w:br/>
      </w:r>
      <w:r>
        <w:rPr>
          <w:sz w:val="20"/>
        </w:rPr>
        <w:t>51:27  to</w:t>
      </w:r>
      <w:r>
        <w:br/>
      </w:r>
      <w:r>
        <w:rPr>
          <w:sz w:val="20"/>
        </w:rPr>
        <w:t>51:28  unke zehen mein jo sawal hai, woh musalmanon ko le kar, unhon ne jo khud se jo bana liya hai, usko le kar ke jahan tak Quran o hadith ka taluq hai, aisa hargiz nahi hai.</w:t>
      </w:r>
      <w:r>
        <w:br/>
      </w:r>
      <w:r>
        <w:rPr>
          <w:sz w:val="20"/>
        </w:rPr>
        <w:t>51:39  har insaan bas insaan hai,</w:t>
      </w:r>
      <w:r>
        <w:br/>
      </w:r>
      <w:r>
        <w:rPr>
          <w:sz w:val="20"/>
        </w:rPr>
        <w:t>51:42  aur yeh duniya na to "dar ul islam" hai, na "dar ul kuffar" hai. yeh duniya "dar ul insaan" hai. Quran mein dekhiye, aap bar bar "aya al insan" "aya al insan" "aya al insan" ke khitab ki ayat hai.</w:t>
      </w:r>
      <w:r>
        <w:br/>
      </w:r>
      <w:r>
        <w:rPr>
          <w:sz w:val="20"/>
        </w:rPr>
        <w:t>51:56  to poori duniya mere nazdeek "dar ul insaan" hai, bas iske siwa aur kuch nahi hai. baqi jo kuch hai, woh Allah taala se hai. kya faisla hone wala hai duniya mein?</w:t>
      </w:r>
      <w:r>
        <w:br/>
      </w:r>
      <w:r>
        <w:rPr>
          <w:sz w:val="20"/>
        </w:rPr>
        <w:t>52:04  nahi.</w:t>
      </w:r>
    </w:p>
    <w:p>
      <w:pPr>
        <w:pStyle w:val="Heading2"/>
      </w:pPr>
      <w:r>
        <w:t>Two causes of blasphemy ignorance and propaganda</w:t>
      </w:r>
    </w:p>
    <w:p>
      <w:r>
        <w:rPr>
          <w:color w:val="666666"/>
          <w:sz w:val="18"/>
        </w:rPr>
        <w:t>Faith &amp; God · Freedom of Expression in Islam 30 Sept 2012 - Maulana Wahiduddin Khan · 3m 04s · at 1:20:22 · https://youtu.be/WLlXSyxX8Q4?t=4822</w:t>
      </w:r>
    </w:p>
    <w:p>
      <w:r>
        <w:rPr>
          <w:i/>
        </w:rPr>
        <w:t>“There are only two possible causes for blasphemy. First, ignorance: that they don't know the truth. Second, propaganda: they know but intentionally spread the falsehood.”</w:t>
      </w:r>
    </w:p>
    <w:p>
      <w:r>
        <w:rPr>
          <w:sz w:val="20"/>
        </w:rPr>
        <w:t>1:20:22  chahe amanat ho, tab bhi woh ghair Islami hai. amanat ho, tab bhi woh ghair Islami hai. Maulana, agla sawal Raipur se hai Idrees sahab ka.</w:t>
      </w:r>
      <w:r>
        <w:br/>
      </w:r>
      <w:r>
        <w:rPr>
          <w:sz w:val="20"/>
        </w:rPr>
        <w:t>1:20:34  unhon ne likha hai: "there are only two possible causes for blasphemy.</w:t>
      </w:r>
      <w:r>
        <w:br/>
      </w:r>
      <w:r>
        <w:rPr>
          <w:sz w:val="20"/>
        </w:rPr>
        <w:t>1:20:40  first, ignorance. that is they don't know the truth. second, propaganda. they know but intentionally spread the falsehood.</w:t>
      </w:r>
      <w:r>
        <w:br/>
      </w:r>
      <w:r>
        <w:rPr>
          <w:sz w:val="20"/>
        </w:rPr>
        <w:t>1:20:50  protest and violence are not effective tools to fight ignorance or propaganda. the effective tools are promoting education and propagating the truth.</w:t>
      </w:r>
      <w:r>
        <w:br/>
      </w:r>
      <w:r>
        <w:rPr>
          <w:sz w:val="20"/>
        </w:rPr>
        <w:t>1:21:01  incidents in past confirms that with reference to blasphemy, protest do not produce any positive results while promoting education." does Maulana sahab, why do ulema and leaders do not learn this from their past experience?</w:t>
      </w:r>
      <w:r>
        <w:br/>
      </w:r>
      <w:r>
        <w:rPr>
          <w:sz w:val="20"/>
        </w:rPr>
        <w:t>1:21:20  mujhe behal aap ki poori baat se mein agree karta hoon, is se ittefaq hai. is ko poora poora ittefaq hai.</w:t>
      </w:r>
      <w:r>
        <w:br/>
      </w:r>
      <w:r>
        <w:rPr>
          <w:sz w:val="20"/>
        </w:rPr>
        <w:t>1:21:29  baqi ulema jis zamane mein hain, woh awam se mukhtalif nahi hain, woh bhi jazbati ho gaye.</w:t>
      </w:r>
      <w:r>
        <w:br/>
      </w:r>
      <w:r>
        <w:rPr>
          <w:sz w:val="20"/>
        </w:rPr>
        <w:t>1:21:37  mujhe ek sahab ka telephone aaya tha wahan se, South se, ke ek wahan baqayda ek aalim ek sahab hain, unhon ne taqreer ki.</w:t>
      </w:r>
      <w:r>
        <w:br/>
      </w:r>
      <w:r>
        <w:rPr>
          <w:sz w:val="20"/>
        </w:rPr>
        <w:t>1:21:48  taqreer bare josh se unhon ne kaha ke "tum hum ko gaali do, hum bardasht kar len ge. tum Musalmanon ko gaali do, hum bardasht kar len ge.</w:t>
      </w:r>
      <w:r>
        <w:br/>
      </w:r>
      <w:r>
        <w:rPr>
          <w:sz w:val="20"/>
        </w:rPr>
        <w:t>1:21:58  tum</w:t>
      </w:r>
      <w:r>
        <w:br/>
      </w:r>
      <w:r>
        <w:rPr>
          <w:sz w:val="20"/>
        </w:rPr>
        <w:t>1:21:59  hamare prophet ko gaali do, hum us ko bardasht nahi kar sakte." yeh aalim ki boli hai. toh main samajhta hoon ke is maamle mein aalim aur ghair aalim sab barabar ho gaye hain, sab jazbati ho gaye hain.</w:t>
      </w:r>
      <w:r>
        <w:br/>
      </w:r>
      <w:r>
        <w:rPr>
          <w:sz w:val="20"/>
        </w:rPr>
        <w:t>1:22:10  koi bhi, yaani tamam dunya bhar ke ulema mein apne siwa mein kisi ko nahi paata jo is maamle mein exception hai.</w:t>
      </w:r>
      <w:r>
        <w:br/>
      </w:r>
      <w:r>
        <w:rPr>
          <w:sz w:val="20"/>
        </w:rPr>
        <w:t>1:22:19  koi ek bhi nahi, koi exception nahi, koi jazbat mein pehre hain, nafrat mein pehre hain.</w:t>
      </w:r>
      <w:r>
        <w:br/>
      </w:r>
      <w:r>
        <w:rPr>
          <w:sz w:val="20"/>
        </w:rPr>
        <w:t>1:22:27  ab kya kiya jaye? ya Allah taala ka yeh faisla hoga is baat ka, dunya mein hum is ka faisla nahi kar sakte.</w:t>
      </w:r>
    </w:p>
    <w:p>
      <w:pPr>
        <w:pStyle w:val="Heading2"/>
      </w:pPr>
      <w:r>
        <w:t>Unanswered prayers: God angry or request unreasonable?</w:t>
      </w:r>
    </w:p>
    <w:p>
      <w:r>
        <w:rPr>
          <w:color w:val="666666"/>
          <w:sz w:val="18"/>
        </w:rPr>
        <w:t>Faith &amp; God · God Gives in Abundance 13 Oct 2019 - Maulana Wahiduddin Khan · 3m 24s · at 33:07 · https://youtu.be/eC4RaczXBzM?t=1987</w:t>
      </w:r>
    </w:p>
    <w:p>
      <w:r>
        <w:rPr>
          <w:i/>
        </w:rPr>
        <w:t>“When God does not answer our prayers, how should we interpret it? Is God angry with us, and is it that our request to Allah is unreasonable? Often when we pray to Allah for something, it is not accepted; should we interpret this as Allah being angry with us or our prayer being unreasonable?”</w:t>
      </w:r>
    </w:p>
    <w:p>
      <w:r>
        <w:rPr>
          <w:sz w:val="20"/>
        </w:rPr>
        <w:t>33:07  Maulana sawal lena chahenge. Yeh sawal bheja hai Lucknow se Muhammad Hussain sahib ne. Unhone likha hai: "Maulana, when God does not answer our prayers, then how should we interpret it?</w:t>
      </w:r>
      <w:r>
        <w:br/>
      </w:r>
      <w:r>
        <w:rPr>
          <w:sz w:val="20"/>
        </w:rPr>
        <w:t>33:23  Is God angry with us, or is it that our request to Allah is unreasonable?"</w:t>
      </w:r>
      <w:r>
        <w:br/>
      </w:r>
      <w:r>
        <w:rPr>
          <w:sz w:val="20"/>
        </w:rPr>
        <w:t>33:32  Kya matlab woh ke aksar jab hum dua karte hain Allah se kisi cheez ke liye toh woh qabool nahin hoti hai? Toh kya isko aise interpret karein ke hamari, hamare se ya toh Allah naraz hai ya hamari jo dua thi woh unreasonable thi?</w:t>
      </w:r>
      <w:r>
        <w:br/>
      </w:r>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r>
        <w:br/>
      </w:r>
      <w:r>
        <w:rPr>
          <w:sz w:val="20"/>
        </w:rPr>
        <w:t>36:18  Jazak Allah." Masha Allah. Ah, Miss Ayesha Yasra ne Visakhapatnam se likha hai: "Maulana sahib, aaj ke lecture bahut valuable hain.</w:t>
      </w:r>
    </w:p>
    <w:p>
      <w:pPr>
        <w:pStyle w:val="Heading2"/>
      </w:pPr>
      <w:r>
        <w:t>Understanding destiny and truncation law</w:t>
      </w:r>
    </w:p>
    <w:p>
      <w:r>
        <w:rPr>
          <w:color w:val="666666"/>
          <w:sz w:val="18"/>
        </w:rPr>
        <w:t>Faith &amp; God · Principle of Loss | May 31, 2015 · 1m 00s · at 44:35 · https://youtu.be/IEf7QfU3BmY?t=2675</w:t>
      </w:r>
    </w:p>
    <w:p>
      <w:r>
        <w:rPr>
          <w:i/>
        </w:rPr>
        <w:t>“Today I became convinced what it means to be pleased with destiny. Why believe in destiny? I came to know that there is a truncation law of nature, that is destiny...”</w:t>
      </w:r>
    </w:p>
    <w:p>
      <w:r>
        <w:rPr>
          <w:sz w:val="20"/>
        </w:rPr>
        <w:t>44:35  . Okay, we'll be starting with the question answer session now. All the online viewers are requested to send their questions on info@cpsglobal.org. Maulana sabse pehle ek comment padhna chahenge sawal se pehle, aur yeh comment bheja hai Dr. Safeena Tabassum ne Ajmer se. unhone likha hai ke Maulana aaj aap ka lecture itna wazeh tha ke pehli baar mujhe yeh pata chala ke naq</w:t>
      </w:r>
      <w:r>
        <w:br/>
      </w:r>
      <w:r>
        <w:rPr>
          <w:sz w:val="20"/>
        </w:rPr>
        <w:t>45:05  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pStyle w:val="Heading2"/>
      </w:pPr>
      <w:r>
        <w:t>Understanding jihad as self-struggle</w:t>
      </w:r>
    </w:p>
    <w:p>
      <w:r>
        <w:rPr>
          <w:color w:val="666666"/>
          <w:sz w:val="18"/>
        </w:rPr>
        <w:t>Faith &amp; God · Age of Democracy May 25, 2014 · 2m 09s · at 52:07 · https://youtu.be/pyZy1-EhW1Q?t=3127</w:t>
      </w:r>
    </w:p>
    <w:p>
      <w:r>
        <w:rPr>
          <w:i/>
        </w:rPr>
        <w:t>“As I understand jihad, it's a war with myself to change myself, not a real war of destruction. It cannot be a harmful term if it's in any holy book, but that's not how the word is being used today. It has been distorted, thus bringing a bad name to Islam.”</w:t>
      </w:r>
    </w:p>
    <w:p>
      <w:r>
        <w:rPr>
          <w:sz w:val="20"/>
        </w:rPr>
        <w:t>52:07  maulana, unka ek aur sawal hai, unhon ne likha hai: "as i understand jihad, its a war with in my self to change my self, not a real war of destruction.</w:t>
      </w:r>
      <w:r>
        <w:br/>
      </w:r>
      <w:r>
        <w:rPr>
          <w:sz w:val="20"/>
        </w:rPr>
        <w:t>52:21  it can not be a harmful term if its in any holy book, but thats not how the word is being used today.</w:t>
      </w:r>
      <w:r>
        <w:br/>
      </w:r>
      <w:r>
        <w:rPr>
          <w:sz w:val="20"/>
        </w:rPr>
        <w:t>52:31  it has been distorted, this bringing a bad name to islam.</w:t>
      </w:r>
      <w:r>
        <w:br/>
      </w:r>
      <w:r>
        <w:rPr>
          <w:sz w:val="20"/>
        </w:rPr>
        <w:t>52:36  how can a peaceful word that talks of self inquiry be distorted so much in today times? and why is no one making an attempt to stop this distortion of words?</w:t>
      </w:r>
      <w:r>
        <w:br/>
      </w:r>
      <w:r>
        <w:rPr>
          <w:sz w:val="20"/>
        </w:rPr>
        <w:t>52:50  what is your interpretation of this much misinterpreted word?" dekhen, aaj kal jihad ka lafz bola jata hai ladai bhadai ke liye, yeh bilkul galat hai.</w:t>
      </w:r>
      <w:r>
        <w:br/>
      </w:r>
      <w:r>
        <w:rPr>
          <w:sz w:val="20"/>
        </w:rPr>
        <w:t>53:00  yeh</w:t>
      </w:r>
      <w:r>
        <w:br/>
      </w:r>
      <w:r>
        <w:rPr>
          <w:sz w:val="20"/>
        </w:rPr>
        <w:t>53:02  dekhen, jihad ke lafzi matlab hai koshish, to strive, to struggle. bas</w:t>
      </w:r>
      <w:r>
        <w:br/>
      </w:r>
      <w:r>
        <w:rPr>
          <w:sz w:val="20"/>
        </w:rPr>
        <w:t>53:12  to jihad ka matlab sirf itna hi hai: kisi achhe kaam ke liye koshish karna, apni islaah ke liye koshish karna to woh bhi jihad hai. aap samaj mein islaah ke liye kuch karen to woh bhi jihad</w:t>
      </w:r>
      <w:r>
        <w:br/>
      </w:r>
      <w:r>
        <w:rPr>
          <w:sz w:val="20"/>
        </w:rPr>
        <w:t>53:23  hai. to jihad sirf koshish ka naam hai, aur albattah is mein exaggeration hai, yani bohat ziyada koshish karna, bohat ziyada koshish karna.</w:t>
      </w:r>
      <w:r>
        <w:br/>
      </w:r>
      <w:r>
        <w:rPr>
          <w:sz w:val="20"/>
        </w:rPr>
        <w:t>53:35  yeh matlab hai iska. baqi jihad ka koi ladai bhadai se nahi. is ke liye Quran mein lafz "qital" aaya hai.</w:t>
      </w:r>
      <w:r>
        <w:br/>
      </w:r>
      <w:r>
        <w:rPr>
          <w:sz w:val="20"/>
        </w:rPr>
        <w:t>53:44  qitaal ka maani ladaai hote hain, lekin Islam mein qitaal sirf defence ke liye hai.</w:t>
      </w:r>
      <w:r>
        <w:br/>
      </w:r>
      <w:r>
        <w:rPr>
          <w:sz w:val="20"/>
        </w:rPr>
        <w:t>53:50  Under the defense, under the defense, there is no war in Islam. Offensive war in Islam is absolutely non-existent.</w:t>
      </w:r>
      <w:r>
        <w:br/>
      </w:r>
      <w:r>
        <w:rPr>
          <w:sz w:val="20"/>
        </w:rPr>
        <w:t>54:01  offensive waar Islam mein nahin hai, aur guerrilla waar nahin hai, aur proxy waar nahin. yeh saari waar Islam mein nahin hai. koi state agar qaaim hai, us state pe koi attack karta hai to</w:t>
      </w:r>
    </w:p>
    <w:p>
      <w:pPr>
        <w:pStyle w:val="Heading2"/>
      </w:pPr>
      <w:r>
        <w:t>Understanding the Concept of True God</w:t>
      </w:r>
    </w:p>
    <w:p>
      <w:r>
        <w:rPr>
          <w:color w:val="666666"/>
          <w:sz w:val="18"/>
        </w:rPr>
        <w:t>Faith &amp; God · Concept of God December 7, 2014 · 3m 48s · at 57:58 · https://youtu.be/dCgL9lp8EAo?t=3478</w:t>
      </w:r>
    </w:p>
    <w:p>
      <w:r>
        <w:rPr>
          <w:i/>
        </w:rPr>
        <w:t>“What is true God? Please explain about this.”</w:t>
      </w:r>
    </w:p>
    <w:p>
      <w:r>
        <w:rPr>
          <w:sz w:val="20"/>
        </w:rPr>
        <w:t>57:58  Maulana, dilli se agla sawal kya hai miss kapila goriha ne, aur unhon ne aapse poocha hai ke "What is true God?" .</w:t>
      </w:r>
      <w:r>
        <w:br/>
      </w:r>
      <w:r>
        <w:rPr>
          <w:sz w:val="20"/>
        </w:rPr>
        <w:t>58:08  sacha Khuda kya hai? Is ke baray mein bataen.</w:t>
      </w:r>
      <w:r>
        <w:br/>
      </w:r>
      <w:r>
        <w:rPr>
          <w:sz w:val="20"/>
        </w:rPr>
        <w:t>58:24  dekhen, jahan tak maine parha hai, Khuda ke baray mein do qism ke concept pae jate hain. Ek hai personal God, ek hai impersonal God.</w:t>
      </w:r>
      <w:r>
        <w:br/>
      </w:r>
      <w:r>
        <w:rPr>
          <w:sz w:val="20"/>
        </w:rPr>
        <w:t>58:38  to main impersonal God ko nahin manta. Main personal God ko manta hoon. Kyunke impersonal God jo hai, woh sirf ek manane ki cheez hai.</w:t>
      </w:r>
      <w:r>
        <w:br/>
      </w:r>
      <w:r>
        <w:rPr>
          <w:sz w:val="20"/>
        </w:rPr>
        <w:t>58:50  aap is ke sath ta'alluq nahin qaim ho sakta.</w:t>
      </w:r>
      <w:r>
        <w:br/>
      </w:r>
      <w:r>
        <w:rPr>
          <w:sz w:val="20"/>
        </w:rPr>
        <w:t>58:53  jab woh impersonal hai, jab is ki koi personality nahin hai, to aap aise hain jaise ke jaise ke cosmic race.</w:t>
      </w:r>
      <w:r>
        <w:br/>
      </w:r>
      <w:r>
        <w:rPr>
          <w:sz w:val="20"/>
        </w:rPr>
        <w:t>59:02  to cosmic race se aap ka ta'alluq nahin ban sakta.</w:t>
      </w:r>
      <w:r>
        <w:br/>
      </w:r>
      <w:r>
        <w:rPr>
          <w:sz w:val="20"/>
        </w:rPr>
        <w:t>59:08  cosmic race jaisa Khuda ka bana len aap, to jo yaani khaliq aur makhlooq ke darmiyan ya bande aur Khuda ka jo ta'alluq matloob hai, woh qaim nahin ho sakta.</w:t>
      </w:r>
      <w:r>
        <w:br/>
      </w:r>
      <w:r>
        <w:rPr>
          <w:sz w:val="20"/>
        </w:rPr>
        <w:t>59:19  woh contact nahin banega.</w:t>
      </w:r>
      <w:r>
        <w:br/>
      </w:r>
      <w:r>
        <w:rPr>
          <w:sz w:val="20"/>
        </w:rPr>
        <w:t>59:22  woh contact to banega jab aap is ko personal God manen. To mera apna jo study hai, main samajhta hoon ke impersonal God ek ek philosophy hai, woh koi religion nahin hai.</w:t>
      </w:r>
      <w:r>
        <w:br/>
      </w:r>
      <w:r>
        <w:rPr>
          <w:sz w:val="20"/>
        </w:rPr>
        <w:t>59:37  impersonal God ek philosophical concept hai. Jo religion ka jo concept hai, woh personal God ka concept hai.</w:t>
      </w:r>
      <w:r>
        <w:br/>
      </w:r>
      <w:r>
        <w:rPr>
          <w:sz w:val="20"/>
        </w:rPr>
        <w:t>59:47  aur is mein isi ko maanta hoon.</w:t>
      </w:r>
      <w:r>
        <w:br/>
      </w:r>
      <w:r>
        <w:rPr>
          <w:sz w:val="20"/>
        </w:rPr>
        <w:t>59:51  maulana, aap se woh yeh bhi jaanna chahti hain ke strong affection kis ko kehte hain? haan, strong affection. is is kis ko kehte hain?</w:t>
      </w:r>
      <w:r>
        <w:br/>
      </w:r>
      <w:r>
        <w:rPr>
          <w:sz w:val="20"/>
        </w:rPr>
        <w:t>1:00:01  strong affection. ji. bhai, aap ko apni maan se jo talluq hoga, wahi samajh lijiye. har aadmi ko apni maan se jo talluq hota hai mohabbat ka, woh that is introduction .</w:t>
      </w:r>
      <w:r>
        <w:br/>
      </w:r>
      <w:r>
        <w:rPr>
          <w:sz w:val="20"/>
        </w:rPr>
        <w:t>1:00:14  strong affection .</w:t>
      </w:r>
      <w:r>
        <w:br/>
      </w:r>
      <w:r>
        <w:rPr>
          <w:sz w:val="20"/>
        </w:rPr>
        <w:t>1:00:18  aadmi apni hi zindagi mein ek ek phenomena ko dekhta hai ke us ke andar ek bohat gehra talluq hota hai apni maan ke liye.</w:t>
      </w:r>
      <w:r>
        <w:br/>
      </w:r>
      <w:r>
        <w:rPr>
          <w:sz w:val="20"/>
        </w:rPr>
        <w:t>1:00:31  wahi woh woh introduction hai. woh</w:t>
      </w:r>
      <w:r>
        <w:br/>
      </w:r>
      <w:r>
        <w:rPr>
          <w:sz w:val="20"/>
        </w:rPr>
        <w:t>1:00:34  mein ne ek martaba dekha hai, ek ek ek scene. ek bheed thi, ek bheed thi, us mein ek chhota sa bachcha daud raha tha idhar udhar.</w:t>
      </w:r>
      <w:r>
        <w:br/>
      </w:r>
      <w:r>
        <w:rPr>
          <w:sz w:val="20"/>
        </w:rPr>
        <w:t>1:00:44  "meri maan, meri maan!" karta tha woh. to kai mardon ya auraton ne is ko chaha ke is ko uthaayein, god mein lein is ko.</w:t>
      </w:r>
      <w:r>
        <w:br/>
      </w:r>
      <w:r>
        <w:rPr>
          <w:sz w:val="20"/>
        </w:rPr>
        <w:t>1:00:53  to woh ghussa hota tha, maarta tha is ko. "meri maan, meri maan!" phir daudte daudte is ko is ki maan mil gayi.</w:t>
      </w:r>
      <w:r>
        <w:br/>
      </w:r>
      <w:r>
        <w:rPr>
          <w:sz w:val="20"/>
        </w:rPr>
        <w:t>1:01:08  jaise hi is ki maan mili, is ke seene se chipat gaya woh.</w:t>
      </w:r>
      <w:r>
        <w:br/>
      </w:r>
      <w:r>
        <w:rPr>
          <w:sz w:val="20"/>
        </w:rPr>
        <w:t>1:01:16  yeh duniya mein ek phenomena hai jo is baat ka batata hai, is ka introduction deta hai ke "What is strong affection?"</w:t>
      </w:r>
      <w:r>
        <w:br/>
      </w:r>
      <w:r>
        <w:rPr>
          <w:sz w:val="20"/>
        </w:rPr>
        <w:t>1:01:29  . to yahi yahi talluq jo ek bachche ka apni maan se hota hai, wahi billion trillion times jab zyada badh jaaye to wahi wahi Khuda se mohabbat, isi ka naam hai.</w:t>
      </w:r>
    </w:p>
    <w:p>
      <w:pPr>
        <w:pStyle w:val="Heading2"/>
      </w:pPr>
      <w:r>
        <w:t>Universe as universal news for humanity</w:t>
      </w:r>
    </w:p>
    <w:p>
      <w:r>
        <w:rPr>
          <w:color w:val="666666"/>
          <w:sz w:val="18"/>
        </w:rPr>
        <w:t>Faith &amp; God · Divine Plan | March 12, 2017 · 1m 32s · at 51:53 · https://youtu.be/dqB4muqGG4I?t=3113</w:t>
      </w:r>
    </w:p>
    <w:p>
      <w:r>
        <w:rPr>
          <w:i/>
        </w:rPr>
        <w:t>“You say that the universe is like universal news for humanity. Can you elaborate on this as I did not understand it properly?”</w:t>
      </w:r>
    </w:p>
    <w:p>
      <w:r>
        <w:rPr>
          <w:sz w:val="20"/>
        </w:rPr>
        <w:t>51:53  sawal bheja hai Muhammad Sohail sahib ne Bangladesh se unhone likha hai Maulana sahib you say that universe is like universal news for humanity can you elaborate on this as I did not understand it properly mein to jab khada hota hoon nature ke samne to mujhe lagta hai ke har cheez</w:t>
      </w:r>
      <w:r>
        <w:br/>
      </w:r>
      <w:r>
        <w:rPr>
          <w:sz w:val="20"/>
        </w:rPr>
        <w:t>52:23  aik khabar de rahi hai apne creator ki khabar creator ka message har aik ke paas hai chahe</w:t>
      </w:r>
      <w:r>
        <w:br/>
      </w:r>
      <w:r>
        <w:rPr>
          <w:sz w:val="20"/>
        </w:rPr>
        <w:t>52:34  woh darakht ho chahe suraj ho chahe hawa ho chahe badal ho Quran mein likha aata hai ke</w:t>
      </w:r>
      <w:r>
        <w:br/>
      </w:r>
      <w:r>
        <w:rPr>
          <w:sz w:val="20"/>
        </w:rPr>
        <w:t>52:44  asbah al-ra'd wa bihamdi wal-mala'ikatu min khaifati yaani badal jab garajta hai to woh bhi Allah ka paigham pohanchata hai</w:t>
      </w:r>
      <w:r>
        <w:br/>
      </w:r>
      <w:r>
        <w:rPr>
          <w:sz w:val="20"/>
        </w:rPr>
        <w:t>52:55  to yahi to matlab is ka hai badal ko aap garaj ke roop mein na lein balkay Allah</w:t>
      </w:r>
      <w:r>
        <w:br/>
      </w:r>
      <w:r>
        <w:rPr>
          <w:sz w:val="20"/>
        </w:rPr>
        <w:t>53:02  ke paigham ke roop mein lein to aap ko lagay ke isi tarah doosray nature ke doosray hissay</w:t>
      </w:r>
      <w:r>
        <w:br/>
      </w:r>
      <w:r>
        <w:rPr>
          <w:sz w:val="20"/>
        </w:rPr>
        <w:t>53:10  ko lagay ke yeh to Allah ka paigham pohancha rahay hain yeh to Quran mein hai asbah al-ra'd</w:t>
      </w:r>
      <w:r>
        <w:br/>
      </w:r>
      <w:r>
        <w:rPr>
          <w:sz w:val="20"/>
        </w:rPr>
        <w:t>53:18  wa bihamdi bijli jab garajti hai to woh Allah ki hamd ka</w:t>
      </w:r>
    </w:p>
    <w:p>
      <w:pPr>
        <w:pStyle w:val="Heading2"/>
      </w:pPr>
      <w:r>
        <w:t>Universe's religion vs Islam</w:t>
      </w:r>
    </w:p>
    <w:p>
      <w:r>
        <w:rPr>
          <w:color w:val="666666"/>
          <w:sz w:val="18"/>
        </w:rPr>
        <w:t>Faith &amp; God · Story of the Prophet Yusuf May 11, 2014 Maulana Wahiduddin Khan · 2m 04s · at 49:11 · https://youtu.be/2alsBthUWhw?t=2951</w:t>
      </w:r>
    </w:p>
    <w:p>
      <w:r>
        <w:rPr>
          <w:i/>
        </w:rPr>
        <w:t>“What is the difference between the religion of the universe and the religion of Islam?”</w:t>
      </w:r>
    </w:p>
    <w:p>
      <w:r>
        <w:rPr>
          <w:sz w:val="20"/>
        </w:rPr>
        <w:t>49:11  molana agla sawal chennai se hai. molana iqbal umri ne kiya hai. unhon ne aap se poocha hai ke universe ka deen aur deen islam is mein farq kiya hai?</w:t>
      </w:r>
      <w:r>
        <w:br/>
      </w:r>
      <w:r>
        <w:rPr>
          <w:sz w:val="20"/>
        </w:rPr>
        <w:t>49:23  haan dekhen</w:t>
      </w:r>
      <w:r>
        <w:br/>
      </w:r>
      <w:r>
        <w:rPr>
          <w:sz w:val="20"/>
        </w:rPr>
        <w:t>49:28  jo quran mein aaya hai ke is ka matlab yeh hai ke universe mein jo cheezen hain woh aik aik aitbar se demonstration hain.</w:t>
      </w:r>
      <w:r>
        <w:br/>
      </w:r>
      <w:r>
        <w:rPr>
          <w:sz w:val="20"/>
        </w:rPr>
        <w:t>49:41  woh isi baray mein nahi hain jis baray mein insan ka deen hota hai. kyun ke insan ka deen to yani is ka mind se talluq hai. soch samajh ke hota hai. universe mein sochne ki taqat nahi hai.</w:t>
      </w:r>
      <w:r>
        <w:br/>
      </w:r>
      <w:r>
        <w:rPr>
          <w:sz w:val="20"/>
        </w:rPr>
        <w:t>49:53  lekan woh aik aitbar se demonstration hai. misaal ke tor par dekhen aap ke quran mein hai ke kal sitaron ke baray mein aur sayaron ke baray mein</w:t>
      </w:r>
      <w:r>
        <w:br/>
      </w:r>
      <w:r>
        <w:rPr>
          <w:sz w:val="20"/>
        </w:rPr>
        <w:t>50:07  to aap jantay hain ke bohat hi bara space hai. is mein numerous stars ghoom rahay hain, ghoom rahay hain, ghoom rahay hain.</w:t>
      </w:r>
      <w:r>
        <w:br/>
      </w:r>
      <w:r>
        <w:rPr>
          <w:sz w:val="20"/>
        </w:rPr>
        <w:t>50:16  lekan in mein takrao nahi hota. kabhi aaj tak science ne report nahi kiya ke sitaray aapas mein lag gaye hon.</w:t>
      </w:r>
      <w:r>
        <w:br/>
      </w:r>
      <w:r>
        <w:rPr>
          <w:sz w:val="20"/>
        </w:rPr>
        <w:t>50:25  yeh kya hai? demonstration hai. ke social life mein har aadmi active hota hai. apna apna target hota hai har aadmi ka.</w:t>
      </w:r>
      <w:r>
        <w:br/>
      </w:r>
      <w:r>
        <w:rPr>
          <w:sz w:val="20"/>
        </w:rPr>
        <w:t>50:36  apna apna maqsad hasil karne ke liye woh daur lagai hui hai. lekan tum ko apni daur mein sitaron ke is ko follow karna chahiye.</w:t>
      </w:r>
      <w:r>
        <w:br/>
      </w:r>
      <w:r>
        <w:rPr>
          <w:sz w:val="20"/>
        </w:rPr>
        <w:t>50:47  ke bana takraye hue</w:t>
      </w:r>
      <w:r>
        <w:br/>
      </w:r>
      <w:r>
        <w:rPr>
          <w:sz w:val="20"/>
        </w:rPr>
        <w:t>50:49  apna maqsad hasil karo. apnay apnay apnay target ke liye koshish karo lekan bana takraye hue. yani non-confrontational approach.</w:t>
      </w:r>
      <w:r>
        <w:br/>
      </w:r>
      <w:r>
        <w:rPr>
          <w:sz w:val="20"/>
        </w:rPr>
        <w:t>51:00  jo sitaron ki jo gardish hai woh non-confrontational approach ka demonstration hai.</w:t>
      </w:r>
      <w:r>
        <w:br/>
      </w:r>
      <w:r>
        <w:rPr>
          <w:sz w:val="20"/>
        </w:rPr>
        <w:t>51:10  is sense mein woh woh woh deen hai.</w:t>
      </w:r>
    </w:p>
    <w:p>
      <w:pPr>
        <w:pStyle w:val="Heading2"/>
      </w:pPr>
      <w:r>
        <w:t>Unrecognised minor forms of shirk and avoidance</w:t>
      </w:r>
    </w:p>
    <w:p>
      <w:r>
        <w:rPr>
          <w:color w:val="666666"/>
          <w:sz w:val="18"/>
        </w:rPr>
        <w:t>Faith &amp; God · Materialism and Intellectual Dwarfism 29th April 2012 · 3m 12s · at 1:05:53 · https://youtu.be/qHzARL_r3I4?t=3953</w:t>
      </w:r>
    </w:p>
    <w:p>
      <w:r>
        <w:rPr>
          <w:i/>
        </w:rPr>
        <w:t>“We all know the major types of shirk and avoid them, but is there a type of shirk that people do not understand and fall into unknowingly? Please tell us the minor types of shirk that a common person does not understand and how to avoid them.”</w:t>
      </w:r>
    </w:p>
    <w:p>
      <w:r>
        <w:rPr>
          <w:sz w:val="20"/>
        </w:rPr>
        <w:t>1:05:53  maulana agla sawal dilli se hai mister mazhar sahab ka unhon</w:t>
      </w:r>
      <w:r>
        <w:br/>
      </w:r>
      <w:r>
        <w:rPr>
          <w:sz w:val="20"/>
        </w:rPr>
        <w:t>1:05:56  ne likha hai maulana shirk ki bari qismein qismein to hum sabhi jante hain aur un se bach bhi jate hain lekin shirk ki kya koi aisi qism bhi hai jo hum log samajh nahi paate aur jaane anjaane mein shirk mein mubtala ho jate hain shirk ki woh choti qismein bataiye jo aam aadmi samajh nahi pata aur un se kaise bacha jaye</w:t>
      </w:r>
      <w:r>
        <w:br/>
      </w:r>
      <w:r>
        <w:rPr>
          <w:sz w:val="20"/>
        </w:rPr>
        <w:t>1:06:24  dekhiye ulma ne likha hai ke ek hai shirk khafi, ek hai shirk jali to shirk jali jaise ek but poojna hai woh shirk jali hai to aadmi foran samajh leta hai</w:t>
      </w:r>
      <w:r>
        <w:br/>
      </w:r>
      <w:r>
        <w:rPr>
          <w:sz w:val="20"/>
        </w:rPr>
        <w:t>1:06:38  shirk khafi yeh hai ke</w:t>
      </w:r>
      <w:r>
        <w:br/>
      </w:r>
      <w:r>
        <w:rPr>
          <w:sz w:val="20"/>
        </w:rPr>
        <w:t>1:06:41  ke woh is tarah dikhai na de jaise but dikha deta hai lekin amalan woh</w:t>
      </w:r>
      <w:r>
        <w:br/>
      </w:r>
      <w:r>
        <w:rPr>
          <w:sz w:val="20"/>
        </w:rPr>
        <w:t>1:06:48  isi ka hum maani ho kyunke asal cheez jo hai dekhiye aap ka</w:t>
      </w:r>
      <w:r>
        <w:br/>
      </w:r>
      <w:r>
        <w:rPr>
          <w:sz w:val="20"/>
        </w:rPr>
        <w:t>1:06:55  yani kisi cheez ko concern bana lena kisi se bohat zyada affection hona kisi se bohat zyada aap</w:t>
      </w:r>
      <w:r>
        <w:br/>
      </w:r>
      <w:r>
        <w:rPr>
          <w:sz w:val="20"/>
        </w:rPr>
        <w:t>1:07:03  ka attachment ho jaye to other than god is qism ka taluq</w:t>
      </w:r>
      <w:r>
        <w:br/>
      </w:r>
      <w:r>
        <w:rPr>
          <w:sz w:val="20"/>
        </w:rPr>
        <w:t>1:07:09  kisi ke liye bhi jaiz nahi hai</w:t>
      </w:r>
      <w:r>
        <w:br/>
      </w:r>
      <w:r>
        <w:rPr>
          <w:sz w:val="20"/>
        </w:rPr>
        <w:t>1:07:11  quran mein hai dekhiye afraiyat min tkhdh ilh hawa yani apni khwahish ko us ne ilah bana liya goya ke apni khwahish ke muamle mein aadmi mushrik ban sakta hai to kaise bas khwahish ke peeche daud raha hai jo khwahish chahti hai wohi kar raha hai to us ne goya khwahish hi ko apna concern bana liya</w:t>
      </w:r>
      <w:r>
        <w:br/>
      </w:r>
      <w:r>
        <w:rPr>
          <w:sz w:val="20"/>
        </w:rPr>
        <w:t>1:07:39  to yahan par aap dekhiye ke khwahish to koi but ki tarah ki cheez hai nahi koi dikhai dene wali cheez nahi lekin khwahish ke peeche chalne ko bhi allah taala ne farmaya ke yeh ilah banana hai is ko</w:t>
      </w:r>
      <w:r>
        <w:br/>
      </w:r>
      <w:r>
        <w:rPr>
          <w:sz w:val="20"/>
        </w:rPr>
        <w:t>1:07:54  to is ka hal sirf yeh hai ke aadmi hairaan sochta rahe kyunke ke quran mein hai ke illa al-lumam yani mus lumam ka matlab hai mus karna yani chho jana</w:t>
      </w:r>
      <w:r>
        <w:br/>
      </w:r>
      <w:r>
        <w:rPr>
          <w:sz w:val="20"/>
        </w:rPr>
        <w:t>1:08:08  to aadmi ghaltiyan karega lekin foran us ko toba karna chahiye</w:t>
      </w:r>
      <w:r>
        <w:br/>
      </w:r>
      <w:r>
        <w:rPr>
          <w:sz w:val="20"/>
        </w:rPr>
        <w:t>1:08:16  to asal jo ideal halat to hai woh yahi ke aadmi shirk khafi se bacha hua ho shirk jali se bacha hua ho lekin agar is se koi kotahi ho jati hai to foran is ke andar repentance aana chahiye aur maafi mangna chahiye to phir allah taala is ki toba qabool kar lega aur is ko dobara qabool farmaye ga</w:t>
      </w:r>
      <w:r>
        <w:br/>
      </w:r>
      <w:r>
        <w:rPr>
          <w:sz w:val="20"/>
        </w:rPr>
        <w:t>1:08:39  to shirk khafi ka matlab yeh hai ke woh cheez jo dekhne mein but jaisi na ho lekin apni کیفیت ke etbaar se us ke andar wohi jazbat hon ke ab woh kisi aur cheez ko aap ne bahut zyada apna concern bana rakha hai bahut zyada attachment hai us se aap ko hai us se aap ko star of affection ho gaya hai to yeh yeh sab yeh sab cheezein sirf allah ke liye hain kisi aur ke liye nahi hain</w:t>
      </w:r>
    </w:p>
    <w:p>
      <w:pPr>
        <w:pStyle w:val="Heading2"/>
      </w:pPr>
      <w:r>
        <w:t>Using Words for God: Creator, Allah, or God?</w:t>
      </w:r>
    </w:p>
    <w:p>
      <w:r>
        <w:rPr>
          <w:color w:val="666666"/>
          <w:sz w:val="18"/>
        </w:rPr>
        <w:t>Faith &amp; God · Realization of God May 5, 2019 · 3m 20s · at 30:56 · https://youtu.be/5X-vCFqiR4U?t=1856</w:t>
      </w:r>
    </w:p>
    <w:p>
      <w:r>
        <w:rPr>
          <w:i/>
        </w:rPr>
        <w:t>“I am a nineteen year old. My question is that some of my Muslim friends tell me not to use the word Creator and God, and use only Allah when I talk about God to others. What is your opinion in this? People become fanatic when it comes to use of word to describe God. What is the reason for such fanaticism? And can we use the word Creator or God or Khuda in our daily conversation?”</w:t>
      </w:r>
    </w:p>
    <w:p>
      <w:r>
        <w:rPr>
          <w:sz w:val="20"/>
        </w:rPr>
        <w:t>30:56  Maulana! ab sawal lena chahenge. ah, yeh sawal bheja hai Hyderabad se Muhammad Yusuf sahib ne.</w:t>
      </w:r>
      <w:r>
        <w:br/>
      </w:r>
      <w:r>
        <w:rPr>
          <w:sz w:val="20"/>
        </w:rPr>
        <w:t>31:06  unhon ne likha hai: "i am a nineteen year old. Maulana, my question is that some of my Muslim friends tell me not to use the word creator or God, and use only Allah when i talk about God to others." Maulana, what is your opinion on this?</w:t>
      </w:r>
      <w:r>
        <w:br/>
      </w:r>
      <w:r>
        <w:rPr>
          <w:sz w:val="20"/>
        </w:rPr>
        <w:t>31:28  people become fanatic when it comes to use of word to describe God. what is the reason for such fanaticism? and can we use the word creator or God or Khuda in our daily conversation?</w:t>
      </w:r>
      <w:r>
        <w:br/>
      </w:r>
      <w:r>
        <w:rPr>
          <w:sz w:val="20"/>
        </w:rPr>
        <w:t>31:44  dekhen, yeh ek ek jhoot hai jis ko unhon ne phailaya hai. main is se kam qadar nahi bolunga. yeh kehte hain ke Allah, Allah jo hai Rab ul Alameen ka, yeh is mein zaat hai.</w:t>
      </w:r>
      <w:r>
        <w:br/>
      </w:r>
      <w:r>
        <w:rPr>
          <w:sz w:val="20"/>
        </w:rPr>
        <w:t>32:00  yeh koi saboot nahi hai. is ka saboot nahi, koi is mein zaat hai. Allah is se bala hai ke hamara yeh bola hua koi lafz is ka is mein zaat ho.</w:t>
      </w:r>
      <w:r>
        <w:br/>
      </w:r>
      <w:r>
        <w:rPr>
          <w:sz w:val="20"/>
        </w:rPr>
        <w:t>32:13  yeh Allah ki tasgheer hai. Allah ko order stable karna hai. is ka koi saboot nahi hai ke Allah Rab ul Alameen ka is mein zaat hai.</w:t>
      </w:r>
      <w:r>
        <w:br/>
      </w:r>
      <w:r>
        <w:rPr>
          <w:sz w:val="20"/>
        </w:rPr>
        <w:t>32:22  koi saboot nahi hai. koi kisi ke paas saboot ho to mujhe bheje. saboot ke mani hain ke Quran se, Hadees se ya Paighambar se.</w:t>
      </w:r>
      <w:r>
        <w:br/>
      </w:r>
      <w:r>
        <w:rPr>
          <w:sz w:val="20"/>
        </w:rPr>
        <w:t>32:37  jitne dekhiye, main ek baat kehta hoon aap se: "wa ma arsalna bi rasoolin illa bi lisanin qawmihi." Quran mein hai ke: "wa ma arsalna bi rasoolin illa bi lisanin qawmihi." har rasool rasool apni qom ki zaban mein aaya.</w:t>
      </w:r>
      <w:r>
        <w:br/>
      </w:r>
      <w:r>
        <w:rPr>
          <w:sz w:val="20"/>
        </w:rPr>
        <w:t>32:58  to tareekhi tor par to har rasool ki zaban alag alag thi. Arabi zaban to thi nahi. saare to paighambar Arabi bolte hon.</w:t>
      </w:r>
      <w:r>
        <w:br/>
      </w:r>
      <w:r>
        <w:rPr>
          <w:sz w:val="20"/>
        </w:rPr>
        <w:t>33:10  is ka yeh to bilkul ek bilkul unfounded cheez hai. to yeh sab kuch logon ne aise phaila rakha hai. aur bilkul main is ko kahunga ke bilkul fast food mein jeete hain yeh log.</w:t>
      </w:r>
      <w:r>
        <w:br/>
      </w:r>
      <w:r>
        <w:rPr>
          <w:sz w:val="20"/>
        </w:rPr>
        <w:t>33:22  fast food mein fast pride mein jeete hain ke hamari zaban ka jo lafz hai, wahi is is mein zaat hai Allah ka. koi saboot batao pehle.</w:t>
      </w:r>
      <w:r>
        <w:br/>
      </w:r>
      <w:r>
        <w:rPr>
          <w:sz w:val="20"/>
        </w:rPr>
        <w:t>33:35  Maulana, agla comment bheja hai Dr. Naghma Siddiqui ne Delhi se. unhon ne likha hai: "i understood today that the right target of seeking is God, and the right path to follow is the road to paradise." thank you Maulana for showing us the right path.</w:t>
      </w:r>
      <w:r>
        <w:br/>
      </w:r>
      <w:r>
        <w:rPr>
          <w:sz w:val="20"/>
        </w:rPr>
        <w:t>33:52  Maulana Inayat Umri ne Bangalore se likha hai: "Maulana, aaj ke lecture se yeh samajh mein aaya ke shaoori marifat tak pohanchne ka rasta creation mein gor o fikr hai, magar log is ko khud Khuda ki zaat mein gor o fikr mein talash kar rahe the."</w:t>
      </w:r>
      <w:r>
        <w:br/>
      </w:r>
      <w:r>
        <w:rPr>
          <w:sz w:val="20"/>
        </w:rPr>
        <w:t>34:10  is liye woh shu'oori marfat se mehroom rahe.</w:t>
      </w:r>
    </w:p>
    <w:p>
      <w:pPr>
        <w:pStyle w:val="Heading2"/>
      </w:pPr>
      <w:r>
        <w:t>Victory of science over religion?</w:t>
      </w:r>
    </w:p>
    <w:p>
      <w:r>
        <w:rPr>
          <w:color w:val="666666"/>
          <w:sz w:val="18"/>
        </w:rPr>
        <w:t>Faith &amp; God · Quran for All Mankind June 3, 2012 · 2m 03s · at 1:20:05 · https://youtu.be/Gp-53Zjugcg?t=4805</w:t>
      </w:r>
    </w:p>
    <w:p>
      <w:r>
        <w:rPr>
          <w:i/>
        </w:rPr>
        <w:t>“Nowadays almost all religions say that their religion, their teachings are scientific. Is this not a victory of science over religion?”</w:t>
      </w:r>
    </w:p>
    <w:p>
      <w:r>
        <w:rPr>
          <w:sz w:val="20"/>
        </w:rPr>
        <w:t>1:20:05  maulana, agla sawal umra abad se hai, maulana iqbal umri sahib ka</w:t>
      </w:r>
      <w:r>
        <w:br/>
      </w:r>
      <w:r>
        <w:rPr>
          <w:sz w:val="20"/>
        </w:rPr>
        <w:t>1:20:09  . unhon ne likha hai ke "aaj kal taqreeban tamam mazhab wale yeh kehte hain ke un ka mazhab, un ki baat scientific hai.</w:t>
      </w:r>
      <w:r>
        <w:br/>
      </w:r>
      <w:r>
        <w:rPr>
          <w:sz w:val="20"/>
        </w:rPr>
        <w:t>1:20:19  kya yeh mazhab ke muqable mein science ki victory nahi hai?" yeh to ek chala hua lafz hai, log jante bhi nahi.</w:t>
      </w:r>
      <w:r>
        <w:br/>
      </w:r>
      <w:r>
        <w:rPr>
          <w:sz w:val="20"/>
        </w:rPr>
        <w:t>1:20:28  jo ek kehte hain, un se poochiye to main samajhta hoon ke woh jante bhi nahi ke science kya cheez hai. science jante bhi nahi ke un ka yeh jumla batata hai ke woh science nahi jante.</w:t>
      </w:r>
      <w:r>
        <w:br/>
      </w:r>
      <w:r>
        <w:rPr>
          <w:sz w:val="20"/>
        </w:rPr>
        <w:t>1:20:40  jo jo waqai scientist hoga, woh aise hi bol nahi bole ga, woh aise hi bol nahi bole ga. woh maulana, un ka ek aur sawal hai.</w:t>
      </w:r>
      <w:r>
        <w:br/>
      </w:r>
      <w:r>
        <w:rPr>
          <w:sz w:val="20"/>
        </w:rPr>
        <w:t>1:20:51  unhon ne aapse poocha hai ke "merciless hammering kis ko kehte hain aur is ka tareeqa kya hai?" merciless hammering ka matlab hai be rehamana muhasba.</w:t>
      </w:r>
      <w:r>
        <w:br/>
      </w:r>
      <w:r>
        <w:rPr>
          <w:sz w:val="20"/>
        </w:rPr>
        <w:t>1:21:05  be rehamana muhasba.</w:t>
      </w:r>
      <w:r>
        <w:br/>
      </w:r>
      <w:r>
        <w:rPr>
          <w:sz w:val="20"/>
        </w:rPr>
        <w:t>1:21:09  to be rehamana muhasba ka matlab yeh hai ke aadmi aam taur par kya hota hai? apna jis ko kehte hain angrezi mein "face saving".</w:t>
      </w:r>
      <w:r>
        <w:br/>
      </w:r>
      <w:r>
        <w:rPr>
          <w:sz w:val="20"/>
        </w:rPr>
        <w:t>1:21:20  face saving, face saving, is ka saya rehta hai. is ke upar apne ko bachaye rakhna, apne ko bacha kar ke, yani yeh bhi sabit ho jaye ke main haq par hoon aur ghalati maine ki hai jo woh chupi reh jaye.</w:t>
      </w:r>
      <w:r>
        <w:br/>
      </w:r>
      <w:r>
        <w:rPr>
          <w:sz w:val="20"/>
        </w:rPr>
        <w:t>1:21:39  to main samajhta hoon ke in sab cheezon jitni complex hain, is qism ke jo ehsasat hain, un se upar uth kar ke jab aadmi apna muhasba kare to woh hai be rehamana muhasba.</w:t>
      </w:r>
      <w:r>
        <w:br/>
      </w:r>
      <w:r>
        <w:rPr>
          <w:sz w:val="20"/>
        </w:rPr>
        <w:t>1:21:52  is ka idhar dhyan na ho kahin main ghalat sabit na ho jaon, kahin main ghalat sabit na ho jaon. yeh dhyan na ho, ghalat sabit ho ya sahi sabit ho, yeh is ka concern na ho.</w:t>
      </w:r>
      <w:r>
        <w:br/>
      </w:r>
      <w:r>
        <w:rPr>
          <w:sz w:val="20"/>
        </w:rPr>
        <w:t>1:22:04  jo baat hai, woh maloom ho jayega.</w:t>
      </w:r>
    </w:p>
    <w:p>
      <w:pPr>
        <w:pStyle w:val="Heading2"/>
      </w:pPr>
      <w:r>
        <w:t>Visualizing God: permissible or not?</w:t>
      </w:r>
    </w:p>
    <w:p>
      <w:r>
        <w:rPr>
          <w:color w:val="666666"/>
          <w:sz w:val="18"/>
        </w:rPr>
        <w:t>Faith &amp; God · Divine Ideology of Life I 11 July 2010 · 1m 23s · at 1:04:47 · https://youtu.be/wOmHVfyjMJY?t=3887</w:t>
      </w:r>
    </w:p>
    <w:p>
      <w:r>
        <w:rPr>
          <w:i/>
        </w:rPr>
        <w:t>“If someone visualizes God, please tell me: is it right or wrong?”</w:t>
      </w:r>
    </w:p>
    <w:p>
      <w:r>
        <w:rPr>
          <w:sz w:val="20"/>
        </w:rPr>
        <w:t>1:04:47  is ke aage jo hai, woh Allah taala se dua karen. Maulana, agla sawal kya hai? Mr Salman Ahmed ne Delhi se, unhon ne likha hai ke "If someone visualizes God, please tell me is itright or wrong?" bilkul jhoot hai.</w:t>
      </w:r>
      <w:r>
        <w:br/>
      </w:r>
      <w:r>
        <w:rPr>
          <w:sz w:val="20"/>
        </w:rPr>
        <w:t>1:05:06  yeh sufia ne aik bidat nikali hai ke woh muraqba karte the, un ko koi jhuliyan dikhai thin, unhon ne kaha tha, "unhon ne Khuda ko dekha hai." sab phir jhooti baaten hain. Hazrat Aisha ne kaha hai ke jis ne kaha ke Rasool Allah ne Khuda ko dekha to jhoot kaha, faqat kazab.</w:t>
      </w:r>
      <w:r>
        <w:br/>
      </w:r>
      <w:r>
        <w:rPr>
          <w:sz w:val="20"/>
        </w:rPr>
        <w:t>1:05:22  tujhe Rasool Allah ne dekha to doosra kaun dekh sakta hai? sab shaitani baaten hain. is se toba karna chahiye. aap Khuda ko dekh nahi sakte is dunya mein, akhirat mein dekhen ge, inshallah.</w:t>
      </w:r>
      <w:r>
        <w:br/>
      </w:r>
      <w:r>
        <w:rPr>
          <w:sz w:val="20"/>
        </w:rPr>
        <w:t>1:05:34  yahan nahi dekh sakt</w:t>
      </w:r>
      <w:r>
        <w:br/>
      </w:r>
      <w:r>
        <w:rPr>
          <w:sz w:val="20"/>
        </w:rPr>
        <w:t>1:05:35  e. yahan to aap ko Khuda ko yaad karna hai, Khuda ki kitab ko parhna hai, Khuda par ghor o fikr karna hai aur Khuda ki sifat mein, is ke attribute mein Khuda ko pana hai.</w:t>
      </w:r>
      <w:r>
        <w:br/>
      </w:r>
      <w:r>
        <w:rPr>
          <w:sz w:val="20"/>
        </w:rPr>
        <w:t>1:05:47  yaad rakhiye, Khuda ki zaat mein aap nahi pa sakte Khuda ko. koi koi aap Khuda ki zaat ko, haan, is ka creation aap samne hai, hamare</w:t>
      </w:r>
      <w:r>
        <w:br/>
      </w:r>
      <w:r>
        <w:rPr>
          <w:sz w:val="20"/>
        </w:rPr>
        <w:t>1:05:57  is ka har cheez jo hai, har cheez mein Khuda ka kamalat dikhai de rahe hain.</w:t>
      </w:r>
      <w:r>
        <w:br/>
      </w:r>
      <w:r>
        <w:rPr>
          <w:sz w:val="20"/>
        </w:rPr>
        <w:t>1:06:05  wahan Khuda ko discover kijiye.</w:t>
      </w:r>
    </w:p>
    <w:p>
      <w:pPr>
        <w:pStyle w:val="Heading2"/>
      </w:pPr>
      <w:r>
        <w:t>Waiting for divine help and patience</w:t>
      </w:r>
    </w:p>
    <w:p>
      <w:r>
        <w:rPr>
          <w:color w:val="666666"/>
          <w:sz w:val="18"/>
        </w:rPr>
        <w:t>Faith &amp; God · Divine Help March 31, 2019 Maulana Wahiduddin Khan · 30s · at 39:07 · https://youtu.be/o5-R5Rjs5Cw?t=2347</w:t>
      </w:r>
    </w:p>
    <w:p>
      <w:r>
        <w:rPr>
          <w:i/>
        </w:rPr>
        <w:t>“Does waiting for divine help mean we keep patience till some opportunities open and then we avail of them in the hope that God will get them done through His angels? Rest we do dua.”</w:t>
      </w:r>
    </w:p>
    <w:p>
      <w:r>
        <w:rPr>
          <w:sz w:val="20"/>
        </w:rPr>
        <w:t>39:07  maulana, agla sawal dilli se bheja hai doctor naghma siddiqui ne, unhon ne likha hai: "Does waiting for divine help mean we keep patience till some opportunities open and then we avail of them in the hope that God will get them done through His angels?</w:t>
      </w:r>
      <w:r>
        <w:br/>
      </w:r>
      <w:r>
        <w:rPr>
          <w:sz w:val="20"/>
        </w:rPr>
        <w:t>39:27  Rest we do dua." sahi hai, sahi hai.</w:t>
      </w:r>
    </w:p>
    <w:p>
      <w:pPr>
        <w:pStyle w:val="Heading2"/>
      </w:pPr>
      <w:r>
        <w:t>Was Adam the first human?</w:t>
      </w:r>
    </w:p>
    <w:p>
      <w:r>
        <w:rPr>
          <w:color w:val="666666"/>
          <w:sz w:val="18"/>
        </w:rPr>
        <w:t>Faith &amp; God · Dars-e-Quran, Chapter 25, V. 1 (Spreading Quran) September 9, 2018 · 1m 11s · at 57:18 · https://youtu.be/zf3V6LP2Qg0?t=3438</w:t>
      </w:r>
    </w:p>
    <w:p>
      <w:r>
        <w:rPr>
          <w:i/>
        </w:rPr>
        <w:t>“Is Adam the first human? Or before him were there humans on earth or in paradise? Please tell us about this.”</w:t>
      </w:r>
    </w:p>
    <w:p>
      <w:r>
        <w:rPr>
          <w:sz w:val="20"/>
        </w:rPr>
        <w:t>57:18  maulana nandeer se ata qureshi sahib ne sawal bheja hai. unhon ne likha hai: kya adam pehle insan hain ya un se pehle bhi zameen par ya jannat mein insan raha karte thay?</w:t>
      </w:r>
      <w:r>
        <w:br/>
      </w:r>
      <w:r>
        <w:rPr>
          <w:sz w:val="20"/>
        </w:rPr>
        <w:t>57:35  is ke bare mein kuch bataiye. yeh jaan kar kya karein ge aap? agar maloom ho jaye. dekhiye, ghair zaroori sawal karna yeh koi, yeh nahi, koi aql hai nahi, islam hai.</w:t>
      </w:r>
      <w:r>
        <w:br/>
      </w:r>
      <w:r>
        <w:rPr>
          <w:sz w:val="20"/>
        </w:rPr>
        <w:t>57:51  sawal yeh kijiye, is ka taluq aap ki zindagi se ho. aap ne yeh nahi poocha ke mere paas itna paisa hai, main kis tarah se is ko quran ke tarjume mein lagaon?</w:t>
      </w:r>
      <w:r>
        <w:br/>
      </w:r>
      <w:r>
        <w:rPr>
          <w:sz w:val="20"/>
        </w:rPr>
        <w:t>58:01  yeh kyun nahi poocha aap ne? itni lambi taqreer maine ki to aap ki samne yeh nahi aayi ke aap poochein mujh se ke mere paas itna paisa hai, is ko maine kaise quran ke tarjume mein lagaon?</w:t>
      </w:r>
      <w:r>
        <w:br/>
      </w:r>
      <w:r>
        <w:rPr>
          <w:sz w:val="20"/>
        </w:rPr>
        <w:t>58:14  ek be matlab ka sawal kar rahe hain, koi is ka sir na pheray. yeh koi sawal nahi hai, yeh yeh koi sawal hai hi nahi.</w:t>
      </w:r>
      <w:r>
        <w:br/>
      </w:r>
      <w:r>
        <w:rPr>
          <w:sz w:val="20"/>
        </w:rPr>
        <w:t>58:30  maulana, agla sawal miss stuti malhotra ne poocha hai dilli se. unhon ne likha hai: maulana, from where did this concept of be adabi of quran emerge?</w:t>
      </w:r>
    </w:p>
    <w:p>
      <w:pPr>
        <w:pStyle w:val="Heading2"/>
      </w:pPr>
      <w:r>
        <w:t>Was any Prophet's prayer not accepted?</w:t>
      </w:r>
    </w:p>
    <w:p>
      <w:r>
        <w:rPr>
          <w:color w:val="666666"/>
          <w:sz w:val="18"/>
        </w:rPr>
        <w:t>Faith &amp; God · Q&amp;A 04 Mar 2012 Maulana Wahiduddin Khan · 3m 07s · at 21:29 · https://youtu.be/txRmutuvWQI?t=1289</w:t>
      </w:r>
    </w:p>
    <w:p>
      <w:r>
        <w:rPr>
          <w:i/>
        </w:rPr>
        <w:t>“The prayers of the Prophets are always accepted by God. Is there any case when Prophet Muhammad prayed for something but God did not accept it?”</w:t>
      </w:r>
    </w:p>
    <w:p>
      <w:r>
        <w:rPr>
          <w:sz w:val="20"/>
        </w:rPr>
        <w:t>21:29  maulana, agla sawal haiderabad se aaya hai misster zeeshan yusuf ka. unhon ne aap se poocha hai ke is dua "made by prophets" always accepted by Allah.</w:t>
      </w:r>
      <w:r>
        <w:br/>
      </w:r>
      <w:r>
        <w:rPr>
          <w:sz w:val="20"/>
        </w:rPr>
        <w:t>21:40  is there any case when prophet Muhammad asked something in dua, but Allah did not accept it?</w:t>
      </w:r>
      <w:r>
        <w:br/>
      </w:r>
      <w:r>
        <w:rPr>
          <w:sz w:val="20"/>
        </w:rPr>
        <w:t>21:48  haan, is ki maujood hai. ummat ke liye dua ki thi aap ne,</w:t>
      </w:r>
      <w:r>
        <w:br/>
      </w:r>
      <w:r>
        <w:rPr>
          <w:sz w:val="20"/>
        </w:rPr>
        <w:t>21:56  woh Allah taala ne qabool nahi ki. khud rasool Allah ne farmaya ke qabool nahi hui. kya cheez qabool nahi hui thi? sab bahmi ikhtilaf hain.</w:t>
      </w:r>
      <w:r>
        <w:br/>
      </w:r>
      <w:r>
        <w:rPr>
          <w:sz w:val="20"/>
        </w:rPr>
        <w:t>22:06  bahmi ikhtilaf. rasool Allah sal Allah alaihi wasallam ne dua ki Allah taala se ke meri ummat mein bahmi ikhtilaf na ho,</w:t>
      </w:r>
      <w:r>
        <w:br/>
      </w:r>
      <w:r>
        <w:rPr>
          <w:sz w:val="20"/>
        </w:rPr>
        <w:t>22:15  bahmi ikhtilaf na ho. lamba sajda kiya tha aap ne, to aap ne khud farmaya ke yeh qabool nahi hui.</w:t>
      </w:r>
      <w:r>
        <w:br/>
      </w:r>
      <w:r>
        <w:rPr>
          <w:sz w:val="20"/>
        </w:rPr>
        <w:t>22:26  to is ka maani hai ke jab musalman bahmi ikhtilaf kar ke apas mein, yani aik doosray ke negative ban jayen, nafratain karain aur buraiyan phailayen, jhootay ilzamat lagayen,</w:t>
      </w:r>
      <w:r>
        <w:br/>
      </w:r>
      <w:r>
        <w:rPr>
          <w:sz w:val="20"/>
        </w:rPr>
        <w:t>22:41  dekhen, bahmi ikhtilaf sadah baat nahi hai.</w:t>
      </w:r>
      <w:r>
        <w:br/>
      </w:r>
      <w:r>
        <w:rPr>
          <w:sz w:val="20"/>
        </w:rPr>
        <w:t>22:44  bahmi ikhtilaf ke do maani hain. aik yeh hai jis ko kehtay hain "dissent". dissent yani</w:t>
      </w:r>
      <w:r>
        <w:br/>
      </w:r>
      <w:r>
        <w:rPr>
          <w:sz w:val="20"/>
        </w:rPr>
        <w:t>22:54  ikhtilafi rai ka izhaar. decent is very good. decent mein koi kharabi nahi hai. d i double s e n t.</w:t>
      </w:r>
      <w:r>
        <w:br/>
      </w:r>
      <w:r>
        <w:rPr>
          <w:sz w:val="20"/>
        </w:rPr>
        <w:t>23:04  decent mein koi kharabi nahi hai. woh koi burai nahi hai. woh lekin yeh buri cheez hai ke aap kisi se aap ko ikhtilaf ho to aap us ke dushman ban jayen, us ko badnaam karen, jhoote ilzaam lagayen,</w:t>
      </w:r>
      <w:r>
        <w:br/>
      </w:r>
      <w:r>
        <w:rPr>
          <w:sz w:val="20"/>
        </w:rPr>
        <w:t>23:19  us ka character assassination karen. yeh sab yeh sab buri cheezain hain. to is se Allah Rasool Allah ne dua ki thi ke yeh meri qom is mein na mubtala ho, is burai mein.</w:t>
      </w:r>
      <w:r>
        <w:br/>
      </w:r>
      <w:r>
        <w:rPr>
          <w:sz w:val="20"/>
        </w:rPr>
        <w:t>23:28  to dua qabool nahi hui. kyunke agar yeh agar Allah taala is ummat ko is se, yani</w:t>
      </w:r>
      <w:r>
        <w:br/>
      </w:r>
      <w:r>
        <w:rPr>
          <w:sz w:val="20"/>
        </w:rPr>
        <w:t>23:36  is se woh kar de, mehfooz kar de, to un ka imtehan kis cheez mein hoga? un ka test kis cheez mein liya jayega? to test khatam ho jata tha.</w:t>
      </w:r>
      <w:r>
        <w:br/>
      </w:r>
      <w:r>
        <w:rPr>
          <w:sz w:val="20"/>
        </w:rPr>
        <w:t>23:45  is liye qabool nahi hui dua. to musalmanon ko bohat zyada darna chahiye is baat se</w:t>
      </w:r>
      <w:r>
        <w:br/>
      </w:r>
      <w:r>
        <w:rPr>
          <w:sz w:val="20"/>
        </w:rPr>
        <w:t>23:54  ke ikhtilaf kar ke jo aaj kal aam hai, aam jahan ikhtilaf hua, foran jhooti baaten phailane lage is ke baray mein.</w:t>
      </w:r>
      <w:r>
        <w:br/>
      </w:r>
      <w:r>
        <w:rPr>
          <w:sz w:val="20"/>
        </w:rPr>
        <w:t>24:03  jahan ikhtilaf hua, ilzaam tarashi, aib zani, yahan se shuru kar di. to yeh woh maqam hai jahan</w:t>
      </w:r>
      <w:r>
        <w:br/>
      </w:r>
      <w:r>
        <w:rPr>
          <w:sz w:val="20"/>
        </w:rPr>
        <w:t>24:11  aik Allah aur Rasool ka saath dene wale nahi hain. jo is mein mubtala hoga, to us ko Allah aur Rasool ka saath nahi milega. aap ko decent ka haq bilashuba hai, decent ka daleel ke saath.</w:t>
      </w:r>
      <w:r>
        <w:br/>
      </w:r>
      <w:r>
        <w:rPr>
          <w:sz w:val="20"/>
        </w:rPr>
        <w:t>24:23  lekin kisi ka character assassination, kisi ki aib zani, kisi ki ilzaam tarashi,</w:t>
      </w:r>
      <w:r>
        <w:br/>
      </w:r>
      <w:r>
        <w:rPr>
          <w:sz w:val="20"/>
        </w:rPr>
        <w:t>24:29  jhoota badnaam karna, yeh bilashuba haram se bhi zyada buri cheez hai. is mein koi shaq nahi hai.</w:t>
      </w:r>
    </w:p>
    <w:p>
      <w:pPr>
        <w:pStyle w:val="Heading2"/>
      </w:pPr>
      <w:r>
        <w:t>What Is the Limit of Itmam al-Hujja?</w:t>
      </w:r>
    </w:p>
    <w:p>
      <w:r>
        <w:rPr>
          <w:color w:val="666666"/>
          <w:sz w:val="18"/>
        </w:rPr>
        <w:t>Faith &amp; God · The Problem of Conditioning April 22, 2012 · 1m 17s · at 1:15:16 · https://youtu.be/j-kJQzOz46g?t=4516</w:t>
      </w:r>
    </w:p>
    <w:p>
      <w:r>
        <w:rPr>
          <w:i/>
        </w:rPr>
        <w:t>“What is the limit of itmam al-hujja (the completion of divine proof)?”</w:t>
      </w:r>
    </w:p>
    <w:p>
      <w:r>
        <w:rPr>
          <w:sz w:val="20"/>
        </w:rPr>
        <w:t>1:15:16  Maulana, Tamil Nadu se Iqbal Umri Sahab ne sawal kiya hai. unhone likha hai: "Itmam-e-hujjat ki had kya hai?"</w:t>
      </w:r>
      <w:r>
        <w:br/>
      </w:r>
      <w:r>
        <w:rPr>
          <w:sz w:val="20"/>
        </w:rPr>
        <w:t>1:15:28  dekhein, itmam-e-hujjat ki had hamare liye koi nahi. Yeh yeh paighambar ka mamla hai. Paighambar khud bhi nahi janta ke itmam-e-hujjat kab ho gaya, kyun ke is ka talluq dil se hai.</w:t>
      </w:r>
      <w:r>
        <w:br/>
      </w:r>
      <w:r>
        <w:rPr>
          <w:sz w:val="20"/>
        </w:rPr>
        <w:t>1:15:41  to paighambar ke mamle mein to Allah Ta'ala farishte ke zariye khabar karta hai ke itmam-e-hujjat ho gaya.</w:t>
      </w:r>
      <w:r>
        <w:br/>
      </w:r>
      <w:r>
        <w:rPr>
          <w:sz w:val="20"/>
        </w:rPr>
        <w:t>1:15:48  bas hum aap ko dawat dete rahein, dawat dete rehna hai. Kabhi aap yeh nahi keh sakte ke aap itmam-e-hujjat ho gaya. Paighambar bhi nahi keh sakta.</w:t>
      </w:r>
      <w:r>
        <w:br/>
      </w:r>
      <w:r>
        <w:rPr>
          <w:sz w:val="20"/>
        </w:rPr>
        <w:t>1:15:57  apne aap woh to jab aata hai farishte ki taraf se ilm, tab paighambar jaan leta hai ke itmam-e-hujjat ho gaya. Warna paighambar bhi nahi jaan sakta.</w:t>
      </w:r>
      <w:r>
        <w:br/>
      </w:r>
      <w:r>
        <w:rPr>
          <w:sz w:val="20"/>
        </w:rPr>
        <w:t>1:16:08  to yeh sochi, yeh soch sahi nahi hai ke hum ke hum yeh is tarah sochein ke hamein itmam-e-hujjat kar diya hai.</w:t>
      </w:r>
      <w:r>
        <w:br/>
      </w:r>
      <w:r>
        <w:rPr>
          <w:sz w:val="20"/>
        </w:rPr>
        <w:t>1:16:18  hum ne nahi, kabhi bhi hum yeh nahi kehne ki position mein ho sakte hain ke hum ne itmam-e-hujjat kar diya hai. Humein to bas dawat dete rehna, dawat dete rehna, dua karte rehna, dua karte rehna hai.</w:t>
      </w:r>
      <w:r>
        <w:br/>
      </w:r>
      <w:r>
        <w:rPr>
          <w:sz w:val="20"/>
        </w:rPr>
        <w:t>1:16:29  bas aur aur hamare paas koi doosra option nahi hai.</w:t>
      </w:r>
    </w:p>
    <w:p>
      <w:pPr>
        <w:pStyle w:val="Heading2"/>
      </w:pPr>
      <w:r>
        <w:t>What do women get in Paradise?</w:t>
      </w:r>
    </w:p>
    <w:p>
      <w:r>
        <w:rPr>
          <w:color w:val="666666"/>
          <w:sz w:val="18"/>
        </w:rPr>
        <w:t>Faith &amp; God · The Concept of Divine Help June 16, 2013 · 3m 07s · at 1:08:31 · https://youtu.be/b0QaxGSnAOI?t=4111</w:t>
      </w:r>
    </w:p>
    <w:p>
      <w:r>
        <w:rPr>
          <w:i/>
        </w:rPr>
        <w:t>“It is said that in Paradise, men have hoor (maidens). What is there for women?”</w:t>
      </w:r>
    </w:p>
    <w:p>
      <w:r>
        <w:rPr>
          <w:sz w:val="20"/>
        </w:rPr>
        <w:t>1:08:31  molana, agla sawal rai chor se hai zaheeruddin sahib ka</w:t>
      </w:r>
      <w:r>
        <w:br/>
      </w:r>
      <w:r>
        <w:rPr>
          <w:sz w:val="20"/>
        </w:rPr>
        <w:t>1:08:35  ۔ unhon ne likha hai: "pichhle sunday jo topic tha, woh jannat par tha. molana sahib, mera sawal jannat ko le kar yeh hai ke yeh kaha jata hai ke jannat mein aadmi ke liye hoor hai,</w:t>
      </w:r>
      <w:r>
        <w:br/>
      </w:r>
      <w:r>
        <w:rPr>
          <w:sz w:val="20"/>
        </w:rPr>
        <w:t>1:08:48  to mera sawal yeh hai: aurat ke liye kya hai?" dekhen, yeh sawal ka jawab bar bar diya ja chuka hai. quran mein jo lafz istemal kiya gaya hai, dekhen, bohat hi ba-mani lafz hai.</w:t>
      </w:r>
      <w:r>
        <w:br/>
      </w:r>
      <w:r>
        <w:rPr>
          <w:sz w:val="20"/>
        </w:rPr>
        <w:t>1:09:04  azwaj ka lafz istemal kiya hai quran mein. azwaj kehte hain us spouse ko. azwaj mutahira behtareen azwaj honge.</w:t>
      </w:r>
      <w:r>
        <w:br/>
      </w:r>
      <w:r>
        <w:rPr>
          <w:sz w:val="20"/>
        </w:rPr>
        <w:t>1:09:13  yeh bohat hi ba-mani lafz quran mein hum dekhen ke jannat jannat mein logon ke liye behtareen azwaj honge, behtareen spouse honge. to spouse ka lafz jo hai, aurat ke liye bhi hai, mard ke liye bhi.</w:t>
      </w:r>
      <w:r>
        <w:br/>
      </w:r>
      <w:r>
        <w:rPr>
          <w:sz w:val="20"/>
        </w:rPr>
        <w:t>1:09:26  yeh yeh sawal jo hai, bilkul mere nazdeek irrelevant sawal hai, aur is liye sawal hai ke log azwaj ko le lete hain is mani mein, ghalat mani mein.</w:t>
      </w:r>
      <w:r>
        <w:br/>
      </w:r>
      <w:r>
        <w:rPr>
          <w:sz w:val="20"/>
        </w:rPr>
        <w:t>1:09:38  azwaj jo hai, spouse ke mani mein hai. spouse jo hai, dono ke liye bara aata hai. yani aurat ke liye bhi, mard ke liye bhi. yani yani mard ke liye behtareen aurat, aur aurat ke liye behtareen mard.</w:t>
      </w:r>
      <w:r>
        <w:br/>
      </w:r>
      <w:r>
        <w:rPr>
          <w:sz w:val="20"/>
        </w:rPr>
        <w:t>1:09:50  lahum fiha azwaj mutahira</w:t>
      </w:r>
      <w:r>
        <w:br/>
      </w:r>
      <w:r>
        <w:rPr>
          <w:sz w:val="20"/>
        </w:rPr>
        <w:t>1:09:53  ahl-e-jannat ke liye jannat mein azwaj mutahira honge. lahum fiha azwaj mutahira pakiza azwaj.</w:t>
      </w:r>
      <w:r>
        <w:br/>
      </w:r>
      <w:r>
        <w:rPr>
          <w:sz w:val="20"/>
        </w:rPr>
        <w:t>1:10:04  yani mard ke liye pakiza aurat, aurat ke liye pakiza mard. to dono ko bilkul yaksa darja diya gaya, bilkul yaksa. equal status, dono mein koi farq nahi hai.</w:t>
      </w:r>
      <w:r>
        <w:br/>
      </w:r>
      <w:r>
        <w:rPr>
          <w:sz w:val="20"/>
        </w:rPr>
        <w:t>1:10:17  molana, yeh comment hai jo abhi abhi aaya hai london se zulqarnain sahib ka</w:t>
      </w:r>
      <w:r>
        <w:br/>
      </w:r>
      <w:r>
        <w:rPr>
          <w:sz w:val="20"/>
        </w:rPr>
        <w:t>1:10:22  ۔ unhon ne likha hai: "molana sahib, may allah bless you and your cps team members with good health and happiness for speaking on topics which are so relevant to present day world in general and muslims in particular.</w:t>
      </w:r>
      <w:r>
        <w:br/>
      </w:r>
      <w:r>
        <w:rPr>
          <w:sz w:val="20"/>
        </w:rPr>
        <w:t>1:10:39  i thoroughly benefited from today's topic, particularly emphasis on being unilaterally well wisher for mudo." maaf kijiye.</w:t>
      </w:r>
    </w:p>
    <w:p>
      <w:pPr>
        <w:pStyle w:val="Heading2"/>
      </w:pPr>
      <w:r>
        <w:t>What is meant by true repentance?</w:t>
      </w:r>
    </w:p>
    <w:p>
      <w:r>
        <w:rPr>
          <w:color w:val="666666"/>
          <w:sz w:val="18"/>
        </w:rPr>
        <w:t>Faith &amp; God · Universal outlook April 09, 2017 · 1m 16s · at 1:00:26 · https://youtu.be/n3HAPCpom5c?t=3626</w:t>
      </w:r>
    </w:p>
    <w:p>
      <w:r>
        <w:rPr>
          <w:i/>
        </w:rPr>
        <w:t>“What do you mean by true repentance? Please explain about it.”</w:t>
      </w:r>
    </w:p>
    <w:p>
      <w:r>
        <w:rPr>
          <w:sz w:val="20"/>
        </w:rPr>
        <w:t>1:00:26  maulana agla sawal faisal khan sahab ne muradabad se bheja hai unhone aapse poocha hai ke maulana sahib what do you mean by true repentance is ke bare mein bataein</w:t>
      </w:r>
      <w:r>
        <w:br/>
      </w:r>
      <w:r>
        <w:rPr>
          <w:sz w:val="20"/>
        </w:rPr>
        <w:t>1:00:42  matlab ek hai lip service to lip service ki koi value nahi hai</w:t>
      </w:r>
    </w:p>
    <w:p>
      <w:pPr>
        <w:pStyle w:val="Heading2"/>
      </w:pPr>
      <w:r>
        <w:t>What is the Straight Path?</w:t>
      </w:r>
    </w:p>
    <w:p>
      <w:r>
        <w:rPr>
          <w:color w:val="666666"/>
          <w:sz w:val="18"/>
        </w:rPr>
        <w:t>Faith &amp; God · The Straight Path October 30, 2011 Maulana Wahiduddin Khan · 3m 52s · at 1:11:07 · https://youtu.be/PKFHe82Jz58?t=4267</w:t>
      </w:r>
    </w:p>
    <w:p>
      <w:r>
        <w:rPr>
          <w:i/>
        </w:rPr>
        <w:t>“What is the Straight Path (Sirat-e-Mustaqeem)? Explain about it.”</w:t>
      </w:r>
    </w:p>
    <w:p>
      <w:r>
        <w:rPr>
          <w:sz w:val="20"/>
        </w:rPr>
        <w:t>1:11:07  maulana, yeh sawal kiya hai qazi mahmood ahmed qasmi sahib ne jammu kashmir se. unhone likha hai ke sirat-e-mustaqeem kya hai, is ke baray mein batayen.</w:t>
      </w:r>
      <w:r>
        <w:br/>
      </w:r>
      <w:r>
        <w:rPr>
          <w:sz w:val="20"/>
        </w:rPr>
        <w:t>1:11:25  dekhein, ek hadith hai ke rasool Allah salallahu alaihi wasallam ne ek lakeer kheenchhi seedhi,</w:t>
      </w:r>
      <w:r>
        <w:br/>
      </w:r>
      <w:r>
        <w:rPr>
          <w:sz w:val="20"/>
        </w:rPr>
        <w:t>1:11:31  phir idhar udhar lakeerein kheenchhi. aap ne farmaya ke yeh hai sirat-e-mustaqeem. idhar udhar lakeerein jo hain, woh bhatkaao ke rastay hain.</w:t>
      </w:r>
      <w:r>
        <w:br/>
      </w:r>
      <w:r>
        <w:rPr>
          <w:sz w:val="20"/>
        </w:rPr>
        <w:t>1:11:44  is se maine samjha hai ke ek hai, dekhiye, god oriented. is mein lakeer mein ek yahan insan hai, idhar Khuda hai.</w:t>
      </w:r>
      <w:r>
        <w:br/>
      </w:r>
      <w:r>
        <w:rPr>
          <w:sz w:val="20"/>
        </w:rPr>
        <w:t>1:11:53  yeh seedhi lakeer jo hai, woh insan se Khuda tak jati hai aur idhar udhar jo hai, woh bhatakne ke rastay hain.</w:t>
      </w:r>
      <w:r>
        <w:br/>
      </w:r>
      <w:r>
        <w:rPr>
          <w:sz w:val="20"/>
        </w:rPr>
        <w:t>1:12:02  to god oriented soch, yani Khuda rukhi soch, Khuda rukhi andaaz-e-zindagi, woh hai sirat-e-mustaqeem.</w:t>
      </w:r>
      <w:r>
        <w:br/>
      </w:r>
      <w:r>
        <w:rPr>
          <w:sz w:val="20"/>
        </w:rPr>
        <w:t>1:12:13  aur idhar udhar ke jo bhatke hain ke shaitan baqayda hai, wahan aadmi skim karta hai aur idhar bhatak jata hai.</w:t>
      </w:r>
      <w:r>
        <w:br/>
      </w:r>
      <w:r>
        <w:rPr>
          <w:sz w:val="20"/>
        </w:rPr>
        <w:t>1:12:25  to yeh yeh hamesha hi soorat-e-haal hamesha baqi reh</w:t>
      </w:r>
      <w:r>
        <w:br/>
      </w:r>
      <w:r>
        <w:rPr>
          <w:sz w:val="20"/>
        </w:rPr>
        <w:t>1:12:29  egi. har mauqa par jab aap gear element ho, wahan sochna padega aap ko. yani jahan bhi aap bhatkein, sochna padega.</w:t>
      </w:r>
      <w:r>
        <w:br/>
      </w:r>
      <w:r>
        <w:rPr>
          <w:sz w:val="20"/>
        </w:rPr>
        <w:t>1:12:38  koi wahan aa kar ke awaaz nahi dega aap ko ke bhai tum bhatak rahe ho.</w:t>
      </w:r>
      <w:r>
        <w:br/>
      </w:r>
      <w:r>
        <w:rPr>
          <w:sz w:val="20"/>
        </w:rPr>
        <w:t>1:12:46  misal ke taur par maine abhi misaal jo din shuru mein di thi ke "la sirata illa bi fatithatil kitab" ke surah fatiha ke baghair namaz nahi.</w:t>
      </w:r>
      <w:r>
        <w:br/>
      </w:r>
      <w:r>
        <w:rPr>
          <w:sz w:val="20"/>
        </w:rPr>
        <w:t>1:12:56  is par bhi bhatkaao hua.</w:t>
      </w:r>
      <w:r>
        <w:br/>
      </w:r>
      <w:r>
        <w:rPr>
          <w:sz w:val="20"/>
        </w:rPr>
        <w:t>1:12:58  saare logon ne alfaaz par behas jaari kar di, yani alfaaz ko dohrana. maine dekhiye, yeh bhatkaao tha. haqeeqat ya spirit par koi behas hi nahi.</w:t>
      </w:r>
      <w:r>
        <w:br/>
      </w:r>
      <w:r>
        <w:rPr>
          <w:sz w:val="20"/>
        </w:rPr>
        <w:t>1:13:11  kisi ne yeh baat nahi nikali ke namaz jo hai, shaoor-e-fatiha ke saath padhna hai, warna namaz nahi hogi. saari behasein is par hain ke alfaaz-e-fatiha ke saath namaz padhna hai.</w:t>
      </w:r>
      <w:r>
        <w:br/>
      </w:r>
      <w:r>
        <w:rPr>
          <w:sz w:val="20"/>
        </w:rPr>
        <w:t>1:13:22  yeh yeh bhi inhiraaf tha. yeh</w:t>
      </w:r>
      <w:r>
        <w:br/>
      </w:r>
      <w:r>
        <w:rPr>
          <w:sz w:val="20"/>
        </w:rPr>
        <w:t>1:13:27  to deiray element har waqt hota rehta hai. abhi jo maine kaha, yeh jo teen ajdhey wali baat, woh bhi bhatkaao hai ke rasool Allah sal Allah alaihi wasallam ne teenon khatraat maujood thay,</w:t>
      </w:r>
      <w:r>
        <w:br/>
      </w:r>
      <w:r>
        <w:rPr>
          <w:sz w:val="20"/>
        </w:rPr>
        <w:t>1:13:41  lekin aap is par bhatke nahi ke in se ladein, in se ladein, in se ladein, balke dawat par aap jame rahe. woh tha sirat e mustaqeem.</w:t>
      </w:r>
      <w:r>
        <w:br/>
      </w:r>
      <w:r>
        <w:rPr>
          <w:sz w:val="20"/>
        </w:rPr>
        <w:t>1:13:51  agar aap bhatakte ke parhein to tansir ka muqabla karna hai, parhein istimaar se ladna hai, parhein istishraaq ko khatam karna hai, yeh to bhatkaao hota sirat e mustaqeem se.</w:t>
      </w:r>
      <w:r>
        <w:br/>
      </w:r>
      <w:r>
        <w:rPr>
          <w:sz w:val="20"/>
        </w:rPr>
        <w:t>1:14:03  aap dawat par jame rahe to ek hi sirat e mustaqeem hai, yaani Khuda rakhi, aur baqi jo teh hain, idhar udhar woh bhatkaao ke raaste hain.</w:t>
      </w:r>
      <w:r>
        <w:br/>
      </w:r>
      <w:r>
        <w:rPr>
          <w:sz w:val="20"/>
        </w:rPr>
        <w:t>1:14:17  yeh to har waqt aap soch sakte hain, ghaur kar ke ke kaun sa raasta Allah ki taraf ja raha hai, kaun sa raasta bhatkaao ki taraf ja raha hai.</w:t>
      </w:r>
      <w:r>
        <w:br/>
      </w:r>
      <w:r>
        <w:rPr>
          <w:sz w:val="20"/>
        </w:rPr>
        <w:t>1:14:28  isi wajah se yeh hai ke teenon maamle bhatkaao ke maamle hain. kuch log lad rahe hain tansir ke khilaaf, kuch lad rahe hain istimaar ke khilaaf, kuch lad rahe hain istishraaq ke khilaaf.</w:t>
      </w:r>
      <w:r>
        <w:br/>
      </w:r>
      <w:r>
        <w:rPr>
          <w:sz w:val="20"/>
        </w:rPr>
        <w:t>1:14:40  woh nahi karta. karti to Khuda rasool Allah ne kya</w:t>
      </w:r>
      <w:r>
        <w:br/>
      </w:r>
      <w:r>
        <w:rPr>
          <w:sz w:val="20"/>
        </w:rPr>
        <w:t>1:14:44  ke chodein in cheezon ko, hamein to dawat dena hai, Quran ki dawat. yeh koi kar nahi raha hai. to har maamle mein soch samajh kar ke aap jaan paayenge ke kahan aap ki zindagi deiryl ho rahi hai.</w:t>
      </w:r>
    </w:p>
    <w:p>
      <w:pPr>
        <w:pStyle w:val="Heading2"/>
      </w:pPr>
      <w:r>
        <w:t>What is the reality of magic?</w:t>
      </w:r>
    </w:p>
    <w:p>
      <w:r>
        <w:rPr>
          <w:color w:val="666666"/>
          <w:sz w:val="18"/>
        </w:rPr>
        <w:t>Faith &amp; God · On Atheism | May 22, 2016 · 2m 02s · at 59:58 · https://youtu.be/tzJmfYnSleo?t=3598</w:t>
      </w:r>
    </w:p>
    <w:p>
      <w:r>
        <w:rPr>
          <w:i/>
        </w:rPr>
        <w:t>“I want to know the reality of magic in Islam.”</w:t>
      </w:r>
    </w:p>
    <w:p>
      <w:r>
        <w:rPr>
          <w:sz w:val="20"/>
        </w:rPr>
        <w:t>59:58  molana agla sawal zaid noor sahib ne bheja hai.</w:t>
      </w:r>
      <w:r>
        <w:br/>
      </w:r>
      <w:r>
        <w:rPr>
          <w:sz w:val="20"/>
        </w:rPr>
        <w:t>1:00:03  unhon ne apni location nahi likhi hai.</w:t>
      </w:r>
      <w:r>
        <w:br/>
      </w:r>
      <w:r>
        <w:rPr>
          <w:sz w:val="20"/>
        </w:rPr>
        <w:t>1:00:08  ان کا سوال ہے مولانا I have to know, I want to know the reality of magic in Islam.</w:t>
      </w:r>
      <w:r>
        <w:br/>
      </w:r>
      <w:r>
        <w:rPr>
          <w:sz w:val="20"/>
        </w:rPr>
        <w:t>1:00:13  I have read in hadith that the Prophet of Islam was affected by it.</w:t>
      </w:r>
      <w:r>
        <w:br/>
      </w:r>
      <w:r>
        <w:rPr>
          <w:sz w:val="20"/>
        </w:rPr>
        <w:t>1:00:18  I cannot digest about this reality of magic.</w:t>
      </w:r>
      <w:r>
        <w:br/>
      </w:r>
      <w:r>
        <w:rPr>
          <w:sz w:val="20"/>
        </w:rPr>
        <w:t>1:00:22  also please tell me about nazar.</w:t>
      </w:r>
      <w:r>
        <w:br/>
      </w:r>
      <w:r>
        <w:rPr>
          <w:sz w:val="20"/>
        </w:rPr>
        <w:t>1:00:26  in hadith nazar is barhaq.</w:t>
      </w:r>
      <w:r>
        <w:br/>
      </w:r>
      <w:r>
        <w:rPr>
          <w:sz w:val="20"/>
        </w:rPr>
        <w:t>1:00:31  kindly comment on this.</w:t>
      </w:r>
      <w:r>
        <w:br/>
      </w:r>
      <w:r>
        <w:rPr>
          <w:sz w:val="20"/>
        </w:rPr>
        <w:t>1:00:35  haan ek hadith hai ke al-ain haq lekin hadith ka matlab yeh nahi ke sach much in ka</w:t>
      </w:r>
      <w:r>
        <w:br/>
      </w:r>
      <w:r>
        <w:rPr>
          <w:sz w:val="20"/>
        </w:rPr>
        <w:t>1:00:39  matlab yeh ho sakta hai ke log aisa mante hon.</w:t>
      </w:r>
      <w:r>
        <w:br/>
      </w:r>
      <w:r>
        <w:rPr>
          <w:sz w:val="20"/>
        </w:rPr>
        <w:t>1:00:44  is hadith ka matlab yeh</w:t>
      </w:r>
      <w:r>
        <w:br/>
      </w:r>
      <w:r>
        <w:rPr>
          <w:sz w:val="20"/>
        </w:rPr>
        <w:t>1:00:48  nahi ke waqeatan nazar lagti hai. kya matlab log aisa samajhte hain ke nazar lagti hai? to main al-ain haq ka matlab yeh leta hoon. koi ayat quran ki ayat nahi hai. yeh ek hadith hai. to is tarah ke confusion kai is mein hote hain. jaise ek misaal main deta hoon aap ko ke hazrat aisha se kaha gaya ke hazrat abu hurairah ek hadith bayan karte hain ke teen cheezon mein nahusat hai. t</w:t>
      </w:r>
      <w:r>
        <w:br/>
      </w:r>
      <w:r>
        <w:rPr>
          <w:sz w:val="20"/>
        </w:rPr>
        <w:t>1:01:18  een cheezon mein nahusat hai. to hazrat aisha ne is ko sun ke kaha hai kadhab abu hurairah. abu hurairah ne jhoot kaha. rasool allah ne kaha tha ke yahood ya kuch log aisa mante hain ke teen cheezon mein nahusat hai. islam mein aisa nahi hai. to woh cheez bhool gaye aisa hazrat abu hurairah. to al-ain haq jo hai main samajhta hoon ke yeh baat yeh nahi ke khuda ke qanoon ke mutabiq nazar lagti hai. balkeh is ka matlab yeh</w:t>
      </w:r>
      <w:r>
        <w:br/>
      </w:r>
      <w:r>
        <w:rPr>
          <w:sz w:val="20"/>
        </w:rPr>
        <w:t>1:01:48  hai ke log aisa mante hon.</w:t>
      </w:r>
      <w:r>
        <w:br/>
      </w:r>
      <w:r>
        <w:rPr>
          <w:sz w:val="20"/>
        </w:rPr>
        <w:t>1:01:54  mein to yahi samajhta hoon is ko.</w:t>
      </w:r>
    </w:p>
    <w:p>
      <w:pPr>
        <w:pStyle w:val="Heading2"/>
      </w:pPr>
      <w:r>
        <w:t>What is the significance of Doomsday?</w:t>
      </w:r>
    </w:p>
    <w:p>
      <w:r>
        <w:rPr>
          <w:color w:val="666666"/>
          <w:sz w:val="18"/>
        </w:rPr>
        <w:t>Faith &amp; God · Purpose of Human Life February 12, 2012 Maulana Wahiduddin Khan · 43s · at 1:32:40 · https://youtu.be/gRupSXuak-w?t=5560</w:t>
      </w:r>
    </w:p>
    <w:p>
      <w:r>
        <w:rPr>
          <w:i/>
        </w:rPr>
        <w:t>“What is the significance of Doomsday?”</w:t>
      </w:r>
    </w:p>
    <w:p>
      <w:r>
        <w:rPr>
          <w:sz w:val="20"/>
        </w:rPr>
        <w:t>1:32:40  maulana, agla sawal muzaffarpur se hai mr muhammad tauqeer alam sahib</w:t>
      </w:r>
      <w:r>
        <w:br/>
      </w:r>
      <w:r>
        <w:rPr>
          <w:sz w:val="20"/>
        </w:rPr>
        <w:t>1:32:45  ka. unhon ne likha hai: "What is the significance of Doomsday?"</w:t>
      </w:r>
      <w:r>
        <w:br/>
      </w:r>
      <w:r>
        <w:rPr>
          <w:sz w:val="20"/>
        </w:rPr>
        <w:t>1:32:55  significance doom day. bhai, hamari sari kitaben isi par hain. aap parhiye kitabon ke sath. padha nahin aap ne? yeh hamari jo literature hai, is mein maut o qayamat aur jannat aur dozakh aur yeh sari baaten to har kitab mein direct ya indirect hoti hain.</w:t>
      </w:r>
      <w:r>
        <w:br/>
      </w:r>
      <w:r>
        <w:rPr>
          <w:sz w:val="20"/>
        </w:rPr>
        <w:t>1:33:14  kitabon ko parhi</w:t>
      </w:r>
      <w:r>
        <w:br/>
      </w:r>
      <w:r>
        <w:rPr>
          <w:sz w:val="20"/>
        </w:rPr>
        <w:t>1:33:15  e. ek mahaz ek sawal, ek jawab se masla hal nahin ho sakta hai. aap mutala ki jiye risala ka mutala ki jiye, hamari kitabon ka mutala ki jiye.</w:t>
      </w:r>
    </w:p>
    <w:p>
      <w:pPr>
        <w:pStyle w:val="Heading2"/>
      </w:pPr>
      <w:r>
        <w:t>What is within human control amid God's dominion?</w:t>
      </w:r>
    </w:p>
    <w:p>
      <w:r>
        <w:rPr>
          <w:color w:val="666666"/>
          <w:sz w:val="18"/>
        </w:rPr>
        <w:t>Faith &amp; God · Revival of Muslims March 08, 2015 · 2m 06s · at 1:03:00 · https://youtu.be/8ShFcr8YozI?t=3780</w:t>
      </w:r>
    </w:p>
    <w:p>
      <w:r>
        <w:rPr>
          <w:i/>
        </w:rPr>
        <w:t>“In this world everything is in God's control—whether it is the blowing of the wind, the changing of day and night, or any other changes. But among all these, what is within human control? Please explain.”</w:t>
      </w:r>
    </w:p>
    <w:p>
      <w:r>
        <w:rPr>
          <w:sz w:val="20"/>
        </w:rPr>
        <w:t>1:03:00  Maulana, agla sawal Jodhpur, Rajasthan se kiya hai Muhammad Waqas Sahab ne aur unhon ne likha hai ke is duniya mein sab kuch Khuda ke ikhtiyar mein hai, chahe hawa ka chalna ho ya din aur raat ka badalna ya duniya mein aur bhi koi changes ka aana.</w:t>
      </w:r>
      <w:r>
        <w:br/>
      </w:r>
      <w:r>
        <w:rPr>
          <w:sz w:val="20"/>
        </w:rPr>
        <w:t>1:03:20  lekin in sab ke beech mein insaan ke ikhtiyar mein kya cheez hai, is ke baray mein batayen.</w:t>
      </w:r>
      <w:r>
        <w:br/>
      </w:r>
      <w:r>
        <w:rPr>
          <w:sz w:val="20"/>
        </w:rPr>
        <w:t>1:03:29  dekhen, ek hai natural laws. to natural laws to woh jo Khuda ne banaye hain, wahi rahen ge. is mein koi badlao nahin aa sakta.</w:t>
      </w:r>
      <w:r>
        <w:br/>
      </w:r>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r>
        <w:br/>
      </w:r>
      <w:r>
        <w:rPr>
          <w:sz w:val="20"/>
        </w:rPr>
        <w:t>1:04:38  yaani qaumi buniyad par shikayaten huin to qaumi buniyad par shikayaton ki wajah se tum us ko dushman samajh liya. qaumi mamlaat alag alag hote hain.</w:t>
      </w:r>
      <w:r>
        <w:br/>
      </w:r>
      <w:r>
        <w:rPr>
          <w:sz w:val="20"/>
        </w:rPr>
        <w:t>1:04:47  Allah ke nazdeek sab ke sab badu hain. to tum ko deen ki dawat pesh karo. lekin tum ne qaumi shikayaton ko buniyad banaya. is par rai qaim ki.</w:t>
      </w:r>
      <w:r>
        <w:br/>
      </w:r>
      <w:r>
        <w:rPr>
          <w:sz w:val="20"/>
        </w:rPr>
        <w:t>1:04:57  qaumi shikayaton ki buniyad par rai qaim ki. yeh tumhara galat choice tha.</w:t>
      </w:r>
    </w:p>
    <w:p>
      <w:pPr>
        <w:pStyle w:val="Heading2"/>
      </w:pPr>
      <w:r>
        <w:t>Where is God's mercy amid suffering?</w:t>
      </w:r>
    </w:p>
    <w:p>
      <w:r>
        <w:rPr>
          <w:color w:val="666666"/>
          <w:sz w:val="18"/>
        </w:rPr>
        <w:t>Faith &amp; God · Unseen God July 30, 2017 Maulana Wahiduddin Khan · 3m 10s · at 47:51 · https://youtu.be/MOkCdGFAVR4?t=2871</w:t>
      </w:r>
    </w:p>
    <w:p>
      <w:r>
        <w:rPr>
          <w:i/>
        </w:rPr>
        <w:t>“By seeing human casualties around the world, especially in Muslim countries, my heart throbs with pain and I question: where is God's mercy? If He exists, and besides Islam, for the third holiest place people are killed for the protection of this place, still God doesn't do anything. Such things make me unbelieving for a long time. What is your opinion to my question?”</w:t>
      </w:r>
    </w:p>
    <w:p>
      <w:r>
        <w:rPr>
          <w:sz w:val="20"/>
        </w:rPr>
        <w:t>47:51  molana ab sawal lena chahenge pehla sawal bheja hai naveed</w:t>
      </w:r>
      <w:r>
        <w:br/>
      </w:r>
      <w:r>
        <w:rPr>
          <w:sz w:val="20"/>
        </w:rPr>
        <w:t>47:56  muhammad sahib ne aligarh muslim university se unhone likha hai by seeing human casualties around the world especially in muslim countries my heart throbs with pain and i question that where is god's mercy if he exists</w:t>
      </w:r>
      <w:r>
        <w:br/>
      </w:r>
      <w:r>
        <w:rPr>
          <w:sz w:val="20"/>
        </w:rPr>
        <w:t>48:18  and besides islam for third holiest place people are killed for the protection of this place still god doesn't do anything such things make me unbelievable for a long time what is your opinion to my co</w:t>
      </w:r>
      <w:r>
        <w:br/>
      </w:r>
      <w:r>
        <w:rPr>
          <w:sz w:val="20"/>
        </w:rPr>
        <w:t>48:36  question</w:t>
      </w:r>
      <w:r>
        <w:br/>
      </w:r>
      <w:r>
        <w:rPr>
          <w:sz w:val="20"/>
        </w:rPr>
        <w:t>48:39  dekhiye aap is ko</w:t>
      </w:r>
      <w:r>
        <w:br/>
      </w:r>
      <w:r>
        <w:rPr>
          <w:sz w:val="20"/>
        </w:rPr>
        <w:t>48:43  ghalat reference mein dekh rahe hain</w:t>
      </w:r>
      <w:r>
        <w:br/>
      </w:r>
      <w:r>
        <w:rPr>
          <w:sz w:val="20"/>
        </w:rPr>
        <w:t>48:45  ghalat reference mein</w:t>
      </w:r>
      <w:r>
        <w:br/>
      </w:r>
      <w:r>
        <w:rPr>
          <w:sz w:val="20"/>
        </w:rPr>
        <w:t>48:49  aap agar farz kiye ke aap ali garh muslim university ko goshala ki taraf dekhen</w:t>
      </w:r>
      <w:r>
        <w:br/>
      </w:r>
      <w:r>
        <w:rPr>
          <w:sz w:val="20"/>
        </w:rPr>
        <w:t>48:55  to aap kuch nahi payenge kyunke goshala ke reference mein muslim university ko aap samajh nahi sakte</w:t>
      </w:r>
      <w:r>
        <w:br/>
      </w:r>
      <w:r>
        <w:rPr>
          <w:sz w:val="20"/>
        </w:rPr>
        <w:t>49:03  to yeh allah ki mercy ko reference mein aap jab dekh rahe hain</w:t>
      </w:r>
      <w:r>
        <w:br/>
      </w:r>
      <w:r>
        <w:rPr>
          <w:sz w:val="20"/>
        </w:rPr>
        <w:t>49:09  mercy to hairan ho rahe hain subah dhoop suraj nikli yeh mercy nahi hai hawayein chal rahi hain</w:t>
      </w:r>
      <w:r>
        <w:br/>
      </w:r>
      <w:r>
        <w:rPr>
          <w:sz w:val="20"/>
        </w:rPr>
        <w:t>49:14  mercy nahi hai oxygen supply ho rahi hai mercy nahi hai baqi yeh jo waqea hai to insan</w:t>
      </w:r>
      <w:r>
        <w:br/>
      </w:r>
      <w:r>
        <w:rPr>
          <w:sz w:val="20"/>
        </w:rPr>
        <w:t>49:20  ki freedom ka mamla hai</w:t>
      </w:r>
      <w:r>
        <w:br/>
      </w:r>
      <w:r>
        <w:rPr>
          <w:sz w:val="20"/>
        </w:rPr>
        <w:t>49:23  koi mercy to allah ki</w:t>
      </w:r>
      <w:r>
        <w:br/>
      </w:r>
      <w:r>
        <w:rPr>
          <w:sz w:val="20"/>
        </w:rPr>
        <w:t>49:24  subah sham baras rahi hai lekin allah ne insan ko freedom diya hai freedom of choice to kuch</w:t>
      </w:r>
      <w:r>
        <w:br/>
      </w:r>
      <w:r>
        <w:rPr>
          <w:sz w:val="20"/>
        </w:rPr>
        <w:t>49:32  insan is ko misuse karte hain is se misaal paida hote hain</w:t>
      </w:r>
      <w:r>
        <w:br/>
      </w:r>
      <w:r>
        <w:rPr>
          <w:sz w:val="20"/>
        </w:rPr>
        <w:t>49:38  to yeh yeh bhi allah ne jo kiya hai hum ko bohat bara credit dene ke liye ke</w:t>
      </w:r>
      <w:r>
        <w:br/>
      </w:r>
      <w:r>
        <w:rPr>
          <w:sz w:val="20"/>
        </w:rPr>
        <w:t>49:45  hum ne self imposed discipline par apne ko qaim kiya</w:t>
      </w:r>
      <w:r>
        <w:br/>
      </w:r>
      <w:r>
        <w:rPr>
          <w:sz w:val="20"/>
        </w:rPr>
        <w:t>49:52  yani hum hum ghussa ho sakte the maine ghussa nahi kiya hum nafrat kar sakte the main</w:t>
      </w:r>
      <w:r>
        <w:br/>
      </w:r>
      <w:r>
        <w:rPr>
          <w:sz w:val="20"/>
        </w:rPr>
        <w:t>49:58  ne nafrat nahi kiya hum ne bomb maar sakte the hum bomb nahi mara</w:t>
      </w:r>
      <w:r>
        <w:br/>
      </w:r>
      <w:r>
        <w:rPr>
          <w:sz w:val="20"/>
        </w:rPr>
        <w:t>50:03  to aise isi yani isi isi bari discovery ke liye</w:t>
      </w:r>
      <w:r>
        <w:br/>
      </w:r>
      <w:r>
        <w:rPr>
          <w:sz w:val="20"/>
        </w:rPr>
        <w:t>50:10  insan ko azadi di hai to bajaye is ke ke aap is ko khuda par dalen insano ko</w:t>
      </w:r>
      <w:r>
        <w:br/>
      </w:r>
      <w:r>
        <w:rPr>
          <w:sz w:val="20"/>
        </w:rPr>
        <w:t>50:17  batayiye aap dawat ka kaam kijiye</w:t>
      </w:r>
      <w:r>
        <w:br/>
      </w:r>
      <w:r>
        <w:rPr>
          <w:sz w:val="20"/>
        </w:rPr>
        <w:t>50:21  yani jis jis ko aap bata rahe hain khuda kahan mercy nahi hai nahi aap kahan dawat nahi</w:t>
      </w:r>
      <w:r>
        <w:br/>
      </w:r>
      <w:r>
        <w:rPr>
          <w:sz w:val="20"/>
        </w:rPr>
        <w:t>50:26  hai main kahun ke aap yeh keh rahe hain ke khuda kahan mercy nahi hai main kahun ke</w:t>
      </w:r>
      <w:r>
        <w:br/>
      </w:r>
      <w:r>
        <w:rPr>
          <w:sz w:val="20"/>
        </w:rPr>
        <w:t>50:32  aap ke andar khud dawat ka koi jazba nahi hai aap dawat dijiye logon ko bataiye logon ko</w:t>
      </w:r>
      <w:r>
        <w:br/>
      </w:r>
      <w:r>
        <w:rPr>
          <w:sz w:val="20"/>
        </w:rPr>
        <w:t>50:37  in awareness ko todiye logon ko bataiye ke tum apni freedom ko misuse kar rahe ho yeh</w:t>
      </w:r>
      <w:r>
        <w:br/>
      </w:r>
      <w:r>
        <w:rPr>
          <w:sz w:val="20"/>
        </w:rPr>
        <w:t>50:42  batayiye to aap ke andar leak kar rahi hai dawat ki spirit aur aap keh rahe hain ke</w:t>
      </w:r>
      <w:r>
        <w:br/>
      </w:r>
      <w:r>
        <w:rPr>
          <w:sz w:val="20"/>
        </w:rPr>
        <w:t>50:50  allah ke andar leek leek kar rahi hai mersi yeh aap ke galat</w:t>
      </w:r>
      <w:r>
        <w:br/>
      </w:r>
      <w:r>
        <w:rPr>
          <w:sz w:val="20"/>
        </w:rPr>
        <w:t>50:56  angle se dekhna ka nateeja hai</w:t>
      </w:r>
    </w:p>
    <w:p>
      <w:pPr>
        <w:pStyle w:val="Heading2"/>
      </w:pPr>
      <w:r>
        <w:t>Where to begin to understand Islam</w:t>
      </w:r>
    </w:p>
    <w:p>
      <w:r>
        <w:rPr>
          <w:color w:val="666666"/>
          <w:sz w:val="18"/>
        </w:rPr>
        <w:t>Faith &amp; God · Revival of Muslim Ummah, February 4, 2013 · 1m 29s · at 1:08:13 · https://youtu.be/xB3MfWhLHoM?t=4093</w:t>
      </w:r>
    </w:p>
    <w:p>
      <w:r>
        <w:rPr>
          <w:i/>
        </w:rPr>
        <w:t>“I have come to your class today for the first time. I want to understand Islam better. Kindly tell me from where should I begin, so that I can understand Islam correctly?”</w:t>
      </w:r>
    </w:p>
    <w:p>
      <w:r>
        <w:rPr>
          <w:sz w:val="20"/>
        </w:rPr>
        <w:t>1:08:13  maulana, agla sawal dilli se hai</w:t>
      </w:r>
      <w:r>
        <w:br/>
      </w:r>
      <w:r>
        <w:rPr>
          <w:sz w:val="20"/>
        </w:rPr>
        <w:t>1:08:15  mr nitin ka, jo ek student hain. unhon ne likha hai: "maulana, i have come to your class today for the first time. i want to understand islam better.</w:t>
      </w:r>
      <w:r>
        <w:br/>
      </w:r>
      <w:r>
        <w:rPr>
          <w:sz w:val="20"/>
        </w:rPr>
        <w:t>1:08:27  kindly tell me from where should i begin, so that i can understand islam correctly?" achha</w:t>
      </w:r>
      <w:r>
        <w:br/>
      </w:r>
      <w:r>
        <w:rPr>
          <w:sz w:val="20"/>
        </w:rPr>
        <w:t>1:08:40  bhai, dekhiye, mein to yeh kahoon ga ke sab se pehle aap hamari kuch choti choti kitabein hain, yeh aap ko mil jayengi. aap</w:t>
      </w:r>
      <w:r>
        <w:br/>
      </w:r>
      <w:r>
        <w:rPr>
          <w:sz w:val="20"/>
        </w:rPr>
        <w:t>1:08:50  ko koi de dega yahan par, jaise "creation in plan of god" aur "what is islam".</w:t>
      </w:r>
      <w:r>
        <w:br/>
      </w:r>
      <w:r>
        <w:rPr>
          <w:sz w:val="20"/>
        </w:rPr>
        <w:t>1:09:00  is tarah ki choti choti kai kitabein hain. sab se pehle aap is ko parhiye. is ko parhne ke baad aap ko ek ek ek rough idea hoga.</w:t>
      </w:r>
      <w:r>
        <w:br/>
      </w:r>
      <w:r>
        <w:rPr>
          <w:sz w:val="20"/>
        </w:rPr>
        <w:t>1:09:09  phir quran ko parhiye. phir meri ek kitab hai "prophet of peace", us ko parhiye. to mein aap ko teen, woh mein ne teen advice de raha hoon.</w:t>
      </w:r>
      <w:r>
        <w:br/>
      </w:r>
      <w:r>
        <w:rPr>
          <w:sz w:val="20"/>
        </w:rPr>
        <w:t>1:09:21  sab se pehle hamari choti pamphlet parhiye, us ke baad quran parhiye, phir "prophet of peace" parhiye. aur agar aap ke zehen mein koi question baqi rehta hai to us ko telephone kijiye.</w:t>
      </w:r>
      <w:r>
        <w:br/>
      </w:r>
      <w:r>
        <w:rPr>
          <w:sz w:val="20"/>
        </w:rPr>
        <w:t>1:09:33  mein har waqt 24 ghante mein available rehta hoon. kabhi is ko aap telephone kar sakte hain.</w:t>
      </w:r>
    </w:p>
    <w:p>
      <w:pPr>
        <w:pStyle w:val="Heading2"/>
      </w:pPr>
      <w:r>
        <w:t>Which divine attributes are contrary to Quran?</w:t>
      </w:r>
    </w:p>
    <w:p>
      <w:r>
        <w:rPr>
          <w:color w:val="666666"/>
          <w:sz w:val="18"/>
        </w:rPr>
        <w:t>Faith &amp; God · The Existence of God October 7, 2012 · 1m 35s · at 1:10:20 · https://youtu.be/Hm0ybuokQ8s?t=4220</w:t>
      </w:r>
    </w:p>
    <w:p>
      <w:r>
        <w:rPr>
          <w:i/>
        </w:rPr>
        <w:t>“If it is said that He—God, Allah, God—is almighty, merciful, unborn, infinite, omnipresent, all-pervading, truth-form, conscious, and infinite-form, I want to know from Maulana sahib which of these attributes are not according to the Quran or are contrary to the Quran?”</w:t>
      </w:r>
    </w:p>
    <w:p>
      <w:r>
        <w:rPr>
          <w:sz w:val="20"/>
        </w:rPr>
        <w:t>1:10:20  maulana, agla sawal bhagpat se hai mister b.b. vedic sahib ka.</w:t>
      </w:r>
      <w:r>
        <w:br/>
      </w:r>
      <w:r>
        <w:rPr>
          <w:sz w:val="20"/>
        </w:rPr>
        <w:t>1:10:26  unhon ne likha hai: "yeh yadi kaha jaye ke woh Khuda, woh Allah, woh God, sar shaktiman hai, dayalu hai, ajnama hai, anant hai, sar vyapak hai, sarvarg hai,</w:t>
      </w:r>
      <w:r>
        <w:br/>
      </w:r>
      <w:r>
        <w:rPr>
          <w:sz w:val="20"/>
        </w:rPr>
        <w:t>1:10:39  woh satya roop hai, chetan hai, aur anant sarvaroop hai, mein Maulana sahib se janna chahta hoon ke aprokt mein se woh kaun se gun hain jo Quran ke anusar Khuda ke nahi hain ya Quran ke viruddh hain?"</w:t>
      </w:r>
      <w:r>
        <w:br/>
      </w:r>
      <w:r>
        <w:rPr>
          <w:sz w:val="20"/>
        </w:rPr>
        <w:t>1:10:56  asal mein aap do mein confuse kar rahe hain. ek hai monism, ek hai monotheism. Hindu mazhab mein monism ka concept hai, woh aap ke zehn mein hai ghaliban.</w:t>
      </w:r>
      <w:r>
        <w:br/>
      </w:r>
      <w:r>
        <w:rPr>
          <w:sz w:val="20"/>
        </w:rPr>
        <w:t>1:11:10  Islam mein nahi hai monism ka concept, Islam mein monotheism ka concept hai. to do alag alag concept hain, ab aap study kijiye aur jis par aap itminan hon, woh aap ikhtiyar kijiye.</w:t>
      </w:r>
      <w:r>
        <w:br/>
      </w:r>
      <w:r>
        <w:rPr>
          <w:sz w:val="20"/>
        </w:rPr>
        <w:t>1:11:22  hum koi tablig nahi karte hain,</w:t>
      </w:r>
      <w:r>
        <w:br/>
      </w:r>
      <w:r>
        <w:rPr>
          <w:sz w:val="20"/>
        </w:rPr>
        <w:t>1:11:25  hamara hamara mission yeh nahi hai, hum to discussion karte hain. lekin beharhal dono mein farq hai. monism aur monotheism ko urdu mein kehte hain wahdat-e-wujood aur tauheed.</w:t>
      </w:r>
      <w:r>
        <w:br/>
      </w:r>
      <w:r>
        <w:rPr>
          <w:sz w:val="20"/>
        </w:rPr>
        <w:t>1:11:42  to wahdat-e-wajood jo hai, yaani monism, yeh hindu concept hai, yeh islam mein nahi hai. Islam mein monotheism hai, yaani tauheed.</w:t>
      </w:r>
      <w:r>
        <w:br/>
      </w:r>
      <w:r>
        <w:rPr>
          <w:sz w:val="20"/>
        </w:rPr>
        <w:t>1:11:52  do alag alag concept hain Khuda ke.</w:t>
      </w:r>
    </w:p>
    <w:p>
      <w:pPr>
        <w:pStyle w:val="Heading2"/>
      </w:pPr>
      <w:r>
        <w:t>Who created God if He exists?</w:t>
      </w:r>
    </w:p>
    <w:p>
      <w:r>
        <w:rPr>
          <w:color w:val="666666"/>
          <w:sz w:val="18"/>
        </w:rPr>
        <w:t>Faith &amp; God · On Atheism | May 22, 2016 · 1m 58s · at 48:01 · https://youtu.be/tzJmfYnSleo?t=2881</w:t>
      </w:r>
    </w:p>
    <w:p>
      <w:r>
        <w:rPr>
          <w:i/>
        </w:rPr>
        <w:t>“Atheists usually say that if there is a God, then the logical question that follows is: who created God? How should we address this question?”</w:t>
      </w:r>
    </w:p>
    <w:p>
      <w:r>
        <w:rPr>
          <w:sz w:val="20"/>
        </w:rPr>
        <w:t>48:01  maulana agla sawal bhopal se kya hai firoz sahab ne aur</w:t>
      </w:r>
      <w:r>
        <w:br/>
      </w:r>
      <w:r>
        <w:rPr>
          <w:sz w:val="20"/>
        </w:rPr>
        <w:t>48:07  انہوں نے لکھا ہے کہ atheist usually say that if there is God then the logical question that</w:t>
      </w:r>
      <w:r>
        <w:br/>
      </w:r>
      <w:r>
        <w:rPr>
          <w:sz w:val="20"/>
        </w:rPr>
        <w:t>48:13  who created god? how should we address this question Maulana sahib? pichhle is mein maine</w:t>
      </w:r>
      <w:r>
        <w:br/>
      </w:r>
      <w:r>
        <w:rPr>
          <w:sz w:val="20"/>
        </w:rPr>
        <w:t>48:19  kaha tha ke yeh saada baat nahi hai.</w:t>
      </w:r>
      <w:r>
        <w:br/>
      </w:r>
      <w:r>
        <w:rPr>
          <w:sz w:val="20"/>
        </w:rPr>
        <w:t>48:25  who created god.</w:t>
      </w:r>
      <w:r>
        <w:br/>
      </w:r>
      <w:r>
        <w:rPr>
          <w:sz w:val="20"/>
        </w:rPr>
        <w:t>48:31  is liye ke maine yeh kaha tha ke hamare liye</w:t>
      </w:r>
      <w:r>
        <w:br/>
      </w:r>
      <w:r>
        <w:rPr>
          <w:sz w:val="20"/>
        </w:rPr>
        <w:t>48:38  kyunke hum dekhte hain ek universe maujood hai.</w:t>
      </w:r>
      <w:r>
        <w:br/>
      </w:r>
      <w:r>
        <w:rPr>
          <w:sz w:val="20"/>
        </w:rPr>
        <w:t>48:41  ek poori universe maujood hai jis mein galaxies hain.</w:t>
      </w:r>
      <w:r>
        <w:br/>
      </w:r>
      <w:r>
        <w:rPr>
          <w:sz w:val="20"/>
        </w:rPr>
        <w:t>48:44  yeh solar system hai.</w:t>
      </w:r>
      <w:r>
        <w:br/>
      </w:r>
      <w:r>
        <w:rPr>
          <w:sz w:val="20"/>
        </w:rPr>
        <w:t>48:48  yeh arth hai.</w:t>
      </w:r>
      <w:r>
        <w:br/>
      </w:r>
      <w:r>
        <w:rPr>
          <w:sz w:val="20"/>
        </w:rPr>
        <w:t>48:51  ek mukammal universe maujood hai.</w:t>
      </w:r>
      <w:r>
        <w:br/>
      </w:r>
      <w:r>
        <w:rPr>
          <w:sz w:val="20"/>
        </w:rPr>
        <w:t>48:54  bohat hi perfect tareeqay se woh chal rahi hai.</w:t>
      </w:r>
      <w:r>
        <w:br/>
      </w:r>
      <w:r>
        <w:rPr>
          <w:sz w:val="20"/>
        </w:rPr>
        <w:t>48:58  toh main ne kaha tha ke yeh saada baat nahi hai.</w:t>
      </w:r>
      <w:r>
        <w:br/>
      </w:r>
      <w:r>
        <w:rPr>
          <w:sz w:val="20"/>
        </w:rPr>
        <w:t>49:01  hamare liye option universe with god ya universe without god nahi ke taqreeban nahi hai.</w:t>
      </w:r>
      <w:r>
        <w:br/>
      </w:r>
      <w:r>
        <w:rPr>
          <w:sz w:val="20"/>
        </w:rPr>
        <w:t>49:05  universe with god</w:t>
      </w:r>
      <w:r>
        <w:br/>
      </w:r>
      <w:r>
        <w:rPr>
          <w:sz w:val="20"/>
        </w:rPr>
        <w:t>49:08  without god balkeh option hai universe with god or no universe at all. agar aap god ko na manen to university ka wajood khatam ho jata hai. to option jo hai woh universe with god aur universe without god ka darmyan nahi hai balkeh universe with god or no universe at all ke darmyan hai. aur is ko aap afford nahi kar sakt</w:t>
      </w:r>
      <w:r>
        <w:br/>
      </w:r>
      <w:r>
        <w:rPr>
          <w:sz w:val="20"/>
        </w:rPr>
        <w:t>49:38  e</w:t>
      </w:r>
      <w:r>
        <w:br/>
      </w:r>
      <w:r>
        <w:rPr>
          <w:sz w:val="20"/>
        </w:rPr>
        <w:t>49:42  no universe at all ko aap afford nahi kar sakte kyunke aap dekhte hain ke ek universe maujood hai.</w:t>
      </w:r>
      <w:r>
        <w:br/>
      </w:r>
      <w:r>
        <w:rPr>
          <w:sz w:val="20"/>
        </w:rPr>
        <w:t>49:47  yeh ek yeh question jo hai yeh hypothetical question hai.</w:t>
      </w:r>
      <w:r>
        <w:br/>
      </w:r>
      <w:r>
        <w:rPr>
          <w:sz w:val="20"/>
        </w:rPr>
        <w:t>49:51  yeh farzi nazariyati question hai.</w:t>
      </w:r>
      <w:r>
        <w:br/>
      </w:r>
      <w:r>
        <w:rPr>
          <w:sz w:val="20"/>
        </w:rPr>
        <w:t>49:55  yeh haqeeqi question nahi hai.</w:t>
      </w:r>
    </w:p>
    <w:p>
      <w:pPr>
        <w:pStyle w:val="Heading2"/>
      </w:pPr>
      <w:r>
        <w:t>Who created good and evil?</w:t>
      </w:r>
    </w:p>
    <w:p>
      <w:r>
        <w:rPr>
          <w:color w:val="666666"/>
          <w:sz w:val="18"/>
        </w:rPr>
        <w:t>Faith &amp; God · How to Become Deserving of Paradise August 16, 2020 Maulana Wahiduddin Khan · 1m 34s · at 33:35 · https://youtu.be/jFXK3TMiqtA?t=2015</w:t>
      </w:r>
    </w:p>
    <w:p>
      <w:r>
        <w:rPr>
          <w:i/>
        </w:rPr>
        <w:t>“If good and evil are independent, do they have the same creator? And is God the creator of good alone? If so, who has created evil?”</w:t>
      </w:r>
    </w:p>
    <w:p>
      <w:r>
        <w:rPr>
          <w:sz w:val="20"/>
        </w:rPr>
        <w:t>33:35  maulana, agla sawal bheja hai barah mila se haziq maqsood sahab ne. unhon ne likha hai: "if good and evil are independent, do they have the same creator?</w:t>
      </w:r>
      <w:r>
        <w:br/>
      </w:r>
      <w:r>
        <w:rPr>
          <w:sz w:val="20"/>
        </w:rPr>
        <w:t>33:51  aur is god the creator of good alone? if so, who has created evil?"</w:t>
      </w:r>
      <w:r>
        <w:br/>
      </w:r>
      <w:r>
        <w:rPr>
          <w:sz w:val="20"/>
        </w:rPr>
        <w:t>34:01  bhai, yeh to question meri meri samajh mein aaya nahin. matlab, woh yeh poochna chah rahe hain ke jo good aur evil hai, is ko kya ek hi creator ne kaise kahan se nikala?</w:t>
      </w:r>
      <w:r>
        <w:br/>
      </w:r>
      <w:r>
        <w:rPr>
          <w:sz w:val="20"/>
        </w:rPr>
        <w:t>34:15  aap ne haan, yeh to aap ke mind mein hai.</w:t>
      </w:r>
      <w:r>
        <w:br/>
      </w:r>
      <w:r>
        <w:rPr>
          <w:sz w:val="20"/>
        </w:rPr>
        <w:t>34:22  haan, yeh ek hi creator ne aap dunya mein karoron item banaye hain. to is mein kya mushkil hai ke creator ne aur item banaya ho?</w:t>
      </w:r>
      <w:r>
        <w:br/>
      </w:r>
      <w:r>
        <w:rPr>
          <w:sz w:val="20"/>
        </w:rPr>
        <w:t>34:38  dunya mein aap dekhte hain ke yeh jo youets hain, jo stars hain, to beshumar character ek hi creator ne banaye hain.</w:t>
      </w:r>
      <w:r>
        <w:br/>
      </w:r>
      <w:r>
        <w:rPr>
          <w:sz w:val="20"/>
        </w:rPr>
        <w:t>34:52  to isi tarah se hi human character ke liye bhi beshumar opportunities banai hon.</w:t>
      </w:r>
      <w:r>
        <w:br/>
      </w:r>
      <w:r>
        <w:rPr>
          <w:sz w:val="20"/>
        </w:rPr>
        <w:t>35:00  ae khuda ne, to is mein kya taajub kiya hai?</w:t>
      </w:r>
    </w:p>
    <w:p>
      <w:pPr>
        <w:pStyle w:val="Heading2"/>
      </w:pPr>
      <w:r>
        <w:t>Why Allah created music if forbidden</w:t>
      </w:r>
    </w:p>
    <w:p>
      <w:r>
        <w:rPr>
          <w:color w:val="666666"/>
          <w:sz w:val="18"/>
        </w:rPr>
        <w:t>Faith &amp; God · Purpose of Human Life February 12, 2012 Maulana Wahiduddin Khan · 1m 44s · at 1:30:55 · https://youtu.be/gRupSXuak-w?t=5455</w:t>
      </w:r>
    </w:p>
    <w:p>
      <w:r>
        <w:rPr>
          <w:i/>
        </w:rPr>
        <w:t>“My friend says that he cannot resist the temptation of dancing to the tune of any good music. He often asks me that why Allah created music and our senses to feel it when He has forbidden it. Kindly comment.”</w:t>
      </w:r>
    </w:p>
    <w:p>
      <w:r>
        <w:rPr>
          <w:sz w:val="20"/>
        </w:rPr>
        <w:t>1:30:55  maulana, un ka ek aur sawal hai. unhon ne likha hai: "My friend says that he cannot resist the temptation of dancing to the tune of any good music.</w:t>
      </w:r>
      <w:r>
        <w:br/>
      </w:r>
      <w:r>
        <w:rPr>
          <w:sz w:val="20"/>
        </w:rPr>
        <w:t>1:31:08  He often asks me that why Allah created music and our senses to feel it when He has forbidden it." kindly comment.</w:t>
      </w:r>
      <w:r>
        <w:br/>
      </w:r>
      <w:r>
        <w:rPr>
          <w:sz w:val="20"/>
        </w:rPr>
        <w:t>1:31:21  yeh toh ek mere ek sachi baat</w:t>
      </w:r>
      <w:r>
        <w:br/>
      </w:r>
      <w:r>
        <w:rPr>
          <w:sz w:val="20"/>
        </w:rPr>
        <w:t>1:31:23  hai. aap ko ooper kyun nahin thrill aata jo nature mein woh beauty hai? ek dancer ke ooper kyun thrill aata hai aap ko? ek ek singer aur dancer jo aap dekhte hain TV mein, is par toh aap thrill aa raha hai.</w:t>
      </w:r>
      <w:r>
        <w:br/>
      </w:r>
      <w:r>
        <w:rPr>
          <w:sz w:val="20"/>
        </w:rPr>
        <w:t>1:31:37  aur jis khuda ne is insaan ko banaya, jis khuda ne beauty bher di nature mein, is par aap ko thrill nahin aata? yeh toh bohat hi sachi qism ke log hain, yeh sab baatein aati hain.</w:t>
      </w:r>
      <w:r>
        <w:br/>
      </w:r>
      <w:r>
        <w:rPr>
          <w:sz w:val="20"/>
        </w:rPr>
        <w:t>1:31:51  aise logon ko bataiye ke zyada bara art jo hai, is par tum ko thrilling response dena hai. tum ko jo allah taala ne jo jazba paida kiya hai, thrilling response dene ka, toh bare art ke liye hai.</w:t>
      </w:r>
      <w:r>
        <w:br/>
      </w:r>
      <w:r>
        <w:rPr>
          <w:sz w:val="20"/>
        </w:rPr>
        <w:t>1:32:07  yeh professional singers ke liye nahin hai. professional singers aur professional dancers ke liye jo tum de rahe ho response, is ke liye nahin hai.</w:t>
      </w:r>
      <w:r>
        <w:br/>
      </w:r>
      <w:r>
        <w:rPr>
          <w:sz w:val="20"/>
        </w:rPr>
        <w:t>1:32:16  woh jazba paida kiya gaya.</w:t>
      </w:r>
      <w:r>
        <w:br/>
      </w:r>
      <w:r>
        <w:rPr>
          <w:sz w:val="20"/>
        </w:rPr>
        <w:t>1:32:18  woh jazba paida kiya hai ke nature mein jo beauty hai, khuda ki jo glory hai, khuda ke jo wonders hain, is ke liye toh woh woh thrilling response do.</w:t>
      </w:r>
      <w:r>
        <w:br/>
      </w:r>
      <w:r>
        <w:rPr>
          <w:sz w:val="20"/>
        </w:rPr>
        <w:t>1:32:31  bajaye wahan dene ke, tum de rahe ho professionals ke liye. yeh toh is ka galat istemal hai is jazbe ka.</w:t>
      </w:r>
    </w:p>
    <w:p>
      <w:pPr>
        <w:pStyle w:val="Heading2"/>
      </w:pPr>
      <w:r>
        <w:t>Why Allah created music if forbidden?</w:t>
      </w:r>
    </w:p>
    <w:p>
      <w:r>
        <w:rPr>
          <w:color w:val="666666"/>
          <w:sz w:val="18"/>
        </w:rPr>
        <w:t>Faith &amp; God · Purpose Of Human Life -12th Feb. '12 · 1m 39s · at 1:34:58 · https://youtu.be/TCGYvGJHf7w?t=5698</w:t>
      </w:r>
    </w:p>
    <w:p>
      <w:r>
        <w:rPr>
          <w:i/>
        </w:rPr>
        <w:t>“My friend says that he cannot resist the temptation of dancing to the tune of any good music. He often asks me that why Allah created music and our senses to feel it when He has forbidden it.”</w:t>
      </w:r>
    </w:p>
    <w:p>
      <w:r>
        <w:rPr>
          <w:sz w:val="20"/>
        </w:rPr>
        <w:t>1:34:58  Maulana, in ka ek aur sawal hai, unhon ne likha hai My friend says that he cannot resist</w:t>
      </w:r>
      <w:r>
        <w:br/>
      </w:r>
      <w:r>
        <w:rPr>
          <w:sz w:val="20"/>
        </w:rPr>
        <w:t>1:35:03  the temptation of dancing to the tune of any good music.</w:t>
      </w:r>
      <w:r>
        <w:br/>
      </w:r>
      <w:r>
        <w:rPr>
          <w:sz w:val="20"/>
        </w:rPr>
        <w:t>1:35:09  He often asks me that why Allah created music and our senses to feel it when He has forbidden it.</w:t>
      </w:r>
      <w:r>
        <w:br/>
      </w:r>
      <w:r>
        <w:rPr>
          <w:sz w:val="20"/>
        </w:rPr>
        <w:t>1:35:17  Kindly comment.</w:t>
      </w:r>
      <w:r>
        <w:br/>
      </w:r>
      <w:r>
        <w:rPr>
          <w:sz w:val="20"/>
        </w:rPr>
        <w:t>1:35:21  yeh to ek mere nazdeek ek sachi baat hai.</w:t>
      </w:r>
      <w:r>
        <w:br/>
      </w:r>
      <w:r>
        <w:rPr>
          <w:sz w:val="20"/>
        </w:rPr>
        <w:t>1:35:26  aap ko khud kyun nahi thrill aata jo nature mein woh beauty hai? ek dancer ke upar kyun</w:t>
      </w:r>
      <w:r>
        <w:br/>
      </w:r>
      <w:r>
        <w:rPr>
          <w:sz w:val="20"/>
        </w:rPr>
        <w:t>1:35:30  nahi thrill aata hai aap ko? ek singer aur dancer jo aap dekhte hain TV mein, us</w:t>
      </w:r>
      <w:r>
        <w:br/>
      </w:r>
      <w:r>
        <w:rPr>
          <w:sz w:val="20"/>
        </w:rPr>
        <w:t>1:35:35  par to aap ko thrill aa raha hai.</w:t>
      </w:r>
      <w:r>
        <w:br/>
      </w:r>
      <w:r>
        <w:rPr>
          <w:sz w:val="20"/>
        </w:rPr>
        <w:t>1:35:39  aur jis Khuda ne is insan ko banaya, jis Khuda ne beauty bher di nature mein, us par</w:t>
      </w:r>
      <w:r>
        <w:br/>
      </w:r>
      <w:r>
        <w:rPr>
          <w:sz w:val="20"/>
        </w:rPr>
        <w:t>1:35:44  aap ko thrill nahi aata? yeh to bohat hi sachi qism ke log hain jin mein yeh sab</w:t>
      </w:r>
      <w:r>
        <w:br/>
      </w:r>
      <w:r>
        <w:rPr>
          <w:sz w:val="20"/>
        </w:rPr>
        <w:t>1:35:48  baatein aati hain.</w:t>
      </w:r>
      <w:r>
        <w:br/>
      </w:r>
      <w:r>
        <w:rPr>
          <w:sz w:val="20"/>
        </w:rPr>
        <w:t>1:35:53  aise logon ko bataiye ke zyada bara art jo hai us par tum ko thrilling response dena hai.</w:t>
      </w:r>
      <w:r>
        <w:br/>
      </w:r>
      <w:r>
        <w:rPr>
          <w:sz w:val="20"/>
        </w:rPr>
        <w:t>1:35:57  tum ko jab Allah taala ne jo jazba paida kiya hai thrilling response dene ka, to woh bare</w:t>
      </w:r>
      <w:r>
        <w:br/>
      </w:r>
      <w:r>
        <w:rPr>
          <w:sz w:val="20"/>
        </w:rPr>
        <w:t>1:36:02  art ke liye hai.</w:t>
      </w:r>
      <w:r>
        <w:br/>
      </w:r>
      <w:r>
        <w:rPr>
          <w:sz w:val="20"/>
        </w:rPr>
        <w:t>1:36:06  yeh professional singers ke liye nahi hai.</w:t>
      </w:r>
      <w:r>
        <w:br/>
      </w:r>
      <w:r>
        <w:rPr>
          <w:sz w:val="20"/>
        </w:rPr>
        <w:t>1:36:11  Professional singers aur professional dancers ke liye jo tum de rahe ho response, us ke liye nahi woh</w:t>
      </w:r>
      <w:r>
        <w:br/>
      </w:r>
      <w:r>
        <w:rPr>
          <w:sz w:val="20"/>
        </w:rPr>
        <w:t>1:36:15  jazba paida kiya gaya.</w:t>
      </w:r>
      <w:r>
        <w:br/>
      </w:r>
      <w:r>
        <w:rPr>
          <w:sz w:val="20"/>
        </w:rPr>
        <w:t>1:36:20  woh jazba paida kiya hai ke nature mein jo beauty hai, Khuda ki jo glory hai, Khuda ke</w:t>
      </w:r>
      <w:r>
        <w:br/>
      </w:r>
      <w:r>
        <w:rPr>
          <w:sz w:val="20"/>
        </w:rPr>
        <w:t>1:36:24  jo wonders hain, us ke liye to woh thrilling response do.</w:t>
      </w:r>
      <w:r>
        <w:br/>
      </w:r>
      <w:r>
        <w:rPr>
          <w:sz w:val="20"/>
        </w:rPr>
        <w:t>1:36:29  bajaye wahan dene ke tum de rahe ho professionals ke liye, yeh to is ka ghalat istemal hai</w:t>
      </w:r>
      <w:r>
        <w:br/>
      </w:r>
      <w:r>
        <w:rPr>
          <w:sz w:val="20"/>
        </w:rPr>
        <w:t>1:36:33  is jazbe ka.</w:t>
      </w:r>
    </w:p>
    <w:p>
      <w:pPr>
        <w:pStyle w:val="Heading2"/>
      </w:pPr>
      <w:r>
        <w:t>Why Does God Allow Evil?</w:t>
      </w:r>
    </w:p>
    <w:p>
      <w:r>
        <w:rPr>
          <w:color w:val="666666"/>
          <w:sz w:val="18"/>
        </w:rPr>
        <w:t>Faith &amp; God · Doomsday is Coming November 24, 2013 · 2m 17s · at 45:26 · https://youtu.be/rixrzrrK-cE?t=2726</w:t>
      </w:r>
    </w:p>
    <w:p>
      <w:r>
        <w:rPr>
          <w:i/>
        </w:rPr>
        <w:t>“There is a belief among people that God plans everything. If this is true, then why is God Almighty allowing evil or bad deeds to happen? What is your comment on this?”</w:t>
      </w:r>
    </w:p>
    <w:p>
      <w:r>
        <w:rPr>
          <w:sz w:val="20"/>
        </w:rPr>
        <w:t>45:26  maulana, agla sawal chennai se hai,</w:t>
      </w:r>
      <w:r>
        <w:br/>
      </w:r>
      <w:r>
        <w:rPr>
          <w:sz w:val="20"/>
        </w:rPr>
        <w:t>45:29  ah mr mukesh ne kiya hai. Unhone likha hai: "Maulana, there is a belief among people that God plans everything.</w:t>
      </w:r>
      <w:r>
        <w:br/>
      </w:r>
      <w:r>
        <w:rPr>
          <w:sz w:val="20"/>
        </w:rPr>
        <w:t>45:39  If this is true, then my question is that why is God Almighty allowing evil or bad deeds to happen? What is your comment on this?" dekhen, God ke allow karne ki baat to nahi hai.</w:t>
      </w:r>
      <w:r>
        <w:br/>
      </w:r>
      <w:r>
        <w:rPr>
          <w:sz w:val="20"/>
        </w:rPr>
        <w:t>45:56  aap creation plan aap God ko samjhiye.</w:t>
      </w:r>
      <w:r>
        <w:br/>
      </w:r>
      <w:r>
        <w:rPr>
          <w:sz w:val="20"/>
        </w:rPr>
        <w:t>46:00  asal cheez yeh hai ke duniya ko aisa banaya gaya ke insaan azaad rahe, har qism ke uske opportunities hon, har qism ke haalaat hon.</w:t>
      </w:r>
      <w:r>
        <w:br/>
      </w:r>
      <w:r>
        <w:rPr>
          <w:sz w:val="20"/>
        </w:rPr>
        <w:t>46:10  is mein aadmi ko, aadmi ke kya choice leta hai, uska imtehaan hai.</w:t>
      </w:r>
      <w:r>
        <w:br/>
      </w:r>
      <w:r>
        <w:rPr>
          <w:sz w:val="20"/>
        </w:rPr>
        <w:t>46:17  jo saara jo duniya ka karobar hai, jo kuch bhi yahan par hai, nizaam, woh sab is liye hai ke aap ko mauqa diya gaya hai ke azaadana taur par aap sochein, azaadana taur par koi kisi cheez, kisi cheez ka choice lein.</w:t>
      </w:r>
      <w:r>
        <w:br/>
      </w:r>
      <w:r>
        <w:rPr>
          <w:sz w:val="20"/>
        </w:rPr>
        <w:t>46:35  to masla yeh hai ke ke aadmi kis cheez ka choice leta hai, usi par faisla hona hai uske jannat dozakh ka.</w:t>
      </w:r>
      <w:r>
        <w:br/>
      </w:r>
      <w:r>
        <w:rPr>
          <w:sz w:val="20"/>
        </w:rPr>
        <w:t>46:46  wahan par koi determinism nahi hai, aap choice lene mein azaad hain.</w:t>
      </w:r>
      <w:r>
        <w:br/>
      </w:r>
      <w:r>
        <w:rPr>
          <w:sz w:val="20"/>
        </w:rPr>
        <w:t>46:53  choice lene mein koi aap ke upar</w:t>
      </w:r>
      <w:r>
        <w:br/>
      </w:r>
      <w:r>
        <w:rPr>
          <w:sz w:val="20"/>
        </w:rPr>
        <w:t>46:59  compulsion nahi hai. Yeh to har aadmi ka zaati tajurba hai. Aap sochiye ke aap chahein to paani piyein, chahein to na piyein, chahein to bahar niklein, ghar se bahar na niklein.</w:t>
      </w:r>
      <w:r>
        <w:br/>
      </w:r>
      <w:r>
        <w:rPr>
          <w:sz w:val="20"/>
        </w:rPr>
        <w:t>47:15  har lamha aadmi ka tajurba hai ke choice mere ikhtiyaar mein hota hai. Yaani mera ikhtiyaar bhi yeh nahi hai ke suraj ko main nikaaloon, mera ikhtiyaar bhi yeh nahi hai ke main toofan ko rok doon, mera ikhtiyaar mein nahi hai ke zalzala na aaye.</w:t>
      </w:r>
      <w:r>
        <w:br/>
      </w:r>
      <w:r>
        <w:rPr>
          <w:sz w:val="20"/>
        </w:rPr>
        <w:t>47:28  yeh sab mere ikhtiyaar mein nahi hai, lekin yeh mere ikhtiyaar mein hai ke main kis cheez ka choice leta hoon. To woh wahi jo choice leta hai aadmi, usi par pakad hai uski ya usi par reward hai usko.</w:t>
      </w:r>
    </w:p>
    <w:p>
      <w:pPr>
        <w:pStyle w:val="Heading2"/>
      </w:pPr>
      <w:r>
        <w:t>Why Does God Cause Natural Calamities?</w:t>
      </w:r>
    </w:p>
    <w:p>
      <w:r>
        <w:rPr>
          <w:color w:val="666666"/>
          <w:sz w:val="18"/>
        </w:rPr>
        <w:t>Faith &amp; God · On Atheism | May 22, 2016 · 3m 07s · at 56:10 · https://youtu.be/tzJmfYnSleo?t=3370</w:t>
      </w:r>
    </w:p>
    <w:p>
      <w:r>
        <w:rPr>
          <w:i/>
        </w:rPr>
        <w:t>“Atheists say that free will is understandable, and the problems and misuse due to free will can be explained. But if God really existed, why does He cause natural calamities? Doesn't God know that this would be the case?”</w:t>
      </w:r>
    </w:p>
    <w:p>
      <w:r>
        <w:rPr>
          <w:sz w:val="20"/>
        </w:rPr>
        <w:t>56:10  sawal kanpur se bheja hai saleem sahib ne aur unho ne likha hai atheist people say that while</w:t>
      </w:r>
      <w:r>
        <w:br/>
      </w:r>
      <w:r>
        <w:rPr>
          <w:sz w:val="20"/>
        </w:rPr>
        <w:t>56:17  free will is understandable and the problems or misuse due to this free will can be explained.</w:t>
      </w:r>
      <w:r>
        <w:br/>
      </w:r>
      <w:r>
        <w:rPr>
          <w:sz w:val="20"/>
        </w:rPr>
        <w:t>56:25  but if god really existed then why does he causes natural calamities? doesnt god know that this would</w:t>
      </w:r>
      <w:r>
        <w:br/>
      </w:r>
      <w:r>
        <w:rPr>
          <w:sz w:val="20"/>
        </w:rPr>
        <w:t>56:33  kill so many people including the innocent children? maulana please give your comment on this.</w:t>
      </w:r>
      <w:r>
        <w:br/>
      </w:r>
      <w:r>
        <w:rPr>
          <w:sz w:val="20"/>
        </w:rPr>
        <w:t>56:40  mein is ko achi tarah se pakar nahi.</w:t>
      </w:r>
      <w:r>
        <w:br/>
      </w:r>
      <w:r>
        <w:rPr>
          <w:sz w:val="20"/>
        </w:rPr>
        <w:t>56:45  kya sawal hai un ka? maulana woh just just ka ek sawal.</w:t>
      </w:r>
      <w:r>
        <w:br/>
      </w:r>
      <w:r>
        <w:rPr>
          <w:sz w:val="20"/>
        </w:rPr>
        <w:t>56:51  just maulana jo samajh aa raha hai woh yeh ke if god really existed then why does he</w:t>
      </w:r>
      <w:r>
        <w:br/>
      </w:r>
      <w:r>
        <w:rPr>
          <w:sz w:val="20"/>
        </w:rPr>
        <w:t>56:56  kaiziz so much of natural calamities? kyunke is se boht logon ki mout ho jati hai including innocent bachay.</w:t>
      </w:r>
      <w:r>
        <w:br/>
      </w:r>
      <w:r>
        <w:rPr>
          <w:sz w:val="20"/>
        </w:rPr>
        <w:t>57:01  to why why? wahi dekhen ye inhone hamari literature padhani hai.</w:t>
      </w:r>
      <w:r>
        <w:br/>
      </w:r>
      <w:r>
        <w:rPr>
          <w:sz w:val="20"/>
        </w:rPr>
        <w:t>57:06  jis cheez ko natural calamity kehte hain wo calamity nahi hai.</w:t>
      </w:r>
      <w:r>
        <w:br/>
      </w:r>
      <w:r>
        <w:rPr>
          <w:sz w:val="20"/>
        </w:rPr>
        <w:t>57:11  wo to insan ki training course hai.</w:t>
      </w:r>
      <w:r>
        <w:br/>
      </w:r>
      <w:r>
        <w:rPr>
          <w:sz w:val="20"/>
        </w:rPr>
        <w:t>57:16  agar ye sab na ho to insan trained na ho.</w:t>
      </w:r>
      <w:r>
        <w:br/>
      </w:r>
      <w:r>
        <w:rPr>
          <w:sz w:val="20"/>
        </w:rPr>
        <w:t>57:20  insan trained na ho.</w:t>
      </w:r>
      <w:r>
        <w:br/>
      </w:r>
      <w:r>
        <w:rPr>
          <w:sz w:val="20"/>
        </w:rPr>
        <w:t>57:25  is pe hum ne likha hai.</w:t>
      </w:r>
      <w:r>
        <w:br/>
      </w:r>
      <w:r>
        <w:rPr>
          <w:sz w:val="20"/>
        </w:rPr>
        <w:t>57:30  is ko aap parhen hain.</w:t>
      </w:r>
      <w:r>
        <w:br/>
      </w:r>
      <w:r>
        <w:rPr>
          <w:sz w:val="20"/>
        </w:rPr>
        <w:t>57:34  ye dunya mein ka tajurba hai ke yani ke shock se sab zyada insan mein change ata hai.</w:t>
      </w:r>
      <w:r>
        <w:br/>
      </w:r>
      <w:r>
        <w:rPr>
          <w:sz w:val="20"/>
        </w:rPr>
        <w:t>57:39  agar shock na ho to sab insan enable ho jaye.</w:t>
      </w:r>
      <w:r>
        <w:br/>
      </w:r>
      <w:r>
        <w:rPr>
          <w:sz w:val="20"/>
        </w:rPr>
        <w:t>57:44  isi liye kaha jata hai blessing in disguise.</w:t>
      </w:r>
      <w:r>
        <w:br/>
      </w:r>
      <w:r>
        <w:rPr>
          <w:sz w:val="20"/>
        </w:rPr>
        <w:t>57:49  blessing in disguise.</w:t>
      </w:r>
      <w:r>
        <w:br/>
      </w:r>
      <w:r>
        <w:rPr>
          <w:sz w:val="20"/>
        </w:rPr>
        <w:t>57:54  to agar aap yani Allah taala insan ko chahte hain ke is ka spiritual development ho, intellectual development</w:t>
      </w:r>
      <w:r>
        <w:br/>
      </w:r>
      <w:r>
        <w:rPr>
          <w:sz w:val="20"/>
        </w:rPr>
        <w:t>57:59  ho, personality development ho, wo kaise hoga? agar shock na ho, agar problem na ho, agar difficulties na</w:t>
      </w:r>
      <w:r>
        <w:br/>
      </w:r>
      <w:r>
        <w:rPr>
          <w:sz w:val="20"/>
        </w:rPr>
        <w:t>58:04  hon to sare insan enable ho jayenge.</w:t>
      </w:r>
      <w:r>
        <w:br/>
      </w:r>
      <w:r>
        <w:rPr>
          <w:sz w:val="20"/>
        </w:rPr>
        <w:t>58:09  kisi ne boht sahi kaha hai ke is that</w:t>
      </w:r>
      <w:r>
        <w:br/>
      </w:r>
      <w:r>
        <w:rPr>
          <w:sz w:val="20"/>
        </w:rPr>
        <w:t>58:14  to phir kyun kai ayaton mein yeh aaya hai ke ke khuda ghussa ho gaya ya khuda surprised hai? kyunke khuda sab janta hai to phir why god is being mentioned as surprised or angry? is ka door ya qareeb se kya taluq hai? kya matlab hai? Maulana woh yeh janna cha rahe hain ke Quran mein jo ayat hai ke khuda jugular vein se bhi close hai to is lehaz se khuda har action har thought ko janta hai.</w:t>
      </w:r>
      <w:r>
        <w:br/>
      </w:r>
      <w:r>
        <w:rPr>
          <w:sz w:val="20"/>
        </w:rPr>
        <w:t>58:44  thi.</w:t>
      </w:r>
      <w:r>
        <w:br/>
      </w:r>
      <w:r>
        <w:rPr>
          <w:sz w:val="20"/>
        </w:rPr>
        <w:t>58:49  aur wo India mein itna bara darja mila un ko.</w:t>
      </w:r>
      <w:r>
        <w:br/>
      </w:r>
      <w:r>
        <w:rPr>
          <w:sz w:val="20"/>
        </w:rPr>
        <w:t>58:53  constitution of India ke me'maar ban gaye.</w:t>
      </w:r>
      <w:r>
        <w:br/>
      </w:r>
      <w:r>
        <w:rPr>
          <w:sz w:val="20"/>
        </w:rPr>
        <w:t>58:58  Dr. Abdul Kalam bilkul poor family paida hui.</w:t>
      </w:r>
      <w:r>
        <w:br/>
      </w:r>
      <w:r>
        <w:rPr>
          <w:sz w:val="20"/>
        </w:rPr>
        <w:t>59:03  to dekhiye ye insan ka jo nature hai wo difficulties mein ubharta hai.</w:t>
      </w:r>
      <w:r>
        <w:br/>
      </w:r>
      <w:r>
        <w:rPr>
          <w:sz w:val="20"/>
        </w:rPr>
        <w:t>59:08  difficulties na ho to ubhrega bhi nahi.</w:t>
      </w:r>
      <w:r>
        <w:br/>
      </w:r>
      <w:r>
        <w:rPr>
          <w:sz w:val="20"/>
        </w:rPr>
        <w:t>59:13  boht hi sahi hai qaul hai ke is not is but effort not facility but difficulty that makes man.</w:t>
      </w:r>
    </w:p>
    <w:p>
      <w:pPr>
        <w:pStyle w:val="Heading2"/>
      </w:pPr>
      <w:r>
        <w:t>Why God Allows Children Born Blind</w:t>
      </w:r>
    </w:p>
    <w:p>
      <w:r>
        <w:rPr>
          <w:color w:val="666666"/>
          <w:sz w:val="18"/>
        </w:rPr>
        <w:t>Faith &amp; God · The Power of Remembering God Often September 26, 2010 · 1m 23s · at 1:23:31 · https://youtu.be/GMmwEr7Wt80?t=5011</w:t>
      </w:r>
    </w:p>
    <w:p>
      <w:r>
        <w:rPr>
          <w:i/>
        </w:rPr>
        <w:t>“Why did God let a child be born blind?”</w:t>
      </w:r>
    </w:p>
    <w:p>
      <w:r>
        <w:rPr>
          <w:sz w:val="20"/>
        </w:rPr>
        <w:t>1:23:31  !" dekhiye, yeh hazrat umar ka qissa hai, yeh yeh hazrat umar ka qissa hai. maulana, agla sawal kya hai? mister gps barbar ne unhon ne likha hai ke "why did god let a child be born blind?" dekhen, yeh sawal itna saada nahi hai.</w:t>
      </w:r>
      <w:r>
        <w:br/>
      </w:r>
      <w:r>
        <w:rPr>
          <w:sz w:val="20"/>
        </w:rPr>
        <w:t>1:23:51  haqeeqat yeh hai ke khuda kisi ko blind paida nahi karta. insaan ki mukhtalif kamzoriyon se aisa baatein paish aati hain</w:t>
      </w:r>
      <w:r>
        <w:br/>
      </w:r>
      <w:r>
        <w:rPr>
          <w:sz w:val="20"/>
        </w:rPr>
        <w:t>1:23:59  ke baap ki kamzori ki, maa ki kamzori,</w:t>
      </w:r>
      <w:r>
        <w:br/>
      </w:r>
      <w:r>
        <w:rPr>
          <w:sz w:val="20"/>
        </w:rPr>
        <w:t>1:24:05  mukhtalif qism ki ghaltiyan ya kamzoriyan jo plan karte hain, us ki wajah se aisa hota hai. to khuda ne jab azaadi di hai to azaadi ke bawajood kya aisa kar sakta hai khuda ke azaadi ki misuse ko rok de?</w:t>
      </w:r>
      <w:r>
        <w:br/>
      </w:r>
      <w:r>
        <w:rPr>
          <w:sz w:val="20"/>
        </w:rPr>
        <w:t>1:24:18  woh aisa nahi ho sakta hai. is azaadi ki price deni padegi.</w:t>
      </w:r>
      <w:r>
        <w:br/>
      </w:r>
      <w:r>
        <w:rPr>
          <w:sz w:val="20"/>
        </w:rPr>
        <w:t>1:24:26  to woh jo mukhtalif qism ki jo suffering hoti hai duniya mein, aisa nahi ke khuda ne daal rakha hai. is ko insaan misuse karta hai apni freedom ko.</w:t>
      </w:r>
      <w:r>
        <w:br/>
      </w:r>
      <w:r>
        <w:rPr>
          <w:sz w:val="20"/>
        </w:rPr>
        <w:t>1:24:35  is misuse karne ki wajah se mukhtalif qism ki suffering paish aati hain. aisa hota hai. to bajaye is ke ke log khuda ko ilzam dein, insaanon ko samjhana chahiye ke tum aise raho,</w:t>
      </w:r>
      <w:r>
        <w:br/>
      </w:r>
      <w:r>
        <w:rPr>
          <w:sz w:val="20"/>
        </w:rPr>
        <w:t>1:24:49  is tareeqe se zindagi guzaro, tumhara life is tarah aisa hona chahiye</w:t>
      </w:r>
    </w:p>
    <w:p>
      <w:pPr>
        <w:pStyle w:val="Heading2"/>
      </w:pPr>
      <w:r>
        <w:t>Why God Tests Man When He Knows Result</w:t>
      </w:r>
    </w:p>
    <w:p>
      <w:r>
        <w:rPr>
          <w:color w:val="666666"/>
          <w:sz w:val="18"/>
        </w:rPr>
        <w:t>Faith &amp; God · Natural Warning April 17, 2016 · 1m 12s · at 47:51 · https://youtu.be/fSNOpwgzcss?t=2871</w:t>
      </w:r>
    </w:p>
    <w:p>
      <w:r>
        <w:rPr>
          <w:i/>
        </w:rPr>
        <w:t>“I could never understand why God tests a man when he is already aware of his response. A test is conducted when the ability of someone is not known, but God is already aware of everything beforehand. Kindly clear this doubt of mine.”</w:t>
      </w:r>
    </w:p>
    <w:p>
      <w:r>
        <w:rPr>
          <w:sz w:val="20"/>
        </w:rPr>
        <w:t>47:51  Maulana, agla sawal Saeed Anwar sahib ne kiya hai, unhone likha hai ke I could never understand that why God tests a man when he is already aware of his response.</w:t>
      </w:r>
      <w:r>
        <w:br/>
      </w:r>
      <w:r>
        <w:rPr>
          <w:sz w:val="20"/>
        </w:rPr>
        <w:t>48:04  A test is conducted when the ability of someone is not known, but God is already aware of everything beforehand.</w:t>
      </w:r>
      <w:r>
        <w:br/>
      </w:r>
      <w:r>
        <w:rPr>
          <w:sz w:val="20"/>
        </w:rPr>
        <w:t>48:13  Maulana sahib, kindly clear this doubt of mine. Dekhiye, test log samajhte hain ke literal maani mein lete hain. Test ka matlab hai ke personality development, aise haalaat mein daalna hai insaan ko ke andar woh us ko challenge pesh aaye, challenge ko saamna karte hue us ke andar development ho.</w:t>
      </w:r>
      <w:r>
        <w:br/>
      </w:r>
      <w:r>
        <w:rPr>
          <w:sz w:val="20"/>
        </w:rPr>
        <w:t>48:40  Test jo hai, apne aap ko develop karne ka naam hai. Personality development baghair test ke nahi hota.</w:t>
      </w:r>
      <w:r>
        <w:br/>
      </w:r>
      <w:r>
        <w:rPr>
          <w:sz w:val="20"/>
        </w:rPr>
        <w:t>48:49  Test ke maani challenge, test ke maani challenge, aise challenges ke darmiyan aap ko jeena padta hai, jis ko face karte hue aap ko tarah tarah ke tajurbaat guzarte hain.</w:t>
      </w:r>
    </w:p>
    <w:p>
      <w:pPr>
        <w:pStyle w:val="Heading2"/>
      </w:pPr>
      <w:r>
        <w:t>Why God preserved Quran but not other scriptures?</w:t>
      </w:r>
    </w:p>
    <w:p>
      <w:r>
        <w:rPr>
          <w:color w:val="666666"/>
          <w:sz w:val="18"/>
        </w:rPr>
        <w:t>Faith &amp; God · Preservation of The Quran 10 Oct 2021 - Prof. Farida Khanam · 3m 37s · at 32:42 · https://youtu.be/JCdmm6oays8?t=1962</w:t>
      </w:r>
    </w:p>
    <w:p>
      <w:r>
        <w:rPr>
          <w:i/>
        </w:rPr>
        <w:t>“Why did God take responsibility for the preservation of the Quran while other books of revelation were left to be preserved by its followers? What is the reason behind it?”</w:t>
      </w:r>
    </w:p>
    <w:p>
      <w:r>
        <w:rPr>
          <w:sz w:val="20"/>
        </w:rPr>
        <w:t>32:42  irfan khan sahib ne hyderabad se likha hai: "very valuable information." jazak Allah! apa, kuch sawal lena chahunga.</w:t>
      </w:r>
      <w:r>
        <w:br/>
      </w:r>
      <w:r>
        <w:rPr>
          <w:sz w:val="20"/>
        </w:rPr>
        <w:t>32:51  yeh sawal merit se aaya hai, miss zeba ne kiya hai aur unhon ne poocha hai: "why did god take responsibility for the preservation of the quran while other books of revelations were left to be preserved by its followers?</w:t>
      </w:r>
      <w:r>
        <w:br/>
      </w:r>
      <w:r>
        <w:rPr>
          <w:sz w:val="20"/>
        </w:rPr>
        <w:t>33:09  what is the reason behind it?" asal mein Allah taala chahte hain aik to test ka parda baqi rahe, doosre yeh ke insaan ko is ka reward milay.</w:t>
      </w:r>
      <w:r>
        <w:br/>
      </w:r>
      <w:r>
        <w:rPr>
          <w:sz w:val="20"/>
        </w:rPr>
        <w:t>33:25  jab insaan is ki hifazat karta to us ko is ka reward bohat bara reward milta. to Allah taala chahte hain ke insaan ko har mauqa diya jaye us ko aik rewardable act banane ke liye.</w:t>
      </w:r>
      <w:r>
        <w:br/>
      </w:r>
      <w:r>
        <w:rPr>
          <w:sz w:val="20"/>
        </w:rPr>
        <w:t>33:39  to Allah ne poori koshish ki, hazaron peghamabar bheje, lekin lekin insaan jo hai woh preserve nahi kar saka.</w:t>
      </w:r>
      <w:r>
        <w:br/>
      </w:r>
      <w:r>
        <w:rPr>
          <w:sz w:val="20"/>
        </w:rPr>
        <w:t>33:51  to phir Allah ne socha ke aik aakhri peghamabar bhej diya jaye, kyunke dekhein jab peghamabar aata tha aur peghamabar ki baat log nahi mante the, us ko humiliate karte the, us ko reject karte the, us ko phansi pe charhate the, to Allah taala ka ghazab bhadakta tha aur azab aata tha.</w:t>
      </w:r>
      <w:r>
        <w:br/>
      </w:r>
      <w:r>
        <w:rPr>
          <w:sz w:val="20"/>
        </w:rPr>
        <w:t>34:12  is ki wajah se kya hota tha ke jo civilization banni thi yahan par, woh musalsal is ka khatma ho jata. aik qaum hoti hai, mehnat karti hai, so baras ke baad kuch taraqqi aur development ke kaam hote hain, phir azab aata tha, khatam ho jata tha.</w:t>
      </w:r>
      <w:r>
        <w:br/>
      </w:r>
      <w:r>
        <w:rPr>
          <w:sz w:val="20"/>
        </w:rPr>
        <w:t>34:29  to Allah taala ne chaha ke aik aik civilization bane, kyunke tamam jo cheezein Allah ne is dunya mein rakhi hain, is ki discoveries karne se, us ko istemal karne se hum ko khuda ki marifat hoti hai.</w:t>
      </w:r>
      <w:r>
        <w:br/>
      </w:r>
      <w:r>
        <w:rPr>
          <w:sz w:val="20"/>
        </w:rPr>
        <w:t>34:43  to marifat ka mauqa hi nahi mil raha tha, kyunke kuch kaam ho hi nahi raha tha. to Allah taala ne yeh plan banaya ke aik aakhri peghamabar bhej diya jaye aur us ki kitab mehfooz kar diya jaye taake yeh jo tha azab aane wala silsila khatam ho jaye.</w:t>
      </w:r>
      <w:r>
        <w:br/>
      </w:r>
      <w:r>
        <w:rPr>
          <w:sz w:val="20"/>
        </w:rPr>
        <w:t>35:00  is ke baad se dekhein, koi aisa azab nahi aaya jis se tamam log destroy ho jayein, poori civilization destroy ho jaye, jaise hazrat nooh ke zamane mein hua.</w:t>
      </w:r>
      <w:r>
        <w:br/>
      </w:r>
      <w:r>
        <w:rPr>
          <w:sz w:val="20"/>
        </w:rPr>
        <w:t>35:11  flood se poori dunya jo abad dunya thi, woh destroy ho gayi. to yeh Allah taala ki rehmat thi. Allah ne dekha ke jab insaan yeh kaam nahi kar sake ga to Allah taala ne hifazat apne zimme le li aur is ke baad insaan ko mauqa mil gaya.</w:t>
      </w:r>
      <w:r>
        <w:br/>
      </w:r>
      <w:r>
        <w:rPr>
          <w:sz w:val="20"/>
        </w:rPr>
        <w:t>35:27  bohat bar insaan aur is par khuda ke rastay par nahi chalta hai, ab woh matan mein kuch nahi kar saka to tafsir mein karne laga, lekin phir bhi Allah taala ne mehlat di hui hai.</w:t>
      </w:r>
      <w:r>
        <w:br/>
      </w:r>
      <w:r>
        <w:rPr>
          <w:sz w:val="20"/>
        </w:rPr>
        <w:t>35:39  ab aakhri bar Allah taala qayamat hi mein pakrein ge insaan ko. dunya mein us ko mehlat mili hui hai ke woh khuda ki kitab par chalta hai ya nahi chalta hai.</w:t>
      </w:r>
      <w:r>
        <w:br/>
      </w:r>
      <w:r>
        <w:rPr>
          <w:sz w:val="20"/>
        </w:rPr>
        <w:t>35:49  woh aik us ko ijazat mili hui hai. to isi liye Allah taala ne is ki hifazat apne zimme le li.</w:t>
      </w:r>
      <w:r>
        <w:br/>
      </w:r>
      <w:r>
        <w:rPr>
          <w:sz w:val="20"/>
        </w:rPr>
        <w:t>36:03  mis sufia akhtar ne comment bheja hai. unhon ne location hi likhi hai. un ka comment hai: "quran ki hifazat ka pura safar sunne ke baad allah ki azmat ka shadeed ehsas hua." jazak allah khair, apa</w:t>
      </w:r>
    </w:p>
    <w:p>
      <w:pPr>
        <w:pStyle w:val="Heading2"/>
      </w:pPr>
      <w:r>
        <w:t>Why God sends creation to hellfire</w:t>
      </w:r>
    </w:p>
    <w:p>
      <w:r>
        <w:rPr>
          <w:color w:val="666666"/>
          <w:sz w:val="18"/>
        </w:rPr>
        <w:t>Faith &amp; God · How God Manages Human History December 23, 2018 · 2m 24s · at 1:06:50 · https://youtu.be/j_yxigrCl5U?t=4010</w:t>
      </w:r>
    </w:p>
    <w:p>
      <w:r>
        <w:rPr>
          <w:i/>
        </w:rPr>
        <w:t>“If God loves us, why would He put His own creation to hellfire in the hereafter? Please tell us how to address such a question rationally.”</w:t>
      </w:r>
    </w:p>
    <w:p>
      <w:r>
        <w:rPr>
          <w:sz w:val="20"/>
        </w:rPr>
        <w:t>1:06:50  ji maulana, agla sawal Zubair Iqbal sahab ne likha hai Ahmedabad se. Unhone likha hai ke: "Maulana, lot of my atheist friends ask me that if God loves us, then why He would put His own creation to hellfire in the hereafter?</w:t>
      </w:r>
      <w:r>
        <w:br/>
      </w:r>
      <w:r>
        <w:rPr>
          <w:sz w:val="20"/>
        </w:rPr>
        <w:t>1:07:09  please tell us how to address such a question rationally."</w:t>
      </w:r>
      <w:r>
        <w:br/>
      </w:r>
      <w:r>
        <w:rPr>
          <w:sz w:val="20"/>
        </w:rPr>
        <w:t>1:07:16  dekhiye, jo akhirat ka jo anjam hai, chahe jannat ho ya dozakh ho, woh apne aamal hi ko bhukta hai ek aadmi.</w:t>
      </w:r>
      <w:r>
        <w:br/>
      </w:r>
      <w:r>
        <w:rPr>
          <w:sz w:val="20"/>
        </w:rPr>
        <w:t>1:07:28  ya aap samajh lijiye, is ki baat ko. jahannam bhi apne aamal ko bhugtana hai aur jannat bhi apne aamal ko pana hai.</w:t>
      </w:r>
      <w:r>
        <w:br/>
      </w:r>
      <w:r>
        <w:rPr>
          <w:sz w:val="20"/>
        </w:rPr>
        <w:t>1:07:40  donon apne aamal ka aamal hain, donon ke donon.</w:t>
      </w:r>
      <w:r>
        <w:br/>
      </w:r>
      <w:r>
        <w:rPr>
          <w:sz w:val="20"/>
        </w:rPr>
        <w:t>1:07:48  is par to hum ne likha hai, aap agar aap padh lein, hamari jo kitab hai, woh narah jahannam aur bagh jannat, do kitab choti choti hain, woh narah jahannam aur bagh jannat.</w:t>
      </w:r>
      <w:r>
        <w:br/>
      </w:r>
      <w:r>
        <w:rPr>
          <w:sz w:val="20"/>
        </w:rPr>
        <w:t>1:08:08  maulana, jo hadith mein hai, woh hadith bataiye un logon ko. inma aamalukum turdu ilaykum, is ka hawala bataiye.</w:t>
      </w:r>
      <w:r>
        <w:br/>
      </w:r>
      <w:r>
        <w:rPr>
          <w:sz w:val="20"/>
        </w:rPr>
        <w:t>1:08:19  inma aamalukum turdu ilaykum, ya ibadi, inma aamalukum turdu ilaykum.</w:t>
      </w:r>
      <w:r>
        <w:br/>
      </w:r>
      <w:r>
        <w:rPr>
          <w:sz w:val="20"/>
        </w:rPr>
        <w:t>1:08:34  hilyat ul awliya, safha number 144, jild number panch. aye bande, yeh tumhare aamal hain jo tumhari taraf lotaye jayenge.</w:t>
      </w:r>
      <w:r>
        <w:br/>
      </w:r>
      <w:r>
        <w:rPr>
          <w:sz w:val="20"/>
        </w:rPr>
        <w:t>1:08:45  to jo is mein khair ko paya hai, to is par woh meri hamd kare aur jo is ke ilawa paya hai, to woh apne aap ko malamat kare.</w:t>
      </w:r>
      <w:r>
        <w:br/>
      </w:r>
      <w:r>
        <w:rPr>
          <w:sz w:val="20"/>
        </w:rPr>
        <w:t>1:08:57  yani jannat bhi aap hi ka amal hoga aur jahannam bhi insan ka amal hoga. yeh hadith se sabit hota hai.</w:t>
      </w:r>
    </w:p>
    <w:p>
      <w:pPr>
        <w:pStyle w:val="Heading2"/>
      </w:pPr>
      <w:r>
        <w:t>Why God wants people to discover Him</w:t>
      </w:r>
    </w:p>
    <w:p>
      <w:r>
        <w:rPr>
          <w:color w:val="666666"/>
          <w:sz w:val="18"/>
        </w:rPr>
        <w:t>Faith &amp; God · The Existence of God July 23, 2017 Maulana Wahiduddin Khan · 1m 04s · at 49:57 · https://youtu.be/shLM_JhG3iE?t=2997</w:t>
      </w:r>
    </w:p>
    <w:p>
      <w:r>
        <w:rPr>
          <w:i/>
        </w:rPr>
        <w:t>“Man wants to experience his creator in the physical world, but as per Quran, God wants to keep Himself unseen and He wants man to discover Him. Please explain, what is the reason as to why God wants people to discover Him?”</w:t>
      </w:r>
    </w:p>
    <w:p>
      <w:r>
        <w:rPr>
          <w:sz w:val="20"/>
        </w:rPr>
        <w:t>49:57  Maulana, agla sawal kolkata se aftab alam sahib ne bheja hai. unhon ne likha hai: "Man wants to experience his creator in the physical world, but as per Quran, God wants to keep Himself unseen and He wants man to discover Him.</w:t>
      </w:r>
      <w:r>
        <w:br/>
      </w:r>
      <w:r>
        <w:rPr>
          <w:sz w:val="20"/>
        </w:rPr>
        <w:t>50:18  Please explain, Maulana Sahib, what is the reason as to why God wants people to discover Him?" is liye ke khuda aap ko zyada bara reward dena chahta hai,</w:t>
      </w:r>
      <w:r>
        <w:br/>
      </w:r>
      <w:r>
        <w:rPr>
          <w:sz w:val="20"/>
        </w:rPr>
        <w:t>50:35  bara reward ke agar aaj insaan under compulsion ibadat kare to woh rewardable hai, lekin bohat chhota reward milega is par.</w:t>
      </w:r>
      <w:r>
        <w:br/>
      </w:r>
      <w:r>
        <w:rPr>
          <w:sz w:val="20"/>
        </w:rPr>
        <w:t>50:47  lekin aap ghor kijiye ke woh insaan jo as a matter of fact khuda ko jaane aur is par ibaadat kare, haalankeh is ne kabhi dekha nahi, to to bohat hi bari cheez hai.</w:t>
      </w:r>
    </w:p>
    <w:p>
      <w:pPr>
        <w:pStyle w:val="Heading2"/>
      </w:pPr>
      <w:r>
        <w:t>Why Humans Sin Despite Knowing God</w:t>
      </w:r>
    </w:p>
    <w:p>
      <w:r>
        <w:rPr>
          <w:color w:val="666666"/>
          <w:sz w:val="18"/>
        </w:rPr>
        <w:t>Faith &amp; God · Nation Building On India's Republic Day Jan 26, 2020 Maulana Wahiduddin Khan · 2m 45s · at 35:03 · https://youtu.be/58CVocbLAb8?t=2103</w:t>
      </w:r>
    </w:p>
    <w:p>
      <w:r>
        <w:rPr>
          <w:i/>
        </w:rPr>
        <w:t>“Maulana, why does man commit sin? We know about the afterlife and God, but still we commit sin. Why does this happen?”</w:t>
      </w:r>
    </w:p>
    <w:p>
      <w:r>
        <w:rPr>
          <w:sz w:val="20"/>
        </w:rPr>
        <w:t>35:03  maulana agla sawal asad parvez sahab ne kiya hai san francisco se. unho ne aap se poocha hai ke maulana insan gunah kyun karta hai?</w:t>
      </w:r>
      <w:r>
        <w:br/>
      </w:r>
      <w:r>
        <w:rPr>
          <w:sz w:val="20"/>
        </w:rPr>
        <w:t>35:15  humain akhirat aur khuda ka pata hai lekin phir bhi hum gunah karte hain. aisa kyun hota hai? dekhen gunah ko aap na trump dijiye.</w:t>
      </w:r>
      <w:r>
        <w:br/>
      </w:r>
      <w:r>
        <w:rPr>
          <w:sz w:val="20"/>
        </w:rPr>
        <w:t>35:31  allah taala ne, dekhen main aap ko ek qissa batata hoon. ek martaba main gaya ek zoo mein, zoo mein.</w:t>
      </w:r>
      <w:r>
        <w:br/>
      </w:r>
      <w:r>
        <w:rPr>
          <w:sz w:val="20"/>
        </w:rPr>
        <w:t>35:46  to wahan ka jo director tha woh mujh ko janta tha. to main jab zoo mein dekhne ke liye nikla to mere sath ho gaya woh.</w:t>
      </w:r>
      <w:r>
        <w:br/>
      </w:r>
      <w:r>
        <w:rPr>
          <w:sz w:val="20"/>
        </w:rPr>
        <w:t>35:59  to hum log ek jagah pahunche jahan ek enclosure tha, enclosure, gehra, gehra. to us mein hiran thay, deer, d e e r,</w:t>
      </w:r>
      <w:r>
        <w:br/>
      </w:r>
      <w:r>
        <w:rPr>
          <w:sz w:val="20"/>
        </w:rPr>
        <w:t>36:14  hiran.</w:t>
      </w:r>
      <w:r>
        <w:br/>
      </w:r>
      <w:r>
        <w:rPr>
          <w:sz w:val="20"/>
        </w:rPr>
        <w:t>36:18  to us ne kaha ke dekhen yeh jo hiran hain,</w:t>
      </w:r>
      <w:r>
        <w:br/>
      </w:r>
      <w:r>
        <w:rPr>
          <w:sz w:val="20"/>
        </w:rPr>
        <w:t>36:23  in ka in ke liye ek enclosure banaya gaya hai in ke rehne ke liye. kyunke kabhi kabhi hum is mein bhediya dalte hain na, bhediya,</w:t>
      </w:r>
      <w:r>
        <w:br/>
      </w:r>
      <w:r>
        <w:rPr>
          <w:sz w:val="20"/>
        </w:rPr>
        <w:t>36:38  wolf. to us ne kaha is liye ke hiran jo hain, deer, agar aise rehte hain to apni fertility khatam ho jati hai in ki.</w:t>
      </w:r>
      <w:r>
        <w:br/>
      </w:r>
      <w:r>
        <w:rPr>
          <w:sz w:val="20"/>
        </w:rPr>
        <w:t>36:52  zar khezai khatam ho jati hai. woh fertile nahi rehte. to hum use dalte hain, bhediya, taake woh dauren, khauf mein aa jayen, dauren, dauren.</w:t>
      </w:r>
      <w:r>
        <w:br/>
      </w:r>
      <w:r>
        <w:rPr>
          <w:sz w:val="20"/>
        </w:rPr>
        <w:t>37:08  to yeh hai sab se bari taraqqi ka raaz jo hai activity hai.</w:t>
      </w:r>
      <w:r>
        <w:br/>
      </w:r>
      <w:r>
        <w:rPr>
          <w:sz w:val="20"/>
        </w:rPr>
        <w:t>37:17  to quran mein yeh mujhe mila ke peaceful struggle yeh mere nature, nature ne is ko pakra is baat ko.</w:t>
      </w:r>
      <w:r>
        <w:br/>
      </w:r>
      <w:r>
        <w:rPr>
          <w:sz w:val="20"/>
        </w:rPr>
        <w:t>37:32  to har cheez mein main positive aspect dhoondta hoon. har cheez mein main positive aspect, inshallah.</w:t>
      </w:r>
    </w:p>
    <w:p>
      <w:pPr>
        <w:pStyle w:val="Heading2"/>
      </w:pPr>
      <w:r>
        <w:t>Why Intelligent and Wealthy Avoid Islam</w:t>
      </w:r>
    </w:p>
    <w:p>
      <w:r>
        <w:rPr>
          <w:color w:val="666666"/>
          <w:sz w:val="18"/>
        </w:rPr>
        <w:t>Faith &amp; God · Q&amp;A 04 Mar 2012 Maulana Wahiduddin Khan · 3m 09s · at 24:37 · https://youtu.be/txRmutuvWQI?t=1477</w:t>
      </w:r>
    </w:p>
    <w:p>
      <w:r>
        <w:rPr>
          <w:i/>
        </w:rPr>
        <w:t>“Why do the intelligent class, the wealthy, and the famous not turn to Islam? Does Islam not appear to them at their intellectual level, or are they unaware of God's creation plan?”</w:t>
      </w:r>
    </w:p>
    <w:p>
      <w:r>
        <w:rPr>
          <w:sz w:val="20"/>
        </w:rPr>
        <w:t>24:37  maulana, agla sawal Karachi Pakistan se miss samia latif ka hai. unhon ne poocha hai: "aaj logon mein jo zeheen tabqa hai, ya woh log jin ke paas maal aur daulat hai,</w:t>
      </w:r>
      <w:r>
        <w:br/>
      </w:r>
      <w:r>
        <w:rPr>
          <w:sz w:val="20"/>
        </w:rPr>
        <w:t>24:53  ya woh log jo uhda ya shohrat paye hue hain, maulana sahib, is qism ke log deen Islam ki satah, deen Islam ki taraf rukh kyun nahi karte?</w:t>
      </w:r>
      <w:r>
        <w:br/>
      </w:r>
      <w:r>
        <w:rPr>
          <w:sz w:val="20"/>
        </w:rPr>
        <w:t>25:05  kya deen Islam in ko apne zehni satah ke mutabiq nazar nahi aata, ya woh khud, ya woh Khuda ke creation plan se nawaqif hain?</w:t>
      </w:r>
      <w:r>
        <w:br/>
      </w:r>
      <w:r>
        <w:rPr>
          <w:sz w:val="20"/>
        </w:rPr>
        <w:t>25:16  is ke baray mein batayen."</w:t>
      </w:r>
      <w:r>
        <w:br/>
      </w:r>
      <w:r>
        <w:rPr>
          <w:sz w:val="20"/>
        </w:rPr>
        <w:t>25:21  dekhiye, is ke do pehlu hain. aik yeh hai ke un ka mutawajjah na hona deen ki taraf, yeh un ki ghalati hai.</w:t>
      </w:r>
      <w:r>
        <w:br/>
      </w:r>
      <w:r>
        <w:rPr>
          <w:sz w:val="20"/>
        </w:rPr>
        <w:t>25:34  aur bilashuba har ghalati par insan pakra jayega,</w:t>
      </w:r>
      <w:r>
        <w:br/>
      </w:r>
      <w:r>
        <w:rPr>
          <w:sz w:val="20"/>
        </w:rPr>
        <w:t>25:39  illa yeh ke woh toba kare. lekin doosra pehlu yeh hai ke hamare jo ulama hain, woh mukammal taur par nakaam sabit hue hain is mamle mein ke jadeed tabqe ke liye Islam ko is ke understandable andaaz mein pesh karen, jo un ka mind address kare.</w:t>
      </w:r>
      <w:r>
        <w:br/>
      </w:r>
      <w:r>
        <w:rPr>
          <w:sz w:val="20"/>
        </w:rPr>
        <w:t>25:56  is mein koi shaq nahi hai. to 50 feesad zimmedari un logon par hai jo zeheen aur taleem yafta hon, jo hain hain aur Islam se door ho rahe hain.</w:t>
      </w:r>
      <w:r>
        <w:br/>
      </w:r>
      <w:r>
        <w:rPr>
          <w:sz w:val="20"/>
        </w:rPr>
        <w:t>26:07  50 feesad un logon pe zimmedari hai jin ko ke unhein batana tha ke Islam kya hai,</w:t>
      </w:r>
      <w:r>
        <w:br/>
      </w:r>
      <w:r>
        <w:rPr>
          <w:sz w:val="20"/>
        </w:rPr>
        <w:t>26:14  jo madarson mein parhai aai ho, parhai parhai jati hai, isi liye parhai jati hai. log batayen, parh parh ke logon ko. lekin un ke paas fatway ki zuban hai sirf.</w:t>
      </w:r>
      <w:r>
        <w:br/>
      </w:r>
      <w:r>
        <w:rPr>
          <w:sz w:val="20"/>
        </w:rPr>
        <w:t>26:23  aaj kal fatwa activism bohat chala hua hai. fatwa activism Islam mein nahi hai, bilkul nahi hai. Islam mein naseehat activism hai.</w:t>
      </w:r>
      <w:r>
        <w:br/>
      </w:r>
      <w:r>
        <w:rPr>
          <w:sz w:val="20"/>
        </w:rPr>
        <w:t>26:34  aur naseehat ka tareeqa yeh hai ke kal fi anfus qaul baligha kaho un se, dil kaho un se baat is tareeqay se jo un ke mind ko address karne wali ho.</w:t>
      </w:r>
      <w:r>
        <w:br/>
      </w:r>
      <w:r>
        <w:rPr>
          <w:sz w:val="20"/>
        </w:rPr>
        <w:t>26:46  to kuch kar hi nahi raha koi shakhs.</w:t>
      </w:r>
      <w:r>
        <w:br/>
      </w:r>
      <w:r>
        <w:rPr>
          <w:sz w:val="20"/>
        </w:rPr>
        <w:t>26:51  jitne ulama hain, sab fatwa bazi ki zuban bol rahe hain.</w:t>
      </w:r>
      <w:r>
        <w:br/>
      </w:r>
      <w:r>
        <w:rPr>
          <w:sz w:val="20"/>
        </w:rPr>
        <w:t>26:59  to yeh mein samajhta hoon ke bohat ziyada sochana chahiye dono tabqe ko. ek tabqa agar is baat ka, yaani zimmedaar hai ke woh deen se phira hua hai, doosra tabqa is ka zimmedaar hai ke woh in logon ko,</w:t>
      </w:r>
      <w:r>
        <w:br/>
      </w:r>
      <w:r>
        <w:rPr>
          <w:sz w:val="20"/>
        </w:rPr>
        <w:t>27:17  in ko is is andaaz mein islam nahi pesh kar kar raha hai jo un ke mind ko address karay. is ke liye ulma ko tayyari karni chahiye. madarison mein jo taleem hoti hai, woh hargiz kaafi nahi hai ke aap yeh kaam kar saken.</w:t>
      </w:r>
      <w:r>
        <w:br/>
      </w:r>
      <w:r>
        <w:rPr>
          <w:sz w:val="20"/>
        </w:rPr>
        <w:t>27:29  hargiz nahi. aur mazeed in ko parh tayyar karna hai apne aap ko.</w:t>
      </w:r>
      <w:r>
        <w:br/>
      </w:r>
      <w:r>
        <w:rPr>
          <w:sz w:val="20"/>
        </w:rPr>
        <w:t>27:34  to mazeed koi tayyari karta nahi.</w:t>
      </w:r>
      <w:r>
        <w:br/>
      </w:r>
      <w:r>
        <w:rPr>
          <w:sz w:val="20"/>
        </w:rPr>
        <w:t>27:40  to behal yeh do tarafah zimmedari mere nazdeek hai.</w:t>
      </w:r>
    </w:p>
    <w:p>
      <w:pPr>
        <w:pStyle w:val="Heading2"/>
      </w:pPr>
      <w:r>
        <w:t>Why Islam is not a total system?</w:t>
      </w:r>
    </w:p>
    <w:p>
      <w:r>
        <w:rPr>
          <w:color w:val="666666"/>
          <w:sz w:val="18"/>
        </w:rPr>
        <w:t>Faith &amp; God · Prophetic Model February 16, 2014 · 1m 59s · at 1:00:45 · https://youtu.be/ypIIqSmExzk?t=3645</w:t>
      </w:r>
    </w:p>
    <w:p>
      <w:r>
        <w:rPr>
          <w:i/>
        </w:rPr>
        <w:t>“Maulana, in the Spirit of Islam of February 2014 issue, you have written that nowhere in Quran and Hadith do we find anything which suggests that Islam is a total system. I am not able to understand this statement. Kindly explain this.”</w:t>
      </w:r>
    </w:p>
    <w:p>
      <w:r>
        <w:rPr>
          <w:sz w:val="20"/>
        </w:rPr>
        <w:t>1:00:45  maulana agla sawal aaya hai kolkata se doctor roshan kumar jha ka. unhon ne likha hai: "maulana sahib in spirit of islam of february two thousand fourteen issue you have written that nowhere in quran and hadith do we find anything which suggests that islam is a total system.</w:t>
      </w:r>
      <w:r>
        <w:br/>
      </w:r>
      <w:r>
        <w:rPr>
          <w:sz w:val="20"/>
        </w:rPr>
        <w:t>1:01:09  i am not able to understand this statement</w:t>
      </w:r>
      <w:r>
        <w:br/>
      </w:r>
      <w:r>
        <w:rPr>
          <w:sz w:val="20"/>
        </w:rPr>
        <w:t>1:01:13  . kindly explain this."</w:t>
      </w:r>
      <w:r>
        <w:br/>
      </w:r>
      <w:r>
        <w:rPr>
          <w:sz w:val="20"/>
        </w:rPr>
        <w:t>1:01:20  ab yeh to bohat wazeh baat hai. meri samajh nahin aayi ke kyun aap samjhe nahin. is zamane mein kuch tehreekein uthein jaise arab mein ali khan al muslimoon aur sab continent mein jamaat islami.</w:t>
      </w:r>
      <w:r>
        <w:br/>
      </w:r>
      <w:r>
        <w:rPr>
          <w:sz w:val="20"/>
        </w:rPr>
        <w:t>1:01:34  woh kehte hain ke islam mukammal nizam hai. mukammal nizam ka matlab yeh hai ke is ko implement karna hai. to jaise hi aap ne maana islam ko foran zaroori hoga ke aap larein.</w:t>
      </w:r>
      <w:r>
        <w:br/>
      </w:r>
      <w:r>
        <w:rPr>
          <w:sz w:val="20"/>
        </w:rPr>
        <w:t>1:01:46  lad kar ke doosron ko be dakhal karein. yeh mukammal nizam ke matlab hain is ka is ka qanoon hai, siyasat hai, hukoomat hai waghera.</w:t>
      </w:r>
      <w:r>
        <w:br/>
      </w:r>
      <w:r>
        <w:rPr>
          <w:sz w:val="20"/>
        </w:rPr>
        <w:t>1:01:54  mukammal nizam ke taur par is ko implement karna hai. to ab jab aap is is tareeqe se lenge aur sochenge ke mujhe mukammal islam ko duniya mein qaim karna hai to aap dekhenge ke wahan to koi koi already koi baitha hua hai.</w:t>
      </w:r>
      <w:r>
        <w:br/>
      </w:r>
      <w:r>
        <w:rPr>
          <w:sz w:val="20"/>
        </w:rPr>
        <w:t>1:02:09  koi hukoomat hai wahan pe. koi rule kar raha hai woh. to foran hi aap kya kahenge is ko hatao. is se lado. to ladaai bhadaai ka mazhab ban jaata hai islam.</w:t>
      </w:r>
      <w:r>
        <w:br/>
      </w:r>
      <w:r>
        <w:rPr>
          <w:sz w:val="20"/>
        </w:rPr>
        <w:t>1:02:21  to islam mein kahin bhi yeh nahin bataya gaya ke islam mukammal nizam hai. yeh lafz kahin istemaal nahin hue.</w:t>
      </w:r>
      <w:r>
        <w:br/>
      </w:r>
      <w:r>
        <w:rPr>
          <w:sz w:val="20"/>
        </w:rPr>
        <w:t>1:02:30  yeh logon ne bana rakha hai khud se. yeh to bohat clear baat hai. is par bohat kitabein likhi hain hum ne. aap padh lijiye. is par to bohat tafseel se likh chuke hain hum.</w:t>
      </w:r>
    </w:p>
    <w:p>
      <w:pPr>
        <w:pStyle w:val="Heading2"/>
      </w:pPr>
      <w:r>
        <w:t>Why Islam seems rigid?</w:t>
      </w:r>
    </w:p>
    <w:p>
      <w:r>
        <w:rPr>
          <w:color w:val="666666"/>
          <w:sz w:val="18"/>
        </w:rPr>
        <w:t>Faith &amp; God · Islam in A New Age March 18, 2012 · 1m 55s · at 1:06:06 · https://youtu.be/P5hzq_NheY0?t=3966</w:t>
      </w:r>
    </w:p>
    <w:p>
      <w:r>
        <w:rPr>
          <w:i/>
        </w:rPr>
        <w:t>“Religion should be flexible. Islam is very rigid and has several rules with dos and don'ts. Why is this so?”</w:t>
      </w:r>
    </w:p>
    <w:p>
      <w:r>
        <w:rPr>
          <w:sz w:val="20"/>
        </w:rPr>
        <w:t>1:06:06  maulana, un ka ek aur sawal hai. unhon ne likha hai ke religion should be flexible. Islam is very rigid and has several rules with dos and don'ts.</w:t>
      </w:r>
      <w:r>
        <w:br/>
      </w:r>
      <w:r>
        <w:rPr>
          <w:sz w:val="20"/>
        </w:rPr>
        <w:t>1:06:17  why is this so? masla yeh nahin hai, yeh to aap ka apna criteria hai flexible. islam to yaqeenan poori tarah flexible hai.</w:t>
      </w:r>
      <w:r>
        <w:br/>
      </w:r>
      <w:r>
        <w:rPr>
          <w:sz w:val="20"/>
        </w:rPr>
        <w:t>1:06:27  lekin cheez yeh hai ke yeh woh logon ke khayalat hote hain jo religion ko, yaani dekhiye, religion ke do concept hain.</w:t>
      </w:r>
      <w:r>
        <w:br/>
      </w:r>
      <w:r>
        <w:rPr>
          <w:sz w:val="20"/>
        </w:rPr>
        <w:t>1:06:37  ek hai based on revelation, ek hai simply ek ek social phenomena.</w:t>
      </w:r>
      <w:r>
        <w:br/>
      </w:r>
      <w:r>
        <w:rPr>
          <w:sz w:val="20"/>
        </w:rPr>
        <w:t>1:06:47  to agar aap is mein phenomena ke taur par religion ko mante hain to aap jo chahen is mein shamil kar li jiye. lekin</w:t>
      </w:r>
      <w:r>
        <w:br/>
      </w:r>
      <w:r>
        <w:rPr>
          <w:sz w:val="20"/>
        </w:rPr>
        <w:t>1:06:53  woh religion jo revelation par base karta hai, to woh to yahi dekha ke dekha gaya text mein kya hai. jo text mein hai, wahi authentic hai. baqi yeh bilkul galat hai ke islam flexible nahin hai.</w:t>
      </w:r>
      <w:r>
        <w:br/>
      </w:r>
      <w:r>
        <w:rPr>
          <w:sz w:val="20"/>
        </w:rPr>
        <w:t>1:07:04  yeh musalman jo hain, in ko dekh kar aap rah bana rahe hain. to musalman ka naam islam nahin hai. islam aakhri had tak flexible hai. is ke baad flexible to koi bhi mazhab nahin hai, mere tajrube ke mutabiq.</w:t>
      </w:r>
      <w:r>
        <w:br/>
      </w:r>
      <w:r>
        <w:rPr>
          <w:sz w:val="20"/>
        </w:rPr>
        <w:t>1:07:17  dosre mazahib mein to bilkul hi nahin flexibility hai.</w:t>
      </w:r>
      <w:r>
        <w:br/>
      </w:r>
      <w:r>
        <w:rPr>
          <w:sz w:val="20"/>
        </w:rPr>
        <w:t>1:07:21  islam mein aakhri had tak flexibility hai. lekin yeh yeh cheez criteria nahin hai. criteria yeh hai ke aap ek ek social phenomena ke taur par mante hain mazhab ko ya us ko,</w:t>
      </w:r>
      <w:r>
        <w:br/>
      </w:r>
      <w:r>
        <w:rPr>
          <w:sz w:val="20"/>
        </w:rPr>
        <w:t>1:07:36  yaani revelation based mante hain. yeh yeh criteria hai. main manta hoon revelation based. to jo revelation mein jo cheez hai, wahi wahi authentic rahe</w:t>
      </w:r>
      <w:r>
        <w:br/>
      </w:r>
      <w:r>
        <w:rPr>
          <w:sz w:val="20"/>
        </w:rPr>
        <w:t>1:07:50  gi. baqi yeh flexible hai ya nahin hai, yeh to bilkul irrelevant baat hai. kyunke flexible to bohat hai islam. islam se zyada koi mazhab flexible nahin hai.</w:t>
      </w:r>
    </w:p>
    <w:p>
      <w:pPr>
        <w:pStyle w:val="Heading2"/>
      </w:pPr>
      <w:r>
        <w:t>Why Islam split into sects</w:t>
      </w:r>
    </w:p>
    <w:p>
      <w:r>
        <w:rPr>
          <w:color w:val="666666"/>
          <w:sz w:val="18"/>
        </w:rPr>
        <w:t>Faith &amp; God · Art of Crisis Management I 3 October, 2010 Maulana Wahiduddin Khan · 3m 42s · at 1:50:49 · https://youtu.be/mcJZ0YEOolk?t=6649</w:t>
      </w:r>
    </w:p>
    <w:p>
      <w:r>
        <w:rPr>
          <w:i/>
        </w:rPr>
        <w:t>“How did Islam split into four or five sects when, after the death of the Prophet of Islam, the Companions followed the path shown by the Prophet? In today's time, how can those Muslims who are远离 authentic hadith and practice innovation be stopped when they refuse to listen and say that nowadays many new hadiths are emerging that are false?”</w:t>
      </w:r>
    </w:p>
    <w:p>
      <w:r>
        <w:rPr>
          <w:sz w:val="20"/>
        </w:rPr>
        <w:t>1:50:49  maulana, yeh sawal miss mehrin ne kiya hai dilli se. unhone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 jab woh hamare baat manne se inkar karein aur yeh jawab dein ki aaj ke time mein bahut se nayi nayi hadithien nikal rahi hain jo ki galat hain?" iske bare mein bataein.</w:t>
      </w:r>
      <w:r>
        <w:br/>
      </w:r>
      <w:r>
        <w:rPr>
          <w:sz w:val="20"/>
        </w:rPr>
        <w:t>1:51:29  dekhein, yeh aap yeh yahan mein detail nahi bata sakta. meri ek kitaab hai, uska naam hai "tajdeed-e-deen". ismein aap iski tafseel padh lijiye.</w:t>
      </w:r>
      <w:r>
        <w:br/>
      </w:r>
      <w:r>
        <w:rPr>
          <w:sz w:val="20"/>
        </w:rPr>
        <w:t>1:51:40  yeh chaaron jo woh bane hain, fiqhi school, iski haqeeqat kya hai? ismein aap isko pa sakte hain. iska naam hai kitaab ka "tajdeed-e-deen".</w:t>
      </w:r>
      <w:r>
        <w:br/>
      </w:r>
      <w:r>
        <w:rPr>
          <w:sz w:val="20"/>
        </w:rPr>
        <w:t>1:51:51  isko aap padhiye, ismein saari baat aapko mil jayegi.</w:t>
      </w:r>
      <w:r>
        <w:br/>
      </w:r>
      <w:r>
        <w:rPr>
          <w:sz w:val="20"/>
        </w:rPr>
        <w:t>1:51:56  maulana, unka ek aur sawal hai, woh pooch rahi hain ki "ghair muslim ko dawat dene ka sahi tareeqa kya hai?" sahi tareeqa hai unke khair khwah ban jaiye.</w:t>
      </w:r>
      <w:r>
        <w:br/>
      </w:r>
      <w:r>
        <w:rPr>
          <w:sz w:val="20"/>
        </w:rPr>
        <w:t>1:52:09  yeh jab maa khair khwah hoti hai apne bete ki toh kya beta</w:t>
      </w:r>
      <w:r>
        <w:br/>
      </w:r>
      <w:r>
        <w:rPr>
          <w:sz w:val="20"/>
        </w:rPr>
        <w:t>1:52:13  koi maa jaake poochti hai mohalle mein ki "bhai, main kya karoon bete ke liye?" kya koi maa aisi dekhi hai aapne ki beta paida ho toh mohalle mein ghoome?</w:t>
      </w:r>
      <w:r>
        <w:br/>
      </w:r>
      <w:r>
        <w:rPr>
          <w:sz w:val="20"/>
        </w:rPr>
        <w:t>1:52:23  arey bhai, mera beta paida hua hai, batao main mujhe kya karna hai? maa ki mohabbat, maa ki khair khwahi apne aap mein batati hai ki use kya karna hai.</w:t>
      </w:r>
      <w:r>
        <w:br/>
      </w:r>
      <w:r>
        <w:rPr>
          <w:sz w:val="20"/>
        </w:rPr>
        <w:t>1:52:34  toh dawat jo hai, kahan se shuru hoti hai? yaad rakhiye, khair khwahi se, mohabbat se shuru hoti hai. logon ko mohabbat hi nahi toh dawat kya denge?</w:t>
      </w:r>
      <w:r>
        <w:br/>
      </w:r>
      <w:r>
        <w:rPr>
          <w:sz w:val="20"/>
        </w:rPr>
        <w:t>1:52:43  woh</w:t>
      </w:r>
      <w:r>
        <w:br/>
      </w:r>
      <w:r>
        <w:rPr>
          <w:sz w:val="20"/>
        </w:rPr>
        <w:t>1:52:47  "inni lakum naasihun" quran mein aata hai ki "main tumhara khair khwah hoon". toh maa khair khwah hoti hai, isliye woh jaan leti hai ki mujhe kya karna hai apne bete ke bare mein.</w:t>
      </w:r>
      <w:r>
        <w:br/>
      </w:r>
      <w:r>
        <w:rPr>
          <w:sz w:val="20"/>
        </w:rPr>
        <w:t>1:52:57  musalman khair khwahi nahi hai doosron ke, toh kya jaane ki kya karna hai woh.</w:t>
      </w:r>
      <w:r>
        <w:br/>
      </w:r>
      <w:r>
        <w:rPr>
          <w:sz w:val="20"/>
        </w:rPr>
        <w:t>1:53:05  toh sabse pehli jo cheez darkaar hai, woh yeh hai ki aap...</w:t>
      </w:r>
      <w:r>
        <w:br/>
      </w:r>
      <w:r>
        <w:rPr>
          <w:sz w:val="20"/>
        </w:rPr>
        <w:t>1:53:13  main ek baar tha, wahan gaya tha bhopal toh ek naujawan ne kaha ki aap dawat ki baatein karte hain.</w:t>
      </w:r>
      <w:r>
        <w:br/>
      </w:r>
      <w:r>
        <w:rPr>
          <w:sz w:val="20"/>
        </w:rPr>
        <w:t>1:53:21  dawat toh sab hi baat karte hain, sabhi log dawat ka kaam karte hain. toh aap dawat dawat karte hain, taaza taaza. maine kaha aapne dawat ko samjha nahi.</w:t>
      </w:r>
      <w:r>
        <w:br/>
      </w:r>
      <w:r>
        <w:rPr>
          <w:sz w:val="20"/>
        </w:rPr>
        <w:t>1:53:32  dawat ko aap samajhte hain ki jaise saari taqreerein hoti hain, aise hi kuch aur taqreerein kar do toh dawat ho gayi. toh main us waqt mere dimaag se nikla tha ki</w:t>
      </w:r>
    </w:p>
    <w:p>
      <w:pPr>
        <w:pStyle w:val="Heading2"/>
      </w:pPr>
      <w:r>
        <w:t>Why Muslims Don't Fear God Despite Quranic Verses</w:t>
      </w:r>
    </w:p>
    <w:p>
      <w:r>
        <w:rPr>
          <w:color w:val="666666"/>
          <w:sz w:val="18"/>
        </w:rPr>
        <w:t>Faith &amp; God · Double Standards of Present-Day Muslims August 6, 2017 · 1m 37s · at 51:13 · https://youtu.be/k1NcZQpHTyg?t=3073</w:t>
      </w:r>
    </w:p>
    <w:p>
      <w:r>
        <w:rPr>
          <w:i/>
        </w:rPr>
        <w:t>“Why is it that Muslims do not fear God these days? They think once they are born in a Muslim family, they will go straight to heaven. Then how do we explain all the verses in the Quran asking the believers to fear hellfire?”</w:t>
      </w:r>
    </w:p>
    <w:p>
      <w:r>
        <w:rPr>
          <w:sz w:val="20"/>
        </w:rPr>
        <w:t>51:13  Maulana, ek aur comment lena chahenge agle sawal se pehle. yeh Miss Shabana Ansari ne likha hai ke "Double standard shows that Muslims are sincere in their personal matters, but not sincere as dai and as a giver group of humanity." Masha Allah.</w:t>
      </w:r>
      <w:r>
        <w:br/>
      </w:r>
      <w:r>
        <w:rPr>
          <w:sz w:val="20"/>
        </w:rPr>
        <w:t>51:32  yeh Miss Fareeda Khanum ki taraf se aya hai Maulana dilli se. "Why is it that Muslims do not fear God these days?</w:t>
      </w:r>
      <w:r>
        <w:br/>
      </w:r>
      <w:r>
        <w:rPr>
          <w:sz w:val="20"/>
        </w:rPr>
        <w:t>51:43  They think once they are born in a Muslim family, they will go straight to heaven. Then how do we explain all the verses in the Quran asking the believers to fear hellfire?"</w:t>
      </w:r>
      <w:r>
        <w:br/>
      </w:r>
      <w:r>
        <w:rPr>
          <w:sz w:val="20"/>
        </w:rPr>
        <w:t>51:57  agla dekhiye, Yahood ke andar jo tha, wahi Musalman mein aa gaya hai. yani paidaishi nijat. Yahood ka nazariya yeh hai ke Yahoodi family mein agar koi paida ho gaya to us ki nijat pakki hai.</w:t>
      </w:r>
      <w:r>
        <w:br/>
      </w:r>
      <w:r>
        <w:rPr>
          <w:sz w:val="20"/>
        </w:rPr>
        <w:t>52:13  yani family base nijat ya paidaishi nijat. to yahi Musalman mein aa gaya hai.</w:t>
      </w:r>
      <w:r>
        <w:br/>
      </w:r>
      <w:r>
        <w:rPr>
          <w:sz w:val="20"/>
        </w:rPr>
        <w:t>52:22  jaise hadith mein aata hai ke tum yahood ke raaste par chaloge to paidaishi nijaat ka koi concept samne nahi hai. na koi ayat hai, na koi hadith hai ke barf par mabni hai nijaat.</w:t>
      </w:r>
      <w:r>
        <w:br/>
      </w:r>
      <w:r>
        <w:rPr>
          <w:sz w:val="20"/>
        </w:rPr>
        <w:t>52:38  hai hi nahi ke. yeh to yahood se lia hua hai. to is se to musalmanon ko apne aap ko bahar lana parega. is ko chhodna parega.</w:t>
      </w:r>
    </w:p>
    <w:p>
      <w:pPr>
        <w:pStyle w:val="Heading2"/>
      </w:pPr>
      <w:r>
        <w:t>Why Muslims blame God for their own mistakes</w:t>
      </w:r>
    </w:p>
    <w:p>
      <w:r>
        <w:rPr>
          <w:color w:val="666666"/>
          <w:sz w:val="18"/>
        </w:rPr>
        <w:t>Faith &amp; God · Importance of Patience October 26, 2014 · 2m 18s · at 55:15 · https://youtu.be/XdOlp9-fPG0?t=3315</w:t>
      </w:r>
    </w:p>
    <w:p>
      <w:r>
        <w:rPr>
          <w:i/>
        </w:rPr>
        <w:t>“Today I learned that oppression is not in God's dictionary. Why do Muslims attribute their own mistakes to God, and why do they think they are being oppressed simply because they are Muslims?”</w:t>
      </w:r>
    </w:p>
    <w:p>
      <w:r>
        <w:rPr>
          <w:sz w:val="20"/>
        </w:rPr>
        <w:t>55:15  maulana, agla sawal kya hai? chennai se maulana iqbal umri ne, aur unhon ne likha hai: "maulana, aaj hi maloom hua ke zulm khuda ki dictionary mein nahi hai.</w:t>
      </w:r>
      <w:r>
        <w:br/>
      </w:r>
      <w:r>
        <w:rPr>
          <w:sz w:val="20"/>
        </w:rPr>
        <w:t>55:29  musalman apni ghalati ko khuda par kyun dalte hain? aur yeh samajhte hain ke musalman hone ki wajah se hi zulm ho raha hai." is ke bare mein bataen.</w:t>
      </w:r>
      <w:r>
        <w:br/>
      </w:r>
      <w:r>
        <w:rPr>
          <w:sz w:val="20"/>
        </w:rPr>
        <w:t>55:43  musalman hote to zulm hi na hota.</w:t>
      </w:r>
      <w:r>
        <w:br/>
      </w:r>
      <w:r>
        <w:rPr>
          <w:sz w:val="20"/>
        </w:rPr>
        <w:t>55:47  yeh to khud sakhta logic hai. quran mein dekhen hai ke "lan yaj'al allahu lilkafirina sabila".</w:t>
      </w:r>
      <w:r>
        <w:br/>
      </w:r>
      <w:r>
        <w:rPr>
          <w:sz w:val="20"/>
        </w:rPr>
        <w:t>55:59  is ayat ke hote hue aap yeh nahi keh sakte ke musalman hone ke barabar zulm ho raha hai. aap ko to yeh ayat ka inkar karna padega. is ayat ka inkar karna padega.</w:t>
      </w:r>
      <w:r>
        <w:br/>
      </w:r>
      <w:r>
        <w:rPr>
          <w:sz w:val="20"/>
        </w:rPr>
        <w:t>56:11  yeh aayat batati hai ke agar tum islam par ho to kabhi kisi ko zulm karne ka Allah mauqa nahi de ga. yeh to jhooti baat hai.</w:t>
      </w:r>
      <w:r>
        <w:br/>
      </w:r>
      <w:r>
        <w:rPr>
          <w:sz w:val="20"/>
        </w:rPr>
        <w:t>56:21  hum musalmanon ne aise zulm baraye is se bara jhoot koi nahi. jhoot mein is liye keh raha hoon ke is se quran ke nafi hoti hai, khuda ke qanoon ki nafi hoti hai.</w:t>
      </w:r>
      <w:r>
        <w:br/>
      </w:r>
      <w:r>
        <w:rPr>
          <w:sz w:val="20"/>
        </w:rPr>
        <w:t>56:35  asal cheez hai ke musalman ki soch qoumi soch</w:t>
      </w:r>
      <w:r>
        <w:br/>
      </w:r>
      <w:r>
        <w:rPr>
          <w:sz w:val="20"/>
        </w:rPr>
        <w:t>56:38  ban gayi hai. qoumi soch jaise doosri qoumein sochti hain, waise musalman sochte hain. is qoumi soch ko unhon ne islamize kar rakha hai. yaani apni khud sakhta ladai ko jihad bana rakha hai.</w:t>
      </w:r>
      <w:r>
        <w:br/>
      </w:r>
      <w:r>
        <w:rPr>
          <w:sz w:val="20"/>
        </w:rPr>
        <w:t>56:54  khud sakhta siyasat ko islami hukoomat bana rakha hai. khud sakhta hangame karein ge aur kahein ge nizam e mustafa yeh hai.</w:t>
      </w:r>
      <w:r>
        <w:br/>
      </w:r>
      <w:r>
        <w:rPr>
          <w:sz w:val="20"/>
        </w:rPr>
        <w:t>57:05  to apni qoumi,</w:t>
      </w:r>
      <w:r>
        <w:br/>
      </w:r>
      <w:r>
        <w:rPr>
          <w:sz w:val="20"/>
        </w:rPr>
        <w:t>57:10  yaani apni qoumi sargarmiyon ko unhon ne islamize kar rakha hai. yeh mein kahoon ga ke is ko islam ka title de rakha hai.</w:t>
      </w:r>
      <w:r>
        <w:br/>
      </w:r>
      <w:r>
        <w:rPr>
          <w:sz w:val="20"/>
        </w:rPr>
        <w:t>57:21  koi bhi shakhs jo sacha ho, mein samajhta hoon ke ek baar sirf quran parhe, ek baar to apni ghalti ki ki daryaft kar le ga.</w:t>
      </w:r>
      <w:r>
        <w:br/>
      </w:r>
      <w:r>
        <w:rPr>
          <w:sz w:val="20"/>
        </w:rPr>
        <w:t>57:29  woh</w:t>
      </w:r>
    </w:p>
    <w:p>
      <w:pPr>
        <w:pStyle w:val="Heading2"/>
      </w:pPr>
      <w:r>
        <w:t>Why Muslims lack fear of God and hell?</w:t>
      </w:r>
    </w:p>
    <w:p>
      <w:r>
        <w:rPr>
          <w:color w:val="666666"/>
          <w:sz w:val="18"/>
        </w:rPr>
        <w:t>Faith &amp; God · Islam and Violence October 12, 2014 · 4m 08s · at 1:02:44 · https://youtu.be/KmpXYZjPlj8?t=3764</w:t>
      </w:r>
    </w:p>
    <w:p>
      <w:r>
        <w:rPr>
          <w:i/>
        </w:rPr>
        <w:t>“Why is it that Muslims don't fear God? Is it because they believe that paradise has already been reserved for them? Hell is mentioned in the Quran in many chapters, still they are not afraid of hell. What is the psychology behind this fearlessness in the part of Muslims?”</w:t>
      </w:r>
    </w:p>
    <w:p>
      <w:r>
        <w:rPr>
          <w:sz w:val="20"/>
        </w:rPr>
        <w:t>1:02:44  maulana, agla sawal hai dilli se doctor farida khanoom ka, aur unhon ne likha hai ke: "why is it that muslims dont fear god?</w:t>
      </w:r>
      <w:r>
        <w:br/>
      </w:r>
      <w:r>
        <w:rPr>
          <w:sz w:val="20"/>
        </w:rPr>
        <w:t>1:02:55  is it because they believe that paradise has already been reserved for them?</w:t>
      </w:r>
      <w:r>
        <w:br/>
      </w:r>
      <w:r>
        <w:rPr>
          <w:sz w:val="20"/>
        </w:rPr>
        <w:t>1:03:01  hell is mentioned in the quran in many chapters, still they are not afraid of hell. what is the psychology behind this fearlessness in on the part of muslims?" dekhiye, daur-e-zawal ke bare mein bohat hadisen hain.</w:t>
      </w:r>
      <w:r>
        <w:br/>
      </w:r>
      <w:r>
        <w:rPr>
          <w:sz w:val="20"/>
        </w:rPr>
        <w:t>1:03:22  to yeh bataya gaya hai ke ek waqt, ek zamana aayega ke musalmanon mein ek bhi nahi rahega allah se darne wala. allah hatta la tra khash, ek bhi tum nahi paoge allah se darne wala.</w:t>
      </w:r>
      <w:r>
        <w:br/>
      </w:r>
      <w:r>
        <w:rPr>
          <w:sz w:val="20"/>
        </w:rPr>
        <w:t>1:03:34  to kabhi to waqt aayega,</w:t>
      </w:r>
      <w:r>
        <w:br/>
      </w:r>
      <w:r>
        <w:rPr>
          <w:sz w:val="20"/>
        </w:rPr>
        <w:t>1:03:37  hatta la tra khash, ke musalmanon mein ek bhi allah se darne wala baqi nahi rahega. bheed hogi, wa antum qusah, bheed ka daur hoga, masjidain bhi bhari hongi,</w:t>
      </w:r>
      <w:r>
        <w:br/>
      </w:r>
      <w:r>
        <w:rPr>
          <w:sz w:val="20"/>
        </w:rPr>
        <w:t>1:03:52  lekin khauf-e-khuda nahi hoga. yeh daur-e-zawal ka phailao hai, jo jis ki paishangoi rasool allah ne kardi thi.</w:t>
      </w:r>
      <w:r>
        <w:br/>
      </w:r>
      <w:r>
        <w:rPr>
          <w:sz w:val="20"/>
        </w:rPr>
        <w:t>1:04:00  main samajhta hoon ke yahi woh daur hai. itne log bekhauf ho gaye hain, kuch bhi karte hain, itne bekhauf ho gaye hain.</w:t>
      </w:r>
      <w:r>
        <w:br/>
      </w:r>
      <w:r>
        <w:rPr>
          <w:sz w:val="20"/>
        </w:rPr>
        <w:t>1:04:07  jis ne malala ko goli mari, zahir hai ke bekhaufi ka kaam tha. aap ko kya aa gaya ke goli marne ke liye? koi ek insan ko qatl karna, woh goli mari thi qatl karne ke liye.</w:t>
      </w:r>
      <w:r>
        <w:br/>
      </w:r>
      <w:r>
        <w:rPr>
          <w:sz w:val="20"/>
        </w:rPr>
        <w:t>1:04:18  woh to maghrib ja ke ilaaj hua, bach gayi. woh, woh to mari to, woh to qatl karne ke liye.</w:t>
      </w:r>
      <w:r>
        <w:br/>
      </w:r>
      <w:r>
        <w:rPr>
          <w:sz w:val="20"/>
        </w:rPr>
        <w:t>1:04:26  aur kahin kisi ko qatl karne ka haq hi nahi hai. quran mein aaya hai ke ek insan ko qatl karna, sare insanon ko qatl karna hai. ek ayat hai ke: "man qatala muhammad fajadannar".</w:t>
      </w:r>
      <w:r>
        <w:br/>
      </w:r>
      <w:r>
        <w:rPr>
          <w:sz w:val="20"/>
        </w:rPr>
        <w:t>1:04:39  aaj kal dharre se musalman musalman ko qatl kar raha hai. har muslim mulk mein daraz daraz goli marte hain musalman musalman ko. har muslim mulk mein.</w:t>
      </w:r>
      <w:r>
        <w:br/>
      </w:r>
      <w:r>
        <w:rPr>
          <w:sz w:val="20"/>
        </w:rPr>
        <w:t>1:04:49  aur quran mein hai ke jis ne jaan boojh kar kisi musalman ko mara, to woh jahannum mein jayega. "man qatala muhammad fajadannar".</w:t>
      </w:r>
      <w:r>
        <w:br/>
      </w:r>
      <w:r>
        <w:rPr>
          <w:sz w:val="20"/>
        </w:rPr>
        <w:t>1:05:01  main to hairaan hoon ke musalman jo hain, kya yeh? yani main aksar yeh kaha karta hoon ke musalman choti kaatne se darta hoga.</w:t>
      </w:r>
      <w:r>
        <w:br/>
      </w:r>
      <w:r>
        <w:rPr>
          <w:sz w:val="20"/>
        </w:rPr>
        <w:t>1:05:10  musalman allah se darta hoga. jitna darta hai musalman choti kaatne se, utna bhi woh allah se nahi darta.</w:t>
      </w:r>
      <w:r>
        <w:br/>
      </w:r>
      <w:r>
        <w:rPr>
          <w:sz w:val="20"/>
        </w:rPr>
        <w:t>1:05:19  main to apni tanhaiyon mein rota hoon, aur yeh yeh lafz nikalta hai meri zuban se ke musalman choti kaatne se shayad darte hon, allah se nahi darte.</w:t>
      </w:r>
      <w:r>
        <w:br/>
      </w:r>
      <w:r>
        <w:rPr>
          <w:sz w:val="20"/>
        </w:rPr>
        <w:t>1:05:29  woh</w:t>
      </w:r>
      <w:r>
        <w:br/>
      </w:r>
      <w:r>
        <w:rPr>
          <w:sz w:val="20"/>
        </w:rPr>
        <w:t>1:05:30  kuch bhi karte hain, kuch bhi ilzam laga dein, kuch bhi kisi par aib laga dein, kuch bhi kisi ko keh dein ke yeh yahudi agent hai, yeh aur yeh dushmanon ka agent hai.</w:t>
      </w:r>
      <w:r>
        <w:br/>
      </w:r>
      <w:r>
        <w:rPr>
          <w:sz w:val="20"/>
        </w:rPr>
        <w:t>1:05:42  kisi ko kaha kaha yeh kehne ka, yeh kehne ka aap ko haq nahi hai. lekin chuki dil mein khauf nahi hai, allah ki pakad ka woh nahi hai, is liye khoob kehte hain.</w:t>
      </w:r>
      <w:r>
        <w:br/>
      </w:r>
      <w:r>
        <w:rPr>
          <w:sz w:val="20"/>
        </w:rPr>
        <w:t>1:05:58  ek saal ka mere paas telephone aaya to maine un se yahi baat kahi. maine kaha ke musalman is ayat ko bhool gaye hain: "yauma yaqoomu alnnasu birabbi alaalameena".</w:t>
      </w:r>
      <w:r>
        <w:br/>
      </w:r>
      <w:r>
        <w:rPr>
          <w:sz w:val="20"/>
        </w:rPr>
        <w:t>1:06:10  jis din khade honge log allah rabb-ul-alameen ke samne, yeh tasawwur bhi kapkapa deta hai ke ek din woh waqt aayega ke jab main allah ke samne khada hounga.</w:t>
      </w:r>
      <w:r>
        <w:br/>
      </w:r>
      <w:r>
        <w:rPr>
          <w:sz w:val="20"/>
        </w:rPr>
        <w:t>1:06:21  bilkul yeh kapkapi taari ho jati hai, lekin musalmanon ko kuch bhi nahi.</w:t>
      </w:r>
      <w:r>
        <w:br/>
      </w:r>
      <w:r>
        <w:rPr>
          <w:sz w:val="20"/>
        </w:rPr>
        <w:t>1:06:26  jin ko maine telephone pe baat ki, unhein kuch bhi, kuch bhi nahi. bas bas sun liya, khali unhon ne: "yauma yaqoomu alnnasu birabbi alaalameena".</w:t>
      </w:r>
      <w:r>
        <w:br/>
      </w:r>
      <w:r>
        <w:rPr>
          <w:sz w:val="20"/>
        </w:rPr>
        <w:t>1:06:35  to jirah ki baat yeh hai, mere apne mutale ke mutabiq musalman allah ki pakad se bekhauf ho gaye hain.</w:t>
      </w:r>
      <w:r>
        <w:br/>
      </w:r>
      <w:r>
        <w:rPr>
          <w:sz w:val="20"/>
        </w:rPr>
        <w:t>1:06:45  bazahir namaz ko parhta hai, dor dorai rakhta hai, lambe lambe karte logon ke hain, lekin Allah ka khof dilon mein nahi hai.</w:t>
      </w:r>
    </w:p>
    <w:p>
      <w:pPr>
        <w:pStyle w:val="Heading2"/>
      </w:pPr>
      <w:r>
        <w:t>Why Others Don't Understand Paradise</w:t>
      </w:r>
    </w:p>
    <w:p>
      <w:r>
        <w:rPr>
          <w:color w:val="666666"/>
          <w:sz w:val="18"/>
        </w:rPr>
        <w:t>Faith &amp; God · Life after Death I 22nd Jan. 2012 Maulana Wahiduddin Khan · 1m 38s · at 1:07:06 · https://youtu.be/Pa8c09DFrkA?t=4026</w:t>
      </w:r>
    </w:p>
    <w:p>
      <w:r>
        <w:rPr>
          <w:i/>
        </w:rPr>
        <w:t>“Paradise is a perfect place in every respect, thinking about which gives a thrill in the body. Maulana sahib, we only came to know this through Al-Risala. Why are others unable to understand this?”</w:t>
      </w:r>
    </w:p>
    <w:p>
      <w:r>
        <w:rPr>
          <w:sz w:val="20"/>
        </w:rPr>
        <w:t>1:07:06  Maulana, agla sawal Karachi se aaya hai, Miss Samiya Latif ka. Unhon ne likha hai: Jannat har lehaz se ek perfect jagah hai, jis ke baray mein insaan soche to us ke jism mein ek thrill paida ho jaye.</w:t>
      </w:r>
      <w:r>
        <w:br/>
      </w:r>
      <w:r>
        <w:rPr>
          <w:sz w:val="20"/>
        </w:rPr>
        <w:t>1:07:23  Maulana sahab, yeh baat hamein sirf Al-Risala ke zariye maloom hui. Aakhir doosre log is baat ko samajhne mein kyun nakaam hain?</w:t>
      </w:r>
      <w:r>
        <w:br/>
      </w:r>
      <w:r>
        <w:rPr>
          <w:sz w:val="20"/>
        </w:rPr>
        <w:t>1:07:33  Arre bhai, shukr kijiye ke maloom ho gayi. Mar jate hain baghair janay hue to kya hota?</w:t>
      </w:r>
      <w:r>
        <w:br/>
      </w:r>
      <w:r>
        <w:rPr>
          <w:sz w:val="20"/>
        </w:rPr>
        <w:t>1:07:40  Aur doosron ko bataiye. Yani bajaye is ke ke aap yeh sawal karen, aap sirf do kaam kijiye. Khud shukr kiya Allah taala ka ke hum ko yeh haq maloom ho gaya marne se pehle pehle.</w:t>
      </w:r>
      <w:r>
        <w:br/>
      </w:r>
      <w:r>
        <w:rPr>
          <w:sz w:val="20"/>
        </w:rPr>
        <w:t>1:07:54  Aur doosron ko bataiye, doosron ko Risala parhwaiye.</w:t>
      </w:r>
      <w:r>
        <w:br/>
      </w:r>
      <w:r>
        <w:rPr>
          <w:sz w:val="20"/>
        </w:rPr>
        <w:t>1:07:58  Yani positive response yeh hai. Woh jo hai, woh to negative response ho jayega. Is discovery ka jo aap ko hui, uska positive response yeh hai ke aap Allah ka shukr karen.</w:t>
      </w:r>
      <w:r>
        <w:br/>
      </w:r>
      <w:r>
        <w:rPr>
          <w:sz w:val="20"/>
        </w:rPr>
        <w:t>1:08:12  Ke maut se pehle pehle Allah ne aap ko ba-khabar kar diya is haqeeqat se.</w:t>
      </w:r>
      <w:r>
        <w:br/>
      </w:r>
      <w:r>
        <w:rPr>
          <w:sz w:val="20"/>
        </w:rPr>
        <w:t>1:08:19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1:08:38  Aur doosron ko bhi bataiye. Doosron ko bhi wahi cheezen parhwaiye.</w:t>
      </w:r>
    </w:p>
    <w:p>
      <w:pPr>
        <w:pStyle w:val="Heading2"/>
      </w:pPr>
      <w:r>
        <w:t>Why Westerners do not acknowledge God's role</w:t>
      </w:r>
    </w:p>
    <w:p>
      <w:r>
        <w:rPr>
          <w:color w:val="666666"/>
          <w:sz w:val="18"/>
        </w:rPr>
        <w:t>Faith &amp; God · Three levels of Realization 4 July 2010 - Maulana Wahiduddin Khan · 2m 02s · at 1:24:24 · https://youtu.be/H-kx5TldzfQ?t=5064</w:t>
      </w:r>
    </w:p>
    <w:p>
      <w:r>
        <w:rPr>
          <w:i/>
        </w:rPr>
        <w:t>“Generally people in Western countries acknowledge God's existence, but never give Him due recognition. For example, a person in power, like an executive or president, never says that he would accomplish anything with the help of God, and he would not say that this was God's will. It is considered to be a weakness of a person if anyone says so. Why is this so? Maulana, kindly comment on this.”</w:t>
      </w:r>
    </w:p>
    <w:p>
      <w:r>
        <w:rPr>
          <w:sz w:val="20"/>
        </w:rPr>
        <w:t>1:24:24  maulana agla sawal kya hai mister khwaja kaleemuddin ne from pennsylvania, usa? he is written: "maulana sahib, generally people in western countries acknowledge god's existence, but never they give him a due recognition.</w:t>
      </w:r>
      <w:r>
        <w:br/>
      </w:r>
      <w:r>
        <w:rPr>
          <w:sz w:val="20"/>
        </w:rPr>
        <w:t>1:24:44  for example, a person in power, like an executive or president, never says that he would accomplish anything with the help of god, or he would not say that this was god's will.</w:t>
      </w:r>
      <w:r>
        <w:br/>
      </w:r>
      <w:r>
        <w:rPr>
          <w:sz w:val="20"/>
        </w:rPr>
        <w:t>1:24:58  it is considered to be the weakness of a person, if anyone says so. why is this so? maulana, kindly comment on this."</w:t>
      </w:r>
      <w:r>
        <w:br/>
      </w:r>
      <w:r>
        <w:rPr>
          <w:sz w:val="20"/>
        </w:rPr>
        <w:t>1:25:08  ab main to yeh kahunga ke yeh western world ki baat hai, yeh sari duniya ki baat hai ke log khuda ka naam lete hain lekin consciousness ke level par unhe khuda ka pata nahi.</w:t>
      </w:r>
      <w:r>
        <w:br/>
      </w:r>
      <w:r>
        <w:rPr>
          <w:sz w:val="20"/>
        </w:rPr>
        <w:t>1:25:23  yeh to baap baap sun rahe hain, society mein bola jata hai, bol rahe hain, bol rahe hain, bol rahe hain. to ek hai woh khuda jo aap ne society se paya ho, aap kisi ghar mein paida hue, kisi society mein paida hue, wahan log khuda ki boli bol rahe the to aap bhi lage bolne.</w:t>
      </w:r>
      <w:r>
        <w:br/>
      </w:r>
      <w:r>
        <w:rPr>
          <w:sz w:val="20"/>
        </w:rPr>
        <w:t>1:25:41  yeh hai, yeh ek ek koi yeh yeh jo yeh jo bolna hai, is ki koi value nahi hai. khuda ko paana woh paana hai jo aap ke liye ek self self discovery ke taur par mila ho, yani khud aap ne study ki, khud aap ne socha,</w:t>
      </w:r>
      <w:r>
        <w:br/>
      </w:r>
      <w:r>
        <w:rPr>
          <w:sz w:val="20"/>
        </w:rPr>
        <w:t>1:25:59  khud aap ko realize hua ke khuda hai. tab jo khuda aaye ga aap ke mind mein to woh ek living god hoga. living god</w:t>
      </w:r>
      <w:r>
        <w:br/>
      </w:r>
      <w:r>
        <w:rPr>
          <w:sz w:val="20"/>
        </w:rPr>
        <w:t>1:26:08  yeh to bas ek maa baap se chala raha hai, society mein chala raha hai, kuch tradition mein chala raha hai. tradition yeh traditional belief hai, yeh yeh yeh khuda ka sahi maloom hai,</w:t>
      </w:r>
      <w:r>
        <w:br/>
      </w:r>
      <w:r>
        <w:rPr>
          <w:sz w:val="20"/>
        </w:rPr>
        <w:t>1:26:21  realization nahi hai.</w:t>
      </w:r>
    </w:p>
    <w:p>
      <w:pPr>
        <w:pStyle w:val="Heading2"/>
      </w:pPr>
      <w:r>
        <w:t>Why are Muslims so sure Islam is true?</w:t>
      </w:r>
    </w:p>
    <w:p>
      <w:r>
        <w:rPr>
          <w:color w:val="666666"/>
          <w:sz w:val="18"/>
        </w:rPr>
        <w:t>Faith &amp; God · Revival of Muslims March 08, 2015 · 2m 43s · at 1:10:11 · https://youtu.be/8ShFcr8YozI?t=4211</w:t>
      </w:r>
    </w:p>
    <w:p>
      <w:r>
        <w:rPr>
          <w:i/>
        </w:rPr>
        <w:t>“Some interfaith members say that Muslims are obsessed with Islam. How and why are Muslims so sure that Islam is a true religion?”</w:t>
      </w:r>
    </w:p>
    <w:p>
      <w:r>
        <w:rPr>
          <w:sz w:val="20"/>
        </w:rPr>
        <w:t>1:10:11  Maulana, agla sawal UK se kiya hai doctor Hina ne aur unhon ne likha hai ke Some interfaith members say that Muslims are obsessed with Islam.</w:t>
      </w:r>
      <w:r>
        <w:br/>
      </w:r>
      <w:r>
        <w:rPr>
          <w:sz w:val="20"/>
        </w:rPr>
        <w:t>1:10:25  How and why are Muslims so sure that Islam is a true religion?</w:t>
      </w:r>
      <w:r>
        <w:br/>
      </w:r>
      <w:r>
        <w:rPr>
          <w:sz w:val="20"/>
        </w:rPr>
        <w:t>1:10:33  Dekhen, hum jo baat kehte hain, woh yeh nahi ke Islam true religion hai, Islam superior religion hai, yeh sab baat nahi karte.</w:t>
      </w:r>
      <w:r>
        <w:br/>
      </w:r>
      <w:r>
        <w:rPr>
          <w:sz w:val="20"/>
        </w:rPr>
        <w:t>1:10:43  Hum sirf yeh kehte hain ke Islam ka jo text hai, woh poori tarah preserved hai.</w:t>
      </w:r>
      <w:r>
        <w:br/>
      </w:r>
      <w:r>
        <w:rPr>
          <w:sz w:val="20"/>
        </w:rPr>
        <w:t>1:10:52  Isay aap jab is doosre text ko padhenge to us mein yeh doubtful hai ke prophet ne kya kaha tha aur ab jo hamare paas jo is ka record hai, us se kya maloom ho raha hai.</w:t>
      </w:r>
      <w:r>
        <w:br/>
      </w:r>
      <w:r>
        <w:rPr>
          <w:sz w:val="20"/>
        </w:rPr>
        <w:t>1:11:09  Lekin jab aap Islam ko padhenge to us mein aisa yeh doubt nahi hota. Wohi baat jo kahi hai Rasool Allah ne, wohi baat aaj bhi preserved hai.</w:t>
      </w:r>
      <w:r>
        <w:br/>
      </w:r>
      <w:r>
        <w:rPr>
          <w:sz w:val="20"/>
        </w:rPr>
        <w:t>1:11:23  To hum yeh kehte hain ke yahan par aap study kar sakte hain is yaqeen ke sath ke prophetry ki baat hai jo mujhe padhne ko mil rahi hai.</w:t>
      </w:r>
      <w:r>
        <w:br/>
      </w:r>
      <w:r>
        <w:rPr>
          <w:sz w:val="20"/>
        </w:rPr>
        <w:t>1:11:32  Bas hum yeh kehte hain. Baqi jahan tak mazhab ka mamla hai, main is ko personal choice manta hoon. Personal choice.</w:t>
      </w:r>
      <w:r>
        <w:br/>
      </w:r>
      <w:r>
        <w:rPr>
          <w:sz w:val="20"/>
        </w:rPr>
        <w:t>1:11:40  mein conversion ke khilaaf hoon. mein conversion hamara nahi hota hai.</w:t>
      </w:r>
      <w:r>
        <w:br/>
      </w:r>
      <w:r>
        <w:rPr>
          <w:sz w:val="20"/>
        </w:rPr>
        <w:t>1:11:46  mein kehta hoon ke personal choice ki baat hai. aap study kijiye, aap ghore o fikr kijiye, aap contemplation kijiye aur jo cheez aap ko sachai nazar aaye, us ko ikhtiyar kijiye.</w:t>
      </w:r>
      <w:r>
        <w:br/>
      </w:r>
      <w:r>
        <w:rPr>
          <w:sz w:val="20"/>
        </w:rPr>
        <w:t>1:11:58  to mein do baatein mein ne kahein. ek yeh hai ke islam ke bare mein hamara jo manna hai, woh yeh nahi ke woh koi superior religion hai.</w:t>
      </w:r>
      <w:r>
        <w:br/>
      </w:r>
      <w:r>
        <w:rPr>
          <w:sz w:val="20"/>
        </w:rPr>
        <w:t>1:12:08  nahi, hum yeh kehte hain ke is ka jo text hai, is ka jo matan hai, woh preserved hai.</w:t>
      </w:r>
      <w:r>
        <w:br/>
      </w:r>
      <w:r>
        <w:rPr>
          <w:sz w:val="20"/>
        </w:rPr>
        <w:t>1:12:15  yeh ek khaas baat hai. doosri baat yeh hai ke mazhab koi yeh nahi ke aap ja ke kisi ka kalma parhwaein to woh musalman ho gaya.</w:t>
      </w:r>
      <w:r>
        <w:br/>
      </w:r>
      <w:r>
        <w:rPr>
          <w:sz w:val="20"/>
        </w:rPr>
        <w:t>1:12:24  is se kuch nahi hota. there is nothing. aadmi ke dil ko gawahi dena chahiye ke sachai kya hai.</w:t>
      </w:r>
      <w:r>
        <w:br/>
      </w:r>
      <w:r>
        <w:rPr>
          <w:sz w:val="20"/>
        </w:rPr>
        <w:t>1:12:33  yeh kalma parhwata jaana idhar udhar, woh woh koi tareeqa nahi hai.</w:t>
      </w:r>
      <w:r>
        <w:br/>
      </w:r>
      <w:r>
        <w:rPr>
          <w:sz w:val="20"/>
        </w:rPr>
        <w:t>1:12:39  aap logon ko kahiye ke aap study karo, ghore o fikr karo aur tumhara dil jis cheez ki sachai pe gawahi de, us ko ikhtiyar karo. isi liye mein kehta hoon ke mazhab jo insaan ka personal choice hai.</w:t>
      </w:r>
    </w:p>
    <w:p>
      <w:pPr>
        <w:pStyle w:val="Heading2"/>
      </w:pPr>
      <w:r>
        <w:t>Why attribute love to humans instead of God?</w:t>
      </w:r>
    </w:p>
    <w:p>
      <w:r>
        <w:rPr>
          <w:color w:val="666666"/>
          <w:sz w:val="18"/>
        </w:rPr>
        <w:t>Faith &amp; God · Concept of Death in Islam 26th Aug 12 SLOW · 3m 41s · at 33:37 · https://youtu.be/8dsos0OBM6M?t=2017</w:t>
      </w:r>
    </w:p>
    <w:p>
      <w:r>
        <w:rPr>
          <w:i/>
        </w:rPr>
        <w:t>“Moulana, the news item with respect to Neil Armstrong's death said in one of the papers that he lived in the Cincinnati area with his wife Carol. We are heartbroken to share the news that Neil Armstrong has passed away. The family said in their statement, 'Neil was our loving husband, father, grandfather, brother, and friend.' In place of saying that God is our loving, it has been mentioned Neil was our loving. Why is this the case for every person? What does it mean?”</w:t>
      </w:r>
    </w:p>
    <w:p>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r>
        <w:br/>
      </w:r>
      <w:r>
        <w:rPr>
          <w:sz w:val="20"/>
        </w:rPr>
        <w:t>34:03  The family said in their statement, 'Neil was our loving husband, father, grandfather, brother, and friend.'" Maulana sahib, in place of saying that God is our loving, it has been mentioned Neil was our loving. yahi har aadmi ka case kyun hai? kya matlab hua?</w:t>
      </w:r>
      <w:r>
        <w:br/>
      </w:r>
      <w:r>
        <w:rPr>
          <w:sz w:val="20"/>
        </w:rPr>
        <w:t>34:25  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r>
        <w:br/>
      </w:r>
      <w:r>
        <w:rPr>
          <w:sz w:val="20"/>
        </w:rPr>
        <w:t>34:49  ab is ki wajah hai ke jo cheez Allah se mili hui hai, us ko woh Allah se</w:t>
      </w:r>
      <w:r>
        <w:br/>
      </w:r>
      <w:r>
        <w:rPr>
          <w:sz w:val="20"/>
        </w:rPr>
        <w:t>34:55  attribute nahi kar pata.</w:t>
      </w:r>
      <w:r>
        <w:br/>
      </w:r>
      <w:r>
        <w:rPr>
          <w:sz w:val="20"/>
        </w:rPr>
        <w:t>35:01  ab dekhen, aik aadmi ka bachcha paida ho to maa aur baap isi mein gum ho jate hain.</w:t>
      </w:r>
      <w:r>
        <w:br/>
      </w:r>
      <w:r>
        <w:rPr>
          <w:sz w:val="20"/>
        </w:rPr>
        <w:t>35:07  kaun sochta hai ke Khuda ne paida kiya hai? main radio pe sunta hoon to aksar logon ke</w:t>
      </w:r>
      <w:r>
        <w:br/>
      </w:r>
      <w:r>
        <w:rPr>
          <w:sz w:val="20"/>
        </w:rPr>
        <w:t>35:13  is par aate rehte hain interview, to sab credit dete hain apne maa baap ko, apni family ko.</w:t>
      </w:r>
      <w:r>
        <w:br/>
      </w:r>
      <w:r>
        <w:rPr>
          <w:sz w:val="20"/>
        </w:rPr>
        <w:t>35:20  abhi jo player jo jeet kar aaye hain, maine unko suna, unka sab ne kaha</w:t>
      </w:r>
      <w:r>
        <w:br/>
      </w:r>
      <w:r>
        <w:rPr>
          <w:sz w:val="20"/>
        </w:rPr>
        <w:t>35:26  ke hamare parents, hamare parents, hamari family to family ko dete hain.</w:t>
      </w:r>
      <w:r>
        <w:br/>
      </w:r>
      <w:r>
        <w:rPr>
          <w:sz w:val="20"/>
        </w:rPr>
        <w:t>35:32  yeh yeh nahi sochta ke yeh yeh yeh haath aur yeh paon kis ne paida kiya, yeh aankh</w:t>
      </w:r>
      <w:r>
        <w:br/>
      </w:r>
      <w:r>
        <w:rPr>
          <w:sz w:val="20"/>
        </w:rPr>
        <w:t>35:38  kis ne paida ki, yeh dimagh kis ne paida kiya, yeh koi sochta hi nahin.</w:t>
      </w:r>
      <w:r>
        <w:br/>
      </w:r>
      <w:r>
        <w:rPr>
          <w:sz w:val="20"/>
        </w:rPr>
        <w:t>35:44  to yeh ek soch chali hui hai, ise sab log soch rahe hain.</w:t>
      </w:r>
      <w:r>
        <w:br/>
      </w:r>
      <w:r>
        <w:rPr>
          <w:sz w:val="20"/>
        </w:rPr>
        <w:t>35:51  alag se sochna yeh chali hui soch hai hazaron saal se ke log credit dete hain apne maa</w:t>
      </w:r>
      <w:r>
        <w:br/>
      </w:r>
      <w:r>
        <w:rPr>
          <w:sz w:val="20"/>
        </w:rPr>
        <w:t>35:57  baap ko, apni family ko.</w:t>
      </w:r>
      <w:r>
        <w:br/>
      </w:r>
      <w:r>
        <w:rPr>
          <w:sz w:val="20"/>
        </w:rPr>
        <w:t>36:03  to woh chala aa raha hai ek soch, to is se apne ko alag kar ke sochna hai.</w:t>
      </w:r>
      <w:r>
        <w:br/>
      </w:r>
      <w:r>
        <w:rPr>
          <w:sz w:val="20"/>
        </w:rPr>
        <w:t>36:09  جو کہا میں کہا کرتا ہوں، اس کو detracted thinking، اپنے کو detracted، detracted کر کے سوچنا، یہ</w:t>
      </w:r>
      <w:r>
        <w:br/>
      </w:r>
      <w:r>
        <w:rPr>
          <w:sz w:val="20"/>
        </w:rPr>
        <w:t>36:15  logon mein hota nahin hai ke is ke liye bohat zyada yaani bedar zehan darkar hai.</w:t>
      </w:r>
      <w:r>
        <w:br/>
      </w:r>
      <w:r>
        <w:rPr>
          <w:sz w:val="20"/>
        </w:rPr>
        <w:t>36:22  to yeh is yeh rawaji soch hai jo woh reporting jo hui hai, woh rawaji soch hai, woh</w:t>
      </w:r>
      <w:r>
        <w:br/>
      </w:r>
      <w:r>
        <w:rPr>
          <w:sz w:val="20"/>
        </w:rPr>
        <w:t>36:28  creative soch nahin hai.</w:t>
      </w:r>
      <w:r>
        <w:br/>
      </w:r>
      <w:r>
        <w:rPr>
          <w:sz w:val="20"/>
        </w:rPr>
        <w:t>36:34  yaad rakhiye, mazhab jo hai, woh creatives ke liye hai, woh rawaji soch walon ke liye nahin hai.</w:t>
      </w:r>
      <w:r>
        <w:br/>
      </w:r>
      <w:r>
        <w:rPr>
          <w:sz w:val="20"/>
        </w:rPr>
        <w:t>36:40  beshtar insaan jo hai, woh chalte hain riwaj par.</w:t>
      </w:r>
      <w:r>
        <w:br/>
      </w:r>
      <w:r>
        <w:rPr>
          <w:sz w:val="20"/>
        </w:rPr>
        <w:t>36:46  ba alfana alaih o awana jo chala aa raha hai, bas wahi pakad liya.</w:t>
      </w:r>
      <w:r>
        <w:br/>
      </w:r>
      <w:r>
        <w:rPr>
          <w:sz w:val="20"/>
        </w:rPr>
        <w:t>36:53  to creative thinking jis ke andar hoti hai na, woh sochta hai alag ho kar ke, apni aqal</w:t>
      </w:r>
      <w:r>
        <w:br/>
      </w:r>
      <w:r>
        <w:rPr>
          <w:sz w:val="20"/>
        </w:rPr>
        <w:t>36:59  se judge karta hai, aur phir jo sahi hai, us ko leta hai.</w:t>
      </w:r>
      <w:r>
        <w:br/>
      </w:r>
      <w:r>
        <w:rPr>
          <w:sz w:val="20"/>
        </w:rPr>
        <w:t>37:05  to hum ko yeh bhi yaani jaanna chahiye ke logon ko to creative paida kiya, creative thinking paida kijiye.</w:t>
      </w:r>
      <w:r>
        <w:br/>
      </w:r>
      <w:r>
        <w:rPr>
          <w:sz w:val="20"/>
        </w:rPr>
        <w:t>37:11  jab tak creative thinking nahin aayegi, log deen ki aur mazhab ki value ko nahin samjhenge.</w:t>
      </w:r>
      <w:r>
        <w:br/>
      </w:r>
      <w:r>
        <w:rPr>
          <w:sz w:val="20"/>
        </w:rPr>
        <w:t>37:18  maulana, agla sawal raipur se hai.</w:t>
      </w:r>
    </w:p>
    <w:p>
      <w:pPr>
        <w:pStyle w:val="Heading2"/>
      </w:pPr>
      <w:r>
        <w:t>Why blame God instead of self</w:t>
      </w:r>
    </w:p>
    <w:p>
      <w:r>
        <w:rPr>
          <w:color w:val="666666"/>
          <w:sz w:val="18"/>
        </w:rPr>
        <w:t>Faith &amp; God · Politics and Nation Building May 19, 2013 · 1m 28s · at 47:28 · https://youtu.be/kmiMGq0Ki2Q?t=2848</w:t>
      </w:r>
    </w:p>
    <w:p>
      <w:r>
        <w:rPr>
          <w:i/>
        </w:rPr>
        <w:t>“Why does man blame God during times of distress and not himself? What is the reason for this?”</w:t>
      </w:r>
    </w:p>
    <w:p>
      <w:r>
        <w:rPr>
          <w:sz w:val="20"/>
        </w:rPr>
        <w:t>47:28  Maulana agla sawal Chennai se hai Maulana Iqbal Umri ka</w:t>
      </w:r>
      <w:r>
        <w:br/>
      </w:r>
      <w:r>
        <w:rPr>
          <w:sz w:val="20"/>
        </w:rPr>
        <w:t>47:33  unhone likha hai Maulana insan pareshani ke waqt Khuda ko kyun zimmedar thehrahata hai khud ko kyun nahi iski kya wajah hai main samajhta hoon ke yeh sab se mushkil kaam hai zimmedari ko apne upar lena aur sab se aasan kaam hai zimmedari ko doosre ke upar dalna yeh Khudaai ki baat nahi hai aam halaat mein bhi</w:t>
      </w:r>
      <w:r>
        <w:br/>
      </w:r>
      <w:r>
        <w:rPr>
          <w:sz w:val="20"/>
        </w:rPr>
        <w:t>48:02  aam halaat mein bhi insan yahi karta hai ke foran kisi doosre ko blame de deta hai to blame by self sab se mushkil kaam hai blame others sab se aasan kaam hai to isi ka yeh phenomena hai ke Khuda par dal dena</w:t>
      </w:r>
      <w:r>
        <w:br/>
      </w:r>
      <w:r>
        <w:rPr>
          <w:sz w:val="20"/>
        </w:rPr>
        <w:t>48:24  iske peeche jo cheez hai woh ego</w:t>
      </w:r>
      <w:r>
        <w:br/>
      </w:r>
      <w:r>
        <w:rPr>
          <w:sz w:val="20"/>
        </w:rPr>
        <w:t>48:26  sab se bari cheez jo insan ke andar hai woh hai ego ananiyat aadmi chahta hai ke</w:t>
      </w:r>
      <w:r>
        <w:br/>
      </w:r>
      <w:r>
        <w:rPr>
          <w:sz w:val="20"/>
        </w:rPr>
        <w:t>48:37  mere upar blame na jaye doosre ke upar chala jaye Khuda ke upar jaye kisi ke upar to yeh egoism hai ananiyat main samajhta hoon isi ka phenomena hai ke aadmi kai Khuda ko blame deta hai kai kisi aur ko de deta hai</w:t>
      </w:r>
    </w:p>
    <w:p>
      <w:pPr>
        <w:pStyle w:val="Heading2"/>
      </w:pPr>
      <w:r>
        <w:t>Why did prophets not find peace?</w:t>
      </w:r>
    </w:p>
    <w:p>
      <w:r>
        <w:rPr>
          <w:color w:val="666666"/>
          <w:sz w:val="18"/>
        </w:rPr>
        <w:t>Faith &amp; God · The Existence of God October 7, 2012 · 1m 49s · at 1:01:00 · https://youtu.be/Hm0ybuokQ8s?t=3660</w:t>
      </w:r>
    </w:p>
    <w:p>
      <w:r>
        <w:rPr>
          <w:i/>
        </w:rPr>
        <w:t>“The prophets led a life of great unease and problems because every prophet was severely persecuted by his people. Then what is the meaning of the verse that hearts find peace in the remembrance of Allah? Why could the hearts of the prophets not attain peace and tranquility? Please explain.”</w:t>
      </w:r>
    </w:p>
    <w:p>
      <w:r>
        <w:rPr>
          <w:sz w:val="20"/>
        </w:rPr>
        <w:t>1:01:00  to yeh Allah hi in logon ke sath nipat sakta hai, hamare jaisa aadmi nahin nipat sakta un se. Maulana, agla sawal bhi Karachi Pakistan se hai Miss Saira Latif ka.</w:t>
      </w:r>
      <w:r>
        <w:br/>
      </w:r>
      <w:r>
        <w:rPr>
          <w:sz w:val="20"/>
        </w:rPr>
        <w:t>1:01:11  unhon ne likha hai: "Anbiya e Karam ne bari be sukuni aur masail wali zindagi guzari kyunke har Nabi ko us ki qaum ne bohat sataya." phir is ayat ka matlab kya hai ke Allah ke zikr se dilon ko sukoon milta hai?</w:t>
      </w:r>
      <w:r>
        <w:br/>
      </w:r>
      <w:r>
        <w:rPr>
          <w:sz w:val="20"/>
        </w:rPr>
        <w:t>1:01:30  Anbiya e Karam ke dilon ko sukoon aur itminan kyun hasil na ho saka? is ke baray mein bataein. nahin, yeh yeh yeh yeh yeh qaul kaha tha ke sukoon hasil nahin hua, yeh to aap ka kehna hai.</w:t>
      </w:r>
      <w:r>
        <w:br/>
      </w:r>
      <w:r>
        <w:rPr>
          <w:sz w:val="20"/>
        </w:rPr>
        <w:t>1:01:45  yeh galat hai baat ke Anbiya ko sukoon hasil nahin hua, yeh galat baat hai. dekhiye, Quran ki ayat mein sukoon ke mani jismani aish nahin hai,</w:t>
      </w:r>
      <w:r>
        <w:br/>
      </w:r>
      <w:r>
        <w:rPr>
          <w:sz w:val="20"/>
        </w:rPr>
        <w:t>1:01:58  harghiz nahin hai ke rehne ke liye aap ko achha ghar, achhi car, achha saman mil jaye. yeh matlab nahin is ayat ka. is ka ayat ka matlab hai ke aap ka mind mutmaeen ho jaye ke main sachay rastay par hoon.</w:t>
      </w:r>
      <w:r>
        <w:br/>
      </w:r>
      <w:r>
        <w:rPr>
          <w:sz w:val="20"/>
        </w:rPr>
        <w:t>1:02:16  bas yeh mani hain. in ideological itminan murad hai is se, is se physical aaram murad nahin hai.</w:t>
      </w:r>
      <w:r>
        <w:br/>
      </w:r>
      <w:r>
        <w:rPr>
          <w:sz w:val="20"/>
        </w:rPr>
        <w:t>1:02:28  harghiz harghiz yeh yeh yeh galat fehmi nahin honi chahiye ke physical aaram murad hai is ka. ideological itminan ke main jis rastay par hoon, woh sacha rasta hai,</w:t>
      </w:r>
      <w:r>
        <w:br/>
      </w:r>
      <w:r>
        <w:rPr>
          <w:sz w:val="20"/>
        </w:rPr>
        <w:t>1:02:42  yeh murad hai is ka.</w:t>
      </w:r>
    </w:p>
    <w:p>
      <w:pPr>
        <w:pStyle w:val="Heading2"/>
      </w:pPr>
      <w:r>
        <w:t>Why do Muslims not receive divine help?</w:t>
      </w:r>
    </w:p>
    <w:p>
      <w:r>
        <w:rPr>
          <w:color w:val="666666"/>
          <w:sz w:val="18"/>
        </w:rPr>
        <w:t>Faith &amp; God · Double Standards of Present-Day Muslims August 6, 2017 · 56s · at 52:51 · https://youtu.be/k1NcZQpHTyg?t=3171</w:t>
      </w:r>
    </w:p>
    <w:p>
      <w:r>
        <w:rPr>
          <w:i/>
        </w:rPr>
        <w:t>“Why is it that Muslims do not think that had they been on the right path, they would surely have received divine help? It is clear that they have failed to receive divine succor, for they always lose. It is their enemies, as they call, all non-Muslims who always succeed. Does it show that God is at the side of their enemies? Why do Muslims?”</w:t>
      </w:r>
    </w:p>
    <w:p>
      <w:r>
        <w:rPr>
          <w:sz w:val="20"/>
        </w:rPr>
        <w:t>52:51  inhi ki taraf se agla sawal hai Maulana. "Why is it that Muslims do not think that had they been on theright path, they would surely have received divine help?"</w:t>
      </w:r>
      <w:r>
        <w:br/>
      </w:r>
      <w:r>
        <w:rPr>
          <w:sz w:val="20"/>
        </w:rPr>
        <w:t>53:04  It is clear that they have failed to receive divine succumb, for they always lose. It is their enemies, as they call, all non-Muslims who always succeed.</w:t>
      </w:r>
      <w:r>
        <w:br/>
      </w:r>
      <w:r>
        <w:rPr>
          <w:sz w:val="20"/>
        </w:rPr>
        <w:t>53:17  Does it show that God is at the side of their enemies? Why do Muslims</w:t>
      </w:r>
      <w:r>
        <w:br/>
      </w:r>
      <w:r>
        <w:rPr>
          <w:sz w:val="20"/>
        </w:rPr>
        <w:t>53:23  not think?" dekhen, ek hadith hai ke ek zamana aayega ke musalmanon se aql chhin jayegi. "كُنْتُ عَنْهُ مَقُولًا" yeh hadith hai ke ek zamana aayega jab ke musalmanon se aql chhin jayegi.</w:t>
      </w:r>
      <w:r>
        <w:br/>
      </w:r>
      <w:r>
        <w:rPr>
          <w:sz w:val="20"/>
        </w:rPr>
        <w:t>53:38  to main to samajhta hoon ke yeh zamana hai. ab to duniya hi khatm hone wali hai. ab kaho kab aayega woh zamana? logon ki aqlain chhin gayi hain. right thinking hai nahi hai.</w:t>
      </w:r>
    </w:p>
    <w:p>
      <w:pPr>
        <w:pStyle w:val="Heading2"/>
      </w:pPr>
      <w:r>
        <w:t>Why do false gods seem to respond?</w:t>
      </w:r>
    </w:p>
    <w:p>
      <w:r>
        <w:rPr>
          <w:color w:val="666666"/>
          <w:sz w:val="18"/>
        </w:rPr>
        <w:t>Faith &amp; God · Concept of God December 7, 2014 · 3m 08s · at 1:07:23 · https://youtu.be/dCgL9lp8EAo?t=4043</w:t>
      </w:r>
    </w:p>
    <w:p>
      <w:r>
        <w:rPr>
          <w:i/>
        </w:rPr>
        <w:t>“You said that one can establish a bilateral relationship with God because He responds, but with false gods it is unilateral. However, people who believe in false gods also experience their problems getting resolved. Why is that?”</w:t>
      </w:r>
    </w:p>
    <w:p>
      <w:r>
        <w:rPr>
          <w:sz w:val="20"/>
        </w:rPr>
        <w:t>1:07:23  Maulana, agla sawal Ludhiana se kya hai Shoaib sahib ne, aur unhon ne likha hai: "Moulana, in today's talk you mentioned that one is able to establish bilateral relation if he or she develops relation with God Almighty as he would keep getting response from God.</w:t>
      </w:r>
      <w:r>
        <w:br/>
      </w:r>
      <w:r>
        <w:rPr>
          <w:sz w:val="20"/>
        </w:rPr>
        <w:t>1:07:46  This would not be the case if someone takes God as Guru, Prophet, Sun, Moon, or an idol as it would be more like a unilateral relation since there would be no response from these so-called false gods."</w:t>
      </w:r>
      <w:r>
        <w:br/>
      </w:r>
      <w:r>
        <w:rPr>
          <w:sz w:val="20"/>
        </w:rPr>
        <w:t>1:08:02  Maulana, here the problem is that people who believe in these false gods also experience their problem getting resolved due to some reason or the other, and this gives them more conviction that the Guru or Prophet are real God.</w:t>
      </w:r>
      <w:r>
        <w:br/>
      </w:r>
      <w:r>
        <w:rPr>
          <w:sz w:val="20"/>
        </w:rPr>
        <w:t>1:08:22  How can we rationally address such people so that they don't believe in other than God?" Dekhen, aap ki report sahi nahi hai.</w:t>
      </w:r>
      <w:r>
        <w:br/>
      </w:r>
      <w:r>
        <w:rPr>
          <w:sz w:val="20"/>
        </w:rPr>
        <w:t>1:08:32  Jo log samajhte hain ke un ko mil raha hai, wo kya mila un ko? Business se faida hoga, bachcha paida hoga, muqadma jeet gaye. Ye koi mamla nahi hai.</w:t>
      </w:r>
      <w:r>
        <w:br/>
      </w:r>
      <w:r>
        <w:rPr>
          <w:sz w:val="20"/>
        </w:rPr>
        <w:t>1:08:42  Ye to ye to hota hi rehta hai.</w:t>
      </w:r>
      <w:r>
        <w:br/>
      </w:r>
      <w:r>
        <w:rPr>
          <w:sz w:val="20"/>
        </w:rPr>
        <w:t>1:08:44  Is ko wo kisi guru se attribute kar dete hain aur samajhte hain guru se mil gaya. Guru se kuch bhi nahi milta. Guru se kuch bhi nahi milta.</w:t>
      </w:r>
      <w:r>
        <w:br/>
      </w:r>
      <w:r>
        <w:rPr>
          <w:sz w:val="20"/>
        </w:rPr>
        <w:t>1:08:54  Ye sirf that is sheer attribution ke aap koshish kar rahe hain, koshish kar rahe hain. Beech mein guru se bhi ja kar ke aap kaha ke mujhe aashirwad dijiye, aap ka kaam ban gaya.</w:t>
      </w:r>
      <w:r>
        <w:br/>
      </w:r>
      <w:r>
        <w:rPr>
          <w:sz w:val="20"/>
        </w:rPr>
        <w:t>1:09:06  Ab aap ne is ko attribute kar diya guru ko, dargah ko. Log samajhte hain ke dargah se mil gaya, guru se mil gaya. Ye sab yaani false attribution hai.</w:t>
      </w:r>
      <w:r>
        <w:br/>
      </w:r>
      <w:r>
        <w:rPr>
          <w:sz w:val="20"/>
        </w:rPr>
        <w:t>1:09:20  Aur jahan tak Allah se milne wali baat hai, wo is se alag ek cheez hai. Wo marifat hai.</w:t>
      </w:r>
      <w:r>
        <w:br/>
      </w:r>
      <w:r>
        <w:rPr>
          <w:sz w:val="20"/>
        </w:rPr>
        <w:t>1:09:26  Material cheezein nahi hain. Har giz har giz material cheezon ko aap ko criteria nahi banana chahiye. Marifat ko criteria nahi banana chahiye.</w:t>
      </w:r>
      <w:r>
        <w:br/>
      </w:r>
      <w:r>
        <w:rPr>
          <w:sz w:val="20"/>
        </w:rPr>
        <w:t>1:09:37  Aur wo do cheezein hain. Quran mein do cheezein batai gayi hain. Ek hai, jaisa ke main ne arz kiya alladhi na'budu a'shadd huban lillah.</w:t>
      </w:r>
      <w:r>
        <w:br/>
      </w:r>
      <w:r>
        <w:rPr>
          <w:sz w:val="20"/>
        </w:rPr>
        <w:t>1:09:50  Yaani Allah se istighasa, affection. Ye is ke andar hai ke nahi hai.</w:t>
      </w:r>
      <w:r>
        <w:br/>
      </w:r>
      <w:r>
        <w:rPr>
          <w:sz w:val="20"/>
        </w:rPr>
        <w:t>1:09:56  dusri cheez hai walim yakhsha illa Allah. yani fear jo hai, fear Allah ke sath kisi aur se nahin. fear ka matlab kya hai?</w:t>
      </w:r>
      <w:r>
        <w:br/>
      </w:r>
      <w:r>
        <w:rPr>
          <w:sz w:val="20"/>
        </w:rPr>
        <w:t>1:10:07  Allah ke sath apne aap ko accountable samajhna. apni baton ko samajhna ke hum Allah ke samne jawab deh is ke liye hain.</w:t>
      </w:r>
      <w:r>
        <w:br/>
      </w:r>
      <w:r>
        <w:rPr>
          <w:sz w:val="20"/>
        </w:rPr>
        <w:t>1:10:16  yeh ehsas, yeh living ehsas aap ke andar se paida ho jaye. yeh hai criterion.</w:t>
      </w:r>
      <w:r>
        <w:br/>
      </w:r>
      <w:r>
        <w:rPr>
          <w:sz w:val="20"/>
        </w:rPr>
        <w:t>1:10:22  baqi cheezon ka taluq dunya ki zindagi se hai, woh is ko aap har giz criterion na banaein.</w:t>
      </w:r>
    </w:p>
    <w:p>
      <w:pPr>
        <w:pStyle w:val="Heading2"/>
      </w:pPr>
      <w:r>
        <w:t>Why does God not answer prayers</w:t>
      </w:r>
    </w:p>
    <w:p>
      <w:r>
        <w:rPr>
          <w:color w:val="666666"/>
          <w:sz w:val="18"/>
        </w:rPr>
        <w:t>Faith &amp; God · 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Why does God prevent right acts from happening</w:t>
      </w:r>
    </w:p>
    <w:p>
      <w:r>
        <w:rPr>
          <w:color w:val="666666"/>
          <w:sz w:val="18"/>
        </w:rPr>
        <w:t>Faith &amp; God · Politics and Nation Building May 19, 2013 · 4m 47s · at 59:01 · https://youtu.be/kmiMGq0Ki2Q?t=3541</w:t>
      </w:r>
    </w:p>
    <w:p>
      <w:r>
        <w:rPr>
          <w:i/>
        </w:rPr>
        <w:t>“Last Sunday that is on 12 May, while we were coming to attend the Sunday class, a serious accident happened on the way. As a result we missed to attend the lecture as we had to return from midway. Why it is so that God sometimes prevents even a right act from taking place? What lessons should be learned from such incident? Please guide us.”</w:t>
      </w:r>
    </w:p>
    <w:p>
      <w:r>
        <w:rPr>
          <w:sz w:val="20"/>
        </w:rPr>
        <w:t>59:01  maulana agla sawal roorkee se hai sajid anwar sahab ka unho ne likha hai maulana last sunday that is on 12 may while we were coming to attend the sunday class a serious accident happened on the way as a result we missed to attend the lecture as we had to return from mid way</w:t>
      </w:r>
      <w:r>
        <w:br/>
      </w:r>
      <w:r>
        <w:rPr>
          <w:sz w:val="20"/>
        </w:rPr>
        <w:t>59:25  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r>
        <w:br/>
      </w:r>
      <w:r>
        <w:rPr>
          <w:sz w:val="20"/>
        </w:rPr>
        <w:t>59:52  to aaj kal traffic kya hota hai ke traffic rule ka log pabandi nahi karte andha dhund dorate</w:t>
      </w:r>
      <w:r>
        <w:br/>
      </w:r>
      <w:r>
        <w:rPr>
          <w:sz w:val="20"/>
        </w:rPr>
        <w:t>59:58  hain busain hain truck hain to woh apni azadi ka misuse karte hain</w:t>
      </w:r>
      <w:r>
        <w:br/>
      </w:r>
      <w:r>
        <w:rPr>
          <w:sz w:val="20"/>
        </w:rPr>
        <w:t>1:00:06  apni azadi ka misuse karte hain woh karte rahengay woh band nahi honge kabhi</w:t>
      </w:r>
      <w:r>
        <w:br/>
      </w:r>
      <w:r>
        <w:rPr>
          <w:sz w:val="20"/>
        </w:rPr>
        <w:t>1:00:12  to ap ko is se sirf yeh sabak lena hai ke ap ko extra precaution lena chahiye</w:t>
      </w:r>
      <w:r>
        <w:br/>
      </w:r>
      <w:r>
        <w:rPr>
          <w:sz w:val="20"/>
        </w:rPr>
        <w:t>1:00:19  extra precaution</w:t>
      </w:r>
      <w:r>
        <w:br/>
      </w:r>
      <w:r>
        <w:rPr>
          <w:sz w:val="20"/>
        </w:rPr>
        <w:t>1:00:22  ap ko khud sochna chahiye ke meri is mein kaun si kami thi jis ki wajah se yeh waqia pesh aaya</w:t>
      </w:r>
      <w:r>
        <w:br/>
      </w:r>
      <w:r>
        <w:rPr>
          <w:sz w:val="20"/>
        </w:rPr>
        <w:t>1:00:32  jaise main apna qissa bataoon ke main ek baar to gaya dilli mein ek jagah bus bus se jab bus se utra main to mujhe road cross karna tha</w:t>
      </w:r>
      <w:r>
        <w:br/>
      </w:r>
      <w:r>
        <w:rPr>
          <w:sz w:val="20"/>
        </w:rPr>
        <w:t>1:00:47  road cross kar raha tha to achaanak ek bicycle aa gayi aur bicycle mujh se takra gayi to meri ankle toot gayi chot bhi aayi to is ke baad main ne kaha ke ab main ja ke road ke kinare baith gaya aur sochne laga ke aisa kyun hua sochne laga ke aisa kyun hua</w:t>
      </w:r>
      <w:r>
        <w:br/>
      </w:r>
      <w:r>
        <w:rPr>
          <w:sz w:val="20"/>
        </w:rPr>
        <w:t>1:01:13  sochne ke baad main ne samjha ke is mein meri hi ek ghalti thi road jo cross main kar raha tha to main ne ghalat tareeqe se cross karne ki koshish ki to dekhiye doosre ko blame dene se koi faida nahi ap sirf yeh sochiye ke meri kya kotahi thi</w:t>
      </w:r>
      <w:r>
        <w:br/>
      </w:r>
      <w:r>
        <w:rPr>
          <w:sz w:val="20"/>
        </w:rPr>
        <w:t>1:01:39  isko daryaft kijiye</w:t>
      </w:r>
      <w:r>
        <w:br/>
      </w:r>
      <w:r>
        <w:rPr>
          <w:sz w:val="20"/>
        </w:rPr>
        <w:t>1:01:42  kahin aadmi ko chahiye ke woh ruk jaye woh doosray ko aagay barhnay ka moqa de kahin chahiye</w:t>
      </w:r>
      <w:r>
        <w:br/>
      </w:r>
      <w:r>
        <w:rPr>
          <w:sz w:val="20"/>
        </w:rPr>
        <w:t>1:01:48  ke woh car ko chhod kar train se safar kare yeh mukhtalif shakaloon mein woh apni kotahi ko</w:t>
      </w:r>
      <w:r>
        <w:br/>
      </w:r>
      <w:r>
        <w:rPr>
          <w:sz w:val="20"/>
        </w:rPr>
        <w:t>1:01:54  daryaft kar sakta hai to har aisay moqay par ap ko janna chahiye ke insaan apni azadi ko</w:t>
      </w:r>
      <w:r>
        <w:br/>
      </w:r>
      <w:r>
        <w:rPr>
          <w:sz w:val="20"/>
        </w:rPr>
        <w:t>1:02:00  misuse karega hum yeh rok nahi sakte logon ko ke woh apni azadi ko misuse</w:t>
      </w:r>
      <w:r>
        <w:br/>
      </w:r>
      <w:r>
        <w:rPr>
          <w:sz w:val="20"/>
        </w:rPr>
        <w:t>1:02:06  na karein woh karengay woh to humein apne aap ko bachanay ki koshish karna hai</w:t>
      </w:r>
      <w:r>
        <w:br/>
      </w:r>
      <w:r>
        <w:rPr>
          <w:sz w:val="20"/>
        </w:rPr>
        <w:t>1:02:13  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r>
        <w:br/>
      </w:r>
      <w:r>
        <w:rPr>
          <w:sz w:val="20"/>
        </w:rPr>
        <w:t>1:02:39  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r>
        <w:br/>
      </w:r>
      <w:r>
        <w:rPr>
          <w:sz w:val="20"/>
        </w:rPr>
        <w:t>1:03:06  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r>
        <w:br/>
      </w:r>
      <w:r>
        <w:rPr>
          <w:sz w:val="20"/>
        </w:rPr>
        <w:t>1:03:35  chunki hum insan ki azadi ko abwais kar nahi sakte is liye yahi hai ke hum blame daai self par amal karein</w:t>
      </w:r>
    </w:p>
    <w:p>
      <w:pPr>
        <w:pStyle w:val="Heading2"/>
      </w:pPr>
      <w:r>
        <w:t>Why does God put me in difficult situations?</w:t>
      </w:r>
    </w:p>
    <w:p>
      <w:r>
        <w:rPr>
          <w:color w:val="666666"/>
          <w:sz w:val="18"/>
        </w:rPr>
        <w:t>Faith &amp; God · 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Why does God send natural calamities?</w:t>
      </w:r>
    </w:p>
    <w:p>
      <w:r>
        <w:rPr>
          <w:color w:val="666666"/>
          <w:sz w:val="18"/>
        </w:rPr>
        <w:t>Faith &amp; God · Divine Love July 31, 2016 · 55s · at 53:05 · https://youtu.be/-gQiWX3l6J4?t=3185</w:t>
      </w:r>
    </w:p>
    <w:p>
      <w:r>
        <w:rPr>
          <w:i/>
        </w:rPr>
        <w:t>“If God loves His creation then why does He send so much of natural calamities like floods, earthquakes, diseases etc.”</w:t>
      </w:r>
    </w:p>
    <w:p>
      <w:r>
        <w:rPr>
          <w:sz w:val="20"/>
        </w:rPr>
        <w:t>53:05  maulana agla sawal bhubaneswar se bheja hai zakir sahab ne aur unhon ne likha hai maulana sahab If</w:t>
      </w:r>
      <w:r>
        <w:br/>
      </w:r>
      <w:r>
        <w:rPr>
          <w:sz w:val="20"/>
        </w:rPr>
        <w:t>53:13  God loves His creation then why does He send so much of natural calamities like floods, earthquakes, diseases</w:t>
      </w:r>
      <w:r>
        <w:br/>
      </w:r>
      <w:r>
        <w:rPr>
          <w:sz w:val="20"/>
        </w:rPr>
        <w:t>53:21  etc.</w:t>
      </w:r>
      <w:r>
        <w:br/>
      </w:r>
      <w:r>
        <w:rPr>
          <w:sz w:val="20"/>
        </w:rPr>
        <w:t>53:22  Why is this so? yeh bilkul sahi soch nahi hai.</w:t>
      </w:r>
      <w:r>
        <w:br/>
      </w:r>
      <w:r>
        <w:rPr>
          <w:sz w:val="20"/>
        </w:rPr>
        <w:t>53:27  calamity ya problem will jo cheezen hain is par hum ne bohat likha hai.</w:t>
      </w:r>
      <w:r>
        <w:br/>
      </w:r>
      <w:r>
        <w:rPr>
          <w:sz w:val="20"/>
        </w:rPr>
        <w:t>53:33  aap ne shayad padha nahi hai.</w:t>
      </w:r>
      <w:r>
        <w:br/>
      </w:r>
      <w:r>
        <w:rPr>
          <w:sz w:val="20"/>
        </w:rPr>
        <w:t>53:35  is ke positive aspect ko mere khayal se aap hamari kitabon ko padhen ke calamity jo hain ya</w:t>
      </w:r>
      <w:r>
        <w:br/>
      </w:r>
      <w:r>
        <w:rPr>
          <w:sz w:val="20"/>
        </w:rPr>
        <w:t>53:43  jin ko evil kaha jata hai ya jo difficulties hain un ka jo positive aspect hai us ko</w:t>
      </w:r>
      <w:r>
        <w:br/>
      </w:r>
      <w:r>
        <w:rPr>
          <w:sz w:val="20"/>
        </w:rPr>
        <w:t>53:51  aap ne khola hai apni kitabon mein.</w:t>
      </w:r>
      <w:r>
        <w:br/>
      </w:r>
      <w:r>
        <w:rPr>
          <w:sz w:val="20"/>
        </w:rPr>
        <w:t>53:54  is ko padh len aap phir sawal karen to mein inshallah us ko jawab doon ga.</w:t>
      </w:r>
      <w:r>
        <w:br/>
      </w:r>
      <w:r>
        <w:rPr>
          <w:sz w:val="20"/>
        </w:rPr>
        <w:t>54:01  maulana agla sawal lene se pehle ek comment padhna chahenge jo muhammad ayub sahab ne bheja hai</w:t>
      </w:r>
    </w:p>
    <w:p>
      <w:pPr>
        <w:pStyle w:val="Heading2"/>
      </w:pPr>
      <w:r>
        <w:t>Why does God test humanity and how to prepare?</w:t>
      </w:r>
    </w:p>
    <w:p>
      <w:r>
        <w:rPr>
          <w:color w:val="666666"/>
          <w:sz w:val="18"/>
        </w:rPr>
        <w:t>Faith &amp; God · Islam &amp; Prophet of Islam 21 Oct, 2012 - Maulana Wahiduddin Khan · 2m 49s · at 1:04:36 · https://youtu.be/2hwtfOyNeS0?t=3876</w:t>
      </w:r>
    </w:p>
    <w:p>
      <w:r>
        <w:rPr>
          <w:i/>
        </w:rPr>
        <w:t>“What is the need for God to put us to test? Can this be avoided? If it is not avoidable, then what is the best way to prepare for the test? Please comment.”</w:t>
      </w:r>
    </w:p>
    <w:p>
      <w:r>
        <w:rPr>
          <w:sz w:val="20"/>
        </w:rPr>
        <w:t>1:04:36  maulana, agla sawal aya hai dilli se mister mationjay panday sahib ka. unhon ne likha hai: "What is the need for God to put us to test?</w:t>
      </w:r>
      <w:r>
        <w:br/>
      </w:r>
      <w:r>
        <w:rPr>
          <w:sz w:val="20"/>
        </w:rPr>
        <w:t>1:04:49  Can this be avoided? If it is not avoidable, then what is the best way to prepare for the test? Please comment." dekhiye, test ka jo muamla hai woh jura hua hai Allah taala ki poori jo scheme of things hai us se.</w:t>
      </w:r>
      <w:r>
        <w:br/>
      </w:r>
      <w:r>
        <w:rPr>
          <w:sz w:val="20"/>
        </w:rPr>
        <w:t>1:05:06  scheme of things kya hai? woh yeh hai ke Allah taala ne ek dunya banai jis ko hum kehte hain paradise.</w:t>
      </w:r>
      <w:r>
        <w:br/>
      </w:r>
      <w:r>
        <w:rPr>
          <w:sz w:val="20"/>
        </w:rPr>
        <w:t>1:05:15  ek ideal world, ek perfect world. wahan har har woh cheez hai jo insan chahta hai. quran mein hai ke: "وَلَكُمْ فِيهَا مَا تَشْتَئُونَ أَنْفُسَكُمْ" wahan sab kuch hai jo tum chaho.</w:t>
      </w:r>
      <w:r>
        <w:br/>
      </w:r>
      <w:r>
        <w:rPr>
          <w:sz w:val="20"/>
        </w:rPr>
        <w:t>1:05:31  to ek bohat hi beautiful world, perfect world, ideal world banai. ab Allah taala ko yeh matloob hai ke wahan par settle karne ke liye insan.</w:t>
      </w:r>
      <w:r>
        <w:br/>
      </w:r>
      <w:r>
        <w:rPr>
          <w:sz w:val="20"/>
        </w:rPr>
        <w:t>1:05:42  to kis ko settle kiya jaye wahan? kis ko wahan rehne ka mauqa diya jaye? is ke liye yeh dunya banai. yahan par logon ko test ke liye rakha. to azadi ke baghair test ho nahi sakta.</w:t>
      </w:r>
      <w:r>
        <w:br/>
      </w:r>
      <w:r>
        <w:rPr>
          <w:sz w:val="20"/>
        </w:rPr>
        <w:t>1:05:56  jahan test hai, wahan jahan azadi hai, wahan test hai. to Allah taala ne asal jo hai, jo jo Allah taala ki jo scheme of things hai, us ke mutabiq asal jo cheez hai woh yeh hai ke paradise mein settle karne ke liye, paradise ka inaam dene ke liye, paradise ka reward dene ke liye Allah taala ko insanon ka intikhab karna hai.</w:t>
      </w:r>
      <w:r>
        <w:br/>
      </w:r>
      <w:r>
        <w:rPr>
          <w:sz w:val="20"/>
        </w:rPr>
        <w:t>1:06:21  is dunya ko Allah taala ne rakha hai isi liye. yeh testing ground yeh hai. to yahan jo log is par pooray utrain ge, un ko select kar liya jaye ga.</w:t>
      </w:r>
      <w:r>
        <w:br/>
      </w:r>
      <w:r>
        <w:rPr>
          <w:sz w:val="20"/>
        </w:rPr>
        <w:t>1:06:32  is poori history se selected log jo hon ge, woh jannat ke liye muntakhib kiye jayen ge. poori history se. yani jannat ka faisla group wise nahi hoga.</w:t>
      </w:r>
      <w:r>
        <w:br/>
      </w:r>
      <w:r>
        <w:rPr>
          <w:sz w:val="20"/>
        </w:rPr>
        <w:t>1:06:43  individual wise hoga. koi bhi group, koi bhi group, group wahan dakhil nahi kiya jaye ga. balkay poori history se individual chune jayen ge.</w:t>
      </w:r>
      <w:r>
        <w:br/>
      </w:r>
      <w:r>
        <w:rPr>
          <w:sz w:val="20"/>
        </w:rPr>
        <w:t>1:06:55  individual. un ko wahan par mauqa diya jaye ga rehne ka. to baqi logon ko, mein samajhta hoon ke doosre logon ko ek universal determine hoga, us mein dakhil hon ge.</w:t>
      </w:r>
      <w:r>
        <w:br/>
      </w:r>
      <w:r>
        <w:rPr>
          <w:sz w:val="20"/>
        </w:rPr>
        <w:t>1:07:06  ek kainaati kooda khana. yeh hai scheme. to aap aap sochne ka muamla test se shuru kijiye. paradise se shuru kijiye.</w:t>
      </w:r>
      <w:r>
        <w:br/>
      </w:r>
      <w:r>
        <w:rPr>
          <w:sz w:val="20"/>
        </w:rPr>
        <w:t>1:07:17  jab aap paradise ko sochen ge to is baat ka, is sawal ka jawab aap ko mil jaye ga.</w:t>
      </w:r>
    </w:p>
    <w:p>
      <w:pPr>
        <w:pStyle w:val="Heading2"/>
      </w:pPr>
      <w:r>
        <w:t>Why does God test humans?</w:t>
      </w:r>
    </w:p>
    <w:p>
      <w:r>
        <w:rPr>
          <w:color w:val="666666"/>
          <w:sz w:val="18"/>
        </w:rPr>
        <w:t>Faith &amp; God · Building A Creative Personality | 20 Nov 2011 · 1m 54s · at 1:20:40 · https://youtu.be/jdfhpwfEvKg?t=4840</w:t>
      </w:r>
    </w:p>
    <w:p>
      <w:r>
        <w:rPr>
          <w:i/>
        </w:rPr>
        <w:t>“As per Quran, God has put man in test on earth, but why does God need to test us? Can't He create pure souls at the first place and settle them in Jannah? He can create whatever He wills. Kindly explain.”</w:t>
      </w:r>
    </w:p>
    <w:p>
      <w:r>
        <w:rPr>
          <w:sz w:val="20"/>
        </w:rPr>
        <w:t>1:20:40  Maulana, agla sawal aaya hai Mr Riaz Bhat ka Hyderabad India se.</w:t>
      </w:r>
      <w:r>
        <w:br/>
      </w:r>
      <w:r>
        <w:rPr>
          <w:sz w:val="20"/>
        </w:rPr>
        <w:t>1:20:44  unhon ne likha hai:</w:t>
      </w:r>
      <w:r>
        <w:br/>
      </w:r>
      <w:r>
        <w:rPr>
          <w:sz w:val="20"/>
        </w:rPr>
        <w:t>1:20:47  "as per quran, god has put man in test on earth, but why god needs to test us? can't he create pure souls at the first place and settle them in jannat? he can create whatever he wills. kindly explain." yeh yeh yeh ek sawal nahi hai, yeh sirf ek zehni woh upaj hai. bas bhai, baghair aadmi</w:t>
      </w:r>
      <w:r>
        <w:br/>
      </w:r>
      <w:r>
        <w:rPr>
          <w:sz w:val="20"/>
        </w:rPr>
        <w:t>1:21:17  ko, aadmi ko aap dunya mein jitni bhi job hain, jo deserve karta hai, us ko job milta hai.</w:t>
      </w:r>
      <w:r>
        <w:br/>
      </w:r>
      <w:r>
        <w:rPr>
          <w:sz w:val="20"/>
        </w:rPr>
        <w:t>1:21:23  khawamkhwah thori de diya hai kisi ko ke paida karo, jannat mein daal do.</w:t>
      </w:r>
      <w:r>
        <w:br/>
      </w:r>
      <w:r>
        <w:rPr>
          <w:sz w:val="20"/>
        </w:rPr>
        <w:t>1:21:29  aisa kaise ho sakta hai? jo apne ko deserve sabit karega, us ke liye jannat milegi.</w:t>
      </w:r>
      <w:r>
        <w:br/>
      </w:r>
      <w:r>
        <w:rPr>
          <w:sz w:val="20"/>
        </w:rPr>
        <w:t>1:21:35  us ko nahi sabit karega, us ko kura khane mein daal diya jayega.</w:t>
      </w:r>
      <w:r>
        <w:br/>
      </w:r>
      <w:r>
        <w:rPr>
          <w:sz w:val="20"/>
        </w:rPr>
        <w:t>1:21:41  yeh to yani kya aap, aap aik is koi bhi aap kaam karte hon to kya baghair</w:t>
      </w:r>
      <w:r>
        <w:br/>
      </w:r>
      <w:r>
        <w:rPr>
          <w:sz w:val="20"/>
        </w:rPr>
        <w:t>1:21:47  deservation dekhe bhi usko dakhil karte hain? is mein aap aisa kaise ho sakta hai? yeh jo kaam aap khud na karte, usko chahte hain ke khuda usko ikhtiyar kare. koi bhi shakhs jo business chalata ho, koi koi idara chalata ho, to uske paas aadmi aata hai kaam ke liye, to usko zahir hai ke uska dekha hai ke deserve karta hai ya nahi karta. to allah taala ne yeh duniya ko banaya hai ke jo apne ko deserving candidate sabit karega, woh jannat mein jayega</w:t>
      </w:r>
      <w:r>
        <w:br/>
      </w:r>
      <w:r>
        <w:rPr>
          <w:sz w:val="20"/>
        </w:rPr>
        <w:t>1:22:17  ga.</w:t>
      </w:r>
      <w:r>
        <w:br/>
      </w:r>
      <w:r>
        <w:rPr>
          <w:sz w:val="20"/>
        </w:rPr>
        <w:t>1:22:21  jo nahi sabit karega, to us ko kura khane mein daal diya jayega.</w:t>
      </w:r>
      <w:r>
        <w:br/>
      </w:r>
      <w:r>
        <w:rPr>
          <w:sz w:val="20"/>
        </w:rPr>
        <w:t>1:22:26  yeh to bilkul aik fitri baat hai.</w:t>
      </w:r>
      <w:r>
        <w:br/>
      </w:r>
      <w:r>
        <w:rPr>
          <w:sz w:val="20"/>
        </w:rPr>
        <w:t>1:22:30  is mein sawal karna kyun? main nahi samajhta is mein kya sawal hai. banta hai.</w:t>
      </w:r>
    </w:p>
    <w:p>
      <w:pPr>
        <w:pStyle w:val="Heading2"/>
      </w:pPr>
      <w:r>
        <w:t>Why does God test us if He can create pure souls?</w:t>
      </w:r>
    </w:p>
    <w:p>
      <w:r>
        <w:rPr>
          <w:color w:val="666666"/>
          <w:sz w:val="18"/>
        </w:rPr>
        <w:t>Faith &amp; God · Q&amp;A 20 Nov 2011 Maulana Wahiduddin Khan · 1m 48s · at 19:12 · https://youtu.be/7sNDn8Y6jUc?t=1152</w:t>
      </w:r>
    </w:p>
    <w:p>
      <w:r>
        <w:rPr>
          <w:i/>
        </w:rPr>
        <w:t>“As per Quran, God has put man in test on earth. But why does God need to test us? Can't He create pure souls in the first place and settle them in Jannah? He can create whatever He wills. Kindly explain.”</w:t>
      </w:r>
    </w:p>
    <w:p>
      <w:r>
        <w:rPr>
          <w:sz w:val="20"/>
        </w:rPr>
        <w:t>19:12  maulana, agla sawal aya hai misster riyaz bhatt ka haiderabad india se. unhon ne likha hai: "as per quran, god has put man in test on earth.</w:t>
      </w:r>
      <w:r>
        <w:br/>
      </w:r>
      <w:r>
        <w:rPr>
          <w:sz w:val="20"/>
        </w:rPr>
        <w:t>19:23  but why god needs to test us? can't he create pure souls at the first place and settle them in jannat? he can create whatever he wills.</w:t>
      </w:r>
      <w:r>
        <w:br/>
      </w:r>
      <w:r>
        <w:rPr>
          <w:sz w:val="20"/>
        </w:rPr>
        <w:t>19:34  kindly explain."</w:t>
      </w:r>
      <w:r>
        <w:br/>
      </w:r>
      <w:r>
        <w:rPr>
          <w:sz w:val="20"/>
        </w:rPr>
        <w:t>19:36  yeh sawal nahi hai, yeh sirf ek zehni woh upper hai bas.</w:t>
      </w:r>
      <w:r>
        <w:br/>
      </w:r>
      <w:r>
        <w:rPr>
          <w:sz w:val="20"/>
        </w:rPr>
        <w:t>19:46  bhai, baghair aadmi ko, aadmi ko aap duniya mein jitni bhi job hain, jo deserve karta hai usko job milta hai.</w:t>
      </w:r>
      <w:r>
        <w:br/>
      </w:r>
      <w:r>
        <w:rPr>
          <w:sz w:val="20"/>
        </w:rPr>
        <w:t>19:55  khawamkhwah hi thori toh de diya hai kisi ko ke paida karo, jannat mein daal do. aisa kaise ho sakta hai? jo apne ko deserve sabit karega uski jannat milegi usko?</w:t>
      </w:r>
      <w:r>
        <w:br/>
      </w:r>
      <w:r>
        <w:rPr>
          <w:sz w:val="20"/>
        </w:rPr>
        <w:t>20:07  nahi sabit karega usko kooda khane mein daal diya jayega?</w:t>
      </w:r>
      <w:r>
        <w:br/>
      </w:r>
      <w:r>
        <w:rPr>
          <w:sz w:val="20"/>
        </w:rPr>
        <w:t>20:10  yeh toh, yani kya aap, aap ek, is koi bhi aap kaam karte hon toh kya aap baghair deservation dekhe bhi usko dakhil karte hain is mein aap?</w:t>
      </w:r>
      <w:r>
        <w:br/>
      </w:r>
      <w:r>
        <w:rPr>
          <w:sz w:val="20"/>
        </w:rPr>
        <w:t>20:21  aisa kaise ho sakta hai? ke jo kaam aap khud na karte usko chahte hain khuda usko ikhtiyar kare?</w:t>
      </w:r>
      <w:r>
        <w:br/>
      </w:r>
      <w:r>
        <w:rPr>
          <w:sz w:val="20"/>
        </w:rPr>
        <w:t>20:28  koi bhi shakhs jo business chalata ho, koi koi idara chalata ho toh uske paas aadmi aata hai kaam ke liye toh usko zahir hai ke uska dekha hai ke deserve karta hai ya nahi karta?</w:t>
      </w:r>
      <w:r>
        <w:br/>
      </w:r>
      <w:r>
        <w:rPr>
          <w:sz w:val="20"/>
        </w:rPr>
        <w:t>20:39  toh allah ta'ala ne yeh duniya ko banaya hai</w:t>
      </w:r>
      <w:r>
        <w:br/>
      </w:r>
      <w:r>
        <w:rPr>
          <w:sz w:val="20"/>
        </w:rPr>
        <w:t>20:44  ke</w:t>
      </w:r>
      <w:r>
        <w:br/>
      </w:r>
      <w:r>
        <w:rPr>
          <w:sz w:val="20"/>
        </w:rPr>
        <w:t>20:45  jo apne ko deserving candidate sabit karega woh jannat mein jayega. jo nahi sabit karega toh usko kooda khane mein daal diya jayega. yeh toh bilkul ek fitri baat hai.</w:t>
      </w:r>
      <w:r>
        <w:br/>
      </w:r>
      <w:r>
        <w:rPr>
          <w:sz w:val="20"/>
        </w:rPr>
        <w:t>20:54  isme sawal karna kyun? main nahi samajhta isme kya sawal hai? banta hai.</w:t>
      </w:r>
    </w:p>
    <w:p>
      <w:pPr>
        <w:pStyle w:val="Heading2"/>
      </w:pPr>
      <w:r>
        <w:t>Why does God test us?</w:t>
      </w:r>
    </w:p>
    <w:p>
      <w:r>
        <w:rPr>
          <w:color w:val="666666"/>
          <w:sz w:val="18"/>
        </w:rPr>
        <w:t>Faith &amp; God · Islam and Prophet of Islam 21st October 2012 · 2m 57s · at 1:07:11 · https://youtu.be/pg1Malshh6Y?t=4031</w:t>
      </w:r>
    </w:p>
    <w:p>
      <w:r>
        <w:rPr>
          <w:i/>
        </w:rPr>
        <w:t>“What is the need for God to put us to test? Can this be avoided? If it is not avoidable, then what is the best way to prepare for the test?”</w:t>
      </w:r>
    </w:p>
    <w:p>
      <w:r>
        <w:rPr>
          <w:sz w:val="20"/>
        </w:rPr>
        <w:t>1:07:11  maulana, agla sawal aaya hai dilli se mister mityunje pandey sahib ka.</w:t>
      </w:r>
      <w:r>
        <w:br/>
      </w:r>
      <w:r>
        <w:rPr>
          <w:sz w:val="20"/>
        </w:rPr>
        <w:t>1:07:16  انہوں نے لکھا ہے: "What is the need for God to put us to test? Can this be</w:t>
      </w:r>
      <w:r>
        <w:br/>
      </w:r>
      <w:r>
        <w:rPr>
          <w:sz w:val="20"/>
        </w:rPr>
        <w:t>1:07:24  avoided? If it is not avoidable, then what is the best way to prepare for the test?"</w:t>
      </w:r>
      <w:r>
        <w:br/>
      </w:r>
      <w:r>
        <w:rPr>
          <w:sz w:val="20"/>
        </w:rPr>
        <w:t>1:07:32  please comment.</w:t>
      </w:r>
      <w:r>
        <w:br/>
      </w:r>
      <w:r>
        <w:rPr>
          <w:sz w:val="20"/>
        </w:rPr>
        <w:t>1:07:33  dekhein, test ka jo muamla hai woh juda hua hai Allah taala ki poori jo scheme of things</w:t>
      </w:r>
      <w:r>
        <w:br/>
      </w:r>
      <w:r>
        <w:rPr>
          <w:sz w:val="20"/>
        </w:rPr>
        <w:t>1:07:41  hai, is se.</w:t>
      </w:r>
      <w:r>
        <w:br/>
      </w:r>
      <w:r>
        <w:rPr>
          <w:sz w:val="20"/>
        </w:rPr>
        <w:t>1:07:42  askim of things kya hai? woh yeh hai ke Allah taala ne ek duniya banai jis ko hum</w:t>
      </w:r>
      <w:r>
        <w:br/>
      </w:r>
      <w:r>
        <w:rPr>
          <w:sz w:val="20"/>
        </w:rPr>
        <w:t>1:07:50  kehte hain paradise, ek ideal world, ek perfect world.</w:t>
      </w:r>
      <w:r>
        <w:br/>
      </w:r>
      <w:r>
        <w:rPr>
          <w:sz w:val="20"/>
        </w:rPr>
        <w:t>1:07:54  wahan har har woh cheez hai jo insan chahta hai.</w:t>
      </w:r>
      <w:r>
        <w:br/>
      </w:r>
      <w:r>
        <w:rPr>
          <w:sz w:val="20"/>
        </w:rPr>
        <w:t>1:07:58  quran mein hai ke: "walakum fiha ma tashtahi anfusukum".</w:t>
      </w:r>
      <w:r>
        <w:br/>
      </w:r>
      <w:r>
        <w:rPr>
          <w:sz w:val="20"/>
        </w:rPr>
        <w:t>1:08:02  wohan sab kuch hai jo tum chaho.</w:t>
      </w:r>
      <w:r>
        <w:br/>
      </w:r>
      <w:r>
        <w:rPr>
          <w:sz w:val="20"/>
        </w:rPr>
        <w:t>1:08:05  to ek bohat hi beautiful world, perfect world, ideal world banai.</w:t>
      </w:r>
      <w:r>
        <w:br/>
      </w:r>
      <w:r>
        <w:rPr>
          <w:sz w:val="20"/>
        </w:rPr>
        <w:t>1:08:10  ab Allah taala ko yeh matloob hai ke wahan par settle karne ke liye insan to kis ko</w:t>
      </w:r>
      <w:r>
        <w:br/>
      </w:r>
      <w:r>
        <w:rPr>
          <w:sz w:val="20"/>
        </w:rPr>
        <w:t>1:08:18  settle kiya jaye? wahan kis ko wahan rehne ka mauqa diya jaye? is ke liye yeh duniya banai,</w:t>
      </w:r>
      <w:r>
        <w:br/>
      </w:r>
      <w:r>
        <w:rPr>
          <w:sz w:val="20"/>
        </w:rPr>
        <w:t>1:08:26  yahan pe logon ko test ke liye rakha.</w:t>
      </w:r>
      <w:r>
        <w:br/>
      </w:r>
      <w:r>
        <w:rPr>
          <w:sz w:val="20"/>
        </w:rPr>
        <w:t>1:08:29  to azadi ke baghair test ho nahi sakta.</w:t>
      </w:r>
      <w:r>
        <w:br/>
      </w:r>
      <w:r>
        <w:rPr>
          <w:sz w:val="20"/>
        </w:rPr>
        <w:t>1:08:33  jahan test hai, wahan jahan azadi hai, wahan test hai.</w:t>
      </w:r>
      <w:r>
        <w:br/>
      </w:r>
      <w:r>
        <w:rPr>
          <w:sz w:val="20"/>
        </w:rPr>
        <w:t>1:08:37  to Allah taala ne asal jo hai, jo jo Allah taala ki jo askim of things hai, is</w:t>
      </w:r>
      <w:r>
        <w:br/>
      </w:r>
      <w:r>
        <w:rPr>
          <w:sz w:val="20"/>
        </w:rPr>
        <w:t>1:08:45  ke mutabiq asal jo cheez hai woh yeh hai ke paradise mein settle karne ke liye, paradise ka</w:t>
      </w:r>
      <w:r>
        <w:br/>
      </w:r>
      <w:r>
        <w:rPr>
          <w:sz w:val="20"/>
        </w:rPr>
        <w:t>1:08:52  inaam dene ke liye, paradise ke reward dene ke liye Allah taala ko insanon ka intikhab karna hai.</w:t>
      </w:r>
      <w:r>
        <w:br/>
      </w:r>
      <w:r>
        <w:rPr>
          <w:sz w:val="20"/>
        </w:rPr>
        <w:t>1:09:00  is duniya ko Allah taala ne rakha isi liye ke testing ground yeh hai.</w:t>
      </w:r>
      <w:r>
        <w:br/>
      </w:r>
      <w:r>
        <w:rPr>
          <w:sz w:val="20"/>
        </w:rPr>
        <w:t>1:09:06  to yahan jo log is par poore utren ge, un ko select kar liya jaye ga.</w:t>
      </w:r>
      <w:r>
        <w:br/>
      </w:r>
      <w:r>
        <w:rPr>
          <w:sz w:val="20"/>
        </w:rPr>
        <w:t>1:09:13  poori history se selectd log jo hon ge, woh jannat ke liye muntakhib kiye jayen ge.</w:t>
      </w:r>
      <w:r>
        <w:br/>
      </w:r>
      <w:r>
        <w:rPr>
          <w:sz w:val="20"/>
        </w:rPr>
        <w:t>1:09:20  poori history se, yani jannat ka faisla group wise nahi hoga, individual wise hoga.</w:t>
      </w:r>
      <w:r>
        <w:br/>
      </w:r>
      <w:r>
        <w:rPr>
          <w:sz w:val="20"/>
        </w:rPr>
        <w:t>1:09:26  koi bhi group, koi bhi group as a group wahan dakhil nahi kiya jaye ga, balkeh poori history</w:t>
      </w:r>
      <w:r>
        <w:br/>
      </w:r>
      <w:r>
        <w:rPr>
          <w:sz w:val="20"/>
        </w:rPr>
        <w:t>1:09:33  se individual chune jayen ge.</w:t>
      </w:r>
      <w:r>
        <w:br/>
      </w:r>
      <w:r>
        <w:rPr>
          <w:sz w:val="20"/>
        </w:rPr>
        <w:t>1:09:36  individual un ko wahan par mauqa diya jaye ga rehne ka.</w:t>
      </w:r>
      <w:r>
        <w:br/>
      </w:r>
      <w:r>
        <w:rPr>
          <w:sz w:val="20"/>
        </w:rPr>
        <w:t>1:09:40  to baqi logon ko main samajhta hoon ke doosre logon ko ek universal letter bhi nahi hoga, is</w:t>
      </w:r>
      <w:r>
        <w:br/>
      </w:r>
      <w:r>
        <w:rPr>
          <w:sz w:val="20"/>
        </w:rPr>
        <w:t>1:09:48  mein dakhil nahi hon ge.</w:t>
      </w:r>
      <w:r>
        <w:br/>
      </w:r>
      <w:r>
        <w:rPr>
          <w:sz w:val="20"/>
        </w:rPr>
        <w:t>1:09:50  ek kainaati kooda kooda khana yeh hai askim.</w:t>
      </w:r>
      <w:r>
        <w:br/>
      </w:r>
      <w:r>
        <w:rPr>
          <w:sz w:val="20"/>
        </w:rPr>
        <w:t>1:09:54  to aap aap sochne ka mamla test se shuru kijiye, paradise se shuru kijiye.</w:t>
      </w:r>
      <w:r>
        <w:br/>
      </w:r>
      <w:r>
        <w:rPr>
          <w:sz w:val="20"/>
        </w:rPr>
        <w:t>1:10:00  jab aap paradise ko, paradise ko jab sochen ge to is baat ka, is sawal ka jawab aap</w:t>
      </w:r>
      <w:r>
        <w:br/>
      </w:r>
      <w:r>
        <w:rPr>
          <w:sz w:val="20"/>
        </w:rPr>
        <w:t>1:10:07  ko mil jaye ga.</w:t>
      </w:r>
    </w:p>
    <w:p>
      <w:pPr>
        <w:pStyle w:val="Heading2"/>
      </w:pPr>
      <w:r>
        <w:t>Why does God want humans?</w:t>
      </w:r>
    </w:p>
    <w:p>
      <w:r>
        <w:rPr>
          <w:color w:val="666666"/>
          <w:sz w:val="18"/>
        </w:rPr>
        <w:t>Faith &amp; God · On Atheism | May 22, 2016 · 2m 00s · at 50:28 · https://youtu.be/tzJmfYnSleo?t=3028</w:t>
      </w:r>
    </w:p>
    <w:p>
      <w:r>
        <w:rPr>
          <w:i/>
        </w:rPr>
        <w:t>“God is all-knowing. An atheist friend tells us when we talk about faith: why does God want humans?”</w:t>
      </w:r>
    </w:p>
    <w:p>
      <w:r>
        <w:rPr>
          <w:sz w:val="20"/>
        </w:rPr>
        <w:t>50:28  maulana agla sawal ahmedabad se kya hai zubair sahib ne aur unhon ne likha hai ke maulana</w:t>
      </w:r>
      <w:r>
        <w:br/>
      </w:r>
      <w:r>
        <w:rPr>
          <w:sz w:val="20"/>
        </w:rPr>
        <w:t>50:33  god is all knowing</w:t>
      </w:r>
      <w:r>
        <w:br/>
      </w:r>
      <w:r>
        <w:rPr>
          <w:sz w:val="20"/>
        </w:rPr>
        <w:t>50:39  So an atheist friend tells us when we talk to them about faith that why God wants human</w:t>
      </w:r>
      <w:r>
        <w:br/>
      </w:r>
      <w:r>
        <w:rPr>
          <w:sz w:val="20"/>
        </w:rPr>
        <w:t>50:44  belongs to demonstrate faith by worshipping as He is already all-knowing.</w:t>
      </w:r>
      <w:r>
        <w:br/>
      </w:r>
      <w:r>
        <w:rPr>
          <w:sz w:val="20"/>
        </w:rPr>
        <w:t>50:49  this is a contradiction.</w:t>
      </w:r>
      <w:r>
        <w:br/>
      </w:r>
      <w:r>
        <w:rPr>
          <w:sz w:val="20"/>
        </w:rPr>
        <w:t>50:54  how should we respond to such people? nahi aap aap ne galat angle se dekha.</w:t>
      </w:r>
      <w:r>
        <w:br/>
      </w:r>
      <w:r>
        <w:rPr>
          <w:sz w:val="20"/>
        </w:rPr>
        <w:t>50:59  woh hamare hamare training ke liye hai.</w:t>
      </w:r>
      <w:r>
        <w:br/>
      </w:r>
      <w:r>
        <w:rPr>
          <w:sz w:val="20"/>
        </w:rPr>
        <w:t>51:04  yani Allah taala hum ko</w:t>
      </w:r>
      <w:r>
        <w:br/>
      </w:r>
      <w:r>
        <w:rPr>
          <w:sz w:val="20"/>
        </w:rPr>
        <w:t>51:09  paida karne ke baad Allah taala ka jo plan hai hamein attender paidaish mein pohnchana. to is ke liye hamari training ho rahi hai yahan par. woh jo cheezein hain woh sab hamari apni apni personality development ke liye hamari apni training ke liye ke hum kisi situation mein hum positive response dete hain ke negative response dete hain. kisi such</w:t>
      </w:r>
      <w:r>
        <w:br/>
      </w:r>
      <w:r>
        <w:rPr>
          <w:sz w:val="20"/>
        </w:rPr>
        <w:t>51:39  uation mein hum peaceful rehte hain ya ya violent ho jate hain. kisi mauqe par aap hum acknowledge karte hain ya hum acknowledge nahi karte. yeh sab hamara test ho raha hai. agar yeh sab halaat na hon to test kaise ho? isi test ki buniyad par yeh yeh sabit ho jayega ke kaun aadmi jannat ke liye deserving candidate hai. to aap ne galat an</w:t>
      </w:r>
      <w:r>
        <w:br/>
      </w:r>
      <w:r>
        <w:rPr>
          <w:sz w:val="20"/>
        </w:rPr>
        <w:t>52:09  galat se dekha hai.</w:t>
      </w:r>
      <w:r>
        <w:br/>
      </w:r>
      <w:r>
        <w:rPr>
          <w:sz w:val="20"/>
        </w:rPr>
        <w:t>52:14  is ko right angle dekhiye toh aap ko yeh bohat hi durust planning Allah taala ki nazar ayegi.</w:t>
      </w:r>
      <w:r>
        <w:br/>
      </w:r>
      <w:r>
        <w:rPr>
          <w:sz w:val="20"/>
        </w:rPr>
        <w:t>52:19  molana sahib aise hi smilar question poocha hai.</w:t>
      </w:r>
      <w:r>
        <w:br/>
      </w:r>
      <w:r>
        <w:rPr>
          <w:sz w:val="20"/>
        </w:rPr>
        <w:t>52:24  unhon ne location nahi likhi hai apni.</w:t>
      </w:r>
    </w:p>
    <w:p>
      <w:pPr>
        <w:pStyle w:val="Heading2"/>
      </w:pPr>
      <w:r>
        <w:t>Why does God's kingdom have suffering?</w:t>
      </w:r>
    </w:p>
    <w:p>
      <w:r>
        <w:rPr>
          <w:color w:val="666666"/>
          <w:sz w:val="18"/>
        </w:rPr>
        <w:t>Faith &amp; God · Kingdom of God August 25, 2018 · 2m 04s · at 25:09 · https://youtu.be/SrnWPkMbEQw?t=1509</w:t>
      </w:r>
    </w:p>
    <w:p>
      <w:r>
        <w:rPr>
          <w:i/>
        </w:rPr>
        <w:t>“Why is the Kingdom of God having so much suffering?”</w:t>
      </w:r>
    </w:p>
    <w:p>
      <w:r>
        <w:rPr>
          <w:sz w:val="20"/>
        </w:rPr>
        <w:t>25:09  Maulana Zuber Ahmed Sahib ne Bhopal se ek sawal bheja hai aap ke liye. Unhone likha hai ke why kingdom of God is having so much suffering.</w:t>
      </w:r>
      <w:r>
        <w:br/>
      </w:r>
      <w:r>
        <w:rPr>
          <w:sz w:val="20"/>
        </w:rPr>
        <w:t>25:23  is ke bare mein bataein. hmm, kya matlab? maulana ki matlab itni zyada jo suffering hum dekh rahe hain apne aas paas, to woh yeh keh rahe hain ke isi se related unhone peeche poocha hai ke why kingdom of god is having so much suffering.</w:t>
      </w:r>
      <w:r>
        <w:br/>
      </w:r>
      <w:r>
        <w:rPr>
          <w:sz w:val="20"/>
        </w:rPr>
        <w:t>25:41  suffering yeh sirf shaitan ka phaila hua hai. aap khud jo sawal kiya hai unhone, woh sochein ke 1947 mein un ki standard kya tha, aaj ka kya hai?</w:t>
      </w:r>
      <w:r>
        <w:br/>
      </w:r>
      <w:r>
        <w:rPr>
          <w:sz w:val="20"/>
        </w:rPr>
        <w:t>25:57  aibbat aur yaani har aadmi khoob achhe ghar mein rehta hai, achha khana khata hai, apne bachhon ko school mein padhata hai, achhe school mein.</w:t>
      </w:r>
      <w:r>
        <w:br/>
      </w:r>
      <w:r>
        <w:rPr>
          <w:sz w:val="20"/>
        </w:rPr>
        <w:t>26:06  to suffering kya? yeh to normal waqiyat hain. jab dunya mein challenge rahega, dunya mein aap jante hain ke challenge hai, challenge hai is liye ke challenge ki ke woh taraqqi nahi hoti.</w:t>
      </w:r>
      <w:r>
        <w:br/>
      </w:r>
      <w:r>
        <w:rPr>
          <w:sz w:val="20"/>
        </w:rPr>
        <w:t>26:22  challenge aur competition se taraqqi hoti hai. to woh to rahega kuch jo badha chada kar ke us ko pesh karte hain. suffering koi suffering nahi hai.</w:t>
      </w:r>
      <w:r>
        <w:br/>
      </w:r>
      <w:r>
        <w:rPr>
          <w:sz w:val="20"/>
        </w:rPr>
        <w:t>26:32  woh jo cheez hai, woh challenge hai, challenge hai. aur</w:t>
      </w:r>
      <w:r>
        <w:br/>
      </w:r>
      <w:r>
        <w:rPr>
          <w:sz w:val="20"/>
        </w:rPr>
        <w:t>26:43  jab competition hoga to challenge hoga. challenge hoga to kuch na kuch yeh sab bhi hoga. mein is ko nahi manta ke yeh fitra hai shaitan ka ke shaitan ne logon ko maan mein daal rakha hai ke safar,</w:t>
      </w:r>
      <w:r>
        <w:br/>
      </w:r>
      <w:r>
        <w:rPr>
          <w:sz w:val="20"/>
        </w:rPr>
        <w:t>27:01  safar, suffering jo hai, woh sab hai retaliation. aap pathar marte hain Israel ko to woh aap ko bomb marta hai.</w:t>
      </w:r>
    </w:p>
    <w:p>
      <w:pPr>
        <w:pStyle w:val="Heading2"/>
      </w:pPr>
      <w:r>
        <w:t>Why doesn't man recognize God's love?</w:t>
      </w:r>
    </w:p>
    <w:p>
      <w:r>
        <w:rPr>
          <w:color w:val="666666"/>
          <w:sz w:val="18"/>
        </w:rPr>
        <w:t>Faith &amp; God · The Importance of Shukr 19 Dec, 2010 - Maulana Wahiduddin Khan · 6m 30s · at 1:05:52 · https://youtu.be/F4mVn0DwH34?t=3952</w:t>
      </w:r>
    </w:p>
    <w:p>
      <w:r>
        <w:rPr>
          <w:i/>
        </w:rPr>
        <w:t>“God placed a mother's love in the human chest; man recognized it. God placed His own love in the human heart; why did man not recognize it? Please explain.”</w:t>
      </w:r>
    </w:p>
    <w:p>
      <w:r>
        <w:rPr>
          <w:sz w:val="20"/>
        </w:rPr>
        <w:t>1:05:52  maulana agla sawal doctor muslma siddiqi ka hai dili se wo janna chahti hain ke khuda ne insan ke sine mein maan ki mohabbat rakhi insan use pehchan gaya khuda ne apni mohabbat insan ke dil mein rakhi is ko wo kyun nahin pehchan paya pliz explain</w:t>
      </w:r>
      <w:r>
        <w:br/>
      </w:r>
      <w:r>
        <w:rPr>
          <w:sz w:val="20"/>
        </w:rPr>
        <w:t>1:06:13  ye to anibal leval ki mohabbat hai maan ki mohabbat jo hoti hai wo anibal leval ki mohabbat hai anibal ko bhi apni maan se mohabbat hoti hai is ka na koi sawab hai na azab hai yani maan se koi mohabbat kare to jannat mein nahin chala jayega wo</w:t>
      </w:r>
      <w:r>
        <w:br/>
      </w:r>
      <w:r>
        <w:rPr>
          <w:sz w:val="20"/>
        </w:rPr>
        <w:t>1:06:31  to is par lekin khuda se mohabbat to jannat ka sirf sartefikat hai to wo test ban jati hai wo wo test ban jati hai jo test ban jaye ban gayi to phir to zahir hai ke admi ke liye choais agaya</w:t>
      </w:r>
      <w:r>
        <w:br/>
      </w:r>
      <w:r>
        <w:rPr>
          <w:sz w:val="20"/>
        </w:rPr>
        <w:t>1:06:48  to chunke khuda ki mohabbat ka mamla jannat se juda hua hai is waja se is mamla itna mushkil hai ke admi apni azadi galat istemal kar ke bhatak jata hai shaitan bhagata hai koi shaitan kisi bete ko nahin bhagata ke maan se mohabbat mat karo</w:t>
      </w:r>
      <w:r>
        <w:br/>
      </w:r>
      <w:r>
        <w:rPr>
          <w:sz w:val="20"/>
        </w:rPr>
        <w:t>1:07:05  duniya ke jitne bete hain sab apni maan se mohabbat karte hain mujhe to koi beta nahin mila abhi tak jo apne bete se jo apni maan se mohabbat na karta ho dako ka beta bhi maan se mohabbat karta hai kyun wahan shaitan bhagane ke liye nahin ata</w:t>
      </w:r>
      <w:r>
        <w:br/>
      </w:r>
      <w:r>
        <w:rPr>
          <w:sz w:val="20"/>
        </w:rPr>
        <w:t>1:07:25  shaitan aaj tak kisi bete ko bhagane ke liye nahi aya ek to apni maan se mohabbat mat karo</w:t>
      </w:r>
      <w:r>
        <w:br/>
      </w:r>
      <w:r>
        <w:rPr>
          <w:sz w:val="20"/>
        </w:rPr>
        <w:t>1:07:32  lekin jab khuda ka mamla aata hai to shaitan bhagata hai to wahan par aadmi ko chahiye ke shaitan ke behkawe ko parhe uske waswase ko samjhe shaitan ka behkaawa jo hai wo aata hai</w:t>
      </w:r>
      <w:r>
        <w:br/>
      </w:r>
      <w:r>
        <w:rPr>
          <w:sz w:val="20"/>
        </w:rPr>
        <w:t>1:07:48  is ki shakal mein tazeen ki shakal mein yaani ek galat kaam ko khoobsurat bana kar dikhana galat baat kaam ko khoobsurat bana kar dikhana</w:t>
      </w:r>
      <w:r>
        <w:br/>
      </w:r>
      <w:r>
        <w:rPr>
          <w:sz w:val="20"/>
        </w:rPr>
        <w:t>1:08:02  to wahan par parhna padta hai is ko</w:t>
      </w:r>
      <w:r>
        <w:br/>
      </w:r>
      <w:r>
        <w:rPr>
          <w:sz w:val="20"/>
        </w:rPr>
        <w:t>1:08:08  jaise ek kal mein ne ek article likha hai science ne jo is ki discovery ki to is mein yeh tha ke cheezein jo hain wo cause har har har har event ke peeche ek cause hota hai cause to us ko kehte hain principle of causation</w:t>
      </w:r>
      <w:r>
        <w:br/>
      </w:r>
      <w:r>
        <w:rPr>
          <w:sz w:val="20"/>
        </w:rPr>
        <w:t>1:08:29  us ko le kar mulhidin ne kya keh diya ke yeh to science ne khuda ka inkar kar diya hai kyunke if events are due to natural causes they are not due to super natural causes to wahan mein ne likha hai ke yeh ek yeh ek mughalta tha ek fallacy thi kyunke science jo daryaft kiya tha</w:t>
      </w:r>
      <w:r>
        <w:br/>
      </w:r>
      <w:r>
        <w:rPr>
          <w:sz w:val="20"/>
        </w:rPr>
        <w:t>1:08:51  wo is ka sahi aspect doosra tha ke waqiat jab ho rahe hain har har waqie ke peeche ek cause hota hai to is ka matlab yeh hai ke kainat predictable hai kainat nature predictable</w:t>
      </w:r>
      <w:r>
        <w:br/>
      </w:r>
      <w:r>
        <w:rPr>
          <w:sz w:val="20"/>
        </w:rPr>
        <w:t>1:09:09  hai qabil peshangoee hai tabhi to engineering hai warna engineering khatam ho jayegi predictable na ho agar yeh pata na ho ke pani jo hum heat denge to wo bhap niklegi nahi niklegi steam banegi nahi banegi</w:t>
      </w:r>
      <w:r>
        <w:br/>
      </w:r>
      <w:r>
        <w:rPr>
          <w:sz w:val="20"/>
        </w:rPr>
        <w:t>1:09:26  ya lohe ko hum dalenge bhatti mein to pighlega nahi pighlega to predictable hai poori poora is wajah se engineering hoti hai is se chemistry hoti hai to yeh hai shaitan ne bhukaya jo cheez</w:t>
      </w:r>
      <w:r>
        <w:br/>
      </w:r>
      <w:r>
        <w:rPr>
          <w:sz w:val="20"/>
        </w:rPr>
        <w:t>1:09:43  aadmi ko bata rahi thi ke dekho khuda ne banaya hai predictable taake tumhari engineering ho tumhari chemistry ho us ko baqayeda keh diya ke dekho ab to khuda ki zaroorat hi nahi sab kuch to cause se ho raha hai haalanke woh kaha tha ke koi super cause hona chahiye</w:t>
      </w:r>
      <w:r>
        <w:br/>
      </w:r>
      <w:r>
        <w:rPr>
          <w:sz w:val="20"/>
        </w:rPr>
        <w:t>1:10:00  cause of the cause hona chahiye kuch lekin bhaga diya ab hazaron lakhon karoron log is se bhag gaye</w:t>
      </w:r>
      <w:r>
        <w:br/>
      </w:r>
      <w:r>
        <w:rPr>
          <w:sz w:val="20"/>
        </w:rPr>
        <w:t>1:10:08  to shaitan bhaga kar ke khuda se hatata hai bete ko nahi bhagata bete ko nahi bhagata is liye beta maan se mohabbat karta hai maan khuda ke hamare bhagata hai is liye khuda se mohabbat nahi kar paate khuda sachi mohabbat karne wale to dhoondhiye to</w:t>
      </w:r>
      <w:r>
        <w:br/>
      </w:r>
      <w:r>
        <w:rPr>
          <w:sz w:val="20"/>
        </w:rPr>
        <w:t>1:10:27  shayad hi koi mile kyunke shaitan ne baqa rakha hai</w:t>
      </w:r>
      <w:r>
        <w:br/>
      </w:r>
      <w:r>
        <w:rPr>
          <w:sz w:val="20"/>
        </w:rPr>
        <w:t>1:10:36  the next question is by farida doctor farida khanam from delhi she says why is it that we fail to identify satan as men's enemy and we continue to be dragged by him without any break which we don't lend ears to</w:t>
      </w:r>
      <w:r>
        <w:br/>
      </w:r>
      <w:r>
        <w:rPr>
          <w:sz w:val="20"/>
        </w:rPr>
        <w:t>1:10:53  angelic in</w:t>
      </w:r>
      <w:r>
        <w:br/>
      </w:r>
      <w:r>
        <w:rPr>
          <w:sz w:val="20"/>
        </w:rPr>
        <w:t>1:10:54  aspirations please comment baat yeh hai ke shaitan jahan bhagata hai wahan koi interest hota hai wo interest aadmi ko bhula deta hai</w:t>
      </w:r>
      <w:r>
        <w:br/>
      </w:r>
      <w:r>
        <w:rPr>
          <w:sz w:val="20"/>
        </w:rPr>
        <w:t>1:11:05  misalan shopping karna hai to bahar ja ke naye naye kapde khareedein naya naya saman khareedein to wo jo shauk hota hai us ki wajah se aadmi soch nahi pata shaitan ke behkawe ko mein ne to aaj tak kabhi shopping hi nahi ki</w:t>
      </w:r>
      <w:r>
        <w:br/>
      </w:r>
      <w:r>
        <w:rPr>
          <w:sz w:val="20"/>
        </w:rPr>
        <w:t>1:11:23  to mujhe</w:t>
      </w:r>
    </w:p>
    <w:p>
      <w:pPr>
        <w:pStyle w:val="Heading2"/>
      </w:pPr>
      <w:r>
        <w:t>Why don't you accept the theory of evolution</w:t>
      </w:r>
    </w:p>
    <w:p>
      <w:r>
        <w:rPr>
          <w:color w:val="666666"/>
          <w:sz w:val="18"/>
        </w:rPr>
        <w:t>Faith &amp; God · Opportunities of the Modern Age | March 05, 2017 · 3m 38s · at 1:10:23 · https://youtu.be/Cv8QEwvQ_fY?t=4223</w:t>
      </w:r>
    </w:p>
    <w:p>
      <w:r>
        <w:rPr>
          <w:i/>
        </w:rPr>
        <w:t>“The theory of evolution has strong evidences. My question is: Maulana, why don't you accept it?”</w:t>
      </w:r>
    </w:p>
    <w:p>
      <w:r>
        <w:rPr>
          <w:sz w:val="20"/>
        </w:rPr>
        <w:t>1:10:23  modesty" maulana agla sawal shahzad sahib ne bheja hai unhone apni location nahi likhi hai</w:t>
      </w:r>
      <w:r>
        <w:br/>
      </w:r>
      <w:r>
        <w:rPr>
          <w:sz w:val="20"/>
        </w:rPr>
        <w:t>1:10:30  unka sawal yeh hai ke: "theory of evolution has strong evidences my question is maulana that why</w:t>
      </w:r>
      <w:r>
        <w:br/>
      </w:r>
      <w:r>
        <w:rPr>
          <w:sz w:val="20"/>
        </w:rPr>
        <w:t>1:10:38  don't you accept it" bilkul galat daawa hai aap ka hai koi evidence nahi sab poori poori theory</w:t>
      </w:r>
      <w:r>
        <w:br/>
      </w:r>
      <w:r>
        <w:rPr>
          <w:sz w:val="20"/>
        </w:rPr>
        <w:t>1:10:45  supposition pe qaim hai yeh woh mein likh chuka hoon likh chuka hoon sab maslan yani ajeeb ghareeb</w:t>
      </w:r>
      <w:r>
        <w:br/>
      </w:r>
      <w:r>
        <w:rPr>
          <w:sz w:val="20"/>
        </w:rPr>
        <w:t>1:10:53  qism ki baatein hain mein yahan</w:t>
      </w:r>
      <w:r>
        <w:br/>
      </w:r>
      <w:r>
        <w:rPr>
          <w:sz w:val="20"/>
        </w:rPr>
        <w:t>1:11:00  par is pe detail mein nahi jaunga mein ne likha hai is ke bare mein lekin poori poori theory of yani biological evolution ki theory jo hai biological biological evolution ki theory poori ki poori supposition khadi hui hai is mein koi bhi scientific evidence nahi aap koi misaal mujhe dein to woh bataunga aap misaal bhejein likh kar ke mujhe mein apne magazine ko jawab doon koi konsa evidence hai woh</w:t>
      </w:r>
      <w:r>
        <w:br/>
      </w:r>
      <w:r>
        <w:rPr>
          <w:sz w:val="20"/>
        </w:rPr>
        <w:t>1:11:30  bataiye mujhe yani scientific evidence konsa hai woh bataiye phir mein jawab doonga is ko apne</w:t>
      </w:r>
      <w:r>
        <w:br/>
      </w:r>
      <w:r>
        <w:rPr>
          <w:sz w:val="20"/>
        </w:rPr>
        <w:t>1:11:36  magazine mein kyunke mera mein ne bohat is ko study ki hai aur isi ke liye mein ne</w:t>
      </w:r>
      <w:r>
        <w:br/>
      </w:r>
      <w:r>
        <w:rPr>
          <w:sz w:val="20"/>
        </w:rPr>
        <w:t>1:11:43  safar kiya tha chandigarh mein gaya mein wahan ek museum hai baqayda isi ke upar is museum</w:t>
      </w:r>
      <w:r>
        <w:br/>
      </w:r>
      <w:r>
        <w:rPr>
          <w:sz w:val="20"/>
        </w:rPr>
        <w:t>1:11:49  ko dekha mein ne is ke director se mila mein kitabein likh padhein mein ne to mein bilkul</w:t>
      </w:r>
      <w:r>
        <w:br/>
      </w:r>
      <w:r>
        <w:rPr>
          <w:sz w:val="20"/>
        </w:rPr>
        <w:t>1:11:55  firm hoon is maamle mein ke evolution theory</w:t>
      </w:r>
      <w:r>
        <w:br/>
      </w:r>
      <w:r>
        <w:rPr>
          <w:sz w:val="20"/>
        </w:rPr>
        <w:t>1:12:01  ka koi scientific evidence nahi hai sab supposition hai agar koi meri baat na maane to mujhe misaal dein mein us ko inshallah mazeed clear karunga ji Maulana yeh aakhri comment hai is par hum program khatam karenge aur yeh comment bheja hai Maulana Abdul Basit Umri sahib ne Qatar se unhone likha hai: "Maulana aaj aap ne spirit of the age ke bare mein jo bataya ke aaj qab</w:t>
      </w:r>
      <w:r>
        <w:br/>
      </w:r>
      <w:r>
        <w:rPr>
          <w:sz w:val="20"/>
        </w:rPr>
        <w:t>1:12:31  liyat ki buniyad par sab kuch mil jata hai phir aap ne jo misalein di hain ke kaise log qabliyat ki buniyad par taraqqi kar rahe hain aap ki taqreer sun kar bohat hope mili Maulana jin logon ne aap ki rehnumai mein zindagi mein qadam rakha hai woh baghair kisi shikayat aur احتجاج ke taraqqi kar rahe hain aur inhi ko mayoosi nahi hoti khule zehan ke sath jee rahe hain</w:t>
      </w:r>
      <w:r>
        <w:br/>
      </w:r>
      <w:r>
        <w:rPr>
          <w:sz w:val="20"/>
        </w:rPr>
        <w:t>1:13:01  Allah hum sab ko aap ki gehri baaton ko samajhne ki tofeeq de taake hum kisi rukawat ke baghair taraqqi karte jayein mashallah jazak Allah so we will end the session today back next Sunday same time if you want to join CPS International or want to contribute to our Quran distribution please write to us on info at CPS global dot org thank you.</w:t>
      </w:r>
    </w:p>
    <w:p>
      <w:pPr>
        <w:pStyle w:val="Heading2"/>
      </w:pPr>
      <w:r>
        <w:t>Why evil dominates over good</w:t>
      </w:r>
    </w:p>
    <w:p>
      <w:r>
        <w:rPr>
          <w:color w:val="666666"/>
          <w:sz w:val="18"/>
        </w:rPr>
        <w:t>Faith &amp; God · 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Why follow Islam if all religions teach good deeds?</w:t>
      </w:r>
    </w:p>
    <w:p>
      <w:r>
        <w:rPr>
          <w:color w:val="666666"/>
          <w:sz w:val="18"/>
        </w:rPr>
        <w:t>Faith &amp; God · Islam in A New Age March 18, 2012 · 2m 34s · at 1:03:32 · https://youtu.be/P5hzq_NheY0?t=3812</w:t>
      </w:r>
    </w:p>
    <w:p>
      <w:r>
        <w:rPr>
          <w:i/>
        </w:rPr>
        <w:t>“All religions basically teach followers to do good deeds. Why should a person then only follow Islam?”</w:t>
      </w:r>
    </w:p>
    <w:p>
      <w:r>
        <w:rPr>
          <w:sz w:val="20"/>
        </w:rPr>
        <w:t>1:03:32  Maulana, agla sawal Delhi se aya hai Mr Parteek Sharma ne likha hai. unhon ne aap se poocha hai ke all religions basically teach followers to do good deeds.</w:t>
      </w:r>
      <w:r>
        <w:br/>
      </w:r>
      <w:r>
        <w:rPr>
          <w:sz w:val="20"/>
        </w:rPr>
        <w:t>1:03:44  Why should a person then only follow Islam?</w:t>
      </w:r>
      <w:r>
        <w:br/>
      </w:r>
      <w:r>
        <w:rPr>
          <w:sz w:val="20"/>
        </w:rPr>
        <w:t>1:03:50  dekhiye, agar aap sanjeeda hain, sanjeeda hain to main kahunga ke all religion ka mamla hi nahi hai.</w:t>
      </w:r>
      <w:r>
        <w:br/>
      </w:r>
      <w:r>
        <w:rPr>
          <w:sz w:val="20"/>
        </w:rPr>
        <w:t>1:04:00  yahan all religion ka mamla hi nahin hai. kyunke dosre mazahib jo hain, woh preserve mazahib nahin hain. islami ek mehfooz mazhab hai, preserve mazhab.</w:t>
      </w:r>
      <w:r>
        <w:br/>
      </w:r>
      <w:r>
        <w:rPr>
          <w:sz w:val="20"/>
        </w:rPr>
        <w:t>1:04:12  to yeh, yaani kai ke darmiyan, ek kai ke darmiyan ka mamla hai nahin, ek ke darmiyan ka mamla hai.</w:t>
      </w:r>
      <w:r>
        <w:br/>
      </w:r>
      <w:r>
        <w:rPr>
          <w:sz w:val="20"/>
        </w:rPr>
        <w:t>1:04:22  tamam scholars jo hain, is par mutafiq hain ke pichle jitne mazhab hain islam se pehle ke, woh koi bhi mehfooz nahin hai, preserve nahin hai.</w:t>
      </w:r>
      <w:r>
        <w:br/>
      </w:r>
      <w:r>
        <w:rPr>
          <w:sz w:val="20"/>
        </w:rPr>
        <w:t>1:04:30  un ka text, un ki history, koi cheez preserve nahin hai. sab mythology hai. pichle mazahib jo mythology par base karte hain, history par nahin base karte.</w:t>
      </w:r>
      <w:r>
        <w:br/>
      </w:r>
      <w:r>
        <w:rPr>
          <w:sz w:val="20"/>
        </w:rPr>
        <w:t>1:04:42  yeh tamam scholars ka yeh, yaani woh hai manna hai ke pichle dosre mazahib jo hain, woh mythology par base karte hain.</w:t>
      </w:r>
      <w:r>
        <w:br/>
      </w:r>
      <w:r>
        <w:rPr>
          <w:sz w:val="20"/>
        </w:rPr>
        <w:t>1:04:52  islam history par base karta hai. is liye aaj islam jo authentic</w:t>
      </w:r>
      <w:r>
        <w:br/>
      </w:r>
      <w:r>
        <w:rPr>
          <w:sz w:val="20"/>
        </w:rPr>
        <w:t>1:04:56  hai, to islam hi ek authentic version hai khuda ke, yaani religion of God ka. yaani religion of God jo hai, pehle bhi aya lekin woh woh mehfooz nahin rakh saka is zamane ke log.</w:t>
      </w:r>
      <w:r>
        <w:br/>
      </w:r>
      <w:r>
        <w:rPr>
          <w:sz w:val="20"/>
        </w:rPr>
        <w:t>1:05:12  lekin islam jo hai, mehfooz hai. to islam ki hesiyat yeh nahin ke woh superior hai ya afzal hai ya mukammal, yeh sab kuch nahin hai. yeh main nahin manta is ko.</w:t>
      </w:r>
      <w:r>
        <w:br/>
      </w:r>
      <w:r>
        <w:rPr>
          <w:sz w:val="20"/>
        </w:rPr>
        <w:t>1:05:21  islam na superior hai, na afzal hai, na mukammal hai, kuch nahin.</w:t>
      </w:r>
      <w:r>
        <w:br/>
      </w:r>
      <w:r>
        <w:rPr>
          <w:sz w:val="20"/>
        </w:rPr>
        <w:t>1:05:25  woh allah religion of God ka authentic version hai, bas.</w:t>
      </w:r>
      <w:r>
        <w:br/>
      </w:r>
      <w:r>
        <w:rPr>
          <w:sz w:val="20"/>
        </w:rPr>
        <w:t>1:05:34  aur is ke siwa kuch nahin hai. to jo aadmi waqai sincere hai religion of God ko janne ke liye, to main nahin samajhta ke woh is mein is ki do rai ho sakti hai ke jo authentic version hai, jo jis ki history poori tarah se maloom hai, us ko le na ke un ko le jo ke mythology par base karte hain.</w:t>
      </w:r>
      <w:r>
        <w:br/>
      </w:r>
      <w:r>
        <w:rPr>
          <w:sz w:val="20"/>
        </w:rPr>
        <w:t>1:06:00  yeh hai is mamle mein khalis scientific statement. scientific statement.</w:t>
      </w:r>
    </w:p>
    <w:p>
      <w:pPr>
        <w:pStyle w:val="Heading2"/>
      </w:pPr>
      <w:r>
        <w:t>Why have scholars failed to explain Islamic teachings?</w:t>
      </w:r>
    </w:p>
    <w:p>
      <w:r>
        <w:rPr>
          <w:color w:val="666666"/>
          <w:sz w:val="18"/>
        </w:rPr>
        <w:t>Faith &amp; God · Jihad Fillah June 23, 2013 · 1m 13s · at 1:08:40 · https://youtu.be/NRTno1eQTos?t=4120</w:t>
      </w:r>
    </w:p>
    <w:p>
      <w:r>
        <w:rPr>
          <w:i/>
        </w:rPr>
        <w:t>“Islam is a religion based on intellectual reasoning. Then why is it that in the past and in the present, scholars have failed to give explanations of Islamic teachings?”</w:t>
      </w:r>
    </w:p>
    <w:p>
      <w:r>
        <w:rPr>
          <w:sz w:val="20"/>
        </w:rPr>
        <w:t>1:08:40  maulana, agla sawal raichur se hai zaheeruddin sahib ka. unhon ne likha hai: "maulana, islam is a religion based on intellectual reasoning.</w:t>
      </w:r>
      <w:r>
        <w:br/>
      </w:r>
      <w:r>
        <w:rPr>
          <w:sz w:val="20"/>
        </w:rPr>
        <w:t>1:08:51  then why is it that pass in the past and in the present? ulama have failed to give explanation of islamic teachings."</w:t>
      </w:r>
      <w:r>
        <w:br/>
      </w:r>
      <w:r>
        <w:rPr>
          <w:sz w:val="20"/>
        </w:rPr>
        <w:t>1:09:01  dekhen, why par mat jaiye. why aap ka sir nahin, kya hua? is ko qasam na aaiye is ko. kyunki aap kisi doosre ke liye darogha nahin hain, kisi doosre ke liye aap custodian nahin hain.</w:t>
      </w:r>
      <w:r>
        <w:br/>
      </w:r>
      <w:r>
        <w:rPr>
          <w:sz w:val="20"/>
        </w:rPr>
        <w:t>1:09:17  why par kyun jaate hain aap? aap yeh sochiye ke rasta sahi kya hai? rasta sahi jo hai, woh kya hai? why, why par kyun jaate hain aap?</w:t>
      </w:r>
      <w:r>
        <w:br/>
      </w:r>
      <w:r>
        <w:rPr>
          <w:sz w:val="20"/>
        </w:rPr>
        <w:t>1:09:26  why allah taala ka domain hai,</w:t>
      </w:r>
      <w:r>
        <w:br/>
      </w:r>
      <w:r>
        <w:rPr>
          <w:sz w:val="20"/>
        </w:rPr>
        <w:t>1:09:31  woh aap ka domain nahin hai. aap to sirf yeh sochiye ke quran o hadith ke mutabiq kaun si baat sahi hai, kaun si baat galat hai.</w:t>
      </w:r>
      <w:r>
        <w:br/>
      </w:r>
      <w:r>
        <w:rPr>
          <w:sz w:val="20"/>
        </w:rPr>
        <w:t>1:09:41  kisi ne ghalati kar rakhi hai to is mein why ka sawal le kar ke aap kyun apne mind ko pareshan karte hain? is ko allah par chhod dijiye.</w:t>
      </w:r>
    </w:p>
    <w:p>
      <w:pPr>
        <w:pStyle w:val="Heading2"/>
      </w:pPr>
      <w:r>
        <w:t>Why is God Hidden from Our Minds</w:t>
      </w:r>
    </w:p>
    <w:p>
      <w:r>
        <w:rPr>
          <w:color w:val="666666"/>
          <w:sz w:val="18"/>
        </w:rPr>
        <w:t>Faith &amp; God · Religion and Democracy December 25, 2011 · 7m 01s · at 1:01:03 · https://youtu.be/8Mf_yvDA8ik?t=3663</w:t>
      </w:r>
    </w:p>
    <w:p>
      <w:r>
        <w:rPr>
          <w:i/>
        </w:rPr>
        <w:t>“The greatest being in this universe is God, but strangely, that same being is most hidden from our minds and intellect. We know Him the least. Our connection with Him is only at the level of devotion, not discovery. What is the reason for this?”</w:t>
      </w:r>
    </w:p>
    <w:p>
      <w:r>
        <w:rPr>
          <w:sz w:val="20"/>
        </w:rPr>
        <w:t>1:01:03  Maulana, yeh sawal aaya hai Maulana Abdul Basit Omri ka, Doha, Qatar se. unhon ne likha hai ke Maulana, is kainat ki sab se bari hasti Khuda ki hai,</w:t>
      </w:r>
      <w:r>
        <w:br/>
      </w:r>
      <w:r>
        <w:rPr>
          <w:sz w:val="20"/>
        </w:rPr>
        <w:t>1:01:17  lekin ajeeb baat hai ke wahi hasti sab se zyada hamare zehn aur dimagh se ojhal hai. usi hasti ko hum sab se kam jante hain.</w:t>
      </w:r>
      <w:r>
        <w:br/>
      </w:r>
      <w:r>
        <w:rPr>
          <w:sz w:val="20"/>
        </w:rPr>
        <w:t>1:01:27  sirf aqeedat ki had tak hamara is se taluq hai. daryaft ki satah par hum Khuda ko nahi jante. is ki wajah kya hai?</w:t>
      </w:r>
      <w:r>
        <w:br/>
      </w:r>
      <w:r>
        <w:rPr>
          <w:sz w:val="20"/>
        </w:rPr>
        <w:t>1:01:42  dekhein, Quran mein hai ke "ya'lamoona zahiran min ad-dunya"</w:t>
      </w:r>
      <w:r>
        <w:br/>
      </w:r>
      <w:r>
        <w:rPr>
          <w:sz w:val="20"/>
        </w:rPr>
        <w:t>1:01:49  yani dikhai dene wali cheezon ko hi log dekh paate hain aur usi ko sab kuch samajh lete hain.</w:t>
      </w:r>
      <w:r>
        <w:br/>
      </w:r>
      <w:r>
        <w:rPr>
          <w:sz w:val="20"/>
        </w:rPr>
        <w:t>1:01:59  yeh insan ki kamzori hai ke jo cheez dekhne mein aaye, usi ko woh bari cheez samjhe.</w:t>
      </w:r>
      <w:r>
        <w:br/>
      </w:r>
      <w:r>
        <w:rPr>
          <w:sz w:val="20"/>
        </w:rPr>
        <w:t>1:02:09  pehlay zamanay mein log suraj ko, chand ko, sitaron ko poojhte thay isi liye ke woh dikhai de rahi thi. to Allah taala ghayab mein hai,</w:t>
      </w:r>
      <w:r>
        <w:br/>
      </w:r>
      <w:r>
        <w:rPr>
          <w:sz w:val="20"/>
        </w:rPr>
        <w:t>1:02:22  is wajah se log us ko daryaft nahi kar paate. lekin yahi to imtehan hai, yeh jannat ki qeemat hai. jannat ki qeemat yeh hai ke aap na dikhayi dene wale Khuda ko daryaft kar saken.</w:t>
      </w:r>
      <w:r>
        <w:br/>
      </w:r>
      <w:r>
        <w:rPr>
          <w:sz w:val="20"/>
        </w:rPr>
        <w:t>1:02:39  jo Khuda ghayab mein hai, us ko aap daryaft kar saken.</w:t>
      </w:r>
      <w:r>
        <w:br/>
      </w:r>
      <w:r>
        <w:rPr>
          <w:sz w:val="20"/>
        </w:rPr>
        <w:t>1:02:46  yahi jannat ki qeemat hai. to ab jin logon ko maut ke baad ki abdi zindagi mein jannat ka shauq hai, to un ko is ke liye koshish karni hi paregi.</w:t>
      </w:r>
      <w:r>
        <w:br/>
      </w:r>
      <w:r>
        <w:rPr>
          <w:sz w:val="20"/>
        </w:rPr>
        <w:t>1:03:06  apni soch ko, apne ghor o fikr ko, apne mutale'ay ko is tareeqay se karna hoga ke aap Allah ko daryaft kar saken.</w:t>
      </w:r>
      <w:r>
        <w:br/>
      </w:r>
      <w:r>
        <w:rPr>
          <w:sz w:val="20"/>
        </w:rPr>
        <w:t>1:03:20  yani khud Allah ko hum nahi dekh paate, lekin jo creation hai, creation mein to Khuda bilkul har taraf numayan hai.</w:t>
      </w:r>
      <w:r>
        <w:br/>
      </w:r>
      <w:r>
        <w:rPr>
          <w:sz w:val="20"/>
        </w:rPr>
        <w:t>1:03:33  chounkay soch insan sochta nahi, is liye woh bekhabar rehta hai. agar socha to har taraf us ko Khuda ki daryaft hone lagay. to mein sochta hoon ke yeh isi cheez ko hamein apne andar develop karna hai ke Khuda ki takhleeq mein ghor karen.</w:t>
      </w:r>
      <w:r>
        <w:br/>
      </w:r>
      <w:r>
        <w:rPr>
          <w:sz w:val="20"/>
        </w:rPr>
        <w:t>1:03:53  creation mein, creation mein ghor kar ke hum creator tak pounch sakte hain.</w:t>
      </w:r>
      <w:r>
        <w:br/>
      </w:r>
      <w:r>
        <w:rPr>
          <w:sz w:val="20"/>
        </w:rPr>
        <w:t>1:04:01  to yeh ek process hai jo har ek ko apne andar jari karna hai, aur jo bhi sincerely is ko is process ko apne andar jari karega, zaroor inshallah woh manzil tak pounchega.</w:t>
      </w:r>
      <w:r>
        <w:br/>
      </w:r>
      <w:r>
        <w:rPr>
          <w:sz w:val="20"/>
        </w:rPr>
        <w:t>1:04:17  Maulana, yeh sawal aaya hai Miss Naghma Siddiqui ka, Delhi se.</w:t>
      </w:r>
      <w:r>
        <w:br/>
      </w:r>
      <w:r>
        <w:rPr>
          <w:sz w:val="20"/>
        </w:rPr>
        <w:t>1:04:22  unho'n ne likha hai: "in one of ur lectures, u had mentioned the difference between a self actor and a non self actor.</w:t>
      </w:r>
      <w:r>
        <w:br/>
      </w:r>
      <w:r>
        <w:rPr>
          <w:sz w:val="20"/>
        </w:rPr>
        <w:t>1:04:32  can u please elaborate on this?"</w:t>
      </w:r>
      <w:r>
        <w:br/>
      </w:r>
      <w:r>
        <w:rPr>
          <w:sz w:val="20"/>
        </w:rPr>
        <w:t>1:04:45  dekhiye, yeh duniya mein zindagi ke do sooraten hain. ek yeh hai ke aap ne khud kuch daryaft kiya ho, khud apni soch aap ki bani ho,</w:t>
      </w:r>
      <w:r>
        <w:br/>
      </w:r>
      <w:r>
        <w:rPr>
          <w:sz w:val="20"/>
        </w:rPr>
        <w:t>1:05:00  khud aap ki ek shakhsiyat develop hui ho, us ke mutabiq duniya mein rahen aap.</w:t>
      </w:r>
      <w:r>
        <w:br/>
      </w:r>
      <w:r>
        <w:rPr>
          <w:sz w:val="20"/>
        </w:rPr>
        <w:t>1:05:06  aur ek yeh hai ke jo duniya mein jo system hai, qaim system, us se apne ko joR lein aur jo woh chahe, wahi karein aap.</w:t>
      </w:r>
      <w:r>
        <w:br/>
      </w:r>
      <w:r>
        <w:rPr>
          <w:sz w:val="20"/>
        </w:rPr>
        <w:t>1:05:19  is ki khuli hui misaal jo hai, yeh film industry hai. film industry kya hai? film industry mein jo viewers hain, un ke lihaaz se aadmi ko act karna paRta hai.</w:t>
      </w:r>
      <w:r>
        <w:br/>
      </w:r>
      <w:r>
        <w:rPr>
          <w:sz w:val="20"/>
        </w:rPr>
        <w:t>1:05:31  viewers ke lihaaz se, apne lihaaz se nahi, khud apni soch kya hai, apne nazdeek sahi kaha hai, ghalat kaha hai, yeh nahi, balke viewers kya chahte hain dekhna, woh kya chahte hain sunna, us ke mutabiq aadmi act karta hai.</w:t>
      </w:r>
      <w:r>
        <w:br/>
      </w:r>
      <w:r>
        <w:rPr>
          <w:sz w:val="20"/>
        </w:rPr>
        <w:t>1:05:47  aise baRe baRe uhde jo hain, wahan bhi kya hai? baRe baRe uhdon mein aadmi lagta hai shandar mahallon mein, lekin</w:t>
      </w:r>
      <w:r>
        <w:br/>
      </w:r>
      <w:r>
        <w:rPr>
          <w:sz w:val="20"/>
        </w:rPr>
        <w:t>1:05:58  woh bhi kisi yaani apne apne apni bunyaad par nahi jeeta hai, woh doosre ki bunyaad par jeeta hai. misaal ke taur par ek leader voter kya kehte hain?</w:t>
      </w:r>
      <w:r>
        <w:br/>
      </w:r>
      <w:r>
        <w:rPr>
          <w:sz w:val="20"/>
        </w:rPr>
        <w:t>1:06:08  voter kya chahte hain? us ke mutabiq woh chalta hai.</w:t>
      </w:r>
      <w:r>
        <w:br/>
      </w:r>
      <w:r>
        <w:rPr>
          <w:sz w:val="20"/>
        </w:rPr>
        <w:t>1:06:13  to ek bohat mushkil kaam hai, kyunke agar aap non self, isi ko mein kehta hoon non self actor, yaani apne siwa kisi aur ke liye jeena, to non self actor mein aap bazahir bohat achhi zindagi haasil kar lete hain.</w:t>
      </w:r>
      <w:r>
        <w:br/>
      </w:r>
      <w:r>
        <w:rPr>
          <w:sz w:val="20"/>
        </w:rPr>
        <w:t>1:06:32  kyunke jis jis ke liye aap kaam karte hain, woh aap ko baRi baRi cheezein deta hai. lekin jab khud apne upar jeena chahein aap, to aap ko sacrifice karni paRti hai.</w:t>
      </w:r>
      <w:r>
        <w:br/>
      </w:r>
      <w:r>
        <w:rPr>
          <w:sz w:val="20"/>
        </w:rPr>
        <w:t>1:06:44  phir aap ko saada zindagi, kam par qana'at karna, mushkil haalaat mein rehna, yeh sab bardaasht karna paRta hai.</w:t>
      </w:r>
      <w:r>
        <w:br/>
      </w:r>
      <w:r>
        <w:rPr>
          <w:sz w:val="20"/>
        </w:rPr>
        <w:t>1:06:54  lekin jo jo self self actor hain, haqeeqat mein wahi jee rahe hain duniya mein.</w:t>
      </w:r>
      <w:r>
        <w:br/>
      </w:r>
      <w:r>
        <w:rPr>
          <w:sz w:val="20"/>
        </w:rPr>
        <w:t>1:07:03  koi koi koi apne aap mein jeete hain. woh</w:t>
      </w:r>
      <w:r>
        <w:br/>
      </w:r>
      <w:r>
        <w:rPr>
          <w:sz w:val="20"/>
        </w:rPr>
        <w:t>1:07:05  jo non self actor hain, woh jee jo jee rahe hain, woh to woh to moortiyan hain, samjhiye, well dressed moortiyan. to mein bataoon ke aadmi ko chahiye ke woh self actor bane, yaani apne aap mein jeena jeene ki koshish kare,</w:t>
      </w:r>
      <w:r>
        <w:br/>
      </w:r>
      <w:r>
        <w:rPr>
          <w:sz w:val="20"/>
        </w:rPr>
        <w:t>1:07:28  chahe koi bhi price deni paRe us ki. aur non self actor na bane, kyunke woh to apni apne aap kho diya us ne. apne aap ko kho kar ke to kisi doosre ke liye jee raha hai woh.</w:t>
      </w:r>
      <w:r>
        <w:br/>
      </w:r>
      <w:r>
        <w:rPr>
          <w:sz w:val="20"/>
        </w:rPr>
        <w:t>1:07:41  to hum to yahi kahenge aap logon se ke aap log non self actor na banein, balke self actor banein.</w:t>
      </w:r>
      <w:r>
        <w:br/>
      </w:r>
      <w:r>
        <w:rPr>
          <w:sz w:val="20"/>
        </w:rPr>
        <w:t>1:07:54  apni daryaft par jeena seekhein, na ke doosron ke direction pe jeena seekhein.</w:t>
      </w:r>
    </w:p>
    <w:p>
      <w:pPr>
        <w:pStyle w:val="Heading2"/>
      </w:pPr>
      <w:r>
        <w:t>Why is God hidden from our minds</w:t>
      </w:r>
    </w:p>
    <w:p>
      <w:r>
        <w:rPr>
          <w:color w:val="666666"/>
          <w:sz w:val="18"/>
        </w:rPr>
        <w:t>Faith &amp; God · Discovery of God (In Conversation with Maulana) December 25, 2011 · 3m 13s · at 0:11 · https://youtu.be/-1c1d7cFj0s?t=11</w:t>
      </w:r>
    </w:p>
    <w:p>
      <w:r>
        <w:rPr>
          <w:i/>
        </w:rPr>
        <w:t>“The greatest being in this universe is God, but strangely, that same being is most hidden from our minds and intellect. We know Him the least, only at the level of devotion, not at the level of discovery. What is the reason?”</w:t>
      </w:r>
    </w:p>
    <w:p>
      <w:r>
        <w:rPr>
          <w:sz w:val="20"/>
        </w:rPr>
        <w:t>0:11  maulana, yeh sawal aaya hai maulana abdul basit umri ka, doha, qatar se. unhone likha hai ke: "maulana, is kainat ki sab se bari hasti khuda ki hai,</w:t>
      </w:r>
      <w:r>
        <w:br/>
      </w:r>
      <w:r>
        <w:rPr>
          <w:sz w:val="20"/>
        </w:rPr>
        <w:t>0:24  lekin ajib baat hai ke wahi hasti sab se zyada hamare zehn aur dimagh se ojhal hai. isi hasti ko hum sab se kam jante hain, sirf aqeedat ki had tak hamara is se taluq hai,</w:t>
      </w:r>
      <w:r>
        <w:br/>
      </w:r>
      <w:r>
        <w:rPr>
          <w:sz w:val="20"/>
        </w:rPr>
        <w:t>0:38  daryaft ki satah par hum khuda ko nahi jante. is ki wajah kya hai?"</w:t>
      </w:r>
      <w:r>
        <w:br/>
      </w:r>
      <w:r>
        <w:rPr>
          <w:sz w:val="20"/>
        </w:rPr>
        <w:t>0:50  dekhein, quran mein hai ke: "ya'lamoona zahiran ma riyatud dunya" yani dikhai dene wali cheezon ko hi log dekh paate hain aur usi ko sab kuch samajh lete hain.</w:t>
      </w:r>
      <w:r>
        <w:br/>
      </w:r>
      <w:r>
        <w:rPr>
          <w:sz w:val="20"/>
        </w:rPr>
        <w:t>1:07  yeh insaan ki kamzori hai ke jo cheez dekhne mein aaye, usi ko woh bari cheez samjhe.</w:t>
      </w:r>
      <w:r>
        <w:br/>
      </w:r>
      <w:r>
        <w:rPr>
          <w:sz w:val="20"/>
        </w:rPr>
        <w:t>1:17  pehlay zamanay mein log suraj ko, chand ko, sitaron ko poojhte the isi liye ke woh dikhai de rahi thi. to allah taala ghayab mein hai,</w:t>
      </w:r>
      <w:r>
        <w:br/>
      </w:r>
      <w:r>
        <w:rPr>
          <w:sz w:val="20"/>
        </w:rPr>
        <w:t>1:30  is wajah se log us ko daryaft nahi kar paate. lekin yahi to imtehan hai, yahi jannat ki qeemat hai. jannat ki qeemat yeh hai ke aap na dikhai dene wale khuda ko daryaft kar sakein,</w:t>
      </w:r>
      <w:r>
        <w:br/>
      </w:r>
      <w:r>
        <w:rPr>
          <w:sz w:val="20"/>
        </w:rPr>
        <w:t>1:47  jo khuda ghayb mein hai, us ko aap daryaft kar sakain.</w:t>
      </w:r>
      <w:r>
        <w:br/>
      </w:r>
      <w:r>
        <w:rPr>
          <w:sz w:val="20"/>
        </w:rPr>
        <w:t>1:53  yahi jannat ki qeemat hai. to ab jin logon ko maut ke baad ki abadi zindagi mein jannat ka shauq hai, to un ko is ke liye koshish karni hi paray gi.</w:t>
      </w:r>
      <w:r>
        <w:br/>
      </w:r>
      <w:r>
        <w:rPr>
          <w:sz w:val="20"/>
        </w:rPr>
        <w:t>2:14  apni soch ko, apne ghawr o fikr ko, apne mutalay ko is tareeqay se karna hoga ke aap Allah ko daryaft kar sakain.</w:t>
      </w:r>
      <w:r>
        <w:br/>
      </w:r>
      <w:r>
        <w:rPr>
          <w:sz w:val="20"/>
        </w:rPr>
        <w:t>2:28  yani khud Allah ko hum nahi dekh paatay, lekin jo creation hai, creation mein to khuda bilkul har taraf numayan hai.</w:t>
      </w:r>
      <w:r>
        <w:br/>
      </w:r>
      <w:r>
        <w:rPr>
          <w:sz w:val="20"/>
        </w:rPr>
        <w:t>2:41  chounkay soch insan sochta nahi, is liye wo be khabar rehta hai. agar soche to har taraf us ko khuda ki daryaft honay lagay. to main sochta hoon ke ye isi cheez ko hamein apne andar develop karna hai ke khuda ki takhleeq mein ghawr karein, creation mein.</w:t>
      </w:r>
      <w:r>
        <w:br/>
      </w:r>
      <w:r>
        <w:rPr>
          <w:sz w:val="20"/>
        </w:rPr>
        <w:t>3:03  creation mein ghawr kar ke hum creator tak puhanch saktay hain. to ye aik process hai jo har aik ko apne andar jari karna hai, aur jo bhi sincerely is ko is process ko apne andar jari karega, zaroor inshallah wo manzil tak puhanchay ga.</w:t>
      </w:r>
    </w:p>
    <w:p>
      <w:pPr>
        <w:pStyle w:val="Heading2"/>
      </w:pPr>
      <w:r>
        <w:t>Why is Jewish temporary hell belief wrong?</w:t>
      </w:r>
    </w:p>
    <w:p>
      <w:r>
        <w:rPr>
          <w:color w:val="666666"/>
          <w:sz w:val="18"/>
        </w:rPr>
        <w:t>Faith &amp; God · Jihad Fillah June 23, 2013 · 1m 44s · at 1:09:53 · https://youtu.be/NRTno1eQTos?t=4193</w:t>
      </w:r>
    </w:p>
    <w:p>
      <w:r>
        <w:rPr>
          <w:i/>
        </w:rPr>
        <w:t>“Maulana, I heard a scholar in Jammu say that if a believer makes a mistake, after punishment for sins they will be readmitted to paradise. My question is: this is exactly what the Jews used to say, that they would stay in hell for a few days and then go to paradise. Maulana, why are the Jews wrong and we correct?”</w:t>
      </w:r>
    </w:p>
    <w:p>
      <w:r>
        <w:rPr>
          <w:sz w:val="20"/>
        </w:rPr>
        <w:t>1:09:53  maulana, agla sawal jammu se aaya hai ajiz sellerji sahib ka. unhon ne likha hai:</w:t>
      </w:r>
      <w:r>
        <w:br/>
      </w:r>
      <w:r>
        <w:rPr>
          <w:sz w:val="20"/>
        </w:rPr>
        <w:t>1:10:01  "maulana, mein ne jammu mein ek aalim ko kehte suna ke agar momin se ghalati ho to gunahon ki saza ke baad un ko dobara jannat mein dakhil kar diya jayega." mera sawal yeh hai ke yahi baat to yahoodi bhi kehte the ke woh jahannum mein chand dinon ke liye rahenge aur us ke baad phir jannat mein.</w:t>
      </w:r>
      <w:r>
        <w:br/>
      </w:r>
      <w:r>
        <w:rPr>
          <w:sz w:val="20"/>
        </w:rPr>
        <w:t>1:10:23  maulana sahib, yahood galat kyun aur hum sahi kyun?</w:t>
      </w:r>
      <w:r>
        <w:br/>
      </w:r>
      <w:r>
        <w:rPr>
          <w:sz w:val="20"/>
        </w:rPr>
        <w:t>1:10:28  nahin, dekhen, mein is mein baat mein nahin padhoonga. is mein hadith mein aisa ek hadith aayi hai lekin mein is mein dilchaspi nahin leta. mujhe is se koi dilchaspi nahin hai aur meri to soch yeh hai ke jahannum yaani ek ek ek ek ek ek ek ek second ke liye bhi aap is mein agar daal diye jayen to woh aap ke liye qabil bardasht nahin hogi</w:t>
      </w:r>
      <w:r>
        <w:br/>
      </w:r>
      <w:r>
        <w:rPr>
          <w:sz w:val="20"/>
        </w:rPr>
        <w:t>1:10:55  . kaise koi sochta hai ke chalo bhai, hazar do saal jalenge, is mein phir jannat to mil jayegi? yeh sochta bilkul insane log karte hain.</w:t>
      </w:r>
      <w:r>
        <w:br/>
      </w:r>
      <w:r>
        <w:rPr>
          <w:sz w:val="20"/>
        </w:rPr>
        <w:t>1:11:03  aisa sirf insane log. aap kabhi bhi aap tajurba kar ke dekh lijiye, ek aag ka angara hai, us par ungli rakh dijiye aap to ek second mein aap ungli hata lenge is kyunki bardasht nahin hoga.</w:t>
      </w:r>
      <w:r>
        <w:br/>
      </w:r>
      <w:r>
        <w:rPr>
          <w:sz w:val="20"/>
        </w:rPr>
        <w:t>1:11:20  to yeh sochna ke chalo bhai, hazar do saal jahannum jal lenge to kya farq padta hai? phir jannat mein aa jayenge? yeh bilkul pagal pagaloon ki soch hai, insane logon ki soch hai.</w:t>
      </w:r>
      <w:r>
        <w:br/>
      </w:r>
      <w:r>
        <w:rPr>
          <w:sz w:val="20"/>
        </w:rPr>
        <w:t>1:11:30  yeh koi sound mind ki soch nahin hai. yeh</w:t>
      </w:r>
    </w:p>
    <w:p>
      <w:pPr>
        <w:pStyle w:val="Heading2"/>
      </w:pPr>
      <w:r>
        <w:t>Why is fighting considered intrinsically good?</w:t>
      </w:r>
    </w:p>
    <w:p>
      <w:r>
        <w:rPr>
          <w:color w:val="666666"/>
          <w:sz w:val="18"/>
        </w:rPr>
        <w:t>Faith &amp; God · Mission of Tajdeed (Revival of Islam) September 15, 2019 Maulana Wahiduddin Khan · 3m 09s · at 52:48 · https://youtu.be/jGfoAffJ4-8?t=3168</w:t>
      </w:r>
    </w:p>
    <w:p>
      <w:r>
        <w:rPr>
          <w:i/>
        </w:rPr>
        <w:t>“What does Islam or religion demand from us, and why is fighting (qital) considered intrinsically good? Please explain briefly.”</w:t>
      </w:r>
    </w:p>
    <w:p>
      <w:r>
        <w:rPr>
          <w:sz w:val="20"/>
        </w:rPr>
        <w:t>52:48  maulana, agla sawal pakistan se miss shabana ansari ne kiya hai. unhon ne likha hai: "maulana, islam ya deen hum se kiya mangta hai aur is talluq se qital kyon husn lazati hai?</w:t>
      </w:r>
      <w:r>
        <w:br/>
      </w:r>
      <w:r>
        <w:rPr>
          <w:sz w:val="20"/>
        </w:rPr>
        <w:t>53:07  agar aap is ko briefly explain karen." husn lazati hai hi nahi. yeh to hum ne kaha hai ke husn ghairi hai. husn lazati hai hi nahi.</w:t>
      </w:r>
      <w:r>
        <w:br/>
      </w:r>
      <w:r>
        <w:rPr>
          <w:sz w:val="20"/>
        </w:rPr>
        <w:t>53:18  husn ghairi hai. yani kisi aur maqsad ke liye. yani mislan dekhiye, difa ke liye. islam ko phailane ke liye nahi hai.</w:t>
      </w:r>
      <w:r>
        <w:br/>
      </w:r>
      <w:r>
        <w:rPr>
          <w:sz w:val="20"/>
        </w:rPr>
        <w:t>53:29  hargiz hargiz islam ko phailane ke liye nahi hai. difa ke liye. yahi matlab husn lazati hai nahi, husn ghairi hai.</w:t>
      </w:r>
      <w:r>
        <w:br/>
      </w:r>
      <w:r>
        <w:rPr>
          <w:sz w:val="20"/>
        </w:rPr>
        <w:t>53:40  maulana jamshid pur se. jo log yeh samjhen ke islam ko phailane ke liye hai, to bilashuba woh islam ko bilkul nahi jante, kuch bhi nahi jante.</w:t>
      </w:r>
      <w:r>
        <w:br/>
      </w:r>
      <w:r>
        <w:rPr>
          <w:sz w:val="20"/>
        </w:rPr>
        <w:t>53:56  ah, dania, Miss Dania Mustafa ne Karachi se likha hai: "Maulana sahib, with your literature, we easily address the modern mind and people can relate very well</w:t>
      </w:r>
      <w:r>
        <w:br/>
      </w:r>
      <w:r>
        <w:rPr>
          <w:sz w:val="20"/>
        </w:rPr>
        <w:t>54:08  . thank you, maulana." mashallah. jamshid pur se ayaz ahmed sahib ne likha hai: "aksar log tajdeedi kaam ko kehte hain ke yeh deen ko tod marod kar pesh kiya ja raha hai.</w:t>
      </w:r>
      <w:r>
        <w:br/>
      </w:r>
      <w:r>
        <w:rPr>
          <w:sz w:val="20"/>
        </w:rPr>
        <w:t>54:24  kai baar log is ko gumrahi bhi kehte hain. logon ko is galat fehmi se kaise nikala jaye?" bohat saada hai.</w:t>
      </w:r>
      <w:r>
        <w:br/>
      </w:r>
      <w:r>
        <w:rPr>
          <w:sz w:val="20"/>
        </w:rPr>
        <w:t>54:32  mujhe misaal pejiye. misaal aik bhi nahi denge. woh khali aise kahenge: "mujhe misaal pejiye." aik bhi misaal nahi de sakte.</w:t>
      </w:r>
      <w:r>
        <w:br/>
      </w:r>
      <w:r>
        <w:rPr>
          <w:sz w:val="20"/>
        </w:rPr>
        <w:t>54:44  tod marod kiya? tod marod kiya? tod marod kiya? yeh to aik mere nazdeek gumrah karne ki baaten hain.</w:t>
      </w:r>
      <w:r>
        <w:br/>
      </w:r>
      <w:r>
        <w:rPr>
          <w:sz w:val="20"/>
        </w:rPr>
        <w:t>54:52  aap misaal dijiye, specific misaal. yahi woh kehte hain ke tod marod kar. yeh to gaali hai. tod marod kehna gaali hai.</w:t>
      </w:r>
      <w:r>
        <w:br/>
      </w:r>
      <w:r>
        <w:rPr>
          <w:sz w:val="20"/>
        </w:rPr>
        <w:t>55:03  yeh koi baat nahi hai. yeh aap specific misaal dijiye.</w:t>
      </w:r>
      <w:r>
        <w:br/>
      </w:r>
      <w:r>
        <w:rPr>
          <w:sz w:val="20"/>
        </w:rPr>
        <w:t>55:15  ab mein ne mislan ulama ki misaal di ke ulmania likha hai ke islam mein qital jo hai, husn ghairi hai, husn lazati nahi hai.</w:t>
      </w:r>
      <w:r>
        <w:br/>
      </w:r>
      <w:r>
        <w:rPr>
          <w:sz w:val="20"/>
        </w:rPr>
        <w:t>55:27  yeh tod marod kiya hai? aap misaal ka mutala kijiye ke misaal kaisi hai, us ko samjhiye. yeh sab gaali ke alfaaz hain.</w:t>
      </w:r>
      <w:r>
        <w:br/>
      </w:r>
      <w:r>
        <w:rPr>
          <w:sz w:val="20"/>
        </w:rPr>
        <w:t>55:40  tod marod, specific. jab aap is pe specific zaban mein aap baat na karen to gaali hoti hai. abvidment hota hai.</w:t>
      </w:r>
    </w:p>
    <w:p>
      <w:pPr>
        <w:pStyle w:val="Heading2"/>
      </w:pPr>
      <w:r>
        <w:t>Why man inclines to bad despite angels?</w:t>
      </w:r>
    </w:p>
    <w:p>
      <w:r>
        <w:rPr>
          <w:color w:val="666666"/>
          <w:sz w:val="18"/>
        </w:rPr>
        <w:t>Faith &amp; God · Q&amp;A 04 DEC 2011 Maulana Wahiduddin Khan · 1m 50s · at 6:08 · https://youtu.be/KIMNmuUZoGo?t=368</w:t>
      </w:r>
    </w:p>
    <w:p>
      <w:r>
        <w:rPr>
          <w:i/>
        </w:rPr>
        <w:t>“It is true indeed that the nature of angels' persuasion is passive, and that of Satan's is active. However, that the nature of persuasion of these entities is the cause of man's greater inclination towards the bad is unclear. Please explain.”</w:t>
      </w:r>
    </w:p>
    <w:p>
      <w:r>
        <w:rPr>
          <w:sz w:val="20"/>
        </w:rPr>
        <w:t>6:08  maulana, agla sawal aya hai miss sadia khan ka, dilli se. unhone likha hai: "it is true indeed that the nature of angels' persuasion is passive, and that of satan's is active.</w:t>
      </w:r>
      <w:r>
        <w:br/>
      </w:r>
      <w:r>
        <w:rPr>
          <w:sz w:val="20"/>
        </w:rPr>
        <w:t>6:23  however, that the nature of persuasion of these entities is the cause of man's greater inclination towards the bad is unclear.</w:t>
      </w:r>
      <w:r>
        <w:br/>
      </w:r>
      <w:r>
        <w:rPr>
          <w:sz w:val="20"/>
        </w:rPr>
        <w:t>6:35  please explain."</w:t>
      </w:r>
      <w:r>
        <w:br/>
      </w:r>
      <w:r>
        <w:rPr>
          <w:sz w:val="20"/>
        </w:rPr>
        <w:t>6:38  dekhiye, unclear ki baat nahi hai. allah taala ne jo jannat banai hai to us ki koi price dena parega na insaan ko?</w:t>
      </w:r>
      <w:r>
        <w:br/>
      </w:r>
      <w:r>
        <w:rPr>
          <w:sz w:val="20"/>
        </w:rPr>
        <w:t>6:49  free bus jannat nahi mile gi. eternal law hai,</w:t>
      </w:r>
      <w:r>
        <w:br/>
      </w:r>
      <w:r>
        <w:rPr>
          <w:sz w:val="20"/>
        </w:rPr>
        <w:t>6:55  wahan hoga. woh ideal world hoga. woh perfect world hoga. eternally aadmi wahan life guzare ga. to us ki koi price honi chahiye.</w:t>
      </w:r>
      <w:r>
        <w:br/>
      </w:r>
      <w:r>
        <w:rPr>
          <w:sz w:val="20"/>
        </w:rPr>
        <w:t>7:06  film kaise mile gi price? price yahi hai. price yahi hai ke shaitan,</w:t>
      </w:r>
      <w:r>
        <w:br/>
      </w:r>
      <w:r>
        <w:rPr>
          <w:sz w:val="20"/>
        </w:rPr>
        <w:t>7:13  shaitan ka jo influence hai, agarche woh active hai, phir bhi aap us ko by side karein. farishton ka influence, agarche woh passive hai, us ko aap sunein aur pakrein us ko.</w:t>
      </w:r>
      <w:r>
        <w:br/>
      </w:r>
      <w:r>
        <w:rPr>
          <w:sz w:val="20"/>
        </w:rPr>
        <w:t>7:26  to yeh to price hai paradise ki. kuch to price allah taala ko muqarrar karna tha.</w:t>
      </w:r>
      <w:r>
        <w:br/>
      </w:r>
      <w:r>
        <w:rPr>
          <w:sz w:val="20"/>
        </w:rPr>
        <w:t>7:32  to yahi price hai. shaitan ka influence agarche active hai, aap ko usay yani apne ko us se bachana hai.</w:t>
      </w:r>
      <w:r>
        <w:br/>
      </w:r>
      <w:r>
        <w:rPr>
          <w:sz w:val="20"/>
        </w:rPr>
        <w:t>7:44  aur farishton ka impulse agarche passive hai, us ki taraf aap ko daurna hai.</w:t>
      </w:r>
      <w:r>
        <w:br/>
      </w:r>
      <w:r>
        <w:rPr>
          <w:sz w:val="20"/>
        </w:rPr>
        <w:t>7:51  yeh jahan fail ho jaye to phir us ke liye paradise nahi hai.</w:t>
      </w:r>
    </w:p>
    <w:p>
      <w:pPr>
        <w:pStyle w:val="Heading2"/>
      </w:pPr>
      <w:r>
        <w:t>Why many misconceptions in Islam</w:t>
      </w:r>
    </w:p>
    <w:p>
      <w:r>
        <w:rPr>
          <w:color w:val="666666"/>
          <w:sz w:val="18"/>
        </w:rPr>
        <w:t>Faith &amp; God · Jihad Fillah June 23, 2013 · 2m 03s · at 1:13:12 · https://youtu.be/NRTno1eQTos?t=4392</w:t>
      </w:r>
    </w:p>
    <w:p>
      <w:r>
        <w:rPr>
          <w:i/>
        </w:rPr>
        <w:t>“Why is it that in Islam alone there are so many misconceptions?”</w:t>
      </w:r>
    </w:p>
    <w:p>
      <w:r>
        <w:rPr>
          <w:sz w:val="20"/>
        </w:rPr>
        <w:t>1:13:12  Maulana, agla sawal Bangalore se hai Mr. Vineesh Sharma ka. Unhone aapse poocha hai: "That why is it that in Islam alone there are so many misconceptions?"</w:t>
      </w:r>
      <w:r>
        <w:br/>
      </w:r>
      <w:r>
        <w:rPr>
          <w:sz w:val="20"/>
        </w:rPr>
        <w:t>1:13:27  dekhen, islam alone ki baat nahi hai, sachai alone ki baat hai. sachai ka authentic version kahan hai?</w:t>
      </w:r>
      <w:r>
        <w:br/>
      </w:r>
      <w:r>
        <w:rPr>
          <w:sz w:val="20"/>
        </w:rPr>
        <w:t>1:13:36  is ki baat hai.</w:t>
      </w:r>
      <w:r>
        <w:br/>
      </w:r>
      <w:r>
        <w:rPr>
          <w:sz w:val="20"/>
        </w:rPr>
        <w:t>1:13:37  yeh nahi ke islam alone ya falan alone, sachai alone. asal cheez hai sachai. to is ka aap yeh aap aap aap study kar ke janiye ke sachai ka authentic version kahan hai.</w:t>
      </w:r>
      <w:r>
        <w:br/>
      </w:r>
      <w:r>
        <w:rPr>
          <w:sz w:val="20"/>
        </w:rPr>
        <w:t>1:13:54  jahan aap payen, us ko ikhtiyar kar lijie. hum ne jo study ki hai to hum ne yeh paya ke sachai ka authentic version jo hai, woh quran hai. to hum ne quran ko ikhtiyar kar liya.</w:t>
      </w:r>
      <w:r>
        <w:br/>
      </w:r>
      <w:r>
        <w:rPr>
          <w:sz w:val="20"/>
        </w:rPr>
        <w:t>1:14:05  to aap yahi kijie. masla aqdari darja ka nahi hai, masla truth with the capital T ka hai.</w:t>
      </w:r>
      <w:r>
        <w:br/>
      </w:r>
      <w:r>
        <w:rPr>
          <w:sz w:val="20"/>
        </w:rPr>
        <w:t>1:14:15  jahan aap ko the truth jo hai, us ka authentic version mil jaye, bas us ko ikhtiyar kar lijie aap.</w:t>
      </w:r>
    </w:p>
    <w:p>
      <w:pPr>
        <w:pStyle w:val="Heading2"/>
      </w:pPr>
      <w:r>
        <w:t>Why most mention of Paradise in Al-Risala?</w:t>
      </w:r>
    </w:p>
    <w:p>
      <w:r>
        <w:rPr>
          <w:color w:val="666666"/>
          <w:sz w:val="18"/>
        </w:rPr>
        <w:t>Faith &amp; God · Jihad Fillah June 23, 2013 · 1m 59s · at 57:06 · https://youtu.be/NRTno1eQTos?t=3426</w:t>
      </w:r>
    </w:p>
    <w:p>
      <w:r>
        <w:rPr>
          <w:i/>
        </w:rPr>
        <w:t>“I have seen many religious groups, stayed with scholars, and read religious books, but I found the most mention of Paradise in Al-Risala. What could be the reason?”</w:t>
      </w:r>
    </w:p>
    <w:p>
      <w:r>
        <w:rPr>
          <w:sz w:val="20"/>
        </w:rPr>
        <w:t>57:06  aap is ko parh lijiyey. yeh bilkul galat baat hai, is ki koi haqeeqat nahi. maulana, agla sawal Karachi Pakistan se hai Abdul Latif sahab ka.</w:t>
      </w:r>
      <w:r>
        <w:br/>
      </w:r>
      <w:r>
        <w:rPr>
          <w:sz w:val="20"/>
        </w:rPr>
        <w:t>57:18  unhon ne likha hai: "main ne bohat si mazhabi jamaaton ko dekha, ulama ke sath raha aur mazhabi kitabein ko bhi, kitabon ko bhi parha, lekin sab se zyada jannat ka tazkira main ne Al-Risala mein paya."</w:t>
      </w:r>
      <w:r>
        <w:br/>
      </w:r>
      <w:r>
        <w:rPr>
          <w:sz w:val="20"/>
        </w:rPr>
        <w:t>57:34  maulana sahab, is ki wajah kya ho sakti hai? is ki wajah yeh hai ke hamara mazhab quran se derived hai. idhar udhar se hum nahi lete mazhab ko.</w:t>
      </w:r>
      <w:r>
        <w:br/>
      </w:r>
      <w:r>
        <w:rPr>
          <w:sz w:val="20"/>
        </w:rPr>
        <w:t>57:46  aap logon se poochein to shayad koi ek insaan aap ko nahi milega jo yeh kahe ke maine quran ko A se Z tak sirf is liye parha ke quran kya tasawwur deta hai deen ka.</w:t>
      </w:r>
      <w:r>
        <w:br/>
      </w:r>
      <w:r>
        <w:rPr>
          <w:sz w:val="20"/>
        </w:rPr>
        <w:t>58:00  to jab aisa na karein log to un ko kahan se milega?</w:t>
      </w:r>
      <w:r>
        <w:br/>
      </w:r>
      <w:r>
        <w:rPr>
          <w:sz w:val="20"/>
        </w:rPr>
        <w:t>58:04  kahan se jaane ga is cheez ko? hum ne quran ko banaya, yaani woh source banaya, us ko bar bar parha, bar bar parha, aur quran mein jo baat mili, us ko hum karte hain.</w:t>
      </w:r>
      <w:r>
        <w:br/>
      </w:r>
      <w:r>
        <w:rPr>
          <w:sz w:val="20"/>
        </w:rPr>
        <w:t>58:18  aap dekhein, quran mein jannat, jahannum, tazkira bhara hua hai. wohi hum ne ikhtiyar kiya hai.</w:t>
      </w:r>
      <w:r>
        <w:br/>
      </w:r>
      <w:r>
        <w:rPr>
          <w:sz w:val="20"/>
        </w:rPr>
        <w:t>58:24  toh logon ne yeh kiya hi nahi.</w:t>
      </w:r>
      <w:r>
        <w:br/>
      </w:r>
      <w:r>
        <w:rPr>
          <w:sz w:val="20"/>
        </w:rPr>
        <w:t>58:26  main ne bohat se logon se poocha, bohat se logon se: "kya aap ne aisa kiya hai?" yaani</w:t>
      </w:r>
      <w:r>
        <w:br/>
      </w:r>
      <w:r>
        <w:rPr>
          <w:sz w:val="20"/>
        </w:rPr>
        <w:t>58:32  woh log jo ke amalan tehreekein chala rahe hain, tehreekein,</w:t>
      </w:r>
      <w:r>
        <w:br/>
      </w:r>
      <w:r>
        <w:rPr>
          <w:sz w:val="20"/>
        </w:rPr>
        <w:t>58:35  un se main ne poocha: "kya aap ne aisa kiya hai ke Quran ko A se Z tak</w:t>
      </w:r>
      <w:r>
        <w:br/>
      </w:r>
      <w:r>
        <w:rPr>
          <w:sz w:val="20"/>
        </w:rPr>
        <w:t>58:39  sirf is liye parha?" sirf is liye ke yeh jaane ke is mein</w:t>
      </w:r>
      <w:r>
        <w:br/>
      </w:r>
      <w:r>
        <w:rPr>
          <w:sz w:val="20"/>
        </w:rPr>
        <w:t>58:46  kis qism ki, yaani kya tasawwur diya gaya hai, is se kya karne ka kya kaam milta hai.</w:t>
      </w:r>
      <w:r>
        <w:br/>
      </w:r>
      <w:r>
        <w:rPr>
          <w:sz w:val="20"/>
        </w:rPr>
        <w:t>58:55  to mujhe to ab tak koi yaad m</w:t>
      </w:r>
      <w:r>
        <w:br/>
      </w:r>
      <w:r>
        <w:rPr>
          <w:sz w:val="20"/>
        </w:rPr>
        <w:t>58:57  ila nahi aisa. aap bhi talash kar lijiyey ga, agar koi mila to us ka naam mujhe bhej dijiyey ga.</w:t>
      </w:r>
    </w:p>
    <w:p>
      <w:pPr>
        <w:pStyle w:val="Heading2"/>
      </w:pPr>
      <w:r>
        <w:t>Why multiple levels of Paradise?</w:t>
      </w:r>
    </w:p>
    <w:p>
      <w:r>
        <w:rPr>
          <w:color w:val="666666"/>
          <w:sz w:val="18"/>
        </w:rPr>
        <w:t>Faith &amp; God · Paradise September 18, 2016 · 1m 08s · at 48:14 · https://youtu.be/R2kZlD0PbGQ?t=2894</w:t>
      </w:r>
    </w:p>
    <w:p>
      <w:r>
        <w:rPr>
          <w:i/>
        </w:rPr>
        <w:t>“Why has God kept so many levels of Paradise? Why not only one level of Paradise? This shows God would be discriminatory when He gives out ticket to Paradise to the selected people. Maulana sahib, please make me...”</w:t>
      </w:r>
    </w:p>
    <w:p>
      <w:r>
        <w:rPr>
          <w:sz w:val="20"/>
        </w:rPr>
        <w:t>48:14  ji maulana, agla sawal kya hai? lucknow se zubair iqbal sahib ne, unhon ne likha hai: "why has</w:t>
      </w:r>
      <w:r>
        <w:br/>
      </w:r>
      <w:r>
        <w:rPr>
          <w:sz w:val="20"/>
        </w:rPr>
        <w:t>48:19  God kept so many levels of Paradise? Why not only one level of Paradise? This shows God would</w:t>
      </w:r>
      <w:r>
        <w:br/>
      </w:r>
      <w:r>
        <w:rPr>
          <w:sz w:val="20"/>
        </w:rPr>
        <w:t>48:25  be discriminant when he goes out ticket to paradise to the selected people." Maulana Sahib, please make me</w:t>
      </w:r>
      <w:r>
        <w:br/>
      </w:r>
      <w:r>
        <w:rPr>
          <w:sz w:val="20"/>
        </w:rPr>
        <w:t>48:31  understand this gap.</w:t>
      </w:r>
      <w:r>
        <w:br/>
      </w:r>
      <w:r>
        <w:rPr>
          <w:sz w:val="20"/>
        </w:rPr>
        <w:t>48:36  nahi, nahi, discrimination ka mamla yeh nahi hai.</w:t>
      </w:r>
      <w:r>
        <w:br/>
      </w:r>
      <w:r>
        <w:rPr>
          <w:sz w:val="20"/>
        </w:rPr>
        <w:t>48:42  yeh mamla yeh hai ke aap ne kitna zyada apne ko tayyar kiya.</w:t>
      </w:r>
      <w:r>
        <w:br/>
      </w:r>
      <w:r>
        <w:rPr>
          <w:sz w:val="20"/>
        </w:rPr>
        <w:t>48:48  ek aadmi dunya mein phansa raha family mein paisa kamane mein, is ko yani is ne is ko</w:t>
      </w:r>
      <w:r>
        <w:br/>
      </w:r>
      <w:r>
        <w:rPr>
          <w:sz w:val="20"/>
        </w:rPr>
        <w:t>48:53  concern nahi, concern nahi banaya apne aap ko ke jannat ke liye apne ko tayyar kare.</w:t>
      </w:r>
      <w:r>
        <w:br/>
      </w:r>
      <w:r>
        <w:rPr>
          <w:sz w:val="20"/>
        </w:rPr>
        <w:t>48:59  to zahir hai koi aala darja is ko nahi mile ga.</w:t>
      </w:r>
      <w:r>
        <w:br/>
      </w:r>
      <w:r>
        <w:rPr>
          <w:sz w:val="20"/>
        </w:rPr>
        <w:t>49:05  to apne yaani apne is aitbar se kitna tazkiya aadmi ne kisi kiya.</w:t>
      </w:r>
      <w:r>
        <w:br/>
      </w:r>
      <w:r>
        <w:rPr>
          <w:sz w:val="20"/>
        </w:rPr>
        <w:t>49:11  yeh tazkiya ke level bata bata tha, jis is ka discrimination se koi talluq nahi hai.</w:t>
      </w:r>
      <w:r>
        <w:br/>
      </w:r>
      <w:r>
        <w:rPr>
          <w:sz w:val="20"/>
        </w:rPr>
        <w:t>49:16  jis ka tazkiya ka jo level hoga, us ke mutabiq us ko mile ga.</w:t>
      </w:r>
    </w:p>
    <w:p>
      <w:pPr>
        <w:pStyle w:val="Heading2"/>
      </w:pPr>
      <w:r>
        <w:t>Why not everyone Muslim if Islam is natural</w:t>
      </w:r>
    </w:p>
    <w:p>
      <w:r>
        <w:rPr>
          <w:color w:val="666666"/>
          <w:sz w:val="18"/>
        </w:rPr>
        <w:t>Faith &amp; God · Journey to Civilization November 8, 2009 · 17m 13s · at 1:08:57 · https://youtu.be/vh_AEKFhtxk?t=4137</w:t>
      </w:r>
    </w:p>
    <w:p>
      <w:r>
        <w:rPr>
          <w:i/>
        </w:rPr>
        <w:t>“Islam is deen e fitrat. According to this, every human should be Muslim. But that is not the case. Please explain this in a concise way.”</w:t>
      </w:r>
    </w:p>
    <w:p>
      <w:r>
        <w:rPr>
          <w:sz w:val="20"/>
        </w:rPr>
        <w:t>1:08:57  yeh agla sawal jo hai nafees shairaz ka hai. yeh kehte hain ke islam deen-e-fitrat hai. is hisab se to har insaan ko musalman hona chahiye.</w:t>
      </w:r>
      <w:r>
        <w:br/>
      </w:r>
      <w:r>
        <w:rPr>
          <w:sz w:val="20"/>
        </w:rPr>
        <w:t>1:09:07  lekin aisa to nahi hai. islam deen-e-fitrat hai, kripya is ka sankshept roop mein varnan karen.</w:t>
      </w:r>
      <w:r>
        <w:br/>
      </w:r>
      <w:r>
        <w:rPr>
          <w:sz w:val="20"/>
        </w:rPr>
        <w:t>1:09:17  deen-e-fitrat ke mani mein nahi ke insaan ki azadi abalash kar di gayi hai. woh to deen-e-fitrat hai. lekin insaan ko chuki azadi hai,</w:t>
      </w:r>
      <w:r>
        <w:br/>
      </w:r>
      <w:r>
        <w:rPr>
          <w:sz w:val="20"/>
        </w:rPr>
        <w:t>1:09:30  to apne fitrat ke khilaaf chala jata hai woh. kuch dilchaspi ki bina par, kuch lalach ki bina par, kuch khwahish ki bina par. yeh is ke is se aata hai.</w:t>
      </w:r>
      <w:r>
        <w:br/>
      </w:r>
      <w:r>
        <w:rPr>
          <w:sz w:val="20"/>
        </w:rPr>
        <w:t>1:09:40  jo isi liye jahad-e-nafs ko sab se bara jahad kaha gaya hai. jahad bil nafs ko sab se bara jahad kaha gaya. jahad-e-akbar kaha gaya hai is ko.</w:t>
      </w:r>
      <w:r>
        <w:br/>
      </w:r>
      <w:r>
        <w:rPr>
          <w:sz w:val="20"/>
        </w:rPr>
        <w:t>1:09:50  to yahi to jahad-e-akbar hai. ke jab shaitan ya aur doosre qism ke jo woh hain muharrikat, woh aap ko kheenche kisi aur taraf, to aap is se ladein.</w:t>
      </w:r>
      <w:r>
        <w:br/>
      </w:r>
      <w:r>
        <w:rPr>
          <w:sz w:val="20"/>
        </w:rPr>
        <w:t>1:10:07  apne apne hawas se ladein, apne nafs se ladein, apne dilchaspi se ladein. aur phir khuda ke raste par jame rahein. to fitrat hone ka matlab majboori nahi hai.</w:t>
      </w:r>
      <w:r>
        <w:br/>
      </w:r>
      <w:r>
        <w:rPr>
          <w:sz w:val="20"/>
        </w:rPr>
        <w:t>1:10:19  islam bilashuba fitrat hai. lekin is ka matlab nahi ke sab ko majboori se woh chahta hai ke sab isi par aa jayein. phir to dilchaspi hi nahi rahegi.</w:t>
      </w:r>
      <w:r>
        <w:br/>
      </w:r>
      <w:r>
        <w:rPr>
          <w:sz w:val="20"/>
        </w:rPr>
        <w:t>1:10:29  dilchaspi to khatam ho jayegi phir. to islam bilashuba fitrat ke mani yeh hain ke woh is ki taleemat mabni karti hain qanoon-e-fitrat par.</w:t>
      </w:r>
      <w:r>
        <w:br/>
      </w:r>
      <w:r>
        <w:rPr>
          <w:sz w:val="20"/>
        </w:rPr>
        <w:t>1:10:42  is ke par. is par mabni karti hain. lekin choice to phir bhi aadmi ka apna rahega. choice to aadmi ka apna hi rahega.</w:t>
      </w:r>
      <w:r>
        <w:br/>
      </w:r>
      <w:r>
        <w:rPr>
          <w:sz w:val="20"/>
        </w:rPr>
        <w:t>1:10:53  choice ke mamle mein kabhi bhi koi zor zabardasti nahi ki jayegi. quran majeed mein hai ke la ikraha fid deen ke deen ke mamle mein koi zabardasti nahi hai.</w:t>
      </w:r>
      <w:r>
        <w:br/>
      </w:r>
      <w:r>
        <w:rPr>
          <w:sz w:val="20"/>
        </w:rPr>
        <w:t>1:11:07  yeh hai is ka matlab. in ka agla point yeh hai ke koi bhi tehzeeb apne aap mein buri nahi hoti, lekin phir bhi log maghribi tehzeeb ko bura kyun mante hain?</w:t>
      </w:r>
      <w:r>
        <w:br/>
      </w:r>
      <w:r>
        <w:rPr>
          <w:sz w:val="20"/>
        </w:rPr>
        <w:t>1:11:22  asal mein log jo hain, hum musalman khaas taur par farq karna nahi jante. yani art of differentiation ki khabar musalmanon ko nahi hai.</w:t>
      </w:r>
      <w:r>
        <w:br/>
      </w:r>
      <w:r>
        <w:rPr>
          <w:sz w:val="20"/>
        </w:rPr>
        <w:t>1:11:33  mera tajruba yeh hai ke ek hai civilization, ek hai civilization ka galat istemal. to quran ka bhi galat istemal kiya jata hai. aaj kal jo log khudkushi bombing kar rahe hain, woh bhi quran se nikalte hain.</w:t>
      </w:r>
      <w:r>
        <w:br/>
      </w:r>
      <w:r>
        <w:rPr>
          <w:sz w:val="20"/>
        </w:rPr>
        <w:t>1:11:46  to quran to bura nahi ho jayega. abhi aaj ke paper mein hai ke america mein ek muslim tha army mein, us ne terah aadmiyon ko maar dala.</w:t>
      </w:r>
      <w:r>
        <w:br/>
      </w:r>
      <w:r>
        <w:rPr>
          <w:sz w:val="20"/>
        </w:rPr>
        <w:t>1:11:57  aur allahu akbar, allahu akbar kehte hue maar dala. yeh allahu akbar to nahi hai. is liye ke agar aap america ki army mein hain, to agar aap ko koi farq hain, to aap army mein rehte hue nahi kar sakte aisa.</w:t>
      </w:r>
      <w:r>
        <w:br/>
      </w:r>
      <w:r>
        <w:rPr>
          <w:sz w:val="20"/>
        </w:rPr>
        <w:t>1:12:11  aap ko istifa dena padega. fambidh alayhi wa la sawa yeh bilkul haram hai islam mein ke army ke andar aap hain, aur is ke bawajood aap logon ko lagen maar rahe hain army ke jawano ko.</w:t>
      </w:r>
      <w:r>
        <w:br/>
      </w:r>
      <w:r>
        <w:rPr>
          <w:sz w:val="20"/>
        </w:rPr>
        <w:t>1:12:25  yeh to jaiz hi nahi hai. to agar aap ne army mein bharti kiya hai, army ke jo is ka woh hota hai, woh liya hai aap ne wafadari ka, to wa'ufu billahi dha a'hadu ka case ban gaya hai aap ka.</w:t>
      </w:r>
      <w:r>
        <w:br/>
      </w:r>
      <w:r>
        <w:rPr>
          <w:sz w:val="20"/>
        </w:rPr>
        <w:t>1:12:42  aap ko is ahadname ko poora karna padega. ab agar aap ko farq hain, agar aap samajhte hain ke america jo hai woh galat kaam kar raha hai, to istifa de dijiye, apne watan chale jaiye.</w:t>
      </w:r>
      <w:r>
        <w:br/>
      </w:r>
      <w:r>
        <w:rPr>
          <w:sz w:val="20"/>
        </w:rPr>
        <w:t>1:12:54  apne watan ja kar ke wahan se phir jo karna hai kijiye. america ke andar rehte hue, america ki army mein rehte hue aap aisa nahi kar sakte. to yeh to har jagah aisa hota hai ke log bahas karte hain.</w:t>
      </w:r>
      <w:r>
        <w:br/>
      </w:r>
      <w:r>
        <w:rPr>
          <w:sz w:val="20"/>
        </w:rPr>
        <w:t>1:13:07  qanoon se bahas karte hain, quran se bahas karte hain, apne maqam se bahas karte hain. to yeh phir har jagah paya jata hai.</w:t>
      </w:r>
      <w:r>
        <w:br/>
      </w:r>
      <w:r>
        <w:rPr>
          <w:sz w:val="20"/>
        </w:rPr>
        <w:t>1:13:18  This question is from Mr. Deenul Huda. He is pointing out towards the theory of evolution</w:t>
      </w:r>
      <w:r>
        <w:br/>
      </w:r>
      <w:r>
        <w:rPr>
          <w:sz w:val="20"/>
        </w:rPr>
        <w:t>1:13:26  . He says that a believer is of the opinion that God created Adam directly in the human form, whereas according to the theory of evolution, from early age till now, there have been various evolutions.</w:t>
      </w:r>
      <w:r>
        <w:br/>
      </w:r>
      <w:r>
        <w:rPr>
          <w:sz w:val="20"/>
        </w:rPr>
        <w:t>1:13:43  So, are there any similarities between both of them, or what exactly is the correct perspective?</w:t>
      </w:r>
      <w:r>
        <w:br/>
      </w:r>
      <w:r>
        <w:rPr>
          <w:sz w:val="20"/>
        </w:rPr>
        <w:t>1:13:50  dekhie, main evolution theory ko bilkul galat samajhta hoon. ek hai creation, ek hai evolution. main creation ko manta hoon, evolution ko nahin manta.</w:t>
      </w:r>
      <w:r>
        <w:br/>
      </w:r>
      <w:r>
        <w:rPr>
          <w:sz w:val="20"/>
        </w:rPr>
        <w:t>1:13:59  is par bar bar yahan bol chuka hoon main, aur is par maine likha bhi hai. agar aap kisi ko mazeed janna hai to mere pas aain, office mein bataunga is ko.</w:t>
      </w:r>
      <w:r>
        <w:br/>
      </w:r>
      <w:r>
        <w:rPr>
          <w:sz w:val="20"/>
        </w:rPr>
        <w:t>1:14:10  itna hi keh sakta hoon is waqt ke main evolution theory ko bilkul galat manta hoon. be buniyad manta hoon. main creation ko manta hoon, theory of creation.</w:t>
      </w:r>
      <w:r>
        <w:br/>
      </w:r>
      <w:r>
        <w:rPr>
          <w:sz w:val="20"/>
        </w:rPr>
        <w:t>1:14:21  yani Khuda ne paida kiya sab kuch. ek ek cheez. evolution se kuch bhi nahin hua. baqi aap ko tafseel se janna hai to mera article parh sakte hain, aur agar aap mazeed janna ho to aap mere office mein aain, main bataunga aap ko.</w:t>
      </w:r>
      <w:r>
        <w:br/>
      </w:r>
      <w:r>
        <w:rPr>
          <w:sz w:val="20"/>
        </w:rPr>
        <w:t>1:14:36  This question is from Mr. S. Ahmad. When we talk about the change in lifestyle, then I think to some extent it is possible, but is it possible to leave the planes and trains and go back to the Stone Age</w:t>
      </w:r>
      <w:r>
        <w:br/>
      </w:r>
      <w:r>
        <w:rPr>
          <w:sz w:val="20"/>
        </w:rPr>
        <w:t>1:14:54  ? Isn't it better to bring out some technologies which we can counter the global problems?</w:t>
      </w:r>
      <w:r>
        <w:br/>
      </w:r>
      <w:r>
        <w:rPr>
          <w:sz w:val="20"/>
        </w:rPr>
        <w:t>1:15:04  kehne ke liye to bari achhi baat yeh hai, magar aisi koi technology maujood nahin karti. agar ho to aap mujh ko bataiye ke falan technology hai.</w:t>
      </w:r>
      <w:r>
        <w:br/>
      </w:r>
      <w:r>
        <w:rPr>
          <w:sz w:val="20"/>
        </w:rPr>
        <w:t>1:15:14  maine dekha hai ke aisi koi technology abhi tak insan bana nahin saka hai. to sara mamla lifestyle ka hai yeh. to ya to lifestyle chhodie, ya to conference mat kijiye.</w:t>
      </w:r>
      <w:r>
        <w:br/>
      </w:r>
      <w:r>
        <w:rPr>
          <w:sz w:val="20"/>
        </w:rPr>
        <w:t>1:15:23  yeh to yeh to woh hai, yani double standard hai ke lifestyle chhodne ko aap taiyar bhi nahin hain, aur conference kar rahe hain aap.</w:t>
      </w:r>
      <w:r>
        <w:br/>
      </w:r>
      <w:r>
        <w:rPr>
          <w:sz w:val="20"/>
        </w:rPr>
        <w:t>1:15:33  ek is par climate change par. baqi jahan tak technology ki baat hai to abhi tak insan, abhi tak koi doosri technology daryaft nahin kar saka hai.</w:t>
      </w:r>
      <w:r>
        <w:br/>
      </w:r>
      <w:r>
        <w:rPr>
          <w:sz w:val="20"/>
        </w:rPr>
        <w:t>1:15:46  Maulana this question is from Mr. Furqan. He is asking that for paradise will this world be beautified, or our perception will be chang</w:t>
      </w:r>
      <w:r>
        <w:br/>
      </w:r>
      <w:r>
        <w:rPr>
          <w:sz w:val="20"/>
        </w:rPr>
        <w:t>1:15:57  ed? Like we generally, we will be free from fear, doubt, ego, or any kind of negative aspect?</w:t>
      </w:r>
      <w:r>
        <w:br/>
      </w:r>
      <w:r>
        <w:rPr>
          <w:sz w:val="20"/>
        </w:rPr>
        <w:t>1:16:05  sab se bara jo jo bari cheez jo jannat mein milegi, woh Quran mein hai ke jannat wale kahenge أَذْهَبَ أَنْدَى الْحَزَنَ Khuda ne huzn ko nikaal diya.</w:t>
      </w:r>
      <w:r>
        <w:br/>
      </w:r>
      <w:r>
        <w:rPr>
          <w:sz w:val="20"/>
        </w:rPr>
        <w:t>1:16:22  yeh duniya mein sab kuch hai, sab kuch hai, sab kuch hai. lekin is ke sath huzn bhi hai. huzn ka matlab dard, dard.</w:t>
      </w:r>
      <w:r>
        <w:br/>
      </w:r>
      <w:r>
        <w:rPr>
          <w:sz w:val="20"/>
        </w:rPr>
        <w:t>1:16:32  yeh duniya mein har jagah takleef hi takleef hai. mahal mein bhi takleef hai. main abhi gaya tha Qatar, jo jahan mujhe thehraya tha, woh ek mahal tha bilkul.</w:t>
      </w:r>
      <w:r>
        <w:br/>
      </w:r>
      <w:r>
        <w:rPr>
          <w:sz w:val="20"/>
        </w:rPr>
        <w:t>1:16:42  wahan bhi mujhe takleef thi. kyunke bohat sare awamil chahiye sacha sukh paane ke liye, sacha lazzat, sacha yani khushi paane ke liye.</w:t>
      </w:r>
      <w:r>
        <w:br/>
      </w:r>
      <w:r>
        <w:rPr>
          <w:sz w:val="20"/>
        </w:rPr>
        <w:t>1:16:54  woh mumkin nahin hota is duniya mein. har jagah huzn ghusa hua rehta hai.</w:t>
      </w:r>
      <w:r>
        <w:br/>
      </w:r>
      <w:r>
        <w:rPr>
          <w:sz w:val="20"/>
        </w:rPr>
        <w:t>1:17:02  to jannat wale kahenge ke Allah taala ne hamein jannat mein huzn ko nikaal diya.</w:t>
      </w:r>
      <w:r>
        <w:br/>
      </w:r>
      <w:r>
        <w:rPr>
          <w:sz w:val="20"/>
        </w:rPr>
        <w:t>1:17:10  yani jismani dard nahin, zehni dard nahin, is se azaad kar diya. yahi to jannat ki sab se bari khoobsurti to ho gayi. khane peene ki to yahan bhi hai.</w:t>
      </w:r>
      <w:r>
        <w:br/>
      </w:r>
      <w:r>
        <w:rPr>
          <w:sz w:val="20"/>
        </w:rPr>
        <w:t>1:17:20  lekin har cheez ke sath ek</w:t>
      </w:r>
      <w:r>
        <w:br/>
      </w:r>
      <w:r>
        <w:rPr>
          <w:sz w:val="20"/>
        </w:rPr>
        <w:t>1:17:24  woh laga hua hai, minus point laga hua hai. yahan har cheez ke sath plus point hai, to minus point bhi laga hua hai. aap achha achha khana khayen to aap ko sehat kharab ho jati hai.</w:t>
      </w:r>
      <w:r>
        <w:br/>
      </w:r>
      <w:r>
        <w:rPr>
          <w:sz w:val="20"/>
        </w:rPr>
        <w:t>1:17:37  achha achha khana, aap ke pas paisa hai khane ke liye, to aap kha nahin paate. achha achha khana khayenge to sehat kharab ho jayegi. har cheez mein minus ke plus, har cheez mein plus point ke sath minus point mila hua hai.</w:t>
      </w:r>
      <w:r>
        <w:br/>
      </w:r>
      <w:r>
        <w:rPr>
          <w:sz w:val="20"/>
        </w:rPr>
        <w:t>1:17:52  jannat mein sirf plus hi plus hoga. yeh to isi liye to jannat hogi woh. This question is from Naghma Siddiqui.</w:t>
      </w:r>
      <w:r>
        <w:br/>
      </w:r>
      <w:r>
        <w:rPr>
          <w:sz w:val="20"/>
        </w:rPr>
        <w:t>1:18:01  Maulana, having understood the correct perspective of Islam and that the doomsday may approach any time, do you think what is left now is the entry of God's word into every home?</w:t>
      </w:r>
      <w:r>
        <w:br/>
      </w:r>
      <w:r>
        <w:rPr>
          <w:sz w:val="20"/>
        </w:rPr>
        <w:t>1:18:17  haan. sab se bara kaam yaad rakhiye, is waqt jo hai, woh hai idkhaal e kalma. hadith ke lafz mein is ko lafz aaya hai.</w:t>
      </w:r>
      <w:r>
        <w:br/>
      </w:r>
      <w:r>
        <w:rPr>
          <w:sz w:val="20"/>
        </w:rPr>
        <w:t>1:18:26  adkhal kalma yani word of god ko har insan tak pohnchana. sab se bara kaam. yani hadith mein hai yeh ke aakhri zamanay mein jo sab se bara kaam karein ge, kya jo karna hoga, woh hai adkhal kalma.</w:t>
      </w:r>
      <w:r>
        <w:br/>
      </w:r>
      <w:r>
        <w:rPr>
          <w:sz w:val="20"/>
        </w:rPr>
        <w:t>1:18:43  yani allah ta'ala ke word ko ghar ghar pohnchana. to word of god kya hai? yeh quran hai. aur is zamanay ki jo international zaban ban gayi hai, woh angrezi hai.</w:t>
      </w:r>
      <w:r>
        <w:br/>
      </w:r>
      <w:r>
        <w:rPr>
          <w:sz w:val="20"/>
        </w:rPr>
        <w:t>1:18:58  to hum ne khuda ke fazl se yahi kiya hai ke english mein, samajhne wali zaban mein, aasani se samajh aa sake, jo wazahat is ke andar ho.</w:t>
      </w:r>
      <w:r>
        <w:br/>
      </w:r>
      <w:r>
        <w:rPr>
          <w:sz w:val="20"/>
        </w:rPr>
        <w:t>1:19:08  aur bohat achi printing ke sath quran ka tarjuma tayar kar ke chhaap diya hai. main samajhta hoon ke hum sab ka, hum sab ka, aur jo log sun rahe hain, un sab ka sab se pehli zimmedari yeh hai ke is ko sari duniya mein phailayein.</w:t>
      </w:r>
      <w:r>
        <w:br/>
      </w:r>
      <w:r>
        <w:rPr>
          <w:sz w:val="20"/>
        </w:rPr>
        <w:t>1:19:25  sab se bara kaam yeh hai. har doosra kaam sanvi hai. is ke muqable mein har doosra kaam sanvi hai.</w:t>
      </w:r>
      <w:r>
        <w:br/>
      </w:r>
      <w:r>
        <w:rPr>
          <w:sz w:val="20"/>
        </w:rPr>
        <w:t>1:19:36  ek sahib mere paas aaye, hajj o umrah, unhein pata hai ke. to kai hajj kar chuke hain, kai umrah kar chuke hain. main ne kaha bilkul hajj o umrah mat kijiye, yeh sara paisa aap is par lagaiye, quran ko phailane mein.</w:t>
      </w:r>
      <w:r>
        <w:br/>
      </w:r>
      <w:r>
        <w:rPr>
          <w:sz w:val="20"/>
        </w:rPr>
        <w:t>1:19:48  bhai hajj kar chuke hain, umrah kar chuke hain, to bar bar kya zaroorat hai hajj o umrah karne ki? is paise ko yahan lagaiye. shadiyon ka kharch yahan lagaiye. jo paisa kharch karte hain log bar bar umrah, hajj karne mein, is ko yahan lagayein.</w:t>
      </w:r>
      <w:r>
        <w:br/>
      </w:r>
      <w:r>
        <w:rPr>
          <w:sz w:val="20"/>
        </w:rPr>
        <w:t>1:20:00  shadiyon mein kharch karte hain, yahan lagayein. taqreebat mein jo kharch karte hain, woh yahan lagayein. shopping mein jo kharch karte hain, yahan lagayein. outing mein jo kharch karte hain, woh sab yahan lagayein.</w:t>
      </w:r>
      <w:r>
        <w:br/>
      </w:r>
      <w:r>
        <w:rPr>
          <w:sz w:val="20"/>
        </w:rPr>
        <w:t>1:20:10  yani zaroorat ke siwa yaad rakhiye. zaroorat, yani zaroori, zaroorat se zyada jo bhi aap ke paas paisa hai, woh sab isi mein laga dijiye ke quran ko aap sari duniya mein phailayein.</w:t>
      </w:r>
      <w:r>
        <w:br/>
      </w:r>
      <w:r>
        <w:rPr>
          <w:sz w:val="20"/>
        </w:rPr>
        <w:t>1:20:26  main samajhta hoon ke qayamat ke qareeb aane ka sab se pehla, sab se aham taqaza yahi hai ke aap yeh is kaam ko anjam dein.</w:t>
      </w:r>
      <w:r>
        <w:br/>
      </w:r>
      <w:r>
        <w:rPr>
          <w:sz w:val="20"/>
        </w:rPr>
        <w:t>1:20:37  This question is from Shadab Kamal. yeh kehte hain ke iblis ki dushmani allah se samajh mein aati hai, lekin dajjal se kya dushmani hai?</w:t>
      </w:r>
      <w:r>
        <w:br/>
      </w:r>
      <w:r>
        <w:rPr>
          <w:sz w:val="20"/>
        </w:rPr>
        <w:t>1:20:52  How did Dajjal become enemy of Allah? nahi</w:t>
      </w:r>
      <w:r>
        <w:br/>
      </w:r>
      <w:r>
        <w:rPr>
          <w:sz w:val="20"/>
        </w:rPr>
        <w:t>1:20:57  sir, enemy of Allah mere khayal mein kya is sawal ka matlab hai? is sense mein hai ke woh dajjal ke rastay par chalenge, woh khuda se door ho jayenge.</w:t>
      </w:r>
      <w:r>
        <w:br/>
      </w:r>
      <w:r>
        <w:rPr>
          <w:sz w:val="20"/>
        </w:rPr>
        <w:t>1:21:10  jo log dajjal ke rastay par chalenge, woh khuda se door ho jayenge, yeh matlab hai. yeh kahin to koi likha hua hai nahi ke dajjal khuda ka dushman hoga, yeh to koi hai nahi.</w:t>
      </w:r>
      <w:r>
        <w:br/>
      </w:r>
      <w:r>
        <w:rPr>
          <w:sz w:val="20"/>
        </w:rPr>
        <w:t>1:21:19  yeh unhone jo likha hai, hmm, to aisa to koi likha nahi quran o hadith mein, to koi hai to nahi ke dajjal khuda ka dushman hoga. maulana, shaitan ya iblis ko dajjal aur dono ko ek hi category mein daal ke yeh keh rahe hain?</w:t>
      </w:r>
      <w:r>
        <w:br/>
      </w:r>
      <w:r>
        <w:rPr>
          <w:sz w:val="20"/>
        </w:rPr>
        <w:t>1:21:30  nahi to yeh galat hai. ke yeh kyun khuda ke dushman hain? shaitan alag cheez hai, dajjal alag cheez hai.</w:t>
      </w:r>
      <w:r>
        <w:br/>
      </w:r>
      <w:r>
        <w:rPr>
          <w:sz w:val="20"/>
        </w:rPr>
        <w:t>1:21:39  dushman isi sense mein hai ke khuda ke jis rastay par chalana chahte hain logon ko, yeh us ko bhatkate hain. basic baat yeh hai ke hasad, yani shaitan ko yeh hasad aa gayi ke mujhe jo darja mila tha, woh in allah ko adam ko de diya.</w:t>
      </w:r>
      <w:r>
        <w:br/>
      </w:r>
      <w:r>
        <w:rPr>
          <w:sz w:val="20"/>
        </w:rPr>
        <w:t>1:21:57  to out of hasad yeh kar raha hai shaitan ke woh insan ko dekh nahi chahta. ya aap bhi dekh lijiye, kahin bhi dekh lijiye. hasad jab aa jati hai to aadmi chahta hai ke us ko kaise girave, kaise us ko zaleel kare, kaise us ko nakam kare.</w:t>
      </w:r>
      <w:r>
        <w:br/>
      </w:r>
      <w:r>
        <w:rPr>
          <w:sz w:val="20"/>
        </w:rPr>
        <w:t>1:22:11  to is duniya mein jinat ko mila hua tha charge duniya ka. jinat jo hain, master the is ke. to khuda ne jinat ko hataya, ab insan ko khuda le aaya.</w:t>
      </w:r>
      <w:r>
        <w:br/>
      </w:r>
      <w:r>
        <w:rPr>
          <w:sz w:val="20"/>
        </w:rPr>
        <w:t>1:22:22  to yeh to hota hi hai, aap har taraf dekh sakte hain, charon taraf ke logon ko hasad ka jazba aa jata hai. to out of hasad yeh jinat karta hai, woh shaitan karta hai.</w:t>
      </w:r>
      <w:r>
        <w:br/>
      </w:r>
      <w:r>
        <w:rPr>
          <w:sz w:val="20"/>
        </w:rPr>
        <w:t>1:22:34  aur shaitan ki poori jo qaum hai, woh insan ki isi sense mein dushman hai ke woh samajhti hai ke meri jagah le liya is ne, meri seat is ne le liya, meri barhai is ne chheen li.</w:t>
      </w:r>
      <w:r>
        <w:br/>
      </w:r>
      <w:r>
        <w:rPr>
          <w:sz w:val="20"/>
        </w:rPr>
        <w:t>1:22:46  is liye woh chahta hai ke yeh unhein gumrah kare, un ko bhakave, aur un ko jannat mein na jaane de. This question is from Abdul Rahman.</w:t>
      </w:r>
      <w:r>
        <w:br/>
      </w:r>
      <w:r>
        <w:rPr>
          <w:sz w:val="20"/>
        </w:rPr>
        <w:t>1:22:59  insan ko allah ki ibadat ke liye paida kiya gaya hai, is ka matlab bayan farmayein.</w:t>
      </w:r>
      <w:r>
        <w:br/>
      </w:r>
      <w:r>
        <w:rPr>
          <w:sz w:val="20"/>
        </w:rPr>
        <w:t>1:23:14  wama khalaqtul jinna wal insa illa li ya'budun yeh quran majeed mein aaya hai. ibadat ka matlab hai marifat. marifat, yani marifat ka matlab hota hai daryaft.</w:t>
      </w:r>
      <w:r>
        <w:br/>
      </w:r>
      <w:r>
        <w:rPr>
          <w:sz w:val="20"/>
        </w:rPr>
        <w:t>1:23:26  insan ko paida kiya allah ta'ala ne ke khuda ko daryaft kare, khuda ko jaane, yani haqeeqat ko jaane, aur us par apne rastay ko apne irade se us par qaim kare.</w:t>
      </w:r>
      <w:r>
        <w:br/>
      </w:r>
      <w:r>
        <w:rPr>
          <w:sz w:val="20"/>
        </w:rPr>
        <w:t>1:23:40  yani jo jo marifat hai Allah taala ki, woh woh chila kar nahi bol rahi, balkay awaz buland kar ke nahi koi laga hua hai yahan, hum ko daryaft karna hai.</w:t>
      </w:r>
      <w:r>
        <w:br/>
      </w:r>
      <w:r>
        <w:rPr>
          <w:sz w:val="20"/>
        </w:rPr>
        <w:t>1:23:51  to ibadat ka matlab bataya gaya hai marifat. Aap tafseeron mein dekh sakte hain. To insan ko paida kiya Allah taala ne marifat ke liye, yani is liye ke woh apne khaliq ko pehchane,</w:t>
      </w:r>
      <w:r>
        <w:br/>
      </w:r>
      <w:r>
        <w:rPr>
          <w:sz w:val="20"/>
        </w:rPr>
        <w:t>1:24:05  pehchan kar ke is ko tasleem kare, is ke is ke rehnumai ko pata kare, aur is ke bataye hue rehnumai par chale taake woh Khuda ki barkat is ko mile, yeh matlab hai is ka.</w:t>
      </w:r>
      <w:r>
        <w:br/>
      </w:r>
      <w:r>
        <w:rPr>
          <w:sz w:val="20"/>
        </w:rPr>
        <w:t>1:24:22  This question is from Sadia. Many orientalists denying prophethood to Muhammad attribute his success to human genius.</w:t>
      </w:r>
      <w:r>
        <w:br/>
      </w:r>
      <w:r>
        <w:rPr>
          <w:sz w:val="20"/>
        </w:rPr>
        <w:t>1:24:33  What is the drawback of such an explanation of Muhammad's achievements?</w:t>
      </w:r>
      <w:r>
        <w:br/>
      </w:r>
      <w:r>
        <w:rPr>
          <w:sz w:val="20"/>
        </w:rPr>
        <w:t>1:24:41  genius to bilashuba thay woh, lekin agar woh Khuda ki wahi na aati to sirf genius hona kaam kam nahi aa sakta tha. Khuda ki rehnumai aayi aap ko.</w:t>
      </w:r>
      <w:r>
        <w:br/>
      </w:r>
      <w:r>
        <w:rPr>
          <w:sz w:val="20"/>
        </w:rPr>
        <w:t>1:24:54  yeh to sahi hai, hadith mein, Quran majeed mein hai ke</w:t>
      </w:r>
      <w:r>
        <w:br/>
      </w:r>
      <w:r>
        <w:rPr>
          <w:sz w:val="20"/>
        </w:rPr>
        <w:t>1:24:59  aidi al-absar, yani peghambaron ke bare mein kaha gaya ke woh awwalidi wa awwal al-absar thay yeh. Yani jismani taqat bhi thi aur zehni taqat bhi thi un ke andar.</w:t>
      </w:r>
      <w:r>
        <w:br/>
      </w:r>
      <w:r>
        <w:rPr>
          <w:sz w:val="20"/>
        </w:rPr>
        <w:t>1:25:10  yani dono ati</w:t>
      </w:r>
    </w:p>
    <w:p>
      <w:pPr>
        <w:pStyle w:val="Heading2"/>
      </w:pPr>
      <w:r>
        <w:t>Why others cannot understand paradise's thrill</w:t>
      </w:r>
    </w:p>
    <w:p>
      <w:r>
        <w:rPr>
          <w:color w:val="666666"/>
          <w:sz w:val="18"/>
        </w:rPr>
        <w:t>Faith &amp; God · Life After Death January 22, 2012 · 1m 38s · at 1:07:17 · https://youtu.be/5hVH1BLKBF4?t=4037</w:t>
      </w:r>
    </w:p>
    <w:p>
      <w:r>
        <w:rPr>
          <w:i/>
        </w:rPr>
        <w:t>“Paradise is a perfect place in every respect; when one thinks about it, a thrill arises in the body. We only learned this through Al-Risala. Why are others unable to understand this?”</w:t>
      </w:r>
    </w:p>
    <w:p>
      <w:r>
        <w:rPr>
          <w:sz w:val="20"/>
        </w:rPr>
        <w:t>1:07:17  maulana, agla sawal karachi se aya hai. miss samia latif ka, unhon ne likha hai: "jannat har lehaz se ek perfect jagah hai.</w:t>
      </w:r>
      <w:r>
        <w:br/>
      </w:r>
      <w:r>
        <w:rPr>
          <w:sz w:val="20"/>
        </w:rPr>
        <w:t>1:07:27  jis ke baray mein insan soche to us ke jism mein ek thrill paida ho jaye." maulana sahab, yeh baat hamein sirf al risala ke zariye maloom hui.</w:t>
      </w:r>
      <w:r>
        <w:br/>
      </w:r>
      <w:r>
        <w:rPr>
          <w:sz w:val="20"/>
        </w:rPr>
        <w:t>1:07:39  aakhir doosre log is baat ko samajhne mein kyun nakam hain? bhai, pehle shukr ki jiye ke maloom ho gayi. mar jate hain baghair jaane hue to kya hota?</w:t>
      </w:r>
      <w:r>
        <w:br/>
      </w:r>
      <w:r>
        <w:rPr>
          <w:sz w:val="20"/>
        </w:rPr>
        <w:t>1:07:51  aur doosron ko bataiye. yani bajaye is ke ke aap yeh sawal karen, aap sirf do kaam kijiye. khud shukr kijiye Allah taala ka ke hum ko yeh haqeeqat maloom ho gayi marne se pehle pehle.</w:t>
      </w:r>
      <w:r>
        <w:br/>
      </w:r>
      <w:r>
        <w:rPr>
          <w:sz w:val="20"/>
        </w:rPr>
        <w:t>1:08:04  aur doosron ko bataiye. doosron ko al risala parhwaiye.</w:t>
      </w:r>
      <w:r>
        <w:br/>
      </w:r>
      <w:r>
        <w:rPr>
          <w:sz w:val="20"/>
        </w:rPr>
        <w:t>1:08:09  yani positive response yeh hai. woh jo hai, woh to negative response ho jayega. is discovery ka jo aap ko hui, uska positive response yeh hai ke aap Allah ka shukr karen.</w:t>
      </w:r>
      <w:r>
        <w:br/>
      </w:r>
      <w:r>
        <w:rPr>
          <w:sz w:val="20"/>
        </w:rPr>
        <w:t>1:08:23  ke maut se pehle pehle Allah ne aap ko ba khabar kar diya is haqeeqat se.</w:t>
      </w:r>
      <w:r>
        <w:br/>
      </w:r>
      <w:r>
        <w:rPr>
          <w:sz w:val="20"/>
        </w:rPr>
        <w:t>1:08:30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1:08:49  aur doosron ko bhi bataiye. doosron ko bhi wahi cheezen parhwaiye.</w:t>
      </w:r>
    </w:p>
    <w:p>
      <w:pPr>
        <w:pStyle w:val="Heading2"/>
      </w:pPr>
      <w:r>
        <w:t>Why people deny God due to human corruption</w:t>
      </w:r>
    </w:p>
    <w:p>
      <w:r>
        <w:rPr>
          <w:color w:val="666666"/>
          <w:sz w:val="18"/>
        </w:rPr>
        <w:t>Faith &amp; God · Contemplation on The Quran December 16, 2018 Maulana Wahiduddin Khan · 1m 56s · at 42:24 · https://youtu.be/bSOe1_KKEYk?t=2544</w:t>
      </w:r>
    </w:p>
    <w:p>
      <w:r>
        <w:rPr>
          <w:i/>
        </w:rPr>
        <w:t>“Molana, some people see nature's zero defect management and do not believe in God, but they see human corruption on earth and deny God. Why is that?”</w:t>
      </w:r>
    </w:p>
    <w:p>
      <w:r>
        <w:rPr>
          <w:sz w:val="20"/>
        </w:rPr>
        <w:t>42:24  as jannat is nothing but nearness to god." jazak allah. maulana, ab sawal lenge. yeh sawal naag pur se bheja hai muhammad irfan rasheedi sahib ne.</w:t>
      </w:r>
      <w:r>
        <w:br/>
      </w:r>
      <w:r>
        <w:rPr>
          <w:sz w:val="20"/>
        </w:rPr>
        <w:t>42:37  unhon ne likha hai ke maulana sahib, baz log nature ke zero defect management ko dekh kar allah par iman nahi late, balke zameen par insani fasad ko dekh kar allah ka inkar karte hain.</w:t>
      </w:r>
      <w:r>
        <w:br/>
      </w:r>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r>
        <w:br/>
      </w:r>
      <w:r>
        <w:rPr>
          <w:sz w:val="20"/>
        </w:rPr>
        <w:t>44:11  to yeh baat main samajhta hoon ke sahi nahi hai, bas mashhoor ho gayi hai.</w:t>
      </w:r>
    </w:p>
    <w:p>
      <w:pPr>
        <w:pStyle w:val="Heading2"/>
      </w:pPr>
      <w:r>
        <w:t>Why people think religion restricts freedom</w:t>
      </w:r>
    </w:p>
    <w:p>
      <w:r>
        <w:rPr>
          <w:color w:val="666666"/>
          <w:sz w:val="18"/>
        </w:rPr>
        <w:t>Faith &amp; God · Islam &amp; Prophet of Islam 21 Oct, 2012 - Maulana Wahiduddin Khan · 4m 26s · at 1:13:02 · https://youtu.be/2hwtfOyNeS0?t=4382</w:t>
      </w:r>
    </w:p>
    <w:p>
      <w:r>
        <w:rPr>
          <w:i/>
        </w:rPr>
        <w:t>“Why do people think that religion restricts freedom and therefore reject it?”</w:t>
      </w:r>
    </w:p>
    <w:p>
      <w:r>
        <w:rPr>
          <w:sz w:val="20"/>
        </w:rPr>
        <w:t>1:13:02  maulana, agla sawal aaya hai gulbarga se maulana yaqoob umri ka. unhon ne likha hai: "maulana ek sahab ne kaha ke mazhab insan ki azadi par roak lagata hai, is liye hum ko mazhab nahin chahiye.</w:t>
      </w:r>
      <w:r>
        <w:br/>
      </w:r>
      <w:r>
        <w:rPr>
          <w:sz w:val="20"/>
        </w:rPr>
        <w:t>1:13:18  maulana log kyun aisa samajhte hain?" aaj main ne jo kaha hai baatein is se aap andaza kar sakte hain ke ke islam to zabardast daai hai azadi ka.</w:t>
      </w:r>
      <w:r>
        <w:br/>
      </w:r>
      <w:r>
        <w:rPr>
          <w:sz w:val="20"/>
        </w:rPr>
        <w:t>1:13:36  yani yani allah taala ka ki jo scheme of things hai us ke mutabiq azadi shart hai, lazim hai. koi is ko misuse kare ya properly use kare, is se aap ke paas nahin.</w:t>
      </w:r>
      <w:r>
        <w:br/>
      </w:r>
      <w:r>
        <w:rPr>
          <w:sz w:val="20"/>
        </w:rPr>
        <w:t>1:13:50  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r>
        <w:br/>
      </w:r>
      <w:r>
        <w:rPr>
          <w:sz w:val="20"/>
        </w:rPr>
        <w:t>1:14:12  abhi main ne ek taqreer suni ek ek ek ek bade aalim ki to unhon ne is ke khilaf bol rahe the woh, yani yeh woh jo hai "innocence of muslim" wali film jo hai,</w:t>
      </w:r>
      <w:r>
        <w:br/>
      </w:r>
      <w:r>
        <w:rPr>
          <w:sz w:val="20"/>
        </w:rPr>
        <w:t>1:14:27  to woh is mein unhon ne yeh kaha ke yani west mein bhi yahi concept hai azadi ka ke tumhari azadi, unhon ne yeh kaha ke tumhari azadi wahan khatam ho jati hai jahan doosre ki khair khwahi majrooh hoti hai.</w:t>
      </w:r>
      <w:r>
        <w:br/>
      </w:r>
      <w:r>
        <w:rPr>
          <w:sz w:val="20"/>
        </w:rPr>
        <w:t>1:14:47  yeh bilkul galat baat hai. yeh west ka yeh concept nahin hai. unhon ne ghaliban angrezi ka lafz to nahin istemal kiya tha, ghaliban un ka matlab hua tha woh woh jo mashhoor hai america ke bare mein ke "your freedom ends where my nose begins".</w:t>
      </w:r>
      <w:r>
        <w:br/>
      </w:r>
      <w:r>
        <w:rPr>
          <w:sz w:val="20"/>
        </w:rPr>
        <w:t>1:15:06  to is ka matlab to yeh hai ke tum azaad ho is waqt tak jab tak ke tum kisi ko harm na pahanchao. jab tum meri naak ko maro ge to kaha tum ne mujh ko harm pahanchaya.</w:t>
      </w:r>
      <w:r>
        <w:br/>
      </w:r>
      <w:r>
        <w:rPr>
          <w:sz w:val="20"/>
        </w:rPr>
        <w:t>1:15:17  to aap ke jazbat majrooh hote hain, yeh kisi concern nahin hai. na west ka, na na khuda ka. na khuda ki bhi concern yeh nahin hai. aap janiye, aap ka kaam janiye.</w:t>
      </w:r>
      <w:r>
        <w:br/>
      </w:r>
      <w:r>
        <w:rPr>
          <w:sz w:val="20"/>
        </w:rPr>
        <w:t>1:15:28  aap ke jazbat majrooh hote hain to aap janiye. is ki bina par kisi ki azadi is oust nahin ki jae gi. achhe se samajh lijiye ke na yeh west ka concept hai, na yeh khuda ka concept hai.</w:t>
      </w:r>
      <w:r>
        <w:br/>
      </w:r>
      <w:r>
        <w:rPr>
          <w:sz w:val="20"/>
        </w:rPr>
        <w:t>1:15:42  khuda ka concept har giz yeh nahin hai ke kisi kisi ke jazbat majrooh ho rahe hon to us ki azadi jo hai khatam kar di jaye. aadmi is waqt tak azaad hai jab tak woh apni azadi ko peaceful daire mein istemal karta hai.</w:t>
      </w:r>
      <w:r>
        <w:br/>
      </w:r>
      <w:r>
        <w:rPr>
          <w:sz w:val="20"/>
        </w:rPr>
        <w:t>1:15:57  sirf is waqt pabandi lage gi is ke upar jab ke woh doosre ke liye harmful ban jaye. yeh islam ka concept hai, yeh west ka concept hai. yeh galat logon ne samajh rakha hai.</w:t>
      </w:r>
      <w:r>
        <w:br/>
      </w:r>
      <w:r>
        <w:rPr>
          <w:sz w:val="20"/>
        </w:rPr>
        <w:t>1:16:08  kisi ke jazbat majrooh hon to wahan pabandi lagai jae gi. har giz nahin. bilkul galat hai agar koi aisa karta hai. jazbat majrooh hote hain to aap ka personal masla hai, woh islam ka masla nahin hai.</w:t>
      </w:r>
      <w:r>
        <w:br/>
      </w:r>
      <w:r>
        <w:rPr>
          <w:sz w:val="20"/>
        </w:rPr>
        <w:t>1:16:20  aisa koi qanoon na ban sakta hai, na chal sakta hai, na is ki koi feasibility hai ke jazbat ke majrooh hone par qanoon banaya jaye. abhi main ne parha ke invitations ke jo general assembly mein musalmanon ki tadad 58 hai.</w:t>
      </w:r>
      <w:r>
        <w:br/>
      </w:r>
      <w:r>
        <w:rPr>
          <w:sz w:val="20"/>
        </w:rPr>
        <w:t>1:16:36  58 muslim members hain. unhon ne ittefaq rai ke sath yeh wahan par mutalba kiya ke ke invitation jo hai aisa qanoon banaye jis par pabandi lagai jaye freedom of expression par.</w:t>
      </w:r>
      <w:r>
        <w:br/>
      </w:r>
      <w:r>
        <w:rPr>
          <w:sz w:val="20"/>
        </w:rPr>
        <w:t>1:16:49  yeh bilkul ridiculous baat hai. aisa mutalba, aisi mang ridiculous hai. kyun ke aap kaise pabandi lagaen ge?</w:t>
      </w:r>
      <w:r>
        <w:br/>
      </w:r>
      <w:r>
        <w:rPr>
          <w:sz w:val="20"/>
        </w:rPr>
        <w:t>1:16:59  dekhiye, yahi islam ka stand hai, yahi west ka stand hai, aur yeh invitations ka stand hai ke har aadmi azaad hai ke apni, ke woh yani freedom of expression jo hai, woh is ka is ka absolute right hai insan ko.</w:t>
      </w:r>
      <w:r>
        <w:br/>
      </w:r>
      <w:r>
        <w:rPr>
          <w:sz w:val="20"/>
        </w:rPr>
        <w:t>1:17:14  absolute right hai. sirf is waqt is ka right khatam hota hai jab ke woh doosron ko physical harm pahanchane lage. jab tak peaceful hai, aap koi pabandi nahin laga sakte is ke upar.</w:t>
      </w:r>
    </w:p>
    <w:p>
      <w:pPr>
        <w:pStyle w:val="Heading2"/>
      </w:pPr>
      <w:r>
        <w:t>Why protest against others is against God's plan</w:t>
      </w:r>
    </w:p>
    <w:p>
      <w:r>
        <w:rPr>
          <w:color w:val="666666"/>
          <w:sz w:val="18"/>
        </w:rPr>
        <w:t>Faith &amp; God · Q&amp;A 13 Nov 2011 · 5m 26s · at 7:33 · https://youtu.be/oOZ9h37_pL8?t=453</w:t>
      </w:r>
    </w:p>
    <w:p>
      <w:r>
        <w:rPr>
          <w:i/>
        </w:rPr>
        <w:t>“When humans have freedom of action according to God's creative plan, then Muslims around the world protesting about other people's problems is equivalent to protesting against God himself. Why don't people understand this reality?”</w:t>
      </w:r>
    </w:p>
    <w:p>
      <w:r>
        <w:rPr>
          <w:sz w:val="20"/>
        </w:rPr>
        <w:t>7:33  maulana yeh sawal aaya hai Mr Abdul Latif sahib ka Karachi Pakistan se. unhon ne likha hai jab insaan ko Khuda ke takhleeqi naqshay ke mutabiq amal ki azaadi hasil hai to phir dunya bhar ke musalmanon ka doosre logon ke masail par ihtijaj waghera karna khud Allah ke khilaf ihtijaj karne ke barabar hai.</w:t>
      </w:r>
      <w:r>
        <w:br/>
      </w:r>
      <w:r>
        <w:rPr>
          <w:sz w:val="20"/>
        </w:rPr>
        <w:t>7:57  aakhir log is haqeeqat ko kyun nahi samajhte?</w:t>
      </w:r>
      <w:r>
        <w:br/>
      </w:r>
      <w:r>
        <w:rPr>
          <w:sz w:val="20"/>
        </w:rPr>
        <w:t>8:08  asal mein log jo hain woh is mein ziyada usool jo hai hamare leaderon ka hai. subah shaam woh sirf shikayati baatein karte hain.</w:t>
      </w:r>
      <w:r>
        <w:br/>
      </w:r>
      <w:r>
        <w:rPr>
          <w:sz w:val="20"/>
        </w:rPr>
        <w:t>8:22  zulm ki dastaanen sunate hain. to aam log bechare kya</w:t>
      </w:r>
      <w:r>
        <w:br/>
      </w:r>
      <w:r>
        <w:rPr>
          <w:sz w:val="20"/>
        </w:rPr>
        <w:t>8:26  karen? akhbaron mein parhte hain, radio mein sunte hain, TV mein dekhte hain, jalson mein sunte hain to wahi un ka zehn ban jata hai. to sara qusoor awam ka nahin balkeh leaderon ka hai jin ke pas manfi baaton ke siwa kuch aur hai nahin.</w:t>
      </w:r>
      <w:r>
        <w:br/>
      </w:r>
      <w:r>
        <w:rPr>
          <w:sz w:val="20"/>
        </w:rPr>
        <w:t>8:42  jo bhi musalmanon ka akhbar parhiye, magazine parhiye, kitab parhiye, jalse mein jaiye, kisi majlis mein baithiye,</w:t>
      </w:r>
      <w:r>
        <w:br/>
      </w:r>
      <w:r>
        <w:rPr>
          <w:sz w:val="20"/>
        </w:rPr>
        <w:t>8:48  wahan bas manfi baaton ka charcha hoga. conspiracy hai, zulm hai, bas isi tarah ki baaten.</w:t>
      </w:r>
      <w:r>
        <w:br/>
      </w:r>
      <w:r>
        <w:rPr>
          <w:sz w:val="20"/>
        </w:rPr>
        <w:t>8:58  hum ko cage mein dal diya gaya hai, aisi baaten. is ka hal sirf yeh hai ke aap</w:t>
      </w:r>
      <w:r>
        <w:br/>
      </w:r>
      <w:r>
        <w:rPr>
          <w:sz w:val="20"/>
        </w:rPr>
        <w:t>9:06  ko Allah taala ne positive soch di hai to aap positive soch ko phailaiye. is par shukr kijiye ke is jangall mein, yani is manfi soch ke jangall mein aap ko positive soch mili.</w:t>
      </w:r>
      <w:r>
        <w:br/>
      </w:r>
      <w:r>
        <w:rPr>
          <w:sz w:val="20"/>
        </w:rPr>
        <w:t>9:18  to aap apni positive soch ko phailaiye, phailaiye, phailaiye.</w:t>
      </w:r>
      <w:r>
        <w:br/>
      </w:r>
      <w:r>
        <w:rPr>
          <w:sz w:val="20"/>
        </w:rPr>
        <w:t>9:23  yahi sahi tareeqa hai.</w:t>
      </w:r>
      <w:r>
        <w:br/>
      </w:r>
      <w:r>
        <w:rPr>
          <w:sz w:val="20"/>
        </w:rPr>
        <w:t>9:28  Maulana Inayatullah Umri ne Bangalore se likha hai Maulana Islam mein woh taqat hai jis se is duniya mein ideal nizam qaim kar sakte hain.</w:t>
      </w:r>
      <w:r>
        <w:br/>
      </w:r>
      <w:r>
        <w:rPr>
          <w:sz w:val="20"/>
        </w:rPr>
        <w:t>9:40  hum Islam ki khusoosiyat mein is se kam par kaise raazi ho sakte hain? wazahat farmayen. dekhiye yeh nizam wali baat na Quran mein hai na Hadees mein.</w:t>
      </w:r>
      <w:r>
        <w:br/>
      </w:r>
      <w:r>
        <w:rPr>
          <w:sz w:val="20"/>
        </w:rPr>
        <w:t>9:52  yeh to kuch logon ne nikal rakha hai so called Islamist ne. yeh kahan Quran mein</w:t>
      </w:r>
      <w:r>
        <w:br/>
      </w:r>
      <w:r>
        <w:rPr>
          <w:sz w:val="20"/>
        </w:rPr>
        <w:t>9:57  hai? haan Hadees mein hai. sari duniya mein adl ka nizam, sari duniya mein qist ka nizam. yeh to hai hi nahin. yeh to hai hi nahin.</w:t>
      </w:r>
      <w:r>
        <w:br/>
      </w:r>
      <w:r>
        <w:rPr>
          <w:sz w:val="20"/>
        </w:rPr>
        <w:t>10:07  jo baat Quran mein hai woh sirf yeh hai ke logon ko logon ke andar marifat paida karo, logon ke andar</w:t>
      </w:r>
      <w:r>
        <w:br/>
      </w:r>
      <w:r>
        <w:rPr>
          <w:sz w:val="20"/>
        </w:rPr>
        <w:t>10:15  yani Khuda wali soch paida karo. yani afraad ko nishana banaya gaya hai, bataya gaya hai Quran Hadees mein.</w:t>
      </w:r>
      <w:r>
        <w:br/>
      </w:r>
      <w:r>
        <w:rPr>
          <w:sz w:val="20"/>
        </w:rPr>
        <w:t>10:25  sare aalami samaj ko nahin. afraad jitne banenge usi lehaz se samaj banega.</w:t>
      </w:r>
      <w:r>
        <w:br/>
      </w:r>
      <w:r>
        <w:rPr>
          <w:sz w:val="20"/>
        </w:rPr>
        <w:t>10:34  to yeh yeh nizam wali baat jo hai yeh Quran Hadees se nahin li gayi hai. yeh jab communist ka communist philosophy jab phaili to yeh communist ne nikala nizam.</w:t>
      </w:r>
      <w:r>
        <w:br/>
      </w:r>
      <w:r>
        <w:rPr>
          <w:sz w:val="20"/>
        </w:rPr>
        <w:t>10:48  nizam ke baad darasal communist ideology se nikli.</w:t>
      </w:r>
      <w:r>
        <w:br/>
      </w:r>
      <w:r>
        <w:rPr>
          <w:sz w:val="20"/>
        </w:rPr>
        <w:t>10:52  ek zamane mein meri naujawani ke zamane mein har aadmi communist hua karta tha.</w:t>
      </w:r>
      <w:r>
        <w:br/>
      </w:r>
      <w:r>
        <w:rPr>
          <w:sz w:val="20"/>
        </w:rPr>
        <w:t>11:02  har aadmi communist ki baaten karta tha. is zamane mein mere do saathi the Ali Hammad Abbasi aur Khalil ur Rehman Azmi.</w:t>
      </w:r>
      <w:r>
        <w:br/>
      </w:r>
      <w:r>
        <w:rPr>
          <w:sz w:val="20"/>
        </w:rPr>
        <w:t>11:12  to meri soch to mazhabi thi lekin woh mujh se milta tha. woh bhi wahi baaten karte the. woh taraqqi pasand adab ke afraad the woh.</w:t>
      </w:r>
      <w:r>
        <w:br/>
      </w:r>
      <w:r>
        <w:rPr>
          <w:sz w:val="20"/>
        </w:rPr>
        <w:t>11:22  yani progressive group. progressive group kya</w:t>
      </w:r>
      <w:r>
        <w:br/>
      </w:r>
      <w:r>
        <w:rPr>
          <w:sz w:val="20"/>
        </w:rPr>
        <w:t>11:25  tha? woh ijtamai group hota tha. to ek zamane mein yeh ek fashion ban gaya tha ke aisa nizam, waisa nizam.</w:t>
      </w:r>
      <w:r>
        <w:br/>
      </w:r>
      <w:r>
        <w:rPr>
          <w:sz w:val="20"/>
        </w:rPr>
        <w:t>11:35  is fashion ko main samajhta hoon ke yeh yeh yeh masahhat musalmanon ne ki, kuch masahhat yeh</w:t>
      </w:r>
      <w:r>
        <w:br/>
      </w:r>
      <w:r>
        <w:rPr>
          <w:sz w:val="20"/>
        </w:rPr>
        <w:t>11:44  jinhon ne Islam ko nizam ke roop mein pesh kiya unhon ne masahhat kiya. pehle zamane mein masahhat hoti thi to doosre din ki. is zamane mein yeh nizami masahhat hai.</w:t>
      </w:r>
      <w:r>
        <w:br/>
      </w:r>
      <w:r>
        <w:rPr>
          <w:sz w:val="20"/>
        </w:rPr>
        <w:t>11:54  nizam ka tasawwur jo hai sab se pehle communist ideology ne diya, socialist ideology ne diya.</w:t>
      </w:r>
      <w:r>
        <w:br/>
      </w:r>
      <w:r>
        <w:rPr>
          <w:sz w:val="20"/>
        </w:rPr>
        <w:t>12:02  ya democracy mein aaya hai. to democratic nizam, jamhuri nizam, ejtemai nizam, socialist nizam yeh yeh democratic philosophers aur socialist philosophers ne yeh cheezein paida keen.</w:t>
      </w:r>
      <w:r>
        <w:br/>
      </w:r>
      <w:r>
        <w:rPr>
          <w:sz w:val="20"/>
        </w:rPr>
        <w:t>12:19  pehlay aisa nahi tha.</w:t>
      </w:r>
      <w:r>
        <w:br/>
      </w:r>
      <w:r>
        <w:rPr>
          <w:sz w:val="20"/>
        </w:rPr>
        <w:t>12:21  to isi ke mazaharat ke taur par musalmanon mein kuch log paida ho gaye ke islami nizam, islami nizam, islami nizam. baghair is ke ke quran mein ghhor karte hue quran ka naqsha batata hai.</w:t>
      </w:r>
      <w:r>
        <w:br/>
      </w:r>
      <w:r>
        <w:rPr>
          <w:sz w:val="20"/>
        </w:rPr>
        <w:t>12:34  mazaharat ke taur par yeh lak khadi ho gayi hai. to mein samajhta hoon ke yeh sahi nahi hai. is ki correction ki zaroorat hai.</w:t>
      </w:r>
      <w:r>
        <w:br/>
      </w:r>
      <w:r>
        <w:rPr>
          <w:sz w:val="20"/>
        </w:rPr>
        <w:t>12:42  aur mabni par fard hai islam ka nishana na ke mabni par nizam. islam ki jo tehreek hai, islam ki jo dawat hai woh uska nishana aslan fard hota hai na ke nizam.</w:t>
      </w:r>
    </w:p>
    <w:p>
      <w:pPr>
        <w:pStyle w:val="Heading2"/>
      </w:pPr>
      <w:r>
        <w:t>Why scientists are atheists despite science</w:t>
      </w:r>
    </w:p>
    <w:p>
      <w:r>
        <w:rPr>
          <w:color w:val="666666"/>
          <w:sz w:val="18"/>
        </w:rPr>
        <w:t>Faith &amp; God · Divine Guidance November 20, 2016 · 2m 31s · at 46:37 · https://youtu.be/tbcloc-fvSE?t=2797</w:t>
      </w:r>
    </w:p>
    <w:p>
      <w:r>
        <w:rPr>
          <w:i/>
        </w:rPr>
        <w:t>“Moulana sahib, in today's talk, you said that science has indirectly proved the existence of God. My question is, if science has helped mankind in understanding the concept of God, then why many scientists are atheists? Why can't they understand that the universe and this world has a creator behind it? What is the reason behind this?”</w:t>
      </w:r>
    </w:p>
    <w:p>
      <w:r>
        <w:rPr>
          <w:sz w:val="20"/>
        </w:rPr>
        <w:t>46:37  maulana sahib, agla sawal kya hai ghafoor khan sahib ne sikkam se.</w:t>
      </w:r>
      <w:r>
        <w:br/>
      </w:r>
      <w:r>
        <w:rPr>
          <w:sz w:val="20"/>
        </w:rPr>
        <w:t>46:42  "Moulana صاحb, in today's talk, you said that science has indirectly proved the existence of God.</w:t>
      </w:r>
      <w:r>
        <w:br/>
      </w:r>
      <w:r>
        <w:rPr>
          <w:sz w:val="20"/>
        </w:rPr>
        <w:t>46:48  My question is, if science has helped mankind in understanding the concept of God, then why many scientists are atheists? Why cant they understand that the universe and this world has a creator behind it? What is the reason behind this?</w:t>
      </w:r>
      <w:r>
        <w:br/>
      </w:r>
      <w:r>
        <w:rPr>
          <w:sz w:val="20"/>
        </w:rPr>
        <w:t>47:06  " nahi, dekhen, yeh baat aap ki jo hai sahi nahi hai.</w:t>
      </w:r>
      <w:r>
        <w:br/>
      </w:r>
      <w:r>
        <w:rPr>
          <w:sz w:val="20"/>
        </w:rPr>
        <w:t>47:10  koi aik bhi scientist atheist nahi hai.</w:t>
      </w:r>
      <w:r>
        <w:br/>
      </w:r>
      <w:r>
        <w:rPr>
          <w:sz w:val="20"/>
        </w:rPr>
        <w:t>47:15  koi bhi nahi.</w:t>
      </w:r>
      <w:r>
        <w:br/>
      </w:r>
      <w:r>
        <w:rPr>
          <w:sz w:val="20"/>
        </w:rPr>
        <w:t>47:20  yeh bilkul hi khilaf waqea baat hai.</w:t>
      </w:r>
      <w:r>
        <w:br/>
      </w:r>
      <w:r>
        <w:rPr>
          <w:sz w:val="20"/>
        </w:rPr>
        <w:t>47:24  Einstein ke baray mein aik shakhs ko shubah tha ke woh atheist ho gaya hai to us ne</w:t>
      </w:r>
      <w:r>
        <w:br/>
      </w:r>
      <w:r>
        <w:rPr>
          <w:sz w:val="20"/>
        </w:rPr>
        <w:t>47:29  letter likha tha us ke dost ne.</w:t>
      </w:r>
      <w:r>
        <w:br/>
      </w:r>
      <w:r>
        <w:rPr>
          <w:sz w:val="20"/>
        </w:rPr>
        <w:t>47:34  woh letter bhai chapta hai risalay ne.</w:t>
      </w:r>
      <w:r>
        <w:br/>
      </w:r>
      <w:r>
        <w:rPr>
          <w:sz w:val="20"/>
        </w:rPr>
        <w:t>47:39  us ne jawab diya ke mein atheist nahi hoon, mein agnostic hoon.</w:t>
      </w:r>
      <w:r>
        <w:br/>
      </w:r>
      <w:r>
        <w:rPr>
          <w:sz w:val="20"/>
        </w:rPr>
        <w:t>47:43  jo sab ka scientist banaya jata hai, us ne likha tha ke mein atheist nahi hoon, scientist agnostic hoon.</w:t>
      </w:r>
      <w:r>
        <w:br/>
      </w:r>
      <w:r>
        <w:rPr>
          <w:sz w:val="20"/>
        </w:rPr>
        <w:t>47:48  to sare hi sare hi scientist indirectly mante hain khuda ko.</w:t>
      </w:r>
      <w:r>
        <w:br/>
      </w:r>
      <w:r>
        <w:rPr>
          <w:sz w:val="20"/>
        </w:rPr>
        <w:t>47:53  yani Newton se le kar.</w:t>
      </w:r>
      <w:r>
        <w:br/>
      </w:r>
      <w:r>
        <w:rPr>
          <w:sz w:val="20"/>
        </w:rPr>
        <w:t>47:57  isi liye aik commentator ne likha hai ke yeh scientist jo west mein paida hue, yani Christian mahol</w:t>
      </w:r>
      <w:r>
        <w:br/>
      </w:r>
      <w:r>
        <w:rPr>
          <w:sz w:val="20"/>
        </w:rPr>
        <w:t>48:02  mein paida hue, to un ka Christian nature yahan par kaam kar raha hai.</w:t>
      </w:r>
      <w:r>
        <w:br/>
      </w:r>
      <w:r>
        <w:rPr>
          <w:sz w:val="20"/>
        </w:rPr>
        <w:t>48:07  yeh to aik haqeeqat hai ke kisi bhi scientist ko aap nahi keh sakte ke woh atheist tha.</w:t>
      </w:r>
      <w:r>
        <w:br/>
      </w:r>
      <w:r>
        <w:rPr>
          <w:sz w:val="20"/>
        </w:rPr>
        <w:t>48:12  wohi agnostic keh sakte hain aap.</w:t>
      </w:r>
      <w:r>
        <w:br/>
      </w:r>
      <w:r>
        <w:rPr>
          <w:sz w:val="20"/>
        </w:rPr>
        <w:t>48:16  to us ko commentator ne yeh likha hai ke yeh jo mizaj hai, yani ke un ka aik</w:t>
      </w:r>
      <w:r>
        <w:br/>
      </w:r>
      <w:r>
        <w:rPr>
          <w:sz w:val="20"/>
        </w:rPr>
        <w:t>48:21  khuda ka inkar nahi kar patay, woh us ki wajah us ka Christian nature bol raha hai.</w:t>
      </w:r>
      <w:r>
        <w:br/>
      </w:r>
      <w:r>
        <w:rPr>
          <w:sz w:val="20"/>
        </w:rPr>
        <w:t>48:26  lekin yeh to galat baat hai.</w:t>
      </w:r>
      <w:r>
        <w:br/>
      </w:r>
      <w:r>
        <w:rPr>
          <w:sz w:val="20"/>
        </w:rPr>
        <w:t>48:31  in ka Christian ka aik nature bol raha hai, haqaiq bol rahe hain.</w:t>
      </w:r>
      <w:r>
        <w:br/>
      </w:r>
      <w:r>
        <w:rPr>
          <w:sz w:val="20"/>
        </w:rPr>
        <w:t>48:35  mere ilm ke mutabiq koi bhi scientist aisa nahi hai jo atheist ho.</w:t>
      </w:r>
      <w:r>
        <w:br/>
      </w:r>
      <w:r>
        <w:rPr>
          <w:sz w:val="20"/>
        </w:rPr>
        <w:t>48:40  sab ka case wahi hai.</w:t>
      </w:r>
      <w:r>
        <w:br/>
      </w:r>
      <w:r>
        <w:rPr>
          <w:sz w:val="20"/>
        </w:rPr>
        <w:t>48:45  ya to chup rehte hain woh, ya to chup rehte hain.</w:t>
      </w:r>
      <w:r>
        <w:br/>
      </w:r>
      <w:r>
        <w:rPr>
          <w:sz w:val="20"/>
        </w:rPr>
        <w:t>48:49  jaise Newton chup raha.</w:t>
      </w:r>
      <w:r>
        <w:br/>
      </w:r>
      <w:r>
        <w:rPr>
          <w:sz w:val="20"/>
        </w:rPr>
        <w:t>48:54  Newton ne koi statement nahi diya.</w:t>
      </w:r>
      <w:r>
        <w:br/>
      </w:r>
      <w:r>
        <w:rPr>
          <w:sz w:val="20"/>
        </w:rPr>
        <w:t>48:59  aur Einstein ne yeh keh diya ke main agnostic hoon. bas.</w:t>
      </w:r>
      <w:r>
        <w:br/>
      </w:r>
      <w:r>
        <w:rPr>
          <w:sz w:val="20"/>
        </w:rPr>
        <w:t>49:04  saare scientists jo hain, un ka case yeh do category mein aata hai.</w:t>
      </w:r>
    </w:p>
    <w:p>
      <w:pPr>
        <w:pStyle w:val="Heading2"/>
      </w:pPr>
      <w:r>
        <w:t>Why shirk persisted despite many prophets</w:t>
      </w:r>
    </w:p>
    <w:p>
      <w:r>
        <w:rPr>
          <w:color w:val="666666"/>
          <w:sz w:val="18"/>
        </w:rPr>
        <w:t>Faith &amp; God · Eid-al-Azha I October 13, 2013 · 1m 24s · at 53:55 · https://youtu.be/oy7zn-uODcU?t=3235</w:t>
      </w:r>
    </w:p>
    <w:p>
      <w:r>
        <w:rPr>
          <w:i/>
        </w:rPr>
        <w:t>“Why in ancient times, despite the coming of many prophets, did people continue to practice shirk? Why did they not find guidance?”</w:t>
      </w:r>
    </w:p>
    <w:p>
      <w:r>
        <w:rPr>
          <w:sz w:val="20"/>
        </w:rPr>
        <w:t>53:55  lekin zahir hai ke waqt lagega is ke correction mein maulana agla sawal dilli se hai doctor</w:t>
      </w:r>
      <w:r>
        <w:br/>
      </w:r>
      <w:r>
        <w:rPr>
          <w:sz w:val="20"/>
        </w:rPr>
        <w:t>54:03  مسلمہ صدیقی کا انہوں نے لکھا ہے why is it that in ancient times in spite of the</w:t>
      </w:r>
      <w:r>
        <w:br/>
      </w:r>
      <w:r>
        <w:rPr>
          <w:sz w:val="20"/>
        </w:rPr>
        <w:t>54:11  coming of a great number of prophets men continued to practice shirk why he did not find any</w:t>
      </w:r>
      <w:r>
        <w:br/>
      </w:r>
      <w:r>
        <w:rPr>
          <w:sz w:val="20"/>
        </w:rPr>
        <w:t>54:18  appeal in the concept of one god dekhen insaan ko Allah taala ne di hai azadi total freedom</w:t>
      </w:r>
      <w:r>
        <w:br/>
      </w:r>
      <w:r>
        <w:rPr>
          <w:sz w:val="20"/>
        </w:rPr>
        <w:t>54:26  to insaan ko haq tha ke woh apni azadi ko jis tarah chahe istemal kare to mein dekhen</w:t>
      </w:r>
      <w:r>
        <w:br/>
      </w:r>
      <w:r>
        <w:rPr>
          <w:sz w:val="20"/>
        </w:rPr>
        <w:t>54:34  جو شرک کا رواج تھا بہت زیادہ that was due to misuse of freedom misuse of</w:t>
      </w:r>
      <w:r>
        <w:br/>
      </w:r>
      <w:r>
        <w:rPr>
          <w:sz w:val="20"/>
        </w:rPr>
        <w:t>54:42  freedom aaj bhi yahi hai jo bhi evil duniya mein hai chahe woh shirk ho ya doosri kharabiyan</w:t>
      </w:r>
      <w:r>
        <w:br/>
      </w:r>
      <w:r>
        <w:rPr>
          <w:sz w:val="20"/>
        </w:rPr>
        <w:t>54:49  ہوں تمام evil جو ہیں وہ phenomena ہیں misuse of freedom کا تو اسی لیے تو رسول</w:t>
      </w:r>
      <w:r>
        <w:br/>
      </w:r>
      <w:r>
        <w:rPr>
          <w:sz w:val="20"/>
        </w:rPr>
        <w:t>54:57  Allah taala ne Hazrat Ibrahim ke zariye se ek ek bahut unusual qism ki planning ki ke</w:t>
      </w:r>
      <w:r>
        <w:br/>
      </w:r>
      <w:r>
        <w:rPr>
          <w:sz w:val="20"/>
        </w:rPr>
        <w:t>55:05  desert میں بسا دیا اسی لیے تو یہ پوری تاریخ کا یہ phenomena ہے کہ انسان ہمیشہ یعنی</w:t>
      </w:r>
      <w:r>
        <w:br/>
      </w:r>
      <w:r>
        <w:rPr>
          <w:sz w:val="20"/>
        </w:rPr>
        <w:t>55:12  اپنی ازادی کو پراپر یوز نہیں کرتا وہ مس یوز کرتا ہے اور shirk was also a phenomena</w:t>
      </w:r>
    </w:p>
    <w:p>
      <w:pPr>
        <w:pStyle w:val="Heading2"/>
      </w:pPr>
      <w:r>
        <w:t>Why so much suffering in the world?</w:t>
      </w:r>
    </w:p>
    <w:p>
      <w:r>
        <w:rPr>
          <w:color w:val="666666"/>
          <w:sz w:val="18"/>
        </w:rPr>
        <w:t>Faith &amp; God · Realization of God September 15, 2013 · 2m 30s · at 1:09:08 · https://youtu.be/CNEEeM5uyi8?t=4148</w:t>
      </w:r>
    </w:p>
    <w:p>
      <w:r>
        <w:rPr>
          <w:i/>
        </w:rPr>
        <w:t>“Wherever we see in the world, there is suffering: poverty, corruption, illness, etc. Why is there so much suffering in the world?”</w:t>
      </w:r>
    </w:p>
    <w:p>
      <w:r>
        <w:rPr>
          <w:sz w:val="20"/>
        </w:rPr>
        <w:t>1:09:08  maulana bhopal se agla sawal aaya hai, mr vinesh sharma ka. unhon ne likha hai: "maulana, wherever we see in the world, there is suffering, either poverty, corruption, illness and so on.</w:t>
      </w:r>
      <w:r>
        <w:br/>
      </w:r>
      <w:r>
        <w:rPr>
          <w:sz w:val="20"/>
        </w:rPr>
        <w:t>1:09:23  i want to know from you, why is there so much of suffering in the world?" kahan suffering hai? aap khud safar kar rahe hain? kya aap khud apne bare mein bataiye, apne bete ke bare mein bataiye?</w:t>
      </w:r>
      <w:r>
        <w:br/>
      </w:r>
      <w:r>
        <w:rPr>
          <w:sz w:val="20"/>
        </w:rPr>
        <w:t>1:09:34  yeh suffering toh media ka product hai, yeh sab media ka product hai. media ko dhoond dhoond kar lana aisi baat hai.</w:t>
      </w:r>
      <w:r>
        <w:br/>
      </w:r>
      <w:r>
        <w:rPr>
          <w:sz w:val="20"/>
        </w:rPr>
        <w:t>1:09:42  abhi suffering ko le kar protest ho raha tha wahan par misr mein. main tv pe dekhta tha, bohat khoob mote mote lagte ho aur chala rahe hain ke hum hum hum hum yeh hum ko yeh museebat hai, hum ko woh museebat hai.</w:t>
      </w:r>
      <w:r>
        <w:br/>
      </w:r>
      <w:r>
        <w:rPr>
          <w:sz w:val="20"/>
        </w:rPr>
        <w:t>1:09:56  museebat kuch bhi nahi. aaj ki duniya mein yeh bilkul hi yani main samajhta hoon ke bilkul hi yani us ke khilaf hai.</w:t>
      </w:r>
      <w:r>
        <w:br/>
      </w:r>
      <w:r>
        <w:rPr>
          <w:sz w:val="20"/>
        </w:rPr>
        <w:t>1:10:08  yani ana yani us ko main kahun anachronism hai. yeh</w:t>
      </w:r>
      <w:r>
        <w:br/>
      </w:r>
      <w:r>
        <w:rPr>
          <w:sz w:val="20"/>
        </w:rPr>
        <w:t>1:10:13  kahan hain woh log jo suffer kar rahe hain? media ke safhon mein hain. bas</w:t>
      </w:r>
      <w:r>
        <w:br/>
      </w:r>
      <w:r>
        <w:rPr>
          <w:sz w:val="20"/>
        </w:rPr>
        <w:t>1:10:20  apne aap ko dekhiye, aap khud aap ki family ko dekhiye, apne bete ko dekhiye, kahan woh suffer log suffer kar rahe hain? yeh sab shaitan ne bana rakha hai ke suffering, suffering, suffering.</w:t>
      </w:r>
      <w:r>
        <w:br/>
      </w:r>
      <w:r>
        <w:rPr>
          <w:sz w:val="20"/>
        </w:rPr>
        <w:t>1:10:29  aur allah taala ne sab ke darwaze khol diye hain, koi koi safar nahi kar raha hai. haan, apni hamakat se koi agar koi is ka khamiyada bhokta hai to woh alag baat hai.</w:t>
      </w:r>
      <w:r>
        <w:br/>
      </w:r>
      <w:r>
        <w:rPr>
          <w:sz w:val="20"/>
        </w:rPr>
        <w:t>1:10:40  apne hamakat mein apna hit kaat daloon to woh alag alag baat hai. baqi koi suffering nahi. main nahi manta ke suffering kahan hai. yeh jo hua, jaise abhi baith mein jo hua, woh apni hamakat se hua.</w:t>
      </w:r>
      <w:r>
        <w:br/>
      </w:r>
      <w:r>
        <w:rPr>
          <w:sz w:val="20"/>
        </w:rPr>
        <w:t>1:10:53  to ek hai hamakat se hona, to hamakat ka darwaza wahan bhi khula rahega. lekin agar aap hamakat na karein to koi suffering nahi hai.</w:t>
      </w:r>
      <w:r>
        <w:br/>
      </w:r>
      <w:r>
        <w:rPr>
          <w:sz w:val="20"/>
        </w:rPr>
        <w:t>1:11:03  suffering ke jahan jahan aap suffering dekh rahe hain, dekh rahe honge, woh suffering apni hamakat se hua hai.</w:t>
      </w:r>
      <w:r>
        <w:br/>
      </w:r>
      <w:r>
        <w:rPr>
          <w:sz w:val="20"/>
        </w:rPr>
        <w:t>1:11:11  main main kaha karta hoon ke they are paying the price of their own policies. these people are paying the price of their own policies.</w:t>
      </w:r>
      <w:r>
        <w:br/>
      </w:r>
      <w:r>
        <w:rPr>
          <w:sz w:val="20"/>
        </w:rPr>
        <w:t>1:11:22  yeh meri rai hai. okay, before we continue the question answer session, we would like to tell our viewers that if you want to join cps international mission, then write to us in info at cps global dot org</w:t>
      </w:r>
    </w:p>
    <w:p>
      <w:pPr>
        <w:pStyle w:val="Heading2"/>
      </w:pPr>
      <w:r>
        <w:t>Why suicide is haram in Islam</w:t>
      </w:r>
    </w:p>
    <w:p>
      <w:r>
        <w:rPr>
          <w:color w:val="666666"/>
          <w:sz w:val="18"/>
        </w:rPr>
        <w:t>Faith &amp; God · Universal outlook April 09, 2017 · 2m 56s · at 51:54 · https://youtu.be/n3HAPCpom5c?t=3114</w:t>
      </w:r>
    </w:p>
    <w:p>
      <w:r>
        <w:rPr>
          <w:i/>
        </w:rPr>
        <w:t>“Why is suicide haram in Islam? What does the Quran say about suicide?”</w:t>
      </w:r>
    </w:p>
    <w:p>
      <w:r>
        <w:rPr>
          <w:sz w:val="20"/>
        </w:rPr>
        <w:t>51:54  maulana agla sawal mumbai se bheja hai irfan jafri sahab ne unhone likha hai maulana sahab I want to ask that why khudkushi that is suicide haram in islam one of my friend has asked this question many times I have tried to convince him as per my knowledge about deen</w:t>
      </w:r>
      <w:r>
        <w:br/>
      </w:r>
      <w:r>
        <w:rPr>
          <w:sz w:val="20"/>
        </w:rPr>
        <w:t>52:17  I told him that humans cannot end their life because only allah can decide about birth and death he is not satisfied and he wants to know what quran says about suicide maulana sahab if you answer this question I am confident that I will be able to convince my friend</w:t>
      </w:r>
      <w:r>
        <w:br/>
      </w:r>
      <w:r>
        <w:rPr>
          <w:sz w:val="20"/>
        </w:rPr>
        <w:t>52:44  dekhiye</w:t>
      </w:r>
      <w:r>
        <w:br/>
      </w:r>
      <w:r>
        <w:rPr>
          <w:sz w:val="20"/>
        </w:rPr>
        <w:t>52:48  jahan tak Quran ka bayan hai ghaliban do ayaton mein iska zikr hai</w:t>
      </w:r>
      <w:r>
        <w:br/>
      </w:r>
      <w:r>
        <w:rPr>
          <w:sz w:val="20"/>
        </w:rPr>
        <w:t>52:54  ke iski wajah batai gayi hai ke</w:t>
      </w:r>
      <w:r>
        <w:br/>
      </w:r>
      <w:r>
        <w:rPr>
          <w:sz w:val="20"/>
        </w:rPr>
        <w:t>53:00  rehmat se baais na ho to suicide karta hai jab aadmi to samajhta hai ke mere liye kuch</w:t>
      </w:r>
      <w:r>
        <w:br/>
      </w:r>
      <w:r>
        <w:rPr>
          <w:sz w:val="20"/>
        </w:rPr>
        <w:t>53:06  nahi hai suicide</w:t>
      </w:r>
      <w:r>
        <w:br/>
      </w:r>
      <w:r>
        <w:rPr>
          <w:sz w:val="20"/>
        </w:rPr>
        <w:t>53:10  yani marne ke liye hoti hai suicide mayusi ka aakhri</w:t>
      </w:r>
      <w:r>
        <w:br/>
      </w:r>
      <w:r>
        <w:rPr>
          <w:sz w:val="20"/>
        </w:rPr>
        <w:t>53:17  yani aakhri phase hai aadmi jeeta hai mayusi mein ke mere liye kuch nahi hai mere liye kuch</w:t>
      </w:r>
      <w:r>
        <w:br/>
      </w:r>
      <w:r>
        <w:rPr>
          <w:sz w:val="20"/>
        </w:rPr>
        <w:t>53:22  nahi hai aur phir woh jam kar jata hai</w:t>
      </w:r>
      <w:r>
        <w:br/>
      </w:r>
      <w:r>
        <w:rPr>
          <w:sz w:val="20"/>
        </w:rPr>
        <w:t>53:27  to Quran kehta hai ke tumhare liye sab kuch hai</w:t>
      </w:r>
      <w:r>
        <w:br/>
      </w:r>
      <w:r>
        <w:rPr>
          <w:sz w:val="20"/>
        </w:rPr>
        <w:t>53:31  jab Quran kehta hai jab Quran ke mutabiq</w:t>
      </w:r>
      <w:r>
        <w:br/>
      </w:r>
      <w:r>
        <w:rPr>
          <w:sz w:val="20"/>
        </w:rPr>
        <w:t>53:33  yani Allah ke creation ke mutabiq yeh duniya mein har waqt insan ke liye sab cheez maujood hai</w:t>
      </w:r>
      <w:r>
        <w:br/>
      </w:r>
      <w:r>
        <w:rPr>
          <w:sz w:val="20"/>
        </w:rPr>
        <w:t>53:41  to kya justification hai apne aap ko marne ka</w:t>
      </w:r>
      <w:r>
        <w:br/>
      </w:r>
      <w:r>
        <w:rPr>
          <w:sz w:val="20"/>
        </w:rPr>
        <w:t>53:46  basic baat yeh hai ke jab kuch na ho aap ke liye tab koi keh sakta hai ke</w:t>
      </w:r>
      <w:r>
        <w:br/>
      </w:r>
      <w:r>
        <w:rPr>
          <w:sz w:val="20"/>
        </w:rPr>
        <w:t>53:52  hamare paas justification hai lekin sab kuch hai aap ke liye</w:t>
      </w:r>
      <w:r>
        <w:br/>
      </w:r>
      <w:r>
        <w:rPr>
          <w:sz w:val="20"/>
        </w:rPr>
        <w:t>53:57  aur dekhiye ek kitab chhapi hai is par</w:t>
      </w:r>
      <w:r>
        <w:br/>
      </w:r>
      <w:r>
        <w:rPr>
          <w:sz w:val="20"/>
        </w:rPr>
        <w:t>54:01  keh jo log suicide attempt kiya aur jee bach gaye baqayeda aik kitaab chhapi hai woh ghaliban internet</w:t>
      </w:r>
      <w:r>
        <w:br/>
      </w:r>
      <w:r>
        <w:rPr>
          <w:sz w:val="20"/>
        </w:rPr>
        <w:t>54:09  par hogi keh bohat se log aisay hain jinhon ne</w:t>
      </w:r>
      <w:r>
        <w:br/>
      </w:r>
      <w:r>
        <w:rPr>
          <w:sz w:val="20"/>
        </w:rPr>
        <w:t>54:14  suicide kiya lekin nahi pata attempt kiya lekin woh marne se bach</w:t>
      </w:r>
      <w:r>
        <w:br/>
      </w:r>
      <w:r>
        <w:rPr>
          <w:sz w:val="20"/>
        </w:rPr>
        <w:t>54:18  gaye is ke baad hero ban gaye woh</w:t>
      </w:r>
      <w:r>
        <w:br/>
      </w:r>
      <w:r>
        <w:rPr>
          <w:sz w:val="20"/>
        </w:rPr>
        <w:t>54:23  hero ban gaye bohat zabardast unhon ne success hasil ki yani keh un ke liye maujood thay mawaqe</w:t>
      </w:r>
      <w:r>
        <w:br/>
      </w:r>
      <w:r>
        <w:rPr>
          <w:sz w:val="20"/>
        </w:rPr>
        <w:t>54:30  opportunities maujood theen un ke liye</w:t>
      </w:r>
      <w:r>
        <w:br/>
      </w:r>
      <w:r>
        <w:rPr>
          <w:sz w:val="20"/>
        </w:rPr>
        <w:t>54:33  un is tarah ke jo cases hain woh sabit karte hain keh logon ke liye opportunities maujood theen</w:t>
      </w:r>
      <w:r>
        <w:br/>
      </w:r>
      <w:r>
        <w:rPr>
          <w:sz w:val="20"/>
        </w:rPr>
        <w:t>54:40  yani Khuda ki rehmat maujood thi to phir kya kiya justification hai apne aap ko marne ka</w:t>
      </w:r>
    </w:p>
    <w:p>
      <w:pPr>
        <w:pStyle w:val="Heading2"/>
      </w:pPr>
      <w:r>
        <w:t>Why unsatisfied with Hadith Jibril belief?</w:t>
      </w:r>
    </w:p>
    <w:p>
      <w:r>
        <w:rPr>
          <w:color w:val="666666"/>
          <w:sz w:val="18"/>
        </w:rPr>
        <w:t>Faith &amp; God · Hadith-e-Jibril, April 21, 2013 · 1m 24s · at 1:39:44 · https://youtu.be/0rF6Ou0pDog?t=5984</w:t>
      </w:r>
    </w:p>
    <w:p>
      <w:r>
        <w:rPr>
          <w:i/>
        </w:rPr>
        <w:t>“A person asked: 'What is your belief?' I said my belief is the same as in Hadith Jibril. But he was not satisfied. Maulana, why is that?”</w:t>
      </w:r>
    </w:p>
    <w:p>
      <w:r>
        <w:rPr>
          <w:sz w:val="20"/>
        </w:rPr>
        <w:t>1:39:44  maulana, agla sawal chennai se hai maulana iqbal umri ka. unhon ne likha hai maulana aik sahib ne sawal kiya ke aap ka aqeedah kya hai?</w:t>
      </w:r>
      <w:r>
        <w:br/>
      </w:r>
      <w:r>
        <w:rPr>
          <w:sz w:val="20"/>
        </w:rPr>
        <w:t>1:39:56  mein ne kaha ke mera aqeedah wohi hai jo hadith jibril mein hai. lekin un ko itminan nahin hua. maulana, aisa kyun hai?</w:t>
      </w:r>
      <w:r>
        <w:br/>
      </w:r>
      <w:r>
        <w:rPr>
          <w:sz w:val="20"/>
        </w:rPr>
        <w:t>1:40:08  is liye ke logon ne apne aqeedah ko ke muamle mein aik inhiraaf se kaam liya.</w:t>
      </w:r>
      <w:r>
        <w:br/>
      </w:r>
      <w:r>
        <w:rPr>
          <w:sz w:val="20"/>
        </w:rPr>
        <w:t>1:40:16  yani baad ke zamane mein jo log paida hue, jo fuqaha ya un ke jo jin ko akabir samajhte hain, woh sab baad ko paida hue.</w:t>
      </w:r>
      <w:r>
        <w:br/>
      </w:r>
      <w:r>
        <w:rPr>
          <w:sz w:val="20"/>
        </w:rPr>
        <w:t>1:40:26  hadith jibril to rasool Allah ke zamane ki bhi hadith hai na? to hazrat rasool Allah ke haan jo cheezein milte hain, us mein un aqeedah nahin banaya unhon ne. balke mutakallimeen aur fuqaha ke zariye jo bahasein ki hain logon ne, woh is ko aqeedah bana liya hai.</w:t>
      </w:r>
      <w:r>
        <w:br/>
      </w:r>
      <w:r>
        <w:rPr>
          <w:sz w:val="20"/>
        </w:rPr>
        <w:t>1:40:42  mein to yahi samajhta hoon. ab jab aadmi bolta hai aqeedah to us ko matlab hota hai ke un ke fuqaha, un ke mutakallimeen, un ke akabir ne jo bahasein ki hain, woh is se aqeedah akhaz kar rakha hai unhon ne.</w:t>
      </w:r>
      <w:r>
        <w:br/>
      </w:r>
      <w:r>
        <w:rPr>
          <w:sz w:val="20"/>
        </w:rPr>
        <w:t>1:40:56  lekin yeh bilkul galat baat hai. aap ka aqeedah hona chahiye jo rasool Allah se mila hai, aap ko us se us par hona chahiye aqeedah. wohi aqeedah hai. aur sab inhiraaf hai.</w:t>
      </w:r>
    </w:p>
    <w:p>
      <w:pPr>
        <w:pStyle w:val="Heading2"/>
      </w:pPr>
      <w:r>
        <w:t>Why were there no women prophets?</w:t>
      </w:r>
    </w:p>
    <w:p>
      <w:r>
        <w:rPr>
          <w:color w:val="666666"/>
          <w:sz w:val="18"/>
        </w:rPr>
        <w:t>Faith &amp; God · The Role of a Woman March 8, 2020 Maulana Wahiduddin Khan · 8m 11s · at 29:39 · https://youtu.be/aBPy_KTsk1A?t=1779</w:t>
      </w:r>
    </w:p>
    <w:p>
      <w:r>
        <w:rPr>
          <w:i/>
        </w:rPr>
        <w:t>“Why were there no women prophets?”</w:t>
      </w:r>
    </w:p>
    <w:p>
      <w:r>
        <w:rPr>
          <w:sz w:val="20"/>
        </w:rPr>
        <w:t>29:39  Mashallah. Maulana, yeh sawal Delhi se Muhammad Bilal sahib ne bheja hai. Unhon ne aapse poocha hai "Why there were no women prophets?</w:t>
      </w:r>
      <w:r>
        <w:br/>
      </w:r>
      <w:r>
        <w:rPr>
          <w:sz w:val="20"/>
        </w:rPr>
        <w:t>29:49  "</w:t>
      </w:r>
      <w:r>
        <w:br/>
      </w:r>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r>
        <w:br/>
      </w:r>
      <w:r>
        <w:rPr>
          <w:sz w:val="20"/>
        </w:rPr>
        <w:t>32:16  Jab wahan gayeen woh</w:t>
      </w:r>
      <w:r>
        <w:br/>
      </w:r>
      <w:r>
        <w:rPr>
          <w:sz w:val="20"/>
        </w:rPr>
        <w:t>32:18  to unhon ne poocha Rasool Allah ke baray mein ke yeh</w:t>
      </w:r>
      <w:r>
        <w:br/>
      </w:r>
      <w:r>
        <w:rPr>
          <w:sz w:val="20"/>
        </w:rPr>
        <w:t>32:28  aap ke paas aayen hain, in ko le kar mein aayi hoon aap ke paas. In par ek ek tajurba guzra hai Ghar-e-Hira mein.</w:t>
      </w:r>
      <w:r>
        <w:br/>
      </w:r>
      <w:r>
        <w:rPr>
          <w:sz w:val="20"/>
        </w:rPr>
        <w:t>32:39  Yeh Ghar-e-Hira mein thay, wahan par in par ek experience guzra.</w:t>
      </w:r>
      <w:r>
        <w:br/>
      </w:r>
      <w:r>
        <w:rPr>
          <w:sz w:val="20"/>
        </w:rPr>
        <w:t>32:46  Aur phir woh bataya unhon ne ke Jibrael aaye, un ka ek khayal. Phir jo aap sab logon ko maloom hai ke jo hua to Warqa ne Rasool Allah se poocha</w:t>
      </w:r>
      <w:r>
        <w:br/>
      </w:r>
      <w:r>
        <w:rPr>
          <w:sz w:val="20"/>
        </w:rPr>
        <w:t>33:03  is ki detail to aap ne detail batayi. To Warqa ne jo bohat senior aadmi thay Arab society ke, unhon ne kaha ke</w:t>
      </w:r>
      <w:r>
        <w:br/>
      </w:r>
      <w:r>
        <w:rPr>
          <w:sz w:val="20"/>
        </w:rPr>
        <w:t>33:20  Ae Muhammad, yeh jo tune dekha woh mere nazdeek wahi naam, wahi Namoos tha, wahi Namoos-e-Akbar ka tha.</w:t>
      </w:r>
      <w:r>
        <w:br/>
      </w:r>
      <w:r>
        <w:rPr>
          <w:sz w:val="20"/>
        </w:rPr>
        <w:t>33:32  Ji, Namoos-e-Akbar, wahi Namoos-e-Akbar tha jo aaya tha Musa</w:t>
      </w:r>
      <w:r>
        <w:br/>
      </w:r>
      <w:r>
        <w:rPr>
          <w:sz w:val="20"/>
        </w:rPr>
        <w:t>33:37  aur Isa par, yani Jibrael. To is lihaaz se dekha jaye to Muhammad Sallallahu Alaihi Wasallam ki pehli momina,</w:t>
      </w:r>
      <w:r>
        <w:br/>
      </w:r>
      <w:r>
        <w:rPr>
          <w:sz w:val="20"/>
        </w:rPr>
        <w:t>33:51  pehlay momin warqa hain, pehlay momin. to is ki baat tasweer aap seerat ki kitabon mein parh sakte hain.</w:t>
      </w:r>
      <w:r>
        <w:br/>
      </w:r>
      <w:r>
        <w:rPr>
          <w:sz w:val="20"/>
        </w:rPr>
        <w:t>34:04  to yeh kitna bara role hai khatoon ka rasool Allah ki</w:t>
      </w:r>
      <w:r>
        <w:br/>
      </w:r>
      <w:r>
        <w:rPr>
          <w:sz w:val="20"/>
        </w:rPr>
        <w:t>34:08  zindagi mein. phir dekhen, Aisha jo aap ki alia theen, woh tamam ulama ke ittefaq se number one khatoon mani jati hain Islam mein.</w:t>
      </w:r>
      <w:r>
        <w:br/>
      </w:r>
      <w:r>
        <w:rPr>
          <w:sz w:val="20"/>
        </w:rPr>
        <w:t>34:27  yani jo masail un ke, is ke zariye ummat ko mile hain, woh bohat qeemti hain, bohat qeemti hain.</w:t>
      </w:r>
      <w:r>
        <w:br/>
      </w:r>
      <w:r>
        <w:rPr>
          <w:sz w:val="20"/>
        </w:rPr>
        <w:t>34:38  isi liye aik mustaqil kitaab mein likhi gayi hain Aisha ke oopar,</w:t>
      </w:r>
      <w:r>
        <w:br/>
      </w:r>
      <w:r>
        <w:rPr>
          <w:sz w:val="20"/>
        </w:rPr>
        <w:t>34:46  aap is ko parh sakte hain.</w:t>
      </w:r>
      <w:r>
        <w:br/>
      </w:r>
      <w:r>
        <w:rPr>
          <w:sz w:val="20"/>
        </w:rPr>
        <w:t>34:51  Maulana, kuch comments parhna chahenge. yeh comment bheja hai Miss Kausar Izhar ne New Jersey se.</w:t>
      </w:r>
      <w:r>
        <w:br/>
      </w:r>
      <w:r>
        <w:rPr>
          <w:sz w:val="20"/>
        </w:rPr>
        <w:t>34:59  unhon ne likha hai: "Maulana, Maulana sahib, what a wonderful gift for Women's Day!</w:t>
      </w:r>
      <w:r>
        <w:br/>
      </w:r>
      <w:r>
        <w:rPr>
          <w:sz w:val="20"/>
        </w:rPr>
        <w:t>35:07  Thank you! You gave an example of Hazrat Hajirah as the greatest woman in history. She was a pioneer and led the humanity from shirk to God worship.</w:t>
      </w:r>
      <w:r>
        <w:br/>
      </w:r>
      <w:r>
        <w:rPr>
          <w:sz w:val="20"/>
        </w:rPr>
        <w:t>35:20  The present-day women can learn from her. She can lead the present-day humanity from material worship and spiritually starved mindset to spiritually contented personality and true worship of God.</w:t>
      </w:r>
      <w:r>
        <w:br/>
      </w:r>
      <w:r>
        <w:rPr>
          <w:sz w:val="20"/>
        </w:rPr>
        <w:t>35:35  I will be in company of intellectual women in New Jersey today and will convey my message to all of them. Thank you</w:t>
      </w:r>
      <w:r>
        <w:br/>
      </w:r>
      <w:r>
        <w:rPr>
          <w:sz w:val="20"/>
        </w:rPr>
        <w:t>35:43  ! Azhar Mubarak sahib ne Bhagalpur se likha hai: "Maulana, your book 'Aurat Memar Insaniyat' is a paradigm shift for my conception regarding understanding of the women.</w:t>
      </w:r>
      <w:r>
        <w:br/>
      </w:r>
      <w:r>
        <w:rPr>
          <w:sz w:val="20"/>
        </w:rPr>
        <w:t>35:56  It completely changed my vision."</w:t>
      </w:r>
      <w:r>
        <w:br/>
      </w:r>
      <w:r>
        <w:rPr>
          <w:sz w:val="20"/>
        </w:rPr>
        <w:t>36:00  Sajid Anwar sahib ne Mumbai se likha hai: "Maulana, in my knowledge, CPS is the only mission who has... in my knowledge, CPS is the only mission which has rediscovered the true role of women.</w:t>
      </w:r>
      <w:r>
        <w:br/>
      </w:r>
      <w:r>
        <w:rPr>
          <w:sz w:val="20"/>
        </w:rPr>
        <w:t>36:14  Due to this, now women are at the forefront of the mission everywhere and converting their potential into actual. This is nothing less than a historical step in the existing Muslim society.</w:t>
      </w:r>
      <w:r>
        <w:br/>
      </w:r>
      <w:r>
        <w:rPr>
          <w:sz w:val="20"/>
        </w:rPr>
        <w:t>36:28  May Allah reward you immensely." Maulana Abdus Salam Umri ne Hyderabad se likha hai: "Aurat ka asal role dawati role hai.</w:t>
      </w:r>
      <w:r>
        <w:br/>
      </w:r>
      <w:r>
        <w:rPr>
          <w:sz w:val="20"/>
        </w:rPr>
        <w:t>36:38  is ko aap hi pehle woh shakhs hain jinhon ne aurat ke dawati role ko wazeh kiya hai.</w:t>
      </w:r>
      <w:r>
        <w:br/>
      </w:r>
      <w:r>
        <w:rPr>
          <w:sz w:val="20"/>
        </w:rPr>
        <w:t>36:44  Jazak Allah Maulana."</w:t>
      </w:r>
      <w:r>
        <w:br/>
      </w:r>
      <w:r>
        <w:rPr>
          <w:sz w:val="20"/>
        </w:rPr>
        <w:t>36:49  Okay, we will end this session</w:t>
      </w:r>
      <w:r>
        <w:br/>
      </w:r>
      <w:r>
        <w:rPr>
          <w:sz w:val="20"/>
        </w:rPr>
        <w:t>36:51  now. Thank you.</w:t>
      </w:r>
    </w:p>
    <w:p>
      <w:pPr>
        <w:pStyle w:val="Heading2"/>
      </w:pPr>
      <w:r>
        <w:t>Will All Muslims Enter Paradise?</w:t>
      </w:r>
    </w:p>
    <w:p>
      <w:r>
        <w:rPr>
          <w:color w:val="666666"/>
          <w:sz w:val="18"/>
        </w:rPr>
        <w:t>Faith &amp; God · Living in Falsehood December 15, 2013 · 5m 18s · at 44:41 · https://youtu.be/UvboK59uF6s?t=2681</w:t>
      </w:r>
    </w:p>
    <w:p>
      <w:r>
        <w:rPr>
          <w:i/>
        </w:rPr>
        <w:t>“I have heard that all Muslims will enter Paradise irrespective of their deeds, and if bad, they will be punished then eventually enter Paradise. Is this correct?”</w:t>
      </w:r>
    </w:p>
    <w:p>
      <w:r>
        <w:rPr>
          <w:sz w:val="20"/>
        </w:rPr>
        <w:t>44:41  maulana, agla sawal calcutta se hai doctor roshan kumar jha ka</w:t>
      </w:r>
      <w:r>
        <w:br/>
      </w:r>
      <w:r>
        <w:rPr>
          <w:sz w:val="20"/>
        </w:rPr>
        <w:t>44:47  . unhon ne likha hai: "maulana sahib, I have heard from so many Muslims saying that all the Muslims will enter into paradise irrespective of their deeds in this world.</w:t>
      </w:r>
      <w:r>
        <w:br/>
      </w:r>
      <w:r>
        <w:rPr>
          <w:sz w:val="20"/>
        </w:rPr>
        <w:t>45:02  If any Muslim is bad, he will first be put into Hell and after punishment, in the end, all the Muslims will be given Paradise.</w:t>
      </w:r>
      <w:r>
        <w:br/>
      </w:r>
      <w:r>
        <w:rPr>
          <w:sz w:val="20"/>
        </w:rPr>
        <w:t>45:15  They say that at the time of death of Prophet Muhammad, Allah said keh aap ki ummat ke sath acha sulook karunga.</w:t>
      </w:r>
      <w:r>
        <w:br/>
      </w:r>
      <w:r>
        <w:rPr>
          <w:sz w:val="20"/>
        </w:rPr>
        <w:t>45:24  They also say that non-Muslims will never enter into Paradise. Maulana sahib, what is your comment on this? Dekhein, isi ko maine kaha hai ke living in falsehood yeh sab false food mein jeena hai,</w:t>
      </w:r>
      <w:r>
        <w:br/>
      </w:r>
      <w:r>
        <w:rPr>
          <w:sz w:val="20"/>
        </w:rPr>
        <w:t>45:40  bilkul hi is ki koi sarpar nahi hai in baaton ka.</w:t>
      </w:r>
      <w:r>
        <w:br/>
      </w:r>
      <w:r>
        <w:rPr>
          <w:sz w:val="20"/>
        </w:rPr>
        <w:t>45:44  Quran mein dekhein, yeh hai ke lays bi amani kum wa la amani ahl al-kitab man ya'mal so yujza bi yani amani ka matlab hota hai wishful thinking,</w:t>
      </w:r>
      <w:r>
        <w:br/>
      </w:r>
      <w:r>
        <w:rPr>
          <w:sz w:val="20"/>
        </w:rPr>
        <w:t>46:02  yani tumhari wishful thinking par kuch nahi hoga, na doosre jo ummaten hain, un ki wishful thinking se kuch hoga. Jo jaisa karega, waisa payega.</w:t>
      </w:r>
      <w:r>
        <w:br/>
      </w:r>
      <w:r>
        <w:rPr>
          <w:sz w:val="20"/>
        </w:rPr>
        <w:t>46:14  Lays lil insani illa ma sa to Musalmanon ka isi ko to main kehta hoon ke Musalman false food mein jeete hain, khud hi bana rakha hai sab ek poora false food ka ek ek ek jhaad jhankad.</w:t>
      </w:r>
      <w:r>
        <w:br/>
      </w:r>
      <w:r>
        <w:rPr>
          <w:sz w:val="20"/>
        </w:rPr>
        <w:t>46:28  Aur jab tak Musalmanon ko is false food se bahar na laya jaye, tab tak un ka kuch bhi, yani kuch bhi nahi hone wala hai, kuch bhi nahi hone wala.</w:t>
      </w:r>
      <w:r>
        <w:br/>
      </w:r>
      <w:r>
        <w:rPr>
          <w:sz w:val="20"/>
        </w:rPr>
        <w:t>46:39  Aisi negativity mein jiyenge, negativity mein marenge.</w:t>
      </w:r>
      <w:r>
        <w:br/>
      </w:r>
      <w:r>
        <w:rPr>
          <w:sz w:val="20"/>
        </w:rPr>
        <w:t>46:46  Maulana next question is from Sweden by Mr. Mathias. He has written: "What role does rational thinking have for using methods of non-violence?" It's a very important question.</w:t>
      </w:r>
      <w:r>
        <w:br/>
      </w:r>
      <w:r>
        <w:rPr>
          <w:sz w:val="20"/>
        </w:rPr>
        <w:t>47:05  I think that non-violence or peace is basic to all kinds of thinking.</w:t>
      </w:r>
      <w:r>
        <w:br/>
      </w:r>
      <w:r>
        <w:rPr>
          <w:sz w:val="20"/>
        </w:rPr>
        <w:t>47:16  Without a peaceful mind, without non-violent thinking, you cannot understand anything. Because peaceful thinking makes you sincere, well-wisher to all, makes you objective.</w:t>
      </w:r>
      <w:r>
        <w:br/>
      </w:r>
      <w:r>
        <w:rPr>
          <w:sz w:val="20"/>
        </w:rPr>
        <w:t>47:37  And when you are objective and scientific mind, then you can understand things in theright way.</w:t>
      </w:r>
      <w:r>
        <w:br/>
      </w:r>
      <w:r>
        <w:rPr>
          <w:sz w:val="20"/>
        </w:rPr>
        <w:t>47:47  So I am a great advocate of peaceful thinking or non-violent thinking.</w:t>
      </w:r>
      <w:r>
        <w:br/>
      </w:r>
      <w:r>
        <w:rPr>
          <w:sz w:val="20"/>
        </w:rPr>
        <w:t>47:58  According to my analysis and according to my experience, peace is the samambodha in Islam. Without peace, there is no development at all</w:t>
      </w:r>
      <w:r>
        <w:br/>
      </w:r>
      <w:r>
        <w:rPr>
          <w:sz w:val="20"/>
        </w:rPr>
        <w:t>48:13  . All those things that Islam wants to promote, for example,</w:t>
      </w:r>
      <w:r>
        <w:br/>
      </w:r>
      <w:r>
        <w:rPr>
          <w:sz w:val="20"/>
        </w:rPr>
        <w:t>48:25  da'wah work, ibadat, constructive work, ilm, all those things that are required in Islam cannot be carried out properly without peace.</w:t>
      </w:r>
      <w:r>
        <w:br/>
      </w:r>
      <w:r>
        <w:rPr>
          <w:sz w:val="20"/>
        </w:rPr>
        <w:t>48:46  So peace is very, very important. And you know, the method of greeting in Islam is Assalamu Alaikum It means peace be upon you.</w:t>
      </w:r>
      <w:r>
        <w:br/>
      </w:r>
      <w:r>
        <w:rPr>
          <w:sz w:val="20"/>
        </w:rPr>
        <w:t>49:00  It means that Islam wants to promote peace culture.</w:t>
      </w:r>
      <w:r>
        <w:br/>
      </w:r>
      <w:r>
        <w:rPr>
          <w:sz w:val="20"/>
        </w:rPr>
        <w:t>49:11  Our way of greeting is Assalamu Alaikum It is not only for Muslims, for every human being. We have to say Assalamu Alaikum for every human being, irrespective of Muslim or non-Muslim.</w:t>
      </w:r>
      <w:r>
        <w:br/>
      </w:r>
      <w:r>
        <w:rPr>
          <w:sz w:val="20"/>
        </w:rPr>
        <w:t>49:27  So it means that Islam tries to promote peace culture. Because peace is the samambodha in Islam.</w:t>
      </w:r>
      <w:r>
        <w:br/>
      </w:r>
      <w:r>
        <w:rPr>
          <w:sz w:val="20"/>
        </w:rPr>
        <w:t>49:36  Without peace, there is no development, no progress.</w:t>
      </w:r>
      <w:r>
        <w:br/>
      </w:r>
      <w:r>
        <w:rPr>
          <w:sz w:val="20"/>
        </w:rPr>
        <w:t>49:43  Da'wah work, it is a necessary part for da'wah work. Peace normalizes the situation. Without normalcy, we cannot do anything.</w:t>
      </w:r>
    </w:p>
    <w:p>
      <w:pPr>
        <w:pStyle w:val="Heading2"/>
      </w:pPr>
      <w:r>
        <w:t>Will All People Go to Paradise?</w:t>
      </w:r>
    </w:p>
    <w:p>
      <w:r>
        <w:rPr>
          <w:color w:val="666666"/>
          <w:sz w:val="18"/>
        </w:rPr>
        <w:t>Faith &amp; God · How to Lead a Life of Fulfilment September 24, 2017 · 1m 05s · at 1:03:13 · https://youtu.be/WUoQOo2_zd8?t=3793</w:t>
      </w:r>
    </w:p>
    <w:p>
      <w:r>
        <w:rPr>
          <w:i/>
        </w:rPr>
        <w:t>“All people of the world will go to Paradise because man's habitat is Paradise; Hell is not man's habitat at all. What do you say about this?”</w:t>
      </w:r>
    </w:p>
    <w:p>
      <w:r>
        <w:rPr>
          <w:sz w:val="20"/>
        </w:rPr>
        <w:t>1:03:13  maulana dilli se nafees siddiqui sahib ne sawal bhejha hai unhone likha hai dunya ke tamam log jannat mein jayenge kyunke insan ka habitat jannat hai dozakh insan ka habitat hai hi nahi is ke bare mein kya kahenge</w:t>
      </w:r>
      <w:r>
        <w:br/>
      </w:r>
      <w:r>
        <w:rPr>
          <w:sz w:val="20"/>
        </w:rPr>
        <w:t>1:03:35  nahi yeh to aisa nahi ke sare log jannat mein jayenge jo jannat ka ke liye deserve karega woh jayega deserve nahi karega woh nahi jayega sare quran mein yahi baat hai</w:t>
      </w:r>
      <w:r>
        <w:br/>
      </w:r>
      <w:r>
        <w:rPr>
          <w:sz w:val="20"/>
        </w:rPr>
        <w:t>1:03:58  deserveation pe yani jannat ka jo dakhla hai woh deserveation pe base karta hai birth par nahi birth par nahi</w:t>
      </w:r>
      <w:r>
        <w:br/>
      </w:r>
      <w:r>
        <w:rPr>
          <w:sz w:val="20"/>
        </w:rPr>
        <w:t>1:04:13  yeh to bohat clear hai quran mein</w:t>
      </w:r>
    </w:p>
    <w:p>
      <w:pPr>
        <w:pStyle w:val="Heading2"/>
      </w:pPr>
      <w:r>
        <w:t>Will Doubt Remain After Discovering God?</w:t>
      </w:r>
    </w:p>
    <w:p>
      <w:r>
        <w:rPr>
          <w:color w:val="666666"/>
          <w:sz w:val="18"/>
        </w:rPr>
        <w:t>Faith &amp; God · Three levels of Realization July 4, 2010 · 2m 08s · at 1:38:25 · https://youtu.be/NtCTVVov3Nw?t=5905</w:t>
      </w:r>
    </w:p>
    <w:p>
      <w:r>
        <w:rPr>
          <w:i/>
        </w:rPr>
        <w:t>“According to you, the element of doubt is a part of the very creation plan of God. So even if we discover God at the level of intuition, will not doubt still remain?”</w:t>
      </w:r>
    </w:p>
    <w:p>
      <w:r>
        <w:rPr>
          <w:sz w:val="20"/>
        </w:rPr>
        <w:t>1:38:25  maulana agla sawal kya hai miss sadia khan ne new delhi se she has written according to you the element of doubt is a part of the very creation plan of god so</w:t>
      </w:r>
      <w:r>
        <w:br/>
      </w:r>
      <w:r>
        <w:rPr>
          <w:sz w:val="20"/>
        </w:rPr>
        <w:t>1:38:38  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r>
        <w:br/>
      </w:r>
      <w:r>
        <w:rPr>
          <w:sz w:val="20"/>
        </w:rPr>
        <w:t>1:39:07  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r>
        <w:br/>
      </w:r>
      <w:r>
        <w:rPr>
          <w:sz w:val="20"/>
        </w:rPr>
        <w:t>1:39:34  hai is ki bohat jaldi se wo bhag sakta hai lekin intention ke level pe pa jayega to manage karne ka power barh jata hai is ka kyunke ek hota hai rational level ek hota hai emotional attachment do do cheezein hoti hain</w:t>
      </w:r>
      <w:r>
        <w:br/>
      </w:r>
      <w:r>
        <w:rPr>
          <w:sz w:val="20"/>
        </w:rPr>
        <w:t>1:39:56  to mein yahi kahunga ke phir bhi yani element of doubt</w:t>
      </w:r>
      <w:r>
        <w:br/>
      </w:r>
      <w:r>
        <w:rPr>
          <w:sz w:val="20"/>
        </w:rPr>
        <w:t>1:40:06  khatam nahi hota kuch na kuch baqi rehta hai lekin jo aadmi is yani is tarah ke ka jo realization ho jaye us ko to us ko manage karne ka power barh jayega aur bohat jaldi wo manage kar le ga jaldi manage kar le ga</w:t>
      </w:r>
      <w:r>
        <w:br/>
      </w:r>
      <w:r>
        <w:rPr>
          <w:sz w:val="20"/>
        </w:rPr>
        <w:t>1:40:25  is ke yani permanently bhagne ke chance bohat kam ho jate hain</w:t>
      </w:r>
    </w:p>
    <w:p>
      <w:pPr>
        <w:pStyle w:val="Heading2"/>
      </w:pPr>
      <w:r>
        <w:t>Will all Muslims enter paradise regardless of deeds?</w:t>
      </w:r>
    </w:p>
    <w:p>
      <w:r>
        <w:rPr>
          <w:color w:val="666666"/>
          <w:sz w:val="18"/>
        </w:rPr>
        <w:t>Faith &amp; God · Living In Falsehood I December 15, 2013 · 4m 02s · at 42:36 · https://youtu.be/yD-ZtvlrFDw?t=2556</w:t>
      </w:r>
    </w:p>
    <w:p>
      <w:r>
        <w:rPr>
          <w:i/>
        </w:rPr>
        <w:t>“Maulana, I have heard from so many Muslims saying that all the Muslims will enter into paradise, irrespective of their deeds in this world.”</w:t>
      </w:r>
    </w:p>
    <w:p>
      <w:r>
        <w:rPr>
          <w:sz w:val="20"/>
        </w:rPr>
        <w:t>42:36  maulana, agla sawal calcutta se hai doctor roshan kumar jha ka.</w:t>
      </w:r>
      <w:r>
        <w:br/>
      </w:r>
      <w:r>
        <w:rPr>
          <w:sz w:val="20"/>
        </w:rPr>
        <w:t>42:41  انہوں نے لکھا ہے: "مولana sahib, I have heard from so many Muslims saying that all the Muslims</w:t>
      </w:r>
      <w:r>
        <w:br/>
      </w:r>
      <w:r>
        <w:rPr>
          <w:sz w:val="20"/>
        </w:rPr>
        <w:t>42:49  will enter into Paradise, irrespective of their deeds in this world.</w:t>
      </w:r>
      <w:r>
        <w:br/>
      </w:r>
      <w:r>
        <w:rPr>
          <w:sz w:val="20"/>
        </w:rPr>
        <w:t>42:54  If any Muslim is bad, he will first be put into hell, and after punishment in the end,</w:t>
      </w:r>
      <w:r>
        <w:br/>
      </w:r>
      <w:r>
        <w:rPr>
          <w:sz w:val="20"/>
        </w:rPr>
        <w:t>43:01  "All the Muslims will be given paradise." They say that at the time of death of Prophet Muhammad,</w:t>
      </w:r>
      <w:r>
        <w:br/>
      </w:r>
      <w:r>
        <w:rPr>
          <w:sz w:val="20"/>
        </w:rPr>
        <w:t>43:09  allah said ke aap ki ummat ke sath acha sulook karunga.</w:t>
      </w:r>
      <w:r>
        <w:br/>
      </w:r>
      <w:r>
        <w:rPr>
          <w:sz w:val="20"/>
        </w:rPr>
        <w:t>43:14  They also said that non-Muslims will never enter into Paradise.</w:t>
      </w:r>
      <w:r>
        <w:br/>
      </w:r>
      <w:r>
        <w:rPr>
          <w:sz w:val="20"/>
        </w:rPr>
        <w:t>43:19  مولانا صاحب، what is your comment on this? دیکھیں، اسی کو میں نے کہا ہے کہ living in</w:t>
      </w:r>
      <w:r>
        <w:br/>
      </w:r>
      <w:r>
        <w:rPr>
          <w:sz w:val="20"/>
        </w:rPr>
        <w:t>43:27  falsehood, yeh sab falsehood mein jeena hai.</w:t>
      </w:r>
      <w:r>
        <w:br/>
      </w:r>
      <w:r>
        <w:rPr>
          <w:sz w:val="20"/>
        </w:rPr>
        <w:t>43:31  bilkul hi is ki koi sarparasti nahi hai in baaton ka.</w:t>
      </w:r>
      <w:r>
        <w:br/>
      </w:r>
      <w:r>
        <w:rPr>
          <w:sz w:val="20"/>
        </w:rPr>
        <w:t>43:35  quran mein dekhen, yeh hai ke: "laisa lil insani illa ma sa'a".</w:t>
      </w:r>
      <w:r>
        <w:br/>
      </w:r>
      <w:r>
        <w:rPr>
          <w:sz w:val="20"/>
        </w:rPr>
        <w:t>43:43  yani wishful thinking ka matlab hota hai wishful thinking.</w:t>
      </w:r>
      <w:r>
        <w:br/>
      </w:r>
      <w:r>
        <w:rPr>
          <w:sz w:val="20"/>
        </w:rPr>
        <w:t>43:47  yani tumhari wishful thinking par kuch nahi hoga, na doosre jo ummaten hain, un ki wishful</w:t>
      </w:r>
      <w:r>
        <w:br/>
      </w:r>
      <w:r>
        <w:rPr>
          <w:sz w:val="20"/>
        </w:rPr>
        <w:t>43:55  thinking se kuch hoga.</w:t>
      </w:r>
      <w:r>
        <w:br/>
      </w:r>
      <w:r>
        <w:rPr>
          <w:sz w:val="20"/>
        </w:rPr>
        <w:t>43:56  jo jaisa karega, waisa payega.</w:t>
      </w:r>
      <w:r>
        <w:br/>
      </w:r>
      <w:r>
        <w:rPr>
          <w:sz w:val="20"/>
        </w:rPr>
        <w:t>43:59  "laisa lil insani illa ma sa'a".</w:t>
      </w:r>
      <w:r>
        <w:br/>
      </w:r>
      <w:r>
        <w:rPr>
          <w:sz w:val="20"/>
        </w:rPr>
        <w:t>44:01  to yeh musalmanon ka isi ko to mein kehta hoon ke musalman falsehood mein jeete hain.</w:t>
      </w:r>
      <w:r>
        <w:br/>
      </w:r>
      <w:r>
        <w:rPr>
          <w:sz w:val="20"/>
        </w:rPr>
        <w:t>44:08  khud hi bana rakha hai sab ek poora falsehood ka ek ek ek jhaad jhankad.</w:t>
      </w:r>
      <w:r>
        <w:br/>
      </w:r>
      <w:r>
        <w:rPr>
          <w:sz w:val="20"/>
        </w:rPr>
        <w:t>44:15  aur jab tak musalmanon ko is falsehood se bahar na laya jaye, tab tak un ka kuch</w:t>
      </w:r>
      <w:r>
        <w:br/>
      </w:r>
      <w:r>
        <w:rPr>
          <w:sz w:val="20"/>
        </w:rPr>
        <w:t>44:23  bhi, yani kuch bhi nahi hone wala hai, kuch bhi nahi hone wala.</w:t>
      </w:r>
      <w:r>
        <w:br/>
      </w:r>
      <w:r>
        <w:rPr>
          <w:sz w:val="20"/>
        </w:rPr>
        <w:t>44:28  aisi negativity mein jiyenge, negativity mein marenge.</w:t>
      </w:r>
      <w:r>
        <w:br/>
      </w:r>
      <w:r>
        <w:rPr>
          <w:sz w:val="20"/>
        </w:rPr>
        <w:t>44:32  مولانا، next question is from Sweden by Mr. Matthias.</w:t>
      </w:r>
      <w:r>
        <w:br/>
      </w:r>
      <w:r>
        <w:rPr>
          <w:sz w:val="20"/>
        </w:rPr>
        <w:t>44:36  He has written: "What role does rational thinking have for using methods of non-violence?" It's very important</w:t>
      </w:r>
      <w:r>
        <w:br/>
      </w:r>
      <w:r>
        <w:rPr>
          <w:sz w:val="20"/>
        </w:rPr>
        <w:t>44:44  question.</w:t>
      </w:r>
      <w:r>
        <w:br/>
      </w:r>
      <w:r>
        <w:rPr>
          <w:sz w:val="20"/>
        </w:rPr>
        <w:t>44:45  I think that non-violence or peace is basic to all kind of thinking.</w:t>
      </w:r>
      <w:r>
        <w:br/>
      </w:r>
      <w:r>
        <w:rPr>
          <w:sz w:val="20"/>
        </w:rPr>
        <w:t>44:51  Without peaceful mind, without, yani non-violent thinking, you cannot understand anything, because peace</w:t>
      </w:r>
      <w:r>
        <w:br/>
      </w:r>
      <w:r>
        <w:rPr>
          <w:sz w:val="20"/>
        </w:rPr>
        <w:t>44:59  wishful thinking makes you sincere.</w:t>
      </w:r>
      <w:r>
        <w:br/>
      </w:r>
      <w:r>
        <w:rPr>
          <w:sz w:val="20"/>
        </w:rPr>
        <w:t>45:02  peaceful thinking makes you sincere, well wisher to all, makes you objective.</w:t>
      </w:r>
      <w:r>
        <w:br/>
      </w:r>
      <w:r>
        <w:rPr>
          <w:sz w:val="20"/>
        </w:rPr>
        <w:t>45:08  and and when you are objective and scientific mind, then you can understand things in right way.</w:t>
      </w:r>
      <w:r>
        <w:br/>
      </w:r>
      <w:r>
        <w:rPr>
          <w:sz w:val="20"/>
        </w:rPr>
        <w:t>45:15  So I am a great advocate of peaceful thinking and non-violent thinking.</w:t>
      </w:r>
      <w:r>
        <w:br/>
      </w:r>
      <w:r>
        <w:rPr>
          <w:sz w:val="20"/>
        </w:rPr>
        <w:t>45:21  According to my analysis and according to my experience, peace is the summum bonum in Islam.</w:t>
      </w:r>
      <w:r>
        <w:br/>
      </w:r>
      <w:r>
        <w:rPr>
          <w:sz w:val="20"/>
        </w:rPr>
        <w:t>45:28  Without peace, there is no development at all.</w:t>
      </w:r>
      <w:r>
        <w:br/>
      </w:r>
      <w:r>
        <w:rPr>
          <w:sz w:val="20"/>
        </w:rPr>
        <w:t>45:32  all those things that Islam wants to promote, for example, dawah work, ibadah, constructive work, ilm, all those</w:t>
      </w:r>
      <w:r>
        <w:br/>
      </w:r>
      <w:r>
        <w:rPr>
          <w:sz w:val="20"/>
        </w:rPr>
        <w:t>45:39  things that are required in Islam cannot be carried out properly without peace.</w:t>
      </w:r>
      <w:r>
        <w:br/>
      </w:r>
      <w:r>
        <w:rPr>
          <w:sz w:val="20"/>
        </w:rPr>
        <w:t>45:46  so peace is very very important.</w:t>
      </w:r>
      <w:r>
        <w:br/>
      </w:r>
      <w:r>
        <w:rPr>
          <w:sz w:val="20"/>
        </w:rPr>
        <w:t>45:48  and you know, the the method of greeting in Islam is Assalamu Alaikum.</w:t>
      </w:r>
      <w:r>
        <w:br/>
      </w:r>
      <w:r>
        <w:rPr>
          <w:sz w:val="20"/>
        </w:rPr>
        <w:t>45:54  it means peace be upon you.</w:t>
      </w:r>
      <w:r>
        <w:br/>
      </w:r>
      <w:r>
        <w:rPr>
          <w:sz w:val="20"/>
        </w:rPr>
        <w:t>45:56  it means that Islam wants to promote peace culture.</w:t>
      </w:r>
      <w:r>
        <w:br/>
      </w:r>
      <w:r>
        <w:rPr>
          <w:sz w:val="20"/>
        </w:rPr>
        <w:t>46:00  our greeting is Assalamu Alaikum.</w:t>
      </w:r>
      <w:r>
        <w:br/>
      </w:r>
      <w:r>
        <w:rPr>
          <w:sz w:val="20"/>
        </w:rPr>
        <w:t>46:03  is not only for muslim, for every human being.</w:t>
      </w:r>
      <w:r>
        <w:br/>
      </w:r>
      <w:r>
        <w:rPr>
          <w:sz w:val="20"/>
        </w:rPr>
        <w:t>46:07  we have to say assalamu alaikum for every human being, irrespective as muslim or non muslim.</w:t>
      </w:r>
      <w:r>
        <w:br/>
      </w:r>
      <w:r>
        <w:rPr>
          <w:sz w:val="20"/>
        </w:rPr>
        <w:t>46:14  so it means that islam tries to promote peace culture, because peace is the sum bonum in islam.</w:t>
      </w:r>
      <w:r>
        <w:br/>
      </w:r>
      <w:r>
        <w:rPr>
          <w:sz w:val="20"/>
        </w:rPr>
        <w:t>46:22  Without peace, there is no development, no progress.</w:t>
      </w:r>
      <w:r>
        <w:br/>
      </w:r>
      <w:r>
        <w:rPr>
          <w:sz w:val="20"/>
        </w:rPr>
        <w:t>46:26  da'wah work, it is necessary part for da'wah work.</w:t>
      </w:r>
      <w:r>
        <w:br/>
      </w:r>
      <w:r>
        <w:rPr>
          <w:sz w:val="20"/>
        </w:rPr>
        <w:t>46:29  peace normalizes the situation.</w:t>
      </w:r>
      <w:r>
        <w:br/>
      </w:r>
      <w:r>
        <w:rPr>
          <w:sz w:val="20"/>
        </w:rPr>
        <w:t>46:31  without, yani without normalcy, we cannot do anything.</w:t>
      </w:r>
      <w:r>
        <w:br/>
      </w:r>
      <w:r>
        <w:rPr>
          <w:sz w:val="20"/>
        </w:rPr>
        <w:t>46:36  so i am great advocate of peace.</w:t>
      </w:r>
    </w:p>
    <w:p>
      <w:pPr>
        <w:pStyle w:val="Heading2"/>
      </w:pPr>
      <w:r>
        <w:t>Will my son be with me on Judgment Day?</w:t>
      </w:r>
    </w:p>
    <w:p>
      <w:r>
        <w:rPr>
          <w:color w:val="666666"/>
          <w:sz w:val="18"/>
        </w:rPr>
        <w:t>Faith &amp; God · 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Will non-Muslims with divine character enter Paradise</w:t>
      </w:r>
    </w:p>
    <w:p>
      <w:r>
        <w:rPr>
          <w:color w:val="666666"/>
          <w:sz w:val="18"/>
        </w:rPr>
        <w:t>Faith &amp; God · Materialism and Intellectual Dwarfism 29th April 2012 · 1m 15s · at 1:33:48 · https://youtu.be/qHzARL_r3I4?t=5628</w:t>
      </w:r>
    </w:p>
    <w:p>
      <w:r>
        <w:rPr>
          <w:i/>
        </w:rPr>
        <w:t>“As you said that Paradise is for people with high culture, high etiquette, and good character, my question is: will non-Muslims with good character, like Mother Teresa, also enter Paradise? I do not mean worldly character but divine character, that is, seeking Allah's pleasure, knowing Allah's plan, and reflecting on His verses.”</w:t>
      </w:r>
    </w:p>
    <w:p>
      <w:r>
        <w:rPr>
          <w:sz w:val="20"/>
        </w:rPr>
        <w:t>1:33:48  yeh matlab is ayat ka hai hargiz is ka matlab nahi hai ke dunya mein khoob hasil karo yeh yeh is ayat ka matlab nahi hai maulana agla sawal dilli se hai mister muhammad furqan sahab ka unhone likha hai maulana sahab jaisa ke aap ne farmaya ke jannat high culture high etiquettes achhe kirdaar ke logon ke liye hai</w:t>
      </w:r>
      <w:r>
        <w:br/>
      </w:r>
      <w:r>
        <w:rPr>
          <w:sz w:val="20"/>
        </w:rPr>
        <w:t>1:34:12  mera sawal yeh hai ke kya jannat mein achhe kirdaar ke ghair muslim bhi jayenge jaise mother teresa waghera maine kirdaar se yeh matlab nahi hai mera aap ne is ko doosre maye mein le liya divine character meri murad hai yeh amri madah hargiz nahi hai</w:t>
      </w:r>
      <w:r>
        <w:br/>
      </w:r>
      <w:r>
        <w:rPr>
          <w:sz w:val="20"/>
        </w:rPr>
        <w:t>1:34:34  divine character yani allah taala ke liye jo ibtigha rizwan allah aap allah ke mansha ko padhen allah ke mansoobe ko jaanen allah ki ayaton par ghor karen aur allah ke liye allah wala amal karen yeh murad hai is se meri murad sirf divine character divine character hai mujrat character nahi hai</w:t>
      </w:r>
    </w:p>
    <w:p>
      <w:pPr>
        <w:pStyle w:val="Heading2"/>
      </w:pPr>
      <w:r>
        <w:t>Will people remain in Hell forever</w:t>
      </w:r>
    </w:p>
    <w:p>
      <w:r>
        <w:rPr>
          <w:color w:val="666666"/>
          <w:sz w:val="18"/>
        </w:rPr>
        <w:t>Faith &amp; God · Life After Death January 22, 2012 · 1m 34s · at 1:43:43 · https://youtu.be/5hVH1BLKBF4?t=6223</w:t>
      </w:r>
    </w:p>
    <w:p>
      <w:r>
        <w:rPr>
          <w:i/>
        </w:rPr>
        <w:t>“کیا لوگ جہنم میں بھی ہمیشہ رہیں گے؟ اس کے بارے میں بتائیں۔ قرآن میں تو یہی ہے۔”</w:t>
      </w:r>
    </w:p>
    <w:p>
      <w:r>
        <w:rPr>
          <w:sz w:val="20"/>
        </w:rPr>
        <w:t>1:43:43  Maulana Naseerullah ka Bangalore se sawal hai. unhon ne poocha hai Maulana ke kya log jahannum mein bhi hamesha rahenge?</w:t>
      </w:r>
      <w:r>
        <w:br/>
      </w:r>
      <w:r>
        <w:rPr>
          <w:sz w:val="20"/>
        </w:rPr>
        <w:t>1:43:52  is ke baray mein batayein. Quran mein to yahi hai. ab hum to wohi jan'ne ge jo Quran mein likha hua hai. hamare paas Quran se bahar koi maloomat to hain nahin.</w:t>
      </w:r>
      <w:r>
        <w:br/>
      </w:r>
      <w:r>
        <w:rPr>
          <w:sz w:val="20"/>
        </w:rPr>
        <w:t>1:44:03  Quran mein to yahi hai ke</w:t>
      </w:r>
      <w:r>
        <w:br/>
      </w:r>
      <w:r>
        <w:rPr>
          <w:sz w:val="20"/>
        </w:rPr>
        <w:t>1:44:07  jannat bhi abadi hai aur jahannum bhi abadi hai. to jo hai woh us ko maaniye aap. hum alag se kahan se maloomat layeinge?</w:t>
      </w:r>
      <w:r>
        <w:br/>
      </w:r>
      <w:r>
        <w:rPr>
          <w:sz w:val="20"/>
        </w:rPr>
        <w:t>1:44:17  Okay, we will end this session now. Thank you.</w:t>
      </w:r>
    </w:p>
    <w:p>
      <w:pPr>
        <w:pStyle w:val="Heading2"/>
      </w:pPr>
      <w:r>
        <w:t>Will righteous non-Muslims enter Paradise?</w:t>
      </w:r>
    </w:p>
    <w:p>
      <w:r>
        <w:rPr>
          <w:color w:val="666666"/>
          <w:sz w:val="18"/>
        </w:rPr>
        <w:t>Faith &amp; God · Q&amp;A 20 Nov 2011 Maulana Wahiduddin Khan · 4m 06s · at 3:55 · https://youtu.be/7sNDn8Y6jUc?t=235</w:t>
      </w:r>
    </w:p>
    <w:p>
      <w:r>
        <w:rPr>
          <w:i/>
        </w:rPr>
        <w:t>“Will righteous people among Jews, Muslims, Christians, Hindus etc. go to Paradise, or only those who have knowledge of God?”</w:t>
      </w:r>
    </w:p>
    <w:p>
      <w:r>
        <w:rPr>
          <w:sz w:val="20"/>
        </w:rPr>
        <w:t>3:55  maulana, yeh sawal mister abdul latif ka aya hai karachi pakistan se. unhon ne likha hai: "sawal pehle mein Allah taala ki bargah mein dua karta hoon ke Allah taala aap ko aur cps ke jumla arkan ko dawat o tabligh ke maidan mein sargaram amal hone ki wajah se akhirat ki kamyabi ata farmaye.</w:t>
      </w:r>
      <w:r>
        <w:br/>
      </w:r>
      <w:r>
        <w:rPr>
          <w:sz w:val="20"/>
        </w:rPr>
        <w:t>4:19  mera sawal yeh hai ke kya jannat mein yahoodi, muslimz, christians aur hindu waghera ke salih log jayenge ya sirf Allah ki marifat wale log?"</w:t>
      </w:r>
      <w:r>
        <w:br/>
      </w:r>
      <w:r>
        <w:rPr>
          <w:sz w:val="20"/>
        </w:rPr>
        <w:t>4:32  in saranon mein se kahiye aap, yeh nahi ke falan falan groh ka jo aap naam le rahe hain aap, to is se koi taaluq jannat ka nahi hai.</w:t>
      </w:r>
      <w:r>
        <w:br/>
      </w:r>
      <w:r>
        <w:rPr>
          <w:sz w:val="20"/>
        </w:rPr>
        <w:t>4:41  jannat ka taaluq hai woh insan jo iman aur amal salih par poora utre. jo quran mein jo alfaaz hain, woh hain iman</w:t>
      </w:r>
      <w:r>
        <w:br/>
      </w:r>
      <w:r>
        <w:rPr>
          <w:sz w:val="20"/>
        </w:rPr>
        <w:t>4:51  aur amal salih. zalik jaza muntazaka, jo apna tazkiya kare. to quran mein jo alfaaz hain, woh iman, amal salih, tazkiya, taqwa yeh alfaaz hain.</w:t>
      </w:r>
      <w:r>
        <w:br/>
      </w:r>
      <w:r>
        <w:rPr>
          <w:sz w:val="20"/>
        </w:rPr>
        <w:t>5:06  hum yeh kehte hain ke yeh sari</w:t>
      </w:r>
      <w:r>
        <w:br/>
      </w:r>
      <w:r>
        <w:rPr>
          <w:sz w:val="20"/>
        </w:rPr>
        <w:t>5:09  sifatain jo hain, is se bhi pehle aik cheez matloob hai, woh hai marifat. jab tak aap ko Allah ki marifat nahi hoti hai, Allah ki daryaft nahi hoti hai, tab tak yeh sifat abhrenge nahi aap ke andar.</w:t>
      </w:r>
      <w:r>
        <w:br/>
      </w:r>
      <w:r>
        <w:rPr>
          <w:sz w:val="20"/>
        </w:rPr>
        <w:t>5:25  to is mein koi shakk nahin ke jannat mein dakhle ki shartein wahi hain:</w:t>
      </w:r>
      <w:r>
        <w:br/>
      </w:r>
      <w:r>
        <w:rPr>
          <w:sz w:val="20"/>
        </w:rPr>
        <w:t>5:30  imaan, amal saleh, taqwa, tazkiya. lekin yeh sab kab hota hai? jab aap ke andar marifat aa gayi ho, Allah ki daryaft ki ho aap ne, Allah ki barhai ko aap ke zehen mein</w:t>
      </w:r>
      <w:r>
        <w:br/>
      </w:r>
      <w:r>
        <w:rPr>
          <w:sz w:val="20"/>
        </w:rPr>
        <w:t>5:47  nipha liya ho. jab tak aap Allah ki azmat ko, Allah ki barhai ko daryaft nahin karenge, yeh sifat ubhrenge nahin aap ke andar. isi wajah se marifat ka talluq is se ho jata hai.</w:t>
      </w:r>
      <w:r>
        <w:br/>
      </w:r>
      <w:r>
        <w:rPr>
          <w:sz w:val="20"/>
        </w:rPr>
        <w:t>6:04  Maulana Zikwan Nadvi ne Dilli se likha hai: "ek guftagu ke douran aap ne farmaya tha ke Quran mein Yahood o Nasara se talluq ko tark karne ka jo hukum diya gaya hai, woh koi aam hukum nahin.</w:t>
      </w:r>
      <w:r>
        <w:br/>
      </w:r>
      <w:r>
        <w:rPr>
          <w:sz w:val="20"/>
        </w:rPr>
        <w:t>6:21  iska talluq us halat se hai jab ke Musalman aur Yahood at war hon. Quran ki mazkoora ayat ka talluq jang ki soorat e haal se hai.</w:t>
      </w:r>
      <w:r>
        <w:br/>
      </w:r>
      <w:r>
        <w:rPr>
          <w:sz w:val="20"/>
        </w:rPr>
        <w:t>6:32  is ko janne ki ilmi buniyad kya hai?</w:t>
      </w:r>
      <w:r>
        <w:br/>
      </w:r>
      <w:r>
        <w:rPr>
          <w:sz w:val="20"/>
        </w:rPr>
        <w:t>6:36  yeh buniyad hai shan e nazool. saare ulma mante hain ke Quran ko samajhne ke liye shan e nazool ki riwayatein zaroori hain janna, asbab e nazool.</w:t>
      </w:r>
      <w:r>
        <w:br/>
      </w:r>
      <w:r>
        <w:rPr>
          <w:sz w:val="20"/>
        </w:rPr>
        <w:t>6:49  yani background jis ko hum kehte hain.</w:t>
      </w:r>
      <w:r>
        <w:br/>
      </w:r>
      <w:r>
        <w:rPr>
          <w:sz w:val="20"/>
        </w:rPr>
        <w:t>6:52  to baqi riwayatein hain aur kuch tafaseer likhi gayi hain inhi riwayaton par le kar, maslan Tafseer Ibn Kathir.</w:t>
      </w:r>
      <w:r>
        <w:br/>
      </w:r>
      <w:r>
        <w:rPr>
          <w:sz w:val="20"/>
        </w:rPr>
        <w:t>7:02  to aap yeh dekhiye in riwayaton ko le kar ke yeh ayatein kab utri theen.</w:t>
      </w:r>
      <w:r>
        <w:br/>
      </w:r>
      <w:r>
        <w:rPr>
          <w:sz w:val="20"/>
        </w:rPr>
        <w:t>7:10  to yeh riwayatein utri hain Makka mein nahin, aisi koi ayat Makka mein nahin utri hai. Madani mein utri hain jab ke halat e jang mein qaim ho chuki thi. yeh is tarah ki jadeed ayatein hain, Madani ayatein hain, Makki nahin hain.</w:t>
      </w:r>
      <w:r>
        <w:br/>
      </w:r>
      <w:r>
        <w:rPr>
          <w:sz w:val="20"/>
        </w:rPr>
        <w:t>7:24  to ilmi taur par is ko samajhne ka jo zariya hai, wahi hai jo ulma mante hain ke ayaton ko shan e nazool ke samjho,</w:t>
      </w:r>
      <w:r>
        <w:br/>
      </w:r>
      <w:r>
        <w:rPr>
          <w:sz w:val="20"/>
        </w:rPr>
        <w:t>7:32  asbab e nazool ke zariye samjho. yani woh ayat kab utri hai, kis mahol mein utri hai, kis masle mein utri hai, is ko jano. to main kahunga ke yeh ayatein Makka mein nahin utri, Madani mein utri hain aur us waqt utri hain jab ke jang chhad chuki thi aur Muslims aur doosre log at war ho chuke the.</w:t>
      </w:r>
      <w:r>
        <w:br/>
      </w:r>
      <w:r>
        <w:rPr>
          <w:sz w:val="20"/>
        </w:rPr>
        <w:t>7:52  is wajah se yeh</w:t>
      </w:r>
      <w:r>
        <w:br/>
      </w:r>
      <w:r>
        <w:rPr>
          <w:sz w:val="20"/>
        </w:rPr>
        <w:t>7:53  isi pas manzar mein is ko hum samajh sakte hain, is ko alag kar ke hum nahin samajh sakte.</w:t>
      </w:r>
    </w:p>
    <w:p>
      <w:pPr>
        <w:pStyle w:val="Heading2"/>
      </w:pPr>
      <w:r>
        <w:t>مرنے کے بعد اور قیامت کے دن جنت و جہنم کا مطلب</w:t>
      </w:r>
    </w:p>
    <w:p>
      <w:r>
        <w:rPr>
          <w:color w:val="666666"/>
          <w:sz w:val="18"/>
        </w:rPr>
        <w:t>Faith &amp; God · Islam and Science (In Conversation with Maulana) · 2m 04s · at 4:39 · https://youtu.be/pKS94tSXlT4?t=279</w:t>
      </w:r>
    </w:p>
    <w:p>
      <w:r>
        <w:rPr>
          <w:i/>
        </w:rPr>
        <w:t>“مرنے کے بعد جب ہر انسان اپنے آخری انجام جنت یا جہنم میں پہنچ جاتا ہے تو پھر قیامت کے دن حساب و کتاب کے بعد انسان کا جنت یا جہنم میں داخل کیے جانے کا کیا مطلب ہے؟”</w:t>
      </w:r>
    </w:p>
    <w:p>
      <w:r>
        <w:rPr>
          <w:sz w:val="20"/>
        </w:rPr>
        <w:t>4:39  maulana, agla sawal karachi pakistan se mister abdul latif ka aya hai. unhon ne likha hai: "marne ke baad jab har insan apne aakhri anjam jannat ya jahannum mein pahunch jata hai to phir qayamat ke din hisab o kitab ke baad insan ka jannat ya jahannum mein dakhil kiye jaane ka kya matlab hai؟"</w:t>
      </w:r>
      <w:r>
        <w:br/>
      </w:r>
      <w:r>
        <w:rPr>
          <w:sz w:val="20"/>
        </w:rPr>
        <w:t>5:02  dekhen, yeh baat aisi nahin hai ke hum—yeh asal yeh hai ke hum time space, time and space ke darmiyan jeete hain aur jo bayan time space hai, uska hum koi tasawwur kaam nahin kar sakte.</w:t>
      </w:r>
      <w:r>
        <w:br/>
      </w:r>
      <w:r>
        <w:rPr>
          <w:sz w:val="20"/>
        </w:rPr>
        <w:t>5:20  yeh sab yani relative baaten hain. to abhi hum is ko samajh nahin sakte ke kis tarike se wahan ka time aur wahan ka space ka kya nawiyat hogi.</w:t>
      </w:r>
      <w:r>
        <w:br/>
      </w:r>
      <w:r>
        <w:rPr>
          <w:sz w:val="20"/>
        </w:rPr>
        <w:t>5:36  abhi hum sirf ijbāl ke sath hi is waqt aqeeda rakh sakte hain. samajhta hoon ke einstein ki jo theory of relativity hai, woh is ko understandable banati hai ke zamana aur makan jo hai, woh izafi hain.</w:t>
      </w:r>
      <w:r>
        <w:br/>
      </w:r>
      <w:r>
        <w:rPr>
          <w:sz w:val="20"/>
        </w:rPr>
        <w:t>5:50  hum samajhte hain ke zamana aur makan jo hai, jo riwayati zehn ke mutabiq samajhte hain ke ke zamana aur makan zamana maan naam hai, yeh lambi muddat ka makan makan naam hai, lambi jagah ka.</w:t>
      </w:r>
      <w:r>
        <w:br/>
      </w:r>
      <w:r>
        <w:rPr>
          <w:sz w:val="20"/>
        </w:rPr>
        <w:t>6:09  to yeh tasawwur khatm kar diya hai is ne, is ki jo theory of relativity hai einstein ki. to is se mujmal taur par is baat ko hum mante hain ke ek aur duniya hai jahan zamana makan ka tasawwur jo ab hamare zehn mein hai, woh khatm ho jata hai.</w:t>
      </w:r>
      <w:r>
        <w:br/>
      </w:r>
      <w:r>
        <w:rPr>
          <w:sz w:val="20"/>
        </w:rPr>
        <w:t>6:29  to is ko hum aaj ke zehn ke sath samajh nahin sakte. is liye main yeh kahunga ke aap in cheezon mein zyada khoz mat kijiye aur mujmal taur par woh baat maan li jiye jo quran o hadith mein aayi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