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195 questions · category Faith &amp; God · full transcripts with timestamps · exported 2026-09-21</w:t>
      </w:r>
    </w:p>
    <w:p>
      <w:pPr>
        <w:pStyle w:val="Heading2"/>
      </w:pPr>
      <w:r>
        <w:t>Activities in Paradise: Similar or Different?</w:t>
      </w:r>
    </w:p>
    <w:p>
      <w:r>
        <w:rPr>
          <w:color w:val="666666"/>
          <w:sz w:val="18"/>
        </w:rPr>
        <w:t>Faith &amp; God · Man and The Paradise August 11, 2013 Maulana Wahiduddin Khan · 3m 49s · at 1:06:10 · https://youtu.be/m8XdpnaS95U?t=3970</w:t>
      </w:r>
    </w:p>
    <w:p>
      <w:r>
        <w:rPr>
          <w:i/>
        </w:rPr>
        <w:t>“What kind of activities will we do in paradise? Are they similar to what we do here and different and at what level?”</w:t>
      </w:r>
    </w:p>
    <w:p>
      <w:r>
        <w:rPr>
          <w:sz w:val="20"/>
        </w:rPr>
        <w:t>1:06:10  maulana, agla sawal khwaja kaleemuddin sahib ka hai, jo dilli mein hain abhi.</w:t>
      </w:r>
      <w:r>
        <w:br/>
      </w:r>
      <w:r>
        <w:rPr>
          <w:sz w:val="20"/>
        </w:rPr>
        <w:t>1:06:16  unhone likha hai: "what kind of activities will we do in paradise? are they similar to what we do here or different and at what level?" iske baare mein bataein.</w:t>
      </w:r>
      <w:r>
        <w:br/>
      </w:r>
      <w:r>
        <w:rPr>
          <w:sz w:val="20"/>
        </w:rPr>
        <w:t>1:06:33  jaise quran se maloom hota hai ke ke jannat jo hai, wahan bhi wahi activities hongi jo is duniya mein hain.</w:t>
      </w:r>
      <w:r>
        <w:br/>
      </w:r>
      <w:r>
        <w:rPr>
          <w:sz w:val="20"/>
        </w:rPr>
        <w:t>1:06:46  quran mein surah al-baqarah mein yeh aayat hai ke: "kul min min</w:t>
      </w:r>
      <w:r>
        <w:br/>
      </w:r>
      <w:r>
        <w:rPr>
          <w:sz w:val="20"/>
        </w:rPr>
        <w:t>1:06:58  to log isko lete hain sirf mewa ke maene mein ke jab woh khane peene ki cheez milegi to kahenge wahan bhi aisa mila tha hum ko." matlab wahan ka safe bhi is tarah ka milta julta hoga.</w:t>
      </w:r>
      <w:r>
        <w:br/>
      </w:r>
      <w:r>
        <w:rPr>
          <w:sz w:val="20"/>
        </w:rPr>
        <w:t>1:07:08  yeh khane peene ki baat nahi hai. arabi zabaan mein rizq bahut hi zyada yaani جامع lafz hai, bahut hi comprehensive lafz hai.</w:t>
      </w:r>
      <w:r>
        <w:br/>
      </w:r>
      <w:r>
        <w:rPr>
          <w:sz w:val="20"/>
        </w:rPr>
        <w:t>1:07:18  saari activities is mein aati hain, saari activities. to main yeh kahunga ke is aayat, is quran ki is aayat ka matlab yeh hai ke jannat ki zindagi is poori ki poori isi duniya se milti julti zindagi hogi.</w:t>
      </w:r>
      <w:r>
        <w:br/>
      </w:r>
      <w:r>
        <w:rPr>
          <w:sz w:val="20"/>
        </w:rPr>
        <w:t>1:07:34  lekin farq kya hoga?</w:t>
      </w:r>
      <w:r>
        <w:br/>
      </w:r>
      <w:r>
        <w:rPr>
          <w:sz w:val="20"/>
        </w:rPr>
        <w:t>1:07:37  farq yeh hoga ke</w:t>
      </w:r>
      <w:r>
        <w:br/>
      </w:r>
      <w:r>
        <w:rPr>
          <w:sz w:val="20"/>
        </w:rPr>
        <w:t>1:07:42  wahan ki zindagi mein aaj ki zindagi mein farq yeh hoga ke wahan koi limitations nahi hongi. limitation yahan limitation hoti hain, wahan koi disadvantage nahi hoga.</w:t>
      </w:r>
      <w:r>
        <w:br/>
      </w:r>
      <w:r>
        <w:rPr>
          <w:sz w:val="20"/>
        </w:rPr>
        <w:t>1:07:52  yahan advantage, disadvantage hote hain. wahan perfection hoga, yahan perfection nahi hota. wahan ideal hoga, yahan ideal nahi hota.</w:t>
      </w:r>
      <w:r>
        <w:br/>
      </w:r>
      <w:r>
        <w:rPr>
          <w:sz w:val="20"/>
        </w:rPr>
        <w:t>1:08:02  yeh yeh farq hai.</w:t>
      </w:r>
      <w:r>
        <w:br/>
      </w:r>
      <w:r>
        <w:rPr>
          <w:sz w:val="20"/>
        </w:rPr>
        <w:t>1:08:11  yahan pleasure ke saath pain mila hua hai. duniya mein har pleasure ke saath pain mila hua hai. wahan sirf pleasure hoga, sirf pleasure hoga.</w:t>
      </w:r>
      <w:r>
        <w:br/>
      </w:r>
      <w:r>
        <w:rPr>
          <w:sz w:val="20"/>
        </w:rPr>
        <w:t>1:08:21  isi liye jannat mein jab jayenge log, jannat wale, to woh kahenge: "alhamdulillah alladhi adfa'a 'anna al-huzn." allah ka shukr hai ke is ne huzn ko nikaal diya hamari zindagi se.</w:t>
      </w:r>
      <w:r>
        <w:br/>
      </w:r>
      <w:r>
        <w:rPr>
          <w:sz w:val="20"/>
        </w:rPr>
        <w:t>1:08:36  yeh yeh nahi kahenge ke ek aur hi dunya de di rehne ke liye jo is se mukhtalif thi.</w:t>
      </w:r>
      <w:r>
        <w:br/>
      </w:r>
      <w:r>
        <w:rPr>
          <w:sz w:val="20"/>
        </w:rPr>
        <w:t>1:08:41  yeh aise koi quran mein nahi, aisa koi reference hai ke jannat wale yeh kahein ke yeh to doosri dunya hai. bilkul aisa nahi kahenge. woh kahenge: "is dunya mein hum huzn ke saath rehna padta tha.</w:t>
      </w:r>
      <w:r>
        <w:br/>
      </w:r>
      <w:r>
        <w:rPr>
          <w:sz w:val="20"/>
        </w:rPr>
        <w:t>1:08:53  wahan bila huzn ki zindagi hai." huzn ka matlab yeh hai ke har qism ka pain, har qism ki takleef, har qism ka dard, har qism ka displeasure, woh hai huzn.</w:t>
      </w:r>
      <w:r>
        <w:br/>
      </w:r>
      <w:r>
        <w:rPr>
          <w:sz w:val="20"/>
        </w:rPr>
        <w:t>1:09:07  to</w:t>
      </w:r>
      <w:r>
        <w:br/>
      </w:r>
      <w:r>
        <w:rPr>
          <w:sz w:val="20"/>
        </w:rPr>
        <w:t>1:09:08  is dunya mein aap jante hain ke har phool ke saath kanta hai, har masarrat ke saath pareshani hai.</w:t>
      </w:r>
      <w:r>
        <w:br/>
      </w:r>
      <w:r>
        <w:rPr>
          <w:sz w:val="20"/>
        </w:rPr>
        <w:t>1:09:20  isi ka naam dunya hai. to akhirat mein yeh hoga ke allah taala wahan huzn ko nikaal denge. wahan par har cheez perfect hogi, har cheez ideal hogi.</w:t>
      </w:r>
      <w:r>
        <w:br/>
      </w:r>
      <w:r>
        <w:rPr>
          <w:sz w:val="20"/>
        </w:rPr>
        <w:t>1:09:36  isi wajah se wahan par hamein kamil fulfillment milega. woh koi aur okhi dunya nahi hogi, koi koi jinnaaton wali.</w:t>
      </w:r>
      <w:r>
        <w:br/>
      </w:r>
      <w:r>
        <w:rPr>
          <w:sz w:val="20"/>
        </w:rPr>
        <w:t>1:09:48  jo farq jo hoga, woh perfection imperfection ka hoga. perfection imperfection yeh hai imperfect world, woh hai perfect world.</w:t>
      </w:r>
    </w:p>
    <w:p>
      <w:pPr>
        <w:pStyle w:val="Heading2"/>
      </w:pPr>
      <w:r>
        <w:t>Advent of Mahdi and Jesus: physical or conceptual?</w:t>
      </w:r>
    </w:p>
    <w:p>
      <w:r>
        <w:rPr>
          <w:color w:val="666666"/>
          <w:sz w:val="18"/>
        </w:rPr>
        <w:t>Faith &amp; God · Discovery of Modern Age I 10th Feb. 13 · 2m 10s · at 1:00:13 · https://youtu.be/Yp5T0KacY84?t=3613</w:t>
      </w:r>
    </w:p>
    <w:p>
      <w:r>
        <w:rPr>
          <w:i/>
        </w:rPr>
        <w:t>“Please explain about the advent of Mahdi and Jesus (peace be upon them). Are they supposed to come physically or is it a conceptual role in this modern age?”</w:t>
      </w:r>
    </w:p>
    <w:p>
      <w:r>
        <w:rPr>
          <w:sz w:val="20"/>
        </w:rPr>
        <w:t>1:00:13  maulana, agla sawal Delhi se hai Shahnawaz Zafar sahab ka.</w:t>
      </w:r>
      <w:r>
        <w:br/>
      </w:r>
      <w:r>
        <w:rPr>
          <w:sz w:val="20"/>
        </w:rPr>
        <w:t>1:00:19  انہوں نے لکھا ہے: "Please explain about the advent of Mahdi and Isa alaihis salam." Are this suppose</w:t>
      </w:r>
      <w:r>
        <w:br/>
      </w:r>
      <w:r>
        <w:rPr>
          <w:sz w:val="20"/>
        </w:rPr>
        <w:t>1:00:24  to come physically or it is a conceptual role in this modern age? dekhiye, basic baat yeh hai</w:t>
      </w:r>
      <w:r>
        <w:br/>
      </w:r>
      <w:r>
        <w:rPr>
          <w:sz w:val="20"/>
        </w:rPr>
        <w:t>1:00:30  ke aap sari hadithain jo hain padhiye is hisse mein. sari hadithain.</w:t>
      </w:r>
      <w:r>
        <w:br/>
      </w:r>
      <w:r>
        <w:rPr>
          <w:sz w:val="20"/>
        </w:rPr>
        <w:t>1:00:36  kisi bhi hadith mein yeh nahi hai ke koi aadmi aayega to kahega ke main Mahdi</w:t>
      </w:r>
      <w:r>
        <w:br/>
      </w:r>
      <w:r>
        <w:rPr>
          <w:sz w:val="20"/>
        </w:rPr>
        <w:t>1:00:41  hoon, main masih hoon.</w:t>
      </w:r>
      <w:r>
        <w:br/>
      </w:r>
      <w:r>
        <w:rPr>
          <w:sz w:val="20"/>
        </w:rPr>
        <w:t>1:00:47  yeh declare karega.</w:t>
      </w:r>
      <w:r>
        <w:br/>
      </w:r>
      <w:r>
        <w:rPr>
          <w:sz w:val="20"/>
        </w:rPr>
        <w:t>1:00:53  aisa hai hi nahin.</w:t>
      </w:r>
      <w:r>
        <w:br/>
      </w:r>
      <w:r>
        <w:rPr>
          <w:sz w:val="20"/>
        </w:rPr>
        <w:t>1:00:59  jab ke paighambar aata hai to woh declare karta hai ke main masih hoon.</w:t>
      </w:r>
      <w:r>
        <w:br/>
      </w:r>
      <w:r>
        <w:rPr>
          <w:sz w:val="20"/>
        </w:rPr>
        <w:t>1:01:04  "ana nabiyyu wa la kadhib, ana rasool-e-rabb-ul-alameen." to kisi bhi hadith mein jo hadithain is hissay mein</w:t>
      </w:r>
      <w:r>
        <w:br/>
      </w:r>
      <w:r>
        <w:rPr>
          <w:sz w:val="20"/>
        </w:rPr>
        <w:t>1:01:10  aayi hain, is mein yeh baat nahin hai ke aane wala apni zuban se kahega ke main</w:t>
      </w:r>
      <w:r>
        <w:br/>
      </w:r>
      <w:r>
        <w:rPr>
          <w:sz w:val="20"/>
        </w:rPr>
        <w:t>1:01:16  mahdi hoon ya main masih hoon.</w:t>
      </w:r>
      <w:r>
        <w:br/>
      </w:r>
      <w:r>
        <w:rPr>
          <w:sz w:val="20"/>
        </w:rPr>
        <w:t>1:01:21  is se hi apne aap mein baat sabit ho jati hai ke woh ek role hai.</w:t>
      </w:r>
      <w:r>
        <w:br/>
      </w:r>
      <w:r>
        <w:rPr>
          <w:sz w:val="20"/>
        </w:rPr>
        <w:t>1:01:27  woh role hai.</w:t>
      </w:r>
      <w:r>
        <w:br/>
      </w:r>
      <w:r>
        <w:rPr>
          <w:sz w:val="20"/>
        </w:rPr>
        <w:t>1:01:33  yeh to logon ne jinhon ne dawaye kiye hain, woh to main samajhta hoon ke beslay dawaye thay.</w:t>
      </w:r>
      <w:r>
        <w:br/>
      </w:r>
      <w:r>
        <w:rPr>
          <w:sz w:val="20"/>
        </w:rPr>
        <w:t>1:01:38  jinhon ne kaha ke main mahdi hoon, jinhon ne kaha ke main masih hoon, yeh to beslay dawaye thay.</w:t>
      </w:r>
      <w:r>
        <w:br/>
      </w:r>
      <w:r>
        <w:rPr>
          <w:sz w:val="20"/>
        </w:rPr>
        <w:t>1:01:44  yeh kahan se bol rahe hain? woh jab hadithon mein yeh baat aayi nahin ke aane wala dawah</w:t>
      </w:r>
      <w:r>
        <w:br/>
      </w:r>
      <w:r>
        <w:rPr>
          <w:sz w:val="20"/>
        </w:rPr>
        <w:t>1:01:50  karega to aap kahan dawah kar rahe hain? to in hadithon mein kahin bhi yeh nahin hai</w:t>
      </w:r>
      <w:r>
        <w:br/>
      </w:r>
      <w:r>
        <w:rPr>
          <w:sz w:val="20"/>
        </w:rPr>
        <w:t>1:01:55  ke aane wala apni zuban se bolega ke main mahdi hoon, main masih hoon.</w:t>
      </w:r>
      <w:r>
        <w:br/>
      </w:r>
      <w:r>
        <w:rPr>
          <w:sz w:val="20"/>
        </w:rPr>
        <w:t>1:02:01  isi se sabit hota hai ke woh ek role ki baat hai.</w:t>
      </w:r>
      <w:r>
        <w:br/>
      </w:r>
      <w:r>
        <w:rPr>
          <w:sz w:val="20"/>
        </w:rPr>
        <w:t>1:02:07  aur role ka ilm Allah taala ko hai ke Allah ko pata hai kis ne yeh role kiya,</w:t>
      </w:r>
      <w:r>
        <w:br/>
      </w:r>
      <w:r>
        <w:rPr>
          <w:sz w:val="20"/>
        </w:rPr>
        <w:t>1:02:12  kis ne nahin kiya.</w:t>
      </w:r>
      <w:r>
        <w:br/>
      </w:r>
      <w:r>
        <w:rPr>
          <w:sz w:val="20"/>
        </w:rPr>
        <w:t>1:02:18  hum aap is ko determine nahin kar sakte.</w:t>
      </w:r>
    </w:p>
    <w:p>
      <w:pPr>
        <w:pStyle w:val="Heading2"/>
      </w:pPr>
      <w:r>
        <w:t>Answering Criticism of Fear-Based Worship</w:t>
      </w:r>
    </w:p>
    <w:p>
      <w:r>
        <w:rPr>
          <w:color w:val="666666"/>
          <w:sz w:val="18"/>
        </w:rPr>
        <w:t>Faith &amp; God · Q&amp;A 04 DEC 2011 Maulana Wahiduddin Khan · 2m 28s · at 33:20 · https://youtu.be/KIMNmuUZoGo?t=2000</w:t>
      </w:r>
    </w:p>
    <w:p>
      <w:r>
        <w:rPr>
          <w:i/>
        </w:rPr>
        <w:t>“In one of the discussions with my doctor, he said that first impression he got from Quran is that God wants to scare people and threaten man to worship. He gave examples of hell and burning in fire, etc. He said that a man should have loving relationship with God and not the one based on fear. Maulana please guide me for its appropriate answer.”</w:t>
      </w:r>
    </w:p>
    <w:p>
      <w:r>
        <w:rPr>
          <w:sz w:val="20"/>
        </w:rPr>
        <w:t>33:20  ji. maulana agla sawal aaya hai mister zeeshan yusuf ka hyderabad se. unhon ne likha hai: "in one of the discussions with my doctor, he said that first impression he got from quran is that god wants to scare people and threaten man to worship</w:t>
      </w:r>
      <w:r>
        <w:br/>
      </w:r>
      <w:r>
        <w:rPr>
          <w:sz w:val="20"/>
        </w:rPr>
        <w:t>33:44  . he gave examples of hell and burning in fire, etc. he said that a man should have loving relationship with god and not the one based on fear.</w:t>
      </w:r>
      <w:r>
        <w:br/>
      </w:r>
      <w:r>
        <w:rPr>
          <w:sz w:val="20"/>
        </w:rPr>
        <w:t>33:57  maulana please guide me for its appropriate answer."</w:t>
      </w:r>
      <w:r>
        <w:br/>
      </w:r>
      <w:r>
        <w:rPr>
          <w:sz w:val="20"/>
        </w:rPr>
        <w:t>34:03  dekhiye yeh aik cheez ko bure dhang se explain karna hai. masla fear ka ya hell ka nahin hai.</w:t>
      </w:r>
      <w:r>
        <w:br/>
      </w:r>
      <w:r>
        <w:rPr>
          <w:sz w:val="20"/>
        </w:rPr>
        <w:t>34:13  masla yeh hai ke khuda ka takhleeqi mansooba kya hai? creation plan of god kya hai? woh is se juri hui baat hai.</w:t>
      </w:r>
      <w:r>
        <w:br/>
      </w:r>
      <w:r>
        <w:rPr>
          <w:sz w:val="20"/>
        </w:rPr>
        <w:t>34:21  keh khuda ne jab banaya hai duniya ko to yeh testing ground hai.</w:t>
      </w:r>
      <w:r>
        <w:br/>
      </w:r>
      <w:r>
        <w:rPr>
          <w:sz w:val="20"/>
        </w:rPr>
        <w:t>34:30  to khuda select kar raha hai, select. ek selection khuda ki taraf se ho raha hai. kaun is test mein poora hua, kaun poora nahi hua.</w:t>
      </w:r>
      <w:r>
        <w:br/>
      </w:r>
      <w:r>
        <w:rPr>
          <w:sz w:val="20"/>
        </w:rPr>
        <w:t>34:40  jo poora hoga us ke paradise hai, poora nahi woh hell hai is ka. to woh to khuda ne bataya hai.</w:t>
      </w:r>
      <w:r>
        <w:br/>
      </w:r>
      <w:r>
        <w:rPr>
          <w:sz w:val="20"/>
        </w:rPr>
        <w:t>34:47  woh jis ko aap kehte hain keh threat diya hai, threat nahi diya hai. balkeh bataya hai keh kya hai takhleeqi mansooba, kya hone wala hai. to batane ko aap threat keh rahe hain.</w:t>
      </w:r>
      <w:r>
        <w:br/>
      </w:r>
      <w:r>
        <w:rPr>
          <w:sz w:val="20"/>
        </w:rPr>
        <w:t>34:58  ghalat us ko ek bura naam de rahe hain. yaani khuda ne jo cheez bator waqia batayi hai us ko aap keh rahe hain threat.</w:t>
      </w:r>
      <w:r>
        <w:br/>
      </w:r>
      <w:r>
        <w:rPr>
          <w:sz w:val="20"/>
        </w:rPr>
        <w:t>35:07  threat ki baat nahi hai.</w:t>
      </w:r>
      <w:r>
        <w:br/>
      </w:r>
      <w:r>
        <w:rPr>
          <w:sz w:val="20"/>
        </w:rPr>
        <w:t>35:09  agar agar agar aap ko traffic police kahe keh agar ghalat tareeqe se chalaoge gaari gaari to accident ho jayega to kahein threat hua?</w:t>
      </w:r>
      <w:r>
        <w:br/>
      </w:r>
      <w:r>
        <w:rPr>
          <w:sz w:val="20"/>
        </w:rPr>
        <w:t>35:19  agar traffic police wala kahein khada hua hai woh kahe keh tum agar ghalat gaari chaloge to</w:t>
      </w:r>
      <w:r>
        <w:br/>
      </w:r>
      <w:r>
        <w:rPr>
          <w:sz w:val="20"/>
        </w:rPr>
        <w:t>35:29  accident ho jayega, mar jaoge. to threat nahi hai yeh. yeh ek baat hai, us ko bataya us ne. aisi quran mein jo hai woh ek baat hai, woh batayi gayi hai, woh threat ko kehte hain aap us ko.</w:t>
      </w:r>
      <w:r>
        <w:br/>
      </w:r>
      <w:r>
        <w:rPr>
          <w:sz w:val="20"/>
        </w:rPr>
        <w:t>35:39  woh threat nahi hai. simply woh information hai.</w:t>
      </w:r>
    </w:p>
    <w:p>
      <w:pPr>
        <w:pStyle w:val="Heading2"/>
      </w:pPr>
      <w:r>
        <w:t>Answering claim that deeds control God's feelings</w:t>
      </w:r>
    </w:p>
    <w:p>
      <w:r>
        <w:rPr>
          <w:color w:val="666666"/>
          <w:sz w:val="18"/>
        </w:rPr>
        <w:t>Faith &amp; God · Purpose of Human Life February 12, 2012 Maulana Wahiduddin Khan · 3m 05s · at 1:38:57 · https://youtu.be/gRupSXuak-w?t=5937</w:t>
      </w:r>
    </w:p>
    <w:p>
      <w:r>
        <w:rPr>
          <w:i/>
        </w:rPr>
        <w:t>“A person said that "We can control feelings of Allah because of we do good deeds, Allah will become happy. If we do bad deeds, then He will become angry." Maulana Sahib, how can we answer to this question?”</w:t>
      </w:r>
    </w:p>
    <w:p>
      <w:r>
        <w:rPr>
          <w:sz w:val="20"/>
        </w:rPr>
        <w:t>1:38:57  Maulana, agla sawal Andhra Pradesh se aya hai Maulana Abdul Kareem sahib ka</w:t>
      </w:r>
      <w:r>
        <w:br/>
      </w:r>
      <w:r>
        <w:rPr>
          <w:sz w:val="20"/>
        </w:rPr>
        <w:t>1:39:02  . unhon ne poocha hai aap se k a Maulana ek sahib ne farmaya k "we can control feelings of Allah because of we do good deeds, Allah will become happy.</w:t>
      </w:r>
      <w:r>
        <w:br/>
      </w:r>
      <w:r>
        <w:rPr>
          <w:sz w:val="20"/>
        </w:rPr>
        <w:t>1:39:16  if we do bad deeds, then he will become angry." Maulana sahib, how can we answer to this question? kya kya bara</w:t>
      </w:r>
      <w:r>
        <w:br/>
      </w:r>
      <w:r>
        <w:rPr>
          <w:sz w:val="20"/>
        </w:rPr>
        <w:t>1:39:26  sentence mein samjhaya? haan, Maulana woh yeh keh rahe hain k jo Allah taala ki feelings hain, woh hum control kar sakte hain. ek sahib ne un ko kaha: "nahi, kya matlab feelings control kar?</w:t>
      </w:r>
      <w:r>
        <w:br/>
      </w:r>
      <w:r>
        <w:rPr>
          <w:sz w:val="20"/>
        </w:rPr>
        <w:t>1:39:34  kya matlab? kya kya bugwas baat hai yeh? kya matlab control kar sakte hain?" to kuch kuch koi sense nahi banta. aap bataiye, kya sense banta hai?</w:t>
      </w:r>
      <w:r>
        <w:br/>
      </w:r>
      <w:r>
        <w:rPr>
          <w:sz w:val="20"/>
        </w:rPr>
        <w:t>1:39:44  kya sawal hai? mein to samajh nahi raha.</w:t>
      </w:r>
      <w:r>
        <w:br/>
      </w:r>
      <w:r>
        <w:rPr>
          <w:sz w:val="20"/>
        </w:rPr>
        <w:t>1:39:46  Maulana, woh shayad yeh kehna chah</w:t>
      </w:r>
      <w:r>
        <w:br/>
      </w:r>
      <w:r>
        <w:rPr>
          <w:sz w:val="20"/>
        </w:rPr>
        <w:t>1:40:05  sawal ek: humein kya pata hai k hum ne acha kaam kiya hai? woh Allah taala jab is ko acha qarar de, tab woh acha hai. hamare samne acha ho jaye ga.</w:t>
      </w:r>
      <w:r>
        <w:br/>
      </w:r>
      <w:r>
        <w:rPr>
          <w:sz w:val="20"/>
        </w:rPr>
        <w:t>1:40:14  ab mein pani pi raha hoon, dahne haan, dahne hath se. bas samajh lo k bas Khuda khush ho gaya k bhai, aam makan baat ho gayi. yeh Khuda ko pata hai kis kaam par woh khush hoga, kis kaam par na khush hoga.</w:t>
      </w:r>
      <w:r>
        <w:br/>
      </w:r>
      <w:r>
        <w:rPr>
          <w:sz w:val="20"/>
        </w:rPr>
        <w:t>1:40:25  aap ko to yeh pata hai. hmm, yeh to bilkul stupid baat hai. bilkul jo ek aisa karta hai, aadmi woh samajhta hai k us ko us k ikhtiyar mein hai Khuda ko khush karna.</w:t>
      </w:r>
      <w:r>
        <w:br/>
      </w:r>
      <w:r>
        <w:rPr>
          <w:sz w:val="20"/>
        </w:rPr>
        <w:t>1:40:36  Khuda khud jis se jis cheez se khush hoga, jis cheez se naraz hoga, humein kya pata?</w:t>
      </w:r>
      <w:r>
        <w:br/>
      </w:r>
      <w:r>
        <w:rPr>
          <w:sz w:val="20"/>
        </w:rPr>
        <w:t>1:40:44  yaani jo kaam hum karte hain, woh Khuda jis ko qabool kare, tab ja kar woh Khuda ko khush karne wala baney ga.</w:t>
      </w:r>
      <w:r>
        <w:br/>
      </w:r>
      <w:r>
        <w:rPr>
          <w:sz w:val="20"/>
        </w:rPr>
        <w:t>1:40:54  sirf hamare karne se thori ban jaye ga. isi liye saare Sahaba jo thay, aakhir waqt tak fear mein jeete thay. fear mein kya?</w:t>
      </w:r>
      <w:r>
        <w:br/>
      </w:r>
      <w:r>
        <w:rPr>
          <w:sz w:val="20"/>
        </w:rPr>
        <w:t>1:41:03  woh hum ne jo kiya, woh qabool hua k nahi? Allah taala k haan yeh to ek stupid question hai.</w:t>
      </w:r>
    </w:p>
    <w:p>
      <w:pPr>
        <w:pStyle w:val="Heading2"/>
      </w:pPr>
      <w:r>
        <w:t>Are prophets' duas always accepted?</w:t>
      </w:r>
    </w:p>
    <w:p>
      <w:r>
        <w:rPr>
          <w:color w:val="666666"/>
          <w:sz w:val="18"/>
        </w:rPr>
        <w:t>Faith &amp; God · The Character of a Dayee 4 March 2012 - Maulana Wahiduddin Khan · 3m 08s · at 1:24:17 · https://youtu.be/YtavJpVNbEM?t=5057</w:t>
      </w:r>
    </w:p>
    <w:p>
      <w:r>
        <w:rPr>
          <w:i/>
        </w:rPr>
        <w:t>“Is the dua made by prophets always accepted by Allah? Is there any case when Prophet Muhammad asked something in dua, but Allah did not accept it?”</w:t>
      </w:r>
    </w:p>
    <w:p>
      <w:r>
        <w:rPr>
          <w:sz w:val="20"/>
        </w:rPr>
        <w:t>1:24:17  maulana, agla sawal haiderabad se aaya hai misTr zeeshan yusuf ka. unho'n ne aap se poocha hai ke is dua "made by prophets" always accepted by Allah.</w:t>
      </w:r>
      <w:r>
        <w:br/>
      </w:r>
      <w:r>
        <w:rPr>
          <w:sz w:val="20"/>
        </w:rPr>
        <w:t>1:24:29  Is there any case when Prophet Muhammad asked something in dua, but Allah did not accept it?</w:t>
      </w:r>
      <w:r>
        <w:br/>
      </w:r>
      <w:r>
        <w:rPr>
          <w:sz w:val="20"/>
        </w:rPr>
        <w:t>1:24:37  haan, is ki maujood hai. ummat ke liye dua ki thi aap ne,</w:t>
      </w:r>
      <w:r>
        <w:br/>
      </w:r>
      <w:r>
        <w:rPr>
          <w:sz w:val="20"/>
        </w:rPr>
        <w:t>1:24:45  woh Allah taala ne qabool nahi'n ki. khud rasool Allah ne farmaya ke qabool nahi'n hui. kaha ji, To qabool nahi'n hui thi. sab bahmi ikhtilaf hain.</w:t>
      </w:r>
      <w:r>
        <w:br/>
      </w:r>
      <w:r>
        <w:rPr>
          <w:sz w:val="20"/>
        </w:rPr>
        <w:t>1:24:55  bahmi ikhtilaf. rasool Allah sal Allahu alaihi wasallam ne dua ki Allah taala se ke meri ummat mein bahmi ikhtilaf na ho,</w:t>
      </w:r>
      <w:r>
        <w:br/>
      </w:r>
      <w:r>
        <w:rPr>
          <w:sz w:val="20"/>
        </w:rPr>
        <w:t>1:25:05  bahmi ikhtilaf na ho. lamba sajda kiya tha aap ne, To aap ne khud farmaya ke yeh qabool nahi'n hui.</w:t>
      </w:r>
      <w:r>
        <w:br/>
      </w:r>
      <w:r>
        <w:rPr>
          <w:sz w:val="20"/>
        </w:rPr>
        <w:t>1:25:16  To is ka ma'na hai ke jab musalman bahmi ikhtilaf kar ke aapas mein, ya'ni aik doosre ke negative ban jayen, nafraten karen aur buraiyan phailayen, jhoote ilzamat lagayen.</w:t>
      </w:r>
      <w:r>
        <w:br/>
      </w:r>
      <w:r>
        <w:rPr>
          <w:sz w:val="20"/>
        </w:rPr>
        <w:t>1:25:32  dekhen, bahmi ikhtilaf saada baat nahi'n hai.</w:t>
      </w:r>
      <w:r>
        <w:br/>
      </w:r>
      <w:r>
        <w:rPr>
          <w:sz w:val="20"/>
        </w:rPr>
        <w:t>1:25:35  bahmi ikhtilaf ke do ma'ne hain. aik yeh hai jis ko kehte hain "dissent". dissent ya'ni</w:t>
      </w:r>
      <w:r>
        <w:br/>
      </w:r>
      <w:r>
        <w:rPr>
          <w:sz w:val="20"/>
        </w:rPr>
        <w:t>1:25:46  ikhtilafi rai ka izhar. dissent is very good. dissent mein koi kharabi nahi'n hai. D. I. S. S. E. N. T.</w:t>
      </w:r>
      <w:r>
        <w:br/>
      </w:r>
      <w:r>
        <w:rPr>
          <w:sz w:val="20"/>
        </w:rPr>
        <w:t>1:25:56  decent mein koi kharabi nahi hai. woh koi burai nahi hai. woh lekin yeh buri cheez hai ke aap kisi se aap ko ikhtilaf ho to aap us ke dushman ban jayen, us ko badnaam karen, jhoote ilzaam lagayen,</w:t>
      </w:r>
      <w:r>
        <w:br/>
      </w:r>
      <w:r>
        <w:rPr>
          <w:sz w:val="20"/>
        </w:rPr>
        <w:t>1:26:12  us ka character asassinate karen. yeh sab yeh sab buri cheezain hain. to is se Allah Rasool Allah ne dua ki thi ke yeh meri qom is mein na mubtala ho, is burai mein.</w:t>
      </w:r>
      <w:r>
        <w:br/>
      </w:r>
      <w:r>
        <w:rPr>
          <w:sz w:val="20"/>
        </w:rPr>
        <w:t>1:26:21  to dua qabool nahi hui. kyunke agar yeh, agar Allah taala is ummat ko is se, yani</w:t>
      </w:r>
      <w:r>
        <w:br/>
      </w:r>
      <w:r>
        <w:rPr>
          <w:sz w:val="20"/>
        </w:rPr>
        <w:t>1:26:29  is se woh kar de, mehfooz kar de, to un ka imtehan kis cheez mein hoga? un ka test kis cheez mein liya jayega? to test khatam ho jata tha.</w:t>
      </w:r>
      <w:r>
        <w:br/>
      </w:r>
      <w:r>
        <w:rPr>
          <w:sz w:val="20"/>
        </w:rPr>
        <w:t>1:26:39  is liye qabool nahi hui dua. to musalmanon ko bohat ziyada darna chahiye is baat se</w:t>
      </w:r>
      <w:r>
        <w:br/>
      </w:r>
      <w:r>
        <w:rPr>
          <w:sz w:val="20"/>
        </w:rPr>
        <w:t>1:26:48  ke ikhtilaf kar ke jo aaj kal aam hai, aam jahan ikhtilaf hua, foran jhooti baatein phailane lage is ke baray mein.</w:t>
      </w:r>
      <w:r>
        <w:br/>
      </w:r>
      <w:r>
        <w:rPr>
          <w:sz w:val="20"/>
        </w:rPr>
        <w:t>1:26:58  jahan ikhtilaf hua, ilzaam tarashi, aib zani, yeh se shuru kar di. to yeh woh maqam hai jahan</w:t>
      </w:r>
      <w:r>
        <w:br/>
      </w:r>
      <w:r>
        <w:rPr>
          <w:sz w:val="20"/>
        </w:rPr>
        <w:t>1:27:06  aik Allah aur Rasool ka saath dene wale nahi hain. jo is mein mubtala hoga, to us ko Allah aur Rasool ka saath nahi milega. aap ko decent ka haq bilashuba hai, decent ka daleel ke sath.</w:t>
      </w:r>
      <w:r>
        <w:br/>
      </w:r>
      <w:r>
        <w:rPr>
          <w:sz w:val="20"/>
        </w:rPr>
        <w:t>1:27:18  lekin kisi ka character assassination, kisi ki aib zani, kisi ki ilzaam tarashi,</w:t>
      </w:r>
    </w:p>
    <w:p>
      <w:pPr>
        <w:pStyle w:val="Heading2"/>
      </w:pPr>
      <w:r>
        <w:t>Are sins due to weakness in monotheistic faith?</w:t>
      </w:r>
    </w:p>
    <w:p>
      <w:r>
        <w:rPr>
          <w:color w:val="666666"/>
          <w:sz w:val="18"/>
        </w:rPr>
        <w:t>Faith &amp; God · Revival of Faith September 25, 2011 Maulana Wahiduddin Khan · 3m 07s · at 1:12:22 · https://youtu.be/sG_btZMffxg?t=4342</w:t>
      </w:r>
    </w:p>
    <w:p>
      <w:r>
        <w:rPr>
          <w:i/>
        </w:rPr>
        <w:t>“A person cannot enter paradise without proving himself to be a monotheist, but the sins that a person commits, are they due to weakness in faith of monotheism? Please explain.”</w:t>
      </w:r>
    </w:p>
    <w:p>
      <w:r>
        <w:rPr>
          <w:sz w:val="20"/>
        </w:rPr>
        <w:t>1:12:22  mr amir bin yusuf ne karachi pakistan se sawal kiya hai. unhone likha hai: "insan jannat mein apne aap ko tawheed parast hone ke saboot diye baghair nahi ja sakta,</w:t>
      </w:r>
      <w:r>
        <w:br/>
      </w:r>
      <w:r>
        <w:rPr>
          <w:sz w:val="20"/>
        </w:rPr>
        <w:t>1:12:37  magar jo insaan se gunah hote hain, woh kya imaan toheed ki kamzori ki wajah se hote hain? is ke bare mein bataein." mein bas samajhta hoon ke aise aadmi ko bas apni study barhana chahiye.</w:t>
      </w:r>
      <w:r>
        <w:br/>
      </w:r>
      <w:r>
        <w:rPr>
          <w:sz w:val="20"/>
        </w:rPr>
        <w:t>1:12:51  zyada mutala, zyada mutala karne se sari baatein clear hoti hain, aur shaoor barhta hai.</w:t>
      </w:r>
      <w:r>
        <w:br/>
      </w:r>
      <w:r>
        <w:rPr>
          <w:sz w:val="20"/>
        </w:rPr>
        <w:t>1:13:00  jitna shaoor barhega,</w:t>
      </w:r>
      <w:r>
        <w:br/>
      </w:r>
      <w:r>
        <w:rPr>
          <w:sz w:val="20"/>
        </w:rPr>
        <w:t>1:13:02  imaan ki kamzori aik ambiguous term hai. mein samajhta hoon ke aisi cheez hai shaoor ki kami aa jati hai. shaoor ki kami aa jati hai.</w:t>
      </w:r>
      <w:r>
        <w:br/>
      </w:r>
      <w:r>
        <w:rPr>
          <w:sz w:val="20"/>
        </w:rPr>
        <w:t>1:13:11  jab aap zyada study karein ge, zyada parhein ge to aap ka shaoor barhega. jab shaoor barhega to apne aap sab cheezein theek hoti chali jayengi.</w:t>
      </w:r>
      <w:r>
        <w:br/>
      </w:r>
      <w:r>
        <w:rPr>
          <w:sz w:val="20"/>
        </w:rPr>
        <w:t>1:13:21  imaan ki kamzori to aik aik waham term hai. kya matlab is ka hai imaan ki kamzori ka? ji, mr shah imran hasan ne new delhi se sawal kiya hai.</w:t>
      </w:r>
      <w:r>
        <w:br/>
      </w:r>
      <w:r>
        <w:rPr>
          <w:sz w:val="20"/>
        </w:rPr>
        <w:t>1:13:31  unhon ne likha hai: "aap paraye apne speech mein kehte hain ke islam dharm shanti ka sandesh deta hai, magar practically to dharm aadmi ke beech nafrat ki bhavna paida karta hai.</w:t>
      </w:r>
      <w:r>
        <w:br/>
      </w:r>
      <w:r>
        <w:rPr>
          <w:sz w:val="20"/>
        </w:rPr>
        <w:t>1:13:46  jaise mein imran hoon, koi rajesh hai. dharm ne to humein aapas mein baant diya hai. kripya karke spasht karein." naam se batwara nahi hota hai.</w:t>
      </w:r>
      <w:r>
        <w:br/>
      </w:r>
      <w:r>
        <w:rPr>
          <w:sz w:val="20"/>
        </w:rPr>
        <w:t>1:14:02  naam se batwara nahi hota hai. soch se batwara hota hai. soch se logon ki soch mein intolerance hota hai.</w:t>
      </w:r>
      <w:r>
        <w:br/>
      </w:r>
      <w:r>
        <w:rPr>
          <w:sz w:val="20"/>
        </w:rPr>
        <w:t>1:14:12  is se batwara hota hai. ab mein to dekhein, mera naam aik aik arabi naam hai, muslim naam. mein sare insaan se mohabbat karta hoon.</w:t>
      </w:r>
      <w:r>
        <w:br/>
      </w:r>
      <w:r>
        <w:rPr>
          <w:sz w:val="20"/>
        </w:rPr>
        <w:t>1:14:22  mein sach poochhiye, mere dil mein kisi ki nafrat nahi.</w:t>
      </w:r>
      <w:r>
        <w:br/>
      </w:r>
      <w:r>
        <w:rPr>
          <w:sz w:val="20"/>
        </w:rPr>
        <w:t>1:14:27  abhi subah mein kisi ne kaha tha, aaj hi subah ke india ka jo constitution bana to muslim leaderon ke mang par is mein clause rakha gaya ke minority ya majority ke musalmanon ko minority kar diya aur hinduo ko majority.</w:t>
      </w:r>
      <w:r>
        <w:br/>
      </w:r>
      <w:r>
        <w:rPr>
          <w:sz w:val="20"/>
        </w:rPr>
        <w:t>1:14:43  mein ne kaha yeh kya, is ki kya zaroorat thi? koi zaroorat hi nahi. bhai, hum indian hain, bas hum indian hain. hum kyun kahein ke aap log, hum aqalliyat hain?</w:t>
      </w:r>
      <w:r>
        <w:br/>
      </w:r>
      <w:r>
        <w:rPr>
          <w:sz w:val="20"/>
        </w:rPr>
        <w:t>1:14:54  to mein to sochta hi nahi is tareeqe se. agarche mera naam muslim hai, mein aik aik practice muslim hoon. yeh sara mamla soch ka mamla hai, naam ka mamla nahi hai.</w:t>
      </w:r>
      <w:r>
        <w:br/>
      </w:r>
      <w:r>
        <w:rPr>
          <w:sz w:val="20"/>
        </w:rPr>
        <w:t>1:15:06  agar jin logon ke naam eksaan hain, woh aapas mein ladte nahi hain. hindu, hindu aapas mein nahi ladta. muslim, muslim, muslim aapas mein nahi ladte. musalman, musalman aapas mein ladte hain. hindu, hindu aapas mein ladte hain.</w:t>
      </w:r>
      <w:r>
        <w:br/>
      </w:r>
      <w:r>
        <w:rPr>
          <w:sz w:val="20"/>
        </w:rPr>
        <w:t>1:15:15  to naam ka mamla nahi hai, soch ka mamla hai.</w:t>
      </w:r>
      <w:r>
        <w:br/>
      </w:r>
      <w:r>
        <w:rPr>
          <w:sz w:val="20"/>
        </w:rPr>
        <w:t>1:15:19  soch ki satah par aadmi ka agar tolerance ho to bas sab theek rahega.</w:t>
      </w:r>
    </w:p>
    <w:p>
      <w:pPr>
        <w:pStyle w:val="Heading2"/>
      </w:pPr>
      <w:r>
        <w:t>Atheism intellectual or practical state</w:t>
      </w:r>
    </w:p>
    <w:p>
      <w:r>
        <w:rPr>
          <w:color w:val="666666"/>
          <w:sz w:val="18"/>
        </w:rPr>
        <w:t>Faith &amp; God · On Atheism | May 22, 2016 · 2m 24s · at 1:16:36 · https://youtu.be/tzJmfYnSleo?t=4596</w:t>
      </w:r>
    </w:p>
    <w:p>
      <w:r>
        <w:rPr>
          <w:i/>
        </w:rPr>
        <w:t>“Is atheism an intellectual state or a practical one? The common Muslim may be atheist without knowing. What is your comment to this?”</w:t>
      </w:r>
    </w:p>
    <w:p>
      <w:r>
        <w:rPr>
          <w:sz w:val="20"/>
        </w:rPr>
        <w:t>1:16:36  maulana agla sawal jamal bin saad ne kiya hai unhone apni location nahi likhi hai unka</w:t>
      </w:r>
      <w:r>
        <w:br/>
      </w:r>
      <w:r>
        <w:rPr>
          <w:sz w:val="20"/>
        </w:rPr>
        <w:t>1:16:42  سوال ہے کہ Is atheism an intellectual state or a practical one? The common Muslim may be atheist.</w:t>
      </w:r>
      <w:r>
        <w:br/>
      </w:r>
      <w:r>
        <w:rPr>
          <w:sz w:val="20"/>
        </w:rPr>
        <w:t>1:16:48  without knowing. What is your comment to this?</w:t>
      </w:r>
      <w:r>
        <w:br/>
      </w:r>
      <w:r>
        <w:rPr>
          <w:sz w:val="20"/>
        </w:rPr>
        <w:t>1:16:54  کیا پھر سے پڑھیے Is atheism an intellectual state or a practical one? The common Muslim</w:t>
      </w:r>
      <w:r>
        <w:br/>
      </w:r>
      <w:r>
        <w:rPr>
          <w:sz w:val="20"/>
        </w:rPr>
        <w:t>1:17:00  may also be an atheist without knowing it.</w:t>
      </w:r>
      <w:r>
        <w:br/>
      </w:r>
      <w:r>
        <w:rPr>
          <w:sz w:val="20"/>
        </w:rPr>
        <w:t>1:17:06  to mujhe kuch clear nahi hua sawal aap ko clear hai maulana shayad wo yeh farq janna chah</w:t>
      </w:r>
      <w:r>
        <w:br/>
      </w:r>
      <w:r>
        <w:rPr>
          <w:sz w:val="20"/>
        </w:rPr>
        <w:t>1:17:12  rahe hain ke atheism jo hai wo kya ek mental level pe ek understanding ko le ke hai</w:t>
      </w:r>
      <w:r>
        <w:br/>
      </w:r>
      <w:r>
        <w:rPr>
          <w:sz w:val="20"/>
        </w:rPr>
        <w:t>1:17:18  ya practically applied hota hai yeh bhi ho sakta hai ke kai musalman jo believers kehte hon apne</w:t>
      </w:r>
      <w:r>
        <w:br/>
      </w:r>
      <w:r>
        <w:rPr>
          <w:sz w:val="20"/>
        </w:rPr>
        <w:t>1:17:24  ko but wo actually mein atheist hon but they might not be aware about it. dekhiye</w:t>
      </w:r>
      <w:r>
        <w:br/>
      </w:r>
      <w:r>
        <w:rPr>
          <w:sz w:val="20"/>
        </w:rPr>
        <w:t>1:17:30  atheist ki baat nahi hai har cheez jo bhi cheez hai pehle zehan ki satah par aati hai</w:t>
      </w:r>
      <w:r>
        <w:br/>
      </w:r>
      <w:r>
        <w:rPr>
          <w:sz w:val="20"/>
        </w:rPr>
        <w:t>1:17:37  aap khayen khana pani piyen bolen chalen kuch bhi ho pehle aap ko mind sochta hai phir wo</w:t>
      </w:r>
      <w:r>
        <w:br/>
      </w:r>
      <w:r>
        <w:rPr>
          <w:sz w:val="20"/>
        </w:rPr>
        <w:t>1:17:45  practice mein aata hai to atheist bhi pehle mind mein paida hogi phir aap us ko practice mein</w:t>
      </w:r>
      <w:r>
        <w:br/>
      </w:r>
      <w:r>
        <w:rPr>
          <w:sz w:val="20"/>
        </w:rPr>
        <w:t>1:17:52  layenge yeh to bilkul it is but natural is mein to koi do raah nahi hai.</w:t>
      </w:r>
      <w:r>
        <w:br/>
      </w:r>
      <w:r>
        <w:rPr>
          <w:sz w:val="20"/>
        </w:rPr>
        <w:t>1:18:00  Okay so we will end the session now thank you.</w:t>
      </w:r>
    </w:p>
    <w:p>
      <w:pPr>
        <w:pStyle w:val="Heading2"/>
      </w:pPr>
      <w:r>
        <w:t>Attributing Our Achievements Only to God</w:t>
      </w:r>
    </w:p>
    <w:p>
      <w:r>
        <w:rPr>
          <w:color w:val="666666"/>
          <w:sz w:val="18"/>
        </w:rPr>
        <w:t>Faith &amp; God · Study of The Quran November 30, 2014 · 2m 36s · at 1:03:39 · https://youtu.be/x3fcJ2nlDow?t=3819</w:t>
      </w:r>
    </w:p>
    <w:p>
      <w:r>
        <w:rPr>
          <w:i/>
        </w:rPr>
        <w:t>“When we achieve something, what is the way that we can attribute it only to God and not to anything of our own?”</w:t>
      </w:r>
    </w:p>
    <w:p>
      <w:r>
        <w:rPr>
          <w:sz w:val="20"/>
        </w:rPr>
        <w:t>1:03:39  maulana, agla sawal dilli se kiya hai miss naghma siddiqui ne, aur unhon ne aap se poocha hai ke "When we achieve something, what is the way that we can attribute it only to God and not to anything of our own?"</w:t>
      </w:r>
      <w:r>
        <w:br/>
      </w:r>
      <w:r>
        <w:rPr>
          <w:sz w:val="20"/>
        </w:rPr>
        <w:t>1:03:59  dekhiye, objective analysis aap karen kisi cheez ka bhi. to aap yahi tak pahunchenge ke woh cheez jo hai, jo mili hai mujhe, na mere paise se mili hai, na mere effort se mili hai.</w:t>
      </w:r>
      <w:r>
        <w:br/>
      </w:r>
      <w:r>
        <w:rPr>
          <w:sz w:val="20"/>
        </w:rPr>
        <w:t>1:04:14  woh khuda se mili hai. jaise misaal ke taur par dekhiye, yeh pani hai. yeh pani jo hai, aap jante hain ke water tax hum dete hain.</w:t>
      </w:r>
      <w:r>
        <w:br/>
      </w:r>
      <w:r>
        <w:rPr>
          <w:sz w:val="20"/>
        </w:rPr>
        <w:t>1:04:25  nal se pani aata hai.</w:t>
      </w:r>
      <w:r>
        <w:br/>
      </w:r>
      <w:r>
        <w:rPr>
          <w:sz w:val="20"/>
        </w:rPr>
        <w:t>1:04:27  water supply system jo hai, us se. to hum chahte hain ke water supply system hai, woh pani supply kar raha hai. hum ne water tax de kar apne haan tap lagwa liya to hamein pani mil raha hai.</w:t>
      </w:r>
      <w:r>
        <w:br/>
      </w:r>
      <w:r>
        <w:rPr>
          <w:sz w:val="20"/>
        </w:rPr>
        <w:t>1:04:39  to yeh soch bohat superficial soch hai. You have to go to deeper. aur deep pe jaiye ke pani kaise bana?</w:t>
      </w:r>
      <w:r>
        <w:br/>
      </w:r>
      <w:r>
        <w:rPr>
          <w:sz w:val="20"/>
        </w:rPr>
        <w:t>1:04:49  pani jaisi liquid cheez bani kaise?</w:t>
      </w:r>
      <w:r>
        <w:br/>
      </w:r>
      <w:r>
        <w:rPr>
          <w:sz w:val="20"/>
        </w:rPr>
        <w:t>1:04:53  to aap pohnchenge ke do gason ka majmooa hai. phir aap samjhenge ke do cheezen jo gases theen, woh water liquid form kaise aa gayi?</w:t>
      </w:r>
      <w:r>
        <w:br/>
      </w:r>
      <w:r>
        <w:rPr>
          <w:sz w:val="20"/>
        </w:rPr>
        <w:t>1:05:04  ke kya koi insan kar sakta hai aisa? insan to na to gas ko create kar sakta, na gas ko convert kar sakta pani mein.</w:t>
      </w:r>
      <w:r>
        <w:br/>
      </w:r>
      <w:r>
        <w:rPr>
          <w:sz w:val="20"/>
        </w:rPr>
        <w:t>1:05:15  tab shukr hi shukr</w:t>
      </w:r>
      <w:r>
        <w:br/>
      </w:r>
      <w:r>
        <w:rPr>
          <w:sz w:val="20"/>
        </w:rPr>
        <w:t>1:05:16  aayega. to har cheez jo bazahir aap kharidte hain shopping centers se ya ya khud se kahin se aap hasil karte hain, to woh aap deep mein jaiye.</w:t>
      </w:r>
      <w:r>
        <w:br/>
      </w:r>
      <w:r>
        <w:rPr>
          <w:sz w:val="20"/>
        </w:rPr>
        <w:t>1:05:32  deep mein jayenge to maloom hoga ke yeh sab Khuda ki taraf se hai.</w:t>
      </w:r>
      <w:r>
        <w:br/>
      </w:r>
      <w:r>
        <w:rPr>
          <w:sz w:val="20"/>
        </w:rPr>
        <w:t>1:05:36  misalan jo roti hum khate hain, to aap samjhen ke roti to hamein bazaar se khareed liya, gehoon aur chakar se paswa liya, aur cook ne paka diya, paisa de diya hum ne to roti mil gayi.</w:t>
      </w:r>
      <w:r>
        <w:br/>
      </w:r>
      <w:r>
        <w:rPr>
          <w:sz w:val="20"/>
        </w:rPr>
        <w:t>1:05:49  aap aur deep mein jaiye ke kaise is is mitti se, is soil se gehoon ka poda hua. is mein kaise baal aayi, is mein kaise gehoon tha,</w:t>
      </w:r>
      <w:r>
        <w:br/>
      </w:r>
      <w:r>
        <w:rPr>
          <w:sz w:val="20"/>
        </w:rPr>
        <w:t>1:06:03  kaise yeh sab hua.</w:t>
      </w:r>
      <w:r>
        <w:br/>
      </w:r>
      <w:r>
        <w:rPr>
          <w:sz w:val="20"/>
        </w:rPr>
        <w:t>1:06:04  to maloom hoga ke yeh to mere bas mein to kuch hai nahi, yeh to koi aur kar raha hai. tab shukr hi shukr aayega.</w:t>
      </w:r>
    </w:p>
    <w:p>
      <w:pPr>
        <w:pStyle w:val="Heading2"/>
      </w:pPr>
      <w:r>
        <w:t>Becoming son of God</w:t>
      </w:r>
    </w:p>
    <w:p>
      <w:r>
        <w:rPr>
          <w:color w:val="666666"/>
          <w:sz w:val="18"/>
        </w:rPr>
        <w:t>Faith &amp; God · Islam in A New Age March 18, 2012 · 2m 38s · at 1:21:46 · https://youtu.be/P5hzq_NheY0?t=4906</w:t>
      </w:r>
    </w:p>
    <w:p>
      <w:r>
        <w:rPr>
          <w:i/>
        </w:rPr>
        <w:t>“How can I become the son of the great God?”</w:t>
      </w:r>
    </w:p>
    <w:p>
      <w:r>
        <w:rPr>
          <w:sz w:val="20"/>
        </w:rPr>
        <w:t>1:21:46  Maulana, agla sawal dilli se hai, Mr. Ramakant Swami, jinhon ne aap se poocha hai ke How can I become the son of the great God?</w:t>
      </w:r>
      <w:r>
        <w:br/>
      </w:r>
      <w:r>
        <w:rPr>
          <w:sz w:val="20"/>
        </w:rPr>
        <w:t>1:21:57  Son? Son of the great God. Bhai, hum to nahin jante ke aap bete banen Allah ke. Yeh to Christian aqeeda hai. Hum to mante hain ke Allah ki baaton ko man'ne wale banen.</w:t>
      </w:r>
      <w:r>
        <w:br/>
      </w:r>
      <w:r>
        <w:rPr>
          <w:sz w:val="20"/>
        </w:rPr>
        <w:t>1:22:11  Allah ke Son ka yeh Sonship ka jo concept hai, woh to Christian</w:t>
      </w:r>
      <w:r>
        <w:br/>
      </w:r>
      <w:r>
        <w:rPr>
          <w:sz w:val="20"/>
        </w:rPr>
        <w:t>1:22:15  concept hai. Is ko hum nahin nahin mante hum. Is ko hum galat samajhte hain. Allah koi beta nahin. Koi Allah ka baap nahin aur koi Allah ka beta nahin.</w:t>
      </w:r>
      <w:r>
        <w:br/>
      </w:r>
      <w:r>
        <w:rPr>
          <w:sz w:val="20"/>
        </w:rPr>
        <w:t>1:22:27  Hum sab Allah ke creature hain, paida kiye hue hain. Creature hone ke naate hamein Allah ki baaton ko follow karna hai.</w:t>
      </w:r>
      <w:r>
        <w:br/>
      </w:r>
      <w:r>
        <w:rPr>
          <w:sz w:val="20"/>
        </w:rPr>
        <w:t>1:22:36  Yeh hum mante hain ke Sonship ka jo aqeeda hai, woh to Christian aqeeda hai jo Hazrat Masih ka diya hua nahin hai. Yani abhi bhi yeh Hazrat Masih ki jo taraf jo mansoob hai, jo Bible, jo Injeel, us mein abhi bhi yeh baat nahin hai.</w:t>
      </w:r>
      <w:r>
        <w:br/>
      </w:r>
      <w:r>
        <w:rPr>
          <w:sz w:val="20"/>
        </w:rPr>
        <w:t>1:22:51  Yeh to Church ka aqeeda hai. Sach poochhen to yeh Christianity ka bhi nahin hai, Church ka aqeeda hai yeh. Yeh Saint Paul ne nikala. To hum is ko sahi nahin samajhte.</w:t>
      </w:r>
      <w:r>
        <w:br/>
      </w:r>
      <w:r>
        <w:rPr>
          <w:sz w:val="20"/>
        </w:rPr>
        <w:t>1:23:03  Maulana, dilli se Miss Amita Pushpendra ne aap se sawal kiya hai. Woh aap se pooch rahi hain ke Where can we go to find God if we cannot see Him?</w:t>
      </w:r>
      <w:r>
        <w:br/>
      </w:r>
      <w:r>
        <w:rPr>
          <w:sz w:val="20"/>
        </w:rPr>
        <w:t>1:23:17  Kya cheez dekhta hai aadmi? Kuch nahin. Aap dekhte hain aap. Apne baap ko dekhte hain, apni maa ko dekhte hain. Yeh yeh yeh ek bohat khalsi hai, bohat bari.</w:t>
      </w:r>
      <w:r>
        <w:br/>
      </w:r>
      <w:r>
        <w:rPr>
          <w:sz w:val="20"/>
        </w:rPr>
        <w:t>1:23:26  Koi bhi cheez aap dekh nahin sakte. Jo dekhte ho to appearance hota hai.</w:t>
      </w:r>
      <w:r>
        <w:br/>
      </w:r>
      <w:r>
        <w:rPr>
          <w:sz w:val="20"/>
        </w:rPr>
        <w:t>1:23:31  To Allah ke creature ko hum dekhte hain?</w:t>
      </w:r>
      <w:r>
        <w:br/>
      </w:r>
      <w:r>
        <w:rPr>
          <w:sz w:val="20"/>
        </w:rPr>
        <w:t>1:23:37  Jis yani aap bhi apne appearance ko dekhte hain. Apne wajood jo asli hai, aap ka mind, aap ke soul, us ko thori dekhte hain aap? Ya apne maa baap ko aap us ka ek physical appearance ko dekhte hain.</w:t>
      </w:r>
      <w:r>
        <w:br/>
      </w:r>
      <w:r>
        <w:rPr>
          <w:sz w:val="20"/>
        </w:rPr>
        <w:t>1:23:50  Andar jo maa baap hain, woh to dekhte nahin hain aap.</w:t>
      </w:r>
      <w:r>
        <w:br/>
      </w:r>
      <w:r>
        <w:rPr>
          <w:sz w:val="20"/>
        </w:rPr>
        <w:t>1:23:53  To Khuda ka muamla bhi aisa hi hai ke Khuda ke creature ko hum dekhte hain. Khud Khuda ko aap dekhna chahte hain to yeh yeh nigah is is ke liye kafi nahin hai.</w:t>
      </w:r>
      <w:r>
        <w:br/>
      </w:r>
      <w:r>
        <w:rPr>
          <w:sz w:val="20"/>
        </w:rPr>
        <w:t>1:24:04  Woh to akhirat mein hogi, inshallah. Yeh dunya mein jo hamein aqbli hui hai, us mein hum kisi bhi cheez ko nahin dekhte. Sirf appearance ko dekhte hain.</w:t>
      </w:r>
      <w:r>
        <w:br/>
      </w:r>
      <w:r>
        <w:rPr>
          <w:sz w:val="20"/>
        </w:rPr>
        <w:t>1:24:13  Ek kitab hai, us ka naam hai Appearance and Reality. Aap us ko parhiye. Bradley ki Appearance and Reality.</w:t>
      </w:r>
    </w:p>
    <w:p>
      <w:pPr>
        <w:pStyle w:val="Heading2"/>
      </w:pPr>
      <w:r>
        <w:t>Believing in unseen God and angels</w:t>
      </w:r>
    </w:p>
    <w:p>
      <w:r>
        <w:rPr>
          <w:color w:val="666666"/>
          <w:sz w:val="18"/>
        </w:rPr>
        <w:t>Faith &amp; God · Hadith-e-Jibril, April 21, 2013 · 2m 26s · at 1:29:35 · https://youtu.be/0rF6Ou0pDog?t=5375</w:t>
      </w:r>
    </w:p>
    <w:p>
      <w:r>
        <w:rPr>
          <w:i/>
        </w:rPr>
        <w:t>“Among the things you said are necessary for faith, we have not seen God and angels. How can we believe in them?”</w:t>
      </w:r>
    </w:p>
    <w:p>
      <w:r>
        <w:rPr>
          <w:sz w:val="20"/>
        </w:rPr>
        <w:t>1:29:35  is ko parhne ke baad bhi agar koi sawal rehta hai to bataiye. haqeeqat e hajj mein aap is ke bare mein parh lijiye. maulana, agla sawal bhi jamia millia islamia se hai.</w:t>
      </w:r>
      <w:r>
        <w:br/>
      </w:r>
      <w:r>
        <w:rPr>
          <w:sz w:val="20"/>
        </w:rPr>
        <w:t>1:29:48  mus raziya ne kiya</w:t>
      </w:r>
      <w:r>
        <w:br/>
      </w:r>
      <w:r>
        <w:rPr>
          <w:sz w:val="20"/>
        </w:rPr>
        <w:t>1:29:49  hai. unhon ne likha hai maulana jitni cheezon par yaqeen aap ne imaan ke liye zaroori bataya hai un mein se khuda aur farishton ko hum ne nahi dekha.</w:t>
      </w:r>
      <w:r>
        <w:br/>
      </w:r>
      <w:r>
        <w:rPr>
          <w:sz w:val="20"/>
        </w:rPr>
        <w:t>1:30:02  rasoolon ke bare mein bhi quran aur tareekhi kitabon se hi pata chalta hai. phir in sab ki discovery kaise ho? imaan ki discovery se aap ka kya matlab hai?</w:t>
      </w:r>
      <w:r>
        <w:br/>
      </w:r>
      <w:r>
        <w:rPr>
          <w:sz w:val="20"/>
        </w:rPr>
        <w:t>1:30:14  hum to bana dekhe hi in par yaqeen karte hain.</w:t>
      </w:r>
      <w:r>
        <w:br/>
      </w:r>
      <w:r>
        <w:rPr>
          <w:sz w:val="20"/>
        </w:rPr>
        <w:t>1:30:21  dekhiye insaan ko jo dimagh diya gaya hai us ki definition yeh batayi jati hai ke dimagh ke andar</w:t>
      </w:r>
      <w:r>
        <w:br/>
      </w:r>
      <w:r>
        <w:rPr>
          <w:sz w:val="20"/>
        </w:rPr>
        <w:t>1:30:32  conceptual thought ki capacity hai. yaani tasawwurati taur par baat ko samajhna. yeh dimagh ki aala sift yahi hai.</w:t>
      </w:r>
      <w:r>
        <w:br/>
      </w:r>
      <w:r>
        <w:rPr>
          <w:sz w:val="20"/>
        </w:rPr>
        <w:t>1:30:43  ke na dekhe hue, na dekhne ke bawajood dekh dekh sakna. yeh insaan ke dimagh ki sift hai.</w:t>
      </w:r>
      <w:r>
        <w:br/>
      </w:r>
      <w:r>
        <w:rPr>
          <w:sz w:val="20"/>
        </w:rPr>
        <w:t>1:30:51  to conceptual thinking ki jo capacity insaan ke andar hai woh apne aap mein bata rahi hai ke imaan yeh bata rahi hai ke insaan ke andar yeh salahiyat hai ke woh ghaib ko bhi maan sake.</w:t>
      </w:r>
      <w:r>
        <w:br/>
      </w:r>
      <w:r>
        <w:rPr>
          <w:sz w:val="20"/>
        </w:rPr>
        <w:t>1:31:04  ghaib ko bhi maan la sake. aur doosri baat yeh hai ke science ne maujooda daur mein daryaft kiya hai har cheez ghaybi mein hai. aap apni maan ko samajhte hon ke main maan ko dekh rahe hon to aap dekh rahe hi nahi maan ko.</w:t>
      </w:r>
      <w:r>
        <w:br/>
      </w:r>
      <w:r>
        <w:rPr>
          <w:sz w:val="20"/>
        </w:rPr>
        <w:t>1:31:18  aap maan ke external</w:t>
      </w:r>
      <w:r>
        <w:br/>
      </w:r>
      <w:r>
        <w:rPr>
          <w:sz w:val="20"/>
        </w:rPr>
        <w:t>1:31:20  body ko dekh rahe hain. asal maan to us ke andar chupi hui hai. jo aap dikhai nahi deta aap ko. to har cheez har cheez jo hai unseen is daur mein hai.</w:t>
      </w:r>
      <w:r>
        <w:br/>
      </w:r>
      <w:r>
        <w:rPr>
          <w:sz w:val="20"/>
        </w:rPr>
        <w:t>1:31:31  ek kitab hai is ko aap padh lijiye unseen world. addington ki kitab hai unseen world. to us ne bataya ke sari sari cheez hi unseen hai.</w:t>
      </w:r>
      <w:r>
        <w:br/>
      </w:r>
      <w:r>
        <w:rPr>
          <w:sz w:val="20"/>
        </w:rPr>
        <w:t>1:31:41  jis ko insaan samajhta tha ke woh seen hai woh bhi aaj unseen ban chuka hai.</w:t>
      </w:r>
      <w:r>
        <w:br/>
      </w:r>
      <w:r>
        <w:rPr>
          <w:sz w:val="20"/>
        </w:rPr>
        <w:t>1:31:46  to aap dimagh ke andar jo sochne ki taqat hai usi se baaton ko aap jaan paate hain. to wohi islam mein matloob hai.</w:t>
      </w:r>
      <w:r>
        <w:br/>
      </w:r>
      <w:r>
        <w:rPr>
          <w:sz w:val="20"/>
        </w:rPr>
        <w:t>1:31:57  wohi matloob hai insaan mein.</w:t>
      </w:r>
    </w:p>
    <w:p>
      <w:pPr>
        <w:pStyle w:val="Heading2"/>
      </w:pPr>
      <w:r>
        <w:t>Biggest hurdle in discovering God</w:t>
      </w:r>
    </w:p>
    <w:p>
      <w:r>
        <w:rPr>
          <w:color w:val="666666"/>
          <w:sz w:val="18"/>
        </w:rPr>
        <w:t>Faith &amp; God · Discovering God June 30, 2019 Maulana Wahiduddin Khan · 2m 01s · at 37:04 · https://youtu.be/Yt1-eX7XzYU?t=2224</w:t>
      </w:r>
    </w:p>
    <w:p>
      <w:r>
        <w:rPr>
          <w:i/>
        </w:rPr>
        <w:t>“According to you, what is the biggest hurdle for anyone in discovering God?”</w:t>
      </w:r>
    </w:p>
    <w:p>
      <w:r>
        <w:rPr>
          <w:sz w:val="20"/>
        </w:rPr>
        <w:t>37:04  ! ke kya point hai?" muhammad irfan rashidi sahib ne parbhani se likha hai: "maulana sahib, today cps teams from mumbai, nagpur, parbhani, nanded, hyderabad and gulbarga have gathered for a da'wah program at parbhani, and we are watching your sunday program live together." maulana, sawal lena chahenge?</w:t>
      </w:r>
      <w:r>
        <w:br/>
      </w:r>
      <w:r>
        <w:rPr>
          <w:sz w:val="20"/>
        </w:rPr>
        <w:t>37:32  yeh sawal bheja hai ahmedabad se rahat kazmi sahib ne. unhon ne aap se poocha hai ke "according to you, what is the biggest hurdle for anyone in discovering God?"</w:t>
      </w:r>
      <w:r>
        <w:br/>
      </w:r>
      <w:r>
        <w:rPr>
          <w:sz w:val="20"/>
        </w:rPr>
        <w:t>37:51  aap ko mere misaal mein yeh jawab mil chuka hai. aap ne beshumar log paye honge jinhon ne mango khaya hai, lekin shayad ek bhi nahi milegi misaal aap ko ke mango khate hue us ko khushi ki hansi hansi aa gayi hai.</w:t>
      </w:r>
      <w:r>
        <w:br/>
      </w:r>
      <w:r>
        <w:rPr>
          <w:sz w:val="20"/>
        </w:rPr>
        <w:t>38:14  woh mango ke creator ko ek mohabbat bhare khuda ke taur par daryaft kiya, aur us ki aankhon mein khushi ke aansu aa jayen.</w:t>
      </w:r>
      <w:r>
        <w:br/>
      </w:r>
      <w:r>
        <w:rPr>
          <w:sz w:val="20"/>
        </w:rPr>
        <w:t>38:29  to logon ne discover nahi kiya,</w:t>
      </w:r>
      <w:r>
        <w:br/>
      </w:r>
      <w:r>
        <w:rPr>
          <w:sz w:val="20"/>
        </w:rPr>
        <w:t>38:34  khaliq ko discover nahi kiya. unhon ne is liye aisa hua. aap logon ke liye khuda ko discoverable item banaiye.</w:t>
      </w:r>
      <w:r>
        <w:br/>
      </w:r>
      <w:r>
        <w:rPr>
          <w:sz w:val="20"/>
        </w:rPr>
        <w:t>38:48  is ke baad aap dekhen ke har aadmi</w:t>
      </w:r>
      <w:r>
        <w:br/>
      </w:r>
      <w:r>
        <w:rPr>
          <w:sz w:val="20"/>
        </w:rPr>
        <w:t>38:56  mohabbat ka pahad ban jayega.</w:t>
      </w:r>
    </w:p>
    <w:p>
      <w:pPr>
        <w:pStyle w:val="Heading2"/>
      </w:pPr>
      <w:r>
        <w:t>Biggest obstacle to entering Paradise</w:t>
      </w:r>
    </w:p>
    <w:p>
      <w:r>
        <w:rPr>
          <w:color w:val="666666"/>
          <w:sz w:val="18"/>
        </w:rPr>
        <w:t>Faith &amp; God · Discovery of Paradise November 15, 2020 Maulana Wahiduddin Khan · 3m 32s · at 21:33 · https://youtu.be/Ig1kHk5K3zE?t=1293</w:t>
      </w:r>
    </w:p>
    <w:p>
      <w:r>
        <w:rPr>
          <w:i/>
        </w:rPr>
        <w:t>“What is the biggest obstacle to qualifying for Paradise? Please clarify.”</w:t>
      </w:r>
    </w:p>
    <w:p>
      <w:r>
        <w:rPr>
          <w:sz w:val="20"/>
        </w:rPr>
        <w:t>21:33  Maulana, kuch sawal lena chahenge. Yeh sawal bheja hai Lucknow se Yusuf Khan sahab ne. Unhon ne aapse poocha hai ke Maulana sahab, sab se bari rukawat paradise ko qualify karne ki kya hai?</w:t>
      </w:r>
      <w:r>
        <w:br/>
      </w:r>
      <w:r>
        <w:rPr>
          <w:sz w:val="20"/>
        </w:rPr>
        <w:t>21:50  Is ko wazeh karein.</w:t>
      </w:r>
      <w:r>
        <w:br/>
      </w:r>
      <w:r>
        <w:rPr>
          <w:sz w:val="20"/>
        </w:rPr>
        <w:t>21:53  Main sochta hoon ke Alhamdulillah Rabb-ul-Alameen ki daryaft, discovery, is mein jitni kami hogi, utni</w:t>
      </w:r>
      <w:r>
        <w:br/>
      </w:r>
      <w:r>
        <w:rPr>
          <w:sz w:val="20"/>
        </w:rPr>
        <w:t>22:08  daryaft mein kami hogi.</w:t>
      </w:r>
      <w:r>
        <w:br/>
      </w:r>
      <w:r>
        <w:rPr>
          <w:sz w:val="20"/>
        </w:rPr>
        <w:t>22:18  Hamare mission ki poori daud-dhoop is daryaft ke liye hui thi.</w:t>
      </w:r>
      <w:r>
        <w:br/>
      </w:r>
      <w:r>
        <w:rPr>
          <w:sz w:val="20"/>
        </w:rPr>
        <w:t>22:36  Miss Dania Mustafa ne Karachi Pakistan se likha hai: "What a thrilling lecture! You awaken the spirit of discovering God through science in me." Maulana sahab, I have a question.</w:t>
      </w:r>
      <w:r>
        <w:br/>
      </w:r>
      <w:r>
        <w:rPr>
          <w:sz w:val="20"/>
        </w:rPr>
        <w:t>22:52  Maulana sahab, are the divine laws set by Allah in the universe and in ourselves? Is it equal?</w:t>
      </w:r>
      <w:r>
        <w:br/>
      </w:r>
      <w:r>
        <w:rPr>
          <w:sz w:val="20"/>
        </w:rPr>
        <w:t>23:03  Can we base our life on these universal scientific laws?</w:t>
      </w:r>
      <w:r>
        <w:br/>
      </w:r>
      <w:r>
        <w:rPr>
          <w:sz w:val="20"/>
        </w:rPr>
        <w:t>23:12  Chonke! Woh yeh janna chah rahi hain ke jo nature mein aur hamare insano mein jo laws Allah taala ne banaye hain, jis pe jo zindagi chalti hai, kya is ko hum ek jaisa samajh sakte hain aur kya is ko divine revelations ke barabar maan sakte hain?</w:t>
      </w:r>
      <w:r>
        <w:br/>
      </w:r>
      <w:r>
        <w:rPr>
          <w:sz w:val="20"/>
        </w:rPr>
        <w:t>23:37  Main to samajhta hoon ke haan, aisa hi hai aur yeh itna zyada hai ke woh kabhi khatam nahi hoga.</w:t>
      </w:r>
      <w:r>
        <w:br/>
      </w:r>
      <w:r>
        <w:rPr>
          <w:sz w:val="20"/>
        </w:rPr>
        <w:t>23:49  Man aala Allah, man aala Allah, woh kabhi khatam nahi honge.</w:t>
      </w:r>
      <w:r>
        <w:br/>
      </w:r>
      <w:r>
        <w:rPr>
          <w:sz w:val="20"/>
        </w:rPr>
        <w:t>23:57  Isi liye Quran mein hai ke: "Man ba'ad</w:t>
      </w:r>
      <w:r>
        <w:br/>
      </w:r>
      <w:r>
        <w:rPr>
          <w:sz w:val="20"/>
        </w:rPr>
        <w:t>24:12  Kalmatullah."</w:t>
      </w:r>
      <w:r>
        <w:br/>
      </w:r>
      <w:r>
        <w:rPr>
          <w:sz w:val="20"/>
        </w:rPr>
        <w:t>24:16  To yeh to</w:t>
      </w:r>
      <w:r>
        <w:br/>
      </w:r>
      <w:r>
        <w:rPr>
          <w:sz w:val="20"/>
        </w:rPr>
        <w:t>24:20  koi shak nahi ke waqia hai.</w:t>
      </w:r>
      <w:r>
        <w:br/>
      </w:r>
      <w:r>
        <w:rPr>
          <w:sz w:val="20"/>
        </w:rPr>
        <w:t>24:30  maulana, agla comment bheja hai muhammad ammar sahib ne dilli se. unho ne likha hai: "maulana, aap ne bilkul durust farmaya.</w:t>
      </w:r>
      <w:r>
        <w:br/>
      </w:r>
      <w:r>
        <w:rPr>
          <w:sz w:val="20"/>
        </w:rPr>
        <w:t>24:42  allah ki daryaft hi hamare jeene aur marne ka maqsad hona chahiye. yahi raaz-e-hayat hai aur yeh raaz-e-hayat hamein sirf aap hi se seekhne ko mila hai.</w:t>
      </w:r>
      <w:r>
        <w:br/>
      </w:r>
      <w:r>
        <w:rPr>
          <w:sz w:val="20"/>
        </w:rPr>
        <w:t>24:57  inshallah, i will discover allah as much as i can in my entire life.</w:t>
      </w:r>
    </w:p>
    <w:p>
      <w:pPr>
        <w:pStyle w:val="Heading2"/>
      </w:pPr>
      <w:r>
        <w:t>Bringing children back to Islamic faith</w:t>
      </w:r>
    </w:p>
    <w:p>
      <w:r>
        <w:rPr>
          <w:color w:val="666666"/>
          <w:sz w:val="18"/>
        </w:rPr>
        <w:t>Faith &amp; God · Lessons from My Journey to Canada II January 10, 2016 · 2m 13s · at 1:00:35 · https://youtu.be/GHF2Ph3GW7A?t=3635</w:t>
      </w:r>
    </w:p>
    <w:p>
      <w:r>
        <w:rPr>
          <w:i/>
        </w:rPr>
        <w:t>“Many of our children are deviating from Islamic faith. They often react to your arguments and suggestions. How do we bring them to the right path?”</w:t>
      </w:r>
    </w:p>
    <w:p>
      <w:r>
        <w:rPr>
          <w:sz w:val="20"/>
        </w:rPr>
        <w:t>1:00:35  Maulana, agla sawal Orissa se hai Dr. Hamid Hussain sahib ka, aur un ka sawal hai: "Many of</w:t>
      </w:r>
      <w:r>
        <w:br/>
      </w:r>
      <w:r>
        <w:rPr>
          <w:sz w:val="20"/>
        </w:rPr>
        <w:t>1:00:44  aur children are deviating from Islamic faith,</w:t>
      </w:r>
      <w:r>
        <w:br/>
      </w:r>
      <w:r>
        <w:rPr>
          <w:sz w:val="20"/>
        </w:rPr>
        <w:t>1:00:49  They often react to your arguments and suggestions. How do we bring them to the right path?</w:t>
      </w:r>
      <w:r>
        <w:br/>
      </w:r>
      <w:r>
        <w:rPr>
          <w:sz w:val="20"/>
        </w:rPr>
        <w:t>1:00:57  ? Dekhiye, mera jo experience hai, woh yeh hai ke aam taur par hamare haan ulama ka jo</w:t>
      </w:r>
      <w:r>
        <w:br/>
      </w:r>
      <w:r>
        <w:rPr>
          <w:sz w:val="20"/>
        </w:rPr>
        <w:t>1:01:05  Tariqa raha hai, woh do and don't ki zabanen baat kartay rahay hain.</w:t>
      </w:r>
      <w:r>
        <w:br/>
      </w:r>
      <w:r>
        <w:rPr>
          <w:sz w:val="20"/>
        </w:rPr>
        <w:t>1:01:10  Yeh karo, woh na karo, yeh na karo, yeh karo, woh na karo.</w:t>
      </w:r>
      <w:r>
        <w:br/>
      </w:r>
      <w:r>
        <w:rPr>
          <w:sz w:val="20"/>
        </w:rPr>
        <w:t>1:01:15  To woh un ki samajh mein nahi aata.</w:t>
      </w:r>
      <w:r>
        <w:br/>
      </w:r>
      <w:r>
        <w:rPr>
          <w:sz w:val="20"/>
        </w:rPr>
        <w:t>1:01:17  Aaj ka jo youth hai, woh is kay andar to rational thinking hoti hai.</w:t>
      </w:r>
      <w:r>
        <w:br/>
      </w:r>
      <w:r>
        <w:rPr>
          <w:sz w:val="20"/>
        </w:rPr>
        <w:t>1:01:23  جس آدمی کے اندر ریشنل تھنکنگ ہے، وہ do and don't کی زبان اس کے سامنے آتی نہیں۔</w:t>
      </w:r>
      <w:r>
        <w:br/>
      </w:r>
      <w:r>
        <w:rPr>
          <w:sz w:val="20"/>
        </w:rPr>
        <w:t>1:01:31  To yeh sach poochain to language gap ka muamla hai.</w:t>
      </w:r>
      <w:r>
        <w:br/>
      </w:r>
      <w:r>
        <w:rPr>
          <w:sz w:val="20"/>
        </w:rPr>
        <w:t>1:01:35  Aaj ka jo daai hai, agar woh bolay ga woh zaban jo pehlay chalti thi, to is aaj</w:t>
      </w:r>
      <w:r>
        <w:br/>
      </w:r>
      <w:r>
        <w:rPr>
          <w:sz w:val="20"/>
        </w:rPr>
        <w:t>1:01:41  ka insaan samajh mein nahi aye ga.</w:t>
      </w:r>
      <w:r>
        <w:br/>
      </w:r>
      <w:r>
        <w:rPr>
          <w:sz w:val="20"/>
        </w:rPr>
        <w:t>1:01:43  Is ko aap national language in ko</w:t>
      </w:r>
      <w:r>
        <w:br/>
      </w:r>
      <w:r>
        <w:rPr>
          <w:sz w:val="20"/>
        </w:rPr>
        <w:t>1:01:48  batayiye. Baton ko</w:t>
      </w:r>
      <w:r>
        <w:br/>
      </w:r>
      <w:r>
        <w:rPr>
          <w:sz w:val="20"/>
        </w:rPr>
        <w:t>1:01:50  Dekhein, Quran mein aik ayat hai ke: "Kul fil fasal qaul baligha,</w:t>
      </w:r>
      <w:r>
        <w:br/>
      </w:r>
      <w:r>
        <w:rPr>
          <w:sz w:val="20"/>
        </w:rPr>
        <w:t>1:01:59  Kul fil fasal qaul baligha".</w:t>
      </w:r>
      <w:r>
        <w:br/>
      </w:r>
      <w:r>
        <w:rPr>
          <w:sz w:val="20"/>
        </w:rPr>
        <w:t>1:02:01  یعنی ایسی زبان میں بات کرو جو ان کے دل کو ایڈریس کرنے والی ہو، ان کے mind</w:t>
      </w:r>
      <w:r>
        <w:br/>
      </w:r>
      <w:r>
        <w:rPr>
          <w:sz w:val="20"/>
        </w:rPr>
        <w:t>1:02:08  Ko address karnay wali ho.</w:t>
      </w:r>
      <w:r>
        <w:br/>
      </w:r>
      <w:r>
        <w:rPr>
          <w:sz w:val="20"/>
        </w:rPr>
        <w:t>1:02:11  Qaul baligh ke maani hain mind ko address karnay wala kalam.</w:t>
      </w:r>
      <w:r>
        <w:br/>
      </w:r>
      <w:r>
        <w:rPr>
          <w:sz w:val="20"/>
        </w:rPr>
        <w:t>1:02:16  To main samajhta hoon ke mera tajruba to yahi hai ke jab hum aisay zaban mein baat karein</w:t>
      </w:r>
      <w:r>
        <w:br/>
      </w:r>
      <w:r>
        <w:rPr>
          <w:sz w:val="20"/>
        </w:rPr>
        <w:t>1:02:22  جو ان کے mind کو address کرے، تو وہ بہت توجہ سے سنتے ہیں اور اس کو importance</w:t>
      </w:r>
      <w:r>
        <w:br/>
      </w:r>
      <w:r>
        <w:rPr>
          <w:sz w:val="20"/>
        </w:rPr>
        <w:t>1:02:29  detay hain. To agar hum woh zaban bolain,</w:t>
      </w:r>
      <w:r>
        <w:br/>
      </w:r>
      <w:r>
        <w:rPr>
          <w:sz w:val="20"/>
        </w:rPr>
        <w:t>1:02:34  ڈو اور ڈونٹ والی زبان، تو ان کا mind کو ایڈریس نہیں کرے گا، تو وہ react</w:t>
      </w:r>
      <w:r>
        <w:br/>
      </w:r>
      <w:r>
        <w:rPr>
          <w:sz w:val="20"/>
        </w:rPr>
        <w:t>1:02:38  karenge to yeh masla sirf yani mindset ka hai na ke</w:t>
      </w:r>
      <w:r>
        <w:br/>
      </w:r>
      <w:r>
        <w:rPr>
          <w:sz w:val="20"/>
        </w:rPr>
        <w:t>1:02:47  inkar ka case nahi hai</w:t>
      </w:r>
    </w:p>
    <w:p>
      <w:pPr>
        <w:pStyle w:val="Heading2"/>
      </w:pPr>
      <w:r>
        <w:t>Can Intellect Be Used in Religion?</w:t>
      </w:r>
    </w:p>
    <w:p>
      <w:r>
        <w:rPr>
          <w:color w:val="666666"/>
          <w:sz w:val="18"/>
        </w:rPr>
        <w:t>Faith &amp; God · Material Science Vs Spiritual Science 20th May 12 SLOW · 2m 05s · at 1:17:33 · https://youtu.be/qYwFExG7cyM?t=4653</w:t>
      </w:r>
    </w:p>
    <w:p>
      <w:r>
        <w:rPr>
          <w:i/>
        </w:rPr>
        <w:t>“Can intellect be used in religion? Some people quote Ali (may Allah be pleased with him) saying: 'If religion were by intellect, then wiping under the foot would be more appropriate than wiping over it.'”</w:t>
      </w:r>
    </w:p>
    <w:p>
      <w:r>
        <w:rPr>
          <w:sz w:val="20"/>
        </w:rPr>
        <w:t>1:17:33  Maulana, agla sawal hai Umarabad se Maulana Fard Ahmed sahib ka.</w:t>
      </w:r>
      <w:r>
        <w:br/>
      </w:r>
      <w:r>
        <w:rPr>
          <w:sz w:val="20"/>
        </w:rPr>
        <w:t>1:17:39  unhon ne likha hai: "Deen mein aql ka istemal kiya ja sakta hai ya nahi? Kuch log yeh</w:t>
      </w:r>
      <w:r>
        <w:br/>
      </w:r>
      <w:r>
        <w:rPr>
          <w:sz w:val="20"/>
        </w:rPr>
        <w:t>1:17:45  kehte hain ke Hazrat Ali ne farmaya: agar deen aql se hota to paon ke neeche ka masah</w:t>
      </w:r>
      <w:r>
        <w:br/>
      </w:r>
      <w:r>
        <w:rPr>
          <w:sz w:val="20"/>
        </w:rPr>
        <w:t>1:17:51  hota, ooper ka nahi." Is ke baray mein batayen.</w:t>
      </w:r>
      <w:r>
        <w:br/>
      </w:r>
      <w:r>
        <w:rPr>
          <w:sz w:val="20"/>
        </w:rPr>
        <w:t>1:17:57  nahi, woh Hazrat Ali ke qoul ke alag alag mani mein hai.</w:t>
      </w:r>
      <w:r>
        <w:br/>
      </w:r>
      <w:r>
        <w:rPr>
          <w:sz w:val="20"/>
        </w:rPr>
        <w:t>1:18:03  aql to Quran Majeed mein, yani bar bar istemal hua hai.</w:t>
      </w:r>
      <w:r>
        <w:br/>
      </w:r>
      <w:r>
        <w:rPr>
          <w:sz w:val="20"/>
        </w:rPr>
        <w:t>1:18:09  yani, yani aql jo hai, Quran mein bar bar, yani is woh aadmi ko ubhara gaya hai ke</w:t>
      </w:r>
      <w:r>
        <w:br/>
      </w:r>
      <w:r>
        <w:rPr>
          <w:sz w:val="20"/>
        </w:rPr>
        <w:t>1:18:15  woh apni aql ko istemal kare.</w:t>
      </w:r>
      <w:r>
        <w:br/>
      </w:r>
      <w:r>
        <w:rPr>
          <w:sz w:val="20"/>
        </w:rPr>
        <w:t>1:18:21  aap Surah Aal-e-Imran mein parhiye mislan Inna fi khalqi samawati wal ardi wakhtilafi al-layli wal nahari la ayat-il-lil-albab</w:t>
      </w:r>
      <w:r>
        <w:br/>
      </w:r>
      <w:r>
        <w:rPr>
          <w:sz w:val="20"/>
        </w:rPr>
        <w:t>1:18:26  lub mani aql ke Khuda ki takhleeq mein nishaniyan hain.</w:t>
      </w:r>
      <w:r>
        <w:br/>
      </w:r>
      <w:r>
        <w:rPr>
          <w:sz w:val="20"/>
        </w:rPr>
        <w:t>1:18:32  Khuda ki takhleeq mein, yani woh sab kuch hai jo Allah taala ko matloob hai ke aap daryaft karen.</w:t>
      </w:r>
      <w:r>
        <w:br/>
      </w:r>
      <w:r>
        <w:rPr>
          <w:sz w:val="20"/>
        </w:rPr>
        <w:t>1:18:38  magar lub walon ke liye, al-bab ke liye, woh to jagah jagah aisa hai.</w:t>
      </w:r>
      <w:r>
        <w:br/>
      </w:r>
      <w:r>
        <w:rPr>
          <w:sz w:val="20"/>
        </w:rPr>
        <w:t>1:18:44  kahin kahin hajar ka lafz hai ke lub ka lafz hai ke aql ka lafz hai, kahin tadabbur</w:t>
      </w:r>
      <w:r>
        <w:br/>
      </w:r>
      <w:r>
        <w:rPr>
          <w:sz w:val="20"/>
        </w:rPr>
        <w:t>1:18:50  kalafz hai.</w:t>
      </w:r>
      <w:r>
        <w:br/>
      </w:r>
      <w:r>
        <w:rPr>
          <w:sz w:val="20"/>
        </w:rPr>
        <w:t>1:18:56  yeh sab isi liye hai ke aadmi apni aql ko istemal kare.</w:t>
      </w:r>
      <w:r>
        <w:br/>
      </w:r>
      <w:r>
        <w:rPr>
          <w:sz w:val="20"/>
        </w:rPr>
        <w:t>1:19:02  jo log aisa kehte hain, woh to quran ke nafi hain.</w:t>
      </w:r>
      <w:r>
        <w:br/>
      </w:r>
      <w:r>
        <w:rPr>
          <w:sz w:val="20"/>
        </w:rPr>
        <w:t>1:19:08  quran ke nafi hain ke islam mein aql ka dakhal nahi hai.</w:t>
      </w:r>
      <w:r>
        <w:br/>
      </w:r>
      <w:r>
        <w:rPr>
          <w:sz w:val="20"/>
        </w:rPr>
        <w:t>1:19:14  yani quran to kitni sankron aayatein aisi hain jis mein ke kehti hain ke aql ko istemal karo.</w:t>
      </w:r>
      <w:r>
        <w:br/>
      </w:r>
      <w:r>
        <w:rPr>
          <w:sz w:val="20"/>
        </w:rPr>
        <w:t>1:19:20  aql hi se ghaur o fikr hota hai aur ghaur o fikr hi se aadmi bari bari baaton</w:t>
      </w:r>
      <w:r>
        <w:br/>
      </w:r>
      <w:r>
        <w:rPr>
          <w:sz w:val="20"/>
        </w:rPr>
        <w:t>1:19:26  ko daryaft karta hai.</w:t>
      </w:r>
      <w:r>
        <w:br/>
      </w:r>
      <w:r>
        <w:rPr>
          <w:sz w:val="20"/>
        </w:rPr>
        <w:t>1:19:32  to yeh bilkul galat nazariya hai.</w:t>
      </w:r>
    </w:p>
    <w:p>
      <w:pPr>
        <w:pStyle w:val="Heading2"/>
      </w:pPr>
      <w:r>
        <w:t>Can different ways lead to the same God?</w:t>
      </w:r>
    </w:p>
    <w:p>
      <w:r>
        <w:rPr>
          <w:color w:val="666666"/>
          <w:sz w:val="18"/>
        </w:rPr>
        <w:t>Faith &amp; God · Three levels of Realization 4 July 2010 - Maulana Wahiduddin Khan · 3m 49s · at 1:20:34 · https://youtu.be/H-kx5TldzfQ?t=4834</w:t>
      </w:r>
    </w:p>
    <w:p>
      <w:r>
        <w:rPr>
          <w:i/>
        </w:rPr>
        <w:t>“If God is one, can there be different ways to attain Him?”</w:t>
      </w:r>
    </w:p>
    <w:p>
      <w:r>
        <w:rPr>
          <w:sz w:val="20"/>
        </w:rPr>
        <w:t>1:20:34  maulana agla sawal kya hai mister shahnawaz siddiqui ne new dehli se. unhon ne likha hai ke agar ishwar ek hai to kya use paane ke tareeqay alag alag ho sakte hain?</w:t>
      </w:r>
      <w:r>
        <w:br/>
      </w:r>
      <w:r>
        <w:rPr>
          <w:sz w:val="20"/>
        </w:rPr>
        <w:t>1:20:49  nahi nahi, alag alag kaise honge? aap jana hai yahan se kolkata to wahi road chalegi, wahi railway line jayegi, hawa jahaz se woh isi sarukh par jahaz uregah.</w:t>
      </w:r>
      <w:r>
        <w:br/>
      </w:r>
      <w:r>
        <w:rPr>
          <w:sz w:val="20"/>
        </w:rPr>
        <w:t>1:21:00  yani ke idhar daudo tab bhi kolkata aa jaye, idhar jao tab bhi kolkata aa jaye. aise kaise ho sakta hai? yeh to koi baat nahi hai. kolkata ek hi direction mein chalne milega.</w:t>
      </w:r>
      <w:r>
        <w:br/>
      </w:r>
      <w:r>
        <w:rPr>
          <w:sz w:val="20"/>
        </w:rPr>
        <w:t>1:21:14  is liye main nahi manta ke kuch bhi karo, kuch bhi karo, khuda mil jaye tum ko. is ka ek right course hoga, is ka ek right path hoga.</w:t>
      </w:r>
      <w:r>
        <w:br/>
      </w:r>
      <w:r>
        <w:rPr>
          <w:sz w:val="20"/>
        </w:rPr>
        <w:t>1:21:25  woh path jo hai, main ritual nahi manta ke rituals koi aise rituals hain, woh woh path hain, woh ritual karo to mil jayega khuda. nahi, woh thinking thinking par base karta hai, soch soch par base karta hai.</w:t>
      </w:r>
      <w:r>
        <w:br/>
      </w:r>
      <w:r>
        <w:rPr>
          <w:sz w:val="20"/>
        </w:rPr>
        <w:t>1:21:38  right thinking se khuda milega, right thinking, different path se nahi. main nahi manta ke different path pe chalo aur to aakhir mein khuda hi tak pahunch jaoge.</w:t>
      </w:r>
      <w:r>
        <w:br/>
      </w:r>
      <w:r>
        <w:rPr>
          <w:sz w:val="20"/>
        </w:rPr>
        <w:t>1:21:48  yani right thinking agar hogi tum ko, cheezon ko right angle se dekhna, bahut badi baat hai. cheezon ko log bahut kam log aise mujhe mile jo cheezon ko right angle se dekhte hon,</w:t>
      </w:r>
      <w:r>
        <w:br/>
      </w:r>
      <w:r>
        <w:rPr>
          <w:sz w:val="20"/>
        </w:rPr>
        <w:t>1:22:04  right angle se. ya abhi mere paas ek, aaj hi ek aya hai, ek ek sahib ka letter, abhi subah mujhe mila to afghanistan ki ladai ke bare mein maine kaha hai ke yeh ladai jo hai woh jihad nahi hai.</w:t>
      </w:r>
      <w:r>
        <w:br/>
      </w:r>
      <w:r>
        <w:rPr>
          <w:sz w:val="20"/>
        </w:rPr>
        <w:t>1:22:20  to kahein kaise kaise kaise hain? aap jihad kehte hain, woh to sab ulama hain aur islami baatein karte hain.</w:t>
      </w:r>
      <w:r>
        <w:br/>
      </w:r>
      <w:r>
        <w:rPr>
          <w:sz w:val="20"/>
        </w:rPr>
        <w:t>1:22:29  to maine kaha aap right angle se nahi dekh rahe hain,</w:t>
      </w:r>
      <w:r>
        <w:br/>
      </w:r>
      <w:r>
        <w:rPr>
          <w:sz w:val="20"/>
        </w:rPr>
        <w:t>1:22:33  yani hum dekh rahe hain is result ke angle se. woh dekh rahe hain ke unhon ne leaderon ne kya sab bole hain. woh bole the ke hum ko islami nizam qaim karna hai, hum ko islami qanoon nafiz karna hai.</w:t>
      </w:r>
      <w:r>
        <w:br/>
      </w:r>
      <w:r>
        <w:rPr>
          <w:sz w:val="20"/>
        </w:rPr>
        <w:t>1:22:45  is angle se aap dekh rahe hain, un ke shabdon ke angle se. main dekh raha hoon result ke angle se. result to kuch nahi nikal raha, tabahi, tabahi, tabahi, tabahi.</w:t>
      </w:r>
      <w:r>
        <w:br/>
      </w:r>
      <w:r>
        <w:rPr>
          <w:sz w:val="20"/>
        </w:rPr>
        <w:t>1:22:57  to khuda ko bhi paane ke liye woh aankh chahiye jo result, jo sahi angle se cheezon ko dekhe. bahut important baat yeh hai ke right angle se cheezon ko dekhna yeh hai marifat ka sab se bada zariya.</w:t>
      </w:r>
      <w:r>
        <w:br/>
      </w:r>
      <w:r>
        <w:rPr>
          <w:sz w:val="20"/>
        </w:rPr>
        <w:t>1:23:14  agar aap ke andar woh woh ability develop nahi ki hai yeh cheezon ko right angle se dekhne ki to kabhi bhi nahi milega khuda aap ko, kabhi bhi nahi milega.</w:t>
      </w:r>
      <w:r>
        <w:br/>
      </w:r>
      <w:r>
        <w:rPr>
          <w:sz w:val="20"/>
        </w:rPr>
        <w:t>1:23:34  jaise ek bar ek ek park mein ek shayar aur ek chemist do aadmi gaye to wahan phool tha, us mein bahut rang bhi tha, khushbu bhi thi, har cheez thi.</w:t>
      </w:r>
      <w:r>
        <w:br/>
      </w:r>
      <w:r>
        <w:rPr>
          <w:sz w:val="20"/>
        </w:rPr>
        <w:t>1:23:47  to chemist jo tha, us ki chemistry mein sochne laga, "what is the chemistry of this flower?" woh shayar jo tha, us ko us ko ek use mehboob jalwa dikhai de di de de gaya.</w:t>
      </w:r>
      <w:r>
        <w:br/>
      </w:r>
      <w:r>
        <w:rPr>
          <w:sz w:val="20"/>
        </w:rPr>
        <w:t>1:24:01  woh isi is angle se dekhne laga</w:t>
      </w:r>
      <w:r>
        <w:br/>
      </w:r>
      <w:r>
        <w:rPr>
          <w:sz w:val="20"/>
        </w:rPr>
        <w:t>1:24:04  to kisi waqeye ko dekhne ke mukhtalif angle hote hain. to khuda ko paane ke liye zaroori hai ke aap ko woh woh vision mil jaye, woh vision jis mein aap cheezon ko right angle se dekh saken.</w:t>
      </w:r>
      <w:r>
        <w:br/>
      </w:r>
      <w:r>
        <w:rPr>
          <w:sz w:val="20"/>
        </w:rPr>
        <w:t>1:24:18  tab ja kar aap ko sachai milegi, nahi to nahi milegi.</w:t>
      </w:r>
    </w:p>
    <w:p>
      <w:pPr>
        <w:pStyle w:val="Heading2"/>
      </w:pPr>
      <w:r>
        <w:t>Can dua change what is written in destiny?</w:t>
      </w:r>
    </w:p>
    <w:p>
      <w:r>
        <w:rPr>
          <w:color w:val="666666"/>
          <w:sz w:val="18"/>
        </w:rPr>
        <w:t>Faith &amp; God · God Gives in Abundance 13 Oct 2019 - Maulana Wahiduddin Khan · 4m 22s · at 39:35 · https://youtu.be/eC4RaczXBzM?t=2375</w:t>
      </w:r>
    </w:p>
    <w:p>
      <w:r>
        <w:rPr>
          <w:i/>
        </w:rPr>
        <w:t>“Can dua change the things already written by Allah in Al-Lauh Al-Mahfuz? Please clarify. There is a hadith: 'La taruddu al-qada illa al-dua.'”</w:t>
      </w:r>
    </w:p>
    <w:p>
      <w:r>
        <w:rPr>
          <w:sz w:val="20"/>
        </w:rPr>
        <w:t>39:35  mayusi ka koi sawal nahi hai. maulana, sari ummat ke liye yahi ek paigham kafi hai." jazaak allah. ah, muhammad irfan rashidi sahib ne nagpur se likha hai: "maulana sahib, mera take away yeh hai ke humein allah ki rehmat se mayoos nahi hona chahiye." this inspires me a lot.</w:t>
      </w:r>
      <w:r>
        <w:br/>
      </w:r>
      <w:r>
        <w:rPr>
          <w:sz w:val="20"/>
        </w:rPr>
        <w:t>40:01  maulana, agla ah sawal ah islamabad pakistan se muhammad tufail sahib ne bheja hai. unhone aapse poocha hai ke "can dua change the things already written by allah in lauh-e-mehfooz?" is ko wazeh karen.</w:t>
      </w:r>
      <w:r>
        <w:br/>
      </w:r>
      <w:r>
        <w:rPr>
          <w:sz w:val="20"/>
        </w:rPr>
        <w:t>40:23  yeh to dekhiye, hadith mein aata hai ke "la taruddu dua, la tarudda al-qada illa al-dua." la tarudda al-qada illa al-dua.</w:t>
      </w:r>
      <w:r>
        <w:br/>
      </w:r>
      <w:r>
        <w:rPr>
          <w:sz w:val="20"/>
        </w:rPr>
        <w:t>40:39  to yeh to sabit hai, lekin yaad rakhiye ke dua ko genuine hona chahiye. genuine, aap agar dua karen jis tarah aaj kal bad dua hoti hai:</w:t>
      </w:r>
      <w:r>
        <w:br/>
      </w:r>
      <w:r>
        <w:rPr>
          <w:sz w:val="20"/>
        </w:rPr>
        <w:t>40:53  "falan ko halak kar de", aisi dua bilkul qabool nahi hogi, kabhi bhi nahi. aap hazar saal tak dua karte rahiye, kisi ke liye bad dua karen to yeh allah ke scheme ke khilaf hai.</w:t>
      </w:r>
      <w:r>
        <w:br/>
      </w:r>
      <w:r>
        <w:rPr>
          <w:sz w:val="20"/>
        </w:rPr>
        <w:t>41:07  aap is ki hidayat ke liye dua karen, hidayat ke liye to allah ke scheme ke mutabiq hogi. to achi dua qabool hoti hai, buri dua qabool hoti hi nahi.</w:t>
      </w:r>
      <w:r>
        <w:br/>
      </w:r>
      <w:r>
        <w:rPr>
          <w:sz w:val="20"/>
        </w:rPr>
        <w:t>41:18  main apne bachpan se sunta aaya hoon yeh bad dua masjidon mein: "allahum al-kufra al-mushrikeen", lekin aaj tak koi khabar nahi suni ke yeh dua qabool hui hogi.</w:t>
      </w:r>
      <w:r>
        <w:br/>
      </w:r>
      <w:r>
        <w:rPr>
          <w:sz w:val="20"/>
        </w:rPr>
        <w:t>41:33  to dua genuine genuine honi chahiye, tab zaroor qabool hogi. woh</w:t>
      </w:r>
      <w:r>
        <w:br/>
      </w:r>
      <w:r>
        <w:rPr>
          <w:sz w:val="20"/>
        </w:rPr>
        <w:t>41:42  doctor naghma siddiqui ne delhi se likha hai: "i am thankful to god for guiding me to this mission. it is the true islamic mission.</w:t>
      </w:r>
      <w:r>
        <w:br/>
      </w:r>
      <w:r>
        <w:rPr>
          <w:sz w:val="20"/>
        </w:rPr>
        <w:t>41:53  everyday i realize god's hand in guiding me, and i sincerely thank him for it. i will continue to do dawah work till my last breath." bangalore team jo is waqt collectively watch kar rahi hai, unhone comment bheja hai.</w:t>
      </w:r>
      <w:r>
        <w:br/>
      </w:r>
      <w:r>
        <w:rPr>
          <w:sz w:val="20"/>
        </w:rPr>
        <w:t>42:10  unhone likha hai: "maulana, aaj ki class se da'wati kaam ke silsile mein bohat hausla mila, aur humne faisla kiya hai ke hum khalis dawah da'wati kaam karenge.</w:t>
      </w:r>
      <w:r>
        <w:br/>
      </w:r>
      <w:r>
        <w:rPr>
          <w:sz w:val="20"/>
        </w:rPr>
        <w:t>42:24  is ke sath kisi bhi doosri cheez ko mix nahi karenge, inshallah." inshallah. maulana, unhone ek sawal bhi bheja hai.</w:t>
      </w:r>
      <w:r>
        <w:br/>
      </w:r>
      <w:r>
        <w:rPr>
          <w:sz w:val="20"/>
        </w:rPr>
        <w:t>42:35  unka sawal hai: "rasool allah ka yeh qaul hai: kalma parhne se arab o ajam ke malik banaye jaenge." maulana, is ka kya matlab hai?</w:t>
      </w:r>
      <w:r>
        <w:br/>
      </w:r>
      <w:r>
        <w:rPr>
          <w:sz w:val="20"/>
        </w:rPr>
        <w:t>42:48  kya yeh siyasi maene mein tha? dekhen, malik ke maene siyasi nahi hain. nahi, yeh kalma sare alam mein phailaga, logon ke dilon ko maskhar karega,</w:t>
      </w:r>
      <w:r>
        <w:br/>
      </w:r>
      <w:r>
        <w:rPr>
          <w:sz w:val="20"/>
        </w:rPr>
        <w:t>43:01  sare alam ki hidayat ka zariya banega. woh kisi bhi aitbaar se siyasi maene mein nahi hai, nahi hai, nahi hai.</w:t>
      </w:r>
      <w:r>
        <w:br/>
      </w:r>
      <w:r>
        <w:rPr>
          <w:sz w:val="20"/>
        </w:rPr>
        <w:t>43:16  muhammad ammar sahib ne delhi se comment bheja hai. unhone likha hai: "maulana, i always wanted to become a da'i and used to pray to the almighty to make me part of his mission.</w:t>
      </w:r>
      <w:r>
        <w:br/>
      </w:r>
      <w:r>
        <w:rPr>
          <w:sz w:val="20"/>
        </w:rPr>
        <w:t>43:31  allah gifted me CPS international in response to my prayer. today i thank allah that he has answered my prayer.</w:t>
      </w:r>
      <w:r>
        <w:br/>
      </w:r>
      <w:r>
        <w:rPr>
          <w:sz w:val="20"/>
        </w:rPr>
        <w:t>43:41  alhamdulillah, today i am a da'i. maulana, i request you to pray for me that may allah accept my work and make it easy for me to help spread his message everywhere." inshallah.</w:t>
      </w:r>
    </w:p>
    <w:p>
      <w:pPr>
        <w:pStyle w:val="Heading2"/>
      </w:pPr>
      <w:r>
        <w:t>Certainty of Paradise by Following Commands</w:t>
      </w:r>
    </w:p>
    <w:p>
      <w:r>
        <w:rPr>
          <w:color w:val="666666"/>
          <w:sz w:val="18"/>
        </w:rPr>
        <w:t>Faith &amp; God · Dars-e-Quran, Chapter 2, Verse 25 | November 19, 2017 | Maulana Wahiduddin Khan · 3m 27s · at 51:12 · https://youtu.be/ctvrG32NCgA?t=3072</w:t>
      </w:r>
    </w:p>
    <w:p>
      <w:r>
        <w:rPr>
          <w:i/>
        </w:rPr>
        <w:t>“How much a man can be sure of his entry to Paradise if he follows the commandments and teachings of Allah and?”</w:t>
      </w:r>
    </w:p>
    <w:p>
      <w:r>
        <w:rPr>
          <w:sz w:val="20"/>
        </w:rPr>
        <w:t>51:12  pane ki talab aur haris paida hoti hai." molana, agla sawal dilli se bheja hai muhammad rehan sahib ne,</w:t>
      </w:r>
      <w:r>
        <w:br/>
      </w:r>
      <w:r>
        <w:rPr>
          <w:sz w:val="20"/>
        </w:rPr>
        <w:t>51:20  جو ایک ریسرچ سکالر ہیں جامعہ ملیہ اسلامیہ یونیورسٹی میں، انہوں نے لکھا ہے: "How much a man</w:t>
      </w:r>
      <w:r>
        <w:br/>
      </w:r>
      <w:r>
        <w:rPr>
          <w:sz w:val="20"/>
        </w:rPr>
        <w:t>51:27  can be sure of his entry to paradise if he follows the commandments and teachings of Allah and</w:t>
      </w:r>
      <w:r>
        <w:br/>
      </w:r>
      <w:r>
        <w:rPr>
          <w:sz w:val="20"/>
        </w:rPr>
        <w:t>51:35  di profit of islam? molana, please advise on this.</w:t>
      </w:r>
      <w:r>
        <w:br/>
      </w:r>
      <w:r>
        <w:rPr>
          <w:sz w:val="20"/>
        </w:rPr>
        <w:t>51:43  dekhiye, aadmi jannat ke bare mein</w:t>
      </w:r>
      <w:r>
        <w:br/>
      </w:r>
      <w:r>
        <w:rPr>
          <w:sz w:val="20"/>
        </w:rPr>
        <w:t>51:51  shor na ho to sab se bara amal yeh hai, yaad rakhiye, allah ke nazdeek yani allah jo</w:t>
      </w:r>
      <w:r>
        <w:br/>
      </w:r>
      <w:r>
        <w:rPr>
          <w:sz w:val="20"/>
        </w:rPr>
        <w:t>52:01  kam, yani har aitbar se perfect hai, allah jo har aitbar se perfect hai, kya aap samajhte hain</w:t>
      </w:r>
      <w:r>
        <w:br/>
      </w:r>
      <w:r>
        <w:rPr>
          <w:sz w:val="20"/>
        </w:rPr>
        <w:t>52:11  ke kisi ke amal ko perfect surat mein dekh sakta hai? woh allah ki nazar</w:t>
      </w:r>
      <w:r>
        <w:br/>
      </w:r>
      <w:r>
        <w:rPr>
          <w:sz w:val="20"/>
        </w:rPr>
        <w:t>52:21  mein koi bhi amal kisi ka perfect ho hi nahi sakta.</w:t>
      </w:r>
      <w:r>
        <w:br/>
      </w:r>
      <w:r>
        <w:rPr>
          <w:sz w:val="20"/>
        </w:rPr>
        <w:t>52:27  is liye yeh yani yeh yeh criteria nahi jo aap ne samajh rahe hain, criteria yeh hai ke</w:t>
      </w:r>
      <w:r>
        <w:br/>
      </w:r>
      <w:r>
        <w:rPr>
          <w:sz w:val="20"/>
        </w:rPr>
        <w:t>52:34  aap ke andar itna izzat ho, itna as the aap criticize ho gaye hon ke samjhein ke main</w:t>
      </w:r>
      <w:r>
        <w:br/>
      </w:r>
      <w:r>
        <w:rPr>
          <w:sz w:val="20"/>
        </w:rPr>
        <w:t>52:40  to kuch nahi kar paya.</w:t>
      </w:r>
      <w:r>
        <w:br/>
      </w:r>
      <w:r>
        <w:rPr>
          <w:sz w:val="20"/>
        </w:rPr>
        <w:t>52:46  allah jo al perfect hai, us ki nazar mein</w:t>
      </w:r>
      <w:r>
        <w:br/>
      </w:r>
      <w:r>
        <w:rPr>
          <w:sz w:val="20"/>
        </w:rPr>
        <w:t>52:53  wohi banda qabil qadar hai jo ehsas izzat ke sath wahan pohnche ke mere pas kya hai, mere</w:t>
      </w:r>
      <w:r>
        <w:br/>
      </w:r>
      <w:r>
        <w:rPr>
          <w:sz w:val="20"/>
        </w:rPr>
        <w:t>52:58  pas kya hai.</w:t>
      </w:r>
      <w:r>
        <w:br/>
      </w:r>
      <w:r>
        <w:rPr>
          <w:sz w:val="20"/>
        </w:rPr>
        <w:t>53:03  main ne ek qissa bataya tha aap logon ko is se pehle ke arab kisara mein ek baddo</w:t>
      </w:r>
      <w:r>
        <w:br/>
      </w:r>
      <w:r>
        <w:rPr>
          <w:sz w:val="20"/>
        </w:rPr>
        <w:t>53:08  ko pani ka chashma mila, us zamane ki baat hai, to bohat bari cheez nazar aai us ko,</w:t>
      </w:r>
      <w:r>
        <w:br/>
      </w:r>
      <w:r>
        <w:rPr>
          <w:sz w:val="20"/>
        </w:rPr>
        <w:t>53:13  pani ka chashma.</w:t>
      </w:r>
      <w:r>
        <w:br/>
      </w:r>
      <w:r>
        <w:rPr>
          <w:sz w:val="20"/>
        </w:rPr>
        <w:t>53:18  to us ne</w:t>
      </w:r>
      <w:r>
        <w:br/>
      </w:r>
      <w:r>
        <w:rPr>
          <w:sz w:val="20"/>
        </w:rPr>
        <w:t>53:23  ek bartan mein pani rakha, kaha ke bhai is ko le jaon ga badshah ke pas, haroon rasheed</w:t>
      </w:r>
      <w:r>
        <w:br/>
      </w:r>
      <w:r>
        <w:rPr>
          <w:sz w:val="20"/>
        </w:rPr>
        <w:t>53:29  ke pas, woh unhein inaam o ikram de ga.</w:t>
      </w:r>
      <w:r>
        <w:br/>
      </w:r>
      <w:r>
        <w:rPr>
          <w:sz w:val="20"/>
        </w:rPr>
        <w:t>53:35  to gaya woh, kis tarah se dakhil hua wahan, woh lekin haroon rasheed ka jo mahal tha, woh</w:t>
      </w:r>
      <w:r>
        <w:br/>
      </w:r>
      <w:r>
        <w:rPr>
          <w:sz w:val="20"/>
        </w:rPr>
        <w:t>53:41  dijla ke kinare tha, dijla bohat bara naddi gangi, jaise ganga hamara hai.</w:t>
      </w:r>
      <w:r>
        <w:br/>
      </w:r>
      <w:r>
        <w:rPr>
          <w:sz w:val="20"/>
        </w:rPr>
        <w:t>53:47  to jab us ne dekha</w:t>
      </w:r>
      <w:r>
        <w:br/>
      </w:r>
      <w:r>
        <w:rPr>
          <w:sz w:val="20"/>
        </w:rPr>
        <w:t>53:54  to is ne socha ke ke is ka mahal to ek bohat bari nadi ke kinare waqe hai,</w:t>
      </w:r>
      <w:r>
        <w:br/>
      </w:r>
      <w:r>
        <w:rPr>
          <w:sz w:val="20"/>
        </w:rPr>
        <w:t>54:01  is ke pas hamare is pani ki kya qeemat hai? to to yeh cheez haroon rasheed ko zyada</w:t>
      </w:r>
      <w:r>
        <w:br/>
      </w:r>
      <w:r>
        <w:rPr>
          <w:sz w:val="20"/>
        </w:rPr>
        <w:t>54:09  yani pasand aayi, aur us ne is ke bartan ko sone dhone se bhar diya.</w:t>
      </w:r>
      <w:r>
        <w:br/>
      </w:r>
      <w:r>
        <w:rPr>
          <w:sz w:val="20"/>
        </w:rPr>
        <w:t>54:16  to yeh kabhi bas chahiye ke aap aisa amal karee</w:t>
      </w:r>
      <w:r>
        <w:br/>
      </w:r>
      <w:r>
        <w:rPr>
          <w:sz w:val="20"/>
        </w:rPr>
        <w:t>54:24  n jo bilkul perfect ho, yeh Allah ke, Allah ke yani Allah ka jo ki jo shan hai,</w:t>
      </w:r>
      <w:r>
        <w:br/>
      </w:r>
      <w:r>
        <w:rPr>
          <w:sz w:val="20"/>
        </w:rPr>
        <w:t>54:31  اس کا جو درجہ ہے، اس کو underestimate کرنا ہے۔</w:t>
      </w:r>
    </w:p>
    <w:p>
      <w:pPr>
        <w:pStyle w:val="Heading2"/>
      </w:pPr>
      <w:r>
        <w:t>Challenge for atheist to find God rationally</w:t>
      </w:r>
    </w:p>
    <w:p>
      <w:r>
        <w:rPr>
          <w:color w:val="666666"/>
          <w:sz w:val="18"/>
        </w:rPr>
        <w:t>Faith &amp; God · On Atheism | May 22, 2016 · 4m 56s · at 1:10:01 · https://youtu.be/tzJmfYnSleo?t=4201</w:t>
      </w:r>
    </w:p>
    <w:p>
      <w:r>
        <w:rPr>
          <w:i/>
        </w:rPr>
        <w:t>“I think the real challenge for an atheist is that he wants to discover God at a rational level and he does not get all the logical answers. What is your opinion?”</w:t>
      </w:r>
    </w:p>
    <w:p>
      <w:r>
        <w:rPr>
          <w:sz w:val="20"/>
        </w:rPr>
        <w:t>1:10:01  maulana agla sawal kya hai mister ajay dravri ne dilli se unho ne likha hai ke maulana ai</w:t>
      </w:r>
      <w:r>
        <w:br/>
      </w:r>
      <w:r>
        <w:rPr>
          <w:sz w:val="20"/>
        </w:rPr>
        <w:t>1:10:08  I think the real challenge for an atheist is that he wants to discover God at a rational level and</w:t>
      </w:r>
      <w:r>
        <w:br/>
      </w:r>
      <w:r>
        <w:rPr>
          <w:sz w:val="20"/>
        </w:rPr>
        <w:t>1:10:14  He does not get all the logical answers.</w:t>
      </w:r>
      <w:r>
        <w:br/>
      </w:r>
      <w:r>
        <w:rPr>
          <w:sz w:val="20"/>
        </w:rPr>
        <w:t>1:10:20  Is it possible to discover God at a logical level?</w:t>
      </w:r>
      <w:r>
        <w:br/>
      </w:r>
      <w:r>
        <w:rPr>
          <w:sz w:val="20"/>
        </w:rPr>
        <w:t>1:10:26  What is your opinion in this? یہ بات صحیح ہے کہ ہم ہر چیز کو ریزن اؤٹ کرتے ہیں۔</w:t>
      </w:r>
      <w:r>
        <w:br/>
      </w:r>
      <w:r>
        <w:rPr>
          <w:sz w:val="20"/>
        </w:rPr>
        <w:t>1:10:33  god ko hum god ke concept ko har cheez ko hum reason out yeh hamara hamara mind jo</w:t>
      </w:r>
      <w:r>
        <w:br/>
      </w:r>
      <w:r>
        <w:rPr>
          <w:sz w:val="20"/>
        </w:rPr>
        <w:t>1:10:41  hai woh by nature har cheez ko reason out karna chahta hai.</w:t>
      </w:r>
      <w:r>
        <w:br/>
      </w:r>
      <w:r>
        <w:rPr>
          <w:sz w:val="20"/>
        </w:rPr>
        <w:t>1:10:49  lekin reason out karne ke principle kya hain? Agar aap yeh janna chahein ke aap apni maan ke bete hain</w:t>
      </w:r>
      <w:r>
        <w:br/>
      </w:r>
      <w:r>
        <w:rPr>
          <w:sz w:val="20"/>
        </w:rPr>
        <w:t>1:10:57  to is ki shart yeh ho ke mujhe dekhna chahiye to kabhi aap dekh payenge ke aap</w:t>
      </w:r>
      <w:r>
        <w:br/>
      </w:r>
      <w:r>
        <w:rPr>
          <w:sz w:val="20"/>
        </w:rPr>
        <w:t>1:11:03  apni maan ke peit se paida hue? Aisi hazaron cheezein hain aaj is zamane mein to aap jante</w:t>
      </w:r>
      <w:r>
        <w:br/>
      </w:r>
      <w:r>
        <w:rPr>
          <w:sz w:val="20"/>
        </w:rPr>
        <w:t>1:11:09  hain ke yeh discovery ho gayi hai ke sub atomic particle hain.</w:t>
      </w:r>
      <w:r>
        <w:br/>
      </w:r>
      <w:r>
        <w:rPr>
          <w:sz w:val="20"/>
        </w:rPr>
        <w:t>1:11:15  sub atomic particle jo hain woh dikhai nahi dete.</w:t>
      </w:r>
      <w:r>
        <w:br/>
      </w:r>
      <w:r>
        <w:rPr>
          <w:sz w:val="20"/>
        </w:rPr>
        <w:t>1:11:21  koi bhi aala is ko aap ko dikha nahi sakta phir</w:t>
      </w:r>
      <w:r>
        <w:br/>
      </w:r>
      <w:r>
        <w:rPr>
          <w:sz w:val="20"/>
        </w:rPr>
        <w:t>1:11:27  bhi aap is ko mante hain.</w:t>
      </w:r>
      <w:r>
        <w:br/>
      </w:r>
      <w:r>
        <w:rPr>
          <w:sz w:val="20"/>
        </w:rPr>
        <w:t>1:11:30  to reason ka is zamane mein concept badal gaya hai.</w:t>
      </w:r>
      <w:r>
        <w:br/>
      </w:r>
      <w:r>
        <w:rPr>
          <w:sz w:val="20"/>
        </w:rPr>
        <w:t>1:11:34  pehlay zamane mein yeh reason ka matlab tha ke aankh se dekhna.</w:t>
      </w:r>
      <w:r>
        <w:br/>
      </w:r>
      <w:r>
        <w:rPr>
          <w:sz w:val="20"/>
        </w:rPr>
        <w:t>1:11:38  ab woh dekhne dikhai nahi koi cheez cheez dikhai nahi deti.</w:t>
      </w:r>
      <w:r>
        <w:br/>
      </w:r>
      <w:r>
        <w:rPr>
          <w:sz w:val="20"/>
        </w:rPr>
        <w:t>1:11:42  is mamle ko aap ko samajhna ho to ek kitab padh lijiye woh hai sir Arthur Eddington ki kitab.</w:t>
      </w:r>
      <w:r>
        <w:br/>
      </w:r>
      <w:r>
        <w:rPr>
          <w:sz w:val="20"/>
        </w:rPr>
        <w:t>1:11:45  is ka naam hai unseen word.</w:t>
      </w:r>
      <w:r>
        <w:br/>
      </w:r>
      <w:r>
        <w:rPr>
          <w:sz w:val="20"/>
        </w:rPr>
        <w:t>1:11:49  unseen word.</w:t>
      </w:r>
      <w:r>
        <w:br/>
      </w:r>
      <w:r>
        <w:rPr>
          <w:sz w:val="20"/>
        </w:rPr>
        <w:t>1:11:53  sirf ek kitab padhna aap ko ka</w:t>
      </w:r>
      <w:r>
        <w:br/>
      </w:r>
      <w:r>
        <w:rPr>
          <w:sz w:val="20"/>
        </w:rPr>
        <w:t>1:11:57  fi ho jayega.</w:t>
      </w:r>
      <w:r>
        <w:br/>
      </w:r>
      <w:r>
        <w:rPr>
          <w:sz w:val="20"/>
        </w:rPr>
        <w:t>1:12:03  maulana ek comment parhna chahenge jo abdul basit umri ne bheja hai doha qatar se aur unhon ne</w:t>
      </w:r>
      <w:r>
        <w:br/>
      </w:r>
      <w:r>
        <w:rPr>
          <w:sz w:val="20"/>
        </w:rPr>
        <w:t>1:12:09  likha hai maulana aap ne jo kaha ke khuda ko manne se aadmi ko ek yaqeen aur umeed</w:t>
      </w:r>
      <w:r>
        <w:br/>
      </w:r>
      <w:r>
        <w:rPr>
          <w:sz w:val="20"/>
        </w:rPr>
        <w:t>1:12:15  milti hai ke jis khuda ne aj mere liye suraj ko nikala wahi kal bhi nikale ga lekin</w:t>
      </w:r>
      <w:r>
        <w:br/>
      </w:r>
      <w:r>
        <w:rPr>
          <w:sz w:val="20"/>
        </w:rPr>
        <w:t>1:12:21  khuda ko na mane to insan ke liye koi sahara nahi woh hairan aur pareshan ki tarah</w:t>
      </w:r>
      <w:r>
        <w:br/>
      </w:r>
      <w:r>
        <w:rPr>
          <w:sz w:val="20"/>
        </w:rPr>
        <w:t>1:12:27  jangal mein bhatakta rahega yeh mere liye khuda ko manne ke liye ek aur daleel hai.</w:t>
      </w:r>
      <w:r>
        <w:br/>
      </w:r>
      <w:r>
        <w:rPr>
          <w:sz w:val="20"/>
        </w:rPr>
        <w:t>1:12:34  maulana ek aur sawal aaya hai aamir jinn mori sahib ka kashmir se woh sawal aj ke topic</w:t>
      </w:r>
      <w:r>
        <w:br/>
      </w:r>
      <w:r>
        <w:rPr>
          <w:sz w:val="20"/>
        </w:rPr>
        <w:t>1:12:42  se nahi hai unhon ne likha hai ke maulana sahib when a team is doing dawah work how</w:t>
      </w:r>
      <w:r>
        <w:br/>
      </w:r>
      <w:r>
        <w:rPr>
          <w:sz w:val="20"/>
        </w:rPr>
        <w:t>1:12:50  important is it that every member of the team</w:t>
      </w:r>
      <w:r>
        <w:br/>
      </w:r>
      <w:r>
        <w:rPr>
          <w:sz w:val="20"/>
        </w:rPr>
        <w:t>1:12:57  should have rules and responsibilities of doing the work how important is it that there has to be</w:t>
      </w:r>
      <w:r>
        <w:br/>
      </w:r>
      <w:r>
        <w:rPr>
          <w:sz w:val="20"/>
        </w:rPr>
        <w:t>1:13:03  a lot of cohesiveness among the team members and if both are equally important then how we can</w:t>
      </w:r>
      <w:r>
        <w:br/>
      </w:r>
      <w:r>
        <w:rPr>
          <w:sz w:val="20"/>
        </w:rPr>
        <w:t>1:13:10  address it if either or both of them are missing.</w:t>
      </w:r>
      <w:r>
        <w:br/>
      </w:r>
      <w:r>
        <w:rPr>
          <w:sz w:val="20"/>
        </w:rPr>
        <w:t>1:13:16  dekhiye dawah jo hai har qatar mein har fard ka kaam hai.</w:t>
      </w:r>
      <w:r>
        <w:br/>
      </w:r>
      <w:r>
        <w:rPr>
          <w:sz w:val="20"/>
        </w:rPr>
        <w:t>1:13:22  dawah har fard ka kaam hai</w:t>
      </w:r>
      <w:r>
        <w:br/>
      </w:r>
      <w:r>
        <w:rPr>
          <w:sz w:val="20"/>
        </w:rPr>
        <w:t>1:13:28  lekin koi bhi kaam aap jante hain organized way pe kiya aata hai to zyada bada result niklta hai.</w:t>
      </w:r>
      <w:r>
        <w:br/>
      </w:r>
      <w:r>
        <w:rPr>
          <w:sz w:val="20"/>
        </w:rPr>
        <w:t>1:13:34  to team kis ek hai dawah akele akele karna ek hai team ki surat mein karna to team</w:t>
      </w:r>
      <w:r>
        <w:br/>
      </w:r>
      <w:r>
        <w:rPr>
          <w:sz w:val="20"/>
        </w:rPr>
        <w:t>1:13:40  ki surat mein karne ke mani hain organized way mein karna aur organized way pe jab karenge</w:t>
      </w:r>
      <w:r>
        <w:br/>
      </w:r>
      <w:r>
        <w:rPr>
          <w:sz w:val="20"/>
        </w:rPr>
        <w:t>1:13:46  to result bohat barh jayega bohat barh jayega.</w:t>
      </w:r>
      <w:r>
        <w:br/>
      </w:r>
      <w:r>
        <w:rPr>
          <w:sz w:val="20"/>
        </w:rPr>
        <w:t>1:13:52  to yeh hai maamla hadith mein jo</w:t>
      </w:r>
      <w:r>
        <w:br/>
      </w:r>
      <w:r>
        <w:rPr>
          <w:sz w:val="20"/>
        </w:rPr>
        <w:t>1:13:58  aata hai ke yadullah al jamaat jamaat ke upar Allah ka hath hai wo yahi hai ke team ki shakal mein jab kaam karoge tum ya organized way mein kaam karoge to result bahut zyada badh jayega baqi farz to har ek ke liye har ek ko anjam dena hai lekin jo aadmi dawah ka kaam kar raha hai agar akela kiya usne to farz to ada ho gaya lekin jitna bada result nikal sakta tha</w:t>
      </w:r>
      <w:r>
        <w:br/>
      </w:r>
      <w:r>
        <w:rPr>
          <w:sz w:val="20"/>
        </w:rPr>
        <w:t>1:14:28  wo nikal nahi nikal payega woh kyunke is ke liye chahiye bohat se sathi acha jo sathi</w:t>
      </w:r>
      <w:r>
        <w:br/>
      </w:r>
      <w:r>
        <w:rPr>
          <w:sz w:val="20"/>
        </w:rPr>
        <w:t>1:14:36  ke liye qeemat deni parti hai sathi ban nahi sakte aap ke sathi jab banenge jab aap</w:t>
      </w:r>
      <w:r>
        <w:br/>
      </w:r>
      <w:r>
        <w:rPr>
          <w:sz w:val="20"/>
        </w:rPr>
        <w:t>1:14:43  ke andar bardasht ho sabr ho khair khwahi ho tolerance ho tab hoga warna warna team banegi</w:t>
      </w:r>
      <w:r>
        <w:br/>
      </w:r>
      <w:r>
        <w:rPr>
          <w:sz w:val="20"/>
        </w:rPr>
        <w:t>1:14:51  nahi to apne</w:t>
      </w:r>
    </w:p>
    <w:p>
      <w:pPr>
        <w:pStyle w:val="Heading2"/>
      </w:pPr>
      <w:r>
        <w:t>Clarification on definition of Islam</w:t>
      </w:r>
    </w:p>
    <w:p>
      <w:r>
        <w:rPr>
          <w:color w:val="666666"/>
          <w:sz w:val="18"/>
        </w:rPr>
        <w:t>Faith &amp; God · Story of the Prophet Yusuf May 11, 2014 Maulana Wahiduddin Khan · 2m 19s · at 1:06:39 · https://youtu.be/2alsBthUWhw?t=3999</w:t>
      </w:r>
    </w:p>
    <w:p>
      <w:r>
        <w:rPr>
          <w:i/>
        </w:rPr>
        <w:t>“Maulana, you have defined Islam in this way: Islam, in terms of its ideology, is based on the religion of Tawheed, and in terms of its methodology, is based on...”</w:t>
      </w:r>
    </w:p>
    <w:p>
      <w:r>
        <w:rPr>
          <w:sz w:val="20"/>
        </w:rPr>
        <w:t>1:06:39  maulana agla sawal bidar karnataka se yunusuddin sahib ne kiya</w:t>
      </w:r>
      <w:r>
        <w:br/>
      </w:r>
      <w:r>
        <w:rPr>
          <w:sz w:val="20"/>
        </w:rPr>
        <w:t>1:06:44  hai unhone likha hai Maulana aap ne Islam ko is tarah define kiya hai ke Islam apne</w:t>
      </w:r>
      <w:r>
        <w:br/>
      </w:r>
      <w:r>
        <w:rPr>
          <w:sz w:val="20"/>
        </w:rPr>
        <w:t>1:06:52  nazariye ke aitbar se buniyad par tauheed deen hai aur apne tareeqa kar ke aitbar se buniyad par</w:t>
      </w:r>
      <w:r>
        <w:br/>
      </w:r>
      <w:r>
        <w:rPr>
          <w:sz w:val="20"/>
        </w:rPr>
        <w:t>1:07:01  aman deen hai is ki thori si mazeed wazahat karein bhai hamari kitabein padhiye yeh to bohat zyada</w:t>
      </w:r>
      <w:r>
        <w:br/>
      </w:r>
      <w:r>
        <w:rPr>
          <w:sz w:val="20"/>
        </w:rPr>
        <w:t>1:07:09  kitabon mein likha hua hai ab yahan kya hum wazahat karein</w:t>
      </w:r>
      <w:r>
        <w:br/>
      </w:r>
      <w:r>
        <w:rPr>
          <w:sz w:val="20"/>
        </w:rPr>
        <w:t>1:07:13  yeh jo baat hai yeh kitabon mein bohat zyada wazeh hai isi mein padhiye</w:t>
      </w:r>
      <w:r>
        <w:br/>
      </w:r>
      <w:r>
        <w:rPr>
          <w:sz w:val="20"/>
        </w:rPr>
        <w:t>1:07:18  ek baar padhein wazeh na ho do baar padhiye teen baar padhiye char baar padhiye panch baar padhiye</w:t>
      </w:r>
      <w:r>
        <w:br/>
      </w:r>
      <w:r>
        <w:rPr>
          <w:sz w:val="20"/>
        </w:rPr>
        <w:t>1:07:24  Maulana Shibli Nomani ko kitab likhni thi Sir al-Ajam to ek kitab hai</w:t>
      </w:r>
      <w:r>
        <w:br/>
      </w:r>
      <w:r>
        <w:rPr>
          <w:sz w:val="20"/>
        </w:rPr>
        <w:t>1:07:29  is ka naam hai ab hayat</w:t>
      </w:r>
      <w:r>
        <w:br/>
      </w:r>
      <w:r>
        <w:rPr>
          <w:sz w:val="20"/>
        </w:rPr>
        <w:t>1:07:32  woh muhammad hussain azad ki woh bhi literary mauzu par woh bhi literary mauzu par hai to maulana shibli nomani ne is kitab ko 14 bar parha ek literary mauzu par 14 bar parha aur akhirat ke mauzu par aap ek hi ek parhte hain ek hi bar aap ghor kijiye aap ab hayat jo kitab hai woh bhi literary mauzu par hai</w:t>
      </w:r>
      <w:r>
        <w:br/>
      </w:r>
      <w:r>
        <w:rPr>
          <w:sz w:val="20"/>
        </w:rPr>
        <w:t>1:07:58  adabi adabi mauzu par hai aur seer ul a'jam bhi adabi mauzu par hai to adabi mauzu ko achhi tarah nibhane ke liye unhon ne is mauzu se muta'alliq ek kitab ko 14 bar parha aur aap sirf ek bar parh kar ke samajhte hain ke parh liya aap ne bar bar parhiye bar bar parhiye to sawal apne aap khatam ho jaye ga okay we will end this session now thank you.</w:t>
      </w:r>
    </w:p>
    <w:p>
      <w:pPr>
        <w:pStyle w:val="Heading2"/>
      </w:pPr>
      <w:r>
        <w:t>Clarification on knowledge of God in Ma'rifat</w:t>
      </w:r>
    </w:p>
    <w:p>
      <w:r>
        <w:rPr>
          <w:color w:val="666666"/>
          <w:sz w:val="18"/>
        </w:rPr>
        <w:t>Faith &amp; God · Purpose of Creation September 28, 2014 · 2m 17s · at 54:26 · https://youtu.be/7M-rzLZzCYw?t=3266</w:t>
      </w:r>
    </w:p>
    <w:p>
      <w:r>
        <w:rPr>
          <w:i/>
        </w:rPr>
        <w:t>“In the book 'Ma'rifat', you wrote that knowledge of God means discovering God's existence at the level of consciousness. Please clarify this a bit.”</w:t>
      </w:r>
    </w:p>
    <w:p>
      <w:r>
        <w:rPr>
          <w:sz w:val="20"/>
        </w:rPr>
        <w:t>54:26  molana dilli se agla sawal kya hai mateen tahir sahib ne aur inhon ne likha hai ke kitab marifat mein aap ne likha hai ke khuda ki marifat yani khuda ke wajood ko shaoor ki satah par daryaft karna is ko thoda wazeh kar dein bhai is ko dobara padhiye toh wazeh ho jayega aap ne shayad kitab ko ek hi baar padha hai</w:t>
      </w:r>
      <w:r>
        <w:br/>
      </w:r>
      <w:r>
        <w:rPr>
          <w:sz w:val="20"/>
        </w:rPr>
        <w:t>54:53  ek baar aur padhiye toh isi kitab hi se wazeh ho jayega aur mazeed aap ko sawal karne ki zaroorat inshallah pesh nahi aayegi molana agla jo comment hai woh khwaja kaleemuddin sahib ne bheja hai pennsylvania usa se inhon ne kuch comments ah ah reference ke taur par diye hain molana aur phir inhon ne comment kiya hai toh hum in ke pehle woh comments padhte hain</w:t>
      </w:r>
      <w:r>
        <w:br/>
      </w:r>
      <w:r>
        <w:rPr>
          <w:sz w:val="20"/>
        </w:rPr>
        <w:t>55:22  inhon ne comments likhe hain ke please see the comments by seekers of the truth hello my name is john and i am seeking knowledge in islam if there is any way shape or form that you could please help me i would greatly appreciate it john prockett california</w:t>
      </w:r>
      <w:r>
        <w:br/>
      </w:r>
      <w:r>
        <w:rPr>
          <w:sz w:val="20"/>
        </w:rPr>
        <w:t>55:48  dusra comment hai dear sir salam i wish to learn more about the quran by reading the translated version in the english language i am 53 years of age and in my community we have many religions i believe it is very important to educate one self in learning about other whether it be studying language or studying religion</w:t>
      </w:r>
      <w:r>
        <w:br/>
      </w:r>
      <w:r>
        <w:rPr>
          <w:sz w:val="20"/>
        </w:rPr>
        <w:t>56:17  michael yates philadelphia molana sahib the hundreds of comments like the ones above we receive who are looking for quran online prove your point in the lecture that muslims should only be disseminating the gods message and nothing else</w:t>
      </w:r>
      <w:r>
        <w:br/>
      </w:r>
      <w:r>
        <w:rPr>
          <w:sz w:val="20"/>
        </w:rPr>
        <w:t>56:40  theek</w:t>
      </w:r>
    </w:p>
    <w:p>
      <w:pPr>
        <w:pStyle w:val="Heading2"/>
      </w:pPr>
      <w:r>
        <w:t>Clarify claim that Islam's system is incomplete</w:t>
      </w:r>
    </w:p>
    <w:p>
      <w:r>
        <w:rPr>
          <w:color w:val="666666"/>
          <w:sz w:val="18"/>
        </w:rPr>
        <w:t>Faith &amp; God · Islam and Politics November 17, 2013 · 2m 10s · at 48:15 · https://youtu.be/LgKA8wg4NPc?t=2895</w:t>
      </w:r>
    </w:p>
    <w:p>
      <w:r>
        <w:rPr>
          <w:i/>
        </w:rPr>
        <w:t>“A person said that Islam's system is not complete, then which system is complete? Maulana, please clarify his mistake.”</w:t>
      </w:r>
    </w:p>
    <w:p>
      <w:r>
        <w:rPr>
          <w:sz w:val="20"/>
        </w:rPr>
        <w:t>48:15  maulana agla sawal tamil nadu se kiya hai maulana iqbal umri ne unhon ne likha hai maulana ek sahab ne kaha ke islam ka nizam mukammal nahi hai to phir konsa nizam mukammal hai maulana is ki ghalati wazeh karen dekhen ye sawal jo hai khud ghalat sawal hai</w:t>
      </w:r>
      <w:r>
        <w:br/>
      </w:r>
      <w:r>
        <w:rPr>
          <w:sz w:val="20"/>
        </w:rPr>
        <w:t>48:40  un ko ye kehna chahiye ke dekhen tum kaise kehte ho jab ke falan ayat se sabit hota hai ye ye sawal hi be be matlab hai meaningless sawal hai</w:t>
      </w:r>
      <w:r>
        <w:br/>
      </w:r>
      <w:r>
        <w:rPr>
          <w:sz w:val="20"/>
        </w:rPr>
        <w:t>48:52  jab ap ye kehte hain ke islam ke ye taabeer durust nahi hai ke islam ek mukammal nizam hai to un ko ye kehna chahiye ke nahi dekho falan ayat mein falan hadith mein aisa bataya gaya hai ye konsa sawal ye konsa sawal hai jo wo kar rahe hain wo koi sir reper is ka hai</w:t>
      </w:r>
      <w:r>
        <w:br/>
      </w:r>
      <w:r>
        <w:rPr>
          <w:sz w:val="20"/>
        </w:rPr>
        <w:t>49:08  koi is ka is sawal ka koi sirper hai ye koi sawal hi nahi hai sawal ye hai ke jab quran ki buniyad par ek shakhs ye keh raha hai ke quran mein kahin bhi ye nahi hai ke iqam dolat al islam nafi shariat al islam aur maujooda zamaney mein kuch log isi ko goal bana liye hain kehte hain ke yahi asal islam hai to aap ko aisa hawala dena chahiye ke haan dekho quran mein maujood hai</w:t>
      </w:r>
      <w:r>
        <w:br/>
      </w:r>
      <w:r>
        <w:rPr>
          <w:sz w:val="20"/>
        </w:rPr>
        <w:t>49:37  ye ye sawal to koi sawal hi nahi hai aise phir sawal kiya jata hai ye sawal hi nahi hai ye na sawal hai na kuch hai ye to ye alfaaz hain jo quran mein hai ke inna kalimatan wa qailun kuch baatein aisi hoti hain jis ke bare mein quran khud batata hai ke inna kalimatan wa qailun yani kuch alfaaz bol raha hai koi mani nahi matlab</w:t>
      </w:r>
      <w:r>
        <w:br/>
      </w:r>
      <w:r>
        <w:rPr>
          <w:sz w:val="20"/>
        </w:rPr>
        <w:t>50:06  admi alfaaz bol raha hai lekin mani nahi matlab jaise main kahoon ke ye ye jo hamara jo haal hai ye haal nahi hai ye hathi hai to alfaaz to meri zuban se nikle hathi hai ghoda hai kuch bhi hum keh sakte hain lekin wo martab to kuch nahi hua is ka</w:t>
      </w:r>
    </w:p>
    <w:p>
      <w:pPr>
        <w:pStyle w:val="Heading2"/>
      </w:pPr>
      <w:r>
        <w:t>Comparison of true Islam with prevalent Islam</w:t>
      </w:r>
    </w:p>
    <w:p>
      <w:r>
        <w:rPr>
          <w:color w:val="666666"/>
          <w:sz w:val="18"/>
        </w:rPr>
        <w:t>Faith &amp; God · The Importance of Wisdom November 4, 2012 · 4m 00s · at 50:01 · https://youtu.be/7e6FvqRSHic?t=3001</w:t>
      </w:r>
    </w:p>
    <w:p>
      <w:r>
        <w:rPr>
          <w:i/>
        </w:rPr>
        <w:t>“Al-Risala presents the Islam of Quran and Sunnah, but the Islam prevalent among Muslims worldwide is either the Islam of virtues or the Islam of issues, because the Islam that Muslims have today includes complaint and protest, it makes other nations rivals and enemies, it has paradise only for oneself and hell for others, it does not endanger paradise despite enmity with humanity. In short, seeing the current state of declining Muslims, it can be said that if paradise...”</w:t>
      </w:r>
    </w:p>
    <w:p>
      <w:r>
        <w:rPr>
          <w:sz w:val="20"/>
        </w:rPr>
        <w:t>50:01  maulana yeh sawal aaya hai karachi pakistan se miss samia latif ka unhone likha hai al risala jis islam ko aaj tamam insaniyat ke samne pesh kar raha hai woh quran aur sunnat wala islam hai magar dunya bhar ke musalmanon mein jo islam raaij hai woh ya to fazail wala islam hai ya masail wala islam hai</w:t>
      </w:r>
      <w:r>
        <w:br/>
      </w:r>
      <w:r>
        <w:rPr>
          <w:sz w:val="20"/>
        </w:rPr>
        <w:t>50:29  kyun ke aaj musalmanon ko jo islam mila hua hai is mein shikayat aur ehtejaj jama ho sakta hai is mein ghair qomon ko apna hreef aur dushman dushman banaya ja sakta hai is mein jannat sirf apne liye aur jahannum doosre ke liye hai is mein insaniyat ke sath dushmani ke bawajood jannat khatre mein nahi parta</w:t>
      </w:r>
      <w:r>
        <w:br/>
      </w:r>
      <w:r>
        <w:rPr>
          <w:sz w:val="20"/>
        </w:rPr>
        <w:t>50:59  al garaz zawal yafta musalmanon ki maujooda halat ko dekhte hue yeh kaha ja sakta hai ke agar jannat mein yahi musalman jayenge to phir jahannum ko khali hona chahiye kyun ke doosre log un se kam bure hain is ke bare mein aap kya kahenge</w:t>
      </w:r>
      <w:r>
        <w:br/>
      </w:r>
      <w:r>
        <w:rPr>
          <w:sz w:val="20"/>
        </w:rPr>
        <w:t>51:21  dekhiye ek hadith hai ke yeh</w:t>
      </w:r>
      <w:r>
        <w:br/>
      </w:r>
      <w:r>
        <w:rPr>
          <w:sz w:val="20"/>
        </w:rPr>
        <w:t>51:28  mashhoor jo kitab hai hadith ki is mein aap dekh sakte hain ke badal islam mughriban wa saud kima bada fatubah lil ghuraba islam jab shuru hua to woh ajnabi tha ajnabi matlab stranger ki tarah tha</w:t>
      </w:r>
      <w:r>
        <w:br/>
      </w:r>
      <w:r>
        <w:rPr>
          <w:sz w:val="20"/>
        </w:rPr>
        <w:t>51:51  islam jab shuru hua to ajnabi tha aur islam dobara ajnabi ho jayega pehle ki tarah to in log woh log mubarakbad ke mustahiq hain jo is baat wale daur mein islam ko dobara pehle wali halat par lane ki koshish karein</w:t>
      </w:r>
      <w:r>
        <w:br/>
      </w:r>
      <w:r>
        <w:rPr>
          <w:sz w:val="20"/>
        </w:rPr>
        <w:t>52:11  to dekhein agar doosron mein bigaad hai to aap yeh sochiye ke hamein itna bara mauqa mil raha hai ke bigaad ke daur mein hum islam ko dobara ahya karein is ko revive karein aur dobara is ko pehle wali halat par lane ki koshish karein to is pehlu ko dekhiye</w:t>
      </w:r>
      <w:r>
        <w:br/>
      </w:r>
      <w:r>
        <w:rPr>
          <w:sz w:val="20"/>
        </w:rPr>
        <w:t>52:34  is pehlu ko</w:t>
      </w:r>
      <w:r>
        <w:br/>
      </w:r>
      <w:r>
        <w:rPr>
          <w:sz w:val="20"/>
        </w:rPr>
        <w:t>52:37  yahi ek pehlu nahi hai muamle ka ke doosron logon ko to bigara gaya hai hadith ke</w:t>
      </w:r>
      <w:r>
        <w:br/>
      </w:r>
      <w:r>
        <w:rPr>
          <w:sz w:val="20"/>
        </w:rPr>
        <w:t>52:43  mutabiq aisa hona hi hona tha kyun ke dekhiye yeh hai</w:t>
      </w:r>
      <w:r>
        <w:br/>
      </w:r>
      <w:r>
        <w:rPr>
          <w:sz w:val="20"/>
        </w:rPr>
        <w:t>52:49  is ka sabab hai woh hai law of generation</w:t>
      </w:r>
      <w:r>
        <w:br/>
      </w:r>
      <w:r>
        <w:rPr>
          <w:sz w:val="20"/>
        </w:rPr>
        <w:t>52:53  law of degeneration</w:t>
      </w:r>
      <w:r>
        <w:br/>
      </w:r>
      <w:r>
        <w:rPr>
          <w:sz w:val="20"/>
        </w:rPr>
        <w:t>52:56  is ka sabab hai law of degeneration yani qanoon zawal</w:t>
      </w:r>
      <w:r>
        <w:br/>
      </w:r>
      <w:r>
        <w:rPr>
          <w:sz w:val="20"/>
        </w:rPr>
        <w:t>53:03  to</w:t>
      </w:r>
      <w:r>
        <w:br/>
      </w:r>
      <w:r>
        <w:rPr>
          <w:sz w:val="20"/>
        </w:rPr>
        <w:t>53:04  yeh hamesha aisa hota hai har qom mein koi musalmanon ka exception nahi hai ke qomein zawal ka shikar hoti hain</w:t>
      </w:r>
      <w:r>
        <w:br/>
      </w:r>
      <w:r>
        <w:rPr>
          <w:sz w:val="20"/>
        </w:rPr>
        <w:t>53:15  baad ke zamane mein har qom par zawal aata hai to musalmanon ka is mamle mein exception nahi hai in mein zawal aaya hai isi ki taraf rasool Allah ne peshgi taur par hamein khabar kar diya tha ab hamara kaam kya hai</w:t>
      </w:r>
      <w:r>
        <w:br/>
      </w:r>
      <w:r>
        <w:rPr>
          <w:sz w:val="20"/>
        </w:rPr>
        <w:t>53:32  Allah ne agar hum ko yeh yeh samajh di hai ke sahi islam kya hai aur zawal yafta islam kya hai to hum ahya ki koshish karein is ko revive karne ki koshish karein aur Allah taala ka jo reward hai us ko hasil karein is tarah mein khwahish se sochna chahiye is mamle mein</w:t>
      </w:r>
    </w:p>
    <w:p>
      <w:pPr>
        <w:pStyle w:val="Heading2"/>
      </w:pPr>
      <w:r>
        <w:t>Condition Without Quran and Hadith Guidance</w:t>
      </w:r>
    </w:p>
    <w:p>
      <w:r>
        <w:rPr>
          <w:color w:val="666666"/>
          <w:sz w:val="18"/>
        </w:rPr>
        <w:t>Faith &amp; God · The Process of Personality Development June 30, 2013 · 2m 06s · at 58:12 · https://youtu.be/CSSFRydcJlo?t=3492</w:t>
      </w:r>
    </w:p>
    <w:p>
      <w:r>
        <w:rPr>
          <w:i/>
        </w:rPr>
        <w:t>“If you did not have guidance from Quran and Hadith, what would have been your condition? And what would be my condition without them?”</w:t>
      </w:r>
    </w:p>
    <w:p>
      <w:r>
        <w:rPr>
          <w:sz w:val="20"/>
        </w:rPr>
        <w:t>58:12  molana, agla sawal hai molana iqbal umri sahab ka, tamil nadu se. unhon ne likha hai: aap ne apne bare mein likha hai ke mein ek fikri hevan, thinking animal hoon.</w:t>
      </w:r>
      <w:r>
        <w:br/>
      </w:r>
      <w:r>
        <w:rPr>
          <w:sz w:val="20"/>
        </w:rPr>
        <w:t>58:25  molana, agar aap ko quran aur hadith rasool se rehnumai na milti to aap jaise insan ka kya haal hota?</w:t>
      </w:r>
      <w:r>
        <w:br/>
      </w:r>
      <w:r>
        <w:rPr>
          <w:sz w:val="20"/>
        </w:rPr>
        <w:t>58:36  mein to apni parhaiyon mein aksar ro ro kar kehta hoon apne aap se ke khuda ya, agar quran na hota, peghambar allah ne na bheja hota to kya hota mera haal?</w:t>
      </w:r>
      <w:r>
        <w:br/>
      </w:r>
      <w:r>
        <w:rPr>
          <w:sz w:val="20"/>
        </w:rPr>
        <w:t>58:55  yaad rakhiye, insan jo hai wa ma utitiya min alimin illa qalil</w:t>
      </w:r>
      <w:r>
        <w:br/>
      </w:r>
      <w:r>
        <w:rPr>
          <w:sz w:val="20"/>
        </w:rPr>
        <w:t>59:00  an insan ke potential bohat zyada hain, lekin sath sath is ke limitations bhi bohat zyada hain. hamein ek ek ek ek basic guidance chahiye.</w:t>
      </w:r>
      <w:r>
        <w:br/>
      </w:r>
      <w:r>
        <w:rPr>
          <w:sz w:val="20"/>
        </w:rPr>
        <w:t>59:14  agar basic guidance hamare paas na ho, ek model chahiye. agar model hamare paas na ho to hum phat jayenge. rasool allah hamare liye model hain, quran hamare liye basic guidance deta hai.</w:t>
      </w:r>
      <w:r>
        <w:br/>
      </w:r>
      <w:r>
        <w:rPr>
          <w:sz w:val="20"/>
        </w:rPr>
        <w:t>59:30  mehaz aql hargiz kafi nahi hai ke aap sachai tak pahunch jayen. kisi bhi insan ke liye, kisi bhi insan ke liye.</w:t>
      </w:r>
      <w:r>
        <w:br/>
      </w:r>
      <w:r>
        <w:rPr>
          <w:sz w:val="20"/>
        </w:rPr>
        <w:t>59:40  khud quran mein rasool allah ki ayat hai ke wa wajadaka zalan fa hada to rasool ke liye bhi zaroori tha ke us ko allah ki hidayat aaye, tab wo paye hidayat ko.</w:t>
      </w:r>
      <w:r>
        <w:br/>
      </w:r>
      <w:r>
        <w:rPr>
          <w:sz w:val="20"/>
        </w:rPr>
        <w:t>59:52  apne aap hi nahi pa lega, wo to koi aur insan kaise pa sakta hai?</w:t>
      </w:r>
      <w:r>
        <w:br/>
      </w:r>
      <w:r>
        <w:rPr>
          <w:sz w:val="20"/>
        </w:rPr>
        <w:t>59:58  to yeh ek haqiqat hai ke insan ko allah ne be panah potential ke sath paida kiya. is ke bawajood us ko zaroorat hai ke us ko allah ki guidance mile aur allah ke rasool ka model mile, tab wo sachai par qaim ho sakta hai.</w:t>
      </w:r>
    </w:p>
    <w:p>
      <w:pPr>
        <w:pStyle w:val="Heading2"/>
      </w:pPr>
      <w:r>
        <w:t>Convincing an atheist of God's existence</w:t>
      </w:r>
    </w:p>
    <w:p>
      <w:r>
        <w:rPr>
          <w:color w:val="666666"/>
          <w:sz w:val="18"/>
        </w:rPr>
        <w:t>Faith &amp; God · Discovering God June 30, 2019 Maulana Wahiduddin Khan · 3m 55s · at 57:44 · https://youtu.be/Yt1-eX7XzYU?t=3464</w:t>
      </w:r>
    </w:p>
    <w:p>
      <w:r>
        <w:rPr>
          <w:i/>
        </w:rPr>
        <w:t>“How can a believer of Allah convince an atheist that there is God?”</w:t>
      </w:r>
    </w:p>
    <w:p>
      <w:r>
        <w:rPr>
          <w:sz w:val="20"/>
        </w:rPr>
        <w:t>57:44  maulana, chandi garh se sawal aaya hai syed ahmed, doctor syed ahmed wajee sahib ka. unhon ne likha hai: "how is a believer of allah, we can convince an atheist that there is god?" is ke bare mein bataein kya kya ke hum ek atheist ko kaise convince kar sakte hain khuda ke bare mein.</w:t>
      </w:r>
      <w:r>
        <w:br/>
      </w:r>
      <w:r>
        <w:rPr>
          <w:sz w:val="20"/>
        </w:rPr>
        <w:t>58:07  is ke bare mein woh aap se janna chahte hain. maine aap ne aaj hi ki bataya hai ke einstein jo tha,</w:t>
      </w:r>
      <w:r>
        <w:br/>
      </w:r>
      <w:r>
        <w:rPr>
          <w:sz w:val="20"/>
        </w:rPr>
        <w:t>58:18  is ke ek dost ka letter chupa hai german zaban mein. is ka tarjuma maine padha english mein. to einstein ke dost ne is ko likha tha ke log samajhte hain ke aap atheist hain,</w:t>
      </w:r>
      <w:r>
        <w:br/>
      </w:r>
      <w:r>
        <w:rPr>
          <w:sz w:val="20"/>
        </w:rPr>
        <w:t>58:37  yani khuda ke munkir.</w:t>
      </w:r>
      <w:r>
        <w:br/>
      </w:r>
      <w:r>
        <w:rPr>
          <w:sz w:val="20"/>
        </w:rPr>
        <w:t>58:41  yeh chupa hua hai yeh khat. to einstein ne is ka jawab diya ke main atheist nahi hoon, main agnostic hoon.</w:t>
      </w:r>
      <w:r>
        <w:br/>
      </w:r>
      <w:r>
        <w:rPr>
          <w:sz w:val="20"/>
        </w:rPr>
        <w:t>58:53  apne yani hand writing mein likha tha, yeh type shuda nahi hai. woh woh jo letter is ka hai, woh hand hand writing mein hai.</w:t>
      </w:r>
      <w:r>
        <w:br/>
      </w:r>
      <w:r>
        <w:rPr>
          <w:sz w:val="20"/>
        </w:rPr>
        <w:t>59:05  agnostic mein hoon. to agnostic ka matlab hai na munkir, na muqarrar, muqarrar na inkar karne wala, na iqrar karne wala.</w:t>
      </w:r>
      <w:r>
        <w:br/>
      </w:r>
      <w:r>
        <w:rPr>
          <w:sz w:val="20"/>
        </w:rPr>
        <w:t>59:20  to in in between to hue. isi liye main kehta hoon ke science ka jo case hai, woh 50-50 ka case hai.</w:t>
      </w:r>
      <w:r>
        <w:br/>
      </w:r>
      <w:r>
        <w:rPr>
          <w:sz w:val="20"/>
        </w:rPr>
        <w:t>59:32  inkar ka case har giz nahi hai.</w:t>
      </w:r>
      <w:r>
        <w:br/>
      </w:r>
      <w:r>
        <w:rPr>
          <w:sz w:val="20"/>
        </w:rPr>
        <w:t>59:37  top boost scientist tha</w:t>
      </w:r>
      <w:r>
        <w:br/>
      </w:r>
      <w:r>
        <w:rPr>
          <w:sz w:val="20"/>
        </w:rPr>
        <w:t>59:43  yeh einstein. ab bataun ke sare yani sare science danon ka yahi case hai, yani</w:t>
      </w:r>
      <w:r>
        <w:br/>
      </w:r>
      <w:r>
        <w:rPr>
          <w:sz w:val="20"/>
        </w:rPr>
        <w:t>59:57  napoleon aur sir james gene se le kar</w:t>
      </w:r>
      <w:r>
        <w:br/>
      </w:r>
      <w:r>
        <w:rPr>
          <w:sz w:val="20"/>
        </w:rPr>
        <w:t>1:00:03  einstein tak.</w:t>
      </w:r>
      <w:r>
        <w:br/>
      </w:r>
      <w:r>
        <w:rPr>
          <w:sz w:val="20"/>
        </w:rPr>
        <w:t>1:00:07  aap gehrai ke sath padhein, log gehrai ke sath padhte nahi, idhar udhar idhar ke sunte hain aur sarap bana lete hain.</w:t>
      </w:r>
      <w:r>
        <w:br/>
      </w:r>
      <w:r>
        <w:rPr>
          <w:sz w:val="20"/>
        </w:rPr>
        <w:t>1:00:17  maine bahut gehrai ke sath padha hai aur meri research yeh hai ke ke science dan ka case har giz har giz inkar khuda ka case nahi hai.</w:t>
      </w:r>
      <w:r>
        <w:br/>
      </w:r>
      <w:r>
        <w:rPr>
          <w:sz w:val="20"/>
        </w:rPr>
        <w:t>1:00:32  woh 50-50 ka case hai.</w:t>
      </w:r>
      <w:r>
        <w:br/>
      </w:r>
      <w:r>
        <w:rPr>
          <w:sz w:val="20"/>
        </w:rPr>
        <w:t>1:00:37  to 50-50 jab case hai to is waqt adha adha woh adha woh</w:t>
      </w:r>
      <w:r>
        <w:br/>
      </w:r>
      <w:r>
        <w:rPr>
          <w:sz w:val="20"/>
        </w:rPr>
        <w:t>1:00:48  manne wale kase.</w:t>
      </w:r>
      <w:r>
        <w:br/>
      </w:r>
      <w:r>
        <w:rPr>
          <w:sz w:val="20"/>
        </w:rPr>
        <w:t>1:00:53  meri kitab jo abhi aaj release hui hai, us ko aap padhiye.</w:t>
      </w:r>
      <w:r>
        <w:br/>
      </w:r>
      <w:r>
        <w:rPr>
          <w:sz w:val="20"/>
        </w:rPr>
        <w:t>1:01:01  baghair padhe bhi rah mat dijiye. log jo hain, baghair padhe bhi rah dete hain.</w:t>
      </w:r>
      <w:r>
        <w:br/>
      </w:r>
      <w:r>
        <w:rPr>
          <w:sz w:val="20"/>
        </w:rPr>
        <w:t>1:01:11  jaise einstein ke dost ne baghair padhe hue yeh keh diya tha ke einstein jo hai, atheist hai, munkir khuda.</w:t>
      </w:r>
      <w:r>
        <w:br/>
      </w:r>
      <w:r>
        <w:rPr>
          <w:sz w:val="20"/>
        </w:rPr>
        <w:t>1:01:23  khat likh diya is ko to is ne jawab mein khat likha ke main atheist nahi hoon, main agnostic hoon, yani main case 50-50 ka case hai.</w:t>
      </w:r>
    </w:p>
    <w:p>
      <w:pPr>
        <w:pStyle w:val="Heading2"/>
      </w:pPr>
      <w:r>
        <w:t>Correcting misconception of Islam by sword</w:t>
      </w:r>
    </w:p>
    <w:p>
      <w:r>
        <w:rPr>
          <w:color w:val="666666"/>
          <w:sz w:val="18"/>
        </w:rPr>
        <w:t>Faith &amp; God · Importance of Patience October 26, 2014 · 3m 10s · at 1:04:59 · https://youtu.be/XdOlp9-fPG0?t=3899</w:t>
      </w:r>
    </w:p>
    <w:p>
      <w:r>
        <w:rPr>
          <w:i/>
        </w:rPr>
        <w:t>“Time and again I come across the question that Islam is a religion which spread with the power of sword from earliest days till current times. My question is: how should we approach this issue so that the wrong ideas among non-Muslims can be rectified?”</w:t>
      </w:r>
    </w:p>
    <w:p>
      <w:r>
        <w:rPr>
          <w:sz w:val="20"/>
        </w:rPr>
        <w:t>1:04:59  Maulana, agla sawal Dilli se aaya hai Miss Anki ka, aur unhone likha hai: "time and again I come across the question that Islam is a religion which spread with the power of sword from earliest days till current times".</w:t>
      </w:r>
      <w:r>
        <w:br/>
      </w:r>
      <w:r>
        <w:rPr>
          <w:sz w:val="20"/>
        </w:rPr>
        <w:t>1:05:18  maulana sahib, mai question is: "how should we approach this issue so that the wrong ideas among non muslims can be rectified"?</w:t>
      </w:r>
      <w:r>
        <w:br/>
      </w:r>
      <w:r>
        <w:rPr>
          <w:sz w:val="20"/>
        </w:rPr>
        <w:t>1:05:30  dekhen, main is par main ne bohat likha hai. yeh islam, yani sword jo hai ya war jo hai, yeh islam ki koi teaching nahi hai.</w:t>
      </w:r>
      <w:r>
        <w:br/>
      </w:r>
      <w:r>
        <w:rPr>
          <w:sz w:val="20"/>
        </w:rPr>
        <w:t>1:05:49  islam ki teaching ka part nahi hai. jaise islam mein hai ke allah ko ek mano, sach bolo, allah ki ibadat karo,</w:t>
      </w:r>
      <w:r>
        <w:br/>
      </w:r>
      <w:r>
        <w:rPr>
          <w:sz w:val="20"/>
        </w:rPr>
        <w:t>1:06:00  yeh islam ki teaching ka part hai. lekin yeh jo war hai, yeh islam ki apni teaching ka part nahi hai.</w:t>
      </w:r>
      <w:r>
        <w:br/>
      </w:r>
      <w:r>
        <w:rPr>
          <w:sz w:val="20"/>
        </w:rPr>
        <w:t>1:06:10  yeh hai is ke peechay age factor. us waqt dunya mein tribal culture tha, aur tribes jo hua karte thay, un mein un ka culture hi tha larna phirna.</w:t>
      </w:r>
      <w:r>
        <w:br/>
      </w:r>
      <w:r>
        <w:rPr>
          <w:sz w:val="20"/>
        </w:rPr>
        <w:t>1:06:23  barabar larte phirte rehte thay. woh</w:t>
      </w:r>
      <w:r>
        <w:br/>
      </w:r>
      <w:r>
        <w:rPr>
          <w:sz w:val="20"/>
        </w:rPr>
        <w:t>1:06:26  jahan jahan bhi tribal culture tha, har jagah bas larna phirna, larna phirna. is wajah se jab un ke haan ek rasool allah salallaho alaihi wasallam ne ek ek tauheed ka baat kahi to woh us ko ek nai baat lagi,</w:t>
      </w:r>
      <w:r>
        <w:br/>
      </w:r>
      <w:r>
        <w:rPr>
          <w:sz w:val="20"/>
        </w:rPr>
        <w:t>1:06:45  aur nai baat ke khilaf ho jatay thay woh log. to is bina par woh larnay shuru kar diya. unhon ne</w:t>
      </w:r>
      <w:r>
        <w:br/>
      </w:r>
      <w:r>
        <w:rPr>
          <w:sz w:val="20"/>
        </w:rPr>
        <w:t>1:06:52  to islam mein dekhiye, jo chand jangain hui hain, woh jangain bhi bohat choti jangain theen. yani woh waqt is ka miss thi, woh war nahi thi.</w:t>
      </w:r>
      <w:r>
        <w:br/>
      </w:r>
      <w:r>
        <w:rPr>
          <w:sz w:val="20"/>
        </w:rPr>
        <w:t>1:07:04  islam mein koi ek bhi full-fledged war nahi. jo chand war hain, woh sab us ke us ka miss hain. woh bhi is liye ke unhon ne attack kiya, unhon ne aggression kiya, aur woh attack bhi is liye ke woh un ka mind set jo tha, tribal mind set tha.</w:t>
      </w:r>
      <w:r>
        <w:br/>
      </w:r>
      <w:r>
        <w:rPr>
          <w:sz w:val="20"/>
        </w:rPr>
        <w:t>1:07:22  ab to main samajhta hoon ke islam mein war ka koi jagah hi nahi hai. ab islam mein ab war ek irrelevant baat ban chuki hai.</w:t>
      </w:r>
      <w:r>
        <w:br/>
      </w:r>
      <w:r>
        <w:rPr>
          <w:sz w:val="20"/>
        </w:rPr>
        <w:t>1:07:33  aaj ab to islam, ab to dunya mein peace hai, freedom hai, tolerance hai. ab larnay ka koi sawal hi nahi.</w:t>
      </w:r>
      <w:r>
        <w:br/>
      </w:r>
      <w:r>
        <w:rPr>
          <w:sz w:val="20"/>
        </w:rPr>
        <w:t>1:07:42  kon aap se larnay aata hai? hum jo yeh kaam kar rahay hain, kon aap se</w:t>
      </w:r>
      <w:r>
        <w:br/>
      </w:r>
      <w:r>
        <w:rPr>
          <w:sz w:val="20"/>
        </w:rPr>
        <w:t>1:07:48  larnay aata hai? lekin isi kaam ke liye pehlay zamanay mein log larnay aa jatay thay, tod phod karte thay. isi kaam ke liye jo hum kar rahay hain, to woh hai age factor ki wajah se.</w:t>
      </w:r>
      <w:r>
        <w:br/>
      </w:r>
      <w:r>
        <w:rPr>
          <w:sz w:val="20"/>
        </w:rPr>
        <w:t>1:08:02  is ka koi talluq islam ki teaching se nahi hai.</w:t>
      </w:r>
    </w:p>
    <w:p>
      <w:pPr>
        <w:pStyle w:val="Heading2"/>
      </w:pPr>
      <w:r>
        <w:t>Criterion to identify the true religion</w:t>
      </w:r>
    </w:p>
    <w:p>
      <w:r>
        <w:rPr>
          <w:color w:val="666666"/>
          <w:sz w:val="18"/>
        </w:rPr>
        <w:t>Faith &amp; God · Age of Democracy May 25, 2014 · 2m 39s · at 1:14:35 · https://youtu.be/pyZy1-EhW1Q?t=4475</w:t>
      </w:r>
    </w:p>
    <w:p>
      <w:r>
        <w:rPr>
          <w:i/>
        </w:rPr>
        <w:t>“There are hundreds of new and old religions in the world. In such a situation, what is the criterion by which one can judge the true religion?”</w:t>
      </w:r>
    </w:p>
    <w:p>
      <w:r>
        <w:rPr>
          <w:sz w:val="20"/>
        </w:rPr>
        <w:t>1:14:35  maulana, in ka doosra sawal is tarah hai. inhon ne likha hai ke dunya mein sankaron naye purane mazhab hain. aisi halat mein woh konsa peymana hai jis se sachche mazhab ko parkha ja sake?</w:t>
      </w:r>
      <w:r>
        <w:br/>
      </w:r>
      <w:r>
        <w:rPr>
          <w:sz w:val="20"/>
        </w:rPr>
        <w:t>1:14:54  dunya mein major religion to sirf ek darja hai, ek darja, ek ek darjan se zyada nahi hai.</w:t>
      </w:r>
      <w:r>
        <w:br/>
      </w:r>
      <w:r>
        <w:rPr>
          <w:sz w:val="20"/>
        </w:rPr>
        <w:t>1:15:02  major religion. aur agar aap sachche seeker hain to bohat asan hai pata karna.</w:t>
      </w:r>
      <w:r>
        <w:br/>
      </w:r>
      <w:r>
        <w:rPr>
          <w:sz w:val="20"/>
        </w:rPr>
        <w:t>1:15:15  ab mein aap ko misaal deta hoon doctor rishi kanth rabadiya ki. doctor rishi kanth rabadiya the, sachche seeker the woh.</w:t>
      </w:r>
      <w:r>
        <w:br/>
      </w:r>
      <w:r>
        <w:rPr>
          <w:sz w:val="20"/>
        </w:rPr>
        <w:t>1:15:24  yeh bangali, bengal mein hindu family mein paida hue woh.</w:t>
      </w:r>
      <w:r>
        <w:br/>
      </w:r>
      <w:r>
        <w:rPr>
          <w:sz w:val="20"/>
        </w:rPr>
        <w:t>1:15:30  to</w:t>
      </w:r>
      <w:r>
        <w:br/>
      </w:r>
      <w:r>
        <w:rPr>
          <w:sz w:val="20"/>
        </w:rPr>
        <w:t>1:15:34  aur bohat padhe likhe aadmi the, bohat well educated aadmi the, kai language jante the. to unhon ne kya kiya ke sachai ko talash shuru ki unhon ne.</w:t>
      </w:r>
      <w:r>
        <w:br/>
      </w:r>
      <w:r>
        <w:rPr>
          <w:sz w:val="20"/>
        </w:rPr>
        <w:t>1:15:44  philosophy ko padha, legend ko padha, history ko padha, doosre mazhabon ko padha.</w:t>
      </w:r>
      <w:r>
        <w:br/>
      </w:r>
      <w:r>
        <w:rPr>
          <w:sz w:val="20"/>
        </w:rPr>
        <w:t>1:15:53  lekin unhein kahin unhein woh cheez nahi mili jo woh chahte thay.</w:t>
      </w:r>
      <w:r>
        <w:br/>
      </w:r>
      <w:r>
        <w:rPr>
          <w:sz w:val="20"/>
        </w:rPr>
        <w:t>1:15:58  aakhir mein islam ko parha to unhein mil gayi. woh kya? woh chahte thay ke aisa koi prophet jis ko historical credibility hasil ho.</w:t>
      </w:r>
      <w:r>
        <w:br/>
      </w:r>
      <w:r>
        <w:rPr>
          <w:sz w:val="20"/>
        </w:rPr>
        <w:t>1:16:09  hum keh saken ke yeh aadmi ek aisa ek insaan tha jo paida hua falan date ko, falan date ko is ki wafat hui, yeh is ka mission tha ya aisa is ne kiya.</w:t>
      </w:r>
      <w:r>
        <w:br/>
      </w:r>
      <w:r>
        <w:rPr>
          <w:sz w:val="20"/>
        </w:rPr>
        <w:t>1:16:21  to aap jante hain ke jitne bhi major religions hain, un mein kisi ki bhi history nahi hai.</w:t>
      </w:r>
      <w:r>
        <w:br/>
      </w:r>
      <w:r>
        <w:rPr>
          <w:sz w:val="20"/>
        </w:rPr>
        <w:t>1:16:29  kisi ki bhi nahi hai.</w:t>
      </w:r>
      <w:r>
        <w:br/>
      </w:r>
      <w:r>
        <w:rPr>
          <w:sz w:val="20"/>
        </w:rPr>
        <w:t>1:16:33  to jab unhone islam ko parha aur rasool Allah ko parha to us waqt unhone ek kitaab likhi hai, is par aap is par aap parh sakte hain. unhone is mein likha hai ke "oh what a relief to find after all a truly historical prophet to believe in".</w:t>
      </w:r>
      <w:r>
        <w:br/>
      </w:r>
      <w:r>
        <w:rPr>
          <w:sz w:val="20"/>
        </w:rPr>
        <w:t>1:16:51  to meri kitaab hai, is ka naam hai "Islam Rediscovered". is mein maine un ke case ko naqal kiya hai.</w:t>
      </w:r>
      <w:r>
        <w:br/>
      </w:r>
      <w:r>
        <w:rPr>
          <w:sz w:val="20"/>
        </w:rPr>
        <w:t>1:16:57  is ek chapter hi ke baray mein hai doctor Rishicarat Rabadiya ka. is ko aap parhiye. "Islam Rediscovered" ka ek poora chapter hi isi par hai.</w:t>
      </w:r>
      <w:r>
        <w:br/>
      </w:r>
      <w:r>
        <w:rPr>
          <w:sz w:val="20"/>
        </w:rPr>
        <w:t>1:17:08  is ko aap parhen ge to inshallah is masle ki wazahat ho jaye gi.</w:t>
      </w:r>
      <w:r>
        <w:br/>
      </w:r>
      <w:r>
        <w:rPr>
          <w:sz w:val="20"/>
        </w:rPr>
        <w:t>1:17:15  maulana, agla sawal raipur se kiya hai Idris sahib ne</w:t>
      </w:r>
    </w:p>
    <w:p>
      <w:pPr>
        <w:pStyle w:val="Heading2"/>
      </w:pPr>
      <w:r>
        <w:t>Dealing with doubts from atheist books</w:t>
      </w:r>
    </w:p>
    <w:p>
      <w:r>
        <w:rPr>
          <w:color w:val="666666"/>
          <w:sz w:val="18"/>
        </w:rPr>
        <w:t>Faith &amp; God · 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Definition of monotheism</w:t>
      </w:r>
    </w:p>
    <w:p>
      <w:r>
        <w:rPr>
          <w:color w:val="666666"/>
          <w:sz w:val="18"/>
        </w:rPr>
        <w:t>Faith &amp; God · Revival of Muslim Ummah, February 4, 2013 · 2m 04s · at 1:19:04 · https://youtu.be/xB3MfWhLHoM?t=4744</w:t>
      </w:r>
    </w:p>
    <w:p>
      <w:r>
        <w:rPr>
          <w:i/>
        </w:rPr>
        <w:t>“What is monotheism?”</w:t>
      </w:r>
    </w:p>
    <w:p>
      <w:r>
        <w:rPr>
          <w:sz w:val="20"/>
        </w:rPr>
        <w:t>1:19:04  maulana, agla sawal dilli se hai jameel akhtar khan sahib ka. unhon ne aapse poocha hai: "what is monism?" is ke baray mein bataein.</w:t>
      </w:r>
      <w:r>
        <w:br/>
      </w:r>
      <w:r>
        <w:rPr>
          <w:sz w:val="20"/>
        </w:rPr>
        <w:t>1:19:15  is par hum likh chuke hain. dekhein, ek monism, ek monotheism urdu mein kehte hain: "wahdat al wajood tauheed." monotheism ka matlab hota hai</w:t>
      </w:r>
      <w:r>
        <w:br/>
      </w:r>
      <w:r>
        <w:rPr>
          <w:sz w:val="20"/>
        </w:rPr>
        <w:t>1:19:29  tauheed, yani Allah ko ek ek ek ek mustaqil existence ke taur par manna, ek wajood ke taur par manna.</w:t>
      </w:r>
      <w:r>
        <w:br/>
      </w:r>
      <w:r>
        <w:rPr>
          <w:sz w:val="20"/>
        </w:rPr>
        <w:t>1:19:38  aur monism ka matlab hota hai ek ke woh qulub bhi mante hain kis cheez ko, lekin ek what is ek spirit ke taur par, just like gravity.</w:t>
      </w:r>
      <w:r>
        <w:br/>
      </w:r>
      <w:r>
        <w:rPr>
          <w:sz w:val="20"/>
        </w:rPr>
        <w:t>1:19:48  to woh khuda ka naam tha, ek symbolic word hota hai,</w:t>
      </w:r>
      <w:r>
        <w:br/>
      </w:r>
      <w:r>
        <w:rPr>
          <w:sz w:val="20"/>
        </w:rPr>
        <w:t>1:19:52  jaise gravity hai, cosmic rules hain. to is ko aap khuda keh dein to woh ek symbolic word hoga. monism ka matlab kuch bhi nahi hai, yani woh woh ek philosophy hai.</w:t>
      </w:r>
      <w:r>
        <w:br/>
      </w:r>
      <w:r>
        <w:rPr>
          <w:sz w:val="20"/>
        </w:rPr>
        <w:t>1:20:05  monism koi religion nahi hai. main monism ko religion nahi manta, is ko main philosophy manta hoon. aur monotheism to religion hai, yani Allah ko ek wajood ke taur par man kar ke aap aap apni zindagi is is ke hukum ke mutabiq jab ta'ameer karen to is ka monotheism to ek ko kehte hain wahid wajood aur doosre kehte hain tauheed.</w:t>
      </w:r>
      <w:r>
        <w:br/>
      </w:r>
      <w:r>
        <w:rPr>
          <w:sz w:val="20"/>
        </w:rPr>
        <w:t>1:20:31  maulana, woh aap se ek aur sawal unhon ne kiya hai. unhon ne likha</w:t>
      </w:r>
      <w:r>
        <w:br/>
      </w:r>
      <w:r>
        <w:rPr>
          <w:sz w:val="20"/>
        </w:rPr>
        <w:t>1:20:35  hai ke daba ke baray mein aap ne apni rai ko aakhir rai kyun qarar diya hai?</w:t>
      </w:r>
      <w:r>
        <w:br/>
      </w:r>
      <w:r>
        <w:rPr>
          <w:sz w:val="20"/>
        </w:rPr>
        <w:t>1:20:44  bhai, aap dalail se mutmaeen ho to maaniye, mat maaniye. aakhir raaye kya? aakhir raaye to koi cheez nahi hoti. har cheez ko dalail se jaancha jaata hai.</w:t>
      </w:r>
      <w:r>
        <w:br/>
      </w:r>
      <w:r>
        <w:rPr>
          <w:sz w:val="20"/>
        </w:rPr>
        <w:t>1:20:55  jo maine daleelein di hain, is ko is ke lihaaz se dekhiye. aap agar aap ko theek lagti hai to maan lijiye, nahi to na maaniye. aap ko maanne ka bhi haq hai aur reject karne ka bhi haq hai.</w:t>
      </w:r>
    </w:p>
    <w:p>
      <w:pPr>
        <w:pStyle w:val="Heading2"/>
      </w:pPr>
      <w:r>
        <w:t>Degree of Faith: Educated vs Less Educated</w:t>
      </w:r>
    </w:p>
    <w:p>
      <w:r>
        <w:rPr>
          <w:color w:val="666666"/>
          <w:sz w:val="18"/>
        </w:rPr>
        <w:t>Faith &amp; God · Unseen God July 30, 2017 Maulana Wahiduddin Khan · 2m 21s · at 56:20 · https://youtu.be/MOkCdGFAVR4?t=3380</w:t>
      </w:r>
    </w:p>
    <w:p>
      <w:r>
        <w:rPr>
          <w:i/>
        </w:rPr>
        <w:t>“An educated person with a scientific mind discovers God and believes in Him. Similarly, a less educated person who does not have a scientific bent of mind also believes one hundred percent in God through tadabbur and tafakkur. So will the degree of faith differ among the two? I mean will an educated, scientifically based man be placed higher in ma'rifat-e-deen than a less educated mind? What is your opinion?”</w:t>
      </w:r>
    </w:p>
    <w:p>
      <w:r>
        <w:rPr>
          <w:sz w:val="20"/>
        </w:rPr>
        <w:t>56:20  ji مولانا agla sawal lucknow se bheja hai razi sahab ne unhone likha hai مولانا an educated person who has scientific mind discovers god and believes in him</w:t>
      </w:r>
      <w:r>
        <w:br/>
      </w:r>
      <w:r>
        <w:rPr>
          <w:sz w:val="20"/>
        </w:rPr>
        <w:t>56:36  similarly a less educated person who does not have a scientific bent of mind also believes hundred percent in god through tadabbur and tafakkur so will the degree of faith differ among the two i mean will an educated scientific based man be placed higher in marifat than a less educated mind what is your</w:t>
      </w:r>
      <w:r>
        <w:br/>
      </w:r>
      <w:r>
        <w:rPr>
          <w:sz w:val="20"/>
        </w:rPr>
        <w:t>57:03  opinion dekhiye islam ka jo criterion hai woh base hai base karta hai quality par quantity par nahi</w:t>
      </w:r>
      <w:r>
        <w:br/>
      </w:r>
      <w:r>
        <w:rPr>
          <w:sz w:val="20"/>
        </w:rPr>
        <w:t>57:14  yani quantity stress mein kiska darja kya hai woh dekha jayega</w:t>
      </w:r>
      <w:r>
        <w:br/>
      </w:r>
      <w:r>
        <w:rPr>
          <w:sz w:val="20"/>
        </w:rPr>
        <w:t>57:20  quantity stress mein nahi dekha jayega</w:t>
      </w:r>
      <w:r>
        <w:br/>
      </w:r>
      <w:r>
        <w:rPr>
          <w:sz w:val="20"/>
        </w:rPr>
        <w:t>57:23  aur doosri baat yeh hai ke kis ke ilm ne is ke andar Allah ki mohabbat paida ki</w:t>
      </w:r>
      <w:r>
        <w:br/>
      </w:r>
      <w:r>
        <w:rPr>
          <w:sz w:val="20"/>
        </w:rPr>
        <w:t>57:31  allazina amanu ashaddu hubban lillah is se jaancha jayega aap ki knowledge bahut ho aap</w:t>
      </w:r>
      <w:r>
        <w:br/>
      </w:r>
      <w:r>
        <w:rPr>
          <w:sz w:val="20"/>
        </w:rPr>
        <w:t>57:39  dunya ke sab bade scientific mind hon lekin aap ke andar Allah ke liye mohabbat nahi paida hui</w:t>
      </w:r>
      <w:r>
        <w:br/>
      </w:r>
      <w:r>
        <w:rPr>
          <w:sz w:val="20"/>
        </w:rPr>
        <w:t>57:45  to to woh nateeja koi value is ki</w:t>
      </w:r>
      <w:r>
        <w:br/>
      </w:r>
      <w:r>
        <w:rPr>
          <w:sz w:val="20"/>
        </w:rPr>
        <w:t>57:48  nahi hai to criterion yeh hai ke aap ki knowledge aap ki research ne aap ke andar</w:t>
      </w:r>
      <w:r>
        <w:br/>
      </w:r>
      <w:r>
        <w:rPr>
          <w:sz w:val="20"/>
        </w:rPr>
        <w:t>57:55  khaliq ke liye rab-ul-alameen ke liye mohabbat ka jazba paida kiya hai ya nahi paida kiya yeh</w:t>
      </w:r>
      <w:r>
        <w:br/>
      </w:r>
      <w:r>
        <w:rPr>
          <w:sz w:val="20"/>
        </w:rPr>
        <w:t>58:01  hai criterion aur koi cheez criterion nahi hai</w:t>
      </w:r>
      <w:r>
        <w:br/>
      </w:r>
      <w:r>
        <w:rPr>
          <w:sz w:val="20"/>
        </w:rPr>
        <w:t>58:06  walazina amanu ashaddu hubban lillah</w:t>
      </w:r>
      <w:r>
        <w:br/>
      </w:r>
      <w:r>
        <w:rPr>
          <w:sz w:val="20"/>
        </w:rPr>
        <w:t>58:10  amnu ka matlab yeh hai ke jo discover karte hain</w:t>
      </w:r>
      <w:r>
        <w:br/>
      </w:r>
      <w:r>
        <w:rPr>
          <w:sz w:val="20"/>
        </w:rPr>
        <w:t>58:14  yani is ka ayat ka matlab yeh hai ke jo Allah ko discover karta hai woh Allah se</w:t>
      </w:r>
      <w:r>
        <w:br/>
      </w:r>
      <w:r>
        <w:rPr>
          <w:sz w:val="20"/>
        </w:rPr>
        <w:t>58:19  bohat ziyada mohabbat karne wala ban jata hai to aap ki agar discovery</w:t>
      </w:r>
      <w:r>
        <w:br/>
      </w:r>
      <w:r>
        <w:rPr>
          <w:sz w:val="20"/>
        </w:rPr>
        <w:t>58:26  allah ki taraf ho rahi ho to jaancha yeh jayega ke aap ke andar allah se mohabbat</w:t>
      </w:r>
      <w:r>
        <w:br/>
      </w:r>
      <w:r>
        <w:rPr>
          <w:sz w:val="20"/>
        </w:rPr>
        <w:t>58:30  qatai paida hui darja isi se banega</w:t>
      </w:r>
      <w:r>
        <w:br/>
      </w:r>
      <w:r>
        <w:rPr>
          <w:sz w:val="20"/>
        </w:rPr>
        <w:t>58:34  walzain</w:t>
      </w:r>
      <w:r>
        <w:br/>
      </w:r>
      <w:r>
        <w:rPr>
          <w:sz w:val="20"/>
        </w:rPr>
        <w:t>58:34  amnu ashad hub lilah is mamle mein bohat hi wazeh ayat hai</w:t>
      </w:r>
    </w:p>
    <w:p>
      <w:pPr>
        <w:pStyle w:val="Heading2"/>
      </w:pPr>
      <w:r>
        <w:t>Desire for paradise material pleasures</w:t>
      </w:r>
    </w:p>
    <w:p>
      <w:r>
        <w:rPr>
          <w:color w:val="666666"/>
          <w:sz w:val="18"/>
        </w:rPr>
        <w:t>Faith &amp; God · Paradise September 18, 2016 · 3m 35s · at 44:38 · https://youtu.be/R2kZlD0PbGQ?t=2678</w:t>
      </w:r>
    </w:p>
    <w:p>
      <w:r>
        <w:rPr>
          <w:i/>
        </w:rPr>
        <w:t>“Many people when they discuss paradise seem to desire for it in terms of good food, drinks, and...”</w:t>
      </w:r>
    </w:p>
    <w:p>
      <w:r>
        <w:rPr>
          <w:sz w:val="20"/>
        </w:rPr>
        <w:t>44:38  Maulana sahib, pehla sawal lete hain.</w:t>
      </w:r>
      <w:r>
        <w:br/>
      </w:r>
      <w:r>
        <w:rPr>
          <w:sz w:val="20"/>
        </w:rPr>
        <w:t>44:44  Yeh pehla sawal buland shehar se Mahmood sahib ne bheja hai aur unhon ne likha hai: "Maulana sahib,</w:t>
      </w:r>
      <w:r>
        <w:br/>
      </w:r>
      <w:r>
        <w:rPr>
          <w:sz w:val="20"/>
        </w:rPr>
        <w:t>44:49  many people when they discuss paradise seem to desire for it in terms of good food, drinks, and</w:t>
      </w:r>
      <w:r>
        <w:br/>
      </w:r>
      <w:r>
        <w:rPr>
          <w:sz w:val="20"/>
        </w:rPr>
        <w:t>44:55  a better living.</w:t>
      </w:r>
      <w:r>
        <w:br/>
      </w:r>
      <w:r>
        <w:rPr>
          <w:sz w:val="20"/>
        </w:rPr>
        <w:t>45:00  Don't you think that this is underestimating paradise and reducing it to the worldly level?</w:t>
      </w:r>
      <w:r>
        <w:br/>
      </w:r>
      <w:r>
        <w:rPr>
          <w:sz w:val="20"/>
        </w:rPr>
        <w:t>45:06  My question is, what should be the correct desire for paradise?</w:t>
      </w:r>
      <w:r>
        <w:br/>
      </w:r>
      <w:r>
        <w:rPr>
          <w:sz w:val="20"/>
        </w:rPr>
        <w:t>45:11  "Dekhiye, yeh khana peena to aise hi jaise guest house mein thehraya jaye aap ko, kisi bara</w:t>
      </w:r>
      <w:r>
        <w:br/>
      </w:r>
      <w:r>
        <w:rPr>
          <w:sz w:val="20"/>
        </w:rPr>
        <w:t>45:17  aadmi thehraye aap ko guest house mein to khana peena to milega wahan par, lekin asal cheez</w:t>
      </w:r>
      <w:r>
        <w:br/>
      </w:r>
      <w:r>
        <w:rPr>
          <w:sz w:val="20"/>
        </w:rPr>
        <w:t>45:23  khana peena nahi hai.</w:t>
      </w:r>
      <w:r>
        <w:br/>
      </w:r>
      <w:r>
        <w:rPr>
          <w:sz w:val="20"/>
        </w:rPr>
        <w:t>45:28  Asal cheez hai high level of life, aise logon ke saath rehna jinke andar high thinking ho,</w:t>
      </w:r>
      <w:r>
        <w:br/>
      </w:r>
      <w:r>
        <w:rPr>
          <w:sz w:val="20"/>
        </w:rPr>
        <w:t>45:34  jinke andar high test ho, jinke andar jo high educated log jaise hote hain, is tarah</w:t>
      </w:r>
      <w:r>
        <w:br/>
      </w:r>
      <w:r>
        <w:rPr>
          <w:sz w:val="20"/>
        </w:rPr>
        <w:t>45:40  ke log hon.</w:t>
      </w:r>
      <w:r>
        <w:br/>
      </w:r>
      <w:r>
        <w:rPr>
          <w:sz w:val="20"/>
        </w:rPr>
        <w:t>45:45  To main apney tajrube ko arz karunga ke main sari bohat zyada mein ne safar kiye, bohat</w:t>
      </w:r>
      <w:r>
        <w:br/>
      </w:r>
      <w:r>
        <w:rPr>
          <w:sz w:val="20"/>
        </w:rPr>
        <w:t>45:51  zyada mein logon se mila.</w:t>
      </w:r>
      <w:r>
        <w:br/>
      </w:r>
      <w:r>
        <w:rPr>
          <w:sz w:val="20"/>
        </w:rPr>
        <w:t>45:57  To main jis insaan ko jaanta hoon apni shakl mein, sab se zyada mujhe jo pressure milta hai,</w:t>
      </w:r>
      <w:r>
        <w:br/>
      </w:r>
      <w:r>
        <w:rPr>
          <w:sz w:val="20"/>
        </w:rPr>
        <w:t>46:02  pressure woh high class ke logon se baat karne mein, exchange mein, intellectual exchange mein.</w:t>
      </w:r>
      <w:r>
        <w:br/>
      </w:r>
      <w:r>
        <w:rPr>
          <w:sz w:val="20"/>
        </w:rPr>
        <w:t>46:08  Agar aap kisi jungle mein hon, darakht patharon ki duniya mein hon to aap bilkul pagal ho jayen</w:t>
      </w:r>
      <w:r>
        <w:br/>
      </w:r>
      <w:r>
        <w:rPr>
          <w:sz w:val="20"/>
        </w:rPr>
        <w:t>46:14  ge kyunke wahan koi milega nahi baat karne ke liye.</w:t>
      </w:r>
      <w:r>
        <w:br/>
      </w:r>
      <w:r>
        <w:rPr>
          <w:sz w:val="20"/>
        </w:rPr>
        <w:t>46:20  Insaan ka sab se bara jo hai sifat, woh uska mind hai.</w:t>
      </w:r>
      <w:r>
        <w:br/>
      </w:r>
      <w:r>
        <w:rPr>
          <w:sz w:val="20"/>
        </w:rPr>
        <w:t>46:25  maind exchange karna chahta hai to jannat woh jagah hai jahan high class ke log available honge</w:t>
      </w:r>
      <w:r>
        <w:br/>
      </w:r>
      <w:r>
        <w:rPr>
          <w:sz w:val="20"/>
        </w:rPr>
        <w:t>46:31  exchange karne ke liye.</w:t>
      </w:r>
      <w:r>
        <w:br/>
      </w:r>
      <w:r>
        <w:rPr>
          <w:sz w:val="20"/>
        </w:rPr>
        <w:t>46:37  aur bachta hoon ke is ka ishara quran mein maujood hai ke do ayatein quran mein hain ke</w:t>
      </w:r>
      <w:r>
        <w:br/>
      </w:r>
      <w:r>
        <w:rPr>
          <w:sz w:val="20"/>
        </w:rPr>
        <w:t>46:42  allah ke kalmat itne zyada hain ke is ko tum likhna shuru karo to kabhi khatam nahi honge.</w:t>
      </w:r>
      <w:r>
        <w:br/>
      </w:r>
      <w:r>
        <w:rPr>
          <w:sz w:val="20"/>
        </w:rPr>
        <w:t>46:48  wa lau an mim shajarati aqlamun wal bahru yamuddu min ba'dihi sab'atu abhurin ma nafidat kalimatu Allahi.</w:t>
      </w:r>
      <w:r>
        <w:br/>
      </w:r>
      <w:r>
        <w:rPr>
          <w:sz w:val="20"/>
        </w:rPr>
        <w:t>46:54  to is intellectual exchange ke item itne zyada hain, kabhi khatam nahi honge.</w:t>
      </w:r>
      <w:r>
        <w:br/>
      </w:r>
      <w:r>
        <w:rPr>
          <w:sz w:val="20"/>
        </w:rPr>
        <w:t>46:59  intellectual exchange jo sab se zyada marghoob cheez hai insan ke liye, is ke item itne zyada hain</w:t>
      </w:r>
      <w:r>
        <w:br/>
      </w:r>
      <w:r>
        <w:rPr>
          <w:sz w:val="20"/>
        </w:rPr>
        <w:t>47:05  ke aap kabhi khatam nahi honge.</w:t>
      </w:r>
      <w:r>
        <w:br/>
      </w:r>
      <w:r>
        <w:rPr>
          <w:sz w:val="20"/>
        </w:rPr>
        <w:t>47:11  to main sochta hoon asal cheez yeh hai, isi liye main kehta hoon wahan library hogi, wahan seminar</w:t>
      </w:r>
      <w:r>
        <w:br/>
      </w:r>
      <w:r>
        <w:rPr>
          <w:sz w:val="20"/>
        </w:rPr>
        <w:t>47:17  hoga, wahan woh academic activities hongi.</w:t>
      </w:r>
      <w:r>
        <w:br/>
      </w:r>
      <w:r>
        <w:rPr>
          <w:sz w:val="20"/>
        </w:rPr>
        <w:t>47:22  yeh sab jo allah ka alao allah jo hain, jo un ko quran mein to alao allah wahan</w:t>
      </w:r>
      <w:r>
        <w:br/>
      </w:r>
      <w:r>
        <w:rPr>
          <w:sz w:val="20"/>
        </w:rPr>
        <w:t>47:28  ka activities ka markaz hoga.</w:t>
      </w:r>
      <w:r>
        <w:br/>
      </w:r>
      <w:r>
        <w:rPr>
          <w:sz w:val="20"/>
        </w:rPr>
        <w:t>47:34  to woh sari cheezein to quran mein hai ke woh utububish shabah ke jannat mein jo phal mile</w:t>
      </w:r>
      <w:r>
        <w:br/>
      </w:r>
      <w:r>
        <w:rPr>
          <w:sz w:val="20"/>
        </w:rPr>
        <w:t>47:39  ga, woh dunya ke phal ke mutabiq khuloos samajhte hain ke sirf aisa hoga.</w:t>
      </w:r>
      <w:r>
        <w:br/>
      </w:r>
      <w:r>
        <w:rPr>
          <w:sz w:val="20"/>
        </w:rPr>
        <w:t>47:45  aur yeh matlab nahi, is ka nahi.</w:t>
      </w:r>
      <w:r>
        <w:br/>
      </w:r>
      <w:r>
        <w:rPr>
          <w:sz w:val="20"/>
        </w:rPr>
        <w:t>47:51  yeh jo dunya mein hum hamari activities hain ke haan aap jante hain ke yahan par university hai,</w:t>
      </w:r>
      <w:r>
        <w:br/>
      </w:r>
      <w:r>
        <w:rPr>
          <w:sz w:val="20"/>
        </w:rPr>
        <w:t>47:56  yahan par library hai, yahan par bade bade sumrein hain, conference hoti hai, hum safar karte hain.</w:t>
      </w:r>
      <w:r>
        <w:br/>
      </w:r>
      <w:r>
        <w:rPr>
          <w:sz w:val="20"/>
        </w:rPr>
        <w:t>48:02  yeh jo activities hain, yeh high class ki, woh sab wahan honge aur zyada high class ki.</w:t>
      </w:r>
      <w:r>
        <w:br/>
      </w:r>
      <w:r>
        <w:rPr>
          <w:sz w:val="20"/>
        </w:rPr>
        <w:t>48:08  yeh matlab hai is ka.</w:t>
      </w:r>
    </w:p>
    <w:p>
      <w:pPr>
        <w:pStyle w:val="Heading2"/>
      </w:pPr>
      <w:r>
        <w:t>Developing love of God and taqwa</w:t>
      </w:r>
    </w:p>
    <w:p>
      <w:r>
        <w:rPr>
          <w:color w:val="666666"/>
          <w:sz w:val="18"/>
        </w:rPr>
        <w:t>Faith &amp; God · In the Name of God 12 Jan 2020 - Maulana Wahiduddin Khan · 2m 35s · at 38:57 · https://youtu.be/aKynaASsI4s?t=2337</w:t>
      </w:r>
    </w:p>
    <w:p>
      <w:r>
        <w:rPr>
          <w:i/>
        </w:rPr>
        <w:t>“How can I develop love of God like you? When we look at you we find ourselves short of taqwa. We need your continuous guidance.”</w:t>
      </w:r>
    </w:p>
    <w:p>
      <w:r>
        <w:rPr>
          <w:sz w:val="20"/>
        </w:rPr>
        <w:t>38:57  molana agla sawal lena chahenge yeh sawal bheja hai ahmed abad se tanzeel khan sahab ne unho</w:t>
      </w:r>
      <w:r>
        <w:br/>
      </w:r>
      <w:r>
        <w:rPr>
          <w:sz w:val="20"/>
        </w:rPr>
        <w:t>39:05  نے اپ سے پوچھا ہے مولانا How can I develop love of God like you? When we look</w:t>
      </w:r>
      <w:r>
        <w:br/>
      </w:r>
      <w:r>
        <w:rPr>
          <w:sz w:val="20"/>
        </w:rPr>
        <w:t>39:12  at you we find our self short of taqwa we need your continuous guidance</w:t>
      </w:r>
      <w:r>
        <w:br/>
      </w:r>
      <w:r>
        <w:rPr>
          <w:sz w:val="20"/>
        </w:rPr>
        <w:t>39:21  ek lafz hai dua</w:t>
      </w:r>
      <w:r>
        <w:br/>
      </w:r>
      <w:r>
        <w:rPr>
          <w:sz w:val="20"/>
        </w:rPr>
        <w:t>39:24  allah se dua</w:t>
      </w:r>
      <w:r>
        <w:br/>
      </w:r>
      <w:r>
        <w:rPr>
          <w:sz w:val="20"/>
        </w:rPr>
        <w:t>39:29  dene wala Allah rabbul alameen hai paane wala insan hai har insan ke liye har nemat muqaddar hai muqaddar hai muqaddar hai</w:t>
      </w:r>
      <w:r>
        <w:br/>
      </w:r>
      <w:r>
        <w:rPr>
          <w:sz w:val="20"/>
        </w:rPr>
        <w:t>39:46  har insan ke liye</w:t>
      </w:r>
      <w:r>
        <w:br/>
      </w:r>
      <w:r>
        <w:rPr>
          <w:sz w:val="20"/>
        </w:rPr>
        <w:t>39:53  is mein koi</w:t>
      </w:r>
      <w:r>
        <w:br/>
      </w:r>
      <w:r>
        <w:rPr>
          <w:sz w:val="20"/>
        </w:rPr>
        <w:t>39:59  do raah nahi</w:t>
      </w:r>
      <w:r>
        <w:br/>
      </w:r>
      <w:r>
        <w:rPr>
          <w:sz w:val="20"/>
        </w:rPr>
        <w:t>40:05  har insan ko ek hi darja hasil hai chahe woh kisi bhi qaum ka ho kisi bhi community ka ho Allah ka koi discrimination nahi discrimination nahi ms dania mustafa ne karachi se comment bheja hai unhone likha hai what an incredible message Maulana</w:t>
      </w:r>
      <w:r>
        <w:br/>
      </w:r>
      <w:r>
        <w:rPr>
          <w:sz w:val="20"/>
        </w:rPr>
        <w:t>40:32  we have to keep our self dedicated to any good work we are doing and should not be hindered by any negative activity going on dr naghma siddiqui ne delhi se likha hai Maulana your lecture today gave so much hope to me i realize that any problem i face is the result of my own foolishness no one can harm me in any way as my creator is protect</w:t>
      </w:r>
    </w:p>
    <w:p>
      <w:pPr>
        <w:pStyle w:val="Heading2"/>
      </w:pPr>
      <w:r>
        <w:t>Did Companions accomplish tasks only through prayer?</w:t>
      </w:r>
    </w:p>
    <w:p>
      <w:r>
        <w:rPr>
          <w:color w:val="666666"/>
          <w:sz w:val="18"/>
        </w:rPr>
        <w:t>Faith &amp; God · The Expression of Faith (Izhar e Deen) September 1, 2013 · 2m 01s · at 1:08:28 · https://youtu.be/muBDJ8a_8-0?t=4108</w:t>
      </w:r>
    </w:p>
    <w:p>
      <w:r>
        <w:rPr>
          <w:i/>
        </w:rPr>
        <w:t>“Often in the mosque, one hears such narrations that the Companions used to go to the mosque for their tasks and pray to Allah and get their tasks done through prayer. Please explain whether their tasks were accomplished without any means?”</w:t>
      </w:r>
    </w:p>
    <w:p>
      <w:r>
        <w:rPr>
          <w:sz w:val="20"/>
        </w:rPr>
        <w:t>1:08:28  maulana agla sawal dilli se hai, ans sahib ne</w:t>
      </w:r>
      <w:r>
        <w:br/>
      </w:r>
      <w:r>
        <w:rPr>
          <w:sz w:val="20"/>
        </w:rPr>
        <w:t>1:08:31  kiya hai. unhon ne likha hai: "aksar masjid mein is tarah ki riwayatein sunne ko milti hain ke sahaba apne kaamo ke liye masjid mein jaate aur allah se dua karke apne kaamo ko dua se kara lete. iske bare mein bataein ke kya bina kisi asbab ke un logon ke kaam ho jaate the?" bilkul galat hai.</w:t>
      </w:r>
      <w:r>
        <w:br/>
      </w:r>
      <w:r>
        <w:rPr>
          <w:sz w:val="20"/>
        </w:rPr>
        <w:t>1:08:55  jo log aisi kahaniyan sunate hain, woh khud sakhta kahaniyan hoti hain</w:t>
      </w:r>
      <w:r>
        <w:br/>
      </w:r>
      <w:r>
        <w:rPr>
          <w:sz w:val="20"/>
        </w:rPr>
        <w:t>1:09:00  ke dua se sab kuch hota hai. yeh dua se sab kuch hota hai ka nazariya hi galat hai bilkul. is par to hamari kitabein aap padh lijiye, har kitab mein aap is ke liye payenge.</w:t>
      </w:r>
      <w:r>
        <w:br/>
      </w:r>
      <w:r>
        <w:rPr>
          <w:sz w:val="20"/>
        </w:rPr>
        <w:t>1:09:12  baqi jo log is par tareeqe chalate hain ke dua se sab kuch hota hai, woh na to islam ko jante hain na deen ko jante hain. kuch kahaniyan un ke paas hain, woh is kahani ko sunate hain.</w:t>
      </w:r>
      <w:r>
        <w:br/>
      </w:r>
      <w:r>
        <w:rPr>
          <w:sz w:val="20"/>
        </w:rPr>
        <w:t>1:09:22  bas kahaniyon ka naam islam nahi hai. aap meri kitabein padhiye, meri tafsir padhiye, meri seerat pe kitab hai, us ko padhiye to aap is ki haqeeqat aap ko maloom ho jayegi.</w:t>
      </w:r>
      <w:r>
        <w:br/>
      </w:r>
      <w:r>
        <w:rPr>
          <w:sz w:val="20"/>
        </w:rPr>
        <w:t>1:09:35  maulana, is ko clarify kar dein ke dua kab kaam karti hai?</w:t>
      </w:r>
      <w:r>
        <w:br/>
      </w:r>
      <w:r>
        <w:rPr>
          <w:sz w:val="20"/>
        </w:rPr>
        <w:t>1:09:45  dua ka yeh matlab yeh nahi ke dua karo aur aur aur aur sara kaam banta chala jaye. dua ibadat hai, ibadat. ibadat hai.</w:t>
      </w:r>
      <w:r>
        <w:br/>
      </w:r>
      <w:r>
        <w:rPr>
          <w:sz w:val="20"/>
        </w:rPr>
        <w:t>1:09:56  yani bande ko, bande jab apni apni apni bandagi ka izhaar karta hai to isi ka naam ibadat hai. kaam banna ya na banna allah ke ikhtiyar mein hai.</w:t>
      </w:r>
      <w:r>
        <w:br/>
      </w:r>
      <w:r>
        <w:rPr>
          <w:sz w:val="20"/>
        </w:rPr>
        <w:t>1:10:07  aap ki dua se ban jayega kaam? yeh sahi nahi hai. allah chahega to hoga, chahega to nahi hoga. aap ko dua isi tarah karna hai jis tarah aap ibadat karte hain.</w:t>
      </w:r>
      <w:r>
        <w:br/>
      </w:r>
      <w:r>
        <w:rPr>
          <w:sz w:val="20"/>
        </w:rPr>
        <w:t>1:10:18  to dua jo hai, woh ibadat ka hissa hai, woh karobari ka hissa nahi hai.</w:t>
      </w:r>
      <w:r>
        <w:br/>
      </w:r>
      <w:r>
        <w:rPr>
          <w:sz w:val="20"/>
        </w:rPr>
        <w:t>1:10:30  maulana agla sawal dilli se hai, maulana zakwan nadvi ka. unhon ne likha hai: "cps aur doosre idaron ki taraf se duniya mein har jagah quran ka translation distribute kiya ja raha hai,</w:t>
      </w:r>
    </w:p>
    <w:p>
      <w:pPr>
        <w:pStyle w:val="Heading2"/>
      </w:pPr>
      <w:r>
        <w:t>Did God create humans to think?</w:t>
      </w:r>
    </w:p>
    <w:p>
      <w:r>
        <w:rPr>
          <w:color w:val="666666"/>
          <w:sz w:val="18"/>
        </w:rPr>
        <w:t>Faith &amp; God · On Death June 08, 2014 · 2m 31s · at 54:47 · https://youtu.be/p0lSKQ0edmw?t=3287</w:t>
      </w:r>
    </w:p>
    <w:p>
      <w:r>
        <w:rPr>
          <w:i/>
        </w:rPr>
        <w:t>“I was very thrilled by today's talk. You said that DNA contains all information except death. So, did God create humans to think? Please explain.”</w:t>
      </w:r>
    </w:p>
    <w:p>
      <w:r>
        <w:rPr>
          <w:sz w:val="20"/>
        </w:rPr>
        <w:t>54:47  Maulana, agla sawal kiya hai Maulana Iqbal Umri ne Chennai se. Unhon ne likha hai ke. Maulana, aaj ke talk se bohat zyada thrill hua.</w:t>
      </w:r>
      <w:r>
        <w:br/>
      </w:r>
      <w:r>
        <w:rPr>
          <w:sz w:val="20"/>
        </w:rPr>
        <w:t>55:00  aap ne jo aaj baat kahi ke DNA mein maut ke siwa tamam information hai. To kya Maulana, insan ko sochne ke liye Khuda ne aisa kiya?</w:t>
      </w:r>
      <w:r>
        <w:br/>
      </w:r>
      <w:r>
        <w:rPr>
          <w:sz w:val="20"/>
        </w:rPr>
        <w:t>55:12  is ke bare mein batayein.</w:t>
      </w:r>
      <w:r>
        <w:br/>
      </w:r>
      <w:r>
        <w:rPr>
          <w:sz w:val="20"/>
        </w:rPr>
        <w:t>55:17  dekhiye, agar maut hamari memory mein bilkul vivid jis ko kehte hain vivid memory.</w:t>
      </w:r>
      <w:r>
        <w:br/>
      </w:r>
      <w:r>
        <w:rPr>
          <w:sz w:val="20"/>
        </w:rPr>
        <w:t>55:25  vivid memory mein hoti hai. Har waqt hum ko yaad aata hai. Yaad aane ke maani hain ke DNA mein likha hota ke mujh ko</w:t>
      </w:r>
      <w:r>
        <w:br/>
      </w:r>
      <w:r>
        <w:rPr>
          <w:sz w:val="20"/>
        </w:rPr>
        <w:t>55:37  pandrah July do hazar pandrah ko marna hai.</w:t>
      </w:r>
      <w:r>
        <w:br/>
      </w:r>
      <w:r>
        <w:rPr>
          <w:sz w:val="20"/>
        </w:rPr>
        <w:t>55:42  mera matlab yeh hai ke DNA mein har cheez likhi hui hai. Meri aankh choti ho gayi ya badi ho gayi. Mera kaan chota ho gaya ya bada ho gaya.</w:t>
      </w:r>
      <w:r>
        <w:br/>
      </w:r>
      <w:r>
        <w:rPr>
          <w:sz w:val="20"/>
        </w:rPr>
        <w:t>55:52  meri ungliyan kaisi ho gayi, sab kuch likha hua hai. To agar DNA mein likha hota ke mujhe marna hai pandrah July do hazar pandrah ko.</w:t>
      </w:r>
      <w:r>
        <w:br/>
      </w:r>
      <w:r>
        <w:rPr>
          <w:sz w:val="20"/>
        </w:rPr>
        <w:t>56:02  to kya hota, aap sochein.</w:t>
      </w:r>
      <w:r>
        <w:br/>
      </w:r>
      <w:r>
        <w:rPr>
          <w:sz w:val="20"/>
        </w:rPr>
        <w:t>56:07  ek ek stagnation ka mahol rehta hai mere upar taari.</w:t>
      </w:r>
      <w:r>
        <w:br/>
      </w:r>
      <w:r>
        <w:rPr>
          <w:sz w:val="20"/>
        </w:rPr>
        <w:t>56:11  achha, lekin jab aisa nahi hai, sochne ka item bana diya. To sochne ka item se kya hota hai? Intellectual development hota hai. Agar DNA mein likha hota to aata is se intellectual stagnation.</w:t>
      </w:r>
      <w:r>
        <w:br/>
      </w:r>
      <w:r>
        <w:rPr>
          <w:sz w:val="20"/>
        </w:rPr>
        <w:t>56:27  jab nahi likha hua hai to mujhe think karna hai, sochna hai. Is se aata hai kya? Meri creativity badhti hai. Thinking process jaari hota hai.</w:t>
      </w:r>
      <w:r>
        <w:br/>
      </w:r>
      <w:r>
        <w:rPr>
          <w:sz w:val="20"/>
        </w:rPr>
        <w:t>56:37  Intellectual development hota hai. Yeh to bohat badi nemat hai.</w:t>
      </w:r>
      <w:r>
        <w:br/>
      </w:r>
      <w:r>
        <w:rPr>
          <w:sz w:val="20"/>
        </w:rPr>
        <w:t>56:42  boht bari nemat hai agar d n a mein likha hua hota to us waqt yeh sab paate nahi ho sakte thay. tab na to creative thinking aati hai mere andar.</w:t>
      </w:r>
      <w:r>
        <w:br/>
      </w:r>
      <w:r>
        <w:rPr>
          <w:sz w:val="20"/>
        </w:rPr>
        <w:t>56:55  na intellectual development hota. na sochne ka maada mere andar develop karta, yeh sab kuch na hota.</w:t>
      </w:r>
      <w:r>
        <w:br/>
      </w:r>
      <w:r>
        <w:rPr>
          <w:sz w:val="20"/>
        </w:rPr>
        <w:t>57:08  to yeh Allah ki rehmat hai aur insan ko chahiye ke woh is ko samjhe aur is ko avail kare.</w:t>
      </w:r>
    </w:p>
    <w:p>
      <w:pPr>
        <w:pStyle w:val="Heading2"/>
      </w:pPr>
      <w:r>
        <w:t>Difference Between Atonement and Intercession</w:t>
      </w:r>
    </w:p>
    <w:p>
      <w:r>
        <w:rPr>
          <w:color w:val="666666"/>
          <w:sz w:val="18"/>
        </w:rPr>
        <w:t>Faith &amp; God · Material Science and Spiritual Science 20 May 2012 · 2m 49s · at 1:12:43 · https://youtu.be/4K6CxjThlxQ?t=4363</w:t>
      </w:r>
    </w:p>
    <w:p>
      <w:r>
        <w:rPr>
          <w:i/>
        </w:rPr>
        <w:t>“What is the difference between the Christian belief of atonement and the Muslim belief of intercession? They seem the same; what is the difference? Please clarify.”</w:t>
      </w:r>
    </w:p>
    <w:p>
      <w:r>
        <w:rPr>
          <w:sz w:val="20"/>
        </w:rPr>
        <w:t>1:12:43  maulana agla sawal bangalore se hai maulana inayatullah umri sahib ka unhon ne poocha hai aap se ke christians mein kaffara ka aqeedah aur musalmanon mein shafaat ka aqeedah dono mein kya farq hai is ke bare mein batayein</w:t>
      </w:r>
      <w:r>
        <w:br/>
      </w:r>
      <w:r>
        <w:rPr>
          <w:sz w:val="20"/>
        </w:rPr>
        <w:t>1:13:00  ek dam ek hi hai farq kya hai usi ki wazahat hai</w:t>
      </w:r>
      <w:r>
        <w:br/>
      </w:r>
      <w:r>
        <w:rPr>
          <w:sz w:val="20"/>
        </w:rPr>
        <w:t>1:13:04  shafaat ka aqeedah kaffara ka jis ko kehte hain atonement usi ki wazahat hai ek sahib ne mujhe ek qissa bataya hamare ek saathi hain ke kuch christians se mulaqat un ki hui to unhon ne kaha bhai mujhe to aakhirat ka bohat dar lagta hai kyunke aakhirat ke sath accountability juri hui hai</w:t>
      </w:r>
      <w:r>
        <w:br/>
      </w:r>
      <w:r>
        <w:rPr>
          <w:sz w:val="20"/>
        </w:rPr>
        <w:t>1:13:29  accountability muno ka shafqat halq yeh sab juda hua hai to unhon ne kaha ke mujhe to akhirat</w:t>
      </w:r>
      <w:r>
        <w:br/>
      </w:r>
      <w:r>
        <w:rPr>
          <w:sz w:val="20"/>
        </w:rPr>
        <w:t>1:13:37  ko soch kar bohat yani mein darta hoon to is christian sahib ne kaha ke mujhe to koi</w:t>
      </w:r>
      <w:r>
        <w:br/>
      </w:r>
      <w:r>
        <w:rPr>
          <w:sz w:val="20"/>
        </w:rPr>
        <w:t>1:13:45  dar nahi mujhe to koi dar nahi kyunke jesus christ jo hai wo</w:t>
      </w:r>
      <w:r>
        <w:br/>
      </w:r>
      <w:r>
        <w:rPr>
          <w:sz w:val="20"/>
        </w:rPr>
        <w:t>1:13:53  apne ko crucify kar ke mera kaffara ban chuke hain wo ab mujhe darna kis baat ka</w:t>
      </w:r>
      <w:r>
        <w:br/>
      </w:r>
      <w:r>
        <w:rPr>
          <w:sz w:val="20"/>
        </w:rPr>
        <w:t>1:14:03  to isaiyon ne ye nazariya banaya tha ke ke hazrat masih jo hain halanke wo ye galat hai ke wo wo sui par un ki maut hui thi galat quran kehta hai galat hai ye qatalu sarbu lekin baharhal unhon ne aisa aqeedah bana rakha hai</w:t>
      </w:r>
      <w:r>
        <w:br/>
      </w:r>
      <w:r>
        <w:rPr>
          <w:sz w:val="20"/>
        </w:rPr>
        <w:t>1:14:21  to un ke aqeedah ke mutabiq hazrat masih jo the yani un ka aqeedah ye hai ke had adam se jab gunah hua to wo gunah yani wirasati ban gaya hereditary wo un ka jo gunah ka taaluq hereditary hai un in hum hum inherit karte hain apne baap dada ke gunah ko ke bilkul main is ko galat manta hoon is ko un ka aqeedah aisa hi hai</w:t>
      </w:r>
      <w:r>
        <w:br/>
      </w:r>
      <w:r>
        <w:rPr>
          <w:sz w:val="20"/>
        </w:rPr>
        <w:t>1:14:48  to hazrat adam ke ka gunah mein hone se sare sare insani gunah gunahgar ban gaye sare insan gunahgar ban gaye to allah taala ne apne bete ko bheja ja ke saleeb pe charhaye aur wo saleeb charh kar ke sab ke gunahon ka kaffara ban jaye</w:t>
      </w:r>
      <w:r>
        <w:br/>
      </w:r>
      <w:r>
        <w:rPr>
          <w:sz w:val="20"/>
        </w:rPr>
        <w:t>1:15:06  to ab ab aqeedah ye isaiyon ka ye hai ke hum agar yani hazrat masih par aqeedah rakhein to phir hamara yani hamari taraf se wo wahi guarantee salvation ka nazariya ke haan hamara yani kaffara ho gaya wo jannat pakki ho gayi yahi musalmanon ne shafaat ke naam se kar rakha hai apni terminology mein</w:t>
      </w:r>
    </w:p>
    <w:p>
      <w:pPr>
        <w:pStyle w:val="Heading2"/>
      </w:pPr>
      <w:r>
        <w:t>Difference between Allah and Khuda</w:t>
      </w:r>
    </w:p>
    <w:p>
      <w:r>
        <w:rPr>
          <w:color w:val="666666"/>
          <w:sz w:val="18"/>
        </w:rPr>
        <w:t>Faith &amp; God · Realisation of God January 19, 2014 · 3m 02s · at 53:32 · https://youtu.be/uIn3AfDkk6Y?t=3212</w:t>
      </w:r>
    </w:p>
    <w:p>
      <w:r>
        <w:rPr>
          <w:i/>
        </w:rPr>
        <w:t>“Many people use the word Allah and some people use the word Khuda for God. What is your comment on this?”</w:t>
      </w:r>
    </w:p>
    <w:p>
      <w:r>
        <w:rPr>
          <w:sz w:val="20"/>
        </w:rPr>
        <w:t>53:32  maulana, un ka ek aur sawal hai. unhone aap se poocha hai ke "my people use the word allah and some people use the word khuda for god."</w:t>
      </w:r>
      <w:r>
        <w:br/>
      </w:r>
      <w:r>
        <w:rPr>
          <w:sz w:val="20"/>
        </w:rPr>
        <w:t>53:42  waat is your comment on this?</w:t>
      </w:r>
      <w:r>
        <w:br/>
      </w:r>
      <w:r>
        <w:rPr>
          <w:sz w:val="20"/>
        </w:rPr>
        <w:t>53:45  daikhen, yeh aik yeh bhi aik fitna nikala hai kuch logon ne ke kehte hain ke Allah is mein zaat hai aur Khuda ya koi aur lafz is ne nahi kiya ja sakta.</w:t>
      </w:r>
      <w:r>
        <w:br/>
      </w:r>
      <w:r>
        <w:rPr>
          <w:sz w:val="20"/>
        </w:rPr>
        <w:t>53:55  yeh bilkul baseless baaten hain. khud Quran se sabit hai ke mushrikeen lafz Allah boltay thay. "la man khalaq la yaqoon illa Allah" zaroor kahengay ke Allah ne mushrikeen ke baray mein aaya hai to khud Quran keh raha hai ke mushrikeen lafz Allah boltay thay.</w:t>
      </w:r>
      <w:r>
        <w:br/>
      </w:r>
      <w:r>
        <w:rPr>
          <w:sz w:val="20"/>
        </w:rPr>
        <w:t>54:12  yeh kahan se nikale logon ne? yeh sirf moj zamanay ki bid'aten hain, yeh bhi aik bid'at hai. ab bid'at kahan se aayi hai?</w:t>
      </w:r>
      <w:r>
        <w:br/>
      </w:r>
      <w:r>
        <w:rPr>
          <w:sz w:val="20"/>
        </w:rPr>
        <w:t>54:20  musalmanon mein is zamanay mein aaya hai ke jis ko kehte hain shanakht, identity. sab se bari cheez samajhte hain hum pehchan, shanakht, identity.</w:t>
      </w:r>
      <w:r>
        <w:br/>
      </w:r>
      <w:r>
        <w:rPr>
          <w:sz w:val="20"/>
        </w:rPr>
        <w:t>54:29  halankay Islam mein koi haqeeqat nahi shanakht ki. identity Islam ke musalmanon ki identity jo hai, woh character hai, yeh sab alfaaz nahi hain.</w:t>
      </w:r>
      <w:r>
        <w:br/>
      </w:r>
      <w:r>
        <w:rPr>
          <w:sz w:val="20"/>
        </w:rPr>
        <w:t>54:41  to yeh jo nikala hai logon ne, yeh bilkul bid'at hai ke lafz Allah jo hai, woh Allah ki ism zaat hai aur koi doosra haq nahi</w:t>
      </w:r>
      <w:r>
        <w:br/>
      </w:r>
      <w:r>
        <w:rPr>
          <w:sz w:val="20"/>
        </w:rPr>
        <w:t>54:50  rakhti. yahan tak ke aap suna hoga aap ne aik aik Muslim country mein baqayda is pe muqadma kiya gaya aur doosron ko mehroom kiya gaya.</w:t>
      </w:r>
      <w:r>
        <w:br/>
      </w:r>
      <w:r>
        <w:rPr>
          <w:sz w:val="20"/>
        </w:rPr>
        <w:t>55:00  doosra lafz Allah bol nahi sakte, sirf musalman hi bol sakte hain. is halat mein yeh sab bilkul bid'aten hain. lafz khud Quran mein yeh baat maujood hai ke mushrikeen lafz Allah boltay thay.</w:t>
      </w:r>
      <w:r>
        <w:br/>
      </w:r>
      <w:r>
        <w:rPr>
          <w:sz w:val="20"/>
        </w:rPr>
        <w:t>55:11  to kaisay aap kehte hain ke Allah hamari monopoly hai? Allah aap ki monopoly kaisay ho jaye gi?</w:t>
      </w:r>
      <w:r>
        <w:br/>
      </w:r>
      <w:r>
        <w:rPr>
          <w:sz w:val="20"/>
        </w:rPr>
        <w:t>55:19  mere nazdeek yeh sab kuch bhi nahi, bilkul be-haqeeqat baaten hain. aur lafz Allah durust hai, Khuda bhi durust hai, God bhi durust hai.</w:t>
      </w:r>
      <w:r>
        <w:br/>
      </w:r>
      <w:r>
        <w:rPr>
          <w:sz w:val="20"/>
        </w:rPr>
        <w:t>55:29  is mein koi Islami o ghair Islami ki baat nahi hai. yeh is ka taluq dekhiye riwaj aam se hai. kuch cheezen riwaj aam mein nahi aayi hain to woh woh nahi istemal karna sahi hoga.</w:t>
      </w:r>
      <w:r>
        <w:br/>
      </w:r>
      <w:r>
        <w:rPr>
          <w:sz w:val="20"/>
        </w:rPr>
        <w:t>55:42  jo cheez riwaj aam mein aa jaye,</w:t>
      </w:r>
      <w:r>
        <w:br/>
      </w:r>
      <w:r>
        <w:rPr>
          <w:sz w:val="20"/>
        </w:rPr>
        <w:t>55:45  Arabi mein kaha jata hai ke "al-ghalath al-aam fashih". al-ghalath al-aam fashih yani koi cheez jo aam ho jaye, riwaj pa jaye to wahi fashih hai, wahi sahi hai.</w:t>
      </w:r>
      <w:r>
        <w:br/>
      </w:r>
      <w:r>
        <w:rPr>
          <w:sz w:val="20"/>
        </w:rPr>
        <w:t>55:59  to Khuda aam ho chuka hai aur God aam ho chuka hai, to bilkul durust hai. woh is mein koi harj nahi hai.</w:t>
      </w:r>
      <w:r>
        <w:br/>
      </w:r>
      <w:r>
        <w:rPr>
          <w:sz w:val="20"/>
        </w:rPr>
        <w:t>56:08  lekin kalma jo hai, mislan is mein lafz Allah hi bola jayega.</w:t>
      </w:r>
      <w:r>
        <w:br/>
      </w:r>
      <w:r>
        <w:rPr>
          <w:sz w:val="20"/>
        </w:rPr>
        <w:t>56:14  "la ilaha illallah" mein Allah hi rahega, wahan aap God nahi shamil karenge. jo jo Quran hai, asal matan matan mein wahi rahega jo hai.</w:t>
      </w:r>
      <w:r>
        <w:br/>
      </w:r>
      <w:r>
        <w:rPr>
          <w:sz w:val="20"/>
        </w:rPr>
        <w:t>56:25  matan mein aap tabdeeli nahi kar sakte, lekin tarjmay mein tabdeeli kar sakte hain. aap koi harj is mein nahi hai.</w:t>
      </w:r>
    </w:p>
    <w:p>
      <w:pPr>
        <w:pStyle w:val="Heading2"/>
      </w:pPr>
      <w:r>
        <w:t>Difference between Muslim and Momin</w:t>
      </w:r>
    </w:p>
    <w:p>
      <w:r>
        <w:rPr>
          <w:color w:val="666666"/>
          <w:sz w:val="18"/>
        </w:rPr>
        <w:t>Faith &amp; God · The Expression of Faith (Izhar e Deen) September 1, 2013 · 2m 19s · at 1:01:27 · https://youtu.be/muBDJ8a_8-0?t=3687</w:t>
      </w:r>
    </w:p>
    <w:p>
      <w:r>
        <w:rPr>
          <w:i/>
        </w:rPr>
        <w:t>“What is the difference between Muslim and Momin? For which people is the term Momin used? Explain.”</w:t>
      </w:r>
    </w:p>
    <w:p>
      <w:r>
        <w:rPr>
          <w:sz w:val="20"/>
        </w:rPr>
        <w:t>1:01:27  maulana agla sawal bhi dilli se hai. woh kousar ali sabri sahib ne likha hai. unhon ne likha hai: "muslim aur momin mein kya farq hai?</w:t>
      </w:r>
      <w:r>
        <w:br/>
      </w:r>
      <w:r>
        <w:rPr>
          <w:sz w:val="20"/>
        </w:rPr>
        <w:t>1:01:37  momin kin logon ke liye istemal kiya jayega? is ke baray mein bataye."</w:t>
      </w:r>
      <w:r>
        <w:br/>
      </w:r>
      <w:r>
        <w:rPr>
          <w:sz w:val="20"/>
        </w:rPr>
        <w:t>1:01:49  yani fiqhi lihaz se to yeh farq hai ke momin woh hai jo aqeedah rakhe aur muslim woh hai jo is par amal kare.</w:t>
      </w:r>
      <w:r>
        <w:br/>
      </w:r>
      <w:r>
        <w:rPr>
          <w:sz w:val="20"/>
        </w:rPr>
        <w:t>1:02:00  yani ke momin ka lafz aqeeday ko batata hai aur muslim ka lafz amal ko batata hai.</w:t>
      </w:r>
      <w:r>
        <w:br/>
      </w:r>
      <w:r>
        <w:rPr>
          <w:sz w:val="20"/>
        </w:rPr>
        <w:t>1:02:08  lekin haqeeqat ke aitbar se dono mein koi farq nahi hai.</w:t>
      </w:r>
      <w:r>
        <w:br/>
      </w:r>
      <w:r>
        <w:rPr>
          <w:sz w:val="20"/>
        </w:rPr>
        <w:t>1:02:14  kyun ke imaan jo hai woh sirf is yeh nahi ke aap kalma padh len. lip service ka naam imaan nahi hai.</w:t>
      </w:r>
      <w:r>
        <w:br/>
      </w:r>
      <w:r>
        <w:rPr>
          <w:sz w:val="20"/>
        </w:rPr>
        <w:t>1:02:24  imaan hai discovery ka naam. imaan discovery ka naam hai, marifat ka naam hai.</w:t>
      </w:r>
      <w:r>
        <w:br/>
      </w:r>
      <w:r>
        <w:rPr>
          <w:sz w:val="20"/>
        </w:rPr>
        <w:t>1:02:32  jab aap Allah ko daryaft karen, jab aap alam e aakhirat ko daryaft karen, aap farishton ko daryaft karen, aap jannat dozakh ko daryaft karen, aap creation plan of God ko daryaft karen to us waqt aap marifat wale ban jate hain.</w:t>
      </w:r>
      <w:r>
        <w:br/>
      </w:r>
      <w:r>
        <w:rPr>
          <w:sz w:val="20"/>
        </w:rPr>
        <w:t>1:02:52  marfat wale. is ke baad kya amal abhi kaheen chupa rahe ga idhar udhar? is ke lazmi nateejay ke taur par amal zahir hoga.</w:t>
      </w:r>
      <w:r>
        <w:br/>
      </w:r>
      <w:r>
        <w:rPr>
          <w:sz w:val="20"/>
        </w:rPr>
        <w:t>1:03:03  dekhen, daryaft ka lazmi nateeja amal hai. to fiqhi taqseem mein to imaan naam hai aqeeday ka aur amal naam hai aur islam naam hai amal ka.</w:t>
      </w:r>
      <w:r>
        <w:br/>
      </w:r>
      <w:r>
        <w:rPr>
          <w:sz w:val="20"/>
        </w:rPr>
        <w:t>1:03:16  lekin yeh fiqhi taqseem hai. haqeeqat, haqeeqat ke aitbaar se koi taqseem nahin. jab daryaft aayi to amal aaya.</w:t>
      </w:r>
      <w:r>
        <w:br/>
      </w:r>
      <w:r>
        <w:rPr>
          <w:sz w:val="20"/>
        </w:rPr>
        <w:t>1:03:26  to darja marfat mein aap Allah ko daryaft karen,</w:t>
      </w:r>
      <w:r>
        <w:br/>
      </w:r>
      <w:r>
        <w:rPr>
          <w:sz w:val="20"/>
        </w:rPr>
        <w:t>1:03:31  darja discovery mein aap haqeeqaton ko jaan len to is ke baad amli amal hai. phir phir amal kaheen door nahin rehta aap se.</w:t>
      </w:r>
    </w:p>
    <w:p>
      <w:pPr>
        <w:pStyle w:val="Heading2"/>
      </w:pPr>
      <w:r>
        <w:t>Difference between faith and rational thinking</w:t>
      </w:r>
    </w:p>
    <w:p>
      <w:r>
        <w:rPr>
          <w:color w:val="666666"/>
          <w:sz w:val="18"/>
        </w:rPr>
        <w:t>Faith &amp; God · The Process of Personality Development June 30, 2013 · 3m 15s · at 46:16 · https://youtu.be/CSSFRydcJlo?t=2776</w:t>
      </w:r>
    </w:p>
    <w:p>
      <w:r>
        <w:rPr>
          <w:i/>
        </w:rPr>
        <w:t>“What is the difference between faith and rational thinking?”</w:t>
      </w:r>
    </w:p>
    <w:p>
      <w:r>
        <w:rPr>
          <w:sz w:val="20"/>
        </w:rPr>
        <w:t>46:16  to aap ka kehna bilkul sahi hai, aur yahi har momin ko karna chahiye. hamara agla sawal hai muhammad ilyas sahab ka tamil nadu se.</w:t>
      </w:r>
      <w:r>
        <w:br/>
      </w:r>
      <w:r>
        <w:rPr>
          <w:sz w:val="20"/>
        </w:rPr>
        <w:t>46:26  unhon ne likha hai: "imaan aur rational thinking mein kya farq hai?"</w:t>
      </w:r>
      <w:r>
        <w:br/>
      </w:r>
      <w:r>
        <w:rPr>
          <w:sz w:val="20"/>
        </w:rPr>
        <w:t>46:37  imaan aur rational thinking mein yeh farq hai ke imaan ibtidai taur par naam hai aqeedah ka. yaani aap jab yeh maanein ke Allah ka wajood hai to Allah ko aap dekh nahin rahe hain, woh to ghaib mein hai.</w:t>
      </w:r>
      <w:r>
        <w:br/>
      </w:r>
      <w:r>
        <w:rPr>
          <w:sz w:val="20"/>
        </w:rPr>
        <w:t>46:55  to ghaib par jab aap jab ghaib ke aik aik waqea jo ghaib mein hai, us ko aap maante hain to us ko aqeedah kaha jata hai.</w:t>
      </w:r>
      <w:r>
        <w:br/>
      </w:r>
      <w:r>
        <w:rPr>
          <w:sz w:val="20"/>
        </w:rPr>
        <w:t>47:06  to Allah ghaib mein hai, jannat ghaib mein hai, farishtay ghaib mein hain. in sab cheezon ko jab aap iqrar karte hain, iqrar to woh imaan hota hai.</w:t>
      </w:r>
      <w:r>
        <w:br/>
      </w:r>
      <w:r>
        <w:rPr>
          <w:sz w:val="20"/>
        </w:rPr>
        <w:t>47:19  yaani iqrar jab aap karte hain in cheezon ka to woh imaan hota hai. lekin dekhiye, yeh aakhri had nahin hai, yeh aakhri had nahin hai.</w:t>
      </w:r>
      <w:r>
        <w:br/>
      </w:r>
      <w:r>
        <w:rPr>
          <w:sz w:val="20"/>
        </w:rPr>
        <w:t>47:31  aap soch kar insan apne mizaj mein, insan ka jo mizaj hai, bohat hi rational thinking mizaj mein shamil hai.</w:t>
      </w:r>
      <w:r>
        <w:br/>
      </w:r>
      <w:r>
        <w:rPr>
          <w:sz w:val="20"/>
        </w:rPr>
        <w:t>47:39  insan ke yeh aadmi cheezon ko reason out karta hai. to imaan ibtidai taur par naam hai aqeedah ka, aur jab is ko reason out karte hain aap to woh imaan yaqeen ban jata hai, woh aala marifat ban jata hai.</w:t>
      </w:r>
      <w:r>
        <w:br/>
      </w:r>
      <w:r>
        <w:rPr>
          <w:sz w:val="20"/>
        </w:rPr>
        <w:t>47:55  to main samajhta hoon ke imaan aslan naam hai iqrar ka, lekin imaan ko jab aap taraqqi dein, is ko reason out karein, waqeaat ko rational way mein sochein to imaan mein aik aur cheez ka izafa ho, imaan plus ban jata hai.</w:t>
      </w:r>
      <w:r>
        <w:br/>
      </w:r>
      <w:r>
        <w:rPr>
          <w:sz w:val="20"/>
        </w:rPr>
        <w:t>48:14  to phir aap ka imaan, imaan plus ban jata hai. yaani yeh yaqeen aata hai, aala marifat aati hai. to main yahi kahunga ke shaoor jo hai, aap ke imaan ko, yaani shaoori,</w:t>
      </w:r>
      <w:r>
        <w:br/>
      </w:r>
      <w:r>
        <w:rPr>
          <w:sz w:val="20"/>
        </w:rPr>
        <w:t>48:28  yaani shaoori amal jo hai, woh aap ke imaan ko imaan plus banata hai.</w:t>
      </w:r>
      <w:r>
        <w:br/>
      </w:r>
      <w:r>
        <w:rPr>
          <w:sz w:val="20"/>
        </w:rPr>
        <w:t>48:34  hamara agla question hai ans sahab ka dehli se. unhon ne likha hai ke aik sahab ne bataya ke jab koi problem ho to 41 martaba quran ki surah yaseen parh kar dua karo.</w:t>
      </w:r>
      <w:r>
        <w:br/>
      </w:r>
      <w:r>
        <w:rPr>
          <w:sz w:val="20"/>
        </w:rPr>
        <w:t>48:48  maulana, quran ka is tarah istemal karna kaisa hai? kya prophet aur prophet ke companions quran ka is tarah use karte thay?</w:t>
      </w:r>
      <w:r>
        <w:br/>
      </w:r>
      <w:r>
        <w:rPr>
          <w:sz w:val="20"/>
        </w:rPr>
        <w:t>49:00  aakhir sahaba ke waqeaat mein to aisi cheezein nahin hain, lekin kuch kitabein likhi gayi hain, hamare ulma ne likhi hain, hamare purani ke naam se.</w:t>
      </w:r>
      <w:r>
        <w:br/>
      </w:r>
      <w:r>
        <w:rPr>
          <w:sz w:val="20"/>
        </w:rPr>
        <w:t>49:08  to is mein yeh baatein aati hain. to yeh koi najayaz to nahin, main kahunga is ko, lekin yaani sahaba ke haan is ka, yaani istemal ki misaal maine nahin likhi, agarche main is ko jaayaz samajhta hoon.</w:t>
      </w:r>
    </w:p>
    <w:p>
      <w:pPr>
        <w:pStyle w:val="Heading2"/>
      </w:pPr>
      <w:r>
        <w:t>Difference between pro-Islam and pro-Muslim</w:t>
      </w:r>
    </w:p>
    <w:p>
      <w:r>
        <w:rPr>
          <w:color w:val="666666"/>
          <w:sz w:val="18"/>
        </w:rPr>
        <w:t>Faith &amp; God · Islam in A New Age March 18, 2012 · 3m 04s · at 1:13:38 · https://youtu.be/P5hzq_NheY0?t=4418</w:t>
      </w:r>
    </w:p>
    <w:p>
      <w:r>
        <w:rPr>
          <w:i/>
        </w:rPr>
        <w:t>“What is the difference between pro-Islam and pro-Muslim?”</w:t>
      </w:r>
    </w:p>
    <w:p>
      <w:r>
        <w:rPr>
          <w:sz w:val="20"/>
        </w:rPr>
        <w:t>1:13:38  Maulana, agla sawal hai Tamil Nadu se Maulana Iqbal Umri sahib ka. unhone aapse poocha hai What is the difference between pro-Islam and pro</w:t>
      </w:r>
      <w:r>
        <w:br/>
      </w:r>
      <w:r>
        <w:rPr>
          <w:sz w:val="20"/>
        </w:rPr>
        <w:t>1:13:48  -Muslim? pro-Muslim hota hai woh qaumi, yaani logon ke andar jo hai mizaj qaumi mizaj hai. qaumi mizaj hai.</w:t>
      </w:r>
      <w:r>
        <w:br/>
      </w:r>
      <w:r>
        <w:rPr>
          <w:sz w:val="20"/>
        </w:rPr>
        <w:t>1:13:58  Islam ek bilkul ek ideology hai, pure ideology. toh pure Islam ka matlab yeh hai ke aap khalis ek divine ideology ko le kar sochein.</w:t>
      </w:r>
      <w:r>
        <w:br/>
      </w:r>
      <w:r>
        <w:rPr>
          <w:sz w:val="20"/>
        </w:rPr>
        <w:t>1:14:09  aur pro-Muslim hai ke ek qaum hai, ek millat hai, us ko le kar sochein aap. toh bilkul do alag alag soch ban</w:t>
      </w:r>
      <w:r>
        <w:br/>
      </w:r>
      <w:r>
        <w:rPr>
          <w:sz w:val="20"/>
        </w:rPr>
        <w:t>1:14:17  jati hai. jaise jaise musalman aam taur par jo campaign mein jeete hain, protest mein jeete hain, nafrat jeete hain, woh kyun? qaumi soch ki wajah se, qaumi mizaj ki wajah se.</w:t>
      </w:r>
      <w:r>
        <w:br/>
      </w:r>
      <w:r>
        <w:rPr>
          <w:sz w:val="20"/>
        </w:rPr>
        <w:t>1:14:27  agar aap ke andar, yaani khalis Islami mizaj ho, toh phir nafrat ki aur negativity ki koi gunjaish hi is mein nahi hoti.</w:t>
      </w:r>
      <w:r>
        <w:br/>
      </w:r>
      <w:r>
        <w:rPr>
          <w:sz w:val="20"/>
        </w:rPr>
        <w:t>1:14:38  dono bilkul do alag alag woh hain. Islami zehan se sochna aur Muslim zehan se sochna, dono bilkul alag al</w:t>
      </w:r>
      <w:r>
        <w:br/>
      </w:r>
      <w:r>
        <w:rPr>
          <w:sz w:val="20"/>
        </w:rPr>
        <w:t>1:14:47  ag hain. Muslim zehan se sochne ke maani hain qaumi zehan. qaumi zehan se sochna. aur Islami zehan ke maani hain, yaani khalis, yaani nazariya, ideology ke aitbar se sochna.</w:t>
      </w:r>
      <w:r>
        <w:br/>
      </w:r>
      <w:r>
        <w:rPr>
          <w:sz w:val="20"/>
        </w:rPr>
        <w:t>1:15:00  toh bohat farq hai.</w:t>
      </w:r>
      <w:r>
        <w:br/>
      </w:r>
      <w:r>
        <w:rPr>
          <w:sz w:val="20"/>
        </w:rPr>
        <w:t>1:15:05  Maulana, unka ek aur sawal</w:t>
      </w:r>
      <w:r>
        <w:br/>
      </w:r>
      <w:r>
        <w:rPr>
          <w:sz w:val="20"/>
        </w:rPr>
        <w:t>1:15:07  hai. unhone aapse poocha hai ke ek Quran ki ayat ko wazeh karne ke liye, jis mein yeh kaha gaya hai كُنْتُمْ خَيْرًا أُمَّةٌ أَخْرِجَتْ لِلنَّاسِ iska kya matlab hai?</w:t>
      </w:r>
      <w:r>
        <w:br/>
      </w:r>
      <w:r>
        <w:rPr>
          <w:sz w:val="20"/>
        </w:rPr>
        <w:t>1:15:20  dekhiye, yeh khair o bad ka lafz jo Quran mein aaya hai, toh aam taur par log samajhte hain ke saare musalman khair ul ummat hain. yeh bilkul galat hai. saare musalman khair ul ummat nahi hain.</w:t>
      </w:r>
      <w:r>
        <w:br/>
      </w:r>
      <w:r>
        <w:rPr>
          <w:sz w:val="20"/>
        </w:rPr>
        <w:t>1:15:31  saare musalman toh ek giroh hain, bas ek nasli giroh. is ayat mein khair ul ummat se murad sahaba hain.</w:t>
      </w:r>
      <w:r>
        <w:br/>
      </w:r>
      <w:r>
        <w:rPr>
          <w:sz w:val="20"/>
        </w:rPr>
        <w:t>1:15:37  sahaba. yaani jo Allah ke Rasool ki sohbat mein jinki training hui thi, jinke andar ek akhlaq aaya tha, jo yaani apne qaul o amal ke aitbar se Allah ke deen par qaim hue the, woh murad hai is se.</w:t>
      </w:r>
      <w:r>
        <w:br/>
      </w:r>
      <w:r>
        <w:rPr>
          <w:sz w:val="20"/>
        </w:rPr>
        <w:t>1:15:52  yeh koi qaum nahi murad hai jo musalmanon ki qaum hai, bas saare khair ul ummat hain. aisa kuch bhi nahi.</w:t>
      </w:r>
      <w:r>
        <w:br/>
      </w:r>
      <w:r>
        <w:rPr>
          <w:sz w:val="20"/>
        </w:rPr>
        <w:t>1:16:03  Maulana, agla jo hai woh sawal nahi</w:t>
      </w:r>
      <w:r>
        <w:br/>
      </w:r>
      <w:r>
        <w:rPr>
          <w:sz w:val="20"/>
        </w:rPr>
        <w:t>1:16:06  hai, ek comment aaya hai Doha, Qatar se Maulana Abdul Basit Umri ka. unhone likha hai: Maulana, ijtihad ka mafhoom aaj tak mubham aur ghair wazeh tha.</w:t>
      </w:r>
      <w:r>
        <w:br/>
      </w:r>
      <w:r>
        <w:rPr>
          <w:sz w:val="20"/>
        </w:rPr>
        <w:t>1:16:18  aaj ki taqreer se pehli baar ijtihad ka sahi mafhoom samajh mein aaya. suraj ki tarah wazeh. ke asal cheez niyat ko dekhna nahi, niyat agar durust hai toh phir kuch bhi darne ki baat nahi.</w:t>
      </w:r>
      <w:r>
        <w:br/>
      </w:r>
      <w:r>
        <w:rPr>
          <w:sz w:val="20"/>
        </w:rPr>
        <w:t>1:16:33  Jazak Allah khair, Allah aap ki umar mein barkat de aur aapse zyada se zyada seekhne ka mauqa de. Jazak Allah.</w:t>
      </w:r>
    </w:p>
    <w:p>
      <w:pPr>
        <w:pStyle w:val="Heading2"/>
      </w:pPr>
      <w:r>
        <w:t>Difference between tawakkul and wise planning</w:t>
      </w:r>
    </w:p>
    <w:p>
      <w:r>
        <w:rPr>
          <w:color w:val="666666"/>
          <w:sz w:val="18"/>
        </w:rPr>
        <w:t>Faith &amp; God · Living In Falsehood I December 15, 2013 · 3m 23s · at 1:00:11 · https://youtu.be/yD-ZtvlrFDw?t=3611</w:t>
      </w:r>
    </w:p>
    <w:p>
      <w:r>
        <w:rPr>
          <w:i/>
        </w:rPr>
        <w:t>“What is the difference between tawakkul and planning based on wisdom? Please explain.”</w:t>
      </w:r>
    </w:p>
    <w:p>
      <w:r>
        <w:rPr>
          <w:sz w:val="20"/>
        </w:rPr>
        <w:t>1:00:11  maulana, agla sawal maulana iqbal umri ne kiya hai chennai se.</w:t>
      </w:r>
      <w:r>
        <w:br/>
      </w:r>
      <w:r>
        <w:rPr>
          <w:sz w:val="20"/>
        </w:rPr>
        <w:t>1:00:16  unhone likha hai: "tawakkul aur wisdom pe base ki hui planning mein kya farq hai?" is ke</w:t>
      </w:r>
      <w:r>
        <w:br/>
      </w:r>
      <w:r>
        <w:rPr>
          <w:sz w:val="20"/>
        </w:rPr>
        <w:t>1:00:24  baare mein bataein.</w:t>
      </w:r>
      <w:r>
        <w:br/>
      </w:r>
      <w:r>
        <w:rPr>
          <w:sz w:val="20"/>
        </w:rPr>
        <w:t>1:00:25  kya kiya hai? tawakkul aur wisdom pe based ki hui planning dono mein kya farq hai? bhai, yeh</w:t>
      </w:r>
      <w:r>
        <w:br/>
      </w:r>
      <w:r>
        <w:rPr>
          <w:sz w:val="20"/>
        </w:rPr>
        <w:t>1:00:33  to hadith mein is ka jawab maujood hai.</w:t>
      </w:r>
      <w:r>
        <w:br/>
      </w:r>
      <w:r>
        <w:rPr>
          <w:sz w:val="20"/>
        </w:rPr>
        <w:t>1:00:36  ek shakhs ne rasool ALLAH sal ALLAHU ALAIHI WASALLAM se poocha ke main apne mere paas oont jo</w:t>
      </w:r>
      <w:r>
        <w:br/>
      </w:r>
      <w:r>
        <w:rPr>
          <w:sz w:val="20"/>
        </w:rPr>
        <w:t>1:00:44  hai, is oont ko main baat ka tawakkul karoon ya chhod kar tawakkul karoon? aap ne farmaya ke</w:t>
      </w:r>
      <w:r>
        <w:br/>
      </w:r>
      <w:r>
        <w:rPr>
          <w:sz w:val="20"/>
        </w:rPr>
        <w:t>1:00:52  "iqlaaf tawakkal".</w:t>
      </w:r>
      <w:r>
        <w:br/>
      </w:r>
      <w:r>
        <w:rPr>
          <w:sz w:val="20"/>
        </w:rPr>
        <w:t>1:00:53  is ko pehle baandho phir tawakkul karo.</w:t>
      </w:r>
      <w:r>
        <w:br/>
      </w:r>
      <w:r>
        <w:rPr>
          <w:sz w:val="20"/>
        </w:rPr>
        <w:t>1:00:56  to tawakkul ka matlab yeh jo liya liya gaya hai, bas ALLAH par daalna, yeh tawakkul nahi hai.</w:t>
      </w:r>
      <w:r>
        <w:br/>
      </w:r>
      <w:r>
        <w:rPr>
          <w:sz w:val="20"/>
        </w:rPr>
        <w:t>1:01:04  yeh to yeh to be danisti ki baat hai, is ka islam se koi talluq nahi hai.</w:t>
      </w:r>
      <w:r>
        <w:br/>
      </w:r>
      <w:r>
        <w:rPr>
          <w:sz w:val="20"/>
        </w:rPr>
        <w:t>1:01:11  dekhen, tawakkul ka matlab kya hai? main jo samjhaun woh yeh hai ke jitni aap ke bas mein</w:t>
      </w:r>
      <w:r>
        <w:br/>
      </w:r>
      <w:r>
        <w:rPr>
          <w:sz w:val="20"/>
        </w:rPr>
        <w:t>1:01:19  hai, aap apni aql ko istemal karen, apni soch ko istemal karen, apni resources ko istemal karen aur</w:t>
      </w:r>
      <w:r>
        <w:br/>
      </w:r>
      <w:r>
        <w:rPr>
          <w:sz w:val="20"/>
        </w:rPr>
        <w:t>1:01:27  bahut hi realistic way mein planning karen aap.</w:t>
      </w:r>
      <w:r>
        <w:br/>
      </w:r>
      <w:r>
        <w:rPr>
          <w:sz w:val="20"/>
        </w:rPr>
        <w:t>1:01:30  lekin dekhen, insan ki limitations hoti hain, kahin na kahin insan ki had aa jati hai.</w:t>
      </w:r>
      <w:r>
        <w:br/>
      </w:r>
      <w:r>
        <w:rPr>
          <w:sz w:val="20"/>
        </w:rPr>
        <w:t>1:01:37  to agar aap ne apne aap ko poori tarah exact kiya hai to jo aap ki kami hai,</w:t>
      </w:r>
      <w:r>
        <w:br/>
      </w:r>
      <w:r>
        <w:rPr>
          <w:sz w:val="20"/>
        </w:rPr>
        <w:t>1:01:45  woh Allah poori kar de ga.</w:t>
      </w:r>
      <w:r>
        <w:br/>
      </w:r>
      <w:r>
        <w:rPr>
          <w:sz w:val="20"/>
        </w:rPr>
        <w:t>1:01:47  to tawakkul ka matlab yeh hai: "man yatawakkal alal lahi fahazbuhi".</w:t>
      </w:r>
      <w:r>
        <w:br/>
      </w:r>
      <w:r>
        <w:rPr>
          <w:sz w:val="20"/>
        </w:rPr>
        <w:t>1:01:52  matlab apna sab kuch kar ke aap yeh kahen: "khuda ya, yahan to meri had aa gayi, ab aage</w:t>
      </w:r>
      <w:r>
        <w:br/>
      </w:r>
      <w:r>
        <w:rPr>
          <w:sz w:val="20"/>
        </w:rPr>
        <w:t>1:01:59  to meri madad farma".</w:t>
      </w:r>
      <w:r>
        <w:br/>
      </w:r>
      <w:r>
        <w:rPr>
          <w:sz w:val="20"/>
        </w:rPr>
        <w:t>1:02:01  to wahan par aap ki madad ho jayegi, hogi.</w:t>
      </w:r>
      <w:r>
        <w:br/>
      </w:r>
      <w:r>
        <w:rPr>
          <w:sz w:val="20"/>
        </w:rPr>
        <w:t>1:02:05  yeh matlab hai tawakkul ka.</w:t>
      </w:r>
      <w:r>
        <w:br/>
      </w:r>
      <w:r>
        <w:rPr>
          <w:sz w:val="20"/>
        </w:rPr>
        <w:t>1:02:07  yani aap yun kahen ke 50 percent aap ka hissa hai.</w:t>
      </w:r>
      <w:r>
        <w:br/>
      </w:r>
      <w:r>
        <w:rPr>
          <w:sz w:val="20"/>
        </w:rPr>
        <w:t>1:02:12  jab hissa aap ada karte hain to baqi 50 percent Allah ki taraf poora kar diya jata hai.</w:t>
      </w:r>
      <w:r>
        <w:br/>
      </w:r>
      <w:r>
        <w:rPr>
          <w:sz w:val="20"/>
        </w:rPr>
        <w:t>1:02:20  jaise ek ayat hai ke: "woh hai ilahi yasadu al kalamu al tayyibu wal amalu al salihu arfuhu".</w:t>
      </w:r>
      <w:r>
        <w:br/>
      </w:r>
      <w:r>
        <w:rPr>
          <w:sz w:val="20"/>
        </w:rPr>
        <w:t>1:02:26  ilahi yasadu al kalamu al tayyibu wal amalu al salihu arfuhu.</w:t>
      </w:r>
      <w:r>
        <w:br/>
      </w:r>
      <w:r>
        <w:rPr>
          <w:sz w:val="20"/>
        </w:rPr>
        <w:t>1:02:29  yani ek hai kalam tayyib, ek hai amal salih.</w:t>
      </w:r>
      <w:r>
        <w:br/>
      </w:r>
      <w:r>
        <w:rPr>
          <w:sz w:val="20"/>
        </w:rPr>
        <w:t>1:02:33  to kalam tayyib aap ko pesh karna hai, yani kalam ke matlab la ilaha nahi yahan par hai,</w:t>
      </w:r>
      <w:r>
        <w:br/>
      </w:r>
      <w:r>
        <w:rPr>
          <w:sz w:val="20"/>
        </w:rPr>
        <w:t>1:02:40  koi bhi positive baat.</w:t>
      </w:r>
      <w:r>
        <w:br/>
      </w:r>
      <w:r>
        <w:rPr>
          <w:sz w:val="20"/>
        </w:rPr>
        <w:t>1:02:42  to aap positive baat jo aap ke paas hai, koi positive planning, koi positive maqsad, koi positive target</w:t>
      </w:r>
      <w:r>
        <w:br/>
      </w:r>
      <w:r>
        <w:rPr>
          <w:sz w:val="20"/>
        </w:rPr>
        <w:t>1:02:50  jaiz qism ka, is mein bharpoor tor par aap ke paas jo kuch hai, woh laga den aap.</w:t>
      </w:r>
      <w:r>
        <w:br/>
      </w:r>
      <w:r>
        <w:rPr>
          <w:sz w:val="20"/>
        </w:rPr>
        <w:t>1:02:58  to is ke baad baqi jo hai, Allah ki taraf poora kiya jayega.</w:t>
      </w:r>
      <w:r>
        <w:br/>
      </w:r>
      <w:r>
        <w:rPr>
          <w:sz w:val="20"/>
        </w:rPr>
        <w:t>1:03:04  yeh matlab hai, yani: "man yatawakkal alal lahi fahazbuhi".</w:t>
      </w:r>
      <w:r>
        <w:br/>
      </w:r>
      <w:r>
        <w:rPr>
          <w:sz w:val="20"/>
        </w:rPr>
        <w:t>1:03:07  aur hadith mein khud is ka jawab hai ke aap ne farmaya ke oont ko bandho par tawakkul</w:t>
      </w:r>
      <w:r>
        <w:br/>
      </w:r>
      <w:r>
        <w:rPr>
          <w:sz w:val="20"/>
        </w:rPr>
        <w:t>1:03:15  karo, yeh nahi ke chhod do phir tawakkul, yani Allah par tawakkul karte hue chhod do is ko.</w:t>
      </w:r>
      <w:r>
        <w:br/>
      </w:r>
      <w:r>
        <w:rPr>
          <w:sz w:val="20"/>
        </w:rPr>
        <w:t>1:03:23  yeh yeh nahi farmaya aap ne.</w:t>
      </w:r>
      <w:r>
        <w:br/>
      </w:r>
      <w:r>
        <w:rPr>
          <w:sz w:val="20"/>
        </w:rPr>
        <w:t>1:03:25  to hadith ka yeh jo hadith hai, bohat wazeh tor par batati hai ke ke tawakkul ka concept</w:t>
      </w:r>
      <w:r>
        <w:br/>
      </w:r>
      <w:r>
        <w:rPr>
          <w:sz w:val="20"/>
        </w:rPr>
        <w:t>1:03:33  islam mein kya hai.</w:t>
      </w:r>
    </w:p>
    <w:p>
      <w:pPr>
        <w:pStyle w:val="Heading2"/>
      </w:pPr>
      <w:r>
        <w:t>Difference in reactions to criticism of God vs Prophet</w:t>
      </w:r>
    </w:p>
    <w:p>
      <w:r>
        <w:rPr>
          <w:color w:val="666666"/>
          <w:sz w:val="18"/>
        </w:rPr>
        <w:t>Faith &amp; God · The Existence of God October 7, 2012 · 2m 08s · at 1:22:29 · https://youtu.be/Hm0ybuokQ8s?t=4949</w:t>
      </w:r>
    </w:p>
    <w:p>
      <w:r>
        <w:rPr>
          <w:i/>
        </w:rPr>
        <w:t>“Einstein said in his letter that God does not exist. If someone said the same thing about the Prophet, there would be protests all over the world. Why is there this difference in the matter of God and the Messenger? Please explain.”</w:t>
      </w:r>
    </w:p>
    <w:p>
      <w:r>
        <w:rPr>
          <w:sz w:val="20"/>
        </w:rPr>
        <w:t>1:22:29  maulana, agla sawal dilli se hai maulana zikwan nadvi sahab ka. unhon ne likha hai: "einstein ne apne letter mein khuda ke baray mein jo kaha ke khuda ka koi wajood nahi hai,</w:t>
      </w:r>
      <w:r>
        <w:br/>
      </w:r>
      <w:r>
        <w:rPr>
          <w:sz w:val="20"/>
        </w:rPr>
        <w:t>1:22:41  agar yahi baat koi shakhs prophet ke baray mein keh de to sari dunya mein protest shuru ho jaye ga. khuda aur rasool ke mamlay mein yeh farq kyun paya jata hai, is ke baray mein batayein." dekhiye, musalman phatkay hue hain.</w:t>
      </w:r>
      <w:r>
        <w:br/>
      </w:r>
      <w:r>
        <w:rPr>
          <w:sz w:val="20"/>
        </w:rPr>
        <w:t>1:22:58  aaj kal ke musalman jo hain, mein saaf kehta hoon ke yeh phatkay hue log hain. yeh yeh na khuda ko mantay hain, na muhammad ko mantay hain. apne qoumi khwahishat mein jeetay hain yeh log.</w:t>
      </w:r>
      <w:r>
        <w:br/>
      </w:r>
      <w:r>
        <w:rPr>
          <w:sz w:val="20"/>
        </w:rPr>
        <w:t>1:23:09  yeh qoumi khwahishat ke hangamay hain. yeh mat samjhiye ke rasool Allah ke hangamay hain. harghiz harghiz yeh rasool Allah ke hangamay nahi hain.</w:t>
      </w:r>
      <w:r>
        <w:br/>
      </w:r>
      <w:r>
        <w:rPr>
          <w:sz w:val="20"/>
        </w:rPr>
        <w:t>1:23:19  rasool Allah ke hangamay agar hotay to woh jantay hain ke rasool Allah ne kya kiya.</w:t>
      </w:r>
      <w:r>
        <w:br/>
      </w:r>
      <w:r>
        <w:rPr>
          <w:sz w:val="20"/>
        </w:rPr>
        <w:t>1:23:25  yaani gustakhi par hangama kiya rasool Allah sallallahu alaihi wasallam ne. wahan to gustakhi khoob hoti thi rozana subah makkah madinay mein.</w:t>
      </w:r>
      <w:r>
        <w:br/>
      </w:r>
      <w:r>
        <w:rPr>
          <w:sz w:val="20"/>
        </w:rPr>
        <w:t>1:23:33  yeh to qoumi hangamay hain, apni khwahishat mein peechay dorr rahay hain. yeh in ko na islam se matlab hai, na quran se, na muhammad se, na islam khuda se, kisi se matlab nahi.</w:t>
      </w:r>
      <w:r>
        <w:br/>
      </w:r>
      <w:r>
        <w:rPr>
          <w:sz w:val="20"/>
        </w:rPr>
        <w:t>1:23:43  in ko apni khwahishat se matlab hai. mein nahi manta ke yeh koi islami phenomena hai. mein harghiz nahi manta ke yeh koi islami phenomena hai.</w:t>
      </w:r>
      <w:r>
        <w:br/>
      </w:r>
      <w:r>
        <w:rPr>
          <w:sz w:val="20"/>
        </w:rPr>
        <w:t>1:23:54  yahan phenomena aaye to kyun nahi? in ke andar khauf khuda kyun nahi? in ke andar insaan se khair khwahi kyun nahi? in ke andar yeh jazba kyun nahi ke logon ko</w:t>
      </w:r>
      <w:r>
        <w:br/>
      </w:r>
      <w:r>
        <w:rPr>
          <w:sz w:val="20"/>
        </w:rPr>
        <w:t>1:24:05  quran pohanchayein? yeh sab jazba kyun nahi? khair, marna kaatna kya hai? hangama karna, protest karna, jalsay nikalna, yeh kyun hai? sab se pehla jo hona chahiye, rasool Allah: "lilk baakh an-nafs ka an-fusak allahu yaqoon al-mu'mineen".</w:t>
      </w:r>
      <w:r>
        <w:br/>
      </w:r>
      <w:r>
        <w:rPr>
          <w:sz w:val="20"/>
        </w:rPr>
        <w:t>1:24:21  yeh rasool Allah ki yeh seerat hai. yeh kyun nahi? in ke andar hai ke logon ki khair khwahi mein aap poochtay thay ke kaash in ko sachai mil jaye.</w:t>
      </w:r>
      <w:r>
        <w:br/>
      </w:r>
      <w:r>
        <w:rPr>
          <w:sz w:val="20"/>
        </w:rPr>
        <w:t>1:24:32  to agar aap baray ashiq rasool hain to yeh kyun nahi?</w:t>
      </w:r>
    </w:p>
    <w:p>
      <w:pPr>
        <w:pStyle w:val="Heading2"/>
      </w:pPr>
      <w:r>
        <w:t>Different paths to one God?</w:t>
      </w:r>
    </w:p>
    <w:p>
      <w:r>
        <w:rPr>
          <w:color w:val="666666"/>
          <w:sz w:val="18"/>
        </w:rPr>
        <w:t>Faith &amp; God · Three levels of Realization July 4, 2010 · 3m 40s · at 1:20:07 · https://youtu.be/NtCTVVov3Nw?t=4807</w:t>
      </w:r>
    </w:p>
    <w:p>
      <w:r>
        <w:rPr>
          <w:i/>
        </w:rPr>
        <w:t>“If God is one, can there be different ways to attain Him? How can there be different paths? It is like going from here to Kolkata: only one road, one railway line, one direction will get you there. So how can there be multiple paths to God?”</w:t>
      </w:r>
    </w:p>
    <w:p>
      <w:r>
        <w:rPr>
          <w:sz w:val="20"/>
        </w:rPr>
        <w:t>1:20:07  maulana agla sawal kya hai mister shah nawaz siddiqui ne new delhi se</w:t>
      </w:r>
      <w:r>
        <w:br/>
      </w:r>
      <w:r>
        <w:rPr>
          <w:sz w:val="20"/>
        </w:rPr>
        <w:t>1:20:12  unhone likha hai ke agar ishwar ek hai to kya use paane ke tareeqe alag alag ho sakte hain nahi nahi alag alag kaise honge aap jana hai yahan se kolkata to wahi road chalegi wahi railway line jayegi hawa jahan se woh isi sarukh par jahan daudega yani ke idhar daudo tab bhi kolkata aa jaye idhar jao tab bhi kolkata aa jaye aisa kaise ho sakta hai yeh to koi baat nahi hai</w:t>
      </w:r>
      <w:r>
        <w:br/>
      </w:r>
      <w:r>
        <w:rPr>
          <w:sz w:val="20"/>
        </w:rPr>
        <w:t>1:20:41  kolkata ek hi direction mein chalne milega</w:t>
      </w:r>
      <w:r>
        <w:br/>
      </w:r>
      <w:r>
        <w:rPr>
          <w:sz w:val="20"/>
        </w:rPr>
        <w:t>1:20:46  yeh main nahi manta kuch bhi karo kuch bhi karo khuda mil jaye tum ko is ka ek right course hoga is ka ek right path hoga woh path jo hai main ritual nahi manta ke rituals koi aise rituals hain woh woh path hain woh ritual karo to mil jayega khuda nahi woh thinking par based karta hai soch soch par based karta hai</w:t>
      </w:r>
      <w:r>
        <w:br/>
      </w:r>
      <w:r>
        <w:rPr>
          <w:sz w:val="20"/>
        </w:rPr>
        <w:t>1:21:08  right thinking se khuda milega right thinking different path se nahi by nahi matlab ek different path pe chalo aur to aakhir mein khuda hi tak pahunch jaoge yani right thinking agar hogi tum ko cheezon ko right angle se dekhna bahut badi baat hai ke cheezon ko log bahut kam log aise mujhe mile jo cheezon ko right angle se dekhta hoon right angle se</w:t>
      </w:r>
      <w:r>
        <w:br/>
      </w:r>
      <w:r>
        <w:rPr>
          <w:sz w:val="20"/>
        </w:rPr>
        <w:t>1:21:36  ya abhi mere paas ek aaj hi ek aaya hai ek ek sahib ka letter abhi subah mujhe mila to afghanistan ki ladai ke bare mein maine kaha hai ke yeh ladai jo hai woh jihad nahi hai to kehte hain kaise kaise kaise aap jihad karte hain woh to sab ulama hain aur islami batein karte hain to maine kaha aap right angle se nahi dekh rahe hain yani hum dekh rahe hain is result ke angle se</w:t>
      </w:r>
      <w:r>
        <w:br/>
      </w:r>
      <w:r>
        <w:rPr>
          <w:sz w:val="20"/>
        </w:rPr>
        <w:t>1:22:04  woh dekh rahe hain ke unhone leaderon ne kya sab bole hain woh bole the ke hum koi islami nizam qaim karna hai hum koi islami qanoon nafiz karna hai is angle se aap dekh rahe hain un ke shabdon ke angle se main dekh raha hoon result ke angle se result to kuch nahi nikal raha tabahi tabahi tabahi tabahi to khuda ko bhi paane ke liye woh aankh chahiye jo result jo sahi angle se cheezon ko dekhe</w:t>
      </w:r>
      <w:r>
        <w:br/>
      </w:r>
      <w:r>
        <w:rPr>
          <w:sz w:val="20"/>
        </w:rPr>
        <w:t>1:22:32  bahut important baat yeh hai ke right angle se cheezon ko dekhna yeh hai marifat ka sab se bada zariya agar aap ke andar woh woh ability develop nahi ki hai yeh cheezon ko right angle se dekhne ki to kabhi bhi nahi milega khuda aap ko kabhi bhi nahi milega</w:t>
      </w:r>
      <w:r>
        <w:br/>
      </w:r>
      <w:r>
        <w:rPr>
          <w:sz w:val="20"/>
        </w:rPr>
        <w:t>1:23:00  jaise ek baar ek ek park mein ek shayar aur ek chemist do aadmi gaye to wahan phool</w:t>
      </w:r>
      <w:r>
        <w:br/>
      </w:r>
      <w:r>
        <w:rPr>
          <w:sz w:val="20"/>
        </w:rPr>
        <w:t>1:23:08  tha us mein bohat rang bhi tha khushbu bhi thi har cheez thi to chemist jo tha us</w:t>
      </w:r>
      <w:r>
        <w:br/>
      </w:r>
      <w:r>
        <w:rPr>
          <w:sz w:val="20"/>
        </w:rPr>
        <w:t>1:23:14  ki chemistry mein sochne laga</w:t>
      </w:r>
      <w:r>
        <w:br/>
      </w:r>
      <w:r>
        <w:rPr>
          <w:sz w:val="20"/>
        </w:rPr>
        <w:t>1:23:17  what is a chemistry of this flower woh shayar jo tha us ko us ko ek use mehboob</w:t>
      </w:r>
      <w:r>
        <w:br/>
      </w:r>
      <w:r>
        <w:rPr>
          <w:sz w:val="20"/>
        </w:rPr>
        <w:t>1:23:24  ko jalwa dikhai de gayi woh isi is angle se dekhne laga to kisi waqeye ko</w:t>
      </w:r>
      <w:r>
        <w:br/>
      </w:r>
      <w:r>
        <w:rPr>
          <w:sz w:val="20"/>
        </w:rPr>
        <w:t>1:23:31  dekhne ke mukhtalif angle hote hain</w:t>
      </w:r>
      <w:r>
        <w:br/>
      </w:r>
      <w:r>
        <w:rPr>
          <w:sz w:val="20"/>
        </w:rPr>
        <w:t>1:23:34  to khuda ko paane ke liye zaroori hai ke aap ko woh woh vision mil jaye woh vision</w:t>
      </w:r>
      <w:r>
        <w:br/>
      </w:r>
      <w:r>
        <w:rPr>
          <w:sz w:val="20"/>
        </w:rPr>
        <w:t>1:23:40  jismein aap cheezon ko right angle se dekh saken</w:t>
      </w:r>
      <w:r>
        <w:br/>
      </w:r>
      <w:r>
        <w:rPr>
          <w:sz w:val="20"/>
        </w:rPr>
        <w:t>1:23:42  tab ja kar aap ko sachai milegi nahi to nahi milegi</w:t>
      </w:r>
    </w:p>
    <w:p>
      <w:pPr>
        <w:pStyle w:val="Heading2"/>
      </w:pPr>
      <w:r>
        <w:t>Division of Islam into sects and handling bid'ah</w:t>
      </w:r>
    </w:p>
    <w:p>
      <w:r>
        <w:rPr>
          <w:color w:val="666666"/>
          <w:sz w:val="18"/>
        </w:rPr>
        <w:t>Faith &amp; God · Art of Crisis Management October 3, 2010 · 4m 07s · at 1:50:50 · https://youtu.be/sKdyThFThXo?t=6650</w:t>
      </w:r>
    </w:p>
    <w:p>
      <w:r>
        <w:rPr>
          <w:i/>
        </w:rPr>
        <w:t>“How did Islam become divided into four or five sects when the Companions continued on the Prophet's path? How can we stop Muslims today who are far from authentic Hadith and practice innovations, refusing to listen, claiming many new hadiths are false?”</w:t>
      </w:r>
    </w:p>
    <w:p>
      <w:r>
        <w:rPr>
          <w:sz w:val="20"/>
        </w:rPr>
        <w:t>1:50:50  maulana, yeh sawal miss mehrin ne kiya hai dilli se. unhon ne likha hai: "islam chaar paanch firqon mein kaise bat gaya jabke prophet of islam ki wafat ke baad sahaba prophet ke bataye hue raaste par chalte aaye?</w:t>
      </w:r>
      <w:r>
        <w:br/>
      </w:r>
      <w:r>
        <w:rPr>
          <w:sz w:val="20"/>
        </w:rPr>
        <w:t>1:51:07  aaj ke samay mein jo muslim sahih hadith se door hain aur bidat karte hain, unhein kaise roka jaye</w:t>
      </w:r>
      <w:r>
        <w:br/>
      </w:r>
      <w:r>
        <w:rPr>
          <w:sz w:val="20"/>
        </w:rPr>
        <w:t>1:51:15  jab woh hamare baat manne se inkar karein aur yeh jawab dein ke aaj ke time mein bahut se nayi nayi hadisein nikal rahi hain jo ke galat hain?" is ke bare mein bataein.</w:t>
      </w:r>
      <w:r>
        <w:br/>
      </w:r>
      <w:r>
        <w:rPr>
          <w:sz w:val="20"/>
        </w:rPr>
        <w:t>1:51:29  dekhein, yeh aap yeh yahan mein detail nahi bata sakta. meri ek kitaab hai, uska naam hai "tajdeed deen". is mein aap is ki tafseel padh lijeye.</w:t>
      </w:r>
      <w:r>
        <w:br/>
      </w:r>
      <w:r>
        <w:rPr>
          <w:sz w:val="20"/>
        </w:rPr>
        <w:t>1:51:41  yeh chaaron jo woh bane hain,</w:t>
      </w:r>
      <w:r>
        <w:br/>
      </w:r>
      <w:r>
        <w:rPr>
          <w:sz w:val="20"/>
        </w:rPr>
        <w:t>1:51:45  fiqhi school, is ki haqeeqat kya hai? is mein aap is ko pa sakte hain. uska naam hai kitaab ka "tajdeed deen". is ko aap padhiye, is mein saari baat aap ko mil jayegi.</w:t>
      </w:r>
      <w:r>
        <w:br/>
      </w:r>
      <w:r>
        <w:rPr>
          <w:sz w:val="20"/>
        </w:rPr>
        <w:t>1:51:56  maulana, in ka ek aur sawal hai, woh pooch rahi hain ke ghair muslim ko dawat dene ka sahi tareeqa kya hai? sahi tareeqa hai un ke khair khwah ban jaiye.</w:t>
      </w:r>
      <w:r>
        <w:br/>
      </w:r>
      <w:r>
        <w:rPr>
          <w:sz w:val="20"/>
        </w:rPr>
        <w:t>1:52:10  yeh jab maa khair khwah hoti hai apne bete ki to kya beta koi maa ja ke poochti hai mohalle mein ke bhai mein kya karoon bete ke liye? kya koi maa aisi dekhi hai aap ne ke beta paida ho to mohalle mein ghoome?</w:t>
      </w:r>
      <w:r>
        <w:br/>
      </w:r>
      <w:r>
        <w:rPr>
          <w:sz w:val="20"/>
        </w:rPr>
        <w:t>1:52:24  arey bhai, mera beta paida hua hai, batao mein mujhe kya karna hai? maa ki mohabbat, maa ki khair khwahi apne aap mein batati hai ke use kya karna hai.</w:t>
      </w:r>
      <w:r>
        <w:br/>
      </w:r>
      <w:r>
        <w:rPr>
          <w:sz w:val="20"/>
        </w:rPr>
        <w:t>1:52:35  to dawat jo hai, kahan se</w:t>
      </w:r>
      <w:r>
        <w:br/>
      </w:r>
      <w:r>
        <w:rPr>
          <w:sz w:val="20"/>
        </w:rPr>
        <w:t>1:52:37  shuru hoti hai? yaad rakhiye, khair khwahi se, mohabbat se shuru hoti hai. logon ko mohabbat hi nahi to dawat kya denge? woh</w:t>
      </w:r>
      <w:r>
        <w:br/>
      </w:r>
      <w:r>
        <w:rPr>
          <w:sz w:val="20"/>
        </w:rPr>
        <w:t>1:52:47  "ani lakum naasih" quran mein aata hai ke mein tumhara khair khwah hoon. to maa khair khwah hoti hai, is liye woh jaan leti hai ke mujhe kya karna hai apne bete ke bare mein.</w:t>
      </w:r>
      <w:r>
        <w:br/>
      </w:r>
      <w:r>
        <w:rPr>
          <w:sz w:val="20"/>
        </w:rPr>
        <w:t>1:52:58  muslim khair khwahi nahi hai doosron ke, to kya jaane ke kya karna hai woh?</w:t>
      </w:r>
      <w:r>
        <w:br/>
      </w:r>
      <w:r>
        <w:rPr>
          <w:sz w:val="20"/>
        </w:rPr>
        <w:t>1:53:06  to sab se pehli jo cheez darkaar hai, woh yeh hai ke aap...</w:t>
      </w:r>
      <w:r>
        <w:br/>
      </w:r>
      <w:r>
        <w:rPr>
          <w:sz w:val="20"/>
        </w:rPr>
        <w:t>1:53:13  mein ek baar tha wahan gaya tha bhopal to ek naujawan ne kaha ke aap dawat ki baatein karte hain.</w:t>
      </w:r>
      <w:r>
        <w:br/>
      </w:r>
      <w:r>
        <w:rPr>
          <w:sz w:val="20"/>
        </w:rPr>
        <w:t>1:53:22  dawat to sabhi baat karte hain, sabhi log dawat ka kaam karte hain. to aap dawat dawat karte hain, zyada zyada. mein ne kaha aap ne dawat ko samjha nahi.</w:t>
      </w:r>
      <w:r>
        <w:br/>
      </w:r>
      <w:r>
        <w:rPr>
          <w:sz w:val="20"/>
        </w:rPr>
        <w:t>1:53:33  dawat ko aap samajhte hain ke jaise saari taqreerein hoti hain, aise kuch aur taqreerein kar do to dawat ho gayi. to mein us waqt mere dimaag se nikla tha ke mauzu se mohabbat karna padta hai, us ke baad dawat ka aaghaz hota hai.</w:t>
      </w:r>
      <w:r>
        <w:br/>
      </w:r>
      <w:r>
        <w:rPr>
          <w:sz w:val="20"/>
        </w:rPr>
        <w:t>1:53:49  mauzu se mohabbat karna hota hai, mauzu se mohabbat karna padta hai, us ke baad dawat ka aaghaz hota hai. to logon ko mohabbat to hai hi nahi aur dawat ki baatein karte hain.</w:t>
      </w:r>
      <w:r>
        <w:br/>
      </w:r>
      <w:r>
        <w:rPr>
          <w:sz w:val="20"/>
        </w:rPr>
        <w:t>1:54:02  yaad rakhiye, mauzu se aap ko wahi mohabbat karni padegi jo maa ko apne bete se hoti hai. yaad rakhiye, is se kam agar aap ka taalluq hai to aap ko dawat ka naam nahi lena chahiye.</w:t>
      </w:r>
      <w:r>
        <w:br/>
      </w:r>
      <w:r>
        <w:rPr>
          <w:sz w:val="20"/>
        </w:rPr>
        <w:t>1:54:19  dawat ka naam nahi lena chahiye. aap</w:t>
      </w:r>
      <w:r>
        <w:br/>
      </w:r>
      <w:r>
        <w:rPr>
          <w:sz w:val="20"/>
        </w:rPr>
        <w:t>1:54:22  yeh is ko quran majeed mein kaha gaya hai ke "yuhbboon yuhmad bima lam yaf'aloo" yaani aise kaam ka credit lena jis ko aadmi ne kiya hi nahi.</w:t>
      </w:r>
      <w:r>
        <w:br/>
      </w:r>
      <w:r>
        <w:rPr>
          <w:sz w:val="20"/>
        </w:rPr>
        <w:t>1:54:33  to dawat to di nahi aur is ka credit lena chahte hain dawat ka. to yaad rakhiye, agar aap ko dawat ka allah taala ke haan reward lena hai to mauzu se woh mohabbat karna seekhein jo maa ko apne bete se hoti hai.</w:t>
      </w:r>
      <w:r>
        <w:br/>
      </w:r>
      <w:r>
        <w:rPr>
          <w:sz w:val="20"/>
        </w:rPr>
        <w:t>1:54:53  nahi to dawat ka inaam aap ko milne wala nahi hai.</w:t>
      </w:r>
    </w:p>
    <w:p>
      <w:pPr>
        <w:pStyle w:val="Heading2"/>
      </w:pPr>
      <w:r>
        <w:t>Doctor's Misconception About Quranic Fear</w:t>
      </w:r>
    </w:p>
    <w:p>
      <w:r>
        <w:rPr>
          <w:color w:val="666666"/>
          <w:sz w:val="18"/>
        </w:rPr>
        <w:t>Faith &amp; God · The Problem of Evil December 4, 2011 · 2m 22s · at 1:32:01 · https://youtu.be/SMqtVjaGHfw?t=5521</w:t>
      </w:r>
    </w:p>
    <w:p>
      <w:r>
        <w:rPr>
          <w:i/>
        </w:rPr>
        <w:t>“In one of the discussions with my doctor, he said that the first impression he got from Quran is that God wants to scare people and threaten men to worship. He gave examples of hell and burning in fire, etc. He said that a man should have a loving relationship with God and not one based in fear. Maulana, please guide me for its appropriate answer.”</w:t>
      </w:r>
    </w:p>
    <w:p>
      <w:r>
        <w:rPr>
          <w:sz w:val="20"/>
        </w:rPr>
        <w:t>1:32:01  ji Maulana, agla sawal aaya hai Mr. Zeeshan Yusuf ka Hyderabad se. unhon ne likha hai: "in one of the discussions with my doctor, he said that first impression he got from Quran is that God wants to scare people and threaten man to worship.</w:t>
      </w:r>
      <w:r>
        <w:br/>
      </w:r>
      <w:r>
        <w:rPr>
          <w:sz w:val="20"/>
        </w:rPr>
        <w:t>1:32:25  he gave examples of hell and burning in fire, etcetera.</w:t>
      </w:r>
      <w:r>
        <w:br/>
      </w:r>
      <w:r>
        <w:rPr>
          <w:sz w:val="20"/>
        </w:rPr>
        <w:t>1:32:30  he said that a man should have loving relationship with God and not the one based on fear. Maulana, please guide me for its appropriate answer." dekhiye, yeh ek cheez ko bure dhang se explain karna hai.</w:t>
      </w:r>
      <w:r>
        <w:br/>
      </w:r>
      <w:r>
        <w:rPr>
          <w:sz w:val="20"/>
        </w:rPr>
        <w:t>1:32:49  masla fear ka ya hell ka nahin hai. masla yeh hai ke Khuda ka takhleeqi mansooba kya hai? creation</w:t>
      </w:r>
      <w:r>
        <w:br/>
      </w:r>
      <w:r>
        <w:rPr>
          <w:sz w:val="20"/>
        </w:rPr>
        <w:t>1:32:57  plan of God kya hai? woh is is se juri hui baat ke Khuda ne jab banaya hai duniya ko to yeh testing ground hai.</w:t>
      </w:r>
      <w:r>
        <w:br/>
      </w:r>
      <w:r>
        <w:rPr>
          <w:sz w:val="20"/>
        </w:rPr>
        <w:t>1:33:09  to Khuda select kar raha hai, select ek selection Khuda ke paas ho raha hai. kaun is test mein poora hua, kaun poora nahin hua?</w:t>
      </w:r>
      <w:r>
        <w:br/>
      </w:r>
      <w:r>
        <w:rPr>
          <w:sz w:val="20"/>
        </w:rPr>
        <w:t>1:33:18  jo poora hoga, us ke paradise hai, purana woh hell hai. is ke to woh to Khuda ne yani bataya hai, woh jis ko aap kehte hain ke threat diya hai.</w:t>
      </w:r>
      <w:r>
        <w:br/>
      </w:r>
      <w:r>
        <w:rPr>
          <w:sz w:val="20"/>
        </w:rPr>
        <w:t>1:33:27  threat nahin diya hai balkeh bataya hai ke ke kya hai takhleeqi mansooba aur kya hone wala hai.</w:t>
      </w:r>
      <w:r>
        <w:br/>
      </w:r>
      <w:r>
        <w:rPr>
          <w:sz w:val="20"/>
        </w:rPr>
        <w:t>1:33:33  to batane ko aap threat keh rahe hain, galat is ko ek bura naam de rahe hain. yani Khuda ne jo cheez bator waqea batayi hai, us ko aap keh rahe hain threat.</w:t>
      </w:r>
      <w:r>
        <w:br/>
      </w:r>
      <w:r>
        <w:rPr>
          <w:sz w:val="20"/>
        </w:rPr>
        <w:t>1:33:44  threat ki baat nahin hai. agar agar agar aap ko traffic police kahe ke agar galat tareeqe se chalavoge gaadi, gaadi to accident ho jayega, to kahin threat hua?</w:t>
      </w:r>
      <w:r>
        <w:br/>
      </w:r>
      <w:r>
        <w:rPr>
          <w:sz w:val="20"/>
        </w:rPr>
        <w:t>1:33:56  agar traffic police wala kahin khada hua hai, woh kahe ke tum agar galat gaadi chalavoge to accident ho jayega, mar jaoge, to yeh threat nahin hai.</w:t>
      </w:r>
      <w:r>
        <w:br/>
      </w:r>
      <w:r>
        <w:rPr>
          <w:sz w:val="20"/>
        </w:rPr>
        <w:t>1:34:07  yeh yeh ek baat hai, us ko bataya us ne. aise hi Quran mein jo hai, woh ek baat hai, woh batayi gayi hai. woh threat ko kehte hain, aap us ko woh threat nahin hai, simply woh information hai.</w:t>
      </w:r>
    </w:p>
    <w:p>
      <w:pPr>
        <w:pStyle w:val="Heading2"/>
      </w:pPr>
      <w:r>
        <w:t>Does God have human-like appearance?</w:t>
      </w:r>
    </w:p>
    <w:p>
      <w:r>
        <w:rPr>
          <w:color w:val="666666"/>
          <w:sz w:val="18"/>
        </w:rPr>
        <w:t>Faith &amp; God · The Existence of God-7th October 2012 · 3m 08s · at 1:04:26 · https://youtu.be/XWFqKwm-LPM?t=3866</w:t>
      </w:r>
    </w:p>
    <w:p>
      <w:r>
        <w:rPr>
          <w:i/>
        </w:rPr>
        <w:t>“It is mentioned in the Quran that God has made man in His image. Does this mean that God's physical appearance is like human beings? If this is not true, then why?”</w:t>
      </w:r>
    </w:p>
    <w:p>
      <w:r>
        <w:rPr>
          <w:sz w:val="20"/>
        </w:rPr>
        <w:t>1:04:26  maulana, agla sawal chennai se aya hai mister ramesh ka.</w:t>
      </w:r>
      <w:r>
        <w:br/>
      </w:r>
      <w:r>
        <w:rPr>
          <w:sz w:val="20"/>
        </w:rPr>
        <w:t>1:04:32  انہوں نے لکھا ہے: "مولانا صاحب، It is mentioned in the Quran that God has made man in His image.</w:t>
      </w:r>
      <w:r>
        <w:br/>
      </w:r>
      <w:r>
        <w:rPr>
          <w:sz w:val="20"/>
        </w:rPr>
        <w:t>1:04:39  Does this mean that God's physical appearance is like human being? If this is not true, then why</w:t>
      </w:r>
      <w:r>
        <w:br/>
      </w:r>
      <w:r>
        <w:rPr>
          <w:sz w:val="20"/>
        </w:rPr>
        <w:t>1:04:46  is the word image used and not any other word? dekhen, yeh quran mein nahi hai, yeh hadith mein hai.</w:t>
      </w:r>
      <w:r>
        <w:br/>
      </w:r>
      <w:r>
        <w:rPr>
          <w:sz w:val="20"/>
        </w:rPr>
        <w:t>1:04:52  dekhen, image ko aap literal matlab mein kyun le rahe hain? literal aap chunke literal matlab mein le</w:t>
      </w:r>
      <w:r>
        <w:br/>
      </w:r>
      <w:r>
        <w:rPr>
          <w:sz w:val="20"/>
        </w:rPr>
        <w:t>1:04:59  rahe hain, is liye aap ko pareshani ho rahi hai.</w:t>
      </w:r>
      <w:r>
        <w:br/>
      </w:r>
      <w:r>
        <w:rPr>
          <w:sz w:val="20"/>
        </w:rPr>
        <w:t>1:05:06  is ke matlab sirf yeh hain ke khuda ke jo attributes hain, woh diya insan ko Allah ne.</w:t>
      </w:r>
      <w:r>
        <w:br/>
      </w:r>
      <w:r>
        <w:rPr>
          <w:sz w:val="20"/>
        </w:rPr>
        <w:t>1:05:13  yani sochne ki taqat, tajziya karne ki taqat, planning karne ki taqat, yeh sab kisi janwar ko nahi.</w:t>
      </w:r>
      <w:r>
        <w:br/>
      </w:r>
      <w:r>
        <w:rPr>
          <w:sz w:val="20"/>
        </w:rPr>
        <w:t>1:05:19  misal ke taur par, main bataoon aap ko, hamare ghar mein ek fakhta ne nest banaya hai, ghonsla.</w:t>
      </w:r>
      <w:r>
        <w:br/>
      </w:r>
      <w:r>
        <w:rPr>
          <w:sz w:val="20"/>
        </w:rPr>
        <w:t>1:05:26  وہ کبوتر، کبوتر نے، کبوتر نے گھونسلہ بنایا، nest, N-E-S-T, nest کہ یہ لوگ گھونسلہ بناتے ہیں</w:t>
      </w:r>
      <w:r>
        <w:br/>
      </w:r>
      <w:r>
        <w:rPr>
          <w:sz w:val="20"/>
        </w:rPr>
        <w:t>1:05:33  ke anday dein, phir us ko sek sek kar ke bachay paida hon.</w:t>
      </w:r>
      <w:r>
        <w:br/>
      </w:r>
      <w:r>
        <w:rPr>
          <w:sz w:val="20"/>
        </w:rPr>
        <w:t>1:05:39  to tareeqa un ka by nature yeh hai ke jo female hoti hai, woh anday par baithti hai</w:t>
      </w:r>
      <w:r>
        <w:br/>
      </w:r>
      <w:r>
        <w:rPr>
          <w:sz w:val="20"/>
        </w:rPr>
        <w:t>1:05:46  aur male jo hai, woh bahar ja ja kar us ke liye jo khati hai, woh woh saman lata hai.</w:t>
      </w:r>
      <w:r>
        <w:br/>
      </w:r>
      <w:r>
        <w:rPr>
          <w:sz w:val="20"/>
        </w:rPr>
        <w:t>1:05:53  to woh woh chhodti hai nahi anda, isi par baithi seeti rehti hai.</w:t>
      </w:r>
      <w:r>
        <w:br/>
      </w:r>
      <w:r>
        <w:rPr>
          <w:sz w:val="20"/>
        </w:rPr>
        <w:t>1:06:00  is ko ab by chance kya hua ke is ka jo male jo pair tha, woh hamare haan</w:t>
      </w:r>
      <w:r>
        <w:br/>
      </w:r>
      <w:r>
        <w:rPr>
          <w:sz w:val="20"/>
        </w:rPr>
        <w:t>1:06:06  kisi ne chala diya, woh exhaust fan, woh bechara is mein us ko samjha ke is mein enter</w:t>
      </w:r>
      <w:r>
        <w:br/>
      </w:r>
      <w:r>
        <w:rPr>
          <w:sz w:val="20"/>
        </w:rPr>
        <w:t>1:06:13  hone laga, us ke rastay se is mein phans ke woh mar gaya.</w:t>
      </w:r>
      <w:r>
        <w:br/>
      </w:r>
      <w:r>
        <w:rPr>
          <w:sz w:val="20"/>
        </w:rPr>
        <w:t>1:06:20  mujhe bara afsos hua.</w:t>
      </w:r>
      <w:r>
        <w:br/>
      </w:r>
      <w:r>
        <w:rPr>
          <w:sz w:val="20"/>
        </w:rPr>
        <w:t>1:06:26  to ab is is is female ko pata nahi hai ke ab ne kya karna hai, woh phir</w:t>
      </w:r>
      <w:r>
        <w:br/>
      </w:r>
      <w:r>
        <w:rPr>
          <w:sz w:val="20"/>
        </w:rPr>
        <w:t>1:06:33  bhi baithi hui hai is anday mein, anday ko chhod kar jati hai nahi ke ab mujhe khud</w:t>
      </w:r>
      <w:r>
        <w:br/>
      </w:r>
      <w:r>
        <w:rPr>
          <w:sz w:val="20"/>
        </w:rPr>
        <w:t>1:06:40  ja kar ke bahar se kuch apne khane peene ka saman lana chahiye.</w:t>
      </w:r>
      <w:r>
        <w:br/>
      </w:r>
      <w:r>
        <w:rPr>
          <w:sz w:val="20"/>
        </w:rPr>
        <w:t>1:06:47  to yeh hai insan ki soch.</w:t>
      </w:r>
      <w:r>
        <w:br/>
      </w:r>
      <w:r>
        <w:rPr>
          <w:sz w:val="20"/>
        </w:rPr>
        <w:t>1:06:53  insan ko Allah taala ne zehan di, aqal di, planning di, sochne ka madah diya.</w:t>
      </w:r>
      <w:r>
        <w:br/>
      </w:r>
      <w:r>
        <w:rPr>
          <w:sz w:val="20"/>
        </w:rPr>
        <w:t>1:07:00  isi liye to aisa hua ke is ne meter ko hawa jahaz mein aur aur car mein tabdeel</w:t>
      </w:r>
      <w:r>
        <w:br/>
      </w:r>
      <w:r>
        <w:rPr>
          <w:sz w:val="20"/>
        </w:rPr>
        <w:t>1:07:07  kiya, meter ko is ne mobile mein aur aur electronics mein tabdeel kiya.</w:t>
      </w:r>
      <w:r>
        <w:br/>
      </w:r>
      <w:r>
        <w:rPr>
          <w:sz w:val="20"/>
        </w:rPr>
        <w:t>1:07:13  yeh matlab hai is ka.</w:t>
      </w:r>
      <w:r>
        <w:br/>
      </w:r>
      <w:r>
        <w:rPr>
          <w:sz w:val="20"/>
        </w:rPr>
        <w:t>1:07:20  aap literal mani mein lein kyunke aap aap ko yeh sawal paida hua.</w:t>
      </w:r>
      <w:r>
        <w:br/>
      </w:r>
      <w:r>
        <w:rPr>
          <w:sz w:val="20"/>
        </w:rPr>
        <w:t>1:07:27  literal mani mein koi cheez nahi hoti hai, koi bhi cheez nahi hoti.</w:t>
      </w:r>
    </w:p>
    <w:p>
      <w:pPr>
        <w:pStyle w:val="Heading2"/>
      </w:pPr>
      <w:r>
        <w:t>Does rejection of reason indicate doomsday?</w:t>
      </w:r>
    </w:p>
    <w:p>
      <w:r>
        <w:rPr>
          <w:color w:val="666666"/>
          <w:sz w:val="18"/>
        </w:rPr>
        <w:t>Faith &amp; God · The Existence of God July 23, 2017 Maulana Wahiduddin Khan · 2m 31s · at 1:02:34 · https://youtu.be/shLM_JhG3iE?t=3754</w:t>
      </w:r>
    </w:p>
    <w:p>
      <w:r>
        <w:rPr>
          <w:i/>
        </w:rPr>
        <w:t>“Maulana, you said there will be a time when people would not accept reason or rationale, but will become arrogant, and so they will not accept the concept of God. Will the coming of such a time indicate the coming of doomsday, as no one would be willing to bow down to a reasoned?”</w:t>
      </w:r>
    </w:p>
    <w:p>
      <w:r>
        <w:rPr>
          <w:sz w:val="20"/>
        </w:rPr>
        <w:t>1:02:34  May Allah bless you with health. Jazak Allah." Maulana, agla sawal bheja hai Alwar se Farooq sahib ne.</w:t>
      </w:r>
      <w:r>
        <w:br/>
      </w:r>
      <w:r>
        <w:rPr>
          <w:sz w:val="20"/>
        </w:rPr>
        <w:t>1:02:45  Unhon ne likha hai: "Maulana, you said there will be a time when people would not accept reason or rationale, but will become arrogant, and so they will not accept the concept of God.</w:t>
      </w:r>
      <w:r>
        <w:br/>
      </w:r>
      <w:r>
        <w:rPr>
          <w:sz w:val="20"/>
        </w:rPr>
        <w:t>1:03:01  Maulana sahib, will the coming of such a time indicate the coming of doomsday, as no one would be willing to bow down to a reasoned</w:t>
      </w:r>
      <w:r>
        <w:br/>
      </w:r>
      <w:r>
        <w:rPr>
          <w:sz w:val="20"/>
        </w:rPr>
        <w:t>1:03:11  argument?" Main ne yeh nahi kaha ke waqt aye ga. Waqt hai, already hai woh. Pehle bhi tha, abhi bhi hai. Aye ga ki baat nahi hai.</w:t>
      </w:r>
      <w:r>
        <w:br/>
      </w:r>
      <w:r>
        <w:rPr>
          <w:sz w:val="20"/>
        </w:rPr>
        <w:t>1:03:22  Main ne yeh kaha hai ke insaan ke paas yani jo reliable ilm hai woh science ka hai.</w:t>
      </w:r>
      <w:r>
        <w:br/>
      </w:r>
      <w:r>
        <w:rPr>
          <w:sz w:val="20"/>
        </w:rPr>
        <w:t>1:03:32  To science ke zariye doosri cheezon ko jis tarah se prove diya jata hai, waise hi prove Khuda ke liye maujood hai. Is ke bawajood kyun nahi mante log?</w:t>
      </w:r>
      <w:r>
        <w:br/>
      </w:r>
      <w:r>
        <w:rPr>
          <w:sz w:val="20"/>
        </w:rPr>
        <w:t>1:03:43  To is liye nahi ke reason nahi diya gaya. Is liye ke aaj insaan jo hai chahta hai unlimited freedom, to nahi chahta ke woh meri freedom par rok lagaye.</w:t>
      </w:r>
      <w:r>
        <w:br/>
      </w:r>
      <w:r>
        <w:rPr>
          <w:sz w:val="20"/>
        </w:rPr>
        <w:t>1:03:55  Yeh hai, yeh future ki baat nahi, yeh hamesha hi se hai.</w:t>
      </w:r>
      <w:r>
        <w:br/>
      </w:r>
      <w:r>
        <w:rPr>
          <w:sz w:val="20"/>
        </w:rPr>
        <w:t>1:04:04  Okay, so we will end</w:t>
      </w:r>
      <w:r>
        <w:br/>
      </w:r>
      <w:r>
        <w:rPr>
          <w:sz w:val="20"/>
        </w:rPr>
        <w:t>1:04:06  this session now. Thank you.</w:t>
      </w:r>
    </w:p>
    <w:p>
      <w:pPr>
        <w:pStyle w:val="Heading2"/>
      </w:pPr>
      <w:r>
        <w:t>Does seeking worldly help risk paradise?</w:t>
      </w:r>
    </w:p>
    <w:p>
      <w:r>
        <w:rPr>
          <w:color w:val="666666"/>
          <w:sz w:val="18"/>
        </w:rPr>
        <w:t>Faith &amp; God · Divine Help September 22, 2015 · 2m 48s · at 1:11:02 · https://youtu.be/sozrNCif0Gg?t=4262</w:t>
      </w:r>
    </w:p>
    <w:p>
      <w:r>
        <w:rPr>
          <w:i/>
        </w:rPr>
        <w:t>“Real divine help is for developing oneself to qualify for paradise, but people in general today consider divine help in matters of family, wealth, or professional life. I want to know, does this kind of thinking put our paradise at risk?”</w:t>
      </w:r>
    </w:p>
    <w:p>
      <w:r>
        <w:rPr>
          <w:sz w:val="20"/>
        </w:rPr>
        <w:t>1:11:02  Maulana Lucknow se Zahid sahib ne sawal bheja hai.</w:t>
      </w:r>
      <w:r>
        <w:br/>
      </w:r>
      <w:r>
        <w:rPr>
          <w:sz w:val="20"/>
        </w:rPr>
        <w:t>1:11:06  unhone likha hai: "Real divine help is for developing oneself to qualify for paradise, but people in general today consider divine help in matters of family, wealth, or professional life.</w:t>
      </w:r>
      <w:r>
        <w:br/>
      </w:r>
      <w:r>
        <w:rPr>
          <w:sz w:val="20"/>
        </w:rPr>
        <w:t>1:11:24  Maulana, I want to know, does this kind of thinking put our paradise at risk</w:t>
      </w:r>
      <w:r>
        <w:br/>
      </w:r>
      <w:r>
        <w:rPr>
          <w:sz w:val="20"/>
        </w:rPr>
        <w:t>1:11:30  ? We should seek divine help only in matters of dawah work or spiritual development and not for material gains." yeh kya is ka just kya hai?</w:t>
      </w:r>
      <w:r>
        <w:br/>
      </w:r>
      <w:r>
        <w:rPr>
          <w:sz w:val="20"/>
        </w:rPr>
        <w:t>1:11:43  Maulana, woh yeh janna chah rahe hain ke aksar log jo dua karte hain ya madad mangte hain Khuda se, to woh ya to apne work ko le ke, professional life ya apni family ko le ke,</w:t>
      </w:r>
      <w:r>
        <w:br/>
      </w:r>
      <w:r>
        <w:rPr>
          <w:sz w:val="20"/>
        </w:rPr>
        <w:t>1:11:57  aah, woh is baat ki help nahi mangte Khuda se ke mera spiritual development ho paradise ke hawale se.</w:t>
      </w:r>
      <w:r>
        <w:br/>
      </w:r>
      <w:r>
        <w:rPr>
          <w:sz w:val="20"/>
        </w:rPr>
        <w:t>1:12:04  to woh yeh puchna chah rahe hain ke yeh sab chhod ke, paradise aur personal development ko chhod ke, material cheezon ki dua karna to kya yeh paradise ko risk mein dal deta hai?</w:t>
      </w:r>
      <w:r>
        <w:br/>
      </w:r>
      <w:r>
        <w:rPr>
          <w:sz w:val="20"/>
        </w:rPr>
        <w:t>1:12:15  Yaqinan, is liye ke woh to Allah taala ne de hi rakha hai. aap kahenge Khuda ya mujhe suraj ki roshni de, phir roshni to apne aap aa rahi hai.</w:t>
      </w:r>
      <w:r>
        <w:br/>
      </w:r>
      <w:r>
        <w:rPr>
          <w:sz w:val="20"/>
        </w:rPr>
        <w:t>1:12:25  aap kahenge ke mujhe zameen mein ghalla paida ho, woh to apne aap hi paida ho raha hai. mamin da'a batnin fil ardi illa ala allahi rizquha to woh to Allah taala khud hi khud de raha hai,</w:t>
      </w:r>
      <w:r>
        <w:br/>
      </w:r>
      <w:r>
        <w:rPr>
          <w:sz w:val="20"/>
        </w:rPr>
        <w:t>1:12:38  is ke liye aap dua kar rahe hain. jo Allah ke sath aati hai, us ke liye dua kijiye.</w:t>
      </w:r>
      <w:r>
        <w:br/>
      </w:r>
      <w:r>
        <w:rPr>
          <w:sz w:val="20"/>
        </w:rPr>
        <w:t>1:12:50  Okay, so we will end today's session. Thank you.</w:t>
      </w:r>
    </w:p>
    <w:p>
      <w:pPr>
        <w:pStyle w:val="Heading2"/>
      </w:pPr>
      <w:r>
        <w:t>Effect of nationalism on Tawheed</w:t>
      </w:r>
    </w:p>
    <w:p>
      <w:r>
        <w:rPr>
          <w:color w:val="666666"/>
          <w:sz w:val="18"/>
        </w:rPr>
        <w:t>Faith &amp; God · Divine Plan | March 12, 2017 · 3m 47s · at 1:12:57 · https://youtu.be/dqB4muqGG4I?t=4377</w:t>
      </w:r>
    </w:p>
    <w:p>
      <w:r>
        <w:rPr>
          <w:i/>
        </w:rPr>
        <w:t>“Maulana, in the country the debate on nationalism is intense. What effect will nationalism have on the belief in Tawheed?”</w:t>
      </w:r>
    </w:p>
    <w:p>
      <w:r>
        <w:rPr>
          <w:sz w:val="20"/>
        </w:rPr>
        <w:t>1:12:57  hai ji Maulana agla sawal Salman Khan sahib ne kiya hai unhon ne apni location nahi likhi hai</w:t>
      </w:r>
      <w:r>
        <w:br/>
      </w:r>
      <w:r>
        <w:rPr>
          <w:sz w:val="20"/>
        </w:rPr>
        <w:t>1:13:05  unhon ne aap se poocha hai ke Maulana sahib</w:t>
      </w:r>
      <w:r>
        <w:br/>
      </w:r>
      <w:r>
        <w:rPr>
          <w:sz w:val="20"/>
        </w:rPr>
        <w:t>1:13:12  mulk mein nationalism ki behas zoron par hai aqeedah tauheed par nationalism ka kya asar hoga is ke</w:t>
      </w:r>
      <w:r>
        <w:br/>
      </w:r>
      <w:r>
        <w:rPr>
          <w:sz w:val="20"/>
        </w:rPr>
        <w:t>1:13:20  baray mein batayen kuch nahi asar kya hoga woh alag cheez hai woh alag cheez hai aqeedah tauheed</w:t>
      </w:r>
      <w:r>
        <w:br/>
      </w:r>
      <w:r>
        <w:rPr>
          <w:sz w:val="20"/>
        </w:rPr>
        <w:t>1:13:28  alag cheez hai woh nationalism ke baad jo India mein hai is ko main samajhta hoon ke yani</w:t>
      </w:r>
      <w:r>
        <w:br/>
      </w:r>
      <w:r>
        <w:rPr>
          <w:sz w:val="20"/>
        </w:rPr>
        <w:t>1:13:36  jo universal concept hai us se alag ho ke naya concept banana chahte hain</w:t>
      </w:r>
      <w:r>
        <w:br/>
      </w:r>
      <w:r>
        <w:rPr>
          <w:sz w:val="20"/>
        </w:rPr>
        <w:t>1:13:44  India ki jo ghalati hai woh yeh hai ke jo universal concept hai nationalism ka us se alag</w:t>
      </w:r>
      <w:r>
        <w:br/>
      </w:r>
      <w:r>
        <w:rPr>
          <w:sz w:val="20"/>
        </w:rPr>
        <w:t>1:13:50  ho kar banana chahte hain main is ko nahi manta jo universal concept hai wahi hamara bhi concept</w:t>
      </w:r>
      <w:r>
        <w:br/>
      </w:r>
      <w:r>
        <w:rPr>
          <w:sz w:val="20"/>
        </w:rPr>
        <w:t>1:13:56  hai aap United Nations ke charter parhiye is mein jo concept milta hai wahi hamara bhi concept hai</w:t>
      </w:r>
      <w:r>
        <w:br/>
      </w:r>
      <w:r>
        <w:rPr>
          <w:sz w:val="20"/>
        </w:rPr>
        <w:t>1:14:02  hum alag se koi banana main is ko sahi nahi samajhta Maulana yeh aakhri sawal lena chahenge</w:t>
      </w:r>
      <w:r>
        <w:br/>
      </w:r>
      <w:r>
        <w:rPr>
          <w:sz w:val="20"/>
        </w:rPr>
        <w:t>1:14:08  jo Lucknow se bheja hai</w:t>
      </w:r>
      <w:r>
        <w:br/>
      </w:r>
      <w:r>
        <w:rPr>
          <w:sz w:val="20"/>
        </w:rPr>
        <w:t>1:14:14  aamir yusuf sahib ne unhon ne likha hai Maulana Maulana sahib quran is a book for entire mankind</w:t>
      </w:r>
      <w:r>
        <w:br/>
      </w:r>
      <w:r>
        <w:rPr>
          <w:sz w:val="20"/>
        </w:rPr>
        <w:t>1:14:21  and you haverightly said that Muslims should spread it in humanity I want to know that how this</w:t>
      </w:r>
      <w:r>
        <w:br/>
      </w:r>
      <w:r>
        <w:rPr>
          <w:sz w:val="20"/>
        </w:rPr>
        <w:t>1:14:29  thinking starts among sections of Muslims that it should not be given to non-Muslims as they would not</w:t>
      </w:r>
      <w:r>
        <w:br/>
      </w:r>
      <w:r>
        <w:rPr>
          <w:sz w:val="20"/>
        </w:rPr>
        <w:t>1:14:37  respect the quran which group or leader is responsible</w:t>
      </w:r>
      <w:r>
        <w:br/>
      </w:r>
      <w:r>
        <w:rPr>
          <w:sz w:val="20"/>
        </w:rPr>
        <w:t>1:14:44  for this negative communication of not spreading the quran bohat samajhta hoon ke yeh woh log unhon ne nazariya banaya hai jo jinhon ne quran ko parha hi nahi woh quran ko sochte hain ke bas ek monument hai us ko lapet kar rakho sawab milega quran ko aap parhiye ghor se toh quran toh poore mankind ko address kar</w:t>
      </w:r>
      <w:r>
        <w:br/>
      </w:r>
      <w:r>
        <w:rPr>
          <w:sz w:val="20"/>
        </w:rPr>
        <w:t>1:15:14  raha hai poore insano ko are you or not are you or not to quran to sab ki</w:t>
      </w:r>
      <w:r>
        <w:br/>
      </w:r>
      <w:r>
        <w:rPr>
          <w:sz w:val="20"/>
        </w:rPr>
        <w:t>1:15:20  kitab hai to sab jab sab ki kitab hai to in ka haq hai woh lein quran ko</w:t>
      </w:r>
      <w:r>
        <w:br/>
      </w:r>
      <w:r>
        <w:rPr>
          <w:sz w:val="20"/>
        </w:rPr>
        <w:t>1:15:26  jab quran sab ki kitab hai are you or not ki zaban bolta hai quran to sab ki</w:t>
      </w:r>
      <w:r>
        <w:br/>
      </w:r>
      <w:r>
        <w:rPr>
          <w:sz w:val="20"/>
        </w:rPr>
        <w:t>1:15:32  kitab hai woh to sab ka hissa hai is mein aap aap aap is ke aap is ke</w:t>
      </w:r>
      <w:r>
        <w:br/>
      </w:r>
      <w:r>
        <w:rPr>
          <w:sz w:val="20"/>
        </w:rPr>
        <w:t>1:15:38  yani monopoly nahi aap ko hasil hai musalmano ki monopoly nahi quran ki woh to sab ki kitab hai</w:t>
      </w:r>
      <w:r>
        <w:br/>
      </w:r>
      <w:r>
        <w:rPr>
          <w:sz w:val="20"/>
        </w:rPr>
        <w:t>1:15:45  toh woh jab quran lete hain toh apna hissa le rahe hain woh okay so we will end today's session if you want to join cps international or want to send in your comments feedback then please write to us on info at cpsglobal.org thank you for watching cps international we will be back next sunday same time thank you.</w:t>
      </w:r>
    </w:p>
    <w:p>
      <w:pPr>
        <w:pStyle w:val="Heading2"/>
      </w:pPr>
      <w:r>
        <w:t>Einstein's denial of God and Prophet</w:t>
      </w:r>
    </w:p>
    <w:p>
      <w:r>
        <w:rPr>
          <w:color w:val="666666"/>
          <w:sz w:val="18"/>
        </w:rPr>
        <w:t>Faith &amp; God · The Existence of God-7th October 2012 · 2m 36s · at 1:28:13 · https://youtu.be/XWFqKwm-LPM?t=5293</w:t>
      </w:r>
    </w:p>
    <w:p>
      <w:r>
        <w:rPr>
          <w:i/>
        </w:rPr>
        <w:t>“Einstein said in his letter about God that God does not exist. If someone says the same thing about the Prophet, the whole world...”</w:t>
      </w:r>
    </w:p>
    <w:p>
      <w:r>
        <w:rPr>
          <w:sz w:val="20"/>
        </w:rPr>
        <w:t>1:28:13  maulana, agla sawal dilli se hai maulana zikwan nadvi sahib ka.</w:t>
      </w:r>
      <w:r>
        <w:br/>
      </w:r>
      <w:r>
        <w:rPr>
          <w:sz w:val="20"/>
        </w:rPr>
        <w:t>1:28:18  unhon ne likha hai: "ainstein ne apne letter mein khuda ke bare mein jo kaha ke khuda ka</w:t>
      </w:r>
      <w:r>
        <w:br/>
      </w:r>
      <w:r>
        <w:rPr>
          <w:sz w:val="20"/>
        </w:rPr>
        <w:t>1:28:25  koi wajood nahi hai, agar yahi baat koi shakhs prophet ke bare mein keh de to sari dunya</w:t>
      </w:r>
      <w:r>
        <w:br/>
      </w:r>
      <w:r>
        <w:rPr>
          <w:sz w:val="20"/>
        </w:rPr>
        <w:t>1:28:33  mein protest shuru ho jayega.</w:t>
      </w:r>
      <w:r>
        <w:br/>
      </w:r>
      <w:r>
        <w:rPr>
          <w:sz w:val="20"/>
        </w:rPr>
        <w:t>1:28:36  khuda aur rasool ke muamle mein yeh farq kyun paya jata hai, is ke bare mein bataiye." is</w:t>
      </w:r>
      <w:r>
        <w:br/>
      </w:r>
      <w:r>
        <w:rPr>
          <w:sz w:val="20"/>
        </w:rPr>
        <w:t>1:28:43  liye ke musalman phatke hue hain.</w:t>
      </w:r>
      <w:r>
        <w:br/>
      </w:r>
      <w:r>
        <w:rPr>
          <w:sz w:val="20"/>
        </w:rPr>
        <w:t>1:28:46  aaj kal ke musalman jo hain, mein saaf kehta hoon ke phatke hue log hain.</w:t>
      </w:r>
      <w:r>
        <w:br/>
      </w:r>
      <w:r>
        <w:rPr>
          <w:sz w:val="20"/>
        </w:rPr>
        <w:t>1:28:52  yeh yeh na khuda ko mante hain na muhammad ko mante hain, apne qoumi khwahishat mein jeete hain.</w:t>
      </w:r>
      <w:r>
        <w:br/>
      </w:r>
      <w:r>
        <w:rPr>
          <w:sz w:val="20"/>
        </w:rPr>
        <w:t>1:29:00  log yeh qoumi khwahishat ke hangame hain.</w:t>
      </w:r>
      <w:r>
        <w:br/>
      </w:r>
      <w:r>
        <w:rPr>
          <w:sz w:val="20"/>
        </w:rPr>
        <w:t>1:29:03  yeh mat samjhiye ke rasool allah ke hangame hain.</w:t>
      </w:r>
      <w:r>
        <w:br/>
      </w:r>
      <w:r>
        <w:rPr>
          <w:sz w:val="20"/>
        </w:rPr>
        <w:t>1:29:07  yeh har giz har giz yeh rasool allah ke hangame nahi hain.</w:t>
      </w:r>
      <w:r>
        <w:br/>
      </w:r>
      <w:r>
        <w:rPr>
          <w:sz w:val="20"/>
        </w:rPr>
        <w:t>1:29:11  rasool allah ke hangame agar hote to woh jante hain ke rasool allah ne kya kiya, yani gustakhi</w:t>
      </w:r>
      <w:r>
        <w:br/>
      </w:r>
      <w:r>
        <w:rPr>
          <w:sz w:val="20"/>
        </w:rPr>
        <w:t>1:29:19  par hangama kiya.</w:t>
      </w:r>
      <w:r>
        <w:br/>
      </w:r>
      <w:r>
        <w:rPr>
          <w:sz w:val="20"/>
        </w:rPr>
        <w:t>1:29:20  rasool allah sallallahu alaihi wasallam pe bohat gustakhi khoob hoti thi.</w:t>
      </w:r>
      <w:r>
        <w:br/>
      </w:r>
      <w:r>
        <w:rPr>
          <w:sz w:val="20"/>
        </w:rPr>
        <w:t>1:29:26  roza subah makkah madine mein yeh to qoumi hangame hain.</w:t>
      </w:r>
      <w:r>
        <w:br/>
      </w:r>
      <w:r>
        <w:rPr>
          <w:sz w:val="20"/>
        </w:rPr>
        <w:t>1:29:30  apni khwahishat mein peeche daud rahe hain.</w:t>
      </w:r>
      <w:r>
        <w:br/>
      </w:r>
      <w:r>
        <w:rPr>
          <w:sz w:val="20"/>
        </w:rPr>
        <w:t>1:29:33  yeh in ko na islam se matlab hai, na quran se, na muhammad se, na islam, khuda se</w:t>
      </w:r>
      <w:r>
        <w:br/>
      </w:r>
      <w:r>
        <w:rPr>
          <w:sz w:val="20"/>
        </w:rPr>
        <w:t>1:29:41  kisi se matlab nahi hai.</w:t>
      </w:r>
      <w:r>
        <w:br/>
      </w:r>
      <w:r>
        <w:rPr>
          <w:sz w:val="20"/>
        </w:rPr>
        <w:t>1:29:43  apni khwahishat se matlab hai.</w:t>
      </w:r>
      <w:r>
        <w:br/>
      </w:r>
      <w:r>
        <w:rPr>
          <w:sz w:val="20"/>
        </w:rPr>
        <w:t>1:29:45  mein nahi manta ke yeh koi islami phenomena hai.</w:t>
      </w:r>
      <w:r>
        <w:br/>
      </w:r>
      <w:r>
        <w:rPr>
          <w:sz w:val="20"/>
        </w:rPr>
        <w:t>1:29:49  yeh mein har giz nahi manta ke koi islami phenomena hai.</w:t>
      </w:r>
      <w:r>
        <w:br/>
      </w:r>
      <w:r>
        <w:rPr>
          <w:sz w:val="20"/>
        </w:rPr>
        <w:t>1:29:53  yahan phenomena hai to kyun nahi? in ka khauf khuda kyun nahi? in ke andar insan se kharkhai</w:t>
      </w:r>
      <w:r>
        <w:br/>
      </w:r>
      <w:r>
        <w:rPr>
          <w:sz w:val="20"/>
        </w:rPr>
        <w:t>1:30:01  kyun nahi? in ke andar yeh jazba kyun nahi ke logon ko quran pahunchayein? yeh jazba kyun nahi?</w:t>
      </w:r>
      <w:r>
        <w:br/>
      </w:r>
      <w:r>
        <w:rPr>
          <w:sz w:val="20"/>
        </w:rPr>
        <w:t>1:30:08  khair, marna katna kya hai? hangama karna, protest karna, jalsa nikalna, yeh kyun hai? sab se pehla jo</w:t>
      </w:r>
      <w:r>
        <w:br/>
      </w:r>
      <w:r>
        <w:rPr>
          <w:sz w:val="20"/>
        </w:rPr>
        <w:t>1:30:16  hona chahiye, rasool Allah: "lalk baakh an-nafs ka an-nafsak Allah kun momineen".</w:t>
      </w:r>
      <w:r>
        <w:br/>
      </w:r>
      <w:r>
        <w:rPr>
          <w:sz w:val="20"/>
        </w:rPr>
        <w:t>1:30:21  yeh rasool Allah ki yeh seerat hai.</w:t>
      </w:r>
      <w:r>
        <w:br/>
      </w:r>
      <w:r>
        <w:rPr>
          <w:sz w:val="20"/>
        </w:rPr>
        <w:t>1:30:24  yeh kyun nahi? un ke andar hai ke logon ki khair khwahi mein aap uthte the ke kaash</w:t>
      </w:r>
      <w:r>
        <w:br/>
      </w:r>
      <w:r>
        <w:rPr>
          <w:sz w:val="20"/>
        </w:rPr>
        <w:t>1:30:32  un ko sachai mil jaye.</w:t>
      </w:r>
      <w:r>
        <w:br/>
      </w:r>
      <w:r>
        <w:rPr>
          <w:sz w:val="20"/>
        </w:rPr>
        <w:t>1:30:34  to agar aap baray aashiq rasool hain to yeh kyun nahi? ke yeh hargiz ishq rasool nahi hai.</w:t>
      </w:r>
      <w:r>
        <w:br/>
      </w:r>
      <w:r>
        <w:rPr>
          <w:sz w:val="20"/>
        </w:rPr>
        <w:t>1:30:42  yeh qaumi hangamay hain, is ka koi na dunya mein faida hai na akhirat mein faida hai.</w:t>
      </w:r>
    </w:p>
    <w:p>
      <w:pPr>
        <w:pStyle w:val="Heading2"/>
      </w:pPr>
      <w:r>
        <w:t>Einstein's view on God</w:t>
      </w:r>
    </w:p>
    <w:p>
      <w:r>
        <w:rPr>
          <w:color w:val="666666"/>
          <w:sz w:val="18"/>
        </w:rPr>
        <w:t>Faith &amp; God · The Existence of God-7th October 2012 · 2m 57s · at 1:30:49 · https://youtu.be/XWFqKwm-LPM?t=5449</w:t>
      </w:r>
    </w:p>
    <w:p>
      <w:r>
        <w:rPr>
          <w:i/>
        </w:rPr>
        <w:t>“The letter of Einstein is a news, but it presents only a part of Einstein's view about God.”</w:t>
      </w:r>
    </w:p>
    <w:p>
      <w:r>
        <w:rPr>
          <w:sz w:val="20"/>
        </w:rPr>
        <w:t>1:30:49  maulana, agla sawal rae pur se aya hai idrees sahab ka.</w:t>
      </w:r>
      <w:r>
        <w:br/>
      </w:r>
      <w:r>
        <w:rPr>
          <w:sz w:val="20"/>
        </w:rPr>
        <w:t>1:30:54  انہوں نے لکھا ہے: "The letter of Einstein is a news, but it presents only a part of</w:t>
      </w:r>
      <w:r>
        <w:br/>
      </w:r>
      <w:r>
        <w:rPr>
          <w:sz w:val="20"/>
        </w:rPr>
        <w:t>1:31:02  ainstain view about god.</w:t>
      </w:r>
      <w:r>
        <w:br/>
      </w:r>
      <w:r>
        <w:rPr>
          <w:sz w:val="20"/>
        </w:rPr>
        <w:t>1:31:03  There are other quotes of Einstein, such as science without religion is lame.</w:t>
      </w:r>
      <w:r>
        <w:br/>
      </w:r>
      <w:r>
        <w:rPr>
          <w:sz w:val="20"/>
        </w:rPr>
        <w:t>1:31:09  religion without science is blind.</w:t>
      </w:r>
      <w:r>
        <w:br/>
      </w:r>
      <w:r>
        <w:rPr>
          <w:sz w:val="20"/>
        </w:rPr>
        <w:t>1:31:11  Second, I want to know God's thoughts.</w:t>
      </w:r>
      <w:r>
        <w:br/>
      </w:r>
      <w:r>
        <w:rPr>
          <w:sz w:val="20"/>
        </w:rPr>
        <w:t>1:31:14  the rest are details.</w:t>
      </w:r>
      <w:r>
        <w:br/>
      </w:r>
      <w:r>
        <w:rPr>
          <w:sz w:val="20"/>
        </w:rPr>
        <w:t>1:31:16  Third, strange is a situation here upon this earth.</w:t>
      </w:r>
      <w:r>
        <w:br/>
      </w:r>
      <w:r>
        <w:rPr>
          <w:sz w:val="20"/>
        </w:rPr>
        <w:t>1:31:20  Each of us comes for a short visit, not knowing why, yet sometime seeming to a divine</w:t>
      </w:r>
      <w:r>
        <w:br/>
      </w:r>
      <w:r>
        <w:rPr>
          <w:sz w:val="20"/>
        </w:rPr>
        <w:t>1:31:27  purpose.</w:t>
      </w:r>
      <w:r>
        <w:br/>
      </w:r>
      <w:r>
        <w:rPr>
          <w:sz w:val="20"/>
        </w:rPr>
        <w:t>1:31:29  and there are many other.</w:t>
      </w:r>
      <w:r>
        <w:br/>
      </w:r>
      <w:r>
        <w:rPr>
          <w:sz w:val="20"/>
        </w:rPr>
        <w:t>1:31:31  It means like many other scientists, Einstein believed in God, though his realization of God may not completely</w:t>
      </w:r>
      <w:r>
        <w:br/>
      </w:r>
      <w:r>
        <w:rPr>
          <w:sz w:val="20"/>
        </w:rPr>
        <w:t>1:31:39  match 100% with the concept of God described in religious books.</w:t>
      </w:r>
      <w:r>
        <w:br/>
      </w:r>
      <w:r>
        <w:rPr>
          <w:sz w:val="20"/>
        </w:rPr>
        <w:t>1:31:44  what is your comment on this? nahi, main is ko nahi manunga.</w:t>
      </w:r>
      <w:r>
        <w:br/>
      </w:r>
      <w:r>
        <w:rPr>
          <w:sz w:val="20"/>
        </w:rPr>
        <w:t>1:31:49  woh is ka case confusion ka case tha.</w:t>
      </w:r>
      <w:r>
        <w:br/>
      </w:r>
      <w:r>
        <w:rPr>
          <w:sz w:val="20"/>
        </w:rPr>
        <w:t>1:31:53  khud apne aik aur letter mein likha tha ke mera case jo hai woh hai.</w:t>
      </w:r>
      <w:r>
        <w:br/>
      </w:r>
      <w:r>
        <w:rPr>
          <w:sz w:val="20"/>
        </w:rPr>
        <w:t>1:31:59  ah, kya kya lafz bola tha? woh agnostic, agnosticsm ka case hai.</w:t>
      </w:r>
      <w:r>
        <w:br/>
      </w:r>
      <w:r>
        <w:rPr>
          <w:sz w:val="20"/>
        </w:rPr>
        <w:t>1:32:04  sahi ma'non mein woh agnostic tha.</w:t>
      </w:r>
      <w:r>
        <w:br/>
      </w:r>
      <w:r>
        <w:rPr>
          <w:sz w:val="20"/>
        </w:rPr>
        <w:t>1:32:07  woh main nahi manta ke woh Khuda ko manta tha.</w:t>
      </w:r>
      <w:r>
        <w:br/>
      </w:r>
      <w:r>
        <w:rPr>
          <w:sz w:val="20"/>
        </w:rPr>
        <w:t>1:32:11  yeh to confusion ke jumlay hain, idhar confusion ke jumlay hain.</w:t>
      </w:r>
      <w:r>
        <w:br/>
      </w:r>
      <w:r>
        <w:rPr>
          <w:sz w:val="20"/>
        </w:rPr>
        <w:t>1:32:16  sahi tareen jo is ka jo mawqaf tha, woh hai ke woh agnostic tha.</w:t>
      </w:r>
      <w:r>
        <w:br/>
      </w:r>
      <w:r>
        <w:rPr>
          <w:sz w:val="20"/>
        </w:rPr>
        <w:t>1:32:22  woh bas meri apni study yehi hai.</w:t>
      </w:r>
      <w:r>
        <w:br/>
      </w:r>
      <w:r>
        <w:rPr>
          <w:sz w:val="20"/>
        </w:rPr>
        <w:t>1:32:25  okay, we we'll end the session now.</w:t>
      </w:r>
      <w:r>
        <w:br/>
      </w:r>
      <w:r>
        <w:rPr>
          <w:sz w:val="20"/>
        </w:rPr>
        <w:t>1:32:28  ah, there is an announcement today: the monthly meeting of dawah field team will be conducted after the</w:t>
      </w:r>
      <w:r>
        <w:br/>
      </w:r>
      <w:r>
        <w:rPr>
          <w:sz w:val="20"/>
        </w:rPr>
        <w:t>1:32:36  namaz.</w:t>
      </w:r>
      <w:r>
        <w:br/>
      </w:r>
      <w:r>
        <w:rPr>
          <w:sz w:val="20"/>
        </w:rPr>
        <w:t>1:32:37  so, all the da'wa field members and anybody who is interested in da'wa work can stay back.</w:t>
      </w:r>
      <w:r>
        <w:br/>
      </w:r>
      <w:r>
        <w:rPr>
          <w:sz w:val="20"/>
        </w:rPr>
        <w:t>1:32:45  thank you sahib.</w:t>
      </w:r>
      <w:r>
        <w:br/>
      </w:r>
      <w:r>
        <w:rPr>
          <w:sz w:val="20"/>
        </w:rPr>
        <w:t>1:32:46  shain.</w:t>
      </w:r>
    </w:p>
    <w:p>
      <w:pPr>
        <w:pStyle w:val="Heading2"/>
      </w:pPr>
      <w:r>
        <w:t>Einstein's views on God and science</w:t>
      </w:r>
    </w:p>
    <w:p>
      <w:r>
        <w:rPr>
          <w:color w:val="666666"/>
          <w:sz w:val="18"/>
        </w:rPr>
        <w:t>Faith &amp; God · The Existence of God October 7, 2012 · 2m 33s · at 1:24:37 · https://youtu.be/Hm0ybuokQ8s?t=5077</w:t>
      </w:r>
    </w:p>
    <w:p>
      <w:r>
        <w:rPr>
          <w:i/>
        </w:rPr>
        <w:t>“The letter of Einstein is a news, but it presents only a part of Einstein's view about God. There are other quotes of Einstein, such as science without religion is lame, religion without science is blind.”</w:t>
      </w:r>
    </w:p>
    <w:p>
      <w:r>
        <w:rPr>
          <w:sz w:val="20"/>
        </w:rPr>
        <w:t>1:24:37  yeh harghiz ishq rasool nahi hai. yeh yeh qoumi hangamay hain, is ka koi na dunya mein faida hai, na akhirat mein faida hai. maulana, agla sawal raipur se aaya hai idrees sahab ka.</w:t>
      </w:r>
      <w:r>
        <w:br/>
      </w:r>
      <w:r>
        <w:rPr>
          <w:sz w:val="20"/>
        </w:rPr>
        <w:t>1:24:50  unhon ne likha hai: "the letter of einstein is a news, but it presents only a part of einstein view about god.</w:t>
      </w:r>
      <w:r>
        <w:br/>
      </w:r>
      <w:r>
        <w:rPr>
          <w:sz w:val="20"/>
        </w:rPr>
        <w:t>1:25:00  there are other courts of einstein, such as science without religion is lame. religion without science is blind.</w:t>
      </w:r>
      <w:r>
        <w:br/>
      </w:r>
      <w:r>
        <w:rPr>
          <w:sz w:val="20"/>
        </w:rPr>
        <w:t>1:25:10  second, i want to know gods thoughts. the rest are details. third, strange is a situation here upon this earth.</w:t>
      </w:r>
      <w:r>
        <w:br/>
      </w:r>
      <w:r>
        <w:rPr>
          <w:sz w:val="20"/>
        </w:rPr>
        <w:t>1:25:20  each of us comes for a short visit, not knowing why, yet sometimes seeming to a divine purpose.</w:t>
      </w:r>
      <w:r>
        <w:br/>
      </w:r>
      <w:r>
        <w:rPr>
          <w:sz w:val="20"/>
        </w:rPr>
        <w:t>1:25:29  and there are many other. It means like many other scientist, Einstein believed in God, though his realization of God may not completely match hundred percent with the concept of God described in religious books.</w:t>
      </w:r>
      <w:r>
        <w:br/>
      </w:r>
      <w:r>
        <w:rPr>
          <w:sz w:val="20"/>
        </w:rPr>
        <w:t>1:25:44  Nahi, main is ko nahi manunga. Wo us ka case confusion ka case tha. Khud apne ek aur letter mein likha tha ke mera case jo hai, agnosticism ka case hai.</w:t>
      </w:r>
      <w:r>
        <w:br/>
      </w:r>
      <w:r>
        <w:rPr>
          <w:sz w:val="20"/>
        </w:rPr>
        <w:t>1:25:56  Sahi maano mein wo agnostic tha. Wo</w:t>
      </w:r>
      <w:r>
        <w:br/>
      </w:r>
      <w:r>
        <w:rPr>
          <w:sz w:val="20"/>
        </w:rPr>
        <w:t>1:25:58  main nahi manta ke wo Khuda ko manta tha. Yeh toh confusion ke jumle hain. Yeh sab confusion ke jumle hain. Sahi tareen jo uska jo muqam tha, wo hai ke wo agnostic tha.</w:t>
      </w:r>
      <w:r>
        <w:br/>
      </w:r>
      <w:r>
        <w:rPr>
          <w:sz w:val="20"/>
        </w:rPr>
        <w:t>1:26:10  Wo bas meri apni study yehi hai.</w:t>
      </w:r>
    </w:p>
    <w:p>
      <w:pPr>
        <w:pStyle w:val="Heading2"/>
      </w:pPr>
      <w:r>
        <w:t>Eligibility for Paradise beyond basic rituals</w:t>
      </w:r>
    </w:p>
    <w:p>
      <w:r>
        <w:rPr>
          <w:color w:val="666666"/>
          <w:sz w:val="18"/>
        </w:rPr>
        <w:t>Faith &amp; God · Divine Management in History April 7, 2013 · 2m 17s · at 1:15:51 · https://youtu.be/wcBzG56LuPY?t=4551</w:t>
      </w:r>
    </w:p>
    <w:p>
      <w:r>
        <w:rPr>
          <w:i/>
        </w:rPr>
        <w:t>“Many Muslims consider it enough to do Salah, Roza, Hajj and Zakat for getting Paradise. Please clarify what we have to do to be eligible for Paradise.”</w:t>
      </w:r>
    </w:p>
    <w:p>
      <w:r>
        <w:rPr>
          <w:sz w:val="20"/>
        </w:rPr>
        <w:t>1:15:51  Maulana, agla sawal Delhi se hai, Miss Naghma Siddiqui ka. unhon ne likha hai: "Many Muslims consider it enough to do Salat, Roza and Hajj and Zakat for getting paradise.</w:t>
      </w:r>
      <w:r>
        <w:br/>
      </w:r>
      <w:r>
        <w:rPr>
          <w:sz w:val="20"/>
        </w:rPr>
        <w:t>1:16:05  Please clarify what we have to do to be eligible for paradise."</w:t>
      </w:r>
      <w:r>
        <w:br/>
      </w:r>
      <w:r>
        <w:rPr>
          <w:sz w:val="20"/>
        </w:rPr>
        <w:t>1:16:12  bhai, Quran mein to hai ke zalka jaza mantazaka, jannat us ke liye milegi jis ne apne aap ko purify kiya, yani apne aap ko, yani ek apne andar personal, yani apni personality ko develop kiya.</w:t>
      </w:r>
      <w:r>
        <w:br/>
      </w:r>
      <w:r>
        <w:rPr>
          <w:sz w:val="20"/>
        </w:rPr>
        <w:t>1:16:33  us ne</w:t>
      </w:r>
      <w:r>
        <w:br/>
      </w:r>
      <w:r>
        <w:rPr>
          <w:sz w:val="20"/>
        </w:rPr>
        <w:t>1:16:34  apni personality ko develop kar ke apne aap ko waisa banaya jaisa Allah ko chahiye jannat mein basane ke liye.</w:t>
      </w:r>
      <w:r>
        <w:br/>
      </w:r>
      <w:r>
        <w:rPr>
          <w:sz w:val="20"/>
        </w:rPr>
        <w:t>1:16:45  to yani is Quran mein aisi bahut si ayaten hain, is se maloom hota hai ke jannat mein wo log jayenge jo jinhon ne apni personality ko is nahaj par develop kiya ho.</w:t>
      </w:r>
      <w:r>
        <w:br/>
      </w:r>
      <w:r>
        <w:rPr>
          <w:sz w:val="20"/>
        </w:rPr>
        <w:t>1:16:58  baqi koi form aur koi ritual jo hai, us ko aap dohrate rahen, ya aaj kal ke namaz waghera ke ayaton, kuch rituals hain, blast sab jo dohrate hain.</w:t>
      </w:r>
      <w:r>
        <w:br/>
      </w:r>
      <w:r>
        <w:rPr>
          <w:sz w:val="20"/>
        </w:rPr>
        <w:t>1:17:08  masjido mein jaate hain aur un ka dhyan rehta hai jeeb ke andar pade hue mobile par. yeh koi namaz hai?</w:t>
      </w:r>
      <w:r>
        <w:br/>
      </w:r>
      <w:r>
        <w:rPr>
          <w:sz w:val="20"/>
        </w:rPr>
        <w:t>1:17:17  yeh koi namaz hai? kisi ne pehle zamane mein ek sher tha, ek aadmi ne kaha tha: "shafqat namaz bar bandam, chkhurt bamiad farzandam." ke raat mein jab namaz ke liye khada hua to dimagh mein yeh sawal tha ke subah ko mere bachche kya khayenge?</w:t>
      </w:r>
      <w:r>
        <w:br/>
      </w:r>
      <w:r>
        <w:rPr>
          <w:sz w:val="20"/>
        </w:rPr>
        <w:t>1:17:35  ab kya hai? aap namaz ke liye khade hote hain aur dimagh mein yeh hota hai ke mobile mein kis ka message aa raha hoga, us ko mujhe check karna hai namaz ke baad. kya namaz kya hai?</w:t>
      </w:r>
      <w:r>
        <w:br/>
      </w:r>
      <w:r>
        <w:rPr>
          <w:sz w:val="20"/>
        </w:rPr>
        <w:t>1:17:43  yeh</w:t>
      </w:r>
      <w:r>
        <w:br/>
      </w:r>
      <w:r>
        <w:rPr>
          <w:sz w:val="20"/>
        </w:rPr>
        <w:t>1:17:44  yeh to ek rasam hai, ek ritual hai, ek form hai, ek culture hai. bas is wajah se is par mein zor deta hoon ke asli personality ko develop karna, kisi kisi form ko dohrate rahein, aap aap ka zara atka hua mobile mein, yeh is se kuch nahi hota.</w:t>
      </w:r>
    </w:p>
    <w:p>
      <w:pPr>
        <w:pStyle w:val="Heading2"/>
      </w:pPr>
      <w:r>
        <w:t>Establishing religion on earth and self</w:t>
      </w:r>
    </w:p>
    <w:p>
      <w:r>
        <w:rPr>
          <w:color w:val="666666"/>
          <w:sz w:val="18"/>
        </w:rPr>
        <w:t>Faith &amp; God · The Process of Personality Development June 30, 2013 · 2m 22s · at 1:05:31 · https://youtu.be/CSSFRydcJlo?t=3931</w:t>
      </w:r>
    </w:p>
    <w:p>
      <w:r>
        <w:rPr>
          <w:i/>
        </w:rPr>
        <w:t>“I asked a scholar: Is establishing the religion required on both the individual and the earth? He said both are required. Is this correct?”</w:t>
      </w:r>
    </w:p>
    <w:p>
      <w:r>
        <w:rPr>
          <w:sz w:val="20"/>
        </w:rPr>
        <w:t>1:05:31  maulana, agla sawal hai iqbal umri sahib ka, tamil nadu se.</w:t>
      </w:r>
      <w:r>
        <w:br/>
      </w:r>
      <w:r>
        <w:rPr>
          <w:sz w:val="20"/>
        </w:rPr>
        <w:t>1:05:35  unhon ne likha hai: maulana, main apne ek maulana se sawal kiya: iqamat deen zaat aur zameen dono par matloob hai?</w:t>
      </w:r>
      <w:r>
        <w:br/>
      </w:r>
      <w:r>
        <w:rPr>
          <w:sz w:val="20"/>
        </w:rPr>
        <w:t>1:05:45  to unhon ne kaha ke dono bhi matloob hain. kya yeh sahi hai? dekhen, quran mein jo ayat hai, us ka zameen mein iqamat se koi talluq nahi hai.</w:t>
      </w:r>
      <w:r>
        <w:br/>
      </w:r>
      <w:r>
        <w:rPr>
          <w:sz w:val="20"/>
        </w:rPr>
        <w:t>1:05:56  yeh bilkul galat hai jo us ne kaha hai ke dono</w:t>
      </w:r>
      <w:r>
        <w:br/>
      </w:r>
      <w:r>
        <w:rPr>
          <w:sz w:val="20"/>
        </w:rPr>
        <w:t>1:06:00  iqamat deen se murad jo quran mein jo ayat hai, surah asharon mein, iqamat deen, woh sirf zaat ke bare mein hai, zameen ke bare mein hai hi nahi.</w:t>
      </w:r>
      <w:r>
        <w:br/>
      </w:r>
      <w:r>
        <w:rPr>
          <w:sz w:val="20"/>
        </w:rPr>
        <w:t>1:06:10  yani aadmi apni zindagi mein deen ko follow kare, apni zaat par allah ke hukumon ko chalaye, yani apni soch, apna qaul, apni rawish, us par woh allah ke deen ko ikhtiyar kare.</w:t>
      </w:r>
      <w:r>
        <w:br/>
      </w:r>
      <w:r>
        <w:rPr>
          <w:sz w:val="20"/>
        </w:rPr>
        <w:t>1:06:27  zameen mein iqamat karna yeh to bilkul alag baat hai, is ka quran ki ayat se koi talluq nahi hai. yeh kuch logon ne jo islam ko politicize kiya hai, un ka, un un ki bidat hai.</w:t>
      </w:r>
      <w:r>
        <w:br/>
      </w:r>
      <w:r>
        <w:rPr>
          <w:sz w:val="20"/>
        </w:rPr>
        <w:t>1:06:38  yeh, yeh is ko main political bidat samajhta hoon. is ka islam se koi talluq nahi hai, na quran us ayat se koi talluq hai. is par maine bohat tafseel se likha, meri kitab mein padh lijiye, jis ka naam hai "taweer ki ghalati".</w:t>
      </w:r>
      <w:r>
        <w:br/>
      </w:r>
      <w:r>
        <w:rPr>
          <w:sz w:val="20"/>
        </w:rPr>
        <w:t>1:06:53  is mein aap padh lijiye.</w:t>
      </w:r>
    </w:p>
    <w:p>
      <w:pPr>
        <w:pStyle w:val="Heading2"/>
      </w:pPr>
      <w:r>
        <w:t>Eternal life in Paradise</w:t>
      </w:r>
    </w:p>
    <w:p>
      <w:r>
        <w:rPr>
          <w:color w:val="666666"/>
          <w:sz w:val="18"/>
        </w:rPr>
        <w:t>Faith &amp; God · Life After Death January 22, 2012 · 3m 34s · at 1:32:34 · https://youtu.be/5hVH1BLKBF4?t=5554</w:t>
      </w:r>
    </w:p>
    <w:p>
      <w:r>
        <w:rPr>
          <w:i/>
        </w:rPr>
        <w:t>“Will humans remain in Paradise forever? Satan puts a whisper in the heart (doubting this).”</w:t>
      </w:r>
    </w:p>
    <w:p>
      <w:r>
        <w:rPr>
          <w:sz w:val="20"/>
        </w:rPr>
        <w:t>1:32:34  molana, agla sawal miss saira latif ka hai karachi pakistan se. unhon ne likha hai: "kya jannat mein insan hamesha ke liye rahega?</w:t>
      </w:r>
      <w:r>
        <w:br/>
      </w:r>
      <w:r>
        <w:rPr>
          <w:sz w:val="20"/>
        </w:rPr>
        <w:t>1:32:45  shaitan doosra waswasa dil mein dalta hai." bhai jab allah taala ne aelan kiya ke hamesha rahega to is waswase ki zaroorat kya hai? hum fiya khalidun quran mein bar bar aya hai.</w:t>
      </w:r>
      <w:r>
        <w:br/>
      </w:r>
      <w:r>
        <w:rPr>
          <w:sz w:val="20"/>
        </w:rPr>
        <w:t>1:32:58  khalidun woh hamesha rehne ke liye mukhtalif alfaz mein quran mein hain.</w:t>
      </w:r>
      <w:r>
        <w:br/>
      </w:r>
      <w:r>
        <w:rPr>
          <w:sz w:val="20"/>
        </w:rPr>
        <w:t>1:33:06  ya rasool al-firdaus hum fiya khalidun to jab jannat ka jo khaliq hai woh aelan kar raha hai ke jannat mein jo log dakhil honge woh hamesha is mein rahenge to is mein shakk ki kya baat hai?</w:t>
      </w:r>
      <w:r>
        <w:br/>
      </w:r>
      <w:r>
        <w:rPr>
          <w:sz w:val="20"/>
        </w:rPr>
        <w:t>1:33:22  albata yeh yeh galat nazariya hai ke jo musalman ghar mein paida hoga woh jannat mein jayega. yeh bilkul khud sakhta nazariya hai. musalman ghar mein paida hone se jannat nahi milti kisi ko.</w:t>
      </w:r>
      <w:r>
        <w:br/>
      </w:r>
      <w:r>
        <w:rPr>
          <w:sz w:val="20"/>
        </w:rPr>
        <w:t>1:33:35  jo deserve karega woh jannat mein jayega. yaad rakhiye. jo apne character ke aitbar se jo deserve karega woh jannat mein jayega.</w:t>
      </w:r>
      <w:r>
        <w:br/>
      </w:r>
      <w:r>
        <w:rPr>
          <w:sz w:val="20"/>
        </w:rPr>
        <w:t>1:33:45  yeh nahi ke yeh birth certificate koi jannat ka mustahiq nahi banata kisi aadmi ko.</w:t>
      </w:r>
      <w:r>
        <w:br/>
      </w:r>
      <w:r>
        <w:rPr>
          <w:sz w:val="20"/>
        </w:rPr>
        <w:t>1:33:58  molana, agla jo sawal hai, sawal kam observation hai</w:t>
      </w:r>
      <w:r>
        <w:br/>
      </w:r>
      <w:r>
        <w:rPr>
          <w:sz w:val="20"/>
        </w:rPr>
        <w:t>1:34:02  jo pennsylvania se mister khawaja kaleemuddin ne abhi abhi bheji hai. unhon ne likha hai: "an observation: one of her associates from maryland told me that she gave her friend a copy of tazkir al-quran as a gift.</w:t>
      </w:r>
      <w:r>
        <w:br/>
      </w:r>
      <w:r>
        <w:rPr>
          <w:sz w:val="20"/>
        </w:rPr>
        <w:t>1:34:20  her friend returned the copy of tazkir al-quran saying that she wouldn't read it because it is not certified by any islamic authority.</w:t>
      </w:r>
      <w:r>
        <w:br/>
      </w:r>
      <w:r>
        <w:rPr>
          <w:sz w:val="20"/>
        </w:rPr>
        <w:t>1:34:32  our associate took it back without commenting anything. in her second meeting, our associate gave the lady another book titled raz-e-hayat.</w:t>
      </w:r>
      <w:r>
        <w:br/>
      </w:r>
      <w:r>
        <w:rPr>
          <w:sz w:val="20"/>
        </w:rPr>
        <w:t>1:34:44  her friend read that book without looking at the name of the author. she liked the book very much and she thanked her for the best gift she gave her.</w:t>
      </w:r>
      <w:r>
        <w:br/>
      </w:r>
      <w:r>
        <w:rPr>
          <w:sz w:val="20"/>
        </w:rPr>
        <w:t>1:34:56  at this moment, our associate told her that this was the same person who was the commentator of the quran she gave her before.</w:t>
      </w:r>
      <w:r>
        <w:br/>
      </w:r>
      <w:r>
        <w:rPr>
          <w:sz w:val="20"/>
        </w:rPr>
        <w:t>1:35:06  then she got the tazkir al-quran back from her and started reading it. now she has become her associate in dawa work." please, molana, comment on this.</w:t>
      </w:r>
      <w:r>
        <w:br/>
      </w:r>
      <w:r>
        <w:rPr>
          <w:sz w:val="20"/>
        </w:rPr>
        <w:t>1:35:19  bahut is mein sabaq hai.</w:t>
      </w:r>
      <w:r>
        <w:br/>
      </w:r>
      <w:r>
        <w:rPr>
          <w:sz w:val="20"/>
        </w:rPr>
        <w:t>1:35:21  aur yeh arabi ka ek maqola hai ke al-nas a'daa ma jahaloo log us cheez ke dushman ho jate hain jis ko woh na jante hon.</w:t>
      </w:r>
      <w:r>
        <w:br/>
      </w:r>
      <w:r>
        <w:rPr>
          <w:sz w:val="20"/>
        </w:rPr>
        <w:t>1:35:34  to logon ko agar aap ko dikhaya jaye ke falan mukhalif hai, yeh sazish kar raha hai, dushmani kar raha hai, to yeh yeh alfaaz mat boliye.</w:t>
      </w:r>
      <w:r>
        <w:br/>
      </w:r>
      <w:r>
        <w:rPr>
          <w:sz w:val="20"/>
        </w:rPr>
        <w:t>1:35:44  iski bekhabari ko todiye. al-nas a'daa ma jahaloo</w:t>
      </w:r>
      <w:r>
        <w:br/>
      </w:r>
      <w:r>
        <w:rPr>
          <w:sz w:val="20"/>
        </w:rPr>
        <w:t>1:35:51  iske jahal ko todiye, iski bekhabari ko todiye, iski unawareness ko khatam kijiye. iske baad woh jise aap mante hain us ko wohi manne lagega.</w:t>
      </w:r>
      <w:r>
        <w:br/>
      </w:r>
      <w:r>
        <w:rPr>
          <w:sz w:val="20"/>
        </w:rPr>
        <w:t>1:36:00  kyunke iska khaliq wahi khuda hai jis ko jo khaliq aap ka hai.</w:t>
      </w:r>
      <w:r>
        <w:br/>
      </w:r>
      <w:r>
        <w:rPr>
          <w:sz w:val="20"/>
        </w:rPr>
        <w:t>1:36:09  molana, agla sawal kya hai mister muhammad samiuallah sa</w:t>
      </w:r>
    </w:p>
    <w:p>
      <w:pPr>
        <w:pStyle w:val="Heading2"/>
      </w:pPr>
      <w:r>
        <w:t>Explaining freedom and eternal paradise</w:t>
      </w:r>
    </w:p>
    <w:p>
      <w:r>
        <w:rPr>
          <w:color w:val="666666"/>
          <w:sz w:val="18"/>
        </w:rPr>
        <w:t>Faith &amp; God · Religion and Democracy December 25, 2011 · 2m 44s · at 1:08:05 · https://youtu.be/8Mf_yvDA8ik?t=4085</w:t>
      </w:r>
    </w:p>
    <w:p>
      <w:r>
        <w:rPr>
          <w:i/>
        </w:rPr>
        <w:t>“It is a great blessing of Allah that He has promised eternal paradise for the correct use of one's freedom in this short span of life. How can this be explained to modern and non-modern people?”</w:t>
      </w:r>
    </w:p>
    <w:p>
      <w:r>
        <w:rPr>
          <w:sz w:val="20"/>
        </w:rPr>
        <w:t>1:08:05  maulana, agla sawal aaya hai Mr Abdul Latif ka, Karachi, Pakistan se</w:t>
      </w:r>
      <w:r>
        <w:br/>
      </w:r>
      <w:r>
        <w:rPr>
          <w:sz w:val="20"/>
        </w:rPr>
        <w:t>1:08:10  . unho'n ne likha hai: "mera sawal yeh hai ke yeh Allah taala ki bohat baRi blessing hai ke is ne har insaan se zindagi ke mukhtasar se hisse mein apni azaadi ke sahi istemaal par abadi jannat ka wa'da kiya hai.</w:t>
      </w:r>
      <w:r>
        <w:br/>
      </w:r>
      <w:r>
        <w:rPr>
          <w:sz w:val="20"/>
        </w:rPr>
        <w:t>1:08:28  maulana sahib, yeh baat aaj jadeed aur ghair jadeed insaan ko kis tarah samjhai jaye?"</w:t>
      </w:r>
      <w:r>
        <w:br/>
      </w:r>
      <w:r>
        <w:rPr>
          <w:sz w:val="20"/>
        </w:rPr>
        <w:t>1:08:47  ab mein sochta hoon ke samjhane ka koi naya tareeqa nahi hai. jo pehle jo tareeqa tha, wahi tareeqa aaj bhi hai.</w:t>
      </w:r>
      <w:r>
        <w:br/>
      </w:r>
      <w:r>
        <w:rPr>
          <w:sz w:val="20"/>
        </w:rPr>
        <w:t>1:08:58  woh yahi hai ke tum</w:t>
      </w:r>
      <w:r>
        <w:br/>
      </w:r>
      <w:r>
        <w:rPr>
          <w:sz w:val="20"/>
        </w:rPr>
        <w:t>1:09:03  duniya mein kuch bhi haasil kar lo, lekin thoRi muddat ke baad is ko chhoR kar jaana paRta hai. pachaas saal, 60 saal, 70 saal aap rahe, us ke baad sab kuch chhoR chale gaye to faida kya hua?</w:t>
      </w:r>
      <w:r>
        <w:br/>
      </w:r>
      <w:r>
        <w:rPr>
          <w:sz w:val="20"/>
        </w:rPr>
        <w:t>1:09:18  to aadmi ko chahiye ke woh, yaani maut ke baad jo abadi zindagi hai, us ko us ko yaqeen dilaya jaye ke maut par zindagi khatam nahi hoti.</w:t>
      </w:r>
      <w:r>
        <w:br/>
      </w:r>
      <w:r>
        <w:rPr>
          <w:sz w:val="20"/>
        </w:rPr>
        <w:t>1:09:28  maut ke baad zindagi jo hai, continue rehti hai. ab woh, ab woh abadi hai, eternal hai. to is zindagi ke liye tayyari karo jo abadi hai.</w:t>
      </w:r>
      <w:r>
        <w:br/>
      </w:r>
      <w:r>
        <w:rPr>
          <w:sz w:val="20"/>
        </w:rPr>
        <w:t>1:09:39  waqti zindagi ke liye jeena aur mar jana, yeh to bohat hi, yaani bohat hi bari nadani aur bohat hi ghaate ki baat hogi.</w:t>
      </w:r>
      <w:r>
        <w:br/>
      </w:r>
      <w:r>
        <w:rPr>
          <w:sz w:val="20"/>
        </w:rPr>
        <w:t>1:09:51  ab isi baat ko jitna aap samjha sakein, aadmi ko jitna samjha sakein, kyunke yahi kamzori insaan ki hai ke "bal al-ajila wa yadhununa abrahama yawma thaqilaa"</w:t>
      </w:r>
      <w:r>
        <w:br/>
      </w:r>
      <w:r>
        <w:rPr>
          <w:sz w:val="20"/>
        </w:rPr>
        <w:t>1:10:04  yaani aaj aaj jo thoda sa faida mil raha hai, usi mein aadmi gum ho jata hai aur jo bara faida jo baad ko aanay wala hai, us se bekhabar ho jata hai.</w:t>
      </w:r>
      <w:r>
        <w:br/>
      </w:r>
      <w:r>
        <w:rPr>
          <w:sz w:val="20"/>
        </w:rPr>
        <w:t>1:10:15  to insaan ko is is parde ko hatanay, hatana hai, insaan ki is bekhabari ko todna</w:t>
      </w:r>
      <w:r>
        <w:br/>
      </w:r>
      <w:r>
        <w:rPr>
          <w:sz w:val="20"/>
        </w:rPr>
        <w:t>1:10:21  . jaise hi aadmi yeh jaan lega is baat ko shaoori taur par, yaqeen ke sath ke is dunya mein bohat thodi muddat mujhe mili hai aur is ke baad maut ke baad lambi muddat jo hai meri, woh abadi hai.</w:t>
      </w:r>
      <w:r>
        <w:br/>
      </w:r>
      <w:r>
        <w:rPr>
          <w:sz w:val="20"/>
        </w:rPr>
        <w:t>1:10:37  is baat ko jab shaoori taur par jaan lega to inshallah aap woh bohat aasani se apni zindagi ki islaah kar lega.</w:t>
      </w:r>
    </w:p>
    <w:p>
      <w:pPr>
        <w:pStyle w:val="Heading2"/>
      </w:pPr>
      <w:r>
        <w:t>Explaining freedom and paradise to people</w:t>
      </w:r>
    </w:p>
    <w:p>
      <w:r>
        <w:rPr>
          <w:color w:val="666666"/>
          <w:sz w:val="18"/>
        </w:rPr>
        <w:t>Faith &amp; God · Discovery of God (In Conversation with Maulana) December 25, 2011 · 2m 44s · at 7:03 · https://youtu.be/-1c1d7cFj0s?t=423</w:t>
      </w:r>
    </w:p>
    <w:p>
      <w:r>
        <w:rPr>
          <w:i/>
        </w:rPr>
        <w:t>“Maulana, it is a great blessing of Allah that He promised eternal paradise to every human for the correct use of their freedom in this brief life. How can this be explained to modern and non-modern people today?”</w:t>
      </w:r>
    </w:p>
    <w:p>
      <w:r>
        <w:rPr>
          <w:sz w:val="20"/>
        </w:rPr>
        <w:t>7:03  maulana, agla sawal aaya hai mister abdul lateef ka, karachi, pakistan se. unhon ne likha hai: "mera sawal ye hai ke ye Allah taala ki bohat bari blessing hai ke is ne har insan se zindagi ke mukhtasir se hissay mein apni azadi ke sahi istemal par abadi jannat ka wada kiya hai.</w:t>
      </w:r>
      <w:r>
        <w:br/>
      </w:r>
      <w:r>
        <w:rPr>
          <w:sz w:val="20"/>
        </w:rPr>
        <w:t>7:26  maulana sahib, ye baat aaj jadeed aur ghair jadeed insan ko kis tarah samjhai jaye?"</w:t>
      </w:r>
      <w:r>
        <w:br/>
      </w:r>
      <w:r>
        <w:rPr>
          <w:sz w:val="20"/>
        </w:rPr>
        <w:t>7:45  ab mein sochta hoon ke samjhane ka koi naya tareeqa nahi hai. jo pehle jo tareeqa tha, wahi tareeqa aaj bhi hai.</w:t>
      </w:r>
      <w:r>
        <w:br/>
      </w:r>
      <w:r>
        <w:rPr>
          <w:sz w:val="20"/>
        </w:rPr>
        <w:t>7:56  woh yahi hai ke tum</w:t>
      </w:r>
      <w:r>
        <w:br/>
      </w:r>
      <w:r>
        <w:rPr>
          <w:sz w:val="20"/>
        </w:rPr>
        <w:t>8:01  duniya mein kuch bhi hasil kar lo, lekin thori muddat ke baad is ko chhod kar jaana padta hai. 50 saal, 60 saal, 70 saal aap rahe, is ke baad sab kuch chhod ke chale gaye.</w:t>
      </w:r>
      <w:r>
        <w:br/>
      </w:r>
      <w:r>
        <w:rPr>
          <w:sz w:val="20"/>
        </w:rPr>
        <w:t>8:12  to faida kya hua? to aadmi ko chahiye ke woh, yaani maut ke baad jo abadi zindagi hai, us ko us ko yaqeen dilaya jaye ke maut par zindagi khatam nahi hoti.</w:t>
      </w:r>
      <w:r>
        <w:br/>
      </w:r>
      <w:r>
        <w:rPr>
          <w:sz w:val="20"/>
        </w:rPr>
        <w:t>8:26  maut ke baad zindagi jo hai, continue rehti hai. ab woh, ab woh abadi hai, eternal hai. to is zindagi ke liye tayyari karo jo abadi hai.</w:t>
      </w:r>
      <w:r>
        <w:br/>
      </w:r>
      <w:r>
        <w:rPr>
          <w:sz w:val="20"/>
        </w:rPr>
        <w:t>8:37  waqti zindagi ke liye jeena aur mar jaana, yeh to bohat hi, yaani bohat hi bari nadani aur bohat hi ghaate ki baat hogi.</w:t>
      </w:r>
      <w:r>
        <w:br/>
      </w:r>
      <w:r>
        <w:rPr>
          <w:sz w:val="20"/>
        </w:rPr>
        <w:t>8:49  ab isi baat ko jitna aap samjha sakein, aadmi ko jitna samjha sakein, kyunke yahi kamzori insaan ki hai ke yeh yaani aaj aaj jo thoda sa faida mil raha hai, usi mein aadmi gum ho jata hai.</w:t>
      </w:r>
      <w:r>
        <w:br/>
      </w:r>
      <w:r>
        <w:rPr>
          <w:sz w:val="20"/>
        </w:rPr>
        <w:t>9:06  aur jo bara faida jo baad ko aanay wala hai, us se bekhabar ho jata hai. to insaan ko is is parde ko hatana hai, hatana hai.</w:t>
      </w:r>
      <w:r>
        <w:br/>
      </w:r>
      <w:r>
        <w:rPr>
          <w:sz w:val="20"/>
        </w:rPr>
        <w:t>9:17  insaan ki is bekhabari ko todna. jaise hi aadmi jaan lega is baat ko, shaoori taur par, yaqeen ke saath ke is duniya mein bohat thori muddat mujhe mili hai, aur is ke baad maut ke baad lambi muddat jo hai meri, woh abadi hai.</w:t>
      </w:r>
      <w:r>
        <w:br/>
      </w:r>
      <w:r>
        <w:rPr>
          <w:sz w:val="20"/>
        </w:rPr>
        <w:t>9:35  is baat ko jab shaoori taur par jaan lega, to inshallah aap woh bohat aasani se apni zindagi ki islaah kar lega.</w:t>
      </w:r>
    </w:p>
    <w:p>
      <w:pPr>
        <w:pStyle w:val="Heading2"/>
      </w:pPr>
      <w:r>
        <w:t>Explaining monotheism to those who believe in many gods</w:t>
      </w:r>
    </w:p>
    <w:p>
      <w:r>
        <w:rPr>
          <w:color w:val="666666"/>
          <w:sz w:val="18"/>
        </w:rPr>
        <w:t>Faith &amp; God · The Importance of Wisdom November 4, 2012 · 2m 45s · at 1:13:51 · https://youtu.be/7e6FvqRSHic?t=4431</w:t>
      </w:r>
    </w:p>
    <w:p>
      <w:r>
        <w:rPr>
          <w:i/>
        </w:rPr>
        <w:t>“Many people say that they believe in Ram, Rahim, Allah all. How do we explain to them? How should we explain that God is one? Or what example can we give them so they become satisfied?”</w:t>
      </w:r>
    </w:p>
    <w:p>
      <w:r>
        <w:rPr>
          <w:sz w:val="20"/>
        </w:rPr>
        <w:t>1:13:51  aur musalmanon ki bohat hi bari kamzori ko batati hai yeh bohat bari bhayanak weakness ko batati hai yeh maulana agla sawal dilli se hai mohammad ans sahib ka unhon ne likha hai maulana bohat se log yeh kehte hain ke hum ram rahim allah sab ko mante hain</w:t>
      </w:r>
      <w:r>
        <w:br/>
      </w:r>
      <w:r>
        <w:rPr>
          <w:sz w:val="20"/>
        </w:rPr>
        <w:t>1:14:13  aise logon ko hum kaise samjhayen humein kaise samjhana chahiye ke khuda sirf ek hai ya hum phir unhein aisi kaun si misal dein jis se woh satisfy ho jayen is ke baray mein nahi dekhiye aap aap isi is ko aap starting point ko banate hain starting point mat banaiye is ko jo woh keh rahe hain aap is ka ek kitab padho aap un ko kitabein dijiye</w:t>
      </w:r>
      <w:r>
        <w:br/>
      </w:r>
      <w:r>
        <w:rPr>
          <w:sz w:val="20"/>
        </w:rPr>
        <w:t>1:14:38  is tarah se ise ek ek ek endless behas chale gi aur kuch hoga nahi aap bhi islam mein literature dijiye un ko kitabein dijiye hamare mission mein yeh hota hai hamare mission mein is tarah ki behas nahi hai koi bhi agar is tarah ki behas karta ho to us ko us se bachna chahiye har case mein sab se pehla aap ka jo hona chahiye kaam ke us ko literature dena</w:t>
      </w:r>
      <w:r>
        <w:br/>
      </w:r>
      <w:r>
        <w:rPr>
          <w:sz w:val="20"/>
        </w:rPr>
        <w:t>1:15:07  har case mein yahi nahi hai koi bhi case hai</w:t>
      </w:r>
      <w:r>
        <w:br/>
      </w:r>
      <w:r>
        <w:rPr>
          <w:sz w:val="20"/>
        </w:rPr>
        <w:t>1:15:10  lekin log jaldi lagte hain bahas karne bahas karne se bas to hi khatm ho jayega is</w:t>
      </w:r>
      <w:r>
        <w:br/>
      </w:r>
      <w:r>
        <w:rPr>
          <w:sz w:val="20"/>
        </w:rPr>
        <w:t>1:15:16  ki jankari badhaiye isko aur zyada is zehan ko wasee kijiye iske iska mutala badhaiye</w:t>
      </w:r>
      <w:r>
        <w:br/>
      </w:r>
      <w:r>
        <w:rPr>
          <w:sz w:val="20"/>
        </w:rPr>
        <w:t>1:15:25  tab ja kar wo prepared mind banega abhi to prepared mind hi nahi hai ab bahas karne</w:t>
      </w:r>
      <w:r>
        <w:br/>
      </w:r>
      <w:r>
        <w:rPr>
          <w:sz w:val="20"/>
        </w:rPr>
        <w:t>1:15:30  lage iske sath</w:t>
      </w:r>
      <w:r>
        <w:br/>
      </w:r>
      <w:r>
        <w:rPr>
          <w:sz w:val="20"/>
        </w:rPr>
        <w:t>1:15:33  behral main yahi kahunga ki aap kitabein padhaiye bas aur kuch nahi hai</w:t>
      </w:r>
      <w:r>
        <w:br/>
      </w:r>
      <w:r>
        <w:rPr>
          <w:sz w:val="20"/>
        </w:rPr>
        <w:t>1:15:37  aur bohat dinon tak padhate rahiye kitabein is ke baad inshallah is ka durust ho jayega.</w:t>
      </w:r>
    </w:p>
    <w:p>
      <w:pPr>
        <w:pStyle w:val="Heading2"/>
      </w:pPr>
      <w:r>
        <w:t>Failure to discover God from experiences</w:t>
      </w:r>
    </w:p>
    <w:p>
      <w:r>
        <w:rPr>
          <w:color w:val="666666"/>
          <w:sz w:val="18"/>
        </w:rPr>
        <w:t>Faith &amp; God · Discovering God June 30, 2019 Maulana Wahiduddin Khan · 4m 43s · at 1:16:53 · https://youtu.be/Yt1-eX7XzYU?t=4613</w:t>
      </w:r>
    </w:p>
    <w:p>
      <w:r>
        <w:rPr>
          <w:i/>
        </w:rPr>
        <w:t>“Why do others fail to discover God from all these experiences? Is it due to ignorance?”</w:t>
      </w:r>
    </w:p>
    <w:p>
      <w:r>
        <w:rPr>
          <w:sz w:val="20"/>
        </w:rPr>
        <w:t>1:16:53  maulana, yeh yeh sawal dilli se bhejha hai abdul aziz chaudhry sahib ne. unhon ne likha hai: "maulana! why is it that others fail to discover god from all these experiences?</w:t>
      </w:r>
      <w:r>
        <w:br/>
      </w:r>
      <w:r>
        <w:rPr>
          <w:sz w:val="20"/>
        </w:rPr>
        <w:t>1:17:06  is it due to ignorance?"</w:t>
      </w:r>
      <w:r>
        <w:br/>
      </w:r>
      <w:r>
        <w:rPr>
          <w:sz w:val="20"/>
        </w:rPr>
        <w:t>1:17:11  dekhiye,</w:t>
      </w:r>
      <w:r>
        <w:br/>
      </w:r>
      <w:r>
        <w:rPr>
          <w:sz w:val="20"/>
        </w:rPr>
        <w:t>1:17:16  mein bachpan se</w:t>
      </w:r>
      <w:r>
        <w:br/>
      </w:r>
      <w:r>
        <w:rPr>
          <w:sz w:val="20"/>
        </w:rPr>
        <w:t>1:17:21  kisi cheez se mujhe shoq nahi tha,</w:t>
      </w:r>
      <w:r>
        <w:br/>
      </w:r>
      <w:r>
        <w:rPr>
          <w:sz w:val="20"/>
        </w:rPr>
        <w:t>1:17:26  kisi cheez se.</w:t>
      </w:r>
      <w:r>
        <w:br/>
      </w:r>
      <w:r>
        <w:rPr>
          <w:sz w:val="20"/>
        </w:rPr>
        <w:t>1:17:30  baad ko maine jaana ke mera case woh tha jo newton ka case tha. newton ke baray mein kaha jata tha: "haan, wool gather." newton ko wool gather kaha jata tha.</w:t>
      </w:r>
      <w:r>
        <w:br/>
      </w:r>
      <w:r>
        <w:rPr>
          <w:sz w:val="20"/>
        </w:rPr>
        <w:t>1:17:45  to maine baad ko jaana ke mera case wool gather ka case hai,</w:t>
      </w:r>
      <w:r>
        <w:br/>
      </w:r>
      <w:r>
        <w:rPr>
          <w:sz w:val="20"/>
        </w:rPr>
        <w:t>1:17:52  khoya hua insan.</w:t>
      </w:r>
      <w:r>
        <w:br/>
      </w:r>
      <w:r>
        <w:rPr>
          <w:sz w:val="20"/>
        </w:rPr>
        <w:t>1:17:58  yeh sab kahani, yeh sab waqiat hain jo maine likhe. isi woh meri aadat thi likhne ki, bachpan se likhne ki. to sab likha hua maujood hai.</w:t>
      </w:r>
      <w:r>
        <w:br/>
      </w:r>
      <w:r>
        <w:rPr>
          <w:sz w:val="20"/>
        </w:rPr>
        <w:t>1:18:10  aap nahi mante to na maniye, aur maan sakte hain to maan lijiye. yeh sab cheezein likhi hui maujood hain</w:t>
      </w:r>
      <w:r>
        <w:br/>
      </w:r>
      <w:r>
        <w:rPr>
          <w:sz w:val="20"/>
        </w:rPr>
        <w:t>1:18:21  ke mein, mislan, meri maan batati thi ke mein bohat bolta tha. baap se unki daadhi aise khenchta tha,</w:t>
      </w:r>
      <w:r>
        <w:br/>
      </w:r>
      <w:r>
        <w:rPr>
          <w:sz w:val="20"/>
        </w:rPr>
        <w:t>1:18:36  yani shokhi karta tha, shokhi bohat bolta tha. phir mere baap par stroke hua,</w:t>
      </w:r>
      <w:r>
        <w:br/>
      </w:r>
      <w:r>
        <w:rPr>
          <w:sz w:val="20"/>
        </w:rPr>
        <w:t>1:18:50  jisko falij kaha jata hai. 29 december, thandi raat mein</w:t>
      </w:r>
      <w:r>
        <w:br/>
      </w:r>
      <w:r>
        <w:rPr>
          <w:sz w:val="20"/>
        </w:rPr>
        <w:t>1:19:01  achanak woh khatam ho gaye</w:t>
      </w:r>
      <w:r>
        <w:br/>
      </w:r>
      <w:r>
        <w:rPr>
          <w:sz w:val="20"/>
        </w:rPr>
        <w:t>1:19:06  to unki bol isi waqt band ho gayi aur meri bol hi band ho gayi. meri maan batati thi ke woh ek dum chup ho gaya.</w:t>
      </w:r>
      <w:r>
        <w:br/>
      </w:r>
      <w:r>
        <w:rPr>
          <w:sz w:val="20"/>
        </w:rPr>
        <w:t>1:19:15  is ke baad baap se woh khoob bolta tha, shokhi karta tha, shokhi. lekin jab woh unka khatma ho gaya to meri bol band ho gayi,</w:t>
      </w:r>
      <w:r>
        <w:br/>
      </w:r>
      <w:r>
        <w:rPr>
          <w:sz w:val="20"/>
        </w:rPr>
        <w:t>1:19:29  ek dum chup.</w:t>
      </w:r>
      <w:r>
        <w:br/>
      </w:r>
      <w:r>
        <w:rPr>
          <w:sz w:val="20"/>
        </w:rPr>
        <w:t>1:19:37  yeh tha mere dil mein turning point ke mera bolna jo pehle pehle tha apne baap se, woh</w:t>
      </w:r>
      <w:r>
        <w:br/>
      </w:r>
      <w:r>
        <w:rPr>
          <w:sz w:val="20"/>
        </w:rPr>
        <w:t>1:19:51  woh woh woh woh khuda ki taraf marr marr gaya, khuda ki taraf.</w:t>
      </w:r>
      <w:r>
        <w:br/>
      </w:r>
      <w:r>
        <w:rPr>
          <w:sz w:val="20"/>
        </w:rPr>
        <w:t>1:20:02  yeh sab kahani ki baatein nahi hain, yeh waqiat ki baatein hain.</w:t>
      </w:r>
      <w:r>
        <w:br/>
      </w:r>
      <w:r>
        <w:rPr>
          <w:sz w:val="20"/>
        </w:rPr>
        <w:t>1:20:11  aur meri aadat thi likhne ki bachpan se.</w:t>
      </w:r>
      <w:r>
        <w:br/>
      </w:r>
      <w:r>
        <w:rPr>
          <w:sz w:val="20"/>
        </w:rPr>
        <w:t>1:20:20  to yeh sab meri zindagi ke waqiat hain. aap maniye to maniye, na maniye to mat maniye. aakhirat mein farishton se pooch lijiyega ke yeh baat jo kehta tha, woh sahi thi ya galat thi.</w:t>
      </w:r>
      <w:r>
        <w:br/>
      </w:r>
      <w:r>
        <w:rPr>
          <w:sz w:val="20"/>
        </w:rPr>
        <w:t>1:20:41  maulana tariq badar sahib ne comment bheja hai pakistan se. unhone likha hai: "very important lessons in today lecture.</w:t>
      </w:r>
      <w:r>
        <w:br/>
      </w:r>
      <w:r>
        <w:rPr>
          <w:sz w:val="20"/>
        </w:rPr>
        <w:t>1:20:51  i always feel very happy when maulana sahib shares his story of lahore, where i live." maulana astar khateeb sahib ne likha hai chennai se: "maulana!</w:t>
      </w:r>
      <w:r>
        <w:br/>
      </w:r>
      <w:r>
        <w:rPr>
          <w:sz w:val="20"/>
        </w:rPr>
        <w:t>1:21:03  first time i heard about god that he is god of love. very amazing to hear it. i didn't hear it from any muslim aalim so far.</w:t>
      </w:r>
      <w:r>
        <w:br/>
      </w:r>
      <w:r>
        <w:rPr>
          <w:sz w:val="20"/>
        </w:rPr>
        <w:t>1:21:15  i heard it from christian brothers that god is love, but not in the vast sense as you have mentioned it today." am irshad sahiba ne likha hai: "maulana!</w:t>
      </w:r>
      <w:r>
        <w:br/>
      </w:r>
      <w:r>
        <w:rPr>
          <w:sz w:val="20"/>
        </w:rPr>
        <w:t>1:21:26  aap hi woh wahid shakhsiyat hain jo ek phall ke test ke zariye se us ko banane wale ka ehsaas dilate hain.</w:t>
      </w:r>
    </w:p>
    <w:p>
      <w:pPr>
        <w:pStyle w:val="Heading2"/>
      </w:pPr>
      <w:r>
        <w:t>Fear of God's selection ground</w:t>
      </w:r>
    </w:p>
    <w:p>
      <w:r>
        <w:rPr>
          <w:color w:val="666666"/>
          <w:sz w:val="18"/>
        </w:rPr>
        <w:t>Faith &amp; God · Stress and Spirituality January 1, 2012 · 3m 55s · at 1:40:42 · https://youtu.be/TPhXL9-g6ME?t=6042</w:t>
      </w:r>
    </w:p>
    <w:p>
      <w:r>
        <w:rPr>
          <w:i/>
        </w:rPr>
        <w:t>“Maulana, I am very scared by one of your statements: that the world is God's selection ground, meaning God will select according to His glory. So what will happen to us?”</w:t>
      </w:r>
    </w:p>
    <w:p>
      <w:r>
        <w:rPr>
          <w:sz w:val="20"/>
        </w:rPr>
        <w:t>1:40:42  sawal kiya hai. unhone likha hai: "maulana, aap ki ek baat se bohat dar hota hai. woh yeh hai ke duniya khuda ka selection ground hai.</w:t>
      </w:r>
      <w:r>
        <w:br/>
      </w:r>
      <w:r>
        <w:rPr>
          <w:sz w:val="20"/>
        </w:rPr>
        <w:t>1:40:53  yani khuda apni shan ke mutabiq select karega. to hamara kya haal hoga?"</w:t>
      </w:r>
      <w:r>
        <w:br/>
      </w:r>
      <w:r>
        <w:rPr>
          <w:sz w:val="20"/>
        </w:rPr>
        <w:t>1:41:03  shan to mein ne kaha tha ke shan ke mutabiq. shan ke mutabiq nahi hai. apne criterion ke mutabiq.</w:t>
      </w:r>
      <w:r>
        <w:br/>
      </w:r>
      <w:r>
        <w:rPr>
          <w:sz w:val="20"/>
        </w:rPr>
        <w:t>1:41:12  yani khuda ne jo criterion rakha hai us ke mutabiq. shan to mein ne kaha tha ke shan ke mutabiq. to aap woh criterion jo hai woh quran mein aur hadith mein daryaft kijiye aur us ke mutabiq zindagi guzarne ki koshish kijiye.</w:t>
      </w:r>
      <w:r>
        <w:br/>
      </w:r>
      <w:r>
        <w:rPr>
          <w:sz w:val="20"/>
        </w:rPr>
        <w:t>1:41:30  isi mein se ek yeh hai ke ek hadith mein hai ke rasool allah salallahu alaihi wasallam ne ek sahabi kehte hain ke rasool allah salallahu alaihi wasallam ne mere kandhe par hath rakha.</w:t>
      </w:r>
      <w:r>
        <w:br/>
      </w:r>
      <w:r>
        <w:rPr>
          <w:sz w:val="20"/>
        </w:rPr>
        <w:t>1:41:45  yeh ghaleban ibn abbas ki baat hai. aap ne farmaya ke ya baniyah, in istata'at, tusbih wa tumsi wa laysa fi qalbika ghishun li ahadin. fa'al.</w:t>
      </w:r>
      <w:r>
        <w:br/>
      </w:r>
      <w:r>
        <w:rPr>
          <w:sz w:val="20"/>
        </w:rPr>
        <w:t>1:41:57  agar agar tum aisa kar sako ke tum raat ko so'o aur subah ko utho tumhare dil mein ghish na kisi ke khilaf ho. is mani wohi hote hain jo malice, hate, negativity woh na ho.</w:t>
      </w:r>
      <w:r>
        <w:br/>
      </w:r>
      <w:r>
        <w:rPr>
          <w:sz w:val="20"/>
        </w:rPr>
        <w:t>1:42:11  to aisa karo kyunke aise logon ke liye jannat hai.</w:t>
      </w:r>
      <w:r>
        <w:br/>
      </w:r>
      <w:r>
        <w:rPr>
          <w:sz w:val="20"/>
        </w:rPr>
        <w:t>1:42:14  yeh hai criterion. criterion yani meyar. ke aap duniya mein is tarah zindagi guzarein ke aap aap hate free hon.</w:t>
      </w:r>
      <w:r>
        <w:br/>
      </w:r>
      <w:r>
        <w:rPr>
          <w:sz w:val="20"/>
        </w:rPr>
        <w:t>1:42:27  kisi ke khilaf nafrat nahi. kisi ke khilaf kuch kuch qad nahi. aur dekhiye quran majeed mein hai ke</w:t>
      </w:r>
      <w:r>
        <w:br/>
      </w:r>
      <w:r>
        <w:rPr>
          <w:sz w:val="20"/>
        </w:rPr>
        <w:t>1:42:39  quran majeed mein hai ke al-kazibeen al-ghayz. ghusse ko pee jane wale.</w:t>
      </w:r>
      <w:r>
        <w:br/>
      </w:r>
      <w:r>
        <w:rPr>
          <w:sz w:val="20"/>
        </w:rPr>
        <w:t>1:42:46  yeh lafz nahi hai ke al-faqideen al-ghayz. faqideen nahi hai. yani aisa nahi ke ghussa sarr-e-se na aaye aap ke andar. yeh nahi kaha ja raha hai.</w:t>
      </w:r>
      <w:r>
        <w:br/>
      </w:r>
      <w:r>
        <w:rPr>
          <w:sz w:val="20"/>
        </w:rPr>
        <w:t>1:42:56  ghussa to aaye ga lekin ghussay ko aap control kar lain. ghussay ko pee jain. to</w:t>
      </w:r>
      <w:r>
        <w:br/>
      </w:r>
      <w:r>
        <w:rPr>
          <w:sz w:val="20"/>
        </w:rPr>
        <w:t>1:43:04  yeh yeh criterion hai ke dunya mein is tarah raho ke chahe logon ne tum ko sataya ho, chahe logon ne tum ko kuch bura tajurba karwaya ho, phir bhi tum un ke khilaf nafrat dil mein mat rakho.</w:t>
      </w:r>
      <w:r>
        <w:br/>
      </w:r>
      <w:r>
        <w:rPr>
          <w:sz w:val="20"/>
        </w:rPr>
        <w:t>1:43:21  logon ke liye duaen karo, logon ke liye achhi khwahishain rakho. yaani sab ke liye evolution bano. yeh criterion hai.</w:t>
      </w:r>
      <w:r>
        <w:br/>
      </w:r>
      <w:r>
        <w:rPr>
          <w:sz w:val="20"/>
        </w:rPr>
        <w:t>1:43:29  to yeh shaan khudaWandi ki baat nahi hai, yeh mayar khudaWandi ki baat hai.</w:t>
      </w:r>
      <w:r>
        <w:br/>
      </w:r>
      <w:r>
        <w:rPr>
          <w:sz w:val="20"/>
        </w:rPr>
        <w:t>1:43:37  Okay, we will end this session now. Thank you.</w:t>
      </w:r>
    </w:p>
    <w:p>
      <w:pPr>
        <w:pStyle w:val="Heading2"/>
      </w:pPr>
      <w:r>
        <w:t>Free will versus divine predestination</w:t>
      </w:r>
    </w:p>
    <w:p>
      <w:r>
        <w:rPr>
          <w:color w:val="666666"/>
          <w:sz w:val="18"/>
        </w:rPr>
        <w:t>Faith &amp; God · Interpretation of History October 23, 2016 · 2m 30s · at 57:14 · https://youtu.be/P-JhH3q-Mdg?t=3434</w:t>
      </w:r>
    </w:p>
    <w:p>
      <w:r>
        <w:rPr>
          <w:i/>
        </w:rPr>
        <w:t>“When everything is already fixed, who will do what and who will not, then what authority do we have? Allah has already predetermined every action.”</w:t>
      </w:r>
    </w:p>
    <w:p>
      <w:r>
        <w:rPr>
          <w:sz w:val="20"/>
        </w:rPr>
        <w:t>57:14  maulana, agla sawal dilli se kya hai anwar sahib ne.</w:t>
      </w:r>
      <w:r>
        <w:br/>
      </w:r>
      <w:r>
        <w:rPr>
          <w:sz w:val="20"/>
        </w:rPr>
        <w:t>57:20  unhone likha hai: "jab sab kuch pehle se hi fixed hai ke kaun kya karega, kya</w:t>
      </w:r>
      <w:r>
        <w:br/>
      </w:r>
      <w:r>
        <w:rPr>
          <w:sz w:val="20"/>
        </w:rPr>
        <w:t>57:26  nahi karega, to is mein hamara kya ikhtiyar hai? kisi amal par allah ne pehle se hi</w:t>
      </w:r>
      <w:r>
        <w:br/>
      </w:r>
      <w:r>
        <w:rPr>
          <w:sz w:val="20"/>
        </w:rPr>
        <w:t>57:33  taqdeer mein sab kuch likh diya hai.</w:t>
      </w:r>
      <w:r>
        <w:br/>
      </w:r>
      <w:r>
        <w:rPr>
          <w:sz w:val="20"/>
        </w:rPr>
        <w:t>57:39  is ke baray mein aap kya kahenge?" dekhein, yeh taqdeer aur tadbeer ka masla bohat purana hai,</w:t>
      </w:r>
      <w:r>
        <w:br/>
      </w:r>
      <w:r>
        <w:rPr>
          <w:sz w:val="20"/>
        </w:rPr>
        <w:t>57:45  aur yeh yeh is par main likh chuka hoon kai baar, is ki koi haqeeqat nahi hai.</w:t>
      </w:r>
      <w:r>
        <w:br/>
      </w:r>
      <w:r>
        <w:rPr>
          <w:sz w:val="20"/>
        </w:rPr>
        <w:t>57:52  yeh is ka source jo hai, is ko kehte hain speculative riyazi.</w:t>
      </w:r>
      <w:r>
        <w:br/>
      </w:r>
      <w:r>
        <w:rPr>
          <w:sz w:val="20"/>
        </w:rPr>
        <w:t>57:58  speculative riyazi mein hai.</w:t>
      </w:r>
      <w:r>
        <w:br/>
      </w:r>
      <w:r>
        <w:rPr>
          <w:sz w:val="20"/>
        </w:rPr>
        <w:t>58:04  practical thinking jo hai, practical thinking mein is ka koi maqam nahi hai.</w:t>
      </w:r>
      <w:r>
        <w:br/>
      </w:r>
      <w:r>
        <w:rPr>
          <w:sz w:val="20"/>
        </w:rPr>
        <w:t>58:10  ek hai, aap practical tor par sochein, aap objective tor par sochein, scientific tor par sochein, to yeh</w:t>
      </w:r>
      <w:r>
        <w:br/>
      </w:r>
      <w:r>
        <w:rPr>
          <w:sz w:val="20"/>
        </w:rPr>
        <w:t>58:17  koi sawal hi nahi hai.</w:t>
      </w:r>
      <w:r>
        <w:br/>
      </w:r>
      <w:r>
        <w:rPr>
          <w:sz w:val="20"/>
        </w:rPr>
        <w:t>58:23  lekin jo log, yaani pure philosophy mein gum ho jaate hain, un ke liye is ka masla hai.</w:t>
      </w:r>
      <w:r>
        <w:br/>
      </w:r>
      <w:r>
        <w:rPr>
          <w:sz w:val="20"/>
        </w:rPr>
        <w:t>58:29  misal ke taur par dekhen, har aadmi ka apna personal experience kya hai? aap khud sochiye, aap kya</w:t>
      </w:r>
      <w:r>
        <w:br/>
      </w:r>
      <w:r>
        <w:rPr>
          <w:sz w:val="20"/>
        </w:rPr>
        <w:t>58:36  samajhte hain ke aap bandhe hue hain? kisi ne aap ka haath paon baandh rakha hai? har aadmi</w:t>
      </w:r>
      <w:r>
        <w:br/>
      </w:r>
      <w:r>
        <w:rPr>
          <w:sz w:val="20"/>
        </w:rPr>
        <w:t>58:42  ho sakta hai ke main azaad hoon, chahe sooon, chahe jaagoon, paani piyoon, chahe na piyoon.</w:t>
      </w:r>
      <w:r>
        <w:br/>
      </w:r>
      <w:r>
        <w:rPr>
          <w:sz w:val="20"/>
        </w:rPr>
        <w:t>58:48  to yeh jaise yeh paani hai, ab yeh maine piya, na peeta to main azaad tha, na</w:t>
      </w:r>
      <w:r>
        <w:br/>
      </w:r>
      <w:r>
        <w:rPr>
          <w:sz w:val="20"/>
        </w:rPr>
        <w:t>58:54  peene ke liye bhi.</w:t>
      </w:r>
      <w:r>
        <w:br/>
      </w:r>
      <w:r>
        <w:rPr>
          <w:sz w:val="20"/>
        </w:rPr>
        <w:t>59:01  to practical taur par har aadmi khud jo quran mein hai ke "bade liye insaan allah lafzi baseer</w:t>
      </w:r>
      <w:r>
        <w:br/>
      </w:r>
      <w:r>
        <w:rPr>
          <w:sz w:val="20"/>
        </w:rPr>
        <w:t>59:07  hai", aadmi khud gawah hai, aadmi khud gawah hai.</w:t>
      </w:r>
      <w:r>
        <w:br/>
      </w:r>
      <w:r>
        <w:rPr>
          <w:sz w:val="20"/>
        </w:rPr>
        <w:t>59:13  yeh to ek ek tasawwurati philosophy hai, yaani speculative jo kehte hain, is mein yeh sab masle paida hote hain.</w:t>
      </w:r>
      <w:r>
        <w:br/>
      </w:r>
      <w:r>
        <w:rPr>
          <w:sz w:val="20"/>
        </w:rPr>
        <w:t>59:20  warna aap aap shadi karte hain, bachche paida karte hain, business karte hain, aur woh karte hain.</w:t>
      </w:r>
      <w:r>
        <w:br/>
      </w:r>
      <w:r>
        <w:rPr>
          <w:sz w:val="20"/>
        </w:rPr>
        <w:t>59:26  to aap har jagah aap apne faisle se karte hain, apni soch se karte hain.</w:t>
      </w:r>
      <w:r>
        <w:br/>
      </w:r>
      <w:r>
        <w:rPr>
          <w:sz w:val="20"/>
        </w:rPr>
        <w:t>59:32  koi aisa nahi ke aap ka haath paon bandhe hue hain.</w:t>
      </w:r>
      <w:r>
        <w:br/>
      </w:r>
      <w:r>
        <w:rPr>
          <w:sz w:val="20"/>
        </w:rPr>
        <w:t>59:38  to bas is waqt yeh yeh bilkul ek ek speculative philosophy ke masle hain, yeh koi real masle nahi hain.</w:t>
      </w:r>
    </w:p>
    <w:p>
      <w:pPr>
        <w:pStyle w:val="Heading2"/>
      </w:pPr>
      <w:r>
        <w:t>God wants inquiring spirit to discover Him</w:t>
      </w:r>
    </w:p>
    <w:p>
      <w:r>
        <w:rPr>
          <w:color w:val="666666"/>
          <w:sz w:val="18"/>
        </w:rPr>
        <w:t>Faith &amp; God · Unseen God July 30, 2017 Maulana Wahiduddin Khan · 2m 36s · at 53:43 · https://youtu.be/MOkCdGFAVR4?t=3223</w:t>
      </w:r>
    </w:p>
    <w:p>
      <w:r>
        <w:rPr>
          <w:i/>
        </w:rPr>
        <w:t>“Does that mean that God wants us to have an inquiring spirit so that we may discover Him and our self?”</w:t>
      </w:r>
    </w:p>
    <w:p>
      <w:r>
        <w:rPr>
          <w:sz w:val="20"/>
        </w:rPr>
        <w:t>53:43  jata hai jazak allah doctor safeena tabassum ne sawal bheja hai ajmer se unhon ne likha hai maulana</w:t>
      </w:r>
      <w:r>
        <w:br/>
      </w:r>
      <w:r>
        <w:rPr>
          <w:sz w:val="20"/>
        </w:rPr>
        <w:t>53:52  sahib does that mean that god wants us to have an inquiring spirit so that</w:t>
      </w:r>
      <w:r>
        <w:br/>
      </w:r>
      <w:r>
        <w:rPr>
          <w:sz w:val="20"/>
        </w:rPr>
        <w:t>53:59  we may discover him or self</w:t>
      </w:r>
      <w:r>
        <w:br/>
      </w:r>
      <w:r>
        <w:rPr>
          <w:sz w:val="20"/>
        </w:rPr>
        <w:t>54:02  what is your opinion bilkul sahi kaha unhone hundred percent sahi kaha unhone bohat sahi jazak allah مولانا agla sawal bheja hai riaz ahmed mir sahab ne jammu kashmir se unhone likha hai مولانا sahib will the science lead to the ultimate discovery of physical god in this world the way other unseen things are discovered</w:t>
      </w:r>
      <w:r>
        <w:br/>
      </w:r>
      <w:r>
        <w:rPr>
          <w:sz w:val="20"/>
        </w:rPr>
        <w:t>54:31  please explain in this bhai woh to discovery ho chuki hai hone wali nahin hai</w:t>
      </w:r>
      <w:r>
        <w:br/>
      </w:r>
      <w:r>
        <w:rPr>
          <w:sz w:val="20"/>
        </w:rPr>
        <w:t>54:39  sachi baat hai ke science ka jo safar tha woh right way ho raha tha yani sir james</w:t>
      </w:r>
      <w:r>
        <w:br/>
      </w:r>
      <w:r>
        <w:rPr>
          <w:sz w:val="20"/>
        </w:rPr>
        <w:t>54:47  jeans arthour addington</w:t>
      </w:r>
      <w:r>
        <w:br/>
      </w:r>
      <w:r>
        <w:rPr>
          <w:sz w:val="20"/>
        </w:rPr>
        <w:t>54:50  is tarah ke bahut se log paida hue to is ko main kahunga ke theoretical science mein</w:t>
      </w:r>
      <w:r>
        <w:br/>
      </w:r>
      <w:r>
        <w:rPr>
          <w:sz w:val="20"/>
        </w:rPr>
        <w:t>54:57  safar ho raha tha wohi ja raha tha lekin darmiyan mein aa gaya</w:t>
      </w:r>
      <w:r>
        <w:br/>
      </w:r>
      <w:r>
        <w:rPr>
          <w:sz w:val="20"/>
        </w:rPr>
        <w:t>55:03  applied science yani jo cheezein daryaft hui jo motor car hawai jahaz dunya bhar ki hain to science</w:t>
      </w:r>
      <w:r>
        <w:br/>
      </w:r>
      <w:r>
        <w:rPr>
          <w:sz w:val="20"/>
        </w:rPr>
        <w:t>55:11  jo hai industrialize ho gayi science ko unhon ne industrialize kar liya</w:t>
      </w:r>
      <w:r>
        <w:br/>
      </w:r>
      <w:r>
        <w:rPr>
          <w:sz w:val="20"/>
        </w:rPr>
        <w:t>55:16  to science bade bade scientific mind jo hain woh chale gaye scientific is mein industrial world mein ab</w:t>
      </w:r>
      <w:r>
        <w:br/>
      </w:r>
      <w:r>
        <w:rPr>
          <w:sz w:val="20"/>
        </w:rPr>
        <w:t>55:23  woh research kar rahe hain ke kaise improve kiya jaye jahaz ko kaise improve kiya jaye motor motor</w:t>
      </w:r>
      <w:r>
        <w:br/>
      </w:r>
      <w:r>
        <w:rPr>
          <w:sz w:val="20"/>
        </w:rPr>
        <w:t>55:28  ko kaise improve kiya jaye yani civilization ko to wahan par paisa zyada milta hai wahan paisa bahut</w:t>
      </w:r>
      <w:r>
        <w:br/>
      </w:r>
      <w:r>
        <w:rPr>
          <w:sz w:val="20"/>
        </w:rPr>
        <w:t>55:36  zyada milta hai to main samajhta hoon ke yeh highjack kar liya industry ne science ko warna</w:t>
      </w:r>
      <w:r>
        <w:br/>
      </w:r>
      <w:r>
        <w:rPr>
          <w:sz w:val="20"/>
        </w:rPr>
        <w:t>55:44  to science to ja hi rahi thi idhar</w:t>
      </w:r>
      <w:r>
        <w:br/>
      </w:r>
      <w:r>
        <w:rPr>
          <w:sz w:val="20"/>
        </w:rPr>
        <w:t>55:47  ab in logon ki kitabein padhiye jo yeh jo log hain jaise sir james jeans sir arthur sir</w:t>
      </w:r>
      <w:r>
        <w:br/>
      </w:r>
      <w:r>
        <w:rPr>
          <w:sz w:val="20"/>
        </w:rPr>
        <w:t>55:53  arthur addington waghera to science idhar hi ja rahi thi yeh to industry ne highjack kar liya</w:t>
      </w:r>
      <w:r>
        <w:br/>
      </w:r>
      <w:r>
        <w:rPr>
          <w:sz w:val="20"/>
        </w:rPr>
        <w:t>56:00  science ko is liye ab ab</w:t>
      </w:r>
      <w:r>
        <w:br/>
      </w:r>
      <w:r>
        <w:rPr>
          <w:sz w:val="20"/>
        </w:rPr>
        <w:t>56:02  science mein ab science mein yani theoretical science mein kuch nahi ho raha hai kaam ab sab kaam ho raha hai applied science mein wahi ek aadmi hai bacha hua woh stephen hawking</w:t>
      </w:r>
    </w:p>
    <w:p>
      <w:pPr>
        <w:pStyle w:val="Heading2"/>
      </w:pPr>
      <w:r>
        <w:t>God's image and human likeness</w:t>
      </w:r>
    </w:p>
    <w:p>
      <w:r>
        <w:rPr>
          <w:color w:val="666666"/>
          <w:sz w:val="18"/>
        </w:rPr>
        <w:t>Faith &amp; God · The Existence of God October 7, 2012 · 2m 41s · at 1:02:50 · https://youtu.be/Hm0ybuokQ8s?t=3770</w:t>
      </w:r>
    </w:p>
    <w:p>
      <w:r>
        <w:rPr>
          <w:i/>
        </w:rPr>
        <w:t>“It is mentioned that God has made man in his image. Does this mean that God's physical appearance is like a human being? If this is not true, then why is the word 'image' used and not any other word?”</w:t>
      </w:r>
    </w:p>
    <w:p>
      <w:r>
        <w:rPr>
          <w:sz w:val="20"/>
        </w:rPr>
        <w:t>1:02:50  molana, agla sawal chennai se aya hai mr ramesh</w:t>
      </w:r>
      <w:r>
        <w:br/>
      </w:r>
      <w:r>
        <w:rPr>
          <w:sz w:val="20"/>
        </w:rPr>
        <w:t>1:02:53  ka. unhon ne likha hai: "molana sahib, it is mentioned that god has made man in his image. does this mean that god's physical appearance is like human being?</w:t>
      </w:r>
      <w:r>
        <w:br/>
      </w:r>
      <w:r>
        <w:rPr>
          <w:sz w:val="20"/>
        </w:rPr>
        <w:t>1:03:04  if this is not true, then why is the word image used and not any other word?" dekhiye, yeh quran mein nahi hai, yeh hadith mein hai.</w:t>
      </w:r>
      <w:r>
        <w:br/>
      </w:r>
      <w:r>
        <w:rPr>
          <w:sz w:val="20"/>
        </w:rPr>
        <w:t>1:03:14  dekhiye, image ko aap literal mani mein kyun le rahe hain? literal aap chuki literal mani mein le rahe hain, is liye aap ko pareshani ho rahi hai.</w:t>
      </w:r>
      <w:r>
        <w:br/>
      </w:r>
      <w:r>
        <w:rPr>
          <w:sz w:val="20"/>
        </w:rPr>
        <w:t>1:03:23  is ke mani sirf yeh hain ke khuda ke jo attributes hain, woh diya insan ko allah ne, yaani sochne ki taqat, tajziya karne ki taqat, planning karne ki taqat.</w:t>
      </w:r>
      <w:r>
        <w:br/>
      </w:r>
      <w:r>
        <w:rPr>
          <w:sz w:val="20"/>
        </w:rPr>
        <w:t>1:03:35  yeh sab kisi janwar ko nahi. misaal ke taur par, main bataoon aap ko, hamare ghar mein ek faakhta ne nest banaya, ghonsla.</w:t>
      </w:r>
      <w:r>
        <w:br/>
      </w:r>
      <w:r>
        <w:rPr>
          <w:sz w:val="20"/>
        </w:rPr>
        <w:t>1:03:48  woh kabootar, kabootar ne, kabootar ne ghonsla banaya, nest, yaani yes ti nest. yeh log ghonsla banate hain ke ande dein, phir us ko sek sek kar ke bachche paida karein.</w:t>
      </w:r>
      <w:r>
        <w:br/>
      </w:r>
      <w:r>
        <w:rPr>
          <w:sz w:val="20"/>
        </w:rPr>
        <w:t>1:04:03  to tareeqa un ka by nature yeh hai ke jo female hoti hai, woh ande par baithti hai aur male jo hai, woh bahar ja ja kar us ke liye jo khati hai, woh woh samaan lata hai.</w:t>
      </w:r>
      <w:r>
        <w:br/>
      </w:r>
      <w:r>
        <w:rPr>
          <w:sz w:val="20"/>
        </w:rPr>
        <w:t>1:04:20  to woh woh chhodti hai nahi anda, isi par baithi seeti rehti hai. us ko</w:t>
      </w:r>
      <w:r>
        <w:br/>
      </w:r>
      <w:r>
        <w:rPr>
          <w:sz w:val="20"/>
        </w:rPr>
        <w:t>1:04:25  ab by chance kya hua ke us ka jo male jo air tha, woh hamare haan kisi ne chala diya, woh exhaust fan, woh bechara us mein us ko samjha ke us mein enter hone laga, us ke raaste se us mein phans kar woh mar gaya.</w:t>
      </w:r>
      <w:r>
        <w:br/>
      </w:r>
      <w:r>
        <w:rPr>
          <w:sz w:val="20"/>
        </w:rPr>
        <w:t>1:04:41  mujhe bara afsos hua. to ab is is is female ko pata nahi hai ke ab ne kya karna hai. woh phir bhi baithi hui hai isi ande par,</w:t>
      </w:r>
      <w:r>
        <w:br/>
      </w:r>
      <w:r>
        <w:rPr>
          <w:sz w:val="20"/>
        </w:rPr>
        <w:t>1:04:52  ande ko chhod kar jati nahi ke ab mujhe khud ja kar ke bahar se kuch apne khane peene ka samaan lana chahiye. to yeh hai insan ki surat. insan ko allah ta'ala ne zehan di, aqal di, planning di, sochne ka maada diya.</w:t>
      </w:r>
      <w:r>
        <w:br/>
      </w:r>
      <w:r>
        <w:rPr>
          <w:sz w:val="20"/>
        </w:rPr>
        <w:t>1:05:05  isi liye to aisa hua ke us ne meter ko hawai jahaz mein aur aur car mein tabdeel kiya. meter ko us ne mobile mein aur aur electronics mein tabdeel kiya.</w:t>
      </w:r>
      <w:r>
        <w:br/>
      </w:r>
      <w:r>
        <w:rPr>
          <w:sz w:val="20"/>
        </w:rPr>
        <w:t>1:05:18  yeh matlab hai is ka</w:t>
      </w:r>
      <w:r>
        <w:br/>
      </w:r>
      <w:r>
        <w:rPr>
          <w:sz w:val="20"/>
        </w:rPr>
        <w:t>1:05:19  ۔ aap literal mani mein lene ki wajah se aap aap ko yeh sawal paida hua. literal mani mein koi cheez nahi hoti hai, koi bhi cheez nahi hoti.</w:t>
      </w:r>
      <w:r>
        <w:br/>
      </w:r>
      <w:r>
        <w:rPr>
          <w:sz w:val="20"/>
        </w:rPr>
        <w:t>1:05:27  literal mani mein.</w:t>
      </w:r>
    </w:p>
    <w:p>
      <w:pPr>
        <w:pStyle w:val="Heading2"/>
      </w:pPr>
      <w:r>
        <w:t>God's justice and American oppression</w:t>
      </w:r>
    </w:p>
    <w:p>
      <w:r>
        <w:rPr>
          <w:color w:val="666666"/>
          <w:sz w:val="18"/>
        </w:rPr>
        <w:t>Faith &amp; God · Islam in Daily Life May 26, 2013 · 2m 37s · at 1:11:01 · https://youtu.be/iNyWPrbyyhA?t=4261</w:t>
      </w:r>
    </w:p>
    <w:p>
      <w:r>
        <w:rPr>
          <w:i/>
        </w:rPr>
        <w:t>“You wrote that God gives a tyrant only one chance to oppress, not a second. Then why is America oppressing Muslim countries everywhere? How is this happening?”</w:t>
      </w:r>
    </w:p>
    <w:p>
      <w:r>
        <w:rPr>
          <w:sz w:val="20"/>
        </w:rPr>
        <w:t>1:11:01  مولانا اگلا سوال ہے بیجاپور سے محمد الیاس عمری صاحب کا۔ انہوں نے لکھا ہے: "آپ نے ایک جگہ لکھا ہے کہ اللہ ظالم کو ایک ہی مرتبہ موقع دیتا ہے ظلم کا۔</w:t>
      </w:r>
      <w:r>
        <w:br/>
      </w:r>
      <w:r>
        <w:rPr>
          <w:sz w:val="20"/>
        </w:rPr>
        <w:t>1:11:15  دوبارہ نہیں دیتا۔ مولانا، پھر امریکہ ہر جگہ ظلم کر رہا ہے مسلم ممالک پر</w:t>
      </w:r>
      <w:r>
        <w:br/>
      </w:r>
      <w:r>
        <w:rPr>
          <w:sz w:val="20"/>
        </w:rPr>
        <w:t>1:11:22  ۔ یہ کیسے ہو رہا ہے؟ اس کے بارے میں بتائیں۔" میں اس کو مانتا ہی نہیں کہ امریکہ ظلم کر رہا ہے۔ یہ تو آپ کا مفروضہ ہے۔ امریکہ کوئی ظلم نہیں کر رہا۔</w:t>
      </w:r>
      <w:r>
        <w:br/>
      </w:r>
      <w:r>
        <w:rPr>
          <w:sz w:val="20"/>
        </w:rPr>
        <w:t>1:11:31  آپ 9/11 کریں گے تو بار بار کرے گا وہ۔ ظلم کہاں کر رہا ہے وہ؟ وہ ریٹیلیٹ کر رہا ہے۔ آپ ریٹیلیشن کے ظلم کر رہے ہیں۔</w:t>
      </w:r>
      <w:r>
        <w:br/>
      </w:r>
      <w:r>
        <w:rPr>
          <w:sz w:val="20"/>
        </w:rPr>
        <w:t>1:11:42  america ne kahin zulm nahi kiya hai.</w:t>
      </w:r>
      <w:r>
        <w:br/>
      </w:r>
      <w:r>
        <w:rPr>
          <w:sz w:val="20"/>
        </w:rPr>
        <w:t>1:11:47  abhi kal parson ek sahab america se aaye hain. unhon ne kaha ke 9/11 se pehle bilkul wahan par normal tha, sab kuch tha. 9/11 ke baad america mein ek jazba bhark utha.</w:t>
      </w:r>
      <w:r>
        <w:br/>
      </w:r>
      <w:r>
        <w:rPr>
          <w:sz w:val="20"/>
        </w:rPr>
        <w:t>1:11:58  isi ki bhagat rahe hain hum. to ab zulm kyun karte hain aap? musalmanon ko bura kahiye? kyun ke وَهُمْ بَدَوْكُمْ أَوْلَ بَرْرٍ</w:t>
      </w:r>
      <w:r>
        <w:br/>
      </w:r>
      <w:r>
        <w:rPr>
          <w:sz w:val="20"/>
        </w:rPr>
        <w:t>1:12:07  . jo bad kare الْبَادِي أَظْلَمٌ . ye kaisi ajeeb soch hai musalmanon ki ke badi ko azlam kaha gaya hai.</w:t>
      </w:r>
      <w:r>
        <w:br/>
      </w:r>
      <w:r>
        <w:rPr>
          <w:sz w:val="20"/>
        </w:rPr>
        <w:t>1:12:16  aur yahan ye jo retaliate ka is ko zalim bata rahe hain. ye bilkul galat soch hai. main is ko islam ki soch nahi, is ko qoumi soch samajhta hoon.</w:t>
      </w:r>
      <w:r>
        <w:br/>
      </w:r>
      <w:r>
        <w:rPr>
          <w:sz w:val="20"/>
        </w:rPr>
        <w:t>1:12:26  qoumi. yahi qoumi soch jo hai wisdom mein rukawat hai. jin logon ke andar qoumi soch ho, wo kabhi bhi un ko wisdom ki khabar nahi ho sakti.</w:t>
      </w:r>
      <w:r>
        <w:br/>
      </w:r>
      <w:r>
        <w:rPr>
          <w:sz w:val="20"/>
        </w:rPr>
        <w:t>1:12:41  maulana kya? aur jaise ab munafiqat dekhen musalmanon ki. agar agar agar america zalim hai to sare log jab america mein rahen, hijrat farz ho jati hai un ke upar.</w:t>
      </w:r>
      <w:r>
        <w:br/>
      </w:r>
      <w:r>
        <w:rPr>
          <w:sz w:val="20"/>
        </w:rPr>
        <w:t>1:12:52  aap jante hain?</w:t>
      </w:r>
      <w:r>
        <w:br/>
      </w:r>
      <w:r>
        <w:rPr>
          <w:sz w:val="20"/>
        </w:rPr>
        <w:t>1:12:58  agar agar sach much hi zalim ho, samajhte hain islam ko patana chahta hai, musalman patana chahta hai. jo log base bhi hain wahan par, taqreeban ghaliban saat billion insan musalman hain.</w:t>
      </w:r>
      <w:r>
        <w:br/>
      </w:r>
      <w:r>
        <w:rPr>
          <w:sz w:val="20"/>
        </w:rPr>
        <w:t>1:13:09  wo chhoden america ko jayen, apne</w:t>
      </w:r>
      <w:r>
        <w:br/>
      </w:r>
      <w:r>
        <w:rPr>
          <w:sz w:val="20"/>
        </w:rPr>
        <w:t>1:13:12  apne mulkon mein chale jayen wapas. kyun ke wahan wahan rehte hain. aisa fatwa dena itna aasan nahi hai. america ko zalim kehna mere nazdeek galat hai.</w:t>
      </w:r>
      <w:r>
        <w:br/>
      </w:r>
      <w:r>
        <w:rPr>
          <w:sz w:val="20"/>
        </w:rPr>
        <w:t>1:13:22  aur ba farz agar fateh se forgoment mein kahunga, agar agar sahi ho to sare logon ki hijrat farz ho jati hai. wahan hijrat kar ke chale jayen, america chhod den.</w:t>
      </w:r>
    </w:p>
    <w:p>
      <w:pPr>
        <w:pStyle w:val="Heading2"/>
      </w:pPr>
      <w:r>
        <w:t>God's scheme and human free will</w:t>
      </w:r>
    </w:p>
    <w:p>
      <w:r>
        <w:rPr>
          <w:color w:val="666666"/>
          <w:sz w:val="18"/>
        </w:rPr>
        <w:t>Faith &amp; God · Material Science Vs Spiritual Science 20th May 12 SLOW · 2m 30s · at 1:21:08 · https://youtu.be/qYwFExG7cyM?t=4868</w:t>
      </w:r>
    </w:p>
    <w:p>
      <w:r>
        <w:rPr>
          <w:i/>
        </w:rPr>
        <w:t>“Everything in this world happens according to God's scheme, but man has been given freedom of thought and action, so that he can be tested.”</w:t>
      </w:r>
    </w:p>
    <w:p>
      <w:r>
        <w:rPr>
          <w:sz w:val="20"/>
        </w:rPr>
        <w:t>1:21:08  maulana, agla sawal dilli se hai miss saba hussain ka.</w:t>
      </w:r>
      <w:r>
        <w:br/>
      </w:r>
      <w:r>
        <w:rPr>
          <w:sz w:val="20"/>
        </w:rPr>
        <w:t>1:21:14  انہوں نے لکھا ہے: "Everything in this world happens according to God's scheme, but man has been</w:t>
      </w:r>
      <w:r>
        <w:br/>
      </w:r>
      <w:r>
        <w:rPr>
          <w:sz w:val="20"/>
        </w:rPr>
        <w:t>1:21:20  given freedom of thought and action, so that he can be tested.</w:t>
      </w:r>
      <w:r>
        <w:br/>
      </w:r>
      <w:r>
        <w:rPr>
          <w:sz w:val="20"/>
        </w:rPr>
        <w:t>1:21:26  then what is the role of dua? can man get everything by doing dua to god?" nahi,</w:t>
      </w:r>
      <w:r>
        <w:br/>
      </w:r>
      <w:r>
        <w:rPr>
          <w:sz w:val="20"/>
        </w:rPr>
        <w:t>1:21:32  dekhiye, dua jo hai quran ke ek ayat se sawal aati hai.</w:t>
      </w:r>
      <w:r>
        <w:br/>
      </w:r>
      <w:r>
        <w:rPr>
          <w:sz w:val="20"/>
        </w:rPr>
        <w:t>1:21:38  quran mein hai: "ilah yصد al-kalim al-tayyib wa al-amal al-salih یرفو", yani allah ki taraf uthta hai pak kalma.</w:t>
      </w:r>
      <w:r>
        <w:br/>
      </w:r>
      <w:r>
        <w:rPr>
          <w:sz w:val="20"/>
        </w:rPr>
        <w:t>1:21:44  pak kalma matlab achhi dua aur us ko upar le aata hai amal salih.</w:t>
      </w:r>
      <w:r>
        <w:br/>
      </w:r>
      <w:r>
        <w:rPr>
          <w:sz w:val="20"/>
        </w:rPr>
        <w:t>1:21:50  amal salih ka matlab hai muwafiq dua.</w:t>
      </w:r>
      <w:r>
        <w:br/>
      </w:r>
      <w:r>
        <w:rPr>
          <w:sz w:val="20"/>
        </w:rPr>
        <w:t>1:21:56  amal aap ek plan karte hain sahi raste par aur is plan mein jab aap implement karna chahte</w:t>
      </w:r>
      <w:r>
        <w:br/>
      </w:r>
      <w:r>
        <w:rPr>
          <w:sz w:val="20"/>
        </w:rPr>
        <w:t>1:22:02  hain to dua karte hain allah taala se.</w:t>
      </w:r>
      <w:r>
        <w:br/>
      </w:r>
      <w:r>
        <w:rPr>
          <w:sz w:val="20"/>
        </w:rPr>
        <w:t>1:22:08  to to dua jo hai is mein is ke sath sath zaruri hai ke aap jo dua aap</w:t>
      </w:r>
      <w:r>
        <w:br/>
      </w:r>
      <w:r>
        <w:rPr>
          <w:sz w:val="20"/>
        </w:rPr>
        <w:t>1:22:14  kar rahe hain us ke muwafiq amal karen.</w:t>
      </w:r>
      <w:r>
        <w:br/>
      </w:r>
      <w:r>
        <w:rPr>
          <w:sz w:val="20"/>
        </w:rPr>
        <w:t>1:22:20  agar sirf dua karen, us ke muwafiq amal na kar rahe hon to dua qabul nahi hogi.</w:t>
      </w:r>
      <w:r>
        <w:br/>
      </w:r>
      <w:r>
        <w:rPr>
          <w:sz w:val="20"/>
        </w:rPr>
        <w:t>1:22:26  ek shakhs ne pucha rasool allah sallallahu alaihi wasallam se ke main oont ko bandh kar tawakkul</w:t>
      </w:r>
      <w:r>
        <w:br/>
      </w:r>
      <w:r>
        <w:rPr>
          <w:sz w:val="20"/>
        </w:rPr>
        <w:t>1:22:32  karun ya oont ko chhod kar tawakkul karun? aap ne farmaya ke "ae ilah!</w:t>
      </w:r>
      <w:r>
        <w:br/>
      </w:r>
      <w:r>
        <w:rPr>
          <w:sz w:val="20"/>
        </w:rPr>
        <w:t>1:22:38  fatawakkal, pehle oont ko bandho, phir tawakkul karo." to dua bilashubah bahut hi important hai, lekin dua karne</w:t>
      </w:r>
      <w:r>
        <w:br/>
      </w:r>
      <w:r>
        <w:rPr>
          <w:sz w:val="20"/>
        </w:rPr>
        <w:t>1:22:43  wala sincere hai ke nahi, is ki sincerity is se rush hoti hai is baat se ke is</w:t>
      </w:r>
      <w:r>
        <w:br/>
      </w:r>
      <w:r>
        <w:rPr>
          <w:sz w:val="20"/>
        </w:rPr>
        <w:t>1:22:49  ke muwafiq amal kar raha hai ke nahi kar raha.</w:t>
      </w:r>
      <w:r>
        <w:br/>
      </w:r>
      <w:r>
        <w:rPr>
          <w:sz w:val="20"/>
        </w:rPr>
        <w:t>1:22:54  misalan aap rizq ki dua kar rahe hain, rizq hasan ki, aur subah sham bistar par pade hue</w:t>
      </w:r>
      <w:r>
        <w:br/>
      </w:r>
      <w:r>
        <w:rPr>
          <w:sz w:val="20"/>
        </w:rPr>
        <w:t>1:23:00  hain aur koi kaam nahi karte to woh dua be-mani hai.</w:t>
      </w:r>
      <w:r>
        <w:br/>
      </w:r>
      <w:r>
        <w:rPr>
          <w:sz w:val="20"/>
        </w:rPr>
        <w:t>1:23:05  woh dua be-mani hai, yani dua ki dua karne mein aap sincere hain, dua karne mein aap honest hain.</w:t>
      </w:r>
      <w:r>
        <w:br/>
      </w:r>
      <w:r>
        <w:rPr>
          <w:sz w:val="20"/>
        </w:rPr>
        <w:t>1:23:11  yeh establish hota hai is baat se ke aap khud apni taqat ko laga rahi hain isi raste mein.</w:t>
      </w:r>
      <w:r>
        <w:br/>
      </w:r>
      <w:r>
        <w:rPr>
          <w:sz w:val="20"/>
        </w:rPr>
        <w:t>1:23:16  to jab allah taala yeh dekhte hain ke aap sach much sincere hain is mamle mein to is</w:t>
      </w:r>
      <w:r>
        <w:br/>
      </w:r>
      <w:r>
        <w:rPr>
          <w:sz w:val="20"/>
        </w:rPr>
        <w:t>1:23:22  waqt allah ki rah mutabiq aap ki taraf aati hai.</w:t>
      </w:r>
      <w:r>
        <w:br/>
      </w:r>
      <w:r>
        <w:rPr>
          <w:sz w:val="20"/>
        </w:rPr>
        <w:t>1:23:27  yani khud to aap sincere na hon aur allah se dua karen, yeh kabhi nahi ho sakta.</w:t>
      </w:r>
      <w:r>
        <w:br/>
      </w:r>
      <w:r>
        <w:rPr>
          <w:sz w:val="20"/>
        </w:rPr>
        <w:t>1:23:33  aisi dua kabhi qabul nahi hogi.</w:t>
      </w:r>
    </w:p>
    <w:p>
      <w:pPr>
        <w:pStyle w:val="Heading2"/>
      </w:pPr>
      <w:r>
        <w:t>Great task for presentation before God</w:t>
      </w:r>
    </w:p>
    <w:p>
      <w:r>
        <w:rPr>
          <w:color w:val="666666"/>
          <w:sz w:val="18"/>
        </w:rPr>
        <w:t>Faith &amp; God · Spiritual Goal January 15, 2017 · 2m 03s · at 55:08 · https://youtu.be/D3JYu4p_P34?t=3308</w:t>
      </w:r>
    </w:p>
    <w:p>
      <w:r>
        <w:rPr>
          <w:i/>
        </w:rPr>
        <w:t>“Moulana sahib, my question is that does a person need to do a great task to be able to give presentation before God that you mentioned in your talk today?”</w:t>
      </w:r>
    </w:p>
    <w:p>
      <w:r>
        <w:rPr>
          <w:sz w:val="20"/>
        </w:rPr>
        <w:t>55:08  maulana, agla sawal bheja hai aa shayad siddiqui sahib ne, bangalore se.</w:t>
      </w:r>
      <w:r>
        <w:br/>
      </w:r>
      <w:r>
        <w:rPr>
          <w:sz w:val="20"/>
        </w:rPr>
        <w:t>55:14  unhon ne likha hai: "Moulana sahib, my question is that does a person need to do a great</w:t>
      </w:r>
      <w:r>
        <w:br/>
      </w:r>
      <w:r>
        <w:rPr>
          <w:sz w:val="20"/>
        </w:rPr>
        <w:t>55:20  task to be able to give presentation before God that you mentioned in your talk today?\</w:t>
      </w:r>
      <w:r>
        <w:br/>
      </w:r>
      <w:r>
        <w:rPr>
          <w:sz w:val="20"/>
        </w:rPr>
        <w:t>55:27  For example, I would want to be such a person, but I am a person who can do small tasks like Quran distribution or giving small donations as per my meager salary. How can I then qualify to play the role of a presenter in the hereafter?</w:t>
      </w:r>
      <w:r>
        <w:br/>
      </w:r>
      <w:r>
        <w:rPr>
          <w:sz w:val="20"/>
        </w:rPr>
        <w:t>55:46  daikhen, aisa nahi ke aap koi stage par ja ja kar training karna hai, aap ko aisa nahi hota.</w:t>
      </w:r>
      <w:r>
        <w:br/>
      </w:r>
      <w:r>
        <w:rPr>
          <w:sz w:val="20"/>
        </w:rPr>
        <w:t>55:51  yeh mera matlab nahi hai.</w:t>
      </w:r>
      <w:r>
        <w:br/>
      </w:r>
      <w:r>
        <w:rPr>
          <w:sz w:val="20"/>
        </w:rPr>
        <w:t>55:57  jo kaam bhi aap kar rahay hain, agar woh aap sachay dil se kar rahay hain to aap</w:t>
      </w:r>
      <w:r>
        <w:br/>
      </w:r>
      <w:r>
        <w:rPr>
          <w:sz w:val="20"/>
        </w:rPr>
        <w:t>56:03  ko inspiration aye ga.</w:t>
      </w:r>
      <w:r>
        <w:br/>
      </w:r>
      <w:r>
        <w:rPr>
          <w:sz w:val="20"/>
        </w:rPr>
        <w:t>56:08  inspiration aap ko train karta hai.</w:t>
      </w:r>
      <w:r>
        <w:br/>
      </w:r>
      <w:r>
        <w:rPr>
          <w:sz w:val="20"/>
        </w:rPr>
        <w:t>56:14  aisa nahi ke koi stage banayen, wahan ja ja ke taqreeren karen, is se aap prepare ho jayen ge.</w:t>
      </w:r>
      <w:r>
        <w:br/>
      </w:r>
      <w:r>
        <w:rPr>
          <w:sz w:val="20"/>
        </w:rPr>
        <w:t>56:20  aisa hai hi nahi.</w:t>
      </w:r>
      <w:r>
        <w:br/>
      </w:r>
      <w:r>
        <w:rPr>
          <w:sz w:val="20"/>
        </w:rPr>
        <w:t>56:26  aap Allah ke mission ke liye jab kaam karen ge, mission mein daikhen, koi kaam chhota hai, koi</w:t>
      </w:r>
      <w:r>
        <w:br/>
      </w:r>
      <w:r>
        <w:rPr>
          <w:sz w:val="20"/>
        </w:rPr>
        <w:t>56:31  bara nahi hota.</w:t>
      </w:r>
      <w:r>
        <w:br/>
      </w:r>
      <w:r>
        <w:rPr>
          <w:sz w:val="20"/>
        </w:rPr>
        <w:t>56:37  har kaam barabar ka hota hai.</w:t>
      </w:r>
      <w:r>
        <w:br/>
      </w:r>
      <w:r>
        <w:rPr>
          <w:sz w:val="20"/>
        </w:rPr>
        <w:t>56:43  to jab Allah ke liye aap karen ge mission ka kaam, chahe koi bhi kaam ho, chahe sirf</w:t>
      </w:r>
      <w:r>
        <w:br/>
      </w:r>
      <w:r>
        <w:rPr>
          <w:sz w:val="20"/>
        </w:rPr>
        <w:t>56:48  quran ka distribution hi ho, tab bhi aap ko inspiration aye ga.</w:t>
      </w:r>
      <w:r>
        <w:br/>
      </w:r>
      <w:r>
        <w:rPr>
          <w:sz w:val="20"/>
        </w:rPr>
        <w:t>56:54  woh inspiration aap ko train karta hai.</w:t>
      </w:r>
      <w:r>
        <w:br/>
      </w:r>
      <w:r>
        <w:rPr>
          <w:sz w:val="20"/>
        </w:rPr>
        <w:t>57:00  is inspiration ke tehat aap ki personality banti hai.</w:t>
      </w:r>
      <w:r>
        <w:br/>
      </w:r>
      <w:r>
        <w:rPr>
          <w:sz w:val="20"/>
        </w:rPr>
        <w:t>57:06  yehi sahi tareeqa hai.</w:t>
      </w:r>
    </w:p>
    <w:p>
      <w:pPr>
        <w:pStyle w:val="Heading2"/>
      </w:pPr>
      <w:r>
        <w:t>Guidance from Allah or self-acquired</w:t>
      </w:r>
    </w:p>
    <w:p>
      <w:r>
        <w:rPr>
          <w:color w:val="666666"/>
          <w:sz w:val="18"/>
        </w:rPr>
        <w:t>Faith &amp; God · Man and Paradise August 18, 2013 · 2m 04s · at 1:05:42 · https://youtu.be/v7eX25YAjDU?t=3942</w:t>
      </w:r>
    </w:p>
    <w:p>
      <w:r>
        <w:rPr>
          <w:i/>
        </w:rPr>
        <w:t>“In the Quran, sometimes it is understood that guidance comes from Allah, and sometimes it seems that man obtains guidance by himself. What do you say about this?”</w:t>
      </w:r>
    </w:p>
    <w:p>
      <w:r>
        <w:rPr>
          <w:sz w:val="20"/>
        </w:rPr>
        <w:t>1:05:42  Maulana, agla sawal Delhi se hai Anas sahib ka. unhon ne likha hai: "Quran mein kahin par yeh yeh samajh aata hai ke hidayat Allah ki taraf se aati hai aur kahin lagta hai ke insan khud se hi hidayat hasil karta hai.</w:t>
      </w:r>
      <w:r>
        <w:br/>
      </w:r>
      <w:r>
        <w:rPr>
          <w:sz w:val="20"/>
        </w:rPr>
        <w:t>1:05:58  is ke bare mein aap kya kahenge?" dekhen, yeh is isloob ki baat hai. isloob ki</w:t>
      </w:r>
      <w:r>
        <w:br/>
      </w:r>
      <w:r>
        <w:rPr>
          <w:sz w:val="20"/>
        </w:rPr>
        <w:t>1:06:07  insan khud hi insan ko dekhen, freedom of choice mila hua hai. to apne freedom of choice ko istemal kar ke woh sachai ko pata hai, hidayat hidayat ko pata hai.</w:t>
      </w:r>
      <w:r>
        <w:br/>
      </w:r>
      <w:r>
        <w:rPr>
          <w:sz w:val="20"/>
        </w:rPr>
        <w:t>1:06:22  aisa nahi ke upar se hidayat us ko yani install kar di jaye. to phir test kis baat ka rahega?</w:t>
      </w:r>
      <w:r>
        <w:br/>
      </w:r>
      <w:r>
        <w:rPr>
          <w:sz w:val="20"/>
        </w:rPr>
        <w:t>1:06:31  aazmaish kis baat ki rahegi?</w:t>
      </w:r>
      <w:r>
        <w:br/>
      </w:r>
      <w:r>
        <w:rPr>
          <w:sz w:val="20"/>
        </w:rPr>
        <w:t>1:06:34  to yehi to azmaish hai ke aadmi ne apne freedom of choice ko sahi istemal kiya ya galat istemal kiya. isi pe hidayat ka inhisaar hai.</w:t>
      </w:r>
      <w:r>
        <w:br/>
      </w:r>
      <w:r>
        <w:rPr>
          <w:sz w:val="20"/>
        </w:rPr>
        <w:t>1:06:46  hidayat Allah taala se ki taraf se jabran nahi aati, wo aap hi ke yani azadi ke ke sahi istemal se aap ko milti hai.</w:t>
      </w:r>
    </w:p>
    <w:p>
      <w:pPr>
        <w:pStyle w:val="Heading2"/>
      </w:pPr>
      <w:r>
        <w:t>Helping people understand importance of thinking</w:t>
      </w:r>
    </w:p>
    <w:p>
      <w:r>
        <w:rPr>
          <w:color w:val="666666"/>
          <w:sz w:val="18"/>
        </w:rPr>
        <w:t>Faith &amp; God · Islam and Science (In Conversation with Maulana) · 2m 32s · at 11:04 · https://youtu.be/pKS94tSXlT4?t=664</w:t>
      </w:r>
    </w:p>
    <w:p>
      <w:r>
        <w:rPr>
          <w:i/>
        </w:rPr>
        <w:t>“Today people have started holding their beliefs as secret and do not want to rethink. What can we say to them to help them understand the importance of thinking in religion?”</w:t>
      </w:r>
    </w:p>
    <w:p>
      <w:r>
        <w:rPr>
          <w:sz w:val="20"/>
        </w:rPr>
        <w:t>11:04  Maulana, agla sawal Delhi se aaya hai, Miss Naghma Siddiqui ka. unhon ne likha hai: "today all people have started holding their belief as secret and do not want to rethink.</w:t>
      </w:r>
      <w:r>
        <w:br/>
      </w:r>
      <w:r>
        <w:rPr>
          <w:sz w:val="20"/>
        </w:rPr>
        <w:t>11:17  as dies, what can we say to them to help them understand the importance of thinking in religion?"</w:t>
      </w:r>
      <w:r>
        <w:br/>
      </w:r>
      <w:r>
        <w:rPr>
          <w:sz w:val="20"/>
        </w:rPr>
        <w:t>11:27  bas kaam karte rahiye, kuch kuch afraad is mein niklen ge, jaise nikalte rahe hain. yani aisa nahi hai ke woh insaan pathar nahi hota hai.</w:t>
      </w:r>
      <w:r>
        <w:br/>
      </w:r>
      <w:r>
        <w:rPr>
          <w:sz w:val="20"/>
        </w:rPr>
        <w:t>11:41  abhi kal mere paas telephone aaya hai, ek ek sahab the, woh hamare sakht mukhalif the aur mukhalifat karte karte boorhe ho gaye.</w:t>
      </w:r>
      <w:r>
        <w:br/>
      </w:r>
      <w:r>
        <w:rPr>
          <w:sz w:val="20"/>
        </w:rPr>
        <w:t>11:53  woh to ek aadmi un se mila, us ne kaha ke: "dekhen, aap mukhalifat karte hain, aap ne koi kitaben padhi hain?" kuch to beharhaal sun kar mukhalif ban gaye the.</w:t>
      </w:r>
      <w:r>
        <w:br/>
      </w:r>
      <w:r>
        <w:rPr>
          <w:sz w:val="20"/>
        </w:rPr>
        <w:t>12:02  woh kitaab nahi padhi thi. unhon ne kaha: "achha theek hai, aap ek kitaab padh daliye, Islam." ek kitaab hai meri, Islam.</w:t>
      </w:r>
      <w:r>
        <w:br/>
      </w:r>
      <w:r>
        <w:rPr>
          <w:sz w:val="20"/>
        </w:rPr>
        <w:t>12:11  woh diya unhon ne, us ko padhiye. jab kitaab padh chuki, dobara un se mile to unhon ne poocha ke: "rah dijiye apni." to woh woh ek aalim the, woh khoob samajh sakte the kitaab ko.</w:t>
      </w:r>
      <w:r>
        <w:br/>
      </w:r>
      <w:r>
        <w:rPr>
          <w:sz w:val="20"/>
        </w:rPr>
        <w:t>12:26  to unhon ne kaha ke: "bhai, is kitaab ne to meri aankh khol di aur main ab tak andhere mein tha. aur kaash meri umar ab tak boorha ho chuka hoon, agar main mein meri mein andar taqat hui to main is bashar ke sath deta." to dekhiye, un ke woh woh is mein pakka ho chuke the ke phir bhi ek kitaab padh kar ke, woh yani woh kuch is kitaab mein un ki deconditioning kar di.</w:t>
      </w:r>
      <w:r>
        <w:br/>
      </w:r>
      <w:r>
        <w:rPr>
          <w:sz w:val="20"/>
        </w:rPr>
        <w:t>12:54  to kabhi bhi dekhiye, humein mayoos nahi hona chahiye. har condition, har conditioning ko toda sakta hai. yani bar bar ka tajurba hai ke har condition toot jati hai aur insaan ke andar jo jo reasoning power hai,</w:t>
      </w:r>
      <w:r>
        <w:br/>
      </w:r>
      <w:r>
        <w:rPr>
          <w:sz w:val="20"/>
        </w:rPr>
        <w:t>13:14  woh har cheez ko, woh sachai ko discover kar leta hai kisi bhi umar mein. to humein kisi bhi haal mein mayoos nahi hona hai aur Allah se dua karte hue logon ki islaah ka kaam jari rakhna hai,</w:t>
      </w:r>
      <w:r>
        <w:br/>
      </w:r>
      <w:r>
        <w:rPr>
          <w:sz w:val="20"/>
        </w:rPr>
        <w:t>13:34  inshallah.</w:t>
      </w:r>
    </w:p>
    <w:p>
      <w:pPr>
        <w:pStyle w:val="Heading2"/>
      </w:pPr>
      <w:r>
        <w:t>How can all humans have one opinion on God?</w:t>
      </w:r>
    </w:p>
    <w:p>
      <w:r>
        <w:rPr>
          <w:color w:val="666666"/>
          <w:sz w:val="18"/>
        </w:rPr>
        <w:t>Faith &amp; God · Personality Building January 05, 2014 · 2m 16s · at 1:00:43 · https://youtu.be/3Zppdm2K4ug?t=3643</w:t>
      </w:r>
    </w:p>
    <w:p>
      <w:r>
        <w:rPr>
          <w:i/>
        </w:rPr>
        <w:t>“When God has placed the plan of having different opinions in His creative system, then how can all humans have one opinion in the concept of God and belief in the unseen? Explain.”</w:t>
      </w:r>
    </w:p>
    <w:p>
      <w:r>
        <w:rPr>
          <w:sz w:val="20"/>
        </w:rPr>
        <w:t>1:00:43  maulana, agla sawal saharanpur say mrs. ismat khanoom ka hai. unhon nay likha hai: "maulana, jab Khuda nay mukhtalif rai rakhnay ka mansooba apni takhleeqi nizaam mein rakha hai,</w:t>
      </w:r>
      <w:r>
        <w:br/>
      </w:r>
      <w:r>
        <w:rPr>
          <w:sz w:val="20"/>
        </w:rPr>
        <w:t>1:00:58  to phir Khuda kay tasawwur mein aur ghayab par iman mein sab insan aik rai kaisay rakh saktay hain? is par bataye." mujh say koi talluq nahi, is ka aqeeday say belief talluq nahi hai.</w:t>
      </w:r>
      <w:r>
        <w:br/>
      </w:r>
      <w:r>
        <w:rPr>
          <w:sz w:val="20"/>
        </w:rPr>
        <w:t>1:01:11  ji,</w:t>
      </w:r>
      <w:r>
        <w:br/>
      </w:r>
      <w:r>
        <w:rPr>
          <w:sz w:val="20"/>
        </w:rPr>
        <w:t>1:01:13  woh aqeedah aur belief to aik hi rahay ga. is mein to oneness hogi, is mein kahin nahi ho sakta. baqi dunya mein insan paida hota hai, har aik ki apni alag test hai, alag, har aik ka alag, yani dhang par us ki us ki ab breaking hoti hai,</w:t>
      </w:r>
      <w:r>
        <w:br/>
      </w:r>
      <w:r>
        <w:rPr>
          <w:sz w:val="20"/>
        </w:rPr>
        <w:t>1:01:31  alag alag dhang say us ki soch banti hai. is liye differences atay hain, lekin is difference ko phir sort out karna hai. sort out kar kay phir aap ko sachai tak pahunchna hai.</w:t>
      </w:r>
      <w:r>
        <w:br/>
      </w:r>
      <w:r>
        <w:rPr>
          <w:sz w:val="20"/>
        </w:rPr>
        <w:t>1:01:44  woh dard aarzoo of ah test paper, jis tarah aap ko problem say hal karna hai, aisi differences ko bhi sort out karna hai.</w:t>
      </w:r>
      <w:r>
        <w:br/>
      </w:r>
      <w:r>
        <w:rPr>
          <w:sz w:val="20"/>
        </w:rPr>
        <w:t>1:01:57  aur is say bohat yeh blessing hai kyun kay is say intellectual development hota hai.</w:t>
      </w:r>
      <w:r>
        <w:br/>
      </w:r>
      <w:r>
        <w:rPr>
          <w:sz w:val="20"/>
        </w:rPr>
        <w:t>1:02:06  agar aap sab logon ki soch ek ho, difrences na hon, to is ke baad kya hoga? intellectual stagnation aa jayega. intellectual stagnation, yani zehni jamood.</w:t>
      </w:r>
      <w:r>
        <w:br/>
      </w:r>
      <w:r>
        <w:rPr>
          <w:sz w:val="20"/>
        </w:rPr>
        <w:t>1:02:19  to difrence to bohat bari blessing hai. isi ki wajah se discussion hota hai, is ki wajah se ek doosre ke darmiyan intellectual exchange hota hai, isi ki wajah se sari tarqqiyan hoti hain.</w:t>
      </w:r>
      <w:r>
        <w:br/>
      </w:r>
      <w:r>
        <w:rPr>
          <w:sz w:val="20"/>
        </w:rPr>
        <w:t>1:02:31  to difrence is is a blessing, woh koi evil nahi hai, lekin difrence ko sort out kar ke aap ko ek ek sachai tak pahunchna hai.</w:t>
      </w:r>
      <w:r>
        <w:br/>
      </w:r>
      <w:r>
        <w:rPr>
          <w:sz w:val="20"/>
        </w:rPr>
        <w:t>1:02:44  yeh ek process to aap chalega, aap ke andar aisa nahi ho sakta ke aap inteshaar mein ya confusion mein jeete rahen.</w:t>
      </w:r>
      <w:r>
        <w:br/>
      </w:r>
      <w:r>
        <w:rPr>
          <w:sz w:val="20"/>
        </w:rPr>
        <w:t>1:02:53  confusion se bahar aap ko aana hai, apni apne aql ko istemal kar ke.</w:t>
      </w:r>
    </w:p>
    <w:p>
      <w:pPr>
        <w:pStyle w:val="Heading2"/>
      </w:pPr>
      <w:r>
        <w:t>How to attain and strengthen wealth of faith</w:t>
      </w:r>
    </w:p>
    <w:p>
      <w:r>
        <w:rPr>
          <w:color w:val="666666"/>
          <w:sz w:val="18"/>
        </w:rPr>
        <w:t>Faith &amp; God · Spirituality in Simple Living, High Thinking October 27, 2019 Maulana Wahiduddin Khan · 2m 18s · at 49:45 · https://youtu.be/Kr28g15eFr8?t=2985</w:t>
      </w:r>
    </w:p>
    <w:p>
      <w:r>
        <w:rPr>
          <w:i/>
        </w:rPr>
        <w:t>“How can we get the wealth of faith and how can we make our belief more strong in Allah? Maulana Sahib, kindly elaborate on this.”</w:t>
      </w:r>
    </w:p>
    <w:p>
      <w:r>
        <w:rPr>
          <w:sz w:val="20"/>
        </w:rPr>
        <w:t>49:45  Muhammad Hamza Khan sahib ne Rawalpindi Pakistan se sawal bheja hai.</w:t>
      </w:r>
      <w:r>
        <w:br/>
      </w:r>
      <w:r>
        <w:rPr>
          <w:sz w:val="20"/>
        </w:rPr>
        <w:t>49:50  unhon ne likha hai: "how can we get the wealth of iman and how can we make our belief more strong in Allah?" Maulana sahib, kindly elaborate on this.</w:t>
      </w:r>
      <w:r>
        <w:br/>
      </w:r>
      <w:r>
        <w:rPr>
          <w:sz w:val="20"/>
        </w:rPr>
        <w:t>50:02  yeh wealth of iman yeh ek galat term hai, yeh galat term hai.</w:t>
      </w:r>
      <w:r>
        <w:br/>
      </w:r>
      <w:r>
        <w:rPr>
          <w:sz w:val="20"/>
        </w:rPr>
        <w:t>50:13  isi pe phanse rehte hain log. wealth kya? woh basic ka afkar kahiye,</w:t>
      </w:r>
      <w:r>
        <w:br/>
      </w:r>
      <w:r>
        <w:rPr>
          <w:sz w:val="20"/>
        </w:rPr>
        <w:t>50:22  basic ka afkar kahiye to Allah se mang mangiye. wealth yeh to bas hi mere wrong term hai.</w:t>
      </w:r>
      <w:r>
        <w:br/>
      </w:r>
      <w:r>
        <w:rPr>
          <w:sz w:val="20"/>
        </w:rPr>
        <w:t>50:32  wealth nahi, basic of God sahi lafz hai. dekhen, wealth ka lafz bolte hain jab aap to is mein woh aa jata hai, yani fazilat ka tasawwur.</w:t>
      </w:r>
      <w:r>
        <w:br/>
      </w:r>
      <w:r>
        <w:rPr>
          <w:sz w:val="20"/>
        </w:rPr>
        <w:t>50:45  fazilat ka aur mein fazilat ke tasawwur ke bilkul hi khilaf hoon,</w:t>
      </w:r>
      <w:r>
        <w:br/>
      </w:r>
      <w:r>
        <w:rPr>
          <w:sz w:val="20"/>
        </w:rPr>
        <w:t>50:51  chahe koi barhe sahib muhaddis is ko manta ho to mein nahi manta. fazilat koi cheez nahi Islam mein, wealth koi cheez nahi Islam mein.</w:t>
      </w:r>
      <w:r>
        <w:br/>
      </w:r>
      <w:r>
        <w:rPr>
          <w:sz w:val="20"/>
        </w:rPr>
        <w:t>51:04  basic hai, basic ke ma'ne Allah ki help, Allah ki madad, Allah ki atiya.</w:t>
      </w:r>
      <w:r>
        <w:br/>
      </w:r>
      <w:r>
        <w:rPr>
          <w:sz w:val="20"/>
        </w:rPr>
        <w:t>51:14  yeh sab alfaaz wohi wohi hain</w:t>
      </w:r>
      <w:r>
        <w:br/>
      </w:r>
      <w:r>
        <w:rPr>
          <w:sz w:val="20"/>
        </w:rPr>
        <w:t>51:17  , yani miss leading hain, miss leading.</w:t>
      </w:r>
      <w:r>
        <w:br/>
      </w:r>
      <w:r>
        <w:rPr>
          <w:sz w:val="20"/>
        </w:rPr>
        <w:t>51:26  fazilat ka sense paida karte hain. behad ek fazilat koi cheez nahi,</w:t>
      </w:r>
      <w:r>
        <w:br/>
      </w:r>
      <w:r>
        <w:rPr>
          <w:sz w:val="20"/>
        </w:rPr>
        <w:t>51:37  na shakhsiyat ke liye aur na kisi amal ke liye. fazilat ke lafz hi behad insani hai.</w:t>
      </w:r>
      <w:r>
        <w:br/>
      </w:r>
      <w:r>
        <w:rPr>
          <w:sz w:val="20"/>
        </w:rPr>
        <w:t>51:51  ramzan ke fazail, tehajjud ke fazail, yeh sab insani term hai.</w:t>
      </w:r>
    </w:p>
    <w:p>
      <w:pPr>
        <w:pStyle w:val="Heading2"/>
      </w:pPr>
      <w:r>
        <w:t>How to avoid negative doubts about Islam</w:t>
      </w:r>
    </w:p>
    <w:p>
      <w:r>
        <w:rPr>
          <w:color w:val="666666"/>
          <w:sz w:val="18"/>
        </w:rPr>
        <w:t>Faith &amp; God · The Existence of God October 7, 2012 · 2m 05s · at 1:20:23 · https://youtu.be/Hm0ybuokQ8s?t=4823</w:t>
      </w:r>
    </w:p>
    <w:p>
      <w:r>
        <w:rPr>
          <w:i/>
        </w:rPr>
        <w:t>“How to avoid negative doubts? I can have two feelings: one is negative, that is 'what if Muhammad is not a messenger?' The second could be positive, 'what if Muhammad was really a messenger?' Accordingly, I do research and clear doubts.”</w:t>
      </w:r>
    </w:p>
    <w:p>
      <w:r>
        <w:rPr>
          <w:sz w:val="20"/>
        </w:rPr>
        <w:t>1:20:23  maulana, agla sawal hyderabad se hai zeeshan yusuf sahib ka. unhon ne likha hai: "maulana sahib, how to avoid negative doubts?" i can have two feelings: one is negative,</w:t>
      </w:r>
      <w:r>
        <w:br/>
      </w:r>
      <w:r>
        <w:rPr>
          <w:sz w:val="20"/>
        </w:rPr>
        <w:t>1:20:36  that is what if muhammad is not a messenger. the second could be positive, what if muhammad was really a messenger?</w:t>
      </w:r>
      <w:r>
        <w:br/>
      </w:r>
      <w:r>
        <w:rPr>
          <w:sz w:val="20"/>
        </w:rPr>
        <w:t>1:20:45  accordingly, i do research and clear doubts.</w:t>
      </w:r>
      <w:r>
        <w:br/>
      </w:r>
      <w:r>
        <w:rPr>
          <w:sz w:val="20"/>
        </w:rPr>
        <w:t>1:20:49  maulana sahib, please tell me how to avoid negative doubts. dekhiye, is ka aik hi tareeqa hai: study. aap study barhaiye apni, hamari teen kitabein parh lijiye, aap phir sawal kijiye.</w:t>
      </w:r>
      <w:r>
        <w:br/>
      </w:r>
      <w:r>
        <w:rPr>
          <w:sz w:val="20"/>
        </w:rPr>
        <w:t>1:21:02  aap teen kitabein parh lijiyay, phir aap sawal kijiyay. pehli kitab hai profit of revolution, doosri kitab hai mutala-e-seerat.</w:t>
      </w:r>
      <w:r>
        <w:br/>
      </w:r>
      <w:r>
        <w:rPr>
          <w:sz w:val="20"/>
        </w:rPr>
        <w:t>1:21:15  profit of revolution urdu angrezi dono mein hai. phir mutala-e-seerat parhiya, aur ek kitab jo abhi english mein hai, woh yaani woh hai profit of peace.</w:t>
      </w:r>
      <w:r>
        <w:br/>
      </w:r>
      <w:r>
        <w:rPr>
          <w:sz w:val="20"/>
        </w:rPr>
        <w:t>1:21:28  abhi mujhe ek sahab ne bataya, abhi kal sham ko ke ek sahab thay jo is mani mein bohat un ka khayalat bohat alag thay.</w:t>
      </w:r>
      <w:r>
        <w:br/>
      </w:r>
      <w:r>
        <w:rPr>
          <w:sz w:val="20"/>
        </w:rPr>
        <w:t>1:21:40  to unhon ne un ko kitab di profit of peace</w:t>
      </w:r>
      <w:r>
        <w:br/>
      </w:r>
      <w:r>
        <w:rPr>
          <w:sz w:val="20"/>
        </w:rPr>
        <w:t>1:21:43  . to do mahine tak unhon ne parha hi nahi, is ko itna ghair aham samajh. is ko is ke baad kisi wajah se parha unhon ne, to un ko yeh email bheja unhon ne ke is kitab mein se mera bilkul yaani woh ho gaya, part time shift ho gaya.</w:t>
      </w:r>
      <w:r>
        <w:br/>
      </w:r>
      <w:r>
        <w:rPr>
          <w:sz w:val="20"/>
        </w:rPr>
        <w:t>1:21:58  to aap parhiye, study barhaiye, is ka hal yeh study hai, baqi sawal jawab nahi hai. ab mere tareeqay se koi aur hoga aap ke is aas paas ko jo sawal jawab karein ge to is se kuch hal nahi hone wala.</w:t>
      </w:r>
      <w:r>
        <w:br/>
      </w:r>
      <w:r>
        <w:rPr>
          <w:sz w:val="20"/>
        </w:rPr>
        <w:t>1:22:10  aap study barhaiye apni, study.</w:t>
      </w:r>
      <w:r>
        <w:br/>
      </w:r>
      <w:r>
        <w:rPr>
          <w:sz w:val="20"/>
        </w:rPr>
        <w:t>1:22:12  is tarah ke mamlaat jo hain, woh sawal jawab se hal nahi hotay, study barhanay se hal hotay hain. to aap teen kitabein jo hain, mein batayi hain aap ko, teen kitabein is ko parhiye aap, aur phir mujhe aap sawal bhejiye apna aglay sunday ko.</w:t>
      </w:r>
    </w:p>
    <w:p>
      <w:pPr>
        <w:pStyle w:val="Heading2"/>
      </w:pPr>
      <w:r>
        <w:t>How to become a devotee of God</w:t>
      </w:r>
    </w:p>
    <w:p>
      <w:r>
        <w:rPr>
          <w:color w:val="666666"/>
          <w:sz w:val="18"/>
        </w:rPr>
        <w:t>Faith &amp; God · Don't Be Angry Culture January 15, 2012 · 3m 26s · at 1:26:39 · https://youtu.be/NrA3X8y_FLY?t=5199</w:t>
      </w:r>
    </w:p>
    <w:p>
      <w:r>
        <w:rPr>
          <w:i/>
        </w:rPr>
        <w:t>“Guru ji, please tell me how can I become the devotee of the great God?”</w:t>
      </w:r>
    </w:p>
    <w:p>
      <w:r>
        <w:rPr>
          <w:sz w:val="20"/>
        </w:rPr>
        <w:t>1:26:39  Maulana, agla sawal aaya hai Delhi se Mr. Rama Katta Swamin ka. unhon ne likha hai: "Guru ji, please tell me how can I become the devotee of the great God?"</w:t>
      </w:r>
      <w:r>
        <w:br/>
      </w:r>
      <w:r>
        <w:rPr>
          <w:sz w:val="20"/>
        </w:rPr>
        <w:t>1:26:51  . dekhiye, is ka jo process hai, woh hai ke God ko aap dekh to sakte nahi hain, kyun ke God jo hai, beyond space and time hai.</w:t>
      </w:r>
      <w:r>
        <w:br/>
      </w:r>
      <w:r>
        <w:rPr>
          <w:sz w:val="20"/>
        </w:rPr>
        <w:t>1:27:06  lekin God ko discover karte hain aap is ke creation mein. yani ek hai creator, ek hai creation.</w:t>
      </w:r>
      <w:r>
        <w:br/>
      </w:r>
      <w:r>
        <w:rPr>
          <w:sz w:val="20"/>
        </w:rPr>
        <w:t>1:27:14  to creator ko aap aankhon se dekh nahin sakte hain, lekin us ke creation mein us ko aap discover kar sakte hain.</w:t>
      </w:r>
      <w:r>
        <w:br/>
      </w:r>
      <w:r>
        <w:rPr>
          <w:sz w:val="20"/>
        </w:rPr>
        <w:t>1:27:22  to jab aap creation mein sochte hain, creation mein study karte hain, to aap creator ko discover karte hain.</w:t>
      </w:r>
      <w:r>
        <w:br/>
      </w:r>
      <w:r>
        <w:rPr>
          <w:sz w:val="20"/>
        </w:rPr>
        <w:t>1:27:33  aur phir is se aap ko attachment hota hai, is se emotional contact banta hai. aur phir is ko apna, yani sab kuch banane bana bana lete hain aap.</w:t>
      </w:r>
      <w:r>
        <w:br/>
      </w:r>
      <w:r>
        <w:rPr>
          <w:sz w:val="20"/>
        </w:rPr>
        <w:t>1:27:45  to Khuda tak pahunchne ka rasta jo</w:t>
      </w:r>
      <w:r>
        <w:br/>
      </w:r>
      <w:r>
        <w:rPr>
          <w:sz w:val="20"/>
        </w:rPr>
        <w:t>1:27:49  yahi hai. creator tak pahunchne ka rasta, yani creation ke zariye jata hai. Through creation, you can discover God.</w:t>
      </w:r>
      <w:r>
        <w:br/>
      </w:r>
      <w:r>
        <w:rPr>
          <w:sz w:val="20"/>
        </w:rPr>
        <w:t>1:28:00  . is par bohat si kitabein hain, meri kitab bhi ek hai, is ko aap parh sakte hain: "God Arises" .</w:t>
      </w:r>
      <w:r>
        <w:br/>
      </w:r>
      <w:r>
        <w:rPr>
          <w:sz w:val="20"/>
        </w:rPr>
        <w:t>1:28:09  . main to rozana yahi karta hoon, jab main ek insaan ko dekhta hoon to sochta hoon, kaisa ajeeb hai yeh insaan.</w:t>
      </w:r>
      <w:r>
        <w:br/>
      </w:r>
      <w:r>
        <w:rPr>
          <w:sz w:val="20"/>
        </w:rPr>
        <w:t>1:28:18  to is is ke, is ke ek marvelous creation mein Khuda ko daryaft karta hoon. main drakht ko dekhta hoon, drakht bohat ajeeb lagta hai mujhe.</w:t>
      </w:r>
      <w:r>
        <w:br/>
      </w:r>
      <w:r>
        <w:rPr>
          <w:sz w:val="20"/>
        </w:rPr>
        <w:t>1:28:29  kaisa ajeeb hai drakht. to drakht ke andar main is ke, is ke, is ke creator ko daryaft karta hoon. aise hi suraj, chand aur sitare, galaxy, yeh sari cheezon mein sochta rehta hoon.</w:t>
      </w:r>
      <w:r>
        <w:br/>
      </w:r>
      <w:r>
        <w:rPr>
          <w:sz w:val="20"/>
        </w:rPr>
        <w:t>1:28:44  to is ke andar mujhe, yani yeh yeh creation ke ka phenomenon hai. is creation mein mujhe creator dikhai deta hai.</w:t>
      </w:r>
      <w:r>
        <w:br/>
      </w:r>
      <w:r>
        <w:rPr>
          <w:sz w:val="20"/>
        </w:rPr>
        <w:t>1:28:57  yahi process hai. jitna zyada aap sochenge, jitna zyada aap study karenge,</w:t>
      </w:r>
      <w:r>
        <w:br/>
      </w:r>
      <w:r>
        <w:rPr>
          <w:sz w:val="20"/>
        </w:rPr>
        <w:t>1:29:06  you can reach God through contemplation. . yahi ek hi rasta hai.</w:t>
      </w:r>
    </w:p>
    <w:p>
      <w:pPr>
        <w:pStyle w:val="Heading2"/>
      </w:pPr>
      <w:r>
        <w:t>How to discover helplessness while having free will?</w:t>
      </w:r>
    </w:p>
    <w:p>
      <w:r>
        <w:rPr>
          <w:color w:val="666666"/>
          <w:sz w:val="18"/>
        </w:rPr>
        <w:t>Faith &amp; God · Three levels of Realization July 4, 2010 · 2m 41s · at 1:06:58 · https://youtu.be/NtCTVVov3Nw?t=4018</w:t>
      </w:r>
    </w:p>
    <w:p>
      <w:r>
        <w:rPr>
          <w:i/>
        </w:rPr>
        <w:t>“Maulana, while having free will, how can we discover our helplessness? What kind of thinking enables us to discover our helplessness?”</w:t>
      </w:r>
    </w:p>
    <w:p>
      <w:r>
        <w:rPr>
          <w:sz w:val="20"/>
        </w:rPr>
        <w:t>1:06:58  warna khuda ki marifat nahi milegi ab jo bohat zyada bohat zyada hatayega toh oonchi degree ka usko mil jayega realization nahi toh kam degree ka milega toh jo difference hai woh in terms of degree hai jahan tak main samajhta hoon molana agla sawal abdul basit ne kiya hai doha qatar se</w:t>
      </w:r>
      <w:r>
        <w:br/>
      </w:r>
      <w:r>
        <w:rPr>
          <w:sz w:val="20"/>
        </w:rPr>
        <w:t>1:07:22  unhon ne likha hai molana ikhtiyar rakhte hue kaise apne ajz ko daryaft karen yani kis tarah ki soch se hum apne ajz ko daryaft karen</w:t>
      </w:r>
      <w:r>
        <w:br/>
      </w:r>
      <w:r>
        <w:rPr>
          <w:sz w:val="20"/>
        </w:rPr>
        <w:t>1:07:39  ajz ki daryaft har waqt hoti rehti hai har waqt</w:t>
      </w:r>
      <w:r>
        <w:br/>
      </w:r>
      <w:r>
        <w:rPr>
          <w:sz w:val="20"/>
        </w:rPr>
        <w:t>1:07:43  hoti rehti hai hum koi na koi cheez hum se jaise ab main farz kijiyey ke yeh uthata hoon aksar hota hai slip kar ke gir jata hai toh maine apne ajz ko daryaft kiya ke khuda itni bari universe ko manage kar raha hai okay asan koi sitara gir pade koi planet gir pade koi star gir pade</w:t>
      </w:r>
      <w:r>
        <w:br/>
      </w:r>
      <w:r>
        <w:rPr>
          <w:sz w:val="20"/>
        </w:rPr>
        <w:t>1:08:06  ab jaise main kal parson ki baat batata hoon</w:t>
      </w:r>
      <w:r>
        <w:br/>
      </w:r>
      <w:r>
        <w:rPr>
          <w:sz w:val="20"/>
        </w:rPr>
        <w:t>1:08:10  mera daant jo hai woh zuban mein kuch injury ho gayi zuban mein khane khate waqt ittefaq se zuban kahin daant ke ismein aa gayi iski zad mein aa gayi toh zuban mein injury ho gayi bhai doctor ke paas jana pada toh maine socha jaate hue ke insaan itna helpless hai ke khud apne daant hain aur apni zuban hai</w:t>
      </w:r>
      <w:r>
        <w:br/>
      </w:r>
      <w:r>
        <w:rPr>
          <w:sz w:val="20"/>
        </w:rPr>
        <w:t>1:08:38  apne daant se bhi apni zuban ko bacha nahi sakta woh yeh bohat anokha hai mere liye experience hai woh daant bhi meri zuban bhi meri</w:t>
      </w:r>
      <w:r>
        <w:br/>
      </w:r>
      <w:r>
        <w:rPr>
          <w:sz w:val="20"/>
        </w:rPr>
        <w:t>1:08:50  aur main khud apne daant se apni zuban ko bacha nahi sakta toh har waqt har waqt tajurba hota hai is tajurbe mein lesson jo chupa hua hai usko lesson nikaliye har waqt</w:t>
      </w:r>
      <w:r>
        <w:br/>
      </w:r>
      <w:r>
        <w:rPr>
          <w:sz w:val="20"/>
        </w:rPr>
        <w:t>1:09:04  koi na koi aisi cheez hoti hai jo batati hai ke insaan helpless hai toh helplessness ka koi koi woh koi course nahi hai woh apne aqal ko active karna hai apni soch ko active karna hai yani main kahoon ke intellectual awakening jitni hogi utni aap is baat ko janenge</w:t>
      </w:r>
      <w:r>
        <w:br/>
      </w:r>
      <w:r>
        <w:rPr>
          <w:sz w:val="20"/>
        </w:rPr>
        <w:t>1:09:31  yani zehni bedari jitna hoga jitni zyada utni zyada aap is se waqif ho jayenge</w:t>
      </w:r>
    </w:p>
    <w:p>
      <w:pPr>
        <w:pStyle w:val="Heading2"/>
      </w:pPr>
      <w:r>
        <w:t>How to measure increase and decrease of faith?</w:t>
      </w:r>
    </w:p>
    <w:p>
      <w:r>
        <w:rPr>
          <w:color w:val="666666"/>
          <w:sz w:val="18"/>
        </w:rPr>
        <w:t>Faith &amp; God · Principle of Loss May 31, 2015 · 2m 28s · at 52:16 · https://youtu.be/vM-CUyBiDkc?t=3136</w:t>
      </w:r>
    </w:p>
    <w:p>
      <w:r>
        <w:rPr>
          <w:i/>
        </w:rPr>
        <w:t>“There is a hadith that the faith of a person increases and decreases. How can I know that my faith is decreasing or increasing? Is there a way to find that out? Please advise.”</w:t>
      </w:r>
    </w:p>
    <w:p>
      <w:r>
        <w:rPr>
          <w:sz w:val="20"/>
        </w:rPr>
        <w:t>52:16  maulana, agla sawal kya hai abdul ghani sahib ne mysore se, aur unhone likha hai ke maulana, there is a hadith that iman of a person increases and decreases.</w:t>
      </w:r>
      <w:r>
        <w:br/>
      </w:r>
      <w:r>
        <w:rPr>
          <w:sz w:val="20"/>
        </w:rPr>
        <w:t>52:31  how can i know that my iman is decreasing or increasing? is there a way to find that out? please advise.</w:t>
      </w:r>
      <w:r>
        <w:br/>
      </w:r>
      <w:r>
        <w:rPr>
          <w:sz w:val="20"/>
        </w:rPr>
        <w:t>52:42  dekhiye, is ko aap lafz badlie, samajh mein aa jayega. yaani increase aur decrease ki jagah ek lafz doosra istemal kijiye.</w:t>
      </w:r>
      <w:r>
        <w:br/>
      </w:r>
      <w:r>
        <w:rPr>
          <w:sz w:val="20"/>
        </w:rPr>
        <w:t>52:53  explanatory lafz woh hai spirit, yaani spirit ghatti aur badhti hai. iman form ka naam nahi hai ke ek kuch alfaaz aap munh se bol diya to iman hasil ho gaya.</w:t>
      </w:r>
      <w:r>
        <w:br/>
      </w:r>
      <w:r>
        <w:rPr>
          <w:sz w:val="20"/>
        </w:rPr>
        <w:t>53:07  iman haqeeqatan spirit ka naam hai.</w:t>
      </w:r>
      <w:r>
        <w:br/>
      </w:r>
      <w:r>
        <w:rPr>
          <w:sz w:val="20"/>
        </w:rPr>
        <w:t>53:10  to spirit jo hai, ghatti badhti hai. ghatti badhti hai ka matlab kya hai? ke jaise aaj maine ek cheez discover ki, yaani principle of yeh jo maine bataya aap ko, principle of loss,</w:t>
      </w:r>
      <w:r>
        <w:br/>
      </w:r>
      <w:r>
        <w:rPr>
          <w:sz w:val="20"/>
        </w:rPr>
        <w:t>53:26  principle of truncation. to main bohat bohat zabardast, mujhe ek aayat ke Allah taala ne kaisi kaisi baatein batai hain insaan ko, ek ajeeb qism ki nayi is se paida ho gayi.</w:t>
      </w:r>
      <w:r>
        <w:br/>
      </w:r>
      <w:r>
        <w:rPr>
          <w:sz w:val="20"/>
        </w:rPr>
        <w:t>53:38  to yeh matlab hai ke ke aap ka experience, aap ki study, aap ka ghaur o fikr, is se aap ko naye naye artim milte hain jo aap ki spirit ko badhate hain.</w:t>
      </w:r>
      <w:r>
        <w:br/>
      </w:r>
      <w:r>
        <w:rPr>
          <w:sz w:val="20"/>
        </w:rPr>
        <w:t>53:52  aur jab aap na sochein to speed ghatti rahegi, to us waqt kami ke level par rahega aap ka iman.</w:t>
      </w:r>
      <w:r>
        <w:br/>
      </w:r>
      <w:r>
        <w:rPr>
          <w:sz w:val="20"/>
        </w:rPr>
        <w:t>54:02  to woh hadith mein jo lafz aayi hai, jo lafz aaya hai, us lafz ko aap badlie ke speed mein kami beshi hoti rehti hai, aur us ke sabab yeh hota hai ke aap hamesha is tarah se nahi kar kar paate.</w:t>
      </w:r>
      <w:r>
        <w:br/>
      </w:r>
      <w:r>
        <w:rPr>
          <w:sz w:val="20"/>
        </w:rPr>
        <w:t>54:17  ghaurs o fikr aur zyada cheezon mein zyada dhyan dena ke distract ho jate hain.</w:t>
      </w:r>
      <w:r>
        <w:br/>
      </w:r>
      <w:r>
        <w:rPr>
          <w:sz w:val="20"/>
        </w:rPr>
        <w:t>54:26  to jab aap distract ho jayenge to kami ho jayeg</w:t>
      </w:r>
      <w:r>
        <w:br/>
      </w:r>
      <w:r>
        <w:rPr>
          <w:sz w:val="20"/>
        </w:rPr>
        <w:t>54:29  i. jab ghaur o fikr karenge to speed pe izafa ho jayega. yeh matlab hai is ka.</w:t>
      </w:r>
    </w:p>
    <w:p>
      <w:pPr>
        <w:pStyle w:val="Heading2"/>
      </w:pPr>
      <w:r>
        <w:t>How to realize God and Paradise as reality</w:t>
      </w:r>
    </w:p>
    <w:p>
      <w:r>
        <w:rPr>
          <w:color w:val="666666"/>
          <w:sz w:val="18"/>
        </w:rPr>
        <w:t>Faith &amp; God · Signs of Doomsday November 7, 2021 Prof. Farida Khanam · 3m 58s · at 46:29 · https://youtu.be/RQZchtP6uRg?t=2789</w:t>
      </w:r>
    </w:p>
    <w:p>
      <w:r>
        <w:rPr>
          <w:i/>
        </w:rPr>
        <w:t>“How can people realize God and Paradise as a reality?”</w:t>
      </w:r>
    </w:p>
    <w:p>
      <w:r>
        <w:rPr>
          <w:sz w:val="20"/>
        </w:rPr>
        <w:t>46:29  agla sawal apa mein leta hoon. yeh sawal bheja hai ahmedabad se irfan khan sahib ne, aur unhone likha hai: "how can people realize god and paradise as a reality?" iske bare mein batayein.</w:t>
      </w:r>
      <w:r>
        <w:br/>
      </w:r>
      <w:r>
        <w:rPr>
          <w:sz w:val="20"/>
        </w:rPr>
        <w:t>46:46  is par to maulana sahib ne bohat zyada likha hai. aap unki kitabein parhiye, urdu mein bhi hain, english mein bhi hain. al-rabaniyah hai, allah akbar hai, kitab-e-marifat hai.</w:t>
      </w:r>
      <w:r>
        <w:br/>
      </w:r>
      <w:r>
        <w:rPr>
          <w:sz w:val="20"/>
        </w:rPr>
        <w:t>46:59  sabhi kitabein jo hain isi subject par hain. to aap kitabein parhiye aur ghor-o-fikr kariye. woh tabassum aur tadabbur aur yeh sab zaroori hai.</w:t>
      </w:r>
      <w:r>
        <w:br/>
      </w:r>
      <w:r>
        <w:rPr>
          <w:sz w:val="20"/>
        </w:rPr>
        <w:t>47:10  sirf parh lene se poori baat samajh mein nahi aati. aap thoda parhiye aur is par bohat hi sanjeedgi se ghor kariye, is par sochiye, is par logon se discussion kijiye.</w:t>
      </w:r>
      <w:r>
        <w:br/>
      </w:r>
      <w:r>
        <w:rPr>
          <w:sz w:val="20"/>
        </w:rPr>
        <w:t>47:23  to isi ko apna orhna bichona bana lijiye. tab aise nahi hoga ke kabhi zara sa kuch parh liya to aise nahi samajh mein aata hai. isi ko apni zindagi bana dijiye, apne aap ko devote kar dijiye.</w:t>
      </w:r>
      <w:r>
        <w:br/>
      </w:r>
      <w:r>
        <w:rPr>
          <w:sz w:val="20"/>
        </w:rPr>
        <w:t>47:36  marifat aise nahi milti. koi choti cheezein bhi dunya mein aise nahi milti. iske liye bohat mehnat karni padti hai. to marifat aise kaise mil jayegi?</w:t>
      </w:r>
      <w:r>
        <w:br/>
      </w:r>
      <w:r>
        <w:rPr>
          <w:sz w:val="20"/>
        </w:rPr>
        <w:t>47:44  to iske liye aap sab se pehle to aap study kariye, phir is par ghor-o-fikr kariye, aur is par logon se baat cheet kariye, discussion kariye.</w:t>
      </w:r>
      <w:r>
        <w:br/>
      </w:r>
      <w:r>
        <w:rPr>
          <w:sz w:val="20"/>
        </w:rPr>
        <w:t>47:53  aur chhote chhote program bhi aap kar sakte hain. bohat sare aisa hota hai ke family mein hi log hote hain, rishtedar hote hain, dost hote hain.</w:t>
      </w:r>
      <w:r>
        <w:br/>
      </w:r>
      <w:r>
        <w:rPr>
          <w:sz w:val="20"/>
        </w:rPr>
        <w:t>48:03  unko bulaiye, in discussion kijiye. to is tareeqe se baatein jo hain na, bohat zyada gehrai se dimaagh mein baithti hain. to tabhi allah se qurbat hogi.</w:t>
      </w:r>
      <w:r>
        <w:br/>
      </w:r>
      <w:r>
        <w:rPr>
          <w:sz w:val="20"/>
        </w:rPr>
        <w:t>48:14  to phir aap ko marifat aap ko hasil hone lagegi. allah se qurbat zaroori hai, jisko spiritual provision kehte hain.</w:t>
      </w:r>
      <w:r>
        <w:br/>
      </w:r>
      <w:r>
        <w:rPr>
          <w:sz w:val="20"/>
        </w:rPr>
        <w:t>48:25  to yeh sab aap karenge to phir aap ko spiritual provision mein se hissa milne lagega.</w:t>
      </w:r>
      <w:r>
        <w:br/>
      </w:r>
      <w:r>
        <w:rPr>
          <w:sz w:val="20"/>
        </w:rPr>
        <w:t>48:36  aaj kal jo khuda ki marifat se doori ka aik aham reason yeh hai ke hum dekhte hain ke hamare bhai hamare saath koi takleef deh kaam kar jaate hain to hum usko le kar baith jaate hain.</w:t>
      </w:r>
      <w:r>
        <w:br/>
      </w:r>
      <w:r>
        <w:rPr>
          <w:sz w:val="20"/>
        </w:rPr>
        <w:t>48:46  samajhte hain yahi asal cheez hai. rasool allah salallahu alaihi wasallam ke zamane mein bhi jitna aaj hum ko raha is se zyada hua. aap jante hain ke hijrat ke mauqe par rasool allah salallahu alaihi wasallam jab nikle to sab log aap ko talash kar rahe the.</w:t>
      </w:r>
      <w:r>
        <w:br/>
      </w:r>
      <w:r>
        <w:rPr>
          <w:sz w:val="20"/>
        </w:rPr>
        <w:t>49:01  ghaar mein chale gaye, ghaar-e-soor mein. to woh log talash karte karte ghaar ke munh par aa gaye. us waqt hazrat abubakar ne yeh kaha tha: "allah ke rasool! agar woh apne qadam ko bhi dekhein to hum ko dekh lenge." lekin rasool allah salallahu alaihi wasallam ne is par dhyan nahi diya.</w:t>
      </w:r>
      <w:r>
        <w:br/>
      </w:r>
      <w:r>
        <w:rPr>
          <w:sz w:val="20"/>
        </w:rPr>
        <w:t>49:14  bilkul yeh kaha: "la tahzan, inna allaha ma'ana." gham na karo, allah taala hamare saath hai. iske muqable mein dekhiye, abhi jis pas manzar mein baat ho rahi hai ke rasool allah salallahu alaihi wasallam kehte hain ke hazrat aisha kehti hain ke rasool allah salallahu alaihi wasallam jab bhi koi badal dekhte ya koi tabdeeli dekhte, aafat jaisi, bohat pareshan hote,</w:t>
      </w:r>
      <w:r>
        <w:br/>
      </w:r>
      <w:r>
        <w:rPr>
          <w:sz w:val="20"/>
        </w:rPr>
        <w:t>49:37  bohat pareshan hote, darte rehte, duayein karte rehte ke allah taala is se khair nazil farmaye, is se khair nazil farma karte rehte. to aik taraf dekhiye, insaan ki jo takleef deh baatein thi, usko bhula diya, khuda ko uske muqable mein yaad kiya.</w:t>
      </w:r>
      <w:r>
        <w:br/>
      </w:r>
      <w:r>
        <w:rPr>
          <w:sz w:val="20"/>
        </w:rPr>
        <w:t>49:52  lekin jab khuda ki taraf se koi aafat jaisi koi cheez dekhte to bohat dar jaate the rasool allah salallahu alaihi wasallam. to yeh cheezein hain ke hum aaj hum shikayatein karte hain ke hum ko falan yeh nahi de raha, hum ko huqooq nahi mil rahe.</w:t>
      </w:r>
      <w:r>
        <w:br/>
      </w:r>
      <w:r>
        <w:rPr>
          <w:sz w:val="20"/>
        </w:rPr>
        <w:t>50:04  yeh sab cheezon ko bhulana hai hum ko taake hum khuda ko yaad karein. insaan bohat sari cheezon ko yaad nahi kar sakta. ya to woh yaad karega dunya ki cheezon ko ya akhirat ki cheezon ko yaad karega.</w:t>
      </w:r>
      <w:r>
        <w:br/>
      </w:r>
      <w:r>
        <w:rPr>
          <w:sz w:val="20"/>
        </w:rPr>
        <w:t>50:16  to yeh hum ko faisla karna hai. agar hum ko akhirat ki cheezon ko yaad karna hai, marifat ko yaad karna hai to hum ko bhulana padega dunya ki takleefon ko, insaan ki takleefon ko, museebaton ko bhulana padega.</w:t>
      </w:r>
    </w:p>
    <w:p>
      <w:pPr>
        <w:pStyle w:val="Heading2"/>
      </w:pPr>
      <w:r>
        <w:t>How to respond to challenges about Quran</w:t>
      </w:r>
    </w:p>
    <w:p>
      <w:r>
        <w:rPr>
          <w:color w:val="666666"/>
          <w:sz w:val="18"/>
        </w:rPr>
        <w:t>Faith &amp; God · The Problem of Evil December 4, 2011 · 2m 39s · at 1:29:22 · https://youtu.be/SMqtVjaGHfw?t=5362</w:t>
      </w:r>
    </w:p>
    <w:p>
      <w:r>
        <w:rPr>
          <w:i/>
        </w:rPr>
        <w:t>“During a discussion with one of the Madhus, I told him that Quran is my discovery. He asked me whether I have read the Bible and the Gita. I told him that I have not read them. He said to me, "Then how can you say that the Quran is the book leading to the right path?" He further added that first you have to read all the books, then only you can decide. Maulana, how should I tackle such questions?”</w:t>
      </w:r>
    </w:p>
    <w:p>
      <w:r>
        <w:rPr>
          <w:sz w:val="20"/>
        </w:rPr>
        <w:t>1:29:22  Mr. Sajid Anwar ne Roorkee se sawal kiya hai. unhone likha hai ke Maulana, during course of a discussion with one of the mullahs, I told him that Quran is my discovery.</w:t>
      </w:r>
      <w:r>
        <w:br/>
      </w:r>
      <w:r>
        <w:rPr>
          <w:sz w:val="20"/>
        </w:rPr>
        <w:t>1:29:36  he asked me whether I have read Bible and Gita. I told him that I have not read it. he said to me, then how can you say that Quran is the book leading to the right path?</w:t>
      </w:r>
      <w:r>
        <w:br/>
      </w:r>
      <w:r>
        <w:rPr>
          <w:sz w:val="20"/>
        </w:rPr>
        <w:t>1:29:50  he further added that first you have to read all the books, then only you can decide. Maulana, how should I tackle such questions?</w:t>
      </w:r>
      <w:r>
        <w:br/>
      </w:r>
      <w:r>
        <w:rPr>
          <w:sz w:val="20"/>
        </w:rPr>
        <w:t>1:30:03  dekhen, yeh main dekh sahi baat nahin hai kyunke aap ko bible ke bare mein ek general knowledge phir bhi maujood yaqeenan hogi.</w:t>
      </w:r>
      <w:r>
        <w:br/>
      </w:r>
      <w:r>
        <w:rPr>
          <w:sz w:val="20"/>
        </w:rPr>
        <w:t>1:30:16  aap ne chahe is ki study na bhi ki ho, general taur par aap ko maloom hai is ke bare mein ke bible kyunke woh log missionary log baton ko kehte hain aur logon se batate hain.</w:t>
      </w:r>
      <w:r>
        <w:br/>
      </w:r>
      <w:r>
        <w:rPr>
          <w:sz w:val="20"/>
        </w:rPr>
        <w:t>1:30:31  misal ke taur par trinity concept, aap ko bible ka gehra mutalea kiye baghair aap jaan sakte hain ke woh log trinity ko tablegh karte hain ke Khuda ek bhi hai aur teen bhi hain.</w:t>
      </w:r>
      <w:r>
        <w:br/>
      </w:r>
      <w:r>
        <w:rPr>
          <w:sz w:val="20"/>
        </w:rPr>
        <w:t>1:30:44  to yeh is ke liye gehre mutale ki zaroorat nahin hai. aur jab aap Quran ko padhenge ke Quran mein Khuda ek hai, is concept hai to aap ka nature kahega ke ek ek hi sahi hai, teen sahi nahin hain.</w:t>
      </w:r>
      <w:r>
        <w:br/>
      </w:r>
      <w:r>
        <w:rPr>
          <w:sz w:val="20"/>
        </w:rPr>
        <w:t>1:30:56  kyunke kainat mein jo itni bari kainat hai, is ko yeh manage kar raha hai to itni harmony kyun hai? agar teen Khuda hon to harmony nahin ho sakti.</w:t>
      </w:r>
      <w:r>
        <w:br/>
      </w:r>
      <w:r>
        <w:rPr>
          <w:sz w:val="20"/>
        </w:rPr>
        <w:t>1:31:06  itni harmony</w:t>
      </w:r>
      <w:r>
        <w:br/>
      </w:r>
      <w:r>
        <w:rPr>
          <w:sz w:val="20"/>
        </w:rPr>
        <w:t>1:31:07  aisi abhi sab log jante hain ke woh un ka yeh nazariya batate hain, woh log ke ke Masih masloob hui hai sab gunahon ko maaf karne ke liye.</w:t>
      </w:r>
      <w:r>
        <w:br/>
      </w:r>
      <w:r>
        <w:rPr>
          <w:sz w:val="20"/>
        </w:rPr>
        <w:t>1:31:16  yeh bhi un natural baat hai. to yeh aap sochen ke Quran mein to yeh hai ke aadmi jo karega, us ko bhuktega, woh apne kiye ka khud anjam bhuktega.</w:t>
      </w:r>
      <w:r>
        <w:br/>
      </w:r>
      <w:r>
        <w:rPr>
          <w:sz w:val="20"/>
        </w:rPr>
        <w:t>1:31:28  wahan mere kiye ka anjam paighambar ke upar kuch chalaye ga, chalega to un natural</w:t>
      </w:r>
      <w:r>
        <w:br/>
      </w:r>
      <w:r>
        <w:rPr>
          <w:sz w:val="20"/>
        </w:rPr>
        <w:t>1:31:34  baat hai. to yeh zaroori nahin hai ke aap bible ka gehra mutalea karen. khud bible walon ne jo baaten bata rakhi hain, woh sab jante hain, sab log woh to phailate hain, woh log khud.</w:t>
      </w:r>
      <w:r>
        <w:br/>
      </w:r>
      <w:r>
        <w:rPr>
          <w:sz w:val="20"/>
        </w:rPr>
        <w:t>1:31:43  to is se aap comparison karne ki position mein hain. to ek hai scholarly comparison. scholarly comparison har ek ki zaroori nahin hai. general comparison to har ek kar sakta hai kyunke sab log jante hain ke kya Christian log kis baat ki tablegh karte hain.</w:t>
      </w:r>
    </w:p>
    <w:p>
      <w:pPr>
        <w:pStyle w:val="Heading2"/>
      </w:pPr>
      <w:r>
        <w:t>How will Satan's speech become valid?</w:t>
      </w:r>
    </w:p>
    <w:p>
      <w:r>
        <w:rPr>
          <w:color w:val="666666"/>
          <w:sz w:val="18"/>
        </w:rPr>
        <w:t>Faith &amp; God · Spirit of Ramadan | June 14, 2015 · 2m 43s · at 1:07:26 · https://youtu.be/LMQxfxQcnxQ?t=4046</w:t>
      </w:r>
    </w:p>
    <w:p>
      <w:r>
        <w:rPr>
          <w:i/>
        </w:rPr>
        <w:t>“How will the speech of this Satan become valid?”</w:t>
      </w:r>
    </w:p>
    <w:p>
      <w:r>
        <w:rPr>
          <w:sz w:val="20"/>
        </w:rPr>
        <w:t>1:07:26  is sitan ki boli jaiz kaise ho jaye gi? Mona, yeh agla sawal aya hai Maulana Farhad Umri</w:t>
      </w:r>
      <w:r>
        <w:br/>
      </w:r>
      <w:r>
        <w:rPr>
          <w:sz w:val="20"/>
        </w:rPr>
        <w:t>1:07:31  sahib ka Delhi se.</w:t>
      </w:r>
      <w:r>
        <w:br/>
      </w:r>
      <w:r>
        <w:rPr>
          <w:sz w:val="20"/>
        </w:rPr>
        <w:t>1:07:35  musalman apne war concept ko sahi sabit karne ke liye</w:t>
      </w:r>
      <w:r>
        <w:br/>
      </w:r>
      <w:r>
        <w:rPr>
          <w:sz w:val="20"/>
        </w:rPr>
        <w:t>1:07:39  yeh hadith bayan karte hain: "main yeh pasand karta hoon ke main Allah ke raste mein qatal kiya</w:t>
      </w:r>
      <w:r>
        <w:br/>
      </w:r>
      <w:r>
        <w:rPr>
          <w:sz w:val="20"/>
        </w:rPr>
        <w:t>1:07:47  jaoon, phir zinda kiya jaoon, phir qatal kiya jaoon, phir mujhe zindagi mile, phir qatal kiya jaoon." Maulana,</w:t>
      </w:r>
      <w:r>
        <w:br/>
      </w:r>
      <w:r>
        <w:rPr>
          <w:sz w:val="20"/>
        </w:rPr>
        <w:t>1:07:54  is hadith ka sahi interpretation kya hai? Dekhiye, yeh sochiye ke kya Rasool Allah sal Allah alayhi wasallam</w:t>
      </w:r>
      <w:r>
        <w:br/>
      </w:r>
      <w:r>
        <w:rPr>
          <w:sz w:val="20"/>
        </w:rPr>
        <w:t>1:08:02  nauzubillah, nauzubillah, munafiq thay? Aap aap yeh keh sakte hain ke jab aap ko</w:t>
      </w:r>
      <w:r>
        <w:br/>
      </w:r>
      <w:r>
        <w:rPr>
          <w:sz w:val="20"/>
        </w:rPr>
        <w:t>1:08:09  pasand tha to aisa kiya kyun nahi? Kitabon se parhiye, aap Rasool Allah sal Allah alayhi wasallam kabhi</w:t>
      </w:r>
      <w:r>
        <w:br/>
      </w:r>
      <w:r>
        <w:rPr>
          <w:sz w:val="20"/>
        </w:rPr>
        <w:t>1:08:14  bhi jang mein shareek nahi hote thay.</w:t>
      </w:r>
      <w:r>
        <w:br/>
      </w:r>
      <w:r>
        <w:rPr>
          <w:sz w:val="20"/>
        </w:rPr>
        <w:t>1:08:18  bahar un ka ek areesh lafz ata hai, areesh kehte hain jhopra.</w:t>
      </w:r>
      <w:r>
        <w:br/>
      </w:r>
      <w:r>
        <w:rPr>
          <w:sz w:val="20"/>
        </w:rPr>
        <w:t>1:08:22  battlefield se bahar ek areesh banta tha, jhopra.</w:t>
      </w:r>
      <w:r>
        <w:br/>
      </w:r>
      <w:r>
        <w:rPr>
          <w:sz w:val="20"/>
        </w:rPr>
        <w:t>1:08:27  is mein rehte thay.</w:t>
      </w:r>
      <w:r>
        <w:br/>
      </w:r>
      <w:r>
        <w:rPr>
          <w:sz w:val="20"/>
        </w:rPr>
        <w:t>1:08:31  aap kabhi talwar le kar Uhud mein ya Badr mein kabhi khud se nahi lade? To nauzubillah</w:t>
      </w:r>
      <w:r>
        <w:br/>
      </w:r>
      <w:r>
        <w:rPr>
          <w:sz w:val="20"/>
        </w:rPr>
        <w:t>1:08:35  ke aap kahein ke nauzubillah Rasool Allah munafiq thay? Kaha to yeh kiya</w:t>
      </w:r>
      <w:r>
        <w:br/>
      </w:r>
      <w:r>
        <w:rPr>
          <w:sz w:val="20"/>
        </w:rPr>
        <w:t>1:08:40  ? Ulta kabhi lade nahi? Aap kitabon mein parh lijye, aap battlefield mein nahi hotay thay, areesh</w:t>
      </w:r>
      <w:r>
        <w:br/>
      </w:r>
      <w:r>
        <w:rPr>
          <w:sz w:val="20"/>
        </w:rPr>
        <w:t>1:08:46  mein hotay thay jo bahar banta tha, wahan se dekh dekhte thay bas aur dua karte thay, sajde</w:t>
      </w:r>
      <w:r>
        <w:br/>
      </w:r>
      <w:r>
        <w:rPr>
          <w:sz w:val="20"/>
        </w:rPr>
        <w:t>1:08:52  mein dua karte thay.</w:t>
      </w:r>
      <w:r>
        <w:br/>
      </w:r>
      <w:r>
        <w:rPr>
          <w:sz w:val="20"/>
        </w:rPr>
        <w:t>1:08:58  jo log is hadith ko le kar kehte hain, unhein sab se pehle sochna chahiye ke kya nauzub</w:t>
      </w:r>
      <w:r>
        <w:br/>
      </w:r>
      <w:r>
        <w:rPr>
          <w:sz w:val="20"/>
        </w:rPr>
        <w:t>1:09:04  billah, nauzubillah Rasool Allah munafiq thay? Kaha kuch kiya? Kuch is liye aap ko is hadith ki aisi</w:t>
      </w:r>
      <w:r>
        <w:br/>
      </w:r>
      <w:r>
        <w:rPr>
          <w:sz w:val="20"/>
        </w:rPr>
        <w:t>1:09:10  tafseer karni padegi jis mein rasool allah yeh saabit na hota ke naoozubillah rasool allah munafiq thay. is waqt mein likh chuka hoon is hadith ke baray mein, likh chuka hoon. aap is ko parh sakte hain. We will end the session now.</w:t>
      </w:r>
    </w:p>
    <w:p>
      <w:pPr>
        <w:pStyle w:val="Heading2"/>
      </w:pPr>
      <w:r>
        <w:t>Identifying one's role and paradise eligibility</w:t>
      </w:r>
    </w:p>
    <w:p>
      <w:r>
        <w:rPr>
          <w:color w:val="666666"/>
          <w:sz w:val="18"/>
        </w:rPr>
        <w:t>Faith &amp; God · Spiritual Goal January 15, 2017 · 2m 50s · at 1:01:25 · https://youtu.be/D3JYu4p_P34?t=3685</w:t>
      </w:r>
    </w:p>
    <w:p>
      <w:r>
        <w:rPr>
          <w:i/>
        </w:rPr>
        <w:t>“You said that we have to identify our role in this world. How can someone identify his role? And if someone finds his role in a secular world and not in a religious world, then what will happen to such a person? Will only a religious person be eligible for paradise?”</w:t>
      </w:r>
    </w:p>
    <w:p>
      <w:r>
        <w:rPr>
          <w:sz w:val="20"/>
        </w:rPr>
        <w:t>1:01:25  ji, maulana, agla sawal dilli se mr ajay dwivedi ne kiya hai.</w:t>
      </w:r>
      <w:r>
        <w:br/>
      </w:r>
      <w:r>
        <w:rPr>
          <w:sz w:val="20"/>
        </w:rPr>
        <w:t>1:01:30  unhon ne aap se poocha hai: maulana sahib "you said that we have to identify our role in this world.</w:t>
      </w:r>
      <w:r>
        <w:br/>
      </w:r>
      <w:r>
        <w:rPr>
          <w:sz w:val="20"/>
        </w:rPr>
        <w:t>1:01:36  How can someone identify his role? And if someone finds his role in a secular world and not in a religious world, then what will happen to such a person? Will only a religious person be eligible for paradise?</w:t>
      </w:r>
      <w:r>
        <w:br/>
      </w:r>
      <w:r>
        <w:rPr>
          <w:sz w:val="20"/>
        </w:rPr>
        <w:t>1:01:54  " dekhein, yeh secular mahol mein aadmi hai ya ke mazhabi mahol mein hai, yeh reality baat hai.</w:t>
      </w:r>
      <w:r>
        <w:br/>
      </w:r>
      <w:r>
        <w:rPr>
          <w:sz w:val="20"/>
        </w:rPr>
        <w:t>1:01:59  kyunke spiritual development ka kaam har jagah jaari rehta hai.</w:t>
      </w:r>
      <w:r>
        <w:br/>
      </w:r>
      <w:r>
        <w:rPr>
          <w:sz w:val="20"/>
        </w:rPr>
        <w:t>1:02:05  har jagah jaari rehta hai.</w:t>
      </w:r>
      <w:r>
        <w:br/>
      </w:r>
      <w:r>
        <w:rPr>
          <w:sz w:val="20"/>
        </w:rPr>
        <w:t>1:02:11  jaise maine aap ko qissa bataya tha ke dilli mein ek saath mulaqat bhi hui.</w:t>
      </w:r>
      <w:r>
        <w:br/>
      </w:r>
      <w:r>
        <w:rPr>
          <w:sz w:val="20"/>
        </w:rPr>
        <w:t>1:02:17  woh london mein rehte the.</w:t>
      </w:r>
      <w:r>
        <w:br/>
      </w:r>
      <w:r>
        <w:rPr>
          <w:sz w:val="20"/>
        </w:rPr>
        <w:t>1:02:23  to woh pehle secular the aur woh ek firm mein kaam karte the.</w:t>
      </w:r>
      <w:r>
        <w:br/>
      </w:r>
      <w:r>
        <w:rPr>
          <w:sz w:val="20"/>
        </w:rPr>
        <w:t>1:02:29  chocolate banati thi woh firm.</w:t>
      </w:r>
      <w:r>
        <w:br/>
      </w:r>
      <w:r>
        <w:rPr>
          <w:sz w:val="20"/>
        </w:rPr>
        <w:t>1:02:35  ab woh religious ban gaye the.</w:t>
      </w:r>
      <w:r>
        <w:br/>
      </w:r>
      <w:r>
        <w:rPr>
          <w:sz w:val="20"/>
        </w:rPr>
        <w:t>1:02:41  to maine poocha unki kahani.</w:t>
      </w:r>
      <w:r>
        <w:br/>
      </w:r>
      <w:r>
        <w:rPr>
          <w:sz w:val="20"/>
        </w:rPr>
        <w:t>1:02:47  unhon ne bataya ke main chocolate ke ek firm mein kaam karta tha.</w:t>
      </w:r>
      <w:r>
        <w:br/>
      </w:r>
      <w:r>
        <w:rPr>
          <w:sz w:val="20"/>
        </w:rPr>
        <w:t>1:02:53  mera kaam yeh tha ke chocolate ban kar jo aata, machine se banta tha.</w:t>
      </w:r>
      <w:r>
        <w:br/>
      </w:r>
      <w:r>
        <w:rPr>
          <w:sz w:val="20"/>
        </w:rPr>
        <w:t>1:02:59  to chocolate ban kar jo aata tha, us mein kuch chocolate aise hote the jo jin mein kuch</w:t>
      </w:r>
      <w:r>
        <w:br/>
      </w:r>
      <w:r>
        <w:rPr>
          <w:sz w:val="20"/>
        </w:rPr>
        <w:t>1:03:05  defect aa jaye.</w:t>
      </w:r>
      <w:r>
        <w:br/>
      </w:r>
      <w:r>
        <w:rPr>
          <w:sz w:val="20"/>
        </w:rPr>
        <w:t>1:03:11  to us ko woh chhanta tha.</w:t>
      </w:r>
      <w:r>
        <w:br/>
      </w:r>
      <w:r>
        <w:rPr>
          <w:sz w:val="20"/>
        </w:rPr>
        <w:t>1:03:17  to unhon ne kaha ke ek din mein chhant raha tha, chhant raha tha.</w:t>
      </w:r>
      <w:r>
        <w:br/>
      </w:r>
      <w:r>
        <w:rPr>
          <w:sz w:val="20"/>
        </w:rPr>
        <w:t>1:03:23  achanak mere mind mein aaya ke aakhirat mein bhi aise hoga.</w:t>
      </w:r>
      <w:r>
        <w:br/>
      </w:r>
      <w:r>
        <w:rPr>
          <w:sz w:val="20"/>
        </w:rPr>
        <w:t>1:03:29  wahan bhi log aayenge aur kuch logon ko farishte chhaant denge.</w:t>
      </w:r>
      <w:r>
        <w:br/>
      </w:r>
      <w:r>
        <w:rPr>
          <w:sz w:val="20"/>
        </w:rPr>
        <w:t>1:03:34  yeh is qabil nahi hai ke is ko reward diya jaye.</w:t>
      </w:r>
      <w:r>
        <w:br/>
      </w:r>
      <w:r>
        <w:rPr>
          <w:sz w:val="20"/>
        </w:rPr>
        <w:t>1:03:40  to kaha ke mein isi mein na aa jaon, chhatayi mein.</w:t>
      </w:r>
      <w:r>
        <w:br/>
      </w:r>
      <w:r>
        <w:rPr>
          <w:sz w:val="20"/>
        </w:rPr>
        <w:t>1:03:46  yeh sochate hi mein achanak mere andar ek change aa gaya.</w:t>
      </w:r>
      <w:r>
        <w:br/>
      </w:r>
      <w:r>
        <w:rPr>
          <w:sz w:val="20"/>
        </w:rPr>
        <w:t>1:03:52  to secular world aur religious world koi dono relative word hain mere nazdeek.</w:t>
      </w:r>
      <w:r>
        <w:br/>
      </w:r>
      <w:r>
        <w:rPr>
          <w:sz w:val="20"/>
        </w:rPr>
        <w:t>1:03:58  secular mahaul mein bhi mazhabi training jari rehti hai.</w:t>
      </w:r>
      <w:r>
        <w:br/>
      </w:r>
      <w:r>
        <w:rPr>
          <w:sz w:val="20"/>
        </w:rPr>
        <w:t>1:04:04  aisa nahi ke secular world mein chalaya gaya aadmi to spirituality khatam ya religious thinking khatam.</w:t>
      </w:r>
      <w:r>
        <w:br/>
      </w:r>
      <w:r>
        <w:rPr>
          <w:sz w:val="20"/>
        </w:rPr>
        <w:t>1:04:10  dono ek doosre se jure hue hain.</w:t>
      </w:r>
    </w:p>
    <w:p>
      <w:pPr>
        <w:pStyle w:val="Heading2"/>
      </w:pPr>
      <w:r>
        <w:t>Immediate Afterlife or Waiting for Judgment?</w:t>
      </w:r>
    </w:p>
    <w:p>
      <w:r>
        <w:rPr>
          <w:color w:val="666666"/>
          <w:sz w:val="18"/>
        </w:rPr>
        <w:t>Faith &amp; God · The Concept of Paradise in Islam May 27, 2012 Maulana Wahiduddin Khan · 2m 20s · at 1:01:24 · https://youtu.be/vrXgNg6BLnE?t=3684</w:t>
      </w:r>
    </w:p>
    <w:p>
      <w:r>
        <w:rPr>
          <w:i/>
        </w:rPr>
        <w:t>“Does a person enter Paradise or Hell immediately after death, or does he have to wait for the Day of Judgment and enter after account and reckoning?”</w:t>
      </w:r>
    </w:p>
    <w:p>
      <w:r>
        <w:rPr>
          <w:sz w:val="20"/>
        </w:rPr>
        <w:t>1:01:24  hamara agla sawal bhi karachi pakistan se hai, miss saira lateef ka. unhon ne likha hai ke kya maut ke baad insaan jannat ya jahannum mein foran dakhil ho jata hai ya use qayamat ke din ka intezar karna padega aur hisab o kitaab ke baad jannat ya jahannum mein dakhil hoga?</w:t>
      </w:r>
      <w:r>
        <w:br/>
      </w:r>
      <w:r>
        <w:rPr>
          <w:sz w:val="20"/>
        </w:rPr>
        <w:t>1:01:45  us ke baare mein bataein. dekhiye, yeh sab bhi mere nazdeek shaitani soch hai. yaani kyun log drift kar ke aisi baatein sochne lagte hain jis se na un ka imaan badhe, na un ka yaqeen badhe?</w:t>
      </w:r>
      <w:r>
        <w:br/>
      </w:r>
      <w:r>
        <w:rPr>
          <w:sz w:val="20"/>
        </w:rPr>
        <w:t>1:02:00  yeh saara focus apne upar kyun nahi dete? aksar yeh baatein log poochte hain mujh se. ek saahib mere paas aaye, muradabad se. aap kehte kya hain ke main muradabad se aap se sirf ek sawal poochne ke liye aaya hoon.</w:t>
      </w:r>
      <w:r>
        <w:br/>
      </w:r>
      <w:r>
        <w:rPr>
          <w:sz w:val="20"/>
        </w:rPr>
        <w:t>1:02:15  woh yeh ke do aadmi hain jin ko ke jannat ka nahi faisla hua, jahannum ka faisla hua.</w:t>
      </w:r>
      <w:r>
        <w:br/>
      </w:r>
      <w:r>
        <w:rPr>
          <w:sz w:val="20"/>
        </w:rPr>
        <w:t>1:02:24  un mein se ek aadmi paida hua das hazaar saal pehle, ek aadmi paida hua aaj. toh kaha ke us aadmi, woh aadmi das hazaar saal se jahannum mein jal raha hai.</w:t>
      </w:r>
      <w:r>
        <w:br/>
      </w:r>
      <w:r>
        <w:rPr>
          <w:sz w:val="20"/>
        </w:rPr>
        <w:t>1:02:35  ek aadmi ka aaj se shuru hoga. toh ek hi amal ke liye ek ko zyada kyun, ek ko kam kyun? main ne kaha astaghfirullah, isi ke liye aap muradabad se dil le aaye hain.</w:t>
      </w:r>
      <w:r>
        <w:br/>
      </w:r>
      <w:r>
        <w:rPr>
          <w:sz w:val="20"/>
        </w:rPr>
        <w:t>1:02:50  dekhiye, main aap ko naseehat karta hoon, aap sab saathiyon ko ke kabhi bhi is soch mein mat padhiye. pehle sochne se pehle soch lijiye ke is mein kya mere imaan ka faida hai?</w:t>
      </w:r>
      <w:r>
        <w:br/>
      </w:r>
      <w:r>
        <w:rPr>
          <w:sz w:val="20"/>
        </w:rPr>
        <w:t>1:03:02  kya is se mera shukr badhta hai? kya is se mera taalluq billah badhta hai? kya is se meri ibaadat mein khushu' badhta hai?</w:t>
      </w:r>
      <w:r>
        <w:br/>
      </w:r>
      <w:r>
        <w:rPr>
          <w:sz w:val="20"/>
        </w:rPr>
        <w:t>1:03:12  yeh sab sochiye. toh jis soch mein yeh baatein mil rahi hon, us ko samjhiye ke woh achhi soch hai. woh log shaitani soch samajh kar ke aoozubillah minash shaitanir rajeem padh dijiye.</w:t>
      </w:r>
      <w:r>
        <w:br/>
      </w:r>
      <w:r>
        <w:rPr>
          <w:sz w:val="20"/>
        </w:rPr>
        <w:t>1:03:24  aisi har soch ko main bilkul shaitani soch samajhta hoon. aksar log isi mein phanse rehte hain. aksar log aadmiyon ko chahiye ke apne baare mein shukr, doosre ke baare mein dawat,</w:t>
      </w:r>
      <w:r>
        <w:br/>
      </w:r>
      <w:r>
        <w:rPr>
          <w:sz w:val="20"/>
        </w:rPr>
        <w:t>1:03:39  yeh formula pakdein. apne baare mein shukr, doosre ke baare mein dawat, bas.</w:t>
      </w:r>
    </w:p>
    <w:p>
      <w:pPr>
        <w:pStyle w:val="Heading2"/>
      </w:pPr>
      <w:r>
        <w:t>Immediate afterlife or judgment day</w:t>
      </w:r>
    </w:p>
    <w:p>
      <w:r>
        <w:rPr>
          <w:color w:val="666666"/>
          <w:sz w:val="18"/>
        </w:rPr>
        <w:t>Faith &amp; God · Man and The Paradise August 11, 2013 Maulana Wahiduddin Khan · 2m 01s · at 1:23:20 · https://youtu.be/m8XdpnaS95U?t=5000</w:t>
      </w:r>
    </w:p>
    <w:p>
      <w:r>
        <w:rPr>
          <w:i/>
        </w:rPr>
        <w:t>“Will a person go to Paradise or Hell immediately after death according to his deeds, or after the judgment in the Hereafter, as you mentioned that the Prophet met Ibrahim (AS) in the heaven?”</w:t>
      </w:r>
    </w:p>
    <w:p>
      <w:r>
        <w:rPr>
          <w:sz w:val="20"/>
        </w:rPr>
        <w:t>1:23:20  maulana, agla sawal dilli se hai shakir sahab ka. unhone likha hai: kya insan marne ke baad foran apne aamal ke mutabiq jannat ya jahannum mein jayega ya phir aakhirat mein faisla hone ke baad</w:t>
      </w:r>
      <w:r>
        <w:br/>
      </w:r>
      <w:r>
        <w:rPr>
          <w:sz w:val="20"/>
        </w:rPr>
        <w:t>1:23:35  , jaisa ke aap ne bataya ke rasool Allah se mulaqat aasman par ibrahim alaihissalam se hui?</w:t>
      </w:r>
      <w:r>
        <w:br/>
      </w:r>
      <w:r>
        <w:rPr>
          <w:sz w:val="20"/>
        </w:rPr>
        <w:t>1:23:44  dekhein, yeh sab baatein main bahut zyada baat karne ki zaroorat nahi hai. mujmal tor par manna chahiye. ek hadith hai ke: al qabru rawdatun min riyadil jannati aw hufrah min hufarin nar.</w:t>
      </w:r>
      <w:r>
        <w:br/>
      </w:r>
      <w:r>
        <w:rPr>
          <w:sz w:val="20"/>
        </w:rPr>
        <w:t>1:24:01  ke marne ke baad hi aadmi apne amal ko pahunchata hai, ya jannat mein ya jahannum mein. to is ko mujmal tor par maniye. agar aap chahein ke ijbari se zyada janne ki koshish karenge to aap bhag bhag aayenge, phir kahin pahunchenge nahi.</w:t>
      </w:r>
      <w:r>
        <w:br/>
      </w:r>
      <w:r>
        <w:rPr>
          <w:sz w:val="20"/>
        </w:rPr>
        <w:t>1:24:15  to main mujmal tor par manta hoon is tarah ki ahadith ke mutabiq ke maut ke baad aadmi apne anjam se dochar ho jata hai.</w:t>
      </w:r>
      <w:r>
        <w:br/>
      </w:r>
      <w:r>
        <w:rPr>
          <w:sz w:val="20"/>
        </w:rPr>
        <w:t>1:24:28  maut ke baad aadmi apne anjam se dochar ho jata hai. ab woh kya shakal hoti hai, us ko hum is dunya mein nahi soch sakte. sirf mujmal tor par us pe hamein iman rakhna chahiye.</w:t>
      </w:r>
      <w:r>
        <w:br/>
      </w:r>
      <w:r>
        <w:rPr>
          <w:sz w:val="20"/>
        </w:rPr>
        <w:t>1:24:38  al qabru rawdatun min riyadil jannati aw hufrah min hufarin nar. ke qabr ya to jannat ke baghon mein se ek bagh hai ya dozaq gurhon mein se gurha hai.</w:t>
      </w:r>
      <w:r>
        <w:br/>
      </w:r>
      <w:r>
        <w:rPr>
          <w:sz w:val="20"/>
        </w:rPr>
        <w:t>1:24:49  dekhein, qabr ka lafz yahan symbolic hai. symbolic is ka mani koi gurha nahi.</w:t>
      </w:r>
      <w:r>
        <w:br/>
      </w:r>
      <w:r>
        <w:rPr>
          <w:sz w:val="20"/>
        </w:rPr>
        <w:t>1:24:54  yani baad az maut, after death. yeh har giz mat samjhein ke wahi jo qabr hai, woh jo gurha hai, usi mein jannat, jahannum waqe hai.</w:t>
      </w:r>
      <w:r>
        <w:br/>
      </w:r>
      <w:r>
        <w:rPr>
          <w:sz w:val="20"/>
        </w:rPr>
        <w:t>1:25:03  yeh matlab nahi hai. yani after death jo life hai, wahan aap pahunchenge to aap ko apne anjam se sab ka pesh aa jayega.</w:t>
      </w:r>
      <w:r>
        <w:br/>
      </w:r>
      <w:r>
        <w:rPr>
          <w:sz w:val="20"/>
        </w:rPr>
        <w:t>1:25:13  ya jannat ka anjam ya jahannum ka anjam. to hum mujmal tor par is par iman rakhte hain.</w:t>
      </w:r>
    </w:p>
    <w:p>
      <w:pPr>
        <w:pStyle w:val="Heading2"/>
      </w:pPr>
      <w:r>
        <w:t>Immediate entry into Paradise after death</w:t>
      </w:r>
    </w:p>
    <w:p>
      <w:r>
        <w:rPr>
          <w:color w:val="666666"/>
          <w:sz w:val="18"/>
        </w:rPr>
        <w:t>Faith &amp; God · The Issues of Islam in the Present World November 11, 2012 · 3m 38s · at 1:18:34 · https://youtu.be/COoaUbCCi1c?t=4714</w:t>
      </w:r>
    </w:p>
    <w:p>
      <w:r>
        <w:rPr>
          <w:i/>
        </w:rPr>
        <w:t>“Allah gives glad tidings to His servants: use your freedom correctly in the world so that at the time of death you immediately enter Paradise. Is this really the case? That is, will a believer enter Paradise immediately upon death?”</w:t>
      </w:r>
    </w:p>
    <w:p>
      <w:r>
        <w:rPr>
          <w:sz w:val="20"/>
        </w:rPr>
        <w:t>1:18:34  maulana, agla sawal karachi pakistan se hai miss saira latif ka</w:t>
      </w:r>
      <w:r>
        <w:br/>
      </w:r>
      <w:r>
        <w:rPr>
          <w:sz w:val="20"/>
        </w:rPr>
        <w:t>1:18:39  , unhon ne likha hai: "allah ta'ala apne bondon ko khushkhabri deta hai ke dunya mein apni azadi ka sahi istemal karo ta ke maut ate hi foran jannat mein dakhil ho jao." maulana sahib, kya yeh baat isi tarah hai?</w:t>
      </w:r>
      <w:r>
        <w:br/>
      </w:r>
      <w:r>
        <w:rPr>
          <w:sz w:val="20"/>
        </w:rPr>
        <w:t>1:18:57  yani maut anay atay hi aik momin jannat mein dakhil ho jaye ga?</w:t>
      </w:r>
      <w:r>
        <w:br/>
      </w:r>
      <w:r>
        <w:rPr>
          <w:sz w:val="20"/>
        </w:rPr>
        <w:t>1:19:03  han, dekhiye, hadith hai ke: "al qabr raazat min razna aur hafrat min harf hafr min hafr al nar." qabr ya to jannat ke darwazon mein se aik darwaza hai ya</w:t>
      </w:r>
      <w:r>
        <w:br/>
      </w:r>
      <w:r>
        <w:rPr>
          <w:sz w:val="20"/>
        </w:rPr>
        <w:t>1:19:23  jahannum gadhon mein se aik gadha hai.</w:t>
      </w:r>
      <w:r>
        <w:br/>
      </w:r>
      <w:r>
        <w:rPr>
          <w:sz w:val="20"/>
        </w:rPr>
        <w:t>1:19:27  to is ka matlab nahi ke wohi qabr mein us cheez rakhi hui hai. matlab maut ke baad fi'l-foor aadmi apne anjam tak puhanch jata hai.</w:t>
      </w:r>
      <w:r>
        <w:br/>
      </w:r>
      <w:r>
        <w:rPr>
          <w:sz w:val="20"/>
        </w:rPr>
        <w:t>1:19:37  yeh to hadith se sabit hai, lekin yeh hum chuki dunya mein hain, yahan par hum yani time time in space mein jeetay hain, hamara jo framework hai poora woh time time in space pe base karta hai.</w:t>
      </w:r>
      <w:r>
        <w:br/>
      </w:r>
      <w:r>
        <w:rPr>
          <w:sz w:val="20"/>
        </w:rPr>
        <w:t>1:19:53  aur yeh baat hai band time in space ki. to band time space ki wali baat ko hum aaj ke is pe yani samajh nahi sakte, ajbari tor par maan sakte hain, ajbari tor par yani as a principle.</w:t>
      </w:r>
      <w:r>
        <w:br/>
      </w:r>
      <w:r>
        <w:rPr>
          <w:sz w:val="20"/>
        </w:rPr>
        <w:t>1:20:09  to yeh hadith se sabit hai ke maut ke baad hi aadmi apne aglay anjam tak puhanch jata hai.</w:t>
      </w:r>
      <w:r>
        <w:br/>
      </w:r>
      <w:r>
        <w:rPr>
          <w:sz w:val="20"/>
        </w:rPr>
        <w:t>1:20:18  baqi yeh chuki baat hai band step space and time walay dunya ki, to is ko hum bilkul chahein ke bilkul logical tor par samajh sakein to woh mumkin nahi hai.</w:t>
      </w:r>
      <w:r>
        <w:br/>
      </w:r>
      <w:r>
        <w:rPr>
          <w:sz w:val="20"/>
        </w:rPr>
        <w:t>1:20:36  maulana, agla aik comment aya hai maulana abdul basit umri ka doha qatar se, woh parhna chahein ge. unhon ne likha hai:</w:t>
      </w:r>
      <w:r>
        <w:br/>
      </w:r>
      <w:r>
        <w:rPr>
          <w:sz w:val="20"/>
        </w:rPr>
        <w:t>1:20:46  "maulana, aap ki aaj ki taqreer se bohat ziyada zehn khula. aap ki yeh baat ke zawal yafta ummat ko le kar koi planning nahi ki ja sakti, usay sirf educate karna hai.</w:t>
      </w:r>
      <w:r>
        <w:br/>
      </w:r>
      <w:r>
        <w:rPr>
          <w:sz w:val="20"/>
        </w:rPr>
        <w:t>1:20:59  aur moosa ki qom ki jo misaal di to baat zehn par naqsh ho gayi. doosri aap ki yeh baat ke quran ke baad ka literature ko islam ka classical literature manna hai,</w:t>
      </w:r>
      <w:r>
        <w:br/>
      </w:r>
      <w:r>
        <w:rPr>
          <w:sz w:val="20"/>
        </w:rPr>
        <w:t>1:21:13  na ke islam ka basic literature.</w:t>
      </w:r>
    </w:p>
    <w:p>
      <w:pPr>
        <w:pStyle w:val="Heading2"/>
      </w:pPr>
      <w:r>
        <w:t>Importance of destiny in a person's life</w:t>
      </w:r>
    </w:p>
    <w:p>
      <w:r>
        <w:rPr>
          <w:color w:val="666666"/>
          <w:sz w:val="18"/>
        </w:rPr>
        <w:t>Faith &amp; God · Save Yourself from Distraction August 21, 2016 · 2m 28s · at 1:00:55 · https://youtu.be/wP3Dj-tccDQ?t=3655</w:t>
      </w:r>
    </w:p>
    <w:p>
      <w:r>
        <w:rPr>
          <w:i/>
        </w:rPr>
        <w:t>“Can you tell us the importance of destiny (Taqdeer) in a person's life?”</w:t>
      </w:r>
    </w:p>
    <w:p>
      <w:r>
        <w:rPr>
          <w:sz w:val="20"/>
        </w:rPr>
        <w:t>1:00:54  ke liye.</w:t>
      </w:r>
      <w:r>
        <w:br/>
      </w:r>
      <w:r>
        <w:rPr>
          <w:sz w:val="20"/>
        </w:rPr>
        <w:t>1:00:55  maulana, agla sawal mahmoodin sahib ne kiya hai pakistan se aur unhon ne aap se poocha hai ke</w:t>
      </w:r>
      <w:r>
        <w:br/>
      </w:r>
      <w:r>
        <w:rPr>
          <w:sz w:val="20"/>
        </w:rPr>
        <w:t>1:01:03  "Can you tell us the importance of taqdeer in a person's life?" دیکھیں، اس پر میں کئی بار</w:t>
      </w:r>
      <w:r>
        <w:br/>
      </w:r>
      <w:r>
        <w:rPr>
          <w:sz w:val="20"/>
        </w:rPr>
        <w:t>1:01:11  likh chuka hoon apne kitaab mein aur magazine mein bhi.</w:t>
      </w:r>
      <w:r>
        <w:br/>
      </w:r>
      <w:r>
        <w:rPr>
          <w:sz w:val="20"/>
        </w:rPr>
        <w:t>1:01:15  is pe khwamkhwah bahasein log karte hain aur main samajhta hoon ke yeh yeh kalamiy bahasein hain, woh</w:t>
      </w:r>
      <w:r>
        <w:br/>
      </w:r>
      <w:r>
        <w:rPr>
          <w:sz w:val="20"/>
        </w:rPr>
        <w:t>1:01:23  ziyadatar isi par taqdeer par hain, taqdeer jabr o qadar par.</w:t>
      </w:r>
      <w:r>
        <w:br/>
      </w:r>
      <w:r>
        <w:rPr>
          <w:sz w:val="20"/>
        </w:rPr>
        <w:t>1:01:28  bohat ziyada dekhein, yeh sab bilkul bekar baatein hain.</w:t>
      </w:r>
      <w:r>
        <w:br/>
      </w:r>
      <w:r>
        <w:rPr>
          <w:sz w:val="20"/>
        </w:rPr>
        <w:t>1:01:32  aap yun sochein ke aap aap har waqt apne ko kya paband mehsoos karte hain? har aadmi apne</w:t>
      </w:r>
      <w:r>
        <w:br/>
      </w:r>
      <w:r>
        <w:rPr>
          <w:sz w:val="20"/>
        </w:rPr>
        <w:t>1:01:39  ko aazad mehsoos karta hai, yaani apna khud apna jo aap ka tajurba hota hai, apne aap ko</w:t>
      </w:r>
      <w:r>
        <w:br/>
      </w:r>
      <w:r>
        <w:rPr>
          <w:sz w:val="20"/>
        </w:rPr>
        <w:t>1:01:47  jo aap jante hain, kise jante hain? kya aap bandhe hue hain? aap paband hain? aap chahein to</w:t>
      </w:r>
      <w:r>
        <w:br/>
      </w:r>
      <w:r>
        <w:rPr>
          <w:sz w:val="20"/>
        </w:rPr>
        <w:t>1:01:55  bolen, chahen chup ho jaen, chahen chalen, chahen baith jaen.</w:t>
      </w:r>
      <w:r>
        <w:br/>
      </w:r>
      <w:r>
        <w:rPr>
          <w:sz w:val="20"/>
        </w:rPr>
        <w:t>1:01:59  to aap ka apna tajurba bata de ke aap azaad hain, mukammal azaad hain, mukammal azaad hain.</w:t>
      </w:r>
      <w:r>
        <w:br/>
      </w:r>
      <w:r>
        <w:rPr>
          <w:sz w:val="20"/>
        </w:rPr>
        <w:t>1:02:06  jo chahen aap karte hain, chahe political field ho ya doosri field ho.</w:t>
      </w:r>
      <w:r>
        <w:br/>
      </w:r>
      <w:r>
        <w:rPr>
          <w:sz w:val="20"/>
        </w:rPr>
        <w:t>1:02:12  to yeh to apne aap ko deny karna hai.</w:t>
      </w:r>
      <w:r>
        <w:br/>
      </w:r>
      <w:r>
        <w:rPr>
          <w:sz w:val="20"/>
        </w:rPr>
        <w:t>1:02:16  jo logon ne bana rakha hai taqdeer ka masla, woh apne aap ko deny karna hai.</w:t>
      </w:r>
      <w:r>
        <w:br/>
      </w:r>
      <w:r>
        <w:rPr>
          <w:sz w:val="20"/>
        </w:rPr>
        <w:t>1:02:23  yani hai to.</w:t>
      </w:r>
      <w:r>
        <w:br/>
      </w:r>
      <w:r>
        <w:rPr>
          <w:sz w:val="20"/>
        </w:rPr>
        <w:t>1:02:24  yani apna tajurba bhi to yeh hai ke hum azaad hain.</w:t>
      </w:r>
      <w:r>
        <w:br/>
      </w:r>
      <w:r>
        <w:rPr>
          <w:sz w:val="20"/>
        </w:rPr>
        <w:t>1:02:29  afsos kar ke aqli ghoda dornana, aqli ghoda dornana kar ke nikalna ke nahi, hum hum majboor hain,</w:t>
      </w:r>
      <w:r>
        <w:br/>
      </w:r>
      <w:r>
        <w:rPr>
          <w:sz w:val="20"/>
        </w:rPr>
        <w:t>1:02:37  hamari taqdeer taqdeer peshi likhi hui hai.</w:t>
      </w:r>
      <w:r>
        <w:br/>
      </w:r>
      <w:r>
        <w:rPr>
          <w:sz w:val="20"/>
        </w:rPr>
        <w:t>1:02:40  to mein yahi kahunga ke aap apne apne zaati tajurbe ko dekhiye.</w:t>
      </w:r>
      <w:r>
        <w:br/>
      </w:r>
      <w:r>
        <w:rPr>
          <w:sz w:val="20"/>
        </w:rPr>
        <w:t>1:02:45  zaati tajurba woh yeh hai ke hum azaad hain.</w:t>
      </w:r>
      <w:r>
        <w:br/>
      </w:r>
      <w:r>
        <w:rPr>
          <w:sz w:val="20"/>
        </w:rPr>
        <w:t>1:02:49  mein is waqt bol raha hoon, chahon to na bolon.</w:t>
      </w:r>
      <w:r>
        <w:br/>
      </w:r>
      <w:r>
        <w:rPr>
          <w:sz w:val="20"/>
        </w:rPr>
        <w:t>1:02:53  is waqt baitha hoon, chahon to na baithon.</w:t>
      </w:r>
      <w:r>
        <w:br/>
      </w:r>
      <w:r>
        <w:rPr>
          <w:sz w:val="20"/>
        </w:rPr>
        <w:t>1:02:56  kaun rokne wala hai? to aadmi ka zaati tajurba kafi hai ke is masle ko aap samjhen.</w:t>
      </w:r>
      <w:r>
        <w:br/>
      </w:r>
      <w:r>
        <w:rPr>
          <w:sz w:val="20"/>
        </w:rPr>
        <w:t>1:03:04  zaati tajurbe samajh lijiye, baat baat samajh padi hai.</w:t>
      </w:r>
      <w:r>
        <w:br/>
      </w:r>
      <w:r>
        <w:rPr>
          <w:sz w:val="20"/>
        </w:rPr>
        <w:t>1:03:08  yani jis ko kehte hain mushogafi, yani hair splitting se masla paida hota hai.</w:t>
      </w:r>
      <w:r>
        <w:br/>
      </w:r>
      <w:r>
        <w:rPr>
          <w:sz w:val="20"/>
        </w:rPr>
        <w:t>1:03:14  agar aap apne tajurbe ke lehaz se rai banayen to bilkul aap ko lagega ke mujhe mujhe</w:t>
      </w:r>
      <w:r>
        <w:br/>
      </w:r>
      <w:r>
        <w:rPr>
          <w:sz w:val="20"/>
        </w:rPr>
        <w:t>1:03:21  to azaadi mili hui hai.</w:t>
      </w:r>
    </w:p>
    <w:p>
      <w:pPr>
        <w:pStyle w:val="Heading2"/>
      </w:pPr>
      <w:r>
        <w:t>Innate understanding of Jannah and Jahannam</w:t>
      </w:r>
    </w:p>
    <w:p>
      <w:r>
        <w:rPr>
          <w:color w:val="666666"/>
          <w:sz w:val="18"/>
        </w:rPr>
        <w:t>Faith &amp; God · The Highest Level of Paradise October 13, 2018 · 4m 53s · at 1:01:05 · https://youtu.be/L-VshW0ylX0?t=3665</w:t>
      </w:r>
    </w:p>
    <w:p>
      <w:r>
        <w:rPr>
          <w:i/>
        </w:rPr>
        <w:t>“The concept of Jannah and Jahannam, is it not due to our Islamic conditioning? Would a person understand these concepts all by himself if left alone? The concept of Creator one may discover all by themselves, but can this happen with regards to the concept of Jannah and Jahannam as well?”</w:t>
      </w:r>
    </w:p>
    <w:p>
      <w:r>
        <w:rPr>
          <w:sz w:val="20"/>
        </w:rPr>
        <w:t>1:01:05  We will have to continue our endeavor for making discovery of God. May Allah bless you immensely and always." Maulana, agla sawal Muhammad Bilal Shafee sahib ne bheja hai Itanagar se, Arunachal Pradesh.</w:t>
      </w:r>
      <w:r>
        <w:br/>
      </w:r>
      <w:r>
        <w:rPr>
          <w:sz w:val="20"/>
        </w:rPr>
        <w:t>1:01:22  Unhon ne likha hai: "Maulana, this concept of Jannat and Jahannum is this not due to our Islamic conditioning.</w:t>
      </w:r>
      <w:r>
        <w:br/>
      </w:r>
      <w:r>
        <w:rPr>
          <w:sz w:val="20"/>
        </w:rPr>
        <w:t>1:01:34  Would a person understand these concepts all by himself if left alone? The concept of creator one may discover all by themself, but can this happen with regards to the concept of Jannat and Jahannum as well?</w:t>
      </w:r>
      <w:r>
        <w:br/>
      </w:r>
      <w:r>
        <w:rPr>
          <w:sz w:val="20"/>
        </w:rPr>
        <w:t>1:01:53  If yes, please elaborate how to achieve this kind of awareness." Main samjha nahi.</w:t>
      </w:r>
      <w:r>
        <w:br/>
      </w:r>
      <w:r>
        <w:rPr>
          <w:sz w:val="20"/>
        </w:rPr>
        <w:t>1:02:02  Maulana, woh yeh pooch rahe hain ke jo Khuda ka jo concept hai, woh toh ek insaan khud daryaft kar sakta hai, lekin kya woh khud se Jannat aur Jahannum ka concept daryaft kar sakta hai?</w:t>
      </w:r>
      <w:r>
        <w:br/>
      </w:r>
      <w:r>
        <w:rPr>
          <w:sz w:val="20"/>
        </w:rPr>
        <w:t>1:02:17  aur agar kar sakta hai to kaise?</w:t>
      </w:r>
      <w:r>
        <w:br/>
      </w:r>
      <w:r>
        <w:rPr>
          <w:sz w:val="20"/>
        </w:rPr>
        <w:t>1:02:24  bhai, main achhi tarah pakad nahin paaya.</w:t>
      </w:r>
      <w:r>
        <w:br/>
      </w:r>
      <w:r>
        <w:rPr>
          <w:sz w:val="20"/>
        </w:rPr>
        <w:t>1:02:33  maulana, woh yeh keh rahe hain ke jo jannat aur jahannum ka concept hai, yeh islam se mila hai hum sab ko. to isi liye hum is ka, is ko soch sakte hain ke jannat hai, jahannum hai.</w:t>
      </w:r>
      <w:r>
        <w:br/>
      </w:r>
      <w:r>
        <w:rPr>
          <w:sz w:val="20"/>
        </w:rPr>
        <w:t>1:02:45  aur lekin agar insaan khud se is ko discover kare, jaise woh creator ko khud se discover kar sakta hai bina kisi islamic conditioning ke, to kya yeh possible hai ke woh jannat aur jahannum ko discover kar sake?</w:t>
      </w:r>
      <w:r>
        <w:br/>
      </w:r>
      <w:r>
        <w:rPr>
          <w:sz w:val="20"/>
        </w:rPr>
        <w:t>1:03:01  dekhein, sirf islam ki baat nahin hai. har mazhab mein,</w:t>
      </w:r>
      <w:r>
        <w:br/>
      </w:r>
      <w:r>
        <w:rPr>
          <w:sz w:val="20"/>
        </w:rPr>
        <w:t>1:03:07  har mazhab mein yeh tasawwur maujood hai. bekunnt aur kya kehte hain is ko? doosra bekunnt ka tasawwur maujood hai har mazhab mein.</w:t>
      </w:r>
      <w:r>
        <w:br/>
      </w:r>
      <w:r>
        <w:rPr>
          <w:sz w:val="20"/>
        </w:rPr>
        <w:t>1:03:20  swarg aur narak, swarg aur narak. haan, yeh maujood hai. lekin is ke hazaron saal se woh chala raha hai, to is mein farq ho gaya hai.</w:t>
      </w:r>
      <w:r>
        <w:br/>
      </w:r>
      <w:r>
        <w:rPr>
          <w:sz w:val="20"/>
        </w:rPr>
        <w:t>1:03:37  dekhein, asal baat yeh nahin hai ke doosre mazhabon mein yeh concept nahin hai. farq sirf yeh hai ke islam mein original concept preserve hai.</w:t>
      </w:r>
      <w:r>
        <w:br/>
      </w:r>
      <w:r>
        <w:rPr>
          <w:sz w:val="20"/>
        </w:rPr>
        <w:t>1:03:48  jo rasool Allah ne kaha tha, woh waise hi waise hi preserve hai. doosre jo woh preserve nahin hai, koi badal gaya hai, kuch idhar udhar.</w:t>
      </w:r>
      <w:r>
        <w:br/>
      </w:r>
      <w:r>
        <w:rPr>
          <w:sz w:val="20"/>
        </w:rPr>
        <w:t>1:03:59  jo original concept hai hell aur paradise ka, woh har mazhab mein maujood hai.</w:t>
      </w:r>
      <w:r>
        <w:br/>
      </w:r>
      <w:r>
        <w:rPr>
          <w:sz w:val="20"/>
        </w:rPr>
        <w:t>1:04:09  islam mein sirf yeh hai ke woh apni original shakal mein preserve hai. bas yeh farq hai. woh yeh keh rahe hain jaise creator ka concept khud hamare andar interwoven hai, to islam mein bataya gaya hai ek creator hai, lekin woh hum khud khud bhi samajh sakte hain kyunke hamari fitrat mein hi interwoven hai.</w:t>
      </w:r>
      <w:r>
        <w:br/>
      </w:r>
      <w:r>
        <w:rPr>
          <w:sz w:val="20"/>
        </w:rPr>
        <w:t>1:04:31  to woh bhi interwoven hai. jannat jahannum ka kya aisa hai? woh bhi kyunke dekhiye, jab ek insaan Allah ke liye apne aap ko dedicate karta hai, to in sab rool hai yeh concept ke us ko Allah ki taraf reward milega.</w:t>
      </w:r>
      <w:r>
        <w:br/>
      </w:r>
      <w:r>
        <w:rPr>
          <w:sz w:val="20"/>
        </w:rPr>
        <w:t>1:04:49  kaise nahin milega? reward ka concept nature mein maujood hai. reward ka concept nature mein maujood hai.</w:t>
      </w:r>
      <w:r>
        <w:br/>
      </w:r>
      <w:r>
        <w:rPr>
          <w:sz w:val="20"/>
        </w:rPr>
        <w:t>1:05:09  maulana, aaj ke lecture se ek main ne jo point mujhe bahut hi zyada important laga, woh yeh ke worldly glamour se apne aap ko bachane ke liye itni hi strong, us se bhi zyada strong realization of God and paradise zaroori hai.</w:t>
      </w:r>
      <w:r>
        <w:br/>
      </w:r>
      <w:r>
        <w:rPr>
          <w:sz w:val="20"/>
        </w:rPr>
        <w:t>1:05:30  tabhi aadmi in is tarah ke distractions se apne aap ko bacha pata hai. to yeh realization of God ka yeh naya dimension tha, maulana, mere liye.</w:t>
      </w:r>
      <w:r>
        <w:br/>
      </w:r>
      <w:r>
        <w:rPr>
          <w:sz w:val="20"/>
        </w:rPr>
        <w:t>1:05:44  kafi comment tha, maulana. achha, achha.</w:t>
      </w:r>
    </w:p>
    <w:p>
      <w:pPr>
        <w:pStyle w:val="Heading2"/>
      </w:pPr>
      <w:r>
        <w:t>Is Doomsday near and what should Muslims prioritize</w:t>
      </w:r>
    </w:p>
    <w:p>
      <w:r>
        <w:rPr>
          <w:color w:val="666666"/>
          <w:sz w:val="18"/>
        </w:rPr>
        <w:t>Faith &amp; God · Dars-e-Quran, Chapter 2, Verse 63-71 April 15, 2018 · 2m 10s · at 54:11 · https://youtu.be/4QSHnsRshnI?t=3251</w:t>
      </w:r>
    </w:p>
    <w:p>
      <w:r>
        <w:rPr>
          <w:i/>
        </w:rPr>
        <w:t>“Moulana Sahib, looking at such high corruption globally prevalent, violence being done in the name of God, and all kinds of evils increasing by the day, can we say that the Day of Judgment is very near? If yes, what should Muslims make their topmost priority right now?”</w:t>
      </w:r>
    </w:p>
    <w:p>
      <w:r>
        <w:rPr>
          <w:sz w:val="20"/>
        </w:rPr>
        <w:t>54:11  maulana, agla sawal lete hain jo bareilly se bheja hai sultan khan sahib ne. unhon ne likha hai: "maulana sahib, looking at such high corruption that is globally prevalent,</w:t>
      </w:r>
      <w:r>
        <w:br/>
      </w:r>
      <w:r>
        <w:rPr>
          <w:sz w:val="20"/>
        </w:rPr>
        <w:t>54:24  violence being done in the name of god, all kinds of evil increasing by the day. so, can we say that doomsday is very near?</w:t>
      </w:r>
      <w:r>
        <w:br/>
      </w:r>
      <w:r>
        <w:rPr>
          <w:sz w:val="20"/>
        </w:rPr>
        <w:t>54:36  if yes, what should muslims make that top most priority right now?"</w:t>
      </w:r>
      <w:r>
        <w:br/>
      </w:r>
      <w:r>
        <w:rPr>
          <w:sz w:val="20"/>
        </w:rPr>
        <w:t>54:45  dekhen, kisi ko yeh kehne ka haq nahi hai ke doomsday is very near, is liye ke quran mein saaf saaf elaan hai: "la tatikum illa baghtah".</w:t>
      </w:r>
      <w:r>
        <w:br/>
      </w:r>
      <w:r>
        <w:rPr>
          <w:sz w:val="20"/>
        </w:rPr>
        <w:t>55:02  yeh saatvi sadi, isi ke first quarter mein quran utra tha. us waqt elaan kiya gaya: "la tatikum illa baghtah".</w:t>
      </w:r>
      <w:r>
        <w:br/>
      </w:r>
      <w:r>
        <w:rPr>
          <w:sz w:val="20"/>
        </w:rPr>
        <w:t>55:13  qayamat aaye gi achaanak hi, suddenly. to kisi ko haq nahi hai kehne ka. jab yaani chaudah sau saal ho gaye, abhi qayamat nahi aayi.</w:t>
      </w:r>
      <w:r>
        <w:br/>
      </w:r>
      <w:r>
        <w:rPr>
          <w:sz w:val="20"/>
        </w:rPr>
        <w:t>55:30  agarche quran mein tha ke bohat aaye gi, to abhi qayamat kab tak na aaye? kab tak allah taala ko manzoor ho ke is ko roka jaye?</w:t>
      </w:r>
      <w:r>
        <w:br/>
      </w:r>
      <w:r>
        <w:rPr>
          <w:sz w:val="20"/>
        </w:rPr>
        <w:t>55:41  to yeh kisi ko kehne ka haq nahi hai.</w:t>
      </w:r>
      <w:r>
        <w:br/>
      </w:r>
      <w:r>
        <w:rPr>
          <w:sz w:val="20"/>
        </w:rPr>
        <w:t>55:47  aur maulana, abhi musalmanon ko top most priority kya lena chahiye? is ke bare mein aap ki kya guidance hogi? sirf dawat, aur dawat ka mani hai nafrat chhodna,</w:t>
      </w:r>
      <w:r>
        <w:br/>
      </w:r>
      <w:r>
        <w:rPr>
          <w:sz w:val="20"/>
        </w:rPr>
        <w:t>56:01  tashaddud chhodna, society babing chhodna, pathar marna nahi chhodna, qaumon ko apna dost samajhna, insan friendly behaviour apnana,</w:t>
      </w:r>
      <w:r>
        <w:br/>
      </w:r>
      <w:r>
        <w:rPr>
          <w:sz w:val="20"/>
        </w:rPr>
        <w:t>56:15  aur quran ko phailana. bas.</w:t>
      </w:r>
    </w:p>
    <w:p>
      <w:pPr>
        <w:pStyle w:val="Heading2"/>
      </w:pPr>
      <w:r>
        <w:t>Is It True That Service Leads to God?</w:t>
      </w:r>
    </w:p>
    <w:p>
      <w:r>
        <w:rPr>
          <w:color w:val="666666"/>
          <w:sz w:val="18"/>
        </w:rPr>
        <w:t>Faith &amp; God · Stress and Spirituality January 1, 2012 · 2m 30s · at 1:19:15 · https://youtu.be/TPhXL9-g6ME?t=4755</w:t>
      </w:r>
    </w:p>
    <w:p>
      <w:r>
        <w:rPr>
          <w:i/>
        </w:rPr>
        <w:t>“Moulana, a person said that God is found through service, that is, service gives peace. To what extent is this correct?”</w:t>
      </w:r>
    </w:p>
    <w:p>
      <w:r>
        <w:rPr>
          <w:sz w:val="20"/>
        </w:rPr>
        <w:t>1:19:15  maulana, agla sawal aaya hai maulana fard ahmad salfi ka, tamil nadu se. unhone likha hai: "maulana, ek sahab ne farmaya ke khidmat se khuda milta hai.</w:t>
      </w:r>
      <w:r>
        <w:br/>
      </w:r>
      <w:r>
        <w:rPr>
          <w:sz w:val="20"/>
        </w:rPr>
        <w:t>1:19:27  yaani khidmat se sukoon milta hai. yeh kahan tak sahi hai?"</w:t>
      </w:r>
      <w:r>
        <w:br/>
      </w:r>
      <w:r>
        <w:rPr>
          <w:sz w:val="20"/>
        </w:rPr>
        <w:t>1:19:34  yeh to ek galat philosophy hai. aaj kal bahut phaila hua hai yeh. yeh secular logon ki philosophy hai yeh. main is ko islam ki philosophy nahi manta.</w:t>
      </w:r>
      <w:r>
        <w:br/>
      </w:r>
      <w:r>
        <w:rPr>
          <w:sz w:val="20"/>
        </w:rPr>
        <w:t>1:19:45  is liye ke quran mein saaf saaf hai ke أَلَا بِذِكْرِ اللَّهِ تَطْمَئِنُّ الْقُلُوبُ . zikr khudaawandi se sukoon milta hai. to aap kahein ke khidmat se milta hai.</w:t>
      </w:r>
      <w:r>
        <w:br/>
      </w:r>
      <w:r>
        <w:rPr>
          <w:sz w:val="20"/>
        </w:rPr>
        <w:t>1:19:57  is ki sab se badi shayad tareekh mein sab se badi misaal jo hai mother teresa ki hai.</w:t>
      </w:r>
      <w:r>
        <w:br/>
      </w:r>
      <w:r>
        <w:rPr>
          <w:sz w:val="20"/>
        </w:rPr>
        <w:t>1:20:03  ma sha Allah poori tareekh mein shayad is se badi misaal koi nahi hogi. ke mother teresa ne apni poori zindagi khidmat khalq mein guzari. poori zindagi khidmat khalq mein.</w:t>
      </w:r>
      <w:r>
        <w:br/>
      </w:r>
      <w:r>
        <w:rPr>
          <w:sz w:val="20"/>
        </w:rPr>
        <w:t>1:20:15  aur isi liye is ko nobel prize mila. isi liye nobel prize mila is ko. lekin marne ke baad jo is ke haalaat chhape hain woh main ne padha to us mein woh kehta hai ke she died in agony .</w:t>
      </w:r>
      <w:r>
        <w:br/>
      </w:r>
      <w:r>
        <w:rPr>
          <w:sz w:val="20"/>
        </w:rPr>
        <w:t>1:20:35  sohan rooh mein in ka khatma hua. to khidmat khalq mein agar sukoon ho to un ko sukoon ko nahi mila.</w:t>
      </w:r>
      <w:r>
        <w:br/>
      </w:r>
      <w:r>
        <w:rPr>
          <w:sz w:val="20"/>
        </w:rPr>
        <w:t>1:20:44  mother teresa ko.</w:t>
      </w:r>
      <w:r>
        <w:br/>
      </w:r>
      <w:r>
        <w:rPr>
          <w:sz w:val="20"/>
        </w:rPr>
        <w:t>1:20:48  yeh bilkul galat tasawwur hai aur waqeaat is ki tasdeeq nahi karte.</w:t>
      </w:r>
      <w:r>
        <w:br/>
      </w:r>
      <w:r>
        <w:rPr>
          <w:sz w:val="20"/>
        </w:rPr>
        <w:t>1:20:57  waqeaat is ki tasdeeq nahi karte. kisi ko shakk ho to mother teresa ki life padhein woh.</w:t>
      </w:r>
      <w:r>
        <w:br/>
      </w:r>
      <w:r>
        <w:rPr>
          <w:sz w:val="20"/>
        </w:rPr>
        <w:t>1:21:03  jis ne un ki zindagi pe research kiya hai aur un ke haalaat likhe hain woh kehta hai ke she died in agony . to aaj bhi wahi sahi hai formula ke أَلَا بِذِكْرِ اللَّهِ تَطْمَئِنُّ الْقُلُوبُ .</w:t>
      </w:r>
      <w:r>
        <w:br/>
      </w:r>
      <w:r>
        <w:rPr>
          <w:sz w:val="20"/>
        </w:rPr>
        <w:t>1:21:18  zikr Allah ke maani yeh nahi ke Allah ki japp karna. wird karna Allah Allah Allah Allah Allah. yeh yeh harghiz nahi hai.</w:t>
      </w:r>
      <w:r>
        <w:br/>
      </w:r>
      <w:r>
        <w:rPr>
          <w:sz w:val="20"/>
        </w:rPr>
        <w:t>1:21:25  nahi Allah mein jeena.</w:t>
      </w:r>
      <w:r>
        <w:br/>
      </w:r>
      <w:r>
        <w:rPr>
          <w:sz w:val="20"/>
        </w:rPr>
        <w:t>1:21:30  Allah ki yaadon mein jeena. Allah ke sifaat aaliya ko discover karna. Allah ki rehmaton ko daryaft kar kar ke is se apni rooh ko ghiza lena.</w:t>
      </w:r>
      <w:r>
        <w:br/>
      </w:r>
      <w:r>
        <w:rPr>
          <w:sz w:val="20"/>
        </w:rPr>
        <w:t>1:21:41  yeh hai.</w:t>
      </w:r>
    </w:p>
    <w:p>
      <w:pPr>
        <w:pStyle w:val="Heading2"/>
      </w:pPr>
      <w:r>
        <w:t>Is Paradise where we see Allah</w:t>
      </w:r>
    </w:p>
    <w:p>
      <w:r>
        <w:rPr>
          <w:color w:val="666666"/>
          <w:sz w:val="18"/>
        </w:rPr>
        <w:t>Faith &amp; God · The Expression of Faith (Izhar e Deen) September 1, 2013 · 2m 52s · at 56:09 · https://youtu.be/muBDJ8a_8-0?t=3369</w:t>
      </w:r>
    </w:p>
    <w:p>
      <w:r>
        <w:rPr>
          <w:i/>
        </w:rPr>
        <w:t>“مولانا، कैन वी से दैट जन्नत वो है जहां अल्लाह ताला का दीदार होगा और अ प्लेस वेयर वी विल मीट अल्लाह?”</w:t>
      </w:r>
    </w:p>
    <w:p>
      <w:r>
        <w:rPr>
          <w:sz w:val="20"/>
        </w:rPr>
        <w:t>56:09  maulana agla sawal dilli se hai, muhammad asif khan sahib ka. unhon ne likha hai: "maulana, can we say that jannat woh hai jahan Allah taala ka deedaar hoga aur a place where we will meet Allah?" haan, saheeh hai.</w:t>
      </w:r>
      <w:r>
        <w:br/>
      </w:r>
      <w:r>
        <w:rPr>
          <w:sz w:val="20"/>
        </w:rPr>
        <w:t>56:28  saheeh hai.</w:t>
      </w:r>
      <w:r>
        <w:br/>
      </w:r>
      <w:r>
        <w:rPr>
          <w:sz w:val="20"/>
        </w:rPr>
        <w:t>56:31  hadees mein aata hai ke rasool Allah se poocha gaya ke kya hum jab akhirat mein Allah ko dekhen gay to aap ne farmaya ke haan,</w:t>
      </w:r>
      <w:r>
        <w:br/>
      </w:r>
      <w:r>
        <w:rPr>
          <w:sz w:val="20"/>
        </w:rPr>
        <w:t>56:45  jis tarah tum suraj chand ko dekhtay ho, aisay hi dekho gay. aap ghor kijiye, ek banday ne is dunya mein socha ke kaun woh hasti hai jis ne mujhe banaya?</w:t>
      </w:r>
      <w:r>
        <w:br/>
      </w:r>
      <w:r>
        <w:rPr>
          <w:sz w:val="20"/>
        </w:rPr>
        <w:t>57:00  aisa insan kaise ban gaya? kaun hai jo mujhe sambhalay hue hain? kaun hai jo mere liye life support system intazam kar rakha hai?</w:t>
      </w:r>
      <w:r>
        <w:br/>
      </w:r>
      <w:r>
        <w:rPr>
          <w:sz w:val="20"/>
        </w:rPr>
        <w:t>57:11  woh kaun hai? mera khaliq kaun hai? mera rab kaun hai? is sari umar isi mein sochta raha woh.</w:t>
      </w:r>
      <w:r>
        <w:br/>
      </w:r>
      <w:r>
        <w:rPr>
          <w:sz w:val="20"/>
        </w:rPr>
        <w:t>57:20  aur aur dunya mein to is liye nahi dekh paya woh ke ghayb ki dunya yahan to wahan bhi nahi dekhe ga woh</w:t>
      </w:r>
      <w:r>
        <w:br/>
      </w:r>
      <w:r>
        <w:rPr>
          <w:sz w:val="20"/>
        </w:rPr>
        <w:t>57:27  woh to sab se bari, sab bari, sab se bari nemmat hai jo Allah taala us ko day ga, apna deedaar. agar deedaar ilahi na ho to phir jannat bhi bekar hai.</w:t>
      </w:r>
      <w:r>
        <w:br/>
      </w:r>
      <w:r>
        <w:rPr>
          <w:sz w:val="20"/>
        </w:rPr>
        <w:t>57:39  to yeh poori, yeh yeh ek momin ki sab se bari tamanna yeh honi chahiye ke woh kabhi woh waqt aaye ke woh Allah ka deedaar kar sakay.</w:t>
      </w:r>
      <w:r>
        <w:br/>
      </w:r>
      <w:r>
        <w:rPr>
          <w:sz w:val="20"/>
        </w:rPr>
        <w:t>57:49  sab se bari tamanna</w:t>
      </w:r>
      <w:r>
        <w:br/>
      </w:r>
      <w:r>
        <w:rPr>
          <w:sz w:val="20"/>
        </w:rPr>
        <w:t>57:52  yeh to iman ka sab se bara darja hai ke aap is tamanna mein jayen. aap is is tamanna mein jayen ke woh waqt aaye jab ke main Allah ko dekhon aur direct ek keh sakoon ke khuda-e-to mera khuda hai.</w:t>
      </w:r>
      <w:r>
        <w:br/>
      </w:r>
      <w:r>
        <w:rPr>
          <w:sz w:val="20"/>
        </w:rPr>
        <w:t>58:10  jahan main kehta hoon jab ke mere samnay Allah nahi hai, yahan main kehta hoon ke aye Allah, tu mera Allah hai.</w:t>
      </w:r>
      <w:r>
        <w:br/>
      </w:r>
      <w:r>
        <w:rPr>
          <w:sz w:val="20"/>
        </w:rPr>
        <w:t>58:20  woh ghayb mein hai Khuda.</w:t>
      </w:r>
      <w:r>
        <w:br/>
      </w:r>
      <w:r>
        <w:rPr>
          <w:sz w:val="20"/>
        </w:rPr>
        <w:t>58:22  to yeh rooh tarpati hai momin ki. momin ki rooh mein aik tarp hoti hai, tarp ke kaash woh din aaye ke main Allah ke samne khara hoon aur us waqt kahoon ke khuda ya tu mera khuda hai.</w:t>
      </w:r>
      <w:r>
        <w:br/>
      </w:r>
      <w:r>
        <w:rPr>
          <w:sz w:val="20"/>
        </w:rPr>
        <w:t>58:38  main tujh ko ghayb mein bana tha, aaj main tujh ko shoor mein iqrar karta hoon. yeh to sab se bara tajruba hoga.</w:t>
      </w:r>
      <w:r>
        <w:br/>
      </w:r>
      <w:r>
        <w:rPr>
          <w:sz w:val="20"/>
        </w:rPr>
        <w:t>58:48  woh dunya jo aanay wali hai, is ka safar experience yahi hoga ke aap Allah ko dekhenge aur Allah se direct baat kar sakenge.</w:t>
      </w:r>
    </w:p>
    <w:p>
      <w:pPr>
        <w:pStyle w:val="Heading2"/>
      </w:pPr>
      <w:r>
        <w:t>Is Religion a Complete System of Life?</w:t>
      </w:r>
    </w:p>
    <w:p>
      <w:r>
        <w:rPr>
          <w:color w:val="666666"/>
          <w:sz w:val="18"/>
        </w:rPr>
        <w:t>Faith &amp; God · Age of Peace November 18, 2012 · 2m 17s · at 1:11:41 · https://youtu.be/Y9nkQnBqbrs?t=4301</w:t>
      </w:r>
    </w:p>
    <w:p>
      <w:r>
        <w:rPr>
          <w:i/>
        </w:rPr>
        <w:t>“Is it correct to say that religion is a complete system of life?”</w:t>
      </w:r>
    </w:p>
    <w:p>
      <w:r>
        <w:rPr>
          <w:sz w:val="20"/>
        </w:rPr>
        <w:t>1:11:41  maulana, agla sawal bangalore se hai. maulana inayat umri sahib ka, unhone likha hai: "maulana, kya yeh kehna sahi hai ke deen ek mukammal nizam hayat hai?" is ke bare mein aap batayein.</w:t>
      </w:r>
      <w:r>
        <w:br/>
      </w:r>
      <w:r>
        <w:rPr>
          <w:sz w:val="20"/>
        </w:rPr>
        <w:t>1:11:56  yeh term bilkul galat hai. yeh kahin na quran mein islam hua, na hadith mein istemal hua.</w:t>
      </w:r>
      <w:r>
        <w:br/>
      </w:r>
      <w:r>
        <w:rPr>
          <w:sz w:val="20"/>
        </w:rPr>
        <w:t>1:12:03  yeh to musalmanon ne garh rakha hai. quran ke mutabiq, hadith ke mutabiq, deen ek ideology hai. lehaza hum hayat ka lafz jo hai, sahi nahi hai is ke liye.</w:t>
      </w:r>
      <w:r>
        <w:br/>
      </w:r>
      <w:r>
        <w:rPr>
          <w:sz w:val="20"/>
        </w:rPr>
        <w:t>1:12:14  ideology hai, yani ek soch deta hai, ek thinking deta hai, haan, ek mind banata hai. ek kitab hai, is ko aap parh lijiye: "da mind quran builds".</w:t>
      </w:r>
      <w:r>
        <w:br/>
      </w:r>
      <w:r>
        <w:rPr>
          <w:sz w:val="20"/>
        </w:rPr>
        <w:t>1:12:29  "da mind quran builds"</w:t>
      </w:r>
      <w:r>
        <w:br/>
      </w:r>
      <w:r>
        <w:rPr>
          <w:sz w:val="20"/>
        </w:rPr>
        <w:t>1:12:32  wahi wahi kal hai, yani mind banaya jaye, yeh islam ka nishana hai. nizam-e-hayat ka tasawwur bilkul liya gaya hai, yeh marxism se.</w:t>
      </w:r>
      <w:r>
        <w:br/>
      </w:r>
      <w:r>
        <w:rPr>
          <w:sz w:val="20"/>
        </w:rPr>
        <w:t>1:12:43  yeh marxism ka tasawwur hai, yeh nizam-e-hayat ka tasawwur. to "da mind quran builds" jo kitab hai, is ko aap parhiye.</w:t>
      </w:r>
      <w:r>
        <w:br/>
      </w:r>
      <w:r>
        <w:rPr>
          <w:sz w:val="20"/>
        </w:rPr>
        <w:t>1:12:54  is mein unhon ne woh ayatein jama ki hain jin se maloom hota hai ke koi quran kis qism ka zehan banana chahta hai.</w:t>
      </w:r>
      <w:r>
        <w:br/>
      </w:r>
      <w:r>
        <w:rPr>
          <w:sz w:val="20"/>
        </w:rPr>
        <w:t>1:13:01  web thinking kaisi honi chahiye, yeh batata hai. aap ki personality jis se banti hai, woh soch kya hai, woh batata hai.</w:t>
      </w:r>
      <w:r>
        <w:br/>
      </w:r>
      <w:r>
        <w:rPr>
          <w:sz w:val="20"/>
        </w:rPr>
        <w:t>1:13:11  to asal cheez, cheez aisi cheez duniya mein matloob hai, woh hai ke aap ke andar positive personality bane.</w:t>
      </w:r>
      <w:r>
        <w:br/>
      </w:r>
      <w:r>
        <w:rPr>
          <w:sz w:val="20"/>
        </w:rPr>
        <w:t>1:13:19  aap ke andar aisi personality bane jo hate se khali ho, jis ke andar logon ke liye khair khwahi ho, jis ke andar yani accountability ka jazba ho, jo akhirat ko soche, jo jannat ka mushtaq ho.</w:t>
      </w:r>
      <w:r>
        <w:br/>
      </w:r>
      <w:r>
        <w:rPr>
          <w:sz w:val="20"/>
        </w:rPr>
        <w:t>1:13:33  yeh personality bane, yeh target, yeh zabte, mukammal zabte ka jo lafz hai, yeh bilkul bid'at hai. is mein koi shakk nahi hai, is ka koi talluq nahi hai, yani islam se aur quran se</w:t>
      </w:r>
      <w:r>
        <w:br/>
      </w:r>
      <w:r>
        <w:rPr>
          <w:sz w:val="20"/>
        </w:rPr>
        <w:t>1:13:47  nahi hai. yeh sar-ta-pa hai, ek mubtadaana concept hai. ek mubtadaana matlab innovati, innovati concept, innovative concept.</w:t>
      </w:r>
    </w:p>
    <w:p>
      <w:pPr>
        <w:pStyle w:val="Heading2"/>
      </w:pPr>
      <w:r>
        <w:t>Is Sorcery Real and Harmful</w:t>
      </w:r>
    </w:p>
    <w:p>
      <w:r>
        <w:rPr>
          <w:color w:val="666666"/>
          <w:sz w:val="18"/>
        </w:rPr>
        <w:t>Faith &amp; God · Social Reform | December 22, 2013 | Maulana Wahiduddin Khan · 3m 11s · at 59:48 · https://youtu.be/kGP903BvDto?t=3588</w:t>
      </w:r>
    </w:p>
    <w:p>
      <w:r>
        <w:rPr>
          <w:i/>
        </w:rPr>
        <w:t>“Maulana, is sorcery correct? Can anybody harm any other person by so-called amaliyat? I ask this question because there are more and”</w:t>
      </w:r>
    </w:p>
    <w:p>
      <w:r>
        <w:rPr>
          <w:sz w:val="20"/>
        </w:rPr>
        <w:t>59:48  maulana, agla sawal chennai se kya hai v m khaleel ur rehman sahib ne.</w:t>
      </w:r>
      <w:r>
        <w:br/>
      </w:r>
      <w:r>
        <w:rPr>
          <w:sz w:val="20"/>
        </w:rPr>
        <w:t>59:52  unhon ne likha hai: "maulana, is sorcery correct?</w:t>
      </w:r>
      <w:r>
        <w:br/>
      </w:r>
      <w:r>
        <w:rPr>
          <w:sz w:val="20"/>
        </w:rPr>
        <w:t>59:57  can anybody harm any other person by so-called amliyat? i ask this question because there are more and</w:t>
      </w:r>
      <w:r>
        <w:br/>
      </w:r>
      <w:r>
        <w:rPr>
          <w:sz w:val="20"/>
        </w:rPr>
        <w:t>1:00:01  more people indulging in this act.</w:t>
      </w:r>
      <w:r>
        <w:br/>
      </w:r>
      <w:r>
        <w:rPr>
          <w:sz w:val="20"/>
        </w:rPr>
        <w:t>1:00:05  and sometimes even by threatening the people.</w:t>
      </w:r>
      <w:r>
        <w:br/>
      </w:r>
      <w:r>
        <w:rPr>
          <w:sz w:val="20"/>
        </w:rPr>
        <w:t>1:00:09  what is your com</w:t>
      </w:r>
      <w:r>
        <w:br/>
      </w:r>
      <w:r>
        <w:rPr>
          <w:sz w:val="20"/>
        </w:rPr>
        <w:t>1:00:14  ment? dekhen, main khud to is ko bilkul hi superstition samajhta hoon.</w:t>
      </w:r>
      <w:r>
        <w:br/>
      </w:r>
      <w:r>
        <w:rPr>
          <w:sz w:val="20"/>
        </w:rPr>
        <w:t>1:00:18  koi bhi amliyati, koi bhi is qism ka jo amal karte hain log, is se kisi ko nuqsan</w:t>
      </w:r>
      <w:r>
        <w:br/>
      </w:r>
      <w:r>
        <w:rPr>
          <w:sz w:val="20"/>
        </w:rPr>
        <w:t>1:00:23  pohanchne wala nahi hai.</w:t>
      </w:r>
      <w:r>
        <w:br/>
      </w:r>
      <w:r>
        <w:rPr>
          <w:sz w:val="20"/>
        </w:rPr>
        <w:t>1:00:27  harghiz nahi hai.</w:t>
      </w:r>
      <w:r>
        <w:br/>
      </w:r>
      <w:r>
        <w:rPr>
          <w:sz w:val="20"/>
        </w:rPr>
        <w:t>1:00:31  laisa laka alaihim min sultaan.</w:t>
      </w:r>
      <w:r>
        <w:br/>
      </w:r>
      <w:r>
        <w:rPr>
          <w:sz w:val="20"/>
        </w:rPr>
        <w:t>1:00:36  main aap ko aik qissa batata hoon, bohat hi yani bohat hi ajeeb qissa.</w:t>
      </w:r>
      <w:r>
        <w:br/>
      </w:r>
      <w:r>
        <w:rPr>
          <w:sz w:val="20"/>
        </w:rPr>
        <w:t>1:00:40  dekhen, aik baar main dilli mein</w:t>
      </w:r>
      <w:r>
        <w:br/>
      </w:r>
      <w:r>
        <w:rPr>
          <w:sz w:val="20"/>
        </w:rPr>
        <w:t>1:00:45  aik sahib ke haan gaya.</w:t>
      </w:r>
      <w:r>
        <w:br/>
      </w:r>
      <w:r>
        <w:rPr>
          <w:sz w:val="20"/>
        </w:rPr>
        <w:t>1:00:49  unhon ne bulaya tha mujhe.</w:t>
      </w:r>
      <w:r>
        <w:br/>
      </w:r>
      <w:r>
        <w:rPr>
          <w:sz w:val="20"/>
        </w:rPr>
        <w:t>1:00:53  to jis kamre mein unhon ne bithaya tha, aik bara sa kamra tha, us mein aik side mein</w:t>
      </w:r>
      <w:r>
        <w:br/>
      </w:r>
      <w:r>
        <w:rPr>
          <w:sz w:val="20"/>
        </w:rPr>
        <w:t>1:00:57  aik choti si kothri thi. side mein.</w:t>
      </w:r>
      <w:r>
        <w:br/>
      </w:r>
      <w:r>
        <w:rPr>
          <w:sz w:val="20"/>
        </w:rPr>
        <w:t>1:01:02  to kisi wajah se main ne woh kothri kholi, darwaza khola to wahan aisa hi aik zara bara,</w:t>
      </w:r>
      <w:r>
        <w:br/>
      </w:r>
      <w:r>
        <w:rPr>
          <w:sz w:val="20"/>
        </w:rPr>
        <w:t>1:01:06  is glass se zara baray bara aik bartan tha rakha hua.</w:t>
      </w:r>
      <w:r>
        <w:br/>
      </w:r>
      <w:r>
        <w:rPr>
          <w:sz w:val="20"/>
        </w:rPr>
        <w:t>1:01:10  aur us ke andar yani bijli ke ta</w:t>
      </w:r>
      <w:r>
        <w:br/>
      </w:r>
      <w:r>
        <w:rPr>
          <w:sz w:val="20"/>
        </w:rPr>
        <w:t>1:01:15  ar ke zariye se light jali hui thi. aag.</w:t>
      </w:r>
      <w:r>
        <w:br/>
      </w:r>
      <w:r>
        <w:rPr>
          <w:sz w:val="20"/>
        </w:rPr>
        <w:t>1:01:19  aag is mein ho rahi thi.</w:t>
      </w:r>
      <w:r>
        <w:br/>
      </w:r>
      <w:r>
        <w:rPr>
          <w:sz w:val="20"/>
        </w:rPr>
        <w:t>1:01:24  is mein aik chhuri daali thi is ke andar. chhuri.</w:t>
      </w:r>
      <w:r>
        <w:br/>
      </w:r>
      <w:r>
        <w:rPr>
          <w:sz w:val="20"/>
        </w:rPr>
        <w:t>1:01:28  yani is bartan mein bijli ke zariye se aag jal rahi thi.</w:t>
      </w:r>
      <w:r>
        <w:br/>
      </w:r>
      <w:r>
        <w:rPr>
          <w:sz w:val="20"/>
        </w:rPr>
        <w:t>1:01:33  aur is mein aik chhuri daali hui thi.</w:t>
      </w:r>
      <w:r>
        <w:br/>
      </w:r>
      <w:r>
        <w:rPr>
          <w:sz w:val="20"/>
        </w:rPr>
        <w:t>1:01:37  to main ne un se poocha ke yeh kya cheez hai? kyunke aik anokha scene tha woh mere liye.</w:t>
      </w:r>
      <w:r>
        <w:br/>
      </w:r>
      <w:r>
        <w:rPr>
          <w:sz w:val="20"/>
        </w:rPr>
        <w:t>1:01:42  to unhon ne kaha ke hamare ghar mein jewellery chori ho gayi hai.</w:t>
      </w:r>
      <w:r>
        <w:br/>
      </w:r>
      <w:r>
        <w:rPr>
          <w:sz w:val="20"/>
        </w:rPr>
        <w:t>1:01:46  koi nikaal le gaya hai.</w:t>
      </w:r>
      <w:r>
        <w:br/>
      </w:r>
      <w:r>
        <w:rPr>
          <w:sz w:val="20"/>
        </w:rPr>
        <w:t>1:01:49  to aik sahib ne jo amliyat ke maahir the, unhon ne bataya ke yeh aisa karo to kuch</w:t>
      </w:r>
      <w:r>
        <w:br/>
      </w:r>
      <w:r>
        <w:rPr>
          <w:sz w:val="20"/>
        </w:rPr>
        <w:t>1:01:52  parha hai, unhon ne parh kar ke kiya kiya hai ke yeh jo chhuri jo hai, is ke</w:t>
      </w:r>
      <w:r>
        <w:br/>
      </w:r>
      <w:r>
        <w:rPr>
          <w:sz w:val="20"/>
        </w:rPr>
        <w:t>1:01:55  seene mein ghase gi.</w:t>
      </w:r>
      <w:r>
        <w:br/>
      </w:r>
      <w:r>
        <w:rPr>
          <w:sz w:val="20"/>
        </w:rPr>
        <w:t>1:01:58  yahan jo chhuri hum ne is mein dakhil ki hai, woh is ke seenay mein ghuse gi.</w:t>
      </w:r>
      <w:r>
        <w:br/>
      </w:r>
      <w:r>
        <w:rPr>
          <w:sz w:val="20"/>
        </w:rPr>
        <w:t>1:02:01  is ko itna be taab kare gi ke woh Jewellery la ke aap ke kamray mein daal de ga.</w:t>
      </w:r>
      <w:r>
        <w:br/>
      </w:r>
      <w:r>
        <w:rPr>
          <w:sz w:val="20"/>
        </w:rPr>
        <w:t>1:02:04  aap ke ghar mein daal de ga woh.</w:t>
      </w:r>
      <w:r>
        <w:br/>
      </w:r>
      <w:r>
        <w:rPr>
          <w:sz w:val="20"/>
        </w:rPr>
        <w:t>1:02:07  aisa kuch bhi nahi hua.</w:t>
      </w:r>
      <w:r>
        <w:br/>
      </w:r>
      <w:r>
        <w:rPr>
          <w:sz w:val="20"/>
        </w:rPr>
        <w:t>1:02:10  woh chori ho gayi, chori ho gayi.</w:t>
      </w:r>
      <w:r>
        <w:br/>
      </w:r>
      <w:r>
        <w:rPr>
          <w:sz w:val="20"/>
        </w:rPr>
        <w:t>1:02:13  to yeh sab</w:t>
      </w:r>
      <w:r>
        <w:br/>
      </w:r>
      <w:r>
        <w:rPr>
          <w:sz w:val="20"/>
        </w:rPr>
        <w:t>1:02:16  aik aik sab Superstition hai.</w:t>
      </w:r>
      <w:r>
        <w:br/>
      </w:r>
      <w:r>
        <w:rPr>
          <w:sz w:val="20"/>
        </w:rPr>
        <w:t>1:02:20  aik False Business hai.</w:t>
      </w:r>
      <w:r>
        <w:br/>
      </w:r>
      <w:r>
        <w:rPr>
          <w:sz w:val="20"/>
        </w:rPr>
        <w:t>1:02:24  is ko mein kahoon ga False Hope Business.</w:t>
      </w:r>
      <w:r>
        <w:br/>
      </w:r>
      <w:r>
        <w:rPr>
          <w:sz w:val="20"/>
        </w:rPr>
        <w:t>1:02:28  yeh False Hope Business hai, mehfoza umeedon ki tijarat.</w:t>
      </w:r>
      <w:r>
        <w:br/>
      </w:r>
      <w:r>
        <w:rPr>
          <w:sz w:val="20"/>
        </w:rPr>
        <w:t>1:02:31  is se ziyada is ki koi haqeeqat nahi hai.</w:t>
      </w:r>
      <w:r>
        <w:br/>
      </w:r>
      <w:r>
        <w:rPr>
          <w:sz w:val="20"/>
        </w:rPr>
        <w:t>1:02:35  yeh jo log yaani jin ke andar samajh nahi hoti, woh is mein phans jatay hain.</w:t>
      </w:r>
      <w:r>
        <w:br/>
      </w:r>
      <w:r>
        <w:rPr>
          <w:sz w:val="20"/>
        </w:rPr>
        <w:t>1:02:39  aur bohat bari raqamen is mein kharch karte hain.</w:t>
      </w:r>
      <w:r>
        <w:br/>
      </w:r>
      <w:r>
        <w:rPr>
          <w:sz w:val="20"/>
        </w:rPr>
        <w:t>1:02:43  beh-haal, mein is ko baal</w:t>
      </w:r>
      <w:r>
        <w:br/>
      </w:r>
      <w:r>
        <w:rPr>
          <w:sz w:val="20"/>
        </w:rPr>
        <w:t>1:02:46  kal Baseless samajhta hoon.</w:t>
      </w:r>
      <w:r>
        <w:br/>
      </w:r>
      <w:r>
        <w:rPr>
          <w:sz w:val="20"/>
        </w:rPr>
        <w:t>1:02:51  aur is ki koi haqeeqat nahi hai.</w:t>
      </w:r>
      <w:r>
        <w:br/>
      </w:r>
      <w:r>
        <w:rPr>
          <w:sz w:val="20"/>
        </w:rPr>
        <w:t>1:02:55  na Scientific aitbaar se aur na deen ke aitbaar se.</w:t>
      </w:r>
    </w:p>
    <w:p>
      <w:pPr>
        <w:pStyle w:val="Heading2"/>
      </w:pPr>
      <w:r>
        <w:t>Is going to Paradise difficult?</w:t>
      </w:r>
    </w:p>
    <w:p>
      <w:r>
        <w:rPr>
          <w:color w:val="666666"/>
          <w:sz w:val="18"/>
        </w:rPr>
        <w:t>Faith &amp; God · God Gives in Abundance 13 Oct 2019 - Maulana Wahiduddin Khan · 2m 47s · at 43:58 · https://youtu.be/eC4RaczXBzM?t=2638</w:t>
      </w:r>
    </w:p>
    <w:p>
      <w:r>
        <w:rPr>
          <w:i/>
        </w:rPr>
        <w:t>“It was a very hopeful lecture. Many people say that going to Paradise is difficult. Is that correct? Is going to Paradise difficult?”</w:t>
      </w:r>
    </w:p>
    <w:p>
      <w:r>
        <w:rPr>
          <w:sz w:val="20"/>
        </w:rPr>
        <w:t>43:58  maulana, agla sawal boston se asad parvez sahib ne bheja hai. unhone likha hai: "maulana, it was a very hopeful lecture.</w:t>
      </w:r>
      <w:r>
        <w:br/>
      </w:r>
      <w:r>
        <w:rPr>
          <w:sz w:val="20"/>
        </w:rPr>
        <w:t>44:09  many people say that going to paradise is difficult. is that correct? kya jannat jana mushkil hai?" hargiz nahi.</w:t>
      </w:r>
      <w:r>
        <w:br/>
      </w:r>
      <w:r>
        <w:rPr>
          <w:sz w:val="20"/>
        </w:rPr>
        <w:t>44:23  aap is ki shart poori keejiye. condition woh yeh hai ke aap apne aap ko deejie Allah ke cause mein.</w:t>
      </w:r>
      <w:r>
        <w:br/>
      </w:r>
      <w:r>
        <w:rPr>
          <w:sz w:val="20"/>
        </w:rPr>
        <w:t>44:33  aap ke paas jo paisa hai, jo energy hai, jo time hai, is ko deejie Allah ke cause mein. to jannat se ziyada aasan koi cheez nahin.</w:t>
      </w:r>
      <w:r>
        <w:br/>
      </w:r>
      <w:r>
        <w:rPr>
          <w:sz w:val="20"/>
        </w:rPr>
        <w:t>44:43  lekin aap kuch na dein, apna paisa aap idhar udhar zaya karein, apna energy idhar udhar zaya karein, apna time idhar udhar zaya karein.</w:t>
      </w:r>
      <w:r>
        <w:br/>
      </w:r>
      <w:r>
        <w:rPr>
          <w:sz w:val="20"/>
        </w:rPr>
        <w:t>44:58  to zahir hai ke aisi haalat mein kyun aap ko jannat mile gi?</w:t>
      </w:r>
      <w:r>
        <w:br/>
      </w:r>
      <w:r>
        <w:rPr>
          <w:sz w:val="20"/>
        </w:rPr>
        <w:t>45:08  Maulana Aamir Mory sahib ne, Aamir Mory sahib ne gawah se likha hai: "My take away from today lecture is that we should always live in Alhamdulillah culture.</w:t>
      </w:r>
      <w:r>
        <w:br/>
      </w:r>
      <w:r>
        <w:rPr>
          <w:sz w:val="20"/>
        </w:rPr>
        <w:t>45:20  We have been blessed with infinite items of shukr, which should definitely make us grateful towards God. Thank you Maulana for instilling this spirit in us.</w:t>
      </w:r>
      <w:r>
        <w:br/>
      </w:r>
      <w:r>
        <w:rPr>
          <w:sz w:val="20"/>
        </w:rPr>
        <w:t>45:32  My question is that what is the criteria of hoping that God will bless us more than what we desire in the hereafter?" is ke bare mein bataein.</w:t>
      </w:r>
      <w:r>
        <w:br/>
      </w:r>
      <w:r>
        <w:rPr>
          <w:sz w:val="20"/>
        </w:rPr>
        <w:t>45:46  dekhiye, Quran ka jo chautha para hai: "lan tanalbirratan faqooru min muhibbeen", aap ki jo mehboob cheez hai, us ko aap dein Allah ke liye.</w:t>
      </w:r>
      <w:r>
        <w:br/>
      </w:r>
      <w:r>
        <w:rPr>
          <w:sz w:val="20"/>
        </w:rPr>
        <w:t>46:01  aap ka maal, aap ke time, aap ki energy, jo aap ko mehboob hai, woh dein Allah ke liye.</w:t>
      </w:r>
      <w:r>
        <w:br/>
      </w:r>
      <w:r>
        <w:rPr>
          <w:sz w:val="20"/>
        </w:rPr>
        <w:t>46:10  yeh nahin ho sakta ke apni mehboob cheez to aap kahin aur dein aur Allah aap ko jannat de de. yeh nahin ho sakta. apni mehboob cheez ko aap ko Allah ke mission mein dena pare ga.</w:t>
      </w:r>
      <w:r>
        <w:br/>
      </w:r>
      <w:r>
        <w:rPr>
          <w:sz w:val="20"/>
        </w:rPr>
        <w:t>46:24  tab to farishtay aap ke intezar mein kharay honge ke</w:t>
      </w:r>
      <w:r>
        <w:br/>
      </w:r>
      <w:r>
        <w:rPr>
          <w:sz w:val="20"/>
        </w:rPr>
        <w:t>46:29  ... lekin agar aap ki mehboob cheez kahin aur aap dein to phir aap ko umeed nahin rakhni chahiye ke farishtay aap ke intezar mein kharay honge.</w:t>
      </w:r>
    </w:p>
    <w:p>
      <w:pPr>
        <w:pStyle w:val="Heading2"/>
      </w:pPr>
      <w:r>
        <w:t>Is saying 'I am Muslim and proud' justified?</w:t>
      </w:r>
    </w:p>
    <w:p>
      <w:r>
        <w:rPr>
          <w:color w:val="666666"/>
          <w:sz w:val="18"/>
        </w:rPr>
        <w:t>Faith &amp; God · Life After Death January 22, 2012 · 2m 03s · at 1:20:03 · https://youtu.be/5hVH1BLKBF4?t=4803</w:t>
      </w:r>
    </w:p>
    <w:p>
      <w:r>
        <w:rPr>
          <w:i/>
        </w:rPr>
        <w:t>“I hear many Muslims saying 'I am Muslim and proud of it.' Is this line justified? Please clarify.”</w:t>
      </w:r>
    </w:p>
    <w:p>
      <w:r>
        <w:rPr>
          <w:sz w:val="20"/>
        </w:rPr>
        <w:t>1:20:03  Maulana, agla sawal Hyderabad se aaya hai Mr. Ahd Sham Hasnain ka. unhon ne likha hai: "Molana, I hear many Muslims saying 'I am Muslim and proud of it.' Is this line justified?</w:t>
      </w:r>
      <w:r>
        <w:br/>
      </w:r>
      <w:r>
        <w:rPr>
          <w:sz w:val="20"/>
        </w:rPr>
        <w:t>1:20:17  Please clarify."</w:t>
      </w:r>
      <w:r>
        <w:br/>
      </w:r>
      <w:r>
        <w:rPr>
          <w:sz w:val="20"/>
        </w:rPr>
        <w:t>1:20:20  yeh to bohat bari burai hai jo aaj ke yeh Musalmanon mein hai. dekhiye har cheez ko aap ko Judge karna chahiye Sahaba se.</w:t>
      </w:r>
      <w:r>
        <w:br/>
      </w:r>
      <w:r>
        <w:rPr>
          <w:sz w:val="20"/>
        </w:rPr>
        <w:t>1:20:32  koi ek Sahabi mujhe bata diya jo yeh kaha ho kehta ho ke mujhe fakhr hai ke main Muslim hoon, main fakhr hai ke mujhe Islam mila hai. koi koi ek Sahabi nahi.</w:t>
      </w:r>
      <w:r>
        <w:br/>
      </w:r>
      <w:r>
        <w:rPr>
          <w:sz w:val="20"/>
        </w:rPr>
        <w:t>1:20:43  to yeh kahan se nikla? yeh to Shaitan ki sunnat hai.</w:t>
      </w:r>
      <w:r>
        <w:br/>
      </w:r>
      <w:r>
        <w:rPr>
          <w:sz w:val="20"/>
        </w:rPr>
        <w:t>1:20:46  Shaitan ne fakhr kiya tha: "ana khayrun minhu" . Shaitan ne kaha tha: "ana khayrun minhu" . aur fakhr kiya tha ke main behtar hoon Adam se.</w:t>
      </w:r>
      <w:r>
        <w:br/>
      </w:r>
      <w:r>
        <w:rPr>
          <w:sz w:val="20"/>
        </w:rPr>
        <w:t>1:20:57  to yeh jo hai is Shaitan ki sunnat hai, yeh Rasool Allah ki sunnat nahi hai, yeh Sahaba ki sunnat hai.</w:t>
      </w:r>
      <w:r>
        <w:br/>
      </w:r>
      <w:r>
        <w:rPr>
          <w:sz w:val="20"/>
        </w:rPr>
        <w:t>1:21:04  fakhr ka kalma jo hai yeh Shaitan ka kalma hai. Shaitan ka kalma hai: "ana khayrun minhu" . fakhr ke maani kya hain?</w:t>
      </w:r>
      <w:r>
        <w:br/>
      </w:r>
      <w:r>
        <w:rPr>
          <w:sz w:val="20"/>
        </w:rPr>
        <w:t>1:21:14  ke main main behtar hoon, main Superior hoon. yeh to Shaitan ki Shaitan ki Shaitan ke peeche chalna hai.</w:t>
      </w:r>
      <w:r>
        <w:br/>
      </w:r>
      <w:r>
        <w:rPr>
          <w:sz w:val="20"/>
        </w:rPr>
        <w:t>1:21:25  Islam ka jo hai woh Modesty hai, tawazu hai. Modesty, tawazu. fakhr har giz nahi hai.</w:t>
      </w:r>
      <w:r>
        <w:br/>
      </w:r>
      <w:r>
        <w:rPr>
          <w:sz w:val="20"/>
        </w:rPr>
        <w:t>1:21:36  jo log fakhr karte hain woh Allah ki pakad mein aayenge ke tum ne tum ko chalna chahiye tha Rasool Allah ki sunnat par aur tum chale Shaitan ki sunnat par.</w:t>
      </w:r>
      <w:r>
        <w:br/>
      </w:r>
      <w:r>
        <w:rPr>
          <w:sz w:val="20"/>
        </w:rPr>
        <w:t>1:21:49  yaani tum ko chahiye tha ke Rasool aur Sahaba Rasool ki misalein tumhare paas theen, un ki sunnat pe chalte tum. un ko chhod ke tum Shaitan ke raaste chal pade. yeh to bohat bara bilashuba gunah hai, is mein koi sawab ki baat nahi.</w:t>
      </w:r>
    </w:p>
    <w:p>
      <w:pPr>
        <w:pStyle w:val="Heading2"/>
      </w:pPr>
      <w:r>
        <w:t>Is the Shaitan with Every Person Literal?</w:t>
      </w:r>
    </w:p>
    <w:p>
      <w:r>
        <w:rPr>
          <w:color w:val="666666"/>
          <w:sz w:val="18"/>
        </w:rPr>
        <w:t>Faith &amp; God · Divine Help September 22, 2015 · 4m 45s · at 57:32 · https://youtu.be/sozrNCif0Gg?t=3452</w:t>
      </w:r>
    </w:p>
    <w:p>
      <w:r>
        <w:rPr>
          <w:i/>
        </w:rPr>
        <w:t>“It is said that there is a shaitan with every person. Does this mean that there is a jinn physically present with us or is it just a symbolic saying? What does it mean?”</w:t>
      </w:r>
    </w:p>
    <w:p>
      <w:r>
        <w:rPr>
          <w:sz w:val="20"/>
        </w:rPr>
        <w:t>57:32  Maulana, agla sawal Kuwait se Asad Parvez sahab ne bheja hai. Unhon ne likha hai: "Molana, it is said that there is a shaitan with every person</w:t>
      </w:r>
      <w:r>
        <w:br/>
      </w:r>
      <w:r>
        <w:rPr>
          <w:sz w:val="20"/>
        </w:rPr>
        <w:t>57:42  . Does this mean that there is a jinn physically present with us or is it just a symbolic saying? What does it mean?" dekhiye, is ko aap ek dam aap chahein ke specific andaaz mein jaan saken to aap yeh jaan saken ge.</w:t>
      </w:r>
      <w:r>
        <w:br/>
      </w:r>
      <w:r>
        <w:rPr>
          <w:sz w:val="20"/>
        </w:rPr>
        <w:t>58:02  kyun ke yeh haqeeqat hai. Quran mein is tareeqe se nahin bayan ki gayi jaise ke yeh Dilli hai, yeh Multan hai.</w:t>
      </w:r>
      <w:r>
        <w:br/>
      </w:r>
      <w:r>
        <w:rPr>
          <w:sz w:val="20"/>
        </w:rPr>
        <w:t>58:12  to aap ko yani jitna bayan hua hai, usi ke lihaaz se yaqeen karna padega.</w:t>
      </w:r>
      <w:r>
        <w:br/>
      </w:r>
      <w:r>
        <w:rPr>
          <w:sz w:val="20"/>
        </w:rPr>
        <w:t>58:21  is se zyada janna chahein aap to woh possible hi nahin hai. Is ke liye aap wait kijiye qayamat tak ka.</w:t>
      </w:r>
      <w:r>
        <w:br/>
      </w:r>
      <w:r>
        <w:rPr>
          <w:sz w:val="20"/>
        </w:rPr>
        <w:t>58:33  Maulana, ek comment parhna chahenge jo Bangalore se Ms. Syeda Fauzana Hussain ne bheja hai. Unhon ne likha hai</w:t>
      </w:r>
      <w:r>
        <w:br/>
      </w:r>
      <w:r>
        <w:rPr>
          <w:sz w:val="20"/>
        </w:rPr>
        <w:t>58:41  : "Molana sahib, listening to your lecture, I came to my own understanding that our Quran is God's guidelines bestowed upon human beings.</w:t>
      </w:r>
      <w:r>
        <w:br/>
      </w:r>
      <w:r>
        <w:rPr>
          <w:sz w:val="20"/>
        </w:rPr>
        <w:t>58:54  And by reading it in depth and following its principles meticulously, we will definitely find solutions to each of the problems that we face in day-to-day lives.</w:t>
      </w:r>
      <w:r>
        <w:br/>
      </w:r>
      <w:r>
        <w:rPr>
          <w:sz w:val="20"/>
        </w:rPr>
        <w:t>59:08  As God has already predicted the problems we might face in the future and has given us the right solution to it. Some are direct and some are indirect.</w:t>
      </w:r>
      <w:r>
        <w:br/>
      </w:r>
      <w:r>
        <w:rPr>
          <w:sz w:val="20"/>
        </w:rPr>
        <w:t>59:19  So first we have to take up the challenge to apply it appropriately and help ourselves. And I believe in every step God is beside us, guiding us to light from darkness.</w:t>
      </w:r>
      <w:r>
        <w:br/>
      </w:r>
      <w:r>
        <w:rPr>
          <w:sz w:val="20"/>
        </w:rPr>
        <w:t>59:35  Life and problems are two sides to a coin, and we cannot run away from it, rather face it courageously. Thank you for this beautiful enlightenment." dekhiye,</w:t>
      </w:r>
      <w:r>
        <w:br/>
      </w:r>
      <w:r>
        <w:rPr>
          <w:sz w:val="20"/>
        </w:rPr>
        <w:t>59:49  aap ne baat to sahi kahi hai lekin is specific andaaz mein nahin bataya aap ne. Bahut achhi baat hai.</w:t>
      </w:r>
      <w:r>
        <w:br/>
      </w:r>
      <w:r>
        <w:rPr>
          <w:sz w:val="20"/>
        </w:rPr>
        <w:t>59:59  is specific kya hai ke main ne discover kiya, is ko bataya nahin aap ne ke do aayaton ke beech mein rabt hum samajhte the ke yahi jahan hum ne padha, wahan yeh bataya jata tha.</w:t>
      </w:r>
      <w:r>
        <w:br/>
      </w:r>
      <w:r>
        <w:rPr>
          <w:sz w:val="20"/>
        </w:rPr>
        <w:t>1:00:15  do aayaton ka rabt jo hai, wahi sab se important hai. Nahin, sari aayaton ko jis tarah aap badal ke roop mein dekhiye,</w:t>
      </w:r>
      <w:r>
        <w:br/>
      </w:r>
      <w:r>
        <w:rPr>
          <w:sz w:val="20"/>
        </w:rPr>
        <w:t>1:00:25  maslan main ne misaal di aap ko ke aap ne Allah ke mission ko apnaya, is ke liye khade hue, aap is ke liye struggle shuru kiya.</w:t>
      </w:r>
      <w:r>
        <w:br/>
      </w:r>
      <w:r>
        <w:rPr>
          <w:sz w:val="20"/>
        </w:rPr>
        <w:t>1:00:35  to doosri ayat jo wahin kahin nahin hai,</w:t>
      </w:r>
      <w:r>
        <w:br/>
      </w:r>
      <w:r>
        <w:rPr>
          <w:sz w:val="20"/>
        </w:rPr>
        <w:t>1:00:39  doosri jagah hai ke asma o bara. Doosri jagah hai ke Allah taala kehta hai Allah ke apne bando se ke main tum ko dekh raha hoon, main tum ko tumhare saath hoon, main tumhare madadgar ke taur par tumhare saath saath chal raha hoon.</w:t>
      </w:r>
      <w:r>
        <w:br/>
      </w:r>
      <w:r>
        <w:rPr>
          <w:sz w:val="20"/>
        </w:rPr>
        <w:t>1:00:59  ab yeh is mein bulaya mein ne, tab meri samajh mein aaya ke Allah ki rah mein chalna ke liye zaroori hai ke aap yeh yaqeen karein ke Allah aap ke sath hai, aap ke sath sath chal raha hai.</w:t>
      </w:r>
      <w:r>
        <w:br/>
      </w:r>
      <w:r>
        <w:rPr>
          <w:sz w:val="20"/>
        </w:rPr>
        <w:t>1:01:11  to woh is ayat mein nahi hai, woh doosri ayat mein hai. to Quran mein jo yeh mein ne aap se arz kiya ke Quran mein jo style hai, woh jis tarah fazl ki style hai, woh woh nazm banl ayat ki style hai hi nahi.</w:t>
      </w:r>
      <w:r>
        <w:br/>
      </w:r>
      <w:r>
        <w:rPr>
          <w:sz w:val="20"/>
        </w:rPr>
        <w:t>1:01:30  yani wohin kahin nazm hai, wohin kahin janiye is ko to aap phanse rahenge. nahi, jis tarah fazl ka jo tareeqa hai, is ke lehaz se aap dekhenge.</w:t>
      </w:r>
      <w:r>
        <w:br/>
      </w:r>
      <w:r>
        <w:rPr>
          <w:sz w:val="20"/>
        </w:rPr>
        <w:t>1:01:41  yahan wahan, yahan wahan jo phaili hui ayatein hain, un un mein references hain, un ko discover kijiye. tab aap ko sahi rehnumai milegi.</w:t>
      </w:r>
      <w:r>
        <w:br/>
      </w:r>
      <w:r>
        <w:rPr>
          <w:sz w:val="20"/>
        </w:rPr>
        <w:t>1:01:52  is ko hi pakdiye aap.</w:t>
      </w:r>
      <w:r>
        <w:br/>
      </w:r>
      <w:r>
        <w:rPr>
          <w:sz w:val="20"/>
        </w:rPr>
        <w:t>1:01:59  mol</w:t>
      </w:r>
      <w:r>
        <w:br/>
      </w:r>
      <w:r>
        <w:rPr>
          <w:sz w:val="20"/>
        </w:rPr>
        <w:t>1:02:00  ana azhar mubarak sahib ne bhagalpur se likha hai: "maulana sahib, every time I experience that you do a great intellectual session and very creatively, your ideas are always new and original.</w:t>
      </w:r>
    </w:p>
    <w:p>
      <w:pPr>
        <w:pStyle w:val="Heading2"/>
      </w:pPr>
      <w:r>
        <w:t>Islam as discovery and choice</w:t>
      </w:r>
    </w:p>
    <w:p>
      <w:r>
        <w:rPr>
          <w:color w:val="666666"/>
          <w:sz w:val="18"/>
        </w:rPr>
        <w:t>Faith &amp; God · Divine Help February 09, 2014 Maulana Wahiduddin Khan · 3m 51s · at 58:29 · https://youtu.be/eJBjiYGZcKY?t=3509</w:t>
      </w:r>
    </w:p>
    <w:p>
      <w:r>
        <w:rPr>
          <w:i/>
        </w:rPr>
        <w:t>“Maulana, you say that Islam is a matter of discovery and choice for both Muslims and non-Muslims.”</w:t>
      </w:r>
    </w:p>
    <w:p>
      <w:r>
        <w:rPr>
          <w:sz w:val="20"/>
        </w:rPr>
        <w:t>58:29  Maulana agla sawal aaya hai kolkata se doctor roshan kumar jha ka.</w:t>
      </w:r>
      <w:r>
        <w:br/>
      </w:r>
      <w:r>
        <w:rPr>
          <w:sz w:val="20"/>
        </w:rPr>
        <w:t>58:34  انہوں نے لکھا ہے: Maulana Sahib, you say that Islam is a matter of discovery and choice for</w:t>
      </w:r>
      <w:r>
        <w:br/>
      </w:r>
      <w:r>
        <w:rPr>
          <w:sz w:val="20"/>
        </w:rPr>
        <w:t>58:39  both muslims and non-muslims.</w:t>
      </w:r>
      <w:r>
        <w:br/>
      </w:r>
      <w:r>
        <w:rPr>
          <w:sz w:val="20"/>
        </w:rPr>
        <w:t>58:44  and that it is not something that is received as an inheritance.</w:t>
      </w:r>
      <w:r>
        <w:br/>
      </w:r>
      <w:r>
        <w:rPr>
          <w:sz w:val="20"/>
        </w:rPr>
        <w:t>58:50  My question is that why children are born in two different situations? One is born in a Muslim family and another in non-Muslim environment. Isn't this injustice for the child born in a non-Muslim family as deconditioning of mind is easy for a child who is born in a Muslim family if he wants to accept Islam as a way of life?</w:t>
      </w:r>
      <w:r>
        <w:br/>
      </w:r>
      <w:r>
        <w:rPr>
          <w:sz w:val="20"/>
        </w:rPr>
        <w:t>59:19  dekhiye aap meri kitab padhiye Islam rediscovered.</w:t>
      </w:r>
      <w:r>
        <w:br/>
      </w:r>
      <w:r>
        <w:rPr>
          <w:sz w:val="20"/>
        </w:rPr>
        <w:t>59:23  Islam rediscovered yeh meri kitab is ko aap padhiye aap.</w:t>
      </w:r>
      <w:r>
        <w:br/>
      </w:r>
      <w:r>
        <w:rPr>
          <w:sz w:val="20"/>
        </w:rPr>
        <w:t>59:28  yeh bohat bari bhool hai ke log samajhte hain ke musalman paidaishi taur par musalman banta hai.</w:t>
      </w:r>
      <w:r>
        <w:br/>
      </w:r>
      <w:r>
        <w:rPr>
          <w:sz w:val="20"/>
        </w:rPr>
        <w:t>59:32  yani paida ho gaya to musalman hai.</w:t>
      </w:r>
      <w:r>
        <w:br/>
      </w:r>
      <w:r>
        <w:rPr>
          <w:sz w:val="20"/>
        </w:rPr>
        <w:t>59:37  yeh bilkul hi be asal baat hai.</w:t>
      </w:r>
      <w:r>
        <w:br/>
      </w:r>
      <w:r>
        <w:rPr>
          <w:sz w:val="20"/>
        </w:rPr>
        <w:t>59:41  paidaish se koi musalman nahi banta.</w:t>
      </w:r>
      <w:r>
        <w:br/>
      </w:r>
      <w:r>
        <w:rPr>
          <w:sz w:val="20"/>
        </w:rPr>
        <w:t>59:46  chahe muslim ghar mein paida ho ya non-Muslim ghar mein paida ho.</w:t>
      </w:r>
      <w:r>
        <w:br/>
      </w:r>
      <w:r>
        <w:rPr>
          <w:sz w:val="20"/>
        </w:rPr>
        <w:t>59:50  islam ko is ko daryaft hi karna hai.</w:t>
      </w:r>
      <w:r>
        <w:br/>
      </w:r>
      <w:r>
        <w:rPr>
          <w:sz w:val="20"/>
        </w:rPr>
        <w:t>59:55  donon ko daryaft karna hai.</w:t>
      </w:r>
      <w:r>
        <w:br/>
      </w:r>
      <w:r>
        <w:rPr>
          <w:sz w:val="20"/>
        </w:rPr>
        <w:t>1:00:00  islam ko matlab sachai ko.</w:t>
      </w:r>
      <w:r>
        <w:br/>
      </w:r>
      <w:r>
        <w:rPr>
          <w:sz w:val="20"/>
        </w:rPr>
        <w:t>1:00:04  dekhiye sachai wohi hai jo aap ki discovery ho.</w:t>
      </w:r>
      <w:r>
        <w:br/>
      </w:r>
      <w:r>
        <w:rPr>
          <w:sz w:val="20"/>
        </w:rPr>
        <w:t>1:00:09  jo aap ki discovery na ho woh sachai hi nahi hai.</w:t>
      </w:r>
      <w:r>
        <w:br/>
      </w:r>
      <w:r>
        <w:rPr>
          <w:sz w:val="20"/>
        </w:rPr>
        <w:t>1:00:13  mamma arafu min al-haqq jo quran mein aaya hai.</w:t>
      </w:r>
      <w:r>
        <w:br/>
      </w:r>
      <w:r>
        <w:rPr>
          <w:sz w:val="20"/>
        </w:rPr>
        <w:t>1:00:18  yeh bilkul bohat hi zyada yani sachai ko yani kamtar samajhna hai, kamtar.</w:t>
      </w:r>
      <w:r>
        <w:br/>
      </w:r>
      <w:r>
        <w:rPr>
          <w:sz w:val="20"/>
        </w:rPr>
        <w:t>1:00:22  ke aap samjhein ke zuban se kuch bol do to sachai mil gayi aap ko.</w:t>
      </w:r>
      <w:r>
        <w:br/>
      </w:r>
      <w:r>
        <w:rPr>
          <w:sz w:val="20"/>
        </w:rPr>
        <w:t>1:00:27  la ilaha parh do sachai mil gayi aap ko.</w:t>
      </w:r>
      <w:r>
        <w:br/>
      </w:r>
      <w:r>
        <w:rPr>
          <w:sz w:val="20"/>
        </w:rPr>
        <w:t>1:00:32  kuch bhi nahi.</w:t>
      </w:r>
      <w:r>
        <w:br/>
      </w:r>
      <w:r>
        <w:rPr>
          <w:sz w:val="20"/>
        </w:rPr>
        <w:t>1:00:36  koi aadmi muslim paida ho, muslim ghar mein paida ho ya non-Muslim ghar mein.</w:t>
      </w:r>
      <w:r>
        <w:br/>
      </w:r>
      <w:r>
        <w:rPr>
          <w:sz w:val="20"/>
        </w:rPr>
        <w:t>1:00:41  donon ki halat ek hai.</w:t>
      </w:r>
      <w:r>
        <w:br/>
      </w:r>
      <w:r>
        <w:rPr>
          <w:sz w:val="20"/>
        </w:rPr>
        <w:t>1:00:45  har ek ko har ek ko sachai ko daryaft karna hai.</w:t>
      </w:r>
      <w:r>
        <w:br/>
      </w:r>
      <w:r>
        <w:rPr>
          <w:sz w:val="20"/>
        </w:rPr>
        <w:t>1:00:50  har ek ko sachai ko daryaft karna hai.</w:t>
      </w:r>
      <w:r>
        <w:br/>
      </w:r>
      <w:r>
        <w:rPr>
          <w:sz w:val="20"/>
        </w:rPr>
        <w:t>1:00:54  isi liye quran mein aaya hai ke ya aap ghor kijiye is ka matlab kya hai? Ae iman</w:t>
      </w:r>
      <w:r>
        <w:br/>
      </w:r>
      <w:r>
        <w:rPr>
          <w:sz w:val="20"/>
        </w:rPr>
        <w:t>1:00:59  laye, ae iman lanay walon iman lao.</w:t>
      </w:r>
      <w:r>
        <w:br/>
      </w:r>
      <w:r>
        <w:rPr>
          <w:sz w:val="20"/>
        </w:rPr>
        <w:t>1:01:03  kya matlab is ka? Ya ayyuha al-nas keh kar bhi ek quran mein kaha gaya hai.</w:t>
      </w:r>
      <w:r>
        <w:br/>
      </w:r>
      <w:r>
        <w:rPr>
          <w:sz w:val="20"/>
        </w:rPr>
        <w:t>1:01:08  aur ya ayyuha allazina amanu se bhi keh kar bhi yahi kaha gaya hai.</w:t>
      </w:r>
      <w:r>
        <w:br/>
      </w:r>
      <w:r>
        <w:rPr>
          <w:sz w:val="20"/>
        </w:rPr>
        <w:t>1:01:13  yeh yeh farq hi galat hai, yeh ek categorization galat hai yeh.</w:t>
      </w:r>
      <w:r>
        <w:br/>
      </w:r>
      <w:r>
        <w:rPr>
          <w:sz w:val="20"/>
        </w:rPr>
        <w:t>1:01:17  yeh sachai ko bohat hi kam samajhna hai.</w:t>
      </w:r>
      <w:r>
        <w:br/>
      </w:r>
      <w:r>
        <w:rPr>
          <w:sz w:val="20"/>
        </w:rPr>
        <w:t>1:01:22  sachai ke muamle ko bohat kam samajhna hai.</w:t>
      </w:r>
      <w:r>
        <w:br/>
      </w:r>
      <w:r>
        <w:rPr>
          <w:sz w:val="20"/>
        </w:rPr>
        <w:t>1:01:26  har aadmi ko conscious level par discover karna hai sachai ko.</w:t>
      </w:r>
      <w:r>
        <w:br/>
      </w:r>
      <w:r>
        <w:rPr>
          <w:sz w:val="20"/>
        </w:rPr>
        <w:t>1:01:31  isi waqt is ke andar conviction aaye ga aur yaqeen aaye ga.</w:t>
      </w:r>
      <w:r>
        <w:br/>
      </w:r>
      <w:r>
        <w:rPr>
          <w:sz w:val="20"/>
        </w:rPr>
        <w:t>1:01:35  jo aisa nahi kare ga to is ke liye mazhab ya sachai aik aik rasmi yani aik rasmi cheez hogi.</w:t>
      </w:r>
      <w:r>
        <w:br/>
      </w:r>
      <w:r>
        <w:rPr>
          <w:sz w:val="20"/>
        </w:rPr>
        <w:t>1:01:40  kuch munh se bol, kuch munh se bolay hue alfaaz honge bas.</w:t>
      </w:r>
      <w:r>
        <w:br/>
      </w:r>
      <w:r>
        <w:rPr>
          <w:sz w:val="20"/>
        </w:rPr>
        <w:t>1:01:45  woh kuch bhi is ki koi haqeeqat nahi hai.</w:t>
      </w:r>
      <w:r>
        <w:br/>
      </w:r>
      <w:r>
        <w:rPr>
          <w:sz w:val="20"/>
        </w:rPr>
        <w:t>1:01:49  Allah ke nazdeek koi value nahi hai.</w:t>
      </w:r>
      <w:r>
        <w:br/>
      </w:r>
      <w:r>
        <w:rPr>
          <w:sz w:val="20"/>
        </w:rPr>
        <w:t>1:01:54  mamma arfo min al-haq jo Quran majeed mein hai to wohi har aik ka hai.</w:t>
      </w:r>
      <w:r>
        <w:br/>
      </w:r>
      <w:r>
        <w:rPr>
          <w:sz w:val="20"/>
        </w:rPr>
        <w:t>1:01:58  ke aap ko marfat ke darjay mein hasil karna hai sachai ko.</w:t>
      </w:r>
      <w:r>
        <w:br/>
      </w:r>
      <w:r>
        <w:rPr>
          <w:sz w:val="20"/>
        </w:rPr>
        <w:t>1:02:03  tab woh sachai aap ke liye sachai hai warna woh kuch bhi nahi, nothing.</w:t>
      </w:r>
      <w:r>
        <w:br/>
      </w:r>
      <w:r>
        <w:rPr>
          <w:sz w:val="20"/>
        </w:rPr>
        <w:t>1:02:07  Maulana agla question lene se pehle aik comment parhna chahenge jo Ajmer se Dr. Safina Tabassum ne bheja hai.</w:t>
      </w:r>
      <w:r>
        <w:br/>
      </w:r>
      <w:r>
        <w:rPr>
          <w:sz w:val="20"/>
        </w:rPr>
        <w:t>1:02:12  unhon ne likha hai: Maulana I Allah reward you immensely for your endless efforts to present the real Islam.</w:t>
      </w:r>
      <w:r>
        <w:br/>
      </w:r>
      <w:r>
        <w:rPr>
          <w:sz w:val="20"/>
        </w:rPr>
        <w:t>1:02:17  And may Allah guide us to help you in this mission always.</w:t>
      </w:r>
    </w:p>
    <w:p>
      <w:pPr>
        <w:pStyle w:val="Heading2"/>
      </w:pPr>
      <w:r>
        <w:t>Knowing God's approval after patience</w:t>
      </w:r>
    </w:p>
    <w:p>
      <w:r>
        <w:rPr>
          <w:color w:val="666666"/>
          <w:sz w:val="18"/>
        </w:rPr>
        <w:t>Faith &amp; God · Divine Help March 31, 2019 Maulana Wahiduddin Khan · 2m 25s · at 33:34 · https://youtu.be/o5-R5Rjs5Cw?t=2014</w:t>
      </w:r>
    </w:p>
    <w:p>
      <w:r>
        <w:rPr>
          <w:i/>
        </w:rPr>
        <w:t>“Molana, you said today that patience is buying time. This is such an amazing explanation. My question is that after keeping patience, if we don't get desired result, then how do we know whether God approves my plan or not?”</w:t>
      </w:r>
    </w:p>
    <w:p>
      <w:r>
        <w:rPr>
          <w:sz w:val="20"/>
        </w:rPr>
        <w:t>33:34  allah hamare saath hai aur sab dekh raha hai, beshak." maulana, aap sawal lena chahenge? yeh sawal, yeh sawal bheja hai ahmedabad se abdul majid sahib ne, unhon ne likha hai:</w:t>
      </w:r>
      <w:r>
        <w:br/>
      </w:r>
      <w:r>
        <w:rPr>
          <w:sz w:val="20"/>
        </w:rPr>
        <w:t>33:49  "molana, you said today that patience is buying time. this is such an amazing explanation. my question is that after keeping patience, if we don't get desired result,</w:t>
      </w:r>
      <w:r>
        <w:br/>
      </w:r>
      <w:r>
        <w:rPr>
          <w:sz w:val="20"/>
        </w:rPr>
        <w:t>34:04  then how do we know whether god approves my plan or not?</w:t>
      </w:r>
      <w:r>
        <w:br/>
      </w:r>
      <w:r>
        <w:rPr>
          <w:sz w:val="20"/>
        </w:rPr>
        <w:t>34:09  is there a way to find out so we can move to the second or the third option and not keep waiting in patience forever?"</w:t>
      </w:r>
      <w:r>
        <w:br/>
      </w:r>
      <w:r>
        <w:rPr>
          <w:sz w:val="20"/>
        </w:rPr>
        <w:t>34:21  dekhiye, patience ki koi limit nahin hoti. main apne bare mein keh sakta hoon ke abhi kal ki baat hai ke mujhe kuch aisi baatein samajh aayin jis mein poori umar meri beet gayi,</w:t>
      </w:r>
      <w:r>
        <w:br/>
      </w:r>
      <w:r>
        <w:rPr>
          <w:sz w:val="20"/>
        </w:rPr>
        <w:t>34:39  poori umar beet gayi. yaani poori umar mein main sochta raha koi baat ke yahan allah ta'ala ki madad is duniya mein nahin mil rahi.</w:t>
      </w:r>
      <w:r>
        <w:br/>
      </w:r>
      <w:r>
        <w:rPr>
          <w:sz w:val="20"/>
        </w:rPr>
        <w:t>34:51  abhi kal mujhe bar bar kaha allah ta'ala ne to hamare paas allah badi madad de dijiye. to patience ki koi limit mat sochiye, woh sari umar chal sakti hai.</w:t>
      </w:r>
      <w:r>
        <w:br/>
      </w:r>
      <w:r>
        <w:rPr>
          <w:sz w:val="20"/>
        </w:rPr>
        <w:t>35:04  khud rasool allah ke nazdeek sari umar patience chala, tab natija nikla.</w:t>
      </w:r>
      <w:r>
        <w:br/>
      </w:r>
      <w:r>
        <w:rPr>
          <w:sz w:val="20"/>
        </w:rPr>
        <w:t>35:12  patience ko patience falsafe ka patience patience yaani sabr, falsafe ka sabr. is ki koi limit mat apne apne zehan se banaiye.</w:t>
      </w:r>
      <w:r>
        <w:br/>
      </w:r>
      <w:r>
        <w:rPr>
          <w:sz w:val="20"/>
        </w:rPr>
        <w:t>35:26  is ki is ki soorat yeh hai ke aap patience ko ibadat samjhein.</w:t>
      </w:r>
      <w:r>
        <w:br/>
      </w:r>
      <w:r>
        <w:rPr>
          <w:sz w:val="20"/>
        </w:rPr>
        <w:t>35:33  afzal al-ibadat intizar al-faraj yeh afzal ibadat hai. patience afzal ibadat hai. is zehan ke sath aap sabr ko ikhtiyar kijiye, tab aap qaim rahenge aur tabhi yeh mumkin hua ke aap ko badi badi nusrat mile allah ta'ala ki.</w:t>
      </w:r>
      <w:r>
        <w:br/>
      </w:r>
      <w:r>
        <w:rPr>
          <w:sz w:val="20"/>
        </w:rPr>
        <w:t>35:54  aisa nahin ho sakta.</w:t>
      </w:r>
    </w:p>
    <w:p>
      <w:pPr>
        <w:pStyle w:val="Heading2"/>
      </w:pPr>
      <w:r>
        <w:t>Knowing Whether God's Help is Received</w:t>
      </w:r>
    </w:p>
    <w:p>
      <w:r>
        <w:rPr>
          <w:color w:val="666666"/>
          <w:sz w:val="18"/>
        </w:rPr>
        <w:t>Faith &amp; God · Concept of Jihad in Islam September 7, 2014 · 2m 25s · at 49:46 · https://youtu.be/GnKBYM8HbuQ?t=2986</w:t>
      </w:r>
    </w:p>
    <w:p>
      <w:r>
        <w:rPr>
          <w:i/>
        </w:rPr>
        <w:t>“Can we know in any way whether we have received God's help or not? Please tell about it.”</w:t>
      </w:r>
    </w:p>
    <w:p>
      <w:r>
        <w:rPr>
          <w:sz w:val="20"/>
        </w:rPr>
        <w:t>49:46  maulana, agla sawal doctor safina tabassum ne kiya hai ajmer se, aur unhon ne likha hai ke maulana</w:t>
      </w:r>
      <w:r>
        <w:br/>
      </w:r>
      <w:r>
        <w:rPr>
          <w:sz w:val="20"/>
        </w:rPr>
        <w:t>49:52  sahab, kya kisi tarah hum yeh jaan sakte hain ke khuda ki nusraten hamein hasil hain ya nahi?</w:t>
      </w:r>
      <w:r>
        <w:br/>
      </w:r>
      <w:r>
        <w:rPr>
          <w:sz w:val="20"/>
        </w:rPr>
        <w:t>49:57  is ke baray mein batayen.</w:t>
      </w:r>
      <w:r>
        <w:br/>
      </w:r>
      <w:r>
        <w:rPr>
          <w:sz w:val="20"/>
        </w:rPr>
        <w:t>50:03  is ka bohat hi khuli hui pehchan yeh hai ke aap jo kaam kar rahe hain, woh kaam</w:t>
      </w:r>
      <w:r>
        <w:br/>
      </w:r>
      <w:r>
        <w:rPr>
          <w:sz w:val="20"/>
        </w:rPr>
        <w:t>50:08  jari hai, koi rukawat nahi hai.</w:t>
      </w:r>
      <w:r>
        <w:br/>
      </w:r>
      <w:r>
        <w:rPr>
          <w:sz w:val="20"/>
        </w:rPr>
        <w:t>50:13  to yeh nasrat hi to hai, nasrat hi to hai.</w:t>
      </w:r>
      <w:r>
        <w:br/>
      </w:r>
      <w:r>
        <w:rPr>
          <w:sz w:val="20"/>
        </w:rPr>
        <w:t>50:19  yeh Allah ke fazl se yeh kaam jo hai, har din is mein naye yani darwazay khultay hain,</w:t>
      </w:r>
      <w:r>
        <w:br/>
      </w:r>
      <w:r>
        <w:rPr>
          <w:sz w:val="20"/>
        </w:rPr>
        <w:t>50:24  naye yani kamyabiyan samnay aa rahi hain.</w:t>
      </w:r>
      <w:r>
        <w:br/>
      </w:r>
      <w:r>
        <w:rPr>
          <w:sz w:val="20"/>
        </w:rPr>
        <w:t>50:29  aap bhi jahan kaam kartay hon gay, wahan bhi aisa hi hoga.</w:t>
      </w:r>
      <w:r>
        <w:br/>
      </w:r>
      <w:r>
        <w:rPr>
          <w:sz w:val="20"/>
        </w:rPr>
        <w:t>50:35  to jab tak hum tashaddud na karein, siyasi hungama na karein, kisi se takrain nahi, aur kaam jari</w:t>
      </w:r>
      <w:r>
        <w:br/>
      </w:r>
      <w:r>
        <w:rPr>
          <w:sz w:val="20"/>
        </w:rPr>
        <w:t>50:40  hai, jari hai, to isi ka naam nasrat hai.</w:t>
      </w:r>
      <w:r>
        <w:br/>
      </w:r>
      <w:r>
        <w:rPr>
          <w:sz w:val="20"/>
        </w:rPr>
        <w:t>50:46  isi ka naam nasrat hai.</w:t>
      </w:r>
      <w:r>
        <w:br/>
      </w:r>
      <w:r>
        <w:rPr>
          <w:sz w:val="20"/>
        </w:rPr>
        <w:t>50:51  to Allah ke fazl se mujhe pakka yaqeen hai ke is mission par Allah ki nasrat aa rahi</w:t>
      </w:r>
      <w:r>
        <w:br/>
      </w:r>
      <w:r>
        <w:rPr>
          <w:sz w:val="20"/>
        </w:rPr>
        <w:t>50:56  hai, aur barabar aa rahi hai, aur kaam barabar aagay barh raha hai.</w:t>
      </w:r>
      <w:r>
        <w:br/>
      </w:r>
      <w:r>
        <w:rPr>
          <w:sz w:val="20"/>
        </w:rPr>
        <w:t>51:02  Maulana, in ka aik aur sawal hai.</w:t>
      </w:r>
      <w:r>
        <w:br/>
      </w:r>
      <w:r>
        <w:rPr>
          <w:sz w:val="20"/>
        </w:rPr>
        <w:t>51:07  unhon ne likha hai ke main yeh bhi poochna chahti hoon ke kya dawat ke kaam ke liye</w:t>
      </w:r>
      <w:r>
        <w:br/>
      </w:r>
      <w:r>
        <w:rPr>
          <w:sz w:val="20"/>
        </w:rPr>
        <w:t>51:13  hamara lalchi hona sahi hai? is ke baray mein batayein.</w:t>
      </w:r>
      <w:r>
        <w:br/>
      </w:r>
      <w:r>
        <w:rPr>
          <w:sz w:val="20"/>
        </w:rPr>
        <w:t>51:18  ab lalchi to aik manfi istilaah hai.</w:t>
      </w:r>
      <w:r>
        <w:br/>
      </w:r>
      <w:r>
        <w:rPr>
          <w:sz w:val="20"/>
        </w:rPr>
        <w:t>51:23  aap lalchi ko boltay hain, aap lalchi ko mat boliye.</w:t>
      </w:r>
      <w:r>
        <w:br/>
      </w:r>
      <w:r>
        <w:rPr>
          <w:sz w:val="20"/>
        </w:rPr>
        <w:t>51:29  aap kahiye ke hamein Allah ki raza chahiye, hamein jannat chahiye, Allah ki maghfirat chahiye, yeh boliye.</w:t>
      </w:r>
      <w:r>
        <w:br/>
      </w:r>
      <w:r>
        <w:rPr>
          <w:sz w:val="20"/>
        </w:rPr>
        <w:t>51:34  aur is ke liye hum apnay aap ko poori tarah se waqf karein.</w:t>
      </w:r>
      <w:r>
        <w:br/>
      </w:r>
      <w:r>
        <w:rPr>
          <w:sz w:val="20"/>
        </w:rPr>
        <w:t>51:39  bajaye lalchi kehne ke, aap kahiye ke waqf.</w:t>
      </w:r>
      <w:r>
        <w:br/>
      </w:r>
      <w:r>
        <w:rPr>
          <w:sz w:val="20"/>
        </w:rPr>
        <w:t>51:45  waqf ka lafz boliye.</w:t>
      </w:r>
      <w:r>
        <w:br/>
      </w:r>
      <w:r>
        <w:rPr>
          <w:sz w:val="20"/>
        </w:rPr>
        <w:t>51:50  waqf to waqf zaroori hai, baghair waqf ke koi kaam nahi ho sakta.</w:t>
      </w:r>
      <w:r>
        <w:br/>
      </w:r>
      <w:r>
        <w:rPr>
          <w:sz w:val="20"/>
        </w:rPr>
        <w:t>51:56  to lalchi sahi lafz nahi hai, lekin main yeh kahunga ke har aadmi ko apnay ko waqf</w:t>
      </w:r>
      <w:r>
        <w:br/>
      </w:r>
      <w:r>
        <w:rPr>
          <w:sz w:val="20"/>
        </w:rPr>
        <w:t>52:01  karna hai, poori tarah shamil karna hai.</w:t>
      </w:r>
      <w:r>
        <w:br/>
      </w:r>
      <w:r>
        <w:rPr>
          <w:sz w:val="20"/>
        </w:rPr>
        <w:t>52:06  yeh sahi lafz hai mere nazdeek.</w:t>
      </w:r>
    </w:p>
    <w:p>
      <w:pPr>
        <w:pStyle w:val="Heading2"/>
      </w:pPr>
      <w:r>
        <w:t>Knowledge needed to discover faith and reality</w:t>
      </w:r>
    </w:p>
    <w:p>
      <w:r>
        <w:rPr>
          <w:color w:val="666666"/>
          <w:sz w:val="18"/>
        </w:rPr>
        <w:t>Faith &amp; God · Hadith-e-Jibril, April 21, 2013 · 2m 21s · at 1:35:51 · https://youtu.be/0rF6Ou0pDog?t=5751</w:t>
      </w:r>
    </w:p>
    <w:p>
      <w:r>
        <w:rPr>
          <w:i/>
        </w:rPr>
        <w:t>“Please tell me which knowledge is needed to discover Iman and reality of life.”</w:t>
      </w:r>
    </w:p>
    <w:p>
      <w:r>
        <w:rPr>
          <w:sz w:val="20"/>
        </w:rPr>
        <w:t>1:35:51  maulana, agla sawal meerut city se shahbaz ansari sahib ne kiya hai. unhon ne likha hai maulana please tell me which knowledge is needed to discover ایمان aur reality of life</w:t>
      </w:r>
      <w:r>
        <w:br/>
      </w:r>
      <w:r>
        <w:rPr>
          <w:sz w:val="20"/>
        </w:rPr>
        <w:t>1:36:09  yeh koi mysterious cheez nahi hai. aap quran padhein, hadith ko padhein, aap nature ko padhein, kainaat ka mushahida karein.</w:t>
      </w:r>
      <w:r>
        <w:br/>
      </w:r>
      <w:r>
        <w:rPr>
          <w:sz w:val="20"/>
        </w:rPr>
        <w:t>1:36:19  bas isi mein aap ko discovery hoti rahe gi. khuli aankh se dekhein. khuli aankh se dekhein.</w:t>
      </w:r>
      <w:r>
        <w:br/>
      </w:r>
      <w:r>
        <w:rPr>
          <w:sz w:val="20"/>
        </w:rPr>
        <w:t>1:36:30  jaise ke mein pichhle is mein bataya tha, mein ne aap ko qissa apna ke mein apne ghar ke samne jo mera barja hai, jo balcony hai, wahan baitha hua tha subah ke waqt.</w:t>
      </w:r>
      <w:r>
        <w:br/>
      </w:r>
      <w:r>
        <w:rPr>
          <w:sz w:val="20"/>
        </w:rPr>
        <w:t>1:36:43  to abhi bhi suraj nikla tha. to aik sahib mere paas aaye. to mein aksar adat meri hai ke poochta hoon ke koi nai news hai aap ke paas?</w:t>
      </w:r>
      <w:r>
        <w:br/>
      </w:r>
      <w:r>
        <w:rPr>
          <w:sz w:val="20"/>
        </w:rPr>
        <w:t>1:36:55  to mein ne un se poocha, koi nai news? to unhon ne kaha, nahi, koi news news to nahi.</w:t>
      </w:r>
      <w:r>
        <w:br/>
      </w:r>
      <w:r>
        <w:rPr>
          <w:sz w:val="20"/>
        </w:rPr>
        <w:t>1:37:01  to mein ne kaha ke aap dekhte nahi hain ke suraj raat ko dooba hua tha, us waqt suraj nikal aaya? yeh nai news nahi hai. chidiyan urr rahi hain aasman mein, yeh nai news nahi hai.</w:t>
      </w:r>
      <w:r>
        <w:br/>
      </w:r>
      <w:r>
        <w:rPr>
          <w:sz w:val="20"/>
        </w:rPr>
        <w:t>1:37:14  darakhton se aksar supply ho raha hai, jo kal ho raha tha aaj bhi ho raha hai. yeh kyun aap ko news nahi lagti? yeh sab mein ne bohat si baatein batayi hain.</w:t>
      </w:r>
      <w:r>
        <w:br/>
      </w:r>
      <w:r>
        <w:rPr>
          <w:sz w:val="20"/>
        </w:rPr>
        <w:t>1:37:25  to aap khuli aankh se duniya mein rehna seekhein.</w:t>
      </w:r>
      <w:r>
        <w:br/>
      </w:r>
      <w:r>
        <w:rPr>
          <w:sz w:val="20"/>
        </w:rPr>
        <w:t>1:37:30  khuli aankh se nature ka mushahida karein. tadabbur ke sath quran ko padhein. bas yahi zariya hai aur koi doosra zariya nahi hai. maulana, agla sawal lene se pehle aik experience parhna chahein ge jo abhi abhi bheja hai miss rufeena ansari ne noida se.</w:t>
      </w:r>
      <w:r>
        <w:br/>
      </w:r>
      <w:r>
        <w:rPr>
          <w:sz w:val="20"/>
        </w:rPr>
        <w:t>1:37:48  unhon ne likha hai maulana listening to your talk makes me experience multiple variations of emotions.</w:t>
      </w:r>
      <w:r>
        <w:br/>
      </w:r>
      <w:r>
        <w:rPr>
          <w:sz w:val="20"/>
        </w:rPr>
        <w:t>1:37:58  I never felt that deeply moved as I do listening to your lecture. You make us feel closer to God and understand how to work towards having a life to be close to God.</w:t>
      </w:r>
    </w:p>
    <w:p>
      <w:pPr>
        <w:pStyle w:val="Heading2"/>
      </w:pPr>
      <w:r>
        <w:t>Living in God's glory instead of self-glory</w:t>
      </w:r>
    </w:p>
    <w:p>
      <w:r>
        <w:rPr>
          <w:color w:val="666666"/>
          <w:sz w:val="18"/>
        </w:rPr>
        <w:t>Faith &amp; God · Lessons from My Journey to Agra October 27, 2013 · 3m 29s · at 1:00:31 · https://youtu.be/Gg2N0h4ETH8?t=3631</w:t>
      </w:r>
    </w:p>
    <w:p>
      <w:r>
        <w:rPr>
          <w:i/>
        </w:rPr>
        <w:t>“Recognizing God's existence necessitates that we do not live in our own self-glory, but live in the glory of God. Please let us know how can we do this?”</w:t>
      </w:r>
    </w:p>
    <w:p>
      <w:r>
        <w:rPr>
          <w:sz w:val="20"/>
        </w:rPr>
        <w:t>1:00:31  maulana, agla sawal delhi se hai, miss naghma sadi</w:t>
      </w:r>
      <w:r>
        <w:br/>
      </w:r>
      <w:r>
        <w:rPr>
          <w:sz w:val="20"/>
        </w:rPr>
        <w:t>1:00:34  ki ka. Unhon ne likha hai: "Recognizing God's sign necessity that we do not live in our own self glory, but live in the glory of God.</w:t>
      </w:r>
      <w:r>
        <w:br/>
      </w:r>
      <w:r>
        <w:rPr>
          <w:sz w:val="20"/>
        </w:rPr>
        <w:t>1:00:48  please let us know how can we do this?" dekhen, haqeeqat to yahi hai ke har glory Khuda ki glory hai. har barhai Khuda ki barhai hai.</w:t>
      </w:r>
      <w:r>
        <w:br/>
      </w:r>
      <w:r>
        <w:rPr>
          <w:sz w:val="20"/>
        </w:rPr>
        <w:t>1:00:58  to jab hum sochen ge to hum is ko daryaft kar len ge.</w:t>
      </w:r>
      <w:r>
        <w:br/>
      </w:r>
      <w:r>
        <w:rPr>
          <w:sz w:val="20"/>
        </w:rPr>
        <w:t>1:01:04  aaj mein isi baat par ajeeb baat hai ke aaj hi subah ko mein isi par soch raha tha. to sochte sochte yeh samajh mein aaya ke mein apne barhapay ko le kar soch raha tha.</w:t>
      </w:r>
      <w:r>
        <w:br/>
      </w:r>
      <w:r>
        <w:rPr>
          <w:sz w:val="20"/>
        </w:rPr>
        <w:t>1:01:19  barhapay ko le kar bas to mein ne socha ke yeh barhapa jo hai, bohat bari nemat hai, blessing hai. yaani apna jo jo jo mere andar za'f aa gaya hai barhapay ki wajah se, us ko le kar soch raha tha mein.</w:t>
      </w:r>
      <w:r>
        <w:br/>
      </w:r>
      <w:r>
        <w:rPr>
          <w:sz w:val="20"/>
        </w:rPr>
        <w:t>1:01:36  to mein ne socha ke barhapa bohat bari blessing hai, kyunke barhapa jo hai, aap ki daryaft ko aakhri had tak pohanchata hai.</w:t>
      </w:r>
      <w:r>
        <w:br/>
      </w:r>
      <w:r>
        <w:rPr>
          <w:sz w:val="20"/>
        </w:rPr>
        <w:t>1:01:48  misalan ajz hai. mein is se pehle bhi janta tha ke ajz kya cheez hai, lekin mein samajhta hoon ke ab jo jitna jana hai, mein ne itna pehle nahin jana tha.</w:t>
      </w:r>
      <w:r>
        <w:br/>
      </w:r>
      <w:r>
        <w:rPr>
          <w:sz w:val="20"/>
        </w:rPr>
        <w:t>1:01:58  mein ne</w:t>
      </w:r>
      <w:r>
        <w:br/>
      </w:r>
      <w:r>
        <w:rPr>
          <w:sz w:val="20"/>
        </w:rPr>
        <w:t>1:02:01  ab har kaam mein mujhe lagta hai ke mein ajiz hoon, kamzor hoon. har kaam to yeh Allah taala ki blessing hai ke aap ko jo haqeeqat waqea jo hai, jo jo fact hai, us fact se aap ba-khabar karne ke liye Allah aap par koi tajurba guzaare, koi shock lagay, koi challenge ho.</w:t>
      </w:r>
      <w:r>
        <w:br/>
      </w:r>
      <w:r>
        <w:rPr>
          <w:sz w:val="20"/>
        </w:rPr>
        <w:t>1:02:29  to yeh to bohat achhi baat hai.</w:t>
      </w:r>
      <w:r>
        <w:br/>
      </w:r>
      <w:r>
        <w:rPr>
          <w:sz w:val="20"/>
        </w:rPr>
        <w:t>1:02:31  to mein ne socha ke yeh jo taqseem hai bande aur Khuda ke darmiyan ke bande ki taraf ajz hai, Allah ki taraf qudrat hai, is ki takmeel hoti hi nahin hai baghair barhappe ke.</w:t>
      </w:r>
      <w:r>
        <w:br/>
      </w:r>
      <w:r>
        <w:rPr>
          <w:sz w:val="20"/>
        </w:rPr>
        <w:t>1:02:45  yaani banda apne ajz ko janne aur Allah ki qudrat ko jaane, yeh matloob hai. Isi ka naam ma'rifat hai. Lekin is ma'rifat ki takmeel mein samajhta hoon ke mein apne lihaaz se bata raha hoon, apne apne tajrube</w:t>
      </w:r>
      <w:r>
        <w:br/>
      </w:r>
      <w:r>
        <w:rPr>
          <w:sz w:val="20"/>
        </w:rPr>
        <w:t>1:02:59  ke lihaaz se, is ki takmeel barhappe ke baghair hoti nahin, jaisa ke mujhe nahin hui. Yeh bohat ajeeb sa aaj aaj subah mein soch raha tha ke Khuda mujhe yaani safar karate karate wahan pahuncha diya us ne ke jahan sach much hi mein samajhta hoon ke mein to ajz ke siwa kuch bhi nahin hoon.</w:t>
      </w:r>
      <w:r>
        <w:br/>
      </w:r>
      <w:r>
        <w:rPr>
          <w:sz w:val="20"/>
        </w:rPr>
        <w:t>1:03:20  qudrat saari Allah ki taraf hai. To behal yeh saara muamla sochne par hai</w:t>
      </w:r>
      <w:r>
        <w:br/>
      </w:r>
      <w:r>
        <w:rPr>
          <w:sz w:val="20"/>
        </w:rPr>
        <w:t>1:03:28  ke log boodhe ho kar bhi kuch baat nahin samajhte. Boodha ho kar chidchide bane rehte hain, chidchida ghussa yeh sab karte hain. Woh barhappe se un ka ghussa barh jata hai.</w:t>
      </w:r>
      <w:r>
        <w:br/>
      </w:r>
      <w:r>
        <w:rPr>
          <w:sz w:val="20"/>
        </w:rPr>
        <w:t>1:03:40  to ma'rifat saari ki saari is par depend karti hai ke aap ka sochne ka maada kitna hai, tadabbur kitna hai, contemplation kitna hai.</w:t>
      </w:r>
      <w:r>
        <w:br/>
      </w:r>
      <w:r>
        <w:rPr>
          <w:sz w:val="20"/>
        </w:rPr>
        <w:t>1:03:53  jitna contemplation hoga, utni ma'rifat hogi.</w:t>
      </w:r>
    </w:p>
    <w:p>
      <w:pPr>
        <w:pStyle w:val="Heading2"/>
      </w:pPr>
      <w:r>
        <w:t>Logic of punishment in grave before judgment</w:t>
      </w:r>
    </w:p>
    <w:p>
      <w:r>
        <w:rPr>
          <w:color w:val="666666"/>
          <w:sz w:val="18"/>
        </w:rPr>
        <w:t>Faith &amp; God · The Importance of Team Work February 5, 2012 · 3m 01s · at 1:05:20 · https://youtu.be/qBbwznqIqVw?t=3920</w:t>
      </w:r>
    </w:p>
    <w:p>
      <w:r>
        <w:rPr>
          <w:i/>
        </w:rPr>
        <w:t>“All the records of human beings will be declared on the day of judgment, and the punishment or reward will be decided on the basis of the performance. Then what is the logic behind punishment of the grave? Why does an individual start getting punishment since he is put down in the grave, though the punishment is to be decided in the Hereafter?”</w:t>
      </w:r>
    </w:p>
    <w:p>
      <w:r>
        <w:rPr>
          <w:sz w:val="20"/>
        </w:rPr>
        <w:t>1:05:20  Maulana, agla sawal Delhi se aaya hai Mr Shahnawaz Zafar ka. unhon ne likha hai: "All the records of human beings will be declared on the day of judgment, and the punishment or reward will be decided on the basis of the performance.</w:t>
      </w:r>
      <w:r>
        <w:br/>
      </w:r>
      <w:r>
        <w:rPr>
          <w:sz w:val="20"/>
        </w:rPr>
        <w:t>1:05:39  Then what is the logic behind azab e qabr</w:t>
      </w:r>
      <w:r>
        <w:br/>
      </w:r>
      <w:r>
        <w:rPr>
          <w:sz w:val="20"/>
        </w:rPr>
        <w:t>1:05:42  ? Why an individual starts getting punishment since he is put down in qabr, though the punishment is to be decided in akhirat?</w:t>
      </w:r>
      <w:r>
        <w:br/>
      </w:r>
      <w:r>
        <w:rPr>
          <w:sz w:val="20"/>
        </w:rPr>
        <w:t>1:05:52  Why an angel comes in qabr and asks some questions? Why we all know that Almighty Allah will do a question answer session on the day of judgment, and then He will take a performance-based decision?</w:t>
      </w:r>
      <w:r>
        <w:br/>
      </w:r>
      <w:r>
        <w:rPr>
          <w:sz w:val="20"/>
        </w:rPr>
        <w:t>1:06:07  How can we understand it in reference to the ultimate justice of Almighty Allah? dekhiye, is mein ghalat fehmi yeh hai ke qabr ke hawale se jo saza ka zikr hai hadith mein, baaz hadithon mein, woh alamati hai.</w:t>
      </w:r>
      <w:r>
        <w:br/>
      </w:r>
      <w:r>
        <w:rPr>
          <w:sz w:val="20"/>
        </w:rPr>
        <w:t>1:06:31  Alamati yani is ka matlab hai ke isi gadhe mein azab ho raha hai.</w:t>
      </w:r>
      <w:r>
        <w:br/>
      </w:r>
      <w:r>
        <w:rPr>
          <w:sz w:val="20"/>
        </w:rPr>
        <w:t>1:06:36  Is ka matlab har giz yeh nahi hai. Is ka matlab yeh hai ke maut ke baad insan ka apne anjam ko bhugtna.</w:t>
      </w:r>
      <w:r>
        <w:br/>
      </w:r>
      <w:r>
        <w:rPr>
          <w:sz w:val="20"/>
        </w:rPr>
        <w:t>1:06:47  Yaani qabr alamat hai is baat ki ke aadmi ek daure se nikal kar doosre daure tak pahunch gaya. Qabr ki hesiyat alamat ki hai, woh gadhe ki nahi hai.</w:t>
      </w:r>
      <w:r>
        <w:br/>
      </w:r>
      <w:r>
        <w:rPr>
          <w:sz w:val="20"/>
        </w:rPr>
        <w:t>1:06:58  Is gadhe mein jo body dala gaya, woh body toh kuch bhi nahi, woh toh</w:t>
      </w:r>
      <w:r>
        <w:br/>
      </w:r>
      <w:r>
        <w:rPr>
          <w:sz w:val="20"/>
        </w:rPr>
        <w:t>1:07:02  mitti hai. Use insan toh farishte le gaye, jahan le gaye. Toh is is tarah ki riwayaton mein qabr ka lafz alamati taur par aaya hai, yeh batane ke liye ke maut ke baad insan ka muamla Allah ke samne pesh aata hai.</w:t>
      </w:r>
      <w:r>
        <w:br/>
      </w:r>
      <w:r>
        <w:rPr>
          <w:sz w:val="20"/>
        </w:rPr>
        <w:t>1:07:24  Doosri baat yeh hai ke hum sochte hain is duniya mein time and space ke term mein.</w:t>
      </w:r>
      <w:r>
        <w:br/>
      </w:r>
      <w:r>
        <w:rPr>
          <w:sz w:val="20"/>
        </w:rPr>
        <w:t>1:07:31  Yeh time space relative hai. Yeh baat toh Einstein ke is mein sabit ho chuki hai ke yeh time and space ka concept jo hai, sara ka sara relative hai, real nahi hai.</w:t>
      </w:r>
      <w:r>
        <w:br/>
      </w:r>
      <w:r>
        <w:rPr>
          <w:sz w:val="20"/>
        </w:rPr>
        <w:t>1:07:42  Yeh</w:t>
      </w:r>
      <w:r>
        <w:br/>
      </w:r>
      <w:r>
        <w:rPr>
          <w:sz w:val="20"/>
        </w:rPr>
        <w:t>1:07:46  Yeh jo aap sochte hain time ke ishtihar mein ho aur space ke ishtihar mein, yeh sab ka sab relative hai. Maut ke baad aap ek aur duniya mein pahunch jaate hain</w:t>
      </w:r>
      <w:r>
        <w:br/>
      </w:r>
      <w:r>
        <w:rPr>
          <w:sz w:val="20"/>
        </w:rPr>
        <w:t>1:07:59  jis mein time space ka concept khatm ho jata hai, bilkul doosra aa jata hai. Neeche yeh question jo hai, main samajhta hoon ke Einstein ke jo theory of relativity hai, us ne is sawal ka khatma kar diya hai.</w:t>
      </w:r>
      <w:r>
        <w:br/>
      </w:r>
      <w:r>
        <w:rPr>
          <w:sz w:val="20"/>
        </w:rPr>
        <w:t>1:08:16  Is sawal ka ab koi relevance baqi nahi raha.</w:t>
      </w:r>
    </w:p>
    <w:p>
      <w:pPr>
        <w:pStyle w:val="Heading2"/>
      </w:pPr>
      <w:r>
        <w:t>Love for mankind and sole concern for God</w:t>
      </w:r>
    </w:p>
    <w:p>
      <w:r>
        <w:rPr>
          <w:color w:val="666666"/>
          <w:sz w:val="18"/>
        </w:rPr>
        <w:t>Faith &amp; God · Concept of God December 7, 2014 · 2m 50s · at 50:47 · https://youtu.be/dCgL9lp8EAo?t=3047</w:t>
      </w:r>
    </w:p>
    <w:p>
      <w:r>
        <w:rPr>
          <w:i/>
        </w:rPr>
        <w:t>“Is love towards mankind necessary for making God as one's sole concern? Please comment on this.”</w:t>
      </w:r>
    </w:p>
    <w:p>
      <w:r>
        <w:rPr>
          <w:sz w:val="20"/>
        </w:rPr>
        <w:t>50:47  maulana, agla sawal dilli se kiya hai maulana farhad ahmad sahab ne, aur unhon ne likha hai: "Is love towards mankind necessary for making God as one's sole concern?</w:t>
      </w:r>
      <w:r>
        <w:br/>
      </w:r>
      <w:r>
        <w:rPr>
          <w:sz w:val="20"/>
        </w:rPr>
        <w:t>51:03  Please comment on this."</w:t>
      </w:r>
      <w:r>
        <w:br/>
      </w:r>
      <w:r>
        <w:rPr>
          <w:sz w:val="20"/>
        </w:rPr>
        <w:t>51:08  dekhiye, yeh lafz to asal mein allah se hoti hai. lafz jo hai, yaani mohabbat jo hai, is ka markaz sirf ek hi hota hai, woh allah yaani khaliq</w:t>
      </w:r>
      <w:r>
        <w:br/>
      </w:r>
      <w:r>
        <w:rPr>
          <w:sz w:val="20"/>
        </w:rPr>
        <w:t>51:24  lekin yeh</w:t>
      </w:r>
      <w:r>
        <w:br/>
      </w:r>
      <w:r>
        <w:rPr>
          <w:sz w:val="20"/>
        </w:rPr>
        <w:t>51:28  yeh namumkin hai ke aap ko khaliq se mohabbat ho, makhlooq se nafrat ho.</w:t>
      </w:r>
      <w:r>
        <w:br/>
      </w:r>
      <w:r>
        <w:rPr>
          <w:sz w:val="20"/>
        </w:rPr>
        <w:t>51:36  aap ko khaliq se mohabbat ho aur makhlooq se nafrat ho. jaise aap ko kisi insaan se mohabbat ho aur us ke bete se nafrat ho, aisa nahi ho sakta ke kisi insaan se aap ko mohabbat hogi to us ke bete se hi mohabbat hogi.</w:t>
      </w:r>
      <w:r>
        <w:br/>
      </w:r>
      <w:r>
        <w:rPr>
          <w:sz w:val="20"/>
        </w:rPr>
        <w:t>51:52  to it is but natural wala mamla hai. sachi mohabbat Allah se paida ho jayegi to lazman hamesha makhlooq se mohabbat paida hogi.</w:t>
      </w:r>
      <w:r>
        <w:br/>
      </w:r>
      <w:r>
        <w:rPr>
          <w:sz w:val="20"/>
        </w:rPr>
        <w:t>52:03  ho nahi sakta ke aap makhlooq se nafrat karen. jo log insaan se nafrat karte hain, woh Allah se mohabbat karne wale hain hi nahi.</w:t>
      </w:r>
      <w:r>
        <w:br/>
      </w:r>
      <w:r>
        <w:rPr>
          <w:sz w:val="20"/>
        </w:rPr>
        <w:t>52:12  siray se aaj ke zamane mein jo log insaan se nafrat karte hain, main un ke baray mein yeh kahunga ke un ko un ko jante nahi ke Allah se mohabbat kiya cheez hai.</w:t>
      </w:r>
      <w:r>
        <w:br/>
      </w:r>
      <w:r>
        <w:rPr>
          <w:sz w:val="20"/>
        </w:rPr>
        <w:t>52:21  woh daawa karte hain to karen,</w:t>
      </w:r>
      <w:r>
        <w:br/>
      </w:r>
      <w:r>
        <w:rPr>
          <w:sz w:val="20"/>
        </w:rPr>
        <w:t>52:23  un ka daawa lafz service hai.</w:t>
      </w:r>
      <w:r>
        <w:br/>
      </w:r>
      <w:r>
        <w:rPr>
          <w:sz w:val="20"/>
        </w:rPr>
        <w:t>52:28  insanon ke baray mein un ke tasawwurat yeh hain ke woh sazish karte hain, woh hamare dushman hain, un se hum ne nafrat ka amal karna hai. aise logon ko Allah se mohabbat ka koi shaibah bhi nahi mila hai.</w:t>
      </w:r>
      <w:r>
        <w:br/>
      </w:r>
      <w:r>
        <w:rPr>
          <w:sz w:val="20"/>
        </w:rPr>
        <w:t>52:43  woh un ka sara mamla lafz service ka mamla hai.</w:t>
      </w:r>
      <w:r>
        <w:br/>
      </w:r>
      <w:r>
        <w:rPr>
          <w:sz w:val="20"/>
        </w:rPr>
        <w:t>52:47  sachi mohabbat Allah se agar hogi to is is ke baad zaroor aisa hoga ke ke makhlooq se mohabbat ho jayegi.</w:t>
      </w:r>
      <w:r>
        <w:br/>
      </w:r>
      <w:r>
        <w:rPr>
          <w:sz w:val="20"/>
        </w:rPr>
        <w:t>52:58  aap shikayaton mein nahi jiyenge, yani shikayat ko le kar nafrat karen, yeh kabhi nahi ho sakta. kabhi nahi ho sakta. shikayat to shaitan ko bhi ho gayi Allah ta'ala se.</w:t>
      </w:r>
      <w:r>
        <w:br/>
      </w:r>
      <w:r>
        <w:rPr>
          <w:sz w:val="20"/>
        </w:rPr>
        <w:t>53:09  to shikayat kiya hai?</w:t>
      </w:r>
      <w:r>
        <w:br/>
      </w:r>
      <w:r>
        <w:rPr>
          <w:sz w:val="20"/>
        </w:rPr>
        <w:t>53:12  yani shikayaton ko le kar aap insaan se nafrat karen, yeh bilkul hi Islam ke khilaf hai aur aqeedah Khuda ke khilaf hai.</w:t>
      </w:r>
      <w:r>
        <w:br/>
      </w:r>
      <w:r>
        <w:rPr>
          <w:sz w:val="20"/>
        </w:rPr>
        <w:t>53:21  aur jo log shikayaton ko le kar insaan se nafrat karen, main yaqeen se keh sakta hoon ke unhein abhi tak Allah se ta'alluq qaim nahi hua. agar woh kehte hain to woh lafz service karte hain.</w:t>
      </w:r>
      <w:r>
        <w:br/>
      </w:r>
      <w:r>
        <w:rPr>
          <w:sz w:val="20"/>
        </w:rPr>
        <w:t>53:31  woh</w:t>
      </w:r>
    </w:p>
    <w:p>
      <w:pPr>
        <w:pStyle w:val="Heading2"/>
      </w:pPr>
      <w:r>
        <w:t>Meaning of Islam and its relation to Muslim</w:t>
      </w:r>
    </w:p>
    <w:p>
      <w:r>
        <w:rPr>
          <w:color w:val="666666"/>
          <w:sz w:val="18"/>
        </w:rPr>
        <w:t>Faith &amp; God · The Straight Path October 30, 2011 Maulana Wahiduddin Khan · 2m 25s · at 1:34:16 · https://youtu.be/PKFHe82Jz58?t=5656</w:t>
      </w:r>
    </w:p>
    <w:p>
      <w:r>
        <w:rPr>
          <w:i/>
        </w:rPr>
        <w:t>“Maulana Sahib, I am confused about the word Islam. Please explain this word to me and also tell me whether Islam has some relation with the word Muslim.”</w:t>
      </w:r>
    </w:p>
    <w:p>
      <w:r>
        <w:rPr>
          <w:sz w:val="20"/>
        </w:rPr>
        <w:t>1:34:16  maulana, agla sawal kya hai Mr. Brij Bhushan Vaidik ne Delhi se. unho ne likha hai: "Maulana sahib, I am confused about the word Islam.</w:t>
      </w:r>
      <w:r>
        <w:br/>
      </w:r>
      <w:r>
        <w:rPr>
          <w:sz w:val="20"/>
        </w:rPr>
        <w:t>1:34:27  please explain this word to me and also tell me whether Islam has some relation with the word Muslim."</w:t>
      </w:r>
      <w:r>
        <w:br/>
      </w:r>
      <w:r>
        <w:rPr>
          <w:sz w:val="20"/>
        </w:rPr>
        <w:t>1:34:38  dekhiye, islam matlab hai submission. submission yani apne creator ka ko acknowledge karna.</w:t>
      </w:r>
      <w:r>
        <w:br/>
      </w:r>
      <w:r>
        <w:rPr>
          <w:sz w:val="20"/>
        </w:rPr>
        <w:t>1:34:52  jo aap ka creator hai, us ko acknowledge karna. is acknowledge karne hi ke sab, yani isi se baqi cheezein nikalti hain.</w:t>
      </w:r>
      <w:r>
        <w:br/>
      </w:r>
      <w:r>
        <w:rPr>
          <w:sz w:val="20"/>
        </w:rPr>
        <w:t>1:35:05  jab aap acknowledge karein ke khuda ne mujhe banaya, sirf banaya hi nahi, balkeh ek aisi duniya rehne ke liye di jo poori universe mein ek unique hai.</w:t>
      </w:r>
      <w:r>
        <w:br/>
      </w:r>
      <w:r>
        <w:rPr>
          <w:sz w:val="20"/>
        </w:rPr>
        <w:t>1:35:20  yeh planet earth, life support system diya, aur kya kya cheezein dein. to jab aap yeh sab sochte hain to acknowledge karna sirf acknowledge karna nahi hota.</w:t>
      </w:r>
      <w:r>
        <w:br/>
      </w:r>
      <w:r>
        <w:rPr>
          <w:sz w:val="20"/>
        </w:rPr>
        <w:t>1:35:32  iske baad aayega submission, aayega surrender, aayega worship. woh saari cheezein aati chali jayengi iske baad. to shuru hoga acknowledge karne se.</w:t>
      </w:r>
      <w:r>
        <w:br/>
      </w:r>
      <w:r>
        <w:rPr>
          <w:sz w:val="20"/>
        </w:rPr>
        <w:t>1:35:42  aur woh pahunchte pahunchte kya hoga ke aap apne creator se bohat zyada mohabbat karenge, apne creator se bohat zyada khauf bhi karenge, kyunke uske saamne accountability ka ehsaas paida hoga aap ke andar.</w:t>
      </w:r>
      <w:r>
        <w:br/>
      </w:r>
      <w:r>
        <w:rPr>
          <w:sz w:val="20"/>
        </w:rPr>
        <w:t>1:35:55  yeh saari cheezein is mein junti chali jayengi. to basic cheez hai acknowledgement.</w:t>
      </w:r>
      <w:r>
        <w:br/>
      </w:r>
      <w:r>
        <w:rPr>
          <w:sz w:val="20"/>
        </w:rPr>
        <w:t>1:36:02  to lafzi maani to islam ke hain submission. lekin submission ki haqeeqat kya hai? acknowledge karna. acknowledge karne hi ka naam acknowledge karte hain.</w:t>
      </w:r>
      <w:r>
        <w:br/>
      </w:r>
      <w:r>
        <w:rPr>
          <w:sz w:val="20"/>
        </w:rPr>
        <w:t>1:36:11  jab isi submission aata hai to isi saari aur cheezein aati chali jaati hain. jahan tak muslim ki baat hai to muslim koi qaum nahi hai. koi muslim koi by birth nahi hota.</w:t>
      </w:r>
      <w:r>
        <w:br/>
      </w:r>
      <w:r>
        <w:rPr>
          <w:sz w:val="20"/>
        </w:rPr>
        <w:t>1:36:22  muslim woh hai jo islam ko discover kare, islam ko apni zindagi ka ya way of life banaye, woh muslim hai.</w:t>
      </w:r>
      <w:r>
        <w:br/>
      </w:r>
      <w:r>
        <w:rPr>
          <w:sz w:val="20"/>
        </w:rPr>
        <w:t>1:36:32  koi bhi by birth muslim nahi hota. koi bhi qaum nahi hai jiska naam muslim qaum ho. aisa kuch bhi nahi hai.</w:t>
      </w:r>
    </w:p>
    <w:p>
      <w:pPr>
        <w:pStyle w:val="Heading2"/>
      </w:pPr>
      <w:r>
        <w:t>Meaning of righteous action after faith</w:t>
      </w:r>
    </w:p>
    <w:p>
      <w:r>
        <w:rPr>
          <w:color w:val="666666"/>
          <w:sz w:val="18"/>
        </w:rPr>
        <w:t>Faith &amp; God · Discovery of God November 3, 2019 Maulana Wahiduddin Khan · 2m 04s · at 47:06 · https://youtu.be/WUaOl0Kwwng?t=2826</w:t>
      </w:r>
    </w:p>
    <w:p>
      <w:r>
        <w:rPr>
          <w:i/>
        </w:rPr>
        <w:t>“After faith, what is righteous action? Please explain it.”</w:t>
      </w:r>
    </w:p>
    <w:p>
      <w:r>
        <w:rPr>
          <w:sz w:val="20"/>
        </w:rPr>
        <w:t>47:06  maulana, agla sawal bheja hai dhampur se mehtab ahmad sahab ne. unhon ne likha hai: "maulana sahab, iman ke baad amal saleh kya hai?</w:t>
      </w:r>
      <w:r>
        <w:br/>
      </w:r>
      <w:r>
        <w:rPr>
          <w:sz w:val="20"/>
        </w:rPr>
        <w:t>47:18  is ke bare mein bataein."</w:t>
      </w:r>
      <w:r>
        <w:br/>
      </w:r>
      <w:r>
        <w:rPr>
          <w:sz w:val="20"/>
        </w:rPr>
        <w:t>47:27  dekhiye, ek lafz mein amal saleh yeh hai: iman ke mutabiq amal.</w:t>
      </w:r>
      <w:r>
        <w:br/>
      </w:r>
      <w:r>
        <w:rPr>
          <w:sz w:val="20"/>
        </w:rPr>
        <w:t>47:39  iman ke mutabiq amal. misaal ke taur par jab mera bachcha mar gaya to maine is ka yasar liya.</w:t>
      </w:r>
      <w:r>
        <w:br/>
      </w:r>
      <w:r>
        <w:rPr>
          <w:sz w:val="20"/>
        </w:rPr>
        <w:t>47:52  jis khuda ne paida kiya tha, usi ne wapas le liya is ko. agar is ki wajah mein woh rota, chalta, cheikhta to woh is ka iman ke mutabiq na hota.</w:t>
      </w:r>
      <w:r>
        <w:br/>
      </w:r>
      <w:r>
        <w:rPr>
          <w:sz w:val="20"/>
        </w:rPr>
        <w:t>48:05  lekin allah ki tofeeq se jo maine kiya, woh islam, woh iman ke mutabiq tha.</w:t>
      </w:r>
      <w:r>
        <w:br/>
      </w:r>
      <w:r>
        <w:rPr>
          <w:sz w:val="20"/>
        </w:rPr>
        <w:t>48:14  to iman, darasal iman ke baad is ke mutabiq amal karna, yahi hamari amal saleh hai.</w:t>
      </w:r>
      <w:r>
        <w:br/>
      </w:r>
      <w:r>
        <w:rPr>
          <w:sz w:val="20"/>
        </w:rPr>
        <w:t>48:25  maulana, miss shabana ansari ne pakistan se likha hai: "maulana, you are a seeker and you made us seeker by your strong literature.</w:t>
      </w:r>
      <w:r>
        <w:br/>
      </w:r>
      <w:r>
        <w:rPr>
          <w:sz w:val="20"/>
        </w:rPr>
        <w:t>48:36  jazak allah maulana for providing us this precious literature. may allah give you eminence reward." miss hina manzoor ne likha hai kashmir se.</w:t>
      </w:r>
      <w:r>
        <w:br/>
      </w:r>
      <w:r>
        <w:rPr>
          <w:sz w:val="20"/>
        </w:rPr>
        <w:t>48:48  unhon ne likha hai: "what a great learning from today lecture!</w:t>
      </w:r>
      <w:r>
        <w:br/>
      </w:r>
      <w:r>
        <w:rPr>
          <w:sz w:val="20"/>
        </w:rPr>
        <w:t>48:53  the quran is the direct answer for from god for all those people who refuse his existence. this thought makes me realize the greater importance of doing dawah work and be the part of that process for which god has created us.</w:t>
      </w:r>
    </w:p>
    <w:p>
      <w:pPr>
        <w:pStyle w:val="Heading2"/>
      </w:pPr>
      <w:r>
        <w:t>Motive for accepting Islam</w:t>
      </w:r>
    </w:p>
    <w:p>
      <w:r>
        <w:rPr>
          <w:color w:val="666666"/>
          <w:sz w:val="18"/>
        </w:rPr>
        <w:t>Faith &amp; God · Understanding the Quran April 7, 2019 · 2m 09s · at 42:26 · https://youtu.be/m_Om5MtQJz4?t=2546</w:t>
      </w:r>
    </w:p>
    <w:p>
      <w:r>
        <w:rPr>
          <w:i/>
        </w:rPr>
        <w:t>“Someone asked me that if the people of the book can enter heaven without accepting Islam, then why would they accept the Quran as the holy book and embrace Islam? What will be their motive?”</w:t>
      </w:r>
    </w:p>
    <w:p>
      <w:r>
        <w:rPr>
          <w:sz w:val="20"/>
        </w:rPr>
        <w:t>42:26  maulana, agla sawal Boston se bheja hai Asad Pervez sahib ne. unhon ne likha hai: "maulana, someone asked me that if the people of the book can enter heaven without accepting Islam, then why would they accept the Quran as the holy book and embrace Islam</w:t>
      </w:r>
      <w:r>
        <w:br/>
      </w:r>
      <w:r>
        <w:rPr>
          <w:sz w:val="20"/>
        </w:rPr>
        <w:t>42:46  ? What will be their motive?"</w:t>
      </w:r>
      <w:r>
        <w:br/>
      </w:r>
      <w:r>
        <w:rPr>
          <w:sz w:val="20"/>
        </w:rPr>
        <w:t>42:52  dekhiye, jannat mein dakhle ka taluq niyat se hai. niyat ko Allah janta hai. Allah jayega payega aap ki niyat ko.</w:t>
      </w:r>
      <w:r>
        <w:br/>
      </w:r>
      <w:r>
        <w:rPr>
          <w:sz w:val="20"/>
        </w:rPr>
        <w:t>43:04  achhi niyat to aap ko jannat ka faisla karega. yeh koi form se nahi kuch hota, conversion se kuch nahi hota.</w:t>
      </w:r>
      <w:r>
        <w:br/>
      </w:r>
      <w:r>
        <w:rPr>
          <w:sz w:val="20"/>
        </w:rPr>
        <w:t>43:16  aap ke dil ki halat kya hai, aap ki spirit kaisi hai, is se hota hai, aur yeh Allah ko pata hai.</w:t>
      </w:r>
      <w:r>
        <w:br/>
      </w:r>
      <w:r>
        <w:rPr>
          <w:sz w:val="20"/>
        </w:rPr>
        <w:t>43:28  to is qism ki baatein un logon ke dil mein aati hain jo conversion ko bari cheez samajhte hain. conversion aur Islam mein to conversion hai hi nahi.</w:t>
      </w:r>
      <w:r>
        <w:br/>
      </w:r>
      <w:r>
        <w:rPr>
          <w:sz w:val="20"/>
        </w:rPr>
        <w:t>43:40  islam mein to intellectual</w:t>
      </w:r>
      <w:r>
        <w:br/>
      </w:r>
      <w:r>
        <w:rPr>
          <w:sz w:val="20"/>
        </w:rPr>
        <w:t>43:45  revolution hai, conversion nahi hai.</w:t>
      </w:r>
      <w:r>
        <w:br/>
      </w:r>
      <w:r>
        <w:rPr>
          <w:sz w:val="20"/>
        </w:rPr>
        <w:t>43:51  maulana, agla comment parhna chahenge jo chennai se maulana israr khatib sahab ne bheja hai. unhone likha hai: "maulana, ulma kehte hain ke quran qayamat tak ke liye guide karne wali kitab hai, lekin woh iska application batane mein fail hain,</w:t>
      </w:r>
      <w:r>
        <w:br/>
      </w:r>
      <w:r>
        <w:rPr>
          <w:sz w:val="20"/>
        </w:rPr>
        <w:t>44:09  ya woh jo application batate hain, us se to quran par yaqeen hi paida nahi hota, balki quran ek dry book maloom hoti hai.</w:t>
      </w:r>
      <w:r>
        <w:br/>
      </w:r>
      <w:r>
        <w:rPr>
          <w:sz w:val="20"/>
        </w:rPr>
        <w:t>44:19  maulana, aap jo quran ka application batate hain, us se quran ke eternity par yaqeen paida hota hai, aur quran ek zinda kitab maloom hoti hai, aur is ko ek guidance ke taur par parhne ka dil chahta hai.</w:t>
      </w:r>
    </w:p>
    <w:p>
      <w:pPr>
        <w:pStyle w:val="Heading2"/>
      </w:pPr>
      <w:r>
        <w:t>Muslims created for Paradise</w:t>
      </w:r>
    </w:p>
    <w:p>
      <w:r>
        <w:rPr>
          <w:color w:val="666666"/>
          <w:sz w:val="18"/>
        </w:rPr>
        <w:t>Faith &amp; God · Divine Help February 09, 2014 Maulana Wahiduddin Khan · 2m 02s · at 1:18:09 · https://youtu.be/eJBjiYGZcKY?t=4689</w:t>
      </w:r>
    </w:p>
    <w:p>
      <w:r>
        <w:rPr>
          <w:i/>
        </w:rPr>
        <w:t>“Maulana, it is said that Muslims are created for Paradise. They will be punished for their sins and eventually enter Paradise.”</w:t>
      </w:r>
    </w:p>
    <w:p>
      <w:r>
        <w:rPr>
          <w:sz w:val="20"/>
        </w:rPr>
        <w:t>1:18:09  Maulana agla sawal Miss Razia ne kiya hai Jamia Millia Islamia se.</w:t>
      </w:r>
      <w:r>
        <w:br/>
      </w:r>
      <w:r>
        <w:rPr>
          <w:sz w:val="20"/>
        </w:rPr>
        <w:t>1:18:14  unhon ne likha hai: Maulana sahib yeh kaha jata hai ke musalman jannat ke liye hi banaya gaya hai.</w:t>
      </w:r>
      <w:r>
        <w:br/>
      </w:r>
      <w:r>
        <w:rPr>
          <w:sz w:val="20"/>
        </w:rPr>
        <w:t>1:18:19  wo apne gunahon ki saza pa kar अंत mein jannat mein hi dakhil kiya jaye ga.</w:t>
      </w:r>
      <w:r>
        <w:br/>
      </w:r>
      <w:r>
        <w:rPr>
          <w:sz w:val="20"/>
        </w:rPr>
        <w:t>1:18:24  yeh baat kahan tak sahi hai? Dekhein yeh sab baatein bilkul baseless hain.</w:t>
      </w:r>
      <w:r>
        <w:br/>
      </w:r>
      <w:r>
        <w:rPr>
          <w:sz w:val="20"/>
        </w:rPr>
        <w:t>1:18:29  aur baad ke zamane mein banayi gayi hain.</w:t>
      </w:r>
      <w:r>
        <w:br/>
      </w:r>
      <w:r>
        <w:rPr>
          <w:sz w:val="20"/>
        </w:rPr>
        <w:t>1:18:34  jannat musalmanon ke liye nahi banayi gayi.</w:t>
      </w:r>
      <w:r>
        <w:br/>
      </w:r>
      <w:r>
        <w:rPr>
          <w:sz w:val="20"/>
        </w:rPr>
        <w:t>1:18:39  yeh bilkul hi yani bilkul hi yani koi is ki base nahi hai yeh kehna ke jannat musalman</w:t>
      </w:r>
      <w:r>
        <w:br/>
      </w:r>
      <w:r>
        <w:rPr>
          <w:sz w:val="20"/>
        </w:rPr>
        <w:t>1:18:44  on ke liye banayi gayi hai.</w:t>
      </w:r>
      <w:r>
        <w:br/>
      </w:r>
      <w:r>
        <w:rPr>
          <w:sz w:val="20"/>
        </w:rPr>
        <w:t>1:18:49  koi is ka kuch bhi base nahi hai.</w:t>
      </w:r>
      <w:r>
        <w:br/>
      </w:r>
      <w:r>
        <w:rPr>
          <w:sz w:val="20"/>
        </w:rPr>
        <w:t>1:18:54  ذالک جزاء منتزکہ.</w:t>
      </w:r>
      <w:r>
        <w:br/>
      </w:r>
      <w:r>
        <w:rPr>
          <w:sz w:val="20"/>
        </w:rPr>
        <w:t>1:18:58  jannat banayi gayi hai purefied soul ke liye.</w:t>
      </w:r>
      <w:r>
        <w:br/>
      </w:r>
      <w:r>
        <w:rPr>
          <w:sz w:val="20"/>
        </w:rPr>
        <w:t>1:19:03  yani buzka shakhsiat ke liye.</w:t>
      </w:r>
      <w:r>
        <w:br/>
      </w:r>
      <w:r>
        <w:rPr>
          <w:sz w:val="20"/>
        </w:rPr>
        <w:t>1:19:08  jannat banayi gayi hai buzka shakhsiat ke liye.</w:t>
      </w:r>
      <w:r>
        <w:br/>
      </w:r>
      <w:r>
        <w:rPr>
          <w:sz w:val="20"/>
        </w:rPr>
        <w:t>1:19:13  yani purefied soul ke liye.</w:t>
      </w:r>
      <w:r>
        <w:br/>
      </w:r>
      <w:r>
        <w:rPr>
          <w:sz w:val="20"/>
        </w:rPr>
        <w:t>1:19:18  jo log yeh daawa karein ke jannat banayi gayi hai musalmanon ke liye wo khud hi khud jo chahein kehein.</w:t>
      </w:r>
      <w:r>
        <w:br/>
      </w:r>
      <w:r>
        <w:rPr>
          <w:sz w:val="20"/>
        </w:rPr>
        <w:t>1:19:23  quran hadith mein to aisa kuch likha hua nahi hai.</w:t>
      </w:r>
      <w:r>
        <w:br/>
      </w:r>
      <w:r>
        <w:rPr>
          <w:sz w:val="20"/>
        </w:rPr>
        <w:t>1:19:28  aadmi apne munh se jo chahe boley.</w:t>
      </w:r>
      <w:r>
        <w:br/>
      </w:r>
      <w:r>
        <w:rPr>
          <w:sz w:val="20"/>
        </w:rPr>
        <w:t>1:19:33  is ki to aazadi hai insaan ko.</w:t>
      </w:r>
      <w:r>
        <w:br/>
      </w:r>
      <w:r>
        <w:rPr>
          <w:sz w:val="20"/>
        </w:rPr>
        <w:t>1:19:38  lekin quran mein to yahi likha hua hai ke zaalika jaza'a muntazakah.</w:t>
      </w:r>
      <w:r>
        <w:br/>
      </w:r>
      <w:r>
        <w:rPr>
          <w:sz w:val="20"/>
        </w:rPr>
        <w:t>1:19:43  ke jannat banai gayi hai is insaan ke liye jo apna tazkiyah karey.</w:t>
      </w:r>
      <w:r>
        <w:br/>
      </w:r>
      <w:r>
        <w:rPr>
          <w:sz w:val="20"/>
        </w:rPr>
        <w:t>1:19:47  yaani apne aap ko purify karey.</w:t>
      </w:r>
      <w:r>
        <w:br/>
      </w:r>
      <w:r>
        <w:rPr>
          <w:sz w:val="20"/>
        </w:rPr>
        <w:t>1:19:52  bazka shakhsiyat ke liye.</w:t>
      </w:r>
      <w:r>
        <w:br/>
      </w:r>
      <w:r>
        <w:rPr>
          <w:sz w:val="20"/>
        </w:rPr>
        <w:t>1:19:57  yeh kahin nahi hai quran o hadith mein ke jannat banai gayi hai musalman ke liye.</w:t>
      </w:r>
      <w:r>
        <w:br/>
      </w:r>
      <w:r>
        <w:rPr>
          <w:sz w:val="20"/>
        </w:rPr>
        <w:t>1:20:02  yeh bilkul hi baseless baat hai.</w:t>
      </w:r>
      <w:r>
        <w:br/>
      </w:r>
      <w:r>
        <w:rPr>
          <w:sz w:val="20"/>
        </w:rPr>
        <w:t>1:20:07  baseless baat hai.</w:t>
      </w:r>
    </w:p>
    <w:p>
      <w:pPr>
        <w:pStyle w:val="Heading2"/>
      </w:pPr>
      <w:r>
        <w:t>Nature and benefit of divine reward</w:t>
      </w:r>
    </w:p>
    <w:p>
      <w:r>
        <w:rPr>
          <w:color w:val="666666"/>
          <w:sz w:val="18"/>
        </w:rPr>
        <w:t>Faith &amp; God · Peace of Mind June 29, 2014 · 2m 33s · at 50:34 · https://youtu.be/oVwRc_FcAGk?t=3034</w:t>
      </w:r>
    </w:p>
    <w:p>
      <w:r>
        <w:rPr>
          <w:i/>
        </w:rPr>
        <w:t>“When we do a good deed, we get reward. What is this reward? How is it beneficial for us? Is it an external credit note or a virtual achievement recorded in our deeds that benefits in the afterlife? Or is it something that increases one's level of piety, leading to more good deeds, and good deeds are the means to success in the afterlife?”</w:t>
      </w:r>
    </w:p>
    <w:p>
      <w:r>
        <w:rPr>
          <w:sz w:val="20"/>
        </w:rPr>
        <w:t>50:34  maulana, un ka aik aur sawal hai, unhone likha hai ke jab hum koi achha kaam karte hain to sawab milta hai.</w:t>
      </w:r>
      <w:r>
        <w:br/>
      </w:r>
      <w:r>
        <w:rPr>
          <w:sz w:val="20"/>
        </w:rPr>
        <w:t>50:44  yeh sawab aakhir kya hai? yeh hamare liye kis tarah faida mand hai? yeh koi kharji credit note hai ya koi virtual achievement hai jo hamare aamal naame mein darj ho jata hai aur aakhirat mein faida deta hai?</w:t>
      </w:r>
      <w:r>
        <w:br/>
      </w:r>
      <w:r>
        <w:rPr>
          <w:sz w:val="20"/>
        </w:rPr>
        <w:t>51:01  ya yeh koi aisi cheez hai jo insaan ke taqwe ki کیفیت mein barhothri karta hai, jis ki wajah se amal saleh mein izafa hota hai aur amal saleh ka zariya aakhirat mein kamyabi deta hai?</w:t>
      </w:r>
      <w:r>
        <w:br/>
      </w:r>
      <w:r>
        <w:rPr>
          <w:sz w:val="20"/>
        </w:rPr>
        <w:t>51:16  is ki bhi wazahat karen. dekhiye, is par bhi hum bohat likh chuke hain. hua azeem sawab ka matlab hai personality development.</w:t>
      </w:r>
      <w:r>
        <w:br/>
      </w:r>
      <w:r>
        <w:rPr>
          <w:sz w:val="20"/>
        </w:rPr>
        <w:t>51:28  jab aap koi amal karte hain acha to is mein jo sawab hota hai, woh sawab isi shakal mein aata hai aap ko ke aap ka aap ke andar spiritual development hota hai.</w:t>
      </w:r>
      <w:r>
        <w:br/>
      </w:r>
      <w:r>
        <w:rPr>
          <w:sz w:val="20"/>
        </w:rPr>
        <w:t>51:40  to sawab in terms of intellectual, sawab in terms of intellectual development, in terms of spiritual development aap ko milta rehta hai, milta rehta hai.</w:t>
      </w:r>
      <w:r>
        <w:br/>
      </w:r>
      <w:r>
        <w:rPr>
          <w:sz w:val="20"/>
        </w:rPr>
        <w:t>51:52  yahan tak ke aap ke andar woh personality ban jati hai, woh woh madhaka personality hai jo jannat jannat mein dakhil ki jaye.</w:t>
      </w:r>
      <w:r>
        <w:br/>
      </w:r>
      <w:r>
        <w:rPr>
          <w:sz w:val="20"/>
        </w:rPr>
        <w:t>52:01  hum ne hum is ko nahi mante ke sawab koi alag se kahin ja kar ke kisi bank mein jama hai jo aap ko de diya jaye ga. jab aap koi kaam amal karte hain, usi waqt hi usi amal ke sath sath aap ki personality banti hai.</w:t>
      </w:r>
      <w:r>
        <w:br/>
      </w:r>
      <w:r>
        <w:rPr>
          <w:sz w:val="20"/>
        </w:rPr>
        <w:t>52:17  isi personality jo banti hai, isi ko aap chahe sawab kahiye ya tazkiya kahiye, woh sab ek hi cheez hai. mein is ko nahi manta ke sawab jo hai kahin woh bank mein jama hua ja ke mil jaye ga aap ko.</w:t>
      </w:r>
      <w:r>
        <w:br/>
      </w:r>
      <w:r>
        <w:rPr>
          <w:sz w:val="20"/>
        </w:rPr>
        <w:t>52:33  din in deer aap ko milta hai aur aap mehsoos kar sakte hain, mehsoos kar sakte hain. jaise ke misaal ke tor par maine shikayat ki baat ki,</w:t>
      </w:r>
      <w:r>
        <w:br/>
      </w:r>
      <w:r>
        <w:rPr>
          <w:sz w:val="20"/>
        </w:rPr>
        <w:t>52:41  aap ko shikayat paida hui aur aap ne woh kaam kiya jo Hazrat Abu Ayub Azai ne kiya tha, to aap ko achaanak mile ga ke ajeeb sukoon, ajeeb peace, ajeeb rabbaniyat aap ke andar aa jaye gi.</w:t>
      </w:r>
      <w:r>
        <w:br/>
      </w:r>
      <w:r>
        <w:rPr>
          <w:sz w:val="20"/>
        </w:rPr>
        <w:t>52:57  wohi sawab hai, wohi wohi personality development hai, wohi tazkiya hai.</w:t>
      </w:r>
    </w:p>
    <w:p>
      <w:pPr>
        <w:pStyle w:val="Heading2"/>
      </w:pPr>
      <w:r>
        <w:t>Obsession with human glories over God</w:t>
      </w:r>
    </w:p>
    <w:p>
      <w:r>
        <w:rPr>
          <w:color w:val="666666"/>
          <w:sz w:val="18"/>
        </w:rPr>
        <w:t>Faith &amp; God · The Power of Remembering God Often September 26, 2010 · 2m 40s · at 1:24:54 · https://youtu.be/GMmwEr7Wt80?t=5094</w:t>
      </w:r>
    </w:p>
    <w:p>
      <w:r>
        <w:rPr>
          <w:i/>
        </w:rPr>
        <w:t>“I have invariably found that people are obsessed with human glories. Whenever they sit together, they talk of their greats in glowing terms. Why is it that we are lost in human glories and fail to find God, the true possessor of all glories?”</w:t>
      </w:r>
    </w:p>
    <w:p>
      <w:r>
        <w:rPr>
          <w:sz w:val="20"/>
        </w:rPr>
        <w:t>1:24:54  taake tumhare nasl generation ko is ki price na deni pade. maulana, agla sawal kya hai? doctor farida khanoom ne dilli se unhon ne likha hai ke "i have incredibly found that people are obsessed with human glories.</w:t>
      </w:r>
      <w:r>
        <w:br/>
      </w:r>
      <w:r>
        <w:rPr>
          <w:sz w:val="20"/>
        </w:rPr>
        <w:t>1:25:10  whenever they sit together, they talk of their greatness in glowing terms.</w:t>
      </w:r>
      <w:r>
        <w:br/>
      </w:r>
      <w:r>
        <w:rPr>
          <w:sz w:val="20"/>
        </w:rPr>
        <w:t>1:25:17  why is it that we are lost in human glories and fail to find god, the true possessor of all glories?" aakhir mein dekhen, yeh seen glory aur unseen glory ki baat hai.</w:t>
      </w:r>
      <w:r>
        <w:br/>
      </w:r>
      <w:r>
        <w:rPr>
          <w:sz w:val="20"/>
        </w:rPr>
        <w:t>1:25:31  yeh</w:t>
      </w:r>
      <w:r>
        <w:br/>
      </w:r>
      <w:r>
        <w:rPr>
          <w:sz w:val="20"/>
        </w:rPr>
        <w:t>1:25:35  khuda glory jo unseen glory hai, hamein to soch kar jaanna padta hai aur insaan ki glory to seen glory hai.</w:t>
      </w:r>
      <w:r>
        <w:br/>
      </w:r>
      <w:r>
        <w:rPr>
          <w:sz w:val="20"/>
        </w:rPr>
        <w:t>1:25:44  aap dekh kar dekhte hain aur foran aap jaan lete hain is ko. to yahan yaani aadmi sochega tab yeh jaane ga ke insaan ki jo great بڑai hai, woh bhi to khuda ki di hui hai.</w:t>
      </w:r>
      <w:r>
        <w:br/>
      </w:r>
      <w:r>
        <w:rPr>
          <w:sz w:val="20"/>
        </w:rPr>
        <w:t>1:26:02  kisi ko bohat bohat smart hai to khuda ne banaya hai is ko, kisi ka bari aqal hai to woh khuda ki di hui hai.</w:t>
      </w:r>
      <w:r>
        <w:br/>
      </w:r>
      <w:r>
        <w:rPr>
          <w:sz w:val="20"/>
        </w:rPr>
        <w:t>1:26:11  kuch bhi, koi bhi بڑai kisi insaan ke paas agar hai to woh khuda ki di hui hai. to khuda glory ek unseen glory hai aur jo insaan ki glory hai, woh seen glory hai.</w:t>
      </w:r>
      <w:r>
        <w:br/>
      </w:r>
      <w:r>
        <w:rPr>
          <w:sz w:val="20"/>
        </w:rPr>
        <w:t>1:26:27  to aadmi is ko jaan leta hai aur is ko nahi jaan pata. lekin yahi test hai. yaad rakhiye, yahi test hai. yaani insaan ki glory mein khuda ki glory ko daryaft karna ke giver to khuda hai, insaan to taker hai.</w:t>
      </w:r>
      <w:r>
        <w:br/>
      </w:r>
      <w:r>
        <w:rPr>
          <w:sz w:val="20"/>
        </w:rPr>
        <w:t>1:26:47  to yeh yeh to rahega, yeh khatm nahi ho sakta. yeh kyunke is ka talluq test se juda hua hai, is ka talluq test se juda hua hai.</w:t>
      </w:r>
      <w:r>
        <w:br/>
      </w:r>
      <w:r>
        <w:rPr>
          <w:sz w:val="20"/>
        </w:rPr>
        <w:t>1:26:59  agar yeh na ho to phir test ke ke halaat hi nahi honge. kaise insaan azmaish kaise hogi? insaan ka imtehan kaise hoga?</w:t>
      </w:r>
      <w:r>
        <w:br/>
      </w:r>
      <w:r>
        <w:rPr>
          <w:sz w:val="20"/>
        </w:rPr>
        <w:t>1:27:09  to hamein insaan ki seen glory mein yeh daryaft karna hai ke yeh to in seen god ka karishma hai, in seen god ka mamla hai.</w:t>
      </w:r>
      <w:r>
        <w:br/>
      </w:r>
      <w:r>
        <w:rPr>
          <w:sz w:val="20"/>
        </w:rPr>
        <w:t>1:27:19  insaan to tekar hai, giver to khuda hai. to is ko daryaft karne hi mein insaan ko test pe stand karta hai.</w:t>
      </w:r>
      <w:r>
        <w:br/>
      </w:r>
      <w:r>
        <w:rPr>
          <w:sz w:val="20"/>
        </w:rPr>
        <w:t>1:27:29  aadmi</w:t>
      </w:r>
    </w:p>
    <w:p>
      <w:pPr>
        <w:pStyle w:val="Heading2"/>
      </w:pPr>
      <w:r>
        <w:t>Only Allah decides who enters Paradise</w:t>
      </w:r>
    </w:p>
    <w:p>
      <w:r>
        <w:rPr>
          <w:color w:val="666666"/>
          <w:sz w:val="18"/>
        </w:rPr>
        <w:t>Faith &amp; God · Peace of Mind April 19, 2015 Maulana Wahiduddin Khan · 2m 22s · at 57:59 · https://youtu.be/bGLY0ALNtjw?t=3479</w:t>
      </w:r>
    </w:p>
    <w:p>
      <w:r>
        <w:rPr>
          <w:i/>
        </w:rPr>
        <w:t>“Only Allah will decide who will enter Paradise.”</w:t>
      </w:r>
    </w:p>
    <w:p>
      <w:r>
        <w:rPr>
          <w:sz w:val="20"/>
        </w:rPr>
        <w:t>57:59  maulana agla sawal faiz sahab ne bheja hai california se.</w:t>
      </w:r>
      <w:r>
        <w:br/>
      </w:r>
      <w:r>
        <w:rPr>
          <w:sz w:val="20"/>
        </w:rPr>
        <w:t>58:04  aur unhon ne likha hai:</w:t>
      </w:r>
      <w:r>
        <w:br/>
      </w:r>
      <w:r>
        <w:rPr>
          <w:sz w:val="20"/>
        </w:rPr>
        <w:t>58:07  only Allah will decide who will enter jannat.</w:t>
      </w:r>
      <w:r>
        <w:br/>
      </w:r>
      <w:r>
        <w:rPr>
          <w:sz w:val="20"/>
        </w:rPr>
        <w:t>58:11  However, Maulana, based on your knowledge, would the modern-time Christians believing in Trinity are committing shirk?</w:t>
      </w:r>
      <w:r>
        <w:br/>
      </w:r>
      <w:r>
        <w:rPr>
          <w:sz w:val="20"/>
        </w:rPr>
        <w:t>58:19  Would they be eligible for entering Jannah if they are excellent human beings in this life? What is your comment on this?"</w:t>
      </w:r>
      <w:r>
        <w:br/>
      </w:r>
      <w:r>
        <w:rPr>
          <w:sz w:val="20"/>
        </w:rPr>
        <w:t>58:29  dekhiye yeh main samajhta hoon ke jannat ya jahannum yeh kisi insan ke faisle se nahin hogi.</w:t>
      </w:r>
      <w:r>
        <w:br/>
      </w:r>
      <w:r>
        <w:rPr>
          <w:sz w:val="20"/>
        </w:rPr>
        <w:t>58:36  iska mamla tartil akhirat ka mamla hai, Allah ka faisla.</w:t>
      </w:r>
      <w:r>
        <w:br/>
      </w:r>
      <w:r>
        <w:rPr>
          <w:sz w:val="20"/>
        </w:rPr>
        <w:t>58:41  ek hadith hai,</w:t>
      </w:r>
      <w:r>
        <w:br/>
      </w:r>
      <w:r>
        <w:rPr>
          <w:sz w:val="20"/>
        </w:rPr>
        <w:t>58:44  wohi mein sunata hoon us ko, us se aap samajh sakte hain ke wallah ul adri, wallah ul adri, wallah</w:t>
      </w:r>
      <w:r>
        <w:br/>
      </w:r>
      <w:r>
        <w:rPr>
          <w:sz w:val="20"/>
        </w:rPr>
        <w:t>58:52  ul adri, wa ana rasool Allah, ma yaf al bi wa lakum.</w:t>
      </w:r>
      <w:r>
        <w:br/>
      </w:r>
      <w:r>
        <w:rPr>
          <w:sz w:val="20"/>
        </w:rPr>
        <w:t>58:58  khuda ki qasam mein nahin janta, khuda ki qasam mein nahin janta, khuda ki qasam mein nahin janta.</w:t>
      </w:r>
      <w:r>
        <w:br/>
      </w:r>
      <w:r>
        <w:rPr>
          <w:sz w:val="20"/>
        </w:rPr>
        <w:t>59:04  agarche mein khuda ka rasool hoon.</w:t>
      </w:r>
      <w:r>
        <w:br/>
      </w:r>
      <w:r>
        <w:rPr>
          <w:sz w:val="20"/>
        </w:rPr>
        <w:t>59:07  kya kya jaye ga mere sath, kya kya jaye ga tumhare sath? to musalman yeh samajhte hain ke</w:t>
      </w:r>
      <w:r>
        <w:br/>
      </w:r>
      <w:r>
        <w:rPr>
          <w:sz w:val="20"/>
        </w:rPr>
        <w:t>59:12  hamari jannat reserve hai.</w:t>
      </w:r>
      <w:r>
        <w:br/>
      </w:r>
      <w:r>
        <w:rPr>
          <w:sz w:val="20"/>
        </w:rPr>
        <w:t>59:15  ajeeb o ghareeb soch musalmanon mein aa gayi hai ke apni jannat ko reserve samajhte hain.</w:t>
      </w:r>
      <w:r>
        <w:br/>
      </w:r>
      <w:r>
        <w:rPr>
          <w:sz w:val="20"/>
        </w:rPr>
        <w:t>59:20  sirf doosron ki jannat mushtak hai.</w:t>
      </w:r>
      <w:r>
        <w:br/>
      </w:r>
      <w:r>
        <w:rPr>
          <w:sz w:val="20"/>
        </w:rPr>
        <w:t>59:22  yeh soch na islam mein hai,</w:t>
      </w:r>
      <w:r>
        <w:br/>
      </w:r>
      <w:r>
        <w:rPr>
          <w:sz w:val="20"/>
        </w:rPr>
        <w:t>59:26  na quran mein hai, na hadith mein hai.</w:t>
      </w:r>
      <w:r>
        <w:br/>
      </w:r>
      <w:r>
        <w:rPr>
          <w:sz w:val="20"/>
        </w:rPr>
        <w:t>59:31  maulana in ka ek aur sawal hai.</w:t>
      </w:r>
      <w:r>
        <w:br/>
      </w:r>
      <w:r>
        <w:rPr>
          <w:sz w:val="20"/>
        </w:rPr>
        <w:t>59:33  انہوں نے آپ سے پوچھا ہے کہ why was Ibrahim (علیہ السلام) admonished in Surah Tawbah for asking</w:t>
      </w:r>
      <w:r>
        <w:br/>
      </w:r>
      <w:r>
        <w:rPr>
          <w:sz w:val="20"/>
        </w:rPr>
        <w:t>59:41  forgiveness for his mushrik father?</w:t>
      </w:r>
      <w:r>
        <w:br/>
      </w:r>
      <w:r>
        <w:rPr>
          <w:sz w:val="20"/>
        </w:rPr>
        <w:t>59:46  bhai yeh to quran mein is ka jawab maujood hai.</w:t>
      </w:r>
      <w:r>
        <w:br/>
      </w:r>
      <w:r>
        <w:rPr>
          <w:sz w:val="20"/>
        </w:rPr>
        <w:t>59:51  ke yeh in ke ijtihadi ghalati thi.</w:t>
      </w:r>
      <w:r>
        <w:br/>
      </w:r>
      <w:r>
        <w:rPr>
          <w:sz w:val="20"/>
        </w:rPr>
        <w:t>59:54  quran mein is ka aap pura parhiye is ko.</w:t>
      </w:r>
      <w:r>
        <w:br/>
      </w:r>
      <w:r>
        <w:rPr>
          <w:sz w:val="20"/>
        </w:rPr>
        <w:t>1:00:00  yeh to out, yani ek taluq hota hai to hazrat nooh ne apne bete ke liye kaha, hazrat</w:t>
      </w:r>
      <w:r>
        <w:br/>
      </w:r>
      <w:r>
        <w:rPr>
          <w:sz w:val="20"/>
        </w:rPr>
        <w:t>1:00:05  ibrahim ne apne father ke liye kaha, rasool Allah ne apne chacha ke liye kaha, lekin woh dua</w:t>
      </w:r>
      <w:r>
        <w:br/>
      </w:r>
      <w:r>
        <w:rPr>
          <w:sz w:val="20"/>
        </w:rPr>
        <w:t>1:00:11  qubool nahin hui.</w:t>
      </w:r>
      <w:r>
        <w:br/>
      </w:r>
      <w:r>
        <w:rPr>
          <w:sz w:val="20"/>
        </w:rPr>
        <w:t>1:00:14  yeh to is ko hum ijtihadi khata samajhte hain.</w:t>
      </w:r>
      <w:r>
        <w:br/>
      </w:r>
      <w:r>
        <w:rPr>
          <w:sz w:val="20"/>
        </w:rPr>
        <w:t>1:00:17  ijtihadi khata kisi bhi ho sakti hai.</w:t>
      </w:r>
    </w:p>
    <w:p>
      <w:pPr>
        <w:pStyle w:val="Heading2"/>
      </w:pPr>
      <w:r>
        <w:t>Origin of human prayer</w:t>
      </w:r>
    </w:p>
    <w:p>
      <w:r>
        <w:rPr>
          <w:color w:val="666666"/>
          <w:sz w:val="18"/>
        </w:rPr>
        <w:t>Faith &amp; God · The Discovery of God IIC Prog (Maulana Talk) November 2, 2019 · 4m 38s · at 32:22 · https://youtu.be/u24tYGW6tCM?t=1942</w:t>
      </w:r>
    </w:p>
    <w:p>
      <w:r>
        <w:rPr>
          <w:i/>
        </w:rPr>
        <w:t>“When did humans begin to pray?”</w:t>
      </w:r>
    </w:p>
    <w:p>
      <w:r>
        <w:rPr>
          <w:sz w:val="20"/>
        </w:rPr>
        <w:t>32:22  maulana, yeh sawal subhash verma ji ka hai. unhon ne aap se poocha hai ke "When did humans begin to pray?" is ke bare mein bataein.</w:t>
      </w:r>
      <w:r>
        <w:br/>
      </w:r>
      <w:r>
        <w:rPr>
          <w:sz w:val="20"/>
        </w:rPr>
        <w:t>32:34  dekhein, maine ek kitab padhi thi bohat pehle ke is kitab ka title tha ke "Gyan ka aaghaz kab hua?" "Gyan ka aaghaz kab hua?"</w:t>
      </w:r>
      <w:r>
        <w:br/>
      </w:r>
      <w:r>
        <w:rPr>
          <w:sz w:val="20"/>
        </w:rPr>
        <w:t>32:52  is mein likha tha ke jab insan is zameen par aaya aur yahan par shuru ke zamane mein jis ko hum kehte hain stone age, yeh stone age ki baat hai,</w:t>
      </w:r>
      <w:r>
        <w:br/>
      </w:r>
      <w:r>
        <w:rPr>
          <w:sz w:val="20"/>
        </w:rPr>
        <w:t>33:07  to do aadmi kisi baat par ghussa ho gaye. yaani pathar un ke hathon mein tha, to dono ne ek doosre ko pathar se mara.</w:t>
      </w:r>
      <w:r>
        <w:br/>
      </w:r>
      <w:r>
        <w:rPr>
          <w:sz w:val="20"/>
        </w:rPr>
        <w:t>33:20  un ke paas wahi tha. yeh baat hai stone age ki. to jab woh pathar takraya to sparking hui.</w:t>
      </w:r>
      <w:r>
        <w:br/>
      </w:r>
      <w:r>
        <w:rPr>
          <w:sz w:val="20"/>
        </w:rPr>
        <w:t>33:32  jab sparking hui to dono ke ghussa khatam ho gaye. woh lage dekhne ke is pathar mein kahin koi hai, aag aag hai koi. to dono ke dono pathar ko le kar sparking ko talash karne lage.</w:t>
      </w:r>
      <w:r>
        <w:br/>
      </w:r>
      <w:r>
        <w:rPr>
          <w:sz w:val="20"/>
        </w:rPr>
        <w:t>33:49  aaj hum jante hain ke khud pathar mein sparking nahi thi, balkeh hawa mein oxygen hai, is ke takrane se sparking hoti hai.</w:t>
      </w:r>
      <w:r>
        <w:br/>
      </w:r>
      <w:r>
        <w:rPr>
          <w:sz w:val="20"/>
        </w:rPr>
        <w:t>34:04  to yahan se shuru hua sochna. is kitab mein yeh bataya gaya tha ke yahan se sochna shuru hua.</w:t>
      </w:r>
      <w:r>
        <w:br/>
      </w:r>
      <w:r>
        <w:rPr>
          <w:sz w:val="20"/>
        </w:rPr>
        <w:t>34:16  to is ne yahan tak pohancha ke koi koi hasti mujh se bari hai. koi hasti mujh se bari hai.</w:t>
      </w:r>
      <w:r>
        <w:br/>
      </w:r>
      <w:r>
        <w:rPr>
          <w:sz w:val="20"/>
        </w:rPr>
        <w:t>34:27  yahan se ibadat ka tasawwur paida hua. yeh secular interpretation hai. lekin jo mazhabi interpretation hai Islam ke mutabiq, yeh to yeh hai ke paighambar aaye,</w:t>
      </w:r>
      <w:r>
        <w:br/>
      </w:r>
      <w:r>
        <w:rPr>
          <w:sz w:val="20"/>
        </w:rPr>
        <w:t>34:40  prophet aaye, unhon ne bataya ke ek God hai, us ki parastish karo. woh malik hai tumhara.</w:t>
      </w:r>
      <w:r>
        <w:br/>
      </w:r>
      <w:r>
        <w:rPr>
          <w:sz w:val="20"/>
        </w:rPr>
        <w:t>34:50  to secular interpretation mein to woh hai, aur jo mazhabi interpretation hai us mein bhi yahi hai.</w:t>
      </w:r>
      <w:r>
        <w:br/>
      </w:r>
      <w:r>
        <w:rPr>
          <w:sz w:val="20"/>
        </w:rPr>
        <w:t>35:00  maulana, this question is from Miss priya malik. unhon ne aap se poocha hai "What is the concept of God as per Islam?" is ke bare mein bataein.</w:t>
      </w:r>
      <w:r>
        <w:br/>
      </w:r>
      <w:r>
        <w:rPr>
          <w:sz w:val="20"/>
        </w:rPr>
        <w:t>35:11  woh to wahi hai jo maine arz kiya. pehle woh belief tha, belief. ab mere nazdeek scientific discoveries jo hui hain, is mein yeh cheez reality ban chuki hai.</w:t>
      </w:r>
      <w:r>
        <w:br/>
      </w:r>
      <w:r>
        <w:rPr>
          <w:sz w:val="20"/>
        </w:rPr>
        <w:t>35:25  mera jo manna hai, jo maine arz kiya, woh scientific language mein Islami ka belief tha, woh scientific language mein.</w:t>
      </w:r>
      <w:r>
        <w:br/>
      </w:r>
      <w:r>
        <w:rPr>
          <w:sz w:val="20"/>
        </w:rPr>
        <w:t>35:37  is par maine ek kitab likhi hai jo "Discovery of God" aur bohat si kitabein meri hain is mozu par. to main samajhta hoon ke nietzsche ne jo kaha tha ke "God is dead,</w:t>
      </w:r>
      <w:r>
        <w:br/>
      </w:r>
      <w:r>
        <w:rPr>
          <w:sz w:val="20"/>
        </w:rPr>
        <w:t>35:51  that was a challenge."</w:t>
      </w:r>
      <w:r>
        <w:br/>
      </w:r>
      <w:r>
        <w:rPr>
          <w:sz w:val="20"/>
        </w:rPr>
        <w:t>35:53  ab is woh challenge ka jawab diya ja chuka hai. aur bohat si scientific theories hain, un mein se do ka maine samajh diya aap ko ke ek tha big bang aur doosra hai quantum physics.</w:t>
      </w:r>
      <w:r>
        <w:br/>
      </w:r>
      <w:r>
        <w:rPr>
          <w:sz w:val="20"/>
        </w:rPr>
        <w:t>36:12  koi bhi shakhs jo sincere ho, uska study kare. main khud apne bare mein bataoon aap ko ke bhai jo study thi na, woh yahi se</w:t>
      </w:r>
      <w:r>
        <w:br/>
      </w:r>
      <w:r>
        <w:rPr>
          <w:sz w:val="20"/>
        </w:rPr>
        <w:t>36:22  thi ke main pehle Khuda ko nahi manta tha. Khuda hai to mujhe dikhai dena chahiye. main khud apne bachpan mein aisa hi tha.</w:t>
      </w:r>
      <w:r>
        <w:br/>
      </w:r>
      <w:r>
        <w:rPr>
          <w:sz w:val="20"/>
        </w:rPr>
        <w:t>36:34  to meri jo seeking spirit jaagi hai, woh yahi se jaagi hai ke Khuda hai to mujhe janna chahiye ke Khuda hai.</w:t>
      </w:r>
      <w:r>
        <w:br/>
      </w:r>
      <w:r>
        <w:rPr>
          <w:sz w:val="20"/>
        </w:rPr>
        <w:t>36:45  to jo woh awaz mere andar se nikli, "Khawand, tu kab aaye</w:t>
      </w:r>
      <w:r>
        <w:br/>
      </w:r>
      <w:r>
        <w:rPr>
          <w:sz w:val="20"/>
        </w:rPr>
        <w:t>36:50  ga? main kab tak tere aane ka intezar karoon?" to meri mere andar jo ek insan hai, woh bol pada tha.</w:t>
      </w:r>
    </w:p>
    <w:p>
      <w:pPr>
        <w:pStyle w:val="Heading2"/>
      </w:pPr>
      <w:r>
        <w:t>Parameters for true life ideology</w:t>
      </w:r>
    </w:p>
    <w:p>
      <w:r>
        <w:rPr>
          <w:color w:val="666666"/>
          <w:sz w:val="18"/>
        </w:rPr>
        <w:t>Faith &amp; God · Q&amp;A 11 Jul 2010 Maulana Wahiduddin Khan · 3m 24s · at 12:16 · https://youtu.be/UHtdtzGGwFQ?t=736</w:t>
      </w:r>
    </w:p>
    <w:p>
      <w:r>
        <w:rPr>
          <w:i/>
        </w:rPr>
        <w:t>“What are the parameters by which one can recognize or identify the true ideology of life?”</w:t>
      </w:r>
    </w:p>
    <w:p>
      <w:r>
        <w:rPr>
          <w:sz w:val="20"/>
        </w:rPr>
        <w:t>12:16  maulana, agla sawal kya hai? sadia khan ne, new delhi se. unhon ne likha hai ke "What are the parameters by which one can recognize or identify the true ideology of life?"</w:t>
      </w:r>
      <w:r>
        <w:br/>
      </w:r>
      <w:r>
        <w:rPr>
          <w:sz w:val="20"/>
        </w:rPr>
        <w:t>12:38  dekhen, yeh koi technical subject nahi hai, koi mathematical subject nahi hai. ya main kahoon ke mathematical criteria possible nahi hai. kyunke yeh test ka mamla hai.</w:t>
      </w:r>
      <w:r>
        <w:br/>
      </w:r>
      <w:r>
        <w:rPr>
          <w:sz w:val="20"/>
        </w:rPr>
        <w:t>12:47  khuda test le raha hai. agar mathematical criteria possible hota to test hi khatam ho jata. to is liye ek element of doubt to baqi rahe ga.</w:t>
      </w:r>
      <w:r>
        <w:br/>
      </w:r>
      <w:r>
        <w:rPr>
          <w:sz w:val="20"/>
        </w:rPr>
        <w:t>12:56  yaad rakhiye,</w:t>
      </w:r>
      <w:r>
        <w:br/>
      </w:r>
      <w:r>
        <w:rPr>
          <w:sz w:val="20"/>
        </w:rPr>
        <w:t>13:00  agar do do char ki tarah baaten clear ho jayen to test kahan raha? phir test khatam.</w:t>
      </w:r>
      <w:r>
        <w:br/>
      </w:r>
      <w:r>
        <w:rPr>
          <w:sz w:val="20"/>
        </w:rPr>
        <w:t>13:09  to tareeqa sirf kya? main method batata hoon. method aur aur kuch nahi. method kya hai? aap quran ki study karen.</w:t>
      </w:r>
      <w:r>
        <w:br/>
      </w:r>
      <w:r>
        <w:rPr>
          <w:sz w:val="20"/>
        </w:rPr>
        <w:t>13:19  aap khuda ki jo jo takhleeq hai, nature, us ko</w:t>
      </w:r>
      <w:r>
        <w:br/>
      </w:r>
      <w:r>
        <w:rPr>
          <w:sz w:val="20"/>
        </w:rPr>
        <w:t>13:27  observe karen. universe mein jo khuda ke jalwe hain, us ko us ki study karen.</w:t>
      </w:r>
      <w:r>
        <w:br/>
      </w:r>
      <w:r>
        <w:rPr>
          <w:sz w:val="20"/>
        </w:rPr>
        <w:t>13:40  through study aap puhanch sakte hain wahan par. through study.</w:t>
      </w:r>
      <w:r>
        <w:br/>
      </w:r>
      <w:r>
        <w:rPr>
          <w:sz w:val="20"/>
        </w:rPr>
        <w:t>13:45  study karte karte aap ke andar ek development development hota hai. aap ke mind mein ek mind mein ek skill paida hoti hai cheezon ko recognize karne ki.</w:t>
      </w:r>
      <w:r>
        <w:br/>
      </w:r>
      <w:r>
        <w:rPr>
          <w:sz w:val="20"/>
        </w:rPr>
        <w:t>13:57  jab bohat hi study karte hain aap to objectivity aati hai</w:t>
      </w:r>
      <w:r>
        <w:br/>
      </w:r>
      <w:r>
        <w:rPr>
          <w:sz w:val="20"/>
        </w:rPr>
        <w:t>14:02  aur recognition ki salahiyat paida hoti hai. to yeh ek process hai. aisa nahi ke achaanak ho jaye. ajab nahi ho sakta hai.</w:t>
      </w:r>
      <w:r>
        <w:br/>
      </w:r>
      <w:r>
        <w:rPr>
          <w:sz w:val="20"/>
        </w:rPr>
        <w:t>14:13  history behraal hoti hai. yani history jo hai woh starting point hai is mamle ka.</w:t>
      </w:r>
      <w:r>
        <w:br/>
      </w:r>
      <w:r>
        <w:rPr>
          <w:sz w:val="20"/>
        </w:rPr>
        <w:t>14:19  aur is se agar aadmi sincere hai, sincere hai to phir kya hota hai ke 50 percent aadmi khud karta hai. 50 percent allah ki madad aati hai. agar koi aadmi sincere ho to zaroor madad allah ki aye gi.</w:t>
      </w:r>
      <w:r>
        <w:br/>
      </w:r>
      <w:r>
        <w:rPr>
          <w:sz w:val="20"/>
        </w:rPr>
        <w:t>14:34  zaroor aye gi. aur phir woh khuda ki madad se woh puhanch jaye ga jahan puhanchna hai us ko. phir us ke andar ek ek cheez develop hogi. andar ek roshni, ek pehchan, ek farq karne wali.</w:t>
      </w:r>
      <w:r>
        <w:br/>
      </w:r>
      <w:r>
        <w:rPr>
          <w:sz w:val="20"/>
        </w:rPr>
        <w:t>14:47  quran hai ke furqan tumhare paida kare ga.</w:t>
      </w:r>
      <w:r>
        <w:br/>
      </w:r>
      <w:r>
        <w:rPr>
          <w:sz w:val="20"/>
        </w:rPr>
        <w:t>14:52  agar tum sachay ho, sincere ho to tumhare andar furqan. furqan matlab yeh hai ke yani differentiate, differentiate karne ki quality.</w:t>
      </w:r>
      <w:r>
        <w:br/>
      </w:r>
      <w:r>
        <w:rPr>
          <w:sz w:val="20"/>
        </w:rPr>
        <w:t>15:03  black ko white se, sachai ko false foot se differentiate karne ki salahiyat paida hogi.</w:t>
      </w:r>
      <w:r>
        <w:br/>
      </w:r>
      <w:r>
        <w:rPr>
          <w:sz w:val="20"/>
        </w:rPr>
        <w:t>15:11  to phir aap khud hi jaan len ge. it required sincerity, it required seriousness, it required study, it required observation,</w:t>
      </w:r>
      <w:r>
        <w:br/>
      </w:r>
      <w:r>
        <w:rPr>
          <w:sz w:val="20"/>
        </w:rPr>
        <w:t>15:25  it required contemplation. agar yeh yeh aap condition poori kar den,</w:t>
      </w:r>
      <w:r>
        <w:br/>
      </w:r>
      <w:r>
        <w:rPr>
          <w:sz w:val="20"/>
        </w:rPr>
        <w:t>15:31  then you can see, you can reach the the truth.</w:t>
      </w:r>
    </w:p>
    <w:p>
      <w:pPr>
        <w:pStyle w:val="Heading2"/>
      </w:pPr>
      <w:r>
        <w:t>Parents' responsibilities for children's religious upbringing</w:t>
      </w:r>
    </w:p>
    <w:p>
      <w:r>
        <w:rPr>
          <w:color w:val="666666"/>
          <w:sz w:val="18"/>
        </w:rPr>
        <w:t>Faith &amp; God · The Importance of the Quran May 15, 2016 Maulana Wahiduddin Khan · 2m 09s · at 1:12:36 · https://youtu.be/9a-OOUR_bLg?t=4356</w:t>
      </w:r>
    </w:p>
    <w:p>
      <w:r>
        <w:rPr>
          <w:i/>
        </w:rPr>
        <w:t>“What are the responsibilities of parents regarding their children's religious upbringing? Please guide us in this.”</w:t>
      </w:r>
    </w:p>
    <w:p>
      <w:r>
        <w:rPr>
          <w:sz w:val="20"/>
        </w:rPr>
        <w:t>1:12:36  maulana, agla sawal tariq badar sahib ka hai aur unho ne aap se poocha hai what are the responsibilities of parents regarding their childrens religious upbringing?</w:t>
      </w:r>
      <w:r>
        <w:br/>
      </w:r>
      <w:r>
        <w:rPr>
          <w:sz w:val="20"/>
        </w:rPr>
        <w:t>1:12:48  please guide us in this.</w:t>
      </w:r>
      <w:r>
        <w:br/>
      </w:r>
      <w:r>
        <w:rPr>
          <w:sz w:val="20"/>
        </w:rPr>
        <w:t>1:12:53  achha,</w:t>
      </w:r>
      <w:r>
        <w:br/>
      </w:r>
      <w:r>
        <w:rPr>
          <w:sz w:val="20"/>
        </w:rPr>
        <w:t>1:12:59  main to samajhta hoon ke is zamane mein jo main jaanta hoon, parent jo hain bas do and don't ki zuban bolne bolte rehte hain.</w:t>
      </w:r>
      <w:r>
        <w:br/>
      </w:r>
      <w:r>
        <w:rPr>
          <w:sz w:val="20"/>
        </w:rPr>
        <w:t>1:13:07  yeh karo, woh na karo, yeh na karo, woh na karo. do and don't ki zuban se kabhi islaah ho nahi sakti, namumkin hai.</w:t>
      </w:r>
      <w:r>
        <w:br/>
      </w:r>
      <w:r>
        <w:rPr>
          <w:sz w:val="20"/>
        </w:rPr>
        <w:t>1:13:18  aap ko you have to, you have to see the root cause. to main ne is wajah se socha hai jo root cause hai woh woh do cheezein hain.</w:t>
      </w:r>
      <w:r>
        <w:br/>
      </w:r>
      <w:r>
        <w:rPr>
          <w:sz w:val="20"/>
        </w:rPr>
        <w:t>1:13:34  ek to bachon ki pampering. tamam parent apne bachon ki pampering karte hain aur doosri cheez hai ghar ka mahaul.</w:t>
      </w:r>
      <w:r>
        <w:br/>
      </w:r>
      <w:r>
        <w:rPr>
          <w:sz w:val="20"/>
        </w:rPr>
        <w:t>1:13:45  yani ghar ka mahaul jo hai woh agar materialistic hai aur aap chahein ke un ko akhirat oriented banayein, akhirat oriented thinking un ki nazar laayein to woh aa nahi sakta.</w:t>
      </w:r>
      <w:r>
        <w:br/>
      </w:r>
      <w:r>
        <w:rPr>
          <w:sz w:val="20"/>
        </w:rPr>
        <w:t>1:13:59  yani bachchon ke agar bachchon ke andar agar aap chahte hain akhirat oriented thinking to ghar ke mahaul ko ghair wadi banana hoga.</w:t>
      </w:r>
      <w:r>
        <w:br/>
      </w:r>
      <w:r>
        <w:rPr>
          <w:sz w:val="20"/>
        </w:rPr>
        <w:t>1:14:13  is tarah bachchon ko chahte hain ke aap realist banen, realist to unko pampering chhodna padega. to asal cheez yahi hai ke hum root cause ko daryaft karen aur jahan root cause hai wahan se islaah ki koshish karen.</w:t>
      </w:r>
      <w:r>
        <w:br/>
      </w:r>
      <w:r>
        <w:rPr>
          <w:sz w:val="20"/>
        </w:rPr>
        <w:t>1:14:32  root cause hat kar ke islaah ki koshish ki jayegi to woh effective nahin hogi.</w:t>
      </w:r>
    </w:p>
    <w:p>
      <w:pPr>
        <w:pStyle w:val="Heading2"/>
      </w:pPr>
      <w:r>
        <w:t>People who don't desire heaven or hell</w:t>
      </w:r>
    </w:p>
    <w:p>
      <w:r>
        <w:rPr>
          <w:color w:val="666666"/>
          <w:sz w:val="18"/>
        </w:rPr>
        <w:t>Faith &amp; God · Importance of Creative Thinking December 11, 2011 · 2m 35s · at 1:02:57 · https://youtu.be/jfML9Arb0S4?t=3777</w:t>
      </w:r>
    </w:p>
    <w:p>
      <w:r>
        <w:rPr>
          <w:i/>
        </w:rPr>
        <w:t>“In your many speeches, you have mentioned that this world is like an examination hall. This life is a test on the basis of which we will be awarded heaven or hell. But there are many people who do not desire either of them. They don't want to undergo this test. For them, life is forced upon them.”</w:t>
      </w:r>
    </w:p>
    <w:p>
      <w:r>
        <w:rPr>
          <w:sz w:val="20"/>
        </w:rPr>
        <w:t>1:02:57  maulana, agla sawal aaya hai mrs sadia anjum ka dilli se. unhon ne likha hai: "maulana, in your many speeches, you have mentioned that this world is like an examination hall.</w:t>
      </w:r>
      <w:r>
        <w:br/>
      </w:r>
      <w:r>
        <w:rPr>
          <w:sz w:val="20"/>
        </w:rPr>
        <w:t>1:03:11  this life is a test on the basis of which we will be awarded heaven or hell.</w:t>
      </w:r>
      <w:r>
        <w:br/>
      </w:r>
      <w:r>
        <w:rPr>
          <w:sz w:val="20"/>
        </w:rPr>
        <w:t>1:03:18  but there are many people who do not desire either of them. they don't want to undergo this test. for them, life is forced on them.</w:t>
      </w:r>
      <w:r>
        <w:br/>
      </w:r>
      <w:r>
        <w:rPr>
          <w:sz w:val="20"/>
        </w:rPr>
        <w:t>1:03:29  as a result, their performances under this forced circumstance do suffer. they fail to do good deeds, noble work, whole heartedly,</w:t>
      </w:r>
      <w:r>
        <w:br/>
      </w:r>
      <w:r>
        <w:rPr>
          <w:sz w:val="20"/>
        </w:rPr>
        <w:t>1:03:41  since they are not giving this test, or their consent like other normal exams. hence, the instances of isolation, suicides, depression.</w:t>
      </w:r>
      <w:r>
        <w:br/>
      </w:r>
      <w:r>
        <w:rPr>
          <w:sz w:val="20"/>
        </w:rPr>
        <w:t>1:03:54  so please explain that why this forced exam? why not only those people should be tested who want to be part of it?"</w:t>
      </w:r>
      <w:r>
        <w:br/>
      </w:r>
      <w:r>
        <w:rPr>
          <w:sz w:val="20"/>
        </w:rPr>
        <w:t>1:04:05  dekhen, yeh yani sara mamla angle of vision ka hota hai. kis rukh se cheezon ko aap dekhen? yani jaise aap agar yeh sochen ke Allah taala ne hum ko paida kiya aur bohat aik short period hota hai dunya mein, pachas saath saal ka,</w:t>
      </w:r>
      <w:r>
        <w:br/>
      </w:r>
      <w:r>
        <w:rPr>
          <w:sz w:val="20"/>
        </w:rPr>
        <w:t>1:04:26  is mein hum agar acha insan apne ko sabit karen to eternal paradise milti hai. to aap yani aap ke andar jo soch ke positive soch aaye gi ke Allah taala ne kehte hain bari rehmat ki mujhe,</w:t>
      </w:r>
      <w:r>
        <w:br/>
      </w:r>
      <w:r>
        <w:rPr>
          <w:sz w:val="20"/>
        </w:rPr>
        <w:t>1:04:42  yeh soch ka farq hai. asal mein main samajhta hoon ke creation plan ko le kar sochna, agar hum creation plan ko le kar agar hum sochen to dunya humein bohat bari rehmat dikhai pare gi, bohat bari rehmat</w:t>
      </w:r>
      <w:r>
        <w:br/>
      </w:r>
      <w:r>
        <w:rPr>
          <w:sz w:val="20"/>
        </w:rPr>
        <w:t>1:04:57  ke aik aik short, aik thore kuch barson mein hum hum apne aap ko yani acha insan pesh kar saken Allah ke ke hukum ke mutabiq.</w:t>
      </w:r>
      <w:r>
        <w:br/>
      </w:r>
      <w:r>
        <w:rPr>
          <w:sz w:val="20"/>
        </w:rPr>
        <w:t>1:05:12  to eternal paradise milti hai,</w:t>
      </w:r>
      <w:r>
        <w:br/>
      </w:r>
      <w:r>
        <w:rPr>
          <w:sz w:val="20"/>
        </w:rPr>
        <w:t>1:05:15  yeh to yani bohat hi bari rehmat hai. is ko shikayat ke roop mein lena sirf yani is liye ke aap is ko galat angle se dekh raha hai aadmi.</w:t>
      </w:r>
    </w:p>
    <w:p>
      <w:pPr>
        <w:pStyle w:val="Heading2"/>
      </w:pPr>
      <w:r>
        <w:t>Perceiving Paradise and Hell in This World</w:t>
      </w:r>
    </w:p>
    <w:p>
      <w:r>
        <w:rPr>
          <w:color w:val="666666"/>
          <w:sz w:val="18"/>
        </w:rPr>
        <w:t>Faith &amp; God · The Highest Level of Paradise October 13, 2018 · 3m 20s · at 1:05:58 · https://youtu.be/L-VshW0ylX0?t=3958</w:t>
      </w:r>
    </w:p>
    <w:p>
      <w:r>
        <w:rPr>
          <w:i/>
        </w:rPr>
        <w:t>“Paradise and Hell are invisible and can only be perceived. My question is: how should we perceive Paradise and Hell in this world? In what context should we perceive them?”</w:t>
      </w:r>
    </w:p>
    <w:p>
      <w:r>
        <w:rPr>
          <w:sz w:val="20"/>
        </w:rPr>
        <w:t>1:05:58  maulana, ek sawal aamir mori sahib ne bheja hai srinagar se. unhone likha hai ke "paradise and hell is invisible and can only be perceived.</w:t>
      </w:r>
      <w:r>
        <w:br/>
      </w:r>
      <w:r>
        <w:rPr>
          <w:sz w:val="20"/>
        </w:rPr>
        <w:t>1:06:12  my question is: how should we perceive paradise or hell in this world? in which context we should perceive it?" arey bhai, ab to har cheez invisible ho gayi.</w:t>
      </w:r>
      <w:r>
        <w:br/>
      </w:r>
      <w:r>
        <w:rPr>
          <w:sz w:val="20"/>
        </w:rPr>
        <w:t>1:06:28  material world bhi ab visible nahin raha. yeh aap ko maloom hoga ke modern science jo hai, us mein to har cheez hi ka concept badal gaya.</w:t>
      </w:r>
      <w:r>
        <w:br/>
      </w:r>
      <w:r>
        <w:rPr>
          <w:sz w:val="20"/>
        </w:rPr>
        <w:t>1:06:44  har cheez ka. ab kisi cheez ko bhi aap yeh nahin keh sakte ke woh yeh visible hai, woh invisible hai.</w:t>
      </w:r>
      <w:r>
        <w:br/>
      </w:r>
      <w:r>
        <w:rPr>
          <w:sz w:val="20"/>
        </w:rPr>
        <w:t>1:06:54  sab ka level ek hai. quantum theory ko aap padhiye to yeh baat is pe bilkul clear ho chuki hai.</w:t>
      </w:r>
      <w:r>
        <w:br/>
      </w:r>
      <w:r>
        <w:rPr>
          <w:sz w:val="20"/>
        </w:rPr>
        <w:t>1:07:05  quantum theory daryaft ho chuki thi Einstein ke zamane mein. Einstein ke zamane mein. isi liye dekhiye, Einstein ka ek ek ek us ki baat jo hai,</w:t>
      </w:r>
      <w:r>
        <w:br/>
      </w:r>
      <w:r>
        <w:rPr>
          <w:sz w:val="20"/>
        </w:rPr>
        <w:t>1:07:21  logon ne achhi tarah shayad gaur nahin kiya is par ke us se yeh writing mein yeh baat hai ke us se poocha gaya tha ke kya aap atheist hain,</w:t>
      </w:r>
      <w:r>
        <w:br/>
      </w:r>
      <w:r>
        <w:rPr>
          <w:sz w:val="20"/>
        </w:rPr>
        <w:t>1:07:36  yani munkir hain Khuda ke? to us ne kaha ke munkir nahin hoon main, balki main woh hoon.</w:t>
      </w:r>
      <w:r>
        <w:br/>
      </w:r>
      <w:r>
        <w:rPr>
          <w:sz w:val="20"/>
        </w:rPr>
        <w:t>1:07:46  agnostic hoon. agnostic hoon. agnostic ka matlab kya hai? 50-50. kaisi ajeeb baat hai!</w:t>
      </w:r>
      <w:r>
        <w:br/>
      </w:r>
      <w:r>
        <w:rPr>
          <w:sz w:val="20"/>
        </w:rPr>
        <w:t>1:07:55  itna top ka scientist yeh keh raha hai ke yeh mamla 50-50 ka hai. inkar ka nahi hai. ab ghor kijiye, jo ilhad ka jo case tha,</w:t>
      </w:r>
      <w:r>
        <w:br/>
      </w:r>
      <w:r>
        <w:rPr>
          <w:sz w:val="20"/>
        </w:rPr>
        <w:t>1:08:10  ilhad ka case tha jo pehle chal chala raha tha, woh log samajhte hain ke woh inkar khuda ka case hai. inkar khuda ka case nahi hai.</w:t>
      </w:r>
      <w:r>
        <w:br/>
      </w:r>
      <w:r>
        <w:rPr>
          <w:sz w:val="20"/>
        </w:rPr>
        <w:t>1:08:19  ab ab woh case hai ke bhai yeh to 50-50 ka mamla hai.</w:t>
      </w:r>
    </w:p>
    <w:p>
      <w:pPr>
        <w:pStyle w:val="Heading2"/>
      </w:pPr>
      <w:r>
        <w:t>Prejudices about Arabic Quran and Prophet</w:t>
      </w:r>
    </w:p>
    <w:p>
      <w:r>
        <w:rPr>
          <w:color w:val="666666"/>
          <w:sz w:val="18"/>
        </w:rPr>
        <w:t>Faith &amp; God · Age of Democracy May 25, 2014 · 3m 13s · at 1:00:36 · https://youtu.be/pyZy1-EhW1Q?t=3636</w:t>
      </w:r>
    </w:p>
    <w:p>
      <w:r>
        <w:rPr>
          <w:i/>
        </w:rPr>
        <w:t>“Some people seem to have prejudices about Arabic Quran and Arabic Prophet. Some have argued with me in this way: the Middle East is a region where all non-prophets came. So it seems as if it is in their genes to follow prophets and prophets emerging out of that region. But why is it that they want other regions to follow them as learning and understanding Arabic Quran?”</w:t>
      </w:r>
    </w:p>
    <w:p>
      <w:r>
        <w:rPr>
          <w:sz w:val="20"/>
        </w:rPr>
        <w:t>1:00:36  maulana, in ka ek aur sawal hai. unhon ne likha hai: "some people seem to have prejudice about arabic quran and arabic prophet.</w:t>
      </w:r>
      <w:r>
        <w:br/>
      </w:r>
      <w:r>
        <w:rPr>
          <w:sz w:val="20"/>
        </w:rPr>
        <w:t>1:00:47  some have argued with me in this way, that middle east is a region where all known prophets came. so it seems as if its in their genes to follow prophets and prophets emerging out of that region.</w:t>
      </w:r>
      <w:r>
        <w:br/>
      </w:r>
      <w:r>
        <w:rPr>
          <w:sz w:val="20"/>
        </w:rPr>
        <w:t>1:01:03  but why is it that they want other regions to follow them as learning and understanding arabic quran?</w:t>
      </w:r>
      <w:r>
        <w:br/>
      </w:r>
      <w:r>
        <w:rPr>
          <w:sz w:val="20"/>
        </w:rPr>
        <w:t>1:01:11  promotion of arabic quran means bringing the world under the sway of arabic nationalism." Maulana, what is your comment on this?</w:t>
      </w:r>
      <w:r>
        <w:br/>
      </w:r>
      <w:r>
        <w:rPr>
          <w:sz w:val="20"/>
        </w:rPr>
        <w:t>1:01:21  dekhiye, yeh sab is ko kehte hain table talk. aap is tarah kyun sochte hain? aap yeh sochte hain ke mera purpose of life kya hai?</w:t>
      </w:r>
      <w:r>
        <w:br/>
      </w:r>
      <w:r>
        <w:rPr>
          <w:sz w:val="20"/>
        </w:rPr>
        <w:t>1:01:31  main kyun paida hua? post</w:t>
      </w:r>
      <w:r>
        <w:br/>
      </w:r>
      <w:r>
        <w:rPr>
          <w:sz w:val="20"/>
        </w:rPr>
        <w:t>1:01:35  death kya hai? pre death kya hai? yeh sab jo question hai, is ko janne ki koshish karenge, tab aap ko samajh mein aayega is ki ahmiyat kya hai. yeh sab irrelevant, irrelevant question, irrelevant.</w:t>
      </w:r>
      <w:r>
        <w:br/>
      </w:r>
      <w:r>
        <w:rPr>
          <w:sz w:val="20"/>
        </w:rPr>
        <w:t>1:01:48  yeh sab yeh sab relevant question nahi hai. relevant question to yeh hai ke main apne bare mein janoon. to jab main janne ki koshish karta hoon to mujhe lagta hai ke sirf quran hi mein is ka jawab hai aur kahin is ka jawab hi nahi.</w:t>
      </w:r>
      <w:r>
        <w:br/>
      </w:r>
      <w:r>
        <w:rPr>
          <w:sz w:val="20"/>
        </w:rPr>
        <w:t>1:02:02  yeh khuda ne, yani quran mein to bataya ke har jagah khuda ne bheje apne paighambar, lekin history mein to kisi paighambar ka record hi nahi hai.</w:t>
      </w:r>
      <w:r>
        <w:br/>
      </w:r>
      <w:r>
        <w:rPr>
          <w:sz w:val="20"/>
        </w:rPr>
        <w:t>1:02:13  rasool Allah sal Allahu alaihi wasallam ke siwa kisi paighambar ka history mein koi record hi nahi. to aap kaise keh sakte hain ke woh doosre jo hum paighambar nahi aaye, jab</w:t>
      </w:r>
      <w:r>
        <w:br/>
      </w:r>
      <w:r>
        <w:rPr>
          <w:sz w:val="20"/>
        </w:rPr>
        <w:t>1:02:25  keh aap jante hain keh Jesus Christ jo qareebi zamanay ke peghambar hain, un ke baray mein likha hai batan sir ne keh historically it is quite doubtful whether Christ ever existed at all.</w:t>
      </w:r>
      <w:r>
        <w:br/>
      </w:r>
      <w:r>
        <w:rPr>
          <w:sz w:val="20"/>
        </w:rPr>
        <w:t>1:02:39  to history ne jab record hi nahi kiya hai peghambaron ko, to aap kaise keh sakte hain keh peghambar wahin aaye aur nahi kahin aaye?</w:t>
      </w:r>
      <w:r>
        <w:br/>
      </w:r>
      <w:r>
        <w:rPr>
          <w:sz w:val="20"/>
        </w:rPr>
        <w:t>1:02:48  kis birth ke, yani yani kis base par aap keh sakte hain aisa? jab history mein record nahi hai to aap ke paas yeh eknomical koi base nahi hai.</w:t>
      </w:r>
      <w:r>
        <w:br/>
      </w:r>
      <w:r>
        <w:rPr>
          <w:sz w:val="20"/>
        </w:rPr>
        <w:t>1:02:58  ho sakta hai keh har jagah peghambar aaye hon, lekin chounkeh history mein record nahi hua, is liye aap jante nahi un ko.</w:t>
      </w:r>
      <w:r>
        <w:br/>
      </w:r>
      <w:r>
        <w:rPr>
          <w:sz w:val="20"/>
        </w:rPr>
        <w:t>1:03:05  is ko yaad rakhiye keh jitne peghambar aaye hain, un mein aik hi peghambar hai jis ko historical posheeda hasil hai, woh Muhammad sallallahu alaihi wasallam.</w:t>
      </w:r>
      <w:r>
        <w:br/>
      </w:r>
      <w:r>
        <w:rPr>
          <w:sz w:val="20"/>
        </w:rPr>
        <w:t>1:03:15  aap ke baray mein aik likha hai, aik aik scholar ne keh Muhammad was born with in full light of history. to yeh aik exception tha.</w:t>
      </w:r>
      <w:r>
        <w:br/>
      </w:r>
      <w:r>
        <w:rPr>
          <w:sz w:val="20"/>
        </w:rPr>
        <w:t>1:03:26  to sawal hai keh history se to aap jante hain peghambaron ke baray mein aur history mein record hi nahi hai. to kis base par aap kahengay keh doosray jagah peghambar nahi aaye?</w:t>
      </w:r>
      <w:r>
        <w:br/>
      </w:r>
      <w:r>
        <w:rPr>
          <w:sz w:val="20"/>
        </w:rPr>
        <w:t>1:03:39  to baharhal yeh yeh is ki, yani yeh yeh yeh koi koi scientific question nahi. maine dekhiye.</w:t>
      </w:r>
    </w:p>
    <w:p>
      <w:pPr>
        <w:pStyle w:val="Heading2"/>
      </w:pPr>
      <w:r>
        <w:t>Preparing for academic activities in Paradise</w:t>
      </w:r>
    </w:p>
    <w:p>
      <w:r>
        <w:rPr>
          <w:color w:val="666666"/>
          <w:sz w:val="18"/>
        </w:rPr>
        <w:t>Faith &amp; God · The Expression of Faith (Izhar e Deen) September 1, 2013 · 2m 51s · at 1:13:55 · https://youtu.be/muBDJ8a_8-0?t=4435</w:t>
      </w:r>
    </w:p>
    <w:p>
      <w:r>
        <w:rPr>
          <w:i/>
        </w:rPr>
        <w:t>“You said that in Paradise there will be academic activities. How should one prepare oneself in this world to participate in those academic activities? Please explain.”</w:t>
      </w:r>
    </w:p>
    <w:p>
      <w:r>
        <w:rPr>
          <w:sz w:val="20"/>
        </w:rPr>
        <w:t>1:13:55  maulana un ka ek aur sawal hai. unhone likha hai: "aap ne farmaya ke paradise mein academic activities bhi hongi. is academic activity mein hissa lene ke liye duniya mein apne aap ko kis tarah tayyar kiya jaye,</w:t>
      </w:r>
      <w:r>
        <w:br/>
      </w:r>
      <w:r>
        <w:rPr>
          <w:sz w:val="20"/>
        </w:rPr>
        <w:t>1:14:11  iske bare mein bataein." bhai, mere khayal se to sab se bari baat jo hai, woh woh hai complex free banana apne aap ko.</w:t>
      </w:r>
      <w:r>
        <w:br/>
      </w:r>
      <w:r>
        <w:rPr>
          <w:sz w:val="20"/>
        </w:rPr>
        <w:t>1:14:22  complex free banana</w:t>
      </w:r>
      <w:r>
        <w:br/>
      </w:r>
      <w:r>
        <w:rPr>
          <w:sz w:val="20"/>
        </w:rPr>
        <w:t>1:14:25  sab se bari shart hai. isi ko kehta hai quran mein "nafs al-mutmainnah" . "nafs al-mutmainnah" banana. complex free insaan.</w:t>
      </w:r>
      <w:r>
        <w:br/>
      </w:r>
      <w:r>
        <w:rPr>
          <w:sz w:val="20"/>
        </w:rPr>
        <w:t>1:14:37  yeh bohat mushkil kaam hai. tarah tarah ke complex aadmi ke andar hote hain. dhoond dhoond ke nikalna padta hai. aaj kal to yeh haal hai ke agar kisi ke complex ki ko point out kiya jaye, us ki nishandahi karein to ghussa ho jata hai.</w:t>
      </w:r>
      <w:r>
        <w:br/>
      </w:r>
      <w:r>
        <w:rPr>
          <w:sz w:val="20"/>
        </w:rPr>
        <w:t>1:14:51  woh offend ho jata hai.</w:t>
      </w:r>
      <w:r>
        <w:br/>
      </w:r>
      <w:r>
        <w:rPr>
          <w:sz w:val="20"/>
        </w:rPr>
        <w:t>1:14:53  abhi mein jo tajruba karta hoon insanon ka, agar bataya jaye ke tumhare andar falan complex hai to woh ghussa ho jayega. to mein samajhta hoon ke yeh kaam khud aadmi karega, tabhi hoga.</w:t>
      </w:r>
      <w:r>
        <w:br/>
      </w:r>
      <w:r>
        <w:rPr>
          <w:sz w:val="20"/>
        </w:rPr>
        <w:t>1:15:07  doosre ko batane se hone wala nahi hai. khud aadmi ke andar jazba ho, khud dhoond dhoond kar nikale apne. maslan ta'assub hai, nafrat hai, aur yaani khud hi hai.</w:t>
      </w:r>
      <w:r>
        <w:br/>
      </w:r>
      <w:r>
        <w:rPr>
          <w:sz w:val="20"/>
        </w:rPr>
        <w:t>1:15:23  apne aap ko apni ghalti ko na manane ka mizaj jo hai, apne aap ko hi koi samajhna ke hum hi theek hain. yaani tarah tarah ke complex, un ka naam bhi nahi, un ki listein bhi nahi banayi ja sakti.</w:t>
      </w:r>
      <w:r>
        <w:br/>
      </w:r>
      <w:r>
        <w:rPr>
          <w:sz w:val="20"/>
        </w:rPr>
        <w:t>1:15:38  to isi ko rasool Allah ki jo dua hai, isi maani mein hai ke "rab Allah muni Allah an alhaq haqan warab albatil batilan warab alihsan wan alashya kama hai</w:t>
      </w:r>
      <w:r>
        <w:br/>
      </w:r>
      <w:r>
        <w:rPr>
          <w:sz w:val="20"/>
        </w:rPr>
        <w:t>1:15:53  " . ke a Allah, ke mujhe haq ko haq ke roop mein dikha. a Allah, mujhe batil ko batil ke roop mein dikha.</w:t>
      </w:r>
      <w:r>
        <w:br/>
      </w:r>
      <w:r>
        <w:rPr>
          <w:sz w:val="20"/>
        </w:rPr>
        <w:t>1:16:04  a Allah, mujhe cheezon ko waise hi dikha jaisa ke woh hain. yeh bohat hi mushkil kaam hai. log haq ko batil ke roop mein dekhte hain, batil ko haq ke roop mein dekhte hain.</w:t>
      </w:r>
      <w:r>
        <w:br/>
      </w:r>
      <w:r>
        <w:rPr>
          <w:sz w:val="20"/>
        </w:rPr>
        <w:t>1:16:16  complex ki wajah se.</w:t>
      </w:r>
      <w:r>
        <w:br/>
      </w:r>
      <w:r>
        <w:rPr>
          <w:sz w:val="20"/>
        </w:rPr>
        <w:t>1:16:18  to jitna zyada koi aadmi apne complex free banaye ga, utne zyada akhirat ke jo aala activities hon gi, intellectual activities, is mein shareek ho sake ga.</w:t>
      </w:r>
      <w:r>
        <w:br/>
      </w:r>
      <w:r>
        <w:rPr>
          <w:sz w:val="20"/>
        </w:rPr>
        <w:t>1:16:30  jannat ki jo bohat hi high qism ki intellectual activities hon gi, is mein wohi log shareek ho payen ge jo apne aap ko poori poori tarah complex free banayein aur "alnafs almutmain" banayein.</w:t>
      </w:r>
    </w:p>
    <w:p>
      <w:pPr>
        <w:pStyle w:val="Heading2"/>
      </w:pPr>
      <w:r>
        <w:t>Principle for determining matters of creed</w:t>
      </w:r>
    </w:p>
    <w:p>
      <w:r>
        <w:rPr>
          <w:color w:val="666666"/>
          <w:sz w:val="18"/>
        </w:rPr>
        <w:t>Faith &amp; God · God and Man I February 19, 2012 Maulana Wahiduddin Khan · 2m 03s · at 1:14:26 · https://youtu.be/8TP3nlGRZek?t=4466</w:t>
      </w:r>
    </w:p>
    <w:p>
      <w:r>
        <w:rPr>
          <w:i/>
        </w:rPr>
        <w:t>“What is the principle by which we can know whether something is a matter of creed or not? Please explain.”</w:t>
      </w:r>
    </w:p>
    <w:p>
      <w:r>
        <w:rPr>
          <w:sz w:val="20"/>
        </w:rPr>
        <w:t>1:14:26  shukr mein jiyenge. Maulana agla sawal kya hai Tamil Nadu se Maulana Iqbal Umri ne.</w:t>
      </w:r>
      <w:r>
        <w:br/>
      </w:r>
      <w:r>
        <w:rPr>
          <w:sz w:val="20"/>
        </w:rPr>
        <w:t>1:14:35  unhone poocha hai koi baat aqide ki hai ya nahi is ko janne ka kya usool hai? is ke bare mein batayen.</w:t>
      </w:r>
      <w:r>
        <w:br/>
      </w:r>
      <w:r>
        <w:rPr>
          <w:sz w:val="20"/>
        </w:rPr>
        <w:t>1:14:44  dekhiye aqide ki tamam baaten Quran mein maujood hain. Quran ke bahar agar koi aqida ijad karta hai to woh galat hai.</w:t>
      </w:r>
      <w:r>
        <w:br/>
      </w:r>
      <w:r>
        <w:rPr>
          <w:sz w:val="20"/>
        </w:rPr>
        <w:t>1:14:55  yani koi bhi aisi baat jis ka aqide se talluq hai, jis ka talluq jannat jahannum se hai, woh lazman Quran mein maujood hai.</w:t>
      </w:r>
      <w:r>
        <w:br/>
      </w:r>
      <w:r>
        <w:rPr>
          <w:sz w:val="20"/>
        </w:rPr>
        <w:t>1:15:03  koi agar yeh kahe ke Quran mein maujood nahi hai to woh jhoot bolta hai. to aap Quran padh lijiyega. aqide ka mamla koi bhi aisa nahi hai jo Quran mein maujood na ho.</w:t>
      </w:r>
      <w:r>
        <w:br/>
      </w:r>
      <w:r>
        <w:rPr>
          <w:sz w:val="20"/>
        </w:rPr>
        <w:t>1:15:15  to agar koi aisi baat bataye aqide ki, farz kijiye koi kahe ke Taj Taj Mahal ko dekh lo to jannat pakki ho jayegi.</w:t>
      </w:r>
      <w:r>
        <w:br/>
      </w:r>
      <w:r>
        <w:rPr>
          <w:sz w:val="20"/>
        </w:rPr>
        <w:t>1:15:25  to us se poochhein Quran mein kahan likha hua hai?</w:t>
      </w:r>
      <w:r>
        <w:br/>
      </w:r>
      <w:r>
        <w:rPr>
          <w:sz w:val="20"/>
        </w:rPr>
        <w:t>1:15:29  koi kahe ke Qutub Minar par charh jao to to jannat ka ticket mil jayega tum ko. to poochhein Quran mein kahan likha hua hai?</w:t>
      </w:r>
      <w:r>
        <w:br/>
      </w:r>
      <w:r>
        <w:rPr>
          <w:sz w:val="20"/>
        </w:rPr>
        <w:t>1:15:39  to koi bhi aisi baat jis ka talluq nijaat se hai, aqide se hai, woh lazman Quran mein maujood hai.</w:t>
      </w:r>
      <w:r>
        <w:br/>
      </w:r>
      <w:r>
        <w:rPr>
          <w:sz w:val="20"/>
        </w:rPr>
        <w:t>1:15:47  Quran mein hai to theek hai, nahi to nahi. isi ko Imam Abu Hanifa ne kaha tha ke yatoon al-sha'b min kitab Allah taqool ke Quran se lao to manunga, nahi nahi manta mein.</w:t>
      </w:r>
      <w:r>
        <w:br/>
      </w:r>
      <w:r>
        <w:rPr>
          <w:sz w:val="20"/>
        </w:rPr>
        <w:t>1:15:59  to koi bhi shakhs agar yeh daawa karta hai ke aqide ka mamla Quran se bahar bhi kahin maujood hai to woh galat daawa karta hai.</w:t>
      </w:r>
      <w:r>
        <w:br/>
      </w:r>
      <w:r>
        <w:rPr>
          <w:sz w:val="20"/>
        </w:rPr>
        <w:t>1:16:09  Quran mein agar aqida hi na ho to phir Quran mein hai kya? kya sirf tareekh hai is mein qomon ki? nahi, aqide ka koi bhi mamla aisa nahi hai jo Quran mein maujood na ho.</w:t>
      </w:r>
      <w:r>
        <w:br/>
      </w:r>
      <w:r>
        <w:rPr>
          <w:sz w:val="20"/>
        </w:rPr>
        <w:t>1:16:23  aur jo cheez Quran mein maujood na ho, woh aqida bhi nahi hai.</w:t>
      </w:r>
      <w:r>
        <w:br/>
      </w:r>
      <w:r>
        <w:rPr>
          <w:sz w:val="20"/>
        </w:rPr>
        <w:t>1:16:26  woh aqida bhi nahi hai.</w:t>
      </w:r>
    </w:p>
    <w:p>
      <w:pPr>
        <w:pStyle w:val="Heading2"/>
      </w:pPr>
      <w:r>
        <w:t>Problems as blessings or evil outcome</w:t>
      </w:r>
    </w:p>
    <w:p>
      <w:r>
        <w:rPr>
          <w:color w:val="666666"/>
          <w:sz w:val="18"/>
        </w:rPr>
        <w:t>Faith &amp; God · Opportunities of the Modern Age | March 05, 2017 · 2m 30s · at 52:54 · https://youtu.be/Cv8QEwvQ_fY?t=3174</w:t>
      </w:r>
    </w:p>
    <w:p>
      <w:r>
        <w:rPr>
          <w:i/>
        </w:rPr>
        <w:t>“God has given a system of life to man, in which problems are blessings. If one considers them as evil, what will be its outcome? Please explain.”</w:t>
      </w:r>
    </w:p>
    <w:p>
      <w:r>
        <w:rPr>
          <w:sz w:val="20"/>
        </w:rPr>
        <w:t>52:54  jiyein mera basic nishana musbat soch lana hai jab bhi main is tarah ki baat karta hoon to logon ko kehta hoon musbat soch lane ke liye musbat soch lai gayi to sab kuch theek ho jayega maulana agla sawal bhi chennai se aaya hai maulana israr ul hasan umri sahab ne bheja hai aur unhon ne likha hai: "khuda ne insan ko jo nizam</w:t>
      </w:r>
      <w:r>
        <w:br/>
      </w:r>
      <w:r>
        <w:rPr>
          <w:sz w:val="20"/>
        </w:rPr>
        <w:t>53:24  hayat ata kiya hai is mein problems hi blessings hain agar is ko evil samjhein to is ka anjam kya hoga maulana is ko is ki wazahat karein?" anjam yeh hai ke shaitan ki party mein shamil ho jayenge jo log allah ke allah ka jo naqsh hayat hai is ke khilaf chalein to shaitan ki party mein shamil ho jayenge woh</w:t>
      </w:r>
      <w:r>
        <w:br/>
      </w:r>
      <w:r>
        <w:rPr>
          <w:sz w:val="20"/>
        </w:rPr>
        <w:t>53:54  kya ayat tha? quran mein yeh ayat baqayda hai ke shaitan ki party mein un ko shamil ho jayega yeh sada baat hai bahut bahut aam baat hai yeh yaad rakhiye discrimination ka hungama karna yeh shaitan ki boli bolna hai rasool allah boli nahi bole jaise misaal ke taur par dekhiye makkah mein aap tera saal reh</w:t>
      </w:r>
      <w:r>
        <w:br/>
      </w:r>
      <w:r>
        <w:rPr>
          <w:sz w:val="20"/>
        </w:rPr>
        <w:t>54:24  e wahan par ek parliament thi yaani tribal parliament is ka naam tha darul nadwa makkah mein ek tribal parliament thi jis ka naam tha darul nadwa is ke jitne membran the sab mushrik community ke the rasool allah ki jo muahid community thi is ka koi member nahi tha is mein makkah mein bhi do party thi muahid community aur mushrik community to is jitne bhi is ka tribal</w:t>
      </w:r>
      <w:r>
        <w:br/>
      </w:r>
      <w:r>
        <w:rPr>
          <w:sz w:val="20"/>
        </w:rPr>
        <w:t>54:54  parliament mein member thay sab muahida community ke nahi thay mushrik community ke yeh discrimination tha to rasool</w:t>
      </w:r>
      <w:r>
        <w:br/>
      </w:r>
      <w:r>
        <w:rPr>
          <w:sz w:val="20"/>
        </w:rPr>
        <w:t>55:01  Allah ne is par nahi jhanda uthaya to discrimination to hai hi nahi Islam mein ya Allah taala</w:t>
      </w:r>
      <w:r>
        <w:br/>
      </w:r>
      <w:r>
        <w:rPr>
          <w:sz w:val="20"/>
        </w:rPr>
        <w:t>55:09  ke next next ayat mein yeh to yeh innovation hai shaitan ka yeh lafz jo hai shaitan ne</w:t>
      </w:r>
      <w:r>
        <w:br/>
      </w:r>
      <w:r>
        <w:rPr>
          <w:sz w:val="20"/>
        </w:rPr>
        <w:t>55:16  nikala sab se pehle khalqat min daar o khalqat</w:t>
      </w:r>
    </w:p>
    <w:p>
      <w:pPr>
        <w:pStyle w:val="Heading2"/>
      </w:pPr>
      <w:r>
        <w:t>Punishment for apostasy origin and explanation</w:t>
      </w:r>
    </w:p>
    <w:p>
      <w:r>
        <w:rPr>
          <w:color w:val="666666"/>
          <w:sz w:val="18"/>
        </w:rPr>
        <w:t>Faith &amp; God · Peaceful Islamic Mission December 28, 2014 · 4m 47s · at 1:08:54 · https://youtu.be/aLacalXEtRA?t=4134</w:t>
      </w:r>
    </w:p>
    <w:p>
      <w:r>
        <w:rPr>
          <w:i/>
        </w:rPr>
        <w:t>“How did the punishment for apostasy come into being? Can you please explain the apostasy matter as it is very common among Muslims? That if a Muslim changes...”</w:t>
      </w:r>
    </w:p>
    <w:p>
      <w:r>
        <w:rPr>
          <w:sz w:val="20"/>
        </w:rPr>
        <w:t>1:08:54  maulana, agla sawal aaya hai tariq ali sahib ka tempa usa se, aur unhone likha</w:t>
      </w:r>
      <w:r>
        <w:br/>
      </w:r>
      <w:r>
        <w:rPr>
          <w:sz w:val="20"/>
        </w:rPr>
        <w:t>1:09:02  ہے کہ: "How did the punishment for apostasy come into being?" Maulana, can you please explain the apostate</w:t>
      </w:r>
      <w:r>
        <w:br/>
      </w:r>
      <w:r>
        <w:rPr>
          <w:sz w:val="20"/>
        </w:rPr>
        <w:t>1:09:09  matter as it is a very, as it is very common among Muslims? That if a Muslim changes</w:t>
      </w:r>
      <w:r>
        <w:br/>
      </w:r>
      <w:r>
        <w:rPr>
          <w:sz w:val="20"/>
        </w:rPr>
        <w:t>1:09:17  His faith, he is worthy of being killed.</w:t>
      </w:r>
      <w:r>
        <w:br/>
      </w:r>
      <w:r>
        <w:rPr>
          <w:sz w:val="20"/>
        </w:rPr>
        <w:t>1:09:20  nahi, nahi, yeh musalmanon ne bana rakha hai.</w:t>
      </w:r>
      <w:r>
        <w:br/>
      </w:r>
      <w:r>
        <w:rPr>
          <w:sz w:val="20"/>
        </w:rPr>
        <w:t>1:09:24  islam mein aisa nahi hai.</w:t>
      </w:r>
      <w:r>
        <w:br/>
      </w:r>
      <w:r>
        <w:rPr>
          <w:sz w:val="20"/>
        </w:rPr>
        <w:t>1:09:26  yani woh jo masla hai, is ka apostasy wala ji, yeh bilkul musalmanon ka apna banawati masla hai</w:t>
      </w:r>
      <w:r>
        <w:br/>
      </w:r>
      <w:r>
        <w:rPr>
          <w:sz w:val="20"/>
        </w:rPr>
        <w:t>1:09:34  ke murtad ko qatal kar do.</w:t>
      </w:r>
      <w:r>
        <w:br/>
      </w:r>
      <w:r>
        <w:rPr>
          <w:sz w:val="20"/>
        </w:rPr>
        <w:t>1:09:36  yeh fuqaha ne likha hai.</w:t>
      </w:r>
      <w:r>
        <w:br/>
      </w:r>
      <w:r>
        <w:rPr>
          <w:sz w:val="20"/>
        </w:rPr>
        <w:t>1:09:38  mein manta hoon ke fuqaha aisa likhte hain, lekin quran o hadith mein aisa nahi hai.</w:t>
      </w:r>
      <w:r>
        <w:br/>
      </w:r>
      <w:r>
        <w:rPr>
          <w:sz w:val="20"/>
        </w:rPr>
        <w:t>1:09:45  mein aap ko aik ayat refer karta hoon, is ko parhiye quran majeed mein, is ko mutala kijiye.</w:t>
      </w:r>
      <w:r>
        <w:br/>
      </w:r>
      <w:r>
        <w:rPr>
          <w:sz w:val="20"/>
        </w:rPr>
        <w:t>1:09:53  dekhiye, aap surah al baqarah mein ayat number 217 parhiye.</w:t>
      </w:r>
      <w:r>
        <w:br/>
      </w:r>
      <w:r>
        <w:rPr>
          <w:sz w:val="20"/>
        </w:rPr>
        <w:t>1:09:57  is ayat mein yeh bataya gaya hai ke jo aadmi deen se phir jaye, aur phir woh phir</w:t>
      </w:r>
      <w:r>
        <w:br/>
      </w:r>
      <w:r>
        <w:rPr>
          <w:sz w:val="20"/>
        </w:rPr>
        <w:t>1:10:05  jaye to is mein yeh nahi ke us ko qatl kiya jayega, is mein yeh hai ke</w:t>
      </w:r>
      <w:r>
        <w:br/>
      </w:r>
      <w:r>
        <w:rPr>
          <w:sz w:val="20"/>
        </w:rPr>
        <w:t>1:10:12  woh apni, yani natural death marega.</w:t>
      </w:r>
      <w:r>
        <w:br/>
      </w:r>
      <w:r>
        <w:rPr>
          <w:sz w:val="20"/>
        </w:rPr>
        <w:t>1:10:15  fiamat, yani murtad aadmi ke liye quran jo keh raha hai ke woh, woh jaise log marte hain,</w:t>
      </w:r>
      <w:r>
        <w:br/>
      </w:r>
      <w:r>
        <w:rPr>
          <w:sz w:val="20"/>
        </w:rPr>
        <w:t>1:10:23  waise wahi marega.</w:t>
      </w:r>
      <w:r>
        <w:br/>
      </w:r>
      <w:r>
        <w:rPr>
          <w:sz w:val="20"/>
        </w:rPr>
        <w:t>1:10:25  yeh nahi ke qatl karna, yeh nahi.</w:t>
      </w:r>
      <w:r>
        <w:br/>
      </w:r>
      <w:r>
        <w:rPr>
          <w:sz w:val="20"/>
        </w:rPr>
        <w:t>1:10:28  islam hukum nahi deta.</w:t>
      </w:r>
      <w:r>
        <w:br/>
      </w:r>
      <w:r>
        <w:rPr>
          <w:sz w:val="20"/>
        </w:rPr>
        <w:t>1:10:29  doosri cheez mein aap ko kahunga ke habash ki jo hijrat hui thi makkhi daur mein, to</w:t>
      </w:r>
      <w:r>
        <w:br/>
      </w:r>
      <w:r>
        <w:rPr>
          <w:sz w:val="20"/>
        </w:rPr>
        <w:t>1:10:37  bohat se sahabi chale gaye the makkah se habash.</w:t>
      </w:r>
      <w:r>
        <w:br/>
      </w:r>
      <w:r>
        <w:rPr>
          <w:sz w:val="20"/>
        </w:rPr>
        <w:t>1:10:41  un ke ek sahab the jo sahabi, woh bhi yeh islam qabool kar chuke the rasool Allah ke</w:t>
      </w:r>
      <w:r>
        <w:br/>
      </w:r>
      <w:r>
        <w:rPr>
          <w:sz w:val="20"/>
        </w:rPr>
        <w:t>1:10:49  haath par.</w:t>
      </w:r>
      <w:r>
        <w:br/>
      </w:r>
      <w:r>
        <w:rPr>
          <w:sz w:val="20"/>
        </w:rPr>
        <w:t>1:10:50  un ka naam tha Ubaidullah Ibn Jahsh, woh bhi gaye the.</w:t>
      </w:r>
      <w:r>
        <w:br/>
      </w:r>
      <w:r>
        <w:rPr>
          <w:sz w:val="20"/>
        </w:rPr>
        <w:t>1:10:55  to habash christian mulk tha, wahan christian se un ki baat cheet hui to woh mutasir ho gaye,</w:t>
      </w:r>
      <w:r>
        <w:br/>
      </w:r>
      <w:r>
        <w:rPr>
          <w:sz w:val="20"/>
        </w:rPr>
        <w:t>1:11:03  aur unhon ne islam chhod kar christianity ko ikhtiyar kar liya.</w:t>
      </w:r>
      <w:r>
        <w:br/>
      </w:r>
      <w:r>
        <w:rPr>
          <w:sz w:val="20"/>
        </w:rPr>
        <w:t>1:11:07  rasool Allah ke zamane mein, rasool Allah ko jab bataya gaya to aap ne yeh nahi kaha ke</w:t>
      </w:r>
      <w:r>
        <w:br/>
      </w:r>
      <w:r>
        <w:rPr>
          <w:sz w:val="20"/>
        </w:rPr>
        <w:t>1:11:15  tum maar dalo, us ko chhod diya aap ne.</w:t>
      </w:r>
      <w:r>
        <w:br/>
      </w:r>
      <w:r>
        <w:rPr>
          <w:sz w:val="20"/>
        </w:rPr>
        <w:t>1:11:19  kuch bhi nahi.</w:t>
      </w:r>
      <w:r>
        <w:br/>
      </w:r>
      <w:r>
        <w:rPr>
          <w:sz w:val="20"/>
        </w:rPr>
        <w:t>1:11:20  islam mein mazhab jo hai, yeh apne choice ka mamla hai, apna choice.</w:t>
      </w:r>
      <w:r>
        <w:br/>
      </w:r>
      <w:r>
        <w:rPr>
          <w:sz w:val="20"/>
        </w:rPr>
        <w:t>1:11:26  la ikraha fid deen, yeh bilkul galat masla bana liya hai logon ne ke jo phir murtad ho</w:t>
      </w:r>
      <w:r>
        <w:br/>
      </w:r>
      <w:r>
        <w:rPr>
          <w:sz w:val="20"/>
        </w:rPr>
        <w:t>1:11:34  to qatl karo, is ka islam se koi talluq nahi.</w:t>
      </w:r>
      <w:r>
        <w:br/>
      </w:r>
      <w:r>
        <w:rPr>
          <w:sz w:val="20"/>
        </w:rPr>
        <w:t>1:11:38  mazeed is bare mein meri ek ek maqala chhap chuka hai, bohat mufassal.</w:t>
      </w:r>
      <w:r>
        <w:br/>
      </w:r>
      <w:r>
        <w:rPr>
          <w:sz w:val="20"/>
        </w:rPr>
        <w:t>1:11:44  is mein yahi irtidad ki saza, yahi yeh is ka unwan hai.</w:t>
      </w:r>
      <w:r>
        <w:br/>
      </w:r>
      <w:r>
        <w:rPr>
          <w:sz w:val="20"/>
        </w:rPr>
        <w:t>1:11:49  irtidad se yeh chhaapa hai risala, is ko aap padh lijiye.</w:t>
      </w:r>
      <w:r>
        <w:br/>
      </w:r>
      <w:r>
        <w:rPr>
          <w:sz w:val="20"/>
        </w:rPr>
        <w:t>1:11:53  kitab mein bhi aa gaya hai jis ka naam hai hikmat-e-islam.</w:t>
      </w:r>
      <w:r>
        <w:br/>
      </w:r>
      <w:r>
        <w:rPr>
          <w:sz w:val="20"/>
        </w:rPr>
        <w:t>1:11:59  irtidad ki saza is ka unwan hai, aur kitab ka naam hai hikmat-e-islam.</w:t>
      </w:r>
      <w:r>
        <w:br/>
      </w:r>
      <w:r>
        <w:rPr>
          <w:sz w:val="20"/>
        </w:rPr>
        <w:t>1:12:05  is mein aap is maqalay ko parh lijiyay, aur is mein main nay bataya kay artad ki saza</w:t>
      </w:r>
      <w:r>
        <w:br/>
      </w:r>
      <w:r>
        <w:rPr>
          <w:sz w:val="20"/>
        </w:rPr>
        <w:t>1:12:12  qatal ya islam mein hai hi nahin.</w:t>
      </w:r>
      <w:r>
        <w:br/>
      </w:r>
      <w:r>
        <w:rPr>
          <w:sz w:val="20"/>
        </w:rPr>
        <w:t>1:12:15  yeh baat ko logon nay banaya hai.</w:t>
      </w:r>
      <w:r>
        <w:br/>
      </w:r>
      <w:r>
        <w:rPr>
          <w:sz w:val="20"/>
        </w:rPr>
        <w:t>1:12:18  baat ko okay.</w:t>
      </w:r>
      <w:r>
        <w:br/>
      </w:r>
      <w:r>
        <w:rPr>
          <w:sz w:val="20"/>
        </w:rPr>
        <w:t>1:12:20  we will end the session.</w:t>
      </w:r>
      <w:r>
        <w:br/>
      </w:r>
      <w:r>
        <w:rPr>
          <w:sz w:val="20"/>
        </w:rPr>
        <w:t>1:12:22  Just one announcement, like Maulana mentioned today about the coverage of Mumbai Dawah meet in Times of India.</w:t>
      </w:r>
      <w:r>
        <w:br/>
      </w:r>
      <w:r>
        <w:rPr>
          <w:sz w:val="20"/>
        </w:rPr>
        <w:t>1:12:30  so we will be uploading that on cps website.</w:t>
      </w:r>
      <w:r>
        <w:br/>
      </w:r>
      <w:r>
        <w:rPr>
          <w:sz w:val="20"/>
        </w:rPr>
        <w:t>1:12:35  you can read the article from the cps website from tomorrow onwards.</w:t>
      </w:r>
      <w:r>
        <w:br/>
      </w:r>
      <w:r>
        <w:rPr>
          <w:sz w:val="20"/>
        </w:rPr>
        <w:t>1:12:41  thank you.</w:t>
      </w:r>
    </w:p>
    <w:p>
      <w:pPr>
        <w:pStyle w:val="Heading2"/>
      </w:pPr>
      <w:r>
        <w:t>Purpose of human creation and differences</w:t>
      </w:r>
    </w:p>
    <w:p>
      <w:r>
        <w:rPr>
          <w:color w:val="666666"/>
          <w:sz w:val="18"/>
        </w:rPr>
        <w:t>Faith &amp; God · The Culture of People of Paradise January 06, 2019 Maulana Wahiduddin Khan · 2m 19s · at 54:24 · https://youtu.be/rFExua9zntM?t=3264</w:t>
      </w:r>
    </w:p>
    <w:p>
      <w:r>
        <w:rPr>
          <w:i/>
        </w:rPr>
        <w:t>“What is the purpose of the creation of human beings? And what is the fundamental difference between various religions and Islam's answer regarding this?”</w:t>
      </w:r>
    </w:p>
    <w:p>
      <w:r>
        <w:rPr>
          <w:sz w:val="20"/>
        </w:rPr>
        <w:t>54:24  maulana, agla sawal chennai se maulana iqbal umri ne likha hai aur un ka sawal hai: "insan ki takhleeq ka maqsad kya hai?" takleef, takhleeq, takhleeq, takhleeq, takhleeq</w:t>
      </w:r>
      <w:r>
        <w:br/>
      </w:r>
      <w:r>
        <w:rPr>
          <w:sz w:val="20"/>
        </w:rPr>
        <w:t>54:38  q! ji, creation! ji ji, acha, creation! insan ki takhleeq ka maqsad kya hai? is bare mein mukhtalif mazahib aur islam ke jawab mein kya bunyadi farq hai?</w:t>
      </w:r>
      <w:r>
        <w:br/>
      </w:r>
      <w:r>
        <w:rPr>
          <w:sz w:val="20"/>
        </w:rPr>
        <w:t>54:52  acha, yani creation par</w:t>
      </w:r>
      <w:r>
        <w:br/>
      </w:r>
      <w:r>
        <w:rPr>
          <w:sz w:val="20"/>
        </w:rPr>
        <w:t>54:56  ana of god! ji,</w:t>
      </w:r>
      <w:r>
        <w:br/>
      </w:r>
      <w:r>
        <w:rPr>
          <w:sz w:val="20"/>
        </w:rPr>
        <w:t>55:02  main samajhta hoon ke is par ek ek poora booklet hai. creation of god par jo log yeh sawal karte hain, un ko yeh kitaab parhwaiye.</w:t>
      </w:r>
      <w:r>
        <w:br/>
      </w:r>
      <w:r>
        <w:rPr>
          <w:sz w:val="20"/>
        </w:rPr>
        <w:t>55:15  yeh kitaab har zaban mein hai: urdu mein, hindi mein, angrezi mein. creation of god!</w:t>
      </w:r>
      <w:r>
        <w:br/>
      </w:r>
      <w:r>
        <w:rPr>
          <w:sz w:val="20"/>
        </w:rPr>
        <w:t>55:24  ek sahib ne bataya ke woh ek doctor kaha jate hain, to unhon ne wahan par purpose of life isi isi subject pe kitaab se choti si purpose of life rakhwa di thi.</w:t>
      </w:r>
      <w:r>
        <w:br/>
      </w:r>
      <w:r>
        <w:rPr>
          <w:sz w:val="20"/>
        </w:rPr>
        <w:t>55:40  wahan to doosri baar jab woh gaye to unhon ne kaha ke bhai, aap ki woh kitaab khatam ho gayi hai aur jo hamare paas jo patient aate hain, woh bohat zyada is ko pasand karte hain, parhna chahte hain.</w:t>
      </w:r>
      <w:r>
        <w:br/>
      </w:r>
      <w:r>
        <w:rPr>
          <w:sz w:val="20"/>
        </w:rPr>
        <w:t>55:56  to jahan jahan mauqa mile, wahan wahan yeh kitaabein phailaiye. purpose of life ya creation of god!</w:t>
      </w:r>
      <w:r>
        <w:br/>
      </w:r>
      <w:r>
        <w:rPr>
          <w:sz w:val="20"/>
        </w:rPr>
        <w:t>56:10  serius study ke baghair aadmi kisi baat ko samajh nahin sakta. to yeh jo pamphlet banaye gaye hain, isi liye serius study ke liye.</w:t>
      </w:r>
      <w:r>
        <w:br/>
      </w:r>
      <w:r>
        <w:rPr>
          <w:sz w:val="20"/>
        </w:rPr>
        <w:t>56:26  maulana, agla comment bheja hai kashmir se shahid hussain sahib ne. unhon ne likha hai: "highly motivational lecture to discover and adopt the culture prevailing in the vicinity of the almighty in parah raaz!"</w:t>
      </w:r>
      <w:r>
        <w:br/>
      </w:r>
      <w:r>
        <w:rPr>
          <w:sz w:val="20"/>
        </w:rPr>
        <w:t>56:41  what a great sensitization</w:t>
      </w:r>
    </w:p>
    <w:p>
      <w:pPr>
        <w:pStyle w:val="Heading2"/>
      </w:pPr>
      <w:r>
        <w:t>Questions about the creator and creation</w:t>
      </w:r>
    </w:p>
    <w:p>
      <w:r>
        <w:rPr>
          <w:color w:val="666666"/>
          <w:sz w:val="18"/>
        </w:rPr>
        <w:t>Faith &amp; God · Material Science Vs Spiritual Science 20th May 12 SLOW · 2m 25s · at 1:03:13 · https://youtu.be/qYwFExG7cyM?t=3793</w:t>
      </w:r>
    </w:p>
    <w:p>
      <w:r>
        <w:rPr>
          <w:i/>
        </w:rPr>
        <w:t>“Who created this world? What does the creator want? What is his creation plan?”</w:t>
      </w:r>
    </w:p>
    <w:p>
      <w:r>
        <w:rPr>
          <w:sz w:val="20"/>
        </w:rPr>
        <w:t>1:03:13  to pehla sawal yeh hota hai ke is ko kis ne banaya? yeh dunya kis ne banai? to</w:t>
      </w:r>
      <w:r>
        <w:br/>
      </w:r>
      <w:r>
        <w:rPr>
          <w:sz w:val="20"/>
        </w:rPr>
        <w:t>1:03:20  jo banane wala hai, woh kya chahta hai? is ka creation plan kya hai? yeh janna hai.</w:t>
      </w:r>
      <w:r>
        <w:br/>
      </w:r>
      <w:r>
        <w:rPr>
          <w:sz w:val="20"/>
        </w:rPr>
        <w:t>1:03:26  yeh apne aap apne dimagh se hum nahi bana sakte.</w:t>
      </w:r>
      <w:r>
        <w:br/>
      </w:r>
      <w:r>
        <w:rPr>
          <w:sz w:val="20"/>
        </w:rPr>
        <w:t>1:03:33  ek ek ideology to is tarah ki baatein jo log karte hain, khud se apne dimagh mein unhon</w:t>
      </w:r>
      <w:r>
        <w:br/>
      </w:r>
      <w:r>
        <w:rPr>
          <w:sz w:val="20"/>
        </w:rPr>
        <w:t>1:03:40  ne ek ideology banai.</w:t>
      </w:r>
      <w:r>
        <w:br/>
      </w:r>
      <w:r>
        <w:rPr>
          <w:sz w:val="20"/>
        </w:rPr>
        <w:t>1:03:46  to is ki validity kya hai? is ka authenticity kya hai? is ka base kya hai? to mein</w:t>
      </w:r>
      <w:r>
        <w:br/>
      </w:r>
      <w:r>
        <w:rPr>
          <w:sz w:val="20"/>
        </w:rPr>
        <w:t>1:03:53  samajhta hoon ke yeh yeh bhi ek ek yani ek shaitani, ek ek shaitani tadbeer hai.</w:t>
      </w:r>
      <w:r>
        <w:br/>
      </w:r>
      <w:r>
        <w:rPr>
          <w:sz w:val="20"/>
        </w:rPr>
        <w:t>1:03:59  ek aadmi khoobsurat naam se phansana chahta hai.</w:t>
      </w:r>
      <w:r>
        <w:br/>
      </w:r>
      <w:r>
        <w:rPr>
          <w:sz w:val="20"/>
        </w:rPr>
        <w:t>1:04:06  insan ko asal baat dekhiye yeh hai ke Allah taala ne dunya paida ki, phir paighambaron ko bheja</w:t>
      </w:r>
      <w:r>
        <w:br/>
      </w:r>
      <w:r>
        <w:rPr>
          <w:sz w:val="20"/>
        </w:rPr>
        <w:t>1:04:13  batane ke liye.</w:t>
      </w:r>
      <w:r>
        <w:br/>
      </w:r>
      <w:r>
        <w:rPr>
          <w:sz w:val="20"/>
        </w:rPr>
        <w:t>1:04:19  اس کے بعد "What is right? What is right? What is wrong?" پچھلے پیغمبروں کے زمانے میں جو</w:t>
      </w:r>
      <w:r>
        <w:br/>
      </w:r>
      <w:r>
        <w:rPr>
          <w:sz w:val="20"/>
        </w:rPr>
        <w:t>1:04:26  kitabein ayein, woh mehfooz nahi rahin.</w:t>
      </w:r>
      <w:r>
        <w:br/>
      </w:r>
      <w:r>
        <w:rPr>
          <w:sz w:val="20"/>
        </w:rPr>
        <w:t>1:04:33  ab quran jo hai, ek mehfooz kitab hai Allah taala ki.</w:t>
      </w:r>
      <w:r>
        <w:br/>
      </w:r>
      <w:r>
        <w:rPr>
          <w:sz w:val="20"/>
        </w:rPr>
        <w:t>1:04:39  to sab se pehle aap ko yeh pata hona hoga ke quran mein is ka hawala kya hai</w:t>
      </w:r>
      <w:r>
        <w:br/>
      </w:r>
      <w:r>
        <w:rPr>
          <w:sz w:val="20"/>
        </w:rPr>
        <w:t>1:04:46  jo aap keh rahe hain.</w:t>
      </w:r>
      <w:r>
        <w:br/>
      </w:r>
      <w:r>
        <w:rPr>
          <w:sz w:val="20"/>
        </w:rPr>
        <w:t>1:04:53  to aap dekhen, agar ek shakhs jo quran ko na manta ho to us se phir us pe</w:t>
      </w:r>
      <w:r>
        <w:br/>
      </w:r>
      <w:r>
        <w:rPr>
          <w:sz w:val="20"/>
        </w:rPr>
        <w:t>1:04:59  phir guftagu hogi ke us ko na manna, us ka jo us ka muqaf hai, woh woh woh</w:t>
      </w:r>
      <w:r>
        <w:br/>
      </w:r>
      <w:r>
        <w:rPr>
          <w:sz w:val="20"/>
        </w:rPr>
        <w:t>1:05:06  sahih nahi hai.</w:t>
      </w:r>
      <w:r>
        <w:br/>
      </w:r>
      <w:r>
        <w:rPr>
          <w:sz w:val="20"/>
        </w:rPr>
        <w:t>1:05:12  us par baat hogi.</w:t>
      </w:r>
      <w:r>
        <w:br/>
      </w:r>
      <w:r>
        <w:rPr>
          <w:sz w:val="20"/>
        </w:rPr>
        <w:t>1:05:19  aur ek aadmi agar quran ko manta ho to us se poocha jayega ke quran mein is</w:t>
      </w:r>
      <w:r>
        <w:br/>
      </w:r>
      <w:r>
        <w:rPr>
          <w:sz w:val="20"/>
        </w:rPr>
        <w:t>1:05:26  ka reference kahan hai? to behal main samajhta hoon ke yeh bilkul baseless baat hai.</w:t>
      </w:r>
      <w:r>
        <w:br/>
      </w:r>
      <w:r>
        <w:rPr>
          <w:sz w:val="20"/>
        </w:rPr>
        <w:t>1:05:32  is ki koi haqeeqat nahi hai.</w:t>
      </w:r>
    </w:p>
    <w:p>
      <w:pPr>
        <w:pStyle w:val="Heading2"/>
      </w:pPr>
      <w:r>
        <w:t>Quran's role versus universe in faith</w:t>
      </w:r>
    </w:p>
    <w:p>
      <w:r>
        <w:rPr>
          <w:color w:val="666666"/>
          <w:sz w:val="18"/>
        </w:rPr>
        <w:t>Faith &amp; God · Discovering God June 30, 2019 Maulana Wahiduddin Khan · 4m 27s · at 39:05 · https://youtu.be/Yt1-eX7XzYU?t=2345</w:t>
      </w:r>
    </w:p>
    <w:p>
      <w:r>
        <w:rPr>
          <w:i/>
        </w:rPr>
        <w:t>“If you did not have the Quran to believe in God, would the universe be enough? What is the role of the Quran in your life of faith?”</w:t>
      </w:r>
    </w:p>
    <w:p>
      <w:r>
        <w:rPr>
          <w:sz w:val="20"/>
        </w:rPr>
        <w:t>39:05  maulana, agla sawal bheja hai maulana iqbal umri ne chennai se. unhon ne likha hai: "maulana, ek sawal hai: agar aap ko khuda par yaqeen karne ke liye quran na hota to universe kafi tha?</w:t>
      </w:r>
      <w:r>
        <w:br/>
      </w:r>
      <w:r>
        <w:rPr>
          <w:sz w:val="20"/>
        </w:rPr>
        <w:t>39:22  yani quran ka kya role hai aap ki imani zindagi mein? is ke bare mein bataein." quran jo hai, book of guide hai.</w:t>
      </w:r>
      <w:r>
        <w:br/>
      </w:r>
      <w:r>
        <w:rPr>
          <w:sz w:val="20"/>
        </w:rPr>
        <w:t>39:42  universe jo hai, universe to</w:t>
      </w:r>
      <w:r>
        <w:br/>
      </w:r>
      <w:r>
        <w:rPr>
          <w:sz w:val="20"/>
        </w:rPr>
        <w:t>39:47  jisko kehte hain</w:t>
      </w:r>
      <w:r>
        <w:br/>
      </w:r>
      <w:r>
        <w:rPr>
          <w:sz w:val="20"/>
        </w:rPr>
        <w:t>39:51  data, hum ko data faraham karta hai, lekin quran jo hai, woh guide karta hai.</w:t>
      </w:r>
      <w:r>
        <w:br/>
      </w:r>
      <w:r>
        <w:rPr>
          <w:sz w:val="20"/>
        </w:rPr>
        <w:t>40:07  agar aap quran ko aaj kal jo tareeqa parhne ka quran ka ke technical point ko le ke utara karte hain,</w:t>
      </w:r>
      <w:r>
        <w:br/>
      </w:r>
      <w:r>
        <w:rPr>
          <w:sz w:val="20"/>
        </w:rPr>
        <w:t>40:18  koi na woh search ke liye baitha hai, koi na woh quran ke nuqton ko hal kar raha hai, aisi aisi kuch technical aspect.</w:t>
      </w:r>
      <w:r>
        <w:br/>
      </w:r>
      <w:r>
        <w:rPr>
          <w:sz w:val="20"/>
        </w:rPr>
        <w:t>40:36  quran ko asal jo aspect hai, woh hai</w:t>
      </w:r>
      <w:r>
        <w:br/>
      </w:r>
      <w:r>
        <w:rPr>
          <w:sz w:val="20"/>
        </w:rPr>
        <w:t>40:45  quran aap ke liye kitab tadabbur ban jaye. jo log tadabbur ki baat karte hain, un ki un ki kitabon mein bhi mujhe tadabbur nahi milta.</w:t>
      </w:r>
      <w:r>
        <w:br/>
      </w:r>
      <w:r>
        <w:rPr>
          <w:sz w:val="20"/>
        </w:rPr>
        <w:t>40:59  un ki wahi</w:t>
      </w:r>
      <w:r>
        <w:br/>
      </w:r>
      <w:r>
        <w:rPr>
          <w:sz w:val="20"/>
        </w:rPr>
        <w:t>41:05  nuqte nuqte milte hain.</w:t>
      </w:r>
      <w:r>
        <w:br/>
      </w:r>
      <w:r>
        <w:rPr>
          <w:sz w:val="20"/>
        </w:rPr>
        <w:t>41:11  aap khud kisi bhi kisi bhi quran par kisi bhi kitab ko lijiye aur us ko mutala kijiyey.</w:t>
      </w:r>
      <w:r>
        <w:br/>
      </w:r>
      <w:r>
        <w:rPr>
          <w:sz w:val="20"/>
        </w:rPr>
        <w:t>41:21  ab mutala kar ke mujhe bataiye aap ke is se aap ko take away kya mila? ek hi sawal mein karta hoon: koi bhi tafseer koi bhi zaban mein jo aap ke pas ho,</w:t>
      </w:r>
      <w:r>
        <w:br/>
      </w:r>
      <w:r>
        <w:rPr>
          <w:sz w:val="20"/>
        </w:rPr>
        <w:t>41:37  us ko parhiye shuru se akhir tak, aur phir us ko us ko bataiye ke is se take away kya mila? mislan mein batata hoon ke take away kya cheez hai.</w:t>
      </w:r>
      <w:r>
        <w:br/>
      </w:r>
      <w:r>
        <w:rPr>
          <w:sz w:val="20"/>
        </w:rPr>
        <w:t>41:50  aaj mein soch raha tha ke quran kya deta hai insan ko, to mujhe yaad aya ke quran ka jo pehla lafz hai, wahi deta hai: woh alhamdulillah rabb ul alameen.</w:t>
      </w:r>
      <w:r>
        <w:br/>
      </w:r>
      <w:r>
        <w:rPr>
          <w:sz w:val="20"/>
        </w:rPr>
        <w:t>42:07  yani</w:t>
      </w:r>
      <w:r>
        <w:br/>
      </w:r>
      <w:r>
        <w:rPr>
          <w:sz w:val="20"/>
        </w:rPr>
        <w:t>42:11  khawand alam ko is hesiyat se daryaft karo ke woh tumhare liye</w:t>
      </w:r>
      <w:r>
        <w:br/>
      </w:r>
      <w:r>
        <w:rPr>
          <w:sz w:val="20"/>
        </w:rPr>
        <w:t>42:24  rabb ul hamd ban jaye, woh jo mein ne kaha mohabbat ka source ban jaye.</w:t>
      </w:r>
      <w:r>
        <w:br/>
      </w:r>
      <w:r>
        <w:rPr>
          <w:sz w:val="20"/>
        </w:rPr>
        <w:t>42:40  to aap kisi bhi tafseer ko parhiye aur mujhe bataiye ke is ko parh kar aap ko take away kya mila?</w:t>
      </w:r>
      <w:r>
        <w:br/>
      </w:r>
      <w:r>
        <w:rPr>
          <w:sz w:val="20"/>
        </w:rPr>
        <w:t>42:50  to log fanni fanni nuqton ko samajh bethe hain. tafseer woh tafseer hai hi nahi. fanni nuqte jis pe paise hote hain, woh tafseer hai hi nahi.</w:t>
      </w:r>
      <w:r>
        <w:br/>
      </w:r>
      <w:r>
        <w:rPr>
          <w:sz w:val="20"/>
        </w:rPr>
        <w:t>43:06  aap ko shaq ho to aap yeh kijiye ke kisi tafseer ko lijiye, kisi bhi tafseer ko, aur us ko parh kar ke aap mujhe bataiye ke is mein aap ko take away kya mila.</w:t>
      </w:r>
      <w:r>
        <w:br/>
      </w:r>
      <w:r>
        <w:rPr>
          <w:sz w:val="20"/>
        </w:rPr>
        <w:t>43:26  isi mein jawab mil jaye ga aap ko.</w:t>
      </w:r>
    </w:p>
    <w:p>
      <w:pPr>
        <w:pStyle w:val="Heading2"/>
      </w:pPr>
      <w:r>
        <w:t>Rationality in secular vs religious matters</w:t>
      </w:r>
    </w:p>
    <w:p>
      <w:r>
        <w:rPr>
          <w:color w:val="666666"/>
          <w:sz w:val="18"/>
        </w:rPr>
        <w:t>Faith &amp; God · Living In Falsehood I December 15, 2013 · 2m 21s · at 46:39 · https://youtu.be/yD-ZtvlrFDw?t=2799</w:t>
      </w:r>
    </w:p>
    <w:p>
      <w:r>
        <w:rPr>
          <w:i/>
        </w:rPr>
        <w:t>“There are many Muslims who are very rational in secular matters, still they don't want to use reasoning in the matters of religion.”</w:t>
      </w:r>
    </w:p>
    <w:p>
      <w:r>
        <w:rPr>
          <w:sz w:val="20"/>
        </w:rPr>
        <w:t>46:39  maulana, agla sawal ajmer se hai doctor safina tabassum ka.</w:t>
      </w:r>
      <w:r>
        <w:br/>
      </w:r>
      <w:r>
        <w:rPr>
          <w:sz w:val="20"/>
        </w:rPr>
        <w:t>46:43  unhon ne likha hai: "maulana, there are many muslims who are very rational in secular matters, still they</w:t>
      </w:r>
      <w:r>
        <w:br/>
      </w:r>
      <w:r>
        <w:rPr>
          <w:sz w:val="20"/>
        </w:rPr>
        <w:t>46:51  don't want to use reasoning in the matters of religion.</w:t>
      </w:r>
      <w:r>
        <w:br/>
      </w:r>
      <w:r>
        <w:rPr>
          <w:sz w:val="20"/>
        </w:rPr>
        <w:t>46:55  what can be the reason of this behaviour?" maine arz kiya isi ko ke hadith jo hai</w:t>
      </w:r>
      <w:r>
        <w:br/>
      </w:r>
      <w:r>
        <w:rPr>
          <w:sz w:val="20"/>
        </w:rPr>
        <w:t>47:03  ke rasool allah ne farmaya ke: "talab al-ilm, talab al-ilm faridha ala kull muslim." ilm seekhna har musalman</w:t>
      </w:r>
      <w:r>
        <w:br/>
      </w:r>
      <w:r>
        <w:rPr>
          <w:sz w:val="20"/>
        </w:rPr>
        <w:t>47:11  par farz hai.</w:t>
      </w:r>
      <w:r>
        <w:br/>
      </w:r>
      <w:r>
        <w:rPr>
          <w:sz w:val="20"/>
        </w:rPr>
        <w:t>47:12  to is ko ilm deen ke mani mein le liya.</w:t>
      </w:r>
      <w:r>
        <w:br/>
      </w:r>
      <w:r>
        <w:rPr>
          <w:sz w:val="20"/>
        </w:rPr>
        <w:t>47:16  to deen mein ab reason ko apply nahi karna hai.</w:t>
      </w:r>
      <w:r>
        <w:br/>
      </w:r>
      <w:r>
        <w:rPr>
          <w:sz w:val="20"/>
        </w:rPr>
        <w:t>47:21  deen ko doosri cheezon apply karo, deen ko deen mein kuch nahi.</w:t>
      </w:r>
      <w:r>
        <w:br/>
      </w:r>
      <w:r>
        <w:rPr>
          <w:sz w:val="20"/>
        </w:rPr>
        <w:t>47:26  halanke dekhein, main aap ko ek ayat yaad dilata hoon.</w:t>
      </w:r>
      <w:r>
        <w:br/>
      </w:r>
      <w:r>
        <w:rPr>
          <w:sz w:val="20"/>
        </w:rPr>
        <w:t>47:30  quran mein hai ke pahadon ke bare mein, pahadon ke bare mein: "minbar al-jibāl, juwayd, bayd, humr, mukhtalif,</w:t>
      </w:r>
      <w:r>
        <w:br/>
      </w:r>
      <w:r>
        <w:rPr>
          <w:sz w:val="20"/>
        </w:rPr>
        <w:t>47:38  anwar, wa gharawee, mas'ood, innama yakhshā allāha min 'ibādihi al-'ulamā'u." is ka matlab hai ke ilm wale hi darte</w:t>
      </w:r>
      <w:r>
        <w:br/>
      </w:r>
      <w:r>
        <w:rPr>
          <w:sz w:val="20"/>
        </w:rPr>
        <w:t>47:46  hain allah se.</w:t>
      </w:r>
      <w:r>
        <w:br/>
      </w:r>
      <w:r>
        <w:rPr>
          <w:sz w:val="20"/>
        </w:rPr>
        <w:t>47:47  to yahan ilm se murad kya hai? ilm al-jibāl, pahadon ka ilm.</w:t>
      </w:r>
      <w:r>
        <w:br/>
      </w:r>
      <w:r>
        <w:rPr>
          <w:sz w:val="20"/>
        </w:rPr>
        <w:t>47:52  yahan is ayat se aap ko pata hai ke agar aap ko agar pahadon ka ilm ho to</w:t>
      </w:r>
      <w:r>
        <w:br/>
      </w:r>
      <w:r>
        <w:rPr>
          <w:sz w:val="20"/>
        </w:rPr>
        <w:t>48:00  aap ke andar allah ka dar paida hoga.</w:t>
      </w:r>
      <w:r>
        <w:br/>
      </w:r>
      <w:r>
        <w:rPr>
          <w:sz w:val="20"/>
        </w:rPr>
        <w:t>48:03  ab is ko aap generalize kijiye to agar nature ka ilm ho, agar aap ke andar nature ka</w:t>
      </w:r>
      <w:r>
        <w:br/>
      </w:r>
      <w:r>
        <w:rPr>
          <w:sz w:val="20"/>
        </w:rPr>
        <w:t>48:11  ilm ho to aap ke andar allah ka khauf paida hoga.</w:t>
      </w:r>
      <w:r>
        <w:br/>
      </w:r>
      <w:r>
        <w:rPr>
          <w:sz w:val="20"/>
        </w:rPr>
        <w:t>48:16  to yahan aap clear taur par dekhein, yahan par yani jo jin cheezon ko jo mahdood mani mein</w:t>
      </w:r>
      <w:r>
        <w:br/>
      </w:r>
      <w:r>
        <w:rPr>
          <w:sz w:val="20"/>
        </w:rPr>
        <w:t>48:23  liye hain, le rakhe hain logon ne deen ke, is se bahar ki cheezon ka ilm bataya ja</w:t>
      </w:r>
      <w:r>
        <w:br/>
      </w:r>
      <w:r>
        <w:rPr>
          <w:sz w:val="20"/>
        </w:rPr>
        <w:t>48:31  raha hai.</w:t>
      </w:r>
      <w:r>
        <w:br/>
      </w:r>
      <w:r>
        <w:rPr>
          <w:sz w:val="20"/>
        </w:rPr>
        <w:t>48:33  To ek galat yani cheez phail gayi hai musalmanon mein ke deen ke mamle mein aql nahi, doosri</w:t>
      </w:r>
      <w:r>
        <w:br/>
      </w:r>
      <w:r>
        <w:rPr>
          <w:sz w:val="20"/>
        </w:rPr>
        <w:t>48:40  cheezon mein aql istemal karo.</w:t>
      </w:r>
      <w:r>
        <w:br/>
      </w:r>
      <w:r>
        <w:rPr>
          <w:sz w:val="20"/>
        </w:rPr>
        <w:t>48:43  To log job mein, apne business mein, apne family affairs mein reason ko apply karte hain aur jahan</w:t>
      </w:r>
      <w:r>
        <w:br/>
      </w:r>
      <w:r>
        <w:rPr>
          <w:sz w:val="20"/>
        </w:rPr>
        <w:t>48:50  deen ka masla aaya, bas fatwa, fatwa, fatwa.</w:t>
      </w:r>
      <w:r>
        <w:br/>
      </w:r>
      <w:r>
        <w:rPr>
          <w:sz w:val="20"/>
        </w:rPr>
        <w:t>48:54  Yeh bilkul hi wrong hai, bilkul galat hai.</w:t>
      </w:r>
      <w:r>
        <w:br/>
      </w:r>
      <w:r>
        <w:rPr>
          <w:sz w:val="20"/>
        </w:rPr>
        <w:t>48:57  Is ka Islam se koi talluq nahi.</w:t>
      </w:r>
    </w:p>
    <w:p>
      <w:pPr>
        <w:pStyle w:val="Heading2"/>
      </w:pPr>
      <w:r>
        <w:t>Reaching complete helplessness to receive God's help</w:t>
      </w:r>
    </w:p>
    <w:p>
      <w:r>
        <w:rPr>
          <w:color w:val="666666"/>
          <w:sz w:val="18"/>
        </w:rPr>
        <w:t>Faith &amp; God · Hadith-e-Jibril, April 21, 2013 · 2m 28s · at 1:24:33 · https://youtu.be/0rF6Ou0pDog?t=5073</w:t>
      </w:r>
    </w:p>
    <w:p>
      <w:r>
        <w:rPr>
          <w:i/>
        </w:rPr>
        <w:t>“God is all-powerful and a source of great conviction, but we need to reach the last level of helplessness to receive His help. How can we achieve such helplessness?”</w:t>
      </w:r>
    </w:p>
    <w:p>
      <w:r>
        <w:rPr>
          <w:sz w:val="20"/>
        </w:rPr>
        <w:t>1:24:33  Maulana, agla sawal Delhi se hai Dr. Fareeda Khanam ka. unhon ne likha hai God is all powerful and a source of great conviction, but we need to reach the last level of helplessness to receive His help.</w:t>
      </w:r>
      <w:r>
        <w:br/>
      </w:r>
      <w:r>
        <w:rPr>
          <w:sz w:val="20"/>
        </w:rPr>
        <w:t>1:24:51  How can we achieve such helplessness? dekhiye as a fact insan helpless hi hai.</w:t>
      </w:r>
      <w:r>
        <w:br/>
      </w:r>
      <w:r>
        <w:rPr>
          <w:sz w:val="20"/>
        </w:rPr>
        <w:t>1:25:02  mein to har waqt apne helplessness ko daryaft karta hoon. har waqt. mislan agar farz kijiye ke mein aik glass uthaoon. is par aap jante hain aik cover hai.</w:t>
      </w:r>
      <w:r>
        <w:br/>
      </w:r>
      <w:r>
        <w:rPr>
          <w:sz w:val="20"/>
        </w:rPr>
        <w:t>1:25:13  cover uthaoon to yeh slip kar ke gir jayega kabhi. aisa hota hai. chamcha gir jayega. yani rozana aise waqiat hote hain jis mein aap apni helplessness ko daryaft karein.</w:t>
      </w:r>
      <w:r>
        <w:br/>
      </w:r>
      <w:r>
        <w:rPr>
          <w:sz w:val="20"/>
        </w:rPr>
        <w:t>1:25:25  helplessness ko. to yeh to aik waqia hai.</w:t>
      </w:r>
      <w:r>
        <w:br/>
      </w:r>
      <w:r>
        <w:rPr>
          <w:sz w:val="20"/>
        </w:rPr>
        <w:t>1:25:30  mein to roz sochta hoon ke maine khana khaya. agar digestive system mera kaam na kare to khana bekar hai.</w:t>
      </w:r>
      <w:r>
        <w:br/>
      </w:r>
      <w:r>
        <w:rPr>
          <w:sz w:val="20"/>
        </w:rPr>
        <w:t>1:25:41  agar suraj na ho to meri aankh bekar hai. mein suraj ke baghair aankh se dekh nahin sakta hoon mein. agar oxygen ke supply ka nizam Khuda ki taraf se na ho to mein kya karunga?</w:t>
      </w:r>
      <w:r>
        <w:br/>
      </w:r>
      <w:r>
        <w:rPr>
          <w:sz w:val="20"/>
        </w:rPr>
        <w:t>1:25:51  mar jaunga mein. kyunke mein saans lunga aur oxygen nahi milega mujhe.</w:t>
      </w:r>
      <w:r>
        <w:br/>
      </w:r>
      <w:r>
        <w:rPr>
          <w:sz w:val="20"/>
        </w:rPr>
        <w:t>1:25:57  to koi bhi cheez aisi nahi hai jismein aap ko helplessness ka tajurba na ho. mein bolta hoon, yeh bhi sochta hoon ke abhi mein speechless ho sakta hoon.</w:t>
      </w:r>
      <w:r>
        <w:br/>
      </w:r>
      <w:r>
        <w:rPr>
          <w:sz w:val="20"/>
        </w:rPr>
        <w:t>1:26:07  yaani zabaan se dimagh ka rishta kat jaye to mein helpless hoon. to yeh ismein yaani awakening ki baat hai.</w:t>
      </w:r>
      <w:r>
        <w:br/>
      </w:r>
      <w:r>
        <w:rPr>
          <w:sz w:val="20"/>
        </w:rPr>
        <w:t>1:26:18  yaani awakened mind jo hai, agar ho kisi ke andar awakened mind to har lamha woh apne helplessness ko daryaft karega.</w:t>
      </w:r>
      <w:r>
        <w:br/>
      </w:r>
      <w:r>
        <w:rPr>
          <w:sz w:val="20"/>
        </w:rPr>
        <w:t>1:26:28  agar awakened mind hai. so sara maamla is par depend karta hai ke aadmi ke andar awakened mind paida hua ke nahi hua.</w:t>
      </w:r>
      <w:r>
        <w:br/>
      </w:r>
      <w:r>
        <w:rPr>
          <w:sz w:val="20"/>
        </w:rPr>
        <w:t>1:26:37  to is ke andar intellectual development hua hai ke nahi hua hai.</w:t>
      </w:r>
      <w:r>
        <w:br/>
      </w:r>
      <w:r>
        <w:rPr>
          <w:sz w:val="20"/>
        </w:rPr>
        <w:t>1:26:42  agar hua hai to insaan ka har har second, har lamha batata hai ke mein helpless hoon.</w:t>
      </w:r>
      <w:r>
        <w:br/>
      </w:r>
      <w:r>
        <w:rPr>
          <w:sz w:val="20"/>
        </w:rPr>
        <w:t>1:26:51  mein helpless hoon. mera to tajurba bhi yahi hai zindagi ke bare mein.</w:t>
      </w:r>
    </w:p>
    <w:p>
      <w:pPr>
        <w:pStyle w:val="Heading2"/>
      </w:pPr>
      <w:r>
        <w:t>Reason for Avoiding Reasoning in Religion</w:t>
      </w:r>
    </w:p>
    <w:p>
      <w:r>
        <w:rPr>
          <w:color w:val="666666"/>
          <w:sz w:val="18"/>
        </w:rPr>
        <w:t>Faith &amp; God · Living in Falsehood December 15, 2013 · 2m 30s · at 49:59 · https://youtu.be/UvboK59uF6s?t=2999</w:t>
      </w:r>
    </w:p>
    <w:p>
      <w:r>
        <w:rPr>
          <w:i/>
        </w:rPr>
        <w:t>“There are many Muslims who are very rational in secular matters. Still, they don't want to use reasoning in the matters of religion. What can be the reason of this behavior?”</w:t>
      </w:r>
    </w:p>
    <w:p>
      <w:r>
        <w:rPr>
          <w:sz w:val="20"/>
        </w:rPr>
        <w:t>49:59  So I am a great advocate of peace. Maulana, agla sawal Ajmer se hai Dr. Safina Tab</w:t>
      </w:r>
      <w:r>
        <w:br/>
      </w:r>
      <w:r>
        <w:rPr>
          <w:sz w:val="20"/>
        </w:rPr>
        <w:t>50:07  Sim ka. Unhon ne likha hai: "Moulana, there are many Muslims who are very rational in secular matters.</w:t>
      </w:r>
      <w:r>
        <w:br/>
      </w:r>
      <w:r>
        <w:rPr>
          <w:sz w:val="20"/>
        </w:rPr>
        <w:t>50:16  Still, they don't want to use reasoning in the matters of religion. What can be the reason of this behavior?</w:t>
      </w:r>
      <w:r>
        <w:br/>
      </w:r>
      <w:r>
        <w:rPr>
          <w:sz w:val="20"/>
        </w:rPr>
        <w:t>50:26  main ne arz kiya isi ko ke hadith jo hai ke rasool Allah ne farmaya ke talab al ilm farizah ala kull muslim ilm seekhna har musalman par farz hai.</w:t>
      </w:r>
      <w:r>
        <w:br/>
      </w:r>
      <w:r>
        <w:rPr>
          <w:sz w:val="20"/>
        </w:rPr>
        <w:t>50:41  to is ko ilm deen ke mani mein le liya. to deen mein ab reason ko apply nahi karna hai. deen ko doosri cheezon apply karo, deen ko deen mein kuch nahi.</w:t>
      </w:r>
      <w:r>
        <w:br/>
      </w:r>
      <w:r>
        <w:rPr>
          <w:sz w:val="20"/>
        </w:rPr>
        <w:t>50:57  halankeh dekhen, main aap ko ek ayat yaad dilata hoon. quran mein hai ke pahadon ke bare mein, pahadon ke bare mein minbar al jibal jo al dan bid al humr mukhtalif anwaruhu wa aghraww basud innama yakhsh Allah min ibadihi al ulama is ka matlab hai ke ilm wale hi darte hain Allah se.</w:t>
      </w:r>
      <w:r>
        <w:br/>
      </w:r>
      <w:r>
        <w:rPr>
          <w:sz w:val="20"/>
        </w:rPr>
        <w:t>51:22  to yahan ilm se murad kya hai? ilm al jibal,</w:t>
      </w:r>
      <w:r>
        <w:br/>
      </w:r>
      <w:r>
        <w:rPr>
          <w:sz w:val="20"/>
        </w:rPr>
        <w:t>51:26  pahadon ka ilm. yahan is ayat se sabit hota hai ke agar aap ko agar pahadon ka ilm ho to aap ke andar Allah ka dar paida hoga. ab is ko aap generalize kijiye to agar nature ka ilm ho, agar aap ka nature ka ilm ho to aap ke andar Allah ka khauf paida hoga.</w:t>
      </w:r>
      <w:r>
        <w:br/>
      </w:r>
      <w:r>
        <w:rPr>
          <w:sz w:val="20"/>
        </w:rPr>
        <w:t>51:45  ke aap clear taur par dekhen, yahan par yani yani jo jin cheezon ko jo mahdood mani mein liye hain, rakhe hain logon ne deen ke, us se bahar ki cheezon ka ilm bataya ja raha hai.</w:t>
      </w:r>
      <w:r>
        <w:br/>
      </w:r>
      <w:r>
        <w:rPr>
          <w:sz w:val="20"/>
        </w:rPr>
        <w:t>51:59  to ek galat yani cheez phail gayi hai musalmanon mein ke deen ke mamle mein aql nahi, doosri cheezon mein aql istemal karo.</w:t>
      </w:r>
      <w:r>
        <w:br/>
      </w:r>
      <w:r>
        <w:rPr>
          <w:sz w:val="20"/>
        </w:rPr>
        <w:t>52:09  to log job mein, apne business mein, apne family affairs mein reason ko apply karte hain aur jahan deen ka masla aaya hai, bas fatwa, fatwa, fatwa.</w:t>
      </w:r>
      <w:r>
        <w:br/>
      </w:r>
      <w:r>
        <w:rPr>
          <w:sz w:val="20"/>
        </w:rPr>
        <w:t>52:21  yeh bilkul hi wrong hai, bilkul galat hai. is ka islam se koi talluq nahi.</w:t>
      </w:r>
    </w:p>
    <w:p>
      <w:pPr>
        <w:pStyle w:val="Heading2"/>
      </w:pPr>
      <w:r>
        <w:t>Reason for Unfulfilled Halal Wishes</w:t>
      </w:r>
    </w:p>
    <w:p>
      <w:r>
        <w:rPr>
          <w:color w:val="666666"/>
          <w:sz w:val="18"/>
        </w:rPr>
        <w:t>Faith &amp; God · The Quran September 20, 2020 Maulana Wahiduddin Khan · 2m 13s · at 29:52 · https://youtu.be/yQZGg2A0-Tk?t=1792</w:t>
      </w:r>
    </w:p>
    <w:p>
      <w:r>
        <w:rPr>
          <w:i/>
        </w:rPr>
        <w:t>“What is the reason behind not getting halal wishes fulfilled? Please explain.”</w:t>
      </w:r>
    </w:p>
    <w:p>
      <w:r>
        <w:rPr>
          <w:sz w:val="20"/>
        </w:rPr>
        <w:t>29:52  Maulana, Miss Khushi Khan ne Calcutta se sawal bheja hai. Unhon ne likha hai: "What is the reason behind not getting the halaal wishes fulfilled?</w:t>
      </w:r>
      <w:r>
        <w:br/>
      </w:r>
      <w:r>
        <w:rPr>
          <w:sz w:val="20"/>
        </w:rPr>
        <w:t>30:05  Is ke bare mein bataen." Kya halaal? Kya wishes? Halaal wishes kyun nahin? Haan, jaaiz wishes kyun nahin fulfill hoti hain?</w:t>
      </w:r>
      <w:r>
        <w:br/>
      </w:r>
      <w:r>
        <w:rPr>
          <w:sz w:val="20"/>
        </w:rPr>
        <w:t>30:18  Is ke peeche kya kaaran hai? Kya matlab?</w:t>
      </w:r>
      <w:r>
        <w:br/>
      </w:r>
      <w:r>
        <w:rPr>
          <w:sz w:val="20"/>
        </w:rPr>
        <w:t>30:22  Maulana, woh yeh pooch rahi hain ke jaaiz khwahishat jo hoti hain insaan ki, woh kyun poori nahin hoti hain? Aadmi koi jaaiz khwahish karta hai, durust hoti hai, woh poori nahin ho paati.</w:t>
      </w:r>
      <w:r>
        <w:br/>
      </w:r>
      <w:r>
        <w:rPr>
          <w:sz w:val="20"/>
        </w:rPr>
        <w:t>30:35  Kyun nahin hoti hain?</w:t>
      </w:r>
      <w:r>
        <w:br/>
      </w:r>
      <w:r>
        <w:rPr>
          <w:sz w:val="20"/>
        </w:rPr>
        <w:t>30:37  To aap is ke liye jo zaroori koshish hai, woh karenge. Aap ko milegi. Free mein to nahin milegi.</w:t>
      </w:r>
      <w:r>
        <w:br/>
      </w:r>
      <w:r>
        <w:rPr>
          <w:sz w:val="20"/>
        </w:rPr>
        <w:t>30:46  Free mein to suraj ki roshni mili hui hai. Isi tarah sab cheezen milti hain. Aap is ke liye jo zaroori koshish karen to mil jayengi.</w:t>
      </w:r>
      <w:r>
        <w:br/>
      </w:r>
      <w:r>
        <w:rPr>
          <w:sz w:val="20"/>
        </w:rPr>
        <w:t>31:00  Maulana, aksar log dua dua karte hain aur un ke hisaab se woh jaaiz dua hoti hai, lekin woh qubool nahin hoti. To is par yeh sawal aata hai ke woh to jaaiz thi dua, to phir kyun nahin qubool hui?</w:t>
      </w:r>
      <w:r>
        <w:br/>
      </w:r>
      <w:r>
        <w:rPr>
          <w:sz w:val="20"/>
        </w:rPr>
        <w:t>31:14  Nahin, yeh kahin likha nahin hai Quran mein ke jaaiz hai to qubool ho jayegi. Jaaiz hai to qubool ho jayegi, yeh kahin nahin likha hai.</w:t>
      </w:r>
      <w:r>
        <w:br/>
      </w:r>
      <w:r>
        <w:rPr>
          <w:sz w:val="20"/>
        </w:rPr>
        <w:t>31:24  Aap ko dua ke har dua ki alag alag sharaait poori karni padengi. Alag alag jaaiz na-jaaiz, woh woh shart nahin hai.</w:t>
      </w:r>
      <w:r>
        <w:br/>
      </w:r>
      <w:r>
        <w:rPr>
          <w:sz w:val="20"/>
        </w:rPr>
        <w:t>31:45  Maulana, Hadees mein hai ke jo dua ki jaati hai, agar woh dunya mein nahin mile to aakhirat ke liye zakhira bana diya jata hai.</w:t>
      </w:r>
      <w:r>
        <w:br/>
      </w:r>
      <w:r>
        <w:rPr>
          <w:sz w:val="20"/>
        </w:rPr>
        <w:t>31:55  Haan, yeh bhi hai. Lekin bahut zyada aap ko agar aap.</w:t>
      </w:r>
    </w:p>
    <w:p>
      <w:pPr>
        <w:pStyle w:val="Heading2"/>
      </w:pPr>
      <w:r>
        <w:t>Reason for close-mindedness on monotheism</w:t>
      </w:r>
    </w:p>
    <w:p>
      <w:r>
        <w:rPr>
          <w:color w:val="666666"/>
          <w:sz w:val="18"/>
        </w:rPr>
        <w:t>Faith &amp; God · Unseen God July 30, 2017 Maulana Wahiduddin Khan · 2m 41s · at 1:04:42 · https://youtu.be/MOkCdGFAVR4?t=3882</w:t>
      </w:r>
    </w:p>
    <w:p>
      <w:r>
        <w:rPr>
          <w:i/>
        </w:rPr>
        <w:t>“Many people with whom I interact for their work, I find them good people and they talk about God and seem to be sincere truth seekers. But the moment I bring in the concept of monotheism, I realize they become different and do not bow down even to a reason-based argument. I really fail to understand this kind of behavior. As in matters of business and work they are open to new ideas, but when it comes to spirituality they become close-minded. Maulana sahib, what is the reason for this difference?”</w:t>
      </w:r>
    </w:p>
    <w:p>
      <w:r>
        <w:rPr>
          <w:sz w:val="20"/>
        </w:rPr>
        <w:t>1:04:42  ji Maulana agla sawal ahmed abad se Faisal sahab ne bheja hai unhon ne likha hai</w:t>
      </w:r>
      <w:r>
        <w:br/>
      </w:r>
      <w:r>
        <w:rPr>
          <w:sz w:val="20"/>
        </w:rPr>
        <w:t>1:04:50  maulana many people with whom i interact for our work i find them good people and they talk about god and seem to be sincere seekers but the moment i bring in the concept of monotheism i realize they become different and do not bow down even to a reason based argument</w:t>
      </w:r>
      <w:r>
        <w:br/>
      </w:r>
      <w:r>
        <w:rPr>
          <w:sz w:val="20"/>
        </w:rPr>
        <w:t>1:05:15  i really fail to understand this kind of behavior as in matters of their business or work they are open to new ideas but when it comes to spirituality they become close minded maulana sahib what is the reason for this differenti</w:t>
      </w:r>
      <w:r>
        <w:br/>
      </w:r>
      <w:r>
        <w:rPr>
          <w:sz w:val="20"/>
        </w:rPr>
        <w:t>1:05:33  It's behavior. Sirf ek hi cheez hai conditioning. Woh log modernism mein conditioned ho gaye hain.</w:t>
      </w:r>
      <w:r>
        <w:br/>
      </w:r>
      <w:r>
        <w:rPr>
          <w:sz w:val="20"/>
        </w:rPr>
        <w:t>1:05:42  woh jo hadith hai ke kul burdi yur al fitra</w:t>
      </w:r>
      <w:r>
        <w:br/>
      </w:r>
      <w:r>
        <w:rPr>
          <w:sz w:val="20"/>
        </w:rPr>
        <w:t>1:05:47  har paida honay wala</w:t>
      </w:r>
      <w:r>
        <w:br/>
      </w:r>
      <w:r>
        <w:rPr>
          <w:sz w:val="20"/>
        </w:rPr>
        <w:t>1:05:49  fitrat se paida hota hai is ke baad is ke maa baap maa baap maani is ka is</w:t>
      </w:r>
      <w:r>
        <w:br/>
      </w:r>
      <w:r>
        <w:rPr>
          <w:sz w:val="20"/>
        </w:rPr>
        <w:t>1:05:55  ka environment is ko is mazhab mein is mazhab mein is mazhab daal dete hain to jo fitri</w:t>
      </w:r>
      <w:r>
        <w:br/>
      </w:r>
      <w:r>
        <w:rPr>
          <w:sz w:val="20"/>
        </w:rPr>
        <w:t>1:06:03  mazhab hai woh to toheed hai mazhab fitri jo hai woh toheed hai baqi jo hai woh environmental</w:t>
      </w:r>
      <w:r>
        <w:br/>
      </w:r>
      <w:r>
        <w:rPr>
          <w:sz w:val="20"/>
        </w:rPr>
        <w:t>1:06:10  conditioning hai fitri mazhab aik hi hai woh hai toheed baqi jo hai woh sab environmental</w:t>
      </w:r>
      <w:r>
        <w:br/>
      </w:r>
      <w:r>
        <w:rPr>
          <w:sz w:val="20"/>
        </w:rPr>
        <w:t>1:06:18  conditioning hai okay so we we will end the session</w:t>
      </w:r>
      <w:r>
        <w:br/>
      </w:r>
      <w:r>
        <w:rPr>
          <w:sz w:val="20"/>
        </w:rPr>
        <w:t>1:06:24  now we also would like to share that saturday classes will now begin at 10:30 instead of 10 in the morning so you can log in through facebook session to watch the live session of maulana sahib every saturday 10:30 am indian standard time thank you.</w:t>
      </w:r>
    </w:p>
    <w:p>
      <w:pPr>
        <w:pStyle w:val="Heading2"/>
      </w:pPr>
      <w:r>
        <w:t>Reason for suffering in God's plan</w:t>
      </w:r>
    </w:p>
    <w:p>
      <w:r>
        <w:rPr>
          <w:color w:val="666666"/>
          <w:sz w:val="18"/>
        </w:rPr>
        <w:t>Faith &amp; God · Realization of God September 15, 2013 · 2m 55s · at 1:15:38 · https://youtu.be/CNEEeM5uyi8?t=4538</w:t>
      </w:r>
    </w:p>
    <w:p>
      <w:r>
        <w:rPr>
          <w:i/>
        </w:rPr>
        <w:t>“Why is there so much suffering in terms of poverty, disease, atrocities, accidents, disasters? What is the reason for such suffering? Is it a part of God's creation plan?”</w:t>
      </w:r>
    </w:p>
    <w:p>
      <w:r>
        <w:rPr>
          <w:sz w:val="20"/>
        </w:rPr>
        <w:t>1:15:38  is ko aap parhiye tafseeron mein to baat clear ho jaye gi. maulana, agla sawal deli se hai, doctor farida khanam ka.</w:t>
      </w:r>
      <w:r>
        <w:br/>
      </w:r>
      <w:r>
        <w:rPr>
          <w:sz w:val="20"/>
        </w:rPr>
        <w:t>1:15:49  unhon ne likha hai: "why is there so much suffering in terms of poverty, disease, illiteracy, accidents, etc.?</w:t>
      </w:r>
      <w:r>
        <w:br/>
      </w:r>
      <w:r>
        <w:rPr>
          <w:sz w:val="20"/>
        </w:rPr>
        <w:t>1:15:59  what is the reason for such suffering? is it a part of god's creation plan</w:t>
      </w:r>
      <w:r>
        <w:br/>
      </w:r>
      <w:r>
        <w:rPr>
          <w:sz w:val="20"/>
        </w:rPr>
        <w:t>1:16:06  ?" is ka jawab dekhiye, quran mein maujood hai. woh yeh hai ke quran mein hai ke: "zahar al-fasad fi al-barr wa al-bahr bima kasabat an-nas, bima kasabat an-nas,</w:t>
      </w:r>
      <w:r>
        <w:br/>
      </w:r>
      <w:r>
        <w:rPr>
          <w:sz w:val="20"/>
        </w:rPr>
        <w:t>1:16:22  zahar al-fasad fi al-barr wa al-bahr bima kasabat an-nas". aur ek aur ayat hai: "la tusdu fi al-ard ba'da islahih".</w:t>
      </w:r>
      <w:r>
        <w:br/>
      </w:r>
      <w:r>
        <w:rPr>
          <w:sz w:val="20"/>
        </w:rPr>
        <w:t>1:16:33  in ayaton ko parhne ke baad yeh samajh ata hai ke allah ne yeh dunya banai hai, woh bilkul theek thak banai hai, yani islah par qaim kiya.</w:t>
      </w:r>
      <w:r>
        <w:br/>
      </w:r>
      <w:r>
        <w:rPr>
          <w:sz w:val="20"/>
        </w:rPr>
        <w:t>1:16:43  is ko insan is ko bigarta hai, jaise aap pollution jo hai, woh insan ne paida kiya hai. juraim jo hain, woh insan ko paida karta hai.</w:t>
      </w:r>
      <w:r>
        <w:br/>
      </w:r>
      <w:r>
        <w:rPr>
          <w:sz w:val="20"/>
        </w:rPr>
        <w:t>1:16:54  mein yeh bataun ke juraim ke sab se zimmedar human rights activist hain.</w:t>
      </w:r>
      <w:r>
        <w:br/>
      </w:r>
      <w:r>
        <w:rPr>
          <w:sz w:val="20"/>
        </w:rPr>
        <w:t>1:16:59  yeh juraim aaj kal barh gaye hain, taza kyunke sab se bari zimmedari human rights activist ki hai, kyunke yeh log mujrimin ko bacha lete hain. jitni bhi un ki activities hain, mujrimin ko bachane ke liye to un ko saza nahi hoti.</w:t>
      </w:r>
      <w:r>
        <w:br/>
      </w:r>
      <w:r>
        <w:rPr>
          <w:sz w:val="20"/>
        </w:rPr>
        <w:t>1:17:14  sab se bare zimmedar hain human rights activist ke mujrimin ko saza nahi hone dete. deterrent punishment ki nabat nahi ati.</w:t>
      </w:r>
      <w:r>
        <w:br/>
      </w:r>
      <w:r>
        <w:rPr>
          <w:sz w:val="20"/>
        </w:rPr>
        <w:t>1:17:23  to yeh sara jo dunya mein jis ko kehte hain bigar, woh sab insanon ki wajah se hai. allah ki takhleeq mein aisi koi cheez nahi hai.</w:t>
      </w:r>
      <w:r>
        <w:br/>
      </w:r>
      <w:r>
        <w:rPr>
          <w:sz w:val="20"/>
        </w:rPr>
        <w:t>1:17:33  is par aap ne kafi likha, aap parh sakte hain hamari kitabon ko.</w:t>
      </w:r>
    </w:p>
    <w:p>
      <w:pPr>
        <w:pStyle w:val="Heading2"/>
      </w:pPr>
      <w:r>
        <w:t>Reason in Religion and Denial of Angels</w:t>
      </w:r>
    </w:p>
    <w:p>
      <w:r>
        <w:rPr>
          <w:color w:val="666666"/>
          <w:sz w:val="18"/>
        </w:rPr>
        <w:t>Faith &amp; God · Q&amp;A 04 Mar 2012 Maulana Wahiduddin Khan · 4m 05s · at 27:47 · https://youtu.be/txRmutuvWQI?t=1667</w:t>
      </w:r>
    </w:p>
    <w:p>
      <w:r>
        <w:rPr>
          <w:i/>
        </w:rPr>
        <w:t>“Some scholars consider the use of reason in religion absolutely unnecessary, while others consider the use of reason necessary and therefore deny whatever does not fit into reason in religion, such as denying angels. Please explain the correct position.”</w:t>
      </w:r>
    </w:p>
    <w:p>
      <w:r>
        <w:rPr>
          <w:sz w:val="20"/>
        </w:rPr>
        <w:t>27:47  maulana, agla sawal tamil nadu se hai Maulana Iqbal Umri sahib ka. unhon ne poocha hai: "baaz ulma aql ke istemal ko deen mein bilkul ghair zaroori samajhte hain, aur baaz aql ke istemal ko zaroori qarar de kar jo cheez deen ki aql mein nahi aati, us ko inkaar karte hain, jaise angels ka inkaar waghera." Maulana sahib, is mein sahi baat ki wazahat farmayen.</w:t>
      </w:r>
      <w:r>
        <w:br/>
      </w:r>
      <w:r>
        <w:rPr>
          <w:sz w:val="20"/>
        </w:rPr>
        <w:t>28:16  dekhiye, hadith mein aur quran mein dono mein aql ko bohat ahmiyat di gayi hai. wali al-zikr al-bab surah al-imran ke aakhri ruku ko parhiye aap.</w:t>
      </w:r>
      <w:r>
        <w:br/>
      </w:r>
      <w:r>
        <w:rPr>
          <w:sz w:val="20"/>
        </w:rPr>
        <w:t>28:28  is mein wali al-zikr al-bab, al-bab yaani al-aql, aql walay, aql walon ko</w:t>
      </w:r>
      <w:r>
        <w:br/>
      </w:r>
      <w:r>
        <w:rPr>
          <w:sz w:val="20"/>
        </w:rPr>
        <w:t>28:37  Allah taala ne khitab farmaya ke aql di gayi hai kis liye? taake tum samjho deen ki gehraiyon ko. naseehat hazir roz se. to aql to Allah taala ka diya hai.</w:t>
      </w:r>
      <w:r>
        <w:br/>
      </w:r>
      <w:r>
        <w:rPr>
          <w:sz w:val="20"/>
        </w:rPr>
        <w:t>28:47  aql na ho, agar insan pathar bana diya jaye to baaton ko samjhega nahi. to aql to hadith mein aata hai ke Allah taala ne sab se bari cheez jo paida ki, woh aql hai.</w:t>
      </w:r>
      <w:r>
        <w:br/>
      </w:r>
      <w:r>
        <w:rPr>
          <w:sz w:val="20"/>
        </w:rPr>
        <w:t>29:01  to dekhiye, do cheezen alag alag hain. ek hai aql ko, aql ko yaani independently meyar samajh lena.</w:t>
      </w:r>
      <w:r>
        <w:br/>
      </w:r>
      <w:r>
        <w:rPr>
          <w:sz w:val="20"/>
        </w:rPr>
        <w:t>29:13  independently aql ko samajhna ke bas jo aql mein aaya, woh sahi hai, jo aql mein aaya, woh galat hai.</w:t>
      </w:r>
      <w:r>
        <w:br/>
      </w:r>
      <w:r>
        <w:rPr>
          <w:sz w:val="20"/>
        </w:rPr>
        <w:t>29:19  yeh aql ka galat istemal hai. yeh mistake hai aql ka. aql jo hai, is ki koi limitations hain.</w:t>
      </w:r>
      <w:r>
        <w:br/>
      </w:r>
      <w:r>
        <w:rPr>
          <w:sz w:val="20"/>
        </w:rPr>
        <w:t>29:33  wa ma utiytum min al-ilm illa qaleela. to is ki limitations jo hain, woh poori hoti hain wahi se. yaani peghambar ko jo wahi aayi hai, woh isi liye aayi hai ke woh aql ki kami ko poora kare.</w:t>
      </w:r>
      <w:r>
        <w:br/>
      </w:r>
      <w:r>
        <w:rPr>
          <w:sz w:val="20"/>
        </w:rPr>
        <w:t>29:47  to sochna hamara kaam hai, lekin sochne ke liye jo guideline hai, woh peghambar deta hai.</w:t>
      </w:r>
      <w:r>
        <w:br/>
      </w:r>
      <w:r>
        <w:rPr>
          <w:sz w:val="20"/>
        </w:rPr>
        <w:t>29:53  sahi line par sochna.</w:t>
      </w:r>
      <w:r>
        <w:br/>
      </w:r>
      <w:r>
        <w:rPr>
          <w:sz w:val="20"/>
        </w:rPr>
        <w:t>29:58  ek yaani wahi ke zariye se hamein woh framework milta hai, jis framework ke ko follow karte hue hum aql ko istemal karen.</w:t>
      </w:r>
      <w:r>
        <w:br/>
      </w:r>
      <w:r>
        <w:rPr>
          <w:sz w:val="20"/>
        </w:rPr>
        <w:t>30:10  to jo log wahi ko nahi mante ya quran ko nahi mante, to woh un ka, un ki, un ki aql un ko</w:t>
      </w:r>
      <w:r>
        <w:br/>
      </w:r>
      <w:r>
        <w:rPr>
          <w:sz w:val="20"/>
        </w:rPr>
        <w:t>30:20  sahi rastay par nahi le aati, bhatka deti hai. kyunke aql ke liye limitations hain. yeh ek tashdeed baat hai, yeh baat sabit shuda hai ke aql ki limitations hain.</w:t>
      </w:r>
      <w:r>
        <w:br/>
      </w:r>
      <w:r>
        <w:rPr>
          <w:sz w:val="20"/>
        </w:rPr>
        <w:t>30:32  to is limitations ki talafi wahi se hoti hai, yaani peghambar ki hidayat se hoti hai.</w:t>
      </w:r>
      <w:r>
        <w:br/>
      </w:r>
      <w:r>
        <w:rPr>
          <w:sz w:val="20"/>
        </w:rPr>
        <w:t>30:41  to mein yeh manta hoon ke peghambar ki hidayat ke framework mein aql ko istemal karna aain-e-sawab hai, aain-e-sawab hai. aur peghambar ki hidayat ko nazar andaaz kar ke aql ka ghora dorana,</w:t>
      </w:r>
      <w:r>
        <w:br/>
      </w:r>
      <w:r>
        <w:rPr>
          <w:sz w:val="20"/>
        </w:rPr>
        <w:t>30:55  woh woh sawab nahi hai. is mein koi reward nahi hai.</w:t>
      </w:r>
      <w:r>
        <w:br/>
      </w:r>
      <w:r>
        <w:rPr>
          <w:sz w:val="20"/>
        </w:rPr>
        <w:t>31:01  to aql bohat bari cheez hai, lekin is ka agar aap aql ko wahi se kaat dein to woh to woh ek sarkash ghora ban jayegi.</w:t>
      </w:r>
      <w:r>
        <w:br/>
      </w:r>
      <w:r>
        <w:rPr>
          <w:sz w:val="20"/>
        </w:rPr>
        <w:t>31:16  aur agar aql ko wahi se jor kar is ko istemal karen to bohat hi ziyada is mein faiday honge. balkay sara, yaani tazkiya ka faida, marifat ka faida, saare faiday isi mein hain ke aap aql ko sahi dhang par istemal karen.</w:t>
      </w:r>
      <w:r>
        <w:br/>
      </w:r>
      <w:r>
        <w:rPr>
          <w:sz w:val="20"/>
        </w:rPr>
        <w:t>31:33  is mein koi shaq nahi hai.</w:t>
      </w:r>
      <w:r>
        <w:br/>
      </w:r>
      <w:r>
        <w:rPr>
          <w:sz w:val="20"/>
        </w:rPr>
        <w:t>31:38  is mani mein maine jo hamari kitab hai, yaani islam aur science, is mein is par kuch guftagu ki gayi hai.</w:t>
      </w:r>
      <w:r>
        <w:br/>
      </w:r>
      <w:r>
        <w:rPr>
          <w:sz w:val="20"/>
        </w:rPr>
        <w:t>31:47  is mein aap dekh sakte hain.</w:t>
      </w:r>
    </w:p>
    <w:p>
      <w:pPr>
        <w:pStyle w:val="Heading2"/>
      </w:pPr>
      <w:r>
        <w:t>Reconciling friendship with Jews and Quranic verse</w:t>
      </w:r>
    </w:p>
    <w:p>
      <w:r>
        <w:rPr>
          <w:color w:val="666666"/>
          <w:sz w:val="18"/>
        </w:rPr>
        <w:t>Faith &amp; God · God Particle July 8, 2012 · 4m 22s · at 1:18:46 · https://youtu.be/30Ulu10c2nA?t=4726</w:t>
      </w:r>
    </w:p>
    <w:p>
      <w:r>
        <w:rPr>
          <w:i/>
        </w:rPr>
        <w:t>“You said that Jews and Christians are our friends, but the Quran says that you will find Jews as the severest enemies of the believers. Remove this confusion.”</w:t>
      </w:r>
    </w:p>
    <w:p>
      <w:r>
        <w:rPr>
          <w:sz w:val="20"/>
        </w:rPr>
        <w:t>1:18:46  maulana, agla sawal dilli se hai maulana ilyas sahab ka</w:t>
      </w:r>
      <w:r>
        <w:br/>
      </w:r>
      <w:r>
        <w:rPr>
          <w:sz w:val="20"/>
        </w:rPr>
        <w:t>1:18:49  unhon ne likha hai: "aap ne farmaya ke yahoodi isai hamare dost hain, lekin quran mein kaha gaya hai ke tum yahood ko iman walon ka shadeed dushman pao ge.</w:t>
      </w:r>
      <w:r>
        <w:br/>
      </w:r>
      <w:r>
        <w:rPr>
          <w:sz w:val="20"/>
        </w:rPr>
        <w:t>1:19:03  is confusion ko door farmayen." lafz dost bane, sawal nahi kiya, yeh aap ka lafz hai. doosri baat hai ke woh jo lafz dushman hai, to aap ne us ko yani un ki poori qaum par phaila rakha hai.</w:t>
      </w:r>
      <w:r>
        <w:br/>
      </w:r>
      <w:r>
        <w:rPr>
          <w:sz w:val="20"/>
        </w:rPr>
        <w:t>1:19:19  is waqt jo log the, contemporary, un ke bare mein yeh lafz hai. yeh bohat bari ghalat fehmi hai ke sare yahudiyon ko, sare isaiyon ko samajh rakha hai ke bilashuba basless تفسیر hai.</w:t>
      </w:r>
      <w:r>
        <w:br/>
      </w:r>
      <w:r>
        <w:rPr>
          <w:sz w:val="20"/>
        </w:rPr>
        <w:t>1:19:31  rasool Allah contemporary ke bare mein baat ho, contemporary moaser hamesha ke liye nahi hai. yeh itni bari bari gustakhiyan musalmanon ne kar rakhi hain.</w:t>
      </w:r>
      <w:r>
        <w:br/>
      </w:r>
      <w:r>
        <w:rPr>
          <w:sz w:val="20"/>
        </w:rPr>
        <w:t>1:19:41  mujhe taajjub hota hai ke is ko sare yahudiyon, qayamat tak paida hone wale sare, sare is ko chaspah kar rakha hai. yeh matlab bhi is ka nahi</w:t>
      </w:r>
      <w:r>
        <w:br/>
      </w:r>
      <w:r>
        <w:rPr>
          <w:sz w:val="20"/>
        </w:rPr>
        <w:t>1:19:49  hai. woh contemporary christian, contemporary yahudiyon ke bare mein, woh bhi wahan jo the madine mein, woh bhi sara alam ke liye nahi hai. yani quran ko log bazi baziacha-e-atfal bana diya hai.</w:t>
      </w:r>
      <w:r>
        <w:br/>
      </w:r>
      <w:r>
        <w:rPr>
          <w:sz w:val="20"/>
        </w:rPr>
        <w:t>1:20:01  yeh yeh bohat taajjub hota hai ke kaise log himmat parti hai ke quran mein aisi baatein kahein. kaisi himmat hoti hai?</w:t>
      </w:r>
      <w:r>
        <w:br/>
      </w:r>
      <w:r>
        <w:rPr>
          <w:sz w:val="20"/>
        </w:rPr>
        <w:t>1:20:11  main ne dost ka lafz istemal nahi kiya, main ne istemal kiya jo hadith mein hai: mu'eed, mu'eed, ta'eed.</w:t>
      </w:r>
      <w:r>
        <w:br/>
      </w:r>
      <w:r>
        <w:rPr>
          <w:sz w:val="20"/>
        </w:rPr>
        <w:t>1:20:19  yani ta'eedi role in ka hai, ta'eedi role in ka hai. aur yeh to waqea hai. kaun si baat hai jo aaj, yani aap bicycle se le kar car tak aur sui se le kar hawai jahaz tak, kaun si cheezein in ke siwa kisi ne di hain aap ko?</w:t>
      </w:r>
      <w:r>
        <w:br/>
      </w:r>
      <w:r>
        <w:rPr>
          <w:sz w:val="20"/>
        </w:rPr>
        <w:t>1:20:35  mujhe bataiye, kis ka naam bataen ge aap? aik aik cheez jo aap istemal karte hain, woh inhi logon se mili hai. aap ko yeh kapra jo aap pehente hain, kis ne class mill banai?</w:t>
      </w:r>
      <w:r>
        <w:br/>
      </w:r>
      <w:r>
        <w:rPr>
          <w:sz w:val="20"/>
        </w:rPr>
        <w:t>1:20:44  kis ne ban</w:t>
      </w:r>
      <w:r>
        <w:br/>
      </w:r>
      <w:r>
        <w:rPr>
          <w:sz w:val="20"/>
        </w:rPr>
        <w:t>1:20:45  ai hai? yeh aainak jo pehente hain, aap kis ne di hai? aap ko bhari jo baat hai, har har musalman khade baad di hui hai. kaisi ajeeb baat hai! NehruN likha hai ke mughal hukmaranon ke zamane mein NehruN likha hai apni kitab mein: "discovery of India" mein.</w:t>
      </w:r>
      <w:r>
        <w:br/>
      </w:r>
      <w:r>
        <w:rPr>
          <w:sz w:val="20"/>
        </w:rPr>
        <w:t>1:21:00  bohat hi عبرت ناک baat ke mughal jab rule kar rahe the, jis ko aap kehte hain mughal empire, us zamane mein Europe ke taajir aate the India.</w:t>
      </w:r>
      <w:r>
        <w:br/>
      </w:r>
      <w:r>
        <w:rPr>
          <w:sz w:val="20"/>
        </w:rPr>
        <w:t>1:21:12  us zamane mein woh ban chuki thi ghari, jis ko kehte hain woh spring watch. spring watch ban chuki thi, woh late the aur yahan mahal walon mahaloon mein bechte the bare bare daam par.</w:t>
      </w:r>
      <w:r>
        <w:br/>
      </w:r>
      <w:r>
        <w:rPr>
          <w:sz w:val="20"/>
        </w:rPr>
        <w:t>1:21:26  unhon ne likha hai, likha hai ke mughlon ko yeh curiosity nahi hui ke daryaft karein ke bhai kaisi ghari hai yeh. yani musalman ab bhi wahi reit ki ghari aur pani ghariyon</w:t>
      </w:r>
      <w:r>
        <w:br/>
      </w:r>
      <w:r>
        <w:rPr>
          <w:sz w:val="20"/>
        </w:rPr>
        <w:t>1:21:37  ji rahe the. unhon ne spring watch bana di, lekin un ko kuch shauq nahi hua daryaft karne ka. jin ko aap kehte hain dushman, usi par ji rahe hain.</w:t>
      </w:r>
      <w:r>
        <w:br/>
      </w:r>
      <w:r>
        <w:rPr>
          <w:sz w:val="20"/>
        </w:rPr>
        <w:t>1:21:48  aap agar aap jo jo cheezein di hain, un ko istemal na karein to phir loot jayen ge aap wahan par, jahan par, jahan par insan oont par chalta tha, khaimon mein rehta tha.</w:t>
      </w:r>
      <w:r>
        <w:br/>
      </w:r>
      <w:r>
        <w:rPr>
          <w:sz w:val="20"/>
        </w:rPr>
        <w:t>1:22:01  kaisi ajeeb log hain yeh! nihayat itminan se un ki daryaft kar cheezon ke istemal karte hain.</w:t>
      </w:r>
      <w:r>
        <w:br/>
      </w:r>
      <w:r>
        <w:rPr>
          <w:sz w:val="20"/>
        </w:rPr>
        <w:t>1:22:09  main apne ghar ke samne jab khada hota hoon aur nihayat shan se log gadiyan le kar ke aur aur scooter le ke daurte hain, to main yeh sochta hoon ke un ke chehre pe itraaf nahi.</w:t>
      </w:r>
      <w:r>
        <w:br/>
      </w:r>
      <w:r>
        <w:rPr>
          <w:sz w:val="20"/>
        </w:rPr>
        <w:t>1:22:19  kis ne yeh yeh scooter banaya? kis ne yeh car banai? kis ne woh ghari banai jo aap pehne hue hain? to main aap se bohat hi sakht aik hadith sunana chahta hoon: "man lam yashkur an-nas lam yashkur Allah".</w:t>
      </w:r>
      <w:r>
        <w:br/>
      </w:r>
      <w:r>
        <w:rPr>
          <w:sz w:val="20"/>
        </w:rPr>
        <w:t>1:22:34  jo insan ko acknowledge nahi kare ga, woh Khuda pe acknowledge nahi kare ga.</w:t>
      </w:r>
      <w:r>
        <w:br/>
      </w:r>
      <w:r>
        <w:rPr>
          <w:sz w:val="20"/>
        </w:rPr>
        <w:t>1:22:39  kitni sakht baat hai yeh ke agar aap insan ka itraaf nahi kar rahe hain to us pani ke Khuda ka itraaf aap nahi kar rahe hain.</w:t>
      </w:r>
      <w:r>
        <w:br/>
      </w:r>
      <w:r>
        <w:rPr>
          <w:sz w:val="20"/>
        </w:rPr>
        <w:t>1:22:48  yeh bilkul galat تفسیر hai ke sari dunya ke qayamat tak paida hone wale hamare hamare isai aur yahoodi jo hain, un ke bare mein quran ne yeh bayan diya hai.</w:t>
      </w:r>
      <w:r>
        <w:br/>
      </w:r>
      <w:r>
        <w:rPr>
          <w:sz w:val="20"/>
        </w:rPr>
        <w:t>1:22:57  woh contemporary yahudiyon ke bare mein hai, contemporary christian ke bare mein hai, woh bhi woh jo madine mein the, sara alam ke liye nahi hai.</w:t>
      </w:r>
    </w:p>
    <w:p>
      <w:pPr>
        <w:pStyle w:val="Heading2"/>
      </w:pPr>
      <w:r>
        <w:t>Reincarnation vs Second Coming of Jesus</w:t>
      </w:r>
    </w:p>
    <w:p>
      <w:r>
        <w:rPr>
          <w:color w:val="666666"/>
          <w:sz w:val="18"/>
        </w:rPr>
        <w:t>Faith &amp; God · Discovery of Modern Age February 10, 2013 · 2m 39s · at 1:10:45 · https://youtu.be/qYGA53ii7E4?t=4245</w:t>
      </w:r>
    </w:p>
    <w:p>
      <w:r>
        <w:rPr>
          <w:i/>
        </w:rPr>
        <w:t>“I don't understand that Muslims consider 'Poona Jarm' (reincarnation) as wrong, while they believe in the second coming of Jesus. Please explain.”</w:t>
      </w:r>
    </w:p>
    <w:p>
      <w:r>
        <w:rPr>
          <w:sz w:val="20"/>
        </w:rPr>
        <w:t>1:10:45  hamara agla sawal Dilli se hai Shah Imran Hasan sahab ka.</w:t>
      </w:r>
      <w:r>
        <w:br/>
      </w:r>
      <w:r>
        <w:rPr>
          <w:sz w:val="20"/>
        </w:rPr>
        <w:t>1:10:49  unhon ne likha hai: "Maulana sahab, meri samajh mein yeh nahin aata ke Musalman pune jaram ko galat mante hain jabke Hazrat Masih ke dobara nazool ya pune jaram ko sahi mante hain.</w:t>
      </w:r>
      <w:r>
        <w:br/>
      </w:r>
      <w:r>
        <w:rPr>
          <w:sz w:val="20"/>
        </w:rPr>
        <w:t>1:11:03  please aap is ko explain karen." nahin, puna jaram alag cheez hai, Hazrat Masih ka aam sari alag cheez hai, dono ek nahin hain.</w:t>
      </w:r>
      <w:r>
        <w:br/>
      </w:r>
      <w:r>
        <w:rPr>
          <w:sz w:val="20"/>
        </w:rPr>
        <w:t>1:11:17  puna jaram to ek philosophy hai,</w:t>
      </w:r>
      <w:r>
        <w:br/>
      </w:r>
      <w:r>
        <w:rPr>
          <w:sz w:val="20"/>
        </w:rPr>
        <w:t>1:11:19  is se is se koi talluq nahin. Maulana, ek aur sawal aaya hai pune se, jinhon ne bheja, unhon ne naam nahin likha hai, but woh yeh aapse puchhna chah rahe hain ke kya Islam suicide bombing ko permit karta hai?</w:t>
      </w:r>
      <w:r>
        <w:br/>
      </w:r>
      <w:r>
        <w:rPr>
          <w:sz w:val="20"/>
        </w:rPr>
        <w:t>1:11:33  bilkul haram hai, is mein puchhne ki baat hi nahin hai. Islam mein har qism ki khudkushi haram hai, chahe suicide bombing ho, chahe talwar se apne ko kaat len, aap aap reward chala len.</w:t>
      </w:r>
      <w:r>
        <w:br/>
      </w:r>
      <w:r>
        <w:rPr>
          <w:sz w:val="20"/>
        </w:rPr>
        <w:t>1:11:49  koi bhi excuse nahin hai jis ki wajah se aap suicide, suicide bombing. yeh to baaz ulama ne fatwe diye hain, woh mein is fatwe ko bilkul galat samajhta hoon.</w:t>
      </w:r>
      <w:r>
        <w:br/>
      </w:r>
      <w:r>
        <w:rPr>
          <w:sz w:val="20"/>
        </w:rPr>
        <w:t>1:11:59  qat'an jaiz hi nahin hai suicide bombing, yaani absolute sense mein woh najaaiz hai. misaal ke taur par kuch ulama kehte hain ke Falasteen mein jaiz hai, yeh bilkul stupid fatwa hai.</w:t>
      </w:r>
      <w:r>
        <w:br/>
      </w:r>
      <w:r>
        <w:rPr>
          <w:sz w:val="20"/>
        </w:rPr>
        <w:t>1:12:16  yeh aise hi jaise koi kahe ke theek hai, masjid mein sharab peena najaaiz hai, lekin masjid mein ja ke pi sakte ho. yeh koi baat hai?</w:t>
      </w:r>
      <w:r>
        <w:br/>
      </w:r>
      <w:r>
        <w:rPr>
          <w:sz w:val="20"/>
        </w:rPr>
        <w:t>1:12:24  yeh yeh koi fatwa hai? yeh yeh koi fatwa nahin hai, bilkul nahin, baseless baat hai.</w:t>
      </w:r>
      <w:r>
        <w:br/>
      </w:r>
      <w:r>
        <w:rPr>
          <w:sz w:val="20"/>
        </w:rPr>
        <w:t>1:12:37  aap Falasteen mein ja ke tableegh kijiye, yaani ek hi kaam aap ke paas hai ke bomber hai,</w:t>
      </w:r>
      <w:r>
        <w:br/>
      </w:r>
      <w:r>
        <w:rPr>
          <w:sz w:val="20"/>
        </w:rPr>
        <w:t>1:12:42  wahan Quran pahunchayen logon ko. hamare saathi wahan ja ke Quran pahunchate hain. yeh kaun sa fatwa hai ke ja ke woh apne ko halak karo, unhein maar dalo?</w:t>
      </w:r>
      <w:r>
        <w:br/>
      </w:r>
      <w:r>
        <w:rPr>
          <w:sz w:val="20"/>
        </w:rPr>
        <w:t>1:12:52  yeh kaun sa fatwa hai? yeh fatwa nahin hai, yeh to bilkul senseless baat hai. is ka fatwe se koi talluq nahin hai.</w:t>
      </w:r>
      <w:r>
        <w:br/>
      </w:r>
      <w:r>
        <w:rPr>
          <w:sz w:val="20"/>
        </w:rPr>
        <w:t>1:13:02  aap Falasteen ho ya Kashmir ho ya dunya mein kahin bhi ho, aap ke liye open hai, bilkul aap ja ke un ko Quran pahunchaiye, un ko deen pahunchaiye, un ki tableegh kijiye.</w:t>
      </w:r>
      <w:r>
        <w:br/>
      </w:r>
      <w:r>
        <w:rPr>
          <w:sz w:val="20"/>
        </w:rPr>
        <w:t>1:13:13  phir shayad suicide bombing ki zaroorat hi kya hai? kyun apne ko maaren? aap kyun apne ko zinda rakh kar ke aap Allah ka daawti kaam kijiye?</w:t>
      </w:r>
    </w:p>
    <w:p>
      <w:pPr>
        <w:pStyle w:val="Heading2"/>
      </w:pPr>
      <w:r>
        <w:t>Remembering God only in bad times</w:t>
      </w:r>
    </w:p>
    <w:p>
      <w:r>
        <w:rPr>
          <w:color w:val="666666"/>
          <w:sz w:val="18"/>
        </w:rPr>
        <w:t>Faith &amp; God · Three levels of Realization July 4, 2010 · 2m 17s · at 1:44:27 · https://youtu.be/NtCTVVov3Nw?t=6267</w:t>
      </w:r>
    </w:p>
    <w:p>
      <w:r>
        <w:rPr>
          <w:i/>
        </w:rPr>
        <w:t>“In good times most people view God as an insignificant entity; they do not see much relevance of devoting their energies to realizing Him. Does this mean that man can recognize God only when bad times befall him?”</w:t>
      </w:r>
    </w:p>
    <w:p>
      <w:r>
        <w:rPr>
          <w:sz w:val="20"/>
        </w:rPr>
        <w:t>1:44:27  maulana agla sawal kya hai delhi se miss raziya siddiqui ne</w:t>
      </w:r>
      <w:r>
        <w:br/>
      </w:r>
      <w:r>
        <w:rPr>
          <w:sz w:val="20"/>
        </w:rPr>
        <w:t>1:44:32  unhone likha hai ke in good times most people view god as an insignificant entity they do not see much relevance of devoting their energies at realizing him does this mean that man can recognize god only when bad times befall him nahi quran mein aisi ayat maujood hai ke bad time mein koi khuda ko yaad kare to us ki koi haqeeqat bhi nahi kuch bhi nahi</w:t>
      </w:r>
      <w:r>
        <w:br/>
      </w:r>
      <w:r>
        <w:rPr>
          <w:sz w:val="20"/>
        </w:rPr>
        <w:t>1:45:01  yeh bad dekhen yeh do jo farq hai ek hai aadmi par koi museebat aa gayi hai jab tak museebat tab tak khuda ko yaad kar raha hai museebat over to phir woh wahshi ke wahshi ho gaya woh to darj nothing</w:t>
      </w:r>
      <w:r>
        <w:br/>
      </w:r>
      <w:r>
        <w:rPr>
          <w:sz w:val="20"/>
        </w:rPr>
        <w:t>1:45:16  haan agar kisi ke liye koi hardship ya koi bad experience ho woh us ke liye ek starting point ban jaye ke wahan se us ki zindagi ek phir se shuru ho jaye tab woh theek hai</w:t>
      </w:r>
      <w:r>
        <w:br/>
      </w:r>
      <w:r>
        <w:rPr>
          <w:sz w:val="20"/>
        </w:rPr>
        <w:t>1:45:36  main phir repeat kar raha hoon karunga ke yeh relative hai ke achha haal mein hai bure haal mein</w:t>
      </w:r>
      <w:r>
        <w:br/>
      </w:r>
      <w:r>
        <w:rPr>
          <w:sz w:val="20"/>
        </w:rPr>
        <w:t>1:45:44  hai yeh relative hai achhe haal mein yaad kar raha hai achhe haal mein yaad nahi kar raha hai aur bure haal mein yaad kar raha hai dono relative hain hadith yeh hai ke bura haal us ko pesh aaya aur us ko yani woh yeh starting point ban gaya</w:t>
      </w:r>
      <w:r>
        <w:br/>
      </w:r>
      <w:r>
        <w:rPr>
          <w:sz w:val="20"/>
        </w:rPr>
        <w:t>1:46:01  ke woh abhi tak bhi bekhabar tha khuda ko jaane hue nahi tha ab phir us ke baad chahe us ko jo bhi zindagi ke jaisi woh hamesha woh marte marte dam tak khuda juda rahe</w:t>
      </w:r>
      <w:r>
        <w:br/>
      </w:r>
      <w:r>
        <w:rPr>
          <w:sz w:val="20"/>
        </w:rPr>
        <w:t>1:46:13  to woh woh woh khuda ke haan mana jayega tab woh khuda ko mana jayega maine maane</w:t>
      </w:r>
      <w:r>
        <w:br/>
      </w:r>
      <w:r>
        <w:rPr>
          <w:sz w:val="20"/>
        </w:rPr>
        <w:t>1:46:23  to main ne aise log dekhe hain ke woh museebat ke waqt khoob yaad karte the museebat chali gayi yaad bhi nahi yaad bhi bhool chhoot gayi un se lekin aise bhi log dekhe hain jinke liye museebat aayi to woh un ke liye starting point mil gaya un ko naya us ke baad jo zindagi un ki bani nahi to woh woh rahi phir aakhir waqt to baqi nahi hui</w:t>
      </w:r>
    </w:p>
    <w:p>
      <w:pPr>
        <w:pStyle w:val="Heading2"/>
      </w:pPr>
      <w:r>
        <w:t>Role of Allah and dua in daily life</w:t>
      </w:r>
    </w:p>
    <w:p>
      <w:r>
        <w:rPr>
          <w:color w:val="666666"/>
          <w:sz w:val="18"/>
        </w:rPr>
        <w:t>Faith &amp; God · Lessons from My Journey to Canada II January 10, 2016 · 2m 21s · at 50:43 · https://youtu.be/GHF2Ph3GW7A?t=3043</w:t>
      </w:r>
    </w:p>
    <w:p>
      <w:r>
        <w:rPr>
          <w:i/>
        </w:rPr>
        <w:t>“Is there any role of Allah in our daily lives? Does He intervene in our daily life? What is the role of dua? Is dua just for displaying our humbleness to Allah, or can making dua also influence our life?”</w:t>
      </w:r>
    </w:p>
    <w:p>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r>
        <w:br/>
      </w:r>
      <w:r>
        <w:rPr>
          <w:sz w:val="20"/>
        </w:rPr>
        <w:t>51:13  Is dua just for displaying our humbleness to Allah, or can making of dua also influence our life?</w:t>
      </w:r>
      <w:r>
        <w:br/>
      </w:r>
      <w:r>
        <w:rPr>
          <w:sz w:val="20"/>
        </w:rPr>
        <w:t>51:22  kindly guide me."</w:t>
      </w:r>
      <w:r>
        <w:br/>
      </w:r>
      <w:r>
        <w:rPr>
          <w:sz w:val="20"/>
        </w:rPr>
        <w:t>51:25  yeh bohat achha question hai.</w:t>
      </w:r>
      <w:r>
        <w:br/>
      </w:r>
      <w:r>
        <w:rPr>
          <w:sz w:val="20"/>
        </w:rPr>
        <w:t>51:29  main samajhta hoon ke ek hadith mein hum ko is ka poora jawab milta hai.</w:t>
      </w:r>
      <w:r>
        <w:br/>
      </w:r>
      <w:r>
        <w:rPr>
          <w:sz w:val="20"/>
        </w:rPr>
        <w:t>51:36  ek shakhs se aap ne isi tarah ke sawal ke jawab mein kaha tha ke "atqullah</w:t>
      </w:r>
      <w:r>
        <w:br/>
      </w:r>
      <w:r>
        <w:rPr>
          <w:sz w:val="20"/>
        </w:rPr>
        <w:t>51:44  khuluq hasan", yaani is tarah ho ke tumhare dil mein allah ka dar ho aur logon ke sath</w:t>
      </w:r>
      <w:r>
        <w:br/>
      </w:r>
      <w:r>
        <w:rPr>
          <w:sz w:val="20"/>
        </w:rPr>
        <w:t>51:57  achhe akhlaq ke sath sulook karo.</w:t>
      </w:r>
      <w:r>
        <w:br/>
      </w:r>
      <w:r>
        <w:rPr>
          <w:sz w:val="20"/>
        </w:rPr>
        <w:t>52:01  bas yaani is spirit ke aitbar se allah ka, allah tumhara kastr bana hua ho.</w:t>
      </w:r>
      <w:r>
        <w:br/>
      </w:r>
      <w:r>
        <w:rPr>
          <w:sz w:val="20"/>
        </w:rPr>
        <w:t>52:09  spirit yaani internal spirit ke aitbar se allah tumhara concern bana hua ho.</w:t>
      </w:r>
      <w:r>
        <w:br/>
      </w:r>
      <w:r>
        <w:rPr>
          <w:sz w:val="20"/>
        </w:rPr>
        <w:t>52:15  tum apne aap ko allah ke samne accountable samjho.</w:t>
      </w:r>
      <w:r>
        <w:br/>
      </w:r>
      <w:r>
        <w:rPr>
          <w:sz w:val="20"/>
        </w:rPr>
        <w:t>52:21  accountable. aur doosri baat yeh hai ke jis jis insaan se sabqa pade, chahe</w:t>
      </w:r>
      <w:r>
        <w:br/>
      </w:r>
      <w:r>
        <w:rPr>
          <w:sz w:val="20"/>
        </w:rPr>
        <w:t>52:28  yaani baat cheet ke aitbar se ho ya koi dealing ho, us se kisi nabuwat ka</w:t>
      </w:r>
      <w:r>
        <w:br/>
      </w:r>
      <w:r>
        <w:rPr>
          <w:sz w:val="20"/>
        </w:rPr>
        <w:t>52:36  taalluq ho, to us mein tum ko is tarah muamla karna chahiye ke tumhara ke woh yaani friendly</w:t>
      </w:r>
      <w:r>
        <w:br/>
      </w:r>
      <w:r>
        <w:rPr>
          <w:sz w:val="20"/>
        </w:rPr>
        <w:t>52:44  behavior ke sath,</w:t>
      </w:r>
      <w:r>
        <w:br/>
      </w:r>
      <w:r>
        <w:rPr>
          <w:sz w:val="20"/>
        </w:rPr>
        <w:t>52:48  aakhir bi khuluq hasan logon se mile julo, logon se muamla karo, achhe akhlaq ke sath.</w:t>
      </w:r>
      <w:r>
        <w:br/>
      </w:r>
      <w:r>
        <w:rPr>
          <w:sz w:val="20"/>
        </w:rPr>
        <w:t>52:56  bas yahi do cheezen agar maujood hain to isi ka naam hai yaani islam in daily life.</w:t>
      </w:r>
    </w:p>
    <w:p>
      <w:pPr>
        <w:pStyle w:val="Heading2"/>
      </w:pPr>
      <w:r>
        <w:t>Role of dua in God's scheme and testing of man</w:t>
      </w:r>
    </w:p>
    <w:p>
      <w:r>
        <w:rPr>
          <w:color w:val="666666"/>
          <w:sz w:val="18"/>
        </w:rPr>
        <w:t>Faith &amp; God · Materialism and Intellectual Dwarfism 29th April 2012 · 2m 18s · at 1:17:06 · https://youtu.be/qHzARL_r3I4?t=4626</w:t>
      </w:r>
    </w:p>
    <w:p>
      <w:r>
        <w:rPr>
          <w:i/>
        </w:rPr>
        <w:t>“Everything in this world happens according to God's scheme, but man has been given freedom of thought and action so that he can be tested. Then what is the role of dua? Can man get everything by doing dua to God?”</w:t>
      </w:r>
    </w:p>
    <w:p>
      <w:r>
        <w:rPr>
          <w:sz w:val="20"/>
        </w:rPr>
        <w:t>1:17:06  maulana agla sawal dilli se hai miss saba hussain ka unhone likha hai Everything in this world happens according to God's scheme, but man has been given freedom of thought and action so that he can be tested.</w:t>
      </w:r>
      <w:r>
        <w:br/>
      </w:r>
      <w:r>
        <w:rPr>
          <w:sz w:val="20"/>
        </w:rPr>
        <w:t>1:17:22  Then what is the role of dua? Can man get everything by doing dua to God?</w:t>
      </w:r>
      <w:r>
        <w:br/>
      </w:r>
      <w:r>
        <w:rPr>
          <w:sz w:val="20"/>
        </w:rPr>
        <w:t>1:17:31  nahi dekhiye dua jo hai quran ki ek ayat se samajh</w:t>
      </w:r>
      <w:r>
        <w:br/>
      </w:r>
      <w:r>
        <w:rPr>
          <w:sz w:val="20"/>
        </w:rPr>
        <w:t>1:17:35  mein aati hai quran mein hai ilayhi yasadu al kalimatu al tayyibu wal amalu al salihu yarfa u yani allah ki taraf uthta hai pak kalma pak kalma matlab achhi dua</w:t>
      </w:r>
      <w:r>
        <w:br/>
      </w:r>
      <w:r>
        <w:rPr>
          <w:sz w:val="20"/>
        </w:rPr>
        <w:t>1:17:53  aur usko upar le aata hai amal saleh amal saleh ka matlab hai mawafeq dua amal</w:t>
      </w:r>
      <w:r>
        <w:br/>
      </w:r>
      <w:r>
        <w:rPr>
          <w:sz w:val="20"/>
        </w:rPr>
        <w:t>1:18:01  aap ek plan karte hain sahi raste par aur is is plan mein jab aap implement karna chahte hain to dua karte hain allah taala se to to dua jo hai ismein iske sath sath zaroori hai ke aap jo dua aap kar rahe hain uske mawafeq amal kare agar sirf dua kare uske mawafeq amal na kar rahe hon to dua qubool nahi hogi</w:t>
      </w:r>
      <w:r>
        <w:br/>
      </w:r>
      <w:r>
        <w:rPr>
          <w:sz w:val="20"/>
        </w:rPr>
        <w:t>1:18:30  ek shakhs ne poocha rasool allah sallallahu alaihi wasallam se ke mai oont ko bandh kar toakkal karu ya oont ko chhod kar toakkal karu aapne farmaya ke iqilaha fatawakkal pehle oont ko bandho phir toakkal karo to dua bilashuba bahut hi important hai lekin dua karne wala sincere hai ke nahi iski iski sincerity service hoti hai is baat se ke uske mawafeq amal kar raha hai ke nahi kar raha hai</w:t>
      </w:r>
      <w:r>
        <w:br/>
      </w:r>
      <w:r>
        <w:rPr>
          <w:sz w:val="20"/>
        </w:rPr>
        <w:t>1:18:58  maslan aap rizq ki dua kare rizq e hasan ki aur subah shaam bistar par pade hue hain aur koi kaam nahi karte to wo dua be maeni hai wo dua be maeni hai yani dua ki sense dua karne mein aap sincere hain dua karne mein aap honest hain ye establish hota hai is baat se ke aap khud apni taqat ko laga rahi hoon isi raste par</w:t>
      </w:r>
    </w:p>
    <w:p>
      <w:pPr>
        <w:pStyle w:val="Heading2"/>
      </w:pPr>
      <w:r>
        <w:t>Role of intellect in religion</w:t>
      </w:r>
    </w:p>
    <w:p>
      <w:r>
        <w:rPr>
          <w:color w:val="666666"/>
          <w:sz w:val="18"/>
        </w:rPr>
        <w:t>Faith &amp; God · The Character of a Dayee 4 March 2012 - Maulana Wahiduddin Khan · 4m 16s · at 1:30:51 · https://youtu.be/YtavJpVNbEM?t=5451</w:t>
      </w:r>
    </w:p>
    <w:p>
      <w:r>
        <w:rPr>
          <w:i/>
        </w:rPr>
        <w:t>“Some scholars consider the use of intellect completely unnecessary in religion, while some deem the use of intellect necessary and deny whatever does not fit their reason, such as denying angels etc. Maulana, please clarify the correct position.”</w:t>
      </w:r>
    </w:p>
    <w:p>
      <w:r>
        <w:rPr>
          <w:sz w:val="20"/>
        </w:rPr>
        <w:t>1:30:51  maulana, agla sawal tamil nadu se hai maulana iqbal umri sahib ka. unhon ne poocha hai: "baaz ulma aql ke istemal ko deen mein bilkul ghair zaroori samajhte hain, aur baaz aql ke istemal ko zaroori qarar de kar jo cheez deen ki aql mein nahi aati, us ko inkar karte hain, jaise angels ka inkar waghera."</w:t>
      </w:r>
      <w:r>
        <w:br/>
      </w:r>
      <w:r>
        <w:rPr>
          <w:sz w:val="20"/>
        </w:rPr>
        <w:t>1:31:16  maulana sahib, is mein sahi baat ki wazahat farmayen. dekhiye, hadith mein aur quran mein dono mein aql ko bohat ahmiyat di gayi hai.</w:t>
      </w:r>
      <w:r>
        <w:br/>
      </w:r>
      <w:r>
        <w:rPr>
          <w:sz w:val="20"/>
        </w:rPr>
        <w:t>1:31:28  wali al-zikr ul al-bab surah al-imran ke aakhri ruku ko parhiye aap.</w:t>
      </w:r>
      <w:r>
        <w:br/>
      </w:r>
      <w:r>
        <w:rPr>
          <w:sz w:val="20"/>
        </w:rPr>
        <w:t>1:31:34  is mein wali al-zikr ul al-bab, al-bab yani al-aql, aql walay, aql walon ko Allah taala ne khitab farmaya ke aql di gayi hai kis liye?</w:t>
      </w:r>
      <w:r>
        <w:br/>
      </w:r>
      <w:r>
        <w:rPr>
          <w:sz w:val="20"/>
        </w:rPr>
        <w:t>1:31:46  ta ke tum samjho deen ki gehraiyon ko. naseehat hazir roz se</w:t>
      </w:r>
      <w:r>
        <w:br/>
      </w:r>
      <w:r>
        <w:rPr>
          <w:sz w:val="20"/>
        </w:rPr>
        <w:t>1:31:51  to aql to Allah taala ka diya hai. aql na ho, agar insan pathar bana diya jaye to baton ko samjhega nahi. to aql to hadith mein aata hai ke Allah taala ne sab se bari cheez jo paida ki, woh aql hai.</w:t>
      </w:r>
      <w:r>
        <w:br/>
      </w:r>
      <w:r>
        <w:rPr>
          <w:sz w:val="20"/>
        </w:rPr>
        <w:t>1:32:08  to dekhen, do cheezen alag alag hain. ek hai aql ko, aql ko yani independently meyar samajh lena.</w:t>
      </w:r>
      <w:r>
        <w:br/>
      </w:r>
      <w:r>
        <w:rPr>
          <w:sz w:val="20"/>
        </w:rPr>
        <w:t>1:32:21  independently aql ko samajhna ke bas jo aql mein aya, woh sahi hai, jo aql mein aya, woh galat hai.</w:t>
      </w:r>
      <w:r>
        <w:br/>
      </w:r>
      <w:r>
        <w:rPr>
          <w:sz w:val="20"/>
        </w:rPr>
        <w:t>1:32:27  yeh aql ka galat istemal hai, yeh misued hai aql ka. aql jo hai, us ki koi limitations hain.</w:t>
      </w:r>
      <w:r>
        <w:br/>
      </w:r>
      <w:r>
        <w:rPr>
          <w:sz w:val="20"/>
        </w:rPr>
        <w:t>1:32:42  wa ma ooteetum min al-ilm illa qaleela. to us ki limitations jo hain, woh poora hoti hain wahi se. yani peghambar ko jo wahi aayi hai, woh isi liye aayi hai ke woh aql ki kami ko poora kare.</w:t>
      </w:r>
      <w:r>
        <w:br/>
      </w:r>
      <w:r>
        <w:rPr>
          <w:sz w:val="20"/>
        </w:rPr>
        <w:t>1:32:56  to sochna hamara kaam hai, lekin sochne ke liye jo guideline hai, woh peghambar deta hai.</w:t>
      </w:r>
      <w:r>
        <w:br/>
      </w:r>
      <w:r>
        <w:rPr>
          <w:sz w:val="20"/>
        </w:rPr>
        <w:t>1:33:03  sahi line par sochna</w:t>
      </w:r>
      <w:r>
        <w:br/>
      </w:r>
      <w:r>
        <w:rPr>
          <w:sz w:val="20"/>
        </w:rPr>
        <w:t>1:33:08  ek, yani wahi ke zariye se hamein woh framework milta hai, jis framework ke ko follow karte hue hum aql ko istemal karen.</w:t>
      </w:r>
      <w:r>
        <w:br/>
      </w:r>
      <w:r>
        <w:rPr>
          <w:sz w:val="20"/>
        </w:rPr>
        <w:t>1:33:20  to jo log wahi ko nahi mante ya quran ko nahi mante, to woh un ka, un ki, un ki aql un ko</w:t>
      </w:r>
      <w:r>
        <w:br/>
      </w:r>
      <w:r>
        <w:rPr>
          <w:sz w:val="20"/>
        </w:rPr>
        <w:t>1:33:31  sahi rastay par nahi le aati, bhatka deti hai. kyun ke aql ke liye limitations hain. yeh ek tay shuda baat hai, yeh baat sabit shuda hai ke aql ki limitations hain.</w:t>
      </w:r>
      <w:r>
        <w:br/>
      </w:r>
      <w:r>
        <w:rPr>
          <w:sz w:val="20"/>
        </w:rPr>
        <w:t>1:33:43  to is limitations ki talafi wahi se hoti hai,</w:t>
      </w:r>
      <w:r>
        <w:br/>
      </w:r>
      <w:r>
        <w:rPr>
          <w:sz w:val="20"/>
        </w:rPr>
        <w:t>1:33:48  yani peghambar ki hidayat se hoti hai. to main yeh manta hoon ke peghambar ki hidayat ke framework mein aql ko istemal karna aain-e-sawab hai, aain-e-sawab hai.</w:t>
      </w:r>
      <w:r>
        <w:br/>
      </w:r>
      <w:r>
        <w:rPr>
          <w:sz w:val="20"/>
        </w:rPr>
        <w:t>1:34:01  aur peghambar ki hidayat ko nazar andaz kar ke aql ka ghoda daurana,</w:t>
      </w:r>
      <w:r>
        <w:br/>
      </w:r>
      <w:r>
        <w:rPr>
          <w:sz w:val="20"/>
        </w:rPr>
        <w:t>1:34:07  woh woh sawab nahi hai, is mein koi reward nahi hai.</w:t>
      </w:r>
      <w:r>
        <w:br/>
      </w:r>
      <w:r>
        <w:rPr>
          <w:sz w:val="20"/>
        </w:rPr>
        <w:t>1:34:13  to aql bohat bari cheez hai, lekin is ka agar aap aql ko wahi se kaat dein to woh, to woh ek sarkash ghoda ban jayegi.</w:t>
      </w:r>
      <w:r>
        <w:br/>
      </w:r>
      <w:r>
        <w:rPr>
          <w:sz w:val="20"/>
        </w:rPr>
        <w:t>1:34:30  aur agar aql ko wahi se jor kar us ko istemal karen to bohat hi zyada is mein faiday honge. balkeh sara, yani tazkiya ka faida, marifat ka faida, sare faiday isi mein hain ke aap aql ko sahi dhang par istemal karen.</w:t>
      </w:r>
      <w:r>
        <w:br/>
      </w:r>
      <w:r>
        <w:rPr>
          <w:sz w:val="20"/>
        </w:rPr>
        <w:t>1:34:47  is mein koi shakk nahi hai.</w:t>
      </w:r>
      <w:r>
        <w:br/>
      </w:r>
      <w:r>
        <w:rPr>
          <w:sz w:val="20"/>
        </w:rPr>
        <w:t>1:34:52  is mani mein maine jo hamari kitaab hai, yaani islam aur science, is mein is par kuch guftagu ki gayi hai.</w:t>
      </w:r>
      <w:r>
        <w:br/>
      </w:r>
      <w:r>
        <w:rPr>
          <w:sz w:val="20"/>
        </w:rPr>
        <w:t>1:35:01  is mein aap dekh sakte hain.</w:t>
      </w:r>
    </w:p>
    <w:p>
      <w:pPr>
        <w:pStyle w:val="Heading2"/>
      </w:pPr>
      <w:r>
        <w:t>Science reducing shirk after Islam</w:t>
      </w:r>
    </w:p>
    <w:p>
      <w:r>
        <w:rPr>
          <w:color w:val="666666"/>
          <w:sz w:val="18"/>
        </w:rPr>
        <w:t>Faith &amp; God · The Concept of Paradise in Islam May 27, 2012 Maulana Wahiduddin Khan · 3m 08s · at 1:03:45 · https://youtu.be/vrXgNg6BLnE?t=3825</w:t>
      </w:r>
    </w:p>
    <w:p>
      <w:r>
        <w:rPr>
          <w:i/>
        </w:rPr>
        <w:t>“I have read your book 'Islam: The Creator of the Modern Age' which is one of your amazing books. It is true that scientific development started after the advent of Islam. Due to the scientific way of thinking, people started realizing the reality of nature and in this way the concept of shirk started reducing. Could you elaborate further?”</w:t>
      </w:r>
    </w:p>
    <w:p>
      <w:r>
        <w:rPr>
          <w:sz w:val="20"/>
        </w:rPr>
        <w:t>1:03:45  aur har doosri cheez, soch jo hai, woh shaitani soch hai. hamara agla sawal dilli se hai, shahnawaz zafar sahab ka hai.</w:t>
      </w:r>
      <w:r>
        <w:br/>
      </w:r>
      <w:r>
        <w:rPr>
          <w:sz w:val="20"/>
        </w:rPr>
        <w:t>1:03:54  unhon ne likha hai: "I have read your book 'islam daur jadeed ka khaliq' which is one of your amazing books. It is true that scientific development started after advent of islam.</w:t>
      </w:r>
      <w:r>
        <w:br/>
      </w:r>
      <w:r>
        <w:rPr>
          <w:sz w:val="20"/>
        </w:rPr>
        <w:t>1:04:08  due to scientific way of thinking, people started realizing the reality of nature and in this way the concept of shirk started reducing."</w:t>
      </w:r>
      <w:r>
        <w:br/>
      </w:r>
      <w:r>
        <w:rPr>
          <w:sz w:val="20"/>
        </w:rPr>
        <w:t>1:04:18  And today we see the people of developed countries which are very scientific and practical and are hardly connected with any shirk.</w:t>
      </w:r>
      <w:r>
        <w:br/>
      </w:r>
      <w:r>
        <w:rPr>
          <w:sz w:val="20"/>
        </w:rPr>
        <w:t>1:04:27  But today India is one of those few countries where shirk still exists in the form of idol worshipping. What is the reason that shirk like this still exists in India in spite of remarkable scientific development?</w:t>
      </w:r>
      <w:r>
        <w:br/>
      </w:r>
      <w:r>
        <w:rPr>
          <w:sz w:val="20"/>
        </w:rPr>
        <w:t>1:04:45  Can you please explain this in brief? dekhiye, India ka shirk koi zinda shirk nahi hai. woh to ek suppression ke darje ka hai. iska koi bhi society par koi bhi effect nahi hai.</w:t>
      </w:r>
      <w:r>
        <w:br/>
      </w:r>
      <w:r>
        <w:rPr>
          <w:sz w:val="20"/>
        </w:rPr>
        <w:t>1:04:59  na acha na bura. kuch log suppressions aqide ki bana par koi bulton ko pooj lete hain ke is se hamein barkat mile gi.</w:t>
      </w:r>
      <w:r>
        <w:br/>
      </w:r>
      <w:r>
        <w:rPr>
          <w:sz w:val="20"/>
        </w:rPr>
        <w:t>1:05:11  qadeem zamane ka shirk jo tha, woh ek zinda shirk tha. woh poora culture bana hua tha. isi se logon ki zindagi mein ke faisle kiye jate the.</w:t>
      </w:r>
      <w:r>
        <w:br/>
      </w:r>
      <w:r>
        <w:rPr>
          <w:sz w:val="20"/>
        </w:rPr>
        <w:t>1:05:20  hukumat to hukumat tak tak is ka asar tha. is shirk ko khatam kar diya Allah taala ne. ab jo shirk hai, woh to dead shirk hai.</w:t>
      </w:r>
      <w:r>
        <w:br/>
      </w:r>
      <w:r>
        <w:rPr>
          <w:sz w:val="20"/>
        </w:rPr>
        <w:t>1:05:28  dead.</w:t>
      </w:r>
      <w:r>
        <w:br/>
      </w:r>
      <w:r>
        <w:rPr>
          <w:sz w:val="20"/>
        </w:rPr>
        <w:t>1:05:30  aap jayen kisi bhi ke ghar, jayen jis ke ghar mein but rakhe hote hain, aap ek din rahey un ke haan. dekhiye, woh but jo hai, ek minute ke liye kabhi ja kar ke woh aise kar len ge, is ke sath un ke zindagi mein koi is ka dakhal nahi.</w:t>
      </w:r>
      <w:r>
        <w:br/>
      </w:r>
      <w:r>
        <w:rPr>
          <w:sz w:val="20"/>
        </w:rPr>
        <w:t>1:05:44  kyun ke dead shirk hai. woh pehle jo shirk tha, woh alive shirk tha. is se is record bana hua tha. aaj ka shirk dead shirk hai. woh record kab banega?</w:t>
      </w:r>
      <w:r>
        <w:br/>
      </w:r>
      <w:r>
        <w:rPr>
          <w:sz w:val="20"/>
        </w:rPr>
        <w:t>1:05:53  woh kuch bhi nahi hai. but to Allah taala ne khatam kar diya is ko.</w:t>
      </w:r>
    </w:p>
    <w:p>
      <w:pPr>
        <w:pStyle w:val="Heading2"/>
      </w:pPr>
      <w:r>
        <w:t>Scientific proof for God's existence?</w:t>
      </w:r>
    </w:p>
    <w:p>
      <w:r>
        <w:rPr>
          <w:color w:val="666666"/>
          <w:sz w:val="18"/>
        </w:rPr>
        <w:t>Faith &amp; God · Three levels of Realization July 4, 2010 · 3m 50s · at 1:54:45 · https://youtu.be/NtCTVVov3Nw?t=6885</w:t>
      </w:r>
    </w:p>
    <w:p>
      <w:r>
        <w:rPr>
          <w:i/>
        </w:rPr>
        <w:t>“Is there any scientific proof for the existence of God? How then is it possible to discover God at a rational level?”</w:t>
      </w:r>
    </w:p>
    <w:p>
      <w:r>
        <w:rPr>
          <w:sz w:val="20"/>
        </w:rPr>
        <w:t>1:54:45  molana agla sawal hai miss sofia khan ka delhi se unhone poocha hai there is no scientific proof for the existence of god how then is it possible to discover god at a rational level</w:t>
      </w:r>
      <w:r>
        <w:br/>
      </w:r>
      <w:r>
        <w:rPr>
          <w:sz w:val="20"/>
        </w:rPr>
        <w:t>1:55:03  yeh baat sahi nahi hai scientific stand kya hai is ko janiye scientific stand yeh hai ke koi bhi cheez koi bhi cheez sirf probability ke darje mein jani ja sakti hai koi bhi jo science mana jata ho sab probability hai woh probability yeh science hai hi nahi jis ko hum chahte hain ke jis ko hum proof samajhte hain woh kahan se woh concept hai hi nahi science ka</w:t>
      </w:r>
      <w:r>
        <w:br/>
      </w:r>
      <w:r>
        <w:rPr>
          <w:sz w:val="20"/>
        </w:rPr>
        <w:t>1:55:32  koi bhi known cheez jaise ek solar system hai to woh bhi wahi yahi hai probability hai kyunke hum ne solar system ko dekha nahi hum ne calculations jana hai ke is tarah ka ke aap jo map mein bana rehta hai kya woh aise hi hum ne dekha kisi ne koi aisa camera nahi hai jo poore solar system ko photo us ne liya ho yani probably there is solar system probably there is gravity</w:t>
      </w:r>
      <w:r>
        <w:br/>
      </w:r>
      <w:r>
        <w:rPr>
          <w:sz w:val="20"/>
        </w:rPr>
        <w:t>1:56:01  koi bhi cheez aisi nahi hai probly der is atomic system probly this part of that particle probly der is negative particle probly der is positive particle</w:t>
      </w:r>
      <w:r>
        <w:br/>
      </w:r>
      <w:r>
        <w:rPr>
          <w:sz w:val="20"/>
        </w:rPr>
        <w:t>1:56:15  to is satah par khuda sabit hota hai is satah par khuda sabit hota hai meri kitab hai god rises is ko aap padh lijiyay</w:t>
      </w:r>
      <w:r>
        <w:br/>
      </w:r>
      <w:r>
        <w:rPr>
          <w:sz w:val="20"/>
        </w:rPr>
        <w:t>1:56:28  main is mein main nay kitab mein dikhaya hai kay jo level jis level par har cheez sabit hoti hai usi level par khuda bhi sabit hota hai jaisay main nay aik qism bataya tha is say pehlay kay aik martaba aik atheist say meri mulaqat ho gayi to bohat parhay likhay aadmi thay bohat parhay likhay aadmi thay aur philosopher thay woh philosopher aik sawal unhon nay kiya main nay aik jawab diya aur baat khatam ho gayi</w:t>
      </w:r>
      <w:r>
        <w:br/>
      </w:r>
      <w:r>
        <w:rPr>
          <w:sz w:val="20"/>
        </w:rPr>
        <w:t>1:56:58  unhon nay sawal kiya kay ah unhon nay sawal kiya tha kay what criterion do you have to prove there existence of god what criterion do you have to prove there existence of god</w:t>
      </w:r>
      <w:r>
        <w:br/>
      </w:r>
      <w:r>
        <w:rPr>
          <w:sz w:val="20"/>
        </w:rPr>
        <w:t>1:57:19  main nay aik second socha phir main nay kaha kay the same criterion the same criterion which you have to prove any thing else phir woh chup ho gaya woh woh samajh gayay kay</w:t>
      </w:r>
      <w:r>
        <w:br/>
      </w:r>
      <w:r>
        <w:rPr>
          <w:sz w:val="20"/>
        </w:rPr>
        <w:t>1:57:36  haan kisi cheez ko hum jab prove kartay hain to probability prove hoti hai to woh to khuda kay liye prove ho rahi hai</w:t>
      </w:r>
    </w:p>
    <w:p>
      <w:pPr>
        <w:pStyle w:val="Heading2"/>
      </w:pPr>
      <w:r>
        <w:t>Scientific view on existence of Satan</w:t>
      </w:r>
    </w:p>
    <w:p>
      <w:r>
        <w:rPr>
          <w:color w:val="666666"/>
          <w:sz w:val="18"/>
        </w:rPr>
        <w:t>Faith &amp; God · Age of Democracy May 25, 2014 · 3m 10s · at 57:27 · https://youtu.be/pyZy1-EhW1Q?t=3447</w:t>
      </w:r>
    </w:p>
    <w:p>
      <w:r>
        <w:rPr>
          <w:i/>
        </w:rPr>
        <w:t>“The Quran talks about Satan in serious ways, that it is an open enemy of Muslims. What does Satan stand for in today's scientific literature? And is there any scientific evidence regarding the existence of Satan in the modern age? Please comment.”</w:t>
      </w:r>
    </w:p>
    <w:p>
      <w:r>
        <w:rPr>
          <w:sz w:val="20"/>
        </w:rPr>
        <w:t>57:27  Maulana, agla sawal Ahmed sahib ne kiya hai Japan se. unhone likha hai: "Quran talks about Satan in serious ways, that it is it is an open enemy of Muslim.</w:t>
      </w:r>
      <w:r>
        <w:br/>
      </w:r>
      <w:r>
        <w:rPr>
          <w:sz w:val="20"/>
        </w:rPr>
        <w:t>57:43  what does Satan stand for in today scientific literature? or is there any scientific evidence regarding the existence of Satan in the modern age?</w:t>
      </w:r>
      <w:r>
        <w:br/>
      </w:r>
      <w:r>
        <w:rPr>
          <w:sz w:val="20"/>
        </w:rPr>
        <w:t>57:56  please comment." bhai, door jo hai, kis cheez ka existence aap science se, kya aap ki soul ka existence bata sakte hain?</w:t>
      </w:r>
      <w:r>
        <w:br/>
      </w:r>
      <w:r>
        <w:rPr>
          <w:sz w:val="20"/>
        </w:rPr>
        <w:t>58:06  science se mind jo hai, mind ka existence bata sakte hain? science se to science to jo, yani jo cheezein measure ki jaati hain, jo observe ki jaati hain, usi ke bare mein statement deti hai.</w:t>
      </w:r>
      <w:r>
        <w:br/>
      </w:r>
      <w:r>
        <w:rPr>
          <w:sz w:val="20"/>
        </w:rPr>
        <w:t>58:20  lekin woh to one percent se bhi kam</w:t>
      </w:r>
      <w:r>
        <w:br/>
      </w:r>
      <w:r>
        <w:rPr>
          <w:sz w:val="20"/>
        </w:rPr>
        <w:t>58:22  hai. baqi cheezein jo hain, jo science ke, yani telescope ya microscope se detect nahi hoti, woh to bohat hi zyada hain.</w:t>
      </w:r>
      <w:r>
        <w:br/>
      </w:r>
      <w:r>
        <w:rPr>
          <w:sz w:val="20"/>
        </w:rPr>
        <w:t>58:36  usi mein se ek satan bhi hai. yeh main to nahi pata ke is mein koi koi doubt hai.</w:t>
      </w:r>
      <w:r>
        <w:br/>
      </w:r>
      <w:r>
        <w:rPr>
          <w:sz w:val="20"/>
        </w:rPr>
        <w:t>58:45  science ne khud maan liya hai ke science give this bit a partial knowledge of reality.</w:t>
      </w:r>
      <w:r>
        <w:br/>
      </w:r>
      <w:r>
        <w:rPr>
          <w:sz w:val="20"/>
        </w:rPr>
        <w:t>58:52  jab sirf partial knowledge of reality de sakti hai science, to aap kyun umeed kar sakte hain ke woh har cheez ke bare mein bataye?</w:t>
      </w:r>
      <w:r>
        <w:br/>
      </w:r>
      <w:r>
        <w:rPr>
          <w:sz w:val="20"/>
        </w:rPr>
        <w:t>59:03  main samajhta hoon ke satan ka existence jo hai, har aadmi apne aap ko le kar samajh sakta hai. aap mehsoos karte hain ke bar bar aap ko khud aisa hoga ke satan aap ke andar nafrat jaagti hai.</w:t>
      </w:r>
      <w:r>
        <w:br/>
      </w:r>
      <w:r>
        <w:rPr>
          <w:sz w:val="20"/>
        </w:rPr>
        <w:t>59:17  yeh nafrat kis ne kis ne jagai?</w:t>
      </w:r>
      <w:r>
        <w:br/>
      </w:r>
      <w:r>
        <w:rPr>
          <w:sz w:val="20"/>
        </w:rPr>
        <w:t>59:20  revenge jaagta hai, yeh kis ne jagaya? aap ko kehta hai list aata hai, woh kis ne paida kiya? negative thought aate hain, woh kis ne paida kiya?</w:t>
      </w:r>
      <w:r>
        <w:br/>
      </w:r>
      <w:r>
        <w:rPr>
          <w:sz w:val="20"/>
        </w:rPr>
        <w:t>59:30  yeh that is an inner internal evidence. yeh yeh jo yeh jo aap har aadmi, har aadmi ka yeh tajurba hai, woh satan satan ke existence ka internal evidence hai.</w:t>
      </w:r>
      <w:r>
        <w:br/>
      </w:r>
      <w:r>
        <w:rPr>
          <w:sz w:val="20"/>
        </w:rPr>
        <w:t>59:48  mujhe to is mein kuch shaq nahi hai,</w:t>
      </w:r>
      <w:r>
        <w:br/>
      </w:r>
      <w:r>
        <w:rPr>
          <w:sz w:val="20"/>
        </w:rPr>
        <w:t>59:50  kyun ke agar agar satan ko na manenge, sab kaise aa gaya? ek evil, ek ek koi evil hai, mister evil.</w:t>
      </w:r>
      <w:r>
        <w:br/>
      </w:r>
      <w:r>
        <w:rPr>
          <w:sz w:val="20"/>
        </w:rPr>
        <w:t>1:00:00  isko jab manenge, koi mister evil hai, tab in cheezon ka explain kar payenge aap. kyun ke aap dekhiye, aadmi jab bachcha hota hai, chhota to us ke andar kuch bhi aisi baatein nahi hoti.</w:t>
      </w:r>
      <w:r>
        <w:br/>
      </w:r>
      <w:r>
        <w:rPr>
          <w:sz w:val="20"/>
        </w:rPr>
        <w:t>1:00:12  ek bachche ke andar na koi hate hai, na koi revenge hai, na koi violence hai, kuch bhi nahi.</w:t>
      </w:r>
      <w:r>
        <w:br/>
      </w:r>
      <w:r>
        <w:rPr>
          <w:sz w:val="20"/>
        </w:rPr>
        <w:t>1:00:20  to bada hone ke baad kahan se aa gaya? yeh bachcha le kar paida nahi hua tha, yeh kahan se aa gaya? to ek mister evil hai, koi woh hum ko bhagata hai, usi ka naam satan hai.</w:t>
      </w:r>
    </w:p>
    <w:p>
      <w:pPr>
        <w:pStyle w:val="Heading2"/>
      </w:pPr>
      <w:r>
        <w:t>Shirk and Kufr Until Day of Judgment</w:t>
      </w:r>
    </w:p>
    <w:p>
      <w:r>
        <w:rPr>
          <w:color w:val="666666"/>
          <w:sz w:val="18"/>
        </w:rPr>
        <w:t>Faith &amp; God · The Creation Plan of God I February 14, 2016 · 2m 39s · at 57:30 · https://youtu.be/BzfZIALqyNI?t=3450</w:t>
      </w:r>
    </w:p>
    <w:p>
      <w:r>
        <w:rPr>
          <w:i/>
        </w:rPr>
        <w:t>“The question is that shirk and kufr will remain until the Day of Judgment and will not end. If we change the equation of kafir and momin and understand that momin and supporter...”</w:t>
      </w:r>
    </w:p>
    <w:p>
      <w:r>
        <w:rPr>
          <w:sz w:val="20"/>
        </w:rPr>
        <w:t>57:30  unhone likha hai ke: "sawal yeh hai ke qayamat tak shirk aur kufr to baqi rahega</w:t>
      </w:r>
      <w:r>
        <w:br/>
      </w:r>
      <w:r>
        <w:rPr>
          <w:sz w:val="20"/>
        </w:rPr>
        <w:t>57:38  aur khatam nahi hoga.</w:t>
      </w:r>
      <w:r>
        <w:br/>
      </w:r>
      <w:r>
        <w:rPr>
          <w:sz w:val="20"/>
        </w:rPr>
        <w:t>57:40  is ko kafir aur momin ki equation badal kar agar hum yeh samjhein ke momin aur supporter ki</w:t>
      </w:r>
      <w:r>
        <w:br/>
      </w:r>
      <w:r>
        <w:rPr>
          <w:sz w:val="20"/>
        </w:rPr>
        <w:t>57:47  equation ho jayegi, to religious persecution chala jayega aur religious freedom aa jayega, aur islam</w:t>
      </w:r>
      <w:r>
        <w:br/>
      </w:r>
      <w:r>
        <w:rPr>
          <w:sz w:val="20"/>
        </w:rPr>
        <w:t>57:55  ke liye sare raste khul jayenge.</w:t>
      </w:r>
      <w:r>
        <w:br/>
      </w:r>
      <w:r>
        <w:rPr>
          <w:sz w:val="20"/>
        </w:rPr>
        <w:t>57:58  maulana, kya yeh sahi hai? is ki wazahat karein." dekhiye, khulta hai potential sense mein, kyunke religious freedom</w:t>
      </w:r>
      <w:r>
        <w:br/>
      </w:r>
      <w:r>
        <w:rPr>
          <w:sz w:val="20"/>
        </w:rPr>
        <w:t>58:06  phir bhi baqi rahegi.</w:t>
      </w:r>
      <w:r>
        <w:br/>
      </w:r>
      <w:r>
        <w:rPr>
          <w:sz w:val="20"/>
        </w:rPr>
        <w:t>58:08  yeh aap ke upar hai ke aap is ko avail kar sakein.</w:t>
      </w:r>
      <w:r>
        <w:br/>
      </w:r>
      <w:r>
        <w:rPr>
          <w:sz w:val="20"/>
        </w:rPr>
        <w:t>58:13  تو I think already کھلا ہوا ہے۔</w:t>
      </w:r>
      <w:r>
        <w:br/>
      </w:r>
      <w:r>
        <w:rPr>
          <w:sz w:val="20"/>
        </w:rPr>
        <w:t>58:16  agar aap logon se na ladein, logon se fighting na karein, to khula hua hai.</w:t>
      </w:r>
      <w:r>
        <w:br/>
      </w:r>
      <w:r>
        <w:rPr>
          <w:sz w:val="20"/>
        </w:rPr>
        <w:t>58:22  jaise misaal ke taur par dekhiye, yeh shatm ka masla.</w:t>
      </w:r>
      <w:r>
        <w:br/>
      </w:r>
      <w:r>
        <w:rPr>
          <w:sz w:val="20"/>
        </w:rPr>
        <w:t>58:27  kahin koi ek kitab chhap jaye, koi koi ek statement de de jo musalmanon ko lage ke rasool</w:t>
      </w:r>
      <w:r>
        <w:br/>
      </w:r>
      <w:r>
        <w:rPr>
          <w:sz w:val="20"/>
        </w:rPr>
        <w:t>58:34  ullah ke khilaf hai, to ladne khade hote hain.</w:t>
      </w:r>
      <w:r>
        <w:br/>
      </w:r>
      <w:r>
        <w:rPr>
          <w:sz w:val="20"/>
        </w:rPr>
        <w:t>58:38  to jab aap larnay kharay ho jayen gay, tab aap ka problem create ho jata hai.</w:t>
      </w:r>
      <w:r>
        <w:br/>
      </w:r>
      <w:r>
        <w:rPr>
          <w:sz w:val="20"/>
        </w:rPr>
        <w:t>58:45  aap na larnay kharay hon to koi problem nahin.</w:t>
      </w:r>
      <w:r>
        <w:br/>
      </w:r>
      <w:r>
        <w:rPr>
          <w:sz w:val="20"/>
        </w:rPr>
        <w:t>58:49  to musalman khud larnay ke liye jab kharay hotay hain, tab problem create hota hai, warna koi problem</w:t>
      </w:r>
      <w:r>
        <w:br/>
      </w:r>
      <w:r>
        <w:rPr>
          <w:sz w:val="20"/>
        </w:rPr>
        <w:t>58:57  hi nahin.</w:t>
      </w:r>
      <w:r>
        <w:br/>
      </w:r>
      <w:r>
        <w:rPr>
          <w:sz w:val="20"/>
        </w:rPr>
        <w:t>58:58  yeh baat achi tarah samajh lijiye ke jo equation badla hai, woh in terms of potential.</w:t>
      </w:r>
      <w:r>
        <w:br/>
      </w:r>
      <w:r>
        <w:rPr>
          <w:sz w:val="20"/>
        </w:rPr>
        <w:t>59:05  jo equation badla, jo mein ne kaha, woh in terms of potential badla hai.</w:t>
      </w:r>
      <w:r>
        <w:br/>
      </w:r>
      <w:r>
        <w:rPr>
          <w:sz w:val="20"/>
        </w:rPr>
        <w:t>59:11  اگر آپ اگر آپ نہ سمجھیں اور light show کر دیں، تو سب چیز jeopardized ہو جائے گی۔</w:t>
      </w:r>
      <w:r>
        <w:br/>
      </w:r>
      <w:r>
        <w:rPr>
          <w:sz w:val="20"/>
        </w:rPr>
        <w:t>59:19  hum to kar rahay hain kaam, 50, 60 saal se kaam kar rahay hain, hamein to koi rukawat</w:t>
      </w:r>
      <w:r>
        <w:br/>
      </w:r>
      <w:r>
        <w:rPr>
          <w:sz w:val="20"/>
        </w:rPr>
        <w:t>59:26  nahin, kuch bhi nahin.</w:t>
      </w:r>
      <w:r>
        <w:br/>
      </w:r>
      <w:r>
        <w:rPr>
          <w:sz w:val="20"/>
        </w:rPr>
        <w:t>59:28  na hindu rukawat hai, na christian rukawat hai, nahin, koi bhi rukawat nahin, na american, na european, kyunke</w:t>
      </w:r>
      <w:r>
        <w:br/>
      </w:r>
      <w:r>
        <w:rPr>
          <w:sz w:val="20"/>
        </w:rPr>
        <w:t>59:36  ہم jeopardize نہیں کرتے اس equation کو۔</w:t>
      </w:r>
      <w:r>
        <w:br/>
      </w:r>
      <w:r>
        <w:rPr>
          <w:sz w:val="20"/>
        </w:rPr>
        <w:t>59:39  جب مسلمان لڑائی چھڑائیں گے، جب fighting کریں گے، suicide bombing کریں گے، تب وہ equation جب jeopardized</w:t>
      </w:r>
      <w:r>
        <w:br/>
      </w:r>
      <w:r>
        <w:rPr>
          <w:sz w:val="20"/>
        </w:rPr>
        <w:t>59:47  ho jayegi.</w:t>
      </w:r>
      <w:r>
        <w:br/>
      </w:r>
      <w:r>
        <w:rPr>
          <w:sz w:val="20"/>
        </w:rPr>
        <w:t>59:48  مثلاً 9/11 آپ کریں گے تو تو ڈسٹرب ڈسٹرب ہوگا سب کچھ۔</w:t>
      </w:r>
      <w:r>
        <w:br/>
      </w:r>
      <w:r>
        <w:rPr>
          <w:sz w:val="20"/>
        </w:rPr>
        <w:t>59:54  aap nine eleven mat kijiye to sab kuch normal rahay gi, sab kuch normal rahay ga.</w:t>
      </w:r>
      <w:r>
        <w:br/>
      </w:r>
      <w:r>
        <w:rPr>
          <w:sz w:val="20"/>
        </w:rPr>
        <w:t>1:00:01  to musalmanon ka aur musalmanon ka misuse karna freedom ko yeh problem create kar raha hai.</w:t>
      </w:r>
      <w:r>
        <w:br/>
      </w:r>
      <w:r>
        <w:rPr>
          <w:sz w:val="20"/>
        </w:rPr>
        <w:t>1:00:08  otherwise everything is normal.</w:t>
      </w:r>
    </w:p>
    <w:p>
      <w:pPr>
        <w:pStyle w:val="Heading2"/>
      </w:pPr>
      <w:r>
        <w:t>Shirk in saying Vande Mataram or Namaste</w:t>
      </w:r>
    </w:p>
    <w:p>
      <w:r>
        <w:rPr>
          <w:color w:val="666666"/>
          <w:sz w:val="18"/>
        </w:rPr>
        <w:t>Faith &amp; God · Dars-e-Quran, Chapter 2, Verse 35-39 December 31, 2017 · 4m 01s · at 55:40 · https://youtu.be/6FNtbR3EBtc?t=3340</w:t>
      </w:r>
    </w:p>
    <w:p>
      <w:r>
        <w:rPr>
          <w:i/>
        </w:rPr>
        <w:t>“Is saying Vande Mataram (national anthem) or Namaste considered shirk (associating partners with God) nowadays?”</w:t>
      </w:r>
    </w:p>
    <w:p>
      <w:r>
        <w:rPr>
          <w:sz w:val="20"/>
        </w:rPr>
        <w:t>55:40  maulana agla sawal faraz</w:t>
      </w:r>
      <w:r>
        <w:br/>
      </w:r>
      <w:r>
        <w:rPr>
          <w:sz w:val="20"/>
        </w:rPr>
        <w:t>55:42  ahmad sahib ne kiya hai kolkatta se unhon ne likha hai</w:t>
      </w:r>
      <w:r>
        <w:br/>
      </w:r>
      <w:r>
        <w:rPr>
          <w:sz w:val="20"/>
        </w:rPr>
        <w:t>55:46  میرا سوال یہ ہے کہ کیا وندے ماترم نیشنل اینتھم یا نمستے کہنا کیا شرک ہے آج کی</w:t>
      </w:r>
      <w:r>
        <w:br/>
      </w:r>
      <w:r>
        <w:rPr>
          <w:sz w:val="20"/>
        </w:rPr>
        <w:t>55:57  parastiti mein hum kya karein quran hadith ki hikmat ki roshni mein hamari rehnumai karein</w:t>
      </w:r>
      <w:r>
        <w:br/>
      </w:r>
      <w:r>
        <w:rPr>
          <w:sz w:val="20"/>
        </w:rPr>
        <w:t>56:06  hargiz shirk nahi hai woh bilkul jo yeh kahe ke woh shirk hai woh na shirk ko janta</w:t>
      </w:r>
      <w:r>
        <w:br/>
      </w:r>
      <w:r>
        <w:rPr>
          <w:sz w:val="20"/>
        </w:rPr>
        <w:t>56:13  hai na mad matro ko janta hai dono se bekhabar hai jis ko kehte hain angrezi mein</w:t>
      </w:r>
      <w:r>
        <w:br/>
      </w:r>
      <w:r>
        <w:rPr>
          <w:sz w:val="20"/>
        </w:rPr>
        <w:t>56:18  minus marking minus marking ke mustahiq hain woh log minus marking yeh hai ke aapse question kiya</w:t>
      </w:r>
      <w:r>
        <w:br/>
      </w:r>
      <w:r>
        <w:rPr>
          <w:sz w:val="20"/>
        </w:rPr>
        <w:t>56:26  jae hawajat</w:t>
      </w:r>
      <w:r>
        <w:br/>
      </w:r>
      <w:r>
        <w:rPr>
          <w:sz w:val="20"/>
        </w:rPr>
        <w:t>56:28  ke bare mein aur aap jawab dein motor car ka to yeh matlab yeh ke aap dono se</w:t>
      </w:r>
      <w:r>
        <w:br/>
      </w:r>
      <w:r>
        <w:rPr>
          <w:sz w:val="20"/>
        </w:rPr>
        <w:t>56:34  bekhabar hain aap nahi jante ke hawajat kya hai motor car kya hai to us ko kehte</w:t>
      </w:r>
      <w:r>
        <w:br/>
      </w:r>
      <w:r>
        <w:rPr>
          <w:sz w:val="20"/>
        </w:rPr>
        <w:t>56:40  hain minus marking yani jo number milne wala hota hai cut cut jata hai</w:t>
      </w:r>
      <w:r>
        <w:br/>
      </w:r>
      <w:r>
        <w:rPr>
          <w:sz w:val="20"/>
        </w:rPr>
        <w:t>56:46  aisi baat hai jo log kehte hain unhein un ke liye farz hai ke woh chup rahein</w:t>
      </w:r>
      <w:r>
        <w:br/>
      </w:r>
      <w:r>
        <w:rPr>
          <w:sz w:val="20"/>
        </w:rPr>
        <w:t>56:50  kam az kam chup rahein bolein nahi</w:t>
      </w:r>
      <w:r>
        <w:br/>
      </w:r>
      <w:r>
        <w:rPr>
          <w:sz w:val="20"/>
        </w:rPr>
        <w:t>56:55  falqul khair awliya smooth</w:t>
      </w:r>
      <w:r>
        <w:br/>
      </w:r>
      <w:r>
        <w:rPr>
          <w:sz w:val="20"/>
        </w:rPr>
        <w:t>56:59  kuch se jante hain log ke bad watrum kya hai aur</w:t>
      </w:r>
      <w:r>
        <w:br/>
      </w:r>
      <w:r>
        <w:rPr>
          <w:sz w:val="20"/>
        </w:rPr>
        <w:t>57:07  shirk kya hai bas kuch jazbat mein jeete hain aur phir jazbat ko undelte hain bas</w:t>
      </w:r>
      <w:r>
        <w:br/>
      </w:r>
      <w:r>
        <w:rPr>
          <w:sz w:val="20"/>
        </w:rPr>
        <w:t>57:19  maulana zakariya sahib ne srinagar se comment bheja hai unhon ne likha hai such a thrilling idea</w:t>
      </w:r>
      <w:r>
        <w:br/>
      </w:r>
      <w:r>
        <w:rPr>
          <w:sz w:val="20"/>
        </w:rPr>
        <w:t>57:27  and interpretation in today lecture it will definitely help us individually</w:t>
      </w:r>
      <w:r>
        <w:br/>
      </w:r>
      <w:r>
        <w:rPr>
          <w:sz w:val="20"/>
        </w:rPr>
        <w:t>57:34  nationally and internationally</w:t>
      </w:r>
      <w:r>
        <w:br/>
      </w:r>
      <w:r>
        <w:rPr>
          <w:sz w:val="20"/>
        </w:rPr>
        <w:t>57:36  maulana such a tremendous lecture it was</w:t>
      </w:r>
      <w:r>
        <w:br/>
      </w:r>
      <w:r>
        <w:rPr>
          <w:sz w:val="20"/>
        </w:rPr>
        <w:t>57:42  aamir mori sahib ne maulana comment aur question bheja hai srinagar se unhon ne likha hai today</w:t>
      </w:r>
      <w:r>
        <w:br/>
      </w:r>
      <w:r>
        <w:rPr>
          <w:sz w:val="20"/>
        </w:rPr>
        <w:t>57:49  lecture was really hopeful and a motivating lecture for me</w:t>
      </w:r>
      <w:r>
        <w:br/>
      </w:r>
      <w:r>
        <w:rPr>
          <w:sz w:val="20"/>
        </w:rPr>
        <w:t>57:55  my question is maulana sahib how can a person come to know that he has lost his first</w:t>
      </w:r>
      <w:r>
        <w:br/>
      </w:r>
      <w:r>
        <w:rPr>
          <w:sz w:val="20"/>
        </w:rPr>
        <w:t>58:03  chance and how</w:t>
      </w:r>
      <w:r>
        <w:br/>
      </w:r>
      <w:r>
        <w:rPr>
          <w:sz w:val="20"/>
        </w:rPr>
        <w:t>58:05  can he identify and avail the second chance kindly guide us in this regard is mein koi yani zyada badi aql ki zaroorat nahi hai jab aap jab aap kho dein aap ne ek dhoom machai jaise kashmir mein 47 ke baad hi ek dhoom machai gayi</w:t>
      </w:r>
      <w:r>
        <w:br/>
      </w:r>
      <w:r>
        <w:rPr>
          <w:sz w:val="20"/>
        </w:rPr>
        <w:t>58:34  aur mulla k</w:t>
      </w:r>
      <w:r>
        <w:br/>
      </w:r>
      <w:r>
        <w:rPr>
          <w:sz w:val="20"/>
        </w:rPr>
        <w:t>58:35  chhi nahi. idea and interpretation kis ko ne first chance khoya gaya</w:t>
      </w:r>
      <w:r>
        <w:br/>
      </w:r>
      <w:r>
        <w:rPr>
          <w:sz w:val="20"/>
        </w:rPr>
        <w:t>58:41  yani partition ke baad kashmir ke naam par bahut zyada sacrifice kiya gaya lekin mulla kuch bhi nahi balki kho aur khoya gaya jitni mili hui thi woh bhi chali gayi to yahi to hai ke first chance kho diya ab is ko</w:t>
      </w:r>
    </w:p>
    <w:p>
      <w:pPr>
        <w:pStyle w:val="Heading2"/>
      </w:pPr>
      <w:r>
        <w:t>Shirk-e-Jarh and religious persecution</w:t>
      </w:r>
    </w:p>
    <w:p>
      <w:r>
        <w:rPr>
          <w:color w:val="666666"/>
          <w:sz w:val="18"/>
        </w:rPr>
        <w:t>Faith &amp; God · How God Manages Human History December 23, 2018 · 4m 04s · at 1:02:06 · https://youtu.be/j_yxigrCl5U?t=3726</w:t>
      </w:r>
    </w:p>
    <w:p>
      <w:r>
        <w:rPr>
          <w:i/>
        </w:rPr>
        <w:t>“Please explain, is Shirk-e-Jarh related to religious persecution?”</w:t>
      </w:r>
    </w:p>
    <w:p>
      <w:r>
        <w:rPr>
          <w:sz w:val="20"/>
        </w:rPr>
        <w:t>1:02:06  Maulana, agla sawal Delhi se Dr. Farida Khanam ne bheja hai. unhone aapse poocha hai ke "Please explain, shirk jarah is it related to religious persecution?" haan haan, bilkul.</w:t>
      </w:r>
      <w:r>
        <w:br/>
      </w:r>
      <w:r>
        <w:rPr>
          <w:sz w:val="20"/>
        </w:rPr>
        <w:t>1:02:22  Islam mein jo cheez qatil fitna, woh Hussain likhte hain ke fitna se murad shirk ka fitna.</w:t>
      </w:r>
      <w:r>
        <w:br/>
      </w:r>
      <w:r>
        <w:rPr>
          <w:sz w:val="20"/>
        </w:rPr>
        <w:t>1:02:35  likhte hain ke shirk ka fitna. to shirk ka fitna insan ka believe to aaj bhi hai, hamesha rahega, hamesha raha hai.</w:t>
      </w:r>
      <w:r>
        <w:br/>
      </w:r>
      <w:r>
        <w:rPr>
          <w:sz w:val="20"/>
        </w:rPr>
        <w:t>1:02:48  to shirk ka fitna as a belief nahi hai, woh jarah ke ma'ne mein.</w:t>
      </w:r>
      <w:r>
        <w:br/>
      </w:r>
      <w:r>
        <w:rPr>
          <w:sz w:val="20"/>
        </w:rPr>
        <w:t>1:02:57  jaise Quran mein likhi hai: "ayat ke</w:t>
      </w:r>
      <w:r>
        <w:br/>
      </w:r>
      <w:r>
        <w:rPr>
          <w:sz w:val="20"/>
        </w:rPr>
        <w:t>1:03:04  namaz parhne gaye Hazrat Abu Bakr Kaba mein to unko itna mara itna mara ke woh behosh ho gaye." yeh shirk jarah hai.</w:t>
      </w:r>
      <w:r>
        <w:br/>
      </w:r>
      <w:r>
        <w:rPr>
          <w:sz w:val="20"/>
        </w:rPr>
        <w:t>1:03:15  to pehle zamane mein kya tha? is zamane ka jo mushrikana culture tha, us mein aur empire mein, political power mein, woh tha sambandh ban gaya tha.</w:t>
      </w:r>
      <w:r>
        <w:br/>
      </w:r>
      <w:r>
        <w:rPr>
          <w:sz w:val="20"/>
        </w:rPr>
        <w:t>1:03:33  is ki wajah se qadeem zamane ke shirk ke paas taqat aa gayi thi. woh kehte the ke nahi, shirk ko unhone, shirk ko unhone woh bana diya tha, state religion ka darja de diya tha.</w:t>
      </w:r>
      <w:r>
        <w:br/>
      </w:r>
      <w:r>
        <w:rPr>
          <w:sz w:val="20"/>
        </w:rPr>
        <w:t>1:03:50  qadeem zamane ki jo burai thi, jis ke liye ladai karni pari Islam ko, to is liye ke woh shirk ko unhone state religion ka darja de diya tha.</w:t>
      </w:r>
      <w:r>
        <w:br/>
      </w:r>
      <w:r>
        <w:rPr>
          <w:sz w:val="20"/>
        </w:rPr>
        <w:t>1:04:03  shirk ko maro warna mare jaoge, qatl qatl kiye jaoge. to Allah taala ne kya kiya? ke shirk se jarahiyat ko detach kar diya.</w:t>
      </w:r>
      <w:r>
        <w:br/>
      </w:r>
      <w:r>
        <w:rPr>
          <w:sz w:val="20"/>
        </w:rPr>
        <w:t>1:04:16  Muslim period mein yeh hua ke shirk ko khatam nahi kiya, kabhi khatam nahi ho sakta hai, na khatam kiya gaya.</w:t>
      </w:r>
      <w:r>
        <w:br/>
      </w:r>
      <w:r>
        <w:rPr>
          <w:sz w:val="20"/>
        </w:rPr>
        <w:t>1:04:26  agar koi samjhe ke shirk ka as a belief khatam hoga to woh Quran ko samajhta nahi hua. shirk se shirk ko as a as a as a jarah tool khatam kar diya.</w:t>
      </w:r>
      <w:r>
        <w:br/>
      </w:r>
      <w:r>
        <w:rPr>
          <w:sz w:val="20"/>
        </w:rPr>
        <w:t>1:04:41  ab koi yeh nahi kar sakta ke tum ko shirk hi karna parega, warna mare jaoge. to chahe muhaddis baniye, chahe mushrik baniye, aap azaad hain.</w:t>
      </w:r>
      <w:r>
        <w:br/>
      </w:r>
      <w:r>
        <w:rPr>
          <w:sz w:val="20"/>
        </w:rPr>
        <w:t>1:04:52  to qadeem zamanay mein, yani sahaba ke zamanay mein jo larai hui thi, qatil fitna, woh is mani mein thi ke jang karo yahan tak ke shirk jarah khatam ho jaye.</w:t>
      </w:r>
      <w:r>
        <w:br/>
      </w:r>
      <w:r>
        <w:rPr>
          <w:sz w:val="20"/>
        </w:rPr>
        <w:t>1:05:11  jang karo yahan tak ke shirk jarah khatam ho jaye. shirk as a belief khatam ho jaye, yeh nishan hi nahi tha. nahi, kabhi ho sakta kyunke phir toh azadi, Allah taala ne jo azadi di hai, wohi khatam.</w:t>
      </w:r>
      <w:r>
        <w:br/>
      </w:r>
      <w:r>
        <w:rPr>
          <w:sz w:val="20"/>
        </w:rPr>
        <w:t>1:05:26  to Allah ki azadi ko koi abash nahi kar sakta. lekin insan ne khud se jo ijad kiya tha ke shirk ko official religion ka darja de diya aur yeh kaha ke jo is ko na manega, us ko gardan kaati jayegi, yeh yeh tha.</w:t>
      </w:r>
      <w:r>
        <w:br/>
      </w:r>
      <w:r>
        <w:rPr>
          <w:sz w:val="20"/>
        </w:rPr>
        <w:t>1:05:46  jo firoun khatam manne ke khara ho gaya tha, firoun asiya bint muzahim ko, to isi liye ke tum official religion se baqawat kar rahi ho.</w:t>
      </w:r>
      <w:r>
        <w:br/>
      </w:r>
      <w:r>
        <w:rPr>
          <w:sz w:val="20"/>
        </w:rPr>
        <w:t>1:05:59  shirk to official religion hai,</w:t>
      </w:r>
      <w:r>
        <w:br/>
      </w:r>
      <w:r>
        <w:rPr>
          <w:sz w:val="20"/>
        </w:rPr>
        <w:t>1:06:03  is ko samjhiye.</w:t>
      </w:r>
    </w:p>
    <w:p>
      <w:pPr>
        <w:pStyle w:val="Heading2"/>
      </w:pPr>
      <w:r>
        <w:t>Significance of honorifics for prophets and companions</w:t>
      </w:r>
    </w:p>
    <w:p>
      <w:r>
        <w:rPr>
          <w:color w:val="666666"/>
          <w:sz w:val="18"/>
        </w:rPr>
        <w:t>Faith &amp; God · Question &amp; Answer Jan 6th 2013 - Maulana Wahiduddin Kahn · 3m 16s · at 9:23 · https://youtu.be/1FAK1QuHEpw?t=563</w:t>
      </w:r>
    </w:p>
    <w:p>
      <w:r>
        <w:rPr>
          <w:i/>
        </w:rPr>
        <w:t>“Many people object to your writings that you do not use 'alayhis salam' or 'radiyallahu anhu' for prophets and companions. My question is: What is their religious significance or not?”</w:t>
      </w:r>
    </w:p>
    <w:p>
      <w:r>
        <w:rPr>
          <w:sz w:val="20"/>
        </w:rPr>
        <w:t>9:23  Maulana, agla sawal Badr, Karnataka se hai, Yunusuddin sahib ka. Unhone likha hai:</w:t>
      </w:r>
      <w:r>
        <w:br/>
      </w:r>
      <w:r>
        <w:rPr>
          <w:sz w:val="20"/>
        </w:rPr>
        <w:t>9:33  "Maulana, aksar log aap ki tehreer par yeh aitraaz karte hain ke aap anbiya aur sahaba par alaihi assalam ya radiallahu anhu nahi lagate."</w:t>
      </w:r>
      <w:r>
        <w:br/>
      </w:r>
      <w:r>
        <w:rPr>
          <w:sz w:val="20"/>
        </w:rPr>
        <w:t>9:45  Maulana, mera sawal yeh hai ke un ki deeni aitbaar se kya ahmiyat hai ya nahi hai?"</w:t>
      </w:r>
      <w:r>
        <w:br/>
      </w:r>
      <w:r>
        <w:rPr>
          <w:sz w:val="20"/>
        </w:rPr>
        <w:t>9:52  Kuch bhi nahi hai. Aap sahaba ki jo kitabein hain us ko padhiye. Yeh sab jhoote aitrazaat hain, jhoote.</w:t>
      </w:r>
      <w:r>
        <w:br/>
      </w:r>
      <w:r>
        <w:rPr>
          <w:sz w:val="20"/>
        </w:rPr>
        <w:t>10:01  Jhoote se kam belafz nahi hai. Sahaba ke bare mein bahut si kitabein maujood hain, un ko padhiye.</w:t>
      </w:r>
      <w:r>
        <w:br/>
      </w:r>
      <w:r>
        <w:rPr>
          <w:sz w:val="20"/>
        </w:rPr>
        <w:t>10:11  Aap is qism ka aaj kal masnooi culture bana hua hai, aaj kal masnooi culture. Banawati culture. Aage peeche lagayenge ilqaab. Woh aisa nahi kehte the.</w:t>
      </w:r>
      <w:r>
        <w:br/>
      </w:r>
      <w:r>
        <w:rPr>
          <w:sz w:val="20"/>
        </w:rPr>
        <w:t>10:22  Misalan mein aap ko ek waqia bataoon. Rasool Allah sallallahu alaihi wasallam ki wafat hui. Yaani poora mission poora kar ke aap ki wafat hui, aap ki Madina mein.</w:t>
      </w:r>
      <w:r>
        <w:br/>
      </w:r>
      <w:r>
        <w:rPr>
          <w:sz w:val="20"/>
        </w:rPr>
        <w:t>10:33  Toh us waqt wahan par kai log aise the jin ko ke bahut pareshani hui ke Rasool Allah nahi rahe duniya mein, ab kya hoga? Bahut pareshan the.</w:t>
      </w:r>
      <w:r>
        <w:br/>
      </w:r>
      <w:r>
        <w:rPr>
          <w:sz w:val="20"/>
        </w:rPr>
        <w:t>10:43  Toh jo sab se zyada senior, most aadmi the woh the Abu Bakr Siddiq. Woh aaye. Woh us waqt Madine se bahar the.</w:t>
      </w:r>
      <w:r>
        <w:br/>
      </w:r>
      <w:r>
        <w:rPr>
          <w:sz w:val="20"/>
        </w:rPr>
        <w:t>10:53  Jab khabar suni toh aaye. Toh Rasool Allah ki jo, yaani, jism tha, jo body tha aap ka, us par chadar logon ne phaila diya tha.</w:t>
      </w:r>
      <w:r>
        <w:br/>
      </w:r>
      <w:r>
        <w:rPr>
          <w:sz w:val="20"/>
        </w:rPr>
        <w:t>11:05  Toh unhone chadar uthai, aap ke chehre ko dekha aur kaha: "Man kan ya Muhammad fa inna Muhammad qad mat wa man kan ya abda Muhammad fa inna Allah hayyun la yamoot".</w:t>
      </w:r>
      <w:r>
        <w:br/>
      </w:r>
      <w:r>
        <w:rPr>
          <w:sz w:val="20"/>
        </w:rPr>
        <w:t>11:20  Yeh nahi ke Muhammad ke saath aage peeche bahut se lafz lagaye woh. Bas saada tor par kaha unhone: "Man kan ya abda Muhammad fa inna Muhammad qad mat".</w:t>
      </w:r>
      <w:r>
        <w:br/>
      </w:r>
      <w:r>
        <w:rPr>
          <w:sz w:val="20"/>
        </w:rPr>
        <w:t>11:32  wahan aate the log, ya muhammad, yeh sab bolte the. dekhiye, islam jo hai nature par base karta hai. yeh banawati culture jo bataiye, zawal ke daur, yeh yeh musalman is zamane mein zawal ke daur mein hain, zawal.</w:t>
      </w:r>
      <w:r>
        <w:br/>
      </w:r>
      <w:r>
        <w:rPr>
          <w:sz w:val="20"/>
        </w:rPr>
        <w:t>11:46  girawat ke daur mein. tab yeh sab banawati baatein bahut badh gayi hain. jab ummat zinda thi tab yeh sab culture hi chalta tha, banawati culture.</w:t>
      </w:r>
      <w:r>
        <w:br/>
      </w:r>
      <w:r>
        <w:rPr>
          <w:sz w:val="20"/>
        </w:rPr>
        <w:t>11:59  to mein yeh kahunga ke aaj kal ki jo zawal yafta log hain un ko le kar mat rai qaim kijie. aap sahaba ko le kar rai qaim kijie. sahaba ki zuban kya hoti thi?</w:t>
      </w:r>
      <w:r>
        <w:br/>
      </w:r>
      <w:r>
        <w:rPr>
          <w:sz w:val="20"/>
        </w:rPr>
        <w:t>12:14  aap sahaba ke bare mein kitabein padhiye, is mein aap khud hi jawab pa lenge ke wahan yeh sab banawati zuban chalti nahi thi wahan par. to mein to sahaba ke ke ko model samajhta hoon, aaj kal logon ko model nahi samajhta mein.</w:t>
      </w:r>
      <w:r>
        <w:br/>
      </w:r>
      <w:r>
        <w:rPr>
          <w:sz w:val="20"/>
        </w:rPr>
        <w:t>12:29  aaj kal ke log kya karte hain woh mere model nahi hain mere liye. sahaba mere model hain. to aap pehle sahaba wali kitabein padhiye, phir yeh sawal kijie.</w:t>
      </w:r>
    </w:p>
    <w:p>
      <w:pPr>
        <w:pStyle w:val="Heading2"/>
      </w:pPr>
      <w:r>
        <w:t>Signs of loving God and being loved by God</w:t>
      </w:r>
    </w:p>
    <w:p>
      <w:r>
        <w:rPr>
          <w:color w:val="666666"/>
          <w:sz w:val="18"/>
        </w:rPr>
        <w:t>Faith &amp; God · Revival of Abrahamic Mission October 28, 2012 · 3m 41s · at 1:12:15 · https://youtu.be/9mV72V5gsqM?t=4335</w:t>
      </w:r>
    </w:p>
    <w:p>
      <w:r>
        <w:rPr>
          <w:i/>
        </w:rPr>
        <w:t>“What are the signs that a person loves God and also what are the signs that God loves a person?”</w:t>
      </w:r>
    </w:p>
    <w:p>
      <w:r>
        <w:rPr>
          <w:sz w:val="20"/>
        </w:rPr>
        <w:t>1:12:15  maulana, agla sawal roorkee se hai sajid anwar sa</w:t>
      </w:r>
      <w:r>
        <w:br/>
      </w:r>
      <w:r>
        <w:rPr>
          <w:sz w:val="20"/>
        </w:rPr>
        <w:t>1:12:19  ahib ka. unhon ne likha hai: "maulana, what are the signs that a person loves God and also what are the signs that God loves a person?" is ke baray mein batayein.</w:t>
      </w:r>
      <w:r>
        <w:br/>
      </w:r>
      <w:r>
        <w:rPr>
          <w:sz w:val="20"/>
        </w:rPr>
        <w:t>1:12:36  dekhiye, is ka koi objective criteria to main nahi bata sakta. subjective criteria bata sakta hoon.</w:t>
      </w:r>
      <w:r>
        <w:br/>
      </w:r>
      <w:r>
        <w:rPr>
          <w:sz w:val="20"/>
        </w:rPr>
        <w:t>1:12:50  subjective criteria yeh hai ke jab aadmi yeh paye ke mera soul concern allah ban gaya hai,</w:t>
      </w:r>
      <w:r>
        <w:br/>
      </w:r>
      <w:r>
        <w:rPr>
          <w:sz w:val="20"/>
        </w:rPr>
        <w:t>1:13:02  soul concern,</w:t>
      </w:r>
      <w:r>
        <w:br/>
      </w:r>
      <w:r>
        <w:rPr>
          <w:sz w:val="20"/>
        </w:rPr>
        <w:t>1:13:07  to is ke mani hain ke woh is darjay ko pohanch gaya. main is ko, yani samajhne ke liye, quran ki do ayatein aap ko batata hoon.</w:t>
      </w:r>
      <w:r>
        <w:br/>
      </w:r>
      <w:r>
        <w:rPr>
          <w:sz w:val="20"/>
        </w:rPr>
        <w:t>1:13:21  quran ke, yani do ayatein batati hain ke kis ne allah se taluq paida hua, kis ka, kis ka paida nahi hua. ek ayat hai un logon ke baray mein jo akhirat mein nakaam honge.</w:t>
      </w:r>
      <w:r>
        <w:br/>
      </w:r>
      <w:r>
        <w:rPr>
          <w:sz w:val="20"/>
        </w:rPr>
        <w:t>1:13:37  aakhirat mein in ko reward nahin mile ga. is mein hai ke: "wa kaana fi ahlihi masrooran"</w:t>
      </w:r>
      <w:r>
        <w:br/>
      </w:r>
      <w:r>
        <w:rPr>
          <w:sz w:val="20"/>
        </w:rPr>
        <w:t>1:13:47  . apni family mein woh khoob khush rehta tha. woh: "wa kaana fi ahlihi masrooran". to yeh aik criteria hai ke jo logon ko aap ke paayein ke khoob family mein hua karte hain, woh khoob khush rehte hain.</w:t>
      </w:r>
      <w:r>
        <w:br/>
      </w:r>
      <w:r>
        <w:rPr>
          <w:sz w:val="20"/>
        </w:rPr>
        <w:t>1:14:02  woh family un ka concern bane, bari hui hai. family ke liye kamara, family ke liye kharch karna, sari un ki planning family ko le kar hoti hai.</w:t>
      </w:r>
      <w:r>
        <w:br/>
      </w:r>
      <w:r>
        <w:rPr>
          <w:sz w:val="20"/>
        </w:rPr>
        <w:t>1:14:17  to: "kaana fi ahlihi masrooran". to is ke maani kuch to Khuda ko nahin paaya hai, family ko paaya hai.</w:t>
      </w:r>
      <w:r>
        <w:br/>
      </w:r>
      <w:r>
        <w:rPr>
          <w:sz w:val="20"/>
        </w:rPr>
        <w:t>1:14:27  is ki yaft jo hai, is ki yaft is ki family hai, Khuda nahin hai.</w:t>
      </w:r>
      <w:r>
        <w:br/>
      </w:r>
      <w:r>
        <w:rPr>
          <w:sz w:val="20"/>
        </w:rPr>
        <w:t>1:14:33  to yeh aik case yeh hai. doosra case yeh hai ke Quran mein hai ke jo logon ko aakhirat mein jannat mile gi, un ke baray mein hai ke: "kunna fi ahlinaa mushrikeen".</w:t>
      </w:r>
      <w:r>
        <w:br/>
      </w:r>
      <w:r>
        <w:rPr>
          <w:sz w:val="20"/>
        </w:rPr>
        <w:t>1:14:55  khud jannat wala kehta hai ke: "kunna fi ahlinaa mushrikeen". hum apne family mein dar kar rehte thay,</w:t>
      </w:r>
      <w:r>
        <w:br/>
      </w:r>
      <w:r>
        <w:rPr>
          <w:sz w:val="20"/>
        </w:rPr>
        <w:t>1:15:07  yaani family mein humein, family mein hum hotay thay, lekin hum ko Allah ki accountability ka ehsaas humare dar pe chhaya rehta tha.</w:t>
      </w:r>
      <w:r>
        <w:br/>
      </w:r>
      <w:r>
        <w:rPr>
          <w:sz w:val="20"/>
        </w:rPr>
        <w:t>1:15:19  to aik hai case: "kunna fi ahlinaa mushrikeen" ka ke aadmi family ho, lekin is ka is ka zehn laga hua Allah ki taraf, accountability ki taraf, aakhirat ki taraf.</w:t>
      </w:r>
      <w:r>
        <w:br/>
      </w:r>
      <w:r>
        <w:rPr>
          <w:sz w:val="20"/>
        </w:rPr>
        <w:t>1:15:34  aik woh hai ke woh family mein hai, to bas family mein magan hai, family mein khush hai. to yeh do pehchan hain bazahir ke kis ne Allah se ta'alluq paida kiya aur kis kis ka ta'alluq Allah se paida nahin hua.</w:t>
      </w:r>
    </w:p>
    <w:p>
      <w:pPr>
        <w:pStyle w:val="Heading2"/>
      </w:pPr>
      <w:r>
        <w:t>Starting learning Islam amidst sects</w:t>
      </w:r>
    </w:p>
    <w:p>
      <w:r>
        <w:rPr>
          <w:color w:val="666666"/>
          <w:sz w:val="18"/>
        </w:rPr>
        <w:t>Faith &amp; God · Example of the Prophet March 20, 2016 · 2m 39s · at 1:13:24 · https://youtu.be/79HmhzXU41w?t=4404</w:t>
      </w:r>
    </w:p>
    <w:p>
      <w:r>
        <w:rPr>
          <w:i/>
        </w:rPr>
        <w:t>“How can one start learning about Islam as there are so many sects, thousands of literature and point of views, especially for people born in Islamic country like Pakistan?”</w:t>
      </w:r>
    </w:p>
    <w:p>
      <w:r>
        <w:rPr>
          <w:sz w:val="20"/>
        </w:rPr>
        <w:t>1:13:24  Maulana, agla sawal Zulfiqar Khan Sahab ka hai Pakistan se, aur unhon ne likha hai How can one</w:t>
      </w:r>
      <w:r>
        <w:br/>
      </w:r>
      <w:r>
        <w:rPr>
          <w:sz w:val="20"/>
        </w:rPr>
        <w:t>1:13:32  start learning about Islam as there are so many sects, thousands of literature and point of views, especially</w:t>
      </w:r>
      <w:r>
        <w:br/>
      </w:r>
      <w:r>
        <w:rPr>
          <w:sz w:val="20"/>
        </w:rPr>
        <w:t>1:13:40  for people born in Islamic country like Pakistan,</w:t>
      </w:r>
      <w:r>
        <w:br/>
      </w:r>
      <w:r>
        <w:rPr>
          <w:sz w:val="20"/>
        </w:rPr>
        <w:t>1:13:45  what would be your advice to all of us?</w:t>
      </w:r>
      <w:r>
        <w:br/>
      </w:r>
      <w:r>
        <w:rPr>
          <w:sz w:val="20"/>
        </w:rPr>
        <w:t>1:13:50  dekhiye, Islam koi aisi baat nahi ke ek aadmi ne bataya, aap ne maan liya ke saare log</w:t>
      </w:r>
      <w:r>
        <w:br/>
      </w:r>
      <w:r>
        <w:rPr>
          <w:sz w:val="20"/>
        </w:rPr>
        <w:t>1:13:56  ek hi baat kahein aur aap us ko sun kar maan lein.</w:t>
      </w:r>
      <w:r>
        <w:br/>
      </w:r>
      <w:r>
        <w:rPr>
          <w:sz w:val="20"/>
        </w:rPr>
        <w:t>1:14:00  yeh hai hi nahi.</w:t>
      </w:r>
      <w:r>
        <w:br/>
      </w:r>
      <w:r>
        <w:rPr>
          <w:sz w:val="20"/>
        </w:rPr>
        <w:t>1:14:00  Islam Islam self discovered, is</w:t>
      </w:r>
      <w:r>
        <w:br/>
      </w:r>
      <w:r>
        <w:rPr>
          <w:sz w:val="20"/>
        </w:rPr>
        <w:t>1:14:06  daryaft ka naam hai.</w:t>
      </w:r>
      <w:r>
        <w:br/>
      </w:r>
      <w:r>
        <w:rPr>
          <w:sz w:val="20"/>
        </w:rPr>
        <w:t>1:14:09  Quran mein is ko kaha gaya marifat,</w:t>
      </w:r>
      <w:r>
        <w:br/>
      </w:r>
      <w:r>
        <w:rPr>
          <w:sz w:val="20"/>
        </w:rPr>
        <w:t>1:14:13  marifat ka naam Islam hai.</w:t>
      </w:r>
      <w:r>
        <w:br/>
      </w:r>
      <w:r>
        <w:rPr>
          <w:sz w:val="20"/>
        </w:rPr>
        <w:t>1:14:15  yani islam wahi hai jo aap ne khud discover kiya ho,</w:t>
      </w:r>
      <w:r>
        <w:br/>
      </w:r>
      <w:r>
        <w:rPr>
          <w:sz w:val="20"/>
        </w:rPr>
        <w:t>1:14:21  khud discover kiya ho, tab woh islam hai, warna islam hi nahi hai.</w:t>
      </w:r>
      <w:r>
        <w:br/>
      </w:r>
      <w:r>
        <w:rPr>
          <w:sz w:val="20"/>
        </w:rPr>
        <w:t>1:14:23  woh toh dunya mein ikhtilaf toh rahega.</w:t>
      </w:r>
      <w:r>
        <w:br/>
      </w:r>
      <w:r>
        <w:rPr>
          <w:sz w:val="20"/>
        </w:rPr>
        <w:t>1:14:30  aap chahte hain ikhtilafat na hon, toh yeh possible nahi hai.</w:t>
      </w:r>
      <w:r>
        <w:br/>
      </w:r>
      <w:r>
        <w:rPr>
          <w:sz w:val="20"/>
        </w:rPr>
        <w:t>1:14:33  Allah ne sab ko ijazat de di hai</w:t>
      </w:r>
      <w:r>
        <w:br/>
      </w:r>
      <w:r>
        <w:rPr>
          <w:sz w:val="20"/>
        </w:rPr>
        <w:t>1:14:36  ke apne jo jo</w:t>
      </w:r>
      <w:r>
        <w:br/>
      </w:r>
      <w:r>
        <w:rPr>
          <w:sz w:val="20"/>
        </w:rPr>
        <w:t>1:14:38  jo chahe bole, jo chahe soche,</w:t>
      </w:r>
      <w:r>
        <w:br/>
      </w:r>
      <w:r>
        <w:rPr>
          <w:sz w:val="20"/>
        </w:rPr>
        <w:t>1:14:42  virus na kare.</w:t>
      </w:r>
      <w:r>
        <w:br/>
      </w:r>
      <w:r>
        <w:rPr>
          <w:sz w:val="20"/>
        </w:rPr>
        <w:t>1:14:43  bas yeh hai toh ikhtilafat hain aur rahenge, hamesha qayamat tak rahenge.</w:t>
      </w:r>
      <w:r>
        <w:br/>
      </w:r>
      <w:r>
        <w:rPr>
          <w:sz w:val="20"/>
        </w:rPr>
        <w:t>1:14:48  aur islam yeh hai hi nahi ke muttafiqa taur par sab log ek baat kahein aur usko</w:t>
      </w:r>
      <w:r>
        <w:br/>
      </w:r>
      <w:r>
        <w:rPr>
          <w:sz w:val="20"/>
        </w:rPr>
        <w:t>1:14:53  maan lein, aap woh islam hi nahi hai.</w:t>
      </w:r>
      <w:r>
        <w:br/>
      </w:r>
      <w:r>
        <w:rPr>
          <w:sz w:val="20"/>
        </w:rPr>
        <w:t>1:14:56  islam naam hai self discovered, daryaft ka naam.</w:t>
      </w:r>
      <w:r>
        <w:br/>
      </w:r>
      <w:r>
        <w:rPr>
          <w:sz w:val="20"/>
        </w:rPr>
        <w:t>1:15:00  aap khud apne mutale se daryaft karein ke is dunya ka ek aalim, ek ek khaliq hai, ek</w:t>
      </w:r>
      <w:r>
        <w:br/>
      </w:r>
      <w:r>
        <w:rPr>
          <w:sz w:val="20"/>
        </w:rPr>
        <w:t>1:15:07  ek ek bohat bari hasti hai jo sare aalam ko apne control mein liye hue hai.</w:t>
      </w:r>
      <w:r>
        <w:br/>
      </w:r>
      <w:r>
        <w:rPr>
          <w:sz w:val="20"/>
        </w:rPr>
        <w:t>1:15:12  aap ke rongte khade ho jayein, aap ke body ke yeh sochte hue ke kaisa ajeeb hoga, Khuda</w:t>
      </w:r>
      <w:r>
        <w:br/>
      </w:r>
      <w:r>
        <w:rPr>
          <w:sz w:val="20"/>
        </w:rPr>
        <w:t>1:15:18  yeh itni itni bari dunya banai.</w:t>
      </w:r>
      <w:r>
        <w:br/>
      </w:r>
      <w:r>
        <w:rPr>
          <w:sz w:val="20"/>
        </w:rPr>
        <w:t>1:15:21  yeh koi islam hai ke sab logon ne mil kar kaha ke ek baat, aap ne usko</w:t>
      </w:r>
      <w:r>
        <w:br/>
      </w:r>
      <w:r>
        <w:rPr>
          <w:sz w:val="20"/>
        </w:rPr>
        <w:t>1:15:25  maan liya. Islam koi legal point hai? Islam legal point nahi hai, islam ek discovery hai, ek marifat</w:t>
      </w:r>
      <w:r>
        <w:br/>
      </w:r>
      <w:r>
        <w:rPr>
          <w:sz w:val="20"/>
        </w:rPr>
        <w:t>1:15:32  hai, ek daryaft hai.</w:t>
      </w:r>
      <w:r>
        <w:br/>
      </w:r>
      <w:r>
        <w:rPr>
          <w:sz w:val="20"/>
        </w:rPr>
        <w:t>1:15:35  toh ikhtilafat hain toh rehne dijiye, aap khud sochein, khud discover kijiye, khud mutala kijiye, aur self discovered</w:t>
      </w:r>
      <w:r>
        <w:br/>
      </w:r>
      <w:r>
        <w:rPr>
          <w:sz w:val="20"/>
        </w:rPr>
        <w:t>1:15:45  marifat pe khade hona koshish kijiye.</w:t>
      </w:r>
      <w:r>
        <w:br/>
      </w:r>
      <w:r>
        <w:rPr>
          <w:sz w:val="20"/>
        </w:rPr>
        <w:t>1:15:48  har har fard ko self discovered marifat pe khada hona hai.</w:t>
      </w:r>
      <w:r>
        <w:br/>
      </w:r>
      <w:r>
        <w:rPr>
          <w:sz w:val="20"/>
        </w:rPr>
        <w:t>1:15:53  agar suni hui baaton ko le kar ke woh maan lega toh woh manna manna nahi hai,</w:t>
      </w:r>
      <w:r>
        <w:br/>
      </w:r>
      <w:r>
        <w:rPr>
          <w:sz w:val="20"/>
        </w:rPr>
        <w:t>1:15:59  woh kuch bhi nahi, nothing hai.</w:t>
      </w:r>
    </w:p>
    <w:p>
      <w:pPr>
        <w:pStyle w:val="Heading2"/>
      </w:pPr>
      <w:r>
        <w:t>Starting point of true God realization</w:t>
      </w:r>
    </w:p>
    <w:p>
      <w:r>
        <w:rPr>
          <w:color w:val="666666"/>
          <w:sz w:val="18"/>
        </w:rPr>
        <w:t>Faith &amp; God · Dars-e-Quran, Chapter 39, Vs 67 (Glory of God) July 29, 2018 Maulana Wahiduddin Khan · 3m 33s · at 59:34 · https://youtu.be/xKvuhx08hQ4?t=3574</w:t>
      </w:r>
    </w:p>
    <w:p>
      <w:r>
        <w:rPr>
          <w:i/>
        </w:rPr>
        <w:t>“What is the starting point of true God realization? Kindly guide and help us to understand it with some of your personal experiences.”</w:t>
      </w:r>
    </w:p>
    <w:p>
      <w:r>
        <w:rPr>
          <w:sz w:val="20"/>
        </w:rPr>
        <w:t>59:34  Maulana, agla sawal lete hain. Srinagar se Aamir Mori sahib ne bheja hai. unhone aapse poocha hai ke: "Maulana sahib, what is the starting point of true God realization?</w:t>
      </w:r>
      <w:r>
        <w:br/>
      </w:r>
      <w:r>
        <w:rPr>
          <w:sz w:val="20"/>
        </w:rPr>
        <w:t>59:48  Kindly guide and help us to understand it with some of your personal experiences."</w:t>
      </w:r>
      <w:r>
        <w:br/>
      </w:r>
      <w:r>
        <w:rPr>
          <w:sz w:val="20"/>
        </w:rPr>
        <w:t>59:58  mera to yahi hai jo abhi maine kaha ke maine apne aap ko discover kiya ke main ek zaeef insaan ke taur par paida hua hoon, qavi insaan ke taur par nahi.</w:t>
      </w:r>
      <w:r>
        <w:br/>
      </w:r>
      <w:r>
        <w:rPr>
          <w:sz w:val="20"/>
        </w:rPr>
        <w:t>1:00:14  to maine apne zouq zouq ko jab daryaft kiya to mujhe laga ke yeh to bohat badi baat hai ke zouq ko jo daryaft karta hai, wo wo apni modesty ko daryaft karta hai.</w:t>
      </w:r>
      <w:r>
        <w:br/>
      </w:r>
      <w:r>
        <w:rPr>
          <w:sz w:val="20"/>
        </w:rPr>
        <w:t>1:00:29  zaeef insaan ke paas modesty ke siwa kuch aur hota hi nahi. kya karega wo modesty ke siwa?</w:t>
      </w:r>
      <w:r>
        <w:br/>
      </w:r>
      <w:r>
        <w:rPr>
          <w:sz w:val="20"/>
        </w:rPr>
        <w:t>1:00:38  to mein ne sab se pehle apne zaoq ko daryaft kiya, phir mujhe modesty mili, aur modesty ke</w:t>
      </w:r>
      <w:r>
        <w:br/>
      </w:r>
      <w:r>
        <w:rPr>
          <w:sz w:val="20"/>
        </w:rPr>
        <w:t>1:00:48  baad mujhe yeh anokhi daryaft hui</w:t>
      </w:r>
      <w:r>
        <w:br/>
      </w:r>
      <w:r>
        <w:rPr>
          <w:sz w:val="20"/>
        </w:rPr>
        <w:t>1:00:53  ke insaan ko to bohat bara moqa diya hai Allah taala ne</w:t>
      </w:r>
      <w:r>
        <w:br/>
      </w:r>
      <w:r>
        <w:rPr>
          <w:sz w:val="20"/>
        </w:rPr>
        <w:t>1:01:00  modesty ke through</w:t>
      </w:r>
      <w:r>
        <w:br/>
      </w:r>
      <w:r>
        <w:rPr>
          <w:sz w:val="20"/>
        </w:rPr>
        <w:t>1:01:02  ke woh all powerful God ke muqable mein</w:t>
      </w:r>
      <w:r>
        <w:br/>
      </w:r>
      <w:r>
        <w:rPr>
          <w:sz w:val="20"/>
        </w:rPr>
        <w:t>1:01:08  all powerless ka doosra extend banata hai.</w:t>
      </w:r>
      <w:r>
        <w:br/>
      </w:r>
      <w:r>
        <w:rPr>
          <w:sz w:val="20"/>
        </w:rPr>
        <w:t>1:01:11  yeh to bohat hi bari darja hai. to mera jo process hai, woh yehi hai. maine jo paya hai is haqeeqat ko to is ka process yehi tha ke pehle maine daryaft kiya apne zauq ko, phir maine daryaft kiya ke zauq leads to modesty.</w:t>
      </w:r>
      <w:r>
        <w:br/>
      </w:r>
      <w:r>
        <w:rPr>
          <w:sz w:val="20"/>
        </w:rPr>
        <w:t>1:01:39  aur jab maine modesty ko daryaft kiya, tab maine is baat ko daryaft kiya ke woh insaan jo jis ko Allah ne zaeef paida kiya ho aur modesty ke halaat is ke hon,</w:t>
      </w:r>
      <w:r>
        <w:br/>
      </w:r>
      <w:r>
        <w:rPr>
          <w:sz w:val="20"/>
        </w:rPr>
        <w:t>1:01:55  is ko to aik bohat bari nemat mili hai ke woh is kainat mein poori kainat mein aik aisa kaam karta hai jo koi nahi kar sakta siwaye insaan ke, zaeef insaan ke.</w:t>
      </w:r>
      <w:r>
        <w:br/>
      </w:r>
      <w:r>
        <w:rPr>
          <w:sz w:val="20"/>
        </w:rPr>
        <w:t>1:02:11  aur woh hai Allah Rabb-ul-Alameen ke muqable mein,</w:t>
      </w:r>
      <w:r>
        <w:br/>
      </w:r>
      <w:r>
        <w:rPr>
          <w:sz w:val="20"/>
        </w:rPr>
        <w:t>1:02:18  yani Allah the all powerful ke muqable mein, God the all powerful.</w:t>
      </w:r>
      <w:r>
        <w:br/>
      </w:r>
      <w:r>
        <w:rPr>
          <w:sz w:val="20"/>
        </w:rPr>
        <w:t>1:02:29  God the all powerful ke muqable mein mind the all powerless ka doosra extend banata hai. main phir is ko dohraunga ke</w:t>
      </w:r>
      <w:r>
        <w:br/>
      </w:r>
      <w:r>
        <w:rPr>
          <w:sz w:val="20"/>
        </w:rPr>
        <w:t>1:02:43  God the all all powerful ke muqable mein insaan the all powerless ka shaoori extend banana yeh is ka maqdar hai.</w:t>
      </w:r>
      <w:r>
        <w:br/>
      </w:r>
      <w:r>
        <w:rPr>
          <w:sz w:val="20"/>
        </w:rPr>
        <w:t>1:02:58  is process ko aap ab ikhtiyar karen to aap bhi is mein hissa paayenge.</w:t>
      </w:r>
    </w:p>
    <w:p>
      <w:pPr>
        <w:pStyle w:val="Heading2"/>
      </w:pPr>
      <w:r>
        <w:t>Staying connected to faith in modern times</w:t>
      </w:r>
    </w:p>
    <w:p>
      <w:r>
        <w:rPr>
          <w:color w:val="666666"/>
          <w:sz w:val="18"/>
        </w:rPr>
        <w:t>Faith &amp; God · The Quran September 20, 2020 Maulana Wahiduddin Khan · 2m 55s · at 24:26 · https://youtu.be/yQZGg2A0-Tk?t=1466</w:t>
      </w:r>
    </w:p>
    <w:p>
      <w:r>
        <w:rPr>
          <w:i/>
        </w:rPr>
        <w:t>“In this modern and rational time, how can we keep ourselves connected to religion? Please tell us about this.”</w:t>
      </w:r>
    </w:p>
    <w:p>
      <w:r>
        <w:rPr>
          <w:sz w:val="20"/>
        </w:rPr>
        <w:t>24:26  maulana azam garh se ek student hain, abu suhma. unhon ne sawal bheja hai. unhon ne likha hai: "is modern aur rational waqt mein hum apne aap ko deen se kaise jode rakhein?</w:t>
      </w:r>
      <w:r>
        <w:br/>
      </w:r>
      <w:r>
        <w:rPr>
          <w:sz w:val="20"/>
        </w:rPr>
        <w:t>24:42  us ke bare mein maulana hamein bataiye."</w:t>
      </w:r>
      <w:r>
        <w:br/>
      </w:r>
      <w:r>
        <w:rPr>
          <w:sz w:val="20"/>
        </w:rPr>
        <w:t>24:47  dekhiye, jis cheez ko modernism kaha jata hai, woh sara ka sara islam ki taeed mein tha.</w:t>
      </w:r>
      <w:r>
        <w:br/>
      </w:r>
      <w:r>
        <w:rPr>
          <w:sz w:val="20"/>
        </w:rPr>
        <w:t>25:02  islam ki taeed mein</w:t>
      </w:r>
      <w:r>
        <w:br/>
      </w:r>
      <w:r>
        <w:rPr>
          <w:sz w:val="20"/>
        </w:rPr>
        <w:t>25:05  woh mu'eedah quran tha. woh</w:t>
      </w:r>
      <w:r>
        <w:br/>
      </w:r>
      <w:r>
        <w:rPr>
          <w:sz w:val="20"/>
        </w:rPr>
        <w:t>25:10  lekin musalmanon ne is ko</w:t>
      </w:r>
      <w:r>
        <w:br/>
      </w:r>
      <w:r>
        <w:rPr>
          <w:sz w:val="20"/>
        </w:rPr>
        <w:t>25:17  islam ke khilaaf samajh liya. to is mein jo ta'eedi parhi thi, us ko be khabar ho gaye woh.</w:t>
      </w:r>
      <w:r>
        <w:br/>
      </w:r>
      <w:r>
        <w:rPr>
          <w:sz w:val="20"/>
        </w:rPr>
        <w:t>25:26  to ab hamein re discuss karna pare ga.</w:t>
      </w:r>
      <w:r>
        <w:br/>
      </w:r>
      <w:r>
        <w:rPr>
          <w:sz w:val="20"/>
        </w:rPr>
        <w:t>25:32  jaise ke aap dekhiye, ek quran mein ek aayat hai ke</w:t>
      </w:r>
      <w:r>
        <w:br/>
      </w:r>
      <w:r>
        <w:rPr>
          <w:sz w:val="20"/>
        </w:rPr>
        <w:t>25:45  woh kya hai? sahib, woh woh sofa.</w:t>
      </w:r>
      <w:r>
        <w:br/>
      </w:r>
      <w:r>
        <w:rPr>
          <w:sz w:val="20"/>
        </w:rPr>
        <w:t>25:51  sunurihim ayatuna fil afaqi wa fi anfusihim hatta yatabayyan al-haqq. haan, aap dekhiye, is mein aayat mein hai ke quran ke bahir jo nishaniyan hain, phaili hui,</w:t>
      </w:r>
      <w:r>
        <w:br/>
      </w:r>
      <w:r>
        <w:rPr>
          <w:sz w:val="20"/>
        </w:rPr>
        <w:t>26:06  woh</w:t>
      </w:r>
      <w:r>
        <w:br/>
      </w:r>
      <w:r>
        <w:rPr>
          <w:sz w:val="20"/>
        </w:rPr>
        <w:t>26:07  kholi jayen gi. to un ka hamein jaanna chahiye. un se quran zyada marka hoga.</w:t>
      </w:r>
      <w:r>
        <w:br/>
      </w:r>
      <w:r>
        <w:rPr>
          <w:sz w:val="20"/>
        </w:rPr>
        <w:t>26:25  yeh bahir jo cheezein hain, jis ki kaha jata hai ke is se door raho, nahin, woh to mu'eedat quran hain.</w:t>
      </w:r>
      <w:r>
        <w:br/>
      </w:r>
      <w:r>
        <w:rPr>
          <w:sz w:val="20"/>
        </w:rPr>
        <w:t>26:35  quran ki</w:t>
      </w:r>
      <w:r>
        <w:br/>
      </w:r>
      <w:r>
        <w:rPr>
          <w:sz w:val="20"/>
        </w:rPr>
        <w:t>26:39  yeh ta'abeer mazeed hoti hai quran ki. quran ki ta'abeer mazeed ke liye.</w:t>
      </w:r>
      <w:r>
        <w:br/>
      </w:r>
      <w:r>
        <w:rPr>
          <w:sz w:val="20"/>
        </w:rPr>
        <w:t>26:55  maulana, agla comment bheja hai doctor naghma siddiqui ne dilli se. unhon ne likha hai: "i have understood that to seek a guidance from the quran, we need to contemplate and do dua so as to understand the creation plan of god.</w:t>
      </w:r>
      <w:r>
        <w:br/>
      </w:r>
      <w:r>
        <w:rPr>
          <w:sz w:val="20"/>
        </w:rPr>
        <w:t>27:14  i will try to study quran with this spirit."</w:t>
      </w:r>
    </w:p>
    <w:p>
      <w:pPr>
        <w:pStyle w:val="Heading2"/>
      </w:pPr>
      <w:r>
        <w:t>Strongest argument for God and Hereafter</w:t>
      </w:r>
    </w:p>
    <w:p>
      <w:r>
        <w:rPr>
          <w:color w:val="666666"/>
          <w:sz w:val="18"/>
        </w:rPr>
        <w:t>Faith &amp; God · Islamic Pacifism Q&amp;A 8 May 2011 · 4m 00s · at 17:48 · https://youtu.be/5ZersGDNVcw?t=1068</w:t>
      </w:r>
    </w:p>
    <w:p>
      <w:r>
        <w:rPr>
          <w:i/>
        </w:rPr>
        <w:t>“In your opinion, what is the biggest argument for the existence of God and the existence of the hereafter?”</w:t>
      </w:r>
    </w:p>
    <w:p>
      <w:r>
        <w:rPr>
          <w:sz w:val="20"/>
        </w:rPr>
        <w:t>17:48  Mr. Muhammad Ameeni ne Aligarh se sawal kiya hai. unhon ne likha hai: "Maulana sahib, aap ke nazdeek existence of God and existence of hereafter ka sab se bara argument kya hai?"</w:t>
      </w:r>
      <w:r>
        <w:br/>
      </w:r>
      <w:r>
        <w:rPr>
          <w:sz w:val="20"/>
        </w:rPr>
        <w:t>18:05  aap meri kitab parhiye. is mein dono par alag alag chapter hain. ek hai akhirat par, ek hai Khuda par.</w:t>
      </w:r>
      <w:r>
        <w:br/>
      </w:r>
      <w:r>
        <w:rPr>
          <w:sz w:val="20"/>
        </w:rPr>
        <w:t>18:15  is mein mein ne jo mere nazdeek argument hai, woh mein ne bayan kar diya is mein. Urdu mein is ka naam hai Mazhab aur Jadeed Challenge.</w:t>
      </w:r>
      <w:r>
        <w:br/>
      </w:r>
      <w:r>
        <w:rPr>
          <w:sz w:val="20"/>
        </w:rPr>
        <w:t>18:23  Angrezi mein is ka naam hai God Arises. Arabi mein is ka naam hai Al-Islam wa Tahaddih. is mein poora chapter Khuda par hai, poore poora chapter akhirat par hai.</w:t>
      </w:r>
      <w:r>
        <w:br/>
      </w:r>
      <w:r>
        <w:rPr>
          <w:sz w:val="20"/>
        </w:rPr>
        <w:t>18:36  to mere nazdeek jo argument hai, woh is mein bayan kar diya hai. is ko aap parhiye. is ke parhne ke baad agar kuch question ho aap ka to woh bataiye mujhe.</w:t>
      </w:r>
      <w:r>
        <w:br/>
      </w:r>
      <w:r>
        <w:rPr>
          <w:sz w:val="20"/>
        </w:rPr>
        <w:t>18:47  Mr. Faiq ne California se likha hai: "Maulana sahib, what is, what was your impression of Dubai with respect to Al-Risalah movement and general trend in Arabs towards da'wah work?"</w:t>
      </w:r>
      <w:r>
        <w:br/>
      </w:r>
      <w:r>
        <w:rPr>
          <w:sz w:val="20"/>
        </w:rPr>
        <w:t>19:02  Please comment."</w:t>
      </w:r>
      <w:r>
        <w:br/>
      </w:r>
      <w:r>
        <w:rPr>
          <w:sz w:val="20"/>
        </w:rPr>
        <w:t>19:05  bhai, Dubai jo hai, aap jante hain ke woh East aur West ka junction hai. yani mashriq aur maghrib ka sangam hai.</w:t>
      </w:r>
      <w:r>
        <w:br/>
      </w:r>
      <w:r>
        <w:rPr>
          <w:sz w:val="20"/>
        </w:rPr>
        <w:t>19:18  to wahan par mein samajhta hoon ke</w:t>
      </w:r>
      <w:r>
        <w:br/>
      </w:r>
      <w:r>
        <w:rPr>
          <w:sz w:val="20"/>
        </w:rPr>
        <w:t>19:22  do baatein mein ne mehsoos ki hain. ek to yeh ke wahan par relatively liberalism hai. yani fantasy nahi hai wahan par. log fanatic nahi hote.</w:t>
      </w:r>
      <w:r>
        <w:br/>
      </w:r>
      <w:r>
        <w:rPr>
          <w:sz w:val="20"/>
        </w:rPr>
        <w:t>19:33  bohat aasani se aap unhein yani address kar sakte hain. ek baat to yeh jo hamare liye bohat hi hopeful hai.</w:t>
      </w:r>
      <w:r>
        <w:br/>
      </w:r>
      <w:r>
        <w:rPr>
          <w:sz w:val="20"/>
        </w:rPr>
        <w:t>19:42  doosri baat yeh ke wahan bohat ate hain log idhar udhar se. misaal ke taur par ek din hum ne, hamare saathi'on ne, hum log kai aadmi thay. to ek hotel mein unhon ne kitabein rakh dein reception par.</w:t>
      </w:r>
      <w:r>
        <w:br/>
      </w:r>
      <w:r>
        <w:rPr>
          <w:sz w:val="20"/>
        </w:rPr>
        <w:t>19:55  to pehle hi din maloom hua ke bohat se countries ke logon ne kitabein li hain. Quran ke tarjuma waghera.</w:t>
      </w:r>
      <w:r>
        <w:br/>
      </w:r>
      <w:r>
        <w:rPr>
          <w:sz w:val="20"/>
        </w:rPr>
        <w:t>20:01  bohat se countries ke. to yeh sirf ek hotel ki baat hai. to do cheezein mujhe bohat hopeful wahan par lagin.</w:t>
      </w:r>
      <w:r>
        <w:br/>
      </w:r>
      <w:r>
        <w:rPr>
          <w:sz w:val="20"/>
        </w:rPr>
        <w:t>20:10  ek to wahan ke log fanatic nahi hain. kyun ke jahan dekhen interaction zyada hota hai, to wahan fanatic pal nahi sakta.</w:t>
      </w:r>
      <w:r>
        <w:br/>
      </w:r>
      <w:r>
        <w:rPr>
          <w:sz w:val="20"/>
        </w:rPr>
        <w:t>20:20  fanatic wahan palta hai jahan ki interaction na ho. to Dubai to sangam hai. wahan to dunya bhar ke log ate hain.</w:t>
      </w:r>
      <w:r>
        <w:br/>
      </w:r>
      <w:r>
        <w:rPr>
          <w:sz w:val="20"/>
        </w:rPr>
        <w:t>20:30  bohat daily wahan par lakhon log ate hain, lakhon log jate hain. to jahan par itna zyada interaction hota ho, wahan kabhi bhi fanaticism</w:t>
      </w:r>
      <w:r>
        <w:br/>
      </w:r>
      <w:r>
        <w:rPr>
          <w:sz w:val="20"/>
        </w:rPr>
        <w:t>20:39  nahi phailay ga. To yeh daawa ke liye bohat achi baat hai. Kyun ke fanatic aadmi sunta nahi kuch. To wahan par jo, yaani acha lafz nahi liberalism, lekin baat ko samajhne ke liye mein keh raha hoon ke wahan par log khule zehan ke hotay hain.</w:t>
      </w:r>
      <w:r>
        <w:br/>
      </w:r>
      <w:r>
        <w:rPr>
          <w:sz w:val="20"/>
        </w:rPr>
        <w:t>20:54  To woh hamare liye bohat achi baat hai. Aur doosri yeh ke woh itnay log atay hain, jatay hain, atay jatay hain. To is ki wajah se hamein mad'u milte hain wahan par. Mad'u.</w:t>
      </w:r>
      <w:r>
        <w:br/>
      </w:r>
      <w:r>
        <w:rPr>
          <w:sz w:val="20"/>
        </w:rPr>
        <w:t>21:03  To Allah ke fazl se wahan par hamein kuch saathi, hamare pehle se bhi thay, kuch aur saathi banay hain. Aur in logon ne wahan par da'wat ka kaam shuru kar diya hai, masha Allah.</w:t>
      </w:r>
      <w:r>
        <w:br/>
      </w:r>
      <w:r>
        <w:rPr>
          <w:sz w:val="20"/>
        </w:rPr>
        <w:t>21:15  Wahan koi rukawat bhi nahi. Yaani wahan par hum idhar udhar gaye.</w:t>
      </w:r>
      <w:r>
        <w:br/>
      </w:r>
      <w:r>
        <w:rPr>
          <w:sz w:val="20"/>
        </w:rPr>
        <w:t>21:20  Aur mein ne mehsoos kiya ke wahan ki jo government hai, peaceful tareeqay se kuch bhi kijiye, aap ko rukawat nahi daalay gi. Yaani agar aap politics, aap opposition chalayein, tab to government aap ko pakray gi.</w:t>
      </w:r>
      <w:r>
        <w:br/>
      </w:r>
      <w:r>
        <w:rPr>
          <w:sz w:val="20"/>
        </w:rPr>
        <w:t>21:34  Lekin aap peaceful tareeqay se kuch kiye to koi rukawat hi nahi hai. To hum to idhar udhar kaam kiya, hum ne. Humein kisi ne roka nahi.</w:t>
      </w:r>
      <w:r>
        <w:br/>
      </w:r>
      <w:r>
        <w:rPr>
          <w:sz w:val="20"/>
        </w:rPr>
        <w:t>21:41  To mein to bohat hopeful hoon Dubai ke baray mein.</w:t>
      </w:r>
    </w:p>
    <w:p>
      <w:pPr>
        <w:pStyle w:val="Heading2"/>
      </w:pPr>
      <w:r>
        <w:t>Success of non-believers vs worshipers of Allah</w:t>
      </w:r>
    </w:p>
    <w:p>
      <w:r>
        <w:rPr>
          <w:color w:val="666666"/>
          <w:sz w:val="18"/>
        </w:rPr>
        <w:t>Faith &amp; God · Concept of God December 7, 2014 · 2m 29s · at 1:04:23 · https://youtu.be/dCgL9lp8EAo?t=3863</w:t>
      </w:r>
    </w:p>
    <w:p>
      <w:r>
        <w:rPr>
          <w:i/>
        </w:rPr>
        <w:t>“Moulana, real master is real Allah. You are hundred percent right, and I am obliged to you with my soul and heart for today's lecture. Just for knowledge, I want to know that Allah listens to the real worship and prayer done for Him. Then why is it that some people or group of people who do not worship the real Allah are socially, economically, scientifically, and politically more successful than the people who worship real Allah and are involved in doing dawah and ma'rifah work?”</w:t>
      </w:r>
    </w:p>
    <w:p>
      <w:r>
        <w:rPr>
          <w:sz w:val="20"/>
        </w:rPr>
        <w:t>1:04:23  Maulana, agla sawal Dilli se kya hai Shahab Haider sahib ne, aur unhon ne likha hai: "Moulana, real master is real Allah."</w:t>
      </w:r>
      <w:r>
        <w:br/>
      </w:r>
      <w:r>
        <w:rPr>
          <w:sz w:val="20"/>
        </w:rPr>
        <w:t>1:04:35  You are hundred percent right, and I am obliged to you with my soul and heart for today's lecture. Just for knowledge, I want to know that Allah listens to the real worship and prayer done for Him.</w:t>
      </w:r>
      <w:r>
        <w:br/>
      </w:r>
      <w:r>
        <w:rPr>
          <w:sz w:val="20"/>
        </w:rPr>
        <w:t>1:04:50  Then why is it that some people or group of people who do not worship the real Allah are socially, economically, scientifically, and politically more successful than the people who worship real Allah and are involved in doing dawah and marifat work?</w:t>
      </w:r>
      <w:r>
        <w:br/>
      </w:r>
      <w:r>
        <w:rPr>
          <w:sz w:val="20"/>
        </w:rPr>
        <w:t>1:05:11  Why is this so? Kya kya sawal hai? Ke aa ke jo log Allah ko nahi nahi just ka</w:t>
      </w:r>
      <w:r>
        <w:br/>
      </w:r>
      <w:r>
        <w:rPr>
          <w:sz w:val="20"/>
        </w:rPr>
        <w:t>1:05:19  Koi sawal nahi just ke Maulana jo log nahi mante hain Allah ko to wo kyun economically, socially aur politically zyada successful hain? To aap ko Khuda ka tasawwur hi nahi pata aap ko ji ye criteria aap ka bilkul galat hai aap ka ye criteria bilkul bilkul hi main hairaan hoon ke aap ko ko Khuda ko abhi tak samjhe nahi ke Khuda ke mamle ko aap</w:t>
      </w:r>
      <w:r>
        <w:br/>
      </w:r>
      <w:r>
        <w:rPr>
          <w:sz w:val="20"/>
        </w:rPr>
        <w:t>1:05:43  Yaani jo jo society pe zyada respectable ho jis ke paas zyada paisa ho wo us ko criteria nahi paaliya aap ne</w:t>
      </w:r>
      <w:r>
        <w:br/>
      </w:r>
      <w:r>
        <w:rPr>
          <w:sz w:val="20"/>
        </w:rPr>
        <w:t>1:05:55  Criterion ye hai ke aap ke andar positive thinking ho pure fire soul ho aap high thinking aap ke andar ho aap sachai ko sab se bari cheez samajhte hon ye koi criteria nahi hai jo aap jis ko aap ne farmaya</w:t>
      </w:r>
      <w:r>
        <w:br/>
      </w:r>
      <w:r>
        <w:rPr>
          <w:sz w:val="20"/>
        </w:rPr>
        <w:t>1:06:14  Ek hadith mein hai ke agar Allah ke nazdeek dunya ki cheezon ki ahmiyat hoti to jo log Khuda ko nahi mante un ko wo ek makkhi ke par bhi na deta ye to ye to ye to ye to dunya ka mamla alag hai aur marifat ka mamla alag hai</w:t>
      </w:r>
      <w:r>
        <w:br/>
      </w:r>
      <w:r>
        <w:rPr>
          <w:sz w:val="20"/>
        </w:rPr>
        <w:t>1:06:40  Aap ne jo criteria banaya hai wo criteria bilkul hi baseless hai is ko aap se correction ki jiye apni soch ko.</w:t>
      </w:r>
    </w:p>
    <w:p>
      <w:pPr>
        <w:pStyle w:val="Heading2"/>
      </w:pPr>
      <w:r>
        <w:t>Supreme Testimony vs Supreme Leadership</w:t>
      </w:r>
    </w:p>
    <w:p>
      <w:r>
        <w:rPr>
          <w:color w:val="666666"/>
          <w:sz w:val="18"/>
        </w:rPr>
        <w:t>Faith &amp; God · Islam and Politics November 17, 2013 · 2m 09s · at 1:07:41 · https://youtu.be/LgKA8wg4NPc?t=4061</w:t>
      </w:r>
    </w:p>
    <w:p>
      <w:r>
        <w:rPr>
          <w:i/>
        </w:rPr>
        <w:t>“In Islam, there is no concept of supreme leadership (imamat-e-uzma), but there is a concept of supreme testimony (shahadat-e-uzma). The words are 'a'zamun nasu shahadatan 'inda rabbil alameen' meaning to call to the religion of God with superior arguments. Please explain this.”</w:t>
      </w:r>
    </w:p>
    <w:p>
      <w:r>
        <w:rPr>
          <w:sz w:val="20"/>
        </w:rPr>
        <w:t>1:07:41  form ke farq ko kaho ke yeh bhi theek hai woh bhi theek hai form ke aitbar jo farq hota hai us ko kaho ke yeh bhi theek hai woh bhi theek hai tum ko stick karna chahiye spirit spirit par jo islam ke values hain us par stick karna chahiye maulana in ka ek aur sawal hai unhon ne likha hai islam mein imamat uzma ka tasawwur nahi hai</w:t>
      </w:r>
      <w:r>
        <w:br/>
      </w:r>
      <w:r>
        <w:rPr>
          <w:sz w:val="20"/>
        </w:rPr>
        <w:t>1:08:09  islam mein shahadat uzma ka tasawwur hai jo alfaaz hain woh hain aazam al nas shahadatan inda rabb al alameen yani bartar dalail ke sath khuda ke deen ki dawat</w:t>
      </w:r>
      <w:r>
        <w:br/>
      </w:r>
      <w:r>
        <w:rPr>
          <w:sz w:val="20"/>
        </w:rPr>
        <w:t>1:08:25  haan sahi hai</w:t>
      </w:r>
      <w:r>
        <w:br/>
      </w:r>
      <w:r>
        <w:rPr>
          <w:sz w:val="20"/>
        </w:rPr>
        <w:t>1:08:27  woh jo hadith hai yeh is mein poori hadith se yeh sabit hota hai ke ek zamana aayega jab ke hujjat yani dalail ke zariye se islam ke islam ki sadaqat sabit karne ki zaroorat pesh aayegi to us waqt jo log yeh karein ke waqt ke insan ke mind ko address karne ke liye dalail ke zariye us ko mutmain karein</w:t>
      </w:r>
      <w:r>
        <w:br/>
      </w:r>
      <w:r>
        <w:rPr>
          <w:sz w:val="20"/>
        </w:rPr>
        <w:t>1:08:55  to woh kaha woh kaam karein ke jis ko sab se bari shahadat kaha gaya hai shahadat ka mani hai gawahi mein samajhta hoon ke is mein ek peshangoi hai is daur ki jis ko kaha jata hai age of reason maujooda zamane ko kaha jata hai age of reason yani reason ki baat hai reason ki buniyad par manna ya na manna</w:t>
      </w:r>
      <w:r>
        <w:br/>
      </w:r>
      <w:r>
        <w:rPr>
          <w:sz w:val="20"/>
        </w:rPr>
        <w:t>1:09:21  is ka matlab yeh hai ke is ka matlab yeh hai ke age of reason mein jo log yeh karein ke hidden based islam pesh karein dalail ke zariye logon ko mutmain karein to woh bohat bara kaam karenge aur woh Allah ki nazar mein azeem tareen shahadat ya azeem tareen dawat da'wati role qarar payega</w:t>
      </w:r>
    </w:p>
    <w:p>
      <w:pPr>
        <w:pStyle w:val="Heading2"/>
      </w:pPr>
      <w:r>
        <w:t>Synchronizing man's cog with God's cog</w:t>
      </w:r>
    </w:p>
    <w:p>
      <w:r>
        <w:rPr>
          <w:color w:val="666666"/>
          <w:sz w:val="18"/>
        </w:rPr>
        <w:t>Faith &amp; God · Experience of Hyderabad CPS Meet December 1, 2013 · 3m 49s · at 1:24:31 · https://youtu.be/Y8mcxF2Lhyc?t=5071</w:t>
      </w:r>
    </w:p>
    <w:p>
      <w:r>
        <w:rPr>
          <w:i/>
        </w:rPr>
        <w:t>“How can man's cog be synchronized with God's cog and what is its benefit?”</w:t>
      </w:r>
    </w:p>
    <w:p>
      <w:r>
        <w:rPr>
          <w:sz w:val="20"/>
        </w:rPr>
        <w:t>1:24:31  Maulana, agla sawal Dilli se hai Miss Satti Malhotra ka, unhon ne likha hai: "How can man's cog be synchronized with God's cog and what is its benefit?" Hmm,</w:t>
      </w:r>
      <w:r>
        <w:br/>
      </w:r>
      <w:r>
        <w:rPr>
          <w:sz w:val="20"/>
        </w:rPr>
        <w:t>1:24:52  hyderabad mein aik aik yeh baat mein ne kahi thi ke yeh dunya mein jo koi kaam hota hai, is mein insan ka aik hissa hota hai, aik Allah ka hissa hota hai.</w:t>
      </w:r>
      <w:r>
        <w:br/>
      </w:r>
      <w:r>
        <w:rPr>
          <w:sz w:val="20"/>
        </w:rPr>
        <w:t>1:25:03  Allah ka matlab hai law of nature ka hissa. insan khud se misaal ke tor par aap suraj nahi nikaal sakte. jab suraj nikalta hai to aap apna kaam karte hain.</w:t>
      </w:r>
      <w:r>
        <w:br/>
      </w:r>
      <w:r>
        <w:rPr>
          <w:sz w:val="20"/>
        </w:rPr>
        <w:t>1:25:13  aap aap baarish nahi barsa sakte. jab baarish hoti hai to aap kaam karte hain.</w:t>
      </w:r>
      <w:r>
        <w:br/>
      </w:r>
      <w:r>
        <w:rPr>
          <w:sz w:val="20"/>
        </w:rPr>
        <w:t>1:25:19  to is ko misaal ke tor par mein ne kaha tha ke aik cog insan ka, aik aik khuda ka cog hai. to sabr jo bohat ziyada quran mein aaya hai, sabr sabr woh yahi hai ke insan ka cog jo hai, woh suppose hai ke mitti ka hai, khuda ka jo cog hai, woh steel ka hai.</w:t>
      </w:r>
      <w:r>
        <w:br/>
      </w:r>
      <w:r>
        <w:rPr>
          <w:sz w:val="20"/>
        </w:rPr>
        <w:t>1:25:39  to sabr ka matlab kya hai? ke aap jo peace hai divine ka, usi ke sath sath chalen.</w:t>
      </w:r>
      <w:r>
        <w:br/>
      </w:r>
      <w:r>
        <w:rPr>
          <w:sz w:val="20"/>
        </w:rPr>
        <w:t>1:25:48  agar aap divine ka jo steel ka kag jo hai, wo is ke pees ka jo hai, is se aap tez bhagna chahen, aap to kya hoga?</w:t>
      </w:r>
      <w:r>
        <w:br/>
      </w:r>
      <w:r>
        <w:rPr>
          <w:sz w:val="20"/>
        </w:rPr>
        <w:t>1:26:00  aap ka kag toot jayega, kyunke aap ka mitti ka hai, wo kag jo hai, wo steel ka hai.</w:t>
      </w:r>
      <w:r>
        <w:br/>
      </w:r>
      <w:r>
        <w:rPr>
          <w:sz w:val="20"/>
        </w:rPr>
        <w:t>1:26:07  to sabr ka matlab yeh hai, sabr ka matlab yeh hai ke apne aap ko yani self-restraint culture ikhtiyar karna, aur aisa na karna ke jaise mislan jald bazi hai aur jump karna hai.</w:t>
      </w:r>
      <w:r>
        <w:br/>
      </w:r>
      <w:r>
        <w:rPr>
          <w:sz w:val="20"/>
        </w:rPr>
        <w:t>1:26:29  yeh sab cheezen jo karte hain, wo to phir un ka kag tootta rehta hai.</w:t>
      </w:r>
      <w:r>
        <w:br/>
      </w:r>
      <w:r>
        <w:rPr>
          <w:sz w:val="20"/>
        </w:rPr>
        <w:t>1:26:35  aaj kal jo musalman mulkon mulkon mein jo gun culture hai, bomb culture hai, suicide bombing karte hain, wo yahi hai. in ka kag mitti ka hai aur Khuda ka kag steel ka hai.</w:t>
      </w:r>
      <w:r>
        <w:br/>
      </w:r>
      <w:r>
        <w:rPr>
          <w:sz w:val="20"/>
        </w:rPr>
        <w:t>1:26:46  chahte hain tez bhagna to nahi bhagte, to kya suicide bombing karte hain? tabaah apne aap ko tabaah karte hain. yeh maine wahan kaha tha ke aap ko janna chahiye ke ke law of nature kya hai, Allah ka creation plan kya hai,</w:t>
      </w:r>
      <w:r>
        <w:br/>
      </w:r>
      <w:r>
        <w:rPr>
          <w:sz w:val="20"/>
        </w:rPr>
        <w:t>1:27:03  kya raftaar hum</w:t>
      </w:r>
      <w:r>
        <w:br/>
      </w:r>
      <w:r>
        <w:rPr>
          <w:sz w:val="20"/>
        </w:rPr>
        <w:t>1:27:04  ari honi chahiye. humein janna parega, nahi to is ke baad halakat ka aur kuch bhi nahi.</w:t>
      </w:r>
      <w:r>
        <w:br/>
      </w:r>
      <w:r>
        <w:rPr>
          <w:sz w:val="20"/>
        </w:rPr>
        <w:t>1:27:12  misr misr waghera mein jo kuch ho raha hai, wo yahi ke apne kag ko Khuda kag se nahi milana chahte, khud hi khud daura rahe hain apne apna ghoda.</w:t>
      </w:r>
      <w:r>
        <w:br/>
      </w:r>
      <w:r>
        <w:rPr>
          <w:sz w:val="20"/>
        </w:rPr>
        <w:t>1:27:20  to kuch mil nahi raha siwaye tabaahi ke. okay, we will end the session now. thank you.</w:t>
      </w:r>
    </w:p>
    <w:p>
      <w:pPr>
        <w:pStyle w:val="Heading2"/>
      </w:pPr>
      <w:r>
        <w:t>Tawakkul vs wisdom-based planning</w:t>
      </w:r>
    </w:p>
    <w:p>
      <w:r>
        <w:rPr>
          <w:color w:val="666666"/>
          <w:sz w:val="18"/>
        </w:rPr>
        <w:t>Faith &amp; God · Living in Falsehood December 15, 2013 · 2m 56s · at 1:01:57 · https://youtu.be/UvboK59uF6s?t=3717</w:t>
      </w:r>
    </w:p>
    <w:p>
      <w:r>
        <w:rPr>
          <w:i/>
        </w:rPr>
        <w:t>“What is the difference between tawakkul and wisdom-based planning?”</w:t>
      </w:r>
    </w:p>
    <w:p>
      <w:r>
        <w:rPr>
          <w:sz w:val="20"/>
        </w:rPr>
        <w:t>1:01:57  Maulana, agla sawal Maulana Iqbal Umri ne kiya hai Chennai se. Unhone likha hai: "Tawakkul aur wisdom pe base ki hui planning mein kya farq hai?" Iske bare mein bataein.</w:t>
      </w:r>
      <w:r>
        <w:br/>
      </w:r>
      <w:r>
        <w:rPr>
          <w:sz w:val="20"/>
        </w:rPr>
        <w:t>1:02:11  Bhai yeh to hadith mein iska jawab maujood hai.</w:t>
      </w:r>
      <w:r>
        <w:br/>
      </w:r>
      <w:r>
        <w:rPr>
          <w:sz w:val="20"/>
        </w:rPr>
        <w:t>1:02:15  Ek shakhs ne Rasool Allah (SAW) se poocha ke main apne mere paas oont jo hai, is oont ko main baat ka tawakkul karoon ya chhod kar tawakkul karoon?</w:t>
      </w:r>
      <w:r>
        <w:br/>
      </w:r>
      <w:r>
        <w:rPr>
          <w:sz w:val="20"/>
        </w:rPr>
        <w:t>1:02:27  Aap ne farmaya ke "iqlaaf tawakkal". Isko pehle baandho phir tawakkal karo. To tawakkal ka matlab yeh jo liya liya gaya hai, bas Allah par daalna, yeh tawakkal nahi hai.</w:t>
      </w:r>
      <w:r>
        <w:br/>
      </w:r>
      <w:r>
        <w:rPr>
          <w:sz w:val="20"/>
        </w:rPr>
        <w:t>1:02:39  Yeh to yeh to be danisti ki baat hai, iska Islam se koi ta'alluq nahi hai.</w:t>
      </w:r>
      <w:r>
        <w:br/>
      </w:r>
      <w:r>
        <w:rPr>
          <w:sz w:val="20"/>
        </w:rPr>
        <w:t>1:02:45  Dekhein tawakkal ka matlab kya hai, main jo samjhaun woh yeh hai ke jitni aap ke bas mein hai, aap apni aqal ko istemal karein, apni soch ko istemal karein, apni resources ko istemal karein, aur bahut hi realistic way mein planning karein aap.</w:t>
      </w:r>
      <w:r>
        <w:br/>
      </w:r>
      <w:r>
        <w:rPr>
          <w:sz w:val="20"/>
        </w:rPr>
        <w:t>1:03:02  Lekin dekhein insaan ki limitations hoti hain, kahin na kahin insaan ki had aa jati hai.</w:t>
      </w:r>
      <w:r>
        <w:br/>
      </w:r>
      <w:r>
        <w:rPr>
          <w:sz w:val="20"/>
        </w:rPr>
        <w:t>1:03:09  To agar aap ne apne aap ko poori tarah exert kiya hai to jo aap ki kami hai woh Allah poori kar dega. Tawakkul ka matlab yeh hai "man yatawakkal 'alallahi fa hasbuhu".</w:t>
      </w:r>
      <w:r>
        <w:br/>
      </w:r>
      <w:r>
        <w:rPr>
          <w:sz w:val="20"/>
        </w:rPr>
        <w:t>1:03:21  Matlab apna sab kuch kar ke aap yeh kahein: Khuda yahan to meri had aa gayi, ab aage to meri madad farma.</w:t>
      </w:r>
      <w:r>
        <w:br/>
      </w:r>
      <w:r>
        <w:rPr>
          <w:sz w:val="20"/>
        </w:rPr>
        <w:t>1:03:29  to wahan par aap ki madad hogi. yeh matlab hai tawakkul ka. yaani aap yun kahein ke 50% aap ka hissa hai, jab hissa aap ada karte hain to baqiya 50% Allah ki taraf poora kar diya jata hai.</w:t>
      </w:r>
      <w:r>
        <w:br/>
      </w:r>
      <w:r>
        <w:rPr>
          <w:sz w:val="20"/>
        </w:rPr>
        <w:t>1:03:46  jaise ek aayat hai ke "ilahi yas'adul kalim-ut-tayyib wal-'amal-us-salih 'arfuhu" .</w:t>
      </w:r>
      <w:r>
        <w:br/>
      </w:r>
      <w:r>
        <w:rPr>
          <w:sz w:val="20"/>
        </w:rPr>
        <w:t>1:03:54  "ilahi yas'adul kalim-ut-tayyib wal-'amal-us-salih 'arf</w:t>
      </w:r>
      <w:r>
        <w:br/>
      </w:r>
      <w:r>
        <w:rPr>
          <w:sz w:val="20"/>
        </w:rPr>
        <w:t>1:03:58  uhu" . yaani ek hai kalima tayyib, ek hai amal salih. to kalima tayyib aap ko pesh karna hai. yaani kalima ke ma'ni la ilaha nahi yahan par hai, koi bhi positive baat.</w:t>
      </w:r>
      <w:r>
        <w:br/>
      </w:r>
      <w:r>
        <w:rPr>
          <w:sz w:val="20"/>
        </w:rPr>
        <w:t>1:04:10  to aap positive baat jo aap ke paas hai, koi positive planning, koi positive maqsad, koi positive target, jaiz qism ka, us mein bharpoor tor par aap ke paas jo kuch ho woh laga dein aap.</w:t>
      </w:r>
      <w:r>
        <w:br/>
      </w:r>
      <w:r>
        <w:rPr>
          <w:sz w:val="20"/>
        </w:rPr>
        <w:t>1:04:24  to is ke baad baqiya jo hai Allah ki taraf poora kiya</w:t>
      </w:r>
      <w:r>
        <w:br/>
      </w:r>
      <w:r>
        <w:rPr>
          <w:sz w:val="20"/>
        </w:rPr>
        <w:t>1:04:27  jayega. yeh matlab hai yaani "man yatawakkal 'alal-lahi fa-hasbuhu" . woh hadith mein khud is ka jawab hai ke aap ne farmaya ke oont ko bandho par toakkal karo.</w:t>
      </w:r>
      <w:r>
        <w:br/>
      </w:r>
      <w:r>
        <w:rPr>
          <w:sz w:val="20"/>
        </w:rPr>
        <w:t>1:04:39  yeh nahi ke chhod do phir toakkal, yaani Allah par toakkal karte hue chhod do us ko. yeh yeh nahi farmaya aap ne. to hadith ka yeh jo hadith hai bohat wazeh tor par batati hai ke ke toakkal ka concept Islam mein kya hai.</w:t>
      </w:r>
    </w:p>
    <w:p>
      <w:pPr>
        <w:pStyle w:val="Heading2"/>
      </w:pPr>
      <w:r>
        <w:t>The difference between modernism and renewal</w:t>
      </w:r>
    </w:p>
    <w:p>
      <w:r>
        <w:rPr>
          <w:color w:val="666666"/>
          <w:sz w:val="18"/>
        </w:rPr>
        <w:t>Faith &amp; God · Revival and Revivalist June 7, 2015 · 2m 21s · at 55:11 · https://youtu.be/MCY8AJ87BXc?t=3311</w:t>
      </w:r>
    </w:p>
    <w:p>
      <w:r>
        <w:rPr>
          <w:i/>
        </w:rPr>
        <w:t>“What is the difference between modernism and renewal? Who is called a modernist?”</w:t>
      </w:r>
    </w:p>
    <w:p>
      <w:r>
        <w:rPr>
          <w:sz w:val="20"/>
        </w:rPr>
        <w:t>55:11  hai, pehli nasal ki nahi hai. yeh to ek ek law of nature hai, yeh chalta rahega. mani yeh agla sawal aaya hai Maulana Iqbal Umri ka Chennai se.</w:t>
      </w:r>
      <w:r>
        <w:br/>
      </w:r>
      <w:r>
        <w:rPr>
          <w:sz w:val="20"/>
        </w:rPr>
        <w:t>55:24  Maulana, positive approach rakhna aur insaniyat ki mukammal khair khwahi karna hi asal tajdid hai. aaj wazeh hua.</w:t>
      </w:r>
      <w:r>
        <w:br/>
      </w:r>
      <w:r>
        <w:rPr>
          <w:sz w:val="20"/>
        </w:rPr>
        <w:t>55:33  tajaddud aur tajdid mein kiya farq hai? tajaddud pasand kis ko kaha jata hai?</w:t>
      </w:r>
      <w:r>
        <w:br/>
      </w:r>
      <w:r>
        <w:rPr>
          <w:sz w:val="20"/>
        </w:rPr>
        <w:t>55:42  dekhiye, tajdid ka matlab hota hai asal deen ki tajdid. maslan asal deen kiya hai? ke namaz ka form baqi rahe, rooh na baqi rahe.</w:t>
      </w:r>
      <w:r>
        <w:br/>
      </w:r>
      <w:r>
        <w:rPr>
          <w:sz w:val="20"/>
        </w:rPr>
        <w:t>55:57  jaise hadith mein aata hai ke "la salata liman lam yatasah"</w:t>
      </w:r>
      <w:r>
        <w:br/>
      </w:r>
      <w:r>
        <w:rPr>
          <w:sz w:val="20"/>
        </w:rPr>
        <w:t>56:01  to log is ko bhool jayen aur samjhen ke misal wali namaz parh lo to namaz ho gayi. aur "la salata liman lam yatasah" ya bhool jayen woh.</w:t>
      </w:r>
      <w:r>
        <w:br/>
      </w:r>
      <w:r>
        <w:rPr>
          <w:sz w:val="20"/>
        </w:rPr>
        <w:t>56:11  to tajdid ka kaam yeh hai ke is ko yaad dilaya jaye, is ko yaad dilaya jaye. aur taake log jo hain apne form wali namaz ke sath sath khushu wali namaz is mein izafa karein.</w:t>
      </w:r>
      <w:r>
        <w:br/>
      </w:r>
      <w:r>
        <w:rPr>
          <w:sz w:val="20"/>
        </w:rPr>
        <w:t>56:24  yeh to hua tajdid ka kaam. tajaddud yeh hai ke apne dimagh se nikalna.</w:t>
      </w:r>
      <w:r>
        <w:br/>
      </w:r>
      <w:r>
        <w:rPr>
          <w:sz w:val="20"/>
        </w:rPr>
        <w:t>56:30  maslan kuch log kehte hain ke yeh kuch log kehte hain ke yeh qurbani jo hai, yeh paise ka zaya hai.</w:t>
      </w:r>
      <w:r>
        <w:br/>
      </w:r>
      <w:r>
        <w:rPr>
          <w:sz w:val="20"/>
        </w:rPr>
        <w:t>56:44  qurbani band karo aur logon ko paisa bant do. yeh sab tajaddud hai. kyunke jo jadid mein nahi hai, us ko aap ne apne dimagh se nikala. roze ke liye kehte hain ke woh arab mein khane ki cheezein kam hoti theen.</w:t>
      </w:r>
      <w:r>
        <w:br/>
      </w:r>
      <w:r>
        <w:rPr>
          <w:sz w:val="20"/>
        </w:rPr>
        <w:t>56:57  likh kar</w:t>
      </w:r>
      <w:r>
        <w:br/>
      </w:r>
      <w:r>
        <w:rPr>
          <w:sz w:val="20"/>
        </w:rPr>
        <w:t>56:58  de ke roza rakho, ab roze ki zaroorat nahi. yeh sab tajaddud hai. yani jo cheez deen mein maujood ho, apne dimagh se aap kahein ke nahi, yeh nahi hai.</w:t>
      </w:r>
      <w:r>
        <w:br/>
      </w:r>
      <w:r>
        <w:rPr>
          <w:sz w:val="20"/>
        </w:rPr>
        <w:t>57:12  roze ke bare mein yeh kahein ke arab mein khane peene kam hota tha, is liye roze rakhte hain. kaha ab roze ki zaroorat nahi hai. yeh tajaddud hai. lekin agar roze ke form baqi rehne ke spirit khatam ho jaye to us ko zinda kar rahe hain aap, to woh tajdid hai.</w:t>
      </w:r>
    </w:p>
    <w:p>
      <w:pPr>
        <w:pStyle w:val="Heading2"/>
      </w:pPr>
      <w:r>
        <w:t>Two causes of blasphemy ignorance and propaganda</w:t>
      </w:r>
    </w:p>
    <w:p>
      <w:r>
        <w:rPr>
          <w:color w:val="666666"/>
          <w:sz w:val="18"/>
        </w:rPr>
        <w:t>Faith &amp; God · Freedom of Expression in Islam 30 Sept 2012 - Maulana Wahiduddin Khan · 3m 04s · at 1:20:22 · https://youtu.be/WLlXSyxX8Q4?t=4822</w:t>
      </w:r>
    </w:p>
    <w:p>
      <w:r>
        <w:rPr>
          <w:i/>
        </w:rPr>
        <w:t>“There are only two possible causes for blasphemy. First, ignorance: that they don't know the truth. Second, propaganda: they know but intentionally spread the falsehood.”</w:t>
      </w:r>
    </w:p>
    <w:p>
      <w:r>
        <w:rPr>
          <w:sz w:val="20"/>
        </w:rPr>
        <w:t>1:20:22  chahe amanat ho, tab bhi woh ghair Islami hai. amanat ho, tab bhi woh ghair Islami hai. Maulana, agla sawal Raipur se hai Idrees sahab ka.</w:t>
      </w:r>
      <w:r>
        <w:br/>
      </w:r>
      <w:r>
        <w:rPr>
          <w:sz w:val="20"/>
        </w:rPr>
        <w:t>1:20:34  unhon ne likha hai: "there are only two possible causes for blasphemy.</w:t>
      </w:r>
      <w:r>
        <w:br/>
      </w:r>
      <w:r>
        <w:rPr>
          <w:sz w:val="20"/>
        </w:rPr>
        <w:t>1:20:40  first, ignorance. that is they don't know the truth. second, propaganda. they know but intentionally spread the falsehood.</w:t>
      </w:r>
      <w:r>
        <w:br/>
      </w:r>
      <w:r>
        <w:rPr>
          <w:sz w:val="20"/>
        </w:rPr>
        <w:t>1:20:50  protest and violence are not effective tools to fight ignorance or propaganda. the effective tools are promoting education and propagating the truth.</w:t>
      </w:r>
      <w:r>
        <w:br/>
      </w:r>
      <w:r>
        <w:rPr>
          <w:sz w:val="20"/>
        </w:rPr>
        <w:t>1:21:01  incidents in past confirms that with reference to blasphemy, protest do not produce any positive results while promoting education." does Maulana sahab, why do ulema and leaders do not learn this from their past experience?</w:t>
      </w:r>
      <w:r>
        <w:br/>
      </w:r>
      <w:r>
        <w:rPr>
          <w:sz w:val="20"/>
        </w:rPr>
        <w:t>1:21:20  mujhe behal aap ki poori baat se mein agree karta hoon, is se ittefaq hai. is ko poora poora ittefaq hai.</w:t>
      </w:r>
      <w:r>
        <w:br/>
      </w:r>
      <w:r>
        <w:rPr>
          <w:sz w:val="20"/>
        </w:rPr>
        <w:t>1:21:29  baqi ulema jis zamane mein hain, woh awam se mukhtalif nahi hain, woh bhi jazbati ho gaye.</w:t>
      </w:r>
      <w:r>
        <w:br/>
      </w:r>
      <w:r>
        <w:rPr>
          <w:sz w:val="20"/>
        </w:rPr>
        <w:t>1:21:37  mujhe ek sahab ka telephone aaya tha wahan se, South se, ke ek wahan baqayda ek aalim ek sahab hain, unhon ne taqreer ki.</w:t>
      </w:r>
      <w:r>
        <w:br/>
      </w:r>
      <w:r>
        <w:rPr>
          <w:sz w:val="20"/>
        </w:rPr>
        <w:t>1:21:48  taqreer bare josh se unhon ne kaha ke "tum hum ko gaali do, hum bardasht kar len ge. tum Musalmanon ko gaali do, hum bardasht kar len ge.</w:t>
      </w:r>
      <w:r>
        <w:br/>
      </w:r>
      <w:r>
        <w:rPr>
          <w:sz w:val="20"/>
        </w:rPr>
        <w:t>1:21:58  tum</w:t>
      </w:r>
      <w:r>
        <w:br/>
      </w:r>
      <w:r>
        <w:rPr>
          <w:sz w:val="20"/>
        </w:rPr>
        <w:t>1:21:59  hamare prophet ko gaali do, hum us ko bardasht nahi kar sakte." yeh aalim ki boli hai. toh main samajhta hoon ke is maamle mein aalim aur ghair aalim sab barabar ho gaye hain, sab jazbati ho gaye hain.</w:t>
      </w:r>
      <w:r>
        <w:br/>
      </w:r>
      <w:r>
        <w:rPr>
          <w:sz w:val="20"/>
        </w:rPr>
        <w:t>1:22:10  koi bhi, yaani tamam dunya bhar ke ulema mein apne siwa mein kisi ko nahi paata jo is maamle mein exception hai.</w:t>
      </w:r>
      <w:r>
        <w:br/>
      </w:r>
      <w:r>
        <w:rPr>
          <w:sz w:val="20"/>
        </w:rPr>
        <w:t>1:22:19  koi ek bhi nahi, koi exception nahi, koi jazbat mein pehre hain, nafrat mein pehre hain.</w:t>
      </w:r>
      <w:r>
        <w:br/>
      </w:r>
      <w:r>
        <w:rPr>
          <w:sz w:val="20"/>
        </w:rPr>
        <w:t>1:22:27  ab kya kiya jaye? ya Allah taala ka yeh faisla hoga is baat ka, dunya mein hum is ka faisla nahi kar sakte.</w:t>
      </w:r>
    </w:p>
    <w:p>
      <w:pPr>
        <w:pStyle w:val="Heading2"/>
      </w:pPr>
      <w:r>
        <w:t>Unanswered prayers: God angry or request unreasonable?</w:t>
      </w:r>
    </w:p>
    <w:p>
      <w:r>
        <w:rPr>
          <w:color w:val="666666"/>
          <w:sz w:val="18"/>
        </w:rPr>
        <w:t>Faith &amp; God · God Gives in Abundance 13 Oct 2019 - Maulana Wahiduddin Khan · 3m 24s · at 33:07 · https://youtu.be/eC4RaczXBzM?t=1987</w:t>
      </w:r>
    </w:p>
    <w:p>
      <w:r>
        <w:rPr>
          <w:i/>
        </w:rPr>
        <w:t>“When God does not answer our prayers, how should we interpret it? Is God angry with us, and is it that our request to Allah is unreasonable? Often when we pray to Allah for something, it is not accepted; should we interpret this as Allah being angry with us or our prayer being unreasonable?”</w:t>
      </w:r>
    </w:p>
    <w:p>
      <w:r>
        <w:rPr>
          <w:sz w:val="20"/>
        </w:rPr>
        <w:t>33:07  Maulana sawal lena chahenge. Yeh sawal bheja hai Lucknow se Muhammad Hussain sahib ne. Unhone likha hai: "Maulana, when God does not answer our prayers, then how should we interpret it?</w:t>
      </w:r>
      <w:r>
        <w:br/>
      </w:r>
      <w:r>
        <w:rPr>
          <w:sz w:val="20"/>
        </w:rPr>
        <w:t>33:23  Is God angry with us, or is it that our request to Allah is unreasonable?"</w:t>
      </w:r>
      <w:r>
        <w:br/>
      </w:r>
      <w:r>
        <w:rPr>
          <w:sz w:val="20"/>
        </w:rPr>
        <w:t>33:32  Kya matlab woh ke aksar jab hum dua karte hain Allah se kisi cheez ke liye toh woh qabool nahin hoti hai? Toh kya isko aise interpret karein ke hamari, hamare se ya toh Allah naraz hai ya hamari jo dua thi woh unreasonable thi?</w:t>
      </w:r>
      <w:r>
        <w:br/>
      </w:r>
      <w:r>
        <w:rPr>
          <w:sz w:val="20"/>
        </w:rPr>
        <w:t>33:50  Nahin, yeh baat bilkul galat hai ke qabool nahin hui. Dekhein, dua ke bare mein ek bahut important baat yeh hai ke dua hum toh karte hain apne lehaz se,</w:t>
      </w:r>
      <w:r>
        <w:br/>
      </w:r>
      <w:r>
        <w:rPr>
          <w:sz w:val="20"/>
        </w:rPr>
        <w:t>34:09  Qabool hoti hai Allah ke lehaz se. Isi liye dua mein hamesha der lagti hai. Aap chahenge ke aaj meri dua poori ho jaye, Allah ke plan mein uska time hoga kal, parson, nerson.</w:t>
      </w:r>
      <w:r>
        <w:br/>
      </w:r>
      <w:r>
        <w:rPr>
          <w:sz w:val="20"/>
        </w:rPr>
        <w:t>34:26  Toh Allah ke plan ke mutabiq dua qabool hoti hai. Isi liye dua karne wale ko bahut zyada kaha gaya ke intezar, intezar karo.</w:t>
      </w:r>
      <w:r>
        <w:br/>
      </w:r>
      <w:r>
        <w:rPr>
          <w:sz w:val="20"/>
        </w:rPr>
        <w:t>34:40  Hata ke yeh hadith aayi hai, hadith ke intezar karna ek bahut badi ibadat hai. Aap dua karein.</w:t>
      </w:r>
      <w:r>
        <w:br/>
      </w:r>
      <w:r>
        <w:rPr>
          <w:sz w:val="20"/>
        </w:rPr>
        <w:t>34:53  Dekhein, do</w:t>
      </w:r>
      <w:r>
        <w:br/>
      </w:r>
      <w:r>
        <w:rPr>
          <w:sz w:val="20"/>
        </w:rPr>
        <w:t>34:57  Shart honi chahiye. Ek toh yeh ke dua genuine dua ho. Dua genuine ka matlab hai ke Allah ke plan ke mutabiq ho.</w:t>
      </w:r>
      <w:r>
        <w:br/>
      </w:r>
      <w:r>
        <w:rPr>
          <w:sz w:val="20"/>
        </w:rPr>
        <w:t>35:10  Misal ke taur par mujhe aaj khabar mili ke Nadwa ke jo</w:t>
      </w:r>
      <w:r>
        <w:br/>
      </w:r>
      <w:r>
        <w:rPr>
          <w:sz w:val="20"/>
        </w:rPr>
        <w:t>35:19  Jo Nadir sahib hain, unki tabiyat theek nahin hai. Toh maine dua ki ke Allah Nadir sahib ko sehat ata farma.</w:t>
      </w:r>
      <w:r>
        <w:br/>
      </w:r>
      <w:r>
        <w:rPr>
          <w:sz w:val="20"/>
        </w:rPr>
        <w:t>35:32  Toh yeh yeh dua jo hai, genuine dua kahi jayegi kyunke woh insaan ek insaan ki khair khwahi ke liye hai.</w:t>
      </w:r>
      <w:r>
        <w:br/>
      </w:r>
      <w:r>
        <w:rPr>
          <w:sz w:val="20"/>
        </w:rPr>
        <w:t>35:42  Ulti dua mein karoon toh uske bare mein hum ko umeed nahin rakhni chahiye ke woh qabool hogi. Toh dua genuine ho aur aap intezar karein ke Allah apne plan ke mutabiq aaj nahin toh kal, kal nahin toh parson, isko qabool farmayega.</w:t>
      </w:r>
      <w:r>
        <w:br/>
      </w:r>
      <w:r>
        <w:rPr>
          <w:sz w:val="20"/>
        </w:rPr>
        <w:t>36:06  Dr. Junaid Sheikh ne Mumbai se likha hai: "Maulana, your today voice was very powerful. Your every sentence gives me spiritual jolt and conviction in God.</w:t>
      </w:r>
      <w:r>
        <w:br/>
      </w:r>
      <w:r>
        <w:rPr>
          <w:sz w:val="20"/>
        </w:rPr>
        <w:t>36:18  Jazak Allah." Masha Allah. Ah, Miss Ayesha Yasra ne Visakhapatnam se likha hai: "Maulana sahib, aaj ke lecture bahut valuable hain.</w:t>
      </w:r>
    </w:p>
    <w:p>
      <w:pPr>
        <w:pStyle w:val="Heading2"/>
      </w:pPr>
      <w:r>
        <w:t>Understanding jihad as self-struggle</w:t>
      </w:r>
    </w:p>
    <w:p>
      <w:r>
        <w:rPr>
          <w:color w:val="666666"/>
          <w:sz w:val="18"/>
        </w:rPr>
        <w:t>Faith &amp; God · Age of Democracy May 25, 2014 · 2m 09s · at 52:07 · https://youtu.be/pyZy1-EhW1Q?t=3127</w:t>
      </w:r>
    </w:p>
    <w:p>
      <w:r>
        <w:rPr>
          <w:i/>
        </w:rPr>
        <w:t>“As I understand jihad, it's a war with myself to change myself, not a real war of destruction. It cannot be a harmful term if it's in any holy book, but that's not how the word is being used today. It has been distorted, thus bringing a bad name to Islam.”</w:t>
      </w:r>
    </w:p>
    <w:p>
      <w:r>
        <w:rPr>
          <w:sz w:val="20"/>
        </w:rPr>
        <w:t>52:07  maulana, unka ek aur sawal hai, unhon ne likha hai: "as i understand jihad, its a war with in my self to change my self, not a real war of destruction.</w:t>
      </w:r>
      <w:r>
        <w:br/>
      </w:r>
      <w:r>
        <w:rPr>
          <w:sz w:val="20"/>
        </w:rPr>
        <w:t>52:21  it can not be a harmful term if its in any holy book, but thats not how the word is being used today.</w:t>
      </w:r>
      <w:r>
        <w:br/>
      </w:r>
      <w:r>
        <w:rPr>
          <w:sz w:val="20"/>
        </w:rPr>
        <w:t>52:31  it has been distorted, this bringing a bad name to islam.</w:t>
      </w:r>
      <w:r>
        <w:br/>
      </w:r>
      <w:r>
        <w:rPr>
          <w:sz w:val="20"/>
        </w:rPr>
        <w:t>52:36  how can a peaceful word that talks of self inquiry be distorted so much in today times? and why is no one making an attempt to stop this distortion of words?</w:t>
      </w:r>
      <w:r>
        <w:br/>
      </w:r>
      <w:r>
        <w:rPr>
          <w:sz w:val="20"/>
        </w:rPr>
        <w:t>52:50  what is your interpretation of this much misinterpreted word?" dekhen, aaj kal jihad ka lafz bola jata hai ladai bhadai ke liye, yeh bilkul galat hai.</w:t>
      </w:r>
      <w:r>
        <w:br/>
      </w:r>
      <w:r>
        <w:rPr>
          <w:sz w:val="20"/>
        </w:rPr>
        <w:t>53:00  yeh</w:t>
      </w:r>
      <w:r>
        <w:br/>
      </w:r>
      <w:r>
        <w:rPr>
          <w:sz w:val="20"/>
        </w:rPr>
        <w:t>53:02  dekhen, jihad ke lafzi matlab hai koshish, to strive, to struggle. bas</w:t>
      </w:r>
      <w:r>
        <w:br/>
      </w:r>
      <w:r>
        <w:rPr>
          <w:sz w:val="20"/>
        </w:rPr>
        <w:t>53:12  to jihad ka matlab sirf itna hi hai: kisi achhe kaam ke liye koshish karna, apni islaah ke liye koshish karna to woh bhi jihad hai. aap samaj mein islaah ke liye kuch karen to woh bhi jihad</w:t>
      </w:r>
      <w:r>
        <w:br/>
      </w:r>
      <w:r>
        <w:rPr>
          <w:sz w:val="20"/>
        </w:rPr>
        <w:t>53:23  hai. to jihad sirf koshish ka naam hai, aur albattah is mein exaggeration hai, yani bohat ziyada koshish karna, bohat ziyada koshish karna.</w:t>
      </w:r>
      <w:r>
        <w:br/>
      </w:r>
      <w:r>
        <w:rPr>
          <w:sz w:val="20"/>
        </w:rPr>
        <w:t>53:35  yeh matlab hai iska. baqi jihad ka koi ladai bhadai se nahi. is ke liye Quran mein lafz "qital" aaya hai.</w:t>
      </w:r>
      <w:r>
        <w:br/>
      </w:r>
      <w:r>
        <w:rPr>
          <w:sz w:val="20"/>
        </w:rPr>
        <w:t>53:44  qitaal ka maani ladaai hote hain, lekin Islam mein qitaal sirf defence ke liye hai.</w:t>
      </w:r>
      <w:r>
        <w:br/>
      </w:r>
      <w:r>
        <w:rPr>
          <w:sz w:val="20"/>
        </w:rPr>
        <w:t>53:50  Under the defense, under the defense, there is no war in Islam. Offensive war in Islam is absolutely non-existent.</w:t>
      </w:r>
      <w:r>
        <w:br/>
      </w:r>
      <w:r>
        <w:rPr>
          <w:sz w:val="20"/>
        </w:rPr>
        <w:t>54:01  offensive waar Islam mein nahin hai, aur guerrilla waar nahin hai, aur proxy waar nahin. yeh saari waar Islam mein nahin hai. koi state agar qaaim hai, us state pe koi attack karta hai to</w:t>
      </w:r>
    </w:p>
    <w:p>
      <w:pPr>
        <w:pStyle w:val="Heading2"/>
      </w:pPr>
      <w:r>
        <w:t>Understanding the Concept of True God</w:t>
      </w:r>
    </w:p>
    <w:p>
      <w:r>
        <w:rPr>
          <w:color w:val="666666"/>
          <w:sz w:val="18"/>
        </w:rPr>
        <w:t>Faith &amp; God · Concept of God December 7, 2014 · 3m 48s · at 57:58 · https://youtu.be/dCgL9lp8EAo?t=3478</w:t>
      </w:r>
    </w:p>
    <w:p>
      <w:r>
        <w:rPr>
          <w:i/>
        </w:rPr>
        <w:t>“What is true God? Please explain about this.”</w:t>
      </w:r>
    </w:p>
    <w:p>
      <w:r>
        <w:rPr>
          <w:sz w:val="20"/>
        </w:rPr>
        <w:t>57:58  Maulana, dilli se agla sawal kya hai miss kapila goriha ne, aur unhon ne aapse poocha hai ke "What is true God?" .</w:t>
      </w:r>
      <w:r>
        <w:br/>
      </w:r>
      <w:r>
        <w:rPr>
          <w:sz w:val="20"/>
        </w:rPr>
        <w:t>58:08  sacha Khuda kya hai? Is ke baray mein bataen.</w:t>
      </w:r>
      <w:r>
        <w:br/>
      </w:r>
      <w:r>
        <w:rPr>
          <w:sz w:val="20"/>
        </w:rPr>
        <w:t>58:24  dekhen, jahan tak maine parha hai, Khuda ke baray mein do qism ke concept pae jate hain. Ek hai personal God, ek hai impersonal God.</w:t>
      </w:r>
      <w:r>
        <w:br/>
      </w:r>
      <w:r>
        <w:rPr>
          <w:sz w:val="20"/>
        </w:rPr>
        <w:t>58:38  to main impersonal God ko nahin manta. Main personal God ko manta hoon. Kyunke impersonal God jo hai, woh sirf ek manane ki cheez hai.</w:t>
      </w:r>
      <w:r>
        <w:br/>
      </w:r>
      <w:r>
        <w:rPr>
          <w:sz w:val="20"/>
        </w:rPr>
        <w:t>58:50  aap is ke sath ta'alluq nahin qaim ho sakta.</w:t>
      </w:r>
      <w:r>
        <w:br/>
      </w:r>
      <w:r>
        <w:rPr>
          <w:sz w:val="20"/>
        </w:rPr>
        <w:t>58:53  jab woh impersonal hai, jab is ki koi personality nahin hai, to aap aise hain jaise ke jaise ke cosmic race.</w:t>
      </w:r>
      <w:r>
        <w:br/>
      </w:r>
      <w:r>
        <w:rPr>
          <w:sz w:val="20"/>
        </w:rPr>
        <w:t>59:02  to cosmic race se aap ka ta'alluq nahin ban sakta.</w:t>
      </w:r>
      <w:r>
        <w:br/>
      </w:r>
      <w:r>
        <w:rPr>
          <w:sz w:val="20"/>
        </w:rPr>
        <w:t>59:08  cosmic race jaisa Khuda ka bana len aap, to jo yaani khaliq aur makhlooq ke darmiyan ya bande aur Khuda ka jo ta'alluq matloob hai, woh qaim nahin ho sakta.</w:t>
      </w:r>
      <w:r>
        <w:br/>
      </w:r>
      <w:r>
        <w:rPr>
          <w:sz w:val="20"/>
        </w:rPr>
        <w:t>59:19  woh contact nahin banega.</w:t>
      </w:r>
      <w:r>
        <w:br/>
      </w:r>
      <w:r>
        <w:rPr>
          <w:sz w:val="20"/>
        </w:rPr>
        <w:t>59:22  woh contact to banega jab aap is ko personal God manen. To mera apna jo study hai, main samajhta hoon ke impersonal God ek ek philosophy hai, woh koi religion nahin hai.</w:t>
      </w:r>
      <w:r>
        <w:br/>
      </w:r>
      <w:r>
        <w:rPr>
          <w:sz w:val="20"/>
        </w:rPr>
        <w:t>59:37  impersonal God ek philosophical concept hai. Jo religion ka jo concept hai, woh personal God ka concept hai.</w:t>
      </w:r>
      <w:r>
        <w:br/>
      </w:r>
      <w:r>
        <w:rPr>
          <w:sz w:val="20"/>
        </w:rPr>
        <w:t>59:47  aur is mein isi ko maanta hoon.</w:t>
      </w:r>
      <w:r>
        <w:br/>
      </w:r>
      <w:r>
        <w:rPr>
          <w:sz w:val="20"/>
        </w:rPr>
        <w:t>59:51  maulana, aap se woh yeh bhi jaanna chahti hain ke strong affection kis ko kehte hain? haan, strong affection. is is kis ko kehte hain?</w:t>
      </w:r>
      <w:r>
        <w:br/>
      </w:r>
      <w:r>
        <w:rPr>
          <w:sz w:val="20"/>
        </w:rPr>
        <w:t>1:00:01  strong affection. ji. bhai, aap ko apni maan se jo talluq hoga, wahi samajh lijiye. har aadmi ko apni maan se jo talluq hota hai mohabbat ka, woh that is introduction .</w:t>
      </w:r>
      <w:r>
        <w:br/>
      </w:r>
      <w:r>
        <w:rPr>
          <w:sz w:val="20"/>
        </w:rPr>
        <w:t>1:00:14  strong affection .</w:t>
      </w:r>
      <w:r>
        <w:br/>
      </w:r>
      <w:r>
        <w:rPr>
          <w:sz w:val="20"/>
        </w:rPr>
        <w:t>1:00:18  aadmi apni hi zindagi mein ek ek phenomena ko dekhta hai ke us ke andar ek bohat gehra talluq hota hai apni maan ke liye.</w:t>
      </w:r>
      <w:r>
        <w:br/>
      </w:r>
      <w:r>
        <w:rPr>
          <w:sz w:val="20"/>
        </w:rPr>
        <w:t>1:00:31  wahi woh woh introduction hai. woh</w:t>
      </w:r>
      <w:r>
        <w:br/>
      </w:r>
      <w:r>
        <w:rPr>
          <w:sz w:val="20"/>
        </w:rPr>
        <w:t>1:00:34  mein ne ek martaba dekha hai, ek ek ek scene. ek bheed thi, ek bheed thi, us mein ek chhota sa bachcha daud raha tha idhar udhar.</w:t>
      </w:r>
      <w:r>
        <w:br/>
      </w:r>
      <w:r>
        <w:rPr>
          <w:sz w:val="20"/>
        </w:rPr>
        <w:t>1:00:44  "meri maan, meri maan!" karta tha woh. to kai mardon ya auraton ne is ko chaha ke is ko uthaayein, god mein lein is ko.</w:t>
      </w:r>
      <w:r>
        <w:br/>
      </w:r>
      <w:r>
        <w:rPr>
          <w:sz w:val="20"/>
        </w:rPr>
        <w:t>1:00:53  to woh ghussa hota tha, maarta tha is ko. "meri maan, meri maan!" phir daudte daudte is ko is ki maan mil gayi.</w:t>
      </w:r>
      <w:r>
        <w:br/>
      </w:r>
      <w:r>
        <w:rPr>
          <w:sz w:val="20"/>
        </w:rPr>
        <w:t>1:01:08  jaise hi is ki maan mili, is ke seene se chipat gaya woh.</w:t>
      </w:r>
      <w:r>
        <w:br/>
      </w:r>
      <w:r>
        <w:rPr>
          <w:sz w:val="20"/>
        </w:rPr>
        <w:t>1:01:16  yeh duniya mein ek phenomena hai jo is baat ka batata hai, is ka introduction deta hai ke "What is strong affection?"</w:t>
      </w:r>
      <w:r>
        <w:br/>
      </w:r>
      <w:r>
        <w:rPr>
          <w:sz w:val="20"/>
        </w:rPr>
        <w:t>1:01:29  . to yahi yahi talluq jo ek bachche ka apni maan se hota hai, wahi billion trillion times jab zyada badh jaaye to wahi wahi Khuda se mohabbat, isi ka naam hai.</w:t>
      </w:r>
    </w:p>
    <w:p>
      <w:pPr>
        <w:pStyle w:val="Heading2"/>
      </w:pPr>
      <w:r>
        <w:t>Universe's religion vs Islam</w:t>
      </w:r>
    </w:p>
    <w:p>
      <w:r>
        <w:rPr>
          <w:color w:val="666666"/>
          <w:sz w:val="18"/>
        </w:rPr>
        <w:t>Faith &amp; God · Story of the Prophet Yusuf May 11, 2014 Maulana Wahiduddin Khan · 2m 04s · at 49:11 · https://youtu.be/2alsBthUWhw?t=2951</w:t>
      </w:r>
    </w:p>
    <w:p>
      <w:r>
        <w:rPr>
          <w:i/>
        </w:rPr>
        <w:t>“What is the difference between the religion of the universe and the religion of Islam?”</w:t>
      </w:r>
    </w:p>
    <w:p>
      <w:r>
        <w:rPr>
          <w:sz w:val="20"/>
        </w:rPr>
        <w:t>49:11  molana agla sawal chennai se hai. molana iqbal umri ne kiya hai. unhon ne aap se poocha hai ke universe ka deen aur deen islam is mein farq kiya hai?</w:t>
      </w:r>
      <w:r>
        <w:br/>
      </w:r>
      <w:r>
        <w:rPr>
          <w:sz w:val="20"/>
        </w:rPr>
        <w:t>49:23  haan dekhen</w:t>
      </w:r>
      <w:r>
        <w:br/>
      </w:r>
      <w:r>
        <w:rPr>
          <w:sz w:val="20"/>
        </w:rPr>
        <w:t>49:28  jo quran mein aaya hai ke is ka matlab yeh hai ke universe mein jo cheezen hain woh aik aik aitbar se demonstration hain.</w:t>
      </w:r>
      <w:r>
        <w:br/>
      </w:r>
      <w:r>
        <w:rPr>
          <w:sz w:val="20"/>
        </w:rPr>
        <w:t>49:41  woh isi baray mein nahi hain jis baray mein insan ka deen hota hai. kyun ke insan ka deen to yani is ka mind se talluq hai. soch samajh ke hota hai. universe mein sochne ki taqat nahi hai.</w:t>
      </w:r>
      <w:r>
        <w:br/>
      </w:r>
      <w:r>
        <w:rPr>
          <w:sz w:val="20"/>
        </w:rPr>
        <w:t>49:53  lekan woh aik aitbar se demonstration hai. misaal ke tor par dekhen aap ke quran mein hai ke kal sitaron ke baray mein aur sayaron ke baray mein</w:t>
      </w:r>
      <w:r>
        <w:br/>
      </w:r>
      <w:r>
        <w:rPr>
          <w:sz w:val="20"/>
        </w:rPr>
        <w:t>50:07  to aap jantay hain ke bohat hi bara space hai. is mein numerous stars ghoom rahay hain, ghoom rahay hain, ghoom rahay hain.</w:t>
      </w:r>
      <w:r>
        <w:br/>
      </w:r>
      <w:r>
        <w:rPr>
          <w:sz w:val="20"/>
        </w:rPr>
        <w:t>50:16  lekan in mein takrao nahi hota. kabhi aaj tak science ne report nahi kiya ke sitaray aapas mein lag gaye hon.</w:t>
      </w:r>
      <w:r>
        <w:br/>
      </w:r>
      <w:r>
        <w:rPr>
          <w:sz w:val="20"/>
        </w:rPr>
        <w:t>50:25  yeh kya hai? demonstration hai. ke social life mein har aadmi active hota hai. apna apna target hota hai har aadmi ka.</w:t>
      </w:r>
      <w:r>
        <w:br/>
      </w:r>
      <w:r>
        <w:rPr>
          <w:sz w:val="20"/>
        </w:rPr>
        <w:t>50:36  apna apna maqsad hasil karne ke liye woh daur lagai hui hai. lekan tum ko apni daur mein sitaron ke is ko follow karna chahiye.</w:t>
      </w:r>
      <w:r>
        <w:br/>
      </w:r>
      <w:r>
        <w:rPr>
          <w:sz w:val="20"/>
        </w:rPr>
        <w:t>50:47  ke bana takraye hue</w:t>
      </w:r>
      <w:r>
        <w:br/>
      </w:r>
      <w:r>
        <w:rPr>
          <w:sz w:val="20"/>
        </w:rPr>
        <w:t>50:49  apna maqsad hasil karo. apnay apnay apnay target ke liye koshish karo lekan bana takraye hue. yani non-confrontational approach.</w:t>
      </w:r>
      <w:r>
        <w:br/>
      </w:r>
      <w:r>
        <w:rPr>
          <w:sz w:val="20"/>
        </w:rPr>
        <w:t>51:00  jo sitaron ki jo gardish hai woh non-confrontational approach ka demonstration hai.</w:t>
      </w:r>
      <w:r>
        <w:br/>
      </w:r>
      <w:r>
        <w:rPr>
          <w:sz w:val="20"/>
        </w:rPr>
        <w:t>51:10  is sense mein woh woh woh deen hai.</w:t>
      </w:r>
    </w:p>
    <w:p>
      <w:pPr>
        <w:pStyle w:val="Heading2"/>
      </w:pPr>
      <w:r>
        <w:t>Unrecognised minor forms of shirk and avoidance</w:t>
      </w:r>
    </w:p>
    <w:p>
      <w:r>
        <w:rPr>
          <w:color w:val="666666"/>
          <w:sz w:val="18"/>
        </w:rPr>
        <w:t>Faith &amp; God · Materialism and Intellectual Dwarfism 29th April 2012 · 3m 12s · at 1:05:53 · https://youtu.be/qHzARL_r3I4?t=3953</w:t>
      </w:r>
    </w:p>
    <w:p>
      <w:r>
        <w:rPr>
          <w:i/>
        </w:rPr>
        <w:t>“We all know the major types of shirk and avoid them, but is there a type of shirk that people do not understand and fall into unknowingly? Please tell us the minor types of shirk that a common person does not understand and how to avoid them.”</w:t>
      </w:r>
    </w:p>
    <w:p>
      <w:r>
        <w:rPr>
          <w:sz w:val="20"/>
        </w:rPr>
        <w:t>1:05:53  maulana agla sawal dilli se hai mister mazhar sahab ka unhon</w:t>
      </w:r>
      <w:r>
        <w:br/>
      </w:r>
      <w:r>
        <w:rPr>
          <w:sz w:val="20"/>
        </w:rPr>
        <w:t>1:05:56  ne likha hai maulana shirk ki bari qismein qismein to hum sabhi jante hain aur un se bach bhi jate hain lekin shirk ki kya koi aisi qism bhi hai jo hum log samajh nahi paate aur jaane anjaane mein shirk mein mubtala ho jate hain shirk ki woh choti qismein bataiye jo aam aadmi samajh nahi pata aur un se kaise bacha jaye</w:t>
      </w:r>
      <w:r>
        <w:br/>
      </w:r>
      <w:r>
        <w:rPr>
          <w:sz w:val="20"/>
        </w:rPr>
        <w:t>1:06:24  dekhiye ulma ne likha hai ke ek hai shirk khafi, ek hai shirk jali to shirk jali jaise ek but poojna hai woh shirk jali hai to aadmi foran samajh leta hai</w:t>
      </w:r>
      <w:r>
        <w:br/>
      </w:r>
      <w:r>
        <w:rPr>
          <w:sz w:val="20"/>
        </w:rPr>
        <w:t>1:06:38  shirk khafi yeh hai ke</w:t>
      </w:r>
      <w:r>
        <w:br/>
      </w:r>
      <w:r>
        <w:rPr>
          <w:sz w:val="20"/>
        </w:rPr>
        <w:t>1:06:41  ke woh is tarah dikhai na de jaise but dikha deta hai lekin amalan woh</w:t>
      </w:r>
      <w:r>
        <w:br/>
      </w:r>
      <w:r>
        <w:rPr>
          <w:sz w:val="20"/>
        </w:rPr>
        <w:t>1:06:48  isi ka hum maani ho kyunke asal cheez jo hai dekhiye aap ka</w:t>
      </w:r>
      <w:r>
        <w:br/>
      </w:r>
      <w:r>
        <w:rPr>
          <w:sz w:val="20"/>
        </w:rPr>
        <w:t>1:06:55  yani kisi cheez ko concern bana lena kisi se bohat zyada affection hona kisi se bohat zyada aap</w:t>
      </w:r>
      <w:r>
        <w:br/>
      </w:r>
      <w:r>
        <w:rPr>
          <w:sz w:val="20"/>
        </w:rPr>
        <w:t>1:07:03  ka attachment ho jaye to other than god is qism ka taluq</w:t>
      </w:r>
      <w:r>
        <w:br/>
      </w:r>
      <w:r>
        <w:rPr>
          <w:sz w:val="20"/>
        </w:rPr>
        <w:t>1:07:09  kisi ke liye bhi jaiz nahi hai</w:t>
      </w:r>
      <w:r>
        <w:br/>
      </w:r>
      <w:r>
        <w:rPr>
          <w:sz w:val="20"/>
        </w:rPr>
        <w:t>1:07:11  quran mein hai dekhiye afraiyat min tkhdh ilh hawa yani apni khwahish ko us ne ilah bana liya goya ke apni khwahish ke muamle mein aadmi mushrik ban sakta hai to kaise bas khwahish ke peeche daud raha hai jo khwahish chahti hai wohi kar raha hai to us ne goya khwahish hi ko apna concern bana liya</w:t>
      </w:r>
      <w:r>
        <w:br/>
      </w:r>
      <w:r>
        <w:rPr>
          <w:sz w:val="20"/>
        </w:rPr>
        <w:t>1:07:39  to yahan par aap dekhiye ke khwahish to koi but ki tarah ki cheez hai nahi koi dikhai dene wali cheez nahi lekin khwahish ke peeche chalne ko bhi allah taala ne farmaya ke yeh ilah banana hai is ko</w:t>
      </w:r>
      <w:r>
        <w:br/>
      </w:r>
      <w:r>
        <w:rPr>
          <w:sz w:val="20"/>
        </w:rPr>
        <w:t>1:07:54  to is ka hal sirf yeh hai ke aadmi hairaan sochta rahe kyunke ke quran mein hai ke illa al-lumam yani mus lumam ka matlab hai mus karna yani chho jana</w:t>
      </w:r>
      <w:r>
        <w:br/>
      </w:r>
      <w:r>
        <w:rPr>
          <w:sz w:val="20"/>
        </w:rPr>
        <w:t>1:08:08  to aadmi ghaltiyan karega lekin foran us ko toba karna chahiye</w:t>
      </w:r>
      <w:r>
        <w:br/>
      </w:r>
      <w:r>
        <w:rPr>
          <w:sz w:val="20"/>
        </w:rPr>
        <w:t>1:08:16  to asal jo ideal halat to hai woh yahi ke aadmi shirk khafi se bacha hua ho shirk jali se bacha hua ho lekin agar is se koi kotahi ho jati hai to foran is ke andar repentance aana chahiye aur maafi mangna chahiye to phir allah taala is ki toba qabool kar lega aur is ko dobara qabool farmaye ga</w:t>
      </w:r>
      <w:r>
        <w:br/>
      </w:r>
      <w:r>
        <w:rPr>
          <w:sz w:val="20"/>
        </w:rPr>
        <w:t>1:08:39  to shirk khafi ka matlab yeh hai ke woh cheez jo dekhne mein but jaisi na ho lekin apni کیفیت ke etbaar se us ke andar wohi jazbat hon ke ab woh kisi aur cheez ko aap ne bahut zyada apna concern bana rakha hai bahut zyada attachment hai us se aap ko hai us se aap ko star of affection ho gaya hai to yeh yeh sab yeh sab cheezein sirf allah ke liye hain kisi aur ke liye nahi hain</w:t>
      </w:r>
    </w:p>
    <w:p>
      <w:pPr>
        <w:pStyle w:val="Heading2"/>
      </w:pPr>
      <w:r>
        <w:t>Using Words for God: Creator, Allah, or God?</w:t>
      </w:r>
    </w:p>
    <w:p>
      <w:r>
        <w:rPr>
          <w:color w:val="666666"/>
          <w:sz w:val="18"/>
        </w:rPr>
        <w:t>Faith &amp; God · Realization of God May 5, 2019 · 3m 20s · at 30:56 · https://youtu.be/5X-vCFqiR4U?t=1856</w:t>
      </w:r>
    </w:p>
    <w:p>
      <w:r>
        <w:rPr>
          <w:i/>
        </w:rPr>
        <w:t>“I am a nineteen year old. My question is that some of my Muslim friends tell me not to use the word Creator and God, and use only Allah when I talk about God to others. What is your opinion in this? People become fanatic when it comes to use of word to describe God. What is the reason for such fanaticism? And can we use the word Creator or God or Khuda in our daily conversation?”</w:t>
      </w:r>
    </w:p>
    <w:p>
      <w:r>
        <w:rPr>
          <w:sz w:val="20"/>
        </w:rPr>
        <w:t>30:56  Maulana! ab sawal lena chahenge. ah, yeh sawal bheja hai Hyderabad se Muhammad Yusuf sahib ne.</w:t>
      </w:r>
      <w:r>
        <w:br/>
      </w:r>
      <w:r>
        <w:rPr>
          <w:sz w:val="20"/>
        </w:rPr>
        <w:t>31:06  unhon ne likha hai: "i am a nineteen year old. Maulana, my question is that some of my Muslim friends tell me not to use the word creator or God, and use only Allah when i talk about God to others." Maulana, what is your opinion on this?</w:t>
      </w:r>
      <w:r>
        <w:br/>
      </w:r>
      <w:r>
        <w:rPr>
          <w:sz w:val="20"/>
        </w:rPr>
        <w:t>31:28  people become fanatic when it comes to use of word to describe God. what is the reason for such fanaticism? and can we use the word creator or God or Khuda in our daily conversation?</w:t>
      </w:r>
      <w:r>
        <w:br/>
      </w:r>
      <w:r>
        <w:rPr>
          <w:sz w:val="20"/>
        </w:rPr>
        <w:t>31:44  dekhen, yeh ek ek jhoot hai jis ko unhon ne phailaya hai. main is se kam qadar nahi bolunga. yeh kehte hain ke Allah, Allah jo hai Rab ul Alameen ka, yeh is mein zaat hai.</w:t>
      </w:r>
      <w:r>
        <w:br/>
      </w:r>
      <w:r>
        <w:rPr>
          <w:sz w:val="20"/>
        </w:rPr>
        <w:t>32:00  yeh koi saboot nahi hai. is ka saboot nahi, koi is mein zaat hai. Allah is se bala hai ke hamara yeh bola hua koi lafz is ka is mein zaat ho.</w:t>
      </w:r>
      <w:r>
        <w:br/>
      </w:r>
      <w:r>
        <w:rPr>
          <w:sz w:val="20"/>
        </w:rPr>
        <w:t>32:13  yeh Allah ki tasgheer hai. Allah ko order stable karna hai. is ka koi saboot nahi hai ke Allah Rab ul Alameen ka is mein zaat hai.</w:t>
      </w:r>
      <w:r>
        <w:br/>
      </w:r>
      <w:r>
        <w:rPr>
          <w:sz w:val="20"/>
        </w:rPr>
        <w:t>32:22  koi saboot nahi hai. koi kisi ke paas saboot ho to mujhe bheje. saboot ke mani hain ke Quran se, Hadees se ya Paighambar se.</w:t>
      </w:r>
      <w:r>
        <w:br/>
      </w:r>
      <w:r>
        <w:rPr>
          <w:sz w:val="20"/>
        </w:rPr>
        <w:t>32:37  jitne dekhiye, main ek baat kehta hoon aap se: "wa ma arsalna bi rasoolin illa bi lisanin qawmihi." Quran mein hai ke: "wa ma arsalna bi rasoolin illa bi lisanin qawmihi." har rasool rasool apni qom ki zaban mein aaya.</w:t>
      </w:r>
      <w:r>
        <w:br/>
      </w:r>
      <w:r>
        <w:rPr>
          <w:sz w:val="20"/>
        </w:rPr>
        <w:t>32:58  to tareekhi tor par to har rasool ki zaban alag alag thi. Arabi zaban to thi nahi. saare to paighambar Arabi bolte hon.</w:t>
      </w:r>
      <w:r>
        <w:br/>
      </w:r>
      <w:r>
        <w:rPr>
          <w:sz w:val="20"/>
        </w:rPr>
        <w:t>33:10  is ka yeh to bilkul ek bilkul unfounded cheez hai. to yeh sab kuch logon ne aise phaila rakha hai. aur bilkul main is ko kahunga ke bilkul fast food mein jeete hain yeh log.</w:t>
      </w:r>
      <w:r>
        <w:br/>
      </w:r>
      <w:r>
        <w:rPr>
          <w:sz w:val="20"/>
        </w:rPr>
        <w:t>33:22  fast food mein fast pride mein jeete hain ke hamari zaban ka jo lafz hai, wahi is is mein zaat hai Allah ka. koi saboot batao pehle.</w:t>
      </w:r>
      <w:r>
        <w:br/>
      </w:r>
      <w:r>
        <w:rPr>
          <w:sz w:val="20"/>
        </w:rPr>
        <w:t>33:35  Maulana, agla comment bheja hai Dr. Naghma Siddiqui ne Delhi se. unhon ne likha hai: "i understood today that the right target of seeking is God, and the right path to follow is the road to paradise." thank you Maulana for showing us the right path.</w:t>
      </w:r>
      <w:r>
        <w:br/>
      </w:r>
      <w:r>
        <w:rPr>
          <w:sz w:val="20"/>
        </w:rPr>
        <w:t>33:52  Maulana Inayat Umri ne Bangalore se likha hai: "Maulana, aaj ke lecture se yeh samajh mein aaya ke shaoori marifat tak pohanchne ka rasta creation mein gor o fikr hai, magar log is ko khud Khuda ki zaat mein gor o fikr mein talash kar rahe the."</w:t>
      </w:r>
      <w:r>
        <w:br/>
      </w:r>
      <w:r>
        <w:rPr>
          <w:sz w:val="20"/>
        </w:rPr>
        <w:t>34:10  is liye woh shu'oori marfat se mehroom rahe.</w:t>
      </w:r>
    </w:p>
    <w:p>
      <w:pPr>
        <w:pStyle w:val="Heading2"/>
      </w:pPr>
      <w:r>
        <w:t>Victory of science over religion?</w:t>
      </w:r>
    </w:p>
    <w:p>
      <w:r>
        <w:rPr>
          <w:color w:val="666666"/>
          <w:sz w:val="18"/>
        </w:rPr>
        <w:t>Faith &amp; God · Quran for All Mankind June 3, 2012 · 2m 03s · at 1:20:05 · https://youtu.be/Gp-53Zjugcg?t=4805</w:t>
      </w:r>
    </w:p>
    <w:p>
      <w:r>
        <w:rPr>
          <w:i/>
        </w:rPr>
        <w:t>“Nowadays almost all religions say that their religion, their teachings are scientific. Is this not a victory of science over religion?”</w:t>
      </w:r>
    </w:p>
    <w:p>
      <w:r>
        <w:rPr>
          <w:sz w:val="20"/>
        </w:rPr>
        <w:t>1:20:05  maulana, agla sawal umra abad se hai, maulana iqbal umri sahib ka</w:t>
      </w:r>
      <w:r>
        <w:br/>
      </w:r>
      <w:r>
        <w:rPr>
          <w:sz w:val="20"/>
        </w:rPr>
        <w:t>1:20:09  . unhon ne likha hai ke "aaj kal taqreeban tamam mazhab wale yeh kehte hain ke un ka mazhab, un ki baat scientific hai.</w:t>
      </w:r>
      <w:r>
        <w:br/>
      </w:r>
      <w:r>
        <w:rPr>
          <w:sz w:val="20"/>
        </w:rPr>
        <w:t>1:20:19  kya yeh mazhab ke muqable mein science ki victory nahi hai?" yeh to ek chala hua lafz hai, log jante bhi nahi.</w:t>
      </w:r>
      <w:r>
        <w:br/>
      </w:r>
      <w:r>
        <w:rPr>
          <w:sz w:val="20"/>
        </w:rPr>
        <w:t>1:20:28  jo ek kehte hain, un se poochiye to main samajhta hoon ke woh jante bhi nahi ke science kya cheez hai. science jante bhi nahi ke un ka yeh jumla batata hai ke woh science nahi jante.</w:t>
      </w:r>
      <w:r>
        <w:br/>
      </w:r>
      <w:r>
        <w:rPr>
          <w:sz w:val="20"/>
        </w:rPr>
        <w:t>1:20:40  jo jo waqai scientist hoga, woh aise hi bol nahi bole ga, woh aise hi bol nahi bole ga. woh maulana, un ka ek aur sawal hai.</w:t>
      </w:r>
      <w:r>
        <w:br/>
      </w:r>
      <w:r>
        <w:rPr>
          <w:sz w:val="20"/>
        </w:rPr>
        <w:t>1:20:51  unhon ne aapse poocha hai ke "merciless hammering kis ko kehte hain aur is ka tareeqa kya hai?" merciless hammering ka matlab hai be rehamana muhasba.</w:t>
      </w:r>
      <w:r>
        <w:br/>
      </w:r>
      <w:r>
        <w:rPr>
          <w:sz w:val="20"/>
        </w:rPr>
        <w:t>1:21:05  be rehamana muhasba.</w:t>
      </w:r>
      <w:r>
        <w:br/>
      </w:r>
      <w:r>
        <w:rPr>
          <w:sz w:val="20"/>
        </w:rPr>
        <w:t>1:21:09  to be rehamana muhasba ka matlab yeh hai ke aadmi aam taur par kya hota hai? apna jis ko kehte hain angrezi mein "face saving".</w:t>
      </w:r>
      <w:r>
        <w:br/>
      </w:r>
      <w:r>
        <w:rPr>
          <w:sz w:val="20"/>
        </w:rPr>
        <w:t>1:21:20  face saving, face saving, is ka saya rehta hai. is ke upar apne ko bachaye rakhna, apne ko bacha kar ke, yani yeh bhi sabit ho jaye ke main haq par hoon aur ghalati maine ki hai jo woh chupi reh jaye.</w:t>
      </w:r>
      <w:r>
        <w:br/>
      </w:r>
      <w:r>
        <w:rPr>
          <w:sz w:val="20"/>
        </w:rPr>
        <w:t>1:21:39  to main samajhta hoon ke in sab cheezon jitni complex hain, is qism ke jo ehsasat hain, un se upar uth kar ke jab aadmi apna muhasba kare to woh hai be rehamana muhasba.</w:t>
      </w:r>
      <w:r>
        <w:br/>
      </w:r>
      <w:r>
        <w:rPr>
          <w:sz w:val="20"/>
        </w:rPr>
        <w:t>1:21:52  is ka idhar dhyan na ho kahin main ghalat sabit na ho jaon, kahin main ghalat sabit na ho jaon. yeh dhyan na ho, ghalat sabit ho ya sahi sabit ho, yeh is ka concern na ho.</w:t>
      </w:r>
      <w:r>
        <w:br/>
      </w:r>
      <w:r>
        <w:rPr>
          <w:sz w:val="20"/>
        </w:rPr>
        <w:t>1:22:04  jo baat hai, woh maloom ho jayega.</w:t>
      </w:r>
    </w:p>
    <w:p>
      <w:pPr>
        <w:pStyle w:val="Heading2"/>
      </w:pPr>
      <w:r>
        <w:t>Was any Prophet's prayer not accepted?</w:t>
      </w:r>
    </w:p>
    <w:p>
      <w:r>
        <w:rPr>
          <w:color w:val="666666"/>
          <w:sz w:val="18"/>
        </w:rPr>
        <w:t>Faith &amp; God · Q&amp;A 04 Mar 2012 Maulana Wahiduddin Khan · 3m 07s · at 21:29 · https://youtu.be/txRmutuvWQI?t=1289</w:t>
      </w:r>
    </w:p>
    <w:p>
      <w:r>
        <w:rPr>
          <w:i/>
        </w:rPr>
        <w:t>“The prayers of the Prophets are always accepted by God. Is there any case when Prophet Muhammad prayed for something but God did not accept it?”</w:t>
      </w:r>
    </w:p>
    <w:p>
      <w:r>
        <w:rPr>
          <w:sz w:val="20"/>
        </w:rPr>
        <w:t>21:29  maulana, agla sawal haiderabad se aaya hai misster zeeshan yusuf ka. unhon ne aap se poocha hai ke is dua "made by prophets" always accepted by Allah.</w:t>
      </w:r>
      <w:r>
        <w:br/>
      </w:r>
      <w:r>
        <w:rPr>
          <w:sz w:val="20"/>
        </w:rPr>
        <w:t>21:40  is there any case when prophet Muhammad asked something in dua, but Allah did not accept it?</w:t>
      </w:r>
      <w:r>
        <w:br/>
      </w:r>
      <w:r>
        <w:rPr>
          <w:sz w:val="20"/>
        </w:rPr>
        <w:t>21:48  haan, is ki maujood hai. ummat ke liye dua ki thi aap ne,</w:t>
      </w:r>
      <w:r>
        <w:br/>
      </w:r>
      <w:r>
        <w:rPr>
          <w:sz w:val="20"/>
        </w:rPr>
        <w:t>21:56  woh Allah taala ne qabool nahi ki. khud rasool Allah ne farmaya ke qabool nahi hui. kya cheez qabool nahi hui thi? sab bahmi ikhtilaf hain.</w:t>
      </w:r>
      <w:r>
        <w:br/>
      </w:r>
      <w:r>
        <w:rPr>
          <w:sz w:val="20"/>
        </w:rPr>
        <w:t>22:06  bahmi ikhtilaf. rasool Allah sal Allah alaihi wasallam ne dua ki Allah taala se ke meri ummat mein bahmi ikhtilaf na ho,</w:t>
      </w:r>
      <w:r>
        <w:br/>
      </w:r>
      <w:r>
        <w:rPr>
          <w:sz w:val="20"/>
        </w:rPr>
        <w:t>22:15  bahmi ikhtilaf na ho. lamba sajda kiya tha aap ne, to aap ne khud farmaya ke yeh qabool nahi hui.</w:t>
      </w:r>
      <w:r>
        <w:br/>
      </w:r>
      <w:r>
        <w:rPr>
          <w:sz w:val="20"/>
        </w:rPr>
        <w:t>22:26  to is ka maani hai ke jab musalman bahmi ikhtilaf kar ke apas mein, yani aik doosray ke negative ban jayen, nafratain karain aur buraiyan phailayen, jhootay ilzamat lagayen,</w:t>
      </w:r>
      <w:r>
        <w:br/>
      </w:r>
      <w:r>
        <w:rPr>
          <w:sz w:val="20"/>
        </w:rPr>
        <w:t>22:41  dekhen, bahmi ikhtilaf sadah baat nahi hai.</w:t>
      </w:r>
      <w:r>
        <w:br/>
      </w:r>
      <w:r>
        <w:rPr>
          <w:sz w:val="20"/>
        </w:rPr>
        <w:t>22:44  bahmi ikhtilaf ke do maani hain. aik yeh hai jis ko kehtay hain "dissent". dissent yani</w:t>
      </w:r>
      <w:r>
        <w:br/>
      </w:r>
      <w:r>
        <w:rPr>
          <w:sz w:val="20"/>
        </w:rPr>
        <w:t>22:54  ikhtilafi rai ka izhaar. decent is very good. decent mein koi kharabi nahi hai. d i double s e n t.</w:t>
      </w:r>
      <w:r>
        <w:br/>
      </w:r>
      <w:r>
        <w:rPr>
          <w:sz w:val="20"/>
        </w:rPr>
        <w:t>23:04  decent mein koi kharabi nahi hai. woh koi burai nahi hai. woh lekin yeh buri cheez hai ke aap kisi se aap ko ikhtilaf ho to aap us ke dushman ban jayen, us ko badnaam karen, jhoote ilzaam lagayen,</w:t>
      </w:r>
      <w:r>
        <w:br/>
      </w:r>
      <w:r>
        <w:rPr>
          <w:sz w:val="20"/>
        </w:rPr>
        <w:t>23:19  us ka character assassination karen. yeh sab yeh sab buri cheezain hain. to is se Allah Rasool Allah ne dua ki thi ke yeh meri qom is mein na mubtala ho, is burai mein.</w:t>
      </w:r>
      <w:r>
        <w:br/>
      </w:r>
      <w:r>
        <w:rPr>
          <w:sz w:val="20"/>
        </w:rPr>
        <w:t>23:28  to dua qabool nahi hui. kyunke agar yeh agar Allah taala is ummat ko is se, yani</w:t>
      </w:r>
      <w:r>
        <w:br/>
      </w:r>
      <w:r>
        <w:rPr>
          <w:sz w:val="20"/>
        </w:rPr>
        <w:t>23:36  is se woh kar de, mehfooz kar de, to un ka imtehan kis cheez mein hoga? un ka test kis cheez mein liya jayega? to test khatam ho jata tha.</w:t>
      </w:r>
      <w:r>
        <w:br/>
      </w:r>
      <w:r>
        <w:rPr>
          <w:sz w:val="20"/>
        </w:rPr>
        <w:t>23:45  is liye qabool nahi hui dua. to musalmanon ko bohat zyada darna chahiye is baat se</w:t>
      </w:r>
      <w:r>
        <w:br/>
      </w:r>
      <w:r>
        <w:rPr>
          <w:sz w:val="20"/>
        </w:rPr>
        <w:t>23:54  ke ikhtilaf kar ke jo aaj kal aam hai, aam jahan ikhtilaf hua, foran jhooti baaten phailane lage is ke baray mein.</w:t>
      </w:r>
      <w:r>
        <w:br/>
      </w:r>
      <w:r>
        <w:rPr>
          <w:sz w:val="20"/>
        </w:rPr>
        <w:t>24:03  jahan ikhtilaf hua, ilzaam tarashi, aib zani, yahan se shuru kar di. to yeh woh maqam hai jahan</w:t>
      </w:r>
      <w:r>
        <w:br/>
      </w:r>
      <w:r>
        <w:rPr>
          <w:sz w:val="20"/>
        </w:rPr>
        <w:t>24:11  aik Allah aur Rasool ka saath dene wale nahi hain. jo is mein mubtala hoga, to us ko Allah aur Rasool ka saath nahi milega. aap ko decent ka haq bilashuba hai, decent ka daleel ke saath.</w:t>
      </w:r>
      <w:r>
        <w:br/>
      </w:r>
      <w:r>
        <w:rPr>
          <w:sz w:val="20"/>
        </w:rPr>
        <w:t>24:23  lekin kisi ka character assassination, kisi ki aib zani, kisi ki ilzaam tarashi,</w:t>
      </w:r>
      <w:r>
        <w:br/>
      </w:r>
      <w:r>
        <w:rPr>
          <w:sz w:val="20"/>
        </w:rPr>
        <w:t>24:29  jhoota badnaam karna, yeh bilashuba haram se bhi zyada buri cheez hai. is mein koi shaq nahi hai.</w:t>
      </w:r>
    </w:p>
    <w:p>
      <w:pPr>
        <w:pStyle w:val="Heading2"/>
      </w:pPr>
      <w:r>
        <w:t>What do women get in Paradise?</w:t>
      </w:r>
    </w:p>
    <w:p>
      <w:r>
        <w:rPr>
          <w:color w:val="666666"/>
          <w:sz w:val="18"/>
        </w:rPr>
        <w:t>Faith &amp; God · The Concept of Divine Help June 16, 2013 · 3m 07s · at 1:08:31 · https://youtu.be/b0QaxGSnAOI?t=4111</w:t>
      </w:r>
    </w:p>
    <w:p>
      <w:r>
        <w:rPr>
          <w:i/>
        </w:rPr>
        <w:t>“It is said that in Paradise, men have hoor (maidens). What is there for women?”</w:t>
      </w:r>
    </w:p>
    <w:p>
      <w:r>
        <w:rPr>
          <w:sz w:val="20"/>
        </w:rPr>
        <w:t>1:08:31  molana, agla sawal rai chor se hai zaheeruddin sahib ka</w:t>
      </w:r>
      <w:r>
        <w:br/>
      </w:r>
      <w:r>
        <w:rPr>
          <w:sz w:val="20"/>
        </w:rPr>
        <w:t>1:08:35  ۔ unhon ne likha hai: "pichhle sunday jo topic tha, woh jannat par tha. molana sahib, mera sawal jannat ko le kar yeh hai ke yeh kaha jata hai ke jannat mein aadmi ke liye hoor hai,</w:t>
      </w:r>
      <w:r>
        <w:br/>
      </w:r>
      <w:r>
        <w:rPr>
          <w:sz w:val="20"/>
        </w:rPr>
        <w:t>1:08:48  to mera sawal yeh hai: aurat ke liye kya hai?" dekhen, yeh sawal ka jawab bar bar diya ja chuka hai. quran mein jo lafz istemal kiya gaya hai, dekhen, bohat hi ba-mani lafz hai.</w:t>
      </w:r>
      <w:r>
        <w:br/>
      </w:r>
      <w:r>
        <w:rPr>
          <w:sz w:val="20"/>
        </w:rPr>
        <w:t>1:09:04  azwaj ka lafz istemal kiya hai quran mein. azwaj kehte hain us spouse ko. azwaj mutahira behtareen azwaj honge.</w:t>
      </w:r>
      <w:r>
        <w:br/>
      </w:r>
      <w:r>
        <w:rPr>
          <w:sz w:val="20"/>
        </w:rPr>
        <w:t>1:09:13  yeh bohat hi ba-mani lafz quran mein hum dekhen ke jannat jannat mein logon ke liye behtareen azwaj honge, behtareen spouse honge. to spouse ka lafz jo hai, aurat ke liye bhi hai, mard ke liye bhi.</w:t>
      </w:r>
      <w:r>
        <w:br/>
      </w:r>
      <w:r>
        <w:rPr>
          <w:sz w:val="20"/>
        </w:rPr>
        <w:t>1:09:26  yeh yeh sawal jo hai, bilkul mere nazdeek irrelevant sawal hai, aur is liye sawal hai ke log azwaj ko le lete hain is mani mein, ghalat mani mein.</w:t>
      </w:r>
      <w:r>
        <w:br/>
      </w:r>
      <w:r>
        <w:rPr>
          <w:sz w:val="20"/>
        </w:rPr>
        <w:t>1:09:38  azwaj jo hai, spouse ke mani mein hai. spouse jo hai, dono ke liye bara aata hai. yani aurat ke liye bhi, mard ke liye bhi. yani yani mard ke liye behtareen aurat, aur aurat ke liye behtareen mard.</w:t>
      </w:r>
      <w:r>
        <w:br/>
      </w:r>
      <w:r>
        <w:rPr>
          <w:sz w:val="20"/>
        </w:rPr>
        <w:t>1:09:50  lahum fiha azwaj mutahira</w:t>
      </w:r>
      <w:r>
        <w:br/>
      </w:r>
      <w:r>
        <w:rPr>
          <w:sz w:val="20"/>
        </w:rPr>
        <w:t>1:09:53  ahl-e-jannat ke liye jannat mein azwaj mutahira honge. lahum fiha azwaj mutahira pakiza azwaj.</w:t>
      </w:r>
      <w:r>
        <w:br/>
      </w:r>
      <w:r>
        <w:rPr>
          <w:sz w:val="20"/>
        </w:rPr>
        <w:t>1:10:04  yani mard ke liye pakiza aurat, aurat ke liye pakiza mard. to dono ko bilkul yaksa darja diya gaya, bilkul yaksa. equal status, dono mein koi farq nahi hai.</w:t>
      </w:r>
      <w:r>
        <w:br/>
      </w:r>
      <w:r>
        <w:rPr>
          <w:sz w:val="20"/>
        </w:rPr>
        <w:t>1:10:17  molana, yeh comment hai jo abhi abhi aaya hai london se zulqarnain sahib ka</w:t>
      </w:r>
      <w:r>
        <w:br/>
      </w:r>
      <w:r>
        <w:rPr>
          <w:sz w:val="20"/>
        </w:rPr>
        <w:t>1:10:22  ۔ unhon ne likha hai: "molana sahib, may allah bless you and your cps team members with good health and happiness for speaking on topics which are so relevant to present day world in general and muslims in particular.</w:t>
      </w:r>
      <w:r>
        <w:br/>
      </w:r>
      <w:r>
        <w:rPr>
          <w:sz w:val="20"/>
        </w:rPr>
        <w:t>1:10:39  i thoroughly benefited from today's topic, particularly emphasis on being unilaterally well wisher for mudo." maaf kijiye.</w:t>
      </w:r>
    </w:p>
    <w:p>
      <w:pPr>
        <w:pStyle w:val="Heading2"/>
      </w:pPr>
      <w:r>
        <w:t>What is the Straight Path?</w:t>
      </w:r>
    </w:p>
    <w:p>
      <w:r>
        <w:rPr>
          <w:color w:val="666666"/>
          <w:sz w:val="18"/>
        </w:rPr>
        <w:t>Faith &amp; God · The Straight Path October 30, 2011 Maulana Wahiduddin Khan · 3m 52s · at 1:11:07 · https://youtu.be/PKFHe82Jz58?t=4267</w:t>
      </w:r>
    </w:p>
    <w:p>
      <w:r>
        <w:rPr>
          <w:i/>
        </w:rPr>
        <w:t>“What is the Straight Path (Sirat-e-Mustaqeem)? Explain about it.”</w:t>
      </w:r>
    </w:p>
    <w:p>
      <w:r>
        <w:rPr>
          <w:sz w:val="20"/>
        </w:rPr>
        <w:t>1:11:07  maulana, yeh sawal kiya hai qazi mahmood ahmed qasmi sahib ne jammu kashmir se. unhone likha hai ke sirat-e-mustaqeem kya hai, is ke baray mein batayen.</w:t>
      </w:r>
      <w:r>
        <w:br/>
      </w:r>
      <w:r>
        <w:rPr>
          <w:sz w:val="20"/>
        </w:rPr>
        <w:t>1:11:25  dekhein, ek hadith hai ke rasool Allah salallahu alaihi wasallam ne ek lakeer kheenchhi seedhi,</w:t>
      </w:r>
      <w:r>
        <w:br/>
      </w:r>
      <w:r>
        <w:rPr>
          <w:sz w:val="20"/>
        </w:rPr>
        <w:t>1:11:31  phir idhar udhar lakeerein kheenchhi. aap ne farmaya ke yeh hai sirat-e-mustaqeem. idhar udhar lakeerein jo hain, woh bhatkaao ke rastay hain.</w:t>
      </w:r>
      <w:r>
        <w:br/>
      </w:r>
      <w:r>
        <w:rPr>
          <w:sz w:val="20"/>
        </w:rPr>
        <w:t>1:11:44  is se maine samjha hai ke ek hai, dekhiye, god oriented. is mein lakeer mein ek yahan insan hai, idhar Khuda hai.</w:t>
      </w:r>
      <w:r>
        <w:br/>
      </w:r>
      <w:r>
        <w:rPr>
          <w:sz w:val="20"/>
        </w:rPr>
        <w:t>1:11:53  yeh seedhi lakeer jo hai, woh insan se Khuda tak jati hai aur idhar udhar jo hai, woh bhatakne ke rastay hain.</w:t>
      </w:r>
      <w:r>
        <w:br/>
      </w:r>
      <w:r>
        <w:rPr>
          <w:sz w:val="20"/>
        </w:rPr>
        <w:t>1:12:02  to god oriented soch, yani Khuda rukhi soch, Khuda rukhi andaaz-e-zindagi, woh hai sirat-e-mustaqeem.</w:t>
      </w:r>
      <w:r>
        <w:br/>
      </w:r>
      <w:r>
        <w:rPr>
          <w:sz w:val="20"/>
        </w:rPr>
        <w:t>1:12:13  aur idhar udhar ke jo bhatke hain ke shaitan baqayda hai, wahan aadmi skim karta hai aur idhar bhatak jata hai.</w:t>
      </w:r>
      <w:r>
        <w:br/>
      </w:r>
      <w:r>
        <w:rPr>
          <w:sz w:val="20"/>
        </w:rPr>
        <w:t>1:12:25  to yeh yeh hamesha hi soorat-e-haal hamesha baqi reh</w:t>
      </w:r>
      <w:r>
        <w:br/>
      </w:r>
      <w:r>
        <w:rPr>
          <w:sz w:val="20"/>
        </w:rPr>
        <w:t>1:12:29  egi. har mauqa par jab aap gear element ho, wahan sochna padega aap ko. yani jahan bhi aap bhatkein, sochna padega.</w:t>
      </w:r>
      <w:r>
        <w:br/>
      </w:r>
      <w:r>
        <w:rPr>
          <w:sz w:val="20"/>
        </w:rPr>
        <w:t>1:12:38  koi wahan aa kar ke awaaz nahi dega aap ko ke bhai tum bhatak rahe ho.</w:t>
      </w:r>
      <w:r>
        <w:br/>
      </w:r>
      <w:r>
        <w:rPr>
          <w:sz w:val="20"/>
        </w:rPr>
        <w:t>1:12:46  misal ke taur par maine abhi misaal jo din shuru mein di thi ke "la sirata illa bi fatithatil kitab" ke surah fatiha ke baghair namaz nahi.</w:t>
      </w:r>
      <w:r>
        <w:br/>
      </w:r>
      <w:r>
        <w:rPr>
          <w:sz w:val="20"/>
        </w:rPr>
        <w:t>1:12:56  is par bhi bhatkaao hua.</w:t>
      </w:r>
      <w:r>
        <w:br/>
      </w:r>
      <w:r>
        <w:rPr>
          <w:sz w:val="20"/>
        </w:rPr>
        <w:t>1:12:58  saare logon ne alfaaz par behas jaari kar di, yani alfaaz ko dohrana. maine dekhiye, yeh bhatkaao tha. haqeeqat ya spirit par koi behas hi nahi.</w:t>
      </w:r>
      <w:r>
        <w:br/>
      </w:r>
      <w:r>
        <w:rPr>
          <w:sz w:val="20"/>
        </w:rPr>
        <w:t>1:13:11  kisi ne yeh baat nahi nikali ke namaz jo hai, shaoor-e-fatiha ke saath padhna hai, warna namaz nahi hogi. saari behasein is par hain ke alfaaz-e-fatiha ke saath namaz padhna hai.</w:t>
      </w:r>
      <w:r>
        <w:br/>
      </w:r>
      <w:r>
        <w:rPr>
          <w:sz w:val="20"/>
        </w:rPr>
        <w:t>1:13:22  yeh yeh bhi inhiraaf tha. yeh</w:t>
      </w:r>
      <w:r>
        <w:br/>
      </w:r>
      <w:r>
        <w:rPr>
          <w:sz w:val="20"/>
        </w:rPr>
        <w:t>1:13:27  to deiray element har waqt hota rehta hai. abhi jo maine kaha, yeh jo teen ajdhey wali baat, woh bhi bhatkaao hai ke rasool Allah sal Allah alaihi wasallam ne teenon khatraat maujood thay,</w:t>
      </w:r>
      <w:r>
        <w:br/>
      </w:r>
      <w:r>
        <w:rPr>
          <w:sz w:val="20"/>
        </w:rPr>
        <w:t>1:13:41  lekin aap is par bhatke nahi ke in se ladein, in se ladein, in se ladein, balke dawat par aap jame rahe. woh tha sirat e mustaqeem.</w:t>
      </w:r>
      <w:r>
        <w:br/>
      </w:r>
      <w:r>
        <w:rPr>
          <w:sz w:val="20"/>
        </w:rPr>
        <w:t>1:13:51  agar aap bhatakte ke parhein to tansir ka muqabla karna hai, parhein istimaar se ladna hai, parhein istishraaq ko khatam karna hai, yeh to bhatkaao hota sirat e mustaqeem se.</w:t>
      </w:r>
      <w:r>
        <w:br/>
      </w:r>
      <w:r>
        <w:rPr>
          <w:sz w:val="20"/>
        </w:rPr>
        <w:t>1:14:03  aap dawat par jame rahe to ek hi sirat e mustaqeem hai, yaani Khuda rakhi, aur baqi jo teh hain, idhar udhar woh bhatkaao ke raaste hain.</w:t>
      </w:r>
      <w:r>
        <w:br/>
      </w:r>
      <w:r>
        <w:rPr>
          <w:sz w:val="20"/>
        </w:rPr>
        <w:t>1:14:17  yeh to har waqt aap soch sakte hain, ghaur kar ke ke kaun sa raasta Allah ki taraf ja raha hai, kaun sa raasta bhatkaao ki taraf ja raha hai.</w:t>
      </w:r>
      <w:r>
        <w:br/>
      </w:r>
      <w:r>
        <w:rPr>
          <w:sz w:val="20"/>
        </w:rPr>
        <w:t>1:14:28  isi wajah se yeh hai ke teenon maamle bhatkaao ke maamle hain. kuch log lad rahe hain tansir ke khilaaf, kuch lad rahe hain istimaar ke khilaaf, kuch lad rahe hain istishraaq ke khilaaf.</w:t>
      </w:r>
      <w:r>
        <w:br/>
      </w:r>
      <w:r>
        <w:rPr>
          <w:sz w:val="20"/>
        </w:rPr>
        <w:t>1:14:40  woh nahi karta. karti to Khuda rasool Allah ne kya</w:t>
      </w:r>
      <w:r>
        <w:br/>
      </w:r>
      <w:r>
        <w:rPr>
          <w:sz w:val="20"/>
        </w:rPr>
        <w:t>1:14:44  ke chodein in cheezon ko, hamein to dawat dena hai, Quran ki dawat. yeh koi kar nahi raha hai. to har maamle mein soch samajh kar ke aap jaan paayenge ke kahan aap ki zindagi deiryl ho rahi hai.</w:t>
      </w:r>
    </w:p>
    <w:p>
      <w:pPr>
        <w:pStyle w:val="Heading2"/>
      </w:pPr>
      <w:r>
        <w:t>What is the reality of magic?</w:t>
      </w:r>
    </w:p>
    <w:p>
      <w:r>
        <w:rPr>
          <w:color w:val="666666"/>
          <w:sz w:val="18"/>
        </w:rPr>
        <w:t>Faith &amp; God · On Atheism | May 22, 2016 · 2m 02s · at 59:58 · https://youtu.be/tzJmfYnSleo?t=3598</w:t>
      </w:r>
    </w:p>
    <w:p>
      <w:r>
        <w:rPr>
          <w:i/>
        </w:rPr>
        <w:t>“I want to know the reality of magic in Islam.”</w:t>
      </w:r>
    </w:p>
    <w:p>
      <w:r>
        <w:rPr>
          <w:sz w:val="20"/>
        </w:rPr>
        <w:t>59:58  molana agla sawal zaid noor sahib ne bheja hai.</w:t>
      </w:r>
      <w:r>
        <w:br/>
      </w:r>
      <w:r>
        <w:rPr>
          <w:sz w:val="20"/>
        </w:rPr>
        <w:t>1:00:03  unhon ne apni location nahi likhi hai.</w:t>
      </w:r>
      <w:r>
        <w:br/>
      </w:r>
      <w:r>
        <w:rPr>
          <w:sz w:val="20"/>
        </w:rPr>
        <w:t>1:00:08  ان کا سوال ہے مولانا I have to know, I want to know the reality of magic in Islam.</w:t>
      </w:r>
      <w:r>
        <w:br/>
      </w:r>
      <w:r>
        <w:rPr>
          <w:sz w:val="20"/>
        </w:rPr>
        <w:t>1:00:13  I have read in hadith that the Prophet of Islam was affected by it.</w:t>
      </w:r>
      <w:r>
        <w:br/>
      </w:r>
      <w:r>
        <w:rPr>
          <w:sz w:val="20"/>
        </w:rPr>
        <w:t>1:00:18  I cannot digest about this reality of magic.</w:t>
      </w:r>
      <w:r>
        <w:br/>
      </w:r>
      <w:r>
        <w:rPr>
          <w:sz w:val="20"/>
        </w:rPr>
        <w:t>1:00:22  also please tell me about nazar.</w:t>
      </w:r>
      <w:r>
        <w:br/>
      </w:r>
      <w:r>
        <w:rPr>
          <w:sz w:val="20"/>
        </w:rPr>
        <w:t>1:00:26  in hadith nazar is barhaq.</w:t>
      </w:r>
      <w:r>
        <w:br/>
      </w:r>
      <w:r>
        <w:rPr>
          <w:sz w:val="20"/>
        </w:rPr>
        <w:t>1:00:31  kindly comment on this.</w:t>
      </w:r>
      <w:r>
        <w:br/>
      </w:r>
      <w:r>
        <w:rPr>
          <w:sz w:val="20"/>
        </w:rPr>
        <w:t>1:00:35  haan ek hadith hai ke al-ain haq lekin hadith ka matlab yeh nahi ke sach much in ka</w:t>
      </w:r>
      <w:r>
        <w:br/>
      </w:r>
      <w:r>
        <w:rPr>
          <w:sz w:val="20"/>
        </w:rPr>
        <w:t>1:00:39  matlab yeh ho sakta hai ke log aisa mante hon.</w:t>
      </w:r>
      <w:r>
        <w:br/>
      </w:r>
      <w:r>
        <w:rPr>
          <w:sz w:val="20"/>
        </w:rPr>
        <w:t>1:00:44  is hadith ka matlab yeh</w:t>
      </w:r>
      <w:r>
        <w:br/>
      </w:r>
      <w:r>
        <w:rPr>
          <w:sz w:val="20"/>
        </w:rPr>
        <w:t>1:00:48  nahi ke waqeatan nazar lagti hai. kya matlab log aisa samajhte hain ke nazar lagti hai? to main al-ain haq ka matlab yeh leta hoon. koi ayat quran ki ayat nahi hai. yeh ek hadith hai. to is tarah ke confusion kai is mein hote hain. jaise ek misaal main deta hoon aap ko ke hazrat aisha se kaha gaya ke hazrat abu hurairah ek hadith bayan karte hain ke teen cheezon mein nahusat hai. t</w:t>
      </w:r>
      <w:r>
        <w:br/>
      </w:r>
      <w:r>
        <w:rPr>
          <w:sz w:val="20"/>
        </w:rPr>
        <w:t>1:01:18  een cheezon mein nahusat hai. to hazrat aisha ne is ko sun ke kaha hai kadhab abu hurairah. abu hurairah ne jhoot kaha. rasool allah ne kaha tha ke yahood ya kuch log aisa mante hain ke teen cheezon mein nahusat hai. islam mein aisa nahi hai. to woh cheez bhool gaye aisa hazrat abu hurairah. to al-ain haq jo hai main samajhta hoon ke yeh baat yeh nahi ke khuda ke qanoon ke mutabiq nazar lagti hai. balkeh is ka matlab yeh</w:t>
      </w:r>
      <w:r>
        <w:br/>
      </w:r>
      <w:r>
        <w:rPr>
          <w:sz w:val="20"/>
        </w:rPr>
        <w:t>1:01:48  hai ke log aisa mante hon.</w:t>
      </w:r>
      <w:r>
        <w:br/>
      </w:r>
      <w:r>
        <w:rPr>
          <w:sz w:val="20"/>
        </w:rPr>
        <w:t>1:01:54  mein to yahi samajhta hoon is ko.</w:t>
      </w:r>
    </w:p>
    <w:p>
      <w:pPr>
        <w:pStyle w:val="Heading2"/>
      </w:pPr>
      <w:r>
        <w:t>What is within human control amid God's dominion?</w:t>
      </w:r>
    </w:p>
    <w:p>
      <w:r>
        <w:rPr>
          <w:color w:val="666666"/>
          <w:sz w:val="18"/>
        </w:rPr>
        <w:t>Faith &amp; God · Revival of Muslims March 08, 2015 · 2m 06s · at 1:03:00 · https://youtu.be/8ShFcr8YozI?t=3780</w:t>
      </w:r>
    </w:p>
    <w:p>
      <w:r>
        <w:rPr>
          <w:i/>
        </w:rPr>
        <w:t>“In this world everything is in God's control—whether it is the blowing of the wind, the changing of day and night, or any other changes. But among all these, what is within human control? Please explain.”</w:t>
      </w:r>
    </w:p>
    <w:p>
      <w:r>
        <w:rPr>
          <w:sz w:val="20"/>
        </w:rPr>
        <w:t>1:03:00  Maulana, agla sawal Jodhpur, Rajasthan se kiya hai Muhammad Waqas Sahab ne aur unhon ne likha hai ke is duniya mein sab kuch Khuda ke ikhtiyar mein hai, chahe hawa ka chalna ho ya din aur raat ka badalna ya duniya mein aur bhi koi changes ka aana.</w:t>
      </w:r>
      <w:r>
        <w:br/>
      </w:r>
      <w:r>
        <w:rPr>
          <w:sz w:val="20"/>
        </w:rPr>
        <w:t>1:03:20  lekin in sab ke beech mein insaan ke ikhtiyar mein kya cheez hai, is ke baray mein batayen.</w:t>
      </w:r>
      <w:r>
        <w:br/>
      </w:r>
      <w:r>
        <w:rPr>
          <w:sz w:val="20"/>
        </w:rPr>
        <w:t>1:03:29  dekhen, ek hai natural laws. to natural laws to woh jo Khuda ne banaye hain, wahi rahen ge. is mein koi badlao nahin aa sakta.</w:t>
      </w:r>
      <w:r>
        <w:br/>
      </w:r>
      <w:r>
        <w:rPr>
          <w:sz w:val="20"/>
        </w:rPr>
        <w:t>1:03:40  insaan ke paas jo cheez hai, woh hai freedom of choice. bas yahi ek cheez insaan ke ikhtiyar mein hai.</w:t>
      </w:r>
      <w:r>
        <w:br/>
      </w:r>
      <w:r>
        <w:rPr>
          <w:sz w:val="20"/>
        </w:rPr>
        <w:t>1:03:50  aur sach poochhen to insaan ka jo test hai, woh isi mein hai.</w:t>
      </w:r>
      <w:r>
        <w:br/>
      </w:r>
      <w:r>
        <w:rPr>
          <w:sz w:val="20"/>
        </w:rPr>
        <w:t>1:03:56  ke is mein nahin ke woh jaise mein ne kaha ke mere aur suraj ke beech mein crowd aa gaya to mere bas mein yeh nahin ke crowd hata doon.</w:t>
      </w:r>
      <w:r>
        <w:br/>
      </w:r>
      <w:r>
        <w:rPr>
          <w:sz w:val="20"/>
        </w:rPr>
        <w:t>1:04:10  to mere bas mein jo hai, woh freedom of choice hai. aur isi par test hai. Allah taala ke haan jo push hogi, woh yeh ke tum ne sahi choice liya ya galat choice liya.</w:t>
      </w:r>
      <w:r>
        <w:br/>
      </w:r>
      <w:r>
        <w:rPr>
          <w:sz w:val="20"/>
        </w:rPr>
        <w:t>1:04:27  jaise mein ne misaal di aap ko ke dunya ko jab Allah ne madu ka darja diya tha to tum ne dushman ko bana diya. yeh galat choice liya aap ne.</w:t>
      </w:r>
      <w:r>
        <w:br/>
      </w:r>
      <w:r>
        <w:rPr>
          <w:sz w:val="20"/>
        </w:rPr>
        <w:t>1:04:38  yaani qaumi buniyad par shikayaten huin to qaumi buniyad par shikayaton ki wajah se tum us ko dushman samajh liya. qaumi mamlaat alag alag hote hain.</w:t>
      </w:r>
      <w:r>
        <w:br/>
      </w:r>
      <w:r>
        <w:rPr>
          <w:sz w:val="20"/>
        </w:rPr>
        <w:t>1:04:47  Allah ke nazdeek sab ke sab badu hain. to tum ko deen ki dawat pesh karo. lekin tum ne qaumi shikayaton ko buniyad banaya. is par rai qaim ki.</w:t>
      </w:r>
      <w:r>
        <w:br/>
      </w:r>
      <w:r>
        <w:rPr>
          <w:sz w:val="20"/>
        </w:rPr>
        <w:t>1:04:57  qaumi shikayaton ki buniyad par rai qaim ki. yeh tumhara galat choice tha.</w:t>
      </w:r>
    </w:p>
    <w:p>
      <w:pPr>
        <w:pStyle w:val="Heading2"/>
      </w:pPr>
      <w:r>
        <w:t>Where is God's mercy amid suffering?</w:t>
      </w:r>
    </w:p>
    <w:p>
      <w:r>
        <w:rPr>
          <w:color w:val="666666"/>
          <w:sz w:val="18"/>
        </w:rPr>
        <w:t>Faith &amp; God · Unseen God July 30, 2017 Maulana Wahiduddin Khan · 3m 10s · at 47:51 · https://youtu.be/MOkCdGFAVR4?t=2871</w:t>
      </w:r>
    </w:p>
    <w:p>
      <w:r>
        <w:rPr>
          <w:i/>
        </w:rPr>
        <w:t>“By seeing human casualties around the world, especially in Muslim countries, my heart throbs with pain and I question: where is God's mercy? If He exists, and besides Islam, for the third holiest place people are killed for the protection of this place, still God doesn't do anything. Such things make me unbelieving for a long time. What is your opinion to my question?”</w:t>
      </w:r>
    </w:p>
    <w:p>
      <w:r>
        <w:rPr>
          <w:sz w:val="20"/>
        </w:rPr>
        <w:t>47:51  molana ab sawal lena chahenge pehla sawal bheja hai naveed</w:t>
      </w:r>
      <w:r>
        <w:br/>
      </w:r>
      <w:r>
        <w:rPr>
          <w:sz w:val="20"/>
        </w:rPr>
        <w:t>47:56  muhammad sahib ne aligarh muslim university se unhone likha hai by seeing human casualties around the world especially in muslim countries my heart throbs with pain and i question that where is god's mercy if he exists</w:t>
      </w:r>
      <w:r>
        <w:br/>
      </w:r>
      <w:r>
        <w:rPr>
          <w:sz w:val="20"/>
        </w:rPr>
        <w:t>48:18  and besides islam for third holiest place people are killed for the protection of this place still god doesn't do anything such things make me unbelievable for a long time what is your opinion to my co</w:t>
      </w:r>
      <w:r>
        <w:br/>
      </w:r>
      <w:r>
        <w:rPr>
          <w:sz w:val="20"/>
        </w:rPr>
        <w:t>48:36  question</w:t>
      </w:r>
      <w:r>
        <w:br/>
      </w:r>
      <w:r>
        <w:rPr>
          <w:sz w:val="20"/>
        </w:rPr>
        <w:t>48:39  dekhiye aap is ko</w:t>
      </w:r>
      <w:r>
        <w:br/>
      </w:r>
      <w:r>
        <w:rPr>
          <w:sz w:val="20"/>
        </w:rPr>
        <w:t>48:43  ghalat reference mein dekh rahe hain</w:t>
      </w:r>
      <w:r>
        <w:br/>
      </w:r>
      <w:r>
        <w:rPr>
          <w:sz w:val="20"/>
        </w:rPr>
        <w:t>48:45  ghalat reference mein</w:t>
      </w:r>
      <w:r>
        <w:br/>
      </w:r>
      <w:r>
        <w:rPr>
          <w:sz w:val="20"/>
        </w:rPr>
        <w:t>48:49  aap agar farz kiye ke aap ali garh muslim university ko goshala ki taraf dekhen</w:t>
      </w:r>
      <w:r>
        <w:br/>
      </w:r>
      <w:r>
        <w:rPr>
          <w:sz w:val="20"/>
        </w:rPr>
        <w:t>48:55  to aap kuch nahi payenge kyunke goshala ke reference mein muslim university ko aap samajh nahi sakte</w:t>
      </w:r>
      <w:r>
        <w:br/>
      </w:r>
      <w:r>
        <w:rPr>
          <w:sz w:val="20"/>
        </w:rPr>
        <w:t>49:03  to yeh allah ki mercy ko reference mein aap jab dekh rahe hain</w:t>
      </w:r>
      <w:r>
        <w:br/>
      </w:r>
      <w:r>
        <w:rPr>
          <w:sz w:val="20"/>
        </w:rPr>
        <w:t>49:09  mercy to hairan ho rahe hain subah dhoop suraj nikli yeh mercy nahi hai hawayein chal rahi hain</w:t>
      </w:r>
      <w:r>
        <w:br/>
      </w:r>
      <w:r>
        <w:rPr>
          <w:sz w:val="20"/>
        </w:rPr>
        <w:t>49:14  mercy nahi hai oxygen supply ho rahi hai mercy nahi hai baqi yeh jo waqea hai to insan</w:t>
      </w:r>
      <w:r>
        <w:br/>
      </w:r>
      <w:r>
        <w:rPr>
          <w:sz w:val="20"/>
        </w:rPr>
        <w:t>49:20  ki freedom ka mamla hai</w:t>
      </w:r>
      <w:r>
        <w:br/>
      </w:r>
      <w:r>
        <w:rPr>
          <w:sz w:val="20"/>
        </w:rPr>
        <w:t>49:23  koi mercy to allah ki</w:t>
      </w:r>
      <w:r>
        <w:br/>
      </w:r>
      <w:r>
        <w:rPr>
          <w:sz w:val="20"/>
        </w:rPr>
        <w:t>49:24  subah sham baras rahi hai lekin allah ne insan ko freedom diya hai freedom of choice to kuch</w:t>
      </w:r>
      <w:r>
        <w:br/>
      </w:r>
      <w:r>
        <w:rPr>
          <w:sz w:val="20"/>
        </w:rPr>
        <w:t>49:32  insan is ko misuse karte hain is se misaal paida hote hain</w:t>
      </w:r>
      <w:r>
        <w:br/>
      </w:r>
      <w:r>
        <w:rPr>
          <w:sz w:val="20"/>
        </w:rPr>
        <w:t>49:38  to yeh yeh bhi allah ne jo kiya hai hum ko bohat bara credit dene ke liye ke</w:t>
      </w:r>
      <w:r>
        <w:br/>
      </w:r>
      <w:r>
        <w:rPr>
          <w:sz w:val="20"/>
        </w:rPr>
        <w:t>49:45  hum ne self imposed discipline par apne ko qaim kiya</w:t>
      </w:r>
      <w:r>
        <w:br/>
      </w:r>
      <w:r>
        <w:rPr>
          <w:sz w:val="20"/>
        </w:rPr>
        <w:t>49:52  yani hum hum ghussa ho sakte the maine ghussa nahi kiya hum nafrat kar sakte the main</w:t>
      </w:r>
      <w:r>
        <w:br/>
      </w:r>
      <w:r>
        <w:rPr>
          <w:sz w:val="20"/>
        </w:rPr>
        <w:t>49:58  ne nafrat nahi kiya hum ne bomb maar sakte the hum bomb nahi mara</w:t>
      </w:r>
      <w:r>
        <w:br/>
      </w:r>
      <w:r>
        <w:rPr>
          <w:sz w:val="20"/>
        </w:rPr>
        <w:t>50:03  to aise isi yani isi isi bari discovery ke liye</w:t>
      </w:r>
      <w:r>
        <w:br/>
      </w:r>
      <w:r>
        <w:rPr>
          <w:sz w:val="20"/>
        </w:rPr>
        <w:t>50:10  insan ko azadi di hai to bajaye is ke ke aap is ko khuda par dalen insano ko</w:t>
      </w:r>
      <w:r>
        <w:br/>
      </w:r>
      <w:r>
        <w:rPr>
          <w:sz w:val="20"/>
        </w:rPr>
        <w:t>50:17  batayiye aap dawat ka kaam kijiye</w:t>
      </w:r>
      <w:r>
        <w:br/>
      </w:r>
      <w:r>
        <w:rPr>
          <w:sz w:val="20"/>
        </w:rPr>
        <w:t>50:21  yani jis jis ko aap bata rahe hain khuda kahan mercy nahi hai nahi aap kahan dawat nahi</w:t>
      </w:r>
      <w:r>
        <w:br/>
      </w:r>
      <w:r>
        <w:rPr>
          <w:sz w:val="20"/>
        </w:rPr>
        <w:t>50:26  hai main kahun ke aap yeh keh rahe hain ke khuda kahan mercy nahi hai main kahun ke</w:t>
      </w:r>
      <w:r>
        <w:br/>
      </w:r>
      <w:r>
        <w:rPr>
          <w:sz w:val="20"/>
        </w:rPr>
        <w:t>50:32  aap ke andar khud dawat ka koi jazba nahi hai aap dawat dijiye logon ko bataiye logon ko</w:t>
      </w:r>
      <w:r>
        <w:br/>
      </w:r>
      <w:r>
        <w:rPr>
          <w:sz w:val="20"/>
        </w:rPr>
        <w:t>50:37  in awareness ko todiye logon ko bataiye ke tum apni freedom ko misuse kar rahe ho yeh</w:t>
      </w:r>
      <w:r>
        <w:br/>
      </w:r>
      <w:r>
        <w:rPr>
          <w:sz w:val="20"/>
        </w:rPr>
        <w:t>50:42  batayiye to aap ke andar leak kar rahi hai dawat ki spirit aur aap keh rahe hain ke</w:t>
      </w:r>
      <w:r>
        <w:br/>
      </w:r>
      <w:r>
        <w:rPr>
          <w:sz w:val="20"/>
        </w:rPr>
        <w:t>50:50  allah ke andar leek leek kar rahi hai mersi yeh aap ke galat</w:t>
      </w:r>
      <w:r>
        <w:br/>
      </w:r>
      <w:r>
        <w:rPr>
          <w:sz w:val="20"/>
        </w:rPr>
        <w:t>50:56  angle se dekhna ka nateeja hai</w:t>
      </w:r>
    </w:p>
    <w:p>
      <w:pPr>
        <w:pStyle w:val="Heading2"/>
      </w:pPr>
      <w:r>
        <w:t>Why Does God Allow Evil?</w:t>
      </w:r>
    </w:p>
    <w:p>
      <w:r>
        <w:rPr>
          <w:color w:val="666666"/>
          <w:sz w:val="18"/>
        </w:rPr>
        <w:t>Faith &amp; God · Doomsday is Coming November 24, 2013 · 2m 17s · at 45:26 · https://youtu.be/rixrzrrK-cE?t=2726</w:t>
      </w:r>
    </w:p>
    <w:p>
      <w:r>
        <w:rPr>
          <w:i/>
        </w:rPr>
        <w:t>“There is a belief among people that God plans everything. If this is true, then why is God Almighty allowing evil or bad deeds to happen? What is your comment on this?”</w:t>
      </w:r>
    </w:p>
    <w:p>
      <w:r>
        <w:rPr>
          <w:sz w:val="20"/>
        </w:rPr>
        <w:t>45:26  maulana, agla sawal chennai se hai,</w:t>
      </w:r>
      <w:r>
        <w:br/>
      </w:r>
      <w:r>
        <w:rPr>
          <w:sz w:val="20"/>
        </w:rPr>
        <w:t>45:29  ah mr mukesh ne kiya hai. Unhone likha hai: "Maulana, there is a belief among people that God plans everything.</w:t>
      </w:r>
      <w:r>
        <w:br/>
      </w:r>
      <w:r>
        <w:rPr>
          <w:sz w:val="20"/>
        </w:rPr>
        <w:t>45:39  If this is true, then my question is that why is God Almighty allowing evil or bad deeds to happen? What is your comment on this?" dekhen, God ke allow karne ki baat to nahi hai.</w:t>
      </w:r>
      <w:r>
        <w:br/>
      </w:r>
      <w:r>
        <w:rPr>
          <w:sz w:val="20"/>
        </w:rPr>
        <w:t>45:56  aap creation plan aap God ko samjhiye.</w:t>
      </w:r>
      <w:r>
        <w:br/>
      </w:r>
      <w:r>
        <w:rPr>
          <w:sz w:val="20"/>
        </w:rPr>
        <w:t>46:00  asal cheez yeh hai ke duniya ko aisa banaya gaya ke insaan azaad rahe, har qism ke uske opportunities hon, har qism ke haalaat hon.</w:t>
      </w:r>
      <w:r>
        <w:br/>
      </w:r>
      <w:r>
        <w:rPr>
          <w:sz w:val="20"/>
        </w:rPr>
        <w:t>46:10  is mein aadmi ko, aadmi ke kya choice leta hai, uska imtehaan hai.</w:t>
      </w:r>
      <w:r>
        <w:br/>
      </w:r>
      <w:r>
        <w:rPr>
          <w:sz w:val="20"/>
        </w:rPr>
        <w:t>46:17  jo saara jo duniya ka karobar hai, jo kuch bhi yahan par hai, nizaam, woh sab is liye hai ke aap ko mauqa diya gaya hai ke azaadana taur par aap sochein, azaadana taur par koi kisi cheez, kisi cheez ka choice lein.</w:t>
      </w:r>
      <w:r>
        <w:br/>
      </w:r>
      <w:r>
        <w:rPr>
          <w:sz w:val="20"/>
        </w:rPr>
        <w:t>46:35  to masla yeh hai ke ke aadmi kis cheez ka choice leta hai, usi par faisla hona hai uske jannat dozakh ka.</w:t>
      </w:r>
      <w:r>
        <w:br/>
      </w:r>
      <w:r>
        <w:rPr>
          <w:sz w:val="20"/>
        </w:rPr>
        <w:t>46:46  wahan par koi determinism nahi hai, aap choice lene mein azaad hain.</w:t>
      </w:r>
      <w:r>
        <w:br/>
      </w:r>
      <w:r>
        <w:rPr>
          <w:sz w:val="20"/>
        </w:rPr>
        <w:t>46:53  choice lene mein koi aap ke upar</w:t>
      </w:r>
      <w:r>
        <w:br/>
      </w:r>
      <w:r>
        <w:rPr>
          <w:sz w:val="20"/>
        </w:rPr>
        <w:t>46:59  compulsion nahi hai. Yeh to har aadmi ka zaati tajurba hai. Aap sochiye ke aap chahein to paani piyein, chahein to na piyein, chahein to bahar niklein, ghar se bahar na niklein.</w:t>
      </w:r>
      <w:r>
        <w:br/>
      </w:r>
      <w:r>
        <w:rPr>
          <w:sz w:val="20"/>
        </w:rPr>
        <w:t>47:15  har lamha aadmi ka tajurba hai ke choice mere ikhtiyaar mein hota hai. Yaani mera ikhtiyaar bhi yeh nahi hai ke suraj ko main nikaaloon, mera ikhtiyaar bhi yeh nahi hai ke main toofan ko rok doon, mera ikhtiyaar mein nahi hai ke zalzala na aaye.</w:t>
      </w:r>
      <w:r>
        <w:br/>
      </w:r>
      <w:r>
        <w:rPr>
          <w:sz w:val="20"/>
        </w:rPr>
        <w:t>47:28  yeh sab mere ikhtiyaar mein nahi hai, lekin yeh mere ikhtiyaar mein hai ke main kis cheez ka choice leta hoon. To woh wahi jo choice leta hai aadmi, usi par pakad hai uski ya usi par reward hai usko.</w:t>
      </w:r>
    </w:p>
    <w:p>
      <w:pPr>
        <w:pStyle w:val="Heading2"/>
      </w:pPr>
      <w:r>
        <w:t>Why Does God Cause Natural Calamities?</w:t>
      </w:r>
    </w:p>
    <w:p>
      <w:r>
        <w:rPr>
          <w:color w:val="666666"/>
          <w:sz w:val="18"/>
        </w:rPr>
        <w:t>Faith &amp; God · On Atheism | May 22, 2016 · 3m 07s · at 56:10 · https://youtu.be/tzJmfYnSleo?t=3370</w:t>
      </w:r>
    </w:p>
    <w:p>
      <w:r>
        <w:rPr>
          <w:i/>
        </w:rPr>
        <w:t>“Atheists say that free will is understandable, and the problems and misuse due to free will can be explained. But if God really existed, why does He cause natural calamities? Doesn't God know that this would be the case?”</w:t>
      </w:r>
    </w:p>
    <w:p>
      <w:r>
        <w:rPr>
          <w:sz w:val="20"/>
        </w:rPr>
        <w:t>56:10  sawal kanpur se bheja hai saleem sahib ne aur unho ne likha hai atheist people say that while</w:t>
      </w:r>
      <w:r>
        <w:br/>
      </w:r>
      <w:r>
        <w:rPr>
          <w:sz w:val="20"/>
        </w:rPr>
        <w:t>56:17  free will is understandable and the problems or misuse due to this free will can be explained.</w:t>
      </w:r>
      <w:r>
        <w:br/>
      </w:r>
      <w:r>
        <w:rPr>
          <w:sz w:val="20"/>
        </w:rPr>
        <w:t>56:25  but if god really existed then why does he causes natural calamities? doesnt god know that this would</w:t>
      </w:r>
      <w:r>
        <w:br/>
      </w:r>
      <w:r>
        <w:rPr>
          <w:sz w:val="20"/>
        </w:rPr>
        <w:t>56:33  kill so many people including the innocent children? maulana please give your comment on this.</w:t>
      </w:r>
      <w:r>
        <w:br/>
      </w:r>
      <w:r>
        <w:rPr>
          <w:sz w:val="20"/>
        </w:rPr>
        <w:t>56:40  mein is ko achi tarah se pakar nahi.</w:t>
      </w:r>
      <w:r>
        <w:br/>
      </w:r>
      <w:r>
        <w:rPr>
          <w:sz w:val="20"/>
        </w:rPr>
        <w:t>56:45  kya sawal hai un ka? maulana woh just just ka ek sawal.</w:t>
      </w:r>
      <w:r>
        <w:br/>
      </w:r>
      <w:r>
        <w:rPr>
          <w:sz w:val="20"/>
        </w:rPr>
        <w:t>56:51  just maulana jo samajh aa raha hai woh yeh ke if god really existed then why does he</w:t>
      </w:r>
      <w:r>
        <w:br/>
      </w:r>
      <w:r>
        <w:rPr>
          <w:sz w:val="20"/>
        </w:rPr>
        <w:t>56:56  kaiziz so much of natural calamities? kyunke is se boht logon ki mout ho jati hai including innocent bachay.</w:t>
      </w:r>
      <w:r>
        <w:br/>
      </w:r>
      <w:r>
        <w:rPr>
          <w:sz w:val="20"/>
        </w:rPr>
        <w:t>57:01  to why why? wahi dekhen ye inhone hamari literature padhani hai.</w:t>
      </w:r>
      <w:r>
        <w:br/>
      </w:r>
      <w:r>
        <w:rPr>
          <w:sz w:val="20"/>
        </w:rPr>
        <w:t>57:06  jis cheez ko natural calamity kehte hain wo calamity nahi hai.</w:t>
      </w:r>
      <w:r>
        <w:br/>
      </w:r>
      <w:r>
        <w:rPr>
          <w:sz w:val="20"/>
        </w:rPr>
        <w:t>57:11  wo to insan ki training course hai.</w:t>
      </w:r>
      <w:r>
        <w:br/>
      </w:r>
      <w:r>
        <w:rPr>
          <w:sz w:val="20"/>
        </w:rPr>
        <w:t>57:16  agar ye sab na ho to insan trained na ho.</w:t>
      </w:r>
      <w:r>
        <w:br/>
      </w:r>
      <w:r>
        <w:rPr>
          <w:sz w:val="20"/>
        </w:rPr>
        <w:t>57:20  insan trained na ho.</w:t>
      </w:r>
      <w:r>
        <w:br/>
      </w:r>
      <w:r>
        <w:rPr>
          <w:sz w:val="20"/>
        </w:rPr>
        <w:t>57:25  is pe hum ne likha hai.</w:t>
      </w:r>
      <w:r>
        <w:br/>
      </w:r>
      <w:r>
        <w:rPr>
          <w:sz w:val="20"/>
        </w:rPr>
        <w:t>57:30  is ko aap parhen hain.</w:t>
      </w:r>
      <w:r>
        <w:br/>
      </w:r>
      <w:r>
        <w:rPr>
          <w:sz w:val="20"/>
        </w:rPr>
        <w:t>57:34  ye dunya mein ka tajurba hai ke yani ke shock se sab zyada insan mein change ata hai.</w:t>
      </w:r>
      <w:r>
        <w:br/>
      </w:r>
      <w:r>
        <w:rPr>
          <w:sz w:val="20"/>
        </w:rPr>
        <w:t>57:39  agar shock na ho to sab insan enable ho jaye.</w:t>
      </w:r>
      <w:r>
        <w:br/>
      </w:r>
      <w:r>
        <w:rPr>
          <w:sz w:val="20"/>
        </w:rPr>
        <w:t>57:44  isi liye kaha jata hai blessing in disguise.</w:t>
      </w:r>
      <w:r>
        <w:br/>
      </w:r>
      <w:r>
        <w:rPr>
          <w:sz w:val="20"/>
        </w:rPr>
        <w:t>57:49  blessing in disguise.</w:t>
      </w:r>
      <w:r>
        <w:br/>
      </w:r>
      <w:r>
        <w:rPr>
          <w:sz w:val="20"/>
        </w:rPr>
        <w:t>57:54  to agar aap yani Allah taala insan ko chahte hain ke is ka spiritual development ho, intellectual development</w:t>
      </w:r>
      <w:r>
        <w:br/>
      </w:r>
      <w:r>
        <w:rPr>
          <w:sz w:val="20"/>
        </w:rPr>
        <w:t>57:59  ho, personality development ho, wo kaise hoga? agar shock na ho, agar problem na ho, agar difficulties na</w:t>
      </w:r>
      <w:r>
        <w:br/>
      </w:r>
      <w:r>
        <w:rPr>
          <w:sz w:val="20"/>
        </w:rPr>
        <w:t>58:04  hon to sare insan enable ho jayenge.</w:t>
      </w:r>
      <w:r>
        <w:br/>
      </w:r>
      <w:r>
        <w:rPr>
          <w:sz w:val="20"/>
        </w:rPr>
        <w:t>58:09  kisi ne boht sahi kaha hai ke is that</w:t>
      </w:r>
      <w:r>
        <w:br/>
      </w:r>
      <w:r>
        <w:rPr>
          <w:sz w:val="20"/>
        </w:rPr>
        <w:t>58:14  to phir kyun kai ayaton mein yeh aaya hai ke ke khuda ghussa ho gaya ya khuda surprised hai? kyunke khuda sab janta hai to phir why god is being mentioned as surprised or angry? is ka door ya qareeb se kya taluq hai? kya matlab hai? Maulana woh yeh janna cha rahe hain ke Quran mein jo ayat hai ke khuda jugular vein se bhi close hai to is lehaz se khuda har action har thought ko janta hai.</w:t>
      </w:r>
      <w:r>
        <w:br/>
      </w:r>
      <w:r>
        <w:rPr>
          <w:sz w:val="20"/>
        </w:rPr>
        <w:t>58:44  thi.</w:t>
      </w:r>
      <w:r>
        <w:br/>
      </w:r>
      <w:r>
        <w:rPr>
          <w:sz w:val="20"/>
        </w:rPr>
        <w:t>58:49  aur wo India mein itna bara darja mila un ko.</w:t>
      </w:r>
      <w:r>
        <w:br/>
      </w:r>
      <w:r>
        <w:rPr>
          <w:sz w:val="20"/>
        </w:rPr>
        <w:t>58:53  constitution of India ke me'maar ban gaye.</w:t>
      </w:r>
      <w:r>
        <w:br/>
      </w:r>
      <w:r>
        <w:rPr>
          <w:sz w:val="20"/>
        </w:rPr>
        <w:t>58:58  Dr. Abdul Kalam bilkul poor family paida hui.</w:t>
      </w:r>
      <w:r>
        <w:br/>
      </w:r>
      <w:r>
        <w:rPr>
          <w:sz w:val="20"/>
        </w:rPr>
        <w:t>59:03  to dekhiye ye insan ka jo nature hai wo difficulties mein ubharta hai.</w:t>
      </w:r>
      <w:r>
        <w:br/>
      </w:r>
      <w:r>
        <w:rPr>
          <w:sz w:val="20"/>
        </w:rPr>
        <w:t>59:08  difficulties na ho to ubhrega bhi nahi.</w:t>
      </w:r>
      <w:r>
        <w:br/>
      </w:r>
      <w:r>
        <w:rPr>
          <w:sz w:val="20"/>
        </w:rPr>
        <w:t>59:13  boht hi sahi hai qaul hai ke is not is but effort not facility but difficulty that makes man.</w:t>
      </w:r>
    </w:p>
    <w:p>
      <w:pPr>
        <w:pStyle w:val="Heading2"/>
      </w:pPr>
      <w:r>
        <w:t>Why God preserved Quran but not other scriptures?</w:t>
      </w:r>
    </w:p>
    <w:p>
      <w:r>
        <w:rPr>
          <w:color w:val="666666"/>
          <w:sz w:val="18"/>
        </w:rPr>
        <w:t>Faith &amp; God · Preservation of The Quran 10 Oct 2021 - Prof. Farida Khanam · 3m 37s · at 32:42 · https://youtu.be/JCdmm6oays8?t=1962</w:t>
      </w:r>
    </w:p>
    <w:p>
      <w:r>
        <w:rPr>
          <w:i/>
        </w:rPr>
        <w:t>“Why did God take responsibility for the preservation of the Quran while other books of revelation were left to be preserved by its followers? What is the reason behind it?”</w:t>
      </w:r>
    </w:p>
    <w:p>
      <w:r>
        <w:rPr>
          <w:sz w:val="20"/>
        </w:rPr>
        <w:t>32:42  irfan khan sahib ne hyderabad se likha hai: "very valuable information." jazak Allah! apa, kuch sawal lena chahunga.</w:t>
      </w:r>
      <w:r>
        <w:br/>
      </w:r>
      <w:r>
        <w:rPr>
          <w:sz w:val="20"/>
        </w:rPr>
        <w:t>32:51  yeh sawal merit se aaya hai, miss zeba ne kiya hai aur unhon ne poocha hai: "why did god take responsibility for the preservation of the quran while other books of revelations were left to be preserved by its followers?</w:t>
      </w:r>
      <w:r>
        <w:br/>
      </w:r>
      <w:r>
        <w:rPr>
          <w:sz w:val="20"/>
        </w:rPr>
        <w:t>33:09  what is the reason behind it?" asal mein Allah taala chahte hain aik to test ka parda baqi rahe, doosre yeh ke insaan ko is ka reward milay.</w:t>
      </w:r>
      <w:r>
        <w:br/>
      </w:r>
      <w:r>
        <w:rPr>
          <w:sz w:val="20"/>
        </w:rPr>
        <w:t>33:25  jab insaan is ki hifazat karta to us ko is ka reward bohat bara reward milta. to Allah taala chahte hain ke insaan ko har mauqa diya jaye us ko aik rewardable act banane ke liye.</w:t>
      </w:r>
      <w:r>
        <w:br/>
      </w:r>
      <w:r>
        <w:rPr>
          <w:sz w:val="20"/>
        </w:rPr>
        <w:t>33:39  to Allah ne poori koshish ki, hazaron peghamabar bheje, lekin lekin insaan jo hai woh preserve nahi kar saka.</w:t>
      </w:r>
      <w:r>
        <w:br/>
      </w:r>
      <w:r>
        <w:rPr>
          <w:sz w:val="20"/>
        </w:rPr>
        <w:t>33:51  to phir Allah ne socha ke aik aakhri peghamabar bhej diya jaye, kyunke dekhein jab peghamabar aata tha aur peghamabar ki baat log nahi mante the, us ko humiliate karte the, us ko reject karte the, us ko phansi pe charhate the, to Allah taala ka ghazab bhadakta tha aur azab aata tha.</w:t>
      </w:r>
      <w:r>
        <w:br/>
      </w:r>
      <w:r>
        <w:rPr>
          <w:sz w:val="20"/>
        </w:rPr>
        <w:t>34:12  is ki wajah se kya hota tha ke jo civilization banni thi yahan par, woh musalsal is ka khatma ho jata. aik qaum hoti hai, mehnat karti hai, so baras ke baad kuch taraqqi aur development ke kaam hote hain, phir azab aata tha, khatam ho jata tha.</w:t>
      </w:r>
      <w:r>
        <w:br/>
      </w:r>
      <w:r>
        <w:rPr>
          <w:sz w:val="20"/>
        </w:rPr>
        <w:t>34:29  to Allah taala ne chaha ke aik aik civilization bane, kyunke tamam jo cheezein Allah ne is dunya mein rakhi hain, is ki discoveries karne se, us ko istemal karne se hum ko khuda ki marifat hoti hai.</w:t>
      </w:r>
      <w:r>
        <w:br/>
      </w:r>
      <w:r>
        <w:rPr>
          <w:sz w:val="20"/>
        </w:rPr>
        <w:t>34:43  to marifat ka mauqa hi nahi mil raha tha, kyunke kuch kaam ho hi nahi raha tha. to Allah taala ne yeh plan banaya ke aik aakhri peghamabar bhej diya jaye aur us ki kitab mehfooz kar diya jaye taake yeh jo tha azab aane wala silsila khatam ho jaye.</w:t>
      </w:r>
      <w:r>
        <w:br/>
      </w:r>
      <w:r>
        <w:rPr>
          <w:sz w:val="20"/>
        </w:rPr>
        <w:t>35:00  is ke baad se dekhein, koi aisa azab nahi aaya jis se tamam log destroy ho jayein, poori civilization destroy ho jaye, jaise hazrat nooh ke zamane mein hua.</w:t>
      </w:r>
      <w:r>
        <w:br/>
      </w:r>
      <w:r>
        <w:rPr>
          <w:sz w:val="20"/>
        </w:rPr>
        <w:t>35:11  flood se poori dunya jo abad dunya thi, woh destroy ho gayi. to yeh Allah taala ki rehmat thi. Allah ne dekha ke jab insaan yeh kaam nahi kar sake ga to Allah taala ne hifazat apne zimme le li aur is ke baad insaan ko mauqa mil gaya.</w:t>
      </w:r>
      <w:r>
        <w:br/>
      </w:r>
      <w:r>
        <w:rPr>
          <w:sz w:val="20"/>
        </w:rPr>
        <w:t>35:27  bohat bar insaan aur is par khuda ke rastay par nahi chalta hai, ab woh matan mein kuch nahi kar saka to tafsir mein karne laga, lekin phir bhi Allah taala ne mehlat di hui hai.</w:t>
      </w:r>
      <w:r>
        <w:br/>
      </w:r>
      <w:r>
        <w:rPr>
          <w:sz w:val="20"/>
        </w:rPr>
        <w:t>35:39  ab aakhri bar Allah taala qayamat hi mein pakrein ge insaan ko. dunya mein us ko mehlat mili hui hai ke woh khuda ki kitab par chalta hai ya nahi chalta hai.</w:t>
      </w:r>
      <w:r>
        <w:br/>
      </w:r>
      <w:r>
        <w:rPr>
          <w:sz w:val="20"/>
        </w:rPr>
        <w:t>35:49  woh aik us ko ijazat mili hui hai. to isi liye Allah taala ne is ki hifazat apne zimme le li.</w:t>
      </w:r>
      <w:r>
        <w:br/>
      </w:r>
      <w:r>
        <w:rPr>
          <w:sz w:val="20"/>
        </w:rPr>
        <w:t>36:03  mis sufia akhtar ne comment bheja hai. unhon ne location hi likhi hai. un ka comment hai: "quran ki hifazat ka pura safar sunne ke baad allah ki azmat ka shadeed ehsas hua." jazak allah khair, apa</w:t>
      </w:r>
    </w:p>
    <w:p>
      <w:pPr>
        <w:pStyle w:val="Heading2"/>
      </w:pPr>
      <w:r>
        <w:t>Why God sends creation to hellfire</w:t>
      </w:r>
    </w:p>
    <w:p>
      <w:r>
        <w:rPr>
          <w:color w:val="666666"/>
          <w:sz w:val="18"/>
        </w:rPr>
        <w:t>Faith &amp; God · How God Manages Human History December 23, 2018 · 2m 24s · at 1:06:50 · https://youtu.be/j_yxigrCl5U?t=4010</w:t>
      </w:r>
    </w:p>
    <w:p>
      <w:r>
        <w:rPr>
          <w:i/>
        </w:rPr>
        <w:t>“If God loves us, why would He put His own creation to hellfire in the hereafter? Please tell us how to address such a question rationally.”</w:t>
      </w:r>
    </w:p>
    <w:p>
      <w:r>
        <w:rPr>
          <w:sz w:val="20"/>
        </w:rPr>
        <w:t>1:06:50  ji maulana, agla sawal Zubair Iqbal sahab ne likha hai Ahmedabad se. Unhone likha hai ke: "Maulana, lot of my atheist friends ask me that if God loves us, then why He would put His own creation to hellfire in the hereafter?</w:t>
      </w:r>
      <w:r>
        <w:br/>
      </w:r>
      <w:r>
        <w:rPr>
          <w:sz w:val="20"/>
        </w:rPr>
        <w:t>1:07:09  please tell us how to address such a question rationally."</w:t>
      </w:r>
      <w:r>
        <w:br/>
      </w:r>
      <w:r>
        <w:rPr>
          <w:sz w:val="20"/>
        </w:rPr>
        <w:t>1:07:16  dekhiye, jo akhirat ka jo anjam hai, chahe jannat ho ya dozakh ho, woh apne aamal hi ko bhukta hai ek aadmi.</w:t>
      </w:r>
      <w:r>
        <w:br/>
      </w:r>
      <w:r>
        <w:rPr>
          <w:sz w:val="20"/>
        </w:rPr>
        <w:t>1:07:28  ya aap samajh lijiye, is ki baat ko. jahannam bhi apne aamal ko bhugtana hai aur jannat bhi apne aamal ko pana hai.</w:t>
      </w:r>
      <w:r>
        <w:br/>
      </w:r>
      <w:r>
        <w:rPr>
          <w:sz w:val="20"/>
        </w:rPr>
        <w:t>1:07:40  donon apne aamal ka aamal hain, donon ke donon.</w:t>
      </w:r>
      <w:r>
        <w:br/>
      </w:r>
      <w:r>
        <w:rPr>
          <w:sz w:val="20"/>
        </w:rPr>
        <w:t>1:07:48  is par to hum ne likha hai, aap agar aap padh lein, hamari jo kitab hai, woh narah jahannam aur bagh jannat, do kitab choti choti hain, woh narah jahannam aur bagh jannat.</w:t>
      </w:r>
      <w:r>
        <w:br/>
      </w:r>
      <w:r>
        <w:rPr>
          <w:sz w:val="20"/>
        </w:rPr>
        <w:t>1:08:08  maulana, jo hadith mein hai, woh hadith bataiye un logon ko. inma aamalukum turdu ilaykum, is ka hawala bataiye.</w:t>
      </w:r>
      <w:r>
        <w:br/>
      </w:r>
      <w:r>
        <w:rPr>
          <w:sz w:val="20"/>
        </w:rPr>
        <w:t>1:08:19  inma aamalukum turdu ilaykum, ya ibadi, inma aamalukum turdu ilaykum.</w:t>
      </w:r>
      <w:r>
        <w:br/>
      </w:r>
      <w:r>
        <w:rPr>
          <w:sz w:val="20"/>
        </w:rPr>
        <w:t>1:08:34  hilyat ul awliya, safha number 144, jild number panch. aye bande, yeh tumhare aamal hain jo tumhari taraf lotaye jayenge.</w:t>
      </w:r>
      <w:r>
        <w:br/>
      </w:r>
      <w:r>
        <w:rPr>
          <w:sz w:val="20"/>
        </w:rPr>
        <w:t>1:08:45  to jo is mein khair ko paya hai, to is par woh meri hamd kare aur jo is ke ilawa paya hai, to woh apne aap ko malamat kare.</w:t>
      </w:r>
      <w:r>
        <w:br/>
      </w:r>
      <w:r>
        <w:rPr>
          <w:sz w:val="20"/>
        </w:rPr>
        <w:t>1:08:57  yani jannat bhi aap hi ka amal hoga aur jahannam bhi insan ka amal hoga. yeh hadith se sabit hota hai.</w:t>
      </w:r>
    </w:p>
    <w:p>
      <w:pPr>
        <w:pStyle w:val="Heading2"/>
      </w:pPr>
      <w:r>
        <w:t>Why Humans Sin Despite Knowing God</w:t>
      </w:r>
    </w:p>
    <w:p>
      <w:r>
        <w:rPr>
          <w:color w:val="666666"/>
          <w:sz w:val="18"/>
        </w:rPr>
        <w:t>Faith &amp; God · Nation Building On India's Republic Day Jan 26, 2020 Maulana Wahiduddin Khan · 2m 45s · at 35:03 · https://youtu.be/58CVocbLAb8?t=2103</w:t>
      </w:r>
    </w:p>
    <w:p>
      <w:r>
        <w:rPr>
          <w:i/>
        </w:rPr>
        <w:t>“Maulana, why does man commit sin? We know about the afterlife and God, but still we commit sin. Why does this happen?”</w:t>
      </w:r>
    </w:p>
    <w:p>
      <w:r>
        <w:rPr>
          <w:sz w:val="20"/>
        </w:rPr>
        <w:t>35:03  maulana agla sawal asad parvez sahab ne kiya hai san francisco se. unho ne aap se poocha hai ke maulana insan gunah kyun karta hai?</w:t>
      </w:r>
      <w:r>
        <w:br/>
      </w:r>
      <w:r>
        <w:rPr>
          <w:sz w:val="20"/>
        </w:rPr>
        <w:t>35:15  humain akhirat aur khuda ka pata hai lekin phir bhi hum gunah karte hain. aisa kyun hota hai? dekhen gunah ko aap na trump dijiye.</w:t>
      </w:r>
      <w:r>
        <w:br/>
      </w:r>
      <w:r>
        <w:rPr>
          <w:sz w:val="20"/>
        </w:rPr>
        <w:t>35:31  allah taala ne, dekhen main aap ko ek qissa batata hoon. ek martaba main gaya ek zoo mein, zoo mein.</w:t>
      </w:r>
      <w:r>
        <w:br/>
      </w:r>
      <w:r>
        <w:rPr>
          <w:sz w:val="20"/>
        </w:rPr>
        <w:t>35:46  to wahan ka jo director tha woh mujh ko janta tha. to main jab zoo mein dekhne ke liye nikla to mere sath ho gaya woh.</w:t>
      </w:r>
      <w:r>
        <w:br/>
      </w:r>
      <w:r>
        <w:rPr>
          <w:sz w:val="20"/>
        </w:rPr>
        <w:t>35:59  to hum log ek jagah pahunche jahan ek enclosure tha, enclosure, gehra, gehra. to us mein hiran thay, deer, d e e r,</w:t>
      </w:r>
      <w:r>
        <w:br/>
      </w:r>
      <w:r>
        <w:rPr>
          <w:sz w:val="20"/>
        </w:rPr>
        <w:t>36:14  hiran.</w:t>
      </w:r>
      <w:r>
        <w:br/>
      </w:r>
      <w:r>
        <w:rPr>
          <w:sz w:val="20"/>
        </w:rPr>
        <w:t>36:18  to us ne kaha ke dekhen yeh jo hiran hain,</w:t>
      </w:r>
      <w:r>
        <w:br/>
      </w:r>
      <w:r>
        <w:rPr>
          <w:sz w:val="20"/>
        </w:rPr>
        <w:t>36:23  in ka in ke liye ek enclosure banaya gaya hai in ke rehne ke liye. kyunke kabhi kabhi hum is mein bhediya dalte hain na, bhediya,</w:t>
      </w:r>
      <w:r>
        <w:br/>
      </w:r>
      <w:r>
        <w:rPr>
          <w:sz w:val="20"/>
        </w:rPr>
        <w:t>36:38  wolf. to us ne kaha is liye ke hiran jo hain, deer, agar aise rehte hain to apni fertility khatam ho jati hai in ki.</w:t>
      </w:r>
      <w:r>
        <w:br/>
      </w:r>
      <w:r>
        <w:rPr>
          <w:sz w:val="20"/>
        </w:rPr>
        <w:t>36:52  zar khezai khatam ho jati hai. woh fertile nahi rehte. to hum use dalte hain, bhediya, taake woh dauren, khauf mein aa jayen, dauren, dauren.</w:t>
      </w:r>
      <w:r>
        <w:br/>
      </w:r>
      <w:r>
        <w:rPr>
          <w:sz w:val="20"/>
        </w:rPr>
        <w:t>37:08  to yeh hai sab se bari taraqqi ka raaz jo hai activity hai.</w:t>
      </w:r>
      <w:r>
        <w:br/>
      </w:r>
      <w:r>
        <w:rPr>
          <w:sz w:val="20"/>
        </w:rPr>
        <w:t>37:17  to quran mein yeh mujhe mila ke peaceful struggle yeh mere nature, nature ne is ko pakra is baat ko.</w:t>
      </w:r>
      <w:r>
        <w:br/>
      </w:r>
      <w:r>
        <w:rPr>
          <w:sz w:val="20"/>
        </w:rPr>
        <w:t>37:32  to har cheez mein main positive aspect dhoondta hoon. har cheez mein main positive aspect, inshallah.</w:t>
      </w:r>
    </w:p>
    <w:p>
      <w:pPr>
        <w:pStyle w:val="Heading2"/>
      </w:pPr>
      <w:r>
        <w:t>Why Intelligent and Wealthy Avoid Islam</w:t>
      </w:r>
    </w:p>
    <w:p>
      <w:r>
        <w:rPr>
          <w:color w:val="666666"/>
          <w:sz w:val="18"/>
        </w:rPr>
        <w:t>Faith &amp; God · Q&amp;A 04 Mar 2012 Maulana Wahiduddin Khan · 3m 09s · at 24:37 · https://youtu.be/txRmutuvWQI?t=1477</w:t>
      </w:r>
    </w:p>
    <w:p>
      <w:r>
        <w:rPr>
          <w:i/>
        </w:rPr>
        <w:t>“Why do the intelligent class, the wealthy, and the famous not turn to Islam? Does Islam not appear to them at their intellectual level, or are they unaware of God's creation plan?”</w:t>
      </w:r>
    </w:p>
    <w:p>
      <w:r>
        <w:rPr>
          <w:sz w:val="20"/>
        </w:rPr>
        <w:t>24:37  maulana, agla sawal Karachi Pakistan se miss samia latif ka hai. unhon ne poocha hai: "aaj logon mein jo zeheen tabqa hai, ya woh log jin ke paas maal aur daulat hai,</w:t>
      </w:r>
      <w:r>
        <w:br/>
      </w:r>
      <w:r>
        <w:rPr>
          <w:sz w:val="20"/>
        </w:rPr>
        <w:t>24:53  ya woh log jo uhda ya shohrat paye hue hain, maulana sahib, is qism ke log deen Islam ki satah, deen Islam ki taraf rukh kyun nahi karte?</w:t>
      </w:r>
      <w:r>
        <w:br/>
      </w:r>
      <w:r>
        <w:rPr>
          <w:sz w:val="20"/>
        </w:rPr>
        <w:t>25:05  kya deen Islam in ko apne zehni satah ke mutabiq nazar nahi aata, ya woh khud, ya woh Khuda ke creation plan se nawaqif hain?</w:t>
      </w:r>
      <w:r>
        <w:br/>
      </w:r>
      <w:r>
        <w:rPr>
          <w:sz w:val="20"/>
        </w:rPr>
        <w:t>25:16  is ke baray mein batayen."</w:t>
      </w:r>
      <w:r>
        <w:br/>
      </w:r>
      <w:r>
        <w:rPr>
          <w:sz w:val="20"/>
        </w:rPr>
        <w:t>25:21  dekhiye, is ke do pehlu hain. aik yeh hai ke un ka mutawajjah na hona deen ki taraf, yeh un ki ghalati hai.</w:t>
      </w:r>
      <w:r>
        <w:br/>
      </w:r>
      <w:r>
        <w:rPr>
          <w:sz w:val="20"/>
        </w:rPr>
        <w:t>25:34  aur bilashuba har ghalati par insan pakra jayega,</w:t>
      </w:r>
      <w:r>
        <w:br/>
      </w:r>
      <w:r>
        <w:rPr>
          <w:sz w:val="20"/>
        </w:rPr>
        <w:t>25:39  illa yeh ke woh toba kare. lekin doosra pehlu yeh hai ke hamare jo ulama hain, woh mukammal taur par nakaam sabit hue hain is mamle mein ke jadeed tabqe ke liye Islam ko is ke understandable andaaz mein pesh karen, jo un ka mind address kare.</w:t>
      </w:r>
      <w:r>
        <w:br/>
      </w:r>
      <w:r>
        <w:rPr>
          <w:sz w:val="20"/>
        </w:rPr>
        <w:t>25:56  is mein koi shaq nahi hai. to 50 feesad zimmedari un logon par hai jo zeheen aur taleem yafta hon, jo hain hain aur Islam se door ho rahe hain.</w:t>
      </w:r>
      <w:r>
        <w:br/>
      </w:r>
      <w:r>
        <w:rPr>
          <w:sz w:val="20"/>
        </w:rPr>
        <w:t>26:07  50 feesad un logon pe zimmedari hai jin ko ke unhein batana tha ke Islam kya hai,</w:t>
      </w:r>
      <w:r>
        <w:br/>
      </w:r>
      <w:r>
        <w:rPr>
          <w:sz w:val="20"/>
        </w:rPr>
        <w:t>26:14  jo madarson mein parhai aai ho, parhai parhai jati hai, isi liye parhai jati hai. log batayen, parh parh ke logon ko. lekin un ke paas fatway ki zuban hai sirf.</w:t>
      </w:r>
      <w:r>
        <w:br/>
      </w:r>
      <w:r>
        <w:rPr>
          <w:sz w:val="20"/>
        </w:rPr>
        <w:t>26:23  aaj kal fatwa activism bohat chala hua hai. fatwa activism Islam mein nahi hai, bilkul nahi hai. Islam mein naseehat activism hai.</w:t>
      </w:r>
      <w:r>
        <w:br/>
      </w:r>
      <w:r>
        <w:rPr>
          <w:sz w:val="20"/>
        </w:rPr>
        <w:t>26:34  aur naseehat ka tareeqa yeh hai ke kal fi anfus qaul baligha kaho un se, dil kaho un se baat is tareeqay se jo un ke mind ko address karne wali ho.</w:t>
      </w:r>
      <w:r>
        <w:br/>
      </w:r>
      <w:r>
        <w:rPr>
          <w:sz w:val="20"/>
        </w:rPr>
        <w:t>26:46  to kuch kar hi nahi raha koi shakhs.</w:t>
      </w:r>
      <w:r>
        <w:br/>
      </w:r>
      <w:r>
        <w:rPr>
          <w:sz w:val="20"/>
        </w:rPr>
        <w:t>26:51  jitne ulama hain, sab fatwa bazi ki zuban bol rahe hain.</w:t>
      </w:r>
      <w:r>
        <w:br/>
      </w:r>
      <w:r>
        <w:rPr>
          <w:sz w:val="20"/>
        </w:rPr>
        <w:t>26:59  to yeh mein samajhta hoon ke bohat ziyada sochana chahiye dono tabqe ko. ek tabqa agar is baat ka, yaani zimmedaar hai ke woh deen se phira hua hai, doosra tabqa is ka zimmedaar hai ke woh in logon ko,</w:t>
      </w:r>
      <w:r>
        <w:br/>
      </w:r>
      <w:r>
        <w:rPr>
          <w:sz w:val="20"/>
        </w:rPr>
        <w:t>27:17  in ko is is andaaz mein islam nahi pesh kar kar raha hai jo un ke mind ko address karay. is ke liye ulma ko tayyari karni chahiye. madarison mein jo taleem hoti hai, woh hargiz kaafi nahi hai ke aap yeh kaam kar saken.</w:t>
      </w:r>
      <w:r>
        <w:br/>
      </w:r>
      <w:r>
        <w:rPr>
          <w:sz w:val="20"/>
        </w:rPr>
        <w:t>27:29  hargiz nahi. aur mazeed in ko parh tayyar karna hai apne aap ko.</w:t>
      </w:r>
      <w:r>
        <w:br/>
      </w:r>
      <w:r>
        <w:rPr>
          <w:sz w:val="20"/>
        </w:rPr>
        <w:t>27:34  to mazeed koi tayyari karta nahi.</w:t>
      </w:r>
      <w:r>
        <w:br/>
      </w:r>
      <w:r>
        <w:rPr>
          <w:sz w:val="20"/>
        </w:rPr>
        <w:t>27:40  to behal yeh do tarafah zimmedari mere nazdeek hai.</w:t>
      </w:r>
    </w:p>
    <w:p>
      <w:pPr>
        <w:pStyle w:val="Heading2"/>
      </w:pPr>
      <w:r>
        <w:t>Why Islam split into sects</w:t>
      </w:r>
    </w:p>
    <w:p>
      <w:r>
        <w:rPr>
          <w:color w:val="666666"/>
          <w:sz w:val="18"/>
        </w:rPr>
        <w:t>Faith &amp; God · Art of Crisis Management I 3 October, 2010 Maulana Wahiduddin Khan · 3m 42s · at 1:50:49 · https://youtu.be/mcJZ0YEOolk?t=6649</w:t>
      </w:r>
    </w:p>
    <w:p>
      <w:r>
        <w:rPr>
          <w:i/>
        </w:rPr>
        <w:t>“How did Islam split into four or five sects when, after the death of the Prophet of Islam, the Companions followed the path shown by the Prophet? In today's time, how can those Muslims who are远离 authentic hadith and practice innovation be stopped when they refuse to listen and say that nowadays many new hadiths are emerging that are false?”</w:t>
      </w:r>
    </w:p>
    <w:p>
      <w:r>
        <w:rPr>
          <w:sz w:val="20"/>
        </w:rPr>
        <w:t>1:50:49  maulana, yeh sawal miss mehrin ne kiya hai dilli se. unhone likha hai: "islam chaar paanch firqon mein kaise bat gaya jabke prophet of islam ki wafat ke baad sahaba prophet ke bataye hue raaste par chalte aaye?</w:t>
      </w:r>
      <w:r>
        <w:br/>
      </w:r>
      <w:r>
        <w:rPr>
          <w:sz w:val="20"/>
        </w:rPr>
        <w:t>1:51:07  aaj ke samay mein jo muslim sahih hadith se door hain aur bid'at karte hain, unhein kaise roka jaye jab woh hamare baat manne se inkar karein aur yeh jawab dein ki aaj ke time mein bahut se nayi nayi hadithien nikal rahi hain jo ki galat hain?" iske bare mein bataein.</w:t>
      </w:r>
      <w:r>
        <w:br/>
      </w:r>
      <w:r>
        <w:rPr>
          <w:sz w:val="20"/>
        </w:rPr>
        <w:t>1:51:29  dekhein, yeh aap yeh yahan mein detail nahi bata sakta. meri ek kitaab hai, uska naam hai "tajdeed-e-deen". ismein aap iski tafseel padh lijiye.</w:t>
      </w:r>
      <w:r>
        <w:br/>
      </w:r>
      <w:r>
        <w:rPr>
          <w:sz w:val="20"/>
        </w:rPr>
        <w:t>1:51:40  yeh chaaron jo woh bane hain, fiqhi school, iski haqeeqat kya hai? ismein aap isko pa sakte hain. iska naam hai kitaab ka "tajdeed-e-deen".</w:t>
      </w:r>
      <w:r>
        <w:br/>
      </w:r>
      <w:r>
        <w:rPr>
          <w:sz w:val="20"/>
        </w:rPr>
        <w:t>1:51:51  isko aap padhiye, ismein saari baat aapko mil jayegi.</w:t>
      </w:r>
      <w:r>
        <w:br/>
      </w:r>
      <w:r>
        <w:rPr>
          <w:sz w:val="20"/>
        </w:rPr>
        <w:t>1:51:56  maulana, unka ek aur sawal hai, woh pooch rahi hain ki "ghair muslim ko dawat dene ka sahi tareeqa kya hai?" sahi tareeqa hai unke khair khwah ban jaiye.</w:t>
      </w:r>
      <w:r>
        <w:br/>
      </w:r>
      <w:r>
        <w:rPr>
          <w:sz w:val="20"/>
        </w:rPr>
        <w:t>1:52:09  yeh jab maa khair khwah hoti hai apne bete ki toh kya beta</w:t>
      </w:r>
      <w:r>
        <w:br/>
      </w:r>
      <w:r>
        <w:rPr>
          <w:sz w:val="20"/>
        </w:rPr>
        <w:t>1:52:13  koi maa jaake poochti hai mohalle mein ki "bhai, main kya karoon bete ke liye?" kya koi maa aisi dekhi hai aapne ki beta paida ho toh mohalle mein ghoome?</w:t>
      </w:r>
      <w:r>
        <w:br/>
      </w:r>
      <w:r>
        <w:rPr>
          <w:sz w:val="20"/>
        </w:rPr>
        <w:t>1:52:23  arey bhai, mera beta paida hua hai, batao main mujhe kya karna hai? maa ki mohabbat, maa ki khair khwahi apne aap mein batati hai ki use kya karna hai.</w:t>
      </w:r>
      <w:r>
        <w:br/>
      </w:r>
      <w:r>
        <w:rPr>
          <w:sz w:val="20"/>
        </w:rPr>
        <w:t>1:52:34  toh dawat jo hai, kahan se shuru hoti hai? yaad rakhiye, khair khwahi se, mohabbat se shuru hoti hai. logon ko mohabbat hi nahi toh dawat kya denge?</w:t>
      </w:r>
      <w:r>
        <w:br/>
      </w:r>
      <w:r>
        <w:rPr>
          <w:sz w:val="20"/>
        </w:rPr>
        <w:t>1:52:43  woh</w:t>
      </w:r>
      <w:r>
        <w:br/>
      </w:r>
      <w:r>
        <w:rPr>
          <w:sz w:val="20"/>
        </w:rPr>
        <w:t>1:52:47  "inni lakum naasihun" quran mein aata hai ki "main tumhara khair khwah hoon". toh maa khair khwah hoti hai, isliye woh jaan leti hai ki mujhe kya karna hai apne bete ke bare mein.</w:t>
      </w:r>
      <w:r>
        <w:br/>
      </w:r>
      <w:r>
        <w:rPr>
          <w:sz w:val="20"/>
        </w:rPr>
        <w:t>1:52:57  musalman khair khwahi nahi hai doosron ke, toh kya jaane ki kya karna hai woh.</w:t>
      </w:r>
      <w:r>
        <w:br/>
      </w:r>
      <w:r>
        <w:rPr>
          <w:sz w:val="20"/>
        </w:rPr>
        <w:t>1:53:05  toh sabse pehli jo cheez darkaar hai, woh yeh hai ki aap...</w:t>
      </w:r>
      <w:r>
        <w:br/>
      </w:r>
      <w:r>
        <w:rPr>
          <w:sz w:val="20"/>
        </w:rPr>
        <w:t>1:53:13  main ek baar tha, wahan gaya tha bhopal toh ek naujawan ne kaha ki aap dawat ki baatein karte hain.</w:t>
      </w:r>
      <w:r>
        <w:br/>
      </w:r>
      <w:r>
        <w:rPr>
          <w:sz w:val="20"/>
        </w:rPr>
        <w:t>1:53:21  dawat toh sab hi baat karte hain, sabhi log dawat ka kaam karte hain. toh aap dawat dawat karte hain, taaza taaza. maine kaha aapne dawat ko samjha nahi.</w:t>
      </w:r>
      <w:r>
        <w:br/>
      </w:r>
      <w:r>
        <w:rPr>
          <w:sz w:val="20"/>
        </w:rPr>
        <w:t>1:53:32  dawat ko aap samajhte hain ki jaise saari taqreerein hoti hain, aise hi kuch aur taqreerein kar do toh dawat ho gayi. toh main us waqt mere dimaag se nikla tha ki</w:t>
      </w:r>
    </w:p>
    <w:p>
      <w:pPr>
        <w:pStyle w:val="Heading2"/>
      </w:pPr>
      <w:r>
        <w:t>Why Muslims blame God for their own mistakes</w:t>
      </w:r>
    </w:p>
    <w:p>
      <w:r>
        <w:rPr>
          <w:color w:val="666666"/>
          <w:sz w:val="18"/>
        </w:rPr>
        <w:t>Faith &amp; God · Importance of Patience October 26, 2014 · 2m 18s · at 55:15 · https://youtu.be/XdOlp9-fPG0?t=3315</w:t>
      </w:r>
    </w:p>
    <w:p>
      <w:r>
        <w:rPr>
          <w:i/>
        </w:rPr>
        <w:t>“Today I learned that oppression is not in God's dictionary. Why do Muslims attribute their own mistakes to God, and why do they think they are being oppressed simply because they are Muslims?”</w:t>
      </w:r>
    </w:p>
    <w:p>
      <w:r>
        <w:rPr>
          <w:sz w:val="20"/>
        </w:rPr>
        <w:t>55:15  maulana, agla sawal kya hai? chennai se maulana iqbal umri ne, aur unhon ne likha hai: "maulana, aaj hi maloom hua ke zulm khuda ki dictionary mein nahi hai.</w:t>
      </w:r>
      <w:r>
        <w:br/>
      </w:r>
      <w:r>
        <w:rPr>
          <w:sz w:val="20"/>
        </w:rPr>
        <w:t>55:29  musalman apni ghalati ko khuda par kyun dalte hain? aur yeh samajhte hain ke musalman hone ki wajah se hi zulm ho raha hai." is ke bare mein bataen.</w:t>
      </w:r>
      <w:r>
        <w:br/>
      </w:r>
      <w:r>
        <w:rPr>
          <w:sz w:val="20"/>
        </w:rPr>
        <w:t>55:43  musalman hote to zulm hi na hota.</w:t>
      </w:r>
      <w:r>
        <w:br/>
      </w:r>
      <w:r>
        <w:rPr>
          <w:sz w:val="20"/>
        </w:rPr>
        <w:t>55:47  yeh to khud sakhta logic hai. quran mein dekhen hai ke "lan yaj'al allahu lilkafirina sabila".</w:t>
      </w:r>
      <w:r>
        <w:br/>
      </w:r>
      <w:r>
        <w:rPr>
          <w:sz w:val="20"/>
        </w:rPr>
        <w:t>55:59  is ayat ke hote hue aap yeh nahi keh sakte ke musalman hone ke barabar zulm ho raha hai. aap ko to yeh ayat ka inkar karna padega. is ayat ka inkar karna padega.</w:t>
      </w:r>
      <w:r>
        <w:br/>
      </w:r>
      <w:r>
        <w:rPr>
          <w:sz w:val="20"/>
        </w:rPr>
        <w:t>56:11  yeh aayat batati hai ke agar tum islam par ho to kabhi kisi ko zulm karne ka Allah mauqa nahi de ga. yeh to jhooti baat hai.</w:t>
      </w:r>
      <w:r>
        <w:br/>
      </w:r>
      <w:r>
        <w:rPr>
          <w:sz w:val="20"/>
        </w:rPr>
        <w:t>56:21  hum musalmanon ne aise zulm baraye is se bara jhoot koi nahi. jhoot mein is liye keh raha hoon ke is se quran ke nafi hoti hai, khuda ke qanoon ki nafi hoti hai.</w:t>
      </w:r>
      <w:r>
        <w:br/>
      </w:r>
      <w:r>
        <w:rPr>
          <w:sz w:val="20"/>
        </w:rPr>
        <w:t>56:35  asal cheez hai ke musalman ki soch qoumi soch</w:t>
      </w:r>
      <w:r>
        <w:br/>
      </w:r>
      <w:r>
        <w:rPr>
          <w:sz w:val="20"/>
        </w:rPr>
        <w:t>56:38  ban gayi hai. qoumi soch jaise doosri qoumein sochti hain, waise musalman sochte hain. is qoumi soch ko unhon ne islamize kar rakha hai. yaani apni khud sakhta ladai ko jihad bana rakha hai.</w:t>
      </w:r>
      <w:r>
        <w:br/>
      </w:r>
      <w:r>
        <w:rPr>
          <w:sz w:val="20"/>
        </w:rPr>
        <w:t>56:54  khud sakhta siyasat ko islami hukoomat bana rakha hai. khud sakhta hangame karein ge aur kahein ge nizam e mustafa yeh hai.</w:t>
      </w:r>
      <w:r>
        <w:br/>
      </w:r>
      <w:r>
        <w:rPr>
          <w:sz w:val="20"/>
        </w:rPr>
        <w:t>57:05  to apni qoumi,</w:t>
      </w:r>
      <w:r>
        <w:br/>
      </w:r>
      <w:r>
        <w:rPr>
          <w:sz w:val="20"/>
        </w:rPr>
        <w:t>57:10  yaani apni qoumi sargarmiyon ko unhon ne islamize kar rakha hai. yeh mein kahoon ga ke is ko islam ka title de rakha hai.</w:t>
      </w:r>
      <w:r>
        <w:br/>
      </w:r>
      <w:r>
        <w:rPr>
          <w:sz w:val="20"/>
        </w:rPr>
        <w:t>57:21  koi bhi shakhs jo sacha ho, mein samajhta hoon ke ek baar sirf quran parhe, ek baar to apni ghalti ki ki daryaft kar le ga.</w:t>
      </w:r>
      <w:r>
        <w:br/>
      </w:r>
      <w:r>
        <w:rPr>
          <w:sz w:val="20"/>
        </w:rPr>
        <w:t>57:29  woh</w:t>
      </w:r>
    </w:p>
    <w:p>
      <w:pPr>
        <w:pStyle w:val="Heading2"/>
      </w:pPr>
      <w:r>
        <w:t>Why Muslims lack fear of God and hell?</w:t>
      </w:r>
    </w:p>
    <w:p>
      <w:r>
        <w:rPr>
          <w:color w:val="666666"/>
          <w:sz w:val="18"/>
        </w:rPr>
        <w:t>Faith &amp; God · Islam and Violence October 12, 2014 · 4m 08s · at 1:02:44 · https://youtu.be/KmpXYZjPlj8?t=3764</w:t>
      </w:r>
    </w:p>
    <w:p>
      <w:r>
        <w:rPr>
          <w:i/>
        </w:rPr>
        <w:t>“Why is it that Muslims don't fear God? Is it because they believe that paradise has already been reserved for them? Hell is mentioned in the Quran in many chapters, still they are not afraid of hell. What is the psychology behind this fearlessness in the part of Muslims?”</w:t>
      </w:r>
    </w:p>
    <w:p>
      <w:r>
        <w:rPr>
          <w:sz w:val="20"/>
        </w:rPr>
        <w:t>1:02:44  maulana, agla sawal hai dilli se doctor farida khanoom ka, aur unhon ne likha hai ke: "why is it that muslims dont fear god?</w:t>
      </w:r>
      <w:r>
        <w:br/>
      </w:r>
      <w:r>
        <w:rPr>
          <w:sz w:val="20"/>
        </w:rPr>
        <w:t>1:02:55  is it because they believe that paradise has already been reserved for them?</w:t>
      </w:r>
      <w:r>
        <w:br/>
      </w:r>
      <w:r>
        <w:rPr>
          <w:sz w:val="20"/>
        </w:rPr>
        <w:t>1:03:01  hell is mentioned in the quran in many chapters, still they are not afraid of hell. what is the psychology behind this fearlessness in on the part of muslims?" dekhiye, daur-e-zawal ke bare mein bohat hadisen hain.</w:t>
      </w:r>
      <w:r>
        <w:br/>
      </w:r>
      <w:r>
        <w:rPr>
          <w:sz w:val="20"/>
        </w:rPr>
        <w:t>1:03:22  to yeh bataya gaya hai ke ek waqt, ek zamana aayega ke musalmanon mein ek bhi nahi rahega allah se darne wala. allah hatta la tra khash, ek bhi tum nahi paoge allah se darne wala.</w:t>
      </w:r>
      <w:r>
        <w:br/>
      </w:r>
      <w:r>
        <w:rPr>
          <w:sz w:val="20"/>
        </w:rPr>
        <w:t>1:03:34  to kabhi to waqt aayega,</w:t>
      </w:r>
      <w:r>
        <w:br/>
      </w:r>
      <w:r>
        <w:rPr>
          <w:sz w:val="20"/>
        </w:rPr>
        <w:t>1:03:37  hatta la tra khash, ke musalmanon mein ek bhi allah se darne wala baqi nahi rahega. bheed hogi, wa antum qusah, bheed ka daur hoga, masjidain bhi bhari hongi,</w:t>
      </w:r>
      <w:r>
        <w:br/>
      </w:r>
      <w:r>
        <w:rPr>
          <w:sz w:val="20"/>
        </w:rPr>
        <w:t>1:03:52  lekin khauf-e-khuda nahi hoga. yeh daur-e-zawal ka phailao hai, jo jis ki paishangoi rasool allah ne kardi thi.</w:t>
      </w:r>
      <w:r>
        <w:br/>
      </w:r>
      <w:r>
        <w:rPr>
          <w:sz w:val="20"/>
        </w:rPr>
        <w:t>1:04:00  main samajhta hoon ke yahi woh daur hai. itne log bekhauf ho gaye hain, kuch bhi karte hain, itne bekhauf ho gaye hain.</w:t>
      </w:r>
      <w:r>
        <w:br/>
      </w:r>
      <w:r>
        <w:rPr>
          <w:sz w:val="20"/>
        </w:rPr>
        <w:t>1:04:07  jis ne malala ko goli mari, zahir hai ke bekhaufi ka kaam tha. aap ko kya aa gaya ke goli marne ke liye? koi ek insan ko qatl karna, woh goli mari thi qatl karne ke liye.</w:t>
      </w:r>
      <w:r>
        <w:br/>
      </w:r>
      <w:r>
        <w:rPr>
          <w:sz w:val="20"/>
        </w:rPr>
        <w:t>1:04:18  woh to maghrib ja ke ilaaj hua, bach gayi. woh, woh to mari to, woh to qatl karne ke liye.</w:t>
      </w:r>
      <w:r>
        <w:br/>
      </w:r>
      <w:r>
        <w:rPr>
          <w:sz w:val="20"/>
        </w:rPr>
        <w:t>1:04:26  aur kahin kisi ko qatl karne ka haq hi nahi hai. quran mein aaya hai ke ek insan ko qatl karna, sare insanon ko qatl karna hai. ek ayat hai ke: "man qatala muhammad fajadannar".</w:t>
      </w:r>
      <w:r>
        <w:br/>
      </w:r>
      <w:r>
        <w:rPr>
          <w:sz w:val="20"/>
        </w:rPr>
        <w:t>1:04:39  aaj kal dharre se musalman musalman ko qatl kar raha hai. har muslim mulk mein daraz daraz goli marte hain musalman musalman ko. har muslim mulk mein.</w:t>
      </w:r>
      <w:r>
        <w:br/>
      </w:r>
      <w:r>
        <w:rPr>
          <w:sz w:val="20"/>
        </w:rPr>
        <w:t>1:04:49  aur quran mein hai ke jis ne jaan boojh kar kisi musalman ko mara, to woh jahannum mein jayega. "man qatala muhammad fajadannar".</w:t>
      </w:r>
      <w:r>
        <w:br/>
      </w:r>
      <w:r>
        <w:rPr>
          <w:sz w:val="20"/>
        </w:rPr>
        <w:t>1:05:01  main to hairaan hoon ke musalman jo hain, kya yeh? yani main aksar yeh kaha karta hoon ke musalman choti kaatne se darta hoga.</w:t>
      </w:r>
      <w:r>
        <w:br/>
      </w:r>
      <w:r>
        <w:rPr>
          <w:sz w:val="20"/>
        </w:rPr>
        <w:t>1:05:10  musalman allah se darta hoga. jitna darta hai musalman choti kaatne se, utna bhi woh allah se nahi darta.</w:t>
      </w:r>
      <w:r>
        <w:br/>
      </w:r>
      <w:r>
        <w:rPr>
          <w:sz w:val="20"/>
        </w:rPr>
        <w:t>1:05:19  main to apni tanhaiyon mein rota hoon, aur yeh yeh lafz nikalta hai meri zuban se ke musalman choti kaatne se shayad darte hon, allah se nahi darte.</w:t>
      </w:r>
      <w:r>
        <w:br/>
      </w:r>
      <w:r>
        <w:rPr>
          <w:sz w:val="20"/>
        </w:rPr>
        <w:t>1:05:29  woh</w:t>
      </w:r>
      <w:r>
        <w:br/>
      </w:r>
      <w:r>
        <w:rPr>
          <w:sz w:val="20"/>
        </w:rPr>
        <w:t>1:05:30  kuch bhi karte hain, kuch bhi ilzam laga dein, kuch bhi kisi par aib laga dein, kuch bhi kisi ko keh dein ke yeh yahudi agent hai, yeh aur yeh dushmanon ka agent hai.</w:t>
      </w:r>
      <w:r>
        <w:br/>
      </w:r>
      <w:r>
        <w:rPr>
          <w:sz w:val="20"/>
        </w:rPr>
        <w:t>1:05:42  kisi ko kaha kaha yeh kehne ka, yeh kehne ka aap ko haq nahi hai. lekin chuki dil mein khauf nahi hai, allah ki pakad ka woh nahi hai, is liye khoob kehte hain.</w:t>
      </w:r>
      <w:r>
        <w:br/>
      </w:r>
      <w:r>
        <w:rPr>
          <w:sz w:val="20"/>
        </w:rPr>
        <w:t>1:05:58  ek saal ka mere paas telephone aaya to maine un se yahi baat kahi. maine kaha ke musalman is ayat ko bhool gaye hain: "yauma yaqoomu alnnasu birabbi alaalameena".</w:t>
      </w:r>
      <w:r>
        <w:br/>
      </w:r>
      <w:r>
        <w:rPr>
          <w:sz w:val="20"/>
        </w:rPr>
        <w:t>1:06:10  jis din khade honge log allah rabb-ul-alameen ke samne, yeh tasawwur bhi kapkapa deta hai ke ek din woh waqt aayega ke jab main allah ke samne khada hounga.</w:t>
      </w:r>
      <w:r>
        <w:br/>
      </w:r>
      <w:r>
        <w:rPr>
          <w:sz w:val="20"/>
        </w:rPr>
        <w:t>1:06:21  bilkul yeh kapkapi taari ho jati hai, lekin musalmanon ko kuch bhi nahi.</w:t>
      </w:r>
      <w:r>
        <w:br/>
      </w:r>
      <w:r>
        <w:rPr>
          <w:sz w:val="20"/>
        </w:rPr>
        <w:t>1:06:26  jin ko maine telephone pe baat ki, unhein kuch bhi, kuch bhi nahi. bas bas sun liya, khali unhon ne: "yauma yaqoomu alnnasu birabbi alaalameena".</w:t>
      </w:r>
      <w:r>
        <w:br/>
      </w:r>
      <w:r>
        <w:rPr>
          <w:sz w:val="20"/>
        </w:rPr>
        <w:t>1:06:35  to jirah ki baat yeh hai, mere apne mutale ke mutabiq musalman allah ki pakad se bekhauf ho gaye hain.</w:t>
      </w:r>
      <w:r>
        <w:br/>
      </w:r>
      <w:r>
        <w:rPr>
          <w:sz w:val="20"/>
        </w:rPr>
        <w:t>1:06:45  bazahir namaz ko parhta hai, dor dorai rakhta hai, lambe lambe karte logon ke hain, lekin Allah ka khof dilon mein nahi hai.</w:t>
      </w:r>
    </w:p>
    <w:p>
      <w:pPr>
        <w:pStyle w:val="Heading2"/>
      </w:pPr>
      <w:r>
        <w:t>Why Westerners do not acknowledge God's role</w:t>
      </w:r>
    </w:p>
    <w:p>
      <w:r>
        <w:rPr>
          <w:color w:val="666666"/>
          <w:sz w:val="18"/>
        </w:rPr>
        <w:t>Faith &amp; God · Three levels of Realization 4 July 2010 - Maulana Wahiduddin Khan · 2m 02s · at 1:24:24 · https://youtu.be/H-kx5TldzfQ?t=5064</w:t>
      </w:r>
    </w:p>
    <w:p>
      <w:r>
        <w:rPr>
          <w:i/>
        </w:rPr>
        <w:t>“Generally people in Western countries acknowledge God's existence, but never give Him due recognition. For example, a person in power, like an executive or president, never says that he would accomplish anything with the help of God, and he would not say that this was God's will. It is considered to be a weakness of a person if anyone says so. Why is this so? Maulana, kindly comment on this.”</w:t>
      </w:r>
    </w:p>
    <w:p>
      <w:r>
        <w:rPr>
          <w:sz w:val="20"/>
        </w:rPr>
        <w:t>1:24:24  maulana agla sawal kya hai mister khwaja kaleemuddin ne from pennsylvania, usa? he is written: "maulana sahib, generally people in western countries acknowledge god's existence, but never they give him a due recognition.</w:t>
      </w:r>
      <w:r>
        <w:br/>
      </w:r>
      <w:r>
        <w:rPr>
          <w:sz w:val="20"/>
        </w:rPr>
        <w:t>1:24:44  for example, a person in power, like an executive or president, never says that he would accomplish anything with the help of god, or he would not say that this was god's will.</w:t>
      </w:r>
      <w:r>
        <w:br/>
      </w:r>
      <w:r>
        <w:rPr>
          <w:sz w:val="20"/>
        </w:rPr>
        <w:t>1:24:58  it is considered to be the weakness of a person, if anyone says so. why is this so? maulana, kindly comment on this."</w:t>
      </w:r>
      <w:r>
        <w:br/>
      </w:r>
      <w:r>
        <w:rPr>
          <w:sz w:val="20"/>
        </w:rPr>
        <w:t>1:25:08  ab main to yeh kahunga ke yeh western world ki baat hai, yeh sari duniya ki baat hai ke log khuda ka naam lete hain lekin consciousness ke level par unhe khuda ka pata nahi.</w:t>
      </w:r>
      <w:r>
        <w:br/>
      </w:r>
      <w:r>
        <w:rPr>
          <w:sz w:val="20"/>
        </w:rPr>
        <w:t>1:25:23  yeh to baap baap sun rahe hain, society mein bola jata hai, bol rahe hain, bol rahe hain, bol rahe hain. to ek hai woh khuda jo aap ne society se paya ho, aap kisi ghar mein paida hue, kisi society mein paida hue, wahan log khuda ki boli bol rahe the to aap bhi lage bolne.</w:t>
      </w:r>
      <w:r>
        <w:br/>
      </w:r>
      <w:r>
        <w:rPr>
          <w:sz w:val="20"/>
        </w:rPr>
        <w:t>1:25:41  yeh hai, yeh ek ek koi yeh yeh jo yeh jo bolna hai, is ki koi value nahi hai. khuda ko paana woh paana hai jo aap ke liye ek self self discovery ke taur par mila ho, yani khud aap ne study ki, khud aap ne socha,</w:t>
      </w:r>
      <w:r>
        <w:br/>
      </w:r>
      <w:r>
        <w:rPr>
          <w:sz w:val="20"/>
        </w:rPr>
        <w:t>1:25:59  khud aap ko realize hua ke khuda hai. tab jo khuda aaye ga aap ke mind mein to woh ek living god hoga. living god</w:t>
      </w:r>
      <w:r>
        <w:br/>
      </w:r>
      <w:r>
        <w:rPr>
          <w:sz w:val="20"/>
        </w:rPr>
        <w:t>1:26:08  yeh to bas ek maa baap se chala raha hai, society mein chala raha hai, kuch tradition mein chala raha hai. tradition yeh traditional belief hai, yeh yeh yeh khuda ka sahi maloom hai,</w:t>
      </w:r>
      <w:r>
        <w:br/>
      </w:r>
      <w:r>
        <w:rPr>
          <w:sz w:val="20"/>
        </w:rPr>
        <w:t>1:26:21  realization nahi hai.</w:t>
      </w:r>
    </w:p>
    <w:p>
      <w:pPr>
        <w:pStyle w:val="Heading2"/>
      </w:pPr>
      <w:r>
        <w:t>Why are Muslims so sure Islam is true?</w:t>
      </w:r>
    </w:p>
    <w:p>
      <w:r>
        <w:rPr>
          <w:color w:val="666666"/>
          <w:sz w:val="18"/>
        </w:rPr>
        <w:t>Faith &amp; God · Revival of Muslims March 08, 2015 · 2m 43s · at 1:10:11 · https://youtu.be/8ShFcr8YozI?t=4211</w:t>
      </w:r>
    </w:p>
    <w:p>
      <w:r>
        <w:rPr>
          <w:i/>
        </w:rPr>
        <w:t>“Some interfaith members say that Muslims are obsessed with Islam. How and why are Muslims so sure that Islam is a true religion?”</w:t>
      </w:r>
    </w:p>
    <w:p>
      <w:r>
        <w:rPr>
          <w:sz w:val="20"/>
        </w:rPr>
        <w:t>1:10:11  Maulana, agla sawal UK se kiya hai doctor Hina ne aur unhon ne likha hai ke Some interfaith members say that Muslims are obsessed with Islam.</w:t>
      </w:r>
      <w:r>
        <w:br/>
      </w:r>
      <w:r>
        <w:rPr>
          <w:sz w:val="20"/>
        </w:rPr>
        <w:t>1:10:25  How and why are Muslims so sure that Islam is a true religion?</w:t>
      </w:r>
      <w:r>
        <w:br/>
      </w:r>
      <w:r>
        <w:rPr>
          <w:sz w:val="20"/>
        </w:rPr>
        <w:t>1:10:33  Dekhen, hum jo baat kehte hain, woh yeh nahi ke Islam true religion hai, Islam superior religion hai, yeh sab baat nahi karte.</w:t>
      </w:r>
      <w:r>
        <w:br/>
      </w:r>
      <w:r>
        <w:rPr>
          <w:sz w:val="20"/>
        </w:rPr>
        <w:t>1:10:43  Hum sirf yeh kehte hain ke Islam ka jo text hai, woh poori tarah preserved hai.</w:t>
      </w:r>
      <w:r>
        <w:br/>
      </w:r>
      <w:r>
        <w:rPr>
          <w:sz w:val="20"/>
        </w:rPr>
        <w:t>1:10:52  Isay aap jab is doosre text ko padhenge to us mein yeh doubtful hai ke prophet ne kya kaha tha aur ab jo hamare paas jo is ka record hai, us se kya maloom ho raha hai.</w:t>
      </w:r>
      <w:r>
        <w:br/>
      </w:r>
      <w:r>
        <w:rPr>
          <w:sz w:val="20"/>
        </w:rPr>
        <w:t>1:11:09  Lekin jab aap Islam ko padhenge to us mein aisa yeh doubt nahi hota. Wohi baat jo kahi hai Rasool Allah ne, wohi baat aaj bhi preserved hai.</w:t>
      </w:r>
      <w:r>
        <w:br/>
      </w:r>
      <w:r>
        <w:rPr>
          <w:sz w:val="20"/>
        </w:rPr>
        <w:t>1:11:23  To hum yeh kehte hain ke yahan par aap study kar sakte hain is yaqeen ke sath ke prophetry ki baat hai jo mujhe padhne ko mil rahi hai.</w:t>
      </w:r>
      <w:r>
        <w:br/>
      </w:r>
      <w:r>
        <w:rPr>
          <w:sz w:val="20"/>
        </w:rPr>
        <w:t>1:11:32  Bas hum yeh kehte hain. Baqi jahan tak mazhab ka mamla hai, main is ko personal choice manta hoon. Personal choice.</w:t>
      </w:r>
      <w:r>
        <w:br/>
      </w:r>
      <w:r>
        <w:rPr>
          <w:sz w:val="20"/>
        </w:rPr>
        <w:t>1:11:40  mein conversion ke khilaaf hoon. mein conversion hamara nahi hota hai.</w:t>
      </w:r>
      <w:r>
        <w:br/>
      </w:r>
      <w:r>
        <w:rPr>
          <w:sz w:val="20"/>
        </w:rPr>
        <w:t>1:11:46  mein kehta hoon ke personal choice ki baat hai. aap study kijiye, aap ghore o fikr kijiye, aap contemplation kijiye aur jo cheez aap ko sachai nazar aaye, us ko ikhtiyar kijiye.</w:t>
      </w:r>
      <w:r>
        <w:br/>
      </w:r>
      <w:r>
        <w:rPr>
          <w:sz w:val="20"/>
        </w:rPr>
        <w:t>1:11:58  to mein do baatein mein ne kahein. ek yeh hai ke islam ke bare mein hamara jo manna hai, woh yeh nahi ke woh koi superior religion hai.</w:t>
      </w:r>
      <w:r>
        <w:br/>
      </w:r>
      <w:r>
        <w:rPr>
          <w:sz w:val="20"/>
        </w:rPr>
        <w:t>1:12:08  nahi, hum yeh kehte hain ke is ka jo text hai, is ka jo matan hai, woh preserved hai.</w:t>
      </w:r>
      <w:r>
        <w:br/>
      </w:r>
      <w:r>
        <w:rPr>
          <w:sz w:val="20"/>
        </w:rPr>
        <w:t>1:12:15  yeh ek khaas baat hai. doosri baat yeh hai ke mazhab koi yeh nahi ke aap ja ke kisi ka kalma parhwaein to woh musalman ho gaya.</w:t>
      </w:r>
      <w:r>
        <w:br/>
      </w:r>
      <w:r>
        <w:rPr>
          <w:sz w:val="20"/>
        </w:rPr>
        <w:t>1:12:24  is se kuch nahi hota. there is nothing. aadmi ke dil ko gawahi dena chahiye ke sachai kya hai.</w:t>
      </w:r>
      <w:r>
        <w:br/>
      </w:r>
      <w:r>
        <w:rPr>
          <w:sz w:val="20"/>
        </w:rPr>
        <w:t>1:12:33  yeh kalma parhwata jaana idhar udhar, woh woh koi tareeqa nahi hai.</w:t>
      </w:r>
      <w:r>
        <w:br/>
      </w:r>
      <w:r>
        <w:rPr>
          <w:sz w:val="20"/>
        </w:rPr>
        <w:t>1:12:39  aap logon ko kahiye ke aap study karo, ghore o fikr karo aur tumhara dil jis cheez ki sachai pe gawahi de, us ko ikhtiyar karo. isi liye mein kehta hoon ke mazhab jo insaan ka personal choice hai.</w:t>
      </w:r>
    </w:p>
    <w:p>
      <w:pPr>
        <w:pStyle w:val="Heading2"/>
      </w:pPr>
      <w:r>
        <w:t>Why attribute love to humans instead of God?</w:t>
      </w:r>
    </w:p>
    <w:p>
      <w:r>
        <w:rPr>
          <w:color w:val="666666"/>
          <w:sz w:val="18"/>
        </w:rPr>
        <w:t>Faith &amp; God · Concept of Death in Islam 26th Aug 12 SLOW · 3m 41s · at 33:37 · https://youtu.be/8dsos0OBM6M?t=2017</w:t>
      </w:r>
    </w:p>
    <w:p>
      <w:r>
        <w:rPr>
          <w:i/>
        </w:rPr>
        <w:t>“Moulana, the news item with respect to Neil Armstrong's death said in one of the papers that he lived in the Cincinnati area with his wife Carol. We are heartbroken to share the news that Neil Armstrong has passed away. The family said in their statement, 'Neil was our loving husband, father, grandfather, brother, and friend.' In place of saying that God is our loving, it has been mentioned Neil was our loving. Why is this the case for every person? What does it mean?”</w:t>
      </w:r>
    </w:p>
    <w:p>
      <w:r>
        <w:rPr>
          <w:sz w:val="20"/>
        </w:rPr>
        <w:t>33:37  Maulana, agla sawal Maulana Israr Umri sahib ka hai Tamil Nadu se. unhon ne likha hai: "Moulana, the news item with respect to Neil Armstrong's death said in one of the papers that he lived in the Cincinnati area with his wife Carol. We are heartbroken to share the news that Neil Armstrong has passed away.</w:t>
      </w:r>
      <w:r>
        <w:br/>
      </w:r>
      <w:r>
        <w:rPr>
          <w:sz w:val="20"/>
        </w:rPr>
        <w:t>34:03  The family said in their statement, 'Neil was our loving husband, father, grandfather, brother, and friend.'" Maulana sahib, in place of saying that God is our loving, it has been mentioned Neil was our loving. yahi har aadmi ka case kyun hai? kya matlab hua?</w:t>
      </w:r>
      <w:r>
        <w:br/>
      </w:r>
      <w:r>
        <w:rPr>
          <w:sz w:val="20"/>
        </w:rPr>
        <w:t>34:25  Maulana, woh yeh poochna chah rahe hain ke jo news item mein likha tha ke Neil jo hamara ek loving husband, loving father, loving grandfather tha, he has passed away. to instead of saying ke Khuda hamara matlab mehboob hai, loving hai, us ki jagah mein likha hai ke Neil hamara loving hai. to yeh har ek insaan ka case hai, aisa aisa kyun hai?</w:t>
      </w:r>
      <w:r>
        <w:br/>
      </w:r>
      <w:r>
        <w:rPr>
          <w:sz w:val="20"/>
        </w:rPr>
        <w:t>34:49  ab is ki wajah hai ke jo cheez Allah se mili hui hai, us ko woh Allah se</w:t>
      </w:r>
      <w:r>
        <w:br/>
      </w:r>
      <w:r>
        <w:rPr>
          <w:sz w:val="20"/>
        </w:rPr>
        <w:t>34:55  attribute nahi kar pata.</w:t>
      </w:r>
      <w:r>
        <w:br/>
      </w:r>
      <w:r>
        <w:rPr>
          <w:sz w:val="20"/>
        </w:rPr>
        <w:t>35:01  ab dekhen, aik aadmi ka bachcha paida ho to maa aur baap isi mein gum ho jate hain.</w:t>
      </w:r>
      <w:r>
        <w:br/>
      </w:r>
      <w:r>
        <w:rPr>
          <w:sz w:val="20"/>
        </w:rPr>
        <w:t>35:07  kaun sochta hai ke Khuda ne paida kiya hai? main radio pe sunta hoon to aksar logon ke</w:t>
      </w:r>
      <w:r>
        <w:br/>
      </w:r>
      <w:r>
        <w:rPr>
          <w:sz w:val="20"/>
        </w:rPr>
        <w:t>35:13  is par aate rehte hain interview, to sab credit dete hain apne maa baap ko, apni family ko.</w:t>
      </w:r>
      <w:r>
        <w:br/>
      </w:r>
      <w:r>
        <w:rPr>
          <w:sz w:val="20"/>
        </w:rPr>
        <w:t>35:20  abhi jo player jo jeet kar aaye hain, maine unko suna, unka sab ne kaha</w:t>
      </w:r>
      <w:r>
        <w:br/>
      </w:r>
      <w:r>
        <w:rPr>
          <w:sz w:val="20"/>
        </w:rPr>
        <w:t>35:26  ke hamare parents, hamare parents, hamari family to family ko dete hain.</w:t>
      </w:r>
      <w:r>
        <w:br/>
      </w:r>
      <w:r>
        <w:rPr>
          <w:sz w:val="20"/>
        </w:rPr>
        <w:t>35:32  yeh yeh nahi sochta ke yeh yeh yeh haath aur yeh paon kis ne paida kiya, yeh aankh</w:t>
      </w:r>
      <w:r>
        <w:br/>
      </w:r>
      <w:r>
        <w:rPr>
          <w:sz w:val="20"/>
        </w:rPr>
        <w:t>35:38  kis ne paida ki, yeh dimagh kis ne paida kiya, yeh koi sochta hi nahin.</w:t>
      </w:r>
      <w:r>
        <w:br/>
      </w:r>
      <w:r>
        <w:rPr>
          <w:sz w:val="20"/>
        </w:rPr>
        <w:t>35:44  to yeh ek soch chali hui hai, ise sab log soch rahe hain.</w:t>
      </w:r>
      <w:r>
        <w:br/>
      </w:r>
      <w:r>
        <w:rPr>
          <w:sz w:val="20"/>
        </w:rPr>
        <w:t>35:51  alag se sochna yeh chali hui soch hai hazaron saal se ke log credit dete hain apne maa</w:t>
      </w:r>
      <w:r>
        <w:br/>
      </w:r>
      <w:r>
        <w:rPr>
          <w:sz w:val="20"/>
        </w:rPr>
        <w:t>35:57  baap ko, apni family ko.</w:t>
      </w:r>
      <w:r>
        <w:br/>
      </w:r>
      <w:r>
        <w:rPr>
          <w:sz w:val="20"/>
        </w:rPr>
        <w:t>36:03  to woh chala aa raha hai ek soch, to is se apne ko alag kar ke sochna hai.</w:t>
      </w:r>
      <w:r>
        <w:br/>
      </w:r>
      <w:r>
        <w:rPr>
          <w:sz w:val="20"/>
        </w:rPr>
        <w:t>36:09  جو کہا میں کہا کرتا ہوں، اس کو detracted thinking، اپنے کو detracted، detracted کر کے سوچنا، یہ</w:t>
      </w:r>
      <w:r>
        <w:br/>
      </w:r>
      <w:r>
        <w:rPr>
          <w:sz w:val="20"/>
        </w:rPr>
        <w:t>36:15  logon mein hota nahin hai ke is ke liye bohat zyada yaani bedar zehan darkar hai.</w:t>
      </w:r>
      <w:r>
        <w:br/>
      </w:r>
      <w:r>
        <w:rPr>
          <w:sz w:val="20"/>
        </w:rPr>
        <w:t>36:22  to yeh is yeh rawaji soch hai jo woh reporting jo hui hai, woh rawaji soch hai, woh</w:t>
      </w:r>
      <w:r>
        <w:br/>
      </w:r>
      <w:r>
        <w:rPr>
          <w:sz w:val="20"/>
        </w:rPr>
        <w:t>36:28  creative soch nahin hai.</w:t>
      </w:r>
      <w:r>
        <w:br/>
      </w:r>
      <w:r>
        <w:rPr>
          <w:sz w:val="20"/>
        </w:rPr>
        <w:t>36:34  yaad rakhiye, mazhab jo hai, woh creatives ke liye hai, woh rawaji soch walon ke liye nahin hai.</w:t>
      </w:r>
      <w:r>
        <w:br/>
      </w:r>
      <w:r>
        <w:rPr>
          <w:sz w:val="20"/>
        </w:rPr>
        <w:t>36:40  beshtar insaan jo hai, woh chalte hain riwaj par.</w:t>
      </w:r>
      <w:r>
        <w:br/>
      </w:r>
      <w:r>
        <w:rPr>
          <w:sz w:val="20"/>
        </w:rPr>
        <w:t>36:46  ba alfana alaih o awana jo chala aa raha hai, bas wahi pakad liya.</w:t>
      </w:r>
      <w:r>
        <w:br/>
      </w:r>
      <w:r>
        <w:rPr>
          <w:sz w:val="20"/>
        </w:rPr>
        <w:t>36:53  to creative thinking jis ke andar hoti hai na, woh sochta hai alag ho kar ke, apni aqal</w:t>
      </w:r>
      <w:r>
        <w:br/>
      </w:r>
      <w:r>
        <w:rPr>
          <w:sz w:val="20"/>
        </w:rPr>
        <w:t>36:59  se judge karta hai, aur phir jo sahi hai, us ko leta hai.</w:t>
      </w:r>
      <w:r>
        <w:br/>
      </w:r>
      <w:r>
        <w:rPr>
          <w:sz w:val="20"/>
        </w:rPr>
        <w:t>37:05  to hum ko yeh bhi yaani jaanna chahiye ke logon ko to creative paida kiya, creative thinking paida kijiye.</w:t>
      </w:r>
      <w:r>
        <w:br/>
      </w:r>
      <w:r>
        <w:rPr>
          <w:sz w:val="20"/>
        </w:rPr>
        <w:t>37:11  jab tak creative thinking nahin aayegi, log deen ki aur mazhab ki value ko nahin samjhenge.</w:t>
      </w:r>
      <w:r>
        <w:br/>
      </w:r>
      <w:r>
        <w:rPr>
          <w:sz w:val="20"/>
        </w:rPr>
        <w:t>37:18  maulana, agla sawal raipur se hai.</w:t>
      </w:r>
    </w:p>
    <w:p>
      <w:pPr>
        <w:pStyle w:val="Heading2"/>
      </w:pPr>
      <w:r>
        <w:t>Why do false gods seem to respond?</w:t>
      </w:r>
    </w:p>
    <w:p>
      <w:r>
        <w:rPr>
          <w:color w:val="666666"/>
          <w:sz w:val="18"/>
        </w:rPr>
        <w:t>Faith &amp; God · Concept of God December 7, 2014 · 3m 08s · at 1:07:23 · https://youtu.be/dCgL9lp8EAo?t=4043</w:t>
      </w:r>
    </w:p>
    <w:p>
      <w:r>
        <w:rPr>
          <w:i/>
        </w:rPr>
        <w:t>“You said that one can establish a bilateral relationship with God because He responds, but with false gods it is unilateral. However, people who believe in false gods also experience their problems getting resolved. Why is that?”</w:t>
      </w:r>
    </w:p>
    <w:p>
      <w:r>
        <w:rPr>
          <w:sz w:val="20"/>
        </w:rPr>
        <w:t>1:07:23  Maulana, agla sawal Ludhiana se kya hai Shoaib sahib ne, aur unhon ne likha hai: "Moulana, in today's talk you mentioned that one is able to establish bilateral relation if he or she develops relation with God Almighty as he would keep getting response from God.</w:t>
      </w:r>
      <w:r>
        <w:br/>
      </w:r>
      <w:r>
        <w:rPr>
          <w:sz w:val="20"/>
        </w:rPr>
        <w:t>1:07:46  This would not be the case if someone takes God as Guru, Prophet, Sun, Moon, or an idol as it would be more like a unilateral relation since there would be no response from these so-called false gods."</w:t>
      </w:r>
      <w:r>
        <w:br/>
      </w:r>
      <w:r>
        <w:rPr>
          <w:sz w:val="20"/>
        </w:rPr>
        <w:t>1:08:02  Maulana, here the problem is that people who believe in these false gods also experience their problem getting resolved due to some reason or the other, and this gives them more conviction that the Guru or Prophet are real God.</w:t>
      </w:r>
      <w:r>
        <w:br/>
      </w:r>
      <w:r>
        <w:rPr>
          <w:sz w:val="20"/>
        </w:rPr>
        <w:t>1:08:22  How can we rationally address such people so that they don't believe in other than God?" Dekhen, aap ki report sahi nahi hai.</w:t>
      </w:r>
      <w:r>
        <w:br/>
      </w:r>
      <w:r>
        <w:rPr>
          <w:sz w:val="20"/>
        </w:rPr>
        <w:t>1:08:32  Jo log samajhte hain ke un ko mil raha hai, wo kya mila un ko? Business se faida hoga, bachcha paida hoga, muqadma jeet gaye. Ye koi mamla nahi hai.</w:t>
      </w:r>
      <w:r>
        <w:br/>
      </w:r>
      <w:r>
        <w:rPr>
          <w:sz w:val="20"/>
        </w:rPr>
        <w:t>1:08:42  Ye to ye to hota hi rehta hai.</w:t>
      </w:r>
      <w:r>
        <w:br/>
      </w:r>
      <w:r>
        <w:rPr>
          <w:sz w:val="20"/>
        </w:rPr>
        <w:t>1:08:44  Is ko wo kisi guru se attribute kar dete hain aur samajhte hain guru se mil gaya. Guru se kuch bhi nahi milta. Guru se kuch bhi nahi milta.</w:t>
      </w:r>
      <w:r>
        <w:br/>
      </w:r>
      <w:r>
        <w:rPr>
          <w:sz w:val="20"/>
        </w:rPr>
        <w:t>1:08:54  Ye sirf that is sheer attribution ke aap koshish kar rahe hain, koshish kar rahe hain. Beech mein guru se bhi ja kar ke aap kaha ke mujhe aashirwad dijiye, aap ka kaam ban gaya.</w:t>
      </w:r>
      <w:r>
        <w:br/>
      </w:r>
      <w:r>
        <w:rPr>
          <w:sz w:val="20"/>
        </w:rPr>
        <w:t>1:09:06  Ab aap ne is ko attribute kar diya guru ko, dargah ko. Log samajhte hain ke dargah se mil gaya, guru se mil gaya. Ye sab yaani false attribution hai.</w:t>
      </w:r>
      <w:r>
        <w:br/>
      </w:r>
      <w:r>
        <w:rPr>
          <w:sz w:val="20"/>
        </w:rPr>
        <w:t>1:09:20  Aur jahan tak Allah se milne wali baat hai, wo is se alag ek cheez hai. Wo marifat hai.</w:t>
      </w:r>
      <w:r>
        <w:br/>
      </w:r>
      <w:r>
        <w:rPr>
          <w:sz w:val="20"/>
        </w:rPr>
        <w:t>1:09:26  Material cheezein nahi hain. Har giz har giz material cheezon ko aap ko criteria nahi banana chahiye. Marifat ko criteria nahi banana chahiye.</w:t>
      </w:r>
      <w:r>
        <w:br/>
      </w:r>
      <w:r>
        <w:rPr>
          <w:sz w:val="20"/>
        </w:rPr>
        <w:t>1:09:37  Aur wo do cheezein hain. Quran mein do cheezein batai gayi hain. Ek hai, jaisa ke main ne arz kiya alladhi na'budu a'shadd huban lillah.</w:t>
      </w:r>
      <w:r>
        <w:br/>
      </w:r>
      <w:r>
        <w:rPr>
          <w:sz w:val="20"/>
        </w:rPr>
        <w:t>1:09:50  Yaani Allah se istighasa, affection. Ye is ke andar hai ke nahi hai.</w:t>
      </w:r>
      <w:r>
        <w:br/>
      </w:r>
      <w:r>
        <w:rPr>
          <w:sz w:val="20"/>
        </w:rPr>
        <w:t>1:09:56  dusri cheez hai walim yakhsha illa Allah. yani fear jo hai, fear Allah ke sath kisi aur se nahin. fear ka matlab kya hai?</w:t>
      </w:r>
      <w:r>
        <w:br/>
      </w:r>
      <w:r>
        <w:rPr>
          <w:sz w:val="20"/>
        </w:rPr>
        <w:t>1:10:07  Allah ke sath apne aap ko accountable samajhna. apni baton ko samajhna ke hum Allah ke samne jawab deh is ke liye hain.</w:t>
      </w:r>
      <w:r>
        <w:br/>
      </w:r>
      <w:r>
        <w:rPr>
          <w:sz w:val="20"/>
        </w:rPr>
        <w:t>1:10:16  yeh ehsas, yeh living ehsas aap ke andar se paida ho jaye. yeh hai criterion.</w:t>
      </w:r>
      <w:r>
        <w:br/>
      </w:r>
      <w:r>
        <w:rPr>
          <w:sz w:val="20"/>
        </w:rPr>
        <w:t>1:10:22  baqi cheezon ka taluq dunya ki zindagi se hai, woh is ko aap har giz criterion na banaein.</w:t>
      </w:r>
    </w:p>
    <w:p>
      <w:pPr>
        <w:pStyle w:val="Heading2"/>
      </w:pPr>
      <w:r>
        <w:t>Why does God not answer prayers</w:t>
      </w:r>
    </w:p>
    <w:p>
      <w:r>
        <w:rPr>
          <w:color w:val="666666"/>
          <w:sz w:val="18"/>
        </w:rPr>
        <w:t>Faith &amp; God · Concept of God December 7, 2014 · 2m 35s · at 1:01:47 · https://youtu.be/dCgL9lp8EAo?t=3707</w:t>
      </w:r>
    </w:p>
    <w:p>
      <w:r>
        <w:rPr>
          <w:i/>
        </w:rPr>
        <w:t>“A person calls out to God his whole life, but God never answers him even once. Is this God's proper way?”</w:t>
      </w:r>
    </w:p>
    <w:p>
      <w:r>
        <w:rPr>
          <w:sz w:val="20"/>
        </w:rPr>
        <w:t>1:01:47  maulana, agla sawal Dilli se kya hai Raj Malik sahib ne, aur unhon ne likha hai: "maulana, banda poori zindagi Khuda ko pukarta rehta hai, magar ek martaba bhi Khuda is ka jawab nahi deta.</w:t>
      </w:r>
      <w:r>
        <w:br/>
      </w:r>
      <w:r>
        <w:rPr>
          <w:sz w:val="20"/>
        </w:rPr>
        <w:t>1:02:03  kya yeh Khuda ka sahi tareeqa hai?"</w:t>
      </w:r>
      <w:r>
        <w:br/>
      </w:r>
      <w:r>
        <w:rPr>
          <w:sz w:val="20"/>
        </w:rPr>
        <w:t>1:02:08  nahi, to yeh to baat galat hai. yeh aap ke kehne hi galat hain. yeh possible hi nahi hai. woh sahi baat hai, use pukara hi nahi. woh yeh is ki, yaani is ki, yeh is woh samajhta hai, woh banda samajhta hai ke maine pukara, haalanke us ne pukara hi nahi.</w:t>
      </w:r>
      <w:r>
        <w:br/>
      </w:r>
      <w:r>
        <w:rPr>
          <w:sz w:val="20"/>
        </w:rPr>
        <w:t>1:02:32  yeh to bilkul aisi baat hai jo is ka koi base nahi hai. mein to Allah ko pukarta hoon aur har taraf mujhe jawab milta hai Allah ki taraf se.</w:t>
      </w:r>
      <w:r>
        <w:br/>
      </w:r>
      <w:r>
        <w:rPr>
          <w:sz w:val="20"/>
        </w:rPr>
        <w:t>1:02:44  lekin dekhein, agar mein pukaru ke Khuda mujhe duniya ka emperor bana de to yeh ek aamana dua hai, woh kabhi poori nahi hogi.</w:t>
      </w:r>
      <w:r>
        <w:br/>
      </w:r>
      <w:r>
        <w:rPr>
          <w:sz w:val="20"/>
        </w:rPr>
        <w:t>1:02:56  yeh aamana dua hai. aamana dua sunne ke liye Khuda baitha hua nahi hai. agar</w:t>
      </w:r>
      <w:r>
        <w:br/>
      </w:r>
      <w:r>
        <w:rPr>
          <w:sz w:val="20"/>
        </w:rPr>
        <w:t>1:03:03  mein kahun ke Khuda duniya se jo mere dushman hain, woh neest o naabood ho jayein to yeh aamana dua hai, woh kabhi nahi poori hogi. agar mein yeh dua karun ke Khudaaya, mein sari duniya ki daulat mere paas aa jaye to yeh stupid dua hai, woh kabhi poori nahi hogi.</w:t>
      </w:r>
      <w:r>
        <w:br/>
      </w:r>
      <w:r>
        <w:rPr>
          <w:sz w:val="20"/>
        </w:rPr>
        <w:t>1:03:22  to dua ke liye karne se pehle aap ko jaanna chahiye ke "What is the Christian plan of God?" . Khuda ki apni is ki wahan things kya hain?</w:t>
      </w:r>
      <w:r>
        <w:br/>
      </w:r>
      <w:r>
        <w:rPr>
          <w:sz w:val="20"/>
        </w:rPr>
        <w:t>1:03:32  is ke framework mein dua karein karein aap to zaroor poori hogi. log yunhi kisi baat ke liye dua karte hain, unhein poori hoti hai, kehte hain Khuda ne suni hi meri nahi.</w:t>
      </w:r>
      <w:r>
        <w:br/>
      </w:r>
      <w:r>
        <w:rPr>
          <w:sz w:val="20"/>
        </w:rPr>
        <w:t>1:03:46  aap jaaniye ke Khuda ke is ke options kya hain? Khuda, Khuda ke plan kya hai? Law of nature kya hai?</w:t>
      </w:r>
      <w:r>
        <w:br/>
      </w:r>
      <w:r>
        <w:rPr>
          <w:sz w:val="20"/>
        </w:rPr>
        <w:t>1:03:55  aur phir aap dua karein. lekin yaad rakhiye ke aap kitne hi sachche insaan hon, agar aap wahi dua karenge jo Khuda ki is ke options mein nahi hai to woh nahi poori, poori nahi hogi.</w:t>
      </w:r>
      <w:r>
        <w:br/>
      </w:r>
      <w:r>
        <w:rPr>
          <w:sz w:val="20"/>
        </w:rPr>
        <w:t>1:04:08  kabhi nahi poori hogi.</w:t>
      </w:r>
      <w:r>
        <w:br/>
      </w:r>
      <w:r>
        <w:rPr>
          <w:sz w:val="20"/>
        </w:rPr>
        <w:t>1:04:13  yeh to hypothesis hi galat hai.</w:t>
      </w:r>
    </w:p>
    <w:p>
      <w:pPr>
        <w:pStyle w:val="Heading2"/>
      </w:pPr>
      <w:r>
        <w:t>Why does God prevent right acts from happening</w:t>
      </w:r>
    </w:p>
    <w:p>
      <w:r>
        <w:rPr>
          <w:color w:val="666666"/>
          <w:sz w:val="18"/>
        </w:rPr>
        <w:t>Faith &amp; God · Politics and Nation Building May 19, 2013 · 4m 47s · at 59:01 · https://youtu.be/kmiMGq0Ki2Q?t=3541</w:t>
      </w:r>
    </w:p>
    <w:p>
      <w:r>
        <w:rPr>
          <w:i/>
        </w:rPr>
        <w:t>“Last Sunday that is on 12 May, while we were coming to attend the Sunday class, a serious accident happened on the way. As a result we missed to attend the lecture as we had to return from midway. Why it is so that God sometimes prevents even a right act from taking place? What lessons should be learned from such incident? Please guide us.”</w:t>
      </w:r>
    </w:p>
    <w:p>
      <w:r>
        <w:rPr>
          <w:sz w:val="20"/>
        </w:rPr>
        <w:t>59:01  maulana agla sawal roorkee se hai sajid anwar sahab ka unho ne likha hai maulana last sunday that is on 12 may while we were coming to attend the sunday class a serious accident happened on the way as a result we missed to attend the lecture as we had to return from mid way</w:t>
      </w:r>
      <w:r>
        <w:br/>
      </w:r>
      <w:r>
        <w:rPr>
          <w:sz w:val="20"/>
        </w:rPr>
        <w:t>59:25  maulana why it is so that god sometimes prevents even an obvious right act from taking place what lessons should be learned from such incident please guide us nahi dekhiye yeh duniya jo hai is mein allah ne insan ko azadi di hai insan allah ki azadi ko apwais nahi kar sakta</w:t>
      </w:r>
      <w:r>
        <w:br/>
      </w:r>
      <w:r>
        <w:rPr>
          <w:sz w:val="20"/>
        </w:rPr>
        <w:t>59:52  to aaj kal traffic kya hota hai ke traffic rule ka log pabandi nahi karte andha dhund dorate</w:t>
      </w:r>
      <w:r>
        <w:br/>
      </w:r>
      <w:r>
        <w:rPr>
          <w:sz w:val="20"/>
        </w:rPr>
        <w:t>59:58  hain busain hain truck hain to woh apni azadi ka misuse karte hain</w:t>
      </w:r>
      <w:r>
        <w:br/>
      </w:r>
      <w:r>
        <w:rPr>
          <w:sz w:val="20"/>
        </w:rPr>
        <w:t>1:00:06  apni azadi ka misuse karte hain woh karte rahengay woh band nahi honge kabhi</w:t>
      </w:r>
      <w:r>
        <w:br/>
      </w:r>
      <w:r>
        <w:rPr>
          <w:sz w:val="20"/>
        </w:rPr>
        <w:t>1:00:12  to ap ko is se sirf yeh sabak lena hai ke ap ko extra precaution lena chahiye</w:t>
      </w:r>
      <w:r>
        <w:br/>
      </w:r>
      <w:r>
        <w:rPr>
          <w:sz w:val="20"/>
        </w:rPr>
        <w:t>1:00:19  extra precaution</w:t>
      </w:r>
      <w:r>
        <w:br/>
      </w:r>
      <w:r>
        <w:rPr>
          <w:sz w:val="20"/>
        </w:rPr>
        <w:t>1:00:22  ap ko khud sochna chahiye ke meri is mein kaun si kami thi jis ki wajah se yeh waqia pesh aaya</w:t>
      </w:r>
      <w:r>
        <w:br/>
      </w:r>
      <w:r>
        <w:rPr>
          <w:sz w:val="20"/>
        </w:rPr>
        <w:t>1:00:32  jaise main apna qissa bataoon ke main ek baar to gaya dilli mein ek jagah bus bus se jab bus se utra main to mujhe road cross karna tha</w:t>
      </w:r>
      <w:r>
        <w:br/>
      </w:r>
      <w:r>
        <w:rPr>
          <w:sz w:val="20"/>
        </w:rPr>
        <w:t>1:00:47  road cross kar raha tha to achaanak ek bicycle aa gayi aur bicycle mujh se takra gayi to meri ankle toot gayi chot bhi aayi to is ke baad main ne kaha ke ab main ja ke road ke kinare baith gaya aur sochne laga ke aisa kyun hua sochne laga ke aisa kyun hua</w:t>
      </w:r>
      <w:r>
        <w:br/>
      </w:r>
      <w:r>
        <w:rPr>
          <w:sz w:val="20"/>
        </w:rPr>
        <w:t>1:01:13  sochne ke baad main ne samjha ke is mein meri hi ek ghalti thi road jo cross main kar raha tha to main ne ghalat tareeqe se cross karne ki koshish ki to dekhiye doosre ko blame dene se koi faida nahi ap sirf yeh sochiye ke meri kya kotahi thi</w:t>
      </w:r>
      <w:r>
        <w:br/>
      </w:r>
      <w:r>
        <w:rPr>
          <w:sz w:val="20"/>
        </w:rPr>
        <w:t>1:01:39  isko daryaft kijiye</w:t>
      </w:r>
      <w:r>
        <w:br/>
      </w:r>
      <w:r>
        <w:rPr>
          <w:sz w:val="20"/>
        </w:rPr>
        <w:t>1:01:42  kahin aadmi ko chahiye ke woh ruk jaye woh doosray ko aagay barhnay ka moqa de kahin chahiye</w:t>
      </w:r>
      <w:r>
        <w:br/>
      </w:r>
      <w:r>
        <w:rPr>
          <w:sz w:val="20"/>
        </w:rPr>
        <w:t>1:01:48  ke woh car ko chhod kar train se safar kare yeh mukhtalif shakaloon mein woh apni kotahi ko</w:t>
      </w:r>
      <w:r>
        <w:br/>
      </w:r>
      <w:r>
        <w:rPr>
          <w:sz w:val="20"/>
        </w:rPr>
        <w:t>1:01:54  daryaft kar sakta hai to har aisay moqay par ap ko janna chahiye ke insaan apni azadi ko</w:t>
      </w:r>
      <w:r>
        <w:br/>
      </w:r>
      <w:r>
        <w:rPr>
          <w:sz w:val="20"/>
        </w:rPr>
        <w:t>1:02:00  misuse karega hum yeh rok nahi sakte logon ko ke woh apni azadi ko misuse</w:t>
      </w:r>
      <w:r>
        <w:br/>
      </w:r>
      <w:r>
        <w:rPr>
          <w:sz w:val="20"/>
        </w:rPr>
        <w:t>1:02:06  na karein woh karengay woh to humein apne aap ko bachanay ki koshish karna hai</w:t>
      </w:r>
      <w:r>
        <w:br/>
      </w:r>
      <w:r>
        <w:rPr>
          <w:sz w:val="20"/>
        </w:rPr>
        <w:t>1:02:13  to is mein lesson yahi hai ke ap yeh sochiye ke aap ke apne hisse mein kaun si kotahi thi apni taraf apni taraf kaun si kotahi thi bas is ko daryaft kijiye is ko yeh mat samjhiye ke aap achhe maqsad ke liye aaye the to to duniya mein allah taala logon ke haath baandh nahi sakta tha logon ki freedom ka abalish nahi kar sakta tha aisa nahi ho sakta tha</w:t>
      </w:r>
      <w:r>
        <w:br/>
      </w:r>
      <w:r>
        <w:rPr>
          <w:sz w:val="20"/>
        </w:rPr>
        <w:t>1:02:39  to chahe yeh waqia ho ya koi aur waqia ho hamesha aadmi ko chahiye ke blame daai self pe amal kare woh dhoondh kar kahin na kahin mera maslak yeh hai ke agar 99 percent doosri ghalti hai aur meri ghalti 1 percent hai to main 99 percent ko bhula deta hoon sirf 1 percent ko yaad rakhta hoon bas</w:t>
      </w:r>
      <w:r>
        <w:br/>
      </w:r>
      <w:r>
        <w:rPr>
          <w:sz w:val="20"/>
        </w:rPr>
        <w:t>1:03:06  bahut se qisse bata sakta hoon main ap ko ke 99 percent ghalti doosre ki thi aur meri ghalti 1 percent thi to ab main apni 1 percent hi ko main ne bahut zyada socha isi ko le kar aur doosre ki jo 99 percent ghalti thi us ko main ek dam socha hi nahi us ko bhula diya to ek aisi duniya jahan allah ne sab ko azadi di hai aisi duniya mein rehne ka tareeqa yahi hai</w:t>
      </w:r>
      <w:r>
        <w:br/>
      </w:r>
      <w:r>
        <w:rPr>
          <w:sz w:val="20"/>
        </w:rPr>
        <w:t>1:03:35  chunki hum insan ki azadi ko abwais kar nahi sakte is liye yahi hai ke hum blame daai self par amal karein</w:t>
      </w:r>
    </w:p>
    <w:p>
      <w:pPr>
        <w:pStyle w:val="Heading2"/>
      </w:pPr>
      <w:r>
        <w:t>Why does God put me in difficult situations?</w:t>
      </w:r>
    </w:p>
    <w:p>
      <w:r>
        <w:rPr>
          <w:color w:val="666666"/>
          <w:sz w:val="18"/>
        </w:rPr>
        <w:t>Faith &amp; God · 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Why does God test humanity and how to prepare?</w:t>
      </w:r>
    </w:p>
    <w:p>
      <w:r>
        <w:rPr>
          <w:color w:val="666666"/>
          <w:sz w:val="18"/>
        </w:rPr>
        <w:t>Faith &amp; God · Islam &amp; Prophet of Islam 21 Oct, 2012 - Maulana Wahiduddin Khan · 2m 49s · at 1:04:36 · https://youtu.be/2hwtfOyNeS0?t=3876</w:t>
      </w:r>
    </w:p>
    <w:p>
      <w:r>
        <w:rPr>
          <w:i/>
        </w:rPr>
        <w:t>“What is the need for God to put us to test? Can this be avoided? If it is not avoidable, then what is the best way to prepare for the test? Please comment.”</w:t>
      </w:r>
    </w:p>
    <w:p>
      <w:r>
        <w:rPr>
          <w:sz w:val="20"/>
        </w:rPr>
        <w:t>1:04:36  maulana, agla sawal aya hai dilli se mister mationjay panday sahib ka. unhon ne likha hai: "What is the need for God to put us to test?</w:t>
      </w:r>
      <w:r>
        <w:br/>
      </w:r>
      <w:r>
        <w:rPr>
          <w:sz w:val="20"/>
        </w:rPr>
        <w:t>1:04:49  Can this be avoided? If it is not avoidable, then what is the best way to prepare for the test? Please comment." dekhiye, test ka jo muamla hai woh jura hua hai Allah taala ki poori jo scheme of things hai us se.</w:t>
      </w:r>
      <w:r>
        <w:br/>
      </w:r>
      <w:r>
        <w:rPr>
          <w:sz w:val="20"/>
        </w:rPr>
        <w:t>1:05:06  scheme of things kya hai? woh yeh hai ke Allah taala ne ek dunya banai jis ko hum kehte hain paradise.</w:t>
      </w:r>
      <w:r>
        <w:br/>
      </w:r>
      <w:r>
        <w:rPr>
          <w:sz w:val="20"/>
        </w:rPr>
        <w:t>1:05:15  ek ideal world, ek perfect world. wahan har har woh cheez hai jo insan chahta hai. quran mein hai ke: "وَلَكُمْ فِيهَا مَا تَشْتَئُونَ أَنْفُسَكُمْ" wahan sab kuch hai jo tum chaho.</w:t>
      </w:r>
      <w:r>
        <w:br/>
      </w:r>
      <w:r>
        <w:rPr>
          <w:sz w:val="20"/>
        </w:rPr>
        <w:t>1:05:31  to ek bohat hi beautiful world, perfect world, ideal world banai. ab Allah taala ko yeh matloob hai ke wahan par settle karne ke liye insan.</w:t>
      </w:r>
      <w:r>
        <w:br/>
      </w:r>
      <w:r>
        <w:rPr>
          <w:sz w:val="20"/>
        </w:rPr>
        <w:t>1:05:42  to kis ko settle kiya jaye wahan? kis ko wahan rehne ka mauqa diya jaye? is ke liye yeh dunya banai. yahan par logon ko test ke liye rakha. to azadi ke baghair test ho nahi sakta.</w:t>
      </w:r>
      <w:r>
        <w:br/>
      </w:r>
      <w:r>
        <w:rPr>
          <w:sz w:val="20"/>
        </w:rPr>
        <w:t>1:05:56  jahan test hai, wahan jahan azadi hai, wahan test hai. to Allah taala ne asal jo hai, jo jo Allah taala ki jo scheme of things hai, us ke mutabiq asal jo cheez hai woh yeh hai ke paradise mein settle karne ke liye, paradise ka inaam dene ke liye, paradise ka reward dene ke liye Allah taala ko insanon ka intikhab karna hai.</w:t>
      </w:r>
      <w:r>
        <w:br/>
      </w:r>
      <w:r>
        <w:rPr>
          <w:sz w:val="20"/>
        </w:rPr>
        <w:t>1:06:21  is dunya ko Allah taala ne rakha hai isi liye. yeh testing ground yeh hai. to yahan jo log is par pooray utrain ge, un ko select kar liya jaye ga.</w:t>
      </w:r>
      <w:r>
        <w:br/>
      </w:r>
      <w:r>
        <w:rPr>
          <w:sz w:val="20"/>
        </w:rPr>
        <w:t>1:06:32  is poori history se selected log jo hon ge, woh jannat ke liye muntakhib kiye jayen ge. poori history se. yani jannat ka faisla group wise nahi hoga.</w:t>
      </w:r>
      <w:r>
        <w:br/>
      </w:r>
      <w:r>
        <w:rPr>
          <w:sz w:val="20"/>
        </w:rPr>
        <w:t>1:06:43  individual wise hoga. koi bhi group, koi bhi group, group wahan dakhil nahi kiya jaye ga. balkay poori history se individual chune jayen ge.</w:t>
      </w:r>
      <w:r>
        <w:br/>
      </w:r>
      <w:r>
        <w:rPr>
          <w:sz w:val="20"/>
        </w:rPr>
        <w:t>1:06:55  individual. un ko wahan par mauqa diya jaye ga rehne ka. to baqi logon ko, mein samajhta hoon ke doosre logon ko ek universal determine hoga, us mein dakhil hon ge.</w:t>
      </w:r>
      <w:r>
        <w:br/>
      </w:r>
      <w:r>
        <w:rPr>
          <w:sz w:val="20"/>
        </w:rPr>
        <w:t>1:07:06  ek kainaati kooda khana. yeh hai scheme. to aap aap sochne ka muamla test se shuru kijiye. paradise se shuru kijiye.</w:t>
      </w:r>
      <w:r>
        <w:br/>
      </w:r>
      <w:r>
        <w:rPr>
          <w:sz w:val="20"/>
        </w:rPr>
        <w:t>1:07:17  jab aap paradise ko sochen ge to is baat ka, is sawal ka jawab aap ko mil jaye ga.</w:t>
      </w:r>
    </w:p>
    <w:p>
      <w:pPr>
        <w:pStyle w:val="Heading2"/>
      </w:pPr>
      <w:r>
        <w:t>Why does God test us?</w:t>
      </w:r>
    </w:p>
    <w:p>
      <w:r>
        <w:rPr>
          <w:color w:val="666666"/>
          <w:sz w:val="18"/>
        </w:rPr>
        <w:t>Faith &amp; God · Islam and Prophet of Islam 21st October 2012 · 2m 57s · at 1:07:11 · https://youtu.be/pg1Malshh6Y?t=4031</w:t>
      </w:r>
    </w:p>
    <w:p>
      <w:r>
        <w:rPr>
          <w:i/>
        </w:rPr>
        <w:t>“What is the need for God to put us to test? Can this be avoided? If it is not avoidable, then what is the best way to prepare for the test?”</w:t>
      </w:r>
    </w:p>
    <w:p>
      <w:r>
        <w:rPr>
          <w:sz w:val="20"/>
        </w:rPr>
        <w:t>1:07:11  maulana, agla sawal aaya hai dilli se mister mityunje pandey sahib ka.</w:t>
      </w:r>
      <w:r>
        <w:br/>
      </w:r>
      <w:r>
        <w:rPr>
          <w:sz w:val="20"/>
        </w:rPr>
        <w:t>1:07:16  انہوں نے لکھا ہے: "What is the need for God to put us to test? Can this be</w:t>
      </w:r>
      <w:r>
        <w:br/>
      </w:r>
      <w:r>
        <w:rPr>
          <w:sz w:val="20"/>
        </w:rPr>
        <w:t>1:07:24  avoided? If it is not avoidable, then what is the best way to prepare for the test?"</w:t>
      </w:r>
      <w:r>
        <w:br/>
      </w:r>
      <w:r>
        <w:rPr>
          <w:sz w:val="20"/>
        </w:rPr>
        <w:t>1:07:32  please comment.</w:t>
      </w:r>
      <w:r>
        <w:br/>
      </w:r>
      <w:r>
        <w:rPr>
          <w:sz w:val="20"/>
        </w:rPr>
        <w:t>1:07:33  dekhein, test ka jo muamla hai woh juda hua hai Allah taala ki poori jo scheme of things</w:t>
      </w:r>
      <w:r>
        <w:br/>
      </w:r>
      <w:r>
        <w:rPr>
          <w:sz w:val="20"/>
        </w:rPr>
        <w:t>1:07:41  hai, is se.</w:t>
      </w:r>
      <w:r>
        <w:br/>
      </w:r>
      <w:r>
        <w:rPr>
          <w:sz w:val="20"/>
        </w:rPr>
        <w:t>1:07:42  askim of things kya hai? woh yeh hai ke Allah taala ne ek duniya banai jis ko hum</w:t>
      </w:r>
      <w:r>
        <w:br/>
      </w:r>
      <w:r>
        <w:rPr>
          <w:sz w:val="20"/>
        </w:rPr>
        <w:t>1:07:50  kehte hain paradise, ek ideal world, ek perfect world.</w:t>
      </w:r>
      <w:r>
        <w:br/>
      </w:r>
      <w:r>
        <w:rPr>
          <w:sz w:val="20"/>
        </w:rPr>
        <w:t>1:07:54  wahan har har woh cheez hai jo insan chahta hai.</w:t>
      </w:r>
      <w:r>
        <w:br/>
      </w:r>
      <w:r>
        <w:rPr>
          <w:sz w:val="20"/>
        </w:rPr>
        <w:t>1:07:58  quran mein hai ke: "walakum fiha ma tashtahi anfusukum".</w:t>
      </w:r>
      <w:r>
        <w:br/>
      </w:r>
      <w:r>
        <w:rPr>
          <w:sz w:val="20"/>
        </w:rPr>
        <w:t>1:08:02  wohan sab kuch hai jo tum chaho.</w:t>
      </w:r>
      <w:r>
        <w:br/>
      </w:r>
      <w:r>
        <w:rPr>
          <w:sz w:val="20"/>
        </w:rPr>
        <w:t>1:08:05  to ek bohat hi beautiful world, perfect world, ideal world banai.</w:t>
      </w:r>
      <w:r>
        <w:br/>
      </w:r>
      <w:r>
        <w:rPr>
          <w:sz w:val="20"/>
        </w:rPr>
        <w:t>1:08:10  ab Allah taala ko yeh matloob hai ke wahan par settle karne ke liye insan to kis ko</w:t>
      </w:r>
      <w:r>
        <w:br/>
      </w:r>
      <w:r>
        <w:rPr>
          <w:sz w:val="20"/>
        </w:rPr>
        <w:t>1:08:18  settle kiya jaye? wahan kis ko wahan rehne ka mauqa diya jaye? is ke liye yeh duniya banai,</w:t>
      </w:r>
      <w:r>
        <w:br/>
      </w:r>
      <w:r>
        <w:rPr>
          <w:sz w:val="20"/>
        </w:rPr>
        <w:t>1:08:26  yahan pe logon ko test ke liye rakha.</w:t>
      </w:r>
      <w:r>
        <w:br/>
      </w:r>
      <w:r>
        <w:rPr>
          <w:sz w:val="20"/>
        </w:rPr>
        <w:t>1:08:29  to azadi ke baghair test ho nahi sakta.</w:t>
      </w:r>
      <w:r>
        <w:br/>
      </w:r>
      <w:r>
        <w:rPr>
          <w:sz w:val="20"/>
        </w:rPr>
        <w:t>1:08:33  jahan test hai, wahan jahan azadi hai, wahan test hai.</w:t>
      </w:r>
      <w:r>
        <w:br/>
      </w:r>
      <w:r>
        <w:rPr>
          <w:sz w:val="20"/>
        </w:rPr>
        <w:t>1:08:37  to Allah taala ne asal jo hai, jo jo Allah taala ki jo askim of things hai, is</w:t>
      </w:r>
      <w:r>
        <w:br/>
      </w:r>
      <w:r>
        <w:rPr>
          <w:sz w:val="20"/>
        </w:rPr>
        <w:t>1:08:45  ke mutabiq asal jo cheez hai woh yeh hai ke paradise mein settle karne ke liye, paradise ka</w:t>
      </w:r>
      <w:r>
        <w:br/>
      </w:r>
      <w:r>
        <w:rPr>
          <w:sz w:val="20"/>
        </w:rPr>
        <w:t>1:08:52  inaam dene ke liye, paradise ke reward dene ke liye Allah taala ko insanon ka intikhab karna hai.</w:t>
      </w:r>
      <w:r>
        <w:br/>
      </w:r>
      <w:r>
        <w:rPr>
          <w:sz w:val="20"/>
        </w:rPr>
        <w:t>1:09:00  is duniya ko Allah taala ne rakha isi liye ke testing ground yeh hai.</w:t>
      </w:r>
      <w:r>
        <w:br/>
      </w:r>
      <w:r>
        <w:rPr>
          <w:sz w:val="20"/>
        </w:rPr>
        <w:t>1:09:06  to yahan jo log is par poore utren ge, un ko select kar liya jaye ga.</w:t>
      </w:r>
      <w:r>
        <w:br/>
      </w:r>
      <w:r>
        <w:rPr>
          <w:sz w:val="20"/>
        </w:rPr>
        <w:t>1:09:13  poori history se selectd log jo hon ge, woh jannat ke liye muntakhib kiye jayen ge.</w:t>
      </w:r>
      <w:r>
        <w:br/>
      </w:r>
      <w:r>
        <w:rPr>
          <w:sz w:val="20"/>
        </w:rPr>
        <w:t>1:09:20  poori history se, yani jannat ka faisla group wise nahi hoga, individual wise hoga.</w:t>
      </w:r>
      <w:r>
        <w:br/>
      </w:r>
      <w:r>
        <w:rPr>
          <w:sz w:val="20"/>
        </w:rPr>
        <w:t>1:09:26  koi bhi group, koi bhi group as a group wahan dakhil nahi kiya jaye ga, balkeh poori history</w:t>
      </w:r>
      <w:r>
        <w:br/>
      </w:r>
      <w:r>
        <w:rPr>
          <w:sz w:val="20"/>
        </w:rPr>
        <w:t>1:09:33  se individual chune jayen ge.</w:t>
      </w:r>
      <w:r>
        <w:br/>
      </w:r>
      <w:r>
        <w:rPr>
          <w:sz w:val="20"/>
        </w:rPr>
        <w:t>1:09:36  individual un ko wahan par mauqa diya jaye ga rehne ka.</w:t>
      </w:r>
      <w:r>
        <w:br/>
      </w:r>
      <w:r>
        <w:rPr>
          <w:sz w:val="20"/>
        </w:rPr>
        <w:t>1:09:40  to baqi logon ko main samajhta hoon ke doosre logon ko ek universal letter bhi nahi hoga, is</w:t>
      </w:r>
      <w:r>
        <w:br/>
      </w:r>
      <w:r>
        <w:rPr>
          <w:sz w:val="20"/>
        </w:rPr>
        <w:t>1:09:48  mein dakhil nahi hon ge.</w:t>
      </w:r>
      <w:r>
        <w:br/>
      </w:r>
      <w:r>
        <w:rPr>
          <w:sz w:val="20"/>
        </w:rPr>
        <w:t>1:09:50  ek kainaati kooda kooda khana yeh hai askim.</w:t>
      </w:r>
      <w:r>
        <w:br/>
      </w:r>
      <w:r>
        <w:rPr>
          <w:sz w:val="20"/>
        </w:rPr>
        <w:t>1:09:54  to aap aap sochne ka mamla test se shuru kijiye, paradise se shuru kijiye.</w:t>
      </w:r>
      <w:r>
        <w:br/>
      </w:r>
      <w:r>
        <w:rPr>
          <w:sz w:val="20"/>
        </w:rPr>
        <w:t>1:10:00  jab aap paradise ko, paradise ko jab sochen ge to is baat ka, is sawal ka jawab aap</w:t>
      </w:r>
      <w:r>
        <w:br/>
      </w:r>
      <w:r>
        <w:rPr>
          <w:sz w:val="20"/>
        </w:rPr>
        <w:t>1:10:07  ko mil jaye ga.</w:t>
      </w:r>
    </w:p>
    <w:p>
      <w:pPr>
        <w:pStyle w:val="Heading2"/>
      </w:pPr>
      <w:r>
        <w:t>Why does God want humans?</w:t>
      </w:r>
    </w:p>
    <w:p>
      <w:r>
        <w:rPr>
          <w:color w:val="666666"/>
          <w:sz w:val="18"/>
        </w:rPr>
        <w:t>Faith &amp; God · On Atheism | May 22, 2016 · 2m 00s · at 50:28 · https://youtu.be/tzJmfYnSleo?t=3028</w:t>
      </w:r>
    </w:p>
    <w:p>
      <w:r>
        <w:rPr>
          <w:i/>
        </w:rPr>
        <w:t>“God is all-knowing. An atheist friend tells us when we talk about faith: why does God want humans?”</w:t>
      </w:r>
    </w:p>
    <w:p>
      <w:r>
        <w:rPr>
          <w:sz w:val="20"/>
        </w:rPr>
        <w:t>50:28  maulana agla sawal ahmedabad se kya hai zubair sahib ne aur unhon ne likha hai ke maulana</w:t>
      </w:r>
      <w:r>
        <w:br/>
      </w:r>
      <w:r>
        <w:rPr>
          <w:sz w:val="20"/>
        </w:rPr>
        <w:t>50:33  god is all knowing</w:t>
      </w:r>
      <w:r>
        <w:br/>
      </w:r>
      <w:r>
        <w:rPr>
          <w:sz w:val="20"/>
        </w:rPr>
        <w:t>50:39  So an atheist friend tells us when we talk to them about faith that why God wants human</w:t>
      </w:r>
      <w:r>
        <w:br/>
      </w:r>
      <w:r>
        <w:rPr>
          <w:sz w:val="20"/>
        </w:rPr>
        <w:t>50:44  belongs to demonstrate faith by worshipping as He is already all-knowing.</w:t>
      </w:r>
      <w:r>
        <w:br/>
      </w:r>
      <w:r>
        <w:rPr>
          <w:sz w:val="20"/>
        </w:rPr>
        <w:t>50:49  this is a contradiction.</w:t>
      </w:r>
      <w:r>
        <w:br/>
      </w:r>
      <w:r>
        <w:rPr>
          <w:sz w:val="20"/>
        </w:rPr>
        <w:t>50:54  how should we respond to such people? nahi aap aap ne galat angle se dekha.</w:t>
      </w:r>
      <w:r>
        <w:br/>
      </w:r>
      <w:r>
        <w:rPr>
          <w:sz w:val="20"/>
        </w:rPr>
        <w:t>50:59  woh hamare hamare training ke liye hai.</w:t>
      </w:r>
      <w:r>
        <w:br/>
      </w:r>
      <w:r>
        <w:rPr>
          <w:sz w:val="20"/>
        </w:rPr>
        <w:t>51:04  yani Allah taala hum ko</w:t>
      </w:r>
      <w:r>
        <w:br/>
      </w:r>
      <w:r>
        <w:rPr>
          <w:sz w:val="20"/>
        </w:rPr>
        <w:t>51:09  paida karne ke baad Allah taala ka jo plan hai hamein attender paidaish mein pohnchana. to is ke liye hamari training ho rahi hai yahan par. woh jo cheezein hain woh sab hamari apni apni personality development ke liye hamari apni training ke liye ke hum kisi situation mein hum positive response dete hain ke negative response dete hain. kisi such</w:t>
      </w:r>
      <w:r>
        <w:br/>
      </w:r>
      <w:r>
        <w:rPr>
          <w:sz w:val="20"/>
        </w:rPr>
        <w:t>51:39  uation mein hum peaceful rehte hain ya ya violent ho jate hain. kisi mauqe par aap hum acknowledge karte hain ya hum acknowledge nahi karte. yeh sab hamara test ho raha hai. agar yeh sab halaat na hon to test kaise ho? isi test ki buniyad par yeh yeh sabit ho jayega ke kaun aadmi jannat ke liye deserving candidate hai. to aap ne galat an</w:t>
      </w:r>
      <w:r>
        <w:br/>
      </w:r>
      <w:r>
        <w:rPr>
          <w:sz w:val="20"/>
        </w:rPr>
        <w:t>52:09  galat se dekha hai.</w:t>
      </w:r>
      <w:r>
        <w:br/>
      </w:r>
      <w:r>
        <w:rPr>
          <w:sz w:val="20"/>
        </w:rPr>
        <w:t>52:14  is ko right angle dekhiye toh aap ko yeh bohat hi durust planning Allah taala ki nazar ayegi.</w:t>
      </w:r>
      <w:r>
        <w:br/>
      </w:r>
      <w:r>
        <w:rPr>
          <w:sz w:val="20"/>
        </w:rPr>
        <w:t>52:19  molana sahib aise hi smilar question poocha hai.</w:t>
      </w:r>
      <w:r>
        <w:br/>
      </w:r>
      <w:r>
        <w:rPr>
          <w:sz w:val="20"/>
        </w:rPr>
        <w:t>52:24  unhon ne location nahi likhi hai apni.</w:t>
      </w:r>
    </w:p>
    <w:p>
      <w:pPr>
        <w:pStyle w:val="Heading2"/>
      </w:pPr>
      <w:r>
        <w:t>Why does God's kingdom have suffering?</w:t>
      </w:r>
    </w:p>
    <w:p>
      <w:r>
        <w:rPr>
          <w:color w:val="666666"/>
          <w:sz w:val="18"/>
        </w:rPr>
        <w:t>Faith &amp; God · Kingdom of God August 25, 2018 · 2m 04s · at 25:09 · https://youtu.be/SrnWPkMbEQw?t=1509</w:t>
      </w:r>
    </w:p>
    <w:p>
      <w:r>
        <w:rPr>
          <w:i/>
        </w:rPr>
        <w:t>“Why is the Kingdom of God having so much suffering?”</w:t>
      </w:r>
    </w:p>
    <w:p>
      <w:r>
        <w:rPr>
          <w:sz w:val="20"/>
        </w:rPr>
        <w:t>25:09  Maulana Zuber Ahmed Sahib ne Bhopal se ek sawal bheja hai aap ke liye. Unhone likha hai ke why kingdom of God is having so much suffering.</w:t>
      </w:r>
      <w:r>
        <w:br/>
      </w:r>
      <w:r>
        <w:rPr>
          <w:sz w:val="20"/>
        </w:rPr>
        <w:t>25:23  is ke bare mein bataein. hmm, kya matlab? maulana ki matlab itni zyada jo suffering hum dekh rahe hain apne aas paas, to woh yeh keh rahe hain ke isi se related unhone peeche poocha hai ke why kingdom of god is having so much suffering.</w:t>
      </w:r>
      <w:r>
        <w:br/>
      </w:r>
      <w:r>
        <w:rPr>
          <w:sz w:val="20"/>
        </w:rPr>
        <w:t>25:41  suffering yeh sirf shaitan ka phaila hua hai. aap khud jo sawal kiya hai unhone, woh sochein ke 1947 mein un ki standard kya tha, aaj ka kya hai?</w:t>
      </w:r>
      <w:r>
        <w:br/>
      </w:r>
      <w:r>
        <w:rPr>
          <w:sz w:val="20"/>
        </w:rPr>
        <w:t>25:57  aibbat aur yaani har aadmi khoob achhe ghar mein rehta hai, achha khana khata hai, apne bachhon ko school mein padhata hai, achhe school mein.</w:t>
      </w:r>
      <w:r>
        <w:br/>
      </w:r>
      <w:r>
        <w:rPr>
          <w:sz w:val="20"/>
        </w:rPr>
        <w:t>26:06  to suffering kya? yeh to normal waqiyat hain. jab dunya mein challenge rahega, dunya mein aap jante hain ke challenge hai, challenge hai is liye ke challenge ki ke woh taraqqi nahi hoti.</w:t>
      </w:r>
      <w:r>
        <w:br/>
      </w:r>
      <w:r>
        <w:rPr>
          <w:sz w:val="20"/>
        </w:rPr>
        <w:t>26:22  challenge aur competition se taraqqi hoti hai. to woh to rahega kuch jo badha chada kar ke us ko pesh karte hain. suffering koi suffering nahi hai.</w:t>
      </w:r>
      <w:r>
        <w:br/>
      </w:r>
      <w:r>
        <w:rPr>
          <w:sz w:val="20"/>
        </w:rPr>
        <w:t>26:32  woh jo cheez hai, woh challenge hai, challenge hai. aur</w:t>
      </w:r>
      <w:r>
        <w:br/>
      </w:r>
      <w:r>
        <w:rPr>
          <w:sz w:val="20"/>
        </w:rPr>
        <w:t>26:43  jab competition hoga to challenge hoga. challenge hoga to kuch na kuch yeh sab bhi hoga. mein is ko nahi manta ke yeh fitra hai shaitan ka ke shaitan ne logon ko maan mein daal rakha hai ke safar,</w:t>
      </w:r>
      <w:r>
        <w:br/>
      </w:r>
      <w:r>
        <w:rPr>
          <w:sz w:val="20"/>
        </w:rPr>
        <w:t>27:01  safar, suffering jo hai, woh sab hai retaliation. aap pathar marte hain Israel ko to woh aap ko bomb marta hai.</w:t>
      </w:r>
    </w:p>
    <w:p>
      <w:pPr>
        <w:pStyle w:val="Heading2"/>
      </w:pPr>
      <w:r>
        <w:t>Why don't you accept the theory of evolution</w:t>
      </w:r>
    </w:p>
    <w:p>
      <w:r>
        <w:rPr>
          <w:color w:val="666666"/>
          <w:sz w:val="18"/>
        </w:rPr>
        <w:t>Faith &amp; God · Opportunities of the Modern Age | March 05, 2017 · 3m 38s · at 1:10:23 · https://youtu.be/Cv8QEwvQ_fY?t=4223</w:t>
      </w:r>
    </w:p>
    <w:p>
      <w:r>
        <w:rPr>
          <w:i/>
        </w:rPr>
        <w:t>“The theory of evolution has strong evidences. My question is: Maulana, why don't you accept it?”</w:t>
      </w:r>
    </w:p>
    <w:p>
      <w:r>
        <w:rPr>
          <w:sz w:val="20"/>
        </w:rPr>
        <w:t>1:10:23  modesty" maulana agla sawal shahzad sahib ne bheja hai unhone apni location nahi likhi hai</w:t>
      </w:r>
      <w:r>
        <w:br/>
      </w:r>
      <w:r>
        <w:rPr>
          <w:sz w:val="20"/>
        </w:rPr>
        <w:t>1:10:30  unka sawal yeh hai ke: "theory of evolution has strong evidences my question is maulana that why</w:t>
      </w:r>
      <w:r>
        <w:br/>
      </w:r>
      <w:r>
        <w:rPr>
          <w:sz w:val="20"/>
        </w:rPr>
        <w:t>1:10:38  don't you accept it" bilkul galat daawa hai aap ka hai koi evidence nahi sab poori poori theory</w:t>
      </w:r>
      <w:r>
        <w:br/>
      </w:r>
      <w:r>
        <w:rPr>
          <w:sz w:val="20"/>
        </w:rPr>
        <w:t>1:10:45  supposition pe qaim hai yeh woh mein likh chuka hoon likh chuka hoon sab maslan yani ajeeb ghareeb</w:t>
      </w:r>
      <w:r>
        <w:br/>
      </w:r>
      <w:r>
        <w:rPr>
          <w:sz w:val="20"/>
        </w:rPr>
        <w:t>1:10:53  qism ki baatein hain mein yahan</w:t>
      </w:r>
      <w:r>
        <w:br/>
      </w:r>
      <w:r>
        <w:rPr>
          <w:sz w:val="20"/>
        </w:rPr>
        <w:t>1:11:00  par is pe detail mein nahi jaunga mein ne likha hai is ke bare mein lekin poori poori theory of yani biological evolution ki theory jo hai biological biological evolution ki theory poori ki poori supposition khadi hui hai is mein koi bhi scientific evidence nahi aap koi misaal mujhe dein to woh bataunga aap misaal bhejein likh kar ke mujhe mein apne magazine ko jawab doon koi konsa evidence hai woh</w:t>
      </w:r>
      <w:r>
        <w:br/>
      </w:r>
      <w:r>
        <w:rPr>
          <w:sz w:val="20"/>
        </w:rPr>
        <w:t>1:11:30  bataiye mujhe yani scientific evidence konsa hai woh bataiye phir mein jawab doonga is ko apne</w:t>
      </w:r>
      <w:r>
        <w:br/>
      </w:r>
      <w:r>
        <w:rPr>
          <w:sz w:val="20"/>
        </w:rPr>
        <w:t>1:11:36  magazine mein kyunke mera mein ne bohat is ko study ki hai aur isi ke liye mein ne</w:t>
      </w:r>
      <w:r>
        <w:br/>
      </w:r>
      <w:r>
        <w:rPr>
          <w:sz w:val="20"/>
        </w:rPr>
        <w:t>1:11:43  safar kiya tha chandigarh mein gaya mein wahan ek museum hai baqayda isi ke upar is museum</w:t>
      </w:r>
      <w:r>
        <w:br/>
      </w:r>
      <w:r>
        <w:rPr>
          <w:sz w:val="20"/>
        </w:rPr>
        <w:t>1:11:49  ko dekha mein ne is ke director se mila mein kitabein likh padhein mein ne to mein bilkul</w:t>
      </w:r>
      <w:r>
        <w:br/>
      </w:r>
      <w:r>
        <w:rPr>
          <w:sz w:val="20"/>
        </w:rPr>
        <w:t>1:11:55  firm hoon is maamle mein ke evolution theory</w:t>
      </w:r>
      <w:r>
        <w:br/>
      </w:r>
      <w:r>
        <w:rPr>
          <w:sz w:val="20"/>
        </w:rPr>
        <w:t>1:12:01  ka koi scientific evidence nahi hai sab supposition hai agar koi meri baat na maane to mujhe misaal dein mein us ko inshallah mazeed clear karunga ji Maulana yeh aakhri comment hai is par hum program khatam karenge aur yeh comment bheja hai Maulana Abdul Basit Umri sahib ne Qatar se unhone likha hai: "Maulana aaj aap ne spirit of the age ke bare mein jo bataya ke aaj qab</w:t>
      </w:r>
      <w:r>
        <w:br/>
      </w:r>
      <w:r>
        <w:rPr>
          <w:sz w:val="20"/>
        </w:rPr>
        <w:t>1:12:31  liyat ki buniyad par sab kuch mil jata hai phir aap ne jo misalein di hain ke kaise log qabliyat ki buniyad par taraqqi kar rahe hain aap ki taqreer sun kar bohat hope mili Maulana jin logon ne aap ki rehnumai mein zindagi mein qadam rakha hai woh baghair kisi shikayat aur احتجاج ke taraqqi kar rahe hain aur inhi ko mayoosi nahi hoti khule zehan ke sath jee rahe hain</w:t>
      </w:r>
      <w:r>
        <w:br/>
      </w:r>
      <w:r>
        <w:rPr>
          <w:sz w:val="20"/>
        </w:rPr>
        <w:t>1:13:01  Allah hum sab ko aap ki gehri baaton ko samajhne ki tofeeq de taake hum kisi rukawat ke baghair taraqqi karte jayein mashallah jazak Allah so we will end the session today back next Sunday same time if you want to join CPS International or want to contribute to our Quran distribution please write to us on info at CPS global dot org thank you.</w:t>
      </w:r>
    </w:p>
    <w:p>
      <w:pPr>
        <w:pStyle w:val="Heading2"/>
      </w:pPr>
      <w:r>
        <w:t>Why evil dominates over good</w:t>
      </w:r>
    </w:p>
    <w:p>
      <w:r>
        <w:rPr>
          <w:color w:val="666666"/>
          <w:sz w:val="18"/>
        </w:rPr>
        <w:t>Faith &amp; God · Story of the Prophet Yusuf May 11, 2014 Maulana Wahiduddin Khan · 2m 33s · at 1:04:06 · https://youtu.be/2alsBthUWhw?t=3846</w:t>
      </w:r>
    </w:p>
    <w:p>
      <w:r>
        <w:rPr>
          <w:i/>
        </w:rPr>
        <w:t>“We see that the world is full of envious, jealous, and negative people. Patient and pious people are exceptional on this earth. When a human is born on his fitrah, why is there Satan's dominance over the environment? Why is evil always more than good? Please explain.”</w:t>
      </w:r>
    </w:p>
    <w:p>
      <w:r>
        <w:rPr>
          <w:sz w:val="20"/>
        </w:rPr>
        <w:t>1:04:06  aap tafsir mein parh lijiye is ko yeh koi sawal nahi hai yeh tafsir mein parh lijiye maulana agla sawal woh to woh is ka is is baat se koi ta'alluq nahi jo main ne kaha aap ji ya unhon ne kahiye ke tafsir mein parhen aap is ko maulana agla sawal shahnawaz zafar sahib ne kiya hai dilli se</w:t>
      </w:r>
      <w:r>
        <w:br/>
      </w:r>
      <w:r>
        <w:rPr>
          <w:sz w:val="20"/>
        </w:rPr>
        <w:t>1:04:28  unhon ne likha hai hum dekhte hain ke dunya hasad jalan karne walay aur negative logon se bhari hui hai sabir aur muttaqi log is zameen par exceptional hain jab insan apni fitrat par paida hota hai to mahol pe shaitan ka ghalba kyun hai kyun hamesha achhai ke muqablay mein burai zyada hoti hai is ke baray mein bataen</w:t>
      </w:r>
      <w:r>
        <w:br/>
      </w:r>
      <w:r>
        <w:rPr>
          <w:sz w:val="20"/>
        </w:rPr>
        <w:t>1:04:56  to seedhi yeh baat hai yeh to insan ko freedom hai freedom of choice yahi to masla hai insan ko suraj chand jis tareeqay se control mein hai is tarah se insan control mein nahi hai insan ko freedom of choice mila hua hai</w:t>
      </w:r>
      <w:r>
        <w:br/>
      </w:r>
      <w:r>
        <w:rPr>
          <w:sz w:val="20"/>
        </w:rPr>
        <w:t>1:05:18  to fiman shafa ilayawm fiman shafa ilaykafir</w:t>
      </w:r>
      <w:r>
        <w:br/>
      </w:r>
      <w:r>
        <w:rPr>
          <w:sz w:val="20"/>
        </w:rPr>
        <w:t>1:05:22  jo chahe apne choice ko sahi istemal kare jo chahe galat istemal kare yeh to hoga is mein</w:t>
      </w:r>
      <w:r>
        <w:br/>
      </w:r>
      <w:r>
        <w:rPr>
          <w:sz w:val="20"/>
        </w:rPr>
        <w:t>1:05:28  to koi kuch aur ho nahi sakta fiman shafa ilayawm fiman shafa ilaykafir</w:t>
      </w:r>
      <w:r>
        <w:br/>
      </w:r>
      <w:r>
        <w:rPr>
          <w:sz w:val="20"/>
        </w:rPr>
        <w:t>1:05:36  har aurat ko har mard ko freedom of choice mila hua hai</w:t>
      </w:r>
      <w:r>
        <w:br/>
      </w:r>
      <w:r>
        <w:rPr>
          <w:sz w:val="20"/>
        </w:rPr>
        <w:t>1:05:41  aur woh koi excuse nahi pesh hoga akhirat mein koi excuse nahi pesh kar sakega</w:t>
      </w:r>
      <w:r>
        <w:br/>
      </w:r>
      <w:r>
        <w:rPr>
          <w:sz w:val="20"/>
        </w:rPr>
        <w:t>1:05:48  is liye main kaha karta hoon ke if a good excuse don't use it</w:t>
      </w:r>
      <w:r>
        <w:br/>
      </w:r>
      <w:r>
        <w:rPr>
          <w:sz w:val="20"/>
        </w:rPr>
        <w:t>1:05:57  jaise ghalib ne kaha tha ke janta hoon sawab o ta'at o zahir par tabiyat idhar nahi aati to ab tabiyat ko aap control kijiye apni tabiyat ko moriye idhar se idhar nahi to phir is ka price den</w:t>
      </w:r>
      <w:r>
        <w:br/>
      </w:r>
      <w:r>
        <w:rPr>
          <w:sz w:val="20"/>
        </w:rPr>
        <w:t>1:06:17  is ko Khuda pakray ga aap ko is ki price deni paray gi freedom of choice jo insan ko mila hua hai woh kabhi bhi abolish nahi hoga insan ko khud hi faisla karna hai koi doosra aa kar ke aap ko zabardasti nahi kare ga</w:t>
      </w:r>
    </w:p>
    <w:p>
      <w:pPr>
        <w:pStyle w:val="Heading2"/>
      </w:pPr>
      <w:r>
        <w:t>Why follow Islam if all religions teach good deeds?</w:t>
      </w:r>
    </w:p>
    <w:p>
      <w:r>
        <w:rPr>
          <w:color w:val="666666"/>
          <w:sz w:val="18"/>
        </w:rPr>
        <w:t>Faith &amp; God · Islam in A New Age March 18, 2012 · 2m 34s · at 1:03:32 · https://youtu.be/P5hzq_NheY0?t=3812</w:t>
      </w:r>
    </w:p>
    <w:p>
      <w:r>
        <w:rPr>
          <w:i/>
        </w:rPr>
        <w:t>“All religions basically teach followers to do good deeds. Why should a person then only follow Islam?”</w:t>
      </w:r>
    </w:p>
    <w:p>
      <w:r>
        <w:rPr>
          <w:sz w:val="20"/>
        </w:rPr>
        <w:t>1:03:32  Maulana, agla sawal Delhi se aya hai Mr Parteek Sharma ne likha hai. unhon ne aap se poocha hai ke all religions basically teach followers to do good deeds.</w:t>
      </w:r>
      <w:r>
        <w:br/>
      </w:r>
      <w:r>
        <w:rPr>
          <w:sz w:val="20"/>
        </w:rPr>
        <w:t>1:03:44  Why should a person then only follow Islam?</w:t>
      </w:r>
      <w:r>
        <w:br/>
      </w:r>
      <w:r>
        <w:rPr>
          <w:sz w:val="20"/>
        </w:rPr>
        <w:t>1:03:50  dekhiye, agar aap sanjeeda hain, sanjeeda hain to main kahunga ke all religion ka mamla hi nahi hai.</w:t>
      </w:r>
      <w:r>
        <w:br/>
      </w:r>
      <w:r>
        <w:rPr>
          <w:sz w:val="20"/>
        </w:rPr>
        <w:t>1:04:00  yahan all religion ka mamla hi nahin hai. kyunke dosre mazahib jo hain, woh preserve mazahib nahin hain. islami ek mehfooz mazhab hai, preserve mazhab.</w:t>
      </w:r>
      <w:r>
        <w:br/>
      </w:r>
      <w:r>
        <w:rPr>
          <w:sz w:val="20"/>
        </w:rPr>
        <w:t>1:04:12  to yeh, yaani kai ke darmiyan, ek kai ke darmiyan ka mamla hai nahin, ek ke darmiyan ka mamla hai.</w:t>
      </w:r>
      <w:r>
        <w:br/>
      </w:r>
      <w:r>
        <w:rPr>
          <w:sz w:val="20"/>
        </w:rPr>
        <w:t>1:04:22  tamam scholars jo hain, is par mutafiq hain ke pichle jitne mazhab hain islam se pehle ke, woh koi bhi mehfooz nahin hai, preserve nahin hai.</w:t>
      </w:r>
      <w:r>
        <w:br/>
      </w:r>
      <w:r>
        <w:rPr>
          <w:sz w:val="20"/>
        </w:rPr>
        <w:t>1:04:30  un ka text, un ki history, koi cheez preserve nahin hai. sab mythology hai. pichle mazahib jo mythology par base karte hain, history par nahin base karte.</w:t>
      </w:r>
      <w:r>
        <w:br/>
      </w:r>
      <w:r>
        <w:rPr>
          <w:sz w:val="20"/>
        </w:rPr>
        <w:t>1:04:42  yeh tamam scholars ka yeh, yaani woh hai manna hai ke pichle dosre mazahib jo hain, woh mythology par base karte hain.</w:t>
      </w:r>
      <w:r>
        <w:br/>
      </w:r>
      <w:r>
        <w:rPr>
          <w:sz w:val="20"/>
        </w:rPr>
        <w:t>1:04:52  islam history par base karta hai. is liye aaj islam jo authentic</w:t>
      </w:r>
      <w:r>
        <w:br/>
      </w:r>
      <w:r>
        <w:rPr>
          <w:sz w:val="20"/>
        </w:rPr>
        <w:t>1:04:56  hai, to islam hi ek authentic version hai khuda ke, yaani religion of God ka. yaani religion of God jo hai, pehle bhi aya lekin woh woh mehfooz nahin rakh saka is zamane ke log.</w:t>
      </w:r>
      <w:r>
        <w:br/>
      </w:r>
      <w:r>
        <w:rPr>
          <w:sz w:val="20"/>
        </w:rPr>
        <w:t>1:05:12  lekin islam jo hai, mehfooz hai. to islam ki hesiyat yeh nahin ke woh superior hai ya afzal hai ya mukammal, yeh sab kuch nahin hai. yeh main nahin manta is ko.</w:t>
      </w:r>
      <w:r>
        <w:br/>
      </w:r>
      <w:r>
        <w:rPr>
          <w:sz w:val="20"/>
        </w:rPr>
        <w:t>1:05:21  islam na superior hai, na afzal hai, na mukammal hai, kuch nahin.</w:t>
      </w:r>
      <w:r>
        <w:br/>
      </w:r>
      <w:r>
        <w:rPr>
          <w:sz w:val="20"/>
        </w:rPr>
        <w:t>1:05:25  woh allah religion of God ka authentic version hai, bas.</w:t>
      </w:r>
      <w:r>
        <w:br/>
      </w:r>
      <w:r>
        <w:rPr>
          <w:sz w:val="20"/>
        </w:rPr>
        <w:t>1:05:34  aur is ke siwa kuch nahin hai. to jo aadmi waqai sincere hai religion of God ko janne ke liye, to main nahin samajhta ke woh is mein is ki do rai ho sakti hai ke jo authentic version hai, jo jis ki history poori tarah se maloom hai, us ko le na ke un ko le jo ke mythology par base karte hain.</w:t>
      </w:r>
      <w:r>
        <w:br/>
      </w:r>
      <w:r>
        <w:rPr>
          <w:sz w:val="20"/>
        </w:rPr>
        <w:t>1:06:00  yeh hai is mamle mein khalis scientific statement. scientific statement.</w:t>
      </w:r>
    </w:p>
    <w:p>
      <w:pPr>
        <w:pStyle w:val="Heading2"/>
      </w:pPr>
      <w:r>
        <w:t>Why is God hidden from our minds</w:t>
      </w:r>
    </w:p>
    <w:p>
      <w:r>
        <w:rPr>
          <w:color w:val="666666"/>
          <w:sz w:val="18"/>
        </w:rPr>
        <w:t>Faith &amp; God · Discovery of God (In Conversation with Maulana) December 25, 2011 · 3m 13s · at 0:11 · https://youtu.be/-1c1d7cFj0s?t=11</w:t>
      </w:r>
    </w:p>
    <w:p>
      <w:r>
        <w:rPr>
          <w:i/>
        </w:rPr>
        <w:t>“The greatest being in this universe is God, but strangely, that same being is most hidden from our minds and intellect. We know Him the least, only at the level of devotion, not at the level of discovery. What is the reason?”</w:t>
      </w:r>
    </w:p>
    <w:p>
      <w:r>
        <w:rPr>
          <w:sz w:val="20"/>
        </w:rPr>
        <w:t>0:11  maulana, yeh sawal aaya hai maulana abdul basit umri ka, doha, qatar se. unhone likha hai ke: "maulana, is kainat ki sab se bari hasti khuda ki hai,</w:t>
      </w:r>
      <w:r>
        <w:br/>
      </w:r>
      <w:r>
        <w:rPr>
          <w:sz w:val="20"/>
        </w:rPr>
        <w:t>0:24  lekin ajib baat hai ke wahi hasti sab se zyada hamare zehn aur dimagh se ojhal hai. isi hasti ko hum sab se kam jante hain, sirf aqeedat ki had tak hamara is se taluq hai,</w:t>
      </w:r>
      <w:r>
        <w:br/>
      </w:r>
      <w:r>
        <w:rPr>
          <w:sz w:val="20"/>
        </w:rPr>
        <w:t>0:38  daryaft ki satah par hum khuda ko nahi jante. is ki wajah kya hai?"</w:t>
      </w:r>
      <w:r>
        <w:br/>
      </w:r>
      <w:r>
        <w:rPr>
          <w:sz w:val="20"/>
        </w:rPr>
        <w:t>0:50  dekhein, quran mein hai ke: "ya'lamoona zahiran ma riyatud dunya" yani dikhai dene wali cheezon ko hi log dekh paate hain aur usi ko sab kuch samajh lete hain.</w:t>
      </w:r>
      <w:r>
        <w:br/>
      </w:r>
      <w:r>
        <w:rPr>
          <w:sz w:val="20"/>
        </w:rPr>
        <w:t>1:07  yeh insaan ki kamzori hai ke jo cheez dekhne mein aaye, usi ko woh bari cheez samjhe.</w:t>
      </w:r>
      <w:r>
        <w:br/>
      </w:r>
      <w:r>
        <w:rPr>
          <w:sz w:val="20"/>
        </w:rPr>
        <w:t>1:17  pehlay zamanay mein log suraj ko, chand ko, sitaron ko poojhte the isi liye ke woh dikhai de rahi thi. to allah taala ghayab mein hai,</w:t>
      </w:r>
      <w:r>
        <w:br/>
      </w:r>
      <w:r>
        <w:rPr>
          <w:sz w:val="20"/>
        </w:rPr>
        <w:t>1:30  is wajah se log us ko daryaft nahi kar paate. lekin yahi to imtehan hai, yahi jannat ki qeemat hai. jannat ki qeemat yeh hai ke aap na dikhai dene wale khuda ko daryaft kar sakein,</w:t>
      </w:r>
      <w:r>
        <w:br/>
      </w:r>
      <w:r>
        <w:rPr>
          <w:sz w:val="20"/>
        </w:rPr>
        <w:t>1:47  jo khuda ghayb mein hai, us ko aap daryaft kar sakain.</w:t>
      </w:r>
      <w:r>
        <w:br/>
      </w:r>
      <w:r>
        <w:rPr>
          <w:sz w:val="20"/>
        </w:rPr>
        <w:t>1:53  yahi jannat ki qeemat hai. to ab jin logon ko maut ke baad ki abadi zindagi mein jannat ka shauq hai, to un ko is ke liye koshish karni hi paray gi.</w:t>
      </w:r>
      <w:r>
        <w:br/>
      </w:r>
      <w:r>
        <w:rPr>
          <w:sz w:val="20"/>
        </w:rPr>
        <w:t>2:14  apni soch ko, apne ghawr o fikr ko, apne mutalay ko is tareeqay se karna hoga ke aap Allah ko daryaft kar sakain.</w:t>
      </w:r>
      <w:r>
        <w:br/>
      </w:r>
      <w:r>
        <w:rPr>
          <w:sz w:val="20"/>
        </w:rPr>
        <w:t>2:28  yani khud Allah ko hum nahi dekh paatay, lekin jo creation hai, creation mein to khuda bilkul har taraf numayan hai.</w:t>
      </w:r>
      <w:r>
        <w:br/>
      </w:r>
      <w:r>
        <w:rPr>
          <w:sz w:val="20"/>
        </w:rPr>
        <w:t>2:41  chounkay soch insan sochta nahi, is liye wo be khabar rehta hai. agar soche to har taraf us ko khuda ki daryaft honay lagay. to main sochta hoon ke ye isi cheez ko hamein apne andar develop karna hai ke khuda ki takhleeq mein ghawr karein, creation mein.</w:t>
      </w:r>
      <w:r>
        <w:br/>
      </w:r>
      <w:r>
        <w:rPr>
          <w:sz w:val="20"/>
        </w:rPr>
        <w:t>3:03  creation mein ghawr kar ke hum creator tak puhanch saktay hain. to ye aik process hai jo har aik ko apne andar jari karna hai, aur jo bhi sincerely is ko is process ko apne andar jari karega, zaroor inshallah wo manzil tak puhanchay ga.</w:t>
      </w:r>
    </w:p>
    <w:p>
      <w:pPr>
        <w:pStyle w:val="Heading2"/>
      </w:pPr>
      <w:r>
        <w:t>Why is fighting considered intrinsically good?</w:t>
      </w:r>
    </w:p>
    <w:p>
      <w:r>
        <w:rPr>
          <w:color w:val="666666"/>
          <w:sz w:val="18"/>
        </w:rPr>
        <w:t>Faith &amp; God · Mission of Tajdeed (Revival of Islam) September 15, 2019 Maulana Wahiduddin Khan · 3m 09s · at 52:48 · https://youtu.be/jGfoAffJ4-8?t=3168</w:t>
      </w:r>
    </w:p>
    <w:p>
      <w:r>
        <w:rPr>
          <w:i/>
        </w:rPr>
        <w:t>“What does Islam or religion demand from us, and why is fighting (qital) considered intrinsically good? Please explain briefly.”</w:t>
      </w:r>
    </w:p>
    <w:p>
      <w:r>
        <w:rPr>
          <w:sz w:val="20"/>
        </w:rPr>
        <w:t>52:48  maulana, agla sawal pakistan se miss shabana ansari ne kiya hai. unhon ne likha hai: "maulana, islam ya deen hum se kiya mangta hai aur is talluq se qital kyon husn lazati hai?</w:t>
      </w:r>
      <w:r>
        <w:br/>
      </w:r>
      <w:r>
        <w:rPr>
          <w:sz w:val="20"/>
        </w:rPr>
        <w:t>53:07  agar aap is ko briefly explain karen." husn lazati hai hi nahi. yeh to hum ne kaha hai ke husn ghairi hai. husn lazati hai hi nahi.</w:t>
      </w:r>
      <w:r>
        <w:br/>
      </w:r>
      <w:r>
        <w:rPr>
          <w:sz w:val="20"/>
        </w:rPr>
        <w:t>53:18  husn ghairi hai. yani kisi aur maqsad ke liye. yani mislan dekhiye, difa ke liye. islam ko phailane ke liye nahi hai.</w:t>
      </w:r>
      <w:r>
        <w:br/>
      </w:r>
      <w:r>
        <w:rPr>
          <w:sz w:val="20"/>
        </w:rPr>
        <w:t>53:29  hargiz hargiz islam ko phailane ke liye nahi hai. difa ke liye. yahi matlab husn lazati hai nahi, husn ghairi hai.</w:t>
      </w:r>
      <w:r>
        <w:br/>
      </w:r>
      <w:r>
        <w:rPr>
          <w:sz w:val="20"/>
        </w:rPr>
        <w:t>53:40  maulana jamshid pur se. jo log yeh samjhen ke islam ko phailane ke liye hai, to bilashuba woh islam ko bilkul nahi jante, kuch bhi nahi jante.</w:t>
      </w:r>
      <w:r>
        <w:br/>
      </w:r>
      <w:r>
        <w:rPr>
          <w:sz w:val="20"/>
        </w:rPr>
        <w:t>53:56  ah, dania, Miss Dania Mustafa ne Karachi se likha hai: "Maulana sahib, with your literature, we easily address the modern mind and people can relate very well</w:t>
      </w:r>
      <w:r>
        <w:br/>
      </w:r>
      <w:r>
        <w:rPr>
          <w:sz w:val="20"/>
        </w:rPr>
        <w:t>54:08  . thank you, maulana." mashallah. jamshid pur se ayaz ahmed sahib ne likha hai: "aksar log tajdeedi kaam ko kehte hain ke yeh deen ko tod marod kar pesh kiya ja raha hai.</w:t>
      </w:r>
      <w:r>
        <w:br/>
      </w:r>
      <w:r>
        <w:rPr>
          <w:sz w:val="20"/>
        </w:rPr>
        <w:t>54:24  kai baar log is ko gumrahi bhi kehte hain. logon ko is galat fehmi se kaise nikala jaye?" bohat saada hai.</w:t>
      </w:r>
      <w:r>
        <w:br/>
      </w:r>
      <w:r>
        <w:rPr>
          <w:sz w:val="20"/>
        </w:rPr>
        <w:t>54:32  mujhe misaal pejiye. misaal aik bhi nahi denge. woh khali aise kahenge: "mujhe misaal pejiye." aik bhi misaal nahi de sakte.</w:t>
      </w:r>
      <w:r>
        <w:br/>
      </w:r>
      <w:r>
        <w:rPr>
          <w:sz w:val="20"/>
        </w:rPr>
        <w:t>54:44  tod marod kiya? tod marod kiya? tod marod kiya? yeh to aik mere nazdeek gumrah karne ki baaten hain.</w:t>
      </w:r>
      <w:r>
        <w:br/>
      </w:r>
      <w:r>
        <w:rPr>
          <w:sz w:val="20"/>
        </w:rPr>
        <w:t>54:52  aap misaal dijiye, specific misaal. yahi woh kehte hain ke tod marod kar. yeh to gaali hai. tod marod kehna gaali hai.</w:t>
      </w:r>
      <w:r>
        <w:br/>
      </w:r>
      <w:r>
        <w:rPr>
          <w:sz w:val="20"/>
        </w:rPr>
        <w:t>55:03  yeh koi baat nahi hai. yeh aap specific misaal dijiye.</w:t>
      </w:r>
      <w:r>
        <w:br/>
      </w:r>
      <w:r>
        <w:rPr>
          <w:sz w:val="20"/>
        </w:rPr>
        <w:t>55:15  ab mein ne mislan ulama ki misaal di ke ulmania likha hai ke islam mein qital jo hai, husn ghairi hai, husn lazati nahi hai.</w:t>
      </w:r>
      <w:r>
        <w:br/>
      </w:r>
      <w:r>
        <w:rPr>
          <w:sz w:val="20"/>
        </w:rPr>
        <w:t>55:27  yeh tod marod kiya hai? aap misaal ka mutala kijiye ke misaal kaisi hai, us ko samjhiye. yeh sab gaali ke alfaaz hain.</w:t>
      </w:r>
      <w:r>
        <w:br/>
      </w:r>
      <w:r>
        <w:rPr>
          <w:sz w:val="20"/>
        </w:rPr>
        <w:t>55:40  tod marod, specific. jab aap is pe specific zaban mein aap baat na karen to gaali hoti hai. abvidment hota hai.</w:t>
      </w:r>
    </w:p>
    <w:p>
      <w:pPr>
        <w:pStyle w:val="Heading2"/>
      </w:pPr>
      <w:r>
        <w:t>Why many misconceptions in Islam</w:t>
      </w:r>
    </w:p>
    <w:p>
      <w:r>
        <w:rPr>
          <w:color w:val="666666"/>
          <w:sz w:val="18"/>
        </w:rPr>
        <w:t>Faith &amp; God · Jihad Fillah June 23, 2013 · 2m 03s · at 1:13:12 · https://youtu.be/NRTno1eQTos?t=4392</w:t>
      </w:r>
    </w:p>
    <w:p>
      <w:r>
        <w:rPr>
          <w:i/>
        </w:rPr>
        <w:t>“Why is it that in Islam alone there are so many misconceptions?”</w:t>
      </w:r>
    </w:p>
    <w:p>
      <w:r>
        <w:rPr>
          <w:sz w:val="20"/>
        </w:rPr>
        <w:t>1:13:12  Maulana, agla sawal Bangalore se hai Mr. Vineesh Sharma ka. Unhone aapse poocha hai: "That why is it that in Islam alone there are so many misconceptions?"</w:t>
      </w:r>
      <w:r>
        <w:br/>
      </w:r>
      <w:r>
        <w:rPr>
          <w:sz w:val="20"/>
        </w:rPr>
        <w:t>1:13:27  dekhen, islam alone ki baat nahi hai, sachai alone ki baat hai. sachai ka authentic version kahan hai?</w:t>
      </w:r>
      <w:r>
        <w:br/>
      </w:r>
      <w:r>
        <w:rPr>
          <w:sz w:val="20"/>
        </w:rPr>
        <w:t>1:13:36  is ki baat hai.</w:t>
      </w:r>
      <w:r>
        <w:br/>
      </w:r>
      <w:r>
        <w:rPr>
          <w:sz w:val="20"/>
        </w:rPr>
        <w:t>1:13:37  yeh nahi ke islam alone ya falan alone, sachai alone. asal cheez hai sachai. to is ka aap yeh aap aap aap study kar ke janiye ke sachai ka authentic version kahan hai.</w:t>
      </w:r>
      <w:r>
        <w:br/>
      </w:r>
      <w:r>
        <w:rPr>
          <w:sz w:val="20"/>
        </w:rPr>
        <w:t>1:13:54  jahan aap payen, us ko ikhtiyar kar lijie. hum ne jo study ki hai to hum ne yeh paya ke sachai ka authentic version jo hai, woh quran hai. to hum ne quran ko ikhtiyar kar liya.</w:t>
      </w:r>
      <w:r>
        <w:br/>
      </w:r>
      <w:r>
        <w:rPr>
          <w:sz w:val="20"/>
        </w:rPr>
        <w:t>1:14:05  to aap yahi kijie. masla aqdari darja ka nahi hai, masla truth with the capital T ka hai.</w:t>
      </w:r>
      <w:r>
        <w:br/>
      </w:r>
      <w:r>
        <w:rPr>
          <w:sz w:val="20"/>
        </w:rPr>
        <w:t>1:14:15  jahan aap ko the truth jo hai, us ka authentic version mil jaye, bas us ko ikhtiyar kar lijie aap.</w:t>
      </w:r>
    </w:p>
    <w:p>
      <w:pPr>
        <w:pStyle w:val="Heading2"/>
      </w:pPr>
      <w:r>
        <w:t>Why people think religion restricts freedom</w:t>
      </w:r>
    </w:p>
    <w:p>
      <w:r>
        <w:rPr>
          <w:color w:val="666666"/>
          <w:sz w:val="18"/>
        </w:rPr>
        <w:t>Faith &amp; God · Islam &amp; Prophet of Islam 21 Oct, 2012 - Maulana Wahiduddin Khan · 4m 26s · at 1:13:02 · https://youtu.be/2hwtfOyNeS0?t=4382</w:t>
      </w:r>
    </w:p>
    <w:p>
      <w:r>
        <w:rPr>
          <w:i/>
        </w:rPr>
        <w:t>“Why do people think that religion restricts freedom and therefore reject it?”</w:t>
      </w:r>
    </w:p>
    <w:p>
      <w:r>
        <w:rPr>
          <w:sz w:val="20"/>
        </w:rPr>
        <w:t>1:13:02  maulana, agla sawal aaya hai gulbarga se maulana yaqoob umri ka. unhon ne likha hai: "maulana ek sahab ne kaha ke mazhab insan ki azadi par roak lagata hai, is liye hum ko mazhab nahin chahiye.</w:t>
      </w:r>
      <w:r>
        <w:br/>
      </w:r>
      <w:r>
        <w:rPr>
          <w:sz w:val="20"/>
        </w:rPr>
        <w:t>1:13:18  maulana log kyun aisa samajhte hain?" aaj main ne jo kaha hai baatein is se aap andaza kar sakte hain ke ke islam to zabardast daai hai azadi ka.</w:t>
      </w:r>
      <w:r>
        <w:br/>
      </w:r>
      <w:r>
        <w:rPr>
          <w:sz w:val="20"/>
        </w:rPr>
        <w:t>1:13:36  yani yani allah taala ka ki jo scheme of things hai us ke mutabiq azadi shart hai, lazim hai. koi is ko misuse kare ya properly use kare, is se aap ke paas nahin.</w:t>
      </w:r>
      <w:r>
        <w:br/>
      </w:r>
      <w:r>
        <w:rPr>
          <w:sz w:val="20"/>
        </w:rPr>
        <w:t>1:13:50  is ko azadi baharhal rahe gi hasil. ek hi cheez par shart laga sakte hain aap, woh yeh ke woh aap ko physical harm na pahanchaye. dekhiye, aaj kal ke musalman jo protest kar rahe hain, is farq ko nahin samajhte ke insan par pabandi sirf yeh lag sakti hai ke tum doosre ko physical harm pahanchane ka haq nahin rakhte.</w:t>
      </w:r>
      <w:r>
        <w:br/>
      </w:r>
      <w:r>
        <w:rPr>
          <w:sz w:val="20"/>
        </w:rPr>
        <w:t>1:14:12  abhi main ne ek taqreer suni ek ek ek ek bade aalim ki to unhon ne is ke khilaf bol rahe the woh, yani yeh woh jo hai "innocence of muslim" wali film jo hai,</w:t>
      </w:r>
      <w:r>
        <w:br/>
      </w:r>
      <w:r>
        <w:rPr>
          <w:sz w:val="20"/>
        </w:rPr>
        <w:t>1:14:27  to woh is mein unhon ne yeh kaha ke yani west mein bhi yahi concept hai azadi ka ke tumhari azadi, unhon ne yeh kaha ke tumhari azadi wahan khatam ho jati hai jahan doosre ki khair khwahi majrooh hoti hai.</w:t>
      </w:r>
      <w:r>
        <w:br/>
      </w:r>
      <w:r>
        <w:rPr>
          <w:sz w:val="20"/>
        </w:rPr>
        <w:t>1:14:47  yeh bilkul galat baat hai. yeh west ka yeh concept nahin hai. unhon ne ghaliban angrezi ka lafz to nahin istemal kiya tha, ghaliban un ka matlab hua tha woh woh jo mashhoor hai america ke bare mein ke "your freedom ends where my nose begins".</w:t>
      </w:r>
      <w:r>
        <w:br/>
      </w:r>
      <w:r>
        <w:rPr>
          <w:sz w:val="20"/>
        </w:rPr>
        <w:t>1:15:06  to is ka matlab to yeh hai ke tum azaad ho is waqt tak jab tak ke tum kisi ko harm na pahanchao. jab tum meri naak ko maro ge to kaha tum ne mujh ko harm pahanchaya.</w:t>
      </w:r>
      <w:r>
        <w:br/>
      </w:r>
      <w:r>
        <w:rPr>
          <w:sz w:val="20"/>
        </w:rPr>
        <w:t>1:15:17  to aap ke jazbat majrooh hote hain, yeh kisi concern nahin hai. na west ka, na na khuda ka. na khuda ki bhi concern yeh nahin hai. aap janiye, aap ka kaam janiye.</w:t>
      </w:r>
      <w:r>
        <w:br/>
      </w:r>
      <w:r>
        <w:rPr>
          <w:sz w:val="20"/>
        </w:rPr>
        <w:t>1:15:28  aap ke jazbat majrooh hote hain to aap janiye. is ki bina par kisi ki azadi is oust nahin ki jae gi. achhe se samajh lijiye ke na yeh west ka concept hai, na yeh khuda ka concept hai.</w:t>
      </w:r>
      <w:r>
        <w:br/>
      </w:r>
      <w:r>
        <w:rPr>
          <w:sz w:val="20"/>
        </w:rPr>
        <w:t>1:15:42  khuda ka concept har giz yeh nahin hai ke kisi kisi ke jazbat majrooh ho rahe hon to us ki azadi jo hai khatam kar di jaye. aadmi is waqt tak azaad hai jab tak woh apni azadi ko peaceful daire mein istemal karta hai.</w:t>
      </w:r>
      <w:r>
        <w:br/>
      </w:r>
      <w:r>
        <w:rPr>
          <w:sz w:val="20"/>
        </w:rPr>
        <w:t>1:15:57  sirf is waqt pabandi lage gi is ke upar jab ke woh doosre ke liye harmful ban jaye. yeh islam ka concept hai, yeh west ka concept hai. yeh galat logon ne samajh rakha hai.</w:t>
      </w:r>
      <w:r>
        <w:br/>
      </w:r>
      <w:r>
        <w:rPr>
          <w:sz w:val="20"/>
        </w:rPr>
        <w:t>1:16:08  kisi ke jazbat majrooh hon to wahan pabandi lagai jae gi. har giz nahin. bilkul galat hai agar koi aisa karta hai. jazbat majrooh hote hain to aap ka personal masla hai, woh islam ka masla nahin hai.</w:t>
      </w:r>
      <w:r>
        <w:br/>
      </w:r>
      <w:r>
        <w:rPr>
          <w:sz w:val="20"/>
        </w:rPr>
        <w:t>1:16:20  aisa koi qanoon na ban sakta hai, na chal sakta hai, na is ki koi feasibility hai ke jazbat ke majrooh hone par qanoon banaya jaye. abhi main ne parha ke invitations ke jo general assembly mein musalmanon ki tadad 58 hai.</w:t>
      </w:r>
      <w:r>
        <w:br/>
      </w:r>
      <w:r>
        <w:rPr>
          <w:sz w:val="20"/>
        </w:rPr>
        <w:t>1:16:36  58 muslim members hain. unhon ne ittefaq rai ke sath yeh wahan par mutalba kiya ke ke invitation jo hai aisa qanoon banaye jis par pabandi lagai jaye freedom of expression par.</w:t>
      </w:r>
      <w:r>
        <w:br/>
      </w:r>
      <w:r>
        <w:rPr>
          <w:sz w:val="20"/>
        </w:rPr>
        <w:t>1:16:49  yeh bilkul ridiculous baat hai. aisa mutalba, aisi mang ridiculous hai. kyun ke aap kaise pabandi lagaen ge?</w:t>
      </w:r>
      <w:r>
        <w:br/>
      </w:r>
      <w:r>
        <w:rPr>
          <w:sz w:val="20"/>
        </w:rPr>
        <w:t>1:16:59  dekhiye, yahi islam ka stand hai, yahi west ka stand hai, aur yeh invitations ka stand hai ke har aadmi azaad hai ke apni, ke woh yani freedom of expression jo hai, woh is ka is ka absolute right hai insan ko.</w:t>
      </w:r>
      <w:r>
        <w:br/>
      </w:r>
      <w:r>
        <w:rPr>
          <w:sz w:val="20"/>
        </w:rPr>
        <w:t>1:17:14  absolute right hai. sirf is waqt is ka right khatam hota hai jab ke woh doosron ko physical harm pahanchane lage. jab tak peaceful hai, aap koi pabandi nahin laga sakte is ke upar.</w:t>
      </w:r>
    </w:p>
    <w:p>
      <w:pPr>
        <w:pStyle w:val="Heading2"/>
      </w:pPr>
      <w:r>
        <w:t>Why scientists are atheists despite science</w:t>
      </w:r>
    </w:p>
    <w:p>
      <w:r>
        <w:rPr>
          <w:color w:val="666666"/>
          <w:sz w:val="18"/>
        </w:rPr>
        <w:t>Faith &amp; God · Divine Guidance November 20, 2016 · 2m 31s · at 46:37 · https://youtu.be/tbcloc-fvSE?t=2797</w:t>
      </w:r>
    </w:p>
    <w:p>
      <w:r>
        <w:rPr>
          <w:i/>
        </w:rPr>
        <w:t>“Moulana sahib, in today's talk, you said that science has indirectly proved the existence of God. My question is, if science has helped mankind in understanding the concept of God, then why many scientists are atheists? Why can't they understand that the universe and this world has a creator behind it? What is the reason behind this?”</w:t>
      </w:r>
    </w:p>
    <w:p>
      <w:r>
        <w:rPr>
          <w:sz w:val="20"/>
        </w:rPr>
        <w:t>46:37  maulana sahib, agla sawal kya hai ghafoor khan sahib ne sikkam se.</w:t>
      </w:r>
      <w:r>
        <w:br/>
      </w:r>
      <w:r>
        <w:rPr>
          <w:sz w:val="20"/>
        </w:rPr>
        <w:t>46:42  "Moulana صاحb, in today's talk, you said that science has indirectly proved the existence of God.</w:t>
      </w:r>
      <w:r>
        <w:br/>
      </w:r>
      <w:r>
        <w:rPr>
          <w:sz w:val="20"/>
        </w:rPr>
        <w:t>46:48  My question is, if science has helped mankind in understanding the concept of God, then why many scientists are atheists? Why cant they understand that the universe and this world has a creator behind it? What is the reason behind this?</w:t>
      </w:r>
      <w:r>
        <w:br/>
      </w:r>
      <w:r>
        <w:rPr>
          <w:sz w:val="20"/>
        </w:rPr>
        <w:t>47:06  " nahi, dekhen, yeh baat aap ki jo hai sahi nahi hai.</w:t>
      </w:r>
      <w:r>
        <w:br/>
      </w:r>
      <w:r>
        <w:rPr>
          <w:sz w:val="20"/>
        </w:rPr>
        <w:t>47:10  koi aik bhi scientist atheist nahi hai.</w:t>
      </w:r>
      <w:r>
        <w:br/>
      </w:r>
      <w:r>
        <w:rPr>
          <w:sz w:val="20"/>
        </w:rPr>
        <w:t>47:15  koi bhi nahi.</w:t>
      </w:r>
      <w:r>
        <w:br/>
      </w:r>
      <w:r>
        <w:rPr>
          <w:sz w:val="20"/>
        </w:rPr>
        <w:t>47:20  yeh bilkul hi khilaf waqea baat hai.</w:t>
      </w:r>
      <w:r>
        <w:br/>
      </w:r>
      <w:r>
        <w:rPr>
          <w:sz w:val="20"/>
        </w:rPr>
        <w:t>47:24  Einstein ke baray mein aik shakhs ko shubah tha ke woh atheist ho gaya hai to us ne</w:t>
      </w:r>
      <w:r>
        <w:br/>
      </w:r>
      <w:r>
        <w:rPr>
          <w:sz w:val="20"/>
        </w:rPr>
        <w:t>47:29  letter likha tha us ke dost ne.</w:t>
      </w:r>
      <w:r>
        <w:br/>
      </w:r>
      <w:r>
        <w:rPr>
          <w:sz w:val="20"/>
        </w:rPr>
        <w:t>47:34  woh letter bhai chapta hai risalay ne.</w:t>
      </w:r>
      <w:r>
        <w:br/>
      </w:r>
      <w:r>
        <w:rPr>
          <w:sz w:val="20"/>
        </w:rPr>
        <w:t>47:39  us ne jawab diya ke mein atheist nahi hoon, mein agnostic hoon.</w:t>
      </w:r>
      <w:r>
        <w:br/>
      </w:r>
      <w:r>
        <w:rPr>
          <w:sz w:val="20"/>
        </w:rPr>
        <w:t>47:43  jo sab ka scientist banaya jata hai, us ne likha tha ke mein atheist nahi hoon, scientist agnostic hoon.</w:t>
      </w:r>
      <w:r>
        <w:br/>
      </w:r>
      <w:r>
        <w:rPr>
          <w:sz w:val="20"/>
        </w:rPr>
        <w:t>47:48  to sare hi sare hi scientist indirectly mante hain khuda ko.</w:t>
      </w:r>
      <w:r>
        <w:br/>
      </w:r>
      <w:r>
        <w:rPr>
          <w:sz w:val="20"/>
        </w:rPr>
        <w:t>47:53  yani Newton se le kar.</w:t>
      </w:r>
      <w:r>
        <w:br/>
      </w:r>
      <w:r>
        <w:rPr>
          <w:sz w:val="20"/>
        </w:rPr>
        <w:t>47:57  isi liye aik commentator ne likha hai ke yeh scientist jo west mein paida hue, yani Christian mahol</w:t>
      </w:r>
      <w:r>
        <w:br/>
      </w:r>
      <w:r>
        <w:rPr>
          <w:sz w:val="20"/>
        </w:rPr>
        <w:t>48:02  mein paida hue, to un ka Christian nature yahan par kaam kar raha hai.</w:t>
      </w:r>
      <w:r>
        <w:br/>
      </w:r>
      <w:r>
        <w:rPr>
          <w:sz w:val="20"/>
        </w:rPr>
        <w:t>48:07  yeh to aik haqeeqat hai ke kisi bhi scientist ko aap nahi keh sakte ke woh atheist tha.</w:t>
      </w:r>
      <w:r>
        <w:br/>
      </w:r>
      <w:r>
        <w:rPr>
          <w:sz w:val="20"/>
        </w:rPr>
        <w:t>48:12  wohi agnostic keh sakte hain aap.</w:t>
      </w:r>
      <w:r>
        <w:br/>
      </w:r>
      <w:r>
        <w:rPr>
          <w:sz w:val="20"/>
        </w:rPr>
        <w:t>48:16  to us ko commentator ne yeh likha hai ke yeh jo mizaj hai, yani ke un ka aik</w:t>
      </w:r>
      <w:r>
        <w:br/>
      </w:r>
      <w:r>
        <w:rPr>
          <w:sz w:val="20"/>
        </w:rPr>
        <w:t>48:21  khuda ka inkar nahi kar patay, woh us ki wajah us ka Christian nature bol raha hai.</w:t>
      </w:r>
      <w:r>
        <w:br/>
      </w:r>
      <w:r>
        <w:rPr>
          <w:sz w:val="20"/>
        </w:rPr>
        <w:t>48:26  lekin yeh to galat baat hai.</w:t>
      </w:r>
      <w:r>
        <w:br/>
      </w:r>
      <w:r>
        <w:rPr>
          <w:sz w:val="20"/>
        </w:rPr>
        <w:t>48:31  in ka Christian ka aik nature bol raha hai, haqaiq bol rahe hain.</w:t>
      </w:r>
      <w:r>
        <w:br/>
      </w:r>
      <w:r>
        <w:rPr>
          <w:sz w:val="20"/>
        </w:rPr>
        <w:t>48:35  mere ilm ke mutabiq koi bhi scientist aisa nahi hai jo atheist ho.</w:t>
      </w:r>
      <w:r>
        <w:br/>
      </w:r>
      <w:r>
        <w:rPr>
          <w:sz w:val="20"/>
        </w:rPr>
        <w:t>48:40  sab ka case wahi hai.</w:t>
      </w:r>
      <w:r>
        <w:br/>
      </w:r>
      <w:r>
        <w:rPr>
          <w:sz w:val="20"/>
        </w:rPr>
        <w:t>48:45  ya to chup rehte hain woh, ya to chup rehte hain.</w:t>
      </w:r>
      <w:r>
        <w:br/>
      </w:r>
      <w:r>
        <w:rPr>
          <w:sz w:val="20"/>
        </w:rPr>
        <w:t>48:49  jaise Newton chup raha.</w:t>
      </w:r>
      <w:r>
        <w:br/>
      </w:r>
      <w:r>
        <w:rPr>
          <w:sz w:val="20"/>
        </w:rPr>
        <w:t>48:54  Newton ne koi statement nahi diya.</w:t>
      </w:r>
      <w:r>
        <w:br/>
      </w:r>
      <w:r>
        <w:rPr>
          <w:sz w:val="20"/>
        </w:rPr>
        <w:t>48:59  aur Einstein ne yeh keh diya ke main agnostic hoon. bas.</w:t>
      </w:r>
      <w:r>
        <w:br/>
      </w:r>
      <w:r>
        <w:rPr>
          <w:sz w:val="20"/>
        </w:rPr>
        <w:t>49:04  saare scientists jo hain, un ka case yeh do category mein aata hai.</w:t>
      </w:r>
    </w:p>
    <w:p>
      <w:pPr>
        <w:pStyle w:val="Heading2"/>
      </w:pPr>
      <w:r>
        <w:t>Why so much suffering in the world?</w:t>
      </w:r>
    </w:p>
    <w:p>
      <w:r>
        <w:rPr>
          <w:color w:val="666666"/>
          <w:sz w:val="18"/>
        </w:rPr>
        <w:t>Faith &amp; God · Realization of God September 15, 2013 · 2m 30s · at 1:09:08 · https://youtu.be/CNEEeM5uyi8?t=4148</w:t>
      </w:r>
    </w:p>
    <w:p>
      <w:r>
        <w:rPr>
          <w:i/>
        </w:rPr>
        <w:t>“Wherever we see in the world, there is suffering: poverty, corruption, illness, etc. Why is there so much suffering in the world?”</w:t>
      </w:r>
    </w:p>
    <w:p>
      <w:r>
        <w:rPr>
          <w:sz w:val="20"/>
        </w:rPr>
        <w:t>1:09:08  maulana bhopal se agla sawal aaya hai, mr vinesh sharma ka. unhon ne likha hai: "maulana, wherever we see in the world, there is suffering, either poverty, corruption, illness and so on.</w:t>
      </w:r>
      <w:r>
        <w:br/>
      </w:r>
      <w:r>
        <w:rPr>
          <w:sz w:val="20"/>
        </w:rPr>
        <w:t>1:09:23  i want to know from you, why is there so much of suffering in the world?" kahan suffering hai? aap khud safar kar rahe hain? kya aap khud apne bare mein bataiye, apne bete ke bare mein bataiye?</w:t>
      </w:r>
      <w:r>
        <w:br/>
      </w:r>
      <w:r>
        <w:rPr>
          <w:sz w:val="20"/>
        </w:rPr>
        <w:t>1:09:34  yeh suffering toh media ka product hai, yeh sab media ka product hai. media ko dhoond dhoond kar lana aisi baat hai.</w:t>
      </w:r>
      <w:r>
        <w:br/>
      </w:r>
      <w:r>
        <w:rPr>
          <w:sz w:val="20"/>
        </w:rPr>
        <w:t>1:09:42  abhi suffering ko le kar protest ho raha tha wahan par misr mein. main tv pe dekhta tha, bohat khoob mote mote lagte ho aur chala rahe hain ke hum hum hum hum yeh hum ko yeh museebat hai, hum ko woh museebat hai.</w:t>
      </w:r>
      <w:r>
        <w:br/>
      </w:r>
      <w:r>
        <w:rPr>
          <w:sz w:val="20"/>
        </w:rPr>
        <w:t>1:09:56  museebat kuch bhi nahi. aaj ki duniya mein yeh bilkul hi yani main samajhta hoon ke bilkul hi yani us ke khilaf hai.</w:t>
      </w:r>
      <w:r>
        <w:br/>
      </w:r>
      <w:r>
        <w:rPr>
          <w:sz w:val="20"/>
        </w:rPr>
        <w:t>1:10:08  yani ana yani us ko main kahun anachronism hai. yeh</w:t>
      </w:r>
      <w:r>
        <w:br/>
      </w:r>
      <w:r>
        <w:rPr>
          <w:sz w:val="20"/>
        </w:rPr>
        <w:t>1:10:13  kahan hain woh log jo suffer kar rahe hain? media ke safhon mein hain. bas</w:t>
      </w:r>
      <w:r>
        <w:br/>
      </w:r>
      <w:r>
        <w:rPr>
          <w:sz w:val="20"/>
        </w:rPr>
        <w:t>1:10:20  apne aap ko dekhiye, aap khud aap ki family ko dekhiye, apne bete ko dekhiye, kahan woh suffer log suffer kar rahe hain? yeh sab shaitan ne bana rakha hai ke suffering, suffering, suffering.</w:t>
      </w:r>
      <w:r>
        <w:br/>
      </w:r>
      <w:r>
        <w:rPr>
          <w:sz w:val="20"/>
        </w:rPr>
        <w:t>1:10:29  aur allah taala ne sab ke darwaze khol diye hain, koi koi safar nahi kar raha hai. haan, apni hamakat se koi agar koi is ka khamiyada bhokta hai to woh alag baat hai.</w:t>
      </w:r>
      <w:r>
        <w:br/>
      </w:r>
      <w:r>
        <w:rPr>
          <w:sz w:val="20"/>
        </w:rPr>
        <w:t>1:10:40  apne hamakat mein apna hit kaat daloon to woh alag alag baat hai. baqi koi suffering nahi. main nahi manta ke suffering kahan hai. yeh jo hua, jaise abhi baith mein jo hua, woh apni hamakat se hua.</w:t>
      </w:r>
      <w:r>
        <w:br/>
      </w:r>
      <w:r>
        <w:rPr>
          <w:sz w:val="20"/>
        </w:rPr>
        <w:t>1:10:53  to ek hai hamakat se hona, to hamakat ka darwaza wahan bhi khula rahega. lekin agar aap hamakat na karein to koi suffering nahi hai.</w:t>
      </w:r>
      <w:r>
        <w:br/>
      </w:r>
      <w:r>
        <w:rPr>
          <w:sz w:val="20"/>
        </w:rPr>
        <w:t>1:11:03  suffering ke jahan jahan aap suffering dekh rahe hain, dekh rahe honge, woh suffering apni hamakat se hua hai.</w:t>
      </w:r>
      <w:r>
        <w:br/>
      </w:r>
      <w:r>
        <w:rPr>
          <w:sz w:val="20"/>
        </w:rPr>
        <w:t>1:11:11  main main kaha karta hoon ke they are paying the price of their own policies. these people are paying the price of their own policies.</w:t>
      </w:r>
      <w:r>
        <w:br/>
      </w:r>
      <w:r>
        <w:rPr>
          <w:sz w:val="20"/>
        </w:rPr>
        <w:t>1:11:22  yeh meri rai hai. okay, before we continue the question answer session, we would like to tell our viewers that if you want to join cps international mission, then write to us in info at cps global dot org</w:t>
      </w:r>
    </w:p>
    <w:p>
      <w:pPr>
        <w:pStyle w:val="Heading2"/>
      </w:pPr>
      <w:r>
        <w:t>Why suicide is haram in Islam</w:t>
      </w:r>
    </w:p>
    <w:p>
      <w:r>
        <w:rPr>
          <w:color w:val="666666"/>
          <w:sz w:val="18"/>
        </w:rPr>
        <w:t>Faith &amp; God · Universal outlook April 09, 2017 · 2m 56s · at 51:54 · https://youtu.be/n3HAPCpom5c?t=3114</w:t>
      </w:r>
    </w:p>
    <w:p>
      <w:r>
        <w:rPr>
          <w:i/>
        </w:rPr>
        <w:t>“Why is suicide haram in Islam? What does the Quran say about suicide?”</w:t>
      </w:r>
    </w:p>
    <w:p>
      <w:r>
        <w:rPr>
          <w:sz w:val="20"/>
        </w:rPr>
        <w:t>51:54  maulana agla sawal mumbai se bheja hai irfan jafri sahab ne unhone likha hai maulana sahab I want to ask that why khudkushi that is suicide haram in islam one of my friend has asked this question many times I have tried to convince him as per my knowledge about deen</w:t>
      </w:r>
      <w:r>
        <w:br/>
      </w:r>
      <w:r>
        <w:rPr>
          <w:sz w:val="20"/>
        </w:rPr>
        <w:t>52:17  I told him that humans cannot end their life because only allah can decide about birth and death he is not satisfied and he wants to know what quran says about suicide maulana sahab if you answer this question I am confident that I will be able to convince my friend</w:t>
      </w:r>
      <w:r>
        <w:br/>
      </w:r>
      <w:r>
        <w:rPr>
          <w:sz w:val="20"/>
        </w:rPr>
        <w:t>52:44  dekhiye</w:t>
      </w:r>
      <w:r>
        <w:br/>
      </w:r>
      <w:r>
        <w:rPr>
          <w:sz w:val="20"/>
        </w:rPr>
        <w:t>52:48  jahan tak Quran ka bayan hai ghaliban do ayaton mein iska zikr hai</w:t>
      </w:r>
      <w:r>
        <w:br/>
      </w:r>
      <w:r>
        <w:rPr>
          <w:sz w:val="20"/>
        </w:rPr>
        <w:t>52:54  ke iski wajah batai gayi hai ke</w:t>
      </w:r>
      <w:r>
        <w:br/>
      </w:r>
      <w:r>
        <w:rPr>
          <w:sz w:val="20"/>
        </w:rPr>
        <w:t>53:00  rehmat se baais na ho to suicide karta hai jab aadmi to samajhta hai ke mere liye kuch</w:t>
      </w:r>
      <w:r>
        <w:br/>
      </w:r>
      <w:r>
        <w:rPr>
          <w:sz w:val="20"/>
        </w:rPr>
        <w:t>53:06  nahi hai suicide</w:t>
      </w:r>
      <w:r>
        <w:br/>
      </w:r>
      <w:r>
        <w:rPr>
          <w:sz w:val="20"/>
        </w:rPr>
        <w:t>53:10  yani marne ke liye hoti hai suicide mayusi ka aakhri</w:t>
      </w:r>
      <w:r>
        <w:br/>
      </w:r>
      <w:r>
        <w:rPr>
          <w:sz w:val="20"/>
        </w:rPr>
        <w:t>53:17  yani aakhri phase hai aadmi jeeta hai mayusi mein ke mere liye kuch nahi hai mere liye kuch</w:t>
      </w:r>
      <w:r>
        <w:br/>
      </w:r>
      <w:r>
        <w:rPr>
          <w:sz w:val="20"/>
        </w:rPr>
        <w:t>53:22  nahi hai aur phir woh jam kar jata hai</w:t>
      </w:r>
      <w:r>
        <w:br/>
      </w:r>
      <w:r>
        <w:rPr>
          <w:sz w:val="20"/>
        </w:rPr>
        <w:t>53:27  to Quran kehta hai ke tumhare liye sab kuch hai</w:t>
      </w:r>
      <w:r>
        <w:br/>
      </w:r>
      <w:r>
        <w:rPr>
          <w:sz w:val="20"/>
        </w:rPr>
        <w:t>53:31  jab Quran kehta hai jab Quran ke mutabiq</w:t>
      </w:r>
      <w:r>
        <w:br/>
      </w:r>
      <w:r>
        <w:rPr>
          <w:sz w:val="20"/>
        </w:rPr>
        <w:t>53:33  yani Allah ke creation ke mutabiq yeh duniya mein har waqt insan ke liye sab cheez maujood hai</w:t>
      </w:r>
      <w:r>
        <w:br/>
      </w:r>
      <w:r>
        <w:rPr>
          <w:sz w:val="20"/>
        </w:rPr>
        <w:t>53:41  to kya justification hai apne aap ko marne ka</w:t>
      </w:r>
      <w:r>
        <w:br/>
      </w:r>
      <w:r>
        <w:rPr>
          <w:sz w:val="20"/>
        </w:rPr>
        <w:t>53:46  basic baat yeh hai ke jab kuch na ho aap ke liye tab koi keh sakta hai ke</w:t>
      </w:r>
      <w:r>
        <w:br/>
      </w:r>
      <w:r>
        <w:rPr>
          <w:sz w:val="20"/>
        </w:rPr>
        <w:t>53:52  hamare paas justification hai lekin sab kuch hai aap ke liye</w:t>
      </w:r>
      <w:r>
        <w:br/>
      </w:r>
      <w:r>
        <w:rPr>
          <w:sz w:val="20"/>
        </w:rPr>
        <w:t>53:57  aur dekhiye ek kitab chhapi hai is par</w:t>
      </w:r>
      <w:r>
        <w:br/>
      </w:r>
      <w:r>
        <w:rPr>
          <w:sz w:val="20"/>
        </w:rPr>
        <w:t>54:01  keh jo log suicide attempt kiya aur jee bach gaye baqayeda aik kitaab chhapi hai woh ghaliban internet</w:t>
      </w:r>
      <w:r>
        <w:br/>
      </w:r>
      <w:r>
        <w:rPr>
          <w:sz w:val="20"/>
        </w:rPr>
        <w:t>54:09  par hogi keh bohat se log aisay hain jinhon ne</w:t>
      </w:r>
      <w:r>
        <w:br/>
      </w:r>
      <w:r>
        <w:rPr>
          <w:sz w:val="20"/>
        </w:rPr>
        <w:t>54:14  suicide kiya lekin nahi pata attempt kiya lekin woh marne se bach</w:t>
      </w:r>
      <w:r>
        <w:br/>
      </w:r>
      <w:r>
        <w:rPr>
          <w:sz w:val="20"/>
        </w:rPr>
        <w:t>54:18  gaye is ke baad hero ban gaye woh</w:t>
      </w:r>
      <w:r>
        <w:br/>
      </w:r>
      <w:r>
        <w:rPr>
          <w:sz w:val="20"/>
        </w:rPr>
        <w:t>54:23  hero ban gaye bohat zabardast unhon ne success hasil ki yani keh un ke liye maujood thay mawaqe</w:t>
      </w:r>
      <w:r>
        <w:br/>
      </w:r>
      <w:r>
        <w:rPr>
          <w:sz w:val="20"/>
        </w:rPr>
        <w:t>54:30  opportunities maujood theen un ke liye</w:t>
      </w:r>
      <w:r>
        <w:br/>
      </w:r>
      <w:r>
        <w:rPr>
          <w:sz w:val="20"/>
        </w:rPr>
        <w:t>54:33  un is tarah ke jo cases hain woh sabit karte hain keh logon ke liye opportunities maujood theen</w:t>
      </w:r>
      <w:r>
        <w:br/>
      </w:r>
      <w:r>
        <w:rPr>
          <w:sz w:val="20"/>
        </w:rPr>
        <w:t>54:40  yani Khuda ki rehmat maujood thi to phir kya kiya justification hai apne aap ko marne ka</w:t>
      </w:r>
    </w:p>
    <w:p>
      <w:pPr>
        <w:pStyle w:val="Heading2"/>
      </w:pPr>
      <w:r>
        <w:t>Will Doubt Remain After Discovering God?</w:t>
      </w:r>
    </w:p>
    <w:p>
      <w:r>
        <w:rPr>
          <w:color w:val="666666"/>
          <w:sz w:val="18"/>
        </w:rPr>
        <w:t>Faith &amp; God · Three levels of Realization July 4, 2010 · 2m 08s · at 1:38:25 · https://youtu.be/NtCTVVov3Nw?t=5905</w:t>
      </w:r>
    </w:p>
    <w:p>
      <w:r>
        <w:rPr>
          <w:i/>
        </w:rPr>
        <w:t>“According to you, the element of doubt is a part of the very creation plan of God. So even if we discover God at the level of intuition, will not doubt still remain?”</w:t>
      </w:r>
    </w:p>
    <w:p>
      <w:r>
        <w:rPr>
          <w:sz w:val="20"/>
        </w:rPr>
        <w:t>1:38:25  maulana agla sawal kya hai miss sadia khan ne new delhi se she has written according to you the element of doubt is a part of the very creation plan of god so</w:t>
      </w:r>
      <w:r>
        <w:br/>
      </w:r>
      <w:r>
        <w:rPr>
          <w:sz w:val="20"/>
        </w:rPr>
        <w:t>1:38:38  even if we discover god at the level of her intuition would not doubt still remain mera khayal hai ke doubt phir bhi rehta hai yani element of doubt element of doubt khatam nahi hota bas us ko manage karne ka power barh jata hai jaise wo ladki ne bataya ke wo khuda ko kehti thi ke kaisa khuda hai mere baap ko chheen liya mujh se to uska manage karne ka power bohat kam tha</w:t>
      </w:r>
      <w:r>
        <w:br/>
      </w:r>
      <w:r>
        <w:rPr>
          <w:sz w:val="20"/>
        </w:rPr>
        <w:t>1:39:07  lekin jis aadmi ko jaise kisi ki maa hai kisi maa us ke bete ko marti hai to thori der ko bete ko takleef hoti hai lekin phir manage kar leta hai wo jaldi se halanke koi bahar ka koi aadmi us ko mar de to wo manage nahi kar paye ga wo lare ga wo kai din tak to mein manta hoon ke yani rational level pe jab aadmi paata hai to wo manage karne ki power bohat kam hoti</w:t>
      </w:r>
      <w:r>
        <w:br/>
      </w:r>
      <w:r>
        <w:rPr>
          <w:sz w:val="20"/>
        </w:rPr>
        <w:t>1:39:34  hai is ki bohat jaldi se wo bhag sakta hai lekin intention ke level pe pa jayega to manage karne ka power barh jata hai is ka kyunke ek hota hai rational level ek hota hai emotional attachment do do cheezein hoti hain</w:t>
      </w:r>
      <w:r>
        <w:br/>
      </w:r>
      <w:r>
        <w:rPr>
          <w:sz w:val="20"/>
        </w:rPr>
        <w:t>1:39:56  to mein yahi kahunga ke phir bhi yani element of doubt</w:t>
      </w:r>
      <w:r>
        <w:br/>
      </w:r>
      <w:r>
        <w:rPr>
          <w:sz w:val="20"/>
        </w:rPr>
        <w:t>1:40:06  khatam nahi hota kuch na kuch baqi rehta hai lekin jo aadmi is yani is tarah ke ka jo realization ho jaye us ko to us ko manage karne ka power barh jayega aur bohat jaldi wo manage kar le ga jaldi manage kar le ga</w:t>
      </w:r>
      <w:r>
        <w:br/>
      </w:r>
      <w:r>
        <w:rPr>
          <w:sz w:val="20"/>
        </w:rPr>
        <w:t>1:40:25  is ke yani permanently bhagne ke chance bohat kam ho jate hain</w:t>
      </w:r>
    </w:p>
    <w:p>
      <w:pPr>
        <w:pStyle w:val="Heading2"/>
      </w:pPr>
      <w:r>
        <w:t>Will all Muslims enter paradise regardless of deeds?</w:t>
      </w:r>
    </w:p>
    <w:p>
      <w:r>
        <w:rPr>
          <w:color w:val="666666"/>
          <w:sz w:val="18"/>
        </w:rPr>
        <w:t>Faith &amp; God · Living In Falsehood I December 15, 2013 · 4m 02s · at 42:36 · https://youtu.be/yD-ZtvlrFDw?t=2556</w:t>
      </w:r>
    </w:p>
    <w:p>
      <w:r>
        <w:rPr>
          <w:i/>
        </w:rPr>
        <w:t>“Maulana, I have heard from so many Muslims saying that all the Muslims will enter into paradise, irrespective of their deeds in this world.”</w:t>
      </w:r>
    </w:p>
    <w:p>
      <w:r>
        <w:rPr>
          <w:sz w:val="20"/>
        </w:rPr>
        <w:t>42:36  maulana, agla sawal calcutta se hai doctor roshan kumar jha ka.</w:t>
      </w:r>
      <w:r>
        <w:br/>
      </w:r>
      <w:r>
        <w:rPr>
          <w:sz w:val="20"/>
        </w:rPr>
        <w:t>42:41  انہوں نے لکھا ہے: "مولana sahib, I have heard from so many Muslims saying that all the Muslims</w:t>
      </w:r>
      <w:r>
        <w:br/>
      </w:r>
      <w:r>
        <w:rPr>
          <w:sz w:val="20"/>
        </w:rPr>
        <w:t>42:49  will enter into Paradise, irrespective of their deeds in this world.</w:t>
      </w:r>
      <w:r>
        <w:br/>
      </w:r>
      <w:r>
        <w:rPr>
          <w:sz w:val="20"/>
        </w:rPr>
        <w:t>42:54  If any Muslim is bad, he will first be put into hell, and after punishment in the end,</w:t>
      </w:r>
      <w:r>
        <w:br/>
      </w:r>
      <w:r>
        <w:rPr>
          <w:sz w:val="20"/>
        </w:rPr>
        <w:t>43:01  "All the Muslims will be given paradise." They say that at the time of death of Prophet Muhammad,</w:t>
      </w:r>
      <w:r>
        <w:br/>
      </w:r>
      <w:r>
        <w:rPr>
          <w:sz w:val="20"/>
        </w:rPr>
        <w:t>43:09  allah said ke aap ki ummat ke sath acha sulook karunga.</w:t>
      </w:r>
      <w:r>
        <w:br/>
      </w:r>
      <w:r>
        <w:rPr>
          <w:sz w:val="20"/>
        </w:rPr>
        <w:t>43:14  They also said that non-Muslims will never enter into Paradise.</w:t>
      </w:r>
      <w:r>
        <w:br/>
      </w:r>
      <w:r>
        <w:rPr>
          <w:sz w:val="20"/>
        </w:rPr>
        <w:t>43:19  مولانا صاحب، what is your comment on this? دیکھیں، اسی کو میں نے کہا ہے کہ living in</w:t>
      </w:r>
      <w:r>
        <w:br/>
      </w:r>
      <w:r>
        <w:rPr>
          <w:sz w:val="20"/>
        </w:rPr>
        <w:t>43:27  falsehood, yeh sab falsehood mein jeena hai.</w:t>
      </w:r>
      <w:r>
        <w:br/>
      </w:r>
      <w:r>
        <w:rPr>
          <w:sz w:val="20"/>
        </w:rPr>
        <w:t>43:31  bilkul hi is ki koi sarparasti nahi hai in baaton ka.</w:t>
      </w:r>
      <w:r>
        <w:br/>
      </w:r>
      <w:r>
        <w:rPr>
          <w:sz w:val="20"/>
        </w:rPr>
        <w:t>43:35  quran mein dekhen, yeh hai ke: "laisa lil insani illa ma sa'a".</w:t>
      </w:r>
      <w:r>
        <w:br/>
      </w:r>
      <w:r>
        <w:rPr>
          <w:sz w:val="20"/>
        </w:rPr>
        <w:t>43:43  yani wishful thinking ka matlab hota hai wishful thinking.</w:t>
      </w:r>
      <w:r>
        <w:br/>
      </w:r>
      <w:r>
        <w:rPr>
          <w:sz w:val="20"/>
        </w:rPr>
        <w:t>43:47  yani tumhari wishful thinking par kuch nahi hoga, na doosre jo ummaten hain, un ki wishful</w:t>
      </w:r>
      <w:r>
        <w:br/>
      </w:r>
      <w:r>
        <w:rPr>
          <w:sz w:val="20"/>
        </w:rPr>
        <w:t>43:55  thinking se kuch hoga.</w:t>
      </w:r>
      <w:r>
        <w:br/>
      </w:r>
      <w:r>
        <w:rPr>
          <w:sz w:val="20"/>
        </w:rPr>
        <w:t>43:56  jo jaisa karega, waisa payega.</w:t>
      </w:r>
      <w:r>
        <w:br/>
      </w:r>
      <w:r>
        <w:rPr>
          <w:sz w:val="20"/>
        </w:rPr>
        <w:t>43:59  "laisa lil insani illa ma sa'a".</w:t>
      </w:r>
      <w:r>
        <w:br/>
      </w:r>
      <w:r>
        <w:rPr>
          <w:sz w:val="20"/>
        </w:rPr>
        <w:t>44:01  to yeh musalmanon ka isi ko to mein kehta hoon ke musalman falsehood mein jeete hain.</w:t>
      </w:r>
      <w:r>
        <w:br/>
      </w:r>
      <w:r>
        <w:rPr>
          <w:sz w:val="20"/>
        </w:rPr>
        <w:t>44:08  khud hi bana rakha hai sab ek poora falsehood ka ek ek ek jhaad jhankad.</w:t>
      </w:r>
      <w:r>
        <w:br/>
      </w:r>
      <w:r>
        <w:rPr>
          <w:sz w:val="20"/>
        </w:rPr>
        <w:t>44:15  aur jab tak musalmanon ko is falsehood se bahar na laya jaye, tab tak un ka kuch</w:t>
      </w:r>
      <w:r>
        <w:br/>
      </w:r>
      <w:r>
        <w:rPr>
          <w:sz w:val="20"/>
        </w:rPr>
        <w:t>44:23  bhi, yani kuch bhi nahi hone wala hai, kuch bhi nahi hone wala.</w:t>
      </w:r>
      <w:r>
        <w:br/>
      </w:r>
      <w:r>
        <w:rPr>
          <w:sz w:val="20"/>
        </w:rPr>
        <w:t>44:28  aisi negativity mein jiyenge, negativity mein marenge.</w:t>
      </w:r>
      <w:r>
        <w:br/>
      </w:r>
      <w:r>
        <w:rPr>
          <w:sz w:val="20"/>
        </w:rPr>
        <w:t>44:32  مولانا، next question is from Sweden by Mr. Matthias.</w:t>
      </w:r>
      <w:r>
        <w:br/>
      </w:r>
      <w:r>
        <w:rPr>
          <w:sz w:val="20"/>
        </w:rPr>
        <w:t>44:36  He has written: "What role does rational thinking have for using methods of non-violence?" It's very important</w:t>
      </w:r>
      <w:r>
        <w:br/>
      </w:r>
      <w:r>
        <w:rPr>
          <w:sz w:val="20"/>
        </w:rPr>
        <w:t>44:44  question.</w:t>
      </w:r>
      <w:r>
        <w:br/>
      </w:r>
      <w:r>
        <w:rPr>
          <w:sz w:val="20"/>
        </w:rPr>
        <w:t>44:45  I think that non-violence or peace is basic to all kind of thinking.</w:t>
      </w:r>
      <w:r>
        <w:br/>
      </w:r>
      <w:r>
        <w:rPr>
          <w:sz w:val="20"/>
        </w:rPr>
        <w:t>44:51  Without peaceful mind, without, yani non-violent thinking, you cannot understand anything, because peace</w:t>
      </w:r>
      <w:r>
        <w:br/>
      </w:r>
      <w:r>
        <w:rPr>
          <w:sz w:val="20"/>
        </w:rPr>
        <w:t>44:59  wishful thinking makes you sincere.</w:t>
      </w:r>
      <w:r>
        <w:br/>
      </w:r>
      <w:r>
        <w:rPr>
          <w:sz w:val="20"/>
        </w:rPr>
        <w:t>45:02  peaceful thinking makes you sincere, well wisher to all, makes you objective.</w:t>
      </w:r>
      <w:r>
        <w:br/>
      </w:r>
      <w:r>
        <w:rPr>
          <w:sz w:val="20"/>
        </w:rPr>
        <w:t>45:08  and and when you are objective and scientific mind, then you can understand things in right way.</w:t>
      </w:r>
      <w:r>
        <w:br/>
      </w:r>
      <w:r>
        <w:rPr>
          <w:sz w:val="20"/>
        </w:rPr>
        <w:t>45:15  So I am a great advocate of peaceful thinking and non-violent thinking.</w:t>
      </w:r>
      <w:r>
        <w:br/>
      </w:r>
      <w:r>
        <w:rPr>
          <w:sz w:val="20"/>
        </w:rPr>
        <w:t>45:21  According to my analysis and according to my experience, peace is the summum bonum in Islam.</w:t>
      </w:r>
      <w:r>
        <w:br/>
      </w:r>
      <w:r>
        <w:rPr>
          <w:sz w:val="20"/>
        </w:rPr>
        <w:t>45:28  Without peace, there is no development at all.</w:t>
      </w:r>
      <w:r>
        <w:br/>
      </w:r>
      <w:r>
        <w:rPr>
          <w:sz w:val="20"/>
        </w:rPr>
        <w:t>45:32  all those things that Islam wants to promote, for example, dawah work, ibadah, constructive work, ilm, all those</w:t>
      </w:r>
      <w:r>
        <w:br/>
      </w:r>
      <w:r>
        <w:rPr>
          <w:sz w:val="20"/>
        </w:rPr>
        <w:t>45:39  things that are required in Islam cannot be carried out properly without peace.</w:t>
      </w:r>
      <w:r>
        <w:br/>
      </w:r>
      <w:r>
        <w:rPr>
          <w:sz w:val="20"/>
        </w:rPr>
        <w:t>45:46  so peace is very very important.</w:t>
      </w:r>
      <w:r>
        <w:br/>
      </w:r>
      <w:r>
        <w:rPr>
          <w:sz w:val="20"/>
        </w:rPr>
        <w:t>45:48  and you know, the the method of greeting in Islam is Assalamu Alaikum.</w:t>
      </w:r>
      <w:r>
        <w:br/>
      </w:r>
      <w:r>
        <w:rPr>
          <w:sz w:val="20"/>
        </w:rPr>
        <w:t>45:54  it means peace be upon you.</w:t>
      </w:r>
      <w:r>
        <w:br/>
      </w:r>
      <w:r>
        <w:rPr>
          <w:sz w:val="20"/>
        </w:rPr>
        <w:t>45:56  it means that Islam wants to promote peace culture.</w:t>
      </w:r>
      <w:r>
        <w:br/>
      </w:r>
      <w:r>
        <w:rPr>
          <w:sz w:val="20"/>
        </w:rPr>
        <w:t>46:00  our greeting is Assalamu Alaikum.</w:t>
      </w:r>
      <w:r>
        <w:br/>
      </w:r>
      <w:r>
        <w:rPr>
          <w:sz w:val="20"/>
        </w:rPr>
        <w:t>46:03  is not only for muslim, for every human being.</w:t>
      </w:r>
      <w:r>
        <w:br/>
      </w:r>
      <w:r>
        <w:rPr>
          <w:sz w:val="20"/>
        </w:rPr>
        <w:t>46:07  we have to say assalamu alaikum for every human being, irrespective as muslim or non muslim.</w:t>
      </w:r>
      <w:r>
        <w:br/>
      </w:r>
      <w:r>
        <w:rPr>
          <w:sz w:val="20"/>
        </w:rPr>
        <w:t>46:14  so it means that islam tries to promote peace culture, because peace is the sum bonum in islam.</w:t>
      </w:r>
      <w:r>
        <w:br/>
      </w:r>
      <w:r>
        <w:rPr>
          <w:sz w:val="20"/>
        </w:rPr>
        <w:t>46:22  Without peace, there is no development, no progress.</w:t>
      </w:r>
      <w:r>
        <w:br/>
      </w:r>
      <w:r>
        <w:rPr>
          <w:sz w:val="20"/>
        </w:rPr>
        <w:t>46:26  da'wah work, it is necessary part for da'wah work.</w:t>
      </w:r>
      <w:r>
        <w:br/>
      </w:r>
      <w:r>
        <w:rPr>
          <w:sz w:val="20"/>
        </w:rPr>
        <w:t>46:29  peace normalizes the situation.</w:t>
      </w:r>
      <w:r>
        <w:br/>
      </w:r>
      <w:r>
        <w:rPr>
          <w:sz w:val="20"/>
        </w:rPr>
        <w:t>46:31  without, yani without normalcy, we cannot do anything.</w:t>
      </w:r>
      <w:r>
        <w:br/>
      </w:r>
      <w:r>
        <w:rPr>
          <w:sz w:val="20"/>
        </w:rPr>
        <w:t>46:36  so i am great advocate of peace.</w:t>
      </w:r>
    </w:p>
    <w:p>
      <w:pPr>
        <w:pStyle w:val="Heading2"/>
      </w:pPr>
      <w:r>
        <w:t>Will my son be with me on Judgment Day?</w:t>
      </w:r>
    </w:p>
    <w:p>
      <w:r>
        <w:rPr>
          <w:color w:val="666666"/>
          <w:sz w:val="18"/>
        </w:rPr>
        <w:t>Faith &amp; God · Discovery of God November 3, 2019 Maulana Wahiduddin Khan · 3m 16s · at 42:08 · https://youtu.be/WUaOl0Kwwng?t=2528</w:t>
      </w:r>
    </w:p>
    <w:p>
      <w:r>
        <w:rPr>
          <w:i/>
        </w:rPr>
        <w:t>“Last week I lost my three-year-old son named Arham while driving to the hospital. We as parents are facing a very tough time. Satan tells me it is my fault that we did not reach the hospital in time. Will my son be with me on Judgment Day? Please pray for patience for me and my wife. This incident has given us a new direction towards the afterlife.”</w:t>
      </w:r>
    </w:p>
    <w:p>
      <w:r>
        <w:rPr>
          <w:sz w:val="20"/>
        </w:rPr>
        <w:t>42:08  Maulana, agla sawal Islamabad, Pakistan se Muhammad Tufail sahib ne bheja hai. unhone likha hai: "Maulana sahib, last week I lost my three year old son named Arham while driving to hospital.</w:t>
      </w:r>
      <w:r>
        <w:br/>
      </w:r>
      <w:r>
        <w:rPr>
          <w:sz w:val="20"/>
        </w:rPr>
        <w:t>42:25  We as parents are facing very tough time. Shaitan is telling me that it is my fault that we didn't reach the hospital in time.</w:t>
      </w:r>
      <w:r>
        <w:br/>
      </w:r>
      <w:r>
        <w:rPr>
          <w:sz w:val="20"/>
        </w:rPr>
        <w:t>42:36  Will my son be with me in judgment day? Please pray for sabr for me and my wife. This incident has given us a new direction towards after life.</w:t>
      </w:r>
      <w:r>
        <w:br/>
      </w:r>
      <w:r>
        <w:rPr>
          <w:sz w:val="20"/>
        </w:rPr>
        <w:t>42:49  World seems so insignificant to us right now. We need your guidance."</w:t>
      </w:r>
      <w:r>
        <w:br/>
      </w:r>
      <w:r>
        <w:rPr>
          <w:sz w:val="20"/>
        </w:rPr>
        <w:t>42:58  dekhiye, mein apna experience batata hoon aap ko.</w:t>
      </w:r>
      <w:r>
        <w:br/>
      </w:r>
      <w:r>
        <w:rPr>
          <w:sz w:val="20"/>
        </w:rPr>
        <w:t>43:06  mera bhi jo ek bachcha tha, pehla bachcha, woh chote par us ka inteqal ho gaya.</w:t>
      </w:r>
      <w:r>
        <w:br/>
      </w:r>
      <w:r>
        <w:rPr>
          <w:sz w:val="20"/>
        </w:rPr>
        <w:t>43:17  us waqt mein Lucknow mein tha, us zamane mein telephone nahi hua karta tha, telegram hua karta tha. to Lucknow mein Six Dropping Road par hamare relative rehte the, mein wahan tha un ke sath.</w:t>
      </w:r>
      <w:r>
        <w:br/>
      </w:r>
      <w:r>
        <w:rPr>
          <w:sz w:val="20"/>
        </w:rPr>
        <w:t>43:36  to achaanak telegram aaya, telegram aaya, us mein likha tha ke "tumhara beta Shams ul Islam inteqal kar gaya." us waqt to chota bachcha tha,</w:t>
      </w:r>
      <w:r>
        <w:br/>
      </w:r>
      <w:r>
        <w:rPr>
          <w:sz w:val="20"/>
        </w:rPr>
        <w:t>43:53  to mein kuch bhi bola nahi, na shikayat ki baat, na rone ki baat, na kuch.</w:t>
      </w:r>
      <w:r>
        <w:br/>
      </w:r>
      <w:r>
        <w:rPr>
          <w:sz w:val="20"/>
        </w:rPr>
        <w:t>44:03  chup chap utha mein aur wahan par ek kamra to hota tha Six Dropping Road par, us mein ek takht bichha hua tha aur pani ka intezaam tha.</w:t>
      </w:r>
      <w:r>
        <w:br/>
      </w:r>
      <w:r>
        <w:rPr>
          <w:sz w:val="20"/>
        </w:rPr>
        <w:t>44:19  wahan mein gaya, wuzu kiya, woh wuzu kar ke do rak'at namaz parhi, bas us ke baad khatam.</w:t>
      </w:r>
      <w:r>
        <w:br/>
      </w:r>
      <w:r>
        <w:rPr>
          <w:sz w:val="20"/>
        </w:rPr>
        <w:t>44:30  yaani goya chand minute mere liye Allah ki yaad mein gap pada tha, gap. woh dobara apni jagah retain ho gaya.</w:t>
      </w:r>
      <w:r>
        <w:br/>
      </w:r>
      <w:r>
        <w:rPr>
          <w:sz w:val="20"/>
        </w:rPr>
        <w:t>44:43  us ke pehle bhi Khuda tha mere liye, us ke baad bhi Khuda tha mere liye. yaani bachche ki khabar se pehle bhi mere liye Khuda tha, sab kuch tha.</w:t>
      </w:r>
      <w:r>
        <w:br/>
      </w:r>
      <w:r>
        <w:rPr>
          <w:sz w:val="20"/>
        </w:rPr>
        <w:t>44:53  bachche ke baad, maut ke baad bhi Khuda mere liye sab kuch ban gaya. to is tarah itna strong apni yaad banaiye Allah ki, Allah ke wajood ki,</w:t>
      </w:r>
      <w:r>
        <w:br/>
      </w:r>
      <w:r>
        <w:rPr>
          <w:sz w:val="20"/>
        </w:rPr>
        <w:t>45:07  Allah ki</w:t>
      </w:r>
      <w:r>
        <w:br/>
      </w:r>
      <w:r>
        <w:rPr>
          <w:sz w:val="20"/>
        </w:rPr>
        <w:t>45:11  itna strong banaiye, itna strong banaiye ke chand lamhe ke siwa koi doosra aap ki zindagi mein shamil na ho.</w:t>
      </w:r>
    </w:p>
    <w:p>
      <w:pPr>
        <w:pStyle w:val="Heading2"/>
      </w:pPr>
      <w:r>
        <w:t>Will righteous non-Muslims enter Paradise?</w:t>
      </w:r>
    </w:p>
    <w:p>
      <w:r>
        <w:rPr>
          <w:color w:val="666666"/>
          <w:sz w:val="18"/>
        </w:rPr>
        <w:t>Faith &amp; God · Q&amp;A 20 Nov 2011 Maulana Wahiduddin Khan · 4m 06s · at 3:55 · https://youtu.be/7sNDn8Y6jUc?t=235</w:t>
      </w:r>
    </w:p>
    <w:p>
      <w:r>
        <w:rPr>
          <w:i/>
        </w:rPr>
        <w:t>“Will righteous people among Jews, Muslims, Christians, Hindus etc. go to Paradise, or only those who have knowledge of God?”</w:t>
      </w:r>
    </w:p>
    <w:p>
      <w:r>
        <w:rPr>
          <w:sz w:val="20"/>
        </w:rPr>
        <w:t>3:55  maulana, yeh sawal mister abdul latif ka aya hai karachi pakistan se. unhon ne likha hai: "sawal pehle mein Allah taala ki bargah mein dua karta hoon ke Allah taala aap ko aur cps ke jumla arkan ko dawat o tabligh ke maidan mein sargaram amal hone ki wajah se akhirat ki kamyabi ata farmaye.</w:t>
      </w:r>
      <w:r>
        <w:br/>
      </w:r>
      <w:r>
        <w:rPr>
          <w:sz w:val="20"/>
        </w:rPr>
        <w:t>4:19  mera sawal yeh hai ke kya jannat mein yahoodi, muslimz, christians aur hindu waghera ke salih log jayenge ya sirf Allah ki marifat wale log?"</w:t>
      </w:r>
      <w:r>
        <w:br/>
      </w:r>
      <w:r>
        <w:rPr>
          <w:sz w:val="20"/>
        </w:rPr>
        <w:t>4:32  in saranon mein se kahiye aap, yeh nahi ke falan falan groh ka jo aap naam le rahe hain aap, to is se koi taaluq jannat ka nahi hai.</w:t>
      </w:r>
      <w:r>
        <w:br/>
      </w:r>
      <w:r>
        <w:rPr>
          <w:sz w:val="20"/>
        </w:rPr>
        <w:t>4:41  jannat ka taaluq hai woh insan jo iman aur amal salih par poora utre. jo quran mein jo alfaaz hain, woh hain iman</w:t>
      </w:r>
      <w:r>
        <w:br/>
      </w:r>
      <w:r>
        <w:rPr>
          <w:sz w:val="20"/>
        </w:rPr>
        <w:t>4:51  aur amal salih. zalik jaza muntazaka, jo apna tazkiya kare. to quran mein jo alfaaz hain, woh iman, amal salih, tazkiya, taqwa yeh alfaaz hain.</w:t>
      </w:r>
      <w:r>
        <w:br/>
      </w:r>
      <w:r>
        <w:rPr>
          <w:sz w:val="20"/>
        </w:rPr>
        <w:t>5:06  hum yeh kehte hain ke yeh sari</w:t>
      </w:r>
      <w:r>
        <w:br/>
      </w:r>
      <w:r>
        <w:rPr>
          <w:sz w:val="20"/>
        </w:rPr>
        <w:t>5:09  sifatain jo hain, is se bhi pehle aik cheez matloob hai, woh hai marifat. jab tak aap ko Allah ki marifat nahi hoti hai, Allah ki daryaft nahi hoti hai, tab tak yeh sifat abhrenge nahi aap ke andar.</w:t>
      </w:r>
      <w:r>
        <w:br/>
      </w:r>
      <w:r>
        <w:rPr>
          <w:sz w:val="20"/>
        </w:rPr>
        <w:t>5:25  to is mein koi shakk nahin ke jannat mein dakhle ki shartein wahi hain:</w:t>
      </w:r>
      <w:r>
        <w:br/>
      </w:r>
      <w:r>
        <w:rPr>
          <w:sz w:val="20"/>
        </w:rPr>
        <w:t>5:30  imaan, amal saleh, taqwa, tazkiya. lekin yeh sab kab hota hai? jab aap ke andar marifat aa gayi ho, Allah ki daryaft ki ho aap ne, Allah ki barhai ko aap ke zehen mein</w:t>
      </w:r>
      <w:r>
        <w:br/>
      </w:r>
      <w:r>
        <w:rPr>
          <w:sz w:val="20"/>
        </w:rPr>
        <w:t>5:47  nipha liya ho. jab tak aap Allah ki azmat ko, Allah ki barhai ko daryaft nahin karenge, yeh sifat ubhrenge nahin aap ke andar. isi wajah se marifat ka talluq is se ho jata hai.</w:t>
      </w:r>
      <w:r>
        <w:br/>
      </w:r>
      <w:r>
        <w:rPr>
          <w:sz w:val="20"/>
        </w:rPr>
        <w:t>6:04  Maulana Zikwan Nadvi ne Dilli se likha hai: "ek guftagu ke douran aap ne farmaya tha ke Quran mein Yahood o Nasara se talluq ko tark karne ka jo hukum diya gaya hai, woh koi aam hukum nahin.</w:t>
      </w:r>
      <w:r>
        <w:br/>
      </w:r>
      <w:r>
        <w:rPr>
          <w:sz w:val="20"/>
        </w:rPr>
        <w:t>6:21  iska talluq us halat se hai jab ke Musalman aur Yahood at war hon. Quran ki mazkoora ayat ka talluq jang ki soorat e haal se hai.</w:t>
      </w:r>
      <w:r>
        <w:br/>
      </w:r>
      <w:r>
        <w:rPr>
          <w:sz w:val="20"/>
        </w:rPr>
        <w:t>6:32  is ko janne ki ilmi buniyad kya hai?</w:t>
      </w:r>
      <w:r>
        <w:br/>
      </w:r>
      <w:r>
        <w:rPr>
          <w:sz w:val="20"/>
        </w:rPr>
        <w:t>6:36  yeh buniyad hai shan e nazool. saare ulma mante hain ke Quran ko samajhne ke liye shan e nazool ki riwayatein zaroori hain janna, asbab e nazool.</w:t>
      </w:r>
      <w:r>
        <w:br/>
      </w:r>
      <w:r>
        <w:rPr>
          <w:sz w:val="20"/>
        </w:rPr>
        <w:t>6:49  yani background jis ko hum kehte hain.</w:t>
      </w:r>
      <w:r>
        <w:br/>
      </w:r>
      <w:r>
        <w:rPr>
          <w:sz w:val="20"/>
        </w:rPr>
        <w:t>6:52  to baqi riwayatein hain aur kuch tafaseer likhi gayi hain inhi riwayaton par le kar, maslan Tafseer Ibn Kathir.</w:t>
      </w:r>
      <w:r>
        <w:br/>
      </w:r>
      <w:r>
        <w:rPr>
          <w:sz w:val="20"/>
        </w:rPr>
        <w:t>7:02  to aap yeh dekhiye in riwayaton ko le kar ke yeh ayatein kab utri theen.</w:t>
      </w:r>
      <w:r>
        <w:br/>
      </w:r>
      <w:r>
        <w:rPr>
          <w:sz w:val="20"/>
        </w:rPr>
        <w:t>7:10  to yeh riwayatein utri hain Makka mein nahin, aisi koi ayat Makka mein nahin utri hai. Madani mein utri hain jab ke halat e jang mein qaim ho chuki thi. yeh is tarah ki jadeed ayatein hain, Madani ayatein hain, Makki nahin hain.</w:t>
      </w:r>
      <w:r>
        <w:br/>
      </w:r>
      <w:r>
        <w:rPr>
          <w:sz w:val="20"/>
        </w:rPr>
        <w:t>7:24  to ilmi taur par is ko samajhne ka jo zariya hai, wahi hai jo ulma mante hain ke ayaton ko shan e nazool ke samjho,</w:t>
      </w:r>
      <w:r>
        <w:br/>
      </w:r>
      <w:r>
        <w:rPr>
          <w:sz w:val="20"/>
        </w:rPr>
        <w:t>7:32  asbab e nazool ke zariye samjho. yani woh ayat kab utri hai, kis mahol mein utri hai, kis masle mein utri hai, is ko jano. to main kahunga ke yeh ayatein Makka mein nahin utri, Madani mein utri hain aur us waqt utri hain jab ke jang chhad chuki thi aur Muslims aur doosre log at war ho chuke the.</w:t>
      </w:r>
      <w:r>
        <w:br/>
      </w:r>
      <w:r>
        <w:rPr>
          <w:sz w:val="20"/>
        </w:rPr>
        <w:t>7:52  is wajah se yeh</w:t>
      </w:r>
      <w:r>
        <w:br/>
      </w:r>
      <w:r>
        <w:rPr>
          <w:sz w:val="20"/>
        </w:rPr>
        <w:t>7:53  isi pas manzar mein is ko hum samajh sakte hain, is ko alag kar ke hum nahin samajh sakte.</w:t>
      </w:r>
    </w:p>
    <w:p>
      <w:pPr>
        <w:pStyle w:val="Heading2"/>
      </w:pPr>
      <w:r>
        <w:t>مرنے کے بعد اور قیامت کے دن جنت و جہنم کا مطلب</w:t>
      </w:r>
    </w:p>
    <w:p>
      <w:r>
        <w:rPr>
          <w:color w:val="666666"/>
          <w:sz w:val="18"/>
        </w:rPr>
        <w:t>Faith &amp; God · Islam and Science (In Conversation with Maulana) · 2m 04s · at 4:39 · https://youtu.be/pKS94tSXlT4?t=279</w:t>
      </w:r>
    </w:p>
    <w:p>
      <w:r>
        <w:rPr>
          <w:i/>
        </w:rPr>
        <w:t>“مرنے کے بعد جب ہر انسان اپنے آخری انجام جنت یا جہنم میں پہنچ جاتا ہے تو پھر قیامت کے دن حساب و کتاب کے بعد انسان کا جنت یا جہنم میں داخل کیے جانے کا کیا مطلب ہے؟”</w:t>
      </w:r>
    </w:p>
    <w:p>
      <w:r>
        <w:rPr>
          <w:sz w:val="20"/>
        </w:rPr>
        <w:t>4:39  maulana, agla sawal karachi pakistan se mister abdul latif ka aya hai. unhon ne likha hai: "marne ke baad jab har insan apne aakhri anjam jannat ya jahannum mein pahunch jata hai to phir qayamat ke din hisab o kitab ke baad insan ka jannat ya jahannum mein dakhil kiye jaane ka kya matlab hai؟"</w:t>
      </w:r>
      <w:r>
        <w:br/>
      </w:r>
      <w:r>
        <w:rPr>
          <w:sz w:val="20"/>
        </w:rPr>
        <w:t>5:02  dekhen, yeh baat aisi nahin hai ke hum—yeh asal yeh hai ke hum time space, time and space ke darmiyan jeete hain aur jo bayan time space hai, uska hum koi tasawwur kaam nahin kar sakte.</w:t>
      </w:r>
      <w:r>
        <w:br/>
      </w:r>
      <w:r>
        <w:rPr>
          <w:sz w:val="20"/>
        </w:rPr>
        <w:t>5:20  yeh sab yani relative baaten hain. to abhi hum is ko samajh nahin sakte ke kis tarike se wahan ka time aur wahan ka space ka kya nawiyat hogi.</w:t>
      </w:r>
      <w:r>
        <w:br/>
      </w:r>
      <w:r>
        <w:rPr>
          <w:sz w:val="20"/>
        </w:rPr>
        <w:t>5:36  abhi hum sirf ijbāl ke sath hi is waqt aqeeda rakh sakte hain. samajhta hoon ke einstein ki jo theory of relativity hai, woh is ko understandable banati hai ke zamana aur makan jo hai, woh izafi hain.</w:t>
      </w:r>
      <w:r>
        <w:br/>
      </w:r>
      <w:r>
        <w:rPr>
          <w:sz w:val="20"/>
        </w:rPr>
        <w:t>5:50  hum samajhte hain ke zamana aur makan jo hai, jo riwayati zehn ke mutabiq samajhte hain ke ke zamana aur makan zamana maan naam hai, yeh lambi muddat ka makan makan naam hai, lambi jagah ka.</w:t>
      </w:r>
      <w:r>
        <w:br/>
      </w:r>
      <w:r>
        <w:rPr>
          <w:sz w:val="20"/>
        </w:rPr>
        <w:t>6:09  to yeh tasawwur khatm kar diya hai is ne, is ki jo theory of relativity hai einstein ki. to is se mujmal taur par is baat ko hum mante hain ke ek aur duniya hai jahan zamana makan ka tasawwur jo ab hamare zehn mein hai, woh khatm ho jata hai.</w:t>
      </w:r>
      <w:r>
        <w:br/>
      </w:r>
      <w:r>
        <w:rPr>
          <w:sz w:val="20"/>
        </w:rPr>
        <w:t>6:29  to is ko hum aaj ke zehn ke sath samajh nahin sakte. is liye main yeh kahunga ke aap in cheezon mein zyada khoz mat kijiye aur mujmal taur par woh baat maan li jiye jo quran o hadith mein aayi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