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29 questions · category Faith &amp; God · full transcripts with timestamps · exported 2026-09-21</w:t>
      </w:r>
    </w:p>
    <w:p>
      <w:pPr>
        <w:pStyle w:val="Heading2"/>
      </w:pPr>
      <w:r>
        <w:t>Criteria to Differentiate Social and Faith Issues</w:t>
      </w:r>
    </w:p>
    <w:p>
      <w:r>
        <w:rPr>
          <w:color w:val="666666"/>
          <w:sz w:val="18"/>
        </w:rPr>
        <w:t>Faith &amp; God · The Lesson of History September 21, 2014 · 5m 56s · at 51:11 · https://youtu.be/aMVHLKMkhcQ?t=3071</w:t>
      </w:r>
    </w:p>
    <w:p>
      <w:r>
        <w:rPr>
          <w:i/>
        </w:rPr>
        <w:t>“What is the criterion for differentiating social issues from issues of faith?”</w:t>
      </w:r>
    </w:p>
    <w:p>
      <w:r>
        <w:rPr>
          <w:sz w:val="20"/>
        </w:rPr>
        <w:t>51:11  maulana, agla sawal ajmer se kya hai doctor safina tabassum ne aur woh aap se yeh janna chahti hain ke What is the criteria of differentiating social issues with the issues of faith?</w:t>
      </w:r>
      <w:r>
        <w:br/>
      </w:r>
      <w:r>
        <w:rPr>
          <w:sz w:val="20"/>
        </w:rPr>
        <w:t>51:25  is ke bare mein batayein.</w:t>
      </w:r>
      <w:r>
        <w:br/>
      </w:r>
      <w:r>
        <w:rPr>
          <w:sz w:val="20"/>
        </w:rPr>
        <w:t>51:29  dekhein, criteria to bohat asaan hai. dawat work, jo is ko hum kehte hain, is ka taluq tamam tar akhirat se hai.</w:t>
      </w:r>
      <w:r>
        <w:br/>
      </w:r>
      <w:r>
        <w:rPr>
          <w:sz w:val="20"/>
        </w:rPr>
        <w:t>51:40  quran mein hai ke inzar aur tafsir, yani inzar ka matlab hai aise kaam na karo jis ki wajah se tum jahannum mein chale jao.</w:t>
      </w:r>
      <w:r>
        <w:br/>
      </w:r>
      <w:r>
        <w:rPr>
          <w:sz w:val="20"/>
        </w:rPr>
        <w:t>51:51  tafsir ka matlab hai woh kaam karo jo tum ko jann</w:t>
      </w:r>
      <w:r>
        <w:br/>
      </w:r>
      <w:r>
        <w:rPr>
          <w:sz w:val="20"/>
        </w:rPr>
        <w:t>51:54  at mein pahunchaye. isi ka naam dawat hai. aur yeh so called social, kya kehte hain? social service?</w:t>
      </w:r>
      <w:r>
        <w:br/>
      </w:r>
      <w:r>
        <w:rPr>
          <w:sz w:val="20"/>
        </w:rPr>
        <w:t>52:04  kya hai? social issues aur haan, social issues to ek ledri hai. maine social issues se aaj tak kuch hua hai.</w:t>
      </w:r>
      <w:r>
        <w:br/>
      </w:r>
      <w:r>
        <w:rPr>
          <w:sz w:val="20"/>
        </w:rPr>
        <w:t>52:13  main is ko ledri samajhta hoon. ek hi kaam karne ka hai, woh education. baqi social issues kuch bhi nahi. main is ko nahi manta.</w:t>
      </w:r>
      <w:r>
        <w:br/>
      </w:r>
      <w:r>
        <w:rPr>
          <w:sz w:val="20"/>
        </w:rPr>
        <w:t>52:23  social issues, yani kuch kuch sawal nikal nikal ke, kuch negative point nikal nikal ke, is ledri karna hai.</w:t>
      </w:r>
      <w:r>
        <w:br/>
      </w:r>
      <w:r>
        <w:rPr>
          <w:sz w:val="20"/>
        </w:rPr>
        <w:t>52:32  ek sath se baat hui jo social activist the, woh bohat bohat dinon se. to unhone kaha ke maine social activist tha, mujhe ab chhod diya.</w:t>
      </w:r>
      <w:r>
        <w:br/>
      </w:r>
      <w:r>
        <w:rPr>
          <w:sz w:val="20"/>
        </w:rPr>
        <w:t>52:41  maine, maine kaha kyun? unhone kaha ke maine jab dekha to maine samjha ke main to social activist nahi hoon, social critic hoon.</w:t>
      </w:r>
      <w:r>
        <w:br/>
      </w:r>
      <w:r>
        <w:rPr>
          <w:sz w:val="20"/>
        </w:rPr>
        <w:t>52:52  khud unhone kaha, aap chahein to un ka naam bata sakta hoon, main un ka telephone number de sakta hoon aap ko. unhone kaha ke maine jab ghor kiya to maine kaha ke main itne dinon se kaam kar raha hoon, aap ne social activist kehta hoon, lekin kya kiya maine?</w:t>
      </w:r>
      <w:r>
        <w:br/>
      </w:r>
      <w:r>
        <w:rPr>
          <w:sz w:val="20"/>
        </w:rPr>
        <w:t>53:09  social critic bana hua hoon main. to saare jo yeh is line mein hain, woh social critic hain. woh mah</w:t>
      </w:r>
      <w:r>
        <w:br/>
      </w:r>
      <w:r>
        <w:rPr>
          <w:sz w:val="20"/>
        </w:rPr>
        <w:t>53:17  az ek jo ek hi kaam karne ka hai, education, jo india mein hai nahi. kyunke india mein dekhein, aala standard ki education hai hi nahi.</w:t>
      </w:r>
      <w:r>
        <w:br/>
      </w:r>
      <w:r>
        <w:rPr>
          <w:sz w:val="20"/>
        </w:rPr>
        <w:t>53:29  abhi akhbar mein aaya tha ke dunya ki behtareen universityon ki ek list banayi gayi, so dunya ki so achhi aala universityan, us mein ek bhi india ki university nahi hai.</w:t>
      </w:r>
      <w:r>
        <w:br/>
      </w:r>
      <w:r>
        <w:rPr>
          <w:sz w:val="20"/>
        </w:rPr>
        <w:t>53:43  dunya ke top hundred universityon mein se ek bhi india ki university nahi hai. to india to talib-e-naukhair hai. to kya social activist ka yeh activist, woh activist, yeh saare activist ko bhaad mein daalo aur india mein aala darje ki education lao.</w:t>
      </w:r>
      <w:r>
        <w:br/>
      </w:r>
      <w:r>
        <w:rPr>
          <w:sz w:val="20"/>
        </w:rPr>
        <w:t>54:05  aur mein aap ko ek aur baat arz karoon ke india mein education kyun nahi hai?</w:t>
      </w:r>
      <w:r>
        <w:br/>
      </w:r>
      <w:r>
        <w:rPr>
          <w:sz w:val="20"/>
        </w:rPr>
        <w:t>54:12  abhi ek sab mujhe maloom hua ke ek sahab aaye thay, ek ek lady aayi thi america se, professor, ek amriki professor aayi thi india mein ek university mein.</w:t>
      </w:r>
      <w:r>
        <w:br/>
      </w:r>
      <w:r>
        <w:rPr>
          <w:sz w:val="20"/>
        </w:rPr>
        <w:t>54:24  abhi ek do haftay ki baat thi. to ek muslim student un se milay, unhon ne kaha ke mein america mein jata hoon parhnay ke liye, mujhe wahan par admission dilwaiye.</w:t>
      </w:r>
      <w:r>
        <w:br/>
      </w:r>
      <w:r>
        <w:rPr>
          <w:sz w:val="20"/>
        </w:rPr>
        <w:t>54:37  yeh sacha qissa bata raha hoon aap ko</w:t>
      </w:r>
      <w:r>
        <w:br/>
      </w:r>
      <w:r>
        <w:rPr>
          <w:sz w:val="20"/>
        </w:rPr>
        <w:t>54:41  ke yaani lady professor hain, woh american hain, woh america mein parhati hain, india mein aayi theen, ek university mein lecture tha un ka. to ek muslim student ne un se kaha ke mein america jana chahta hoon parhnay ke liye, to mujhe wahan admission dilwaiye.</w:t>
      </w:r>
      <w:r>
        <w:br/>
      </w:r>
      <w:r>
        <w:rPr>
          <w:sz w:val="20"/>
        </w:rPr>
        <w:t>54:58  to us ne bohat seriously kaha ke mere bhai, america india nahi hai. america mein saari cheez merit par hoti hai.</w:t>
      </w:r>
      <w:r>
        <w:br/>
      </w:r>
      <w:r>
        <w:rPr>
          <w:sz w:val="20"/>
        </w:rPr>
        <w:t>55:07  merit par.</w:t>
      </w:r>
      <w:r>
        <w:br/>
      </w:r>
      <w:r>
        <w:rPr>
          <w:sz w:val="20"/>
        </w:rPr>
        <w:t>55:09  wahan aise safai safai kar ke admission nahi milta wahan par. agar aap merit par honge to aap zaroor mil jayega, nahi to nahi milne wale.</w:t>
      </w:r>
      <w:r>
        <w:br/>
      </w:r>
      <w:r>
        <w:rPr>
          <w:sz w:val="20"/>
        </w:rPr>
        <w:t>55:19  aap ko president of america bhi aap ko admission nahi dila sakta. to india mein sab se bari museebat thi ke reservation, riayatein, aur yeh us jo chala india mein, is ne tabah kar diya yahan ke nizaam ko.</w:t>
      </w:r>
      <w:r>
        <w:br/>
      </w:r>
      <w:r>
        <w:rPr>
          <w:sz w:val="20"/>
        </w:rPr>
        <w:t>55:35  aur america mein kyun behtareen education hoti hai?</w:t>
      </w:r>
      <w:r>
        <w:br/>
      </w:r>
      <w:r>
        <w:rPr>
          <w:sz w:val="20"/>
        </w:rPr>
        <w:t>55:38  wahan sab kuch merit par hai. competitor perish. mein bohat ziyada is ka wakil hoon ke yeh jo formula hai, competitor perish, yahi india mein hona chahiye aur isi tarah ki hoti hai.</w:t>
      </w:r>
      <w:r>
        <w:br/>
      </w:r>
      <w:r>
        <w:rPr>
          <w:sz w:val="20"/>
        </w:rPr>
        <w:t>55:52  competitor perish. to is liye american lady ne kaha ke wahan par yeh sab nahi hota jo aap india mein sochtay honge ke koi safai kar de to aap ko admission mil jayega, safai kar de to aap ko service mil jayegi.</w:t>
      </w:r>
      <w:r>
        <w:br/>
      </w:r>
      <w:r>
        <w:rPr>
          <w:sz w:val="20"/>
        </w:rPr>
        <w:t>56:08  wahan na to service milegi safai se, na admission. sab kuch merit par hota hai wahan. wahan ka usool hai competitor perish.</w:t>
      </w:r>
      <w:r>
        <w:br/>
      </w:r>
      <w:r>
        <w:rPr>
          <w:sz w:val="20"/>
        </w:rPr>
        <w:t>56:20  to india mein mein samajhta hoon ke sab se bari jo ghalti hui hai, woh yeh hai ke unhon ne american model, jo fitri model hai, natural model, is ko nahi liya aur Russian model ko le liya.</w:t>
      </w:r>
      <w:r>
        <w:br/>
      </w:r>
      <w:r>
        <w:rPr>
          <w:sz w:val="20"/>
        </w:rPr>
        <w:t>56:32  Russian model ko. roos bhi tabah hai, india bhi tabah hai.</w:t>
      </w:r>
      <w:r>
        <w:br/>
      </w:r>
      <w:r>
        <w:rPr>
          <w:sz w:val="20"/>
        </w:rPr>
        <w:t>56:39  ek hi principle, fitri principle hai, competitor perish. mein is ko islami samajhta hoon aur america ne is ko qabool kiya to woh itni taraqqi ho gayi.</w:t>
      </w:r>
      <w:r>
        <w:br/>
      </w:r>
      <w:r>
        <w:rPr>
          <w:sz w:val="20"/>
        </w:rPr>
        <w:t>56:49  magar aur india mein Russian model le liya unhon ne. to roos bhi tabah hai aur india bhi tabah hai.</w:t>
      </w:r>
      <w:r>
        <w:br/>
      </w:r>
      <w:r>
        <w:rPr>
          <w:sz w:val="20"/>
        </w:rPr>
        <w:t>56:59  beh-haal yeh meri soch hai. ab aap log is par ghor kijiye.</w:t>
      </w:r>
    </w:p>
    <w:p>
      <w:pPr>
        <w:pStyle w:val="Heading2"/>
      </w:pPr>
      <w:r>
        <w:t>Critique of doomsday talk and negativity</w:t>
      </w:r>
    </w:p>
    <w:p>
      <w:r>
        <w:rPr>
          <w:color w:val="666666"/>
          <w:sz w:val="18"/>
        </w:rPr>
        <w:t>Faith &amp; God · Personality of A Believer February 2, 2014 · 6m 28s · at 1:05:35 · https://youtu.be/EiK_-O-Bjps?t=3935</w:t>
      </w:r>
    </w:p>
    <w:p>
      <w:r>
        <w:rPr>
          <w:i/>
        </w:rPr>
        <w:t>“Maulana, you talk about developing a positive mind, but you yourself turned negative in your talk 'Doomsday is coming' on 24 November 2013, saying all born now will go to Hell and expressing desire for an early doomsday. Such a narrow and hopeless version of religion can produce frustration and justify violence. How do you reconcile this?”</w:t>
      </w:r>
    </w:p>
    <w:p>
      <w:r>
        <w:rPr>
          <w:sz w:val="20"/>
        </w:rPr>
        <w:t>1:05:35  maulana, agla sawal mumbai se aya hai mr sr khanna ne bheja hai. unhon ne likha hai: "maulana, you talk in developing positive mind,</w:t>
      </w:r>
      <w:r>
        <w:br/>
      </w:r>
      <w:r>
        <w:rPr>
          <w:sz w:val="20"/>
        </w:rPr>
        <w:t>1:05:48  but you yourself have turn negative in your talk on 24 november 2013, when you delivered a talk titled 'doomsday is coming'.</w:t>
      </w:r>
      <w:r>
        <w:br/>
      </w:r>
      <w:r>
        <w:rPr>
          <w:sz w:val="20"/>
        </w:rPr>
        <w:t>1:06:01  you said that all those born now will go to hell and express your desire for an early doomsday. this kind of narrow and hopeless version of religion can only produce frustration and also ultimately be used to justify violence and mass murder.</w:t>
      </w:r>
      <w:r>
        <w:br/>
      </w:r>
      <w:r>
        <w:rPr>
          <w:sz w:val="20"/>
        </w:rPr>
        <w:t>1:06:22  claiming to know the creation plan of god is the first step towards fanaticism.</w:t>
      </w:r>
      <w:r>
        <w:br/>
      </w:r>
      <w:r>
        <w:rPr>
          <w:sz w:val="20"/>
        </w:rPr>
        <w:t>1:06:28  do you think condemning the entire humanity to hell can develop peace and spirituality? mein mein aisa kabhi nahi kehta ke kaun hell mein jayega, yeh mera kaam nahi hai.</w:t>
      </w:r>
      <w:r>
        <w:br/>
      </w:r>
      <w:r>
        <w:rPr>
          <w:sz w:val="20"/>
        </w:rPr>
        <w:t>1:06:42  that is god domain. mein kaun hota hoon kehne wala ke kaun hell mein jayega?</w:t>
      </w:r>
      <w:r>
        <w:br/>
      </w:r>
      <w:r>
        <w:rPr>
          <w:sz w:val="20"/>
        </w:rPr>
        <w:t>1:06:49  mein sirf yeh kehta hoon ke aaj kal jo halaat hain, woh bohat hi bigad gaye hain, bohat zyada bigad gaye hain.</w:t>
      </w:r>
      <w:r>
        <w:br/>
      </w:r>
      <w:r>
        <w:rPr>
          <w:sz w:val="20"/>
        </w:rPr>
        <w:t>1:06:57  yani halaat insaan ko bigadne wale zyada hain, banane wale kam hain. aur yeh har aap janta hai, yeh koi aisa nahi ke mein kahoon to aap janenge.</w:t>
      </w:r>
      <w:r>
        <w:br/>
      </w:r>
      <w:r>
        <w:rPr>
          <w:sz w:val="20"/>
        </w:rPr>
        <w:t>1:07:10  is zamane mein jahan bhi jaiye, wahan par bigaad ki baatein hain.</w:t>
      </w:r>
      <w:r>
        <w:br/>
      </w:r>
      <w:r>
        <w:rPr>
          <w:sz w:val="20"/>
        </w:rPr>
        <w:t>1:07:16  yahan tak ke jo cheezein pehle zamane mein hum samajhte thay ke yeh galat hain, woh ab ab qanoon par nahi. maslan same sex, hum ne bachpan mein kabhi socha nahi tha ke same sex ka word bhi hamare paas nahi tha ke woh woh fakhr ke saath log is ko ikhtiyar karenge.</w:t>
      </w:r>
      <w:r>
        <w:br/>
      </w:r>
      <w:r>
        <w:rPr>
          <w:sz w:val="20"/>
        </w:rPr>
        <w:t>1:07:39  aisi hazaron baatein hain.</w:t>
      </w:r>
      <w:r>
        <w:br/>
      </w:r>
      <w:r>
        <w:rPr>
          <w:sz w:val="20"/>
        </w:rPr>
        <w:t>1:07:43  to mein jo kehta hoon, yeh hargiz nahi kehta ke log falan falan log jahanum mein jayenge. mein kaise keh sakta hoon? yeh mera right right nahi hai.</w:t>
      </w:r>
      <w:r>
        <w:br/>
      </w:r>
      <w:r>
        <w:rPr>
          <w:sz w:val="20"/>
        </w:rPr>
        <w:t>1:07:53  that not my domain. lekin yeh mein zaroor kehta hoon ke ab ab insaan ko bigadne wale asbab badh gaye hain.</w:t>
      </w:r>
      <w:r>
        <w:br/>
      </w:r>
      <w:r>
        <w:rPr>
          <w:sz w:val="20"/>
        </w:rPr>
        <w:t>1:08:03  har jagah bigaad ke asbab, bigaad ke asbab, bigaad ke asbab. to yeh to ek waqia hai, kaun is ka inkar karega?</w:t>
      </w:r>
      <w:r>
        <w:br/>
      </w:r>
      <w:r>
        <w:rPr>
          <w:sz w:val="20"/>
        </w:rPr>
        <w:t>1:08:12  aap dekhen, har taraf corruption hai, har taraf exploitation hai, har taraf jhoot hai, har taraf.</w:t>
      </w:r>
      <w:r>
        <w:br/>
      </w:r>
      <w:r>
        <w:rPr>
          <w:sz w:val="20"/>
        </w:rPr>
        <w:t>1:08:20  yani yeh hai jo rozana khabrein aati rehti hain ke log rape karte hain aur koi pakad nahi, in ki dhoom se rape karte hain aur phir koi pakad bhi nahi, koi koi saza nahi hoti, kisi ko hoti.</w:t>
      </w:r>
      <w:r>
        <w:br/>
      </w:r>
      <w:r>
        <w:rPr>
          <w:sz w:val="20"/>
        </w:rPr>
        <w:t>1:08:38  to aap ki kaun nahi janta in baaton ko?</w:t>
      </w:r>
      <w:r>
        <w:br/>
      </w:r>
      <w:r>
        <w:rPr>
          <w:sz w:val="20"/>
        </w:rPr>
        <w:t>1:08:41  kaun khud nahi janta?</w:t>
      </w:r>
      <w:r>
        <w:br/>
      </w:r>
      <w:r>
        <w:rPr>
          <w:sz w:val="20"/>
        </w:rPr>
        <w:t>1:08:46  to mein isi ko kehta hoon, bas hargiz hargiz mein na kaha, na na na socha mein ne kabhi aisa ke mein keh sakta hoon ke falan jahanum mein jayega.</w:t>
      </w:r>
      <w:r>
        <w:br/>
      </w:r>
      <w:r>
        <w:rPr>
          <w:sz w:val="20"/>
        </w:rPr>
        <w:t>1:08:56  yeh kaise keh sakta hoon mein? to is ko aap negative ko kehte hain, yeh koi negative statement nahi keh sakte. aap jo soorat e haal is waqt hai, us ko mein zikr karta hoon.</w:t>
      </w:r>
      <w:r>
        <w:br/>
      </w:r>
      <w:r>
        <w:rPr>
          <w:sz w:val="20"/>
        </w:rPr>
        <w:t>1:09:07  aap party se jaiye to wahan corruption hai, media mein jaiye to wahan par censors hain, news ko khoob numayan karte hain, maar dhaar ko numayan karte hain.</w:t>
      </w:r>
      <w:r>
        <w:br/>
      </w:r>
      <w:r>
        <w:rPr>
          <w:sz w:val="20"/>
        </w:rPr>
        <w:t>1:09:17  aap market mein jaiye to wahan exploitation hai,</w:t>
      </w:r>
      <w:r>
        <w:br/>
      </w:r>
      <w:r>
        <w:rPr>
          <w:sz w:val="20"/>
        </w:rPr>
        <w:t>1:09:23  aap jaiye kahin officer jayen to wahan favoritism hai, koi kaam karna ho to wahan rishwat deni padti hai. yani kaun sa institution hai, kaun si field hai jahan yeh sab na ho?</w:t>
      </w:r>
      <w:r>
        <w:br/>
      </w:r>
      <w:r>
        <w:rPr>
          <w:sz w:val="20"/>
        </w:rPr>
        <w:t>1:09:38  to zamane ke halaat jo hain, us ko mein kehta hoon, woh sab sab log jante hain.</w:t>
      </w:r>
      <w:r>
        <w:br/>
      </w:r>
      <w:r>
        <w:rPr>
          <w:sz w:val="20"/>
        </w:rPr>
        <w:t>1:09:46  abhi mein radio sun raha tha to koi ga raha tha, koi aadmi. ab mein kabhi koi radio chalata hoon, gaana aa jata hai to koi aadmi ga raha tha: "dekh tere sansaar ki haalat kya ho gayi, bhagwan!</w:t>
      </w:r>
      <w:r>
        <w:br/>
      </w:r>
      <w:r>
        <w:rPr>
          <w:sz w:val="20"/>
        </w:rPr>
        <w:t>1:10:00  kitna badal gaya hai insaan!"</w:t>
      </w:r>
      <w:r>
        <w:br/>
      </w:r>
      <w:r>
        <w:rPr>
          <w:sz w:val="20"/>
        </w:rPr>
        <w:t>1:10:04  ab ek professional aadmi, is ka ta'alluq na mazhab se hai na kuch hai, woh ga raha tha: "dekh tere sansaar ki haalat kya ho gayi, bhagwan! kitna badal gaya hai insaan!" yahi mein kehta hoon, bas to kaun si nayi baat yeh hai?</w:t>
      </w:r>
      <w:r>
        <w:br/>
      </w:r>
      <w:r>
        <w:rPr>
          <w:sz w:val="20"/>
        </w:rPr>
        <w:t>1:10:18  aap hargiz yeh nahi keh sakte ke mein koi negative reward deta hoon ya kisi ke jannat jahanum ko faisla karta hoon. mujhe is ka right nahi hai.</w:t>
      </w:r>
      <w:r>
        <w:br/>
      </w:r>
      <w:r>
        <w:rPr>
          <w:sz w:val="20"/>
        </w:rPr>
        <w:t>1:10:30  meri baat ko aap ne galat agree se</w:t>
      </w:r>
      <w:r>
        <w:br/>
      </w:r>
      <w:r>
        <w:rPr>
          <w:sz w:val="20"/>
        </w:rPr>
        <w:t>1:10:33  liya hai. aap right agree se len to woh aap ka bhi wahi soch hogi. aap right agree se len to woh wahi aap bhi sochte honge ke is zamane mein kitni kharabiyan aa gayi hain.</w:t>
      </w:r>
      <w:r>
        <w:br/>
      </w:r>
      <w:r>
        <w:rPr>
          <w:sz w:val="20"/>
        </w:rPr>
        <w:t>1:10:43  kisi bhi boodhe aadmi se poochhiye ke us ke bachpan mein kya halaat the, aaj kya halaat hain? aap ke dada ji zinda honge, un se poochhiye ke aap ke bachpan mein kya halaat the, aaj kya halaat hain?</w:t>
      </w:r>
      <w:r>
        <w:br/>
      </w:r>
      <w:r>
        <w:rPr>
          <w:sz w:val="20"/>
        </w:rPr>
        <w:t>1:10:55  to kaun si nai baat maine kahi hai? is ko aap aise kaise kehte hain ke main negative reward deta hoon?</w:t>
      </w:r>
      <w:r>
        <w:br/>
      </w:r>
      <w:r>
        <w:rPr>
          <w:sz w:val="20"/>
        </w:rPr>
        <w:t>1:11:03  aap ne meri baat ko galat agree se dekha, is ko sahi agree se dekhiye.</w:t>
      </w:r>
    </w:p>
    <w:p>
      <w:pPr>
        <w:pStyle w:val="Heading2"/>
      </w:pPr>
      <w:r>
        <w:t>Explaining the responsibility of La ilaha illallah</w:t>
      </w:r>
    </w:p>
    <w:p>
      <w:r>
        <w:rPr>
          <w:color w:val="666666"/>
          <w:sz w:val="18"/>
        </w:rPr>
        <w:t>Faith &amp; God · The Revival of Ibrahimi Mission-28th October 2012 · 6m 47s · at 1:06:15 · https://youtu.be/kniEYfMCz9w?t=3975</w:t>
      </w:r>
    </w:p>
    <w:p>
      <w:r>
        <w:rPr>
          <w:i/>
        </w:rPr>
        <w:t>“When we explain to Muslims that the declaration of 'La ilaha illallah' is the responsibility, it does...”</w:t>
      </w:r>
    </w:p>
    <w:p>
      <w:r>
        <w:rPr>
          <w:sz w:val="20"/>
        </w:rPr>
        <w:t>1:06:15  maulana, agla sawal dilli se hai.</w:t>
      </w:r>
      <w:r>
        <w:br/>
      </w:r>
      <w:r>
        <w:rPr>
          <w:sz w:val="20"/>
        </w:rPr>
        <w:t>1:06:21  miss naghma siddiqui ka.</w:t>
      </w:r>
      <w:r>
        <w:br/>
      </w:r>
      <w:r>
        <w:rPr>
          <w:sz w:val="20"/>
        </w:rPr>
        <w:t>1:06:27  unhon ne likha hai: "When we explain to Muslims that دعویٰ الا اللہ is the responsibility, it does</w:t>
      </w:r>
      <w:r>
        <w:br/>
      </w:r>
      <w:r>
        <w:rPr>
          <w:sz w:val="20"/>
        </w:rPr>
        <w:t>1:06:33  not get any positive response.</w:t>
      </w:r>
      <w:r>
        <w:br/>
      </w:r>
      <w:r>
        <w:rPr>
          <w:sz w:val="20"/>
        </w:rPr>
        <w:t>1:06:39  They say yes, it is good, but continue to do either their social or milli work.</w:t>
      </w:r>
      <w:r>
        <w:br/>
      </w:r>
      <w:r>
        <w:rPr>
          <w:sz w:val="20"/>
        </w:rPr>
        <w:t>1:06:45  molana, when the task is so big and Muslims are not giving a positive response, what should we do?</w:t>
      </w:r>
      <w:r>
        <w:br/>
      </w:r>
      <w:r>
        <w:rPr>
          <w:sz w:val="20"/>
        </w:rPr>
        <w:t>1:06:50  "dekhen, social work, milli work, yeh to koi kaam nahin hai mere nazdeek, na islami aitbaar se</w:t>
      </w:r>
      <w:r>
        <w:br/>
      </w:r>
      <w:r>
        <w:rPr>
          <w:sz w:val="20"/>
        </w:rPr>
        <w:t>1:06:55  aur na aqal ke aitbaar se.</w:t>
      </w:r>
      <w:r>
        <w:br/>
      </w:r>
      <w:r>
        <w:rPr>
          <w:sz w:val="20"/>
        </w:rPr>
        <w:t>1:07:00  is liye hamara islami aitbaar se yeh hai ke rasool Allah ki zindagi mein hamein koi aisa namoona</w:t>
      </w:r>
      <w:r>
        <w:br/>
      </w:r>
      <w:r>
        <w:rPr>
          <w:sz w:val="20"/>
        </w:rPr>
        <w:t>1:07:05  nahin milta ke aap ne social work kiya, milli work kiya ho, aap ne sirf دعویٰ work kiya.</w:t>
      </w:r>
      <w:r>
        <w:br/>
      </w:r>
      <w:r>
        <w:rPr>
          <w:sz w:val="20"/>
        </w:rPr>
        <w:t>1:07:10  is ke baray mein main likh chuka hoon tafseel se, aap parh sakte hain ke rasool Allah ne</w:t>
      </w:r>
      <w:r>
        <w:br/>
      </w:r>
      <w:r>
        <w:rPr>
          <w:sz w:val="20"/>
        </w:rPr>
        <w:t>1:07:15  kabhi bhi yeh kaam nahin kiya.</w:t>
      </w:r>
      <w:r>
        <w:br/>
      </w:r>
      <w:r>
        <w:rPr>
          <w:sz w:val="20"/>
        </w:rPr>
        <w:t>1:07:20  hata ke aap ko yeh kaam karne ke liye kaha gaya, is tarah ka kaam to aap ne</w:t>
      </w:r>
      <w:r>
        <w:br/>
      </w:r>
      <w:r>
        <w:rPr>
          <w:sz w:val="20"/>
        </w:rPr>
        <w:t>1:07:25  kaha ke ma lihaza buis'tum alaikum main is ke liye nahin bheja gaya hoon.</w:t>
      </w:r>
      <w:r>
        <w:br/>
      </w:r>
      <w:r>
        <w:rPr>
          <w:sz w:val="20"/>
        </w:rPr>
        <w:t>1:07:30  yeh yeh mera kaam to da'wat Allah hai.</w:t>
      </w:r>
      <w:r>
        <w:br/>
      </w:r>
      <w:r>
        <w:rPr>
          <w:sz w:val="20"/>
        </w:rPr>
        <w:t>1:07:35  aqal ka mamla yeh hai ke main aqli tor par bhi is ko absurd samajhta hoon.</w:t>
      </w:r>
      <w:r>
        <w:br/>
      </w:r>
      <w:r>
        <w:rPr>
          <w:sz w:val="20"/>
        </w:rPr>
        <w:t>1:07:40  is liye ke sab se bari cheez dekhiye, yeh nahin ke aap un ki help karen.</w:t>
      </w:r>
      <w:r>
        <w:br/>
      </w:r>
      <w:r>
        <w:rPr>
          <w:sz w:val="20"/>
        </w:rPr>
        <w:t>1:07:45  sab se bari cheez aap ko incentive den, challenge ko face karne ki taqat paida karen.</w:t>
      </w:r>
      <w:r>
        <w:br/>
      </w:r>
      <w:r>
        <w:rPr>
          <w:sz w:val="20"/>
        </w:rPr>
        <w:t>1:07:50  un ke andar aaj kal jo chala hua hai, muslim empowerment aur community empowerment, falan empowerment, yeh sab</w:t>
      </w:r>
      <w:r>
        <w:br/>
      </w:r>
      <w:r>
        <w:rPr>
          <w:sz w:val="20"/>
        </w:rPr>
        <w:t>1:07:56  bilkul absurd main samajhta hoon.</w:t>
      </w:r>
      <w:r>
        <w:br/>
      </w:r>
      <w:r>
        <w:rPr>
          <w:sz w:val="20"/>
        </w:rPr>
        <w:t>1:08:01  is ko woh saare log jin ko kaha jata hai ke he was born with a silver spoon</w:t>
      </w:r>
      <w:r>
        <w:br/>
      </w:r>
      <w:r>
        <w:rPr>
          <w:sz w:val="20"/>
        </w:rPr>
        <w:t>1:08:06  in his mouth, mere to woh sab se zyada fail thay zindagi mein kyunke unhon ne challenge ko</w:t>
      </w:r>
      <w:r>
        <w:br/>
      </w:r>
      <w:r>
        <w:rPr>
          <w:sz w:val="20"/>
        </w:rPr>
        <w:t>1:08:11  face nahin kiya.</w:t>
      </w:r>
      <w:r>
        <w:br/>
      </w:r>
      <w:r>
        <w:rPr>
          <w:sz w:val="20"/>
        </w:rPr>
        <w:t>1:08:16  un ke andar personality nahi bani, un ke andar incentive nahi ubhra.</w:t>
      </w:r>
      <w:r>
        <w:br/>
      </w:r>
      <w:r>
        <w:rPr>
          <w:sz w:val="20"/>
        </w:rPr>
        <w:t>1:08:21  to main is ko koi kaam nahi samajhta.</w:t>
      </w:r>
      <w:r>
        <w:br/>
      </w:r>
      <w:r>
        <w:rPr>
          <w:sz w:val="20"/>
        </w:rPr>
        <w:t>1:08:26  jo kaam ko aik hi kaam ko main kaam samajhta hoon ke education, intehai aala mayar ki education,</w:t>
      </w:r>
      <w:r>
        <w:br/>
      </w:r>
      <w:r>
        <w:rPr>
          <w:sz w:val="20"/>
        </w:rPr>
        <w:t>1:08:31  abhi bhi hamare mulk mein aala mayar ki education nahi hai.</w:t>
      </w:r>
      <w:r>
        <w:br/>
      </w:r>
      <w:r>
        <w:rPr>
          <w:sz w:val="20"/>
        </w:rPr>
        <w:t>1:08:36  halankay beshumar log social work kar rahay hain, milli work kar rahay hain, is mein arbon kharbon</w:t>
      </w:r>
      <w:r>
        <w:br/>
      </w:r>
      <w:r>
        <w:rPr>
          <w:sz w:val="20"/>
        </w:rPr>
        <w:t>1:08:41  roopay kharch kar rahay hain.</w:t>
      </w:r>
      <w:r>
        <w:br/>
      </w:r>
      <w:r>
        <w:rPr>
          <w:sz w:val="20"/>
        </w:rPr>
        <w:t>1:08:46  yeh sab mere nazdeek bilkul bekar kaam hai.</w:t>
      </w:r>
      <w:r>
        <w:br/>
      </w:r>
      <w:r>
        <w:rPr>
          <w:sz w:val="20"/>
        </w:rPr>
        <w:t>1:08:51  islami aitbar se bhi, aqli aitbar se bhi, bohat aala darjay ka school kholain, lakhon ki tadad mein</w:t>
      </w:r>
      <w:r>
        <w:br/>
      </w:r>
      <w:r>
        <w:rPr>
          <w:sz w:val="20"/>
        </w:rPr>
        <w:t>1:08:57  saaray mulk mein sara paisa is mein laga dain.</w:t>
      </w:r>
      <w:r>
        <w:br/>
      </w:r>
      <w:r>
        <w:rPr>
          <w:sz w:val="20"/>
        </w:rPr>
        <w:t>1:09:02  yeh hai kaam.</w:t>
      </w:r>
      <w:r>
        <w:br/>
      </w:r>
      <w:r>
        <w:rPr>
          <w:sz w:val="20"/>
        </w:rPr>
        <w:t>1:09:07  abhi bhi aala darjay ke school hamare mulk mein mojood nahi hain aur social work ki dhoom hai,</w:t>
      </w:r>
      <w:r>
        <w:br/>
      </w:r>
      <w:r>
        <w:rPr>
          <w:sz w:val="20"/>
        </w:rPr>
        <w:t>1:09:12  milli work ki dhoom hai.</w:t>
      </w:r>
      <w:r>
        <w:br/>
      </w:r>
      <w:r>
        <w:rPr>
          <w:sz w:val="20"/>
        </w:rPr>
        <w:t>1:09:17  to main is mamlay mein bohat hi sakht rai rakhta hoon.</w:t>
      </w:r>
      <w:r>
        <w:br/>
      </w:r>
      <w:r>
        <w:rPr>
          <w:sz w:val="20"/>
        </w:rPr>
        <w:t>1:09:22  un kaamoun ko main kaam nahi samajhta.</w:t>
      </w:r>
      <w:r>
        <w:br/>
      </w:r>
      <w:r>
        <w:rPr>
          <w:sz w:val="20"/>
        </w:rPr>
        <w:t>1:09:27  main aik kaam samajhta hoon ke is is baat ko ke insan ka incentive jagaya jaye, motivate kiya jaye.</w:t>
      </w:r>
      <w:r>
        <w:br/>
      </w:r>
      <w:r>
        <w:rPr>
          <w:sz w:val="20"/>
        </w:rPr>
        <w:t>1:09:32  aur doosri baat yeh ke bohat hi high standard ki education di jaye is ko.</w:t>
      </w:r>
      <w:r>
        <w:br/>
      </w:r>
      <w:r>
        <w:rPr>
          <w:sz w:val="20"/>
        </w:rPr>
        <w:t>1:09:37  isi ko main kaam samajhta hoon.</w:t>
      </w:r>
      <w:r>
        <w:br/>
      </w:r>
      <w:r>
        <w:rPr>
          <w:sz w:val="20"/>
        </w:rPr>
        <w:t>1:09:42  baqi sab ledaery hai, ledaery.</w:t>
      </w:r>
      <w:r>
        <w:br/>
      </w:r>
      <w:r>
        <w:rPr>
          <w:sz w:val="20"/>
        </w:rPr>
        <w:t>1:09:47  maulana, dilli se sawal hai muhammad noor sahib ka.</w:t>
      </w:r>
      <w:r>
        <w:br/>
      </w:r>
      <w:r>
        <w:rPr>
          <w:sz w:val="20"/>
        </w:rPr>
        <w:t>1:09:52  unhon ne likha hai: "If I have discovered truth, will I never experience frustration?</w:t>
      </w:r>
      <w:r>
        <w:br/>
      </w:r>
      <w:r>
        <w:rPr>
          <w:sz w:val="20"/>
        </w:rPr>
        <w:t>1:09:58  What is your comment on this?</w:t>
      </w:r>
      <w:r>
        <w:br/>
      </w:r>
      <w:r>
        <w:rPr>
          <w:sz w:val="20"/>
        </w:rPr>
        <w:t>1:10:04  " mera tajurba to yahi hai.</w:t>
      </w:r>
      <w:r>
        <w:br/>
      </w:r>
      <w:r>
        <w:rPr>
          <w:sz w:val="20"/>
        </w:rPr>
        <w:t>1:10:10  mera tajurba yeh hai ke main Allah ke fazal se tension free rehta hoon.</w:t>
      </w:r>
      <w:r>
        <w:br/>
      </w:r>
      <w:r>
        <w:rPr>
          <w:sz w:val="20"/>
        </w:rPr>
        <w:t>1:10:17  mujhe akhirat ke fikr to zaroor hain, lekin dunya tension hota hai.</w:t>
      </w:r>
      <w:r>
        <w:br/>
      </w:r>
      <w:r>
        <w:rPr>
          <w:sz w:val="20"/>
        </w:rPr>
        <w:t>1:10:23  dunya ko lay kar ke, dunya ko lay kar tension hota hai.</w:t>
      </w:r>
      <w:r>
        <w:br/>
      </w:r>
      <w:r>
        <w:rPr>
          <w:sz w:val="20"/>
        </w:rPr>
        <w:t>1:10:29  to dunya ke mamlaat mein insaan tension free ban jaata hai, is mein koi shakk nahi hai.</w:t>
      </w:r>
      <w:r>
        <w:br/>
      </w:r>
      <w:r>
        <w:rPr>
          <w:sz w:val="20"/>
        </w:rPr>
        <w:t>1:10:36  agar is ko woh sachai mil jaye jo Allah ke nazdeek sachai hai, yeh bhi samajh lijiye.</w:t>
      </w:r>
      <w:r>
        <w:br/>
      </w:r>
      <w:r>
        <w:rPr>
          <w:sz w:val="20"/>
        </w:rPr>
        <w:t>1:10:42  self style sachai se nahi aisa hoga, kyunke jab woh sachai mil jaye aap ko jo Allah ke</w:t>
      </w:r>
      <w:r>
        <w:br/>
      </w:r>
      <w:r>
        <w:rPr>
          <w:sz w:val="20"/>
        </w:rPr>
        <w:t>1:10:48  nazdeek sachai hai, to aap ka aap ka talluq Allah se qaim ho gaya.</w:t>
      </w:r>
      <w:r>
        <w:br/>
      </w:r>
      <w:r>
        <w:rPr>
          <w:sz w:val="20"/>
        </w:rPr>
        <w:t>1:10:55  aap phir, yaani Allah se aap ka communication hoga.</w:t>
      </w:r>
      <w:r>
        <w:br/>
      </w:r>
      <w:r>
        <w:rPr>
          <w:sz w:val="20"/>
        </w:rPr>
        <w:t>1:11:01  Allah ki help aap tak pohnchegi, Allah ka inspiration milega aap ko.</w:t>
      </w:r>
      <w:r>
        <w:br/>
      </w:r>
      <w:r>
        <w:rPr>
          <w:sz w:val="20"/>
        </w:rPr>
        <w:t>1:11:08  to yeh saare faayde is sachai ke liye hain jo Allah ke nazdeek sachai ho.</w:t>
      </w:r>
      <w:r>
        <w:br/>
      </w:r>
      <w:r>
        <w:rPr>
          <w:sz w:val="20"/>
        </w:rPr>
        <w:t>1:11:14  kisi bhi self self style sachai ke liye yeh faayde nahi hain.</w:t>
      </w:r>
      <w:r>
        <w:br/>
      </w:r>
      <w:r>
        <w:rPr>
          <w:sz w:val="20"/>
        </w:rPr>
        <w:t>1:11:20  khud hi khud log daal lete hain ke yeh sachai hai, yeh sachai hai.</w:t>
      </w:r>
      <w:r>
        <w:br/>
      </w:r>
      <w:r>
        <w:rPr>
          <w:sz w:val="20"/>
        </w:rPr>
        <w:t>1:11:27  to is mein yeh faayde kahan se milenge? Allah ne jis cheez ko sachai bataya hai, Allah</w:t>
      </w:r>
      <w:r>
        <w:br/>
      </w:r>
      <w:r>
        <w:rPr>
          <w:sz w:val="20"/>
        </w:rPr>
        <w:t>1:11:33  ke nazdeek jo jo sachai hai, jab woh mil jaye aap ko to aap Allah se jud gaye.</w:t>
      </w:r>
      <w:r>
        <w:br/>
      </w:r>
      <w:r>
        <w:rPr>
          <w:sz w:val="20"/>
        </w:rPr>
        <w:t>1:11:39  jab Allah se jud gaye to phir tension, tension kahan? phir to tension khatam.</w:t>
      </w:r>
      <w:r>
        <w:br/>
      </w:r>
      <w:r>
        <w:rPr>
          <w:sz w:val="20"/>
        </w:rPr>
        <w:t>1:11:46  Maulana, Mr Sanjeeb ne Delhi se sawal kiya hai.</w:t>
      </w:r>
      <w:r>
        <w:br/>
      </w:r>
      <w:r>
        <w:rPr>
          <w:sz w:val="20"/>
        </w:rPr>
        <w:t>1:11:52  unhon ne unhon ne poocha hai: "What is the limit of applying mind in religion?</w:t>
      </w:r>
      <w:r>
        <w:br/>
      </w:r>
      <w:r>
        <w:rPr>
          <w:sz w:val="20"/>
        </w:rPr>
        <w:t>1:11:59  " Mr ne kaha: "matlab is ka?" Maulana ki: "limit ki?" limit kya sawal hai? bhai, humm hain</w:t>
      </w:r>
      <w:r>
        <w:br/>
      </w:r>
      <w:r>
        <w:rPr>
          <w:sz w:val="20"/>
        </w:rPr>
        <w:t>1:12:04  jin religion to zindagi hai.</w:t>
      </w:r>
      <w:r>
        <w:br/>
      </w:r>
      <w:r>
        <w:rPr>
          <w:sz w:val="20"/>
        </w:rPr>
        <w:t>1:12:10  aap shayad religion ka matlab samajhte hain rituals.</w:t>
      </w:r>
      <w:r>
        <w:br/>
      </w:r>
      <w:r>
        <w:rPr>
          <w:sz w:val="20"/>
        </w:rPr>
        <w:t>1:12:16  rituals hona religion nahi hai.</w:t>
      </w:r>
      <w:r>
        <w:br/>
      </w:r>
      <w:r>
        <w:rPr>
          <w:sz w:val="20"/>
        </w:rPr>
        <w:t>1:12:22  religion to, yaani yaani intellectual activities ka higher form hai.</w:t>
      </w:r>
      <w:r>
        <w:br/>
      </w:r>
      <w:r>
        <w:rPr>
          <w:sz w:val="20"/>
        </w:rPr>
        <w:t>1:12:28  intellectual activities ka higher form hai.</w:t>
      </w:r>
      <w:r>
        <w:br/>
      </w:r>
      <w:r>
        <w:rPr>
          <w:sz w:val="20"/>
        </w:rPr>
        <w:t>1:12:34  to sab se zyada aap ko, aap ka mind jo hai, jis cheez mein religion aap ke mind</w:t>
      </w:r>
      <w:r>
        <w:br/>
      </w:r>
      <w:r>
        <w:rPr>
          <w:sz w:val="20"/>
        </w:rPr>
        <w:t>1:12:40  ko sab se zyada develop karta hai, sab se zyada engage karta hai, sab se zyada taraqqi ki</w:t>
      </w:r>
      <w:r>
        <w:br/>
      </w:r>
      <w:r>
        <w:rPr>
          <w:sz w:val="20"/>
        </w:rPr>
        <w:t>1:12:45  taraf le aata hai, to is mein limit ka kya sawal hai? limit ka zehan is waqt aata</w:t>
      </w:r>
      <w:r>
        <w:br/>
      </w:r>
      <w:r>
        <w:rPr>
          <w:sz w:val="20"/>
        </w:rPr>
        <w:t>1:12:51  hai jab aap jab religion ka matlab samjhein aap rituals.</w:t>
      </w:r>
      <w:r>
        <w:br/>
      </w:r>
      <w:r>
        <w:rPr>
          <w:sz w:val="20"/>
        </w:rPr>
        <w:t>1:12:57  to ritual to mazhab hai hi nahi, woh to culture hai.</w:t>
      </w:r>
    </w:p>
    <w:p>
      <w:pPr>
        <w:pStyle w:val="Heading2"/>
      </w:pPr>
      <w:r>
        <w:t>First discovery of God experience</w:t>
      </w:r>
    </w:p>
    <w:p>
      <w:r>
        <w:rPr>
          <w:color w:val="666666"/>
          <w:sz w:val="18"/>
        </w:rPr>
        <w:t>Faith &amp; God · Discovering God June 30, 2019 Maulana Wahiduddin Khan · 8m 36s · at 1:03:00 · https://youtu.be/Yt1-eX7XzYU?t=3780</w:t>
      </w:r>
    </w:p>
    <w:p>
      <w:r>
        <w:rPr>
          <w:i/>
        </w:rPr>
        <w:t>“Maulana Sahib, if you share your first discovery of God incident with all of us. Look, I have written it, I have written it that I lived in a confused age.”</w:t>
      </w:r>
    </w:p>
    <w:p>
      <w:r>
        <w:rPr>
          <w:sz w:val="20"/>
        </w:rPr>
        <w:t>1:03:00  Jazak Allah." Mashallah, mashallah. Maulana, agla sawal Tamapur se bheja hai Naseer Sinh sahib ne.</w:t>
      </w:r>
      <w:r>
        <w:br/>
      </w:r>
      <w:r>
        <w:rPr>
          <w:sz w:val="20"/>
        </w:rPr>
        <w:t>1:03:09  Unhone aap se poocha hai ke Maulana sahib, aap ka first discovery of God ka waqia agar aap hum sab logon se share karein.</w:t>
      </w:r>
      <w:r>
        <w:br/>
      </w:r>
      <w:r>
        <w:rPr>
          <w:sz w:val="20"/>
        </w:rPr>
        <w:t>1:03:21  Dekhiye, main iski likh chuka hoon, iski likh chuka hoon ke main adham adham umar mein rehta tha.</w:t>
      </w:r>
      <w:r>
        <w:br/>
      </w:r>
      <w:r>
        <w:rPr>
          <w:sz w:val="20"/>
        </w:rPr>
        <w:t>1:03:32  Yeh waqia hai shayad 41-42 ka.</w:t>
      </w:r>
      <w:r>
        <w:br/>
      </w:r>
      <w:r>
        <w:rPr>
          <w:sz w:val="20"/>
        </w:rPr>
        <w:t>1:03:42  Ab bilkul be-taabi mein jeeta tha, rota tha, rota tha aur be-taabi mein jeeta tha.</w:t>
      </w:r>
      <w:r>
        <w:br/>
      </w:r>
      <w:r>
        <w:rPr>
          <w:sz w:val="20"/>
        </w:rPr>
        <w:t>1:03:54  To main isi be-taabi mein jahan Al Abu ki Jamia Masjid mein gaya, Al Anwar ki Jamia Masjid hai,</w:t>
      </w:r>
      <w:r>
        <w:br/>
      </w:r>
      <w:r>
        <w:rPr>
          <w:sz w:val="20"/>
        </w:rPr>
        <w:t>1:04:05  us waqt khaali thi, koi tha nahi wahan. To main iske angan mein pahuncha. Wahan par bada sa angan tha aur wahan par ek taraf papite ke ped the,</w:t>
      </w:r>
      <w:r>
        <w:br/>
      </w:r>
      <w:r>
        <w:rPr>
          <w:sz w:val="20"/>
        </w:rPr>
        <w:t>1:04:24  papite ke ped. To main papite ke ped ke neeche khada ho gaya. Main akela tha us waqt, wahan koi nahi tha. Khada ho gaya aur haalat yeh thi ke mere sar ke upar papite ke phool dikhai de rahe the.</w:t>
      </w:r>
      <w:r>
        <w:br/>
      </w:r>
      <w:r>
        <w:rPr>
          <w:sz w:val="20"/>
        </w:rPr>
        <w:t>1:04:44  Aap jante hain, agar dekha ho aap ne papita to mamooli hawa ke jhonke se bhi papite ke phool jhadte rehte hain, mamooli hawa ke jhonke se.</w:t>
      </w:r>
      <w:r>
        <w:br/>
      </w:r>
      <w:r>
        <w:rPr>
          <w:sz w:val="20"/>
        </w:rPr>
        <w:t>1:04:55  To main wahan is tarah khada tha ke meri aankhon se aansu musalsal gir rahe the, aansu aur papite ke ped se phool jhad rahe the.</w:t>
      </w:r>
      <w:r>
        <w:br/>
      </w:r>
      <w:r>
        <w:rPr>
          <w:sz w:val="20"/>
        </w:rPr>
        <w:t>1:05:13  Yeh musalsal yeh ho raha tha aur meri aankh se, meri zubaan se nikal raha tha baar baar ke Khawand tu kab aayega?</w:t>
      </w:r>
      <w:r>
        <w:br/>
      </w:r>
      <w:r>
        <w:rPr>
          <w:sz w:val="20"/>
        </w:rPr>
        <w:t>1:05:26  Main kab tak tere aane ka intezar karoon? Yeh pehli meri realization thi. Khawand tu kab aayega?</w:t>
      </w:r>
      <w:r>
        <w:br/>
      </w:r>
      <w:r>
        <w:rPr>
          <w:sz w:val="20"/>
        </w:rPr>
        <w:t>1:05:36  Main kab tak tere aane ka intezar karoon? Iske baad main nikal pada. Is zamane mein hamare qareeb ka station tha Sagon.</w:t>
      </w:r>
      <w:r>
        <w:br/>
      </w:r>
      <w:r>
        <w:rPr>
          <w:sz w:val="20"/>
        </w:rPr>
        <w:t>1:05:50  To Sagon se ek gaadi aati thi seedhi Lahore. Yeh Sagon mein badh jaiye aur Lahore utar jaiye. Is is zamane mein ghair raf'a ka ticket tha wahan.</w:t>
      </w:r>
      <w:r>
        <w:br/>
      </w:r>
      <w:r>
        <w:rPr>
          <w:sz w:val="20"/>
        </w:rPr>
        <w:t>1:06:04  Is zamane mein to main isi isi be-taabi mein is gaadi par baith gaya, ghair raf'a ka ticket le kar Sagon mein.</w:t>
      </w:r>
      <w:r>
        <w:br/>
      </w:r>
      <w:r>
        <w:rPr>
          <w:sz w:val="20"/>
        </w:rPr>
        <w:t>1:06:23  To gaadi chali to chalte chalte woh Lahore station pahunch gayi. Ab main neeche utra to koi aadmi nahi tha mujhe receive karne ke liye kyunke mujhe wahan koi aadmi tha hi nahi.</w:t>
      </w:r>
      <w:r>
        <w:br/>
      </w:r>
      <w:r>
        <w:rPr>
          <w:sz w:val="20"/>
        </w:rPr>
        <w:t>1:06:42  To main platform par dewana war yani chal raha tha idhar se udhar, idhar se udhar. Mere paas se ek setting engine guzra,</w:t>
      </w:r>
      <w:r>
        <w:br/>
      </w:r>
      <w:r>
        <w:rPr>
          <w:sz w:val="20"/>
        </w:rPr>
        <w:t>1:06:57  setting.</w:t>
      </w:r>
      <w:r>
        <w:br/>
      </w:r>
      <w:r>
        <w:rPr>
          <w:sz w:val="20"/>
        </w:rPr>
        <w:t>1:07:01  To main ne</w:t>
      </w:r>
      <w:r>
        <w:br/>
      </w:r>
      <w:r>
        <w:rPr>
          <w:sz w:val="20"/>
        </w:rPr>
        <w:t>1:07:05  poora irada kar liya ke main kood padoon aur jaan de doon. Lekin us waqt laga ke kisi ne mujh ko peeche se bahut taqat se pakad liya,</w:t>
      </w:r>
      <w:r>
        <w:br/>
      </w:r>
      <w:r>
        <w:rPr>
          <w:sz w:val="20"/>
        </w:rPr>
        <w:t>1:07:19  pakad kheench liya apni taraf. Yeh pehla tajurba tha jab maine jaana ke farishte aate hain Allah ki ki taraf se insaan ki madad ke liye.</w:t>
      </w:r>
      <w:r>
        <w:br/>
      </w:r>
      <w:r>
        <w:rPr>
          <w:sz w:val="20"/>
        </w:rPr>
        <w:t>1:07:29  to jab yeh mein khudkushi kar raha tha to foran ke foran Allah ne ek farishta bhej diya ke jao is is bande ko roko, is bande ko roko.</w:t>
      </w:r>
      <w:r>
        <w:br/>
      </w:r>
      <w:r>
        <w:rPr>
          <w:sz w:val="20"/>
        </w:rPr>
        <w:t>1:07:44  kyunke yeh jaan de dega to process of search of gaadi khatam ho jayega.</w:t>
      </w:r>
      <w:r>
        <w:br/>
      </w:r>
      <w:r>
        <w:rPr>
          <w:sz w:val="20"/>
        </w:rPr>
        <w:t>1:07:55  Khuda ki talash ka jo process jari hua hai, woh to khatam ho jayega.</w:t>
      </w:r>
      <w:r>
        <w:br/>
      </w:r>
      <w:r>
        <w:rPr>
          <w:sz w:val="20"/>
        </w:rPr>
        <w:t>1:08:04  to mujhe laga ke station par platform par koi aadmi aaya aur peeche se us ne bohat taqat se pakad liya mujh ko aur mujh ko</w:t>
      </w:r>
      <w:r>
        <w:br/>
      </w:r>
      <w:r>
        <w:rPr>
          <w:sz w:val="20"/>
        </w:rPr>
        <w:t>1:08:21  koodne nahi diya.</w:t>
      </w:r>
      <w:r>
        <w:br/>
      </w:r>
      <w:r>
        <w:rPr>
          <w:sz w:val="20"/>
        </w:rPr>
        <w:t>1:08:25  is ke baad mein ne likha ke aur waqia hua to mein</w:t>
      </w:r>
      <w:r>
        <w:br/>
      </w:r>
      <w:r>
        <w:rPr>
          <w:sz w:val="20"/>
        </w:rPr>
        <w:t>1:08:33  ek road par chal raha tha. Ek road par woh road ka naam tha pehle Makkrot Road, ab pata nahi kya naam hai.</w:t>
      </w:r>
      <w:r>
        <w:br/>
      </w:r>
      <w:r>
        <w:rPr>
          <w:sz w:val="20"/>
        </w:rPr>
        <w:t>1:08:46  woh woh road Dr. Iqbal ke ghar se guzarti thi. Woh</w:t>
      </w:r>
      <w:r>
        <w:br/>
      </w:r>
      <w:r>
        <w:rPr>
          <w:sz w:val="20"/>
        </w:rPr>
        <w:t>1:08:54  to wahan par dobara ek waqia guzra.</w:t>
      </w:r>
      <w:r>
        <w:br/>
      </w:r>
      <w:r>
        <w:rPr>
          <w:sz w:val="20"/>
        </w:rPr>
        <w:t>1:09:00  woh is waqie ko ek aadmi mujhe khara ho ke dekh raha tha peeche se. Un ka naam tha Qureshi Sahab.</w:t>
      </w:r>
      <w:r>
        <w:br/>
      </w:r>
      <w:r>
        <w:rPr>
          <w:sz w:val="20"/>
        </w:rPr>
        <w:t>1:09:12  to woh mere paas aaye</w:t>
      </w:r>
      <w:r>
        <w:br/>
      </w:r>
      <w:r>
        <w:rPr>
          <w:sz w:val="20"/>
        </w:rPr>
        <w:t>1:09:16  ke aap kaun hain? Phir mein ne bataya ke mein Al Anwar se aaya hoon aur mera yahan koi jaane wala nahi hai. To Allah taala ne un ke dil mein meri humdardi daal di.</w:t>
      </w:r>
      <w:r>
        <w:br/>
      </w:r>
      <w:r>
        <w:rPr>
          <w:sz w:val="20"/>
        </w:rPr>
        <w:t>1:09:33  woh kaam karte the ek tailoring shop mein jis ka naam tha B. L. Ram Sons.</w:t>
      </w:r>
      <w:r>
        <w:br/>
      </w:r>
      <w:r>
        <w:rPr>
          <w:sz w:val="20"/>
        </w:rPr>
        <w:t>1:09:45  to khud to woh mamooli tater, tater, tater the lekin B. L. Ram Sons bohat bara shop thi un ki Lahore mein Mall Road par.</w:t>
      </w:r>
      <w:r>
        <w:br/>
      </w:r>
      <w:r>
        <w:rPr>
          <w:sz w:val="20"/>
        </w:rPr>
        <w:t>1:09:59  wahan le gaye woh. Wahan par unhon ne milaya mujh se. To un logon ne yeh mujh ko dekh kar samjha ke yeh kisi achhe ghar ka ladka hai aur bhaag ke aaya hai.</w:t>
      </w:r>
      <w:r>
        <w:br/>
      </w:r>
      <w:r>
        <w:rPr>
          <w:sz w:val="20"/>
        </w:rPr>
        <w:t>1:10:13  yeh kaha tha unhon ne ke hum samajhte hain ke yeh kisi achhe ghar ka ladka hai, bhaag ke aaya hai. To un ko wapas bhejo, wapas bhejo.</w:t>
      </w:r>
      <w:r>
        <w:br/>
      </w:r>
      <w:r>
        <w:rPr>
          <w:sz w:val="20"/>
        </w:rPr>
        <w:t>1:10:23  kyunke chunancha apni jeb se is B. L. Ram Sons jo the, apni jeb se unhon ne diya 15 rupiya ke le jao un ko aur un ko bitha do wapas wapsi ke train par.</w:t>
      </w:r>
      <w:r>
        <w:br/>
      </w:r>
      <w:r>
        <w:rPr>
          <w:sz w:val="20"/>
        </w:rPr>
        <w:t>1:10:42  is tarah se mein dobara train par baitha aur wapas ho kar mein Al Anwar aa gaya. Yeh sab kahani hai.</w:t>
      </w:r>
      <w:r>
        <w:br/>
      </w:r>
      <w:r>
        <w:rPr>
          <w:sz w:val="20"/>
        </w:rPr>
        <w:t>1:10:53  yeh sab mein likh chuka hoon</w:t>
      </w:r>
      <w:r>
        <w:br/>
      </w:r>
      <w:r>
        <w:rPr>
          <w:sz w:val="20"/>
        </w:rPr>
        <w:t>1:10:57  ke kisi ko manna hai to maane, nahi manna hai to na maane. Aap ko haq hai ke na manne ka. Lekin yaad rakhiye, yeh haqiqaten aakhirat mein khul jayengi.</w:t>
      </w:r>
      <w:r>
        <w:br/>
      </w:r>
      <w:r>
        <w:rPr>
          <w:sz w:val="20"/>
        </w:rPr>
        <w:t>1:11:13  na manne wale logon ko dikhai padega ke yeh to haqaiq the, be fact tha ke kaise hum ne is ka inkar kiya.</w:t>
      </w:r>
      <w:r>
        <w:br/>
      </w:r>
      <w:r>
        <w:rPr>
          <w:sz w:val="20"/>
        </w:rPr>
        <w:t>1:11:25  be fact tha woh kaise hum ne inkar kiya. Yeh sab kahani mein ne likhi hai, aap parh sakte hain is ko.</w:t>
      </w:r>
    </w:p>
    <w:p>
      <w:pPr>
        <w:pStyle w:val="Heading2"/>
      </w:pPr>
      <w:r>
        <w:t>God's forgiveness for suicide due to depression</w:t>
      </w:r>
    </w:p>
    <w:p>
      <w:r>
        <w:rPr>
          <w:color w:val="666666"/>
          <w:sz w:val="18"/>
        </w:rPr>
        <w:t>Faith &amp; God · The Existence of God January 27, 2019 Maulana Wahiduddin Khan · 7m 16s · at 47:09 · https://youtu.be/fh9tr5ZrUno?t=2829</w:t>
      </w:r>
    </w:p>
    <w:p>
      <w:r>
        <w:rPr>
          <w:i/>
        </w:rPr>
        <w:t>“Maulana, I am depressed because I have no social status and money. Will God forgive me if I commit suicide?”</w:t>
      </w:r>
    </w:p>
    <w:p>
      <w:r>
        <w:rPr>
          <w:sz w:val="20"/>
        </w:rPr>
        <w:t>47:09  Maulana, agla sawal ah Srinagar se bheja hai Murad Rehman Sahab ne. Unhon ne likha hai: "Maulana, I am depressed because I have no social status and money.</w:t>
      </w:r>
      <w:r>
        <w:br/>
      </w:r>
      <w:r>
        <w:rPr>
          <w:sz w:val="20"/>
        </w:rPr>
        <w:t>47:24  Will God forgive me if I commit suicide?"</w:t>
      </w:r>
      <w:r>
        <w:br/>
      </w:r>
      <w:r>
        <w:rPr>
          <w:sz w:val="20"/>
        </w:rPr>
        <w:t>47:31  Dekhiye,</w:t>
      </w:r>
      <w:r>
        <w:br/>
      </w:r>
      <w:r>
        <w:rPr>
          <w:sz w:val="20"/>
        </w:rPr>
        <w:t>47:36  Suicide karne ki aap ko zaroorat nahi hai, balke apne is haal se incentive lijiye aap aur aur aur behtar aur</w:t>
      </w:r>
      <w:r>
        <w:br/>
      </w:r>
      <w:r>
        <w:rPr>
          <w:sz w:val="20"/>
        </w:rPr>
        <w:t>47:50  Yaani apne ab zindagi ka ko aap face kijiye zyada badhe hue incentive se.</w:t>
      </w:r>
      <w:r>
        <w:br/>
      </w:r>
      <w:r>
        <w:rPr>
          <w:sz w:val="20"/>
        </w:rPr>
        <w:t>48:02  Maine apni aankh se ek insaan ko dekha hai,</w:t>
      </w:r>
      <w:r>
        <w:br/>
      </w:r>
      <w:r>
        <w:rPr>
          <w:sz w:val="20"/>
        </w:rPr>
        <w:t>48:08  Ab khud apni aankh se dekha hai main</w:t>
      </w:r>
      <w:r>
        <w:br/>
      </w:r>
      <w:r>
        <w:rPr>
          <w:sz w:val="20"/>
        </w:rPr>
        <w:t>48:13  Ke woh frustration ka shikar ho gaye the. Woh kisi wajah se frustration ka shikar ho gaye the to woh kisi se baat nahi karte the is mauzu par.</w:t>
      </w:r>
      <w:r>
        <w:br/>
      </w:r>
      <w:r>
        <w:rPr>
          <w:sz w:val="20"/>
        </w:rPr>
        <w:t>48:27  Andar andar bilkul frustration, yahan tak ke ek din unhon ne zeher kha liya, khudkushi kar ke irade se.</w:t>
      </w:r>
      <w:r>
        <w:br/>
      </w:r>
      <w:r>
        <w:rPr>
          <w:sz w:val="20"/>
        </w:rPr>
        <w:t>48:41  Unhon ne khud apni aankhon se dekha hai un ki, un ka body pada hua hai aur</w:t>
      </w:r>
      <w:r>
        <w:br/>
      </w:r>
      <w:r>
        <w:rPr>
          <w:sz w:val="20"/>
        </w:rPr>
        <w:t>48:53  Bataur lagta hai ke ab woh maut ke kinare pahunch chuke hain. Lekin phir jaldi ek doctor available ho gaya, logon ne jaldi se us ko bulaya,</w:t>
      </w:r>
      <w:r>
        <w:br/>
      </w:r>
      <w:r>
        <w:rPr>
          <w:sz w:val="20"/>
        </w:rPr>
        <w:t>49:06  Us ne kuch treatment kiya, kuch ulti karwai, kya kiya kya kiya, par woh bach gaye.</w:t>
      </w:r>
      <w:r>
        <w:br/>
      </w:r>
      <w:r>
        <w:rPr>
          <w:sz w:val="20"/>
        </w:rPr>
        <w:t>49:17  Aur maine phir unhi unhi ko apni aankhon se dekha hai ke woh business kiya, unhon ne bohat acha business kiya, bohat kamyab, bohat paisa kamaya.</w:t>
      </w:r>
      <w:r>
        <w:br/>
      </w:r>
      <w:r>
        <w:rPr>
          <w:sz w:val="20"/>
        </w:rPr>
        <w:t>49:34  Us ke baad main ek kitaab padhi, ek kitaab padhi maine. Is kitaab mein likha tha ke jo log suicide karein aur bach jayein kisi wajah se,</w:t>
      </w:r>
      <w:r>
        <w:br/>
      </w:r>
      <w:r>
        <w:rPr>
          <w:sz w:val="20"/>
        </w:rPr>
        <w:t>49:49  Suicide karein aur bach jayein to hero ban jate hain woh, kyunke suicide karne se pehle to woh ek dam maishat mein jeete the.</w:t>
      </w:r>
      <w:r>
        <w:br/>
      </w:r>
      <w:r>
        <w:rPr>
          <w:sz w:val="20"/>
        </w:rPr>
        <w:t>50:05  Zindagi maishat ke maani kya hain? Zindagi ki, zindagi ki value na janna. Yeh jo insaan hai aap, aap ke andar is ki value ko na janna.</w:t>
      </w:r>
      <w:r>
        <w:br/>
      </w:r>
      <w:r>
        <w:rPr>
          <w:sz w:val="20"/>
        </w:rPr>
        <w:t>50:19  to is ne likha tha ke jo aadmi suicide kare aur bach jaye, wo apni zindagi ki value ko bohat baray paimane par jaan leta hai aur phir hero ban jata hai.</w:t>
      </w:r>
      <w:r>
        <w:br/>
      </w:r>
      <w:r>
        <w:rPr>
          <w:sz w:val="20"/>
        </w:rPr>
        <w:t>50:29  wo</w:t>
      </w:r>
      <w:r>
        <w:br/>
      </w:r>
      <w:r>
        <w:rPr>
          <w:sz w:val="20"/>
        </w:rPr>
        <w:t>50:32  to aap apne potential ko daryaft kijiye aur koi bhi kaam jo mile aap ko, chahe wo ghaas kaatne ka kaam ho, shuru kar dijiye.</w:t>
      </w:r>
      <w:r>
        <w:br/>
      </w:r>
      <w:r>
        <w:rPr>
          <w:sz w:val="20"/>
        </w:rPr>
        <w:t>50:45  inshallah aap bohat kam kamyab honge, bohat kamyab honge.</w:t>
      </w:r>
      <w:r>
        <w:br/>
      </w:r>
      <w:r>
        <w:rPr>
          <w:sz w:val="20"/>
        </w:rPr>
        <w:t>50:58  maulana, kuch comment parhna chahenge. ye comment bheja hai syeda fozana hussain nees bangalore se. unhon ne likha hai: "God has created us for a purpose and we should live up to His expectations and not question His existence.</w:t>
      </w:r>
      <w:r>
        <w:br/>
      </w:r>
      <w:r>
        <w:rPr>
          <w:sz w:val="20"/>
        </w:rPr>
        <w:t>51:16  Most important is He is watching our actions and that is enough to feel His presence. He is guiding us, correcting, acknowledging us, letting us live in every type of circumstances which is itself a reward.</w:t>
      </w:r>
      <w:r>
        <w:br/>
      </w:r>
      <w:r>
        <w:rPr>
          <w:sz w:val="20"/>
        </w:rPr>
        <w:t>51:34  This is my understanding of today's talk." Miss mashallah, miss shabina ali ne kolkata se likha hai:</w:t>
      </w:r>
      <w:r>
        <w:br/>
      </w:r>
      <w:r>
        <w:rPr>
          <w:sz w:val="20"/>
        </w:rPr>
        <w:t>51:46  "Discover God in His creation is my takeaway of today's lecture</w:t>
      </w:r>
      <w:r>
        <w:br/>
      </w:r>
      <w:r>
        <w:rPr>
          <w:sz w:val="20"/>
        </w:rPr>
        <w:t>51:51  . One needs to be a seeker of truth and observer of nature and an inquiring mind to get to the bottom of realization of the Creator and the existence of God." Mr shad hussain ne likha hai kashmir se: "A great seeker revealed many secrets which were in the form of symbols in the Quran and tradition</w:t>
      </w:r>
      <w:r>
        <w:br/>
      </w:r>
      <w:r>
        <w:rPr>
          <w:sz w:val="20"/>
        </w:rPr>
        <w:t>52:16  . Really thrilling." Maulana, ab sawal lena chahenge. ye sawal hai aamir mori sahib ka kashmir se.</w:t>
      </w:r>
      <w:r>
        <w:br/>
      </w:r>
      <w:r>
        <w:rPr>
          <w:sz w:val="20"/>
        </w:rPr>
        <w:t>52:27  unhon ne likha hai: "Maulana sahib, we have heard many Muslim preachers saying that sometimes we need to kill aql in religion because religion is a matter of faith.</w:t>
      </w:r>
      <w:r>
        <w:br/>
      </w:r>
      <w:r>
        <w:rPr>
          <w:sz w:val="20"/>
        </w:rPr>
        <w:t>52:43  But science has helped us to understand the uncertain things with certainty. But still, there are few aspects in religion like meraj incident where we are not able to apply our aql.</w:t>
      </w:r>
      <w:r>
        <w:br/>
      </w:r>
      <w:r>
        <w:rPr>
          <w:sz w:val="20"/>
        </w:rPr>
        <w:t>53:00  Kindly guide how to understand such aspects and address this kind of thinking." Dekhiye, ye wo log hote hain jo jo jo farma rahe hain aap un ko ke parhte parhte kuch nahi,</w:t>
      </w:r>
      <w:r>
        <w:br/>
      </w:r>
      <w:r>
        <w:rPr>
          <w:sz w:val="20"/>
        </w:rPr>
        <w:t>53:15  bilkul yani kuch parhte nahi, bas khali hawa hawa mein apni aql dorate hain.</w:t>
      </w:r>
      <w:r>
        <w:br/>
      </w:r>
      <w:r>
        <w:rPr>
          <w:sz w:val="20"/>
        </w:rPr>
        <w:t>53:25  main aise logon ko kuch nahi keh sakta siwaye is ke ke wo</w:t>
      </w:r>
    </w:p>
    <w:p>
      <w:pPr>
        <w:pStyle w:val="Heading2"/>
      </w:pPr>
      <w:r>
        <w:t>Group claims to be promised messiah</w:t>
      </w:r>
    </w:p>
    <w:p>
      <w:r>
        <w:rPr>
          <w:color w:val="666666"/>
          <w:sz w:val="18"/>
        </w:rPr>
        <w:t>Faith &amp; God · Discovery of Modern Age I 10th Feb. 13 · 5m 20s · at 1:16:49 · https://youtu.be/Yp5T0KacY84?t=4609</w:t>
      </w:r>
    </w:p>
    <w:p>
      <w:r>
        <w:rPr>
          <w:i/>
        </w:rPr>
        <w:t>“In the Delhi Book Fair, a group has set up a stall. They consider their group to be the promised messiah.”</w:t>
      </w:r>
    </w:p>
    <w:p>
      <w:r>
        <w:rPr>
          <w:sz w:val="20"/>
        </w:rPr>
        <w:t>1:16:49  maulana, agla sawal bihar patna se hai daniyal sahab ka.</w:t>
      </w:r>
      <w:r>
        <w:br/>
      </w:r>
      <w:r>
        <w:rPr>
          <w:sz w:val="20"/>
        </w:rPr>
        <w:t>1:16:53  unhon ne likha hai: "dilli book fair mein ek group ka stall laga hua hai.</w:t>
      </w:r>
      <w:r>
        <w:br/>
      </w:r>
      <w:r>
        <w:rPr>
          <w:sz w:val="20"/>
        </w:rPr>
        <w:t>1:16:59  yeh log apne guru ko promised masihah samajhte hain.</w:t>
      </w:r>
      <w:r>
        <w:br/>
      </w:r>
      <w:r>
        <w:rPr>
          <w:sz w:val="20"/>
        </w:rPr>
        <w:t>1:17:03  hum ne dekha ke in logon ke andar missionary spirit aur discipline paya jata hai.</w:t>
      </w:r>
      <w:r>
        <w:br/>
      </w:r>
      <w:r>
        <w:rPr>
          <w:sz w:val="20"/>
        </w:rPr>
        <w:t>1:17:10  misal ke taur par, in ke stall mein bohat ziyada trend volunteer hain.</w:t>
      </w:r>
      <w:r>
        <w:br/>
      </w:r>
      <w:r>
        <w:rPr>
          <w:sz w:val="20"/>
        </w:rPr>
        <w:t>1:17:15  isi tarah, in ke stall mein ek special cabin hai, is mein in ke experts baithe hue hain.</w:t>
      </w:r>
      <w:r>
        <w:br/>
      </w:r>
      <w:r>
        <w:rPr>
          <w:sz w:val="20"/>
        </w:rPr>
        <w:t>1:17:23  stall par aane wala jo visitor in ke mission ko samajhna chahta hai, woh is ko cabin mein</w:t>
      </w:r>
      <w:r>
        <w:br/>
      </w:r>
      <w:r>
        <w:rPr>
          <w:sz w:val="20"/>
        </w:rPr>
        <w:t>1:17:31  le ja kar convince karte hain.</w:t>
      </w:r>
      <w:r>
        <w:br/>
      </w:r>
      <w:r>
        <w:rPr>
          <w:sz w:val="20"/>
        </w:rPr>
        <w:t>1:17:33  maulana sahib, mere do sawal hain is missionary spirit ke peechay.</w:t>
      </w:r>
      <w:r>
        <w:br/>
      </w:r>
      <w:r>
        <w:rPr>
          <w:sz w:val="20"/>
        </w:rPr>
        <w:t>1:17:38  pehla, motivational power kya hai? aur doosra, kya hum ko bhi isi missionary spirit aur isi discipline ke</w:t>
      </w:r>
      <w:r>
        <w:br/>
      </w:r>
      <w:r>
        <w:rPr>
          <w:sz w:val="20"/>
        </w:rPr>
        <w:t>1:17:45  saath kaam karne ki zaroorat hai?" aap ko namona wahan se le ke aana hoga.</w:t>
      </w:r>
      <w:r>
        <w:br/>
      </w:r>
      <w:r>
        <w:rPr>
          <w:sz w:val="20"/>
        </w:rPr>
        <w:t>1:17:52  aap rasool sahib se namona lijiye.</w:t>
      </w:r>
      <w:r>
        <w:br/>
      </w:r>
      <w:r>
        <w:rPr>
          <w:sz w:val="20"/>
        </w:rPr>
        <w:t>1:17:54  kaam to karna hi karna hai, lekin namona lena hai aap ko rasool sahib se.</w:t>
      </w:r>
      <w:r>
        <w:br/>
      </w:r>
      <w:r>
        <w:rPr>
          <w:sz w:val="20"/>
        </w:rPr>
        <w:t>1:18:01  baqi activity aadmi, yani false connection se bhi log active ho jate hain.</w:t>
      </w:r>
      <w:r>
        <w:br/>
      </w:r>
      <w:r>
        <w:rPr>
          <w:sz w:val="20"/>
        </w:rPr>
        <w:t>1:18:06  jaise ke main abhi misalein dein aap ko.</w:t>
      </w:r>
      <w:r>
        <w:br/>
      </w:r>
      <w:r>
        <w:rPr>
          <w:sz w:val="20"/>
        </w:rPr>
        <w:t>1:18:10  kisi ka active hona yeh koi is ka saboot nahi hai ke woh sachai ko paya hai.</w:t>
      </w:r>
      <w:r>
        <w:br/>
      </w:r>
      <w:r>
        <w:rPr>
          <w:sz w:val="20"/>
        </w:rPr>
        <w:t>1:18:17  us ne false food ke liye bhi log bohat zabardast active ho jate hain.</w:t>
      </w:r>
      <w:r>
        <w:br/>
      </w:r>
      <w:r>
        <w:rPr>
          <w:sz w:val="20"/>
        </w:rPr>
        <w:t>1:18:23  baqi jahan tak namune ki baat hai to aap rasool Allah ke university parhiye, sahaba ke university parhiye,</w:t>
      </w:r>
      <w:r>
        <w:br/>
      </w:r>
      <w:r>
        <w:rPr>
          <w:sz w:val="20"/>
        </w:rPr>
        <w:t>1:18:31  wahan aap ko daai ka mukammal namona milega.</w:t>
      </w:r>
      <w:r>
        <w:br/>
      </w:r>
      <w:r>
        <w:rPr>
          <w:sz w:val="20"/>
        </w:rPr>
        <w:t>1:18:35  kis tarah daawti kaam kiya jata hai? maulana, ek sawal abhi aaya hai farhan khan sahib ka.</w:t>
      </w:r>
      <w:r>
        <w:br/>
      </w:r>
      <w:r>
        <w:rPr>
          <w:sz w:val="20"/>
        </w:rPr>
        <w:t>1:18:42  unhon ne location nahi batayi hai.</w:t>
      </w:r>
      <w:r>
        <w:br/>
      </w:r>
      <w:r>
        <w:rPr>
          <w:sz w:val="20"/>
        </w:rPr>
        <w:t>1:18:45  unhon ne likha hai: "in quran surah an-noor verse number 55, it is mentioned: god has promised those</w:t>
      </w:r>
      <w:r>
        <w:br/>
      </w:r>
      <w:r>
        <w:rPr>
          <w:sz w:val="20"/>
        </w:rPr>
        <w:t>1:18:52  of you who have attended to faith and to do righteous deeds.</w:t>
      </w:r>
      <w:r>
        <w:br/>
      </w:r>
      <w:r>
        <w:rPr>
          <w:sz w:val="20"/>
        </w:rPr>
        <w:t>1:18:57  that of certainty he will cause them to succeed to power on earth, even as he caused some</w:t>
      </w:r>
      <w:r>
        <w:br/>
      </w:r>
      <w:r>
        <w:rPr>
          <w:sz w:val="20"/>
        </w:rPr>
        <w:t>1:19:05  of those who lived before them to succeed to it.</w:t>
      </w:r>
      <w:r>
        <w:br/>
      </w:r>
      <w:r>
        <w:rPr>
          <w:sz w:val="20"/>
        </w:rPr>
        <w:t>1:19:09  in light of this ayat, how can we reconcile to what Maulana has said today?" koi wada dawat</w:t>
      </w:r>
      <w:r>
        <w:br/>
      </w:r>
      <w:r>
        <w:rPr>
          <w:sz w:val="20"/>
        </w:rPr>
        <w:t>1:19:17  dene se hmm hain ji to reconcile karna hai.</w:t>
      </w:r>
      <w:r>
        <w:br/>
      </w:r>
      <w:r>
        <w:rPr>
          <w:sz w:val="20"/>
        </w:rPr>
        <w:t>1:19:21  is mein wada hai.</w:t>
      </w:r>
      <w:r>
        <w:br/>
      </w:r>
      <w:r>
        <w:rPr>
          <w:sz w:val="20"/>
        </w:rPr>
        <w:t>1:19:23  yeh to nahi ke aap gol banayein is ko.</w:t>
      </w:r>
      <w:r>
        <w:br/>
      </w:r>
      <w:r>
        <w:rPr>
          <w:sz w:val="20"/>
        </w:rPr>
        <w:t>1:19:27  woh amr mauood hai, amr maqsood nahi hai.</w:t>
      </w:r>
      <w:r>
        <w:br/>
      </w:r>
      <w:r>
        <w:rPr>
          <w:sz w:val="20"/>
        </w:rPr>
        <w:t>1:19:30  aap ne gol bana rakha hai ke bar bar kaha hum hukoomat qaim karna hai.</w:t>
      </w:r>
      <w:r>
        <w:br/>
      </w:r>
      <w:r>
        <w:rPr>
          <w:sz w:val="20"/>
        </w:rPr>
        <w:t>1:19:36  yeh kahan likha hua hai is ayat mein? is mein yeh hai ke aap is waqt yeh kaha</w:t>
      </w:r>
      <w:r>
        <w:br/>
      </w:r>
      <w:r>
        <w:rPr>
          <w:sz w:val="20"/>
        </w:rPr>
        <w:t>1:19:44  hoga: "Allah ke baad karen." Allah ke baad karen ge to is ka imkan hai ke Allah taala</w:t>
      </w:r>
      <w:r>
        <w:br/>
      </w:r>
      <w:r>
        <w:rPr>
          <w:sz w:val="20"/>
        </w:rPr>
        <w:t>1:19:52  aap ko yani tamkeen de de.</w:t>
      </w:r>
      <w:r>
        <w:br/>
      </w:r>
      <w:r>
        <w:rPr>
          <w:sz w:val="20"/>
        </w:rPr>
        <w:t>1:19:54  woh bhi zaroori nahi hai kyunke tamkeen mili bhi aur nahi mili.</w:t>
      </w:r>
      <w:r>
        <w:br/>
      </w:r>
      <w:r>
        <w:rPr>
          <w:sz w:val="20"/>
        </w:rPr>
        <w:t>1:20:00  bohat se baghworon ko tamkeen nahi mili.</w:t>
      </w:r>
      <w:r>
        <w:br/>
      </w:r>
      <w:r>
        <w:rPr>
          <w:sz w:val="20"/>
        </w:rPr>
        <w:t>1:20:03  yani woh Allah ka faisla hota hai.</w:t>
      </w:r>
      <w:r>
        <w:br/>
      </w:r>
      <w:r>
        <w:rPr>
          <w:sz w:val="20"/>
        </w:rPr>
        <w:t>1:20:06  Allah chahega to de ga, nahi to nahi de ga.</w:t>
      </w:r>
      <w:r>
        <w:br/>
      </w:r>
      <w:r>
        <w:rPr>
          <w:sz w:val="20"/>
        </w:rPr>
        <w:t>1:20:10  aap ko jo kaam karna hai to woh to yahi hai ke imaan, ibadat, dawat, is par apni</w:t>
      </w:r>
      <w:r>
        <w:br/>
      </w:r>
      <w:r>
        <w:rPr>
          <w:sz w:val="20"/>
        </w:rPr>
        <w:t>1:20:18  koshishon ko sirf karen.</w:t>
      </w:r>
      <w:r>
        <w:br/>
      </w:r>
      <w:r>
        <w:rPr>
          <w:sz w:val="20"/>
        </w:rPr>
        <w:t>1:20:20  is mein yeh kahan likha hua hai ke hukoomat gol bana kar ke larai chhoro? yeh kahan likha</w:t>
      </w:r>
      <w:r>
        <w:br/>
      </w:r>
      <w:r>
        <w:rPr>
          <w:sz w:val="20"/>
        </w:rPr>
        <w:t>1:20:27  hua hai? yeh to bohat bari is masjidon masjidon ki sarkashi hai in logon ki jo is ayat</w:t>
      </w:r>
      <w:r>
        <w:br/>
      </w:r>
      <w:r>
        <w:rPr>
          <w:sz w:val="20"/>
        </w:rPr>
        <w:t>1:20:35  se yeh nikalte hain ke hukoomat hamara gol hai.</w:t>
      </w:r>
      <w:r>
        <w:br/>
      </w:r>
      <w:r>
        <w:rPr>
          <w:sz w:val="20"/>
        </w:rPr>
        <w:t>1:20:39  to sarkashi hai.</w:t>
      </w:r>
      <w:r>
        <w:br/>
      </w:r>
      <w:r>
        <w:rPr>
          <w:sz w:val="20"/>
        </w:rPr>
        <w:t>1:20:41  to logon ki floging ho gayi aur farq mein logon ki.</w:t>
      </w:r>
      <w:r>
        <w:br/>
      </w:r>
      <w:r>
        <w:rPr>
          <w:sz w:val="20"/>
        </w:rPr>
        <w:t>1:20:45  yeh kahan likha hua tha? jo cheez amr mauood hai, us ko bator khud aap ne banaya liya.</w:t>
      </w:r>
      <w:r>
        <w:br/>
      </w:r>
      <w:r>
        <w:rPr>
          <w:sz w:val="20"/>
        </w:rPr>
        <w:t>1:20:53  aap ne maqsood kesi ajeeb baat hai? kesi ajeeb baat hai? yeh ayat jo hai, is mein tamkeen</w:t>
      </w:r>
      <w:r>
        <w:br/>
      </w:r>
      <w:r>
        <w:rPr>
          <w:sz w:val="20"/>
        </w:rPr>
        <w:t>1:21:01  ka lafz hai.</w:t>
      </w:r>
      <w:r>
        <w:br/>
      </w:r>
      <w:r>
        <w:rPr>
          <w:sz w:val="20"/>
        </w:rPr>
        <w:t>1:21:02  tamkeen ko amr mauood bataya gaya hai.</w:t>
      </w:r>
      <w:r>
        <w:br/>
      </w:r>
      <w:r>
        <w:rPr>
          <w:sz w:val="20"/>
        </w:rPr>
        <w:t>1:21:05  yeh Allah ki taraf se aata hai.</w:t>
      </w:r>
      <w:r>
        <w:br/>
      </w:r>
      <w:r>
        <w:rPr>
          <w:sz w:val="20"/>
        </w:rPr>
        <w:t>1:21:08  hamara gol nahi hai.</w:t>
      </w:r>
      <w:r>
        <w:br/>
      </w:r>
      <w:r>
        <w:rPr>
          <w:sz w:val="20"/>
        </w:rPr>
        <w:t>1:21:10  woh gol jab hoga? jab ke aap aise alfaaz dikhane Quran mein ke "aqim dawlat al islam".</w:t>
      </w:r>
      <w:r>
        <w:br/>
      </w:r>
      <w:r>
        <w:rPr>
          <w:sz w:val="20"/>
        </w:rPr>
        <w:t>1:21:17  ae Usman, tumhara farz hai ke hukoomat ilahiya qaim karo.</w:t>
      </w:r>
      <w:r>
        <w:br/>
      </w:r>
      <w:r>
        <w:rPr>
          <w:sz w:val="20"/>
        </w:rPr>
        <w:t>1:21:21  yeh kahan hai? yeh to kahin bhi nahi hai.</w:t>
      </w:r>
      <w:r>
        <w:br/>
      </w:r>
      <w:r>
        <w:rPr>
          <w:sz w:val="20"/>
        </w:rPr>
        <w:t>1:21:25  yeh to sarkashi hai.</w:t>
      </w:r>
      <w:r>
        <w:br/>
      </w:r>
      <w:r>
        <w:rPr>
          <w:sz w:val="20"/>
        </w:rPr>
        <w:t>1:21:27  mujhe is pe zara bhi shakk nahi hai ke aise logon ki akhirat mein flogging hogi ke tum</w:t>
      </w:r>
      <w:r>
        <w:br/>
      </w:r>
      <w:r>
        <w:rPr>
          <w:sz w:val="20"/>
        </w:rPr>
        <w:t>1:21:34  ne kahan se nikaal liya woh lafz jo quran mein utha liya? yeh aap ke baray mein haq</w:t>
      </w:r>
      <w:r>
        <w:br/>
      </w:r>
      <w:r>
        <w:rPr>
          <w:sz w:val="20"/>
        </w:rPr>
        <w:t>1:21:42  hai ke yeh amar maw'ood hai.</w:t>
      </w:r>
      <w:r>
        <w:br/>
      </w:r>
      <w:r>
        <w:rPr>
          <w:sz w:val="20"/>
        </w:rPr>
        <w:t>1:21:45  allah ta'ala chahega to tumkeen bhi de dega, chahega to nahi bhi dega.</w:t>
      </w:r>
      <w:r>
        <w:br/>
      </w:r>
      <w:r>
        <w:rPr>
          <w:sz w:val="20"/>
        </w:rPr>
        <w:t>1:21:52  jaise ke bohat se logon ko nahi mili, bohat se anbiya ko, bohat se anbiya ko nahi mili.</w:t>
      </w:r>
      <w:r>
        <w:br/>
      </w:r>
      <w:r>
        <w:rPr>
          <w:sz w:val="20"/>
        </w:rPr>
        <w:t>1:22:00  baqi is ko gol banana aur larai chhodna aur logon ko maar kaat karna, yeh to bilkul sarkashi</w:t>
      </w:r>
      <w:r>
        <w:br/>
      </w:r>
      <w:r>
        <w:rPr>
          <w:sz w:val="20"/>
        </w:rPr>
        <w:t>1:22:07  ki baat hai.</w:t>
      </w:r>
    </w:p>
    <w:p>
      <w:pPr>
        <w:pStyle w:val="Heading2"/>
      </w:pPr>
      <w:r>
        <w:t>Human Role in Destiny and Preserved Tablet</w:t>
      </w:r>
    </w:p>
    <w:p>
      <w:r>
        <w:rPr>
          <w:color w:val="666666"/>
          <w:sz w:val="18"/>
        </w:rPr>
        <w:t>Faith &amp; God · The Importance of Ijtihad August 1, 2010 · 17m 50s · at 1:09:09 · https://youtu.be/3q98aQ-j2ks?t=4149</w:t>
      </w:r>
    </w:p>
    <w:p>
      <w:r>
        <w:rPr>
          <w:i/>
        </w:rPr>
        <w:t>“Does a human being have any role in shaping his destiny? Is everything predetermined? Secondly, what is the Preserved Tablet?”</w:t>
      </w:r>
    </w:p>
    <w:p>
      <w:r>
        <w:rPr>
          <w:sz w:val="20"/>
        </w:rPr>
        <w:t>1:09:09  maulana, agla sawal kya hai? mr mahfooz nazki ne new delhi se, unhon ne likha hai ke Does a human being have any role in shaping his destiny?</w:t>
      </w:r>
      <w:r>
        <w:br/>
      </w:r>
      <w:r>
        <w:rPr>
          <w:sz w:val="20"/>
        </w:rPr>
        <w:t>1:09:21  Is everything predetermined? secondly, what is lauh mehfooz? lauh mehfooz ka masla alag hai, is ko chhod dijiye aap.</w:t>
      </w:r>
      <w:r>
        <w:br/>
      </w:r>
      <w:r>
        <w:rPr>
          <w:sz w:val="20"/>
        </w:rPr>
        <w:t>1:09:32  lekin is ko mein arz karna chahta hoon ke Everything is predetermined</w:t>
      </w:r>
      <w:r>
        <w:br/>
      </w:r>
      <w:r>
        <w:rPr>
          <w:sz w:val="20"/>
        </w:rPr>
        <w:t>1:09:36  yeh baat jo hai 50 percent sahi hai, 50 percent sahi nahi hai. yeh</w:t>
      </w:r>
      <w:r>
        <w:br/>
      </w:r>
      <w:r>
        <w:rPr>
          <w:sz w:val="20"/>
        </w:rPr>
        <w:t>1:09:43  is baat ko is se pehle mein ne yeh baat batai hai ke is ko detail mein likha bhi hai apne magazine mein hum ne ke insan ko is dunya mein total freedom diya gaya hai, total freedom ke mein chahun bolun, chahe chup rahun,</w:t>
      </w:r>
      <w:r>
        <w:br/>
      </w:r>
      <w:r>
        <w:rPr>
          <w:sz w:val="20"/>
        </w:rPr>
        <w:t>1:10:01  chahe chal kar ke apne ghar se aaon ya na aaon, aap ko chahe mein gali doon, chahe aap ko naan baat bolun, bilkul freedom hai, is mein koi rok nahi hai.</w:t>
      </w:r>
      <w:r>
        <w:br/>
      </w:r>
      <w:r>
        <w:rPr>
          <w:sz w:val="20"/>
        </w:rPr>
        <w:t>1:10:13  koi</w:t>
      </w:r>
      <w:r>
        <w:br/>
      </w:r>
      <w:r>
        <w:rPr>
          <w:sz w:val="20"/>
        </w:rPr>
        <w:t>1:10:16  to aik aspect yeh hai ke bilkul freedom mila hua hai aap ko. doosra aspect kya hai? jab freedom ko exercise karna chahte hain to aap ko aik infrastructure chahiye, matlab dekhne ke liye roshni chahiye.</w:t>
      </w:r>
      <w:r>
        <w:br/>
      </w:r>
      <w:r>
        <w:rPr>
          <w:sz w:val="20"/>
        </w:rPr>
        <w:t>1:10:31  roshni Allah ki taraf ki taraf se ati hai, suraj Allah nikalta hai. bolne ke liye hawa chahiye, wo hawa Allah taala chalata hai.</w:t>
      </w:r>
      <w:r>
        <w:br/>
      </w:r>
      <w:r>
        <w:rPr>
          <w:sz w:val="20"/>
        </w:rPr>
        <w:t>1:10:41  chalne ke liye aik zameen chahiye, zameen Allah taala ne paida ki hai.</w:t>
      </w:r>
      <w:r>
        <w:br/>
      </w:r>
      <w:r>
        <w:rPr>
          <w:sz w:val="20"/>
        </w:rPr>
        <w:t>1:10:48  to is ko wo kehte hain infrastructure. to aik hai meri azadi, aik hai azadi ko exercise karne ke liye infrastructure.</w:t>
      </w:r>
      <w:r>
        <w:br/>
      </w:r>
      <w:r>
        <w:rPr>
          <w:sz w:val="20"/>
        </w:rPr>
        <w:t>1:10:57  infrastructure poora ka poora Khuda ki taraf se hota hai, is mein hamara koi dakhal nahi hai. lekin azadi ka jahan ta'alluq hai, wahan ikhtiyar hai, aur jahan tak infrastructure ka ta'alluq hai, wahan jabr hai.</w:t>
      </w:r>
      <w:r>
        <w:br/>
      </w:r>
      <w:r>
        <w:rPr>
          <w:sz w:val="20"/>
        </w:rPr>
        <w:t>1:11:10  isi liye hamare ulma mein teen nazariye mane gaye hain: jabriyah, qadriya, aur wastiyah.</w:t>
      </w:r>
      <w:r>
        <w:br/>
      </w:r>
      <w:r>
        <w:rPr>
          <w:sz w:val="20"/>
        </w:rPr>
        <w:t>1:11:19  teen hain mutakallimin ke haan nazariye. jabriyah wo log hain jo mante hain ke yeh bilkul determinism hai, yahan koi hamara ikhtiyar kuch nahi hai.</w:t>
      </w:r>
      <w:r>
        <w:br/>
      </w:r>
      <w:r>
        <w:rPr>
          <w:sz w:val="20"/>
        </w:rPr>
        <w:t>1:11:30  aur doosra jo hai qadriya, wo yeh mante hain ke hum ko poora ikhtiyar hi ikhtiyar hai, sab kuch. to aik aik dam ikhtiyar hi ikhtiyar manta hai, aik dam jabri jabr manta hai.</w:t>
      </w:r>
      <w:r>
        <w:br/>
      </w:r>
      <w:r>
        <w:rPr>
          <w:sz w:val="20"/>
        </w:rPr>
        <w:t>1:11:42  aik hai wastiyah, beech ka, yani in between ya 50-5</w:t>
      </w:r>
      <w:r>
        <w:br/>
      </w:r>
      <w:r>
        <w:rPr>
          <w:sz w:val="20"/>
        </w:rPr>
        <w:t>1:11:48  0. isi ko mein sahi manta hoon, agarche wastiyah ko wo log clear nahi kar sake the, kyun ke science age hi mein hum in baaton ko jaan paye jis se is ki tashreeh kar saken.</w:t>
      </w:r>
      <w:r>
        <w:br/>
      </w:r>
      <w:r>
        <w:rPr>
          <w:sz w:val="20"/>
        </w:rPr>
        <w:t>1:12:00  yani wastiyah ke nazariye ko pehle samajhna bohat mushkil tha, ab asan ho gaya hai.</w:t>
      </w:r>
      <w:r>
        <w:br/>
      </w:r>
      <w:r>
        <w:rPr>
          <w:sz w:val="20"/>
        </w:rPr>
        <w:t>1:12:10  yeh lafz bhi pehle nahi tha, infrastructure ka lafz hi pehle maujood nahi tha. to aik hai freedom, aik hai infrastructure.</w:t>
      </w:r>
      <w:r>
        <w:br/>
      </w:r>
      <w:r>
        <w:rPr>
          <w:sz w:val="20"/>
        </w:rPr>
        <w:t>1:12:19  to freedom ke aitbar se mein poori tarah azad hoon, insan azad hai, lekin apni azadi ko hum kaise exercise kaise karen ge? is ke liye hamein aik infrastructure chahiye, wo Khuda ki taraf se hota hai.</w:t>
      </w:r>
      <w:r>
        <w:br/>
      </w:r>
      <w:r>
        <w:rPr>
          <w:sz w:val="20"/>
        </w:rPr>
        <w:t>1:12:34  aik aur cheez yahan par jo maujooda zamane mein qabil e fahm ho gayi hai, understandable ho gayi hai, wo kya hai? ke pehle log sochte the ke Allah taala ke ilm mein to sari baaten hain, is ke ikhtiyar mein sab kuch hai.</w:t>
      </w:r>
      <w:r>
        <w:br/>
      </w:r>
      <w:r>
        <w:rPr>
          <w:sz w:val="20"/>
        </w:rPr>
        <w:t>1:12:49  is ke ikhtiyar ki dunya mein koi aur shakhs kaise bakhtiyar ho sakta hai? Yani Allah ke total ikhtiyar ke darmiyan ek aur shakhs bakhtiyar kaise ho sakta hai?</w:t>
      </w:r>
      <w:r>
        <w:br/>
      </w:r>
      <w:r>
        <w:rPr>
          <w:sz w:val="20"/>
        </w:rPr>
        <w:t>1:12:59  yeh soch tha logon ka. Maujooda zamane mein jo yeh daryaft hui hai, yeh dark matter ki, woh is ka jawab hai.</w:t>
      </w:r>
      <w:r>
        <w:br/>
      </w:r>
      <w:r>
        <w:rPr>
          <w:sz w:val="20"/>
        </w:rPr>
        <w:t>1:13:10  dark matter jo hai, woh dark nahi hota, bohat bright hota hai, bohat bright hota hai.</w:t>
      </w:r>
      <w:r>
        <w:br/>
      </w:r>
      <w:r>
        <w:rPr>
          <w:sz w:val="20"/>
        </w:rPr>
        <w:t>1:13:16  to woh bohat baray baray star hain, woh woh itna zyada in mein power hoti hai, yani un ki jo kashish ki taqat itni zyada hoti hai ke apni roshni ko bhi nahi khench lete hain, woh nahi jane dete, bahar nikalne nahi detey.</w:t>
      </w:r>
      <w:r>
        <w:br/>
      </w:r>
      <w:r>
        <w:rPr>
          <w:sz w:val="20"/>
        </w:rPr>
        <w:t>1:13:33  yeh suraj ki roshni hai, woh suraj se nikal kar hum tak pohnch jati hai,</w:t>
      </w:r>
      <w:r>
        <w:br/>
      </w:r>
      <w:r>
        <w:rPr>
          <w:sz w:val="20"/>
        </w:rPr>
        <w:t>1:13:41  suraj se nikal kar hum tak pohnch jati hai.</w:t>
      </w:r>
      <w:r>
        <w:br/>
      </w:r>
      <w:r>
        <w:rPr>
          <w:sz w:val="20"/>
        </w:rPr>
        <w:t>1:13:44  in sitaron ki roshni nikal kar hum tak nahi pohnchti, kyunke apni roshni ko khench liye hain, woh khench rakha hai unhon ne. To yeh ek qism ka ek ek badi misaal hai ke Khuda agarche bakhtiyar hai, apne ikhtiyar ko rok liya us ne insaan ke mamle mein.</w:t>
      </w:r>
      <w:r>
        <w:br/>
      </w:r>
      <w:r>
        <w:rPr>
          <w:sz w:val="20"/>
        </w:rPr>
        <w:t>1:14:02  ikhtiyar ko insaan par mo'assar nahi hone deta, woh yeh cheez understandable ban gayi hai.</w:t>
      </w:r>
      <w:r>
        <w:br/>
      </w:r>
      <w:r>
        <w:rPr>
          <w:sz w:val="20"/>
        </w:rPr>
        <w:t>1:14:10  to khulasa yeh hai ke main wastiya ko durust manta hoon, aur wastiya ki tashreeh mein is tarah karta hoon jis mein maine aap ke samne arz ki.</w:t>
      </w:r>
      <w:r>
        <w:br/>
      </w:r>
      <w:r>
        <w:rPr>
          <w:sz w:val="20"/>
        </w:rPr>
        <w:t>1:14:20  yeh meri marzi ke nazdeek sahih maslak hai. Maulana, agla sawal kiya hai doctor Muslima Siddiqui ne New Delhi se. Unhon ne poocha hai ke How can we attain the level of Dawa consciousness of the Sahabas such that we start praying for the Madhu?</w:t>
      </w:r>
      <w:r>
        <w:br/>
      </w:r>
      <w:r>
        <w:rPr>
          <w:sz w:val="20"/>
        </w:rPr>
        <w:t>1:14:43  yeh sara mamla soch ka mamla hai,</w:t>
      </w:r>
      <w:r>
        <w:br/>
      </w:r>
      <w:r>
        <w:rPr>
          <w:sz w:val="20"/>
        </w:rPr>
        <w:t>1:14:47  soch ka mamla hai. Isi isi desh mein jab madrasay mein parhte thay to koi bhi molvi angrezi nahi janta tha.</w:t>
      </w:r>
      <w:r>
        <w:br/>
      </w:r>
      <w:r>
        <w:rPr>
          <w:sz w:val="20"/>
        </w:rPr>
        <w:t>1:14:59  arabi parhte thay, arabi jante thay. Woh soch bhi nahi paate thay ke main angrezi boloon, angrezi likhoon. Yeh unthinkable tha pehle zamane mein.</w:t>
      </w:r>
      <w:r>
        <w:br/>
      </w:r>
      <w:r>
        <w:rPr>
          <w:sz w:val="20"/>
        </w:rPr>
        <w:t>1:15:12  aaj jo hai, hazaron hazar molvi khoob angrezi parhte hain, angrezi parhte hain.</w:t>
      </w:r>
      <w:r>
        <w:br/>
      </w:r>
      <w:r>
        <w:rPr>
          <w:sz w:val="20"/>
        </w:rPr>
        <w:t>1:15:18  mere paas kai bar aate hain aise talaba jo arabi madrasay mein parhe hue hain, bolte hain angrezi. Maine kaha, bhai kahan seekha aap ne? Unhon ne kaha, bohat asan hai, jagah jagah khule hue hain idaray jahan jo sikhate hain angrezi.</w:t>
      </w:r>
      <w:r>
        <w:br/>
      </w:r>
      <w:r>
        <w:rPr>
          <w:sz w:val="20"/>
        </w:rPr>
        <w:t>1:15:30  to kyun incentive aa gaya? Pehle aisa tha ke arabi parhne ke baad angrezi parhne ka koi incentive nahi tha. Kis liye parhein? Kya karein ge angrezi parh kar ke?</w:t>
      </w:r>
      <w:r>
        <w:br/>
      </w:r>
      <w:r>
        <w:rPr>
          <w:sz w:val="20"/>
        </w:rPr>
        <w:t>1:15:42  ab yeh hai ke angrezi parho ge to tumhare ko bohat zyada market mein tumhari value barh jayegi. Aaj kal ke zamane mein aisa hai ke ek arabi jaane aur sath angrezi jaane jaane to khoob us ki value barh jati hai.</w:t>
      </w:r>
      <w:r>
        <w:br/>
      </w:r>
      <w:r>
        <w:rPr>
          <w:sz w:val="20"/>
        </w:rPr>
        <w:t>1:15:56  misal ke tor par tarjuma ka kaam bohat aata hai. Arabi se tarjuma angrezi mein kar sakein aap, aur arabi se angrezi, yani arabi se angrezi, aur angrezi se arabi.</w:t>
      </w:r>
      <w:r>
        <w:br/>
      </w:r>
      <w:r>
        <w:rPr>
          <w:sz w:val="20"/>
        </w:rPr>
        <w:t>1:16:05  to aap ko munh manga paisa milta hai.</w:t>
      </w:r>
      <w:r>
        <w:br/>
      </w:r>
      <w:r>
        <w:rPr>
          <w:sz w:val="20"/>
        </w:rPr>
        <w:t>1:16:08  to khoob jhoom se log angrezi, hamare madrasay ke parhe hue log arabi seekh rahe hain, ke sath angrezi seekh rahe hain. To dawa ke mein jo jo inaam Allah taala ke hain, woh agar logon ko maloom ho jaye to dhoom se seekhein, dhoom se apne ko is mein dalein.</w:t>
      </w:r>
      <w:r>
        <w:br/>
      </w:r>
      <w:r>
        <w:rPr>
          <w:sz w:val="20"/>
        </w:rPr>
        <w:t>1:16:26  un ki soch mein ek inqilab aa jaye.</w:t>
      </w:r>
      <w:r>
        <w:br/>
      </w:r>
      <w:r>
        <w:rPr>
          <w:sz w:val="20"/>
        </w:rPr>
        <w:t>1:16:31  kuch bhi mushkil nahi hai, sirf yeh hai ke woh shaoor nahi hai ke is mein kitna bara Allah taala ne is mein sawab aur kitna bara reward rakha hai.</w:t>
      </w:r>
      <w:r>
        <w:br/>
      </w:r>
      <w:r>
        <w:rPr>
          <w:sz w:val="20"/>
        </w:rPr>
        <w:t>1:16:41  yani daii ke liye ya shahid ke liye, yani nazeer o baseer ke liye, Allah taala ke haan kitna bara reward hai, kitna bara inaam hai, is ka logon ko ehsas nahi.</w:t>
      </w:r>
      <w:r>
        <w:br/>
      </w:r>
      <w:r>
        <w:rPr>
          <w:sz w:val="20"/>
        </w:rPr>
        <w:t>1:16:56  yani woh Quran majeed mein aise logon ko kaha gaya hai ke Allah ke madadgar, ansar Allah. Yeh agar jaan le aadmi ke yeh itni bari cheez hai ke hum hum Allah ke ansar ban jate hain, Allah ke madadgar ban jate hain,</w:t>
      </w:r>
      <w:r>
        <w:br/>
      </w:r>
      <w:r>
        <w:rPr>
          <w:sz w:val="20"/>
        </w:rPr>
        <w:t>1:17:13  to har aadmi hero ban jaye, hero.</w:t>
      </w:r>
      <w:r>
        <w:br/>
      </w:r>
      <w:r>
        <w:rPr>
          <w:sz w:val="20"/>
        </w:rPr>
        <w:t>1:17:18  yani jaise arab tha, arab ka alam kaha jata hai ke pehle sleeping nation ka kaha jata hai, is ko</w:t>
      </w:r>
      <w:r>
        <w:br/>
      </w:r>
      <w:r>
        <w:rPr>
          <w:sz w:val="20"/>
        </w:rPr>
        <w:t>1:17:26  soi hui qom. Arab log jo thay, woh sleeping nation thay. Woh jab Islam aaya to un ko aik mission diya, un ke samne is mission ne un ko hero bana diya.</w:t>
      </w:r>
      <w:r>
        <w:br/>
      </w:r>
      <w:r>
        <w:rPr>
          <w:sz w:val="20"/>
        </w:rPr>
        <w:t>1:17:38  poora poora arab aik nation of heroes ban gaya. Kyun? Aik mission samne aa gaya un ke. To aaj bhi logon ko pata hi nahi ke dawat bhi koi mission hai, dawat ke liye kaam karna hai, koi kaam karna hai.</w:t>
      </w:r>
      <w:r>
        <w:br/>
      </w:r>
      <w:r>
        <w:rPr>
          <w:sz w:val="20"/>
        </w:rPr>
        <w:t>1:17:52  Abhi bhi dekhiye, is mein khoob log qurbaniyan de rahe hain. Suicide bombing mein, main apne ko apni koi, aap log jaan de dete hain.</w:t>
      </w:r>
      <w:r>
        <w:br/>
      </w:r>
      <w:r>
        <w:rPr>
          <w:sz w:val="20"/>
        </w:rPr>
        <w:t>1:18:03  So called jihad mein log bohat bari qurbaniyan kar rahe hain sari dunya mein. To jahan un ki samajh mein aa raha hai, wahan abhi woh qurbani de rahe hain.</w:t>
      </w:r>
      <w:r>
        <w:br/>
      </w:r>
      <w:r>
        <w:rPr>
          <w:sz w:val="20"/>
        </w:rPr>
        <w:t>1:18:13  Lekin da'wati mission ki ahmiyat un ko pata nahi hai. To cheez yeh hai ke logon ko ahmiyat bata di jaye.</w:t>
      </w:r>
      <w:r>
        <w:br/>
      </w:r>
      <w:r>
        <w:rPr>
          <w:sz w:val="20"/>
        </w:rPr>
        <w:t>1:18:20  Jidhar woh jaan lenge is ki ahmiyat, to hero ban jayenge. Hero ban kar ke woh sab kuch seekhne lagenge.</w:t>
      </w:r>
      <w:r>
        <w:br/>
      </w:r>
      <w:r>
        <w:rPr>
          <w:sz w:val="20"/>
        </w:rPr>
        <w:t>1:18:30  Maulana, agla sawal kiya hai Maulana Abdul Basit Umri ne Doha, Qatar se. Unhon ne likha hai ke Maulana, hamare sath zindagi ke jo masail paida hote hain, un mein starting point kaise maloom kiya jaye, is ke bare mein bataein.</w:t>
      </w:r>
      <w:r>
        <w:br/>
      </w:r>
      <w:r>
        <w:rPr>
          <w:sz w:val="20"/>
        </w:rPr>
        <w:t>1:18:56  Dekhiye, masail ke hal ka starting point shayad janna chahte hain. Woh ke koi masla hai to hum hal karna chahte hain is masle ko.</w:t>
      </w:r>
      <w:r>
        <w:br/>
      </w:r>
      <w:r>
        <w:rPr>
          <w:sz w:val="20"/>
        </w:rPr>
        <w:t>1:19:06  To hal ke liye starting point kya hai?</w:t>
      </w:r>
      <w:r>
        <w:br/>
      </w:r>
      <w:r>
        <w:rPr>
          <w:sz w:val="20"/>
        </w:rPr>
        <w:t>1:19:10  To is ne sahi kaha hai ke We have to begin from the beginning. My way is to begin from the beginning. Is ko main kehta hoon ke mumkin se aghaz, mumkin se aghaz, possible se shuru karna.</w:t>
      </w:r>
      <w:r>
        <w:br/>
      </w:r>
      <w:r>
        <w:rPr>
          <w:sz w:val="20"/>
        </w:rPr>
        <w:t>1:19:28  Jaise farz kiye ke aik aik aik khandan hai, woh ghareeb hai, paisa us ke pas nahi hai. Ab us ko masail mein mubtala hai, woh ab us ko aik nai zindagi shuru karni hai.</w:t>
      </w:r>
      <w:r>
        <w:br/>
      </w:r>
      <w:r>
        <w:rPr>
          <w:sz w:val="20"/>
        </w:rPr>
        <w:t>1:19:39  Kahan se shuru karein? Bachon ko parhao, bachon ko achi taleem dilao. Yeh bachcha parh lega to phir sab kuch theek ho jayega.</w:t>
      </w:r>
      <w:r>
        <w:br/>
      </w:r>
      <w:r>
        <w:rPr>
          <w:sz w:val="20"/>
        </w:rPr>
        <w:t>1:19:50  To waqt ke taqaze ko samajhna aur possible se aghaz karna, yeh two part formula hai.</w:t>
      </w:r>
      <w:r>
        <w:br/>
      </w:r>
      <w:r>
        <w:rPr>
          <w:sz w:val="20"/>
        </w:rPr>
        <w:t>1:19:58  Waqt ke taqaze ko samjho aur possible se aghaz karo. Yeh aik hi Musalman nahi karte, woh chhalang chhalang laga dete hain.</w:t>
      </w:r>
      <w:r>
        <w:br/>
      </w:r>
      <w:r>
        <w:rPr>
          <w:sz w:val="20"/>
        </w:rPr>
        <w:t>1:20:09  Yani possible se aghaz nahi karte, chhalang chhalang laga ke aghaz karna chahte hain. Yeh jo jagah jo so called jihad jo ho raha hai, woh kaha chhalang hai.</w:t>
      </w:r>
      <w:r>
        <w:br/>
      </w:r>
      <w:r>
        <w:rPr>
          <w:sz w:val="20"/>
        </w:rPr>
        <w:t>1:20:18  Woh jahaz se kaha hai ke kuch bhi hone wala nahi, is tarah ke jahaz se.</w:t>
      </w:r>
      <w:r>
        <w:br/>
      </w:r>
      <w:r>
        <w:rPr>
          <w:sz w:val="20"/>
        </w:rPr>
        <w:t>1:20:25  To yani waqt ka taqaza kya hai? Is ko discover kijiye aur kahan se aap, yani apne jo aap asbab hain, jo aap ke taqat hai, us ke lehaz se aap kahan se shuru kar sakte hain,</w:t>
      </w:r>
      <w:r>
        <w:br/>
      </w:r>
      <w:r>
        <w:rPr>
          <w:sz w:val="20"/>
        </w:rPr>
        <w:t>1:20:40  woh wahan se shuru kar dijiye. Jaise maine arz kiya ke ghareeb family ke liye aghaz kiya hai aur bachon ko parhao. Yeh aghaz nahi ke daka daal ke kahin paisa loot lao, kahin se kisi ko fareb de ke us ki jeeb se paisa nikalo</w:t>
      </w:r>
      <w:r>
        <w:br/>
      </w:r>
      <w:r>
        <w:rPr>
          <w:sz w:val="20"/>
        </w:rPr>
        <w:t>1:20:54  . Yeh aghaz nahi hai, kyunke pakar jayenge aap aur jail mein pahunch jayenge aap.</w:t>
      </w:r>
      <w:r>
        <w:br/>
      </w:r>
      <w:r>
        <w:rPr>
          <w:sz w:val="20"/>
        </w:rPr>
        <w:t>1:21:01  To yeh do point, do cheezein hain mere nazdeek. Aik hai waqt ke taqaze ko samajhna aur possible se start lena.</w:t>
      </w:r>
      <w:r>
        <w:br/>
      </w:r>
      <w:r>
        <w:rPr>
          <w:sz w:val="20"/>
        </w:rPr>
        <w:t>1:21:12  Maulana, agla sawal kiya hai Maulana Zakwan Nadvi ne New Delhi se</w:t>
      </w:r>
      <w:r>
        <w:br/>
      </w:r>
      <w:r>
        <w:rPr>
          <w:sz w:val="20"/>
        </w:rPr>
        <w:t>1:21:17  . Unhon ne poocha hai ke What is the difference between Amr bil Ma'roof Nahi anil Munkar and Dawat Illallah?</w:t>
      </w:r>
      <w:r>
        <w:br/>
      </w:r>
      <w:r>
        <w:rPr>
          <w:sz w:val="20"/>
        </w:rPr>
        <w:t>1:21:32  Haan, dekhein, is ka maine kafi is ki study ki hai. Is mein logon ko bohat bara confusion hai. Dekhein, Dawat Illallah ka kaam jo hai, doosri qomon ki nisbat se hai.</w:t>
      </w:r>
      <w:r>
        <w:br/>
      </w:r>
      <w:r>
        <w:rPr>
          <w:sz w:val="20"/>
        </w:rPr>
        <w:t>1:21:47  Amr bil Ma'roof aur Nahi anil Munkar jo hai, khud Musalmanon ki nisbat se hai. Yeh yani yeh dakhli islah ka kaam hai. Amr bil Ma'roof aur Nahi anil Munkar jo qaeeda hai, woh dakhli islah ka kaam hai.</w:t>
      </w:r>
      <w:r>
        <w:br/>
      </w:r>
      <w:r>
        <w:rPr>
          <w:sz w:val="20"/>
        </w:rPr>
        <w:t>1:22:00  isi liye alfaaz aaye hain hadeeson mein is tarah ke ke ta'abur bil maroof tanaahi an al munkar. ta'abur ma'ani aapas mein koi amr karna, tanaahi ma'ani aapas mein rokna.</w:t>
      </w:r>
      <w:r>
        <w:br/>
      </w:r>
      <w:r>
        <w:rPr>
          <w:sz w:val="20"/>
        </w:rPr>
        <w:t>1:22:15  ya'ani amr bil maroof aur an al munkar ke dosra jo lafz aaya hai, woh hai ta'abur bil maroof tanaahi an al munkar. to main samajhta hoon ke yeh jo hai amr bil maroof aur an al munkar ka kaam jo hai, yeh daakhili islaah ka kaam hai.</w:t>
      </w:r>
      <w:r>
        <w:br/>
      </w:r>
      <w:r>
        <w:rPr>
          <w:sz w:val="20"/>
        </w:rPr>
        <w:t>1:22:28  musalmanon mein yeh spirit hona chahiye apne andar daakhili islaah ke liye ke jahan koi musalman dekhe kisi ko, wahan us ko toke. jaise hadees mein aata hai ke momin baraat momin to aapas mein ek doosre ko batate rehna, aap aapas mein ek doosre ko tokte rehna.</w:t>
      </w:r>
      <w:r>
        <w:br/>
      </w:r>
      <w:r>
        <w:rPr>
          <w:sz w:val="20"/>
        </w:rPr>
        <w:t>1:22:47  aur agar aap ko zyada qudrat qudrat hai to us ko rokne ki koshish karna, nahin to sirf batane ki had tak batana.</w:t>
      </w:r>
      <w:r>
        <w:br/>
      </w:r>
      <w:r>
        <w:rPr>
          <w:sz w:val="20"/>
        </w:rPr>
        <w:t>1:22:59  aur jo dawat al Allah hai, woh doosron ko Allah ka paigham pahunchana, doosron ko sachai pahunchana, sachai ka message dena. yeh buniyadi farq hai.</w:t>
      </w:r>
      <w:r>
        <w:br/>
      </w:r>
      <w:r>
        <w:rPr>
          <w:sz w:val="20"/>
        </w:rPr>
        <w:t>1:23:10  dawat ka naam hai kharji mission ka. dawat naam hai momin ke kharji mission ka, aur amr bil maroof an al munkar naam hai momin ke daakhili mission ka.</w:t>
      </w:r>
      <w:r>
        <w:br/>
      </w:r>
      <w:r>
        <w:rPr>
          <w:sz w:val="20"/>
        </w:rPr>
        <w:t>1:23:26  yeh farq hai dono mein.</w:t>
      </w:r>
      <w:r>
        <w:br/>
      </w:r>
      <w:r>
        <w:rPr>
          <w:sz w:val="20"/>
        </w:rPr>
        <w:t>1:23:31  maulana, agla sawal kiya hai doctor farida khanoom ne nai dilli se.</w:t>
      </w:r>
      <w:r>
        <w:br/>
      </w:r>
      <w:r>
        <w:rPr>
          <w:sz w:val="20"/>
        </w:rPr>
        <w:t>1:23:36  unhon ne likha hai ke It happens that one scholar exercises ijtihad but others do not accept it.</w:t>
      </w:r>
      <w:r>
        <w:br/>
      </w:r>
      <w:r>
        <w:rPr>
          <w:sz w:val="20"/>
        </w:rPr>
        <w:t>1:23:45  What is the solution to this problem? dekhiye, yeh to ek process chalta hai. is zamane mein bhi, jab ke jis zamane mein yeh jo fuqaha hamare the, bade bade, woh bohat ikhtilafat hote the.</w:t>
      </w:r>
      <w:r>
        <w:br/>
      </w:r>
      <w:r>
        <w:rPr>
          <w:sz w:val="20"/>
        </w:rPr>
        <w:t>1:24:02  aapas mein ikhtilaf hota tha, doosron se ikhtilaf hota tha. har saare ke itne ikhtilafat nahin hote the. to jis tarah hota tha, tabadla khayal hota tha.</w:t>
      </w:r>
      <w:r>
        <w:br/>
      </w:r>
      <w:r>
        <w:rPr>
          <w:sz w:val="20"/>
        </w:rPr>
        <w:t>1:24:14  kabhi ek qazi doosri rai maan leta tha, kabhi nahin manta tha. yeh sab hota tha. to woh to ek process chalta rahega. is process ko to koi rok nahin.</w:t>
      </w:r>
      <w:r>
        <w:br/>
      </w:r>
      <w:r>
        <w:rPr>
          <w:sz w:val="20"/>
        </w:rPr>
        <w:t>1:24:24  aisa nahin tha ke kabhi aisa ho ke is process, process zaroori hi na ho. sab log ek ek rai ke ho jayen.</w:t>
      </w:r>
      <w:r>
        <w:br/>
      </w:r>
      <w:r>
        <w:rPr>
          <w:sz w:val="20"/>
        </w:rPr>
        <w:t>1:24:31  hal karna namumkin baat hai.</w:t>
      </w:r>
      <w:r>
        <w:br/>
      </w:r>
      <w:r>
        <w:rPr>
          <w:sz w:val="20"/>
        </w:rPr>
        <w:t>1:24:36  jo is zamane mein imam shafi ne ek formula nikala tha ke jab ikhtilaf khatam na ho, is ke liye ek tareeqa ikhtilaf khatam ho jaye. ek shakal woh hai ke ikhtilaf khatam na ho.</w:t>
      </w:r>
      <w:r>
        <w:br/>
      </w:r>
      <w:r>
        <w:rPr>
          <w:sz w:val="20"/>
        </w:rPr>
        <w:t>1:24:45  to unhon ne formula nikala tha: yeh rai sawab yuh tab al khata rai ghayri khata yuh tab al sawab</w:t>
      </w:r>
      <w:r>
        <w:br/>
      </w:r>
      <w:r>
        <w:rPr>
          <w:sz w:val="20"/>
        </w:rPr>
        <w:t>1:24:56  to dekhiye, kabhi bhi mumkin nahin hai ke ikhtilafat na rahen.</w:t>
      </w:r>
      <w:r>
        <w:br/>
      </w:r>
      <w:r>
        <w:rPr>
          <w:sz w:val="20"/>
        </w:rPr>
        <w:t>1:25:01  hamesha ijtihad ek process ke roop mein jari hota hai. to kuch cheezon mein ittifaq ho jayega, kuch cheezon mein nahin bhi hoga. zindagi gaadi gaadi to chalti rahegi.</w:t>
      </w:r>
      <w:r>
        <w:br/>
      </w:r>
      <w:r>
        <w:rPr>
          <w:sz w:val="20"/>
        </w:rPr>
        <w:t>1:25:13  zindagi gaadi to rukne wali nahin hai. Maulana, agla sawal Mr Arshad Jamal ka hai nai dilli se. unhon ne likha hai ke What are your views on insurance policies?</w:t>
      </w:r>
      <w:r>
        <w:br/>
      </w:r>
      <w:r>
        <w:rPr>
          <w:sz w:val="20"/>
        </w:rPr>
        <w:t>1:25:26  Is there any scope of ijtihad in this matter?</w:t>
      </w:r>
      <w:r>
        <w:br/>
      </w:r>
      <w:r>
        <w:rPr>
          <w:sz w:val="20"/>
        </w:rPr>
        <w:t>1:25:29  dekhiye, in baaton ko yahan guftagu karen. is pe ulama fatwa de chuke hain. galat tareeqa hai yeh. yahan to un ke fatwe ke baad yeh chup rahen.</w:t>
      </w:r>
      <w:r>
        <w:br/>
      </w:r>
      <w:r>
        <w:rPr>
          <w:sz w:val="20"/>
        </w:rPr>
        <w:t>1:25:39  is par sab log jante hain ke ulama ke fatawe aa chuke hain aur chupa hua maujood hai. is ko dobara zer bahas lana yeh koi sahi, ya'ani ya'ani healthy alamat nahin hai.</w:t>
      </w:r>
      <w:r>
        <w:br/>
      </w:r>
      <w:r>
        <w:rPr>
          <w:sz w:val="20"/>
        </w:rPr>
        <w:t>1:25:50  yeh aksar log bar bar isi ko poochte rehte hain. jab ulama fatwa de chuke hain to ya to mano aur nahin mano to chup raho.</w:t>
      </w:r>
      <w:r>
        <w:br/>
      </w:r>
      <w:r>
        <w:rPr>
          <w:sz w:val="20"/>
        </w:rPr>
        <w:t>1:25:59  apne apne rasta, apne raste par chalo. yahan par main pasand nahin karta hoon ke yeh jin logon, jin baaton ko ulama fatwa de chuke hain, un ko main discuss karoon.</w:t>
      </w:r>
    </w:p>
    <w:p>
      <w:pPr>
        <w:pStyle w:val="Heading2"/>
      </w:pPr>
      <w:r>
        <w:t>Ideas vs material shaping the world</w:t>
      </w:r>
    </w:p>
    <w:p>
      <w:r>
        <w:rPr>
          <w:color w:val="666666"/>
          <w:sz w:val="18"/>
        </w:rPr>
        <w:t>Faith &amp; God · The Straight Path October 30, 2011 Maulana Wahiduddin Khan · 7m 55s · at 55:56 · https://youtu.be/PKFHe82Jz58?t=3356</w:t>
      </w:r>
    </w:p>
    <w:p>
      <w:r>
        <w:rPr>
          <w:i/>
        </w:rPr>
        <w:t>“Whether ideas shape the material structure of the world or material shapes the ideas, and what is the true essence of their relationship?”</w:t>
      </w:r>
    </w:p>
    <w:p>
      <w:r>
        <w:rPr>
          <w:sz w:val="20"/>
        </w:rPr>
        <w:t>55:56  maulana, yeh sawal aaya hai Mr. Tasawwur Hussain ka London se. unhon ne likha hai ke "I wish to ask one question from Maulana sahib as I am writing my thesis and taking guidance from his books and videos.</w:t>
      </w:r>
      <w:r>
        <w:br/>
      </w:r>
      <w:r>
        <w:rPr>
          <w:sz w:val="20"/>
        </w:rPr>
        <w:t>56:13  My question is whether ideas shape the material structure of the world or material shapes the ideas and what is the true essence of their relationship?" Kindly comment.</w:t>
      </w:r>
      <w:r>
        <w:br/>
      </w:r>
      <w:r>
        <w:rPr>
          <w:sz w:val="20"/>
        </w:rPr>
        <w:t>56:32  bohat dilchasp question hai yeh.</w:t>
      </w:r>
      <w:r>
        <w:br/>
      </w:r>
      <w:r>
        <w:rPr>
          <w:sz w:val="20"/>
        </w:rPr>
        <w:t>56:36  yeh Karl Marx ne yeh baat kahi thi ke material halaat jo hain wahi insaan ki soch banate hain, is ka ulta nahi hai.</w:t>
      </w:r>
      <w:r>
        <w:br/>
      </w:r>
      <w:r>
        <w:rPr>
          <w:sz w:val="20"/>
        </w:rPr>
        <w:t>56:48  yani insaan ki soch material halaat nahi banati, lekin yeh to ghalat sabit ho gaya, yeh to ghalat sabit ho gaya,</w:t>
      </w:r>
      <w:r>
        <w:br/>
      </w:r>
      <w:r>
        <w:rPr>
          <w:sz w:val="20"/>
        </w:rPr>
        <w:t>57:02  yeh to ek mafrūza tha, ek supposition tha jo Marx aur kuch aur log the is tarah ke jinhon ne is zamane mein yeh aise socha.</w:t>
      </w:r>
      <w:r>
        <w:br/>
      </w:r>
      <w:r>
        <w:rPr>
          <w:sz w:val="20"/>
        </w:rPr>
        <w:t>57:17  is ki lambi tafseel hai, ab is waqt to main tafseel nahi kar sakta, lekin meri kitab hai "Marxism Tareekh" jis ko radd kar chuki hai, us mein aap is ki tafseel dekh sakte hain.</w:t>
      </w:r>
      <w:r>
        <w:br/>
      </w:r>
      <w:r>
        <w:rPr>
          <w:sz w:val="20"/>
        </w:rPr>
        <w:t>57:31  yani is waqt jab ke Russian Empire poore urooj par tha, peak par tha, tab yeh kitab chhapi thi.</w:t>
      </w:r>
      <w:r>
        <w:br/>
      </w:r>
      <w:r>
        <w:rPr>
          <w:sz w:val="20"/>
        </w:rPr>
        <w:t>57:41  log hairaan the ke Marxism to urooj par hai aur aap kahein ke radd kar chuki hai, kaise?</w:t>
      </w:r>
      <w:r>
        <w:br/>
      </w:r>
      <w:r>
        <w:rPr>
          <w:sz w:val="20"/>
        </w:rPr>
        <w:t>57:50  lekin bohat jald logon ne jaan liya ke woh bilkul ek</w:t>
      </w:r>
      <w:r>
        <w:br/>
      </w:r>
      <w:r>
        <w:rPr>
          <w:sz w:val="20"/>
        </w:rPr>
        <w:t>57:57  ek shārikh-e-takhayyul tha, ek romantic takhayyul tha, woh jo haq ke haq se koi talluq nahi tha. lekin insani world jo hai, us mein shaq nahi ke woh mind us ko rule kar raha hai,</w:t>
      </w:r>
      <w:r>
        <w:br/>
      </w:r>
      <w:r>
        <w:rPr>
          <w:sz w:val="20"/>
        </w:rPr>
        <w:t>58:11  mind us ko control kar raha hai. material world jo hai, insani dimagh ke tabe hai.</w:t>
      </w:r>
      <w:r>
        <w:br/>
      </w:r>
      <w:r>
        <w:rPr>
          <w:sz w:val="20"/>
        </w:rPr>
        <w:t>58:19  yeh baat aakhri taur par ghalat sabit ho chuki hai,</w:t>
      </w:r>
      <w:r>
        <w:br/>
      </w:r>
      <w:r>
        <w:rPr>
          <w:sz w:val="20"/>
        </w:rPr>
        <w:t>58:27  magar yeh ek lamba mozu hai, main yahan detail nahi kar sakta is ki. jo sahib ko dilchaspi ho to meri kitab parh sakte hain, woh Marxism Tareekh jis ko radd kar chuki hai.</w:t>
      </w:r>
      <w:r>
        <w:br/>
      </w:r>
      <w:r>
        <w:rPr>
          <w:sz w:val="20"/>
        </w:rPr>
        <w:t>58:41  maulana, yeh sawal abhi aaya hai Mr. Riaz Bhat ka Kashmir se</w:t>
      </w:r>
      <w:r>
        <w:br/>
      </w:r>
      <w:r>
        <w:rPr>
          <w:sz w:val="20"/>
        </w:rPr>
        <w:t>58:45  , unhon ne likha hai "How Quran can be useful in this contemporary age with atheistic philosophies all around?" yeh abhi ek mafrūzi ki baat hai.</w:t>
      </w:r>
      <w:r>
        <w:br/>
      </w:r>
      <w:r>
        <w:rPr>
          <w:sz w:val="20"/>
        </w:rPr>
        <w:t>59:02  dekhiye, yeh atheism jo hai, yani ilhad, na kabhi ghalib fikr tha, na aaj ghalib fikr hai.</w:t>
      </w:r>
      <w:r>
        <w:br/>
      </w:r>
      <w:r>
        <w:rPr>
          <w:sz w:val="20"/>
        </w:rPr>
        <w:t>59:14  yeh to kuch log bolte rehte hain, bas</w:t>
      </w:r>
      <w:r>
        <w:br/>
      </w:r>
      <w:r>
        <w:rPr>
          <w:sz w:val="20"/>
        </w:rPr>
        <w:t>59:19  ghalib fikr jo hai, woh insaan ki fitrat hai, insaan ka nature hai, hamesha se aur aaj bhi. asal cheez hai Quran ko logon ne pesh hi nahi kiya.</w:t>
      </w:r>
      <w:r>
        <w:br/>
      </w:r>
      <w:r>
        <w:rPr>
          <w:sz w:val="20"/>
        </w:rPr>
        <w:t>59:37  pesh karne ka maani hai ke pesh karna ka matlab yeh nahi ke aap sirf us ko parh ke suna dein. nahi, aap pesh karne se pehle ek us ka ek ek prerequisite hai, woh kya hai ke jis ke samne pesh karein, us ke mind ko parhein.</w:t>
      </w:r>
      <w:r>
        <w:br/>
      </w:r>
      <w:r>
        <w:rPr>
          <w:sz w:val="20"/>
        </w:rPr>
        <w:t>59:56  aap</w:t>
      </w:r>
      <w:r>
        <w:br/>
      </w:r>
      <w:r>
        <w:rPr>
          <w:sz w:val="20"/>
        </w:rPr>
        <w:t>1:00:00  is ke mind ko parhein, tab aap is ke mind ko address kar payenge.</w:t>
      </w:r>
      <w:r>
        <w:br/>
      </w:r>
      <w:r>
        <w:rPr>
          <w:sz w:val="20"/>
        </w:rPr>
        <w:t>1:00:05  pehli baat, yaani jo pre quran jo condition hai, us ko poora nahi kiya. bohat se bohat kisi ne kaha ke quran parh ke suna diya ya tarjuma kar diya,</w:t>
      </w:r>
      <w:r>
        <w:br/>
      </w:r>
      <w:r>
        <w:rPr>
          <w:sz w:val="20"/>
        </w:rPr>
        <w:t>1:00:18  woh kafi nahi hai.</w:t>
      </w:r>
      <w:r>
        <w:br/>
      </w:r>
      <w:r>
        <w:rPr>
          <w:sz w:val="20"/>
        </w:rPr>
        <w:t>1:00:25  jaise mein ek misaal deta hoon, europe ke ek safar mein kisi ne kaha, jis ne quran ko parha tha, ke aap ke quran mein yeh likha hai ke gawahi mein, yaani adalat ki jo gawahi hoti hai,</w:t>
      </w:r>
      <w:r>
        <w:br/>
      </w:r>
      <w:r>
        <w:rPr>
          <w:sz w:val="20"/>
        </w:rPr>
        <w:t>1:00:43  to is mein ek mard ho to do auratein honi chahiye. to unhone kaha, yeh to gender equality ke khilaf hai.</w:t>
      </w:r>
      <w:r>
        <w:br/>
      </w:r>
      <w:r>
        <w:rPr>
          <w:sz w:val="20"/>
        </w:rPr>
        <w:t>1:00:54  to maine kaha ke dekhiye, yeh ain natural hai, kyunke modern research jo hui hai insani mind ke bare mein,</w:t>
      </w:r>
      <w:r>
        <w:br/>
      </w:r>
      <w:r>
        <w:rPr>
          <w:sz w:val="20"/>
        </w:rPr>
        <w:t>1:01:09  to research yeh bata rahi hai ke aurat aur mard ke dimagh mein farq hota hai.</w:t>
      </w:r>
      <w:r>
        <w:br/>
      </w:r>
      <w:r>
        <w:rPr>
          <w:sz w:val="20"/>
        </w:rPr>
        <w:t>1:01:16  mard ka dimagh single focused hota hai, aurat ka dimagh multi focused hota hai, multi focused.</w:t>
      </w:r>
      <w:r>
        <w:br/>
      </w:r>
      <w:r>
        <w:rPr>
          <w:sz w:val="20"/>
        </w:rPr>
        <w:t>1:01:24  abhi bhi ek chand din hue, phir dobara research, ek aur isi tarah ki research aayi hai ke aurat ka dimagh multi focused hota hai, mard ka dimagh single focused hota hai, uni uni focused.</w:t>
      </w:r>
      <w:r>
        <w:br/>
      </w:r>
      <w:r>
        <w:rPr>
          <w:sz w:val="20"/>
        </w:rPr>
        <w:t>1:01:40  to ek waqea hua, witness kya hai, gawahi kisi waqey ki hoti hai. ek waqea hua,</w:t>
      </w:r>
      <w:r>
        <w:br/>
      </w:r>
      <w:r>
        <w:rPr>
          <w:sz w:val="20"/>
        </w:rPr>
        <w:t>1:01:47  aaj mard dekh raha hai, to us ko poora focus us par laga kar dekhega, apni zehni banawat ki bana par. aurat jo hai, uska focus bikhra rahega, to kuch pakar paye, kuch baat na pakar payegi.</w:t>
      </w:r>
      <w:r>
        <w:br/>
      </w:r>
      <w:r>
        <w:rPr>
          <w:sz w:val="20"/>
        </w:rPr>
        <w:t>1:02:04  isi liye do gha rakh diya gaya taake koi ek pehlu agar kisi se miss ho jaye to doosra us ki us ki talafi kar de.</w:t>
      </w:r>
      <w:r>
        <w:br/>
      </w:r>
      <w:r>
        <w:rPr>
          <w:sz w:val="20"/>
        </w:rPr>
        <w:t>1:02:14  yeh quran bhi yeh waja hi batai gayi hai ke agar ek bhool jaye to doosri yaad dilaye. to yeh bilkul it is but natural ke jab insaan ke, yaani natural banawat jo hai,</w:t>
      </w:r>
      <w:r>
        <w:br/>
      </w:r>
      <w:r>
        <w:rPr>
          <w:sz w:val="20"/>
        </w:rPr>
        <w:t>1:02:28  do alag dhang ki hai, to yahi tareeqa bilkul natural hai. to maan gaya woh aadmi, bilkul maan gaya ke aap ka jo hai tareeqa sahi hai.</w:t>
      </w:r>
      <w:r>
        <w:br/>
      </w:r>
      <w:r>
        <w:rPr>
          <w:sz w:val="20"/>
        </w:rPr>
        <w:t>1:02:41  hum galat soch rahe the ke gender equality ke khilaf hai, nahi hai, fitrat ke mutabiq hai. to asal cheez yeh hai ke quran ko logon ne pesh hi nahi kiya.</w:t>
      </w:r>
      <w:r>
        <w:br/>
      </w:r>
      <w:r>
        <w:rPr>
          <w:sz w:val="20"/>
        </w:rPr>
        <w:t>1:02:52  jab pesh nahi kiya to kaise aap keh sakte hain ke use qabool nahi kiya? kaise keh sakte hain ke use radd kar diya? lekin quran ko pesh karne ka matlab yeh nahi ke aap masle misaal bayan karein, uska ja kar ke nahi</w:t>
      </w:r>
      <w:r>
        <w:br/>
      </w:r>
      <w:r>
        <w:rPr>
          <w:sz w:val="20"/>
        </w:rPr>
        <w:t>1:03:09  . aap insaan, aaj ke insaan ko mind ke parhiye, us ki soch kya hai, us ko janiye aur quran ko is tarah pesh kijiye ke woh us ke mind ko address kare.</w:t>
      </w:r>
      <w:r>
        <w:br/>
      </w:r>
      <w:r>
        <w:rPr>
          <w:sz w:val="20"/>
        </w:rPr>
        <w:t>1:03:21  ek sahabi ne kaha tha: "kalim naas ala qadr uqool", yaani is tarah baat kaho ke aadmi ka mind address ho.</w:t>
      </w:r>
      <w:r>
        <w:br/>
      </w:r>
      <w:r>
        <w:rPr>
          <w:sz w:val="20"/>
        </w:rPr>
        <w:t>1:03:31  quran mein bhi yahi baat hai: "kul fil qasam qaul baligha".</w:t>
      </w:r>
      <w:r>
        <w:br/>
      </w:r>
      <w:r>
        <w:rPr>
          <w:sz w:val="20"/>
        </w:rPr>
        <w:t>1:03:39  to quran ko aap is tarah pesh kar ke dekhiye to</w:t>
      </w:r>
      <w:r>
        <w:br/>
      </w:r>
      <w:r>
        <w:rPr>
          <w:sz w:val="20"/>
        </w:rPr>
        <w:t>1:03:45  aap dekhein ke quran aaj bhi ek moajza hai.</w:t>
      </w:r>
    </w:p>
    <w:p>
      <w:pPr>
        <w:pStyle w:val="Heading2"/>
      </w:pPr>
      <w:r>
        <w:t>Knowledge increases closeness to God</w:t>
      </w:r>
    </w:p>
    <w:p>
      <w:r>
        <w:rPr>
          <w:color w:val="666666"/>
          <w:sz w:val="18"/>
        </w:rPr>
        <w:t>Faith &amp; God · Divine Help February 09, 2014 Maulana Wahiduddin Khan · 5m 23s · at 1:20:12 · https://youtu.be/eJBjiYGZcKY?t=4812</w:t>
      </w:r>
    </w:p>
    <w:p>
      <w:r>
        <w:rPr>
          <w:i/>
        </w:rPr>
        <w:t>“You said in the previous class that the more knowledge increases, the closer one comes to God. Please explain this.”</w:t>
      </w:r>
    </w:p>
    <w:p>
      <w:r>
        <w:rPr>
          <w:sz w:val="20"/>
        </w:rPr>
        <w:t>1:20:12  maulana agla sawal dilli se hai.</w:t>
      </w:r>
      <w:r>
        <w:br/>
      </w:r>
      <w:r>
        <w:rPr>
          <w:sz w:val="20"/>
        </w:rPr>
        <w:t>1:20:17  jameel akhtar sahab ka.</w:t>
      </w:r>
      <w:r>
        <w:br/>
      </w:r>
      <w:r>
        <w:rPr>
          <w:sz w:val="20"/>
        </w:rPr>
        <w:t>1:20:22  unhon ne likha hai: aap ne pichli class mein kaha tha ke jitna ilm barhta hai khuda se</w:t>
      </w:r>
      <w:r>
        <w:br/>
      </w:r>
      <w:r>
        <w:rPr>
          <w:sz w:val="20"/>
        </w:rPr>
        <w:t>1:20:27  utna hi ta'alluq paida hota hai.</w:t>
      </w:r>
      <w:r>
        <w:br/>
      </w:r>
      <w:r>
        <w:rPr>
          <w:sz w:val="20"/>
        </w:rPr>
        <w:t>1:20:32  magar carl marx, darwin aur einstein waghera logon ne jitna parha utna hi behkey.</w:t>
      </w:r>
      <w:r>
        <w:br/>
      </w:r>
      <w:r>
        <w:rPr>
          <w:sz w:val="20"/>
        </w:rPr>
        <w:t>1:20:36  is ke baray mein kuch? dekhein yeh baat sahi nahi hai.</w:t>
      </w:r>
      <w:r>
        <w:br/>
      </w:r>
      <w:r>
        <w:rPr>
          <w:sz w:val="20"/>
        </w:rPr>
        <w:t>1:20:41  carl marx ne kya parha tha? maine likha apni kitaab mein.</w:t>
      </w:r>
      <w:r>
        <w:br/>
      </w:r>
      <w:r>
        <w:rPr>
          <w:sz w:val="20"/>
        </w:rPr>
        <w:t>1:20:46  carl marx ne sab se zyada parha tha akhbari reporton ko.</w:t>
      </w:r>
      <w:r>
        <w:br/>
      </w:r>
      <w:r>
        <w:rPr>
          <w:sz w:val="20"/>
        </w:rPr>
        <w:t>1:20:51  woh jo lauzan jata tha library mein akhbari reportein parhta tha.</w:t>
      </w:r>
      <w:r>
        <w:br/>
      </w:r>
      <w:r>
        <w:rPr>
          <w:sz w:val="20"/>
        </w:rPr>
        <w:t>1:20:56  is ki jo kitaab hai the house capital is mein akhbari reporton par sara nazariya bana rakha hai is ne.</w:t>
      </w:r>
      <w:r>
        <w:br/>
      </w:r>
      <w:r>
        <w:rPr>
          <w:sz w:val="20"/>
        </w:rPr>
        <w:t>1:21:01  jis ko ilm kaha jata hai ilm woh cheez nahi zyada nahi parhi thi marx ne.</w:t>
      </w:r>
      <w:r>
        <w:br/>
      </w:r>
      <w:r>
        <w:rPr>
          <w:sz w:val="20"/>
        </w:rPr>
        <w:t>1:21:06  doosri baat yeh hai ke sincerity bohat zaroori hai.</w:t>
      </w:r>
      <w:r>
        <w:br/>
      </w:r>
      <w:r>
        <w:rPr>
          <w:sz w:val="20"/>
        </w:rPr>
        <w:t>1:21:11  parhna kya koi bhi cheez mein sincerity shart hoti hai.</w:t>
      </w:r>
      <w:r>
        <w:br/>
      </w:r>
      <w:r>
        <w:rPr>
          <w:sz w:val="20"/>
        </w:rPr>
        <w:t>1:21:16  agar aap parhnay mein sincere honge to nateeja sahi nikley ga.</w:t>
      </w:r>
      <w:r>
        <w:br/>
      </w:r>
      <w:r>
        <w:rPr>
          <w:sz w:val="20"/>
        </w:rPr>
        <w:t>1:21:21  nahi to kuch bhi ulta nateeja nikaal lenge.</w:t>
      </w:r>
      <w:r>
        <w:br/>
      </w:r>
      <w:r>
        <w:rPr>
          <w:sz w:val="20"/>
        </w:rPr>
        <w:t>1:21:25  parhne ke sath sath lazmi baat hai sincerity.</w:t>
      </w:r>
      <w:r>
        <w:br/>
      </w:r>
      <w:r>
        <w:rPr>
          <w:sz w:val="20"/>
        </w:rPr>
        <w:t>1:21:30  lazmi baat hai sincerity.</w:t>
      </w:r>
      <w:r>
        <w:br/>
      </w:r>
      <w:r>
        <w:rPr>
          <w:sz w:val="20"/>
        </w:rPr>
        <w:t>1:21:35  mein nahin manta ke darwin ne bohat ziyada parha.</w:t>
      </w:r>
      <w:r>
        <w:br/>
      </w:r>
      <w:r>
        <w:rPr>
          <w:sz w:val="20"/>
        </w:rPr>
        <w:t>1:21:40  yeh bhi mein nahin manta ke marx ne ziyada parha.</w:t>
      </w:r>
      <w:r>
        <w:br/>
      </w:r>
      <w:r>
        <w:rPr>
          <w:sz w:val="20"/>
        </w:rPr>
        <w:t>1:21:45  darwin ne kiya kiya? woh aik kashti ke zariye us ne kai saal tak samandar ke kinare safar</w:t>
      </w:r>
      <w:r>
        <w:br/>
      </w:r>
      <w:r>
        <w:rPr>
          <w:sz w:val="20"/>
        </w:rPr>
        <w:t>1:21:50  kiya aur jo woh woh namoonay jama kiye us se nazariya banaya us ne.</w:t>
      </w:r>
      <w:r>
        <w:br/>
      </w:r>
      <w:r>
        <w:rPr>
          <w:sz w:val="20"/>
        </w:rPr>
        <w:t>1:21:55  mein nahin manta ke gehra mutala kiya tha darwin ne.</w:t>
      </w:r>
      <w:r>
        <w:br/>
      </w:r>
      <w:r>
        <w:rPr>
          <w:sz w:val="20"/>
        </w:rPr>
        <w:t>1:22:00  mein yeh bhi nahin manta ke gehra mutala kiya tha marx ne.</w:t>
      </w:r>
      <w:r>
        <w:br/>
      </w:r>
      <w:r>
        <w:rPr>
          <w:sz w:val="20"/>
        </w:rPr>
        <w:t>1:22:05  is ke bawajood mein kahoon ga ke agar koi shakhs gehra mutala kare tab bhi sincerity shart hogi.</w:t>
      </w:r>
      <w:r>
        <w:br/>
      </w:r>
      <w:r>
        <w:rPr>
          <w:sz w:val="20"/>
        </w:rPr>
        <w:t>1:22:10  sincerity ke baghair aadmi dekhen gehra mutala karne ke mein woh batata hoon.</w:t>
      </w:r>
      <w:r>
        <w:br/>
      </w:r>
      <w:r>
        <w:rPr>
          <w:sz w:val="20"/>
        </w:rPr>
        <w:t>1:22:15  jab bhi aap gehra mutala karein ge to bar bar aise baatein samne aayengi jo aap ke</w:t>
      </w:r>
      <w:r>
        <w:br/>
      </w:r>
      <w:r>
        <w:rPr>
          <w:sz w:val="20"/>
        </w:rPr>
        <w:t>1:22:19  nazariye ko radd kar rahi hongi.</w:t>
      </w:r>
      <w:r>
        <w:br/>
      </w:r>
      <w:r>
        <w:rPr>
          <w:sz w:val="20"/>
        </w:rPr>
        <w:t>1:22:24  wahan aap ko manna chahiye.</w:t>
      </w:r>
      <w:r>
        <w:br/>
      </w:r>
      <w:r>
        <w:rPr>
          <w:sz w:val="20"/>
        </w:rPr>
        <w:t>1:22:29  aur log mante nahin.</w:t>
      </w:r>
      <w:r>
        <w:br/>
      </w:r>
      <w:r>
        <w:rPr>
          <w:sz w:val="20"/>
        </w:rPr>
        <w:t>1:22:34  bar bar aisa hota hai ke aap ko aisi cheezein samne aati hain ke woh aap ke nazariye</w:t>
      </w:r>
      <w:r>
        <w:br/>
      </w:r>
      <w:r>
        <w:rPr>
          <w:sz w:val="20"/>
        </w:rPr>
        <w:t>1:22:39  ko radd kar rahi hoti hain.</w:t>
      </w:r>
      <w:r>
        <w:br/>
      </w:r>
      <w:r>
        <w:rPr>
          <w:sz w:val="20"/>
        </w:rPr>
        <w:t>1:22:44  lekin is ko aap nazar andaz kar ke aage barh jate hain.</w:t>
      </w:r>
      <w:r>
        <w:br/>
      </w:r>
      <w:r>
        <w:rPr>
          <w:sz w:val="20"/>
        </w:rPr>
        <w:t>1:22:49  khud darwin ne etiraf kiya hai ke us ko aisi misalein samne aati theen jis ko us ne ignore kiya.</w:t>
      </w:r>
      <w:r>
        <w:br/>
      </w:r>
      <w:r>
        <w:rPr>
          <w:sz w:val="20"/>
        </w:rPr>
        <w:t>1:22:54  aur aakhir mein us ke jo jo us ka aakhri zamanay hain aakhri ayyam jo us ki zindagi</w:t>
      </w:r>
      <w:r>
        <w:br/>
      </w:r>
      <w:r>
        <w:rPr>
          <w:sz w:val="20"/>
        </w:rPr>
        <w:t>1:22:59  hain us ko aap parhiye.</w:t>
      </w:r>
      <w:r>
        <w:br/>
      </w:r>
      <w:r>
        <w:rPr>
          <w:sz w:val="20"/>
        </w:rPr>
        <w:t>1:23:04  us ko bohat ziyada repentance tha ke mein ne sahi tor par pesh nahin kiya haqaiq fitrat ko.</w:t>
      </w:r>
      <w:r>
        <w:br/>
      </w:r>
      <w:r>
        <w:rPr>
          <w:sz w:val="20"/>
        </w:rPr>
        <w:t>1:23:08  woh mara bohat hi yani is mein frustration mein.</w:t>
      </w:r>
      <w:r>
        <w:br/>
      </w:r>
      <w:r>
        <w:rPr>
          <w:sz w:val="20"/>
        </w:rPr>
        <w:t>1:23:13  to do baatein mein arz kar raha hoon.</w:t>
      </w:r>
      <w:r>
        <w:br/>
      </w:r>
      <w:r>
        <w:rPr>
          <w:sz w:val="20"/>
        </w:rPr>
        <w:t>1:23:18  aik baat yeh hai ke sahi maano mein gehra mutala bohat hi kam karte hain log.</w:t>
      </w:r>
      <w:r>
        <w:br/>
      </w:r>
      <w:r>
        <w:rPr>
          <w:sz w:val="20"/>
        </w:rPr>
        <w:t>1:23:23  bohat hi kam karte hain.</w:t>
      </w:r>
      <w:r>
        <w:br/>
      </w:r>
      <w:r>
        <w:rPr>
          <w:sz w:val="20"/>
        </w:rPr>
        <w:t>1:23:28  dusri baat yeh hai ke agar koi gehra mutalea karta hai tab bhi us ke liye tayyar nahi</w:t>
      </w:r>
      <w:r>
        <w:br/>
      </w:r>
      <w:r>
        <w:rPr>
          <w:sz w:val="20"/>
        </w:rPr>
        <w:t>1:23:33  hota ke haqeeqatan us ke mind ko radd karen to woh maan le woh.</w:t>
      </w:r>
      <w:r>
        <w:br/>
      </w:r>
      <w:r>
        <w:rPr>
          <w:sz w:val="20"/>
        </w:rPr>
        <w:t>1:23:38  maanta hi nahi hai.</w:t>
      </w:r>
      <w:r>
        <w:br/>
      </w:r>
      <w:r>
        <w:rPr>
          <w:sz w:val="20"/>
        </w:rPr>
        <w:t>1:23:43  main ne us ki ek misaal di hai barn arsal ke baray mein ke us ne kafi mutalea kiya tha.</w:t>
      </w:r>
      <w:r>
        <w:br/>
      </w:r>
      <w:r>
        <w:rPr>
          <w:sz w:val="20"/>
        </w:rPr>
        <w:t>1:23:48  main maanta hoon ke us ne mutalea kafi kiya tha.</w:t>
      </w:r>
      <w:r>
        <w:br/>
      </w:r>
      <w:r>
        <w:rPr>
          <w:sz w:val="20"/>
        </w:rPr>
        <w:t>1:23:53  lekin us ke us ka ek misaal main ne di hai ke us ke samne yeh aya yeh</w:t>
      </w:r>
      <w:r>
        <w:br/>
      </w:r>
      <w:r>
        <w:rPr>
          <w:sz w:val="20"/>
        </w:rPr>
        <w:t>1:23:57  waqea ke kainat mein design hai.</w:t>
      </w:r>
      <w:r>
        <w:br/>
      </w:r>
      <w:r>
        <w:rPr>
          <w:sz w:val="20"/>
        </w:rPr>
        <w:t>1:24:02  yeh waqea samne aya us ke.</w:t>
      </w:r>
      <w:r>
        <w:br/>
      </w:r>
      <w:r>
        <w:rPr>
          <w:sz w:val="20"/>
        </w:rPr>
        <w:t>1:24:07  to Where there is design does designer is se argument of design jo hai sabit hota hai.</w:t>
      </w:r>
      <w:r>
        <w:br/>
      </w:r>
      <w:r>
        <w:rPr>
          <w:sz w:val="20"/>
        </w:rPr>
        <w:t>1:24:12  lekin us ne kiya keh diya ek jumla bol kar ke ke darwinism ne is ko destroy kar diya hai.</w:t>
      </w:r>
      <w:r>
        <w:br/>
      </w:r>
      <w:r>
        <w:rPr>
          <w:sz w:val="20"/>
        </w:rPr>
        <w:t>1:24:17  halankeh bilkul galat baat hai.</w:t>
      </w:r>
      <w:r>
        <w:br/>
      </w:r>
      <w:r>
        <w:rPr>
          <w:sz w:val="20"/>
        </w:rPr>
        <w:t>1:24:22  darwin kaise destroy karega? darwinism itself is a miracle theory.</w:t>
      </w:r>
      <w:r>
        <w:br/>
      </w:r>
      <w:r>
        <w:rPr>
          <w:sz w:val="20"/>
        </w:rPr>
        <w:t>1:24:27  It is not a proved theory.</w:t>
      </w:r>
      <w:r>
        <w:br/>
      </w:r>
      <w:r>
        <w:rPr>
          <w:sz w:val="20"/>
        </w:rPr>
        <w:t>1:24:32  to destroy kaise kar dega woh? ise aap samajh sakte hain ke ke agarcheh barn arsal ne</w:t>
      </w:r>
      <w:r>
        <w:br/>
      </w:r>
      <w:r>
        <w:rPr>
          <w:sz w:val="20"/>
        </w:rPr>
        <w:t>1:24:37  bohat parha lekin woh sincere nahi tha.</w:t>
      </w:r>
      <w:r>
        <w:br/>
      </w:r>
      <w:r>
        <w:rPr>
          <w:sz w:val="20"/>
        </w:rPr>
        <w:t>1:24:42  jahan us ke us ka nazariya kat raha tha kyunke woh khuda ko nahi manta tha woh.</w:t>
      </w:r>
      <w:r>
        <w:br/>
      </w:r>
      <w:r>
        <w:rPr>
          <w:sz w:val="20"/>
        </w:rPr>
        <w:t>1:24:46  to wahan ek farzi ek statement de kar us ko apne ko yani ignore kiya us ko us ne.</w:t>
      </w:r>
      <w:r>
        <w:br/>
      </w:r>
      <w:r>
        <w:rPr>
          <w:sz w:val="20"/>
        </w:rPr>
        <w:t>1:24:51  yeh main ne likha aap parh lijie is ko.</w:t>
      </w:r>
      <w:r>
        <w:br/>
      </w:r>
      <w:r>
        <w:rPr>
          <w:sz w:val="20"/>
        </w:rPr>
        <w:t>1:24:56  ke woh mutale se yahan tak pohancha woh ke kainat mein design hai.</w:t>
      </w:r>
      <w:r>
        <w:br/>
      </w:r>
      <w:r>
        <w:rPr>
          <w:sz w:val="20"/>
        </w:rPr>
        <w:t>1:25:01  aur bilkul it is but natural ke Where there is design there is designer.</w:t>
      </w:r>
      <w:r>
        <w:br/>
      </w:r>
      <w:r>
        <w:rPr>
          <w:sz w:val="20"/>
        </w:rPr>
        <w:t>1:25:06  to maanta hai ke argument from design jo hai in principle sahi hai.</w:t>
      </w:r>
      <w:r>
        <w:br/>
      </w:r>
      <w:r>
        <w:rPr>
          <w:sz w:val="20"/>
        </w:rPr>
        <w:t>1:25:11  us ke baad kehta hai ke magar darwinism ne is ko destroy kar diya.</w:t>
      </w:r>
      <w:r>
        <w:br/>
      </w:r>
      <w:r>
        <w:rPr>
          <w:sz w:val="20"/>
        </w:rPr>
        <w:t>1:25:16  ab us ko yeh maanna chahiye tha ke darwinism itself koi proved theory nahi hai.</w:t>
      </w:r>
      <w:r>
        <w:br/>
      </w:r>
      <w:r>
        <w:rPr>
          <w:sz w:val="20"/>
        </w:rPr>
        <w:t>1:25:21  woh to miracle theory hai.</w:t>
      </w:r>
      <w:r>
        <w:br/>
      </w:r>
      <w:r>
        <w:rPr>
          <w:sz w:val="20"/>
        </w:rPr>
        <w:t>1:25:26  kaise destroy kar di gayi woh? yeh mamlaat itne saada nahi hain.</w:t>
      </w:r>
      <w:r>
        <w:br/>
      </w:r>
      <w:r>
        <w:rPr>
          <w:sz w:val="20"/>
        </w:rPr>
        <w:t>1:25:31  yeh bohat hi bohat hi nazuk mamlaat hain yeh.</w:t>
      </w:r>
      <w:r>
        <w:br/>
      </w:r>
      <w:r>
        <w:rPr>
          <w:sz w:val="20"/>
        </w:rPr>
        <w:t>1:25:36  Maulana agla sawal lainay say pehlay aik comment parhna chahengay jo Doha Qatar say Maulana Abdul Basit Umri</w:t>
      </w:r>
    </w:p>
    <w:p>
      <w:pPr>
        <w:pStyle w:val="Heading2"/>
      </w:pPr>
      <w:r>
        <w:t>Limits of intellect in religion</w:t>
      </w:r>
    </w:p>
    <w:p>
      <w:r>
        <w:rPr>
          <w:color w:val="666666"/>
          <w:sz w:val="18"/>
        </w:rPr>
        <w:t>Faith &amp; God · Materialism and Intellectual Dwarfism 29th April 2012 · 5m 54s · at 1:22:39 · https://youtu.be/qHzARL_r3I4?t=4959</w:t>
      </w:r>
    </w:p>
    <w:p>
      <w:r>
        <w:rPr>
          <w:i/>
        </w:rPr>
        <w:t>“What are the limits of using intellect in religion?”</w:t>
      </w:r>
    </w:p>
    <w:p>
      <w:r>
        <w:rPr>
          <w:sz w:val="20"/>
        </w:rPr>
        <w:t>1:22:39  aadmi ka hal ye hai ke wo busy hai kahin kisi job mein kisi business mein hamari tarah se to koi nahi ke wo sab kuch chhod chhad kar ke sirf study karta ho to jo log bhi istemal karte hain internet ko mein samajhta hoon is mein sawa confusion ke aur kuch milta nahi un ko mein is apne tajurbe se yahi samajh paya hoon maulana agla sawal hai solapur se maulana yaqoob umri sahib ka</w:t>
      </w:r>
      <w:r>
        <w:br/>
      </w:r>
      <w:r>
        <w:rPr>
          <w:sz w:val="20"/>
        </w:rPr>
        <w:t>1:23:08  unhon ne likha hai deen mein aql ko istemal karne ka hudood kya hai</w:t>
      </w:r>
      <w:r>
        <w:br/>
      </w:r>
      <w:r>
        <w:rPr>
          <w:sz w:val="20"/>
        </w:rPr>
        <w:t>1:23:19  koi had nahi had kya hai had hai sincerity koi had nahi hai aap sincere hon bas aap sincere hon misal ke taur pe ke mein aik baat bataoon ke har aadmi parta hai alhamdulillah rabbil alamin</w:t>
      </w:r>
      <w:r>
        <w:br/>
      </w:r>
      <w:r>
        <w:rPr>
          <w:sz w:val="20"/>
        </w:rPr>
        <w:t>1:23:38  in rozana namaz mein aql ko istemal nahi karta mujhe aik aadmi nahi mila jo aql ko istemal karta ho yahan halanke is se bohat bara item hai is ke andar kisi bhi namai se aap poochen bas alhamdulillah rabbil alamin parh liya baghair aql ko istemal kiye hue mein ne apni aql ko istemal kiya to mein ne socha ke mein keh raha hoon ke khuda ya tera shukr hai to</w:t>
      </w:r>
      <w:r>
        <w:br/>
      </w:r>
      <w:r>
        <w:rPr>
          <w:sz w:val="20"/>
        </w:rPr>
        <w:t>1:24:06  kaise bara shukr nikle ga jo allah ke rabb jo rabbil alamin ki shan shan ho jabke mein tarah tarah ke tajurbaat har waqt mujh se guzarte hain matlab kisi ne mujhe sata diya kisi ne mera nuksan kar diya kisi ne mera mera maal hadap kar liya kisi ne kisi ne koi masla create kar diya is ne pareshan kar diya mujh ko</w:t>
      </w:r>
      <w:r>
        <w:br/>
      </w:r>
      <w:r>
        <w:rPr>
          <w:sz w:val="20"/>
        </w:rPr>
        <w:t>1:24:29  yani har har din har subah shaam log koi na koi aisi baatein</w:t>
      </w:r>
      <w:r>
        <w:br/>
      </w:r>
      <w:r>
        <w:rPr>
          <w:sz w:val="20"/>
        </w:rPr>
        <w:t>1:24:36  tajrube guzarte hain jis se shikayatein aati hain complaint aati hai to main kaise kahoon bada shukr kaise</w:t>
      </w:r>
      <w:r>
        <w:br/>
      </w:r>
      <w:r>
        <w:rPr>
          <w:sz w:val="20"/>
        </w:rPr>
        <w:t>1:24:42  mujhe se niklega main jee raha hoon nashukri mein to keh raha hoon khuda tera shukr hai</w:t>
      </w:r>
      <w:r>
        <w:br/>
      </w:r>
      <w:r>
        <w:rPr>
          <w:sz w:val="20"/>
        </w:rPr>
        <w:t>1:24:50  to main us ko daryaft kiya ke is ka matlab yeh hai ke alhamdulillah alhamdulillah rabbul alameen jo</w:t>
      </w:r>
      <w:r>
        <w:br/>
      </w:r>
      <w:r>
        <w:rPr>
          <w:sz w:val="20"/>
        </w:rPr>
        <w:t>1:24:56  hai ek ek poore culture ko dawat deta hai</w:t>
      </w:r>
      <w:r>
        <w:br/>
      </w:r>
      <w:r>
        <w:rPr>
          <w:sz w:val="20"/>
        </w:rPr>
        <w:t>1:25:00  is ka matlab ke aye bande bhulao in baaton ko taake tum bara shukr kar sako bhulao sab baaton ko shikayaton ko bhulao aur nuksan ko bhulao jo tum par pesh aa raha hai yani ye ye ayat ye bata rahi hai ke ab bande bhulao in baaton ko kyunke kaun duniya mein aisa hai jis ko ke yani negative experience na ho raha ho koi aisa nahi hai</w:t>
      </w:r>
      <w:r>
        <w:br/>
      </w:r>
      <w:r>
        <w:rPr>
          <w:sz w:val="20"/>
        </w:rPr>
        <w:t>1:25:28  aisa to koi aik bhi insan nahi mile ga aap ko jis ko negative experience na hua ho ye log shikayaton mein jeete hain har aadmi shikayat mein jeeta hai jis se bhi miliye aap abhi aap yahan se nikal ke jaiye road par kisi se baat kijiye wo shikayat bole bole ga kahin bhi aap dekhiye to har aadmi dil mein shikayat liye hue hai dil mein nafrat liye hue hai dil mein intiqam ka jazba liye hue hai dil mein tarah tarah ke negative thought liye hue hai</w:t>
      </w:r>
      <w:r>
        <w:br/>
      </w:r>
      <w:r>
        <w:rPr>
          <w:sz w:val="20"/>
        </w:rPr>
        <w:t>1:25:57  ab in is tarah ke kaifiyat mein wo jee raha hai phir kehta hai alhamdulillah rabbil alamin to rabbil alamin ke darje ka shaoor kaise nikle ga is ki zuban se</w:t>
      </w:r>
      <w:r>
        <w:br/>
      </w:r>
      <w:r>
        <w:rPr>
          <w:sz w:val="20"/>
        </w:rPr>
        <w:t>1:26:08  tab mujhe samajh mein aaya ke is ayat mein yeh yeh baat yeh message ek chupa hua hai</w:t>
      </w:r>
      <w:r>
        <w:br/>
      </w:r>
      <w:r>
        <w:rPr>
          <w:sz w:val="20"/>
        </w:rPr>
        <w:t>1:26:13  woh yeh ke aye bande</w:t>
      </w:r>
      <w:r>
        <w:br/>
      </w:r>
      <w:r>
        <w:rPr>
          <w:sz w:val="20"/>
        </w:rPr>
        <w:t>1:26:17  tu agar chahta hai ke woh badi ibadat kar sake jis ko alhamdulillah kaha jata hai to bhala</w:t>
      </w:r>
      <w:r>
        <w:br/>
      </w:r>
      <w:r>
        <w:rPr>
          <w:sz w:val="20"/>
        </w:rPr>
        <w:t>1:26:24  ishq shikayaton ko shikayaton ko bhala nafraton ko bhala nuqsanaat ko bhala jab tak bhulayega nahi tum</w:t>
      </w:r>
      <w:r>
        <w:br/>
      </w:r>
      <w:r>
        <w:rPr>
          <w:sz w:val="20"/>
        </w:rPr>
        <w:t>1:26:32  baaton ko tab tak shukr nahi kar payega</w:t>
      </w:r>
      <w:r>
        <w:br/>
      </w:r>
      <w:r>
        <w:rPr>
          <w:sz w:val="20"/>
        </w:rPr>
        <w:t>1:26:39  jise burnard shaw ne kaha tha ke the most uneducated person is one who has nothing to forget mein ye kahunga ke sab se zyada yani ah na wo aadmi yani shukr us ko mein is tarah kahunga ke shukr karne ke liye aap ko forget karna parta hai agar aap forget na karen to aap nashukri mein jiyen</w:t>
      </w:r>
      <w:r>
        <w:br/>
      </w:r>
      <w:r>
        <w:rPr>
          <w:sz w:val="20"/>
        </w:rPr>
        <w:t>1:27:05  ge zuban se kahenge alhamdulillah haqeeqat mein aap nashukri mein jeene wale honge to ye aql ko istemal karni hi parti hai baat samajh aayi</w:t>
      </w:r>
      <w:r>
        <w:br/>
      </w:r>
      <w:r>
        <w:rPr>
          <w:sz w:val="20"/>
        </w:rPr>
        <w:t>1:27:15  agar mein ne na istemal karta to kuch bhi samajh mein ata bas alhamdulillah bolta rehta mein to mein ne samjha hai ke alhamdulillah jo hai wo wo color hai tamam negativity ka</w:t>
      </w:r>
      <w:r>
        <w:br/>
      </w:r>
      <w:r>
        <w:rPr>
          <w:sz w:val="20"/>
        </w:rPr>
        <w:t>1:27:28  alhamdulillah rabbil alamin aik aik hi ayat nahi hai wo qatil hai har qism ki manfi jazbaat ki har qism ke bure khayalaat ki har qism ki shikayat ki har qism ki nafrat ki jitni bhi manfi item hain is sab ki qatil hai ye aur jab aadmi is tarah namaz padh ke nikle to kaisa aik naya insan hoga wo aap ghor kijiye</w:t>
      </w:r>
      <w:r>
        <w:br/>
      </w:r>
      <w:r>
        <w:rPr>
          <w:sz w:val="20"/>
        </w:rPr>
        <w:t>1:27:54  jis tarike se alhamdulillah wala culture ikhtiyar kare us tarike se wo namaz padh kar nikle to aik naya insan hoga wo</w:t>
      </w:r>
      <w:r>
        <w:br/>
      </w:r>
      <w:r>
        <w:rPr>
          <w:sz w:val="20"/>
        </w:rPr>
        <w:t>1:28:03  jo shikayaton se khali hoga inteqaam se khali hoga manfi jazbaat se khali hoga kyun woh samjhega</w:t>
      </w:r>
      <w:r>
        <w:br/>
      </w:r>
      <w:r>
        <w:rPr>
          <w:sz w:val="20"/>
        </w:rPr>
        <w:t>1:28:09  ke agar main apne aap ko khali nahi kiya to main alhamdulillah kehne ke qabil nahi rahunga</w:t>
      </w:r>
      <w:r>
        <w:br/>
      </w:r>
      <w:r>
        <w:rPr>
          <w:sz w:val="20"/>
        </w:rPr>
        <w:t>1:28:17  alhamdulillah rabbul alameen kehne ke qabil jab banunga main jab ke apne aap ko purify karoon</w:t>
      </w:r>
      <w:r>
        <w:br/>
      </w:r>
      <w:r>
        <w:rPr>
          <w:sz w:val="20"/>
        </w:rPr>
        <w:t>1:28:24  purify karoon apne aap ko tab main keh sakoon ke aye allah tera shukr hai</w:t>
      </w:r>
      <w:r>
        <w:br/>
      </w:r>
      <w:r>
        <w:rPr>
          <w:sz w:val="20"/>
        </w:rPr>
        <w:t>1:28:30  yeh aql ko istemal karne se yeh baat samajh mein aati hai</w:t>
      </w:r>
    </w:p>
    <w:p>
      <w:pPr>
        <w:pStyle w:val="Heading2"/>
      </w:pPr>
      <w:r>
        <w:t>Limits of using intellect in religion</w:t>
      </w:r>
    </w:p>
    <w:p>
      <w:r>
        <w:rPr>
          <w:color w:val="666666"/>
          <w:sz w:val="18"/>
        </w:rPr>
        <w:t>Faith &amp; God · Material Science Vs Spiritual Science 20th May 12 SLOW · 5m 43s · at 1:27:26 · https://youtu.be/qYwFExG7cyM?t=5246</w:t>
      </w:r>
    </w:p>
    <w:p>
      <w:r>
        <w:rPr>
          <w:i/>
        </w:rPr>
        <w:t>“What are the limits of using intellect in religion?”</w:t>
      </w:r>
    </w:p>
    <w:p>
      <w:r>
        <w:rPr>
          <w:sz w:val="20"/>
        </w:rPr>
        <w:t>1:27:26  maulana, agla sawal hai solah pur se maulana yaqoob umri sahib ka.</w:t>
      </w:r>
      <w:r>
        <w:br/>
      </w:r>
      <w:r>
        <w:rPr>
          <w:sz w:val="20"/>
        </w:rPr>
        <w:t>1:27:31  unhon ne likha hai: "deen mein aql ko istemal karne ka hudood kya hai?" koi had nahi, had</w:t>
      </w:r>
      <w:r>
        <w:br/>
      </w:r>
      <w:r>
        <w:rPr>
          <w:sz w:val="20"/>
        </w:rPr>
        <w:t>1:27:39  kya hai? had hai sincerity.</w:t>
      </w:r>
      <w:r>
        <w:br/>
      </w:r>
      <w:r>
        <w:rPr>
          <w:sz w:val="20"/>
        </w:rPr>
        <w:t>1:27:41  koi had nahi hai, aap sincere hon, bas aap sincere hon.</w:t>
      </w:r>
      <w:r>
        <w:br/>
      </w:r>
      <w:r>
        <w:rPr>
          <w:sz w:val="20"/>
        </w:rPr>
        <w:t>1:27:46  misal ke taur pe ke main ek baat bataoon ke har aadmi padhta hai "alhamdulillah rabbul alameen" rozana</w:t>
      </w:r>
      <w:r>
        <w:br/>
      </w:r>
      <w:r>
        <w:rPr>
          <w:sz w:val="20"/>
        </w:rPr>
        <w:t>1:27:54  namaz mein, aql ko istemal nahi karta.</w:t>
      </w:r>
      <w:r>
        <w:br/>
      </w:r>
      <w:r>
        <w:rPr>
          <w:sz w:val="20"/>
        </w:rPr>
        <w:t>1:27:57  mujhe ek aadmi nahi mila jo aql ko istemal karta ho yahan, halanke is se bohat bara item</w:t>
      </w:r>
      <w:r>
        <w:br/>
      </w:r>
      <w:r>
        <w:rPr>
          <w:sz w:val="20"/>
        </w:rPr>
        <w:t>1:28:04  hai is ke andar.</w:t>
      </w:r>
      <w:r>
        <w:br/>
      </w:r>
      <w:r>
        <w:rPr>
          <w:sz w:val="20"/>
        </w:rPr>
        <w:t>1:28:06  kisi bhi numaaish se aap poochein, bas "alhamdulillah rabbul alameen" padh liya baghair aql ko istemal kiye.</w:t>
      </w:r>
      <w:r>
        <w:br/>
      </w:r>
      <w:r>
        <w:rPr>
          <w:sz w:val="20"/>
        </w:rPr>
        <w:t>1:28:13  main ne apni aql ko istemal kiya, main ne socha ke main keh raha hoon ke khudaaya tera</w:t>
      </w:r>
      <w:r>
        <w:br/>
      </w:r>
      <w:r>
        <w:rPr>
          <w:sz w:val="20"/>
        </w:rPr>
        <w:t>1:28:21  shukr hai, to kaise bara shukr niklega jo Allah ke rabbul alameen ki shaan shaan ho? jabke</w:t>
      </w:r>
      <w:r>
        <w:br/>
      </w:r>
      <w:r>
        <w:rPr>
          <w:sz w:val="20"/>
        </w:rPr>
        <w:t>1:28:29  main tarah tarah ke tajrube har waqt mujh se guzarte hain.</w:t>
      </w:r>
      <w:r>
        <w:br/>
      </w:r>
      <w:r>
        <w:rPr>
          <w:sz w:val="20"/>
        </w:rPr>
        <w:t>1:28:33  matlab, kisi ne mujhe saza diya, kisi ne mera nuksan kar diya, kisi ne mera maal hadap kar</w:t>
      </w:r>
      <w:r>
        <w:br/>
      </w:r>
      <w:r>
        <w:rPr>
          <w:sz w:val="20"/>
        </w:rPr>
        <w:t>1:28:41  liya, kisi ne kisi ne koi nawishat create kar diya, use pareshan kar diya.</w:t>
      </w:r>
      <w:r>
        <w:br/>
      </w:r>
      <w:r>
        <w:rPr>
          <w:sz w:val="20"/>
        </w:rPr>
        <w:t>1:28:47  is ko yani har har din, har subah sham log koi na koi aisi baatein, tajrube guzarte hain</w:t>
      </w:r>
      <w:r>
        <w:br/>
      </w:r>
      <w:r>
        <w:rPr>
          <w:sz w:val="20"/>
        </w:rPr>
        <w:t>1:28:55  jis se shikayatein aati hain, complaint aati hain.</w:t>
      </w:r>
      <w:r>
        <w:br/>
      </w:r>
      <w:r>
        <w:rPr>
          <w:sz w:val="20"/>
        </w:rPr>
        <w:t>1:28:58  to main kaise kahoon bara shukr kaise mujh se niklega? main jee raha hoon nashukri mein, keh</w:t>
      </w:r>
      <w:r>
        <w:br/>
      </w:r>
      <w:r>
        <w:rPr>
          <w:sz w:val="20"/>
        </w:rPr>
        <w:t>1:29:06  raha hoon khuda tera shukr hai.</w:t>
      </w:r>
      <w:r>
        <w:br/>
      </w:r>
      <w:r>
        <w:rPr>
          <w:sz w:val="20"/>
        </w:rPr>
        <w:t>1:29:09  to main is ko daryaft kiya ke is ka matlab yeh hai ke "alhamdulillah rabbul alameen" jo hai,</w:t>
      </w:r>
      <w:r>
        <w:br/>
      </w:r>
      <w:r>
        <w:rPr>
          <w:sz w:val="20"/>
        </w:rPr>
        <w:t>1:29:16  ek ek poore culture ko dawat deta hai.</w:t>
      </w:r>
      <w:r>
        <w:br/>
      </w:r>
      <w:r>
        <w:rPr>
          <w:sz w:val="20"/>
        </w:rPr>
        <w:t>1:29:20  is ka matlab kaha hai bande bhulao in baaton ko taake tum bara shukr kar sako.</w:t>
      </w:r>
      <w:r>
        <w:br/>
      </w:r>
      <w:r>
        <w:rPr>
          <w:sz w:val="20"/>
        </w:rPr>
        <w:t>1:29:27  bhulao sab baaton ko, shikayaton ko bhulao aur nuqsan ko bhulao jo tum par pesh aa raha hai.</w:t>
      </w:r>
      <w:r>
        <w:br/>
      </w:r>
      <w:r>
        <w:rPr>
          <w:sz w:val="20"/>
        </w:rPr>
        <w:t>1:29:34  yani yeh ayat yeh bata rahi hai ke aap bande bhulao in baaton ko, kyunke kaun duniya mein</w:t>
      </w:r>
      <w:r>
        <w:br/>
      </w:r>
      <w:r>
        <w:rPr>
          <w:sz w:val="20"/>
        </w:rPr>
        <w:t>1:29:42  aisa hai jisko ke yani negative experience na ho raha ho? koi aisa nahi hai.</w:t>
      </w:r>
      <w:r>
        <w:br/>
      </w:r>
      <w:r>
        <w:rPr>
          <w:sz w:val="20"/>
        </w:rPr>
        <w:t>1:29:49  aisa to koi ek bhi insaan nahi milega aap ko jisko negative experience na hua ho.</w:t>
      </w:r>
      <w:r>
        <w:br/>
      </w:r>
      <w:r>
        <w:rPr>
          <w:sz w:val="20"/>
        </w:rPr>
        <w:t>1:29:57  yeh log shikayaton mein jeete hain.</w:t>
      </w:r>
      <w:r>
        <w:br/>
      </w:r>
      <w:r>
        <w:rPr>
          <w:sz w:val="20"/>
        </w:rPr>
        <w:t>1:29:59  har aadmi shikayat mein jeeta hai, jisse bhi miliye.</w:t>
      </w:r>
      <w:r>
        <w:br/>
      </w:r>
      <w:r>
        <w:rPr>
          <w:sz w:val="20"/>
        </w:rPr>
        <w:t>1:30:03  aap abhi aap yahan nikal ke jaiye road par kahin se baat kijiye, woh shikayat koi nahi bolay</w:t>
      </w:r>
      <w:r>
        <w:br/>
      </w:r>
      <w:r>
        <w:rPr>
          <w:sz w:val="20"/>
        </w:rPr>
        <w:t>1:30:11  ga.</w:t>
      </w:r>
      <w:r>
        <w:br/>
      </w:r>
      <w:r>
        <w:rPr>
          <w:sz w:val="20"/>
        </w:rPr>
        <w:t>1:30:13  kahin bhi aap dekhiye to har aadmi dil mein shikayat liye gaye, dil mein nafrat liye gaye, dil</w:t>
      </w:r>
      <w:r>
        <w:br/>
      </w:r>
      <w:r>
        <w:rPr>
          <w:sz w:val="20"/>
        </w:rPr>
        <w:t>1:30:20  mein inteqaam jazba liye gaye, dil mein tarah tarah ke negative thought liye gaye.</w:t>
      </w:r>
      <w:r>
        <w:br/>
      </w:r>
      <w:r>
        <w:rPr>
          <w:sz w:val="20"/>
        </w:rPr>
        <w:t>1:30:26  ab in is tarah ke kaifiyat mein woh jee raha hai, phir kehta hai "Alhamdulillah Rabb-ul-Alameen" to</w:t>
      </w:r>
      <w:r>
        <w:br/>
      </w:r>
      <w:r>
        <w:rPr>
          <w:sz w:val="20"/>
        </w:rPr>
        <w:t>1:30:34  Rabb-ul-Alameen ke darje ka shukr kaise niklega is ki zuban se? tab meri farmaya ke is</w:t>
      </w:r>
      <w:r>
        <w:br/>
      </w:r>
      <w:r>
        <w:rPr>
          <w:sz w:val="20"/>
        </w:rPr>
        <w:t>1:30:42  ayat mein yeh yeh baat, yeh message ek chupa hua hai, woh yeh ke ae bande, tu agar</w:t>
      </w:r>
      <w:r>
        <w:br/>
      </w:r>
      <w:r>
        <w:rPr>
          <w:sz w:val="20"/>
        </w:rPr>
        <w:t>1:30:49  chahta hai ke woh bari ibadat kar sake jisko "Alhamdulillah" kaha jata hai, to bhula ishq, shikayaton,</w:t>
      </w:r>
      <w:r>
        <w:br/>
      </w:r>
      <w:r>
        <w:rPr>
          <w:sz w:val="20"/>
        </w:rPr>
        <w:t>1:30:57  shikayaton ko bhula, nafraton ko bhula, nuqsanaat ko bhula.</w:t>
      </w:r>
      <w:r>
        <w:br/>
      </w:r>
      <w:r>
        <w:rPr>
          <w:sz w:val="20"/>
        </w:rPr>
        <w:t>1:31:01  jab tak bhulaye ga nahi, tab baaton ko tab tak shukr nahi kar payega.</w:t>
      </w:r>
      <w:r>
        <w:br/>
      </w:r>
      <w:r>
        <w:rPr>
          <w:sz w:val="20"/>
        </w:rPr>
        <w:t>1:31:07  جیسے برنارڈ شاہ نے کہا تھا کہ "The most uneducated person is one who has nothing to forget"۔</w:t>
      </w:r>
      <w:r>
        <w:br/>
      </w:r>
      <w:r>
        <w:rPr>
          <w:sz w:val="20"/>
        </w:rPr>
        <w:t>1:31:15  mein yeh kahunga ke sab se zyada yani na woh aadmi yani shukr, is ko mein is</w:t>
      </w:r>
      <w:r>
        <w:br/>
      </w:r>
      <w:r>
        <w:rPr>
          <w:sz w:val="20"/>
        </w:rPr>
        <w:t>1:31:23  طرح کہوں گا کہ شکر کرنے کے لیے آپ کو forget کرنا پڑتا ہے۔</w:t>
      </w:r>
      <w:r>
        <w:br/>
      </w:r>
      <w:r>
        <w:rPr>
          <w:sz w:val="20"/>
        </w:rPr>
        <w:t>1:31:29  اگر آپ forget نہ کریں تو آپ ناشکری میں جئیں گے۔</w:t>
      </w:r>
      <w:r>
        <w:br/>
      </w:r>
      <w:r>
        <w:rPr>
          <w:sz w:val="20"/>
        </w:rPr>
        <w:t>1:31:34  zuban se kahenge "Alhamdulillah", haqeeqat mein aap nashukri mein jeene wale honge.</w:t>
      </w:r>
      <w:r>
        <w:br/>
      </w:r>
      <w:r>
        <w:rPr>
          <w:sz w:val="20"/>
        </w:rPr>
        <w:t>1:31:40  to yeh aql ko istemal karni hi padti hai.</w:t>
      </w:r>
      <w:r>
        <w:br/>
      </w:r>
      <w:r>
        <w:rPr>
          <w:sz w:val="20"/>
        </w:rPr>
        <w:t>1:31:43  baat samajh aayi? agar aap ko mein ne na istemal karta to kuch bhi samajh aata, bas "Alhamdulillah"</w:t>
      </w:r>
      <w:r>
        <w:br/>
      </w:r>
      <w:r>
        <w:rPr>
          <w:sz w:val="20"/>
        </w:rPr>
        <w:t>1:31:51  bolta rehta mein.</w:t>
      </w:r>
      <w:r>
        <w:br/>
      </w:r>
      <w:r>
        <w:rPr>
          <w:sz w:val="20"/>
        </w:rPr>
        <w:t>1:31:53  to mein ne samjha hai ke "Alhamdulillah" jo hai, woh woh color hai tamam negativity ka.</w:t>
      </w:r>
      <w:r>
        <w:br/>
      </w:r>
      <w:r>
        <w:rPr>
          <w:sz w:val="20"/>
        </w:rPr>
        <w:t>1:32:00  "Alhamdulillah Rabb-ul-Alameen" ek ek hi ayat nahi hai, woh qatil hai har qism ki manfi jazbaat ki,</w:t>
      </w:r>
      <w:r>
        <w:br/>
      </w:r>
      <w:r>
        <w:rPr>
          <w:sz w:val="20"/>
        </w:rPr>
        <w:t>1:32:07  har qism ke bure khayalaat ki, har qism ki shikayat ki, har qism ki nafrat ki.</w:t>
      </w:r>
      <w:r>
        <w:br/>
      </w:r>
      <w:r>
        <w:rPr>
          <w:sz w:val="20"/>
        </w:rPr>
        <w:t>1:32:14  jitni bhi manfi item hain, woh sab ki qatil hai.</w:t>
      </w:r>
      <w:r>
        <w:br/>
      </w:r>
      <w:r>
        <w:rPr>
          <w:sz w:val="20"/>
        </w:rPr>
        <w:t>1:32:18  aur jab aadmi is tarah namaz parh ke nikle to kaisa ek naya insan hoga? woh aap ghhor</w:t>
      </w:r>
      <w:r>
        <w:br/>
      </w:r>
      <w:r>
        <w:rPr>
          <w:sz w:val="20"/>
        </w:rPr>
        <w:t>1:32:26  kijiye, jis tareeqe se "Alhamdulillah" wala culture ikhtiyar kare, us tareeqe se woh namaz parh ke nikle to</w:t>
      </w:r>
      <w:r>
        <w:br/>
      </w:r>
      <w:r>
        <w:rPr>
          <w:sz w:val="20"/>
        </w:rPr>
        <w:t>1:32:34  ek naya insan hoga.</w:t>
      </w:r>
      <w:r>
        <w:br/>
      </w:r>
      <w:r>
        <w:rPr>
          <w:sz w:val="20"/>
        </w:rPr>
        <w:t>1:32:36  woh jo shikayaton se khali hoga, inteqam se khali hoga, manfi jazbat se khali hoga.</w:t>
      </w:r>
      <w:r>
        <w:br/>
      </w:r>
      <w:r>
        <w:rPr>
          <w:sz w:val="20"/>
        </w:rPr>
        <w:t>1:32:42  kyun? woh samjhega ke agar main apne aap ko khali nahi kiya to main "Alhamdulillah" kehne ke</w:t>
      </w:r>
      <w:r>
        <w:br/>
      </w:r>
      <w:r>
        <w:rPr>
          <w:sz w:val="20"/>
        </w:rPr>
        <w:t>1:32:50  qabil nahi rahunga.</w:t>
      </w:r>
      <w:r>
        <w:br/>
      </w:r>
      <w:r>
        <w:rPr>
          <w:sz w:val="20"/>
        </w:rPr>
        <w:t>1:32:51  "Alhamdulillah Rabb al-Alameen" kehne ke qabil jab banunga main? jab ke apne aap ko purify karun, purify</w:t>
      </w:r>
      <w:r>
        <w:br/>
      </w:r>
      <w:r>
        <w:rPr>
          <w:sz w:val="20"/>
        </w:rPr>
        <w:t>1:32:59  karun apne aap ko, tab main keh sakun ke aye Allah, tera shukr hai.</w:t>
      </w:r>
      <w:r>
        <w:br/>
      </w:r>
      <w:r>
        <w:rPr>
          <w:sz w:val="20"/>
        </w:rPr>
        <w:t>1:33:05  yeh aql ko istemal karne se yeh baat samajh ati hai.</w:t>
      </w:r>
    </w:p>
    <w:p>
      <w:pPr>
        <w:pStyle w:val="Heading2"/>
      </w:pPr>
      <w:r>
        <w:t>Love for God despite fear of hell</w:t>
      </w:r>
    </w:p>
    <w:p>
      <w:r>
        <w:rPr>
          <w:color w:val="666666"/>
          <w:sz w:val="18"/>
        </w:rPr>
        <w:t>Faith &amp; God · Conversation with Maulana Wahiduddin Khan | October 01, 2017 · 5m 28s · at 0:47 · https://youtu.be/TmOYGd3rp2M?t=47</w:t>
      </w:r>
    </w:p>
    <w:p>
      <w:r>
        <w:rPr>
          <w:i/>
        </w:rPr>
        <w:t>“Moulana, you once said in a talk that we should develop in ourselves love for God. I have grown listening to the 'fear of God' concept, and it has often been used in the context of hell. Please explain.”</w:t>
      </w:r>
    </w:p>
    <w:p>
      <w:r>
        <w:rPr>
          <w:sz w:val="20"/>
        </w:rPr>
        <w:t>0:47  yeh, aah, pehla sawal hum lena chahenge jo Dubai se bheja gaya hai, Zubair sahib ne kiya hai sawal.</w:t>
      </w:r>
      <w:r>
        <w:br/>
      </w:r>
      <w:r>
        <w:rPr>
          <w:sz w:val="20"/>
        </w:rPr>
        <w:t>0:53  انہوں نے لکھا ہے: "مولانا، you once said in a talk that we should develop in ourselves love for God.</w:t>
      </w:r>
      <w:r>
        <w:br/>
      </w:r>
      <w:r>
        <w:rPr>
          <w:sz w:val="20"/>
        </w:rPr>
        <w:t>0:59  I have grown listening to 'fear of God' concept, and it has often been used in the context of hell.</w:t>
      </w:r>
      <w:r>
        <w:br/>
      </w:r>
      <w:r>
        <w:rPr>
          <w:sz w:val="20"/>
        </w:rPr>
        <w:t>1:05  After I heard your</w:t>
      </w:r>
      <w:r>
        <w:br/>
      </w:r>
      <w:r>
        <w:rPr>
          <w:sz w:val="20"/>
        </w:rPr>
        <w:t>1:11  talk that we should have love for God, I got curious.</w:t>
      </w:r>
      <w:r>
        <w:br/>
      </w:r>
      <w:r>
        <w:rPr>
          <w:sz w:val="20"/>
        </w:rPr>
        <w:t>1:18  I want to know how can we develop love for God, and is it bigger than fear for</w:t>
      </w:r>
      <w:r>
        <w:br/>
      </w:r>
      <w:r>
        <w:rPr>
          <w:sz w:val="20"/>
        </w:rPr>
        <w:t>1:26  God?" ji, quran mein dono baatein aayi hain.</w:t>
      </w:r>
      <w:r>
        <w:br/>
      </w:r>
      <w:r>
        <w:rPr>
          <w:sz w:val="20"/>
        </w:rPr>
        <w:t>1:34  ek taraf hai ke</w:t>
      </w:r>
      <w:r>
        <w:br/>
      </w:r>
      <w:r>
        <w:rPr>
          <w:sz w:val="20"/>
        </w:rPr>
        <w:t>1:42  "walam yakhsha illallaha".</w:t>
      </w:r>
      <w:r>
        <w:br/>
      </w:r>
      <w:r>
        <w:rPr>
          <w:sz w:val="20"/>
        </w:rPr>
        <w:t>1:47  "walam yakhsha illallaha".</w:t>
      </w:r>
      <w:r>
        <w:br/>
      </w:r>
      <w:r>
        <w:rPr>
          <w:sz w:val="20"/>
        </w:rPr>
        <w:t>1:52  nahin dara magar sirf Allah se.</w:t>
      </w:r>
      <w:r>
        <w:br/>
      </w:r>
      <w:r>
        <w:rPr>
          <w:sz w:val="20"/>
        </w:rPr>
        <w:t>1:57  to yeh ek pehlu hua.</w:t>
      </w:r>
      <w:r>
        <w:br/>
      </w:r>
      <w:r>
        <w:rPr>
          <w:sz w:val="20"/>
        </w:rPr>
        <w:t>2:02  dusra pehlu hai: "wallazeena aamanoo ashadd hubballillah".</w:t>
      </w:r>
      <w:r>
        <w:br/>
      </w:r>
      <w:r>
        <w:rPr>
          <w:sz w:val="20"/>
        </w:rPr>
        <w:t>2:07  imaan wale bahut zyada mohabbat karte hain Allah</w:t>
      </w:r>
      <w:r>
        <w:br/>
      </w:r>
      <w:r>
        <w:rPr>
          <w:sz w:val="20"/>
        </w:rPr>
        <w:t>2:12  se.</w:t>
      </w:r>
      <w:r>
        <w:br/>
      </w:r>
      <w:r>
        <w:rPr>
          <w:sz w:val="20"/>
        </w:rPr>
        <w:t>2:22  to main samajhta hoon ke yeh dono hi matloob hain.</w:t>
      </w:r>
      <w:r>
        <w:br/>
      </w:r>
      <w:r>
        <w:rPr>
          <w:sz w:val="20"/>
        </w:rPr>
        <w:t>2:32  dono mein buniyadi farq yeh hai ke "walam yakhsha illallaha" us waqt zyada</w:t>
      </w:r>
      <w:r>
        <w:br/>
      </w:r>
      <w:r>
        <w:rPr>
          <w:sz w:val="20"/>
        </w:rPr>
        <w:t>2:42  ghor karata hai saamne, jab aap aakhirat ko sochein. Aakhirat ke maamle mein khashiyat ka pehlu ghalib hota hai, jaisa ke Sahaba ko hum dekhte hain. Khashiyat, yani qayamat mein jo jawab dehi hogi, accountability, us ko le kar Sahaba aksar khi</w:t>
      </w:r>
      <w:r>
        <w:br/>
      </w:r>
      <w:r>
        <w:rPr>
          <w:sz w:val="20"/>
        </w:rPr>
        <w:t>3:12  shiyat mein mubtala rehte thay. Aur jahan tak dunya ka ta'alluq hai, dunya mein jo insaan ka tajruba hota hai, woh sab ka sab mohabbat ilahi ka hota hai. Yeh jab main bol raha hoon, tab bhi mohabbat ilahi hai, kyun ke main</w:t>
      </w:r>
      <w:r>
        <w:br/>
      </w:r>
      <w:r>
        <w:rPr>
          <w:sz w:val="20"/>
        </w:rPr>
        <w:t>3:42  sochta hoon ke kaise main bol raha hoon, yeh nutq ki soch mere andar kaise aayi.</w:t>
      </w:r>
      <w:r>
        <w:br/>
      </w:r>
      <w:r>
        <w:rPr>
          <w:sz w:val="20"/>
        </w:rPr>
        <w:t>3:50  main dekh raha hoon, tab bhi main soch raha hoon ke kaise main dekh pata hoon.</w:t>
      </w:r>
      <w:r>
        <w:br/>
      </w:r>
      <w:r>
        <w:rPr>
          <w:sz w:val="20"/>
        </w:rPr>
        <w:t>3:57  main khata peeta hoon, tab bhi main sochta hoon ke kaise mera digestive system digest karta hai aur</w:t>
      </w:r>
      <w:r>
        <w:br/>
      </w:r>
      <w:r>
        <w:rPr>
          <w:sz w:val="20"/>
        </w:rPr>
        <w:t>4:05  kaise sara naz</w:t>
      </w:r>
      <w:r>
        <w:br/>
      </w:r>
      <w:r>
        <w:rPr>
          <w:sz w:val="20"/>
        </w:rPr>
        <w:t>4:12  am kaam karta hai.</w:t>
      </w:r>
      <w:r>
        <w:br/>
      </w:r>
      <w:r>
        <w:rPr>
          <w:sz w:val="20"/>
        </w:rPr>
        <w:t>4:21  to jahan tak love ka muamla hai, to har waqt aadmi ko iska tajurba hota rehta hai.</w:t>
      </w:r>
      <w:r>
        <w:br/>
      </w:r>
      <w:r>
        <w:rPr>
          <w:sz w:val="20"/>
        </w:rPr>
        <w:t>4:29  yani takhleeq ko le kar sochein, jo hum ko duniya mein milta hai, us ko le kar sochein hum.</w:t>
      </w:r>
      <w:r>
        <w:br/>
      </w:r>
      <w:r>
        <w:rPr>
          <w:sz w:val="20"/>
        </w:rPr>
        <w:t>4:37  to sab love ka item hai.</w:t>
      </w:r>
      <w:r>
        <w:br/>
      </w:r>
      <w:r>
        <w:rPr>
          <w:sz w:val="20"/>
        </w:rPr>
        <w:t>4:45  lekin jab hum sochte hain aakhirat ke bare mein, to wahan bhi dono cheezein hain.</w:t>
      </w:r>
      <w:r>
        <w:br/>
      </w:r>
      <w:r>
        <w:rPr>
          <w:sz w:val="20"/>
        </w:rPr>
        <w:t>4:52  hadees mein aata hai ke "al-imaan bin raja wal khauf".</w:t>
      </w:r>
      <w:r>
        <w:br/>
      </w:r>
      <w:r>
        <w:rPr>
          <w:sz w:val="20"/>
        </w:rPr>
        <w:t>5:00  imaan khauf aur mohabbat ke darmiyan hai.</w:t>
      </w:r>
      <w:r>
        <w:br/>
      </w:r>
      <w:r>
        <w:rPr>
          <w:sz w:val="20"/>
        </w:rPr>
        <w:t>5:07  taqat woh amli bhi soch rehti hai is momin ki</w:t>
      </w:r>
      <w:r>
        <w:br/>
      </w:r>
      <w:r>
        <w:rPr>
          <w:sz w:val="20"/>
        </w:rPr>
        <w:t>5:15  ke Allah ka jo maamla hoga mere saath, woh rehmat ka hoga. Yeh soch kar mohabbat ka jazba ghalib aata hai. Aur yeh sochta hai ke aadmi ke Allah pakdega mujh ko meri ghaltiyon par, to dar ghalib aa jata hai. To yeh koi mathemat</w:t>
      </w:r>
      <w:r>
        <w:br/>
      </w:r>
      <w:r>
        <w:rPr>
          <w:sz w:val="20"/>
        </w:rPr>
        <w:t>5:45  ical baat nahin hai ke fifty percent woh, fifty percent woh.</w:t>
      </w:r>
      <w:r>
        <w:br/>
      </w:r>
      <w:r>
        <w:rPr>
          <w:sz w:val="20"/>
        </w:rPr>
        <w:t>5:53  balkeh aadmi par kab, kis waqt, kaun sa ghalba hota hai, kis cheez ka woh zyada ghalib aa</w:t>
      </w:r>
      <w:r>
        <w:br/>
      </w:r>
      <w:r>
        <w:rPr>
          <w:sz w:val="20"/>
        </w:rPr>
        <w:t>6:00  jata hai, is par depend karta hai.</w:t>
      </w:r>
      <w:r>
        <w:br/>
      </w:r>
      <w:r>
        <w:rPr>
          <w:sz w:val="20"/>
        </w:rPr>
        <w:t>6:08  to Quran mein dono hain aur dono apne apne lehaz se apply hote hain.</w:t>
      </w:r>
    </w:p>
    <w:p>
      <w:pPr>
        <w:pStyle w:val="Heading2"/>
      </w:pPr>
      <w:r>
        <w:t>Misunderstood question about belief</w:t>
      </w:r>
    </w:p>
    <w:p>
      <w:r>
        <w:rPr>
          <w:color w:val="666666"/>
          <w:sz w:val="18"/>
        </w:rPr>
        <w:t>Faith &amp; God · God Oriented Life (In Conversation with Maulana) 23 10 11 · 8m 17s · at 7:23 · https://youtu.be/E_LWwsWww2U?t=443</w:t>
      </w:r>
    </w:p>
    <w:p>
      <w:r>
        <w:rPr>
          <w:i/>
        </w:rPr>
        <w:t>“I had asked a question from Maulana in the last Sunday talk but perhaps it was misunderstood. I have a firm belief in God but the basic question in my mind relates to...”</w:t>
      </w:r>
    </w:p>
    <w:p>
      <w:r>
        <w:rPr>
          <w:sz w:val="20"/>
        </w:rPr>
        <w:t>7:23  maulana yeh sawal aaya hai Mr Ashish Diwari ka Kanpur se unhone likha hai I had asked</w:t>
      </w:r>
      <w:r>
        <w:br/>
      </w:r>
      <w:r>
        <w:rPr>
          <w:sz w:val="20"/>
        </w:rPr>
        <w:t>7:30  This question, I had asked a question from Maulana in the last Sunday talk, but perhaps it was</w:t>
      </w:r>
      <w:r>
        <w:br/>
      </w:r>
      <w:r>
        <w:rPr>
          <w:sz w:val="20"/>
        </w:rPr>
        <w:t>7:37  misunderstood. I have a firm belief in God, but the basic question in my mind relates to</w:t>
      </w:r>
      <w:r>
        <w:br/>
      </w:r>
      <w:r>
        <w:rPr>
          <w:sz w:val="20"/>
        </w:rPr>
        <w:t>7:45  Why we are here in this world you have said that the creation plan of God is to</w:t>
      </w:r>
      <w:r>
        <w:br/>
      </w:r>
      <w:r>
        <w:rPr>
          <w:sz w:val="20"/>
        </w:rPr>
        <w:t>7:50  test man in this world and find out whether he is worthy of living in paradise but God</w:t>
      </w:r>
      <w:r>
        <w:br/>
      </w:r>
      <w:r>
        <w:rPr>
          <w:sz w:val="20"/>
        </w:rPr>
        <w:t>7:58  as the most merciful to His creatures. So why would He subject them to trials and hardships?</w:t>
      </w:r>
      <w:r>
        <w:br/>
      </w:r>
      <w:r>
        <w:rPr>
          <w:sz w:val="20"/>
        </w:rPr>
        <w:t>8:04  for testing them if such a test is not</w:t>
      </w:r>
      <w:r>
        <w:br/>
      </w:r>
      <w:r>
        <w:rPr>
          <w:sz w:val="20"/>
        </w:rPr>
        <w:t>8:08  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r>
        <w:br/>
      </w:r>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r>
        <w:br/>
      </w:r>
      <w:r>
        <w:rPr>
          <w:sz w:val="20"/>
        </w:rPr>
        <w:t>13:47  question ko ignore karte hain har doosre maamle mein koi maamla aisa nahi hai ke aap side question ko</w:t>
      </w:r>
      <w:r>
        <w:br/>
      </w:r>
      <w:r>
        <w:rPr>
          <w:sz w:val="20"/>
        </w:rPr>
        <w:t>13:56  ek baar to yahan par dekhiye yahan jo prime minister the jo kuch din ke liye pehle chand</w:t>
      </w:r>
      <w:r>
        <w:br/>
      </w:r>
      <w:r>
        <w:rPr>
          <w:sz w:val="20"/>
        </w:rPr>
        <w:t>14:03  sheikh chand sheikh ke haan boatsey mein unhon ne ek form banaya tha bohat acha form bohat beauty</w:t>
      </w:r>
      <w:r>
        <w:br/>
      </w:r>
      <w:r>
        <w:rPr>
          <w:sz w:val="20"/>
        </w:rPr>
        <w:t>14:09  full to unhon ne ek baar to wahan function kiya tha mujhe bulaya tha wahan ab zahir hai</w:t>
      </w:r>
      <w:r>
        <w:br/>
      </w:r>
      <w:r>
        <w:rPr>
          <w:sz w:val="20"/>
        </w:rPr>
        <w:t>14:16  ke prime minister ka form aur wahan par</w:t>
      </w:r>
      <w:r>
        <w:br/>
      </w:r>
      <w:r>
        <w:rPr>
          <w:sz w:val="20"/>
        </w:rPr>
        <w:t>14:20  bohat aala intezamat the acha mein ne jo khana khaya to mujhe food poisoning ho gayi</w:t>
      </w:r>
      <w:r>
        <w:br/>
      </w:r>
      <w:r>
        <w:rPr>
          <w:sz w:val="20"/>
        </w:rPr>
        <w:t>14:26  food poisoning hui aur itna zyada mein pareshan hua ke bayan se bahar ab isi ko le kar</w:t>
      </w:r>
      <w:r>
        <w:br/>
      </w:r>
      <w:r>
        <w:rPr>
          <w:sz w:val="20"/>
        </w:rPr>
        <w:t>14:32  mein kahoon har khane ko mein shakk karoon to bhooka nahi mar jaunga mein</w:t>
      </w:r>
      <w:r>
        <w:br/>
      </w:r>
      <w:r>
        <w:rPr>
          <w:sz w:val="20"/>
        </w:rPr>
        <w:t>14:37  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r>
        <w:br/>
      </w:r>
      <w:r>
        <w:rPr>
          <w:sz w:val="20"/>
        </w:rPr>
        <w:t>15:04  yani bolna bhi mushkil se hota tha to ab mein koi pani na piyoon jo pani piyoon ga</w:t>
      </w:r>
      <w:r>
        <w:br/>
      </w:r>
      <w:r>
        <w:rPr>
          <w:sz w:val="20"/>
        </w:rPr>
        <w:t>15:11  samjhun ke bhai wahi phir dobara na ho jaye shakk kar loon to yeh dekhiye shakk mein jeena</w:t>
      </w:r>
      <w:r>
        <w:br/>
      </w:r>
      <w:r>
        <w:rPr>
          <w:sz w:val="20"/>
        </w:rPr>
        <w:t>15:17  koi jeena nahi hai</w:t>
      </w:r>
      <w:r>
        <w:br/>
      </w:r>
      <w:r>
        <w:rPr>
          <w:sz w:val="20"/>
        </w:rPr>
        <w:t>15:19  aaj aisa aadmi double standard banta hai kuch cheezon mein shakk karega kuch cheezon mein nahi kare</w:t>
      </w:r>
      <w:r>
        <w:br/>
      </w:r>
      <w:r>
        <w:rPr>
          <w:sz w:val="20"/>
        </w:rPr>
        <w:t>15:22  ga kuch cheezon mein side question par zor dega kuch cheezon ko ignore karega</w:t>
      </w:r>
      <w:r>
        <w:br/>
      </w:r>
      <w:r>
        <w:rPr>
          <w:sz w:val="20"/>
        </w:rPr>
        <w:t>15:30  to is se bachiye ke aap ka case double standard case ban jaye dual thinking ka case ban</w:t>
      </w:r>
      <w:r>
        <w:br/>
      </w:r>
      <w:r>
        <w:rPr>
          <w:sz w:val="20"/>
        </w:rPr>
        <w:t>15:36  jaye is se bachiye</w:t>
      </w:r>
    </w:p>
    <w:p>
      <w:pPr>
        <w:pStyle w:val="Heading2"/>
      </w:pPr>
      <w:r>
        <w:t>Need for paradise if life is perfect here?</w:t>
      </w:r>
    </w:p>
    <w:p>
      <w:r>
        <w:rPr>
          <w:color w:val="666666"/>
          <w:sz w:val="18"/>
        </w:rPr>
        <w:t>Faith &amp; God · The Road to Paradise December 11, 2016 · 7m 12s · at 1:04:13 · https://youtu.be/iW2QmcY1_yU?t=3853</w:t>
      </w:r>
    </w:p>
    <w:p>
      <w:r>
        <w:rPr>
          <w:i/>
        </w:rPr>
        <w:t>“If everyone gets perfect life in this world then who will desire for paradise?”</w:t>
      </w:r>
    </w:p>
    <w:p>
      <w:r>
        <w:rPr>
          <w:sz w:val="20"/>
        </w:rPr>
        <w:t>1:04:13  maulana, agla sawal bheja hai Pakistan se Miss Shabana Ansari ne aur unhon ne likha hai: if everyone</w:t>
      </w:r>
      <w:r>
        <w:br/>
      </w:r>
      <w:r>
        <w:rPr>
          <w:sz w:val="20"/>
        </w:rPr>
        <w:t>1:04:18  gets perfect life in this world then who will desire for paradise aur Maulana sahib, isi support mein</w:t>
      </w:r>
      <w:r>
        <w:br/>
      </w:r>
      <w:r>
        <w:rPr>
          <w:sz w:val="20"/>
        </w:rPr>
        <w:t>1:04:23  doctor Fareeda Khanam ne Delhi se ek comment likha hai: that a German lady once remarked: "I don't</w:t>
      </w:r>
      <w:r>
        <w:br/>
      </w:r>
      <w:r>
        <w:rPr>
          <w:sz w:val="20"/>
        </w:rPr>
        <w:t>1:04:28  need God as I can get everything from the market." to is ke bare mein Maulana, aap ka jawab chahiye.</w:t>
      </w:r>
      <w:r>
        <w:br/>
      </w:r>
      <w:r>
        <w:rPr>
          <w:sz w:val="20"/>
        </w:rPr>
        <w:t>1:04:33  dekhiye, yeh jo baatein hain, yeh bahut superfluous baatein hain.</w:t>
      </w:r>
      <w:r>
        <w:br/>
      </w:r>
      <w:r>
        <w:rPr>
          <w:sz w:val="20"/>
        </w:rPr>
        <w:t>1:04:38  superfluous thinking rehti hai. Superfluous thinking.</w:t>
      </w:r>
      <w:r>
        <w:br/>
      </w:r>
      <w:r>
        <w:rPr>
          <w:sz w:val="20"/>
        </w:rPr>
        <w:t>1:04:43  haqeeqat hai ke duniya mein aadmi ko milta hi nahi kuch.</w:t>
      </w:r>
      <w:r>
        <w:br/>
      </w:r>
      <w:r>
        <w:rPr>
          <w:sz w:val="20"/>
        </w:rPr>
        <w:t>1:04:48  sachi baat yeh hai.</w:t>
      </w:r>
      <w:r>
        <w:br/>
      </w:r>
      <w:r>
        <w:rPr>
          <w:sz w:val="20"/>
        </w:rPr>
        <w:t>1:04:53  woh kuch, yani kam samajh walay log hotay hain jo kehtay hain ke hum ko sab kuch mil gaya hai.</w:t>
      </w:r>
      <w:r>
        <w:br/>
      </w:r>
      <w:r>
        <w:rPr>
          <w:sz w:val="20"/>
        </w:rPr>
        <w:t>1:04:58  kyun? dekhiye, milnay ka matlab yeh hai ke woh according to my desire ho.</w:t>
      </w:r>
      <w:r>
        <w:br/>
      </w:r>
      <w:r>
        <w:rPr>
          <w:sz w:val="20"/>
        </w:rPr>
        <w:t>1:05:03  milna kya hai? woh according to my desire ho.</w:t>
      </w:r>
      <w:r>
        <w:br/>
      </w:r>
      <w:r>
        <w:rPr>
          <w:sz w:val="20"/>
        </w:rPr>
        <w:t>1:05:08  to jo desire hai, us ko create karnay wala kon hai? kis ne create kiya hai? woh God</w:t>
      </w:r>
      <w:r>
        <w:br/>
      </w:r>
      <w:r>
        <w:rPr>
          <w:sz w:val="20"/>
        </w:rPr>
        <w:t>1:05:14  Almighty ne create kiya hai.</w:t>
      </w:r>
      <w:r>
        <w:br/>
      </w:r>
      <w:r>
        <w:rPr>
          <w:sz w:val="20"/>
        </w:rPr>
        <w:t>1:05:19  aur jo jo deta hai, woh kon hota hai? woh insan hota hai.</w:t>
      </w:r>
      <w:r>
        <w:br/>
      </w:r>
      <w:r>
        <w:rPr>
          <w:sz w:val="20"/>
        </w:rPr>
        <w:t>1:05:24  insan kabhi bhi is level ka, yani cheez create nahi kar sakta jo God ne create kiya hai.</w:t>
      </w:r>
      <w:r>
        <w:br/>
      </w:r>
      <w:r>
        <w:rPr>
          <w:sz w:val="20"/>
        </w:rPr>
        <w:t>1:05:29  yeh bohat hi sochne ki baat hai.</w:t>
      </w:r>
      <w:r>
        <w:br/>
      </w:r>
      <w:r>
        <w:rPr>
          <w:sz w:val="20"/>
        </w:rPr>
        <w:t>1:05:34  hamari desire jo hai, woh creation of God hai.</w:t>
      </w:r>
      <w:r>
        <w:br/>
      </w:r>
      <w:r>
        <w:rPr>
          <w:sz w:val="20"/>
        </w:rPr>
        <w:t>1:05:39  aur jo kuch bhi milti hai hum ko, woh to creation of mind hota hai.</w:t>
      </w:r>
      <w:r>
        <w:br/>
      </w:r>
      <w:r>
        <w:rPr>
          <w:sz w:val="20"/>
        </w:rPr>
        <w:t>1:05:44  to hamesha woh hamari desire se kam hota hai.</w:t>
      </w:r>
      <w:r>
        <w:br/>
      </w:r>
      <w:r>
        <w:rPr>
          <w:sz w:val="20"/>
        </w:rPr>
        <w:t>1:05:49  less than our desire hamara high taste, hamari high thinking, hamara high sense of enjoyment, woh sab Khuda</w:t>
      </w:r>
      <w:r>
        <w:br/>
      </w:r>
      <w:r>
        <w:rPr>
          <w:sz w:val="20"/>
        </w:rPr>
        <w:t>1:05:54  ka paida kiya hua hai.</w:t>
      </w:r>
      <w:r>
        <w:br/>
      </w:r>
      <w:r>
        <w:rPr>
          <w:sz w:val="20"/>
        </w:rPr>
        <w:t>1:05:59  bohat hi ooncha hai.</w:t>
      </w:r>
      <w:r>
        <w:br/>
      </w:r>
      <w:r>
        <w:rPr>
          <w:sz w:val="20"/>
        </w:rPr>
        <w:t>1:06:04  yeh kehna ghalat hai ke bazaar mein milti hain woh cheezein.</w:t>
      </w:r>
      <w:r>
        <w:br/>
      </w:r>
      <w:r>
        <w:rPr>
          <w:sz w:val="20"/>
        </w:rPr>
        <w:t>1:06:09  bazaar mein less than our desire hoti hain.</w:t>
      </w:r>
      <w:r>
        <w:br/>
      </w:r>
      <w:r>
        <w:rPr>
          <w:sz w:val="20"/>
        </w:rPr>
        <w:t>1:06:14  misal ke tor par, mein apna aik qissa batata hoon.</w:t>
      </w:r>
      <w:r>
        <w:br/>
      </w:r>
      <w:r>
        <w:rPr>
          <w:sz w:val="20"/>
        </w:rPr>
        <w:t>1:06:20  mein Baba Dhud gaya.</w:t>
      </w:r>
      <w:r>
        <w:br/>
      </w:r>
      <w:r>
        <w:rPr>
          <w:sz w:val="20"/>
        </w:rPr>
        <w:t>1:06:25  Baba Dhud mein aik sahib thay jo bohat hi kamyab doctor thay.</w:t>
      </w:r>
      <w:r>
        <w:br/>
      </w:r>
      <w:r>
        <w:rPr>
          <w:sz w:val="20"/>
        </w:rPr>
        <w:t>1:06:30  bohat paisa tha un ke paas.</w:t>
      </w:r>
      <w:r>
        <w:br/>
      </w:r>
      <w:r>
        <w:rPr>
          <w:sz w:val="20"/>
        </w:rPr>
        <w:t>1:06:35  to unhon ne bohat hi mehngi gaari khareedi thi, kai crore rupay ki. Automatic car.</w:t>
      </w:r>
      <w:r>
        <w:br/>
      </w:r>
      <w:r>
        <w:rPr>
          <w:sz w:val="20"/>
        </w:rPr>
        <w:t>1:06:40  abhi aayi thi, woh abhi woh bethay nahi thay.</w:t>
      </w:r>
      <w:r>
        <w:br/>
      </w:r>
      <w:r>
        <w:rPr>
          <w:sz w:val="20"/>
        </w:rPr>
        <w:t>1:06:45  to barkat ke liye unhon ne kaha ke mujhe, mujhe bithanay ke liye.</w:t>
      </w:r>
      <w:r>
        <w:br/>
      </w:r>
      <w:r>
        <w:rPr>
          <w:sz w:val="20"/>
        </w:rPr>
        <w:t>1:06:50  woh bohat hi, bohat achi gaari thi, woh kai crore rupay ki.</w:t>
      </w:r>
      <w:r>
        <w:br/>
      </w:r>
      <w:r>
        <w:rPr>
          <w:sz w:val="20"/>
        </w:rPr>
        <w:t>1:06:55  to barkat ke liye unhon ne kaha ke apne driver se un ko bithao aur baba dhodh ghamao un ko.</w:t>
      </w:r>
      <w:r>
        <w:br/>
      </w:r>
      <w:r>
        <w:rPr>
          <w:sz w:val="20"/>
        </w:rPr>
        <w:t>1:07:00  aisa mein baitha gaari par un ki.</w:t>
      </w:r>
      <w:r>
        <w:br/>
      </w:r>
      <w:r>
        <w:rPr>
          <w:sz w:val="20"/>
        </w:rPr>
        <w:t>1:07:05  to kya hai ke mein car sick hoon, mujhe car mein chakkar aa jata hai.</w:t>
      </w:r>
      <w:r>
        <w:br/>
      </w:r>
      <w:r>
        <w:rPr>
          <w:sz w:val="20"/>
        </w:rPr>
        <w:t>1:07:10  to thori dair jab woh gaya, us ke baad mujhe sir mein chakkar aa gaya.</w:t>
      </w:r>
      <w:r>
        <w:br/>
      </w:r>
      <w:r>
        <w:rPr>
          <w:sz w:val="20"/>
        </w:rPr>
        <w:t>1:07:15  mein ne kaha bhai, wapas chalo mujh ko, mujhe baar baar nahi dekhna hai.</w:t>
      </w:r>
      <w:r>
        <w:br/>
      </w:r>
      <w:r>
        <w:rPr>
          <w:sz w:val="20"/>
        </w:rPr>
        <w:t>1:07:20  aise hi mein aik baar tha, aik bohat hi zabardast hotel mein thehra tha bahar.</w:t>
      </w:r>
      <w:r>
        <w:br/>
      </w:r>
      <w:r>
        <w:rPr>
          <w:sz w:val="20"/>
        </w:rPr>
        <w:t>1:07:26  to breakfast mein aap jante hain ke woh khol dete hain.</w:t>
      </w:r>
      <w:r>
        <w:br/>
      </w:r>
      <w:r>
        <w:rPr>
          <w:sz w:val="20"/>
        </w:rPr>
        <w:t>1:07:31  har aadmi ja kar khud breakfast ka saman leta hai, khata hai.</w:t>
      </w:r>
      <w:r>
        <w:br/>
      </w:r>
      <w:r>
        <w:rPr>
          <w:sz w:val="20"/>
        </w:rPr>
        <w:t>1:07:36  koi serve nahi karta wahan, aap khud ja kar lete hain.</w:t>
      </w:r>
      <w:r>
        <w:br/>
      </w:r>
      <w:r>
        <w:rPr>
          <w:sz w:val="20"/>
        </w:rPr>
        <w:t>1:07:41  to mein le ke ja kar laya, kuch butter, kuch kuch saman is tarah ka.</w:t>
      </w:r>
      <w:r>
        <w:br/>
      </w:r>
      <w:r>
        <w:rPr>
          <w:sz w:val="20"/>
        </w:rPr>
        <w:t>1:07:46  aur la ke baitha mein aik akele mez par.</w:t>
      </w:r>
      <w:r>
        <w:br/>
      </w:r>
      <w:r>
        <w:rPr>
          <w:sz w:val="20"/>
        </w:rPr>
        <w:t>1:07:51  aur bohat is ka jo, woh woh jo hotel tha, aik dam samandar ke kinare tha.</w:t>
      </w:r>
      <w:r>
        <w:br/>
      </w:r>
      <w:r>
        <w:rPr>
          <w:sz w:val="20"/>
        </w:rPr>
        <w:t>1:07:56  bohat hi beautiful scene tha wahan.</w:t>
      </w:r>
      <w:r>
        <w:br/>
      </w:r>
      <w:r>
        <w:rPr>
          <w:sz w:val="20"/>
        </w:rPr>
        <w:t>1:08:01  wahan baitha hoon aur best khana mere samne hai.</w:t>
      </w:r>
      <w:r>
        <w:br/>
      </w:r>
      <w:r>
        <w:rPr>
          <w:sz w:val="20"/>
        </w:rPr>
        <w:t>1:08:06  lekin jab mein ne is ko khana shuru kiya to yaqeen kijiye ke mere taste se kam tha.</w:t>
      </w:r>
      <w:r>
        <w:br/>
      </w:r>
      <w:r>
        <w:rPr>
          <w:sz w:val="20"/>
        </w:rPr>
        <w:t>1:08:11  woh mere jo taste buds hain, mere mere taste buds to Khuda ke banaye hue hain.</w:t>
      </w:r>
      <w:r>
        <w:br/>
      </w:r>
      <w:r>
        <w:rPr>
          <w:sz w:val="20"/>
        </w:rPr>
        <w:t>1:08:16  aur woh tha kisi insan ka banaya hua.</w:t>
      </w:r>
      <w:r>
        <w:br/>
      </w:r>
      <w:r>
        <w:rPr>
          <w:sz w:val="20"/>
        </w:rPr>
        <w:t>1:08:21  to mein itna rone laga, mein rone laga ke Khuda ya!</w:t>
      </w:r>
      <w:r>
        <w:br/>
      </w:r>
      <w:r>
        <w:rPr>
          <w:sz w:val="20"/>
        </w:rPr>
        <w:t>1:08:27  woh insan jis ko dunya ke sab se achhe hotel mein pleasure nahi mil raha, jo us ke</w:t>
      </w:r>
      <w:r>
        <w:br/>
      </w:r>
      <w:r>
        <w:rPr>
          <w:sz w:val="20"/>
        </w:rPr>
        <w:t>1:08:32  sab se achhe khane mein us ko us ka taste jo hai, us ke mutabiq nahi mil raha,</w:t>
      </w:r>
      <w:r>
        <w:br/>
      </w:r>
      <w:r>
        <w:rPr>
          <w:sz w:val="20"/>
        </w:rPr>
        <w:t>1:08:37  to kya anjam hoga mera? yeh jo log aisi baatein bolte hain, unhon ne apne taste buds ko</w:t>
      </w:r>
      <w:r>
        <w:br/>
      </w:r>
      <w:r>
        <w:rPr>
          <w:sz w:val="20"/>
        </w:rPr>
        <w:t>1:08:43  kharab kar rakha hai.</w:t>
      </w:r>
      <w:r>
        <w:br/>
      </w:r>
      <w:r>
        <w:rPr>
          <w:sz w:val="20"/>
        </w:rPr>
        <w:t>1:08:48  hamari family mein aik sahab the jo choona bohat khate the, pan mein.</w:t>
      </w:r>
      <w:r>
        <w:br/>
      </w:r>
      <w:r>
        <w:rPr>
          <w:sz w:val="20"/>
        </w:rPr>
        <w:t>1:08:54  pan mein choona bohat khate the.</w:t>
      </w:r>
      <w:r>
        <w:br/>
      </w:r>
      <w:r>
        <w:rPr>
          <w:sz w:val="20"/>
        </w:rPr>
        <w:t>1:08:59  to koi cheez unhein lagti thi ke achhi hai ya kharab.</w:t>
      </w:r>
      <w:r>
        <w:br/>
      </w:r>
      <w:r>
        <w:rPr>
          <w:sz w:val="20"/>
        </w:rPr>
        <w:t>1:09:04  un ki zaban aisi ho gayi thi ke un ke taste buds jo the, kund ho gaye thay.</w:t>
      </w:r>
      <w:r>
        <w:br/>
      </w:r>
      <w:r>
        <w:rPr>
          <w:sz w:val="20"/>
        </w:rPr>
        <w:t>1:09:10  to logon ne apne taste ko kund kar rakha hai, apni soch ko bigar rakha hai.</w:t>
      </w:r>
      <w:r>
        <w:br/>
      </w:r>
      <w:r>
        <w:rPr>
          <w:sz w:val="20"/>
        </w:rPr>
        <w:t>1:09:15  woh jo high level ki jo desire hai, khuda ne di thi, us ko yani cheap qism ke</w:t>
      </w:r>
      <w:r>
        <w:br/>
      </w:r>
      <w:r>
        <w:rPr>
          <w:sz w:val="20"/>
        </w:rPr>
        <w:t>1:09:21  ke entertainment mein us ko ghata rakha hai.</w:t>
      </w:r>
      <w:r>
        <w:br/>
      </w:r>
      <w:r>
        <w:rPr>
          <w:sz w:val="20"/>
        </w:rPr>
        <w:t>1:09:26  logon ko pata hi nahin.</w:t>
      </w:r>
      <w:r>
        <w:br/>
      </w:r>
      <w:r>
        <w:rPr>
          <w:sz w:val="20"/>
        </w:rPr>
        <w:t>1:09:31  sachi baat yeh hai ke jo log aisa kehte hain, woh jante hi nahin ke khuda ne kaisi</w:t>
      </w:r>
      <w:r>
        <w:br/>
      </w:r>
      <w:r>
        <w:rPr>
          <w:sz w:val="20"/>
        </w:rPr>
        <w:t>1:09:37  ajeeb ghareeb cheez di hai aap ko. Desire.</w:t>
      </w:r>
      <w:r>
        <w:br/>
      </w:r>
      <w:r>
        <w:rPr>
          <w:sz w:val="20"/>
        </w:rPr>
        <w:t>1:09:42  mein poore yaqeen ke sath kehta hoon ke jo log aisa kehte hain, un ko pata hi nahin</w:t>
      </w:r>
      <w:r>
        <w:br/>
      </w:r>
      <w:r>
        <w:rPr>
          <w:sz w:val="20"/>
        </w:rPr>
        <w:t>1:09:48  ke Allah taala ne yeh desire, sense of desire, kaisi ajeeb ghareeb cheez di hai aap ko.</w:t>
      </w:r>
      <w:r>
        <w:br/>
      </w:r>
      <w:r>
        <w:rPr>
          <w:sz w:val="20"/>
        </w:rPr>
        <w:t>1:09:53  itni oonchi hai, itni oonchi.</w:t>
      </w:r>
      <w:r>
        <w:br/>
      </w:r>
      <w:r>
        <w:rPr>
          <w:sz w:val="20"/>
        </w:rPr>
        <w:t>1:09:58  is level ka koi yahan fulfillment hai hi nahin duniya mein.</w:t>
      </w:r>
      <w:r>
        <w:br/>
      </w:r>
      <w:r>
        <w:rPr>
          <w:sz w:val="20"/>
        </w:rPr>
        <w:t>1:10:04  woh khuda ka bohat hi finest creation hai, woh desire aap ki.</w:t>
      </w:r>
      <w:r>
        <w:br/>
      </w:r>
      <w:r>
        <w:rPr>
          <w:sz w:val="20"/>
        </w:rPr>
        <w:t>1:10:09  aap ki desire jo hain, woh aap ka finest creation hai.</w:t>
      </w:r>
      <w:r>
        <w:br/>
      </w:r>
      <w:r>
        <w:rPr>
          <w:sz w:val="20"/>
        </w:rPr>
        <w:t>1:10:15  aap jo seen, aap ki aankh jo seen dekhna chahti hai, aap ke kaan jo awaz sunna chahte</w:t>
      </w:r>
      <w:r>
        <w:br/>
      </w:r>
      <w:r>
        <w:rPr>
          <w:sz w:val="20"/>
        </w:rPr>
        <w:t>1:10:20  hain, aap ke taste buds jo khana chahte hain, aap ka dil jis qism ke saathi chahta hai,</w:t>
      </w:r>
      <w:r>
        <w:br/>
      </w:r>
      <w:r>
        <w:rPr>
          <w:sz w:val="20"/>
        </w:rPr>
        <w:t>1:10:26  woh duniya mein hai hi nahin.</w:t>
      </w:r>
      <w:r>
        <w:br/>
      </w:r>
      <w:r>
        <w:rPr>
          <w:sz w:val="20"/>
        </w:rPr>
        <w:t>1:10:31  lekin aap cheap qism ki activities mein us ko kund kar lete hain.</w:t>
      </w:r>
      <w:r>
        <w:br/>
      </w:r>
      <w:r>
        <w:rPr>
          <w:sz w:val="20"/>
        </w:rPr>
        <w:t>1:10:36  us ko apne apne desire ko bigar lete hain.</w:t>
      </w:r>
      <w:r>
        <w:br/>
      </w:r>
      <w:r>
        <w:rPr>
          <w:sz w:val="20"/>
        </w:rPr>
        <w:t>1:10:42  jaise jo aadmi wine peeta ho, us ke taste buds kharab ho jate hain.</w:t>
      </w:r>
      <w:r>
        <w:br/>
      </w:r>
      <w:r>
        <w:rPr>
          <w:sz w:val="20"/>
        </w:rPr>
        <w:t>1:10:47  jo choona zyada khata ho, us ke taste buds kharab ho jate hain.</w:t>
      </w:r>
      <w:r>
        <w:br/>
      </w:r>
      <w:r>
        <w:rPr>
          <w:sz w:val="20"/>
        </w:rPr>
        <w:t>1:10:53  yahan tak ke jo log bohat zyada movie dekhte hain, un ke taste kharab ho jate hain.</w:t>
      </w:r>
      <w:r>
        <w:br/>
      </w:r>
      <w:r>
        <w:rPr>
          <w:sz w:val="20"/>
        </w:rPr>
        <w:t>1:10:58  third qism ke gaane, third qism ki baatein un ko achi lagti hain.</w:t>
      </w:r>
      <w:r>
        <w:br/>
      </w:r>
      <w:r>
        <w:rPr>
          <w:sz w:val="20"/>
        </w:rPr>
        <w:t>1:11:03  yeh sab log woh hain jinho ne apni high desire ko, yani us ko kund kar rakha hai,</w:t>
      </w:r>
      <w:r>
        <w:br/>
      </w:r>
      <w:r>
        <w:rPr>
          <w:sz w:val="20"/>
        </w:rPr>
        <w:t>1:11:09  us ko uska taste bigar rakha hai.</w:t>
      </w:r>
      <w:r>
        <w:br/>
      </w:r>
      <w:r>
        <w:rPr>
          <w:sz w:val="20"/>
        </w:rPr>
        <w:t>1:11:14  unhein pata hi nahin ke taste kya cheez hai.</w:t>
      </w:r>
      <w:r>
        <w:br/>
      </w:r>
      <w:r>
        <w:rPr>
          <w:sz w:val="20"/>
        </w:rPr>
        <w:t>1:11:20  haqeeqat hai ke insaan ke liye siwaye paradise ke kahin bhi sukoon nahin.</w:t>
      </w:r>
    </w:p>
    <w:p>
      <w:pPr>
        <w:pStyle w:val="Heading2"/>
      </w:pPr>
      <w:r>
        <w:t>Origin of existence according to Big Bang</w:t>
      </w:r>
    </w:p>
    <w:p>
      <w:r>
        <w:rPr>
          <w:color w:val="666666"/>
          <w:sz w:val="18"/>
        </w:rPr>
        <w:t>Faith &amp; God · God Particle July 8, 2012 · 44m 00s · at 14:49 · https://youtu.be/30Ulu10c2nA?t=889</w:t>
      </w:r>
    </w:p>
    <w:p>
      <w:r>
        <w:rPr>
          <w:i/>
        </w:rPr>
        <w:t>“How did it come into existence? Or how did its existence happen?”</w:t>
      </w:r>
    </w:p>
    <w:p>
      <w:r>
        <w:rPr>
          <w:sz w:val="20"/>
        </w:rPr>
        <w:t>14:49  To pehla sawal to ye tha ke how it came into existence? Ya is ka wajood kaise hua?</w:t>
      </w:r>
      <w:r>
        <w:br/>
      </w:r>
      <w:r>
        <w:rPr>
          <w:sz w:val="20"/>
        </w:rPr>
        <w:t>14:58  To wajood ko unhone Big Bang theory jo hai, us se explain kiya. Jo ke 20th century ke first quarter mein, ghaleban 1931 mein pesh ki gayi thi.</w:t>
      </w:r>
      <w:r>
        <w:br/>
      </w:r>
      <w:r>
        <w:rPr>
          <w:sz w:val="20"/>
        </w:rPr>
        <w:t>15:13  To</w:t>
      </w:r>
      <w:r>
        <w:br/>
      </w:r>
      <w:r>
        <w:rPr>
          <w:sz w:val="20"/>
        </w:rPr>
        <w:t>15:15  Wo par bohat kuch research hui. Kafi research ke baad ab Big Bang theory jo hai, scientific community ne is ko maan liya hai.</w:t>
      </w:r>
      <w:r>
        <w:br/>
      </w:r>
      <w:r>
        <w:rPr>
          <w:sz w:val="20"/>
        </w:rPr>
        <w:t>15:25  And now it is scientifically an established theory. Lekin phir jo doosra sawal aa gaya ke jab sare electron jo hain, jo release hue,</w:t>
      </w:r>
      <w:r>
        <w:br/>
      </w:r>
      <w:r>
        <w:rPr>
          <w:sz w:val="20"/>
        </w:rPr>
        <w:t>15:42  To phir wo kaise dobara wo combine hue? Kyun ke is ke liye mass darkar hai.</w:t>
      </w:r>
      <w:r>
        <w:br/>
      </w:r>
      <w:r>
        <w:rPr>
          <w:sz w:val="20"/>
        </w:rPr>
        <w:t>15:48  To is ke liye ab, ab jo unhone mana hai ke, ke Higgs Boson, to agar is ko maan liya jaye scientific mind ke mutabiq, to Higgs Boson is baat ko explain karta hai ke kis tarah dobara sare particle exist hue aur phir wo cheezein tamam bani.</w:t>
      </w:r>
      <w:r>
        <w:br/>
      </w:r>
      <w:r>
        <w:rPr>
          <w:sz w:val="20"/>
        </w:rPr>
        <w:t>16:13  Ye hai theory. Yani khulasa jo hai, saada zaban mein. Is ko ek dekhein, ek to technical zaban hoti hai.</w:t>
      </w:r>
      <w:r>
        <w:br/>
      </w:r>
      <w:r>
        <w:rPr>
          <w:sz w:val="20"/>
        </w:rPr>
        <w:t>16:23  Technical zaban jo hai, wo ek alag hi zaban hai. Main aap ko is ka jo saada taur par jo baat hai, wo arz kar raha hoon.</w:t>
      </w:r>
      <w:r>
        <w:br/>
      </w:r>
      <w:r>
        <w:rPr>
          <w:sz w:val="20"/>
        </w:rPr>
        <w:t>16:32  Is mein mujhe ek baat aur bhi acknowledge karna hai ke is maamle mein mujh ko bohat zyada help mili hai. Meri jo granddaughter hai, wo Maria.</w:t>
      </w:r>
      <w:r>
        <w:br/>
      </w:r>
      <w:r>
        <w:rPr>
          <w:sz w:val="20"/>
        </w:rPr>
        <w:t>16:44  Maria, yani Physics Honors mein unhone first first division se pass kiya hai imtehan Physics Honors mein.</w:t>
      </w:r>
      <w:r>
        <w:br/>
      </w:r>
      <w:r>
        <w:rPr>
          <w:sz w:val="20"/>
        </w:rPr>
        <w:t>16:58  aur bohat hi zyada parhne wali larki hai. Maria jo meri grand daughter hai, us ne bohat zyada help ki.</w:t>
      </w:r>
      <w:r>
        <w:br/>
      </w:r>
      <w:r>
        <w:rPr>
          <w:sz w:val="20"/>
        </w:rPr>
        <w:t>17:09  yani main aap jante hain ke main internet istemal nahi kar sakta.</w:t>
      </w:r>
      <w:r>
        <w:br/>
      </w:r>
      <w:r>
        <w:rPr>
          <w:sz w:val="20"/>
        </w:rPr>
        <w:t>17:13  to sara nikal nikal kar mujhe bataya, parh kar sunaya, discuss kiya. To bohat zyada main wo us ko acknowledge karta hoon.</w:t>
      </w:r>
      <w:r>
        <w:br/>
      </w:r>
      <w:r>
        <w:rPr>
          <w:sz w:val="20"/>
        </w:rPr>
        <w:t>17:24  Allah taala us ko, hum, hum is mein us ki, uska ajar de, us ke reward de.</w:t>
      </w:r>
      <w:r>
        <w:br/>
      </w:r>
      <w:r>
        <w:rPr>
          <w:sz w:val="20"/>
        </w:rPr>
        <w:t>17:34  to is tareeqe se main yeh baat jo keh raha hoon, yani us ko main, yani ek, ek bohat dil lage hain mujh ko us ko, us yahan tak pohnchne mein.</w:t>
      </w:r>
      <w:r>
        <w:br/>
      </w:r>
      <w:r>
        <w:rPr>
          <w:sz w:val="20"/>
        </w:rPr>
        <w:t>17:47  is mein, ah, meri daughter grand daughter Maria ki help kafi meri madadgar sabit hui. To yeh hai hooks bozan ka ek saada tasawwur.</w:t>
      </w:r>
      <w:r>
        <w:br/>
      </w:r>
      <w:r>
        <w:rPr>
          <w:sz w:val="20"/>
        </w:rPr>
        <w:t>18:04  lekin mujhe jo dilchaspi hai, jo main aap se arz karna chahta hoon, wo wo ek aur baat hai. Wo hai Quran se is ka talluq.</w:t>
      </w:r>
      <w:r>
        <w:br/>
      </w:r>
      <w:r>
        <w:rPr>
          <w:sz w:val="20"/>
        </w:rPr>
        <w:t>18:15  dekhen, Quran mein bohat hi ajeeb baat hai ke Quran mein ek ayat hai Surah Nisa, yani chapter four, verse number 82 mein:</w:t>
      </w:r>
      <w:r>
        <w:br/>
      </w:r>
      <w:r>
        <w:rPr>
          <w:sz w:val="20"/>
        </w:rPr>
        <w:t>18:34  "Afla tadabbar al Quran wa lau kana min inda ghair Allah la wajadu fihi ikhtilafan kathira".</w:t>
      </w:r>
      <w:r>
        <w:br/>
      </w:r>
      <w:r>
        <w:rPr>
          <w:sz w:val="20"/>
        </w:rPr>
        <w:t>18:42  sach poochhen to mujhe Quran wala jo aspect hai, usi se dilchaspi hai mujhe. Usi ke liye maine yeh tamheed bayan ki aap ko. To yeh jo ayat hai Surah Nisa mein, is ka matlab yeh hai ke kya yeh log Quran par ghaur nahi karte?</w:t>
      </w:r>
      <w:r>
        <w:br/>
      </w:r>
      <w:r>
        <w:rPr>
          <w:sz w:val="20"/>
        </w:rPr>
        <w:t>18:59  Quran par ghaur nahi karte, tadabbur nahi karte?</w:t>
      </w:r>
      <w:r>
        <w:br/>
      </w:r>
      <w:r>
        <w:rPr>
          <w:sz w:val="20"/>
        </w:rPr>
        <w:t>19:03  agar Quran Allah ke siwa kisi aur ki taraf se hota to wo is ke andar bohat zyada ikhtilaf paate.</w:t>
      </w:r>
      <w:r>
        <w:br/>
      </w:r>
      <w:r>
        <w:rPr>
          <w:sz w:val="20"/>
        </w:rPr>
        <w:t>19:13  yeh ikhtilaf ka lafz hai, bohat hi important hai. Mufassireen ikhtilaf ko samajhne mein zyada kamyab nahi hue hain. Lekin yeh maine is pe bohat ghaur kiya.</w:t>
      </w:r>
      <w:r>
        <w:br/>
      </w:r>
      <w:r>
        <w:rPr>
          <w:sz w:val="20"/>
        </w:rPr>
        <w:t>19:25  to yeh bhi meri ek discovery hai Allah ke fazl se.</w:t>
      </w:r>
      <w:r>
        <w:br/>
      </w:r>
      <w:r>
        <w:rPr>
          <w:sz w:val="20"/>
        </w:rPr>
        <w:t>19:29  ikhtilaf ke ma'ne yahan par jo aam taur par jo lafz bola jata hai, is tarah wo ma'ne nahi hain. Yahan par ma'ne hain inconsistency ya adam mutabiqat.</w:t>
      </w:r>
      <w:r>
        <w:br/>
      </w:r>
      <w:r>
        <w:rPr>
          <w:sz w:val="20"/>
        </w:rPr>
        <w:t>19:42  yeh matlab hai is ka. Yani ikhtilaf kis ke beech mein? Quran ki ayaton ke beech mein nahi.</w:t>
      </w:r>
      <w:r>
        <w:br/>
      </w:r>
      <w:r>
        <w:rPr>
          <w:sz w:val="20"/>
        </w:rPr>
        <w:t>19:51  Quran aur kharji haqiqaton ke beech mein ikhtilaf.</w:t>
      </w:r>
      <w:r>
        <w:br/>
      </w:r>
      <w:r>
        <w:rPr>
          <w:sz w:val="20"/>
        </w:rPr>
        <w:t>19:57  yani ek hai Quran ka statement aur ek hai world of facts jo Quran se bahar hai. To world of facts mein aur Quran ke statement mein koi ikhtilaf nahi hoga.</w:t>
      </w:r>
      <w:r>
        <w:br/>
      </w:r>
      <w:r>
        <w:rPr>
          <w:sz w:val="20"/>
        </w:rPr>
        <w:t>20:11  yani inconsistency nahi hogi. Adam mutabiqat nahi hogi. Yeh bohat ajeeb statement tha. Kyun ke aap jante hain ke Quran seven century ke first quarter mein utra.</w:t>
      </w:r>
      <w:r>
        <w:br/>
      </w:r>
      <w:r>
        <w:rPr>
          <w:sz w:val="20"/>
        </w:rPr>
        <w:t>20:26  us waqt kuch bhi nahi tha duniya mein. Na science thi, na telescope thi, na microscope thi, na us waqt tick computer tha, na us waqt aaj kal ke jo tareeqe hain research karne ke, wo sab kuch the.</w:t>
      </w:r>
      <w:r>
        <w:br/>
      </w:r>
      <w:r>
        <w:rPr>
          <w:sz w:val="20"/>
        </w:rPr>
        <w:t>20:40  wo traditional daur tha. Log suppressed mein jeete the. Kisi cheez ko jo insan janta nahi tha. Us waqt yeh ayat utri.</w:t>
      </w:r>
      <w:r>
        <w:br/>
      </w:r>
      <w:r>
        <w:rPr>
          <w:sz w:val="20"/>
        </w:rPr>
        <w:t>20:50  is ayat ko agar is se jodiye aap ke Quran ek abadi kitab hai. Yeh waqti kitab nahi hai.</w:t>
      </w:r>
      <w:r>
        <w:br/>
      </w:r>
      <w:r>
        <w:rPr>
          <w:sz w:val="20"/>
        </w:rPr>
        <w:t>20:58  to is ko jod kar sochiye to ek abadi challenge tha yeh. Eternal challenge. Yani Quran rahega qayamat tak ke liye.</w:t>
      </w:r>
      <w:r>
        <w:br/>
      </w:r>
      <w:r>
        <w:rPr>
          <w:sz w:val="20"/>
        </w:rPr>
        <w:t>21:09  to is ka matlab yeh hua ke qayamat tak jo baatein insan daryaft karega, universe of fact jo abhi hidden hai, us ko jab daryaft karega to jo statement Quran mein hai, us se us ki is mein mutabiqat rahegi</w:t>
      </w:r>
      <w:r>
        <w:br/>
      </w:r>
      <w:r>
        <w:rPr>
          <w:sz w:val="20"/>
        </w:rPr>
        <w:t>21:27  . Adam, adam mutabiqat nahi hogi. Inconsistency hogi. Yeh kitni ajeeb baat hai. Yeh seven century ke first quarter mein Quran yeh kehta hai ke baad ko jab saensy daur aayega, discovery ka daur aayega,</w:t>
      </w:r>
      <w:r>
        <w:br/>
      </w:r>
      <w:r>
        <w:rPr>
          <w:sz w:val="20"/>
        </w:rPr>
        <w:t>21:45  aur university of fact ko log daryaft karein ge, is waqt quran ke statement mein aur jo jo discovery hogi, us mein koi cons, koi inconsistency nahi hogi.</w:t>
      </w:r>
      <w:r>
        <w:br/>
      </w:r>
      <w:r>
        <w:rPr>
          <w:sz w:val="20"/>
        </w:rPr>
        <w:t>22:01  koi adam mutabi</w:t>
      </w:r>
      <w:r>
        <w:br/>
      </w:r>
      <w:r>
        <w:rPr>
          <w:sz w:val="20"/>
        </w:rPr>
        <w:t>22:03  qat nahi hogi. yeh koi ek challenge tha, challenge. to aap ghor kijiye ke bohat ajeeb o ghareeb tor par baatein sabit ho rahi hain.</w:t>
      </w:r>
      <w:r>
        <w:br/>
      </w:r>
      <w:r>
        <w:rPr>
          <w:sz w:val="20"/>
        </w:rPr>
        <w:t>22:13  misal ke taur par dekhiye, is se pehle ek baat ka aur hawala dena chahta hoon, phir is par aaunga ke quran mein Hazrat Musa ka jo jo contemporary king tha, jis ko firoun kaha jata hai,</w:t>
      </w:r>
      <w:r>
        <w:br/>
      </w:r>
      <w:r>
        <w:rPr>
          <w:sz w:val="20"/>
        </w:rPr>
        <w:t>22:29  to quran ke mutabiq aur bible ke mutabiq woh samandar mein gharaq ho gaya.</w:t>
      </w:r>
      <w:r>
        <w:br/>
      </w:r>
      <w:r>
        <w:rPr>
          <w:sz w:val="20"/>
        </w:rPr>
        <w:t>22:37  is waqt quran ke mutabiq Allah ne farmaya tha ke "alyawm nurjeeka bibadnika litakuna liman khalfak".</w:t>
      </w:r>
      <w:r>
        <w:br/>
      </w:r>
      <w:r>
        <w:rPr>
          <w:sz w:val="20"/>
        </w:rPr>
        <w:t>22:46  aaj hum tumhare body ko bacha kar rakhein ge. aaj hum tumhare body ko bacha kar rakhein ge taake baad walon ke liye nishani ho.</w:t>
      </w:r>
      <w:r>
        <w:br/>
      </w:r>
      <w:r>
        <w:rPr>
          <w:sz w:val="20"/>
        </w:rPr>
        <w:t>22:59  ab yeh ghor kijiye ke yeh waqea hai saare teen hazar saal pehle ka. saare teen hazar saal pehle to kuch hi pata nahi tha. jab</w:t>
      </w:r>
      <w:r>
        <w:br/>
      </w:r>
      <w:r>
        <w:rPr>
          <w:sz w:val="20"/>
        </w:rPr>
        <w:t>23:08  quran mein ayat utri to us waqt kuch bhi nahi pata tha insaan ko ke firoun ka body kahan hai. kaisi ajeeb baat hai.</w:t>
      </w:r>
      <w:r>
        <w:br/>
      </w:r>
      <w:r>
        <w:rPr>
          <w:sz w:val="20"/>
        </w:rPr>
        <w:t>23:18  "alyawm nurjeeka bibadnika litakuna liman khalfak".</w:t>
      </w:r>
      <w:r>
        <w:br/>
      </w:r>
      <w:r>
        <w:rPr>
          <w:sz w:val="20"/>
        </w:rPr>
        <w:t>23:24  is waqt Allah ne farmaya saare teen hazar saal pehle ke firoun ka jo body hai marne ke baad, woh rakha jaye ga, mehfooz rahe ga, mehfooz rahe ga.</w:t>
      </w:r>
      <w:r>
        <w:br/>
      </w:r>
      <w:r>
        <w:rPr>
          <w:sz w:val="20"/>
        </w:rPr>
        <w:t>23:39  ab baad wale is ko discover kar ke us se sabak lein ge. to jab quran utra to kuch bhi involve nahi tha is ke baray mein.</w:t>
      </w:r>
      <w:r>
        <w:br/>
      </w:r>
      <w:r>
        <w:rPr>
          <w:sz w:val="20"/>
        </w:rPr>
        <w:t>23:49  one percent bhi kuch involve nahi tha.</w:t>
      </w:r>
      <w:r>
        <w:br/>
      </w:r>
      <w:r>
        <w:rPr>
          <w:sz w:val="20"/>
        </w:rPr>
        <w:t>23:52  baad ko kya hua ke dunya mein ilm aaya, dunya mein taraqqiyan huin, dunya mein research ka daur aaya. to nineteen century ke yani aakhir mein kuch France ke aur Germany ke kuch scholar gaye Misr.</w:t>
      </w:r>
      <w:r>
        <w:br/>
      </w:r>
      <w:r>
        <w:rPr>
          <w:sz w:val="20"/>
        </w:rPr>
        <w:t>24:12  wahan jo jis ko kehte hain pyramid yani ahram, us mein unhon ne is ka gate khola jo band pada hua tha.</w:t>
      </w:r>
      <w:r>
        <w:br/>
      </w:r>
      <w:r>
        <w:rPr>
          <w:sz w:val="20"/>
        </w:rPr>
        <w:t>24:22  koi, koi kholta nahi tha is ko. kyunke mashhoor tha ke is ke andar laanat al-firaunah hai. firounon ki laanat.</w:t>
      </w:r>
      <w:r>
        <w:br/>
      </w:r>
      <w:r>
        <w:rPr>
          <w:sz w:val="20"/>
        </w:rPr>
        <w:t>24:33  to laanat al-firaunah ki wajah se is ko kholte nahi the woh.</w:t>
      </w:r>
      <w:r>
        <w:br/>
      </w:r>
      <w:r>
        <w:rPr>
          <w:sz w:val="20"/>
        </w:rPr>
        <w:t>24:37  unhon ne khola aur khol kar ke is ke andar se body nikala. is mein firoun ki body mumyai kar ke yani mummification jo kehte hain, kar ke rakhi hui thi.</w:t>
      </w:r>
      <w:r>
        <w:br/>
      </w:r>
      <w:r>
        <w:rPr>
          <w:sz w:val="20"/>
        </w:rPr>
        <w:t>24:50  aap jante hain ke mummification ke baad body hazaron saal tak waisi ki waisi reh sakti hai. koi khaas technique hai jo Misriyon mein bohat taraqqi yafta thi us zamane mein.</w:t>
      </w:r>
      <w:r>
        <w:br/>
      </w:r>
      <w:r>
        <w:rPr>
          <w:sz w:val="20"/>
        </w:rPr>
        <w:t>25:02  is ko nikala, nikal kar bahar laye. aur aap jante hain ke us zamane mein ek bohat ajeeb cheez daryaft hui hai jis ko kehte hain carbon fourteen dating.</w:t>
      </w:r>
      <w:r>
        <w:br/>
      </w:r>
      <w:r>
        <w:rPr>
          <w:sz w:val="20"/>
        </w:rPr>
        <w:t>25:15  yani pichli cheezein jo hain un ki tareekh ko maloom karna. to woh jo ek technique hai, us technique ko unhon ne apply kiya.</w:t>
      </w:r>
      <w:r>
        <w:br/>
      </w:r>
      <w:r>
        <w:rPr>
          <w:sz w:val="20"/>
        </w:rPr>
        <w:t>25:25  apply kiya to bohat ajeeb baat maloom hui ke yeh firoun Hazrat Musa ka contemporary firoun hai. yeh body jo hai Hazrat Musa ke contemporary firoun ki body hai.</w:t>
      </w:r>
      <w:r>
        <w:br/>
      </w:r>
      <w:r>
        <w:rPr>
          <w:sz w:val="20"/>
        </w:rPr>
        <w:t>25:40  to kaha jo baat quran mein kahi gayi thi seven century ke first quarter mein, woh unniswin sadi ke aakhir mein daryaft ho gayi.</w:t>
      </w:r>
      <w:r>
        <w:br/>
      </w:r>
      <w:r>
        <w:rPr>
          <w:sz w:val="20"/>
        </w:rPr>
        <w:t>25:49  is tarah se confirm hua ke quran ke statement mein aur bahar ki haqiqaton mein ikhtilaf nahi hai. yani inconsistency nahi hai.</w:t>
      </w:r>
      <w:r>
        <w:br/>
      </w:r>
      <w:r>
        <w:rPr>
          <w:sz w:val="20"/>
        </w:rPr>
        <w:t>26:00  kaisi ajeeb baat yeh hai. isi tarah ki ek misal yeh hai jis par hum is waqt baat kar rahe hain.</w:t>
      </w:r>
      <w:r>
        <w:br/>
      </w:r>
      <w:r>
        <w:rPr>
          <w:sz w:val="20"/>
        </w:rPr>
        <w:t>26:09  to quran mein dekhiye surah al anbiya jo chapter number 21 hai, is ki aik woh ayat hai jo yeh hai ke "inna al samawati wal arda kanata rataqan fataqnahuma wa ja'alna min al ma'i kulla shai'in hayyin".</w:t>
      </w:r>
      <w:r>
        <w:br/>
      </w:r>
      <w:r>
        <w:rPr>
          <w:sz w:val="20"/>
        </w:rPr>
        <w:t>26:33  yeh hai chapter 21 verse 30 yani al anbiya ki teesri ayat. to is ka is ka matlab kya hai?</w:t>
      </w:r>
      <w:r>
        <w:br/>
      </w:r>
      <w:r>
        <w:rPr>
          <w:sz w:val="20"/>
        </w:rPr>
        <w:t>26:46  is ka tarjuma yeh hai ke "the heavens and the earth were</w:t>
      </w:r>
      <w:r>
        <w:br/>
      </w:r>
      <w:r>
        <w:rPr>
          <w:sz w:val="20"/>
        </w:rPr>
        <w:t>26:56  joint together, then we split them asunder".</w:t>
      </w:r>
      <w:r>
        <w:br/>
      </w:r>
      <w:r>
        <w:rPr>
          <w:sz w:val="20"/>
        </w:rPr>
        <w:t>27:04  yani zameen aur aasman aapas mein jure hue thay, phir hum ne is ko alag kar diya. aur phir hum ne pani bana se har cheez banai, zinda cheez.</w:t>
      </w:r>
      <w:r>
        <w:br/>
      </w:r>
      <w:r>
        <w:rPr>
          <w:sz w:val="20"/>
        </w:rPr>
        <w:t>27:16  is mein dekhen do lafz istemal hua hai: rataq aur fataq. yani zameen o aasman is se pehle fataq rataq ki halat mein thay.</w:t>
      </w:r>
      <w:r>
        <w:br/>
      </w:r>
      <w:r>
        <w:rPr>
          <w:sz w:val="20"/>
        </w:rPr>
        <w:t>27:27  rataq kehte hain arabi mein kehte hain munzamir ajza, jaise yeh hai. yeh munzamir ajza aik doosre mein juda hua.</w:t>
      </w:r>
      <w:r>
        <w:br/>
      </w:r>
      <w:r>
        <w:rPr>
          <w:sz w:val="20"/>
        </w:rPr>
        <w:t>27:39  munzamir ajza yani joint together.</w:t>
      </w:r>
      <w:r>
        <w:br/>
      </w:r>
      <w:r>
        <w:rPr>
          <w:sz w:val="20"/>
        </w:rPr>
        <w:t>27:44  to kaisi ajeeb baat hai ke quran yeh keh raha hai ke ibtida mein poora zameen o aasman ka jo mass hai, jo madah hai, poora ka poora aik aik hi wahid cheez mein aise juda hua tha.</w:t>
      </w:r>
      <w:r>
        <w:br/>
      </w:r>
      <w:r>
        <w:rPr>
          <w:sz w:val="20"/>
        </w:rPr>
        <w:t>28:02  rataq ki halat mein tha, yani integrated form mein tha.</w:t>
      </w:r>
      <w:r>
        <w:br/>
      </w:r>
      <w:r>
        <w:rPr>
          <w:sz w:val="20"/>
        </w:rPr>
        <w:t>28:08  p</w:t>
      </w:r>
      <w:r>
        <w:br/>
      </w:r>
      <w:r>
        <w:rPr>
          <w:sz w:val="20"/>
        </w:rPr>
        <w:t>28:09  har kya hua? fataq hua. fataq ka matlab kehte hain kholna, disintegrate karna. yeh bohat hi ajeeb hui baat hai ke pehle rataq tha, phir fataq hua.</w:t>
      </w:r>
      <w:r>
        <w:br/>
      </w:r>
      <w:r>
        <w:rPr>
          <w:sz w:val="20"/>
        </w:rPr>
        <w:t>28:21  yani pehle sari universe integrated form mein thi, phir is mein disintegration hua. to yeh aeen wohi cheez hai jis ko baad ko scientist science ne daryaft kiya big bang ki shakal mein</w:t>
      </w:r>
      <w:r>
        <w:br/>
      </w:r>
      <w:r>
        <w:rPr>
          <w:sz w:val="20"/>
        </w:rPr>
        <w:t>28:36  . big bang ki theory yahi hai ke pehle poori kainat aik bohat bade cosmic ball ki surat mein thi.</w:t>
      </w:r>
      <w:r>
        <w:br/>
      </w:r>
      <w:r>
        <w:rPr>
          <w:sz w:val="20"/>
        </w:rPr>
        <w:t>28:46  bohat yani sare particle jo universe mein aaj hain, woh sab ke sab jure hue thay. is ko kaha jata hai cosmic ball.</w:t>
      </w:r>
      <w:r>
        <w:br/>
      </w:r>
      <w:r>
        <w:rPr>
          <w:sz w:val="20"/>
        </w:rPr>
        <w:t>28:57  to is mein aik fusion hua. is tarah hua, tab ja kar ke aisa hua ke sare particle bikhargaye.</w:t>
      </w:r>
      <w:r>
        <w:br/>
      </w:r>
      <w:r>
        <w:rPr>
          <w:sz w:val="20"/>
        </w:rPr>
        <w:t>29:04  yehi to hua. rataq tha, phir fataq hua. aeen wohi cheez hai. rataq tha, phir fataq hua.</w:t>
      </w:r>
      <w:r>
        <w:br/>
      </w:r>
      <w:r>
        <w:rPr>
          <w:sz w:val="20"/>
        </w:rPr>
        <w:t>29:12  is ke baad farmaya ke "wa ja'alna min al ma'i kulla shai'in hayyin" aur hum ne banaya pani se tamam zindagi zinda cheezen.</w:t>
      </w:r>
      <w:r>
        <w:br/>
      </w:r>
      <w:r>
        <w:rPr>
          <w:sz w:val="20"/>
        </w:rPr>
        <w:t>29:23  is mein dekhiye, pani ki aik alamat misal de kar cheezen kaise form hui, woh bataya gaya hai ke woh woh jo disintegration, disintegration hua tha, tamam particle ka, to phir is ko Allah taala ne phir jora.</w:t>
      </w:r>
      <w:r>
        <w:br/>
      </w:r>
      <w:r>
        <w:rPr>
          <w:sz w:val="20"/>
        </w:rPr>
        <w:t>29:43  isi mein se aik misal hai pani ki, jis mein aap jante hain ke do element hotay hain, yani oxygen aur hydrogen.</w:t>
      </w:r>
      <w:r>
        <w:br/>
      </w:r>
      <w:r>
        <w:rPr>
          <w:sz w:val="20"/>
        </w:rPr>
        <w:t>29:54  hydrogen aur oxygen ke jo do atom ke milne se wahan par aik molecule banta hai.</w:t>
      </w:r>
      <w:r>
        <w:br/>
      </w:r>
      <w:r>
        <w:rPr>
          <w:sz w:val="20"/>
        </w:rPr>
        <w:t>30:04  phir molecule se</w:t>
      </w:r>
      <w:r>
        <w:br/>
      </w:r>
      <w:r>
        <w:rPr>
          <w:sz w:val="20"/>
        </w:rPr>
        <w:t>30:09  wo hota hai, yani aik bohat bada, is ka bohat hi yani complex tareeqa hai. to bahar hal, hydrogen, hydrogen, oxygen ke jo jo particle thay, woh sab to fiza bikhre hue thay.</w:t>
      </w:r>
      <w:r>
        <w:br/>
      </w:r>
      <w:r>
        <w:rPr>
          <w:sz w:val="20"/>
        </w:rPr>
        <w:t>30:24  jab woh aapas mein jarengay, tab to atom atom banega. to bikhre hue particle jure aur phir molecule bana aur phir atom bana is ka,</w:t>
      </w:r>
      <w:r>
        <w:br/>
      </w:r>
      <w:r>
        <w:rPr>
          <w:sz w:val="20"/>
        </w:rPr>
        <w:t>30:37  yani oxygen ka aur hydrogen ka, phir molecule bana.</w:t>
      </w:r>
      <w:r>
        <w:br/>
      </w:r>
      <w:r>
        <w:rPr>
          <w:sz w:val="20"/>
        </w:rPr>
        <w:t>30:41  to ain wahi cheez yeh hai jis ko aaj is science ne ka yeh jo daawa hai ke daryaft kiya hum ne is is particle ko jis ne mass diya.</w:t>
      </w:r>
      <w:r>
        <w:br/>
      </w:r>
      <w:r>
        <w:rPr>
          <w:sz w:val="20"/>
        </w:rPr>
        <w:t>30:52  kyun ke mass agar na hota to aik doosre ke liye attraction nahi hota. kyun ke madi cheezein aik doosre ko kheenchti hain. is mein yaani attraction hota hai.</w:t>
      </w:r>
      <w:r>
        <w:br/>
      </w:r>
      <w:r>
        <w:rPr>
          <w:sz w:val="20"/>
        </w:rPr>
        <w:t>31:04  to kaisi ajeeb baat hai ke jo statement quran mein tha, ain usi ke mutabiq aaj discovery hui hai.</w:t>
      </w:r>
      <w:r>
        <w:br/>
      </w:r>
      <w:r>
        <w:rPr>
          <w:sz w:val="20"/>
        </w:rPr>
        <w:t>31:14  farq sirf kya hai? farq yeh hai ke jo theist bind hai, jo khuda ko banne baghair chahte hain, yaani kainat ko explain karna, woh samajhte hain ke isi yaani Higgs Boson se wajood mein aayi kainat.</w:t>
      </w:r>
      <w:r>
        <w:br/>
      </w:r>
      <w:r>
        <w:rPr>
          <w:sz w:val="20"/>
        </w:rPr>
        <w:t>31:33  lekin sawal yeh hai, Higgs Boson jo hai, us ko kis ne, kis ne us ko paida kiya?</w:t>
      </w:r>
      <w:r>
        <w:br/>
      </w:r>
      <w:r>
        <w:rPr>
          <w:sz w:val="20"/>
        </w:rPr>
        <w:t>31:40  yaani woh apne aap kaise paida ho gaya? woh to sawal phir bhi baqi hai, phir bhi baqi hai sawal.</w:t>
      </w:r>
      <w:r>
        <w:br/>
      </w:r>
      <w:r>
        <w:rPr>
          <w:sz w:val="20"/>
        </w:rPr>
        <w:t>31:51  is aik baat mein yaad dilaun jo mein ne apni kitaab mein likhi hai "God Arises" mein ke jab Newton ke zamanay mein jab woh daryaft hua ke duniya mein principle of causation hai, yaani cause and effect ka usool hai,</w:t>
      </w:r>
      <w:r>
        <w:br/>
      </w:r>
      <w:r>
        <w:rPr>
          <w:sz w:val="20"/>
        </w:rPr>
        <w:t>32:09  aik cause hota hai, phir us ka effect hota hai. tamam cheezein jo duniya mein hain, woh sab principle of causation se chal rahi hain, control ho rahi hain.</w:t>
      </w:r>
      <w:r>
        <w:br/>
      </w:r>
      <w:r>
        <w:rPr>
          <w:sz w:val="20"/>
        </w:rPr>
        <w:t>32:23  to us waqt yeh kaha gaya hai ke ab khuda ki zaroorat nahi hai, ab khuda ki zaroorat nahi. hum ne maloom kar liya ke cheezein kaise bani</w:t>
      </w:r>
      <w:r>
        <w:br/>
      </w:r>
      <w:r>
        <w:rPr>
          <w:sz w:val="20"/>
        </w:rPr>
        <w:t>32:32  ti hain. to us waqt kaha gaya tha ke jab apni daryaft kar liya, law of nature jo hai, woh cheezon ko shape deta hai, to ab khuda ki kya zaroorat hai?</w:t>
      </w:r>
      <w:r>
        <w:br/>
      </w:r>
      <w:r>
        <w:rPr>
          <w:sz w:val="20"/>
        </w:rPr>
        <w:t>32:41  khuda ki koi zaroorat nahi hai. yaani Newton ke baad jo daryaften huien, us se maloom hua ke jis ko hum nature kehte hain, fitrat, saari cheezein, yaani science ki zubaan mein jo kuch bhi hai, woh sab nature hai.</w:t>
      </w:r>
      <w:r>
        <w:br/>
      </w:r>
      <w:r>
        <w:rPr>
          <w:sz w:val="20"/>
        </w:rPr>
        <w:t>32:56  chahe insaan ho, chahe ghaas ho, chahe</w:t>
      </w:r>
      <w:r>
        <w:br/>
      </w:r>
      <w:r>
        <w:rPr>
          <w:sz w:val="20"/>
        </w:rPr>
        <w:t>33:02  sitare hon, sayare hon, sab nature hain. to agar yeh nature jo hai, cause and effect ke usool ke tehat bani hai,</w:t>
      </w:r>
      <w:r>
        <w:br/>
      </w:r>
      <w:r>
        <w:rPr>
          <w:sz w:val="20"/>
        </w:rPr>
        <w:t>33:13  to phir khuda ki kya zaroorat hai? koi cause and effect ko samjha ke hi khuda, yaani ab khuda ke manne ki zaroorat nahi hai.</w:t>
      </w:r>
      <w:r>
        <w:br/>
      </w:r>
      <w:r>
        <w:rPr>
          <w:sz w:val="20"/>
        </w:rPr>
        <w:t>33:27  halan ke yeh yeh galat fehmi thi. kyun ke sawal ab bhi baqi tha ke khud nature ko, khud nature ke course ko, khud law of causation ko kis ne wajood diya?</w:t>
      </w:r>
      <w:r>
        <w:br/>
      </w:r>
      <w:r>
        <w:rPr>
          <w:sz w:val="20"/>
        </w:rPr>
        <w:t>33:38  woh kaise wajood aaya?</w:t>
      </w:r>
      <w:r>
        <w:br/>
      </w:r>
      <w:r>
        <w:rPr>
          <w:sz w:val="20"/>
        </w:rPr>
        <w:t>33:42  yeh cheez sawal phir hi baqi tha. to unhon ne yeh kaha tha ke "if events are due to natural causes, they're not due to supernatural causes.</w:t>
      </w:r>
      <w:r>
        <w:br/>
      </w:r>
      <w:r>
        <w:rPr>
          <w:sz w:val="20"/>
        </w:rPr>
        <w:t>33:55  if events are due to natural causes, they're not due to supernatural causes." to mein ne likha tha apni kitaab mein ke "nature does not explain, she is she itself is in need of explanation." nature explain nahi karti, balkay dobara is sawal hai ke nature ko kis ne takhleeq kiya?</w:t>
      </w:r>
      <w:r>
        <w:br/>
      </w:r>
      <w:r>
        <w:rPr>
          <w:sz w:val="20"/>
        </w:rPr>
        <w:t>34:17  dobara yeh sawal hai. wahi haal wahan aik muamla yahan hai ke Higgs Boson explain nahi karta, yaani full stop nahi lag jata yahan par.</w:t>
      </w:r>
      <w:r>
        <w:br/>
      </w:r>
      <w:r>
        <w:rPr>
          <w:sz w:val="20"/>
        </w:rPr>
        <w:t>34:28  ab sawal yeh hai ke khud Higgs Boson ko kis ne takhleeq kiya? yaani aisa ajeeb o ghareeb particle jo agarchay unstable hai, aisa ajeeb o ghareeb particle ke woh tamam particle ko mass de deta hai.</w:t>
      </w:r>
      <w:r>
        <w:br/>
      </w:r>
      <w:r>
        <w:rPr>
          <w:sz w:val="20"/>
        </w:rPr>
        <w:t>34:44  yeh kaisi ajeeb baat hai?</w:t>
      </w:r>
      <w:r>
        <w:br/>
      </w:r>
      <w:r>
        <w:rPr>
          <w:sz w:val="20"/>
        </w:rPr>
        <w:t>34:47  jo particle mein mass nahi tha, yeh us ko mass deta hai aur phir saari kainat wajood mein aati hai. chahe pani ho, chahe mountain ho, chahe insaan ho, chahe darakht ho, sab wajood mein aate hain.</w:t>
      </w:r>
      <w:r>
        <w:br/>
      </w:r>
      <w:r>
        <w:rPr>
          <w:sz w:val="20"/>
        </w:rPr>
        <w:t>34:59  to woh, woh, woh jo miraculous particle, woh khud kaise wajood mein aa gaya? to sawal to phir hi baqi hai.</w:t>
      </w:r>
      <w:r>
        <w:br/>
      </w:r>
      <w:r>
        <w:rPr>
          <w:sz w:val="20"/>
        </w:rPr>
        <w:t>35:09  to jab tak aap yeh na manen ke aik khuda hai jis ne big bang mein explosion kiya, aik khuda hai jis ne cosmic ball ko banaya, aik khuda hai jis ne particles ko mass diya,</w:t>
      </w:r>
      <w:r>
        <w:br/>
      </w:r>
      <w:r>
        <w:rPr>
          <w:sz w:val="20"/>
        </w:rPr>
        <w:t>35:27  to phir bhi sawal baqi rahe ga. sawal wahin ka wahin baqi rahe ga. kyun ke aap jo jo cheez, jo cheez aap ne daryaft ki hai, woh wahan, wahan, wahan full stop nahi lag jata</w:t>
      </w:r>
      <w:r>
        <w:br/>
      </w:r>
      <w:r>
        <w:rPr>
          <w:sz w:val="20"/>
        </w:rPr>
        <w:t>35:38  ۔ is ke baad yeh sawal baqi rehta hai. to mein yeh kahunga ke yeh yaani hamein apne mutale ko abhi aage le chalna hai.</w:t>
      </w:r>
      <w:r>
        <w:br/>
      </w:r>
      <w:r>
        <w:rPr>
          <w:sz w:val="20"/>
        </w:rPr>
        <w:t>35:53  mushkil yeh hai ke is mamle mein jo jo kaam jo log kar rahe hain, woh woh hain jo Khuda ko hadaf kar ke kaam kar rahe hain.</w:t>
      </w:r>
      <w:r>
        <w:br/>
      </w:r>
      <w:r>
        <w:rPr>
          <w:sz w:val="20"/>
        </w:rPr>
        <w:t>36:02  research jo kar rahe hain, jo log aur jo Khuda ko manane wale log hain, un ka is mein koi hissa nahin.</w:t>
      </w:r>
      <w:r>
        <w:br/>
      </w:r>
      <w:r>
        <w:rPr>
          <w:sz w:val="20"/>
        </w:rPr>
        <w:t>36:09  woh to apne ibadat khano mein ya apne madarson mein masroof hain. unhein pata bhi nahin ke kya nature hai, kya nature ke qawaneen hain.</w:t>
      </w:r>
      <w:r>
        <w:br/>
      </w:r>
      <w:r>
        <w:rPr>
          <w:sz w:val="20"/>
        </w:rPr>
        <w:t>36:21  to yaani yahan mein yeh kehna chahunga ke Quran ki ek aur ayat yaad dilana chahta hoon mein ke Quran mein ek ayat hai ke "sanureehim ayatina filafaq fi anfusihim hatta atbain alhaqq" ke hum dikhayen ke logon ko apni nishaniyan</w:t>
      </w:r>
      <w:r>
        <w:br/>
      </w:r>
      <w:r>
        <w:rPr>
          <w:sz w:val="20"/>
        </w:rPr>
        <w:t>36:48  kainat mein aur insano ke andar, yahan tak ke wazeh ho jaye ke haqq hai.</w:t>
      </w:r>
      <w:r>
        <w:br/>
      </w:r>
      <w:r>
        <w:rPr>
          <w:sz w:val="20"/>
        </w:rPr>
        <w:t>36:55  yehi to nishaniyan hain, yehi to nishaniyan hain. to jo jo ehle iman the, jo Allah ko manane wale the, unhone in nishaniyon ko discover nahin kiya.</w:t>
      </w:r>
      <w:r>
        <w:br/>
      </w:r>
      <w:r>
        <w:rPr>
          <w:sz w:val="20"/>
        </w:rPr>
        <w:t>37:07  unhone is mamle mein koi kaam nahin kiya. woh doosre se kaam masroof ho gaye.</w:t>
      </w:r>
      <w:r>
        <w:br/>
      </w:r>
      <w:r>
        <w:rPr>
          <w:sz w:val="20"/>
        </w:rPr>
        <w:t>37:12  to Allah taala ne ek scientific community wajood mein layi. Allah taala scientific community, jo ke Bukhari mein ek riwayat hai ke "innallaha yuzirr al-fajir" ke Allah fajir insan ke zariye bhi madad karega.</w:t>
      </w:r>
      <w:r>
        <w:br/>
      </w:r>
      <w:r>
        <w:rPr>
          <w:sz w:val="20"/>
        </w:rPr>
        <w:t>37:29  is deen ki fajir se murad yahan par secular hai. fajir se murad ma'roof fajir nahin hai. to bas batao ke scientific community is se murad</w:t>
      </w:r>
      <w:r>
        <w:br/>
      </w:r>
      <w:r>
        <w:rPr>
          <w:sz w:val="20"/>
        </w:rPr>
        <w:t>37:38  hai. yeh scientific community woh cheezen daryaft karegi jis se tamam haqq haqiqaten hain, jo jo Quran mein bator nadri ke batai gayi hain, woh bator waqe ke logon ke samne aa jayengi.</w:t>
      </w:r>
      <w:r>
        <w:br/>
      </w:r>
      <w:r>
        <w:rPr>
          <w:sz w:val="20"/>
        </w:rPr>
        <w:t>37:52  to yeh mein samajhta hoon ke yaani agarche ehle iman khud is qism ki discovery nahin kar sake, lekin ab unhein chahiye karna hai ke is ko istemal karen, is ko bator data ke.</w:t>
      </w:r>
      <w:r>
        <w:br/>
      </w:r>
      <w:r>
        <w:rPr>
          <w:sz w:val="20"/>
        </w:rPr>
        <w:t>38:07  yeh unhone facts ko daryaft kar ke hamein de diya, unhone data daryaft kar ke hamein de diya. is tarah hamein ek scientific framework de diya hai, is ko hamein istemal karna chahiye aur istemal kar ke hamein yaani apne iman mein izafa karna chahiye aur is ko dawat ke liye istemal karna chahiye.</w:t>
      </w:r>
      <w:r>
        <w:br/>
      </w:r>
      <w:r>
        <w:rPr>
          <w:sz w:val="20"/>
        </w:rPr>
        <w:t>38:27  yeh hai. to mera jo is waqt jo kehna hai God Particle ke bare mein to mein is waqt koi koi scientific taqreer nahin kar raha hoon.</w:t>
      </w:r>
      <w:r>
        <w:br/>
      </w:r>
      <w:r>
        <w:rPr>
          <w:sz w:val="20"/>
        </w:rPr>
        <w:t>38:37  yeh keh raha hoon ke God Particle ki jo daryaft hai, woh daryaft bohat ajeeb o ghareeb tor par Quran ke is miyar par Quran ki sadaqat ko sabit kar rahi hai ke ke Quran ke nuzool ke baad jo daryaften hongi, jo discoveries hongi, woh Quran ke bayan ko confirm karti chali jayengi kyunke un mein aur un mein takrao nahin hoga,</w:t>
      </w:r>
      <w:r>
        <w:br/>
      </w:r>
      <w:r>
        <w:rPr>
          <w:sz w:val="20"/>
        </w:rPr>
        <w:t>39:04  adam mutabiqat nahin hogi, inconsistency nahin hogi. to yeh kaisi ajeeb baat hai? yeh bohat zyada ajeeb baat hai. yeh</w:t>
      </w:r>
      <w:r>
        <w:br/>
      </w:r>
      <w:r>
        <w:rPr>
          <w:sz w:val="20"/>
        </w:rPr>
        <w:t>39:14  to mujhe is waqt jo hai isi pehlu par yaani isi pehlu, isi pehlu ko highlight karna hai.</w:t>
      </w:r>
      <w:r>
        <w:br/>
      </w:r>
      <w:r>
        <w:rPr>
          <w:sz w:val="20"/>
        </w:rPr>
        <w:t>39:24  yeh yeh jo pehlu hai ke Quran ki sadaqat se is se sabit hoti hai. yeh yeh jo logon ka kuch log yeh nikalte hain is se ke science ne Khuda ko sabit kar diya, yeh galat baat hai.</w:t>
      </w:r>
      <w:r>
        <w:br/>
      </w:r>
      <w:r>
        <w:rPr>
          <w:sz w:val="20"/>
        </w:rPr>
        <w:t>39:41  science, science ka subject Khuda nahin hai. science ka subject Khuda nahin hai. science subject jo hai, woh cheezen jo hamare observation mein aati hain, jin ka hum explain kar sakte hain,</w:t>
      </w:r>
      <w:r>
        <w:br/>
      </w:r>
      <w:r>
        <w:rPr>
          <w:sz w:val="20"/>
        </w:rPr>
        <w:t>39:58  jo jo hamare microscope aur hawai telescope se jin ko hum pata kar sakte hain, woh is ka subject hai. Khuda is subject mein hai hi nahin.</w:t>
      </w:r>
      <w:r>
        <w:br/>
      </w:r>
      <w:r>
        <w:rPr>
          <w:sz w:val="20"/>
        </w:rPr>
        <w:t>40:09  lekin chunke yeh cheezen kya, yeh sab creation hai, Khuda ki takhleeq hai. to is ke bare mein jab daryaften hoti hain to woh khaliq ki tasdeeq ke hum ma'ni ban jati hain.</w:t>
      </w:r>
      <w:r>
        <w:br/>
      </w:r>
      <w:r>
        <w:rPr>
          <w:sz w:val="20"/>
        </w:rPr>
        <w:t>40:20  khaliq ki tasdeeq ke hum ma'ni. yahan mein ek baat yeh bhi arz karna chahunga ke kuch log yeh samajhte hain ke scientists mulhid hote hain, Islam woh haqq ke dushman hote hain waghera</w:t>
      </w:r>
      <w:r>
        <w:br/>
      </w:r>
      <w:r>
        <w:rPr>
          <w:sz w:val="20"/>
        </w:rPr>
        <w:t>40:33  hai. aisa nahin hai ke mislan ek sahab ne kaha ke jab yeh sab science, science yahan tak pahunch chuki hai to scientists Khuda ko manta kyun nahin?</w:t>
      </w:r>
      <w:r>
        <w:br/>
      </w:r>
      <w:r>
        <w:rPr>
          <w:sz w:val="20"/>
        </w:rPr>
        <w:t>40:45  yeh wahan tak pahunch gayi to scientists Khuda ko manta kyun nahin? yeh baat sahi nahin hai mere nazdeek. kyunke aap dekhiye, science ka jo mozu hai, woh speech, woh na spiritual hai na religious hai.</w:t>
      </w:r>
      <w:r>
        <w:br/>
      </w:r>
      <w:r>
        <w:rPr>
          <w:sz w:val="20"/>
        </w:rPr>
        <w:t>40:59  woh na yeh hai na woh hai. woh to, woh, woh to sirf hai jo yaani kainat ka jo contritive aspect hai, is ka mutala karna.</w:t>
      </w:r>
      <w:r>
        <w:br/>
      </w:r>
      <w:r>
        <w:rPr>
          <w:sz w:val="20"/>
        </w:rPr>
        <w:t>41:13  kamyabi aspect jo hai</w:t>
      </w:r>
      <w:r>
        <w:br/>
      </w:r>
      <w:r>
        <w:rPr>
          <w:sz w:val="20"/>
        </w:rPr>
        <w:t>41:18  kainat ka ya material, material world ka jo contritive, contritive aspect hai, is ka mutala karna, is ka mozu hai. woh is ke mozu se kharij hai.</w:t>
      </w:r>
      <w:r>
        <w:br/>
      </w:r>
      <w:r>
        <w:rPr>
          <w:sz w:val="20"/>
        </w:rPr>
        <w:t>41:28  jise hum aap farz kijiye quran ka mutala karein to hum us waqt hawae doosri kitabein hamare bojh se kharij rahein gi. to scientist ko main samajhta hoon ke is par yeh yani blame nahi dena chahiye ke woh yeh sari daryaften karne ke baad bhi khuda ko mante kyun nahi.</w:t>
      </w:r>
      <w:r>
        <w:br/>
      </w:r>
      <w:r>
        <w:rPr>
          <w:sz w:val="20"/>
        </w:rPr>
        <w:t>41:49  basic baat woh, woh un ki jo conditioning hai, un ka jo mind hai, woh nahi jo hamara hai.</w:t>
      </w:r>
      <w:r>
        <w:br/>
      </w:r>
      <w:r>
        <w:rPr>
          <w:sz w:val="20"/>
        </w:rPr>
        <w:t>41:56  hum aap mazhabi istalah mein sochte hain, hum aap yani khuda ko man kar chalte hain, wahan yeh masla nahi hai.</w:t>
      </w:r>
      <w:r>
        <w:br/>
      </w:r>
      <w:r>
        <w:rPr>
          <w:sz w:val="20"/>
        </w:rPr>
        <w:t>42:05  wahan to masla yeh hai ke kainat ka jo woh, woh, woh pehlu jo observation, observation mein aata hai, jis ko hum tajurba kar sakte hain, is ke mutala ko unhone apna mozu banaya</w:t>
      </w:r>
      <w:r>
        <w:br/>
      </w:r>
      <w:r>
        <w:rPr>
          <w:sz w:val="20"/>
        </w:rPr>
        <w:t>42:18  hai. bas hamein jo, jo hamein, hamara jo, hamare liye jo itminan bakhsh cheez hai, yeh hai ke khuda ko mozu banaye baghair unhone kainat ki tehqeeq ki aur bohat ajeeb tor par woh jitni bhi cheezein daryaft huien, woh sab quran ki tasdeeq ban gaein.</w:t>
      </w:r>
      <w:r>
        <w:br/>
      </w:r>
      <w:r>
        <w:rPr>
          <w:sz w:val="20"/>
        </w:rPr>
        <w:t>42:38  kisi ajeeb baat hai</w:t>
      </w:r>
      <w:r>
        <w:br/>
      </w:r>
      <w:r>
        <w:rPr>
          <w:sz w:val="20"/>
        </w:rPr>
        <w:t>42:39  ! un ka concern na khuda tha na quran tha. yeh un ka yeh concern hi nahi tha. woh adalat, adalat, adalatana tor par unhone tehqeeq ki.</w:t>
      </w:r>
      <w:r>
        <w:br/>
      </w:r>
      <w:r>
        <w:rPr>
          <w:sz w:val="20"/>
        </w:rPr>
        <w:t>42:49  adalatana tor par un ka, jaise maine jo misal di ke yani farooq ki jo mummy ki hui lash jo nikali unhone, un ka, un ka concern quran ya khuda nahi tha.</w:t>
      </w:r>
      <w:r>
        <w:br/>
      </w:r>
      <w:r>
        <w:rPr>
          <w:sz w:val="20"/>
        </w:rPr>
        <w:t>43:04  woh to aik historical zouq ke tehat, kyun ke yani woh scholar thay, secular scholar, woh apne zouq ke tehat woh har cheez ki tehqeeq kar rahe thay.</w:t>
      </w:r>
      <w:r>
        <w:br/>
      </w:r>
      <w:r>
        <w:rPr>
          <w:sz w:val="20"/>
        </w:rPr>
        <w:t>43:20  koi fir'auni ki tarah ke tehqeeq hi nahi hai, har cheez ki tehqeeq kar rahe thay. isi mein se woh bhi aik item ban gaya, wahan hi pahunch gaye. woh</w:t>
      </w:r>
      <w:r>
        <w:br/>
      </w:r>
      <w:r>
        <w:rPr>
          <w:sz w:val="20"/>
        </w:rPr>
        <w:t>43:28  to un ka yani un ka yeh subject nahi tha ke is se quran ki tasdeeq nikalen. nahi, un ka subject sirf yeh tha ke aaram mein kya hai, is ko nikalein, janein, is ko tehqeeq karein.</w:t>
      </w:r>
      <w:r>
        <w:br/>
      </w:r>
      <w:r>
        <w:rPr>
          <w:sz w:val="20"/>
        </w:rPr>
        <w:t>43:42  bas ab yeh is ka by product hai ke hum is ko le kar ke is ko quran ke haq mein istemal karein. yeh hamara kaam hai.</w:t>
      </w:r>
      <w:r>
        <w:br/>
      </w:r>
      <w:r>
        <w:rPr>
          <w:sz w:val="20"/>
        </w:rPr>
        <w:t>43:53  is tarah se god particle ka mamla bhi hai ke un ka yeh mozu god nahi hai. yeh to aik nickname hai ke is ko god kaha jane laga, warna is ka asal naam to jaise ke maine arz kiya yani hicks bozan hai.</w:t>
      </w:r>
      <w:r>
        <w:br/>
      </w:r>
      <w:r>
        <w:rPr>
          <w:sz w:val="20"/>
        </w:rPr>
        <w:t>44:08  to un ko is se matlab nahi ke khuda hai ya nahi hai. is se woh na yeh kehte hain ke khuda nahi hai, na yeh kehte hain ke khuda hai.</w:t>
      </w:r>
      <w:r>
        <w:br/>
      </w:r>
      <w:r>
        <w:rPr>
          <w:sz w:val="20"/>
        </w:rPr>
        <w:t>44:20  jaise einstein se poocha gaya tha ke kya aap atheist hain? einstein se aik shakhs ne poocha tha, yeh chupa hua hai is ki life mein ke us ne correspondence ki thi einstein se.</w:t>
      </w:r>
      <w:r>
        <w:br/>
      </w:r>
      <w:r>
        <w:rPr>
          <w:sz w:val="20"/>
        </w:rPr>
        <w:t>44:38  phir kaha aap khuda ke munkir hain? kya aap atheist hain? kya khuda ka inkar karte hain aap? to us ne likha tha is mein ke aap mujh ko atheist nahi kar sakt</w:t>
      </w:r>
      <w:r>
        <w:br/>
      </w:r>
      <w:r>
        <w:rPr>
          <w:sz w:val="20"/>
        </w:rPr>
        <w:t>44:48  e. main atheist nahi hoon. aap mujhe sirf agnostic samajh sakte hain. atheist nahi balkeh agnostic. yani agnostic ka matlab hota hai na, na yeh main kehta hoon ke khuda hai, na yeh kehta hoon ke khuda nahi hai.</w:t>
      </w:r>
      <w:r>
        <w:br/>
      </w:r>
      <w:r>
        <w:rPr>
          <w:sz w:val="20"/>
        </w:rPr>
        <w:t>45:05  mera koi statement is baray mein nahi hai, nafiya hai na isbata.</w:t>
      </w:r>
      <w:r>
        <w:br/>
      </w:r>
      <w:r>
        <w:rPr>
          <w:sz w:val="20"/>
        </w:rPr>
        <w:t>45:10  to yeh, yeh, yeh manna galat hai scientists ke baray mein.</w:t>
      </w:r>
      <w:r>
        <w:br/>
      </w:r>
      <w:r>
        <w:rPr>
          <w:sz w:val="20"/>
        </w:rPr>
        <w:t>45:19  yeh bohat sahi statement diya einstein ne mere nazdeek ke hamara case yani isi ka nahi balkeh har scientist ka case, atheist ka case nahi hai.</w:t>
      </w:r>
      <w:r>
        <w:br/>
      </w:r>
      <w:r>
        <w:rPr>
          <w:sz w:val="20"/>
        </w:rPr>
        <w:t>45:30  is ka case yahi hai ke woh is baray mein koi statement nahi dete. woh statement dete hain sirf is cheezon ke baray mein jo observation mein aati hai.</w:t>
      </w:r>
      <w:r>
        <w:br/>
      </w:r>
      <w:r>
        <w:rPr>
          <w:sz w:val="20"/>
        </w:rPr>
        <w:t>45:40  yeh to secular log hain jo atheist hain. unhone science ke nazriat ko hijack kar liya. hijack kar ke apni batein is se nikalte hain.</w:t>
      </w:r>
      <w:r>
        <w:br/>
      </w:r>
      <w:r>
        <w:rPr>
          <w:sz w:val="20"/>
        </w:rPr>
        <w:t>45:52  khud scientist ne aisa kuch nahi kiya. science, koi bhi science dan hain, jitne scientist hain mere ilm ke mutabiq, un mein se koi bhi munkir khuda nahi.</w:t>
      </w:r>
      <w:r>
        <w:br/>
      </w:r>
      <w:r>
        <w:rPr>
          <w:sz w:val="20"/>
        </w:rPr>
        <w:t>46:02  koi bhi yeh nahi kehta ke khuda nahi hai. koi bhi yeh nahi kehta ke main atheist hoon. yeh koi bhi nahi kehta.</w:t>
      </w:r>
      <w:r>
        <w:br/>
      </w:r>
      <w:r>
        <w:rPr>
          <w:sz w:val="20"/>
        </w:rPr>
        <w:t>46:10  sab ka case wahi hai jo Einstein ka case hai ke woh apne ko agnostic samajhte hain. na yeh daawa karte hain ke khuda hai, na yeh daawa karte hain ke khuda nahi hai.</w:t>
      </w:r>
      <w:r>
        <w:br/>
      </w:r>
      <w:r>
        <w:rPr>
          <w:sz w:val="20"/>
        </w:rPr>
        <w:t>46:22  toh hamara apna kaam hai ke unhon ne universe of fact ke baray mein jo baatein daryaft ki hain, hum us ka mutalia karein. mutalia kar ke is ko hum apne haq mein istemal karein.</w:t>
      </w:r>
      <w:r>
        <w:br/>
      </w:r>
      <w:r>
        <w:rPr>
          <w:sz w:val="20"/>
        </w:rPr>
        <w:t>46:36  aur yahan mein aik baat yaad karna chahunga ke kuch asbab se hamare ulma mein aik negative thinking aa gayi science ke baray mein.</w:t>
      </w:r>
      <w:r>
        <w:br/>
      </w:r>
      <w:r>
        <w:rPr>
          <w:sz w:val="20"/>
        </w:rPr>
        <w:t>46:45  woh samajhte hain ke science jo hai, koi anti-God ilm ka naam hai, mazhab ka hai ke khilaf.</w:t>
      </w:r>
      <w:r>
        <w:br/>
      </w:r>
      <w:r>
        <w:rPr>
          <w:sz w:val="20"/>
        </w:rPr>
        <w:t>46:53  toh yeh, yeh aik ajeeb baat is tarah hui ke jis zamane mein science ka zahoor hua, usi zamane mein istemar ka bhi zahoor hua.</w:t>
      </w:r>
      <w:r>
        <w:br/>
      </w:r>
      <w:r>
        <w:rPr>
          <w:sz w:val="20"/>
        </w:rPr>
        <w:t>47:02  yani colonialism, istemar aik saath dono ka zahoor hua. yani maghribi mein baray baray scientist hi paida hue, ab maghribi mein istemar hi paida hua.</w:t>
      </w:r>
      <w:r>
        <w:br/>
      </w:r>
      <w:r>
        <w:rPr>
          <w:sz w:val="20"/>
        </w:rPr>
        <w:t>47:14  aur istemar ne musalmanon ka jo political empire tha, us ko tod diya.</w:t>
      </w:r>
      <w:r>
        <w:br/>
      </w:r>
      <w:r>
        <w:rPr>
          <w:sz w:val="20"/>
        </w:rPr>
        <w:t>47:19  Mughal empire, Spanish empire, Ottoman empire sab tod diya. toh consciously ya unconsciously musalman ulma yeh samajh bethe ke yeh sab Islam dushman hain.</w:t>
      </w:r>
      <w:r>
        <w:br/>
      </w:r>
      <w:r>
        <w:rPr>
          <w:sz w:val="20"/>
        </w:rPr>
        <w:t>47:34  sab ko Islam dushman samajh liya unhon ne. yani sara West Islam dushman hai aur modern civilization Islam dushman hai, modern science Islam dushman hai.</w:t>
      </w:r>
      <w:r>
        <w:br/>
      </w:r>
      <w:r>
        <w:rPr>
          <w:sz w:val="20"/>
        </w:rPr>
        <w:t>47:44  yeh sab hua bilkul bekhabri mein.</w:t>
      </w:r>
      <w:r>
        <w:br/>
      </w:r>
      <w:r>
        <w:rPr>
          <w:sz w:val="20"/>
        </w:rPr>
        <w:t>47:47  aik arabi ka aik maqoola hai ke "al-nas adaa ma jahiloo". "al-nas adaa ma jahiloo" ka matlab hai ke log us baat ke dushman ban jate hain jis ko woh na jante hon.</w:t>
      </w:r>
      <w:r>
        <w:br/>
      </w:r>
      <w:r>
        <w:rPr>
          <w:sz w:val="20"/>
        </w:rPr>
        <w:t>48:02  toh na janne ki wajah se West se nafrat, maghribi tehzeeb se nafrat, hatta ke science se bhi nafrat na janne ki wajah se yeh</w:t>
      </w:r>
      <w:r>
        <w:br/>
      </w:r>
      <w:r>
        <w:rPr>
          <w:sz w:val="20"/>
        </w:rPr>
        <w:t>48:13  bohat ziyada nadani ki baatein hain. aur yeh sab bila baghair mutaliq. aise logon se jab mein baat karta hoon ke kya parha hai aap ne toh unhon ne kuch bhi nahi parha.</w:t>
      </w:r>
      <w:r>
        <w:br/>
      </w:r>
      <w:r>
        <w:rPr>
          <w:sz w:val="20"/>
        </w:rPr>
        <w:t>48:24  woh baghair parhe hue nafrat karte karte hain, baghair parhe hue. toh yaad rakhiye, har aik ko us ke maqam par rakh kar dekhiye.</w:t>
      </w:r>
      <w:r>
        <w:br/>
      </w:r>
      <w:r>
        <w:rPr>
          <w:sz w:val="20"/>
        </w:rPr>
        <w:t>48:35  aap scientist ko ya kisi ko jab jaanchen toh pehle yeh samjhein ke is ka, is ka apna moqaf kya hai, is ka apna stand kya hai.</w:t>
      </w:r>
      <w:r>
        <w:br/>
      </w:r>
      <w:r>
        <w:rPr>
          <w:sz w:val="20"/>
        </w:rPr>
        <w:t>48:46  toh woh yeh kehte hi nahi ke hum khuda ko dhoondh rahe hain. is ka yeh daawa nahi hai. toh is is par aap koi judge karein, us ko us par judge karne ki zaroorat hi nahi hai.</w:t>
      </w:r>
      <w:r>
        <w:br/>
      </w:r>
      <w:r>
        <w:rPr>
          <w:sz w:val="20"/>
        </w:rPr>
        <w:t>48:58  jo jo is ka daawa hai, us ke lehaz se us ko dekhiye.</w:t>
      </w:r>
      <w:r>
        <w:br/>
      </w:r>
      <w:r>
        <w:rPr>
          <w:sz w:val="20"/>
        </w:rPr>
        <w:t>49:04  toh mujhe Allah Akbar se kisi se nafrat nahi, na West se, na Western civilization se, na kisi kisi se bhi.</w:t>
      </w:r>
      <w:r>
        <w:br/>
      </w:r>
      <w:r>
        <w:rPr>
          <w:sz w:val="20"/>
        </w:rPr>
        <w:t>49:13  yeh Allah taala ne mera dil aisa banaya ke mere dil mein kisi ki nafrat aati nahi.</w:t>
      </w:r>
      <w:r>
        <w:br/>
      </w:r>
      <w:r>
        <w:rPr>
          <w:sz w:val="20"/>
        </w:rPr>
        <w:t>49:18  is liye mein bilkul objective tor par cheezon ko parhta hoon, objective tor par. toh mujhe bohat faida hota hai. aur haqeeqat yeh hai ke mein yeh kaha karta hoon ke science jo hai, poori ki poori jadeed ilm-e-kalam hai.</w:t>
      </w:r>
      <w:r>
        <w:br/>
      </w:r>
      <w:r>
        <w:rPr>
          <w:sz w:val="20"/>
        </w:rPr>
        <w:t>49:32  science jo hai, poori ki poori jadeed ilm-e-kalam hai. yani ilm-e-kalam ka matlab hota hai theology. yani theology ka matlab hota hai mazhab ko rational way mein pesh karna.</w:t>
      </w:r>
      <w:r>
        <w:br/>
      </w:r>
      <w:r>
        <w:rPr>
          <w:sz w:val="20"/>
        </w:rPr>
        <w:t>49:46  mazhab ko rational way mein pesh karne ka naam hota hai theology. toh poori ki poori science jo hai, theology hai. kyunke hum ko woh data deti hai, hum ko facts deti hai, hum ko maloomat deti hai jis ko le kar ke hum mazhab ko ziyada fortify kar sakein, ziyada us ko samajh sakein aur dawat mein us ko istemal kar sakein.</w:t>
      </w:r>
      <w:r>
        <w:br/>
      </w:r>
      <w:r>
        <w:rPr>
          <w:sz w:val="20"/>
        </w:rPr>
        <w:t>50:11  toh yeh yeh sab baatein bohat ziyada janne ki hain.</w:t>
      </w:r>
      <w:r>
        <w:br/>
      </w:r>
      <w:r>
        <w:rPr>
          <w:sz w:val="20"/>
        </w:rPr>
        <w:t>50:17  humein chahiye ke hum confusion mein na jayen. confusion mein us waqt jeeta hai aadmi jab ke cheezon ko sort out na kar sake.</w:t>
      </w:r>
      <w:r>
        <w:br/>
      </w:r>
      <w:r>
        <w:rPr>
          <w:sz w:val="20"/>
        </w:rPr>
        <w:t>50:27  jab aap cheezon ko sort out na kar sakein to aap confusion mein jeete hain. aur agar aap sort out kar lein to confusion khatam ho jata hai.</w:t>
      </w:r>
      <w:r>
        <w:br/>
      </w:r>
      <w:r>
        <w:rPr>
          <w:sz w:val="20"/>
        </w:rPr>
        <w:t>50:39  main ne aksar yahi dekha hai ke log cheezon ko sort out nahi kar paate. ek cheez ko doosri cheez se alag nahi kar paate.</w:t>
      </w:r>
      <w:r>
        <w:br/>
      </w:r>
      <w:r>
        <w:rPr>
          <w:sz w:val="20"/>
        </w:rPr>
        <w:t>50:47  to ajeeb ajeeb baatein karte hain, ajeeb ajeeb confusion mein padte hain. jaise main ne bataya ke aap ko aaj hi ke urdu akhbar mein chupa hai ke "zarre zarre mein Khuda hai".</w:t>
      </w:r>
      <w:r>
        <w:br/>
      </w:r>
      <w:r>
        <w:rPr>
          <w:sz w:val="20"/>
        </w:rPr>
        <w:t>50:58  yeh confusion ki baat hai, yeh bekhabri ki baat hai. jo cheez daryaft hui hai, us ka talluq is se harghiz nahi hai ke zarre zarre mein Khuda hai.</w:t>
      </w:r>
      <w:r>
        <w:br/>
      </w:r>
      <w:r>
        <w:rPr>
          <w:sz w:val="20"/>
        </w:rPr>
        <w:t>51:08  yeh hum ne khud se nikaal liya.</w:t>
      </w:r>
      <w:r>
        <w:br/>
      </w:r>
      <w:r>
        <w:rPr>
          <w:sz w:val="20"/>
        </w:rPr>
        <w:t>51:12  to bohat ziyada zaroori hai ke ghair badastana andaaz mein cheezon ko parha jaye, khaalis objective tor par cheezon ko parha jaye.</w:t>
      </w:r>
      <w:r>
        <w:br/>
      </w:r>
      <w:r>
        <w:rPr>
          <w:sz w:val="20"/>
        </w:rPr>
        <w:t>51:22  agar aap objectivity mein kami hogi to ab baat ko samajhne mein bhi kami ho jayegi. jitna ziyada aap objective honge, woh utna hi baaton ko samajh payenge.</w:t>
      </w:r>
      <w:r>
        <w:br/>
      </w:r>
      <w:r>
        <w:rPr>
          <w:sz w:val="20"/>
        </w:rPr>
        <w:t>51:37  utna ziyada yaani is zamane mein kaha jata hai ke "knowledge explosion" ka zamana hai. "knowledge explosion" yaani maloomati infijar.</w:t>
      </w:r>
      <w:r>
        <w:br/>
      </w:r>
      <w:r>
        <w:rPr>
          <w:sz w:val="20"/>
        </w:rPr>
        <w:t>51:50  to yeh saara jo maloomati infijar jo hai, woh sab yaani dawat-e-haq ke himayat karta hai, sab ka sab.</w:t>
      </w:r>
      <w:r>
        <w:br/>
      </w:r>
      <w:r>
        <w:rPr>
          <w:sz w:val="20"/>
        </w:rPr>
        <w:t>52:02  kyun ke maloomati infijar kya hai?</w:t>
      </w:r>
      <w:r>
        <w:br/>
      </w:r>
      <w:r>
        <w:rPr>
          <w:sz w:val="20"/>
        </w:rPr>
        <w:t>52:05  jo chupi hui haqiqatein theen fitrat mein, nature mein, unhi ko daryaft kiya hai logon ne. to woh kya hai? woh to Allah taala ka qanoon hai, Allah taala ki takhleeq hai.</w:t>
      </w:r>
      <w:r>
        <w:br/>
      </w:r>
      <w:r>
        <w:rPr>
          <w:sz w:val="20"/>
        </w:rPr>
        <w:t>52:16  lekin maloomati infijar jo hai, is se bekhabri ki bina par hum kal mujh se ek sahib ne bataya ke yahan ek bahar se koi Maulana sahib aaye thay Dilli mein, un ki taqreer hui</w:t>
      </w:r>
      <w:r>
        <w:br/>
      </w:r>
      <w:r>
        <w:rPr>
          <w:sz w:val="20"/>
        </w:rPr>
        <w:t>52:30  . bare dhoom se taqreer mein unhon ne kaha ke "dekhiye, is liye do Islam ke sirf do dushman hain. do dushman sirf hain Islam ke.</w:t>
      </w:r>
      <w:r>
        <w:br/>
      </w:r>
      <w:r>
        <w:rPr>
          <w:sz w:val="20"/>
        </w:rPr>
        <w:t>52:39  woh kaun hain? Yahoodi aur Isai." yeh bilkul baseless baat hai, koi dushman nahi.</w:t>
      </w:r>
      <w:r>
        <w:br/>
      </w:r>
      <w:r>
        <w:rPr>
          <w:sz w:val="20"/>
        </w:rPr>
        <w:t>52:50  isi zehan ki wajah se cheezon ko hum positive mein le nahi paate. kyun ke hum dushman samajhte hain. bohat bade bade kaam kiye hain Yahoodi ulma ne, bohat bade bade bade kaam kiye hain Isai ulma ne,</w:t>
      </w:r>
      <w:r>
        <w:br/>
      </w:r>
      <w:r>
        <w:rPr>
          <w:sz w:val="20"/>
        </w:rPr>
        <w:t>53:05  bohat bade bade kaam.</w:t>
      </w:r>
      <w:r>
        <w:br/>
      </w:r>
      <w:r>
        <w:rPr>
          <w:sz w:val="20"/>
        </w:rPr>
        <w:t>53:10  is ka ek pehlu dekhein yeh hai ke jo baatein Quran mein aayi hain, woh baatein bohat si aisi jo jo historical baatein hain, woh is mein bhi aayi hain, Bible mein aayi hain.</w:t>
      </w:r>
      <w:r>
        <w:br/>
      </w:r>
      <w:r>
        <w:rPr>
          <w:sz w:val="20"/>
        </w:rPr>
        <w:t>53:22  Bible jis ko ke Yahoodi mante hain aur Isai mante hain, to is ki wajah se woh is ki tehqeeq karte hain. Musalman to tehqeeq hi nahi kar sake.</w:t>
      </w:r>
      <w:r>
        <w:br/>
      </w:r>
      <w:r>
        <w:rPr>
          <w:sz w:val="20"/>
        </w:rPr>
        <w:t>53:31  misalan yeh jo Firon ki body wali baat hai, agarche ek Muslim mulk bhi thi woh, lekin Muslim tehqeeq hi nahi kar sakte thay.</w:t>
      </w:r>
      <w:r>
        <w:br/>
      </w:r>
      <w:r>
        <w:rPr>
          <w:sz w:val="20"/>
        </w:rPr>
        <w:t>53:41  Aram mein wahan gaya hoon, Cairo ke bahar desert hai, wahan par sab Aram hai. wahan par to ek Muslim mulk hai woh. to Firon ka body jis ka zikr hai Quran mein ke woh woh daryaft hoga,</w:t>
      </w:r>
      <w:r>
        <w:br/>
      </w:r>
      <w:r>
        <w:rPr>
          <w:sz w:val="20"/>
        </w:rPr>
        <w:t>53:57  woh woh body Muslim mulk mein hai, lekin Muslim mulk is ko kuch bhi nahi jante is bare mein. kyun? is ki yeh hai, is ki wajah yeh hai ke jo Aram hain, is mein bade bade gate lage hue hain.</w:t>
      </w:r>
      <w:r>
        <w:br/>
      </w:r>
      <w:r>
        <w:rPr>
          <w:sz w:val="20"/>
        </w:rPr>
        <w:t>54:11  to kabhi aisa hua ke is ke andar khol kar kisi ne kuch jhaanka hoga to us ko behosh ho gaya. woh to yeh wahan mashhoor ho gaya ke Aram mein laanat-ul-Firauna hai,</w:t>
      </w:r>
      <w:r>
        <w:br/>
      </w:r>
      <w:r>
        <w:rPr>
          <w:sz w:val="20"/>
        </w:rPr>
        <w:t>54:26  Firon ki laanat hai. to band hi parha raha woh, muddaton se band parha raha.</w:t>
      </w:r>
      <w:r>
        <w:br/>
      </w:r>
      <w:r>
        <w:rPr>
          <w:sz w:val="20"/>
        </w:rPr>
        <w:t>54:32  to yeh yeh Christian ulma jinhon ne Bible mein Firon ko parha tha, Musalman nahi, woh ja kar ke idhar udhar dhoond dhoond rahe hain.</w:t>
      </w:r>
      <w:r>
        <w:br/>
      </w:r>
      <w:r>
        <w:rPr>
          <w:sz w:val="20"/>
        </w:rPr>
        <w:t>54:41  woh wahan unhon ne khola to wahan bhi jab jab unhon ne khola to bohat zabardast qism ka andar se bhubka aaya aur jaldi se unhon ne gate band kar diya.</w:t>
      </w:r>
      <w:r>
        <w:br/>
      </w:r>
      <w:r>
        <w:rPr>
          <w:sz w:val="20"/>
        </w:rPr>
        <w:t>54:53  lekin is par research ki unhon ne to maloom yeh hua ke jo andar se jo bohat tez qism ki woh gas type ki cheez aayi thi, woh lanat al-frainah nahi thi.</w:t>
      </w:r>
      <w:r>
        <w:br/>
      </w:r>
      <w:r>
        <w:rPr>
          <w:sz w:val="20"/>
        </w:rPr>
        <w:t>55:05  woh</w:t>
      </w:r>
      <w:r>
        <w:br/>
      </w:r>
      <w:r>
        <w:rPr>
          <w:sz w:val="20"/>
        </w:rPr>
        <w:t>55:07  woh thi wahan us ke andar woh hain jisko hum kehte hain ababeel, woh chiriyaan bohat zyada hain, beshumar chiriyaan hain.</w:t>
      </w:r>
      <w:r>
        <w:br/>
      </w:r>
      <w:r>
        <w:rPr>
          <w:sz w:val="20"/>
        </w:rPr>
        <w:t>55:17  is mein woh bait karti rehti hain, un ki bait ki wajah se us ke andar gas bhar gayi hai. Yani yani aaram ke andar gas bhar gayi hai.</w:t>
      </w:r>
      <w:r>
        <w:br/>
      </w:r>
      <w:r>
        <w:rPr>
          <w:sz w:val="20"/>
        </w:rPr>
        <w:t>55:28  to jab insaan koi gate kholega to woh woh gas ko inhale inhale karega, inhale karte hi behosh ho jayega.</w:t>
      </w:r>
      <w:r>
        <w:br/>
      </w:r>
      <w:r>
        <w:rPr>
          <w:sz w:val="20"/>
        </w:rPr>
        <w:t>55:37  woh to unhon ne kya kiya? unhon ne is ko discover kiya ke is ke andar is ki bait ki gases hain aur is ko inhale karne ki wajah se aisa hota hai.</w:t>
      </w:r>
      <w:r>
        <w:br/>
      </w:r>
      <w:r>
        <w:rPr>
          <w:sz w:val="20"/>
        </w:rPr>
        <w:t>55:49  to unhon ne kya kiya ke machine ke zariye se woh nikala, gases nik</w:t>
      </w:r>
      <w:r>
        <w:br/>
      </w:r>
      <w:r>
        <w:rPr>
          <w:sz w:val="20"/>
        </w:rPr>
        <w:t>55:55  ali. aap jante hain aaj kal ke jaise exhaust fan hota hai andar ki hawa nikalne ke liye, aise bari bari machinein lagai gayeen, bari bari machinein.</w:t>
      </w:r>
      <w:r>
        <w:br/>
      </w:r>
      <w:r>
        <w:rPr>
          <w:sz w:val="20"/>
        </w:rPr>
        <w:t>56:04  aur aaram ke andar jo gases theen, woh sab nikala gaya. Nikalne ke baad andar jab woh bilkul purified ho gaya to yeh log andar gaye.</w:t>
      </w:r>
      <w:r>
        <w:br/>
      </w:r>
      <w:r>
        <w:rPr>
          <w:sz w:val="20"/>
        </w:rPr>
        <w:t>56:14  andar ja kar wahan dekha unhon ne ke is ko lashain padi hui hain, momyai ki hui.</w:t>
      </w:r>
      <w:r>
        <w:br/>
      </w:r>
      <w:r>
        <w:rPr>
          <w:sz w:val="20"/>
        </w:rPr>
        <w:t>56:21  is ko nikal kar le gaye aur tehqeeq kiya aur phir carbon 14 dating ko apply kar diya. Yeh sara kaam unhon ne kiya kyunke Bible mein parha tha unhon ne.</w:t>
      </w:r>
      <w:r>
        <w:br/>
      </w:r>
      <w:r>
        <w:rPr>
          <w:sz w:val="20"/>
        </w:rPr>
        <w:t>56:31  to agarche musalmanon ko janna chahiye tha yeh baat kyunke Quran mein zikr tha is ka ke musalmanon ne kuch bhi nahi kiya, khud muslim mulk mein hai, tab bhi nahi kiya.</w:t>
      </w:r>
      <w:r>
        <w:br/>
      </w:r>
      <w:r>
        <w:rPr>
          <w:sz w:val="20"/>
        </w:rPr>
        <w:t>56:43  to aap use nafrat kyun karte hain?</w:t>
      </w:r>
      <w:r>
        <w:br/>
      </w:r>
      <w:r>
        <w:rPr>
          <w:sz w:val="20"/>
        </w:rPr>
        <w:t>56:46  to yeh ek ek bare aalim ne aa kar taqreer kar rahi hai yahan par ke Islam ke sirf do dushman hain, isai aur yahoodi.</w:t>
      </w:r>
      <w:r>
        <w:br/>
      </w:r>
      <w:r>
        <w:rPr>
          <w:sz w:val="20"/>
        </w:rPr>
        <w:t>56:55  unhon ne to sare bare bare kaam kiye hain. Aaj kalji misaal ke taur par dekhiye, Hazrat Ibrahim alaihissalam ke bare mein morkheen yeh keh rahe the ke un ka wajood nahi koi.</w:t>
      </w:r>
      <w:r>
        <w:br/>
      </w:r>
      <w:r>
        <w:rPr>
          <w:sz w:val="20"/>
        </w:rPr>
        <w:t>57:08  yeh bohat ajeeb baat hai,</w:t>
      </w:r>
      <w:r>
        <w:br/>
      </w:r>
      <w:r>
        <w:rPr>
          <w:sz w:val="20"/>
        </w:rPr>
        <w:t>57:10  Hazrat Ibrahim alaihissalam ka wajood nahi historically. Lekin inhi logon ne kya kiya ke Baghdad ke paas ek shehar daryaft kiya, khodai kiya, us ki khodai kar ke zameen ke andar se nikala ek poora shehar jiska naam Ur rakha gaya hai, UR Ur.</w:t>
      </w:r>
      <w:r>
        <w:br/>
      </w:r>
      <w:r>
        <w:rPr>
          <w:sz w:val="20"/>
        </w:rPr>
        <w:t>57:32  to unhon ne kaha Hazrat Ibrahim ko tareekhi hasiyat de di jisko morkheen samajhte the woh afsanvi hasiyat diye hue the. Tareekhi hasiyat de di jis shehar mein Hazrat Ibrahim paida hue, jahan unhon ne kaam kiya, yani Ur, woh poora ka poora shehar unhon ne khodai kar ke nikal diya.</w:t>
      </w:r>
      <w:r>
        <w:br/>
      </w:r>
      <w:r>
        <w:rPr>
          <w:sz w:val="20"/>
        </w:rPr>
        <w:t>57:51  to kitne bare bare qabil log kar rahe hain, yahi yahoodi ulma, yahi isai ulma. To aap se nafrat kyun karte hain? Un ko dushman kyun kehte hain? Woh to hamare dost hain.</w:t>
      </w:r>
      <w:r>
        <w:br/>
      </w:r>
      <w:r>
        <w:rPr>
          <w:sz w:val="20"/>
        </w:rPr>
        <w:t>58:03  to behal main yeh arz karunga ke sab se zaroori cheez hai positive thinking. Negative thinking bohat hi zyada buri hai aur aur sari achaiyan jo hain woh positive thinking mein Allah taala ne rakh diya.</w:t>
      </w:r>
      <w:r>
        <w:br/>
      </w:r>
      <w:r>
        <w:rPr>
          <w:sz w:val="20"/>
        </w:rPr>
        <w:t>58:21  meri dua hai ke hum aap sahih zehn ke sath cheezon ko samjhein aur is se jo sabak hai woh lein.</w:t>
      </w:r>
      <w:r>
        <w:br/>
      </w:r>
      <w:r>
        <w:rPr>
          <w:sz w:val="20"/>
        </w:rPr>
        <w:t>58:30  aqool qawli hadha wastaghfirullaha li walakum ajmaeen</w:t>
      </w:r>
    </w:p>
    <w:p>
      <w:pPr>
        <w:pStyle w:val="Heading2"/>
      </w:pPr>
      <w:r>
        <w:t>Patience, Iman Levels, and Stopping Wrong</w:t>
      </w:r>
    </w:p>
    <w:p>
      <w:r>
        <w:rPr>
          <w:color w:val="666666"/>
          <w:sz w:val="18"/>
        </w:rPr>
        <w:t>Faith &amp; God · Q&amp;A 04 Mar 2012 Maulana Wahiduddin Khan · 5m 54s · at 3:24 · https://youtu.be/txRmutuvWQI?t=204</w:t>
      </w:r>
    </w:p>
    <w:p>
      <w:r>
        <w:rPr>
          <w:i/>
        </w:rPr>
        <w:t>“As you suggest, the best formula for universal peace is to have patience and sabr for anything wrong happening around; it means we should avoid reacting and retaliating against anything which is wrong. But this kind of act comes under the third lowest level of iman, as the third level of iman is to feel bad in your heart about anything wrong happening in front of your eyes. I understand that level one of iman will be applicable in the case of Islamic rule, that is, you stop the thing forcefully which is wrong, but can't we at least speak and tell the people in a peaceful way?”</w:t>
      </w:r>
    </w:p>
    <w:p>
      <w:r>
        <w:rPr>
          <w:sz w:val="20"/>
        </w:rPr>
        <w:t>3:24  Maulana, agla sawal aaya hai Delhi se Mr. Shahnawaz Zafar sahib ka. unhone likha hai: "Maulana sahib, as you suggest, the best formula for universal peace is to have patience and sabr for anything wrong happening around.</w:t>
      </w:r>
      <w:r>
        <w:br/>
      </w:r>
      <w:r>
        <w:rPr>
          <w:sz w:val="20"/>
        </w:rPr>
        <w:t>3:43  It means we should avoid to react or retaliate against anything which is wrong. But this kind of act comes under the third lowest level of iman, as the third level of iman is to feel bad in her heart about anything wrong happening in front of her eyes.</w:t>
      </w:r>
      <w:r>
        <w:br/>
      </w:r>
      <w:r>
        <w:rPr>
          <w:sz w:val="20"/>
        </w:rPr>
        <w:t>4:03  I understand that level one of iman will be applicable in the case of Islamic rule, that is you stop the thing forcefully which is wrong, but can't be at least speak and tell the people in a peaceful manner that what you are doing is wrong, and it comes under level two of iman.</w:t>
      </w:r>
      <w:r>
        <w:br/>
      </w:r>
      <w:r>
        <w:rPr>
          <w:sz w:val="20"/>
        </w:rPr>
        <w:t>4:24  Similarly, any peaceful protest for a valid reason of wrong activity comes under the level two of iman.</w:t>
      </w:r>
      <w:r>
        <w:br/>
      </w:r>
      <w:r>
        <w:rPr>
          <w:sz w:val="20"/>
        </w:rPr>
        <w:t>4:33  Can you please explain how to fit ourselves in iman categories in today's scenario? We should scale our iman, keeping in mind the result of what?</w:t>
      </w:r>
      <w:r>
        <w:br/>
      </w:r>
      <w:r>
        <w:rPr>
          <w:sz w:val="20"/>
        </w:rPr>
        <w:t>4:44  Kindly advice.</w:t>
      </w:r>
      <w:r>
        <w:br/>
      </w:r>
      <w:r>
        <w:rPr>
          <w:sz w:val="20"/>
        </w:rPr>
        <w:t>4:49  is hadith ka is se koi talluq nahi hai jis zamane mein liya hai aap ne is ko. yeh political protest aur political hungama is ka kya talluq is hadith se?</w:t>
      </w:r>
      <w:r>
        <w:br/>
      </w:r>
      <w:r>
        <w:rPr>
          <w:sz w:val="20"/>
        </w:rPr>
        <w:t>5:00  dekhiye, daily life jo hamari hai, is se talluq hai. daily life. is ka kuch bhi party se koi talluq nahi hai.</w:t>
      </w:r>
      <w:r>
        <w:br/>
      </w:r>
      <w:r>
        <w:rPr>
          <w:sz w:val="20"/>
        </w:rPr>
        <w:t>5:08  yeh jo hungame ho rahe hain mukhtalif mulkon mein, parties ko le kar ke, woh to bilkul haram kaam hai. haram. is mein koi shakk hi nahi.</w:t>
      </w:r>
      <w:r>
        <w:br/>
      </w:r>
      <w:r>
        <w:rPr>
          <w:sz w:val="20"/>
        </w:rPr>
        <w:t>5:17  yeh jo hai daily life mein,</w:t>
      </w:r>
      <w:r>
        <w:br/>
      </w:r>
      <w:r>
        <w:rPr>
          <w:sz w:val="20"/>
        </w:rPr>
        <w:t>5:23  kya agar is mein yeh yeh unhone galat likha hai yeh ke forcefully us ko khatam karte hain hum? matlab yeh baghze istataat hamein is mein koshish karna chahiye.</w:t>
      </w:r>
      <w:r>
        <w:br/>
      </w:r>
      <w:r>
        <w:rPr>
          <w:sz w:val="20"/>
        </w:rPr>
        <w:t>5:34  is mein istataat. to daily life mein aap jab kahin dekhein</w:t>
      </w:r>
      <w:r>
        <w:br/>
      </w:r>
      <w:r>
        <w:rPr>
          <w:sz w:val="20"/>
        </w:rPr>
        <w:t>5:42  koi cheez burai ki, daily life mein, chahe ghar mein ya ghar ke bahar, to wahan hamein yeh karna hai ke agar hum mana karne par qadir hon to mana karein.</w:t>
      </w:r>
      <w:r>
        <w:br/>
      </w:r>
      <w:r>
        <w:rPr>
          <w:sz w:val="20"/>
        </w:rPr>
        <w:t>6:00  lekin mana karne par jhagda badhta ho to hum is ke liye dua karein. dil mein is mein hai ke fabaqalbehi kamane ke is ke liye dua karna.</w:t>
      </w:r>
      <w:r>
        <w:br/>
      </w:r>
      <w:r>
        <w:rPr>
          <w:sz w:val="20"/>
        </w:rPr>
        <w:t>6:14  is ka hargiz yeh matlab nahi hai ke aap is ke burai khatam karne par</w:t>
      </w:r>
      <w:r>
        <w:br/>
      </w:r>
      <w:r>
        <w:rPr>
          <w:sz w:val="20"/>
        </w:rPr>
        <w:t>6:19  khare ho jayein, protest karne aur ek naya blood shed ho, naya khoon kharaba ho. jo kehte hain counter productive, woh to haram hai Islam mein.</w:t>
      </w:r>
      <w:r>
        <w:br/>
      </w:r>
      <w:r>
        <w:rPr>
          <w:sz w:val="20"/>
        </w:rPr>
        <w:t>6:28  haram. sab se pehle aap ko dekhna parega ke jo situation hai, kya woh situation mere qabu ki hai? wahan kuch positive role kar sakta hoon mein?</w:t>
      </w:r>
      <w:r>
        <w:br/>
      </w:r>
      <w:r>
        <w:rPr>
          <w:sz w:val="20"/>
        </w:rPr>
        <w:t>6:39  nahi to chup chap ja ke masjid ja ke dua kijiye.</w:t>
      </w:r>
      <w:r>
        <w:br/>
      </w:r>
      <w:r>
        <w:rPr>
          <w:sz w:val="20"/>
        </w:rPr>
        <w:t>6:42  yeh to bilkul haram hai ke aap karne ki position mein nahi hain, aap jhanda le ke khare ho jayein aur is ke baad goliyan chalein aur bomb barsein aur log marein katein. yeh yeh is ka is hadith se is ka koi talluq nahi.</w:t>
      </w:r>
      <w:r>
        <w:br/>
      </w:r>
      <w:r>
        <w:rPr>
          <w:sz w:val="20"/>
        </w:rPr>
        <w:t>6:54  woh to super haram hai, bilashuba. jo aaj kal ho raha hai hum is mamle mein jagah jagah, yeh sab haram hai. haram. is ka is ka hadith se koi talluq nahi.</w:t>
      </w:r>
      <w:r>
        <w:br/>
      </w:r>
      <w:r>
        <w:rPr>
          <w:sz w:val="20"/>
        </w:rPr>
        <w:t>7:03  hadith mein hai ke peaceful tareeqe se, result oriented tareeqe se, baqt istitaat, aap agar kisi burai ke bare mein kuch kar sakte hain to kijiye.</w:t>
      </w:r>
      <w:r>
        <w:br/>
      </w:r>
      <w:r>
        <w:rPr>
          <w:sz w:val="20"/>
        </w:rPr>
        <w:t>7:14  nahi to chup chap ja ke masjid mein dua kijiye. aur political protest ka to hargiz hargiz talluq nahi is se. is hadith se.</w:t>
      </w:r>
      <w:r>
        <w:br/>
      </w:r>
      <w:r>
        <w:rPr>
          <w:sz w:val="20"/>
        </w:rPr>
        <w:t>7:23  bilkul is ka talluq nahi. mein is ko political protest ko haram samajhta hoon. is is liye haram samajhta hoon ke sahaba ne kabhi aisa kiya nahi. Rasool Allah ne kabhi aisa kiya nahi.</w:t>
      </w:r>
      <w:r>
        <w:br/>
      </w:r>
      <w:r>
        <w:rPr>
          <w:sz w:val="20"/>
        </w:rPr>
        <w:t>7:33  Makkah mein woh sab masail maujood the jis ko le kar kaha ke political protest kiya jata hai. opposition kiya thi.</w:t>
      </w:r>
      <w:r>
        <w:br/>
      </w:r>
      <w:r>
        <w:rPr>
          <w:sz w:val="20"/>
        </w:rPr>
        <w:t>7:41  rasool Allah ne aisa nahi kiya. is wajah se mein is ko haram kehta hoon. yaani opposition ke jo tareeqe aaj kal chal rahe hain duniya mein, rights ko le kar ke aur political demand ko le kar, woh sab ke asbab maujood the Makkah mein.</w:t>
      </w:r>
      <w:r>
        <w:br/>
      </w:r>
      <w:r>
        <w:rPr>
          <w:sz w:val="20"/>
        </w:rPr>
        <w:t>7:54  rasool Allah ne nahi kaha is ko. to Usman karte hain to is ko feal haram karte hain.</w:t>
      </w:r>
      <w:r>
        <w:br/>
      </w:r>
      <w:r>
        <w:rPr>
          <w:sz w:val="20"/>
        </w:rPr>
        <w:t>8:00  mujhe zara bhi is mein shaq nahi ke haram hai yeh. jo hadith mein hai, woh sirf yeh hai ke rozmarra ki zindagi mein, ghar ke andar, ghar ke bahar, aap logon ko naseehat karein.</w:t>
      </w:r>
      <w:r>
        <w:br/>
      </w:r>
      <w:r>
        <w:rPr>
          <w:sz w:val="20"/>
        </w:rPr>
        <w:t>8:10  koi baat dekha hai to naseehat karein. bashart ke aap ko wahan par baat aur bigadne ka andesha na ho.</w:t>
      </w:r>
      <w:r>
        <w:br/>
      </w:r>
      <w:r>
        <w:rPr>
          <w:sz w:val="20"/>
        </w:rPr>
        <w:t>8:19  misal ke taur par dekhiye, masjidon mein ek ek ek imam phat ke masjid mein aa gaya. aap ka khayal hai ke imam jo hai galat imam hai.</w:t>
      </w:r>
      <w:r>
        <w:br/>
      </w:r>
      <w:r>
        <w:rPr>
          <w:sz w:val="20"/>
        </w:rPr>
        <w:t>8:30  to kya karte hain? muqtadi is ka hungama khara karte hain. is ke phir namaz najayaz hai. yeh bilkul galat kaam hai yeh.</w:t>
      </w:r>
      <w:r>
        <w:br/>
      </w:r>
      <w:r>
        <w:rPr>
          <w:sz w:val="20"/>
        </w:rPr>
        <w:t>8:37  aap ko sirf yeh haq hai ke muqtadiyon se kahein ke yeh imam sahi nahi hai to aur hum imam ko badal lein. narmi se kahein.</w:t>
      </w:r>
      <w:r>
        <w:br/>
      </w:r>
      <w:r>
        <w:rPr>
          <w:sz w:val="20"/>
        </w:rPr>
        <w:t>8:45  agar muqtadi tayar is ke nahi hain to chup chap se aap namaz padh ke chale jaiye. aur kuch aap ko haq nahi kuch karne ka.</w:t>
      </w:r>
      <w:r>
        <w:br/>
      </w:r>
      <w:r>
        <w:rPr>
          <w:sz w:val="20"/>
        </w:rPr>
        <w:t>8:54  to khamosh aur result oriented naseehat is se murad hai. bas is se zyada kuch nahi. result oriented naseehat.</w:t>
      </w:r>
      <w:r>
        <w:br/>
      </w:r>
      <w:r>
        <w:rPr>
          <w:sz w:val="20"/>
        </w:rPr>
        <w:t>9:04  is se zyada kuch nahi. yaani result oriented counseling. is hadith mein</w:t>
      </w:r>
      <w:r>
        <w:br/>
      </w:r>
      <w:r>
        <w:rPr>
          <w:sz w:val="20"/>
        </w:rPr>
        <w:t>9:11  result oriented counseling ki baat kahi gayi hai na ke protest ki. protest bilkul haram hai Islam mein.</w:t>
      </w:r>
    </w:p>
    <w:p>
      <w:pPr>
        <w:pStyle w:val="Heading2"/>
      </w:pPr>
      <w:r>
        <w:t>Persistent failure: Is God angry and what to do?</w:t>
      </w:r>
    </w:p>
    <w:p>
      <w:r>
        <w:rPr>
          <w:color w:val="666666"/>
          <w:sz w:val="18"/>
        </w:rPr>
        <w:t>Faith &amp; God · 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Place of Ancestors in Islam</w:t>
      </w:r>
    </w:p>
    <w:p>
      <w:r>
        <w:rPr>
          <w:color w:val="666666"/>
          <w:sz w:val="18"/>
        </w:rPr>
        <w:t>Faith &amp; God · The Right Path May 24, 2015 Maulana Wahiduddin Khan · 21m 14s · at 56:07 · https://youtu.be/BYPgvndFDA8?t=3367</w:t>
      </w:r>
    </w:p>
    <w:p>
      <w:r>
        <w:rPr>
          <w:i/>
        </w:rPr>
        <w:t>“What is the place of ancestors in Islam? What is the meaning of this question? Maulana wants to know about the status of forefathers in Islam.”</w:t>
      </w:r>
    </w:p>
    <w:p>
      <w:r>
        <w:rPr>
          <w:sz w:val="20"/>
        </w:rPr>
        <w:t>56:07  maulana, yeh agla sawal aya hai naseeruddin sahib ka hyderabad se.</w:t>
      </w:r>
      <w:r>
        <w:br/>
      </w:r>
      <w:r>
        <w:rPr>
          <w:sz w:val="20"/>
        </w:rPr>
        <w:t>56:13  مولانا، my question is: What is the place of ancestors in Islam?</w:t>
      </w:r>
      <w:r>
        <w:br/>
      </w:r>
      <w:r>
        <w:rPr>
          <w:sz w:val="20"/>
        </w:rPr>
        <w:t>56:20  kya is ke sawal ka matlab kya hai? Maulana janna chahte hain ke abao ajdad ki islam mein</w:t>
      </w:r>
      <w:r>
        <w:br/>
      </w:r>
      <w:r>
        <w:rPr>
          <w:sz w:val="20"/>
        </w:rPr>
        <w:t>56:26  kya jagah hai? abao ajdad ki islam mein kya jagah hai? jaisa aaj kal log bohat zyada apne</w:t>
      </w:r>
      <w:r>
        <w:br/>
      </w:r>
      <w:r>
        <w:rPr>
          <w:sz w:val="20"/>
        </w:rPr>
        <w:t>56:32  abao ajdad ko har jagah quote karte hain.</w:t>
      </w:r>
      <w:r>
        <w:br/>
      </w:r>
      <w:r>
        <w:rPr>
          <w:sz w:val="20"/>
        </w:rPr>
        <w:t>56:35  bhai, maine is sawal ka matlab maine samajh.</w:t>
      </w:r>
      <w:r>
        <w:br/>
      </w:r>
      <w:r>
        <w:rPr>
          <w:sz w:val="20"/>
        </w:rPr>
        <w:t>56:37  koi misaal dein, woh misaal dein to samajh aayega.</w:t>
      </w:r>
      <w:r>
        <w:br/>
      </w:r>
      <w:r>
        <w:rPr>
          <w:sz w:val="20"/>
        </w:rPr>
        <w:t>56:43  agle agle hafte koi misaal de kar ke batayein, woh</w:t>
      </w:r>
      <w:r>
        <w:br/>
      </w:r>
      <w:r>
        <w:rPr>
          <w:sz w:val="20"/>
        </w:rPr>
        <w:t>56:50  Maulana, yeh agla question aaya hai Maulana Iqbal Umri sahib ka Chennai se.</w:t>
      </w:r>
      <w:r>
        <w:br/>
      </w:r>
      <w:r>
        <w:rPr>
          <w:sz w:val="20"/>
        </w:rPr>
        <w:t>56:56  Maulana, kufr ko is zameen mein maghloob rehna hai aur Islam ko ghalib.</w:t>
      </w:r>
      <w:r>
        <w:br/>
      </w:r>
      <w:r>
        <w:rPr>
          <w:sz w:val="20"/>
        </w:rPr>
        <w:t>57:04  Maulana, is mein jo mughalta hai, usay wazeh karein.</w:t>
      </w:r>
      <w:r>
        <w:br/>
      </w:r>
      <w:r>
        <w:rPr>
          <w:sz w:val="20"/>
        </w:rPr>
        <w:t>57:09  yeh kahan, kaun si ayat hai? kaun si hadith hai ke kufr ko maghloob rehna hai, Islam ko</w:t>
      </w:r>
      <w:r>
        <w:br/>
      </w:r>
      <w:r>
        <w:rPr>
          <w:sz w:val="20"/>
        </w:rPr>
        <w:t>57:13  ghalib rehna hai? yeh kahan hai?</w:t>
      </w:r>
      <w:r>
        <w:br/>
      </w:r>
      <w:r>
        <w:rPr>
          <w:sz w:val="20"/>
        </w:rPr>
        <w:t>57:17  jo is silsile mein jo ayatein padhi jaati hain, us mein peghambar ke mission ki baat hai.</w:t>
      </w:r>
      <w:r>
        <w:br/>
      </w:r>
      <w:r>
        <w:rPr>
          <w:sz w:val="20"/>
        </w:rPr>
        <w:t>57:26  yani peghambar, peghambar ka mission zaroor ghalib hoga.</w:t>
      </w:r>
      <w:r>
        <w:br/>
      </w:r>
      <w:r>
        <w:rPr>
          <w:sz w:val="20"/>
        </w:rPr>
        <w:t>57:31  peghambar ka mission kabhi maghloob nahi ho sakta hai.</w:t>
      </w:r>
      <w:r>
        <w:br/>
      </w:r>
      <w:r>
        <w:rPr>
          <w:sz w:val="20"/>
        </w:rPr>
        <w:t>57:34  lekin yeh hum nahi keh sakte ke kufr</w:t>
      </w:r>
      <w:r>
        <w:br/>
      </w:r>
      <w:r>
        <w:rPr>
          <w:sz w:val="20"/>
        </w:rPr>
        <w:t>57:38  ko ghulba nahi milega aur musalman ko ghulba milega.</w:t>
      </w:r>
      <w:r>
        <w:br/>
      </w:r>
      <w:r>
        <w:rPr>
          <w:sz w:val="20"/>
        </w:rPr>
        <w:t>57:41  yeh toh kahin Quran majeed mein hai nahi.</w:t>
      </w:r>
      <w:r>
        <w:br/>
      </w:r>
      <w:r>
        <w:rPr>
          <w:sz w:val="20"/>
        </w:rPr>
        <w:t>57:43  sirf jo baat peghambar ke mission ke aitbar se hai, us ko musalmanon ne apni tehrikon ke liye</w:t>
      </w:r>
      <w:r>
        <w:br/>
      </w:r>
      <w:r>
        <w:rPr>
          <w:sz w:val="20"/>
        </w:rPr>
        <w:t>57:49  chaspah kar rakha hai.</w:t>
      </w:r>
      <w:r>
        <w:br/>
      </w:r>
      <w:r>
        <w:rPr>
          <w:sz w:val="20"/>
        </w:rPr>
        <w:t>57:51  Maulana, agla question aaya hai Mr Imran ka Bahrain se.</w:t>
      </w:r>
      <w:r>
        <w:br/>
      </w:r>
      <w:r>
        <w:rPr>
          <w:sz w:val="20"/>
        </w:rPr>
        <w:t>57:55  مولانا صاحب، there is a verse in Quran that after every hardship there is ease.</w:t>
      </w:r>
      <w:r>
        <w:br/>
      </w:r>
      <w:r>
        <w:rPr>
          <w:sz w:val="20"/>
        </w:rPr>
        <w:t>58:00  After after every hardship there is ease,</w:t>
      </w:r>
      <w:r>
        <w:br/>
      </w:r>
      <w:r>
        <w:rPr>
          <w:sz w:val="20"/>
        </w:rPr>
        <w:t>58:04  But why hardships of prophets never ended?</w:t>
      </w:r>
      <w:r>
        <w:br/>
      </w:r>
      <w:r>
        <w:rPr>
          <w:sz w:val="20"/>
        </w:rPr>
        <w:t>58:10  dekhiye, hardship kya cheez hai? woh challenge hai.</w:t>
      </w:r>
      <w:r>
        <w:br/>
      </w:r>
      <w:r>
        <w:rPr>
          <w:sz w:val="20"/>
        </w:rPr>
        <w:t>58:15  challenge is liye aata hai ke aap us ko response dein.</w:t>
      </w:r>
      <w:r>
        <w:br/>
      </w:r>
      <w:r>
        <w:rPr>
          <w:sz w:val="20"/>
        </w:rPr>
        <w:t>58:20  toh challenge response mechanism hi se taraqqi hoti hai.</w:t>
      </w:r>
      <w:r>
        <w:br/>
      </w:r>
      <w:r>
        <w:rPr>
          <w:sz w:val="20"/>
        </w:rPr>
        <w:t>58:26  woh hardship ne kahi hai, woh challenge kahi hai us ko.</w:t>
      </w:r>
      <w:r>
        <w:br/>
      </w:r>
      <w:r>
        <w:rPr>
          <w:sz w:val="20"/>
        </w:rPr>
        <w:t>58:29  aur challenge ka matlab ye hai ke is se aap ke aap ko aap ko mind activated activated</w:t>
      </w:r>
      <w:r>
        <w:br/>
      </w:r>
      <w:r>
        <w:rPr>
          <w:sz w:val="20"/>
        </w:rPr>
        <w:t>58:33  hota hai. aap ke</w:t>
      </w:r>
      <w:r>
        <w:br/>
      </w:r>
      <w:r>
        <w:rPr>
          <w:sz w:val="20"/>
        </w:rPr>
        <w:t>58:37  yeh salahiyaten jagti hain.</w:t>
      </w:r>
      <w:r>
        <w:br/>
      </w:r>
      <w:r>
        <w:rPr>
          <w:sz w:val="20"/>
        </w:rPr>
        <w:t>58:40  agar dunya mein challenges na hon to koi taraqqi na ho.</w:t>
      </w:r>
      <w:r>
        <w:br/>
      </w:r>
      <w:r>
        <w:rPr>
          <w:sz w:val="20"/>
        </w:rPr>
        <w:t>58:46  baghair challenge ke kabhi koi taraqqi nahi ho sakti.</w:t>
      </w:r>
      <w:r>
        <w:br/>
      </w:r>
      <w:r>
        <w:rPr>
          <w:sz w:val="20"/>
        </w:rPr>
        <w:t>58:49  to is ko</w:t>
      </w:r>
      <w:r>
        <w:br/>
      </w:r>
      <w:r>
        <w:rPr>
          <w:sz w:val="20"/>
        </w:rPr>
        <w:t>58:53  is ko negative sense mein mat lijiye, is ko positive sense mein lijiye.</w:t>
      </w:r>
      <w:r>
        <w:br/>
      </w:r>
      <w:r>
        <w:rPr>
          <w:sz w:val="20"/>
        </w:rPr>
        <w:t>58:59  maulana, yeh agla question hai miss ditti malhotra ka delhi se.</w:t>
      </w:r>
      <w:r>
        <w:br/>
      </w:r>
      <w:r>
        <w:rPr>
          <w:sz w:val="20"/>
        </w:rPr>
        <w:t>59:03  مولانا، you have many times mentioned on the importance of keeping patience,</w:t>
      </w:r>
      <w:r>
        <w:br/>
      </w:r>
      <w:r>
        <w:rPr>
          <w:sz w:val="20"/>
        </w:rPr>
        <w:t>59:11  But when we tell this to people, they say that patience till when</w:t>
      </w:r>
      <w:r>
        <w:br/>
      </w:r>
      <w:r>
        <w:rPr>
          <w:sz w:val="20"/>
        </w:rPr>
        <w:t>59:17  what is your advice on this?</w:t>
      </w:r>
      <w:r>
        <w:br/>
      </w:r>
      <w:r>
        <w:rPr>
          <w:sz w:val="20"/>
        </w:rPr>
        <w:t>59:22  yani sabr kab tak?</w:t>
      </w:r>
      <w:r>
        <w:br/>
      </w:r>
      <w:r>
        <w:rPr>
          <w:sz w:val="20"/>
        </w:rPr>
        <w:t>59:25  dekhiye, quran mein hai ke</w:t>
      </w:r>
      <w:r>
        <w:br/>
      </w:r>
      <w:r>
        <w:rPr>
          <w:sz w:val="20"/>
        </w:rPr>
        <w:t>59:32  quran mein hai ke</w:t>
      </w:r>
      <w:r>
        <w:br/>
      </w:r>
      <w:r>
        <w:rPr>
          <w:sz w:val="20"/>
        </w:rPr>
        <w:t>59:34  jannat sabr walon ke liye hai.</w:t>
      </w:r>
      <w:r>
        <w:br/>
      </w:r>
      <w:r>
        <w:rPr>
          <w:sz w:val="20"/>
        </w:rPr>
        <w:t>59:38  jo sabr karega, us ke liye jannat hai.</w:t>
      </w:r>
      <w:r>
        <w:br/>
      </w:r>
      <w:r>
        <w:rPr>
          <w:sz w:val="20"/>
        </w:rPr>
        <w:t>59:43  yeh quran ki ek ayat hai.</w:t>
      </w:r>
      <w:r>
        <w:br/>
      </w:r>
      <w:r>
        <w:rPr>
          <w:sz w:val="20"/>
        </w:rPr>
        <w:t>59:50  to jannat to eternal maqam hai, abadi jagah hai.</w:t>
      </w:r>
      <w:r>
        <w:br/>
      </w:r>
      <w:r>
        <w:rPr>
          <w:sz w:val="20"/>
        </w:rPr>
        <w:t>59:57  to kya aap</w:t>
      </w:r>
      <w:r>
        <w:br/>
      </w:r>
      <w:r>
        <w:rPr>
          <w:sz w:val="20"/>
        </w:rPr>
        <w:t>1:00:00  saari umar sabr karenge? tabhi to eternal jannat milegi.</w:t>
      </w:r>
      <w:r>
        <w:br/>
      </w:r>
      <w:r>
        <w:rPr>
          <w:sz w:val="20"/>
        </w:rPr>
        <w:t>1:00:04  waqti agar aap sabr karenge to jannat bhi thodi si milegi aap ko, ek din ke</w:t>
      </w:r>
      <w:r>
        <w:br/>
      </w:r>
      <w:r>
        <w:rPr>
          <w:sz w:val="20"/>
        </w:rPr>
        <w:t>1:00:11  liye ya ek mahine ke liye.</w:t>
      </w:r>
      <w:r>
        <w:br/>
      </w:r>
      <w:r>
        <w:rPr>
          <w:sz w:val="20"/>
        </w:rPr>
        <w:t>1:00:14  main samajhta hoon ke jannat ka eternal tasawwur jo hai, woh apne aap mein yeh batata hai ke</w:t>
      </w:r>
      <w:r>
        <w:br/>
      </w:r>
      <w:r>
        <w:rPr>
          <w:sz w:val="20"/>
        </w:rPr>
        <w:t>1:00:20  sabr zindagi bhar karte rehna hai, karte rehna hai, karte rehna hai.</w:t>
      </w:r>
      <w:r>
        <w:br/>
      </w:r>
      <w:r>
        <w:rPr>
          <w:sz w:val="20"/>
        </w:rPr>
        <w:t>1:00:26  quran mein. ma sabr</w:t>
      </w:r>
      <w:r>
        <w:br/>
      </w:r>
      <w:r>
        <w:rPr>
          <w:sz w:val="20"/>
        </w:rPr>
        <w:t>1:00:29  jannat hum ne di un ko is liye ke unhon ne zindagi bhar sabr kiya tha.</w:t>
      </w:r>
      <w:r>
        <w:br/>
      </w:r>
      <w:r>
        <w:rPr>
          <w:sz w:val="20"/>
        </w:rPr>
        <w:t>1:00:34  to saari umar sabr karne se aap ko yani eternal paradise milti hai.</w:t>
      </w:r>
      <w:r>
        <w:br/>
      </w:r>
      <w:r>
        <w:rPr>
          <w:sz w:val="20"/>
        </w:rPr>
        <w:t>1:00:41  agar aap yeh kahein ke bhai saari umar nahi karna hai, mujhe to ek mahina karna hai, ek</w:t>
      </w:r>
      <w:r>
        <w:br/>
      </w:r>
      <w:r>
        <w:rPr>
          <w:sz w:val="20"/>
        </w:rPr>
        <w:t>1:00:46  saal karna hai, to phir yeh bhi maan lijiye ke aap ko ek saal ke liye jannat mile.</w:t>
      </w:r>
      <w:r>
        <w:br/>
      </w:r>
      <w:r>
        <w:rPr>
          <w:sz w:val="20"/>
        </w:rPr>
        <w:t>1:00:49  is ke baad jannat se</w:t>
      </w:r>
      <w:r>
        <w:br/>
      </w:r>
      <w:r>
        <w:rPr>
          <w:sz w:val="20"/>
        </w:rPr>
        <w:t>1:00:52  jannat se nikal diya jayega.</w:t>
      </w:r>
      <w:r>
        <w:br/>
      </w:r>
      <w:r>
        <w:rPr>
          <w:sz w:val="20"/>
        </w:rPr>
        <w:t>1:00:55  میں سمجھتا ہوں جو لوگ یہ کہتے ہیں کہ صبر کب تک، وہ اس کے consequences سوچتے نہیں،</w:t>
      </w:r>
      <w:r>
        <w:br/>
      </w:r>
      <w:r>
        <w:rPr>
          <w:sz w:val="20"/>
        </w:rPr>
        <w:t>1:01:04  chunki jannat un ke liye hai jo sabr karen.</w:t>
      </w:r>
      <w:r>
        <w:br/>
      </w:r>
      <w:r>
        <w:rPr>
          <w:sz w:val="20"/>
        </w:rPr>
        <w:t>1:01:08  is liye jannat ka jis ne sabr karta hi rehna hai.</w:t>
      </w:r>
      <w:r>
        <w:br/>
      </w:r>
      <w:r>
        <w:rPr>
          <w:sz w:val="20"/>
        </w:rPr>
        <w:t>1:01:12  دیکھیں، صبر کا مطلب کیا ہے؟ صبر کا مطلب یہ ہے کہ positive behavior پر قائم رہنا، ری</w:t>
      </w:r>
      <w:r>
        <w:br/>
      </w:r>
      <w:r>
        <w:rPr>
          <w:sz w:val="20"/>
        </w:rPr>
        <w:t>1:01:22  act na karna.</w:t>
      </w:r>
      <w:r>
        <w:br/>
      </w:r>
      <w:r>
        <w:rPr>
          <w:sz w:val="20"/>
        </w:rPr>
        <w:t>1:01:25  to isi se to sari sifaten paida hoti hain.</w:t>
      </w:r>
      <w:r>
        <w:br/>
      </w:r>
      <w:r>
        <w:rPr>
          <w:sz w:val="20"/>
        </w:rPr>
        <w:t>1:01:29  اگر آپ react کریں تو آپ کے اندر اعلیٰ کوالٹی کا development نہیں ہوگا۔</w:t>
      </w:r>
      <w:r>
        <w:br/>
      </w:r>
      <w:r>
        <w:rPr>
          <w:sz w:val="20"/>
        </w:rPr>
        <w:t>1:01:36  lekin jab aap sabr karenge, tabhi woh process aapke andar jaari hoga jismein aala quality</w:t>
      </w:r>
      <w:r>
        <w:br/>
      </w:r>
      <w:r>
        <w:rPr>
          <w:sz w:val="20"/>
        </w:rPr>
        <w:t>1:01:43  paida hoti hai.</w:t>
      </w:r>
      <w:r>
        <w:br/>
      </w:r>
      <w:r>
        <w:rPr>
          <w:sz w:val="20"/>
        </w:rPr>
        <w:t>1:01:45  to sabr ko log samajhte hain ke koi negative baat hai.</w:t>
      </w:r>
      <w:r>
        <w:br/>
      </w:r>
      <w:r>
        <w:rPr>
          <w:sz w:val="20"/>
        </w:rPr>
        <w:t>1:01:47  sabr to negative baat nahin hai, sabr to ek positive baat hai.</w:t>
      </w:r>
      <w:r>
        <w:br/>
      </w:r>
      <w:r>
        <w:rPr>
          <w:sz w:val="20"/>
        </w:rPr>
        <w:t>1:01:52  sabr na ho to aadmi ke andar aala akhlaq paida na ho, oonchi soch paida na ho.</w:t>
      </w:r>
      <w:r>
        <w:br/>
      </w:r>
      <w:r>
        <w:rPr>
          <w:sz w:val="20"/>
        </w:rPr>
        <w:t>1:01:58  bilkul zindagi jo hai,</w:t>
      </w:r>
      <w:r>
        <w:br/>
      </w:r>
      <w:r>
        <w:rPr>
          <w:sz w:val="20"/>
        </w:rPr>
        <w:t>1:02:02  oonchi baaton se khali ho jaye.</w:t>
      </w:r>
      <w:r>
        <w:br/>
      </w:r>
      <w:r>
        <w:rPr>
          <w:sz w:val="20"/>
        </w:rPr>
        <w:t>1:02:07  maulana, yeh ek comment hai muhammad aamir siddiqui sahab ka noida se.</w:t>
      </w:r>
      <w:r>
        <w:br/>
      </w:r>
      <w:r>
        <w:rPr>
          <w:sz w:val="20"/>
        </w:rPr>
        <w:t>1:02:12  he is quoted an example from quran:</w:t>
      </w:r>
      <w:r>
        <w:br/>
      </w:r>
      <w:r>
        <w:rPr>
          <w:sz w:val="20"/>
        </w:rPr>
        <w:t>1:02:16  "It was not Moses who wanted to take away political power from Pharaoh.</w:t>
      </w:r>
      <w:r>
        <w:br/>
      </w:r>
      <w:r>
        <w:rPr>
          <w:sz w:val="20"/>
        </w:rPr>
        <w:t>1:02:23  It was Pharaoh who said to Musa that he wants to unseat him and his clan. Musa was only there for peaceful da'wah as approved by Allah.</w:t>
      </w:r>
      <w:r>
        <w:br/>
      </w:r>
      <w:r>
        <w:rPr>
          <w:sz w:val="20"/>
        </w:rPr>
        <w:t>1:02:40  theek baat hai, sahi kaha aap ne.</w:t>
      </w:r>
      <w:r>
        <w:br/>
      </w:r>
      <w:r>
        <w:rPr>
          <w:sz w:val="20"/>
        </w:rPr>
        <w:t>1:02:45  maulana sahab, yeh agla question aaya hai mehtab sahab ka dhampur se.</w:t>
      </w:r>
      <w:r>
        <w:br/>
      </w:r>
      <w:r>
        <w:rPr>
          <w:sz w:val="20"/>
        </w:rPr>
        <w:t>1:02:49  maulana sahab, khuda ke yahan namaz kaise qabool ho? meharbani kar ke batayen.</w:t>
      </w:r>
      <w:r>
        <w:br/>
      </w:r>
      <w:r>
        <w:rPr>
          <w:sz w:val="20"/>
        </w:rPr>
        <w:t>1:02:57  dekhen, qabool hone ka mamla woh Allah ka mamla hai.</w:t>
      </w:r>
      <w:r>
        <w:br/>
      </w:r>
      <w:r>
        <w:rPr>
          <w:sz w:val="20"/>
        </w:rPr>
        <w:t>1:03:02  peshgi taur par yeh nahin maloom hota ke meri namaz qabool ho gayi.</w:t>
      </w:r>
      <w:r>
        <w:br/>
      </w:r>
      <w:r>
        <w:rPr>
          <w:sz w:val="20"/>
        </w:rPr>
        <w:t>1:03:06  yeh soch galat hai.</w:t>
      </w:r>
      <w:r>
        <w:br/>
      </w:r>
      <w:r>
        <w:rPr>
          <w:sz w:val="20"/>
        </w:rPr>
        <w:t>1:03:09  kisi kisi sahabi ne yeh nahin kaha hai ke meri namaz to qabool ho jati hai.</w:t>
      </w:r>
      <w:r>
        <w:br/>
      </w:r>
      <w:r>
        <w:rPr>
          <w:sz w:val="20"/>
        </w:rPr>
        <w:t>1:03:15  yeh yeh yeh lafz kabhi sahabi ne nahin bola.</w:t>
      </w:r>
      <w:r>
        <w:br/>
      </w:r>
      <w:r>
        <w:rPr>
          <w:sz w:val="20"/>
        </w:rPr>
        <w:t>1:03:18  to kisi sahabi ko pata nahin tha ke meri namazen qabool ho rahi hain.</w:t>
      </w:r>
      <w:r>
        <w:br/>
      </w:r>
      <w:r>
        <w:rPr>
          <w:sz w:val="20"/>
        </w:rPr>
        <w:t>1:03:22  aap koshish karna hai,</w:t>
      </w:r>
      <w:r>
        <w:br/>
      </w:r>
      <w:r>
        <w:rPr>
          <w:sz w:val="20"/>
        </w:rPr>
        <w:t>1:03:26  al-saimen wala ehtimam min Allah ke mujhe koshish karna hai aur baqi kaam Allah ka hai.</w:t>
      </w:r>
      <w:r>
        <w:br/>
      </w:r>
      <w:r>
        <w:rPr>
          <w:sz w:val="20"/>
        </w:rPr>
        <w:t>1:03:33  to hamein koshish karna hai ke hamari namaz sahi namaz ho, is ke andar spirit ho, is ke</w:t>
      </w:r>
      <w:r>
        <w:br/>
      </w:r>
      <w:r>
        <w:rPr>
          <w:sz w:val="20"/>
        </w:rPr>
        <w:t>1:03:39  andar khushu ho aur taqwa ho.</w:t>
      </w:r>
      <w:r>
        <w:br/>
      </w:r>
      <w:r>
        <w:rPr>
          <w:sz w:val="20"/>
        </w:rPr>
        <w:t>1:03:42  is ki koshish karte rehna hai.</w:t>
      </w:r>
      <w:r>
        <w:br/>
      </w:r>
      <w:r>
        <w:rPr>
          <w:sz w:val="20"/>
        </w:rPr>
        <w:t>1:03:44  baqi yeh Allah ka domain hai ke woh ke woh is ko kya darja de ga.</w:t>
      </w:r>
      <w:r>
        <w:br/>
      </w:r>
      <w:r>
        <w:rPr>
          <w:sz w:val="20"/>
        </w:rPr>
        <w:t>1:03:50  to Allah ke domain mein kabhi bhi dakhil nahi hona chahiye.</w:t>
      </w:r>
      <w:r>
        <w:br/>
      </w:r>
      <w:r>
        <w:rPr>
          <w:sz w:val="20"/>
        </w:rPr>
        <w:t>1:03:56  molana, yeh agla question</w:t>
      </w:r>
      <w:r>
        <w:br/>
      </w:r>
      <w:r>
        <w:rPr>
          <w:sz w:val="20"/>
        </w:rPr>
        <w:t>1:03:58  molana farhad ahmad sahib ka hai dehli se.</w:t>
      </w:r>
      <w:r>
        <w:br/>
      </w:r>
      <w:r>
        <w:rPr>
          <w:sz w:val="20"/>
        </w:rPr>
        <w:t>1:04:02  مولانا، how should I keep myself away from extremism in the religion?</w:t>
      </w:r>
      <w:r>
        <w:br/>
      </w:r>
      <w:r>
        <w:rPr>
          <w:sz w:val="20"/>
        </w:rPr>
        <w:t>1:04:08  bas sochna chahiye ke rasool Allah ne farmaya ke "ayyakum walghulu fid deen".</w:t>
      </w:r>
      <w:r>
        <w:br/>
      </w:r>
      <w:r>
        <w:rPr>
          <w:sz w:val="20"/>
        </w:rPr>
        <w:t>1:04:17  hadith mein aata hai ke "man</w:t>
      </w:r>
      <w:r>
        <w:br/>
      </w:r>
      <w:r>
        <w:rPr>
          <w:sz w:val="20"/>
        </w:rPr>
        <w:t>1:04:21  kaan bilghulu fid deen".</w:t>
      </w:r>
      <w:r>
        <w:br/>
      </w:r>
      <w:r>
        <w:rPr>
          <w:sz w:val="20"/>
        </w:rPr>
        <w:t>1:04:24  yani hadith mein bataya gaya hai ke ghulu mani extremism</w:t>
      </w:r>
      <w:r>
        <w:br/>
      </w:r>
      <w:r>
        <w:rPr>
          <w:sz w:val="20"/>
        </w:rPr>
        <w:t>1:04:29  ke hadith mein bataya gaya hai ke jo pichli qaumein tabah huin, woh ghulu ki wajah se tabah</w:t>
      </w:r>
      <w:r>
        <w:br/>
      </w:r>
      <w:r>
        <w:rPr>
          <w:sz w:val="20"/>
        </w:rPr>
        <w:t>1:04:35  huin, halak ho gaein.</w:t>
      </w:r>
      <w:r>
        <w:br/>
      </w:r>
      <w:r>
        <w:rPr>
          <w:sz w:val="20"/>
        </w:rPr>
        <w:t>1:04:38  is tarah ki jo hadith hain aur Quran mein bhi yeh baat aayi hai, is ko jab taam</w:t>
      </w:r>
      <w:r>
        <w:br/>
      </w:r>
      <w:r>
        <w:rPr>
          <w:sz w:val="20"/>
        </w:rPr>
        <w:t>1:04:43  yaad karenge, hota hi hum is se bachenge.</w:t>
      </w:r>
      <w:r>
        <w:br/>
      </w:r>
      <w:r>
        <w:rPr>
          <w:sz w:val="20"/>
        </w:rPr>
        <w:t>1:04:47  aur doosri baat yeh ke hamein tajziya karna seekhna chahiye.</w:t>
      </w:r>
      <w:r>
        <w:br/>
      </w:r>
      <w:r>
        <w:rPr>
          <w:sz w:val="20"/>
        </w:rPr>
        <w:t>1:04:49  tajziya ek baat ho sakta hai ke ghulu ho aur hum is ko ghulu na samajhte hon.</w:t>
      </w:r>
      <w:r>
        <w:br/>
      </w:r>
      <w:r>
        <w:rPr>
          <w:sz w:val="20"/>
        </w:rPr>
        <w:t>1:04:57  to jab tajziya karenge aur introspection karenge, tab hamein maloom hoga ke yeh to yeh to</w:t>
      </w:r>
      <w:r>
        <w:br/>
      </w:r>
      <w:r>
        <w:rPr>
          <w:sz w:val="20"/>
        </w:rPr>
        <w:t>1:05:03  ghulu ka kaam hum kar rahe hain.</w:t>
      </w:r>
      <w:r>
        <w:br/>
      </w:r>
      <w:r>
        <w:rPr>
          <w:sz w:val="20"/>
        </w:rPr>
        <w:t>1:05:08  to ek taraf hadithon se sabak lena aur doosri taraf musalsal taur par sochte rehna, tajziya karte rehna,</w:t>
      </w:r>
      <w:r>
        <w:br/>
      </w:r>
      <w:r>
        <w:rPr>
          <w:sz w:val="20"/>
        </w:rPr>
        <w:t>1:05:16  yahi tareeqa hai jis se aap aadmi bach sakta hai ghulu se ya extremism se.</w:t>
      </w:r>
      <w:r>
        <w:br/>
      </w:r>
      <w:r>
        <w:rPr>
          <w:sz w:val="20"/>
        </w:rPr>
        <w:t>1:05:25  molana, yeh agla question hai aamir jaan sahib ka kashmir se.</w:t>
      </w:r>
      <w:r>
        <w:br/>
      </w:r>
      <w:r>
        <w:rPr>
          <w:sz w:val="20"/>
        </w:rPr>
        <w:t>1:05:30  مولانا صاحب، throughout my life, I always believed that being Muslim it is fard for me to</w:t>
      </w:r>
      <w:r>
        <w:br/>
      </w:r>
      <w:r>
        <w:rPr>
          <w:sz w:val="20"/>
        </w:rPr>
        <w:t>1:05:38  read Quran and get reward from Allah.</w:t>
      </w:r>
      <w:r>
        <w:br/>
      </w:r>
      <w:r>
        <w:rPr>
          <w:sz w:val="20"/>
        </w:rPr>
        <w:t>1:05:43  But after listening to your lectures and reading your literature, I came to know that Quran is not supposed to be read, rather it is to be studied to get to know the creation plan of God and the art of living in this world.</w:t>
      </w:r>
      <w:r>
        <w:br/>
      </w:r>
      <w:r>
        <w:rPr>
          <w:sz w:val="20"/>
        </w:rPr>
        <w:t>1:06:03  I tried to study the Quran from page one and have completed five chapters,</w:t>
      </w:r>
      <w:r>
        <w:br/>
      </w:r>
      <w:r>
        <w:rPr>
          <w:sz w:val="20"/>
        </w:rPr>
        <w:t>1:06:11  but I am not able to comprehend it properly.</w:t>
      </w:r>
      <w:r>
        <w:br/>
      </w:r>
      <w:r>
        <w:rPr>
          <w:sz w:val="20"/>
        </w:rPr>
        <w:t>1:06:16  iz same things have been repeated many times.</w:t>
      </w:r>
      <w:r>
        <w:br/>
      </w:r>
      <w:r>
        <w:rPr>
          <w:sz w:val="20"/>
        </w:rPr>
        <w:t>1:06:20  i want to know the best way by which we can study quran.</w:t>
      </w:r>
      <w:r>
        <w:br/>
      </w:r>
      <w:r>
        <w:rPr>
          <w:sz w:val="20"/>
        </w:rPr>
        <w:t>1:06:26  dekhiye, is mein koi misaal nahi hai, koi example nahi hai ke konsi baat aisi hai jo</w:t>
      </w:r>
      <w:r>
        <w:br/>
      </w:r>
      <w:r>
        <w:rPr>
          <w:sz w:val="20"/>
        </w:rPr>
        <w:t>1:06:33  clear nahi hui aap ko, halanke aap ne tadabbur ke sath parha.</w:t>
      </w:r>
      <w:r>
        <w:br/>
      </w:r>
      <w:r>
        <w:rPr>
          <w:sz w:val="20"/>
        </w:rPr>
        <w:t>1:06:37  tab bhi to mein samajhta hoon ke aap agle sunday koi misaal de kar bataein to mein is</w:t>
      </w:r>
      <w:r>
        <w:br/>
      </w:r>
      <w:r>
        <w:rPr>
          <w:sz w:val="20"/>
        </w:rPr>
        <w:t>1:06:43  ke bare mein kuch kar sakta hoon.</w:t>
      </w:r>
      <w:r>
        <w:br/>
      </w:r>
      <w:r>
        <w:rPr>
          <w:sz w:val="20"/>
        </w:rPr>
        <w:t>1:06:45  maulana, yeh agla question jo aaya hai, is mein naam aur location mention nahi hai.</w:t>
      </w:r>
      <w:r>
        <w:br/>
      </w:r>
      <w:r>
        <w:rPr>
          <w:sz w:val="20"/>
        </w:rPr>
        <w:t>1:06:51  muslim world has become jabal yafta.</w:t>
      </w:r>
      <w:r>
        <w:br/>
      </w:r>
      <w:r>
        <w:rPr>
          <w:sz w:val="20"/>
        </w:rPr>
        <w:t>1:06:57  My question is: How you US and Europe could save themselves from being jabbal yafta?</w:t>
      </w:r>
      <w:r>
        <w:br/>
      </w:r>
      <w:r>
        <w:rPr>
          <w:sz w:val="20"/>
        </w:rPr>
        <w:t>1:07:06  bhai, jab tak naam nahi hoga, mein bolunga agle sunday ko naam ke sath aur maqam ke</w:t>
      </w:r>
      <w:r>
        <w:br/>
      </w:r>
      <w:r>
        <w:rPr>
          <w:sz w:val="20"/>
        </w:rPr>
        <w:t>1:07:13  sath bhejein to bataunga.</w:t>
      </w:r>
      <w:r>
        <w:br/>
      </w:r>
      <w:r>
        <w:rPr>
          <w:sz w:val="20"/>
        </w:rPr>
        <w:t>1:07:17  maulana, yeh agla question mr ajay ka hai gurgaon se.</w:t>
      </w:r>
      <w:r>
        <w:br/>
      </w:r>
      <w:r>
        <w:rPr>
          <w:sz w:val="20"/>
        </w:rPr>
        <w:t>1:07:21  مولانا, as per one hadith, Prophet said we should stop wrongdoing by any means possible.</w:t>
      </w:r>
      <w:r>
        <w:br/>
      </w:r>
      <w:r>
        <w:rPr>
          <w:sz w:val="20"/>
        </w:rPr>
        <w:t>1:07:32  How can we understand it in current situation? Bhai, misaal ke baghair yeh hai, yeh question bhi bahut misaal ke baghair. Kis cheez ko samajh rahe hain woh? Maulana, woh yeh likh rahe hain ke Prophet ki ek hadees, unhon ne hadees quote nahi ki hai lekin us ka meaning quote kiya hai ke we should stop wrongdoing by any means possible.</w:t>
      </w:r>
      <w:r>
        <w:br/>
      </w:r>
      <w:r>
        <w:rPr>
          <w:sz w:val="20"/>
        </w:rPr>
        <w:t>1:07:54  Humein galat kaam ko har tareeqe se rokna chahiye. So he wants to know that how should we understand this thing in current situation?</w:t>
      </w:r>
      <w:r>
        <w:br/>
      </w:r>
      <w:r>
        <w:rPr>
          <w:sz w:val="20"/>
        </w:rPr>
        <w:t>1:08:06  nahi bhai, is hadith ko inhon ne sahi tareeqe se naqal nahi kiya hai.</w:t>
      </w:r>
      <w:r>
        <w:br/>
      </w:r>
      <w:r>
        <w:rPr>
          <w:sz w:val="20"/>
        </w:rPr>
        <w:t>1:08:10  woh hadith is tarah nahi hai ke bas hum kaise bhi is ko rokein.</w:t>
      </w:r>
      <w:r>
        <w:br/>
      </w:r>
      <w:r>
        <w:rPr>
          <w:sz w:val="20"/>
        </w:rPr>
        <w:t>1:08:14  Nahi, is mein yeh hai: according to our capacity, agar rokne ka</w:t>
      </w:r>
      <w:r>
        <w:br/>
      </w:r>
      <w:r>
        <w:rPr>
          <w:sz w:val="20"/>
        </w:rPr>
        <w:t>1:08:22  mumkin hai to rokein, bolna mumkin hai to bolein, nahi bol sakte to dil se maanein.</w:t>
      </w:r>
      <w:r>
        <w:br/>
      </w:r>
      <w:r>
        <w:rPr>
          <w:sz w:val="20"/>
        </w:rPr>
        <w:t>1:08:27  iska matlab yeh hai ke</w:t>
      </w:r>
      <w:r>
        <w:br/>
      </w:r>
      <w:r>
        <w:rPr>
          <w:sz w:val="20"/>
        </w:rPr>
        <w:t>1:08:30  aisa aisi koshish jo counter productive ho, yani aur bigaad mein izafa ho jaye, log lad jayein to</w:t>
      </w:r>
      <w:r>
        <w:br/>
      </w:r>
      <w:r>
        <w:rPr>
          <w:sz w:val="20"/>
        </w:rPr>
        <w:t>1:08:38  chup rehna chahiye, dua karna chahiye.</w:t>
      </w:r>
      <w:r>
        <w:br/>
      </w:r>
      <w:r>
        <w:rPr>
          <w:sz w:val="20"/>
        </w:rPr>
        <w:t>1:08:42  اس اس جو naqal kiya unho ne, is se lagta hai ke har haal mein hamein khud padhna chahiye.</w:t>
      </w:r>
      <w:r>
        <w:br/>
      </w:r>
      <w:r>
        <w:rPr>
          <w:sz w:val="20"/>
        </w:rPr>
        <w:t>1:08:48  to yeh hadith nahi hai.</w:t>
      </w:r>
      <w:r>
        <w:br/>
      </w:r>
      <w:r>
        <w:rPr>
          <w:sz w:val="20"/>
        </w:rPr>
        <w:t>1:08:50  hadith yeh hai ke agar tumhare bas mein hai ke tum koi</w:t>
      </w:r>
      <w:r>
        <w:br/>
      </w:r>
      <w:r>
        <w:rPr>
          <w:sz w:val="20"/>
        </w:rPr>
        <w:t>1:08:56  bigaad paida kiye baghair is ko durust kar do to durust karo, aur agar yeh bas mein tumhare</w:t>
      </w:r>
      <w:r>
        <w:br/>
      </w:r>
      <w:r>
        <w:rPr>
          <w:sz w:val="20"/>
        </w:rPr>
        <w:t>1:09:02  nahi hai to zuban se bolo, aur zuban bolne mein bhi khatra ho ke bigaad paida hoga to</w:t>
      </w:r>
      <w:r>
        <w:br/>
      </w:r>
      <w:r>
        <w:rPr>
          <w:sz w:val="20"/>
        </w:rPr>
        <w:t>1:09:09  phir dil dil se bura samjho aur dua karo.</w:t>
      </w:r>
      <w:r>
        <w:br/>
      </w:r>
      <w:r>
        <w:rPr>
          <w:sz w:val="20"/>
        </w:rPr>
        <w:t>1:09:13  تو دیکھیے، اسلام میں جتنے بھی احکام ہیں، سب according to your capacity ہیں۔</w:t>
      </w:r>
      <w:r>
        <w:br/>
      </w:r>
      <w:r>
        <w:rPr>
          <w:sz w:val="20"/>
        </w:rPr>
        <w:t>1:09:18  capacity ke baghair koodna</w:t>
      </w:r>
      <w:r>
        <w:br/>
      </w:r>
      <w:r>
        <w:rPr>
          <w:sz w:val="20"/>
        </w:rPr>
        <w:t>1:09:22  yeh islam mein nahi hai.</w:t>
      </w:r>
      <w:r>
        <w:br/>
      </w:r>
      <w:r>
        <w:rPr>
          <w:sz w:val="20"/>
        </w:rPr>
        <w:t>1:09:23  jaise muslim mulkon mein log har jagah kooday hue hain.</w:t>
      </w:r>
      <w:r>
        <w:br/>
      </w:r>
      <w:r>
        <w:rPr>
          <w:sz w:val="20"/>
        </w:rPr>
        <w:t>1:09:26  keh hum yahan justice qaim karein ge, hum yahan qanoon nafiz karein ge, aur practical tor par kya</w:t>
      </w:r>
      <w:r>
        <w:br/>
      </w:r>
      <w:r>
        <w:rPr>
          <w:sz w:val="20"/>
        </w:rPr>
        <w:t>1:09:33  hota hai keh khud hi larte marte hain, kuch hota nahi, sirf larai barhai hoti hai.</w:t>
      </w:r>
      <w:r>
        <w:br/>
      </w:r>
      <w:r>
        <w:rPr>
          <w:sz w:val="20"/>
        </w:rPr>
        <w:t>1:09:40  to yeh Islam ki taleem nahi hai.</w:t>
      </w:r>
      <w:r>
        <w:br/>
      </w:r>
      <w:r>
        <w:rPr>
          <w:sz w:val="20"/>
        </w:rPr>
        <w:t>1:09:43  aap ko apni capacity ke aitbar se karna hai, is se bahar nahi hai.</w:t>
      </w:r>
      <w:r>
        <w:br/>
      </w:r>
      <w:r>
        <w:rPr>
          <w:sz w:val="20"/>
        </w:rPr>
        <w:t>1:09:47  Maulana, woh jo question jis mein naam aur location mention nahi thi, unhon ne wapas reply kiya, woh</w:t>
      </w:r>
      <w:r>
        <w:br/>
      </w:r>
      <w:r>
        <w:rPr>
          <w:sz w:val="20"/>
        </w:rPr>
        <w:t>1:09:53  Mr Idrees ka hai Raipur se.</w:t>
      </w:r>
      <w:r>
        <w:br/>
      </w:r>
      <w:r>
        <w:rPr>
          <w:sz w:val="20"/>
        </w:rPr>
        <w:t>1:09:56  Muslim world has become jabal yafta.</w:t>
      </w:r>
      <w:r>
        <w:br/>
      </w:r>
      <w:r>
        <w:rPr>
          <w:sz w:val="20"/>
        </w:rPr>
        <w:t>1:09:59  My question is: how US and Europe could save themself</w:t>
      </w:r>
      <w:r>
        <w:br/>
      </w:r>
      <w:r>
        <w:rPr>
          <w:sz w:val="20"/>
        </w:rPr>
        <w:t>1:10:06  from being jabal yafta?</w:t>
      </w:r>
      <w:r>
        <w:br/>
      </w:r>
      <w:r>
        <w:rPr>
          <w:sz w:val="20"/>
        </w:rPr>
        <w:t>1:10:09  zawal, zawal, degeneration.</w:t>
      </w:r>
      <w:r>
        <w:br/>
      </w:r>
      <w:r>
        <w:rPr>
          <w:sz w:val="20"/>
        </w:rPr>
        <w:t>1:10:12  to degeneration to sab</w:t>
      </w:r>
      <w:r>
        <w:br/>
      </w:r>
      <w:r>
        <w:rPr>
          <w:sz w:val="20"/>
        </w:rPr>
        <w:t>1:10:16  jaise misaal ke tor par dekhiye,</w:t>
      </w:r>
      <w:r>
        <w:br/>
      </w:r>
      <w:r>
        <w:rPr>
          <w:sz w:val="20"/>
        </w:rPr>
        <w:t>1:10:19  ek zamana tha jab keh Europe mein freedom ek bohat achi cheez thi, ek positive phenomena ke tor</w:t>
      </w:r>
      <w:r>
        <w:br/>
      </w:r>
      <w:r>
        <w:rPr>
          <w:sz w:val="20"/>
        </w:rPr>
        <w:t>1:10:27  par. Abhi aaj ki khabar hai keh Europe ke country mein ek baqayda referendum hua to 62 percent</w:t>
      </w:r>
      <w:r>
        <w:br/>
      </w:r>
      <w:r>
        <w:rPr>
          <w:sz w:val="20"/>
        </w:rPr>
        <w:t>1:10:38  unhon ne is par rai di keh</w:t>
      </w:r>
      <w:r>
        <w:br/>
      </w:r>
      <w:r>
        <w:rPr>
          <w:sz w:val="20"/>
        </w:rPr>
        <w:t>1:10:41  same sex mein merger marriage hona chahiye.</w:t>
      </w:r>
      <w:r>
        <w:br/>
      </w:r>
      <w:r>
        <w:rPr>
          <w:sz w:val="20"/>
        </w:rPr>
        <w:t>1:10:45  yeh freedom ko misuse karna hai.</w:t>
      </w:r>
      <w:r>
        <w:br/>
      </w:r>
      <w:r>
        <w:rPr>
          <w:sz w:val="20"/>
        </w:rPr>
        <w:t>1:10:49  ek zamana tha keh Europe mein tasawwur nahi tha keh freedom ko misuse kiya jaye.</w:t>
      </w:r>
      <w:r>
        <w:br/>
      </w:r>
      <w:r>
        <w:rPr>
          <w:sz w:val="20"/>
        </w:rPr>
        <w:t>1:10:55  to Europe, America mein aaj zawal ho chuka hai, yani zawal shuru ho chuka hai.</w:t>
      </w:r>
      <w:r>
        <w:br/>
      </w:r>
      <w:r>
        <w:rPr>
          <w:sz w:val="20"/>
        </w:rPr>
        <w:t>1:11:03  zawal shuru ho chuka hai.</w:t>
      </w:r>
      <w:r>
        <w:br/>
      </w:r>
      <w:r>
        <w:rPr>
          <w:sz w:val="20"/>
        </w:rPr>
        <w:t>1:11:04  aisa nahi keh un ka zawal nahi hota.</w:t>
      </w:r>
      <w:r>
        <w:br/>
      </w:r>
      <w:r>
        <w:rPr>
          <w:sz w:val="20"/>
        </w:rPr>
        <w:t>1:11:07  ek zamana tha keh jab woh urooj par thay, woh log urooj par.</w:t>
      </w:r>
      <w:r>
        <w:br/>
      </w:r>
      <w:r>
        <w:rPr>
          <w:sz w:val="20"/>
        </w:rPr>
        <w:t>1:11:12  ab to har jagah zawal hai.</w:t>
      </w:r>
      <w:r>
        <w:br/>
      </w:r>
      <w:r>
        <w:rPr>
          <w:sz w:val="20"/>
        </w:rPr>
        <w:t>1:11:13  Europe mein bhi, America mein bhi.</w:t>
      </w:r>
      <w:r>
        <w:br/>
      </w:r>
      <w:r>
        <w:rPr>
          <w:sz w:val="20"/>
        </w:rPr>
        <w:t>1:11:15  Maulana, yeh agla question Dr Pradhan ka hai Delhi se.</w:t>
      </w:r>
      <w:r>
        <w:br/>
      </w:r>
      <w:r>
        <w:rPr>
          <w:sz w:val="20"/>
        </w:rPr>
        <w:t>1:11:20  If somebody is facing discrimination in worldly affairs,</w:t>
      </w:r>
      <w:r>
        <w:br/>
      </w:r>
      <w:r>
        <w:rPr>
          <w:sz w:val="20"/>
        </w:rPr>
        <w:t>1:11:25  How should he stay positive in such situation</w:t>
      </w:r>
      <w:r>
        <w:br/>
      </w:r>
      <w:r>
        <w:rPr>
          <w:sz w:val="20"/>
        </w:rPr>
        <w:t>1:11:28  ؟ دیکھیے، میرا ماننا یہ ہے کہ discrimination is nothing۔</w:t>
      </w:r>
      <w:r>
        <w:br/>
      </w:r>
      <w:r>
        <w:rPr>
          <w:sz w:val="20"/>
        </w:rPr>
        <w:t>1:11:35  ایک فطری، یعنی ایک نیچرل فینامینا ہے جس کو کہتے ہیں discrimination۔</w:t>
      </w:r>
      <w:r>
        <w:br/>
      </w:r>
      <w:r>
        <w:rPr>
          <w:sz w:val="20"/>
        </w:rPr>
        <w:t>1:11:41  kyunke jab zindagi ka nizaam bana hai compression par,</w:t>
      </w:r>
      <w:r>
        <w:br/>
      </w:r>
      <w:r>
        <w:rPr>
          <w:sz w:val="20"/>
        </w:rPr>
        <w:t>1:11:46  to koi aage badhega, koi peeche hatega, koi aage badhega, koi peeche ho jayega.</w:t>
      </w:r>
      <w:r>
        <w:br/>
      </w:r>
      <w:r>
        <w:rPr>
          <w:sz w:val="20"/>
        </w:rPr>
        <w:t>1:11:52  تو پیچھے والے کا کیا؟ پیچھے ڈسکریمینیشن ہو رہا ہے؟ نہیں، وہ that is due to comprehension،</w:t>
      </w:r>
      <w:r>
        <w:br/>
      </w:r>
      <w:r>
        <w:rPr>
          <w:sz w:val="20"/>
        </w:rPr>
        <w:t>1:11:58  due to challenge.</w:t>
      </w:r>
      <w:r>
        <w:br/>
      </w:r>
      <w:r>
        <w:rPr>
          <w:sz w:val="20"/>
        </w:rPr>
        <w:t>1:12:01  to apni ghalti ko jaanna chahiye.</w:t>
      </w:r>
      <w:r>
        <w:br/>
      </w:r>
      <w:r>
        <w:rPr>
          <w:sz w:val="20"/>
        </w:rPr>
        <w:t>1:12:05  jab bhi koi aisa waqea ho to apni ghalti ko daryaft kijiye.</w:t>
      </w:r>
      <w:r>
        <w:br/>
      </w:r>
      <w:r>
        <w:rPr>
          <w:sz w:val="20"/>
        </w:rPr>
        <w:t>1:12:08  وہ discrimination کا قصہ نہیں ہوتا ہے۔</w:t>
      </w:r>
      <w:r>
        <w:br/>
      </w:r>
      <w:r>
        <w:rPr>
          <w:sz w:val="20"/>
        </w:rPr>
        <w:t>1:12:11  میری زندگی میں بہت سے واقعات ایسے ہوئے ہیں، مگر میں ان کو discrimination نہیں سمجھا۔</w:t>
      </w:r>
      <w:r>
        <w:br/>
      </w:r>
      <w:r>
        <w:rPr>
          <w:sz w:val="20"/>
        </w:rPr>
        <w:t>1:12:15  maine apni kisi kotahi ko maine daryaft kiya.</w:t>
      </w:r>
      <w:r>
        <w:br/>
      </w:r>
      <w:r>
        <w:rPr>
          <w:sz w:val="20"/>
        </w:rPr>
        <w:t>1:12:21  maine to phir main phir dobara main kaamyaab ho gaya.</w:t>
      </w:r>
      <w:r>
        <w:br/>
      </w:r>
      <w:r>
        <w:rPr>
          <w:sz w:val="20"/>
        </w:rPr>
        <w:t>1:12:25  تو میری ڈکشنری میں، ڈکشنری میری ڈکشنری میں discrimination کا لفظ ہے ہی نہیں، اور سارے قرآن میں</w:t>
      </w:r>
      <w:r>
        <w:br/>
      </w:r>
      <w:r>
        <w:rPr>
          <w:sz w:val="20"/>
        </w:rPr>
        <w:t>1:12:30  kahin bhi yeh lafz nahi hai.</w:t>
      </w:r>
      <w:r>
        <w:br/>
      </w:r>
      <w:r>
        <w:rPr>
          <w:sz w:val="20"/>
        </w:rPr>
        <w:t>1:12:32  discrimination ke lafz quran majeed mein nahi hai.</w:t>
      </w:r>
      <w:r>
        <w:br/>
      </w:r>
      <w:r>
        <w:rPr>
          <w:sz w:val="20"/>
        </w:rPr>
        <w:t>1:12:35  yeh to us zamane mein logon ne garh rakha hai ghalat taur par,</w:t>
      </w:r>
      <w:r>
        <w:br/>
      </w:r>
      <w:r>
        <w:rPr>
          <w:sz w:val="20"/>
        </w:rPr>
        <w:t>1:12:41  aur kyuki wo sahi sahi analysis nahi kar pate waqiyat ka, to kehte hain ke discrimination ho raha</w:t>
      </w:r>
      <w:r>
        <w:br/>
      </w:r>
      <w:r>
        <w:rPr>
          <w:sz w:val="20"/>
        </w:rPr>
        <w:t>1:12:48  hai. main isko nahi manta.</w:t>
      </w:r>
      <w:r>
        <w:br/>
      </w:r>
      <w:r>
        <w:rPr>
          <w:sz w:val="20"/>
        </w:rPr>
        <w:t>1:12:51  آپ اگر specific مثال دیں تو میں اس کو تجزیہ کر کے بتاؤں گا کہ یہ discrimination نہیں</w:t>
      </w:r>
      <w:r>
        <w:br/>
      </w:r>
      <w:r>
        <w:rPr>
          <w:sz w:val="20"/>
        </w:rPr>
        <w:t>1:12:56  ہے۔ یہ کوئی بھی کسی بھی فیلڈ کی آپ اسپیسیفک مثال دیجیے کہ وہاں مسلمانوں کے ساتھ discrimination</w:t>
      </w:r>
      <w:r>
        <w:br/>
      </w:r>
      <w:r>
        <w:rPr>
          <w:sz w:val="20"/>
        </w:rPr>
        <w:t>1:13:04  hua, to main bataunga inshallah.</w:t>
      </w:r>
      <w:r>
        <w:br/>
      </w:r>
      <w:r>
        <w:rPr>
          <w:sz w:val="20"/>
        </w:rPr>
        <w:t>1:13:07  کیونکہ میں مانتا ہی نہیں کہ discrimination ہوتا ہے۔</w:t>
      </w:r>
      <w:r>
        <w:br/>
      </w:r>
      <w:r>
        <w:rPr>
          <w:sz w:val="20"/>
        </w:rPr>
        <w:t>1:13:11  aap mein apni</w:t>
      </w:r>
      <w:r>
        <w:br/>
      </w:r>
      <w:r>
        <w:rPr>
          <w:sz w:val="20"/>
        </w:rPr>
        <w:t>1:13:13  اپنی، یعنی ان competitor ہوتا ہے، اس کی پرائس بھگتنی پڑتی ہے، اور وہ کہتا ہے کہ discrimination</w:t>
      </w:r>
      <w:r>
        <w:br/>
      </w:r>
      <w:r>
        <w:rPr>
          <w:sz w:val="20"/>
        </w:rPr>
        <w:t>1:13:21  ho raha hai.</w:t>
      </w:r>
      <w:r>
        <w:br/>
      </w:r>
      <w:r>
        <w:rPr>
          <w:sz w:val="20"/>
        </w:rPr>
        <w:t>1:13:24  تو میں نہیں مانتا discrimination کی تھیوری کو۔</w:t>
      </w:r>
      <w:r>
        <w:br/>
      </w:r>
      <w:r>
        <w:rPr>
          <w:sz w:val="20"/>
        </w:rPr>
        <w:t>1:13:28  main manta hoon ke aadmi</w:t>
      </w:r>
      <w:r>
        <w:br/>
      </w:r>
      <w:r>
        <w:rPr>
          <w:sz w:val="20"/>
        </w:rPr>
        <w:t>1:13:31  apni hi kami ko bhugatta hai.</w:t>
      </w:r>
      <w:r>
        <w:br/>
      </w:r>
      <w:r>
        <w:rPr>
          <w:sz w:val="20"/>
        </w:rPr>
        <w:t>1:13:33  jaise quran majeed mein hai ke to</w:t>
      </w:r>
      <w:r>
        <w:br/>
      </w:r>
      <w:r>
        <w:rPr>
          <w:sz w:val="20"/>
        </w:rPr>
        <w:t>1:13:38  jab tak koi misaal na de, koi aadmi, main isko manne ko tayyar nahi hoon.</w:t>
      </w:r>
      <w:r>
        <w:br/>
      </w:r>
      <w:r>
        <w:rPr>
          <w:sz w:val="20"/>
        </w:rPr>
        <w:t>1:13:45  maulana, yeh comment aaya hai miss aaliya farooqi ka pakistan se.</w:t>
      </w:r>
      <w:r>
        <w:br/>
      </w:r>
      <w:r>
        <w:rPr>
          <w:sz w:val="20"/>
        </w:rPr>
        <w:t>1:13:52  Maulana Sahib, from your every lecture,</w:t>
      </w:r>
      <w:r>
        <w:br/>
      </w:r>
      <w:r>
        <w:rPr>
          <w:sz w:val="20"/>
        </w:rPr>
        <w:t>1:13:55  I take energy, positive thinking and sabr.</w:t>
      </w:r>
      <w:r>
        <w:br/>
      </w:r>
      <w:r>
        <w:rPr>
          <w:sz w:val="20"/>
        </w:rPr>
        <w:t>1:14:03  bas ji, mashallah, bohat acha.</w:t>
      </w:r>
      <w:r>
        <w:br/>
      </w:r>
      <w:r>
        <w:rPr>
          <w:sz w:val="20"/>
        </w:rPr>
        <w:t>1:14:08  phir se padhiye isko, phir se padhiye.</w:t>
      </w:r>
      <w:r>
        <w:br/>
      </w:r>
      <w:r>
        <w:rPr>
          <w:sz w:val="20"/>
        </w:rPr>
        <w:t>1:14:09  مولانا صاحب, from your every lecture, I take energy, positive thinking, and patience.</w:t>
      </w:r>
      <w:r>
        <w:br/>
      </w:r>
      <w:r>
        <w:rPr>
          <w:sz w:val="20"/>
        </w:rPr>
        <w:t>1:14:17  mashallah. maulana, yeh agla question aaya hai doctor farida khanam ka dehli se.</w:t>
      </w:r>
      <w:r>
        <w:br/>
      </w:r>
      <w:r>
        <w:rPr>
          <w:sz w:val="20"/>
        </w:rPr>
        <w:t>1:14:27  Why is it that everyone remains patient at home</w:t>
      </w:r>
      <w:r>
        <w:br/>
      </w:r>
      <w:r>
        <w:rPr>
          <w:sz w:val="20"/>
        </w:rPr>
        <w:t>1:14:34  And everyone remains patient at workplace?</w:t>
      </w:r>
      <w:r>
        <w:br/>
      </w:r>
      <w:r>
        <w:rPr>
          <w:sz w:val="20"/>
        </w:rPr>
        <w:t>1:14:39  But when it comes to be, when it comes to be patient to Madhu for the cause of</w:t>
      </w:r>
      <w:r>
        <w:br/>
      </w:r>
      <w:r>
        <w:rPr>
          <w:sz w:val="20"/>
        </w:rPr>
        <w:t>1:14:44  god, he is not willing to do so.</w:t>
      </w:r>
      <w:r>
        <w:br/>
      </w:r>
      <w:r>
        <w:rPr>
          <w:sz w:val="20"/>
        </w:rPr>
        <w:t>1:14:49  dekhiye, main samajhta hoon ke</w:t>
      </w:r>
      <w:r>
        <w:br/>
      </w:r>
      <w:r>
        <w:rPr>
          <w:sz w:val="20"/>
        </w:rPr>
        <w:t>1:14:52  jahan compression ho, wahan theek ho jata hai.</w:t>
      </w:r>
      <w:r>
        <w:br/>
      </w:r>
      <w:r>
        <w:rPr>
          <w:sz w:val="20"/>
        </w:rPr>
        <w:t>1:14:55  jahan compreshan na ho, wahan woh theek nahi rehta.</w:t>
      </w:r>
      <w:r>
        <w:br/>
      </w:r>
      <w:r>
        <w:rPr>
          <w:sz w:val="20"/>
        </w:rPr>
        <w:t>1:14:59  jaise office hai, to ek shakhs ghar mein to ladega, office mein theek rahega, kyunke office</w:t>
      </w:r>
      <w:r>
        <w:br/>
      </w:r>
      <w:r>
        <w:rPr>
          <w:sz w:val="20"/>
        </w:rPr>
        <w:t>1:15:07  mein compreshan hai.</w:t>
      </w:r>
      <w:r>
        <w:br/>
      </w:r>
      <w:r>
        <w:rPr>
          <w:sz w:val="20"/>
        </w:rPr>
        <w:t>1:15:08  office mein ladega to us ko farigh kar diya jayega.</w:t>
      </w:r>
      <w:r>
        <w:br/>
      </w:r>
      <w:r>
        <w:rPr>
          <w:sz w:val="20"/>
        </w:rPr>
        <w:t>1:15:12  to bahar nikalte nikla hai to apna apni achhi image banane ke liye woh bohat theek thaak rahe</w:t>
      </w:r>
      <w:r>
        <w:br/>
      </w:r>
      <w:r>
        <w:rPr>
          <w:sz w:val="20"/>
        </w:rPr>
        <w:t>1:15:19  ga. To main samajhta hoon ke yeh sari baatein is liye hoti hain ke jahan compreshan hai, wahan</w:t>
      </w:r>
      <w:r>
        <w:br/>
      </w:r>
      <w:r>
        <w:rPr>
          <w:sz w:val="20"/>
        </w:rPr>
        <w:t>1:15:26  to theek thaak rehte hain log.</w:t>
      </w:r>
      <w:r>
        <w:br/>
      </w:r>
      <w:r>
        <w:rPr>
          <w:sz w:val="20"/>
        </w:rPr>
        <w:t>1:15:27  jahan compreshan nahi hai, wahan woh yaani theek thaak nahi reh paate.</w:t>
      </w:r>
      <w:r>
        <w:br/>
      </w:r>
      <w:r>
        <w:rPr>
          <w:sz w:val="20"/>
        </w:rPr>
        <w:t>1:15:35  to sahi insan woh hai jo</w:t>
      </w:r>
      <w:r>
        <w:br/>
      </w:r>
      <w:r>
        <w:rPr>
          <w:sz w:val="20"/>
        </w:rPr>
        <w:t>1:15:39  jo apne yaani jis ko jo intellectually developed ho, uska shaoor tarqqi yafta ho ke har jagah</w:t>
      </w:r>
      <w:r>
        <w:br/>
      </w:r>
      <w:r>
        <w:rPr>
          <w:sz w:val="20"/>
        </w:rPr>
        <w:t>1:15:48  woh ek sa rahe.</w:t>
      </w:r>
      <w:r>
        <w:br/>
      </w:r>
      <w:r>
        <w:rPr>
          <w:sz w:val="20"/>
        </w:rPr>
        <w:t>1:15:50  compreshan ho ya na ho, har jagah woh theek thaak rahe.</w:t>
      </w:r>
      <w:r>
        <w:br/>
      </w:r>
      <w:r>
        <w:rPr>
          <w:sz w:val="20"/>
        </w:rPr>
        <w:t>1:15:55  isi ko main samajhta hoon ke aala insan.</w:t>
      </w:r>
      <w:r>
        <w:br/>
      </w:r>
      <w:r>
        <w:rPr>
          <w:sz w:val="20"/>
        </w:rPr>
        <w:t>1:15:58  maulana, yeh agla question bhi doctor farida khanoom ka hai dehli se.</w:t>
      </w:r>
      <w:r>
        <w:br/>
      </w:r>
      <w:r>
        <w:rPr>
          <w:sz w:val="20"/>
        </w:rPr>
        <w:t>1:16:03  From my interaction with Muslims, I have learned that Muslims are totally unaware of logical thinking.</w:t>
      </w:r>
      <w:r>
        <w:br/>
      </w:r>
      <w:r>
        <w:rPr>
          <w:sz w:val="20"/>
        </w:rPr>
        <w:t>1:16:14  They can't think in any point logically and rationally.</w:t>
      </w:r>
      <w:r>
        <w:br/>
      </w:r>
      <w:r>
        <w:rPr>
          <w:sz w:val="20"/>
        </w:rPr>
        <w:t>1:16:19  why is it so?</w:t>
      </w:r>
      <w:r>
        <w:br/>
      </w:r>
      <w:r>
        <w:rPr>
          <w:sz w:val="20"/>
        </w:rPr>
        <w:t>1:16:22  Dekhein, is ka mujhe bhi tajruba hai ke Musalman logical thinking ya scientific analysis jaante nahi. Is ki wajah yeh hai ke modern education mein dakhil nahi hue Musalman sahi tor par. Hatta ke unhon ne jo college university banayi, wahan bhi sahi ma'ni mein modern education nahi aayi. Kyun ke kyun ke bahut zyada favor tha, bahut zyada favor. Jahan favor rahega, wahan scientific education nahi ho sakti hai. Jo jo main jaanta hoon, Musalman idare, wahan competition nahi hai, wahan par favor, favor, favor. To modern education is ma'ni mein, is ma'ni mein ke western countries mein hui, us ma'ni mein Musalmanon mein kabhi aayi nahi, na aaj bhi nahi hai. To is wajah se scientific thinking un ko un ki qadar nahi hai. We will end this session now.</w:t>
      </w:r>
    </w:p>
    <w:p>
      <w:pPr>
        <w:pStyle w:val="Heading2"/>
      </w:pPr>
      <w:r>
        <w:t>Problem with finality of prophethood</w:t>
      </w:r>
    </w:p>
    <w:p>
      <w:r>
        <w:rPr>
          <w:color w:val="666666"/>
          <w:sz w:val="18"/>
        </w:rPr>
        <w:t>Faith &amp; God · Prophetic Example | April 06, 2014 | Maulana Wahiduddin Khan · 5m 37s · at 1:06:05 · https://youtu.be/zTVjTJbStUU?t=3965</w:t>
      </w:r>
    </w:p>
    <w:p>
      <w:r>
        <w:rPr>
          <w:i/>
        </w:rPr>
        <w:t>“Some people hold that the problem with Islam is that it considers Prophet Muhammad to be the last prophet and Quran the last book.”</w:t>
      </w:r>
    </w:p>
    <w:p>
      <w:r>
        <w:rPr>
          <w:sz w:val="20"/>
        </w:rPr>
        <w:t>1:06:05  maulana agla sawal miss sadia khan ne kiya hai dilli se.</w:t>
      </w:r>
      <w:r>
        <w:br/>
      </w:r>
      <w:r>
        <w:rPr>
          <w:sz w:val="20"/>
        </w:rPr>
        <w:t>1:06:10  unhon ne likha hai: "Some people hold that the problem with Islam is that it considers Prophet Muhammad</w:t>
      </w:r>
      <w:r>
        <w:br/>
      </w:r>
      <w:r>
        <w:rPr>
          <w:sz w:val="20"/>
        </w:rPr>
        <w:t>1:06:15  to be the last prophet and Quran the last book.</w:t>
      </w:r>
      <w:r>
        <w:br/>
      </w:r>
      <w:r>
        <w:rPr>
          <w:sz w:val="20"/>
        </w:rPr>
        <w:t>1:06:20  What is your comment on this?" dekhiye last ka matlab log samajhte hain afzal.</w:t>
      </w:r>
      <w:r>
        <w:br/>
      </w:r>
      <w:r>
        <w:rPr>
          <w:sz w:val="20"/>
        </w:rPr>
        <w:t>1:06:25  musalmanon ne yeh tasawwur diya hai.</w:t>
      </w:r>
      <w:r>
        <w:br/>
      </w:r>
      <w:r>
        <w:rPr>
          <w:sz w:val="20"/>
        </w:rPr>
        <w:t>1:06:30  hargiz woh afzal ke</w:t>
      </w:r>
      <w:r>
        <w:br/>
      </w:r>
      <w:r>
        <w:rPr>
          <w:sz w:val="20"/>
        </w:rPr>
        <w:t>1:06:35  ma'ne mein nahi hai.</w:t>
      </w:r>
      <w:r>
        <w:br/>
      </w:r>
      <w:r>
        <w:rPr>
          <w:sz w:val="20"/>
        </w:rPr>
        <w:t>1:06:40  woh sirf hai preserved book ke ma'ne mein.</w:t>
      </w:r>
      <w:r>
        <w:br/>
      </w:r>
      <w:r>
        <w:rPr>
          <w:sz w:val="20"/>
        </w:rPr>
        <w:t>1:06:45  rasool Allah sal Allah alaihi wasallam ki taleemat jo hain woh hamare paas mehfooz hain.</w:t>
      </w:r>
      <w:r>
        <w:br/>
      </w:r>
      <w:r>
        <w:rPr>
          <w:sz w:val="20"/>
        </w:rPr>
        <w:t>1:06:50  hum jaan sakte hain ke aap ne kis tarah dunya mein kaam kiya.</w:t>
      </w:r>
      <w:r>
        <w:br/>
      </w:r>
      <w:r>
        <w:rPr>
          <w:sz w:val="20"/>
        </w:rPr>
        <w:t>1:06:55  doosre nabiyon ka is tarah se un ka record mehfooz nahi hai bas is ma'ne mein.</w:t>
      </w:r>
      <w:r>
        <w:br/>
      </w:r>
      <w:r>
        <w:rPr>
          <w:sz w:val="20"/>
        </w:rPr>
        <w:t>1:07:00  doosri baat mein yeh kehna chahunga ke Allah taala ka yeh yeh plan nahi hai ke baar</w:t>
      </w:r>
      <w:r>
        <w:br/>
      </w:r>
      <w:r>
        <w:rPr>
          <w:sz w:val="20"/>
        </w:rPr>
        <w:t>1:07:05  baar nabi aata rahe.</w:t>
      </w:r>
      <w:r>
        <w:br/>
      </w:r>
      <w:r>
        <w:rPr>
          <w:sz w:val="20"/>
        </w:rPr>
        <w:t>1:07:09  yeh plan nahi hai.</w:t>
      </w:r>
      <w:r>
        <w:br/>
      </w:r>
      <w:r>
        <w:rPr>
          <w:sz w:val="20"/>
        </w:rPr>
        <w:t>1:07:14  Allah ka plan awwal din se yahi tha ke jab aik nabi ki taleemat uska model mehfooz</w:t>
      </w:r>
      <w:r>
        <w:br/>
      </w:r>
      <w:r>
        <w:rPr>
          <w:sz w:val="20"/>
        </w:rPr>
        <w:t>1:07:18  ho jaye yani record uska history mein ban jaye to bas kafi hai phir doosra nabi aanay</w:t>
      </w:r>
      <w:r>
        <w:br/>
      </w:r>
      <w:r>
        <w:rPr>
          <w:sz w:val="20"/>
        </w:rPr>
        <w:t>1:07:23  ki zaroorat nahi hai.</w:t>
      </w:r>
      <w:r>
        <w:br/>
      </w:r>
      <w:r>
        <w:rPr>
          <w:sz w:val="20"/>
        </w:rPr>
        <w:t>1:07:27  baad ki generation jo hain usi ko parh kar usi se yani guidance leti rahen.</w:t>
      </w:r>
      <w:r>
        <w:br/>
      </w:r>
      <w:r>
        <w:rPr>
          <w:sz w:val="20"/>
        </w:rPr>
        <w:t>1:07:32  to rasool Allah sal Allah alaihi wasallam</w:t>
      </w:r>
      <w:r>
        <w:br/>
      </w:r>
      <w:r>
        <w:rPr>
          <w:sz w:val="20"/>
        </w:rPr>
        <w:t>1:07:36  final prophetic sense mein hain ke aap wahid nabi hain jin ki zindagi record mein aa gayi. Aur doosre nabiyon ki zindagi record mein nahin aayi. Bas agar khuda na khwasta khuda na khwasta aap ki zindagi record mein na aati to phir Allah taala ek aur nabi bhijta. Lekin jab jab woh record mein aa gayi mehfooz ho gayi to wohi wohi ban gayi yaani badal ban gaya. Is ka substitute ban gaya. Is</w:t>
      </w:r>
      <w:r>
        <w:br/>
      </w:r>
      <w:r>
        <w:rPr>
          <w:sz w:val="20"/>
        </w:rPr>
        <w:t>1:08:06  y se aap deen lete rahey. yeh to musalmanon ne ghalat tor par yeh taasur logon ko diya hai ke hamara deen afzal hai. hamari kitab afzal hai. is wajah se log is mein shakk karte hain ke yeh kaun si baat hui hai? ke Allah ke haan aisa farq kiya jaye? ke Allah ke to sab nabi barabar hone chahiye. to ek zyada hai ek kam kyun? to yeh musalmanon ka apna banaya hua deen hai. Allah ne aisa kabhi nahi kaha hai ke koi ek ooncha hai koi ek necha hai. koi</w:t>
      </w:r>
      <w:r>
        <w:br/>
      </w:r>
      <w:r>
        <w:rPr>
          <w:sz w:val="20"/>
        </w:rPr>
        <w:t>1:08:36  aik afzal hai koi ghair afzal hai.</w:t>
      </w:r>
      <w:r>
        <w:br/>
      </w:r>
      <w:r>
        <w:rPr>
          <w:sz w:val="20"/>
        </w:rPr>
        <w:t>1:08:45  to quran ka ya rasool allah salallaho alaihe wasallam ka aakhri hone ka matlab sirf yeh hai</w:t>
      </w:r>
      <w:r>
        <w:br/>
      </w:r>
      <w:r>
        <w:rPr>
          <w:sz w:val="20"/>
        </w:rPr>
        <w:t>1:08:54  ke jo kuch bhi allah ne bheja tha woh mehfooz ho gaya aur woh authentic uska har</w:t>
      </w:r>
      <w:r>
        <w:br/>
      </w:r>
      <w:r>
        <w:rPr>
          <w:sz w:val="20"/>
        </w:rPr>
        <w:t>1:09:02  cheez ek authentic taur par hamare paas maujood hai aaj bhi to bas wohi kafi hai hamein guidance ke liye.</w:t>
      </w:r>
      <w:r>
        <w:br/>
      </w:r>
      <w:r>
        <w:rPr>
          <w:sz w:val="20"/>
        </w:rPr>
        <w:t>1:09:11  maulana yeh sawal chennai se aaya hai maulana iqbal umri ka.</w:t>
      </w:r>
      <w:r>
        <w:br/>
      </w:r>
      <w:r>
        <w:rPr>
          <w:sz w:val="20"/>
        </w:rPr>
        <w:t>1:09:16  unhone likha hai: "ek sahab ne kaha ke hum india mein ghulami mein hain.</w:t>
      </w:r>
      <w:r>
        <w:br/>
      </w:r>
      <w:r>
        <w:rPr>
          <w:sz w:val="20"/>
        </w:rPr>
        <w:t>1:09:21  jaisa ke moosa alaihe assalam ke zamane mein musalmanon ki halat thi.</w:t>
      </w:r>
      <w:r>
        <w:br/>
      </w:r>
      <w:r>
        <w:rPr>
          <w:sz w:val="20"/>
        </w:rPr>
        <w:t>1:09:26  to hum ko moosa alaihe assalam ke iswa lena hai yani ghulami se nijat dilana hai.</w:t>
      </w:r>
      <w:r>
        <w:br/>
      </w:r>
      <w:r>
        <w:rPr>
          <w:sz w:val="20"/>
        </w:rPr>
        <w:t>1:09:32  maulana yeh kahan tak sahi hai?" yeh double jhoot hai.</w:t>
      </w:r>
      <w:r>
        <w:br/>
      </w:r>
      <w:r>
        <w:rPr>
          <w:sz w:val="20"/>
        </w:rPr>
        <w:t>1:09:37  sahi nahi hai yeh.</w:t>
      </w:r>
      <w:r>
        <w:br/>
      </w:r>
      <w:r>
        <w:rPr>
          <w:sz w:val="20"/>
        </w:rPr>
        <w:t>1:09:42  jo log aisa kehte hain woh Allah se darte nahi. yaad rakhiye quran ko samajhne ke liye pehli shart hai khauf-e-khuda. pehli shart hai "اتقوا اللہ و یعلمکم اللہ". jo dil Allah ke khauf se khali ho woh na to quran ko samjhega aur na aap us ko samjha sakte hain. aap samjha bhi nahi sakte us ko. "اتقوا اللہ و یعلمکم اللہ". sab se</w:t>
      </w:r>
      <w:r>
        <w:br/>
      </w:r>
      <w:r>
        <w:rPr>
          <w:sz w:val="20"/>
        </w:rPr>
        <w:t>1:10:12  pehli cheez hai ke insaan ke andar allah ka darr ho.</w:t>
      </w:r>
      <w:r>
        <w:br/>
      </w:r>
      <w:r>
        <w:rPr>
          <w:sz w:val="20"/>
        </w:rPr>
        <w:t>1:10:15  warna kuch bhi kuch bhi kahega kuch bhi kahega.</w:t>
      </w:r>
      <w:r>
        <w:br/>
      </w:r>
      <w:r>
        <w:rPr>
          <w:sz w:val="20"/>
        </w:rPr>
        <w:t>1:10:18  yeh bilkul hi aisi baat hai baseless qism ki.</w:t>
      </w:r>
      <w:r>
        <w:br/>
      </w:r>
      <w:r>
        <w:rPr>
          <w:sz w:val="20"/>
        </w:rPr>
        <w:t>1:10:22  yani ghulami ke lafz bhi kahin nahi.</w:t>
      </w:r>
      <w:r>
        <w:br/>
      </w:r>
      <w:r>
        <w:rPr>
          <w:sz w:val="20"/>
        </w:rPr>
        <w:t>1:10:25  yeh tasawwur ghulami ka mere dekh bilkul unislamic tasawwur hai.</w:t>
      </w:r>
      <w:r>
        <w:br/>
      </w:r>
      <w:r>
        <w:rPr>
          <w:sz w:val="20"/>
        </w:rPr>
        <w:t>1:10:28  ghulami ka tasawwur unislamic tasawwur hai.</w:t>
      </w:r>
      <w:r>
        <w:br/>
      </w:r>
      <w:r>
        <w:rPr>
          <w:sz w:val="20"/>
        </w:rPr>
        <w:t>1:10:32  yani political ghulami.</w:t>
      </w:r>
      <w:r>
        <w:br/>
      </w:r>
      <w:r>
        <w:rPr>
          <w:sz w:val="20"/>
        </w:rPr>
        <w:t>1:10:35  bhai is par main likh chuka hoon.</w:t>
      </w:r>
      <w:r>
        <w:br/>
      </w:r>
      <w:r>
        <w:rPr>
          <w:sz w:val="20"/>
        </w:rPr>
        <w:t>1:10:38  aap meri kitabon mein parh sakte</w:t>
      </w:r>
      <w:r>
        <w:br/>
      </w:r>
      <w:r>
        <w:rPr>
          <w:sz w:val="20"/>
        </w:rPr>
        <w:t>1:10:42  hain is masle ko. parh kar ke likhein. mein ne bar bar kaha hai ke aap sawal parh kar kijiye. is masle par mein likh chuka hoon. pehle is ko parhiye phir sawal kijiye. bar bar mein ne kaha ke jis masle par hum ne likh chuke hain us ko pehle parhiye phir sawal kijiye. yeh yeh to yeh to question falsafe ka question ho jata hai. Thank you we will end the session now.</w:t>
      </w:r>
    </w:p>
    <w:p>
      <w:pPr>
        <w:pStyle w:val="Heading2"/>
      </w:pPr>
      <w:r>
        <w:t>Purpose of life in this world</w:t>
      </w:r>
    </w:p>
    <w:p>
      <w:r>
        <w:rPr>
          <w:color w:val="666666"/>
          <w:sz w:val="18"/>
        </w:rPr>
        <w:t>Faith &amp; God · Freedom of Thought in Islam 23 October, 2011 · 8m 07s · at 1:05:21 · https://youtu.be/aGbxRNNOKzo?t=3921</w:t>
      </w:r>
    </w:p>
    <w:p>
      <w:r>
        <w:rPr>
          <w:i/>
        </w:rPr>
        <w:t>“I had asked a question from Maulana in the last Sunday talk, but perhaps it was misunderstood. I have a firm belief in God, but the basic question in my mind relates to why we are here in this world. You have said that the creation plan of God is to test man in this world and find out whether he is worthy of living in paradise.”</w:t>
      </w:r>
    </w:p>
    <w:p>
      <w:r>
        <w:rPr>
          <w:sz w:val="20"/>
        </w:rPr>
        <w:t>1:05:21  مولانا، یہ سوال آیا ہے مسٹر عشیش دیواری کا کانپور سے۔ انہوں نے لکھا ہے: "I had asked this question, I had asked a question from Maulana in the last Sunday talk,</w:t>
      </w:r>
      <w:r>
        <w:br/>
      </w:r>
      <w:r>
        <w:rPr>
          <w:sz w:val="20"/>
        </w:rPr>
        <w:t>1:05:34  but perhaps it was misunderstood.</w:t>
      </w:r>
      <w:r>
        <w:br/>
      </w:r>
      <w:r>
        <w:rPr>
          <w:sz w:val="20"/>
        </w:rPr>
        <w:t>1:05:37  I have a firm belief in God, but the basic question in my mind relates to why we are here in this world. You have said that the creation plan of God is to test man in this world and find out whether he is worthy of living in paradise.</w:t>
      </w:r>
      <w:r>
        <w:br/>
      </w:r>
      <w:r>
        <w:rPr>
          <w:sz w:val="20"/>
        </w:rPr>
        <w:t>1:05:55  But God is the most merciful to His creatures, so why would He subject them to trials and hardships for testing them, if such a test is not really necessary and the outcome of the test is known in advance?</w:t>
      </w:r>
      <w:r>
        <w:br/>
      </w:r>
      <w:r>
        <w:rPr>
          <w:sz w:val="20"/>
        </w:rPr>
        <w:t>1:06:11  If Quran is truly the word of God, it must answer this basic question. Is there any verse in Quran that can shed any light on this matter?</w:t>
      </w:r>
      <w:r>
        <w:br/>
      </w:r>
      <w:r>
        <w:rPr>
          <w:sz w:val="20"/>
        </w:rPr>
        <w:t>1:06:22  In my own reading of Quran, I could not find the answer. Please provide your valuable guidance in this regard."dekhen, yahi ek sawal hai, billion sawal hai.</w:t>
      </w:r>
      <w:r>
        <w:br/>
      </w:r>
      <w:r>
        <w:rPr>
          <w:sz w:val="20"/>
        </w:rPr>
        <w:t>1:06:35  lekin aap ko karna kya hai? science mein ek formula hai, us ko kehte hain Principle of Elimination.</w:t>
      </w:r>
      <w:r>
        <w:br/>
      </w:r>
      <w:r>
        <w:rPr>
          <w:sz w:val="20"/>
        </w:rPr>
        <w:t>1:06:44  yani kuch sawal aise hote hain, un ko aap ko yani chhodna padta hai, ignore karna padta hai. warna aap kahin nahin pahunchen.</w:t>
      </w:r>
      <w:r>
        <w:br/>
      </w:r>
      <w:r>
        <w:rPr>
          <w:sz w:val="20"/>
        </w:rPr>
        <w:t>1:06:55  farz kijiye ke aap Dilli mein hain, aap ko jaana hai Kanpur. to har waqt yeh andesha hai ke main train se jaaun to kahin train jo hai, patri se utar jaaye.</w:t>
      </w:r>
      <w:r>
        <w:br/>
      </w:r>
      <w:r>
        <w:rPr>
          <w:sz w:val="20"/>
        </w:rPr>
        <w:t>1:07:07  kahin earth quake aa jaaye. kahin woh storm aa jaaye. to kya aap safar nahin karenge? is ko eliminate karte hain aap, is sawalat ko.</w:t>
      </w:r>
      <w:r>
        <w:br/>
      </w:r>
      <w:r>
        <w:rPr>
          <w:sz w:val="20"/>
        </w:rPr>
        <w:t>1:07:19  Eliminate karte hain.</w:t>
      </w:r>
      <w:r>
        <w:br/>
      </w:r>
      <w:r>
        <w:rPr>
          <w:sz w:val="20"/>
        </w:rPr>
        <w:t>1:07:21  har maamle mein, isi ki baat nahin hai, har maamle mein hazaron sawal hain. Side questions. is ko aap eliminate karte hain to duniya mein zinda hain.</w:t>
      </w:r>
      <w:r>
        <w:br/>
      </w:r>
      <w:r>
        <w:rPr>
          <w:sz w:val="20"/>
        </w:rPr>
        <w:t>1:07:31  to yeh ek side question hai. asal baat jo sochne ki, us par focus hona chahiye, woh kya hai? ke Allah taala ne kitni badi mere saath yani rehmat ki hai.</w:t>
      </w:r>
      <w:r>
        <w:br/>
      </w:r>
      <w:r>
        <w:rPr>
          <w:sz w:val="20"/>
        </w:rPr>
        <w:t>1:07:45  ke mujhe paida kiya jabke main mera wajood nahin tha.</w:t>
      </w:r>
      <w:r>
        <w:br/>
      </w:r>
      <w:r>
        <w:rPr>
          <w:sz w:val="20"/>
        </w:rPr>
        <w:t>1:07:49  ek duniya mein rakha, saath sau saal, pachas saal, assi saal ke liye. aur mujhe sirf itna karna hai ke azaadi ko miss use na karun.</w:t>
      </w:r>
      <w:r>
        <w:br/>
      </w:r>
      <w:r>
        <w:rPr>
          <w:sz w:val="20"/>
        </w:rPr>
        <w:t>1:08:01  aur is ke baad mujhe eternal paradise milegi.</w:t>
      </w:r>
      <w:r>
        <w:br/>
      </w:r>
      <w:r>
        <w:rPr>
          <w:sz w:val="20"/>
        </w:rPr>
        <w:t>1:08:07  main ek shakhs se mila ek baar, jo padh raha tha university mein. to ek kamre mein raat din rehta tha woh. us ko zaroor tha ke mujhe top karna hai.</w:t>
      </w:r>
      <w:r>
        <w:br/>
      </w:r>
      <w:r>
        <w:rPr>
          <w:sz w:val="20"/>
        </w:rPr>
        <w:t>1:08:18  top karna hai. bade bade baal ho gaye the, baal nahin banwata tha woh.</w:t>
      </w:r>
      <w:r>
        <w:br/>
      </w:r>
      <w:r>
        <w:rPr>
          <w:sz w:val="20"/>
        </w:rPr>
        <w:t>1:08:25  yani bilkul neat bana hua tha us zamane mein woh. to main ne us se poocha ke bhai, aap ki haalat hai aisi?</w:t>
      </w:r>
      <w:r>
        <w:br/>
      </w:r>
      <w:r>
        <w:rPr>
          <w:sz w:val="20"/>
        </w:rPr>
        <w:t>1:08:34  to yeh aap ko kaisa lagta hai yeh?</w:t>
      </w:r>
      <w:r>
        <w:br/>
      </w:r>
      <w:r>
        <w:rPr>
          <w:sz w:val="20"/>
        </w:rPr>
        <w:t>1:08:37  to us ne kaha, yeh baat kahi ke jab main yeh sochta hoon ke jis din main top karunga, us din foran mere taraqqi ke darwaze khul jayenge. to sab bhool jaata hai, pareshani bhool jaati hai.</w:t>
      </w:r>
      <w:r>
        <w:br/>
      </w:r>
      <w:r>
        <w:rPr>
          <w:sz w:val="20"/>
        </w:rPr>
        <w:t>1:08:51  agar woh yeh sochta ke kahin mar jaaun beech mein, ya hadsa ho jaaye, ke falan baat ho jaaye. to usi mein phansa rehta hai woh.</w:t>
      </w:r>
      <w:r>
        <w:br/>
      </w:r>
      <w:r>
        <w:rPr>
          <w:sz w:val="20"/>
        </w:rPr>
        <w:t>1:09:00  dekhen, side question mein phansna, yeh us ka naam hai confusion. yaad rakhiye.</w:t>
      </w:r>
      <w:r>
        <w:br/>
      </w:r>
      <w:r>
        <w:rPr>
          <w:sz w:val="20"/>
        </w:rPr>
        <w:t>1:09:05  Side question hamesha hi hote hain. kisi bhi cheez mein. agar aap side question mein phans jaayen to aap zinda reh rahe hain. aap shaadi na karen. aap bachchon ko na padhayen.</w:t>
      </w:r>
      <w:r>
        <w:br/>
      </w:r>
      <w:r>
        <w:rPr>
          <w:sz w:val="20"/>
        </w:rPr>
        <w:t>1:09:13  aap business na karen. aap job na karen. kyun ke har jagah side question maujood hai. to yeh science mein yahi hota hai ke aaj scientist jab aap kisi cheez ki tehqeeq karta hai to bahut si cheezen darmiyan mein aati hain.</w:t>
      </w:r>
      <w:r>
        <w:br/>
      </w:r>
      <w:r>
        <w:rPr>
          <w:sz w:val="20"/>
        </w:rPr>
        <w:t>1:09:27  ek cheezen jo hain, amal ke bete roop mein hain. mil juli roop mein hain.</w:t>
      </w:r>
      <w:r>
        <w:br/>
      </w:r>
      <w:r>
        <w:rPr>
          <w:sz w:val="20"/>
        </w:rPr>
        <w:t>1:09:33  science-daan ek cheez ki tehqeeq kar raha hai. to beech mein doosri cheezein aati hain. jiska talluq chemistry se hai, uska talluq biology se hai, uska talluq physics se hai, uska talluq is se hai, is se hai, is chhodta jaata hai.</w:t>
      </w:r>
      <w:r>
        <w:br/>
      </w:r>
      <w:r>
        <w:rPr>
          <w:sz w:val="20"/>
        </w:rPr>
        <w:t>1:09:45  is ek cheez tak safar karta hai woh. tab woh tehqeeq kar paata hai. jisko kehte hain Principle of Elimination. to aap ko yeh karna hai, yahan bhi karna hai.</w:t>
      </w:r>
      <w:r>
        <w:br/>
      </w:r>
      <w:r>
        <w:rPr>
          <w:sz w:val="20"/>
        </w:rPr>
        <w:t>1:09:57  Side questions ko aap ko ignore karna padega. nahin to phanse rahenge, phanse rahenge, kuch nahin hoga.</w:t>
      </w:r>
      <w:r>
        <w:br/>
      </w:r>
      <w:r>
        <w:rPr>
          <w:sz w:val="20"/>
        </w:rPr>
        <w:t>1:10:04  aur sawal yeh hai ke aap isi mein kyon itna zyada? main kehta hoon, aap ki zindagi mein kaun sa maamla aisa hai jahan yeh sab sawal na hon aur us ko eliminate na kiya ho aap ne?</w:t>
      </w:r>
      <w:r>
        <w:br/>
      </w:r>
      <w:r>
        <w:rPr>
          <w:sz w:val="20"/>
        </w:rPr>
        <w:t>1:10:15  jab aap ne business ki hogi, jab aap ne parha hoga, jab aap ne job kiya hoga, jab aap ne shadi ki hogi, jab aap ne bachche ko school mein dakhil kiya hoga, jab aap ne safar kiya hoga, har jagah aise sawal the.</w:t>
      </w:r>
      <w:r>
        <w:br/>
      </w:r>
      <w:r>
        <w:rPr>
          <w:sz w:val="20"/>
        </w:rPr>
        <w:t>1:10:27  aaj bhi aise sawal hain. to aap us ko eliminate karte hain. apne jo aap ka goal hai, us mein badhte rehte hain, badhte rehte hain, badhte rehte hain.</w:t>
      </w:r>
      <w:r>
        <w:br/>
      </w:r>
      <w:r>
        <w:rPr>
          <w:sz w:val="20"/>
        </w:rPr>
        <w:t>1:10:37  to yeh side question yaani Principle of Elimination, yeh universal principle hai. har aadmi is par karta hi karta hai, amal na kare to paagal ho jaye.</w:t>
      </w:r>
      <w:r>
        <w:br/>
      </w:r>
      <w:r>
        <w:rPr>
          <w:sz w:val="20"/>
        </w:rPr>
        <w:t>1:10:49  to main kahunga, sirf yeh sochiye ke kaisa ajeeb mauqa diya Allah taala ne mujh ko ke main ek sirf ek cheez ko, ek ek cheez saabit kar doon apni zindagi mein.</w:t>
      </w:r>
      <w:r>
        <w:br/>
      </w:r>
      <w:r>
        <w:rPr>
          <w:sz w:val="20"/>
        </w:rPr>
        <w:t>1:11:02  ke maine Khuda ki di hui azaadi ko miss use nahin kiya. aur us ke baad aaya eternal paradise hai. to yeh to bilkul thrilling, aap ko thrill aayega yeh soch kar ke.</w:t>
      </w:r>
      <w:r>
        <w:br/>
      </w:r>
      <w:r>
        <w:rPr>
          <w:sz w:val="20"/>
        </w:rPr>
        <w:t>1:11:16  Thrill aayega.</w:t>
      </w:r>
      <w:r>
        <w:br/>
      </w:r>
      <w:r>
        <w:rPr>
          <w:sz w:val="20"/>
        </w:rPr>
        <w:t>1:11:18  yeh kyon ke aap ne is ko discover nahin kiya. yaani woh thrilling discovery aap ko nahin hui goal ke baare mein. to aap side question mein phanse hue hain.</w:t>
      </w:r>
      <w:r>
        <w:br/>
      </w:r>
      <w:r>
        <w:rPr>
          <w:sz w:val="20"/>
        </w:rPr>
        <w:t>1:11:29  main sirf yahi kahunga ke aap doosri zindagi ke doosre maamle mein is ki aasani karte to aap double standard ban rahe hain. dekhen, saada baat nahin hai.</w:t>
      </w:r>
      <w:r>
        <w:br/>
      </w:r>
      <w:r>
        <w:rPr>
          <w:sz w:val="20"/>
        </w:rPr>
        <w:t>1:11:41  aap double standard ban rahe hain.</w:t>
      </w:r>
      <w:r>
        <w:br/>
      </w:r>
      <w:r>
        <w:rPr>
          <w:sz w:val="20"/>
        </w:rPr>
        <w:t>1:11:43  har doosre maamle mein aap side question ko ignore karte hain. har doosre maamle mein. koi maamla aisa nahin hai ke aap side question ko.</w:t>
      </w:r>
      <w:r>
        <w:br/>
      </w:r>
      <w:r>
        <w:rPr>
          <w:sz w:val="20"/>
        </w:rPr>
        <w:t>1:11:54  ek baar to aap yahan par dekhiye. yahan jo Prime Minister the, jo kuch din ke liye pehle, Chandrashekhar.</w:t>
      </w:r>
      <w:r>
        <w:br/>
      </w:r>
      <w:r>
        <w:rPr>
          <w:sz w:val="20"/>
        </w:rPr>
        <w:t>1:12:02  Chandrashekhar ke haan booth mein unhon ne ek form banaya tha. bahut achha form, bahut khoobsurat. to unhon ne ek baar to wahan function kiya tha, mujhe bulaya tha wahan.</w:t>
      </w:r>
      <w:r>
        <w:br/>
      </w:r>
      <w:r>
        <w:rPr>
          <w:sz w:val="20"/>
        </w:rPr>
        <w:t>1:12:13  ab zahir hai ke Prime Minister ka form aur wahan par bahut aala intezamat the. achha, main ne jo khana khaya to mujhe food poisoning ho gayi.</w:t>
      </w:r>
      <w:r>
        <w:br/>
      </w:r>
      <w:r>
        <w:rPr>
          <w:sz w:val="20"/>
        </w:rPr>
        <w:t>1:12:24  Food poisoning ho gayi. aur itna zyada main pareshan hua ke bayan se bahar. ab isi ko le kar main kahoon, har khane ko main shakk karoon? to bhooka nahin mar jaunga main?</w:t>
      </w:r>
      <w:r>
        <w:br/>
      </w:r>
      <w:r>
        <w:rPr>
          <w:sz w:val="20"/>
        </w:rPr>
        <w:t>1:12:35  ke wahan ka jo khana tha, Chandrashekhar ke haan, woh us mein pata nahin kya cheez ki thi, food poisoning ho gayi. ab har khane ko shakk karoon main?</w:t>
      </w:r>
      <w:r>
        <w:br/>
      </w:r>
      <w:r>
        <w:rPr>
          <w:sz w:val="20"/>
        </w:rPr>
        <w:t>1:12:45  to bhooka marunga main? aise hi main Kashmir mein gaya to wahan par Pahalgam mein pani pi liya maine.</w:t>
      </w:r>
      <w:r>
        <w:br/>
      </w:r>
      <w:r>
        <w:rPr>
          <w:sz w:val="20"/>
        </w:rPr>
        <w:t>1:12:54  wahan pani, woh heavy water hota hai, heavy water</w:t>
      </w:r>
      <w:r>
        <w:br/>
      </w:r>
      <w:r>
        <w:rPr>
          <w:sz w:val="20"/>
        </w:rPr>
        <w:t>1:12:58  . to mere sir mein bahut dard hua. bahut dard hua ke main yaani bolna bhi mushkil se hota tha. to ab main koi pani na piyoon, jo pani piyunga samjhunga ke bhai wohi phir dobara na ho jaye.</w:t>
      </w:r>
      <w:r>
        <w:br/>
      </w:r>
      <w:r>
        <w:rPr>
          <w:sz w:val="20"/>
        </w:rPr>
        <w:t>1:13:11  shakk kar loon. to dekhiye, shakk mein jeena koi jeena nahin hai. aaj aisa aadmi double standard banta hai. kuch cheezon mein shakk karega, kuch cheezon mein nahin karega.</w:t>
      </w:r>
      <w:r>
        <w:br/>
      </w:r>
      <w:r>
        <w:rPr>
          <w:sz w:val="20"/>
        </w:rPr>
        <w:t>1:13:22  kuch cheezon mein side question par zor dega, kuch cheezon par ignore karega.</w:t>
      </w:r>
    </w:p>
    <w:p>
      <w:pPr>
        <w:pStyle w:val="Heading2"/>
      </w:pPr>
      <w:r>
        <w:t>Role of religion in God realization</w:t>
      </w:r>
    </w:p>
    <w:p>
      <w:r>
        <w:rPr>
          <w:color w:val="666666"/>
          <w:sz w:val="18"/>
        </w:rPr>
        <w:t>Faith &amp; God · Discovering God June 30, 2019 Maulana Wahiduddin Khan · 5m 17s · at 1:11:36 · https://youtu.be/Yt1-eX7XzYU?t=4296</w:t>
      </w:r>
    </w:p>
    <w:p>
      <w:r>
        <w:rPr>
          <w:i/>
        </w:rPr>
        <w:t>“If discovery of God happens by using an intellect in the creation plan of God, then what is the role of religion for God realization? Kindly guide all of us.”</w:t>
      </w:r>
    </w:p>
    <w:p>
      <w:r>
        <w:rPr>
          <w:sz w:val="20"/>
        </w:rPr>
        <w:t>1:11:36  Maulana, agla comment aur sawal bheja hai Aamir Muri Sahab ne Srinagar se. Unhon ne likha hai: "Your life, your live experiences thrills, thrills in us a desire to follow you and discover the creator the way you have discovered.</w:t>
      </w:r>
      <w:r>
        <w:br/>
      </w:r>
      <w:r>
        <w:rPr>
          <w:sz w:val="20"/>
        </w:rPr>
        <w:t>1:11:55  Thank you Maulana Sahab for guiding us to know the path of God realization. My question is: if discovery of God happens by using an intellect in the creation plan of God, then what is the role of religion for God realization?</w:t>
      </w:r>
      <w:r>
        <w:br/>
      </w:r>
      <w:r>
        <w:rPr>
          <w:sz w:val="20"/>
        </w:rPr>
        <w:t>1:12:15  Kindly guide all of us."</w:t>
      </w:r>
      <w:r>
        <w:br/>
      </w:r>
      <w:r>
        <w:rPr>
          <w:sz w:val="20"/>
        </w:rPr>
        <w:t>1:12:23  mere religion ke mani agar islam hai to is ne to mujhe guide kiya. isi liye main ne kitaab likhi hai "islam re-discovered" kyunke jo jo religion main ne paya tha apne mahaul mein,</w:t>
      </w:r>
      <w:r>
        <w:br/>
      </w:r>
      <w:r>
        <w:rPr>
          <w:sz w:val="20"/>
        </w:rPr>
        <w:t>1:12:44  is ne to mujhe kuch mila nahin. to meri kitaab hai, is ka naam hai "islam re-discovered".</w:t>
      </w:r>
      <w:r>
        <w:br/>
      </w:r>
      <w:r>
        <w:rPr>
          <w:sz w:val="20"/>
        </w:rPr>
        <w:t>1:12:55  is kitaab ko zaroor aap parhein.</w:t>
      </w:r>
      <w:r>
        <w:br/>
      </w:r>
      <w:r>
        <w:rPr>
          <w:sz w:val="20"/>
        </w:rPr>
        <w:t>1:13:05  is kitaab mein ek waqia likha hai ke main yeh kitaab main ne likhi thi birmingham mein, birmingham england mein.</w:t>
      </w:r>
      <w:r>
        <w:br/>
      </w:r>
      <w:r>
        <w:rPr>
          <w:sz w:val="20"/>
        </w:rPr>
        <w:t>1:13:19  to birmingham mein hamare ek janne wale the,</w:t>
      </w:r>
      <w:r>
        <w:br/>
      </w:r>
      <w:r>
        <w:rPr>
          <w:sz w:val="20"/>
        </w:rPr>
        <w:t>1:13:24  arab naujawan. to main gaya tha wahan to arab naujawan ne mujhe apne ghar par thehraya tha. yeh bhi lambi kahani hai.</w:t>
      </w:r>
      <w:r>
        <w:br/>
      </w:r>
      <w:r>
        <w:rPr>
          <w:sz w:val="20"/>
        </w:rPr>
        <w:t>1:13:40  to main un ka ek kamra tha upar ke store par, us par main akela baitha hua tha, akela kamre ke andar.</w:t>
      </w:r>
      <w:r>
        <w:br/>
      </w:r>
      <w:r>
        <w:rPr>
          <w:sz w:val="20"/>
        </w:rPr>
        <w:t>1:13:53  to mujhe naak ki awaaz sunai di, khat khat karane ki awaaz ke bahar koi khat khat katkara raha hai, naak kar raha hai.</w:t>
      </w:r>
      <w:r>
        <w:br/>
      </w:r>
      <w:r>
        <w:rPr>
          <w:sz w:val="20"/>
        </w:rPr>
        <w:t>1:14:07  to main ne darwaza khola to ek choti si bachi khadi hui thi, arab arab bachi. to arab bachi ne apni zabaan mein kaha, yani jo kehte hain "darja", "darja" mein kaha.</w:t>
      </w:r>
      <w:r>
        <w:br/>
      </w:r>
      <w:r>
        <w:rPr>
          <w:sz w:val="20"/>
        </w:rPr>
        <w:t>1:14:27  us ke alfaaz the: "tari to haja, tari to haja". yeh faseeh arabi nahin hai, yeh faseeh arabi nahin hai.</w:t>
      </w:r>
      <w:r>
        <w:br/>
      </w:r>
      <w:r>
        <w:rPr>
          <w:sz w:val="20"/>
        </w:rPr>
        <w:t>1:14:41  to "tari to haja" ka matlab tha: "do you need, do you need anything?" ke aap ko kis cheez ki zaroorat hai?</w:t>
      </w:r>
      <w:r>
        <w:br/>
      </w:r>
      <w:r>
        <w:rPr>
          <w:sz w:val="20"/>
        </w:rPr>
        <w:t>1:14:54  us ki maa ne bhi bhejha tha mere paas. us ki maa neeche ki neeche rehti thi, apni bachi ko unhon ne bhejha tha upar ja ke poocho.</w:t>
      </w:r>
      <w:r>
        <w:br/>
      </w:r>
      <w:r>
        <w:rPr>
          <w:sz w:val="20"/>
        </w:rPr>
        <w:t>1:15:07  to us ne kaha: "do you tari to haja? do you do you need anything?" to aap jante hain kya hua?</w:t>
      </w:r>
      <w:r>
        <w:br/>
      </w:r>
      <w:r>
        <w:rPr>
          <w:sz w:val="20"/>
        </w:rPr>
        <w:t>1:15:21  main koi jawab nahin de saka us bachi ko.</w:t>
      </w:r>
      <w:r>
        <w:br/>
      </w:r>
      <w:r>
        <w:rPr>
          <w:sz w:val="20"/>
        </w:rPr>
        <w:t>1:15:27  main be-tahasha rone laga</w:t>
      </w:r>
      <w:r>
        <w:br/>
      </w:r>
      <w:r>
        <w:rPr>
          <w:sz w:val="20"/>
        </w:rPr>
        <w:t>1:15:31  kyunke woh mujhe laga ke yeh to khuda ne bhejha hai, farishta ke: "ae bande! tu yahan baitha hai, tu kya chahta hai?</w:t>
      </w:r>
      <w:r>
        <w:br/>
      </w:r>
      <w:r>
        <w:rPr>
          <w:sz w:val="20"/>
        </w:rPr>
        <w:t>1:15:47  tu kya chahta hai? do tari to haja?"</w:t>
      </w:r>
      <w:r>
        <w:br/>
      </w:r>
      <w:r>
        <w:rPr>
          <w:sz w:val="20"/>
        </w:rPr>
        <w:t>1:15:55  to us bachi ko main ne koi jawab nahin diya. main andar ja kar bas rone laga</w:t>
      </w:r>
      <w:r>
        <w:br/>
      </w:r>
      <w:r>
        <w:rPr>
          <w:sz w:val="20"/>
        </w:rPr>
        <w:t>1:16:04  aur shayad main ne yeh kaha ke: "khudaya! tu mujh se zyada janta hai ke main kya chahta hoon. main tujh se kya bataoon?</w:t>
      </w:r>
      <w:r>
        <w:br/>
      </w:r>
      <w:r>
        <w:rPr>
          <w:sz w:val="20"/>
        </w:rPr>
        <w:t>1:16:16  main apne khuda ko chahta hoon, apne rab ko chahta hoon." wahi jo main ne al anwar mein kaha tha: "khawand!</w:t>
      </w:r>
      <w:r>
        <w:br/>
      </w:r>
      <w:r>
        <w:rPr>
          <w:sz w:val="20"/>
        </w:rPr>
        <w:t>1:16:29  tu kab aaye ga? main kab tak tere aane ka intezar karoon?" yeh sab waqiat hain. aap manen to manen, na manen to na maniye.</w:t>
      </w:r>
      <w:r>
        <w:br/>
      </w:r>
      <w:r>
        <w:rPr>
          <w:sz w:val="20"/>
        </w:rPr>
        <w:t>1:16:40  aakhirat mein aap ko manna pare ga kyunke yeh to waqiat hain. farishton ne record kar rakha hai.</w:t>
      </w:r>
    </w:p>
    <w:p>
      <w:pPr>
        <w:pStyle w:val="Heading2"/>
      </w:pPr>
      <w:r>
        <w:t>The origin of existence and the world</w:t>
      </w:r>
    </w:p>
    <w:p>
      <w:r>
        <w:rPr>
          <w:color w:val="666666"/>
          <w:sz w:val="18"/>
        </w:rPr>
        <w:t>Faith &amp; God · God and Man February 19, 2012 · 65m 23s · at 1:34 · https://youtu.be/rL4g0LOU3wo?t=94</w:t>
      </w:r>
    </w:p>
    <w:p>
      <w:r>
        <w:rPr>
          <w:i/>
        </w:rPr>
        <w:t>“How did we come into existence? How did this world come into being?”</w:t>
      </w:r>
    </w:p>
    <w:p>
      <w:r>
        <w:rPr>
          <w:sz w:val="20"/>
        </w:rPr>
        <w:t>1:34  yeh pehla sawal hai. chahe aadmi consciously yeh sawal apne zehn mein qaim na kare, tab bhi yeh sawal har ek ka sab se zyada aham sawal hai.</w:t>
      </w:r>
      <w:r>
        <w:br/>
      </w:r>
      <w:r>
        <w:rPr>
          <w:sz w:val="20"/>
        </w:rPr>
        <w:t>1:52  main bhi is sawal se dochar raha hoon, aur Allah ke fazl se maine is sawal ka jawab paya apni zindagi mein, aur ab main isi par qaim hoon.</w:t>
      </w:r>
      <w:r>
        <w:br/>
      </w:r>
      <w:r>
        <w:rPr>
          <w:sz w:val="20"/>
        </w:rPr>
        <w:t>2:06  to pehla sawal yeh hai ke hum aap kaise ban gaye? yeh duniya kaise bani?</w:t>
      </w:r>
      <w:r>
        <w:br/>
      </w:r>
      <w:r>
        <w:rPr>
          <w:sz w:val="20"/>
        </w:rPr>
        <w:t>2:15  to is par mujhe</w:t>
      </w:r>
      <w:r>
        <w:br/>
      </w:r>
      <w:r>
        <w:rPr>
          <w:sz w:val="20"/>
        </w:rPr>
        <w:t>2:19  aik waqia ka zikr karna hai. dekhiye, aik British philosopher tha, uska naam hai John Stuart Mill.</w:t>
      </w:r>
      <w:r>
        <w:br/>
      </w:r>
      <w:r>
        <w:rPr>
          <w:sz w:val="20"/>
        </w:rPr>
        <w:t>2:32  woh 1873 mein faut ho gaye, uski us waqt uski umar sirf 67 saal thi.</w:t>
      </w:r>
      <w:r>
        <w:br/>
      </w:r>
      <w:r>
        <w:rPr>
          <w:sz w:val="20"/>
        </w:rPr>
        <w:t>2:46  zamnan aik baat mein yeh kahoon ke jab bhi mein kisi ki maut ko sunta hoon to mujhe aik waqia yaad aata hai.</w:t>
      </w:r>
      <w:r>
        <w:br/>
      </w:r>
      <w:r>
        <w:rPr>
          <w:sz w:val="20"/>
        </w:rPr>
        <w:t>2:58  aik baar mein aik majlis mein tha to wahan aik qawwal aa gaye, jo naat parhte thay, naat-e-Rasool.</w:t>
      </w:r>
      <w:r>
        <w:br/>
      </w:r>
      <w:r>
        <w:rPr>
          <w:sz w:val="20"/>
        </w:rPr>
        <w:t>3:09  to logon ne farmaish ki ke aap koi naat parhiye. to unhon ne aik naat parhi.</w:t>
      </w:r>
      <w:r>
        <w:br/>
      </w:r>
      <w:r>
        <w:rPr>
          <w:sz w:val="20"/>
        </w:rPr>
        <w:t>3:18  to uska aik shair yeh tha: "Log mehshar mein hairaan reh jayenge, Khuda kaun hai, Mustafa kaun hai?" yeh shair yaqeenan bilashubah bilkul batil hai,</w:t>
      </w:r>
      <w:r>
        <w:br/>
      </w:r>
      <w:r>
        <w:rPr>
          <w:sz w:val="20"/>
        </w:rPr>
        <w:t>3:37  be-sanad hai, uski koi haqeeqat nahi. lekin is shair ko jab maine suna to aik aur baat mere zehen mein aa gayi, thode se tabdeeli ke sath.</w:t>
      </w:r>
      <w:r>
        <w:br/>
      </w:r>
      <w:r>
        <w:rPr>
          <w:sz w:val="20"/>
        </w:rPr>
        <w:t>3:51  woh jab koi maut kisi ki hoti hai to phir yeh shair yaad aata hai mujhe. woh yeh tha ke "Log mehshar mein hairaan reh jayenge, ke thi baat kya, hum ne samjha tha kya?" yaani duniya mein hum kya soch kar jiye?</w:t>
      </w:r>
      <w:r>
        <w:br/>
      </w:r>
      <w:r>
        <w:rPr>
          <w:sz w:val="20"/>
        </w:rPr>
        <w:t>4:11  lekin marne ke baad achanak maloom hoga ke mamla to kuch aur tha.</w:t>
      </w:r>
      <w:r>
        <w:br/>
      </w:r>
      <w:r>
        <w:rPr>
          <w:sz w:val="20"/>
        </w:rPr>
        <w:t>4:18  ab wapsi bhi nahi ho sakti, to aadmi hamesha hasrat mein rahega. to khair, John Stuart Mill ne likha hai apni autobiography mein.</w:t>
      </w:r>
      <w:r>
        <w:br/>
      </w:r>
      <w:r>
        <w:rPr>
          <w:sz w:val="20"/>
        </w:rPr>
        <w:t>4:34  yeh autobiography 1873 mein pehli baar chhapi thi. usi saal uski fawafat bhi hui.</w:t>
      </w:r>
      <w:r>
        <w:br/>
      </w:r>
      <w:r>
        <w:rPr>
          <w:sz w:val="20"/>
        </w:rPr>
        <w:t>4:45  is mein woh likhta hai ke mere baap, uske baap ka naam tha James Mill. uske baap ne kaha ke, yeh kaha jata hai ke insaan ko Khuda ne banaya.</w:t>
      </w:r>
      <w:r>
        <w:br/>
      </w:r>
      <w:r>
        <w:rPr>
          <w:sz w:val="20"/>
        </w:rPr>
        <w:t>4:59  to usne kaha ke magar baatein yahin khatam nahi hotin. sawal yeh hai ke If God made man, who made God</w:t>
      </w:r>
      <w:r>
        <w:br/>
      </w:r>
      <w:r>
        <w:rPr>
          <w:sz w:val="20"/>
        </w:rPr>
        <w:t>5:12  ? agar Khuda ne banaya insaan ko to Khuda ko kis ne banaya? dekhiye, yeh sawal aik sirf aik lafzi, jis ko kehte hain takbandi,</w:t>
      </w:r>
      <w:r>
        <w:br/>
      </w:r>
      <w:r>
        <w:rPr>
          <w:sz w:val="20"/>
        </w:rPr>
        <w:t>5:29  uski koi logic nahi hai. is liye ke masla yeh hai ke hum aik kainat ko paate hain apne charon taraf.</w:t>
      </w:r>
      <w:r>
        <w:br/>
      </w:r>
      <w:r>
        <w:rPr>
          <w:sz w:val="20"/>
        </w:rPr>
        <w:t>5:43  isko hum dekhte hain, isko hum daryaft karte hain, is se hum jeete hain. to yeh sawal hai ke aakhir yeh kainat, yeh kainat kaise?</w:t>
      </w:r>
      <w:r>
        <w:br/>
      </w:r>
      <w:r>
        <w:rPr>
          <w:sz w:val="20"/>
        </w:rPr>
        <w:t>5:55  to main yeh kahoon ga ke is mamle mein hamare jo option hain woh</w:t>
      </w:r>
      <w:r>
        <w:br/>
      </w:r>
      <w:r>
        <w:rPr>
          <w:sz w:val="20"/>
        </w:rPr>
        <w:t>6:07  kainat with God aur kainat without God ka nahi hai.</w:t>
      </w:r>
      <w:r>
        <w:br/>
      </w:r>
      <w:r>
        <w:rPr>
          <w:sz w:val="20"/>
        </w:rPr>
        <w:t>6:16  option jin do tanasub ke beech mein hai woh yeh nahi hai ke kainat with God, kainat without God.</w:t>
      </w:r>
      <w:r>
        <w:br/>
      </w:r>
      <w:r>
        <w:rPr>
          <w:sz w:val="20"/>
        </w:rPr>
        <w:t>6:26  nahi. jin do ke beech mein option hai woh woh yeh hai ke kainat with God aur no kainat bilkul nahi.</w:t>
      </w:r>
      <w:r>
        <w:br/>
      </w:r>
      <w:r>
        <w:rPr>
          <w:sz w:val="20"/>
        </w:rPr>
        <w:t>6:43  yaani agar aap yeh kahein ke Khuda nahi hai to yeh sawal phir baqi rehta hai ke phir yeh kainat kaise bani? kaise chal rahi hai?</w:t>
      </w:r>
      <w:r>
        <w:br/>
      </w:r>
      <w:r>
        <w:rPr>
          <w:sz w:val="20"/>
        </w:rPr>
        <w:t>6:53  kaun iska khaliq hai? kaun iska sustainer hai? to option yeh nahi hai ke kainat with God, kainat without God.</w:t>
      </w:r>
      <w:r>
        <w:br/>
      </w:r>
      <w:r>
        <w:rPr>
          <w:sz w:val="20"/>
        </w:rPr>
        <w:t>7:03  yeh option hi nahi hai.</w:t>
      </w:r>
      <w:r>
        <w:br/>
      </w:r>
      <w:r>
        <w:rPr>
          <w:sz w:val="20"/>
        </w:rPr>
        <w:t>7:08  jo haqeeqi option hai jin do ke beech mein woh yeh hai ke kainat with God aur no kainat bilkul nahi.</w:t>
      </w:r>
      <w:r>
        <w:br/>
      </w:r>
      <w:r>
        <w:rPr>
          <w:sz w:val="20"/>
        </w:rPr>
        <w:t>7:21  to haqeeqat yeh hai ke kainat maujood hai, woh bohat hi maani khez hai.</w:t>
      </w:r>
      <w:r>
        <w:br/>
      </w:r>
      <w:r>
        <w:rPr>
          <w:sz w:val="20"/>
        </w:rPr>
        <w:t>7:33  hum is ko apnay mushahiday mein, tajribay mein, har aitbar se is ke wajood ko hum</w:t>
      </w:r>
      <w:r>
        <w:br/>
      </w:r>
      <w:r>
        <w:rPr>
          <w:sz w:val="20"/>
        </w:rPr>
        <w:t>7:43  daryaft karte hain. to aakhir yeh kaise hai? aur bohat hi ziyada maani khaiz, bohat hi well designed, well planned.</w:t>
      </w:r>
      <w:r>
        <w:br/>
      </w:r>
      <w:r>
        <w:rPr>
          <w:sz w:val="20"/>
        </w:rPr>
        <w:t>7:58  to kaise aisa hai?</w:t>
      </w:r>
      <w:r>
        <w:br/>
      </w:r>
      <w:r>
        <w:rPr>
          <w:sz w:val="20"/>
        </w:rPr>
        <w:t>8:01  jaise abhi, yaani beshumar cheezain science ne daryaft ki hain. jaise aik, aik abhi aik aayi hai, aik tehqeeq, bohat hi ajeeb.</w:t>
      </w:r>
      <w:r>
        <w:br/>
      </w:r>
      <w:r>
        <w:rPr>
          <w:sz w:val="20"/>
        </w:rPr>
        <w:t>8:15  woh yeh hai ke hamari jo kahkashan, hamara jo shamsi nizaam hai, jis mein hamari zameen hai, woh aik kahkashan mein hai, jis ko hum doodhiya kehte hain.</w:t>
      </w:r>
      <w:r>
        <w:br/>
      </w:r>
      <w:r>
        <w:rPr>
          <w:sz w:val="20"/>
        </w:rPr>
        <w:t>8:27  to yeh jo kahkashan hai, is mein billion sitaray hain, aur bohat hi baray baray, suraj se baray baray. to woh itna ziyada garam hai ke agar hamara shamsi nizaam is ke beech mein hota to hum log janam bhar kar khatam ho jatay.</w:t>
      </w:r>
      <w:r>
        <w:br/>
      </w:r>
      <w:r>
        <w:rPr>
          <w:sz w:val="20"/>
        </w:rPr>
        <w:t>8:45  to hamara shamsi nizaam, hamari jo kahkashan hai, doodhiya, is ke beech mein nahi hai, is ke kinare hai. jahan hararat bohat kam hai.</w:t>
      </w:r>
      <w:r>
        <w:br/>
      </w:r>
      <w:r>
        <w:rPr>
          <w:sz w:val="20"/>
        </w:rPr>
        <w:t>8:57  yeh kaise aisa hua? yeh kis ne is tarah design kiya kahkashan ko aur shamsi nizaam ko?</w:t>
      </w:r>
      <w:r>
        <w:br/>
      </w:r>
      <w:r>
        <w:rPr>
          <w:sz w:val="20"/>
        </w:rPr>
        <w:t>9:05  jis ko pata tha ke agar beech mein rahega shamsi nizaam to insaan janam bhar kar khatam ho jaye ga.</w:t>
      </w:r>
      <w:r>
        <w:br/>
      </w:r>
      <w:r>
        <w:rPr>
          <w:sz w:val="20"/>
        </w:rPr>
        <w:t>9:15  is tarah ki billion trillion cheezain hain. abhi haal hi mein aik cheez aayi hai ke hamari kahkashan, jo bohat hi bari hai, bohat hi bari hai, is mein aik dark sitara hai.</w:t>
      </w:r>
      <w:r>
        <w:br/>
      </w:r>
      <w:r>
        <w:rPr>
          <w:sz w:val="20"/>
        </w:rPr>
        <w:t>9:26  dark sitara is ko kehte hain jo bohat hi taqatwar hota hai. itna taqatwar ke apni roshni ko bhi nikalnay nahi deta.</w:t>
      </w:r>
      <w:r>
        <w:br/>
      </w:r>
      <w:r>
        <w:rPr>
          <w:sz w:val="20"/>
        </w:rPr>
        <w:t>9:36  to chounke hum jab tak hamaray aur object ke beech mein roshni na ho, hum dekh nahi saktay. to hamaray dekhnay ki nisbat se woh dark hai.</w:t>
      </w:r>
      <w:r>
        <w:br/>
      </w:r>
      <w:r>
        <w:rPr>
          <w:sz w:val="20"/>
        </w:rPr>
        <w:t>9:48  warna woh roshan sitara hai.</w:t>
      </w:r>
      <w:r>
        <w:br/>
      </w:r>
      <w:r>
        <w:rPr>
          <w:sz w:val="20"/>
        </w:rPr>
        <w:t>9:52  to hamari kahkashan, jo hai, jis mein hamara shamsi nizaam hai aur zameen hai, is mein haal mein aik dark sitara daryaft hua hai.</w:t>
      </w:r>
      <w:r>
        <w:br/>
      </w:r>
      <w:r>
        <w:rPr>
          <w:sz w:val="20"/>
        </w:rPr>
        <w:t>10:04  woh bohat hi taqatwar hai. to pehle se insaan janta tha ke oopar se, yaani hamaray shamsi nizaam ke bahir se, charon taraf se, har waqt, har second,</w:t>
      </w:r>
      <w:r>
        <w:br/>
      </w:r>
      <w:r>
        <w:rPr>
          <w:sz w:val="20"/>
        </w:rPr>
        <w:t>10:20  beshumar sitaray aa rahay</w:t>
      </w:r>
      <w:r>
        <w:br/>
      </w:r>
      <w:r>
        <w:rPr>
          <w:sz w:val="20"/>
        </w:rPr>
        <w:t>10:22  hain. sitaray kehte hain pathar ko. woh chotay, baray, har kisi ke pathar hotay hain. million, billion pathar har waqt aa rahay hain charon taraf se.</w:t>
      </w:r>
      <w:r>
        <w:br/>
      </w:r>
      <w:r>
        <w:rPr>
          <w:sz w:val="20"/>
        </w:rPr>
        <w:t>10:35  to yeh bohat ajeeb sawal tha ke pathar jo aa rahay hain to kaise zameen par hum hifazat se reh rahay hain? yahan to patharon ki barish hona chahiye.</w:t>
      </w:r>
      <w:r>
        <w:br/>
      </w:r>
      <w:r>
        <w:rPr>
          <w:sz w:val="20"/>
        </w:rPr>
        <w:t>10:48  to aik nazriya banaya gaya tha ke pathar jo atay hain, jab woh zameen ki fiza mein dakhil karte hain to jal kar woh reza reza ho jatay hain.</w:t>
      </w:r>
      <w:r>
        <w:br/>
      </w:r>
      <w:r>
        <w:rPr>
          <w:sz w:val="20"/>
        </w:rPr>
        <w:t>10:58  lekin yeh jo tausee thi, yeh poori tarah is ko kafi nahi tha is ko batany ke liye. ab jo hai, daryaft hua ke yeh jo dark sitara ya dark matter hai, woh saray is ko hal karta rehta hai.</w:t>
      </w:r>
      <w:r>
        <w:br/>
      </w:r>
      <w:r>
        <w:rPr>
          <w:sz w:val="20"/>
        </w:rPr>
        <w:t>11:15  is ki yeh tasweer hai.</w:t>
      </w:r>
      <w:r>
        <w:br/>
      </w:r>
      <w:r>
        <w:rPr>
          <w:sz w:val="20"/>
        </w:rPr>
        <w:t>11:19  kaisi ajeeb baat hai. hum zameen par itnay itminan se reh rahay hain, bohat hi sukoon ke sath, bohat hi sukoon ke sath, sari sargharmiyan karte hain,</w:t>
      </w:r>
      <w:r>
        <w:br/>
      </w:r>
      <w:r>
        <w:rPr>
          <w:sz w:val="20"/>
        </w:rPr>
        <w:t>11:33  sari mansooba bandi karte hain.</w:t>
      </w:r>
      <w:r>
        <w:br/>
      </w:r>
      <w:r>
        <w:rPr>
          <w:sz w:val="20"/>
        </w:rPr>
        <w:t>11:37  yeh kaise mumkin hota hai ke sayarchon ka jo toofan har waqt aa raha hai, woh sab hal karta kar leta hai?</w:t>
      </w:r>
      <w:r>
        <w:br/>
      </w:r>
      <w:r>
        <w:rPr>
          <w:sz w:val="20"/>
        </w:rPr>
        <w:t>11:45  woh</w:t>
      </w:r>
      <w:r>
        <w:br/>
      </w:r>
      <w:r>
        <w:rPr>
          <w:sz w:val="20"/>
        </w:rPr>
        <w:t>11:49  hamare upar, hum tak nahi pahanchta. warna pathron ki barish hoti hai aur hum mein se koi phir zinda na rehta.</w:t>
      </w:r>
      <w:r>
        <w:br/>
      </w:r>
      <w:r>
        <w:rPr>
          <w:sz w:val="20"/>
        </w:rPr>
        <w:t>12:00  kaisi ajib baat hai. kaisi ajib baat hai. yeh uski tasweer chhapi hai akhbar mein. yeh abhi ek haftay ki baat hai.</w:t>
      </w:r>
      <w:r>
        <w:br/>
      </w:r>
      <w:r>
        <w:rPr>
          <w:sz w:val="20"/>
        </w:rPr>
        <w:t>12:12  to aisi ek do nahi, aisi bohat si baatein hain jo maine, jin mein se kuch maine likha hai apni kitab "mazhab aur jadeed challenge" mein, jo chhapi hai angrezi mein "God Rises" ke naam se.</w:t>
      </w:r>
      <w:r>
        <w:br/>
      </w:r>
      <w:r>
        <w:rPr>
          <w:sz w:val="20"/>
        </w:rPr>
        <w:t>12:25  aur arabi mein, arabi mein "al-islam atadah" ke naam se. aisi bohat si cheezein maine is mein di hain. woh bhi misaal hain.</w:t>
      </w:r>
      <w:r>
        <w:br/>
      </w:r>
      <w:r>
        <w:rPr>
          <w:sz w:val="20"/>
        </w:rPr>
        <w:t>12:34  woh sari baatein to itni zyada hain ke woh abhi tak insan daryaft kar raha hai aur uska anjam nahi aaya.</w:t>
      </w:r>
      <w:r>
        <w:br/>
      </w:r>
      <w:r>
        <w:rPr>
          <w:sz w:val="20"/>
        </w:rPr>
        <w:t>12:44  to ab sawal yeh hai ke itni well designed, itni well planned, itni maani khez duniya kaise ban gayi?</w:t>
      </w:r>
      <w:r>
        <w:br/>
      </w:r>
      <w:r>
        <w:rPr>
          <w:sz w:val="20"/>
        </w:rPr>
        <w:t>12:56  agar iska koi banane wala nahi, koi sustainer nahin.</w:t>
      </w:r>
      <w:r>
        <w:br/>
      </w:r>
      <w:r>
        <w:rPr>
          <w:sz w:val="20"/>
        </w:rPr>
        <w:t>13:02  to scientist jo hai, is tarah ki baat philosophers kehte hain. yeh jo start mill tha ya james mill tha, yeh sab philosophers the.</w:t>
      </w:r>
      <w:r>
        <w:br/>
      </w:r>
      <w:r>
        <w:rPr>
          <w:sz w:val="20"/>
        </w:rPr>
        <w:t>13:13  scientist kabhi aisi baat nahi kehta. kyunke jo scientists ne dekhi, yeh maana ke koi taqat hai.</w:t>
      </w:r>
      <w:r>
        <w:br/>
      </w:r>
      <w:r>
        <w:rPr>
          <w:sz w:val="20"/>
        </w:rPr>
        <w:t>13:22  newton ne maana tha ke koi quwwat hai is duniya ke peeche. sir james jeel ne kaha ke koi riyazi bandhan hai uske peeche.</w:t>
      </w:r>
      <w:r>
        <w:br/>
      </w:r>
      <w:r>
        <w:rPr>
          <w:sz w:val="20"/>
        </w:rPr>
        <w:t>13:34  fred hoyle ne kaha ke koi, koi zehant hai uske peeche.</w:t>
      </w:r>
      <w:r>
        <w:br/>
      </w:r>
      <w:r>
        <w:rPr>
          <w:sz w:val="20"/>
        </w:rPr>
        <w:t>13:41  to sab is tareeqe se mante rahe hain, agarche woh Khuda ka naam nahi lete, woh. to behal yeh maanna padega ke ek Khuda hai jo maujood kar raha hai,</w:t>
      </w:r>
      <w:r>
        <w:br/>
      </w:r>
      <w:r>
        <w:rPr>
          <w:sz w:val="20"/>
        </w:rPr>
        <w:t>13:59  jo hum janne wala hai, khud maujood hai, jo sustainer hai.</w:t>
      </w:r>
      <w:r>
        <w:br/>
      </w:r>
      <w:r>
        <w:rPr>
          <w:sz w:val="20"/>
        </w:rPr>
        <w:t>14:08  agar sab kuch hai.</w:t>
      </w:r>
      <w:r>
        <w:br/>
      </w:r>
      <w:r>
        <w:rPr>
          <w:sz w:val="20"/>
        </w:rPr>
        <w:t>14:10  yani hum dekhiye, ek cheenti bhi nahi bana sakte hum. kehti hai sari kainat bani hui hai hamare liye.</w:t>
      </w:r>
      <w:r>
        <w:br/>
      </w:r>
      <w:r>
        <w:rPr>
          <w:sz w:val="20"/>
        </w:rPr>
        <w:t>14:20  to pehli baat yeh hai ke jo usne kaha tha, ek french philosopher ne</w:t>
      </w:r>
      <w:r>
        <w:br/>
      </w:r>
      <w:r>
        <w:rPr>
          <w:sz w:val="20"/>
        </w:rPr>
        <w:t>14:31  "I think therefore I am."</w:t>
      </w:r>
      <w:r>
        <w:br/>
      </w:r>
      <w:r>
        <w:rPr>
          <w:sz w:val="20"/>
        </w:rPr>
        <w:t>14:38  "I think therefore I am." to main kahunga ke "I am therefore God is." agar soch jo hai mere wajood ka saboot hai to mera wajood Khuda ka saboot hai.</w:t>
      </w:r>
      <w:r>
        <w:br/>
      </w:r>
      <w:r>
        <w:rPr>
          <w:sz w:val="20"/>
        </w:rPr>
        <w:t>15:01  to yeh behal, yani logic ka taqaza, aql ka taqaza, aur har qism ki maqooliyat ka taqaza yeh hai ke hum Khuda ko maanein.</w:t>
      </w:r>
      <w:r>
        <w:br/>
      </w:r>
      <w:r>
        <w:rPr>
          <w:sz w:val="20"/>
        </w:rPr>
        <w:t>15:17  to ek to Khuda ka saboot yeh hai jo mushahde par mabni hai, doosra jo hai badihi basirat par mabni hai. badihi basirat</w:t>
      </w:r>
      <w:r>
        <w:br/>
      </w:r>
      <w:r>
        <w:rPr>
          <w:sz w:val="20"/>
        </w:rPr>
        <w:t>15:26  , dekhiye, har aadmi jo paida hota hai, baghair kisi istisana ke, uske andar ek ek sense of awe hota hai, kisi ko maanne ka jazba, koi apne se bara.</w:t>
      </w:r>
      <w:r>
        <w:br/>
      </w:r>
      <w:r>
        <w:rPr>
          <w:sz w:val="20"/>
        </w:rPr>
        <w:t>15:40  usko aadmi wabasta kar leta hai kisi ke saath, kisi group ke saath, kisi shakhsiyat ke saath. pehle log suraj chand ke saath kar lete the.</w:t>
      </w:r>
      <w:r>
        <w:br/>
      </w:r>
      <w:r>
        <w:rPr>
          <w:sz w:val="20"/>
        </w:rPr>
        <w:t>15:52  to hamesha insan jo hai, kisi ko maanta raha hai apne se bara.</w:t>
      </w:r>
      <w:r>
        <w:br/>
      </w:r>
      <w:r>
        <w:rPr>
          <w:sz w:val="20"/>
        </w:rPr>
        <w:t>16:00  to ek hai tauheed, ek hai shirk. tauheed yeh hai ke Khuda ko Khuda maana jaye, Khuda ko Khuda maana jaye.</w:t>
      </w:r>
      <w:r>
        <w:br/>
      </w:r>
      <w:r>
        <w:rPr>
          <w:sz w:val="20"/>
        </w:rPr>
        <w:t>16:09  shirk yeh hai ke Khuda ke siwa kisi ko woh darja de diya jaye jo ke Khuda ka darja hai. poori tareekh mein yahi raha hai.</w:t>
      </w:r>
      <w:r>
        <w:br/>
      </w:r>
      <w:r>
        <w:rPr>
          <w:sz w:val="20"/>
        </w:rPr>
        <w:t>16:19  kabhi aisa nahi hua tareekh mein ke khuda ko na maanne wale duniya mein bhar gaye hon.</w:t>
      </w:r>
      <w:r>
        <w:br/>
      </w:r>
      <w:r>
        <w:rPr>
          <w:sz w:val="20"/>
        </w:rPr>
        <w:t>16:27  aisa kabhi hua nahi. to ek baat yahi hui. yaani khuda ke wajood ko maanna.</w:t>
      </w:r>
      <w:r>
        <w:br/>
      </w:r>
      <w:r>
        <w:rPr>
          <w:sz w:val="20"/>
        </w:rPr>
        <w:t>16:37  khuda ke wajood ko maanna.</w:t>
      </w:r>
      <w:r>
        <w:br/>
      </w:r>
      <w:r>
        <w:rPr>
          <w:sz w:val="20"/>
        </w:rPr>
        <w:t>16:42  falsafi ki zabaan mein hum kahenge ke "I am therefore God is</w:t>
      </w:r>
      <w:r>
        <w:br/>
      </w:r>
      <w:r>
        <w:rPr>
          <w:sz w:val="20"/>
        </w:rPr>
        <w:t>16:46  ". science ki zabaan mein kahenge ke ek ek kainat hai, bohat hi maani khez, bohat hi well designed.</w:t>
      </w:r>
      <w:r>
        <w:br/>
      </w:r>
      <w:r>
        <w:rPr>
          <w:sz w:val="20"/>
        </w:rPr>
        <w:t>16:54  to "Who is the designer?" "Who is the designer?"</w:t>
      </w:r>
      <w:r>
        <w:br/>
      </w:r>
      <w:r>
        <w:rPr>
          <w:sz w:val="20"/>
        </w:rPr>
        <w:t>17:03  to hamein maanna padega ke koi koi designer hai. doosri baat yeh hai ke jab aap khuda ko maane to khuda ko maanna koi saada maanna nahi hai.</w:t>
      </w:r>
      <w:r>
        <w:br/>
      </w:r>
      <w:r>
        <w:rPr>
          <w:sz w:val="20"/>
        </w:rPr>
        <w:t>17:18  saada maanna nahi hai. khuda ko maanne ke maani hain ke aap ke upar us ke kuch taqaze aa jaate hain. khuda ko maanne ke maani yeh nahi hain ke aap</w:t>
      </w:r>
      <w:r>
        <w:br/>
      </w:r>
      <w:r>
        <w:rPr>
          <w:sz w:val="20"/>
        </w:rPr>
        <w:t>17:32  antarctica mein koi ek pathar pada hua hai, aise maan liya aap ne. nahi, khuda ke maani yeh hain ke aisa khuda jis ne aap ko paida kiya.</w:t>
      </w:r>
      <w:r>
        <w:br/>
      </w:r>
      <w:r>
        <w:rPr>
          <w:sz w:val="20"/>
        </w:rPr>
        <w:t>17:43  jo aap ko suraj ke zariye roshni aur hararat bhej raha hai. jo zameen mein ghiza ugata hai.</w:t>
      </w:r>
      <w:r>
        <w:br/>
      </w:r>
      <w:r>
        <w:rPr>
          <w:sz w:val="20"/>
        </w:rPr>
        <w:t>17:52  jo pani ka zakhira jis ne ikatha kar diya hai. jo oxygen supply kar raha hai. jo billion nahi, billion cheezein kar raha hai, jaise aap jis ko hum kehte hain life support system.</w:t>
      </w:r>
      <w:r>
        <w:br/>
      </w:r>
      <w:r>
        <w:rPr>
          <w:sz w:val="20"/>
        </w:rPr>
        <w:t>18:04  to jab yeh sab koi kar raha hai to hamein koi response dena hai is ka. woh response kya hai? woh shukr hai.</w:t>
      </w:r>
      <w:r>
        <w:br/>
      </w:r>
      <w:r>
        <w:rPr>
          <w:sz w:val="20"/>
        </w:rPr>
        <w:t>18:15  yaani khuda giver hai, hum receiver hain. hum khuda se pa rahe hain. to hamein koi response dena hai.</w:t>
      </w:r>
      <w:r>
        <w:br/>
      </w:r>
      <w:r>
        <w:rPr>
          <w:sz w:val="20"/>
        </w:rPr>
        <w:t>18:25  yeh bilkul natural baat hai ke hamari taraf se koi response ho. isi response ka naam hai shukr, acknowledgement, hamd.</w:t>
      </w:r>
      <w:r>
        <w:br/>
      </w:r>
      <w:r>
        <w:rPr>
          <w:sz w:val="20"/>
        </w:rPr>
        <w:t>18:39  jab aap acknowledge karte hain khuda ko, itraaf karte hain khuda ka, itraaf. shukr aur itraaf mein koi farq nahi hai.</w:t>
      </w:r>
      <w:r>
        <w:br/>
      </w:r>
      <w:r>
        <w:rPr>
          <w:sz w:val="20"/>
        </w:rPr>
        <w:t>18:49  shukr wahi hai jo itraaf hai. itraaf wahi hai jo acknowledge karna hai. to isi ka naam hai shukr.</w:t>
      </w:r>
      <w:r>
        <w:br/>
      </w:r>
      <w:r>
        <w:rPr>
          <w:sz w:val="20"/>
        </w:rPr>
        <w:t>18:58  to hum, yaani yeh hamari fitrat ka taqaza hai ke hum khuda ke saari blessing ka, saare jo atiyaat khuda ke hain, is ka itraaf karein.</w:t>
      </w:r>
      <w:r>
        <w:br/>
      </w:r>
      <w:r>
        <w:rPr>
          <w:sz w:val="20"/>
        </w:rPr>
        <w:t>19:11  is ke baghair hum reh nahi sakte.</w:t>
      </w:r>
      <w:r>
        <w:br/>
      </w:r>
      <w:r>
        <w:rPr>
          <w:sz w:val="20"/>
        </w:rPr>
        <w:t>19:15  dekhiye, quran mein hai ke khalaqal qalba ma'a fi as-samawati wa ma'a fi al-ardi jamee'an yaani zameen o aasman hain, jo kuch hai, sab ka sab tumhare liye hum ne musakhkhar kar diya, tumhari khidmat mein laga diya hai.</w:t>
      </w:r>
      <w:r>
        <w:br/>
      </w:r>
      <w:r>
        <w:rPr>
          <w:sz w:val="20"/>
        </w:rPr>
        <w:t>19:35  yeh saari kainat hamari khidmat mein lagi hui hai.</w:t>
      </w:r>
      <w:r>
        <w:br/>
      </w:r>
      <w:r>
        <w:rPr>
          <w:sz w:val="20"/>
        </w:rPr>
        <w:t>19:42  sirf wohi kuch item nahi, jis ko hum kehte hain life support system. is ke saath pata nahi kya kya hain. misaal ke tor par, upar se cosmic rays aa rahi hain.</w:t>
      </w:r>
      <w:r>
        <w:br/>
      </w:r>
      <w:r>
        <w:rPr>
          <w:sz w:val="20"/>
        </w:rPr>
        <w:t>19:52  aap tak insaan daryaft nahi kar saka hai ke ek cosmic rays ka hamari zindagi se kya ta'alluq hai. kya maloom, cosmic rays ka bohat hi gehra ta'alluq ho hamari zindagi se, jis ki daryaft abhi baqi hai.</w:t>
      </w:r>
      <w:r>
        <w:br/>
      </w:r>
      <w:r>
        <w:rPr>
          <w:sz w:val="20"/>
        </w:rPr>
        <w:t>20:07  to aaj subah mein yeh soch raha tha ke insaan jo hai, khuda ne bataya, likha hai, quran majeed mein likha hai ke wa laqad karramnaaka wa nayaadaka yaani insaan ko hum ne bohat hi izzat aur sharaf diya.</w:t>
      </w:r>
      <w:r>
        <w:br/>
      </w:r>
      <w:r>
        <w:rPr>
          <w:sz w:val="20"/>
        </w:rPr>
        <w:t>20:25  to yeh kya hai? to mein soch raha tha ke insaan to khuda ki duniya mein goya mehman ke tor par hai. mehman us ko kehte hain jis ko free sab cheez supply ki jae</w:t>
      </w:r>
      <w:r>
        <w:br/>
      </w:r>
      <w:r>
        <w:rPr>
          <w:sz w:val="20"/>
        </w:rPr>
        <w:t>20:37  e. to sab free supply ho raha hai. hum karte hain, koi hum kuch bhi nahi karte. agar kisan khet mein beej daal deta hai to karna nahi kaha jayega.</w:t>
      </w:r>
      <w:r>
        <w:br/>
      </w:r>
      <w:r>
        <w:rPr>
          <w:sz w:val="20"/>
        </w:rPr>
        <w:t>20:48  yani beej se ukharo akhwan nikla, ukharo se danthal nikla, is se patiyan nikli, is se phool aur phal aaye, is se ghalla nikla. yeh kya kya cheezein hain?</w:t>
      </w:r>
      <w:r>
        <w:br/>
      </w:r>
      <w:r>
        <w:rPr>
          <w:sz w:val="20"/>
        </w:rPr>
        <w:t>20:57  yeh kisan karta hai? woh toh ek bas ek beej daal diya. toh kisan ka karna itna kam hai ke one percent mein maine ban kar sakte ho is ko aap.</w:t>
      </w:r>
      <w:r>
        <w:br/>
      </w:r>
      <w:r>
        <w:rPr>
          <w:sz w:val="20"/>
        </w:rPr>
        <w:t>21:08  aisi sari cheezein hain. jo oxygen supply ho raha hai, hum ne kya kiya is ke liye darakhton se? suraj se jo aa rahi hai light aur heat, hum ne kya kiya?</w:t>
      </w:r>
      <w:r>
        <w:br/>
      </w:r>
      <w:r>
        <w:rPr>
          <w:sz w:val="20"/>
        </w:rPr>
        <w:t>21:18  kuch nahi kiya hum ne. jo cosmic rays aa rahi hain, hum ne kya kiya? hum ne kuch bhi nahi kiya. toh yeh sab jis tarah se ek mehman hota hai, toh us ko sari cheez free di jaati hai.</w:t>
      </w:r>
      <w:r>
        <w:br/>
      </w:r>
      <w:r>
        <w:rPr>
          <w:sz w:val="20"/>
        </w:rPr>
        <w:t>21:30  toh insan goya ke is duniya mein Khuda ka mehman hai. kaisi ajeeb b</w:t>
      </w:r>
      <w:r>
        <w:br/>
      </w:r>
      <w:r>
        <w:rPr>
          <w:sz w:val="20"/>
        </w:rPr>
        <w:t>21:36  aat hai. phir maine socha ke dekhiye, ek hota hai mehman. yani aam mehman. ek mehman hota hai.</w:t>
      </w:r>
      <w:r>
        <w:br/>
      </w:r>
      <w:r>
        <w:rPr>
          <w:sz w:val="20"/>
        </w:rPr>
        <w:t>21:45  phir ek chief mehman hota hai. phir ek royal mehman hota hai. phir ek imperial mehman hota hai. yani aam mehman, khaas mehman, shahi mehman, shehanshahi mehman.</w:t>
      </w:r>
      <w:r>
        <w:br/>
      </w:r>
      <w:r>
        <w:rPr>
          <w:sz w:val="20"/>
        </w:rPr>
        <w:t>21:58  lekin insan jo hai, universal mehman hai. universal mehman hai. yani sari kainat is ki khidmat mein lagi hui hai.</w:t>
      </w:r>
      <w:r>
        <w:br/>
      </w:r>
      <w:r>
        <w:rPr>
          <w:sz w:val="20"/>
        </w:rPr>
        <w:t>22:12  main apne ghar ki chhat par khada hua subah ke waqt. toh suraj nikal raha tha. chaaron taraf darakht thay.</w:t>
      </w:r>
      <w:r>
        <w:br/>
      </w:r>
      <w:r>
        <w:rPr>
          <w:sz w:val="20"/>
        </w:rPr>
        <w:t>22:24  fiza mein chidiyan urr rahi theen. aur ek poora ek kainaati manzar tha, kainaati manzar. is mein main khada hua tha. toh mujhe woh ayat yaad aayi jo abhi main ne parhi.</w:t>
      </w:r>
      <w:r>
        <w:br/>
      </w:r>
      <w:r>
        <w:rPr>
          <w:sz w:val="20"/>
        </w:rPr>
        <w:t>22:37  ke sab kuch laga diya insan ki khidmat ke liye.</w:t>
      </w:r>
      <w:r>
        <w:br/>
      </w:r>
      <w:r>
        <w:rPr>
          <w:sz w:val="20"/>
        </w:rPr>
        <w:t>22:41  toh phir is ko maine personalize kiya. personalize kiya. yani sab kuch apne oopar dhala. toh ek ajeeb ehsaas hua.</w:t>
      </w:r>
      <w:r>
        <w:br/>
      </w:r>
      <w:r>
        <w:rPr>
          <w:sz w:val="20"/>
        </w:rPr>
        <w:t>22:51  ke sari kainat Khuda ne mere liye banai hai.</w:t>
      </w:r>
      <w:r>
        <w:br/>
      </w:r>
      <w:r>
        <w:rPr>
          <w:sz w:val="20"/>
        </w:rPr>
        <w:t>22:58  jo Allah ki blessings hain, jo universal atiyaat Khuda ke hain, is ko aap personalize kijiye, personalize. toh ek ajeeb ehsaas hoga.</w:t>
      </w:r>
      <w:r>
        <w:br/>
      </w:r>
      <w:r>
        <w:rPr>
          <w:sz w:val="20"/>
        </w:rPr>
        <w:t>23:10  ek sahib se baat ho rahi thi toh unhon ne kaha ke main park mein gaya walk karne ke liye toh wahan phool khile hue thay. is ko main ne kaha main dekhne aaon.</w:t>
      </w:r>
      <w:r>
        <w:br/>
      </w:r>
      <w:r>
        <w:rPr>
          <w:sz w:val="20"/>
        </w:rPr>
        <w:t>23:20  toh bohat hi beautiful thay. toh main ne socha ke kitna beautiful art hai yeh. toh main ne kaha theek hai yeh aap ne jo daryaft kiya hai, bohat bari daryaft hai lekin is se aage ek cheez daryaft karna hai aap ko.</w:t>
      </w:r>
      <w:r>
        <w:br/>
      </w:r>
      <w:r>
        <w:rPr>
          <w:sz w:val="20"/>
        </w:rPr>
        <w:t>23:36  agar</w:t>
      </w:r>
      <w:r>
        <w:br/>
      </w:r>
      <w:r>
        <w:rPr>
          <w:sz w:val="20"/>
        </w:rPr>
        <w:t>23:37  aap is duniya ko ek achhe art ke roop mein daryaft karen. toh aap ko sirf ek artist ka tasawwur aayega.</w:t>
      </w:r>
      <w:r>
        <w:br/>
      </w:r>
      <w:r>
        <w:rPr>
          <w:sz w:val="20"/>
        </w:rPr>
        <w:t>23:50  yani universe is a great art of a great artist</w:t>
      </w:r>
      <w:r>
        <w:br/>
      </w:r>
      <w:r>
        <w:rPr>
          <w:sz w:val="20"/>
        </w:rPr>
        <w:t>23:57  yeh aap soch paayenge. universe is a great art of a great artist toh artist ke liye aap ke andar kya hoga?</w:t>
      </w:r>
      <w:r>
        <w:br/>
      </w:r>
      <w:r>
        <w:rPr>
          <w:sz w:val="20"/>
        </w:rPr>
        <w:t>24:06  ek sense of awe aayega. aur ek bara artist hai, us ko maanne lagenge aap. lekin woh jo response dena hai aap ko shukr ka, woh nahi aayega.</w:t>
      </w:r>
      <w:r>
        <w:br/>
      </w:r>
      <w:r>
        <w:rPr>
          <w:sz w:val="20"/>
        </w:rPr>
        <w:t>24:19  shukr ka response dene ke liye ke aap us ko Khuda ko benefactor ke roop mein daryaft karen. munim ke roop mein daryaft karen. sirf artist ke taur par nahi.</w:t>
      </w:r>
      <w:r>
        <w:br/>
      </w:r>
      <w:r>
        <w:rPr>
          <w:sz w:val="20"/>
        </w:rPr>
        <w:t>24:32  yani agar aap yeh kahein ke universe is a great art and God is a great artist toh aap ne Khuda ko bas ek kharji, ek artist ke taur par daryaft kiya.</w:t>
      </w:r>
      <w:r>
        <w:br/>
      </w:r>
      <w:r>
        <w:rPr>
          <w:sz w:val="20"/>
        </w:rPr>
        <w:t>24:48  nahi. aap daryaft karein ke mujhe Khuda de raha hai sab kuch. tab shukr aayega.</w:t>
      </w:r>
      <w:r>
        <w:br/>
      </w:r>
      <w:r>
        <w:rPr>
          <w:sz w:val="20"/>
        </w:rPr>
        <w:t>24:58  tab sh</w:t>
      </w:r>
      <w:r>
        <w:br/>
      </w:r>
      <w:r>
        <w:rPr>
          <w:sz w:val="20"/>
        </w:rPr>
        <w:t>24:59  kar aaye ga. phir mein ne un se yahi baat kahi ke aap jo cheezen dunya mein insaan ko mil rahi hain, us ko personalize kijiye. apni zaat ko samjhiye ke mujhe sab mil raha hai.</w:t>
      </w:r>
      <w:r>
        <w:br/>
      </w:r>
      <w:r>
        <w:rPr>
          <w:sz w:val="20"/>
        </w:rPr>
        <w:t>25:10  tab bara shukr aaye ga. oshiayank shukr, samandari shukr.</w:t>
      </w:r>
      <w:r>
        <w:br/>
      </w:r>
      <w:r>
        <w:rPr>
          <w:sz w:val="20"/>
        </w:rPr>
        <w:t>25:18  to shukr jo hai, bohat hi. yaani alhamdu lillahi rabbil aalameen jo quran majeed mein hai.</w:t>
      </w:r>
      <w:r>
        <w:br/>
      </w:r>
      <w:r>
        <w:rPr>
          <w:sz w:val="20"/>
        </w:rPr>
        <w:t>25:28  to mufassireen ne likha hai ke alhamd jo hai, us ki haqeeqat shukr hai. yaani sab se bara kalma, pehla kalma jo quran mein bataya gaya, woh shukr ka kalma hai.</w:t>
      </w:r>
      <w:r>
        <w:br/>
      </w:r>
      <w:r>
        <w:rPr>
          <w:sz w:val="20"/>
        </w:rPr>
        <w:t>25:39  ke shukr ada karo.</w:t>
      </w:r>
      <w:r>
        <w:br/>
      </w:r>
      <w:r>
        <w:rPr>
          <w:sz w:val="20"/>
        </w:rPr>
        <w:t>25:43  shukr ada karo.</w:t>
      </w:r>
      <w:r>
        <w:br/>
      </w:r>
      <w:r>
        <w:rPr>
          <w:sz w:val="20"/>
        </w:rPr>
        <w:t>25:45  shukr jab kar paayen ge aap, jab aap khuda ki greatness ko, khuda ke yaani is baat ko ke woh blessing aap par barsa raha hai, inaam de raha hai, is sab ko daryaft karen.</w:t>
      </w:r>
      <w:r>
        <w:br/>
      </w:r>
      <w:r>
        <w:rPr>
          <w:sz w:val="20"/>
        </w:rPr>
        <w:t>26:01  jaise quran mein aik aayat hai wa ma qadarullah haqq qadrehi wal arzu jamee'an qabzatuhu was samawaatu matliyaatun bi yameenih</w:t>
      </w:r>
      <w:r>
        <w:br/>
      </w:r>
      <w:r>
        <w:rPr>
          <w:sz w:val="20"/>
        </w:rPr>
        <w:t>26:15  is ka matlab hai ke logon ne khuda ko underestimate kiya. haalankeh khuda woh hai ke qayamat ke din</w:t>
      </w:r>
      <w:r>
        <w:br/>
      </w:r>
      <w:r>
        <w:rPr>
          <w:sz w:val="20"/>
        </w:rPr>
        <w:t>26:27  poora aasman us ke us ke dayen haath mein lipta hua hoga. poori zameen us ke haath mein hogi.</w:t>
      </w:r>
      <w:r>
        <w:br/>
      </w:r>
      <w:r>
        <w:rPr>
          <w:sz w:val="20"/>
        </w:rPr>
        <w:t>26:35  is ka matlab yeh nahi hai ke dekhiye, maslan farz kijiye ke zameen hai ya aasman hai. to khuda bayen haath mein zameen le lega, dayen haath mein aasman le lega.</w:t>
      </w:r>
      <w:r>
        <w:br/>
      </w:r>
      <w:r>
        <w:rPr>
          <w:sz w:val="20"/>
        </w:rPr>
        <w:t>26:47  yeh matlab nahi hai. yeh matlab hai ke khuda ki qudrat ko bataya gaya hai. yaani khuda ka jo takht iqtidaar hai, woh poori kainat ko wasee' hai.</w:t>
      </w:r>
      <w:r>
        <w:br/>
      </w:r>
      <w:r>
        <w:rPr>
          <w:sz w:val="20"/>
        </w:rPr>
        <w:t>26:58  is ki jo hukumat hai, woh sab par haavi hai.</w:t>
      </w:r>
      <w:r>
        <w:br/>
      </w:r>
      <w:r>
        <w:rPr>
          <w:sz w:val="20"/>
        </w:rPr>
        <w:t>27:02  woh jo control kar raha hai, us se aik zara ya aik galaxy koi cheez bahar nahi hai. yeh sab kuch khuda ke ikhtiyar mein hai. lekin kya hai?</w:t>
      </w:r>
      <w:r>
        <w:br/>
      </w:r>
      <w:r>
        <w:rPr>
          <w:sz w:val="20"/>
        </w:rPr>
        <w:t>27:14  aaj hum us ko dekh nahi rahe. aik waqt aaye ga ke woh cheez bilkul saamne dikhai dene lage gi.</w:t>
      </w:r>
      <w:r>
        <w:br/>
      </w:r>
      <w:r>
        <w:rPr>
          <w:sz w:val="20"/>
        </w:rPr>
        <w:t>27:27  ab yeh sab sochen aap to khuda ke saath ajeeb ghareeb ehsaas aap ko paida hoga.</w:t>
      </w:r>
      <w:r>
        <w:br/>
      </w:r>
      <w:r>
        <w:rPr>
          <w:sz w:val="20"/>
        </w:rPr>
        <w:t>27:35  mein soch raha tha quran ki aik aayat ko le kar</w:t>
      </w:r>
      <w:r>
        <w:br/>
      </w:r>
      <w:r>
        <w:rPr>
          <w:sz w:val="20"/>
        </w:rPr>
        <w:t>27:39  . quran ki aik aayat hai ke</w:t>
      </w:r>
      <w:r>
        <w:br/>
      </w:r>
      <w:r>
        <w:rPr>
          <w:sz w:val="20"/>
        </w:rPr>
        <w:t>27:45  qayamat aur aakhirat ke baray mein innahu lahaqqun mithlu ma anlakum tattaqoona woh haq hai.</w:t>
      </w:r>
      <w:r>
        <w:br/>
      </w:r>
      <w:r>
        <w:rPr>
          <w:sz w:val="20"/>
        </w:rPr>
        <w:t>27:55  woh hone wali hai. jis tareeqay se tum bolte ho. to nutq jo hai, bolna, yaani speech ko le kar yeh kaha gaya ke woh haq hai.</w:t>
      </w:r>
      <w:r>
        <w:br/>
      </w:r>
      <w:r>
        <w:rPr>
          <w:sz w:val="20"/>
        </w:rPr>
        <w:t>28:06  is ka matlab kya hai?</w:t>
      </w:r>
      <w:r>
        <w:br/>
      </w:r>
      <w:r>
        <w:rPr>
          <w:sz w:val="20"/>
        </w:rPr>
        <w:t>28:08  to mein sochta raha, aaj sochta raha, aaj sochta raha. to mein ne socha ke Allah taala ki jitni bhi sifat hain, woh sab sifat is dunya mein hum dekh rahe hain.</w:t>
      </w:r>
      <w:r>
        <w:br/>
      </w:r>
      <w:r>
        <w:rPr>
          <w:sz w:val="20"/>
        </w:rPr>
        <w:t>28:20  matlab khuda ka khaliq hona. cheezen maujood hain to us ka khaliq hona hum dekh rahe hain. khuda ke raheem hona.</w:t>
      </w:r>
      <w:r>
        <w:br/>
      </w:r>
      <w:r>
        <w:rPr>
          <w:sz w:val="20"/>
        </w:rPr>
        <w:t>28:31  cheezen mein meaning hai aur blessing hai to hum khuda ki rehmat ko dekh rahe hain.</w:t>
      </w:r>
      <w:r>
        <w:br/>
      </w:r>
      <w:r>
        <w:rPr>
          <w:sz w:val="20"/>
        </w:rPr>
        <w:t>28:40  yaani khuda ki jitni sifat hain, woh sab manifest kar rahi hain is dunya mein.</w:t>
      </w:r>
      <w:r>
        <w:br/>
      </w:r>
      <w:r>
        <w:rPr>
          <w:sz w:val="20"/>
        </w:rPr>
        <w:t>28:47  jaise unhon ne kaha ke khuda ka art jo hai, ek phool ko dekh kar maine socha ke khuda ka kitna bara art hai yeh. to khuda ki is sari sifat ko aap kainat mein observe kar rahe hain.</w:t>
      </w:r>
      <w:r>
        <w:br/>
      </w:r>
      <w:r>
        <w:rPr>
          <w:sz w:val="20"/>
        </w:rPr>
        <w:t>28:59  lekin ek cheez abhi tak samne nahi aai. woh hai nutq, speech, bolna.</w:t>
      </w:r>
      <w:r>
        <w:br/>
      </w:r>
      <w:r>
        <w:rPr>
          <w:sz w:val="20"/>
        </w:rPr>
        <w:t>29:11  nojawani ki umar mein jab mujhe talash ka jazba aaya to main dewana war paharon mein, jangalon mein jata tha. yeh kehta tha, khuda wanda kab aayde mein kab tak tere aane ka intezar karoon?</w:t>
      </w:r>
      <w:r>
        <w:br/>
      </w:r>
      <w:r>
        <w:rPr>
          <w:sz w:val="20"/>
        </w:rPr>
        <w:t>29:27  to is ko sochte hue mujhe samajh aaya ke shayad main yeh keh raha tha ke khuda wanda to kab bolay ga?</w:t>
      </w:r>
      <w:r>
        <w:br/>
      </w:r>
      <w:r>
        <w:rPr>
          <w:sz w:val="20"/>
        </w:rPr>
        <w:t>29:36  tere bol ke sunne ka main kab tak intezar karoon?</w:t>
      </w:r>
      <w:r>
        <w:br/>
      </w:r>
      <w:r>
        <w:rPr>
          <w:sz w:val="20"/>
        </w:rPr>
        <w:t>29:40  kyun ke sari kainat mein khuda ke jalwe hain. lekin khuda ke bol nahi hain.</w:t>
      </w:r>
      <w:r>
        <w:br/>
      </w:r>
      <w:r>
        <w:rPr>
          <w:sz w:val="20"/>
        </w:rPr>
        <w:t>29:48  khuda ke jalwe hain. nannave sifat jo quran majeed mein khuda ki mani jati hain, woh sab khud dekhi ja rahi hain charon taraf.</w:t>
      </w:r>
      <w:r>
        <w:br/>
      </w:r>
      <w:r>
        <w:rPr>
          <w:sz w:val="20"/>
        </w:rPr>
        <w:t>29:58  yani khuda ka takhleeq karna, khuda ka parwarish karna, khuda ka rahim hona, khuda ka ek yani bohat hi beauty ko pasand karna, khuda ka aap ke liye rizq razzaq hona, yeh sab cheezein bilkul mubarrehan hain.</w:t>
      </w:r>
      <w:r>
        <w:br/>
      </w:r>
      <w:r>
        <w:rPr>
          <w:sz w:val="20"/>
        </w:rPr>
        <w:t>30:16  dikhai de rahi hain. lekin kahin bol nahi. jo kisi ne kaha ke Allah ne sunata, awaz nahi aati.</w:t>
      </w:r>
      <w:r>
        <w:br/>
      </w:r>
      <w:r>
        <w:rPr>
          <w:sz w:val="20"/>
        </w:rPr>
        <w:t>30:26  koi pahar bol nahi raha hai ke mujh ko paida karne wala khuda hai. koi samandar bol nahi raha hai. kisi galaxy se awaz nahi aati.</w:t>
      </w:r>
      <w:r>
        <w:br/>
      </w:r>
      <w:r>
        <w:rPr>
          <w:sz w:val="20"/>
        </w:rPr>
        <w:t>30:39  yani ek ek gameh takhleeq hai. lekin ek cheez is mein hazf hai. woh hai speech, woh hai bol. to main ek tajruba mujhe yaad aaya.</w:t>
      </w:r>
      <w:r>
        <w:br/>
      </w:r>
      <w:r>
        <w:rPr>
          <w:sz w:val="20"/>
        </w:rPr>
        <w:t>30:52  ek bar main ek conference mein gaya.</w:t>
      </w:r>
      <w:r>
        <w:br/>
      </w:r>
      <w:r>
        <w:rPr>
          <w:sz w:val="20"/>
        </w:rPr>
        <w:t>30:55  wahan conference mein kai log thay. is mein ek admi baitha hua tha mez ke kinare. bari zabardast shaksiyat wala admi. yani ek giant shaksiyat, giant.</w:t>
      </w:r>
      <w:r>
        <w:br/>
      </w:r>
      <w:r>
        <w:rPr>
          <w:sz w:val="20"/>
        </w:rPr>
        <w:t>31:07  sab se mukhtalif tha. lekin chup chap baitha hua tha.</w:t>
      </w:r>
      <w:r>
        <w:br/>
      </w:r>
      <w:r>
        <w:rPr>
          <w:sz w:val="20"/>
        </w:rPr>
        <w:t>31:14  yeh ek waqia hai. to main sochta tha yeh kya admi, kya cheez hai yeh?</w:t>
      </w:r>
      <w:r>
        <w:br/>
      </w:r>
      <w:r>
        <w:rPr>
          <w:sz w:val="20"/>
        </w:rPr>
        <w:t>31:22  yani matlab yeh woh but to nahi hai, koi statue to nahi hai. yeh to kya cheez hai yeh? chup chap baitha hua hai. ek waqt ek waqt aaya ke woh bola.</w:t>
      </w:r>
      <w:r>
        <w:br/>
      </w:r>
      <w:r>
        <w:rPr>
          <w:sz w:val="20"/>
        </w:rPr>
        <w:t>31:36  jab woh bola to sare log sunne lage is ke bol ko. ke kaun hai yeh? aisi kainat intezar mein hai ke khuda bolay.</w:t>
      </w:r>
      <w:r>
        <w:br/>
      </w:r>
      <w:r>
        <w:rPr>
          <w:sz w:val="20"/>
        </w:rPr>
        <w:t>31:48  jab khuda ki sari sifat zahir ho chuki hain,</w:t>
      </w:r>
      <w:r>
        <w:br/>
      </w:r>
      <w:r>
        <w:rPr>
          <w:sz w:val="20"/>
        </w:rPr>
        <w:t>31:51  ek hi sifat baqi hai. nutq, speech to zaroori hai ke woh bhi zahir ho. to yeh jo ayat hai wa innahu lahaqun mithla ma anlakum tattaqun ka matlab hai ke nannave sifat khuda ki to aap dekh chuke.</w:t>
      </w:r>
      <w:r>
        <w:br/>
      </w:r>
      <w:r>
        <w:rPr>
          <w:sz w:val="20"/>
        </w:rPr>
        <w:t>32:07  ek hi to baqi hai. jis din khuda bolay ga, wohi akhirat ka din hoga. kyun ke khuda jab bol de to test khatam.</w:t>
      </w:r>
      <w:r>
        <w:br/>
      </w:r>
      <w:r>
        <w:rPr>
          <w:sz w:val="20"/>
        </w:rPr>
        <w:t>32:17  aap ghor kijiye. khuda jab bol de to test kis baat ka?</w:t>
      </w:r>
      <w:r>
        <w:br/>
      </w:r>
      <w:r>
        <w:rPr>
          <w:sz w:val="20"/>
        </w:rPr>
        <w:t>32:22  test ko baqi rakhte hue, imtehan ki halat ko baqi rakhne ke liye khuda abhi bol nahi raha hai. jab khuda ke nazdeek count down ho raha hai, jab khuda ke nazdeek waqt aa jayega woh,</w:t>
      </w:r>
      <w:r>
        <w:br/>
      </w:r>
      <w:r>
        <w:rPr>
          <w:sz w:val="20"/>
        </w:rPr>
        <w:t>32:39  to bas achaanak awaz aayegi khuda ki.</w:t>
      </w:r>
      <w:r>
        <w:br/>
      </w:r>
      <w:r>
        <w:rPr>
          <w:sz w:val="20"/>
        </w:rPr>
        <w:t>32:44  la ta'tiqoo illa baqtan</w:t>
      </w:r>
      <w:r>
        <w:br/>
      </w:r>
      <w:r>
        <w:rPr>
          <w:sz w:val="20"/>
        </w:rPr>
        <w:t>32:52  to woh jo ayat maine parhi hai, is ayat ke silsile mein ek hadith aati hai.</w:t>
      </w:r>
      <w:r>
        <w:br/>
      </w:r>
      <w:r>
        <w:rPr>
          <w:sz w:val="20"/>
        </w:rPr>
        <w:t>32:59  yeh jo ayat hai ke wa ma qadarullah haqq qadrihi wal ardu jameean qabzatuhu was samawatu matliyatun biyameen ke sara khuda ke hath mein hoga.</w:t>
      </w:r>
      <w:r>
        <w:br/>
      </w:r>
      <w:r>
        <w:rPr>
          <w:sz w:val="20"/>
        </w:rPr>
        <w:t>33:12  to is mein ek hadith aati hai ke khuda akhirat mein zameen o asman ko apne hath mein lega.</w:t>
      </w:r>
      <w:r>
        <w:br/>
      </w:r>
      <w:r>
        <w:rPr>
          <w:sz w:val="20"/>
        </w:rPr>
        <w:t>33:21  aur kahega ya bolega ana al jabbarun ana al mutakabbirun ana muluk al ard</w:t>
      </w:r>
      <w:r>
        <w:br/>
      </w:r>
      <w:r>
        <w:rPr>
          <w:sz w:val="20"/>
        </w:rPr>
        <w:t>33:33  kahan hain jabbar, kahan hain mutakabbir? kahan hain woh log bara jo bara bante the? jo khud hi khuda ban kar baith gaye the.</w:t>
      </w:r>
      <w:r>
        <w:br/>
      </w:r>
      <w:r>
        <w:rPr>
          <w:sz w:val="20"/>
        </w:rPr>
        <w:t>33:43  mein hoon sab kuch. mein hoon qadir e mutlaq. mein mein hi sultan hoon.</w:t>
      </w:r>
      <w:r>
        <w:br/>
      </w:r>
      <w:r>
        <w:rPr>
          <w:sz w:val="20"/>
        </w:rPr>
        <w:t>33:50  mein hi badshah e kainat hoon. to riwayat mein aata hai ke jab rasool Allah sal Allah alaihi wasallam yeh yeh keh rahe the mimbar par khare ho kar madine mein, to aap ladkhada gaye.</w:t>
      </w:r>
      <w:r>
        <w:br/>
      </w:r>
      <w:r>
        <w:rPr>
          <w:sz w:val="20"/>
        </w:rPr>
        <w:t>34:06  sahaba kehte the, kehte hain ke aisa lagta tha ke aap gir padenge. jab aap ne kaha ke khuda qayamat mein apne hath mein le lega</w:t>
      </w:r>
      <w:r>
        <w:br/>
      </w:r>
      <w:r>
        <w:rPr>
          <w:sz w:val="20"/>
        </w:rPr>
        <w:t>34:18  zameen o asman ko, bolega ana al jabbarun ana al mutakabbirun ana muluk al ard to aap is tarah ladkhada gaye jaise ke aap gir padein.</w:t>
      </w:r>
      <w:r>
        <w:br/>
      </w:r>
      <w:r>
        <w:rPr>
          <w:sz w:val="20"/>
        </w:rPr>
        <w:t>34:29  yeh hai nutq. aap ghor kijiye is ko. ke is kainat mein khuda ki sari sifat ko aap tajruba kar rahe hain.</w:t>
      </w:r>
      <w:r>
        <w:br/>
      </w:r>
      <w:r>
        <w:rPr>
          <w:sz w:val="20"/>
        </w:rPr>
        <w:t>34:43  sari sifat ko tajruba kar rahe hain. misal ke taur par mujhe pyas lagti hai.</w:t>
      </w:r>
      <w:r>
        <w:br/>
      </w:r>
      <w:r>
        <w:rPr>
          <w:sz w:val="20"/>
        </w:rPr>
        <w:t>34:48  to khuda ki yeh sifat ke woh pani dene wala hai, pyas bharne wala hai. is ke liye samandar mein pani bhara hua hai, daryaon mein pani beh raha hai, chashmon mein pani rawan hai.</w:t>
      </w:r>
      <w:r>
        <w:br/>
      </w:r>
      <w:r>
        <w:rPr>
          <w:sz w:val="20"/>
        </w:rPr>
        <w:t>35:00  is ko le kar mein pi leta hoon. to khuda ka razzaq hona maine dekha.</w:t>
      </w:r>
      <w:r>
        <w:br/>
      </w:r>
      <w:r>
        <w:rPr>
          <w:sz w:val="20"/>
        </w:rPr>
        <w:t>35:12  kheton se ghalla ug rahe hain, bedon mein phal latak rahe hain. to khuda ke razzaq hone ko main dekh raha hoon.</w:t>
      </w:r>
      <w:r>
        <w:br/>
      </w:r>
      <w:r>
        <w:rPr>
          <w:sz w:val="20"/>
        </w:rPr>
        <w:t>35:19  bator tajruba. meri aankh hai. aap jante hain ke aankh ho, roshni na ho to aap dekh nahi sakte.</w:t>
      </w:r>
      <w:r>
        <w:br/>
      </w:r>
      <w:r>
        <w:rPr>
          <w:sz w:val="20"/>
        </w:rPr>
        <w:t>35:28  kuch bhi nahi dekhenge aap. roshni ko dekhne ke liye aankh ko dekhne ke liye roshni chahiye. ab mein aankh liye baitha hoon, muntazir raha hoon kaise dekhun.</w:t>
      </w:r>
      <w:r>
        <w:br/>
      </w:r>
      <w:r>
        <w:rPr>
          <w:sz w:val="20"/>
        </w:rPr>
        <w:t>35:40  to khuda suraj nikal deta hai.</w:t>
      </w:r>
      <w:r>
        <w:br/>
      </w:r>
      <w:r>
        <w:rPr>
          <w:sz w:val="20"/>
        </w:rPr>
        <w:t>35:44  khuda is bedr mein roshni de deta hai. jis ko hum bijli kehte hain. to main dekhne lagta hoon. to yahan maine daryaft kiya ke khuda jo hai roshni dene wala hai.</w:t>
      </w:r>
      <w:r>
        <w:br/>
      </w:r>
      <w:r>
        <w:rPr>
          <w:sz w:val="20"/>
        </w:rPr>
        <w:t>35:55  Allah nooru samawati wal ard</w:t>
      </w:r>
      <w:r>
        <w:br/>
      </w:r>
      <w:r>
        <w:rPr>
          <w:sz w:val="20"/>
        </w:rPr>
        <w:t>36:00  aise hi mere andar phephda hai, mujhe oxygen ki zaroorat hai. ab main kahan se oxygen laoon? to darakhton se oxygen ki supply shuru ho jati hai.</w:t>
      </w:r>
      <w:r>
        <w:br/>
      </w:r>
      <w:r>
        <w:rPr>
          <w:sz w:val="20"/>
        </w:rPr>
        <w:t>36:12  yahan main tajruba karta hoon ke koi hai jo meri zarooraton ko janta hai. meri oxygen supply kar raha hai. aise mein bolta hoon.</w:t>
      </w:r>
      <w:r>
        <w:br/>
      </w:r>
      <w:r>
        <w:rPr>
          <w:sz w:val="20"/>
        </w:rPr>
        <w:t>36:23  to agar beech mein hawa na ho to aap meri baat sunenge nahi. ab main sochta hoon ke main bolun to kaise sune doosra aadmi? to khuda hawaein bhej deta hai.</w:t>
      </w:r>
      <w:r>
        <w:br/>
      </w:r>
      <w:r>
        <w:rPr>
          <w:sz w:val="20"/>
        </w:rPr>
        <w:t>36:33  ab maine bola aur aap ne suna. is tarah hum ne tajruba kiya ke Allah jo hai janta hai ke mujhe bolne ke liye, meri bol ko sunne ke liye hawa chahiye.</w:t>
      </w:r>
      <w:r>
        <w:br/>
      </w:r>
      <w:r>
        <w:rPr>
          <w:sz w:val="20"/>
        </w:rPr>
        <w:t>36:44  yeh sari Allah ki jo sifat hain, is ka hum tajruba karte hain. yaqeen is se hamein yaqeen paida hota hai.</w:t>
      </w:r>
      <w:r>
        <w:br/>
      </w:r>
      <w:r>
        <w:rPr>
          <w:sz w:val="20"/>
        </w:rPr>
        <w:t>36:56  khuda rab hai, khuda razzaq hai, khuda raheem hai, khuda moti hai.</w:t>
      </w:r>
      <w:r>
        <w:br/>
      </w:r>
      <w:r>
        <w:rPr>
          <w:sz w:val="20"/>
        </w:rPr>
        <w:t>37:02  in sab ka tajruba hum karte hain. lekin ek cheez ka tajruba hum nahi kar paate. woh hai nutq, khuda ke bol.</w:t>
      </w:r>
      <w:r>
        <w:br/>
      </w:r>
      <w:r>
        <w:rPr>
          <w:sz w:val="20"/>
        </w:rPr>
        <w:t>37:13  wohi wahi cheez jo hai abhi baqi hai. aur woh akhirat mein hogi.</w:t>
      </w:r>
      <w:r>
        <w:br/>
      </w:r>
      <w:r>
        <w:rPr>
          <w:sz w:val="20"/>
        </w:rPr>
        <w:t>37:19  jab khuda ke hisab se din yani is dunya ke ka waqt aa jayega, aakhri.</w:t>
      </w:r>
      <w:r>
        <w:br/>
      </w:r>
      <w:r>
        <w:rPr>
          <w:sz w:val="20"/>
        </w:rPr>
        <w:t>37:31  is waqt khuda bolegah. aur khuda ke bolte hi imtehan ki halat khatam. is ke baad jannat jahannum shuru.</w:t>
      </w:r>
      <w:r>
        <w:br/>
      </w:r>
      <w:r>
        <w:rPr>
          <w:sz w:val="20"/>
        </w:rPr>
        <w:t>37:41  ek naya daur shuru ho jayega.</w:t>
      </w:r>
      <w:r>
        <w:br/>
      </w:r>
      <w:r>
        <w:rPr>
          <w:sz w:val="20"/>
        </w:rPr>
        <w:t>37:45  toh dekhiye ek hai khuda ki daryaft, khuda ke wajood ki daryaft. doosri cheez yeh hai ke aap daryaft karte hain toh aap ko response dena.</w:t>
      </w:r>
      <w:r>
        <w:br/>
      </w:r>
      <w:r>
        <w:rPr>
          <w:sz w:val="20"/>
        </w:rPr>
        <w:t>37:54  fitri baat hai ke aap response dein. isi response ka naam hai shukr. shukr. isi response ka naam hai shukr.</w:t>
      </w:r>
      <w:r>
        <w:br/>
      </w:r>
      <w:r>
        <w:rPr>
          <w:sz w:val="20"/>
        </w:rPr>
        <w:t>38:06  phir dekhiye. aap jab dunya mein jeete hain, tajruba karte hain toh lagta hai ke mein toh powerless hoon, mein toh helpless hoon.</w:t>
      </w:r>
      <w:r>
        <w:br/>
      </w:r>
      <w:r>
        <w:rPr>
          <w:sz w:val="20"/>
        </w:rPr>
        <w:t>38:19  mujhe koi chahiye jo jo meri madad kare. wahan par aap daryaft karte hain dua ki harkat ko.</w:t>
      </w:r>
      <w:r>
        <w:br/>
      </w:r>
      <w:r>
        <w:rPr>
          <w:sz w:val="20"/>
        </w:rPr>
        <w:t>38:30  dua ko bator haqeeqat ka daryaft karte hain. is waqt aap jab ke aap helpless hote hain. jaise quran mein hai ke jab tumhari kashti samandar mein phans jati hai.</w:t>
      </w:r>
      <w:r>
        <w:br/>
      </w:r>
      <w:r>
        <w:rPr>
          <w:sz w:val="20"/>
        </w:rPr>
        <w:t>38:44  is waqt tum khuda ko pukarte ho. amma yujeebul mustarri ila dawah wa yakshifus soo'a</w:t>
      </w:r>
      <w:r>
        <w:br/>
      </w:r>
      <w:r>
        <w:rPr>
          <w:sz w:val="20"/>
        </w:rPr>
        <w:t>38:54  toh yeh yani woh auqat jab ke aap apne aap ko helpless feel karte hain. is waqt pukarte hain khuda ko.</w:t>
      </w:r>
      <w:r>
        <w:br/>
      </w:r>
      <w:r>
        <w:rPr>
          <w:sz w:val="20"/>
        </w:rPr>
        <w:t>39:05  aur khuda aap ki madad karta hai.</w:t>
      </w:r>
      <w:r>
        <w:br/>
      </w:r>
      <w:r>
        <w:rPr>
          <w:sz w:val="20"/>
        </w:rPr>
        <w:t>39:12  khuda aap ki madad karta hai. quran majeed mein ek ayat hai. surah baqarah mein. surah al baqarah. wa idha saalaka ibadi anni fa inni qareebun ujeebu dawatad daa'i idha da'ani fal yastajeebu li wal yu'minu bi la allohum yashhadoon</w:t>
      </w:r>
      <w:r>
        <w:br/>
      </w:r>
      <w:r>
        <w:rPr>
          <w:sz w:val="20"/>
        </w:rPr>
        <w:t>39:33  jab mere bande tujh se sawal karein. is ka matlab nahi ke lafzon mein poochein. insaan sartaapa sawal hai.</w:t>
      </w:r>
      <w:r>
        <w:br/>
      </w:r>
      <w:r>
        <w:rPr>
          <w:sz w:val="20"/>
        </w:rPr>
        <w:t>39:43  hum har har qadam par apne aap ko helpless feel karte hain. woh jo hum woh jab jab hamein tajruba hota hai toh hum sartaapa sawal ban jate hain.</w:t>
      </w:r>
      <w:r>
        <w:br/>
      </w:r>
      <w:r>
        <w:rPr>
          <w:sz w:val="20"/>
        </w:rPr>
        <w:t>39:54  hum pukarne lagte hain. khuda mere helplessness ki talafi farma.</w:t>
      </w:r>
      <w:r>
        <w:br/>
      </w:r>
      <w:r>
        <w:rPr>
          <w:sz w:val="20"/>
        </w:rPr>
        <w:t>40:04  is ka toh is ka compensation ban ja. jab bhi aap ne apne ease ko apne apne helplessness ko daryaft karte hain toh foran aap chahte hain koi ho jo is ko compensate kare.</w:t>
      </w:r>
      <w:r>
        <w:br/>
      </w:r>
      <w:r>
        <w:rPr>
          <w:sz w:val="20"/>
        </w:rPr>
        <w:t>40:19  jo is ki talafi kare. isi ka naam hai dua.</w:t>
      </w:r>
      <w:r>
        <w:br/>
      </w:r>
      <w:r>
        <w:rPr>
          <w:sz w:val="20"/>
        </w:rPr>
        <w:t>40:25  toh daryaft jab aayegi toh lazman shukr aa</w:t>
      </w:r>
      <w:r>
        <w:br/>
      </w:r>
      <w:r>
        <w:rPr>
          <w:sz w:val="20"/>
        </w:rPr>
        <w:t>40:32  yega. jab shukr aayega toh lazman dua bhi aayegi. sab ek doosre se jude hue hain.</w:t>
      </w:r>
      <w:r>
        <w:br/>
      </w:r>
      <w:r>
        <w:rPr>
          <w:sz w:val="20"/>
        </w:rPr>
        <w:t>40:41  ek martaba dule mein ek sahib ka inteqal ho gaya. mere janne wale the woh. toh woh sirf un ki biwi ka pehle inteqal ho chuka tha.</w:t>
      </w:r>
      <w:r>
        <w:br/>
      </w:r>
      <w:r>
        <w:rPr>
          <w:sz w:val="20"/>
        </w:rPr>
        <w:t>40:53  ghar mein sirf un ka ek ladka aur ek ladki thi. dono abhi shadi nahi hui thi.</w:t>
      </w:r>
      <w:r>
        <w:br/>
      </w:r>
      <w:r>
        <w:rPr>
          <w:sz w:val="20"/>
        </w:rPr>
        <w:t>41:01  dono naujawani ki umar mein the. toh ghar mein biwi pehle ja chuki thi. baap the un ka inteqal ho gaya.</w:t>
      </w:r>
      <w:r>
        <w:br/>
      </w:r>
      <w:r>
        <w:rPr>
          <w:sz w:val="20"/>
        </w:rPr>
        <w:t>41:09  ab wohi do bachche ghar mein the. toh main wahan gaya. aur bhi kai log wahan aaye hue the. toh un ke ek sahib jo shayad dost honge aur rishtedar honge.</w:t>
      </w:r>
      <w:r>
        <w:br/>
      </w:r>
      <w:r>
        <w:rPr>
          <w:sz w:val="20"/>
        </w:rPr>
        <w:t>41:21  unhone bachchon ko tasalli dete hue kaha tha. ke ghabrao mat</w:t>
      </w:r>
      <w:r>
        <w:br/>
      </w:r>
      <w:r>
        <w:rPr>
          <w:sz w:val="20"/>
        </w:rPr>
        <w:t>41:28  mein dile mein hoon. aur mein mujhe apne baap ki jagah samjho. to woh lafz bolay thay.</w:t>
      </w:r>
      <w:r>
        <w:br/>
      </w:r>
      <w:r>
        <w:rPr>
          <w:sz w:val="20"/>
        </w:rPr>
        <w:t>41:40  keh</w:t>
      </w:r>
      <w:r>
        <w:br/>
      </w:r>
      <w:r>
        <w:rPr>
          <w:sz w:val="20"/>
        </w:rPr>
        <w:t>41:45  I am just a call away.</w:t>
      </w:r>
      <w:r>
        <w:br/>
      </w:r>
      <w:r>
        <w:rPr>
          <w:sz w:val="20"/>
        </w:rPr>
        <w:t>41:51  I am just a call away</w:t>
      </w:r>
      <w:r>
        <w:br/>
      </w:r>
      <w:r>
        <w:rPr>
          <w:sz w:val="20"/>
        </w:rPr>
        <w:t>41:54  . yeh angrezi mein aisa kaha jata hai. matlab aik telephone karo mein maujood hoon. I am just a call away.</w:t>
      </w:r>
      <w:r>
        <w:br/>
      </w:r>
      <w:r>
        <w:rPr>
          <w:sz w:val="20"/>
        </w:rPr>
        <w:t>42:05  to wohi to ayat mein hai. ad'ooni astajib lakum pukaro mujhe to apne paas pao gay.</w:t>
      </w:r>
      <w:r>
        <w:br/>
      </w:r>
      <w:r>
        <w:rPr>
          <w:sz w:val="20"/>
        </w:rPr>
        <w:t>42:16  WA IDHA SA ALAKA IBADI ANNI FA INNI QARIB UN UJEB DAWAT AD DA'I DHAA DA'N FAL YASTAJEEBOO LI WAL YUBNOO BI LA ALAMOO MIN SHUDOON</w:t>
      </w:r>
      <w:r>
        <w:br/>
      </w:r>
      <w:r>
        <w:rPr>
          <w:sz w:val="20"/>
        </w:rPr>
        <w:t>42:26  to wohi to yeh hai. Khuda keh raha hai keh I am just a call away.</w:t>
      </w:r>
      <w:r>
        <w:br/>
      </w:r>
      <w:r>
        <w:rPr>
          <w:sz w:val="20"/>
        </w:rPr>
        <w:t>42:36  mujhe pukaro aur tum mujhe apne paas pao gay.</w:t>
      </w:r>
      <w:r>
        <w:br/>
      </w:r>
      <w:r>
        <w:rPr>
          <w:sz w:val="20"/>
        </w:rPr>
        <w:t>42:44  to yeh kitna bara kal aik sahib se bari baat ho rahi thi. unhein kuch problem paish aa raha tha.</w:t>
      </w:r>
      <w:r>
        <w:br/>
      </w:r>
      <w:r>
        <w:rPr>
          <w:sz w:val="20"/>
        </w:rPr>
        <w:t>42:55  to mein ne kaha keh Khuda ki madad ko yaqeeni banane ke liye nuskhah kya hai? keh agar aap ne andar woh sifat paida kar lein to yaqeen kar lijiye keh Khuda ki madad lazman aye gi aap ko.</w:t>
      </w:r>
      <w:r>
        <w:br/>
      </w:r>
      <w:r>
        <w:rPr>
          <w:sz w:val="20"/>
        </w:rPr>
        <w:t>43:14  woh kya hai woh madad?</w:t>
      </w:r>
      <w:r>
        <w:br/>
      </w:r>
      <w:r>
        <w:rPr>
          <w:sz w:val="20"/>
        </w:rPr>
        <w:t>43:17  Qur'an mein hai keh WAL LAZEENA AMANOO ASHADDU HUBBAL LILLAH jo Allah par iman lanay walay hain woh Allah se shadeed mohabbat karte hain.</w:t>
      </w:r>
      <w:r>
        <w:br/>
      </w:r>
      <w:r>
        <w:rPr>
          <w:sz w:val="20"/>
        </w:rPr>
        <w:t>43:32  mohabbat ka kya cheez hai? hub kya cheez hai? hub hai strong affection. hub ke liye behtareen lafz hai strong affection.</w:t>
      </w:r>
      <w:r>
        <w:br/>
      </w:r>
      <w:r>
        <w:rPr>
          <w:sz w:val="20"/>
        </w:rPr>
        <w:t>43:44  to Khuda se aap ko strong affection ho jaye.</w:t>
      </w:r>
      <w:r>
        <w:br/>
      </w:r>
      <w:r>
        <w:rPr>
          <w:sz w:val="20"/>
        </w:rPr>
        <w:t>43:51  jab strong affection ke sath aap Khuda se kuch mangen to Khuda par lazim ho jata hai keh woh poora kare is ko.</w:t>
      </w:r>
      <w:r>
        <w:br/>
      </w:r>
      <w:r>
        <w:rPr>
          <w:sz w:val="20"/>
        </w:rPr>
        <w:t>44:02  mohabbat karne walay ko koi radd nahi kar sakta. aap apne family mein tajruba kar ke dekh lijiye. jo aadmi aap se mohabbat karta ho, jo bachah aap se mohabbat karta ho, us ke sawal ko aap radd nahi kar paate.</w:t>
      </w:r>
      <w:r>
        <w:br/>
      </w:r>
      <w:r>
        <w:rPr>
          <w:sz w:val="20"/>
        </w:rPr>
        <w:t>44:17  radd nahi kar paate aap. to</w:t>
      </w:r>
      <w:r>
        <w:br/>
      </w:r>
      <w:r>
        <w:rPr>
          <w:sz w:val="20"/>
        </w:rPr>
        <w:t>44:22  aap agar chahte hain keh aap yaqeeni banayein keh Khuda ki madad lazman aap ko aye gi to woh dua kijiye jo dua ke sath hub shamil ho.</w:t>
      </w:r>
      <w:r>
        <w:br/>
      </w:r>
      <w:r>
        <w:rPr>
          <w:sz w:val="20"/>
        </w:rPr>
        <w:t>44:36  jaise mein ne aik qissah bataya tha is se pehlay aap logon ko keh aik bachah tha us ke baap school master thay.</w:t>
      </w:r>
      <w:r>
        <w:br/>
      </w:r>
      <w:r>
        <w:rPr>
          <w:sz w:val="20"/>
        </w:rPr>
        <w:t>44:48  to bachay ko shauq tha bicycle ka. aur baap ki tankhwah kam thi. to bachay ne apne baap se kaha keh mujhe bicycle chahiye.</w:t>
      </w:r>
      <w:r>
        <w:br/>
      </w:r>
      <w:r>
        <w:rPr>
          <w:sz w:val="20"/>
        </w:rPr>
        <w:t>45:00  to baap ne us ko nazar andaaz kar diya. taal diya. to bete ne kai bar kaha.</w:t>
      </w:r>
      <w:r>
        <w:br/>
      </w:r>
      <w:r>
        <w:rPr>
          <w:sz w:val="20"/>
        </w:rPr>
        <w:t>45:12  to aik bar beta jo hai us ne kaha aur baap ne us ko jharak diya mujh se keh mujh se bicycle ke liye mat kehna.</w:t>
      </w:r>
      <w:r>
        <w:br/>
      </w:r>
      <w:r>
        <w:rPr>
          <w:sz w:val="20"/>
        </w:rPr>
        <w:t>45:22  mere paas itna paisa nahi keh mein tum ko bicycle doon. to bete ne jo mohabbat ke sath bolte hain yani woh mohabbat walay andaaz mein beta apne baap se kaha us ne.</w:t>
      </w:r>
      <w:r>
        <w:br/>
      </w:r>
      <w:r>
        <w:rPr>
          <w:sz w:val="20"/>
        </w:rPr>
        <w:t>45:35  aap ne yeh manzar dekha hoga keh aik beta jab mohabbat ke sath apni maan se apne baap se khitab karta hai to kaisa andaaz hota hai us ka. is mohabbat walay andaaz mein bete ne keh diya keh aap hi to hamare baap hain aap se na kahoon to kis se kahoon?</w:t>
      </w:r>
      <w:r>
        <w:br/>
      </w:r>
      <w:r>
        <w:rPr>
          <w:sz w:val="20"/>
        </w:rPr>
        <w:t>45:56  aap hi to hamare baap hain aap se na kahein to kis se kahein? ab beta bhi ro pada aur baap bhi ro pada.</w:t>
      </w:r>
      <w:r>
        <w:br/>
      </w:r>
      <w:r>
        <w:rPr>
          <w:sz w:val="20"/>
        </w:rPr>
        <w:t>46:05  donon rone lage. to baap ne kaha ke theek hai main tum ko kal tak bicycle ka intezaam kar doonga.</w:t>
      </w:r>
      <w:r>
        <w:br/>
      </w:r>
      <w:r>
        <w:rPr>
          <w:sz w:val="20"/>
        </w:rPr>
        <w:t>46:15  aur kal unhon ne bicycle ka intezaam kar diya. to dekhiye dua jo hai jazb-e-mohabbat ka izhaar hai.</w:t>
      </w:r>
      <w:r>
        <w:br/>
      </w:r>
      <w:r>
        <w:rPr>
          <w:sz w:val="20"/>
        </w:rPr>
        <w:t>46:25  yaad rakhiye.</w:t>
      </w:r>
      <w:r>
        <w:br/>
      </w:r>
      <w:r>
        <w:rPr>
          <w:sz w:val="20"/>
        </w:rPr>
        <w:t>46:29  dua kya hai? announcement nahin hai ke aap ne loud speaker par cheekh diya aey logon yeh yeh karo.</w:t>
      </w:r>
      <w:r>
        <w:br/>
      </w:r>
      <w:r>
        <w:rPr>
          <w:sz w:val="20"/>
        </w:rPr>
        <w:t>46:37  dua jazb-e-mohabbat ka izhaar hai. dua ka matlab yeh hai ke aap ko Khuda se strong affection hai. aap ko yaqeen hai ke Khuda hi meri baaton ko jaanta hai.</w:t>
      </w:r>
      <w:r>
        <w:br/>
      </w:r>
      <w:r>
        <w:rPr>
          <w:sz w:val="20"/>
        </w:rPr>
        <w:t>46:49  aap ko yaqeen hai ke mera meri khwahishon ko poora karne wala sirf Khuda hi hai. aap ko yaqeen hai ke yahi to mera sab kuch hai kisi aur se main kyun jaon kehne ke liye?</w:t>
      </w:r>
      <w:r>
        <w:br/>
      </w:r>
      <w:r>
        <w:rPr>
          <w:sz w:val="20"/>
        </w:rPr>
        <w:t>47:03  yaani Khuda hi to mera sab kuch hai to kisi aur se main kehne ke liye kyun jaon? yeh saari jo kaifiyat hain yeh sab jab milti hain aur dhalta hain kuch lafzon mein isi ka naam dua hota hai.</w:t>
      </w:r>
      <w:r>
        <w:br/>
      </w:r>
      <w:r>
        <w:rPr>
          <w:sz w:val="20"/>
        </w:rPr>
        <w:t>47:21  yaani pehle aap ne Khuda ko daryaft kiya. sho'oori marifat haasil ki Khuda ki.</w:t>
      </w:r>
      <w:r>
        <w:br/>
      </w:r>
      <w:r>
        <w:rPr>
          <w:sz w:val="20"/>
        </w:rPr>
        <w:t>47:27  phir Khuda ki jo boundaries hain is ko jaankar ke aap ko Khuda se bohat ziyada affection paida hua. isi mein jee rahe hain aap.</w:t>
      </w:r>
      <w:r>
        <w:br/>
      </w:r>
      <w:r>
        <w:rPr>
          <w:sz w:val="20"/>
        </w:rPr>
        <w:t>47:39  Khuda ki azmat, Khuda ki glory, Khuda ki rehmat, Khuda ki blessing yeh sab aap ke mind mein chhai hui hai. is tarah ki ek zindagi aap guzaar rahe hain.</w:t>
      </w:r>
      <w:r>
        <w:br/>
      </w:r>
      <w:r>
        <w:rPr>
          <w:sz w:val="20"/>
        </w:rPr>
        <w:t>47:50  phir aap ko ek masla pesh aata hai.</w:t>
      </w:r>
      <w:r>
        <w:br/>
      </w:r>
      <w:r>
        <w:rPr>
          <w:sz w:val="20"/>
        </w:rPr>
        <w:t>47:55  aur phir aap isi isi saare jazbaat aur mohabbat ke sath pukaar uthte hain.</w:t>
      </w:r>
      <w:r>
        <w:br/>
      </w:r>
      <w:r>
        <w:rPr>
          <w:sz w:val="20"/>
        </w:rPr>
        <w:t>48:03  to Khuda insani zabaan mein main kahunga ke Khuda is ka tahammul nahin kar sakta ke aap ki madad na kare.</w:t>
      </w:r>
      <w:r>
        <w:br/>
      </w:r>
      <w:r>
        <w:rPr>
          <w:sz w:val="20"/>
        </w:rPr>
        <w:t>48:15  jaise pichhle Sunday class mein main ne ek qissa bataya tha aap ko Jaipur ke ka tajruba ke hamare kuch saathi wahan gaye the bohat saare bundle le kar.</w:t>
      </w:r>
      <w:r>
        <w:br/>
      </w:r>
      <w:r>
        <w:rPr>
          <w:sz w:val="20"/>
        </w:rPr>
        <w:t>48:28  ab ek mauqa par woh woh kitabon ka bundle uth nahin raha tha. to hamare saathi ne ki zabaan se nikla Khudaaya hum tera bojh utha rahe hain to hamara bojh utha le.</w:t>
      </w:r>
      <w:r>
        <w:br/>
      </w:r>
      <w:r>
        <w:rPr>
          <w:sz w:val="20"/>
        </w:rPr>
        <w:t>48:46  Khudaaya hum tera bojh utha rahe hain to hamara bojh utha le.</w:t>
      </w:r>
      <w:r>
        <w:br/>
      </w:r>
      <w:r>
        <w:rPr>
          <w:sz w:val="20"/>
        </w:rPr>
        <w:t>48:50  yeh tha woh jazba jo bhara hua hai Khuda ke liye aap ke andar woh ubal pada kuch lafzon ki shakal mein.</w:t>
      </w:r>
      <w:r>
        <w:br/>
      </w:r>
      <w:r>
        <w:rPr>
          <w:sz w:val="20"/>
        </w:rPr>
        <w:t>49:00  dua dekhiye yaad rakhiye koi rate hue alfaaz koi repeat karne ka naam nahin hai. kuch kitaab hoti hain main Hajj ke liye gaya to wahan dekha hua hai jitne haji hain sab kitaabein liye hue hain is mein duaon ko rat rat rahe hain.</w:t>
      </w:r>
      <w:r>
        <w:br/>
      </w:r>
      <w:r>
        <w:rPr>
          <w:sz w:val="20"/>
        </w:rPr>
        <w:t>49:19  Jihad mein bhi rat rahe hain Makkah mein bhi rat rahe hain. woh samajhte the ke bhai yeh yeh dua likhi ji wahi hai isi ko rat lo munh se bol do to yeh dua hai. That's ridiculous yeh dua nahin hai.</w:t>
      </w:r>
      <w:r>
        <w:br/>
      </w:r>
      <w:r>
        <w:rPr>
          <w:sz w:val="20"/>
        </w:rPr>
        <w:t>49:33  dua to ek shakhsiyat ki pukaar hai. ek shakhsiyat jo pehle bana chuke hain aap. ek personality jo pehle aap bana chuke hain aap.</w:t>
      </w:r>
      <w:r>
        <w:br/>
      </w:r>
      <w:r>
        <w:rPr>
          <w:sz w:val="20"/>
        </w:rPr>
        <w:t>49:44  ke Khuda ko aap ne sho'oori taur par jaana.</w:t>
      </w:r>
      <w:r>
        <w:br/>
      </w:r>
      <w:r>
        <w:rPr>
          <w:sz w:val="20"/>
        </w:rPr>
        <w:t>49:49  aap ki dil gehraiyon mein Khuda utar aaya. aap ke dil o dimaagh mein Khuda tairne laga. us ki rehmaton us ki blessing mein aap sharabor ho kar jeene lage.</w:t>
      </w:r>
      <w:r>
        <w:br/>
      </w:r>
      <w:r>
        <w:rPr>
          <w:sz w:val="20"/>
        </w:rPr>
        <w:t>50:06  jab aap ne paani piya to us waqt aap ek samandar ka shukr aap ke andar aa gaya.</w:t>
      </w:r>
      <w:r>
        <w:br/>
      </w:r>
      <w:r>
        <w:rPr>
          <w:sz w:val="20"/>
        </w:rPr>
        <w:t>50:16  waghera waghera yeh sab ehsasat mein ek shakhsiyat bani. ab phir us ko ek sawal ek masla saamne aaya.</w:t>
      </w:r>
      <w:r>
        <w:br/>
      </w:r>
      <w:r>
        <w:rPr>
          <w:sz w:val="20"/>
        </w:rPr>
        <w:t>50:25  is waqt woh pukar utha</w:t>
      </w:r>
      <w:r>
        <w:br/>
      </w:r>
      <w:r>
        <w:rPr>
          <w:sz w:val="20"/>
        </w:rPr>
        <w:t>50:29  khudaaya tu hi to mera khuda hai mein tere siwa kis se kahoon apni baat ko. is waqt khuda ki rehmat josh mein aati hai.</w:t>
      </w:r>
      <w:r>
        <w:br/>
      </w:r>
      <w:r>
        <w:rPr>
          <w:sz w:val="20"/>
        </w:rPr>
        <w:t>50:40  tu is waqt insani zabaan mein mein kahoon ga ke khuda is ka tahammul nahi kar sakta ke apne bande ki madad na karay.</w:t>
      </w:r>
      <w:r>
        <w:br/>
      </w:r>
      <w:r>
        <w:rPr>
          <w:sz w:val="20"/>
        </w:rPr>
        <w:t>50:51  phir in saari cheezon ke milnay ke baad jo cheez banti hai aakhir mein woh hai dawat. daai ek aisi shakhsiyat ka naam hai jis mein yeh sab cheezain jama ho gayee hoon.</w:t>
      </w:r>
      <w:r>
        <w:br/>
      </w:r>
      <w:r>
        <w:rPr>
          <w:sz w:val="20"/>
        </w:rPr>
        <w:t>51:03  daai ko alag se koi announcement nahi hai jisay record baja diya aap ne to woh dawat ho gayi.</w:t>
      </w:r>
      <w:r>
        <w:br/>
      </w:r>
      <w:r>
        <w:rPr>
          <w:sz w:val="20"/>
        </w:rPr>
        <w:t>51:09  dawat koi announcement nahi hai. dawat is insaan ka aakhri zahoor hai jis ka aaghaz hua daryaft se phir jo pohancha shukr o hamd tak phir woh duaon mein dhalta raha.</w:t>
      </w:r>
      <w:r>
        <w:br/>
      </w:r>
      <w:r>
        <w:rPr>
          <w:sz w:val="20"/>
        </w:rPr>
        <w:t>51:26  phir woh is ne dekha ke insaan itnay saaray hain woh bhatkay hue hain un ki kharkhai ke tehat is ka andar ka jo samandar jazbaat ka samandar tha woh phat pada.</w:t>
      </w:r>
      <w:r>
        <w:br/>
      </w:r>
      <w:r>
        <w:rPr>
          <w:sz w:val="20"/>
        </w:rPr>
        <w:t>51:40  that is dawat koi insaan jo is tarah se bana ho woh afford nahi kar sakta ke woh daai na banay.</w:t>
      </w:r>
      <w:r>
        <w:br/>
      </w:r>
      <w:r>
        <w:rPr>
          <w:sz w:val="20"/>
        </w:rPr>
        <w:t>51:50  woh dawat ka kaam na karay.</w:t>
      </w:r>
      <w:r>
        <w:br/>
      </w:r>
      <w:r>
        <w:rPr>
          <w:sz w:val="20"/>
        </w:rPr>
        <w:t>51:57  yaani dawat jo hai woh woh woh to phat kar nikalti hai.</w:t>
      </w:r>
      <w:r>
        <w:br/>
      </w:r>
      <w:r>
        <w:rPr>
          <w:sz w:val="20"/>
        </w:rPr>
        <w:t>52:03  isi liye mein kaha karta hoon ke aap log khud program banana hai aap ko. aap ne har shakhs ko khud program banana hai. khud sochna hai.</w:t>
      </w:r>
      <w:r>
        <w:br/>
      </w:r>
      <w:r>
        <w:rPr>
          <w:sz w:val="20"/>
        </w:rPr>
        <w:t>52:12  khud planning karna hai. kyun? mein woh woh shakhsiyat matloob hai jis ko kuch batane ki zaroorat na ho. jab woh shakhsiyat aap ke andar ban jaye.</w:t>
      </w:r>
      <w:r>
        <w:br/>
      </w:r>
      <w:r>
        <w:rPr>
          <w:sz w:val="20"/>
        </w:rPr>
        <w:t>52:26  yaqeen wali shakhsiyat. shukr wali shakhsiyat. dua wali shakhsiyat.</w:t>
      </w:r>
      <w:r>
        <w:br/>
      </w:r>
      <w:r>
        <w:rPr>
          <w:sz w:val="20"/>
        </w:rPr>
        <w:t>52:34  allah ko ki is ki tamam glory ke sath jaan lenay ki shakhsiyat. yeh jab ban jaye to is ke baad to bilkul fitrat ka taqaza hai ke aap daai ban kar insaanon ke darmiyan dorne lagain.</w:t>
      </w:r>
      <w:r>
        <w:br/>
      </w:r>
      <w:r>
        <w:rPr>
          <w:sz w:val="20"/>
        </w:rPr>
        <w:t>52:55  to agar aap announcement karnay ko dawat jantay hon to aap ne dawat ko samjha nahi</w:t>
      </w:r>
      <w:r>
        <w:br/>
      </w:r>
      <w:r>
        <w:rPr>
          <w:sz w:val="20"/>
        </w:rPr>
        <w:t>53:01  . agar aap yeh samajhtay hon ke koi koi central ek body hai wahan se direction aa rahi hai is ko le kar ke aap idhar udhar dawat pohancha rahay hon woh bhi dawat nahi hai.</w:t>
      </w:r>
      <w:r>
        <w:br/>
      </w:r>
      <w:r>
        <w:rPr>
          <w:sz w:val="20"/>
        </w:rPr>
        <w:t>53:15  dawat yeh hai ke aap aap mein se har shakhs jo hai is ke andar ek ek moaj uthay. ek toofan bhar ke is ko woh afford na kar sakay ke woh daai ke liye daai ban kar na khara ho logon ke samnay.</w:t>
      </w:r>
      <w:r>
        <w:br/>
      </w:r>
      <w:r>
        <w:rPr>
          <w:sz w:val="20"/>
        </w:rPr>
        <w:t>53:35  to aisa aadmi ko be intazar nahi rahay ga ke koi is ko program day. koi is ko direction day.</w:t>
      </w:r>
      <w:r>
        <w:br/>
      </w:r>
      <w:r>
        <w:rPr>
          <w:sz w:val="20"/>
        </w:rPr>
        <w:t>53:44  woh sochay ga khud sochay ga. khud planning karay ga. khud woh logon mein pohanchay ga. aur saaray sathiyon ko khud ko maani hai nahi ke akeley akeley saaray sathiyon se kahay ga ke chalo chalo yahan hai hamara kaam.</w:t>
      </w:r>
      <w:r>
        <w:br/>
      </w:r>
      <w:r>
        <w:rPr>
          <w:sz w:val="20"/>
        </w:rPr>
        <w:t>54:04  yeh hai imaan yeh hai islam.</w:t>
      </w:r>
      <w:r>
        <w:br/>
      </w:r>
      <w:r>
        <w:rPr>
          <w:sz w:val="20"/>
        </w:rPr>
        <w:t>54:10  imaan aur islam koi koi rituals ka naam nahi hai.</w:t>
      </w:r>
      <w:r>
        <w:br/>
      </w:r>
      <w:r>
        <w:rPr>
          <w:sz w:val="20"/>
        </w:rPr>
        <w:t>54:20  ek kisi scholar ko mein ne parha tha ek baar ke us ne kaha ke religion begins from from an ideology then after some generation it is reduced to a culture to a community culture</w:t>
      </w:r>
      <w:r>
        <w:br/>
      </w:r>
      <w:r>
        <w:rPr>
          <w:sz w:val="20"/>
        </w:rPr>
        <w:t>54:41  to is ka naam islam nahi hai. woh to reduced form hai islam ka.</w:t>
      </w:r>
      <w:r>
        <w:br/>
      </w:r>
      <w:r>
        <w:rPr>
          <w:sz w:val="20"/>
        </w:rPr>
        <w:t>54:51  islam to ek zinda ek ek living force ka naam</w:t>
      </w:r>
      <w:r>
        <w:br/>
      </w:r>
      <w:r>
        <w:rPr>
          <w:sz w:val="20"/>
        </w:rPr>
        <w:t>54:54  hai. ek zinda shakhsiyat hota hai woh aadmi jis ke andar islam utar aaye.</w:t>
      </w:r>
      <w:r>
        <w:br/>
      </w:r>
      <w:r>
        <w:rPr>
          <w:sz w:val="20"/>
        </w:rPr>
        <w:t>55:02  aik discovery hoti hai aik daryaft hoti hai.</w:t>
      </w:r>
      <w:r>
        <w:br/>
      </w:r>
      <w:r>
        <w:rPr>
          <w:sz w:val="20"/>
        </w:rPr>
        <w:t>55:08  jis se aik shakhsiyat banti hai. phir woh shakhsiyat jab ban jaye to us se se shukr ublega dua ublegi.</w:t>
      </w:r>
      <w:r>
        <w:br/>
      </w:r>
      <w:r>
        <w:rPr>
          <w:sz w:val="20"/>
        </w:rPr>
        <w:t>55:18  dawat ublegi.</w:t>
      </w:r>
      <w:r>
        <w:br/>
      </w:r>
      <w:r>
        <w:rPr>
          <w:sz w:val="20"/>
        </w:rPr>
        <w:t>55:22  yeh dua jo hai dua kya hai is ke baray mein bukhari mein aik riwayat aati hai.</w:t>
      </w:r>
      <w:r>
        <w:br/>
      </w:r>
      <w:r>
        <w:rPr>
          <w:sz w:val="20"/>
        </w:rPr>
        <w:t>55:34  to</w:t>
      </w:r>
      <w:r>
        <w:br/>
      </w:r>
      <w:r>
        <w:rPr>
          <w:sz w:val="20"/>
        </w:rPr>
        <w:t>55:37  aam tor par kaha jata hai ke prayer is power logon ko dua is the only solution</w:t>
      </w:r>
      <w:r>
        <w:br/>
      </w:r>
      <w:r>
        <w:rPr>
          <w:sz w:val="20"/>
        </w:rPr>
        <w:t>55:44  to bukhari mein aik riwayat aati hai ke teen aadmi pehle zamanay ke jo ummaten theen yani pichlay zamanay ke muslim to teen aadmi safar kar rahay thay jab aaj kal ki tarah sarkain waghera nahi hoti tab ki baat hai yeh to aik jagah raat ke waqt unhon ne aik khop pehle zamanay mein aap jantay hain ke hotel waghera bhi nahi hua karte thay</w:t>
      </w:r>
      <w:r>
        <w:br/>
      </w:r>
      <w:r>
        <w:rPr>
          <w:sz w:val="20"/>
        </w:rPr>
        <w:t>56:12  to raat guzarne ke liye woh aik pahar ke khop mein thehray to raat ko kya hua ke landslide ho gaya aik pathar khisak aap jantay hain pathar khisakte rehte hain chatanen paharon par chatanen khisakti rehti hain to khisak ke jab neechay girti hain to usay kehte hain landslide</w:t>
      </w:r>
      <w:r>
        <w:br/>
      </w:r>
      <w:r>
        <w:rPr>
          <w:sz w:val="20"/>
        </w:rPr>
        <w:t>56:37  to aik pathar khisak kar aa kar theek us khop ke us ghar ke munh par aa kar aisi aa gaya ab ghar ka munh is tarah band ho gaya ke woh log nikal nahi sakte thay ab paṛta tha bhari tha ke usay hata bhi nahi sakte thay aik dam bilkul band ho gaye woh aaj kal ki tarah un ke paas mobile nahi tha un ki jeeb mein mobile karein kahin bhai dekho mein farzi jagah phans raha hoon phans gaya hoon daurdo</w:t>
      </w:r>
      <w:r>
        <w:br/>
      </w:r>
      <w:r>
        <w:rPr>
          <w:sz w:val="20"/>
        </w:rPr>
        <w:t>57:07  yeh bhi nahi tha is zamanay mein ab to yeh hai ke fefaur aap mobile uthate hain aur usay message dete hain to daur kar aadmi pahunchta hai wahan to behal woh phans gaye is mein to teeno ne socha ke kya karein ab to unhon ne kaha hamare paas ab koi cheez nahi hai siwaye dua ke</w:t>
      </w:r>
      <w:r>
        <w:br/>
      </w:r>
      <w:r>
        <w:rPr>
          <w:sz w:val="20"/>
        </w:rPr>
        <w:t>57:32  to unhon ne kaha ke hamein dua karna hai apne kisi amal ke wastay se apne kisi amal ko refer kar ke teeno ne kaha ke apna apna koi amal talash karo jo sirf Allah ke liye tum ne kiya ho usay kar ke dua karo to teeno ne apne apne amal ko dua kiya</w:t>
      </w:r>
      <w:r>
        <w:br/>
      </w:r>
      <w:r>
        <w:rPr>
          <w:sz w:val="20"/>
        </w:rPr>
        <w:t>57:59  misal ke tor par aik ne dua ki ke aik mere paas aik mazdoor aaya usay mein ne kaam kiya us ne din bhar mera to sham ka jo us ka wages tha woh liye baghair chala gaya woh us ka jo bhi do char rupay aaj jitna bhi raha ho to un ko us paisay se mein ne koi bheer bakri khareed li ab is mein itni barkat hui itni barkat hui ke mere ghar ke samnay jo maidan hai sab bheer bakri se bhar gaya</w:t>
      </w:r>
      <w:r>
        <w:br/>
      </w:r>
      <w:r>
        <w:rPr>
          <w:sz w:val="20"/>
        </w:rPr>
        <w:t>58:28  bohat dinon ke baad phir woh aadmi aaya ke mein tumhare haan kaam kiya tha aur paisa nahi liya tha to us aadmi ne kaha ke yeh sara bheer bakri tumhare wapas aaya hai us ne mazak samjha ke nahi bhai mein to aik din kaam kiya tha aik din ki mazdoori mujhe de do ke isi tumhare mazdoori se mein ne koi bheer bakri khareedi isi ki barkat se itni sari ho gayi</w:t>
      </w:r>
      <w:r>
        <w:br/>
      </w:r>
      <w:r>
        <w:rPr>
          <w:sz w:val="20"/>
        </w:rPr>
        <w:t>58:55  to yeh sara bheer bakri tumhari tumhare paisay se hai ja jaao sab utha le ga usay le kar jo dua kiya tha pathar khisak gaya hum aap ko Allah ko yaqeen ke sath janna hai Allah ka shukr karne wala banna hai dua karne wala banna hai aur dawat mein apne ko jhonk dena hai</w:t>
      </w:r>
      <w:r>
        <w:br/>
      </w:r>
      <w:r>
        <w:rPr>
          <w:sz w:val="20"/>
        </w:rPr>
        <w:t>59:23  aqool qawli hadha wa astaghfirullah li wa lakum ajmaeen.</w:t>
      </w:r>
      <w:r>
        <w:br/>
      </w:r>
      <w:r>
        <w:rPr>
          <w:sz w:val="20"/>
        </w:rPr>
        <w:t>59:40  aik kuch comment internet team se, daily internet team se, to hum woh parhna chahte hain.</w:t>
      </w:r>
      <w:r>
        <w:br/>
      </w:r>
      <w:r>
        <w:rPr>
          <w:sz w:val="20"/>
        </w:rPr>
        <w:t>59:49  Few days back, we received a mail from YouStream, which is the website that we used to live telecast Maulana's Sunday classes, and the same is saved and uploaded for others to watch later.</w:t>
      </w:r>
      <w:r>
        <w:br/>
      </w:r>
      <w:r>
        <w:rPr>
          <w:sz w:val="20"/>
        </w:rPr>
        <w:t>1:00:05  The mail which YouStream had written us said that we have exhausted the space allocated to us and that the videos would be deleted in the next two weeks.</w:t>
      </w:r>
      <w:r>
        <w:br/>
      </w:r>
      <w:r>
        <w:rPr>
          <w:sz w:val="20"/>
        </w:rPr>
        <w:t>1:00:19  We were also trying for a long time to put Maulana's videos on YouTube as it is watched globally and is more popular and convenient for people.</w:t>
      </w:r>
      <w:r>
        <w:br/>
      </w:r>
      <w:r>
        <w:rPr>
          <w:sz w:val="20"/>
        </w:rPr>
        <w:t>1:00:32  So after receiving the mail from YouStream, the internet team got worried and prayed desperately to God for help.</w:t>
      </w:r>
      <w:r>
        <w:br/>
      </w:r>
      <w:r>
        <w:rPr>
          <w:sz w:val="20"/>
        </w:rPr>
        <w:t>1:00:42  Instantly, we thought to call our internet expert, Mr. Atul Mohan, and he guided us how we can download the videos from YouStream and upload the same on YouTube, which has more universal appeal and would also solve our problems of space forever.</w:t>
      </w:r>
      <w:r>
        <w:br/>
      </w:r>
      <w:r>
        <w:rPr>
          <w:sz w:val="20"/>
        </w:rPr>
        <w:t>1:01:03  So now the process is on and the videos are being uploaded on YouTube, and God has really helped us in giving the solution.</w:t>
      </w:r>
      <w:r>
        <w:br/>
      </w:r>
      <w:r>
        <w:rPr>
          <w:sz w:val="20"/>
        </w:rPr>
        <w:t>1:01:13  Like Maulana says, one should have an intention, and the help of God is ever near.</w:t>
      </w:r>
      <w:r>
        <w:br/>
      </w:r>
      <w:r>
        <w:rPr>
          <w:sz w:val="20"/>
        </w:rPr>
        <w:t>1:01:20  This recent example clearly demonstrated to the CPS team that whenever we rise for the cause of God, He will send His angels to help and ease the task at hand.</w:t>
      </w:r>
      <w:r>
        <w:br/>
      </w:r>
      <w:r>
        <w:rPr>
          <w:sz w:val="20"/>
        </w:rPr>
        <w:t>1:01:35  InshaAllah, we will now spread the videos through YouTube more effectively far and wide. naam parhayen.</w:t>
      </w:r>
      <w:r>
        <w:br/>
      </w:r>
      <w:r>
        <w:rPr>
          <w:sz w:val="20"/>
        </w:rPr>
        <w:t>1:01:46  maulana, yeh daily internet team ne bheja hai.</w:t>
      </w:r>
      <w:r>
        <w:br/>
      </w:r>
      <w:r>
        <w:rPr>
          <w:sz w:val="20"/>
        </w:rPr>
        <w:t>1:01:50  isko naam nahi hai. satti ne bheja hai, maulana. dekhen, yeh abhi jo maine kaha ke dua jo hai woh hamare liye</w:t>
      </w:r>
      <w:r>
        <w:br/>
      </w:r>
      <w:r>
        <w:rPr>
          <w:sz w:val="20"/>
        </w:rPr>
        <w:t>1:02:04  yani problem solver hai. iski ek ek foran aap ke samne ek example aa gaya.</w:t>
      </w:r>
      <w:r>
        <w:br/>
      </w:r>
      <w:r>
        <w:rPr>
          <w:sz w:val="20"/>
        </w:rPr>
        <w:t>1:02:19  khuda is pure kainat ko banane wala hai, isko control kar raha hai, isko manage kar raha hai. insani history ko khuda manage kar raha hai.</w:t>
      </w:r>
      <w:r>
        <w:br/>
      </w:r>
      <w:r>
        <w:rPr>
          <w:sz w:val="20"/>
        </w:rPr>
        <w:t>1:02:29  har lamha.</w:t>
      </w:r>
      <w:r>
        <w:br/>
      </w:r>
      <w:r>
        <w:rPr>
          <w:sz w:val="20"/>
        </w:rPr>
        <w:t>1:02:33  to har lamha hum is position mein is se contact karen. ab bhi khuda ki taraf se wahi awaz aayegi ke I am just a call away</w:t>
      </w:r>
      <w:r>
        <w:br/>
      </w:r>
      <w:r>
        <w:rPr>
          <w:sz w:val="20"/>
        </w:rPr>
        <w:t>1:02:49  ke main ek ek. mere aur tumhare darmiyan phir ek dua ki dori hai bas. dua karo, hum us ko phone pao ge.</w:t>
      </w:r>
      <w:r>
        <w:br/>
      </w:r>
      <w:r>
        <w:rPr>
          <w:sz w:val="20"/>
        </w:rPr>
        <w:t>1:03:00  yeh iski ek misal hai.</w:t>
      </w:r>
      <w:r>
        <w:br/>
      </w:r>
      <w:r>
        <w:rPr>
          <w:sz w:val="20"/>
        </w:rPr>
        <w:t>1:03:04  to hamein dawat ka kaam jo hai is yaqeen ke sath karna hai ke koi bhi rukawat inshallah hamare liye fatal nahi banegi.</w:t>
      </w:r>
      <w:r>
        <w:br/>
      </w:r>
      <w:r>
        <w:rPr>
          <w:sz w:val="20"/>
        </w:rPr>
        <w:t>1:03:21  har rukawat jo hai foran Allah taala farishton ke zariye is ko door kar dega.</w:t>
      </w:r>
      <w:r>
        <w:br/>
      </w:r>
      <w:r>
        <w:rPr>
          <w:sz w:val="20"/>
        </w:rPr>
        <w:t>1:03:32  ghazwa e khandaq mein yeh hua tha ke barah hazar ka lashkar bohat hi tayyari ke sath aaya madine ke bahar aur wahan par woh kheme laga diye unhon ne.</w:t>
      </w:r>
      <w:r>
        <w:br/>
      </w:r>
      <w:r>
        <w:rPr>
          <w:sz w:val="20"/>
        </w:rPr>
        <w:t>1:03:48  aur sahaba ne khandaq ko di trench to trench ke idhar sahaba the madine ki wasti mein idhar barah hazar ka lashkar khemon mein pada hua.</w:t>
      </w:r>
      <w:r>
        <w:br/>
      </w:r>
      <w:r>
        <w:rPr>
          <w:sz w:val="20"/>
        </w:rPr>
        <w:t>1:03:59  do haftay tak ghaliban woh rahe woh log. ab is waqt jo sahaba ki position thi un se na to lad sakte the na un ko bhaga sakte the.</w:t>
      </w:r>
      <w:r>
        <w:br/>
      </w:r>
      <w:r>
        <w:rPr>
          <w:sz w:val="20"/>
        </w:rPr>
        <w:t>1:04:13  sirf dua karte the. sab log bas dua karte the. to dua ka miracle kya hua? ek bohat zabardast ka toofan aaya.</w:t>
      </w:r>
      <w:r>
        <w:br/>
      </w:r>
      <w:r>
        <w:rPr>
          <w:sz w:val="20"/>
        </w:rPr>
        <w:t>1:04:23  aadhi aadhi mein un ke kheme ukhar ukhar gaye.</w:t>
      </w:r>
      <w:r>
        <w:br/>
      </w:r>
      <w:r>
        <w:rPr>
          <w:sz w:val="20"/>
        </w:rPr>
        <w:t>1:04:31  un ke oont bakri idhar udhar bhage. ajib afra tafri paida ho gayi. nateeja kya ke woh chhod kar muhasra chhod kar wapas chale gaye.</w:t>
      </w:r>
      <w:r>
        <w:br/>
      </w:r>
      <w:r>
        <w:rPr>
          <w:sz w:val="20"/>
        </w:rPr>
        <w:t>1:04:41  yeh ek tareekhi waqea hai.</w:t>
      </w:r>
      <w:r>
        <w:br/>
      </w:r>
      <w:r>
        <w:rPr>
          <w:sz w:val="20"/>
        </w:rPr>
        <w:t>1:04:48  main khud ek martaba jab main gaon mein rehta tha to raat mein railway train se utra ek bar hariha station par jis se hamara ghar taqreeban teen mil ke fasle par tha.</w:t>
      </w:r>
      <w:r>
        <w:br/>
      </w:r>
      <w:r>
        <w:rPr>
          <w:sz w:val="20"/>
        </w:rPr>
        <w:t>1:05:06  mujhe paidal jana tha. raat ka waqt tha, andhera.</w:t>
      </w:r>
      <w:r>
        <w:br/>
      </w:r>
      <w:r>
        <w:rPr>
          <w:sz w:val="20"/>
        </w:rPr>
        <w:t>1:05:10  main rawana hua to ek jagah khet the, yeh bhutte ke khet. woh door tak wahi the, bare bare hote hain, aap ne dekha hoga.</w:t>
      </w:r>
      <w:r>
        <w:br/>
      </w:r>
      <w:r>
        <w:rPr>
          <w:sz w:val="20"/>
        </w:rPr>
        <w:t>1:05:20  isi mein gum ho gaya main. raat ka andhera, idhar jao to rasta nahi, idhar jao to rasta nahi. main socha kya karoon ab?</w:t>
      </w:r>
      <w:r>
        <w:br/>
      </w:r>
      <w:r>
        <w:rPr>
          <w:sz w:val="20"/>
        </w:rPr>
        <w:t>1:05:31  to maine dua kiya. achaanak ek aadmi torch le kar wahan samne aa gaya.</w:t>
      </w:r>
      <w:r>
        <w:br/>
      </w:r>
      <w:r>
        <w:rPr>
          <w:sz w:val="20"/>
        </w:rPr>
        <w:t>1:05:37  yani is raat ko koi ajib o ghareeb tor par ek aadmi aaya, lambi torch us ke hath mein thi. pehle zamanay mein torch hua karti thi, us pe cell lagte the.</w:t>
      </w:r>
      <w:r>
        <w:br/>
      </w:r>
      <w:r>
        <w:rPr>
          <w:sz w:val="20"/>
        </w:rPr>
        <w:t>1:05:49  to us se maine poocha ke maine kaha ke mujhe falan jagah jana hai. to us ka direction bhool gaya hoon main, kidhar jaoon? to us ne torch dikha dikha kar mujhe wahan tak pohanchaya jahan se rasta jo hai saaf ho jata tha.</w:t>
      </w:r>
      <w:r>
        <w:br/>
      </w:r>
      <w:r>
        <w:rPr>
          <w:sz w:val="20"/>
        </w:rPr>
        <w:t>1:06:05  abhi tak mujhe aankhon ke samne woh manzar bilkul hai. to behal dua hamari sab se bari taqat hai. dawat ka kaam hamein dua ke zariye karna hai.</w:t>
      </w:r>
      <w:r>
        <w:br/>
      </w:r>
      <w:r>
        <w:rPr>
          <w:sz w:val="20"/>
        </w:rPr>
        <w:t>1:06:19  koi mukhalifat kare to uska haq feal hai. kisi mukhalifat ke peeche hamein nahi padna hai. Mukhalifat karta hai woh, woh uska haq feal hai woh</w:t>
      </w:r>
      <w:r>
        <w:br/>
      </w:r>
      <w:r>
        <w:rPr>
          <w:sz w:val="20"/>
        </w:rPr>
        <w:t>1:06:29  . Hamein is ke liye bhi dua karna hai. Na to hamein kisi ke liye yani nafrat karna hai kisi se, na kisi se takrana hai.</w:t>
      </w:r>
      <w:r>
        <w:br/>
      </w:r>
      <w:r>
        <w:rPr>
          <w:sz w:val="20"/>
        </w:rPr>
        <w:t>1:06:40  Bas dua karte hue aage badhte rehna hai. To is ki ek misaal hai ke kis tarah se raaste khulte hain dua ke zariye. To Khuda insani tareekh ko manage kar raha hai.</w:t>
      </w:r>
      <w:r>
        <w:br/>
      </w:r>
      <w:r>
        <w:rPr>
          <w:sz w:val="20"/>
        </w:rPr>
        <w:t>1:06:51  To Allah taala ne manage kiya hua hai, aap dekh lijiye is ke.</w:t>
      </w:r>
    </w:p>
    <w:p>
      <w:pPr>
        <w:pStyle w:val="Heading2"/>
      </w:pPr>
      <w:r>
        <w:t>True Meaning of Kafir and Jihad</w:t>
      </w:r>
    </w:p>
    <w:p>
      <w:r>
        <w:rPr>
          <w:color w:val="666666"/>
          <w:sz w:val="18"/>
        </w:rPr>
        <w:t>Faith &amp; God · Age of Democracy May 25, 2014 · 5m 05s · at 47:01 · https://youtu.be/pyZy1-EhW1Q?t=2821</w:t>
      </w:r>
    </w:p>
    <w:p>
      <w:r>
        <w:rPr>
          <w:i/>
        </w:rPr>
        <w:t>“I have been meaning to ask this question for a long time. There are two words frequently used in Islam that are very distorted and almost abused: kafir and jihad. As I understand it, kafir means a non-believer and was used by the Prophet at a time when there were large numbers of non-believers when he was trying to spread his teachings in Arabia, so what is the true meaning of these words?”</w:t>
      </w:r>
    </w:p>
    <w:p>
      <w:r>
        <w:rPr>
          <w:sz w:val="20"/>
        </w:rPr>
        <w:t>47:01  maulana, yeh sawal pune se kiya hai Mr Waqas Mehra ne. unhon ne likha hai: "maulana, i have been meaning to ask this question for a long time.</w:t>
      </w:r>
      <w:r>
        <w:br/>
      </w:r>
      <w:r>
        <w:rPr>
          <w:sz w:val="20"/>
        </w:rPr>
        <w:t>47:18  there are two words frequently used in Islam that are very distorted and almost abusive, which is kafir and jihad.</w:t>
      </w:r>
      <w:r>
        <w:br/>
      </w:r>
      <w:r>
        <w:rPr>
          <w:sz w:val="20"/>
        </w:rPr>
        <w:t>47:28  as i understand it, kafir means a non believer and was used by the prophet at a time when there were large number of non believers when he was trying to spread his teachings in Arabia.</w:t>
      </w:r>
      <w:r>
        <w:br/>
      </w:r>
      <w:r>
        <w:rPr>
          <w:sz w:val="20"/>
        </w:rPr>
        <w:t>47:44  question is if it was a contextual term, why is it being so fiercely used today in our society, especially when it is likely to hurt sentiments of non muslim people, hindus in particular,</w:t>
      </w:r>
      <w:r>
        <w:br/>
      </w:r>
      <w:r>
        <w:rPr>
          <w:sz w:val="20"/>
        </w:rPr>
        <w:t>48:00  and its wrong use is also giving a wrong interpretation of Islam, which as a religion is all inclusive.</w:t>
      </w:r>
      <w:r>
        <w:br/>
      </w:r>
      <w:r>
        <w:rPr>
          <w:sz w:val="20"/>
        </w:rPr>
        <w:t>48:10  should the word not be kept out of daily usage, or on the other hand, does it actually really mean to show idol worshippers of today, mainly hindus, also in bad light?</w:t>
      </w:r>
      <w:r>
        <w:br/>
      </w:r>
      <w:r>
        <w:rPr>
          <w:sz w:val="20"/>
        </w:rPr>
        <w:t>48:25  i shall appreciate your views. dekhiye, is par mein ne bohat tafseel se likha hai, aap is ko parh sakte hain.</w:t>
      </w:r>
      <w:r>
        <w:br/>
      </w:r>
      <w:r>
        <w:rPr>
          <w:sz w:val="20"/>
        </w:rPr>
        <w:t>48:37  aam taur par musalman yeh samajhte hain ke dunya mein do qaumein hain, ek kafir qaum, ek muslim qaum. yeh bilkul hi be silsila hai, har giz har giz yeh sahi nahin hai.</w:t>
      </w:r>
      <w:r>
        <w:br/>
      </w:r>
      <w:r>
        <w:rPr>
          <w:sz w:val="20"/>
        </w:rPr>
        <w:t>48:55  koi Islam ka ta'alluq qaum se nahin hai,</w:t>
      </w:r>
      <w:r>
        <w:br/>
      </w:r>
      <w:r>
        <w:rPr>
          <w:sz w:val="20"/>
        </w:rPr>
        <w:t>49:04  is tarah kafir ka ta'alluq kisi qaum se nahin hai.</w:t>
      </w:r>
      <w:r>
        <w:br/>
      </w:r>
      <w:r>
        <w:rPr>
          <w:sz w:val="20"/>
        </w:rPr>
        <w:t>49:07  yeh aadmi ka apna ek behaviour hai jis se koi shakhs momin banta hai ya kafir banta hai. yeh individual word hai, individual.</w:t>
      </w:r>
      <w:r>
        <w:br/>
      </w:r>
      <w:r>
        <w:rPr>
          <w:sz w:val="20"/>
        </w:rPr>
        <w:t>49:18  to kafir ke lafzi ma'ane hain inkaar karne wala, Khuda ke baaton ka inkaar karne wala. koi bhi shakhs jo inkaar kare, woh kafir ho jaye ga Allah ki nazar mein.</w:t>
      </w:r>
      <w:r>
        <w:br/>
      </w:r>
      <w:r>
        <w:rPr>
          <w:sz w:val="20"/>
        </w:rPr>
        <w:t>49:29  hamare kisi ko yeh haq nahi ke fatwa de ke mister so and so kaafir hai.</w:t>
      </w:r>
      <w:r>
        <w:br/>
      </w:r>
      <w:r>
        <w:rPr>
          <w:sz w:val="20"/>
        </w:rPr>
        <w:t>49:35  agar koi fatwa de to woh bhi galat kaam hai. kisi ko yeh right nahi hai ke fatwa de ke mister so and so kaafir. yahan tak ke khud musalmanon ke bare mein yeh lafz istemal hua hai hadith mein.</w:t>
      </w:r>
      <w:r>
        <w:br/>
      </w:r>
      <w:r>
        <w:rPr>
          <w:sz w:val="20"/>
        </w:rPr>
        <w:t>49:48  hadith mein istemal hua hai: "la turjau ba'di kuffaraidru ba'dukum riqaba ba'd" ke mere baad tum kaafir na ho jana.</w:t>
      </w:r>
      <w:r>
        <w:br/>
      </w:r>
      <w:r>
        <w:rPr>
          <w:sz w:val="20"/>
        </w:rPr>
        <w:t>50:00  musalmanon ke bare mein Allah taala ne farmaya, woh musalmanon ko rasool Allah salallaho alaihi wasallam ne farmaya: "la turjau ba'di kuffaraidru ba'dukum riqaba ba'd" ke tum rasool Allah ne farmaya ke tum log mere baad kaafir na ho jana</w:t>
      </w:r>
      <w:r>
        <w:br/>
      </w:r>
      <w:r>
        <w:rPr>
          <w:sz w:val="20"/>
        </w:rPr>
        <w:t>50:17  ke aapas mein ek doosre ko qadar karne lago. kya tum musalmanon ko mein bataya ke musalman bhi kaafir ho sakte hain? to kaafir na koi qaum hai, na musalman koi qaum hai.</w:t>
      </w:r>
      <w:r>
        <w:br/>
      </w:r>
      <w:r>
        <w:rPr>
          <w:sz w:val="20"/>
        </w:rPr>
        <w:t>50:31  aadmi ka apna jo jo uski jo apni ideology hai, uska jo life style hai, uska jo behavior hai, uska jo jis bar code ko ikhtiyar karta hai, woh in sab se mil kar koi shakhs muslim banta hai ya kaafir banta hai, woh bhi Allah ki nazar mein, duniya mein nahi.</w:t>
      </w:r>
      <w:r>
        <w:br/>
      </w:r>
      <w:r>
        <w:rPr>
          <w:sz w:val="20"/>
        </w:rPr>
        <w:t>50:55  duniya mein to sab insaan hain,</w:t>
      </w:r>
      <w:r>
        <w:br/>
      </w:r>
      <w:r>
        <w:rPr>
          <w:sz w:val="20"/>
        </w:rPr>
        <w:t>50:58  lekin duniya ke hisab se har insaan insaan hai. bas isi liye yeh jo lafz banaya gaya hai, baat ko banaya gaya hai ke "dar ul har" "dar ul kuffar", usko mein galat samajhta hoon.</w:t>
      </w:r>
      <w:r>
        <w:br/>
      </w:r>
      <w:r>
        <w:rPr>
          <w:sz w:val="20"/>
        </w:rPr>
        <w:t>51:12  "dar ul islam" "dar ul kuffar" ka term ko mein bilkul galat samajhta hoon. yeh baat ko banaya gaya hai. sahi term yeh hai ke "dar ul insaan" poori duniya "dar ul insaan" hai, bas aur kuch nahi.</w:t>
      </w:r>
      <w:r>
        <w:br/>
      </w:r>
      <w:r>
        <w:rPr>
          <w:sz w:val="20"/>
        </w:rPr>
        <w:t>51:27  to</w:t>
      </w:r>
      <w:r>
        <w:br/>
      </w:r>
      <w:r>
        <w:rPr>
          <w:sz w:val="20"/>
        </w:rPr>
        <w:t>51:28  unke zehen mein jo sawal hai, woh musalmanon ko le kar, unhon ne jo khud se jo bana liya hai, usko le kar ke jahan tak Quran o hadith ka taluq hai, aisa hargiz nahi hai.</w:t>
      </w:r>
      <w:r>
        <w:br/>
      </w:r>
      <w:r>
        <w:rPr>
          <w:sz w:val="20"/>
        </w:rPr>
        <w:t>51:39  har insaan bas insaan hai,</w:t>
      </w:r>
      <w:r>
        <w:br/>
      </w:r>
      <w:r>
        <w:rPr>
          <w:sz w:val="20"/>
        </w:rPr>
        <w:t>51:42  aur yeh duniya na to "dar ul islam" hai, na "dar ul kuffar" hai. yeh duniya "dar ul insaan" hai. Quran mein dekhiye, aap bar bar "aya al insan" "aya al insan" "aya al insan" ke khitab ki ayat hai.</w:t>
      </w:r>
      <w:r>
        <w:br/>
      </w:r>
      <w:r>
        <w:rPr>
          <w:sz w:val="20"/>
        </w:rPr>
        <w:t>51:56  to poori duniya mere nazdeek "dar ul insaan" hai, bas iske siwa aur kuch nahi hai. baqi jo kuch hai, woh Allah taala se hai. kya faisla hone wala hai duniya mein?</w:t>
      </w:r>
      <w:r>
        <w:br/>
      </w:r>
      <w:r>
        <w:rPr>
          <w:sz w:val="20"/>
        </w:rPr>
        <w:t>52:04  nahi.</w:t>
      </w:r>
    </w:p>
    <w:p>
      <w:pPr>
        <w:pStyle w:val="Heading2"/>
      </w:pPr>
      <w:r>
        <w:t>Why doesn't man recognize God's love?</w:t>
      </w:r>
    </w:p>
    <w:p>
      <w:r>
        <w:rPr>
          <w:color w:val="666666"/>
          <w:sz w:val="18"/>
        </w:rPr>
        <w:t>Faith &amp; God · The Importance of Shukr 19 Dec, 2010 - Maulana Wahiduddin Khan · 6m 30s · at 1:05:52 · https://youtu.be/F4mVn0DwH34?t=3952</w:t>
      </w:r>
    </w:p>
    <w:p>
      <w:r>
        <w:rPr>
          <w:i/>
        </w:rPr>
        <w:t>“God placed a mother's love in the human chest; man recognized it. God placed His own love in the human heart; why did man not recognize it? Please explain.”</w:t>
      </w:r>
    </w:p>
    <w:p>
      <w:r>
        <w:rPr>
          <w:sz w:val="20"/>
        </w:rPr>
        <w:t>1:05:52  maulana agla sawal doctor muslma siddiqi ka hai dili se wo janna chahti hain ke khuda ne insan ke sine mein maan ki mohabbat rakhi insan use pehchan gaya khuda ne apni mohabbat insan ke dil mein rakhi is ko wo kyun nahin pehchan paya pliz explain</w:t>
      </w:r>
      <w:r>
        <w:br/>
      </w:r>
      <w:r>
        <w:rPr>
          <w:sz w:val="20"/>
        </w:rPr>
        <w:t>1:06:13  ye to anibal leval ki mohabbat hai maan ki mohabbat jo hoti hai wo anibal leval ki mohabbat hai anibal ko bhi apni maan se mohabbat hoti hai is ka na koi sawab hai na azab hai yani maan se koi mohabbat kare to jannat mein nahin chala jayega wo</w:t>
      </w:r>
      <w:r>
        <w:br/>
      </w:r>
      <w:r>
        <w:rPr>
          <w:sz w:val="20"/>
        </w:rPr>
        <w:t>1:06:31  to is par lekin khuda se mohabbat to jannat ka sirf sartefikat hai to wo test ban jati hai wo wo test ban jati hai jo test ban jaye ban gayi to phir to zahir hai ke admi ke liye choais agaya</w:t>
      </w:r>
      <w:r>
        <w:br/>
      </w:r>
      <w:r>
        <w:rPr>
          <w:sz w:val="20"/>
        </w:rPr>
        <w:t>1:06:48  to chunke khuda ki mohabbat ka mamla jannat se juda hua hai is waja se is mamla itna mushkil hai ke admi apni azadi galat istemal kar ke bhatak jata hai shaitan bhagata hai koi shaitan kisi bete ko nahin bhagata ke maan se mohabbat mat karo</w:t>
      </w:r>
      <w:r>
        <w:br/>
      </w:r>
      <w:r>
        <w:rPr>
          <w:sz w:val="20"/>
        </w:rPr>
        <w:t>1:07:05  duniya ke jitne bete hain sab apni maan se mohabbat karte hain mujhe to koi beta nahin mila abhi tak jo apne bete se jo apni maan se mohabbat na karta ho dako ka beta bhi maan se mohabbat karta hai kyun wahan shaitan bhagane ke liye nahin ata</w:t>
      </w:r>
      <w:r>
        <w:br/>
      </w:r>
      <w:r>
        <w:rPr>
          <w:sz w:val="20"/>
        </w:rPr>
        <w:t>1:07:25  shaitan aaj tak kisi bete ko bhagane ke liye nahi aya ek to apni maan se mohabbat mat karo</w:t>
      </w:r>
      <w:r>
        <w:br/>
      </w:r>
      <w:r>
        <w:rPr>
          <w:sz w:val="20"/>
        </w:rPr>
        <w:t>1:07:32  lekin jab khuda ka mamla aata hai to shaitan bhagata hai to wahan par aadmi ko chahiye ke shaitan ke behkawe ko parhe uske waswase ko samjhe shaitan ka behkaawa jo hai wo aata hai</w:t>
      </w:r>
      <w:r>
        <w:br/>
      </w:r>
      <w:r>
        <w:rPr>
          <w:sz w:val="20"/>
        </w:rPr>
        <w:t>1:07:48  is ki shakal mein tazeen ki shakal mein yaani ek galat kaam ko khoobsurat bana kar dikhana galat baat kaam ko khoobsurat bana kar dikhana</w:t>
      </w:r>
      <w:r>
        <w:br/>
      </w:r>
      <w:r>
        <w:rPr>
          <w:sz w:val="20"/>
        </w:rPr>
        <w:t>1:08:02  to wahan par parhna padta hai is ko</w:t>
      </w:r>
      <w:r>
        <w:br/>
      </w:r>
      <w:r>
        <w:rPr>
          <w:sz w:val="20"/>
        </w:rPr>
        <w:t>1:08:08  jaise ek kal mein ne ek article likha hai science ne jo is ki discovery ki to is mein yeh tha ke cheezein jo hain wo cause har har har har event ke peeche ek cause hota hai cause to us ko kehte hain principle of causation</w:t>
      </w:r>
      <w:r>
        <w:br/>
      </w:r>
      <w:r>
        <w:rPr>
          <w:sz w:val="20"/>
        </w:rPr>
        <w:t>1:08:29  us ko le kar mulhidin ne kya keh diya ke yeh to science ne khuda ka inkar kar diya hai kyunke if events are due to natural causes they are not due to super natural causes to wahan mein ne likha hai ke yeh ek yeh ek mughalta tha ek fallacy thi kyunke science jo daryaft kiya tha</w:t>
      </w:r>
      <w:r>
        <w:br/>
      </w:r>
      <w:r>
        <w:rPr>
          <w:sz w:val="20"/>
        </w:rPr>
        <w:t>1:08:51  wo is ka sahi aspect doosra tha ke waqiat jab ho rahe hain har har waqie ke peeche ek cause hota hai to is ka matlab yeh hai ke kainat predictable hai kainat nature predictable</w:t>
      </w:r>
      <w:r>
        <w:br/>
      </w:r>
      <w:r>
        <w:rPr>
          <w:sz w:val="20"/>
        </w:rPr>
        <w:t>1:09:09  hai qabil peshangoee hai tabhi to engineering hai warna engineering khatam ho jayegi predictable na ho agar yeh pata na ho ke pani jo hum heat denge to wo bhap niklegi nahi niklegi steam banegi nahi banegi</w:t>
      </w:r>
      <w:r>
        <w:br/>
      </w:r>
      <w:r>
        <w:rPr>
          <w:sz w:val="20"/>
        </w:rPr>
        <w:t>1:09:26  ya lohe ko hum dalenge bhatti mein to pighlega nahi pighlega to predictable hai poori poora is wajah se engineering hoti hai is se chemistry hoti hai to yeh hai shaitan ne bhukaya jo cheez</w:t>
      </w:r>
      <w:r>
        <w:br/>
      </w:r>
      <w:r>
        <w:rPr>
          <w:sz w:val="20"/>
        </w:rPr>
        <w:t>1:09:43  aadmi ko bata rahi thi ke dekho khuda ne banaya hai predictable taake tumhari engineering ho tumhari chemistry ho us ko baqayeda keh diya ke dekho ab to khuda ki zaroorat hi nahi sab kuch to cause se ho raha hai haalanke woh kaha tha ke koi super cause hona chahiye</w:t>
      </w:r>
      <w:r>
        <w:br/>
      </w:r>
      <w:r>
        <w:rPr>
          <w:sz w:val="20"/>
        </w:rPr>
        <w:t>1:10:00  cause of the cause hona chahiye kuch lekin bhaga diya ab hazaron lakhon karoron log is se bhag gaye</w:t>
      </w:r>
      <w:r>
        <w:br/>
      </w:r>
      <w:r>
        <w:rPr>
          <w:sz w:val="20"/>
        </w:rPr>
        <w:t>1:10:08  to shaitan bhaga kar ke khuda se hatata hai bete ko nahi bhagata bete ko nahi bhagata is liye beta maan se mohabbat karta hai maan khuda ke hamare bhagata hai is liye khuda se mohabbat nahi kar paate khuda sachi mohabbat karne wale to dhoondhiye to</w:t>
      </w:r>
      <w:r>
        <w:br/>
      </w:r>
      <w:r>
        <w:rPr>
          <w:sz w:val="20"/>
        </w:rPr>
        <w:t>1:10:27  shayad hi koi mile kyunke shaitan ne baqa rakha hai</w:t>
      </w:r>
      <w:r>
        <w:br/>
      </w:r>
      <w:r>
        <w:rPr>
          <w:sz w:val="20"/>
        </w:rPr>
        <w:t>1:10:36  the next question is by farida doctor farida khanam from delhi she says why is it that we fail to identify satan as men's enemy and we continue to be dragged by him without any break which we don't lend ears to</w:t>
      </w:r>
      <w:r>
        <w:br/>
      </w:r>
      <w:r>
        <w:rPr>
          <w:sz w:val="20"/>
        </w:rPr>
        <w:t>1:10:53  angelic in</w:t>
      </w:r>
      <w:r>
        <w:br/>
      </w:r>
      <w:r>
        <w:rPr>
          <w:sz w:val="20"/>
        </w:rPr>
        <w:t>1:10:54  aspirations please comment baat yeh hai ke shaitan jahan bhagata hai wahan koi interest hota hai wo interest aadmi ko bhula deta hai</w:t>
      </w:r>
      <w:r>
        <w:br/>
      </w:r>
      <w:r>
        <w:rPr>
          <w:sz w:val="20"/>
        </w:rPr>
        <w:t>1:11:05  misalan shopping karna hai to bahar ja ke naye naye kapde khareedein naya naya saman khareedein to wo jo shauk hota hai us ki wajah se aadmi soch nahi pata shaitan ke behkawe ko mein ne to aaj tak kabhi shopping hi nahi ki</w:t>
      </w:r>
      <w:r>
        <w:br/>
      </w:r>
      <w:r>
        <w:rPr>
          <w:sz w:val="20"/>
        </w:rPr>
        <w:t>1:11:23  to mujhe</w:t>
      </w:r>
    </w:p>
    <w:p>
      <w:pPr>
        <w:pStyle w:val="Heading2"/>
      </w:pPr>
      <w:r>
        <w:t>Why is God Hidden from Our Minds</w:t>
      </w:r>
    </w:p>
    <w:p>
      <w:r>
        <w:rPr>
          <w:color w:val="666666"/>
          <w:sz w:val="18"/>
        </w:rPr>
        <w:t>Faith &amp; God · Religion and Democracy December 25, 2011 · 7m 01s · at 1:01:03 · https://youtu.be/8Mf_yvDA8ik?t=3663</w:t>
      </w:r>
    </w:p>
    <w:p>
      <w:r>
        <w:rPr>
          <w:i/>
        </w:rPr>
        <w:t>“The greatest being in this universe is God, but strangely, that same being is most hidden from our minds and intellect. We know Him the least. Our connection with Him is only at the level of devotion, not discovery. What is the reason for this?”</w:t>
      </w:r>
    </w:p>
    <w:p>
      <w:r>
        <w:rPr>
          <w:sz w:val="20"/>
        </w:rPr>
        <w:t>1:01:03  Maulana, yeh sawal aaya hai Maulana Abdul Basit Omri ka, Doha, Qatar se. unhon ne likha hai ke Maulana, is kainat ki sab se bari hasti Khuda ki hai,</w:t>
      </w:r>
      <w:r>
        <w:br/>
      </w:r>
      <w:r>
        <w:rPr>
          <w:sz w:val="20"/>
        </w:rPr>
        <w:t>1:01:17  lekin ajeeb baat hai ke wahi hasti sab se zyada hamare zehn aur dimagh se ojhal hai. usi hasti ko hum sab se kam jante hain.</w:t>
      </w:r>
      <w:r>
        <w:br/>
      </w:r>
      <w:r>
        <w:rPr>
          <w:sz w:val="20"/>
        </w:rPr>
        <w:t>1:01:27  sirf aqeedat ki had tak hamara is se taluq hai. daryaft ki satah par hum Khuda ko nahi jante. is ki wajah kya hai?</w:t>
      </w:r>
      <w:r>
        <w:br/>
      </w:r>
      <w:r>
        <w:rPr>
          <w:sz w:val="20"/>
        </w:rPr>
        <w:t>1:01:42  dekhein, Quran mein hai ke "ya'lamoona zahiran min ad-dunya"</w:t>
      </w:r>
      <w:r>
        <w:br/>
      </w:r>
      <w:r>
        <w:rPr>
          <w:sz w:val="20"/>
        </w:rPr>
        <w:t>1:01:49  yani dikhai dene wali cheezon ko hi log dekh paate hain aur usi ko sab kuch samajh lete hain.</w:t>
      </w:r>
      <w:r>
        <w:br/>
      </w:r>
      <w:r>
        <w:rPr>
          <w:sz w:val="20"/>
        </w:rPr>
        <w:t>1:01:59  yeh insan ki kamzori hai ke jo cheez dekhne mein aaye, usi ko woh bari cheez samjhe.</w:t>
      </w:r>
      <w:r>
        <w:br/>
      </w:r>
      <w:r>
        <w:rPr>
          <w:sz w:val="20"/>
        </w:rPr>
        <w:t>1:02:09  pehlay zamanay mein log suraj ko, chand ko, sitaron ko poojhte thay isi liye ke woh dikhai de rahi thi. to Allah taala ghayab mein hai,</w:t>
      </w:r>
      <w:r>
        <w:br/>
      </w:r>
      <w:r>
        <w:rPr>
          <w:sz w:val="20"/>
        </w:rPr>
        <w:t>1:02:22  is wajah se log us ko daryaft nahi kar paate. lekin yahi to imtehan hai, yeh jannat ki qeemat hai. jannat ki qeemat yeh hai ke aap na dikhayi dene wale Khuda ko daryaft kar saken.</w:t>
      </w:r>
      <w:r>
        <w:br/>
      </w:r>
      <w:r>
        <w:rPr>
          <w:sz w:val="20"/>
        </w:rPr>
        <w:t>1:02:39  jo Khuda ghayab mein hai, us ko aap daryaft kar saken.</w:t>
      </w:r>
      <w:r>
        <w:br/>
      </w:r>
      <w:r>
        <w:rPr>
          <w:sz w:val="20"/>
        </w:rPr>
        <w:t>1:02:46  yahi jannat ki qeemat hai. to ab jin logon ko maut ke baad ki abdi zindagi mein jannat ka shauq hai, to un ko is ke liye koshish karni hi paregi.</w:t>
      </w:r>
      <w:r>
        <w:br/>
      </w:r>
      <w:r>
        <w:rPr>
          <w:sz w:val="20"/>
        </w:rPr>
        <w:t>1:03:06  apni soch ko, apne ghor o fikr ko, apne mutale'ay ko is tareeqay se karna hoga ke aap Allah ko daryaft kar saken.</w:t>
      </w:r>
      <w:r>
        <w:br/>
      </w:r>
      <w:r>
        <w:rPr>
          <w:sz w:val="20"/>
        </w:rPr>
        <w:t>1:03:20  yani khud Allah ko hum nahi dekh paate, lekin jo creation hai, creation mein to Khuda bilkul har taraf numayan hai.</w:t>
      </w:r>
      <w:r>
        <w:br/>
      </w:r>
      <w:r>
        <w:rPr>
          <w:sz w:val="20"/>
        </w:rPr>
        <w:t>1:03:33  chounkay soch insan sochta nahi, is liye woh bekhabar rehta hai. agar socha to har taraf us ko Khuda ki daryaft hone lagay. to mein sochta hoon ke yeh isi cheez ko hamein apne andar develop karna hai ke Khuda ki takhleeq mein ghor karen.</w:t>
      </w:r>
      <w:r>
        <w:br/>
      </w:r>
      <w:r>
        <w:rPr>
          <w:sz w:val="20"/>
        </w:rPr>
        <w:t>1:03:53  creation mein, creation mein ghor kar ke hum creator tak pounch sakte hain.</w:t>
      </w:r>
      <w:r>
        <w:br/>
      </w:r>
      <w:r>
        <w:rPr>
          <w:sz w:val="20"/>
        </w:rPr>
        <w:t>1:04:01  to yeh ek process hai jo har ek ko apne andar jari karna hai, aur jo bhi sincerely is ko is process ko apne andar jari karega, zaroor inshallah woh manzil tak pounchega.</w:t>
      </w:r>
      <w:r>
        <w:br/>
      </w:r>
      <w:r>
        <w:rPr>
          <w:sz w:val="20"/>
        </w:rPr>
        <w:t>1:04:17  Maulana, yeh sawal aaya hai Miss Naghma Siddiqui ka, Delhi se.</w:t>
      </w:r>
      <w:r>
        <w:br/>
      </w:r>
      <w:r>
        <w:rPr>
          <w:sz w:val="20"/>
        </w:rPr>
        <w:t>1:04:22  unho'n ne likha hai: "in one of ur lectures, u had mentioned the difference between a self actor and a non self actor.</w:t>
      </w:r>
      <w:r>
        <w:br/>
      </w:r>
      <w:r>
        <w:rPr>
          <w:sz w:val="20"/>
        </w:rPr>
        <w:t>1:04:32  can u please elaborate on this?"</w:t>
      </w:r>
      <w:r>
        <w:br/>
      </w:r>
      <w:r>
        <w:rPr>
          <w:sz w:val="20"/>
        </w:rPr>
        <w:t>1:04:45  dekhiye, yeh duniya mein zindagi ke do sooraten hain. ek yeh hai ke aap ne khud kuch daryaft kiya ho, khud apni soch aap ki bani ho,</w:t>
      </w:r>
      <w:r>
        <w:br/>
      </w:r>
      <w:r>
        <w:rPr>
          <w:sz w:val="20"/>
        </w:rPr>
        <w:t>1:05:00  khud aap ki ek shakhsiyat develop hui ho, us ke mutabiq duniya mein rahen aap.</w:t>
      </w:r>
      <w:r>
        <w:br/>
      </w:r>
      <w:r>
        <w:rPr>
          <w:sz w:val="20"/>
        </w:rPr>
        <w:t>1:05:06  aur ek yeh hai ke jo duniya mein jo system hai, qaim system, us se apne ko joR lein aur jo woh chahe, wahi karein aap.</w:t>
      </w:r>
      <w:r>
        <w:br/>
      </w:r>
      <w:r>
        <w:rPr>
          <w:sz w:val="20"/>
        </w:rPr>
        <w:t>1:05:19  is ki khuli hui misaal jo hai, yeh film industry hai. film industry kya hai? film industry mein jo viewers hain, un ke lihaaz se aadmi ko act karna paRta hai.</w:t>
      </w:r>
      <w:r>
        <w:br/>
      </w:r>
      <w:r>
        <w:rPr>
          <w:sz w:val="20"/>
        </w:rPr>
        <w:t>1:05:31  viewers ke lihaaz se, apne lihaaz se nahi, khud apni soch kya hai, apne nazdeek sahi kaha hai, ghalat kaha hai, yeh nahi, balke viewers kya chahte hain dekhna, woh kya chahte hain sunna, us ke mutabiq aadmi act karta hai.</w:t>
      </w:r>
      <w:r>
        <w:br/>
      </w:r>
      <w:r>
        <w:rPr>
          <w:sz w:val="20"/>
        </w:rPr>
        <w:t>1:05:47  aise baRe baRe uhde jo hain, wahan bhi kya hai? baRe baRe uhdon mein aadmi lagta hai shandar mahallon mein, lekin</w:t>
      </w:r>
      <w:r>
        <w:br/>
      </w:r>
      <w:r>
        <w:rPr>
          <w:sz w:val="20"/>
        </w:rPr>
        <w:t>1:05:58  woh bhi kisi yaani apne apne apni bunyaad par nahi jeeta hai, woh doosre ki bunyaad par jeeta hai. misaal ke taur par ek leader voter kya kehte hain?</w:t>
      </w:r>
      <w:r>
        <w:br/>
      </w:r>
      <w:r>
        <w:rPr>
          <w:sz w:val="20"/>
        </w:rPr>
        <w:t>1:06:08  voter kya chahte hain? us ke mutabiq woh chalta hai.</w:t>
      </w:r>
      <w:r>
        <w:br/>
      </w:r>
      <w:r>
        <w:rPr>
          <w:sz w:val="20"/>
        </w:rPr>
        <w:t>1:06:13  to ek bohat mushkil kaam hai, kyunke agar aap non self, isi ko mein kehta hoon non self actor, yaani apne siwa kisi aur ke liye jeena, to non self actor mein aap bazahir bohat achhi zindagi haasil kar lete hain.</w:t>
      </w:r>
      <w:r>
        <w:br/>
      </w:r>
      <w:r>
        <w:rPr>
          <w:sz w:val="20"/>
        </w:rPr>
        <w:t>1:06:32  kyunke jis jis ke liye aap kaam karte hain, woh aap ko baRi baRi cheezein deta hai. lekin jab khud apne upar jeena chahein aap, to aap ko sacrifice karni paRti hai.</w:t>
      </w:r>
      <w:r>
        <w:br/>
      </w:r>
      <w:r>
        <w:rPr>
          <w:sz w:val="20"/>
        </w:rPr>
        <w:t>1:06:44  phir aap ko saada zindagi, kam par qana'at karna, mushkil haalaat mein rehna, yeh sab bardaasht karna paRta hai.</w:t>
      </w:r>
      <w:r>
        <w:br/>
      </w:r>
      <w:r>
        <w:rPr>
          <w:sz w:val="20"/>
        </w:rPr>
        <w:t>1:06:54  lekin jo jo self self actor hain, haqeeqat mein wahi jee rahe hain duniya mein.</w:t>
      </w:r>
      <w:r>
        <w:br/>
      </w:r>
      <w:r>
        <w:rPr>
          <w:sz w:val="20"/>
        </w:rPr>
        <w:t>1:07:03  koi koi koi apne aap mein jeete hain. woh</w:t>
      </w:r>
      <w:r>
        <w:br/>
      </w:r>
      <w:r>
        <w:rPr>
          <w:sz w:val="20"/>
        </w:rPr>
        <w:t>1:07:05  jo non self actor hain, woh jee jo jee rahe hain, woh to woh to moortiyan hain, samjhiye, well dressed moortiyan. to mein bataoon ke aadmi ko chahiye ke woh self actor bane, yaani apne aap mein jeena jeene ki koshish kare,</w:t>
      </w:r>
      <w:r>
        <w:br/>
      </w:r>
      <w:r>
        <w:rPr>
          <w:sz w:val="20"/>
        </w:rPr>
        <w:t>1:07:28  chahe koi bhi price deni paRe us ki. aur non self actor na bane, kyunke woh to apni apne aap kho diya us ne. apne aap ko kho kar ke to kisi doosre ke liye jee raha hai woh.</w:t>
      </w:r>
      <w:r>
        <w:br/>
      </w:r>
      <w:r>
        <w:rPr>
          <w:sz w:val="20"/>
        </w:rPr>
        <w:t>1:07:41  to hum to yahi kahenge aap logon se ke aap log non self actor na banein, balke self actor banein.</w:t>
      </w:r>
      <w:r>
        <w:br/>
      </w:r>
      <w:r>
        <w:rPr>
          <w:sz w:val="20"/>
        </w:rPr>
        <w:t>1:07:54  apni daryaft par jeena seekhein, na ke doosron ke direction pe jeena seekhein.</w:t>
      </w:r>
    </w:p>
    <w:p>
      <w:pPr>
        <w:pStyle w:val="Heading2"/>
      </w:pPr>
      <w:r>
        <w:t>Why not everyone Muslim if Islam is natural</w:t>
      </w:r>
    </w:p>
    <w:p>
      <w:r>
        <w:rPr>
          <w:color w:val="666666"/>
          <w:sz w:val="18"/>
        </w:rPr>
        <w:t>Faith &amp; God · Journey to Civilization November 8, 2009 · 17m 13s · at 1:08:57 · https://youtu.be/vh_AEKFhtxk?t=4137</w:t>
      </w:r>
    </w:p>
    <w:p>
      <w:r>
        <w:rPr>
          <w:i/>
        </w:rPr>
        <w:t>“Islam is deen e fitrat. According to this, every human should be Muslim. But that is not the case. Please explain this in a concise way.”</w:t>
      </w:r>
    </w:p>
    <w:p>
      <w:r>
        <w:rPr>
          <w:sz w:val="20"/>
        </w:rPr>
        <w:t>1:08:57  yeh agla sawal jo hai nafees shairaz ka hai. yeh kehte hain ke islam deen-e-fitrat hai. is hisab se to har insaan ko musalman hona chahiye.</w:t>
      </w:r>
      <w:r>
        <w:br/>
      </w:r>
      <w:r>
        <w:rPr>
          <w:sz w:val="20"/>
        </w:rPr>
        <w:t>1:09:07  lekin aisa to nahi hai. islam deen-e-fitrat hai, kripya is ka sankshept roop mein varnan karen.</w:t>
      </w:r>
      <w:r>
        <w:br/>
      </w:r>
      <w:r>
        <w:rPr>
          <w:sz w:val="20"/>
        </w:rPr>
        <w:t>1:09:17  deen-e-fitrat ke mani mein nahi ke insaan ki azadi abalash kar di gayi hai. woh to deen-e-fitrat hai. lekin insaan ko chuki azadi hai,</w:t>
      </w:r>
      <w:r>
        <w:br/>
      </w:r>
      <w:r>
        <w:rPr>
          <w:sz w:val="20"/>
        </w:rPr>
        <w:t>1:09:30  to apne fitrat ke khilaaf chala jata hai woh. kuch dilchaspi ki bina par, kuch lalach ki bina par, kuch khwahish ki bina par. yeh is ke is se aata hai.</w:t>
      </w:r>
      <w:r>
        <w:br/>
      </w:r>
      <w:r>
        <w:rPr>
          <w:sz w:val="20"/>
        </w:rPr>
        <w:t>1:09:40  jo isi liye jahad-e-nafs ko sab se bara jahad kaha gaya hai. jahad bil nafs ko sab se bara jahad kaha gaya. jahad-e-akbar kaha gaya hai is ko.</w:t>
      </w:r>
      <w:r>
        <w:br/>
      </w:r>
      <w:r>
        <w:rPr>
          <w:sz w:val="20"/>
        </w:rPr>
        <w:t>1:09:50  to yahi to jahad-e-akbar hai. ke jab shaitan ya aur doosre qism ke jo woh hain muharrikat, woh aap ko kheenche kisi aur taraf, to aap is se ladein.</w:t>
      </w:r>
      <w:r>
        <w:br/>
      </w:r>
      <w:r>
        <w:rPr>
          <w:sz w:val="20"/>
        </w:rPr>
        <w:t>1:10:07  apne apne hawas se ladein, apne nafs se ladein, apne dilchaspi se ladein. aur phir khuda ke raste par jame rahein. to fitrat hone ka matlab majboori nahi hai.</w:t>
      </w:r>
      <w:r>
        <w:br/>
      </w:r>
      <w:r>
        <w:rPr>
          <w:sz w:val="20"/>
        </w:rPr>
        <w:t>1:10:19  islam bilashuba fitrat hai. lekin is ka matlab nahi ke sab ko majboori se woh chahta hai ke sab isi par aa jayein. phir to dilchaspi hi nahi rahegi.</w:t>
      </w:r>
      <w:r>
        <w:br/>
      </w:r>
      <w:r>
        <w:rPr>
          <w:sz w:val="20"/>
        </w:rPr>
        <w:t>1:10:29  dilchaspi to khatam ho jayegi phir. to islam bilashuba fitrat ke mani yeh hain ke woh is ki taleemat mabni karti hain qanoon-e-fitrat par.</w:t>
      </w:r>
      <w:r>
        <w:br/>
      </w:r>
      <w:r>
        <w:rPr>
          <w:sz w:val="20"/>
        </w:rPr>
        <w:t>1:10:42  is ke par. is par mabni karti hain. lekin choice to phir bhi aadmi ka apna rahega. choice to aadmi ka apna hi rahega.</w:t>
      </w:r>
      <w:r>
        <w:br/>
      </w:r>
      <w:r>
        <w:rPr>
          <w:sz w:val="20"/>
        </w:rPr>
        <w:t>1:10:53  choice ke mamle mein kabhi bhi koi zor zabardasti nahi ki jayegi. quran majeed mein hai ke la ikraha fid deen ke deen ke mamle mein koi zabardasti nahi hai.</w:t>
      </w:r>
      <w:r>
        <w:br/>
      </w:r>
      <w:r>
        <w:rPr>
          <w:sz w:val="20"/>
        </w:rPr>
        <w:t>1:11:07  yeh hai is ka matlab. in ka agla point yeh hai ke koi bhi tehzeeb apne aap mein buri nahi hoti, lekin phir bhi log maghribi tehzeeb ko bura kyun mante hain?</w:t>
      </w:r>
      <w:r>
        <w:br/>
      </w:r>
      <w:r>
        <w:rPr>
          <w:sz w:val="20"/>
        </w:rPr>
        <w:t>1:11:22  asal mein log jo hain, hum musalman khaas taur par farq karna nahi jante. yani art of differentiation ki khabar musalmanon ko nahi hai.</w:t>
      </w:r>
      <w:r>
        <w:br/>
      </w:r>
      <w:r>
        <w:rPr>
          <w:sz w:val="20"/>
        </w:rPr>
        <w:t>1:11:33  mera tajruba yeh hai ke ek hai civilization, ek hai civilization ka galat istemal. to quran ka bhi galat istemal kiya jata hai. aaj kal jo log khudkushi bombing kar rahe hain, woh bhi quran se nikalte hain.</w:t>
      </w:r>
      <w:r>
        <w:br/>
      </w:r>
      <w:r>
        <w:rPr>
          <w:sz w:val="20"/>
        </w:rPr>
        <w:t>1:11:46  to quran to bura nahi ho jayega. abhi aaj ke paper mein hai ke america mein ek muslim tha army mein, us ne terah aadmiyon ko maar dala.</w:t>
      </w:r>
      <w:r>
        <w:br/>
      </w:r>
      <w:r>
        <w:rPr>
          <w:sz w:val="20"/>
        </w:rPr>
        <w:t>1:11:57  aur allahu akbar, allahu akbar kehte hue maar dala. yeh allahu akbar to nahi hai. is liye ke agar aap america ki army mein hain, to agar aap ko koi farq hain, to aap army mein rehte hue nahi kar sakte aisa.</w:t>
      </w:r>
      <w:r>
        <w:br/>
      </w:r>
      <w:r>
        <w:rPr>
          <w:sz w:val="20"/>
        </w:rPr>
        <w:t>1:12:11  aap ko istifa dena padega. fambidh alayhi wa la sawa yeh bilkul haram hai islam mein ke army ke andar aap hain, aur is ke bawajood aap logon ko lagen maar rahe hain army ke jawano ko.</w:t>
      </w:r>
      <w:r>
        <w:br/>
      </w:r>
      <w:r>
        <w:rPr>
          <w:sz w:val="20"/>
        </w:rPr>
        <w:t>1:12:25  yeh to jaiz hi nahi hai. to agar aap ne army mein bharti kiya hai, army ke jo is ka woh hota hai, woh liya hai aap ne wafadari ka, to wa'ufu billahi dha a'hadu ka case ban gaya hai aap ka.</w:t>
      </w:r>
      <w:r>
        <w:br/>
      </w:r>
      <w:r>
        <w:rPr>
          <w:sz w:val="20"/>
        </w:rPr>
        <w:t>1:12:42  aap ko is ahadname ko poora karna padega. ab agar aap ko farq hain, agar aap samajhte hain ke america jo hai woh galat kaam kar raha hai, to istifa de dijiye, apne watan chale jaiye.</w:t>
      </w:r>
      <w:r>
        <w:br/>
      </w:r>
      <w:r>
        <w:rPr>
          <w:sz w:val="20"/>
        </w:rPr>
        <w:t>1:12:54  apne watan ja kar ke wahan se phir jo karna hai kijiye. america ke andar rehte hue, america ki army mein rehte hue aap aisa nahi kar sakte. to yeh to har jagah aisa hota hai ke log bahas karte hain.</w:t>
      </w:r>
      <w:r>
        <w:br/>
      </w:r>
      <w:r>
        <w:rPr>
          <w:sz w:val="20"/>
        </w:rPr>
        <w:t>1:13:07  qanoon se bahas karte hain, quran se bahas karte hain, apne maqam se bahas karte hain. to yeh phir har jagah paya jata hai.</w:t>
      </w:r>
      <w:r>
        <w:br/>
      </w:r>
      <w:r>
        <w:rPr>
          <w:sz w:val="20"/>
        </w:rPr>
        <w:t>1:13:18  This question is from Mr. Deenul Huda. He is pointing out towards the theory of evolution</w:t>
      </w:r>
      <w:r>
        <w:br/>
      </w:r>
      <w:r>
        <w:rPr>
          <w:sz w:val="20"/>
        </w:rPr>
        <w:t>1:13:26  . He says that a believer is of the opinion that God created Adam directly in the human form, whereas according to the theory of evolution, from early age till now, there have been various evolutions.</w:t>
      </w:r>
      <w:r>
        <w:br/>
      </w:r>
      <w:r>
        <w:rPr>
          <w:sz w:val="20"/>
        </w:rPr>
        <w:t>1:13:43  So, are there any similarities between both of them, or what exactly is the correct perspective?</w:t>
      </w:r>
      <w:r>
        <w:br/>
      </w:r>
      <w:r>
        <w:rPr>
          <w:sz w:val="20"/>
        </w:rPr>
        <w:t>1:13:50  dekhie, main evolution theory ko bilkul galat samajhta hoon. ek hai creation, ek hai evolution. main creation ko manta hoon, evolution ko nahin manta.</w:t>
      </w:r>
      <w:r>
        <w:br/>
      </w:r>
      <w:r>
        <w:rPr>
          <w:sz w:val="20"/>
        </w:rPr>
        <w:t>1:13:59  is par bar bar yahan bol chuka hoon main, aur is par maine likha bhi hai. agar aap kisi ko mazeed janna hai to mere pas aain, office mein bataunga is ko.</w:t>
      </w:r>
      <w:r>
        <w:br/>
      </w:r>
      <w:r>
        <w:rPr>
          <w:sz w:val="20"/>
        </w:rPr>
        <w:t>1:14:10  itna hi keh sakta hoon is waqt ke main evolution theory ko bilkul galat manta hoon. be buniyad manta hoon. main creation ko manta hoon, theory of creation.</w:t>
      </w:r>
      <w:r>
        <w:br/>
      </w:r>
      <w:r>
        <w:rPr>
          <w:sz w:val="20"/>
        </w:rPr>
        <w:t>1:14:21  yani Khuda ne paida kiya sab kuch. ek ek cheez. evolution se kuch bhi nahin hua. baqi aap ko tafseel se janna hai to mera article parh sakte hain, aur agar aap mazeed janna ho to aap mere office mein aain, main bataunga aap ko.</w:t>
      </w:r>
      <w:r>
        <w:br/>
      </w:r>
      <w:r>
        <w:rPr>
          <w:sz w:val="20"/>
        </w:rPr>
        <w:t>1:14:36  This question is from Mr. S. Ahmad. When we talk about the change in lifestyle, then I think to some extent it is possible, but is it possible to leave the planes and trains and go back to the Stone Age</w:t>
      </w:r>
      <w:r>
        <w:br/>
      </w:r>
      <w:r>
        <w:rPr>
          <w:sz w:val="20"/>
        </w:rPr>
        <w:t>1:14:54  ? Isn't it better to bring out some technologies which we can counter the global problems?</w:t>
      </w:r>
      <w:r>
        <w:br/>
      </w:r>
      <w:r>
        <w:rPr>
          <w:sz w:val="20"/>
        </w:rPr>
        <w:t>1:15:04  kehne ke liye to bari achhi baat yeh hai, magar aisi koi technology maujood nahin karti. agar ho to aap mujh ko bataiye ke falan technology hai.</w:t>
      </w:r>
      <w:r>
        <w:br/>
      </w:r>
      <w:r>
        <w:rPr>
          <w:sz w:val="20"/>
        </w:rPr>
        <w:t>1:15:14  maine dekha hai ke aisi koi technology abhi tak insan bana nahin saka hai. to sara mamla lifestyle ka hai yeh. to ya to lifestyle chhodie, ya to conference mat kijiye.</w:t>
      </w:r>
      <w:r>
        <w:br/>
      </w:r>
      <w:r>
        <w:rPr>
          <w:sz w:val="20"/>
        </w:rPr>
        <w:t>1:15:23  yeh to yeh to woh hai, yani double standard hai ke lifestyle chhodne ko aap taiyar bhi nahin hain, aur conference kar rahe hain aap.</w:t>
      </w:r>
      <w:r>
        <w:br/>
      </w:r>
      <w:r>
        <w:rPr>
          <w:sz w:val="20"/>
        </w:rPr>
        <w:t>1:15:33  ek is par climate change par. baqi jahan tak technology ki baat hai to abhi tak insan, abhi tak koi doosri technology daryaft nahin kar saka hai.</w:t>
      </w:r>
      <w:r>
        <w:br/>
      </w:r>
      <w:r>
        <w:rPr>
          <w:sz w:val="20"/>
        </w:rPr>
        <w:t>1:15:46  Maulana this question is from Mr. Furqan. He is asking that for paradise will this world be beautified, or our perception will be chang</w:t>
      </w:r>
      <w:r>
        <w:br/>
      </w:r>
      <w:r>
        <w:rPr>
          <w:sz w:val="20"/>
        </w:rPr>
        <w:t>1:15:57  ed? Like we generally, we will be free from fear, doubt, ego, or any kind of negative aspect?</w:t>
      </w:r>
      <w:r>
        <w:br/>
      </w:r>
      <w:r>
        <w:rPr>
          <w:sz w:val="20"/>
        </w:rPr>
        <w:t>1:16:05  sab se bara jo jo bari cheez jo jannat mein milegi, woh Quran mein hai ke jannat wale kahenge أَذْهَبَ أَنْدَى الْحَزَنَ Khuda ne huzn ko nikaal diya.</w:t>
      </w:r>
      <w:r>
        <w:br/>
      </w:r>
      <w:r>
        <w:rPr>
          <w:sz w:val="20"/>
        </w:rPr>
        <w:t>1:16:22  yeh duniya mein sab kuch hai, sab kuch hai, sab kuch hai. lekin is ke sath huzn bhi hai. huzn ka matlab dard, dard.</w:t>
      </w:r>
      <w:r>
        <w:br/>
      </w:r>
      <w:r>
        <w:rPr>
          <w:sz w:val="20"/>
        </w:rPr>
        <w:t>1:16:32  yeh duniya mein har jagah takleef hi takleef hai. mahal mein bhi takleef hai. main abhi gaya tha Qatar, jo jahan mujhe thehraya tha, woh ek mahal tha bilkul.</w:t>
      </w:r>
      <w:r>
        <w:br/>
      </w:r>
      <w:r>
        <w:rPr>
          <w:sz w:val="20"/>
        </w:rPr>
        <w:t>1:16:42  wahan bhi mujhe takleef thi. kyunke bohat sare awamil chahiye sacha sukh paane ke liye, sacha lazzat, sacha yani khushi paane ke liye.</w:t>
      </w:r>
      <w:r>
        <w:br/>
      </w:r>
      <w:r>
        <w:rPr>
          <w:sz w:val="20"/>
        </w:rPr>
        <w:t>1:16:54  woh mumkin nahin hota is duniya mein. har jagah huzn ghusa hua rehta hai.</w:t>
      </w:r>
      <w:r>
        <w:br/>
      </w:r>
      <w:r>
        <w:rPr>
          <w:sz w:val="20"/>
        </w:rPr>
        <w:t>1:17:02  to jannat wale kahenge ke Allah taala ne hamein jannat mein huzn ko nikaal diya.</w:t>
      </w:r>
      <w:r>
        <w:br/>
      </w:r>
      <w:r>
        <w:rPr>
          <w:sz w:val="20"/>
        </w:rPr>
        <w:t>1:17:10  yani jismani dard nahin, zehni dard nahin, is se azaad kar diya. yahi to jannat ki sab se bari khoobsurti to ho gayi. khane peene ki to yahan bhi hai.</w:t>
      </w:r>
      <w:r>
        <w:br/>
      </w:r>
      <w:r>
        <w:rPr>
          <w:sz w:val="20"/>
        </w:rPr>
        <w:t>1:17:20  lekin har cheez ke sath ek</w:t>
      </w:r>
      <w:r>
        <w:br/>
      </w:r>
      <w:r>
        <w:rPr>
          <w:sz w:val="20"/>
        </w:rPr>
        <w:t>1:17:24  woh laga hua hai, minus point laga hua hai. yahan har cheez ke sath plus point hai, to minus point bhi laga hua hai. aap achha achha khana khayen to aap ko sehat kharab ho jati hai.</w:t>
      </w:r>
      <w:r>
        <w:br/>
      </w:r>
      <w:r>
        <w:rPr>
          <w:sz w:val="20"/>
        </w:rPr>
        <w:t>1:17:37  achha achha khana, aap ke pas paisa hai khane ke liye, to aap kha nahin paate. achha achha khana khayenge to sehat kharab ho jayegi. har cheez mein minus ke plus, har cheez mein plus point ke sath minus point mila hua hai.</w:t>
      </w:r>
      <w:r>
        <w:br/>
      </w:r>
      <w:r>
        <w:rPr>
          <w:sz w:val="20"/>
        </w:rPr>
        <w:t>1:17:52  jannat mein sirf plus hi plus hoga. yeh to isi liye to jannat hogi woh. This question is from Naghma Siddiqui.</w:t>
      </w:r>
      <w:r>
        <w:br/>
      </w:r>
      <w:r>
        <w:rPr>
          <w:sz w:val="20"/>
        </w:rPr>
        <w:t>1:18:01  Maulana, having understood the correct perspective of Islam and that the doomsday may approach any time, do you think what is left now is the entry of God's word into every home?</w:t>
      </w:r>
      <w:r>
        <w:br/>
      </w:r>
      <w:r>
        <w:rPr>
          <w:sz w:val="20"/>
        </w:rPr>
        <w:t>1:18:17  haan. sab se bara kaam yaad rakhiye, is waqt jo hai, woh hai idkhaal e kalma. hadith ke lafz mein is ko lafz aaya hai.</w:t>
      </w:r>
      <w:r>
        <w:br/>
      </w:r>
      <w:r>
        <w:rPr>
          <w:sz w:val="20"/>
        </w:rPr>
        <w:t>1:18:26  adkhal kalma yani word of god ko har insan tak pohnchana. sab se bara kaam. yani hadith mein hai yeh ke aakhri zamanay mein jo sab se bara kaam karein ge, kya jo karna hoga, woh hai adkhal kalma.</w:t>
      </w:r>
      <w:r>
        <w:br/>
      </w:r>
      <w:r>
        <w:rPr>
          <w:sz w:val="20"/>
        </w:rPr>
        <w:t>1:18:43  yani allah ta'ala ke word ko ghar ghar pohnchana. to word of god kya hai? yeh quran hai. aur is zamanay ki jo international zaban ban gayi hai, woh angrezi hai.</w:t>
      </w:r>
      <w:r>
        <w:br/>
      </w:r>
      <w:r>
        <w:rPr>
          <w:sz w:val="20"/>
        </w:rPr>
        <w:t>1:18:58  to hum ne khuda ke fazl se yahi kiya hai ke english mein, samajhne wali zaban mein, aasani se samajh aa sake, jo wazahat is ke andar ho.</w:t>
      </w:r>
      <w:r>
        <w:br/>
      </w:r>
      <w:r>
        <w:rPr>
          <w:sz w:val="20"/>
        </w:rPr>
        <w:t>1:19:08  aur bohat achi printing ke sath quran ka tarjuma tayar kar ke chhaap diya hai. main samajhta hoon ke hum sab ka, hum sab ka, aur jo log sun rahe hain, un sab ka sab se pehli zimmedari yeh hai ke is ko sari duniya mein phailayein.</w:t>
      </w:r>
      <w:r>
        <w:br/>
      </w:r>
      <w:r>
        <w:rPr>
          <w:sz w:val="20"/>
        </w:rPr>
        <w:t>1:19:25  sab se bara kaam yeh hai. har doosra kaam sanvi hai. is ke muqable mein har doosra kaam sanvi hai.</w:t>
      </w:r>
      <w:r>
        <w:br/>
      </w:r>
      <w:r>
        <w:rPr>
          <w:sz w:val="20"/>
        </w:rPr>
        <w:t>1:19:36  ek sahib mere paas aaye, hajj o umrah, unhein pata hai ke. to kai hajj kar chuke hain, kai umrah kar chuke hain. main ne kaha bilkul hajj o umrah mat kijiye, yeh sara paisa aap is par lagaiye, quran ko phailane mein.</w:t>
      </w:r>
      <w:r>
        <w:br/>
      </w:r>
      <w:r>
        <w:rPr>
          <w:sz w:val="20"/>
        </w:rPr>
        <w:t>1:19:48  bhai hajj kar chuke hain, umrah kar chuke hain, to bar bar kya zaroorat hai hajj o umrah karne ki? is paise ko yahan lagaiye. shadiyon ka kharch yahan lagaiye. jo paisa kharch karte hain log bar bar umrah, hajj karne mein, is ko yahan lagayein.</w:t>
      </w:r>
      <w:r>
        <w:br/>
      </w:r>
      <w:r>
        <w:rPr>
          <w:sz w:val="20"/>
        </w:rPr>
        <w:t>1:20:00  shadiyon mein kharch karte hain, yahan lagayein. taqreebat mein jo kharch karte hain, woh yahan lagayein. shopping mein jo kharch karte hain, yahan lagayein. outing mein jo kharch karte hain, woh sab yahan lagayein.</w:t>
      </w:r>
      <w:r>
        <w:br/>
      </w:r>
      <w:r>
        <w:rPr>
          <w:sz w:val="20"/>
        </w:rPr>
        <w:t>1:20:10  yani zaroorat ke siwa yaad rakhiye. zaroorat, yani zaroori, zaroorat se zyada jo bhi aap ke paas paisa hai, woh sab isi mein laga dijiye ke quran ko aap sari duniya mein phailayein.</w:t>
      </w:r>
      <w:r>
        <w:br/>
      </w:r>
      <w:r>
        <w:rPr>
          <w:sz w:val="20"/>
        </w:rPr>
        <w:t>1:20:26  main samajhta hoon ke qayamat ke qareeb aane ka sab se pehla, sab se aham taqaza yahi hai ke aap yeh is kaam ko anjam dein.</w:t>
      </w:r>
      <w:r>
        <w:br/>
      </w:r>
      <w:r>
        <w:rPr>
          <w:sz w:val="20"/>
        </w:rPr>
        <w:t>1:20:37  This question is from Shadab Kamal. yeh kehte hain ke iblis ki dushmani allah se samajh mein aati hai, lekin dajjal se kya dushmani hai?</w:t>
      </w:r>
      <w:r>
        <w:br/>
      </w:r>
      <w:r>
        <w:rPr>
          <w:sz w:val="20"/>
        </w:rPr>
        <w:t>1:20:52  How did Dajjal become enemy of Allah? nahi</w:t>
      </w:r>
      <w:r>
        <w:br/>
      </w:r>
      <w:r>
        <w:rPr>
          <w:sz w:val="20"/>
        </w:rPr>
        <w:t>1:20:57  sir, enemy of Allah mere khayal mein kya is sawal ka matlab hai? is sense mein hai ke woh dajjal ke rastay par chalenge, woh khuda se door ho jayenge.</w:t>
      </w:r>
      <w:r>
        <w:br/>
      </w:r>
      <w:r>
        <w:rPr>
          <w:sz w:val="20"/>
        </w:rPr>
        <w:t>1:21:10  jo log dajjal ke rastay par chalenge, woh khuda se door ho jayenge, yeh matlab hai. yeh kahin to koi likha hua hai nahi ke dajjal khuda ka dushman hoga, yeh to koi hai nahi.</w:t>
      </w:r>
      <w:r>
        <w:br/>
      </w:r>
      <w:r>
        <w:rPr>
          <w:sz w:val="20"/>
        </w:rPr>
        <w:t>1:21:19  yeh unhone jo likha hai, hmm, to aisa to koi likha nahi quran o hadith mein, to koi hai to nahi ke dajjal khuda ka dushman hoga. maulana, shaitan ya iblis ko dajjal aur dono ko ek hi category mein daal ke yeh keh rahe hain?</w:t>
      </w:r>
      <w:r>
        <w:br/>
      </w:r>
      <w:r>
        <w:rPr>
          <w:sz w:val="20"/>
        </w:rPr>
        <w:t>1:21:30  nahi to yeh galat hai. ke yeh kyun khuda ke dushman hain? shaitan alag cheez hai, dajjal alag cheez hai.</w:t>
      </w:r>
      <w:r>
        <w:br/>
      </w:r>
      <w:r>
        <w:rPr>
          <w:sz w:val="20"/>
        </w:rPr>
        <w:t>1:21:39  dushman isi sense mein hai ke khuda ke jis rastay par chalana chahte hain logon ko, yeh us ko bhatkate hain. basic baat yeh hai ke hasad, yani shaitan ko yeh hasad aa gayi ke mujhe jo darja mila tha, woh in allah ko adam ko de diya.</w:t>
      </w:r>
      <w:r>
        <w:br/>
      </w:r>
      <w:r>
        <w:rPr>
          <w:sz w:val="20"/>
        </w:rPr>
        <w:t>1:21:57  to out of hasad yeh kar raha hai shaitan ke woh insan ko dekh nahi chahta. ya aap bhi dekh lijiye, kahin bhi dekh lijiye. hasad jab aa jati hai to aadmi chahta hai ke us ko kaise girave, kaise us ko zaleel kare, kaise us ko nakam kare.</w:t>
      </w:r>
      <w:r>
        <w:br/>
      </w:r>
      <w:r>
        <w:rPr>
          <w:sz w:val="20"/>
        </w:rPr>
        <w:t>1:22:11  to is duniya mein jinat ko mila hua tha charge duniya ka. jinat jo hain, master the is ke. to khuda ne jinat ko hataya, ab insan ko khuda le aaya.</w:t>
      </w:r>
      <w:r>
        <w:br/>
      </w:r>
      <w:r>
        <w:rPr>
          <w:sz w:val="20"/>
        </w:rPr>
        <w:t>1:22:22  to yeh to hota hi hai, aap har taraf dekh sakte hain, charon taraf ke logon ko hasad ka jazba aa jata hai. to out of hasad yeh jinat karta hai, woh shaitan karta hai.</w:t>
      </w:r>
      <w:r>
        <w:br/>
      </w:r>
      <w:r>
        <w:rPr>
          <w:sz w:val="20"/>
        </w:rPr>
        <w:t>1:22:34  aur shaitan ki poori jo qaum hai, woh insan ki isi sense mein dushman hai ke woh samajhti hai ke meri jagah le liya is ne, meri seat is ne le liya, meri barhai is ne chheen li.</w:t>
      </w:r>
      <w:r>
        <w:br/>
      </w:r>
      <w:r>
        <w:rPr>
          <w:sz w:val="20"/>
        </w:rPr>
        <w:t>1:22:46  is liye woh chahta hai ke yeh unhein gumrah kare, un ko bhakave, aur un ko jannat mein na jaane de. This question is from Abdul Rahman.</w:t>
      </w:r>
      <w:r>
        <w:br/>
      </w:r>
      <w:r>
        <w:rPr>
          <w:sz w:val="20"/>
        </w:rPr>
        <w:t>1:22:59  insan ko allah ki ibadat ke liye paida kiya gaya hai, is ka matlab bayan farmayein.</w:t>
      </w:r>
      <w:r>
        <w:br/>
      </w:r>
      <w:r>
        <w:rPr>
          <w:sz w:val="20"/>
        </w:rPr>
        <w:t>1:23:14  wama khalaqtul jinna wal insa illa li ya'budun yeh quran majeed mein aaya hai. ibadat ka matlab hai marifat. marifat, yani marifat ka matlab hota hai daryaft.</w:t>
      </w:r>
      <w:r>
        <w:br/>
      </w:r>
      <w:r>
        <w:rPr>
          <w:sz w:val="20"/>
        </w:rPr>
        <w:t>1:23:26  insan ko paida kiya allah ta'ala ne ke khuda ko daryaft kare, khuda ko jaane, yani haqeeqat ko jaane, aur us par apne rastay ko apne irade se us par qaim kare.</w:t>
      </w:r>
      <w:r>
        <w:br/>
      </w:r>
      <w:r>
        <w:rPr>
          <w:sz w:val="20"/>
        </w:rPr>
        <w:t>1:23:40  yani jo jo marifat hai Allah taala ki, woh woh chila kar nahi bol rahi, balkay awaz buland kar ke nahi koi laga hua hai yahan, hum ko daryaft karna hai.</w:t>
      </w:r>
      <w:r>
        <w:br/>
      </w:r>
      <w:r>
        <w:rPr>
          <w:sz w:val="20"/>
        </w:rPr>
        <w:t>1:23:51  to ibadat ka matlab bataya gaya hai marifat. Aap tafseeron mein dekh sakte hain. To insan ko paida kiya Allah taala ne marifat ke liye, yani is liye ke woh apne khaliq ko pehchane,</w:t>
      </w:r>
      <w:r>
        <w:br/>
      </w:r>
      <w:r>
        <w:rPr>
          <w:sz w:val="20"/>
        </w:rPr>
        <w:t>1:24:05  pehchan kar ke is ko tasleem kare, is ke is ke rehnumai ko pata kare, aur is ke bataye hue rehnumai par chale taake woh Khuda ki barkat is ko mile, yeh matlab hai is ka.</w:t>
      </w:r>
      <w:r>
        <w:br/>
      </w:r>
      <w:r>
        <w:rPr>
          <w:sz w:val="20"/>
        </w:rPr>
        <w:t>1:24:22  This question is from Sadia. Many orientalists denying prophethood to Muhammad attribute his success to human genius.</w:t>
      </w:r>
      <w:r>
        <w:br/>
      </w:r>
      <w:r>
        <w:rPr>
          <w:sz w:val="20"/>
        </w:rPr>
        <w:t>1:24:33  What is the drawback of such an explanation of Muhammad's achievements?</w:t>
      </w:r>
      <w:r>
        <w:br/>
      </w:r>
      <w:r>
        <w:rPr>
          <w:sz w:val="20"/>
        </w:rPr>
        <w:t>1:24:41  genius to bilashuba thay woh, lekin agar woh Khuda ki wahi na aati to sirf genius hona kaam kam nahi aa sakta tha. Khuda ki rehnumai aayi aap ko.</w:t>
      </w:r>
      <w:r>
        <w:br/>
      </w:r>
      <w:r>
        <w:rPr>
          <w:sz w:val="20"/>
        </w:rPr>
        <w:t>1:24:54  yeh to sahi hai, hadith mein, Quran majeed mein hai ke</w:t>
      </w:r>
      <w:r>
        <w:br/>
      </w:r>
      <w:r>
        <w:rPr>
          <w:sz w:val="20"/>
        </w:rPr>
        <w:t>1:24:59  aidi al-absar, yani peghambaron ke bare mein kaha gaya ke woh awwalidi wa awwal al-absar thay yeh. Yani jismani taqat bhi thi aur zehni taqat bhi thi un ke andar.</w:t>
      </w:r>
      <w:r>
        <w:br/>
      </w:r>
      <w:r>
        <w:rPr>
          <w:sz w:val="20"/>
        </w:rPr>
        <w:t>1:25:10  yani dono ati</w:t>
      </w:r>
    </w:p>
    <w:p>
      <w:pPr>
        <w:pStyle w:val="Heading2"/>
      </w:pPr>
      <w:r>
        <w:t>Why protest against others is against God's plan</w:t>
      </w:r>
    </w:p>
    <w:p>
      <w:r>
        <w:rPr>
          <w:color w:val="666666"/>
          <w:sz w:val="18"/>
        </w:rPr>
        <w:t>Faith &amp; God · Q&amp;A 13 Nov 2011 · 5m 26s · at 7:33 · https://youtu.be/oOZ9h37_pL8?t=453</w:t>
      </w:r>
    </w:p>
    <w:p>
      <w:r>
        <w:rPr>
          <w:i/>
        </w:rPr>
        <w:t>“When humans have freedom of action according to God's creative plan, then Muslims around the world protesting about other people's problems is equivalent to protesting against God himself. Why don't people understand this reality?”</w:t>
      </w:r>
    </w:p>
    <w:p>
      <w:r>
        <w:rPr>
          <w:sz w:val="20"/>
        </w:rPr>
        <w:t>7:33  maulana yeh sawal aaya hai Mr Abdul Latif sahib ka Karachi Pakistan se. unhon ne likha hai jab insaan ko Khuda ke takhleeqi naqshay ke mutabiq amal ki azaadi hasil hai to phir dunya bhar ke musalmanon ka doosre logon ke masail par ihtijaj waghera karna khud Allah ke khilaf ihtijaj karne ke barabar hai.</w:t>
      </w:r>
      <w:r>
        <w:br/>
      </w:r>
      <w:r>
        <w:rPr>
          <w:sz w:val="20"/>
        </w:rPr>
        <w:t>7:57  aakhir log is haqeeqat ko kyun nahi samajhte?</w:t>
      </w:r>
      <w:r>
        <w:br/>
      </w:r>
      <w:r>
        <w:rPr>
          <w:sz w:val="20"/>
        </w:rPr>
        <w:t>8:08  asal mein log jo hain woh is mein ziyada usool jo hai hamare leaderon ka hai. subah shaam woh sirf shikayati baatein karte hain.</w:t>
      </w:r>
      <w:r>
        <w:br/>
      </w:r>
      <w:r>
        <w:rPr>
          <w:sz w:val="20"/>
        </w:rPr>
        <w:t>8:22  zulm ki dastaanen sunate hain. to aam log bechare kya</w:t>
      </w:r>
      <w:r>
        <w:br/>
      </w:r>
      <w:r>
        <w:rPr>
          <w:sz w:val="20"/>
        </w:rPr>
        <w:t>8:26  karen? akhbaron mein parhte hain, radio mein sunte hain, TV mein dekhte hain, jalson mein sunte hain to wahi un ka zehn ban jata hai. to sara qusoor awam ka nahin balkeh leaderon ka hai jin ke pas manfi baaton ke siwa kuch aur hai nahin.</w:t>
      </w:r>
      <w:r>
        <w:br/>
      </w:r>
      <w:r>
        <w:rPr>
          <w:sz w:val="20"/>
        </w:rPr>
        <w:t>8:42  jo bhi musalmanon ka akhbar parhiye, magazine parhiye, kitab parhiye, jalse mein jaiye, kisi majlis mein baithiye,</w:t>
      </w:r>
      <w:r>
        <w:br/>
      </w:r>
      <w:r>
        <w:rPr>
          <w:sz w:val="20"/>
        </w:rPr>
        <w:t>8:48  wahan bas manfi baaton ka charcha hoga. conspiracy hai, zulm hai, bas isi tarah ki baaten.</w:t>
      </w:r>
      <w:r>
        <w:br/>
      </w:r>
      <w:r>
        <w:rPr>
          <w:sz w:val="20"/>
        </w:rPr>
        <w:t>8:58  hum ko cage mein dal diya gaya hai, aisi baaten. is ka hal sirf yeh hai ke aap</w:t>
      </w:r>
      <w:r>
        <w:br/>
      </w:r>
      <w:r>
        <w:rPr>
          <w:sz w:val="20"/>
        </w:rPr>
        <w:t>9:06  ko Allah taala ne positive soch di hai to aap positive soch ko phailaiye. is par shukr kijiye ke is jangall mein, yani is manfi soch ke jangall mein aap ko positive soch mili.</w:t>
      </w:r>
      <w:r>
        <w:br/>
      </w:r>
      <w:r>
        <w:rPr>
          <w:sz w:val="20"/>
        </w:rPr>
        <w:t>9:18  to aap apni positive soch ko phailaiye, phailaiye, phailaiye.</w:t>
      </w:r>
      <w:r>
        <w:br/>
      </w:r>
      <w:r>
        <w:rPr>
          <w:sz w:val="20"/>
        </w:rPr>
        <w:t>9:23  yahi sahi tareeqa hai.</w:t>
      </w:r>
      <w:r>
        <w:br/>
      </w:r>
      <w:r>
        <w:rPr>
          <w:sz w:val="20"/>
        </w:rPr>
        <w:t>9:28  Maulana Inayatullah Umri ne Bangalore se likha hai Maulana Islam mein woh taqat hai jis se is duniya mein ideal nizam qaim kar sakte hain.</w:t>
      </w:r>
      <w:r>
        <w:br/>
      </w:r>
      <w:r>
        <w:rPr>
          <w:sz w:val="20"/>
        </w:rPr>
        <w:t>9:40  hum Islam ki khusoosiyat mein is se kam par kaise raazi ho sakte hain? wazahat farmayen. dekhiye yeh nizam wali baat na Quran mein hai na Hadees mein.</w:t>
      </w:r>
      <w:r>
        <w:br/>
      </w:r>
      <w:r>
        <w:rPr>
          <w:sz w:val="20"/>
        </w:rPr>
        <w:t>9:52  yeh to kuch logon ne nikal rakha hai so called Islamist ne. yeh kahan Quran mein</w:t>
      </w:r>
      <w:r>
        <w:br/>
      </w:r>
      <w:r>
        <w:rPr>
          <w:sz w:val="20"/>
        </w:rPr>
        <w:t>9:57  hai? haan Hadees mein hai. sari duniya mein adl ka nizam, sari duniya mein qist ka nizam. yeh to hai hi nahin. yeh to hai hi nahin.</w:t>
      </w:r>
      <w:r>
        <w:br/>
      </w:r>
      <w:r>
        <w:rPr>
          <w:sz w:val="20"/>
        </w:rPr>
        <w:t>10:07  jo baat Quran mein hai woh sirf yeh hai ke logon ko logon ke andar marifat paida karo, logon ke andar</w:t>
      </w:r>
      <w:r>
        <w:br/>
      </w:r>
      <w:r>
        <w:rPr>
          <w:sz w:val="20"/>
        </w:rPr>
        <w:t>10:15  yani Khuda wali soch paida karo. yani afraad ko nishana banaya gaya hai, bataya gaya hai Quran Hadees mein.</w:t>
      </w:r>
      <w:r>
        <w:br/>
      </w:r>
      <w:r>
        <w:rPr>
          <w:sz w:val="20"/>
        </w:rPr>
        <w:t>10:25  sare aalami samaj ko nahin. afraad jitne banenge usi lehaz se samaj banega.</w:t>
      </w:r>
      <w:r>
        <w:br/>
      </w:r>
      <w:r>
        <w:rPr>
          <w:sz w:val="20"/>
        </w:rPr>
        <w:t>10:34  to yeh yeh nizam wali baat jo hai yeh Quran Hadees se nahin li gayi hai. yeh jab communist ka communist philosophy jab phaili to yeh communist ne nikala nizam.</w:t>
      </w:r>
      <w:r>
        <w:br/>
      </w:r>
      <w:r>
        <w:rPr>
          <w:sz w:val="20"/>
        </w:rPr>
        <w:t>10:48  nizam ke baad darasal communist ideology se nikli.</w:t>
      </w:r>
      <w:r>
        <w:br/>
      </w:r>
      <w:r>
        <w:rPr>
          <w:sz w:val="20"/>
        </w:rPr>
        <w:t>10:52  ek zamane mein meri naujawani ke zamane mein har aadmi communist hua karta tha.</w:t>
      </w:r>
      <w:r>
        <w:br/>
      </w:r>
      <w:r>
        <w:rPr>
          <w:sz w:val="20"/>
        </w:rPr>
        <w:t>11:02  har aadmi communist ki baaten karta tha. is zamane mein mere do saathi the Ali Hammad Abbasi aur Khalil ur Rehman Azmi.</w:t>
      </w:r>
      <w:r>
        <w:br/>
      </w:r>
      <w:r>
        <w:rPr>
          <w:sz w:val="20"/>
        </w:rPr>
        <w:t>11:12  to meri soch to mazhabi thi lekin woh mujh se milta tha. woh bhi wahi baaten karte the. woh taraqqi pasand adab ke afraad the woh.</w:t>
      </w:r>
      <w:r>
        <w:br/>
      </w:r>
      <w:r>
        <w:rPr>
          <w:sz w:val="20"/>
        </w:rPr>
        <w:t>11:22  yani progressive group. progressive group kya</w:t>
      </w:r>
      <w:r>
        <w:br/>
      </w:r>
      <w:r>
        <w:rPr>
          <w:sz w:val="20"/>
        </w:rPr>
        <w:t>11:25  tha? woh ijtamai group hota tha. to ek zamane mein yeh ek fashion ban gaya tha ke aisa nizam, waisa nizam.</w:t>
      </w:r>
      <w:r>
        <w:br/>
      </w:r>
      <w:r>
        <w:rPr>
          <w:sz w:val="20"/>
        </w:rPr>
        <w:t>11:35  is fashion ko main samajhta hoon ke yeh yeh yeh masahhat musalmanon ne ki, kuch masahhat yeh</w:t>
      </w:r>
      <w:r>
        <w:br/>
      </w:r>
      <w:r>
        <w:rPr>
          <w:sz w:val="20"/>
        </w:rPr>
        <w:t>11:44  jinhon ne Islam ko nizam ke roop mein pesh kiya unhon ne masahhat kiya. pehle zamane mein masahhat hoti thi to doosre din ki. is zamane mein yeh nizami masahhat hai.</w:t>
      </w:r>
      <w:r>
        <w:br/>
      </w:r>
      <w:r>
        <w:rPr>
          <w:sz w:val="20"/>
        </w:rPr>
        <w:t>11:54  nizam ka tasawwur jo hai sab se pehle communist ideology ne diya, socialist ideology ne diya.</w:t>
      </w:r>
      <w:r>
        <w:br/>
      </w:r>
      <w:r>
        <w:rPr>
          <w:sz w:val="20"/>
        </w:rPr>
        <w:t>12:02  ya democracy mein aaya hai. to democratic nizam, jamhuri nizam, ejtemai nizam, socialist nizam yeh yeh democratic philosophers aur socialist philosophers ne yeh cheezein paida keen.</w:t>
      </w:r>
      <w:r>
        <w:br/>
      </w:r>
      <w:r>
        <w:rPr>
          <w:sz w:val="20"/>
        </w:rPr>
        <w:t>12:19  pehlay aisa nahi tha.</w:t>
      </w:r>
      <w:r>
        <w:br/>
      </w:r>
      <w:r>
        <w:rPr>
          <w:sz w:val="20"/>
        </w:rPr>
        <w:t>12:21  to isi ke mazaharat ke taur par musalmanon mein kuch log paida ho gaye ke islami nizam, islami nizam, islami nizam. baghair is ke ke quran mein ghhor karte hue quran ka naqsha batata hai.</w:t>
      </w:r>
      <w:r>
        <w:br/>
      </w:r>
      <w:r>
        <w:rPr>
          <w:sz w:val="20"/>
        </w:rPr>
        <w:t>12:34  mazaharat ke taur par yeh lak khadi ho gayi hai. to mein samajhta hoon ke yeh sahi nahi hai. is ki correction ki zaroorat hai.</w:t>
      </w:r>
      <w:r>
        <w:br/>
      </w:r>
      <w:r>
        <w:rPr>
          <w:sz w:val="20"/>
        </w:rPr>
        <w:t>12:42  aur mabni par fard hai islam ka nishana na ke mabni par nizam. islam ki jo tehreek hai, islam ki jo dawat hai woh uska nishana aslan fard hota hai na ke nizam.</w:t>
      </w:r>
    </w:p>
    <w:p>
      <w:pPr>
        <w:pStyle w:val="Heading2"/>
      </w:pPr>
      <w:r>
        <w:t>Why were there no women prophets?</w:t>
      </w:r>
    </w:p>
    <w:p>
      <w:r>
        <w:rPr>
          <w:color w:val="666666"/>
          <w:sz w:val="18"/>
        </w:rPr>
        <w:t>Faith &amp; God · The Role of a Woman March 8, 2020 Maulana Wahiduddin Khan · 8m 11s · at 29:39 · https://youtu.be/aBPy_KTsk1A?t=1779</w:t>
      </w:r>
    </w:p>
    <w:p>
      <w:r>
        <w:rPr>
          <w:i/>
        </w:rPr>
        <w:t>“Why were there no women prophets?”</w:t>
      </w:r>
    </w:p>
    <w:p>
      <w:r>
        <w:rPr>
          <w:sz w:val="20"/>
        </w:rPr>
        <w:t>29:39  Mashallah. Maulana, yeh sawal Delhi se Muhammad Bilal sahib ne bheja hai. Unhon ne aapse poocha hai "Why there were no women prophets?</w:t>
      </w:r>
      <w:r>
        <w:br/>
      </w:r>
      <w:r>
        <w:rPr>
          <w:sz w:val="20"/>
        </w:rPr>
        <w:t>29:49  "</w:t>
      </w:r>
      <w:r>
        <w:br/>
      </w:r>
      <w:r>
        <w:rPr>
          <w:sz w:val="20"/>
        </w:rPr>
        <w:t>30:00  Is se ziyada bari baat shayad yeh hai ke hum yeh janen ke Rasool Allah ko jab prophethood mili to pehla role jo tha woh ek aurat ko tha,</w:t>
      </w:r>
      <w:r>
        <w:br/>
      </w:r>
      <w:r>
        <w:rPr>
          <w:sz w:val="20"/>
        </w:rPr>
        <w:t>30:18  woh Khadijah ka. Dekhen, Khadijah ek khatoon theen jo Rasool Allah ki biwi theen. To jab Ghar-e-Hira se jahan aap ko pehli wahi utri thi, use aap aaye</w:t>
      </w:r>
      <w:r>
        <w:br/>
      </w:r>
      <w:r>
        <w:rPr>
          <w:sz w:val="20"/>
        </w:rPr>
        <w:t>30:36  to tareekh batati hai ke aap ko kuch ghabraye hue se thay aur aap aaye Khadijah ke ghar mein.</w:t>
      </w:r>
      <w:r>
        <w:br/>
      </w:r>
      <w:r>
        <w:rPr>
          <w:sz w:val="20"/>
        </w:rPr>
        <w:t>30:48  Khadijah ke ghar mein rehte thay aap. Zambilooni Zambilooni</w:t>
      </w:r>
      <w:r>
        <w:br/>
      </w:r>
      <w:r>
        <w:rPr>
          <w:sz w:val="20"/>
        </w:rPr>
        <w:t>30:54  mujhe chadar orhao, chadar orhao. To dekhen, Hazrat Rasool Allah ko to ek ghabrahat taari ho gayi aur aap ne kaha ke orh kar let jaon.</w:t>
      </w:r>
      <w:r>
        <w:br/>
      </w:r>
      <w:r>
        <w:rPr>
          <w:sz w:val="20"/>
        </w:rPr>
        <w:t>31:10  Us waqt Khadijah ne kya kiya?</w:t>
      </w:r>
      <w:r>
        <w:br/>
      </w:r>
      <w:r>
        <w:rPr>
          <w:sz w:val="20"/>
        </w:rPr>
        <w:t>31:16  Khadijah ne yeh kiya ke Rasool Allah se kaha ke</w:t>
      </w:r>
      <w:r>
        <w:br/>
      </w:r>
      <w:r>
        <w:rPr>
          <w:sz w:val="20"/>
        </w:rPr>
        <w:t>31:22  chaliye chalte hain Warqa ke paas. Bajaye litane ke, unhon ne un ko kaha ke hum chalte hain Warqa bin Naufal ke paas.</w:t>
      </w:r>
      <w:r>
        <w:br/>
      </w:r>
      <w:r>
        <w:rPr>
          <w:sz w:val="20"/>
        </w:rPr>
        <w:t>31:35  Woh Christian ho gaye thay us daur mein, woh Christian thay aur kafi senior thay Arab society mein.</w:t>
      </w:r>
      <w:r>
        <w:br/>
      </w:r>
      <w:r>
        <w:rPr>
          <w:sz w:val="20"/>
        </w:rPr>
        <w:t>31:49  To chunancha woh le gayeen,</w:t>
      </w:r>
      <w:r>
        <w:br/>
      </w:r>
      <w:r>
        <w:rPr>
          <w:sz w:val="20"/>
        </w:rPr>
        <w:t>31:53  Khadijah le gayeen Rasool Allah ko Warqa bin Naufal ke ghar.</w:t>
      </w:r>
      <w:r>
        <w:br/>
      </w:r>
      <w:r>
        <w:rPr>
          <w:sz w:val="20"/>
        </w:rPr>
        <w:t>32:01  Bajaye litane ke, orhaye orha kar ke unhon ne yeh kiya. To Islam mein mein bas bataon ke pehla role jo hai Khadijah ka hai.</w:t>
      </w:r>
      <w:r>
        <w:br/>
      </w:r>
      <w:r>
        <w:rPr>
          <w:sz w:val="20"/>
        </w:rPr>
        <w:t>32:16  Jab wahan gayeen woh</w:t>
      </w:r>
      <w:r>
        <w:br/>
      </w:r>
      <w:r>
        <w:rPr>
          <w:sz w:val="20"/>
        </w:rPr>
        <w:t>32:18  to unhon ne poocha Rasool Allah ke baray mein ke yeh</w:t>
      </w:r>
      <w:r>
        <w:br/>
      </w:r>
      <w:r>
        <w:rPr>
          <w:sz w:val="20"/>
        </w:rPr>
        <w:t>32:28  aap ke paas aayen hain, in ko le kar mein aayi hoon aap ke paas. In par ek ek tajurba guzra hai Ghar-e-Hira mein.</w:t>
      </w:r>
      <w:r>
        <w:br/>
      </w:r>
      <w:r>
        <w:rPr>
          <w:sz w:val="20"/>
        </w:rPr>
        <w:t>32:39  Yeh Ghar-e-Hira mein thay, wahan par in par ek experience guzra.</w:t>
      </w:r>
      <w:r>
        <w:br/>
      </w:r>
      <w:r>
        <w:rPr>
          <w:sz w:val="20"/>
        </w:rPr>
        <w:t>32:46  Aur phir woh bataya unhon ne ke Jibrael aaye, un ka ek khayal. Phir jo aap sab logon ko maloom hai ke jo hua to Warqa ne Rasool Allah se poocha</w:t>
      </w:r>
      <w:r>
        <w:br/>
      </w:r>
      <w:r>
        <w:rPr>
          <w:sz w:val="20"/>
        </w:rPr>
        <w:t>33:03  is ki detail to aap ne detail batayi. To Warqa ne jo bohat senior aadmi thay Arab society ke, unhon ne kaha ke</w:t>
      </w:r>
      <w:r>
        <w:br/>
      </w:r>
      <w:r>
        <w:rPr>
          <w:sz w:val="20"/>
        </w:rPr>
        <w:t>33:20  Ae Muhammad, yeh jo tune dekha woh mere nazdeek wahi naam, wahi Namoos tha, wahi Namoos-e-Akbar ka tha.</w:t>
      </w:r>
      <w:r>
        <w:br/>
      </w:r>
      <w:r>
        <w:rPr>
          <w:sz w:val="20"/>
        </w:rPr>
        <w:t>33:32  Ji, Namoos-e-Akbar, wahi Namoos-e-Akbar tha jo aaya tha Musa</w:t>
      </w:r>
      <w:r>
        <w:br/>
      </w:r>
      <w:r>
        <w:rPr>
          <w:sz w:val="20"/>
        </w:rPr>
        <w:t>33:37  aur Isa par, yani Jibrael. To is lihaaz se dekha jaye to Muhammad Sallallahu Alaihi Wasallam ki pehli momina,</w:t>
      </w:r>
      <w:r>
        <w:br/>
      </w:r>
      <w:r>
        <w:rPr>
          <w:sz w:val="20"/>
        </w:rPr>
        <w:t>33:51  pehlay momin warqa hain, pehlay momin. to is ki baat tasweer aap seerat ki kitabon mein parh sakte hain.</w:t>
      </w:r>
      <w:r>
        <w:br/>
      </w:r>
      <w:r>
        <w:rPr>
          <w:sz w:val="20"/>
        </w:rPr>
        <w:t>34:04  to yeh kitna bara role hai khatoon ka rasool Allah ki</w:t>
      </w:r>
      <w:r>
        <w:br/>
      </w:r>
      <w:r>
        <w:rPr>
          <w:sz w:val="20"/>
        </w:rPr>
        <w:t>34:08  zindagi mein. phir dekhen, Aisha jo aap ki alia theen, woh tamam ulama ke ittefaq se number one khatoon mani jati hain Islam mein.</w:t>
      </w:r>
      <w:r>
        <w:br/>
      </w:r>
      <w:r>
        <w:rPr>
          <w:sz w:val="20"/>
        </w:rPr>
        <w:t>34:27  yani jo masail un ke, is ke zariye ummat ko mile hain, woh bohat qeemti hain, bohat qeemti hain.</w:t>
      </w:r>
      <w:r>
        <w:br/>
      </w:r>
      <w:r>
        <w:rPr>
          <w:sz w:val="20"/>
        </w:rPr>
        <w:t>34:38  isi liye aik mustaqil kitaab mein likhi gayi hain Aisha ke oopar,</w:t>
      </w:r>
      <w:r>
        <w:br/>
      </w:r>
      <w:r>
        <w:rPr>
          <w:sz w:val="20"/>
        </w:rPr>
        <w:t>34:46  aap is ko parh sakte hain.</w:t>
      </w:r>
      <w:r>
        <w:br/>
      </w:r>
      <w:r>
        <w:rPr>
          <w:sz w:val="20"/>
        </w:rPr>
        <w:t>34:51  Maulana, kuch comments parhna chahenge. yeh comment bheja hai Miss Kausar Izhar ne New Jersey se.</w:t>
      </w:r>
      <w:r>
        <w:br/>
      </w:r>
      <w:r>
        <w:rPr>
          <w:sz w:val="20"/>
        </w:rPr>
        <w:t>34:59  unhon ne likha hai: "Maulana, Maulana sahib, what a wonderful gift for Women's Day!</w:t>
      </w:r>
      <w:r>
        <w:br/>
      </w:r>
      <w:r>
        <w:rPr>
          <w:sz w:val="20"/>
        </w:rPr>
        <w:t>35:07  Thank you! You gave an example of Hazrat Hajirah as the greatest woman in history. She was a pioneer and led the humanity from shirk to God worship.</w:t>
      </w:r>
      <w:r>
        <w:br/>
      </w:r>
      <w:r>
        <w:rPr>
          <w:sz w:val="20"/>
        </w:rPr>
        <w:t>35:20  The present-day women can learn from her. She can lead the present-day humanity from material worship and spiritually starved mindset to spiritually contented personality and true worship of God.</w:t>
      </w:r>
      <w:r>
        <w:br/>
      </w:r>
      <w:r>
        <w:rPr>
          <w:sz w:val="20"/>
        </w:rPr>
        <w:t>35:35  I will be in company of intellectual women in New Jersey today and will convey my message to all of them. Thank you</w:t>
      </w:r>
      <w:r>
        <w:br/>
      </w:r>
      <w:r>
        <w:rPr>
          <w:sz w:val="20"/>
        </w:rPr>
        <w:t>35:43  ! Azhar Mubarak sahib ne Bhagalpur se likha hai: "Maulana, your book 'Aurat Memar Insaniyat' is a paradigm shift for my conception regarding understanding of the women.</w:t>
      </w:r>
      <w:r>
        <w:br/>
      </w:r>
      <w:r>
        <w:rPr>
          <w:sz w:val="20"/>
        </w:rPr>
        <w:t>35:56  It completely changed my vision."</w:t>
      </w:r>
      <w:r>
        <w:br/>
      </w:r>
      <w:r>
        <w:rPr>
          <w:sz w:val="20"/>
        </w:rPr>
        <w:t>36:00  Sajid Anwar sahib ne Mumbai se likha hai: "Maulana, in my knowledge, CPS is the only mission who has... in my knowledge, CPS is the only mission which has rediscovered the true role of women.</w:t>
      </w:r>
      <w:r>
        <w:br/>
      </w:r>
      <w:r>
        <w:rPr>
          <w:sz w:val="20"/>
        </w:rPr>
        <w:t>36:14  Due to this, now women are at the forefront of the mission everywhere and converting their potential into actual. This is nothing less than a historical step in the existing Muslim society.</w:t>
      </w:r>
      <w:r>
        <w:br/>
      </w:r>
      <w:r>
        <w:rPr>
          <w:sz w:val="20"/>
        </w:rPr>
        <w:t>36:28  May Allah reward you immensely." Maulana Abdus Salam Umri ne Hyderabad se likha hai: "Aurat ka asal role dawati role hai.</w:t>
      </w:r>
      <w:r>
        <w:br/>
      </w:r>
      <w:r>
        <w:rPr>
          <w:sz w:val="20"/>
        </w:rPr>
        <w:t>36:38  is ko aap hi pehle woh shakhs hain jinhon ne aurat ke dawati role ko wazeh kiya hai.</w:t>
      </w:r>
      <w:r>
        <w:br/>
      </w:r>
      <w:r>
        <w:rPr>
          <w:sz w:val="20"/>
        </w:rPr>
        <w:t>36:44  Jazak Allah Maulana."</w:t>
      </w:r>
      <w:r>
        <w:br/>
      </w:r>
      <w:r>
        <w:rPr>
          <w:sz w:val="20"/>
        </w:rPr>
        <w:t>36:49  Okay, we will end this session</w:t>
      </w:r>
      <w:r>
        <w:br/>
      </w:r>
      <w:r>
        <w:rPr>
          <w:sz w:val="20"/>
        </w:rPr>
        <w:t>36:51  now. Thank you.</w:t>
      </w:r>
    </w:p>
    <w:p>
      <w:pPr>
        <w:pStyle w:val="Heading2"/>
      </w:pPr>
      <w:r>
        <w:t>Will All Muslims Enter Paradise?</w:t>
      </w:r>
    </w:p>
    <w:p>
      <w:r>
        <w:rPr>
          <w:color w:val="666666"/>
          <w:sz w:val="18"/>
        </w:rPr>
        <w:t>Faith &amp; God · Living in Falsehood December 15, 2013 · 5m 18s · at 44:41 · https://youtu.be/UvboK59uF6s?t=2681</w:t>
      </w:r>
    </w:p>
    <w:p>
      <w:r>
        <w:rPr>
          <w:i/>
        </w:rPr>
        <w:t>“I have heard that all Muslims will enter Paradise irrespective of their deeds, and if bad, they will be punished then eventually enter Paradise. Is this correct?”</w:t>
      </w:r>
    </w:p>
    <w:p>
      <w:r>
        <w:rPr>
          <w:sz w:val="20"/>
        </w:rPr>
        <w:t>44:41  maulana, agla sawal calcutta se hai doctor roshan kumar jha ka</w:t>
      </w:r>
      <w:r>
        <w:br/>
      </w:r>
      <w:r>
        <w:rPr>
          <w:sz w:val="20"/>
        </w:rPr>
        <w:t>44:47  . unhon ne likha hai: "maulana sahib, I have heard from so many Muslims saying that all the Muslims will enter into paradise irrespective of their deeds in this world.</w:t>
      </w:r>
      <w:r>
        <w:br/>
      </w:r>
      <w:r>
        <w:rPr>
          <w:sz w:val="20"/>
        </w:rPr>
        <w:t>45:02  If any Muslim is bad, he will first be put into Hell and after punishment, in the end, all the Muslims will be given Paradise.</w:t>
      </w:r>
      <w:r>
        <w:br/>
      </w:r>
      <w:r>
        <w:rPr>
          <w:sz w:val="20"/>
        </w:rPr>
        <w:t>45:15  They say that at the time of death of Prophet Muhammad, Allah said keh aap ki ummat ke sath acha sulook karunga.</w:t>
      </w:r>
      <w:r>
        <w:br/>
      </w:r>
      <w:r>
        <w:rPr>
          <w:sz w:val="20"/>
        </w:rPr>
        <w:t>45:24  They also say that non-Muslims will never enter into Paradise. Maulana sahib, what is your comment on this? Dekhein, isi ko maine kaha hai ke living in falsehood yeh sab false food mein jeena hai,</w:t>
      </w:r>
      <w:r>
        <w:br/>
      </w:r>
      <w:r>
        <w:rPr>
          <w:sz w:val="20"/>
        </w:rPr>
        <w:t>45:40  bilkul hi is ki koi sarpar nahi hai in baaton ka.</w:t>
      </w:r>
      <w:r>
        <w:br/>
      </w:r>
      <w:r>
        <w:rPr>
          <w:sz w:val="20"/>
        </w:rPr>
        <w:t>45:44  Quran mein dekhein, yeh hai ke lays bi amani kum wa la amani ahl al-kitab man ya'mal so yujza bi yani amani ka matlab hota hai wishful thinking,</w:t>
      </w:r>
      <w:r>
        <w:br/>
      </w:r>
      <w:r>
        <w:rPr>
          <w:sz w:val="20"/>
        </w:rPr>
        <w:t>46:02  yani tumhari wishful thinking par kuch nahi hoga, na doosre jo ummaten hain, un ki wishful thinking se kuch hoga. Jo jaisa karega, waisa payega.</w:t>
      </w:r>
      <w:r>
        <w:br/>
      </w:r>
      <w:r>
        <w:rPr>
          <w:sz w:val="20"/>
        </w:rPr>
        <w:t>46:14  Lays lil insani illa ma sa to Musalmanon ka isi ko to main kehta hoon ke Musalman false food mein jeete hain, khud hi bana rakha hai sab ek poora false food ka ek ek ek jhaad jhankad.</w:t>
      </w:r>
      <w:r>
        <w:br/>
      </w:r>
      <w:r>
        <w:rPr>
          <w:sz w:val="20"/>
        </w:rPr>
        <w:t>46:28  Aur jab tak Musalmanon ko is false food se bahar na laya jaye, tab tak un ka kuch bhi, yani kuch bhi nahi hone wala hai, kuch bhi nahi hone wala.</w:t>
      </w:r>
      <w:r>
        <w:br/>
      </w:r>
      <w:r>
        <w:rPr>
          <w:sz w:val="20"/>
        </w:rPr>
        <w:t>46:39  Aisi negativity mein jiyenge, negativity mein marenge.</w:t>
      </w:r>
      <w:r>
        <w:br/>
      </w:r>
      <w:r>
        <w:rPr>
          <w:sz w:val="20"/>
        </w:rPr>
        <w:t>46:46  Maulana next question is from Sweden by Mr. Mathias. He has written: "What role does rational thinking have for using methods of non-violence?" It's a very important question.</w:t>
      </w:r>
      <w:r>
        <w:br/>
      </w:r>
      <w:r>
        <w:rPr>
          <w:sz w:val="20"/>
        </w:rPr>
        <w:t>47:05  I think that non-violence or peace is basic to all kinds of thinking.</w:t>
      </w:r>
      <w:r>
        <w:br/>
      </w:r>
      <w:r>
        <w:rPr>
          <w:sz w:val="20"/>
        </w:rPr>
        <w:t>47:16  Without a peaceful mind, without non-violent thinking, you cannot understand anything. Because peaceful thinking makes you sincere, well-wisher to all, makes you objective.</w:t>
      </w:r>
      <w:r>
        <w:br/>
      </w:r>
      <w:r>
        <w:rPr>
          <w:sz w:val="20"/>
        </w:rPr>
        <w:t>47:37  And when you are objective and scientific mind, then you can understand things in theright way.</w:t>
      </w:r>
      <w:r>
        <w:br/>
      </w:r>
      <w:r>
        <w:rPr>
          <w:sz w:val="20"/>
        </w:rPr>
        <w:t>47:47  So I am a great advocate of peaceful thinking or non-violent thinking.</w:t>
      </w:r>
      <w:r>
        <w:br/>
      </w:r>
      <w:r>
        <w:rPr>
          <w:sz w:val="20"/>
        </w:rPr>
        <w:t>47:58  According to my analysis and according to my experience, peace is the samambodha in Islam. Without peace, there is no development at all</w:t>
      </w:r>
      <w:r>
        <w:br/>
      </w:r>
      <w:r>
        <w:rPr>
          <w:sz w:val="20"/>
        </w:rPr>
        <w:t>48:13  . All those things that Islam wants to promote, for example,</w:t>
      </w:r>
      <w:r>
        <w:br/>
      </w:r>
      <w:r>
        <w:rPr>
          <w:sz w:val="20"/>
        </w:rPr>
        <w:t>48:25  da'wah work, ibadat, constructive work, ilm, all those things that are required in Islam cannot be carried out properly without peace.</w:t>
      </w:r>
      <w:r>
        <w:br/>
      </w:r>
      <w:r>
        <w:rPr>
          <w:sz w:val="20"/>
        </w:rPr>
        <w:t>48:46  So peace is very, very important. And you know, the method of greeting in Islam is Assalamu Alaikum It means peace be upon you.</w:t>
      </w:r>
      <w:r>
        <w:br/>
      </w:r>
      <w:r>
        <w:rPr>
          <w:sz w:val="20"/>
        </w:rPr>
        <w:t>49:00  It means that Islam wants to promote peace culture.</w:t>
      </w:r>
      <w:r>
        <w:br/>
      </w:r>
      <w:r>
        <w:rPr>
          <w:sz w:val="20"/>
        </w:rPr>
        <w:t>49:11  Our way of greeting is Assalamu Alaikum It is not only for Muslims, for every human being. We have to say Assalamu Alaikum for every human being, irrespective of Muslim or non-Muslim.</w:t>
      </w:r>
      <w:r>
        <w:br/>
      </w:r>
      <w:r>
        <w:rPr>
          <w:sz w:val="20"/>
        </w:rPr>
        <w:t>49:27  So it means that Islam tries to promote peace culture. Because peace is the samambodha in Islam.</w:t>
      </w:r>
      <w:r>
        <w:br/>
      </w:r>
      <w:r>
        <w:rPr>
          <w:sz w:val="20"/>
        </w:rPr>
        <w:t>49:36  Without peace, there is no development, no progress.</w:t>
      </w:r>
      <w:r>
        <w:br/>
      </w:r>
      <w:r>
        <w:rPr>
          <w:sz w:val="20"/>
        </w:rPr>
        <w:t>49:43  Da'wah work, it is a necessary part for da'wah work. Peace normalizes the situation. Without normalcy, we cannot do anything.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