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215 questions · category Faith &amp; God · full transcripts with timestamps · exported 2026-09-22</w:t>
      </w:r>
    </w:p>
    <w:p>
      <w:pPr>
        <w:pStyle w:val="Heading2"/>
      </w:pPr>
      <w:r>
        <w:t>Addressing Non-Muslim Misconceptions about Paradise</w:t>
      </w:r>
    </w:p>
    <w:p>
      <w:r>
        <w:rPr>
          <w:color w:val="666666"/>
          <w:sz w:val="18"/>
        </w:rPr>
        <w:t>Faith &amp; God · The Culture of People of Paradise January 06, 2019 Maulana Wahiduddin Khan · 1m 23s · at 53:01 · https://youtu.be/rFExua9zntM?t=3181</w:t>
      </w:r>
    </w:p>
    <w:p>
      <w:r>
        <w:rPr>
          <w:i/>
        </w:rPr>
        <w:t>“Moulana, non-Muslims ridicule Paradise, saying that Muslims' goal to qualify for Paradise is so that they can get food and fulfill all their pleasures. They are not able to visualize Paradise beyond pleasure. How can we address such questions for both Muslims and non-Muslims, so they take Paradise in the greater sense rather than pleasure fulfillment?”</w:t>
      </w:r>
    </w:p>
    <w:p>
      <w:r>
        <w:rPr>
          <w:sz w:val="20"/>
        </w:rPr>
        <w:t>53:01  yeh to bohat hi qeemti hai. maulana, agla sawal bheja hai anwar sahib ne lucknow se. unhon ne likha hai: "maulana, non-Muslims ridicule paradise, saying that Muslims' target to qualify for paradise is so they can get houris and fulfill all their pleasures.</w:t>
      </w:r>
      <w:r>
        <w:br/>
      </w:r>
      <w:r>
        <w:rPr>
          <w:sz w:val="20"/>
        </w:rPr>
        <w:t>53:25  they are not able to visualize parah raz beyond pleasure. how can we address such questions for both muslims and non muslims?</w:t>
      </w:r>
      <w:r>
        <w:br/>
      </w:r>
      <w:r>
        <w:rPr>
          <w:sz w:val="20"/>
        </w:rPr>
        <w:t>53:35  so they take parah raz in the greater sense rather than pleasure fulfillment?" dekhiye, yeh insan ki personality ko understand karna hai.</w:t>
      </w:r>
      <w:r>
        <w:br/>
      </w:r>
      <w:r>
        <w:rPr>
          <w:sz w:val="20"/>
        </w:rPr>
        <w:t>53:49  man is a pleasure seeking animal. all the study is so, sara jo study ki gayi hai insan ke bare mein, us se yahi pata chalta hai ke man is a pleasure, pleasure seeking animal.</w:t>
      </w:r>
      <w:r>
        <w:br/>
      </w:r>
      <w:r>
        <w:rPr>
          <w:sz w:val="20"/>
        </w:rPr>
        <w:t>54:07  yeh to deny karna hai insan ki personality ko. jo log aisi baatein karte hain, woh woh poetry karte hain, woh reality ko na jante hain, na reality ko express karte hain.</w:t>
      </w:r>
    </w:p>
    <w:p>
      <w:pPr>
        <w:pStyle w:val="Heading2"/>
      </w:pPr>
      <w:r>
        <w:t>Allah's Judgment for a Righteous Non-Muslim</w:t>
      </w:r>
    </w:p>
    <w:p>
      <w:r>
        <w:rPr>
          <w:color w:val="666666"/>
          <w:sz w:val="18"/>
        </w:rPr>
        <w:t>Faith &amp; God · Concept of Death in Islam August 26, 2012 · 1m 43s · at 1:17:59 · https://youtu.be/y0TJxKi0L94?t=4679</w:t>
      </w:r>
    </w:p>
    <w:p>
      <w:r>
        <w:rPr>
          <w:i/>
        </w:rPr>
        <w:t>“How will Allah deal with a man who was born in a non-Muslim family, followed his family's faith and led a righteous life, but never received an elaborate message from Islam?”</w:t>
      </w:r>
    </w:p>
    <w:p>
      <w:r>
        <w:rPr>
          <w:sz w:val="20"/>
        </w:rPr>
        <w:t>1:17:59  maulana, yeh sawal Delhi se hai, mahbub ilahi sahib ka. unhon ne likha hai how Allah will take a man who was born in a non-Muslim family, followed his family's faith and led righteous life, but never received an elaborate message from Islam</w:t>
      </w:r>
      <w:r>
        <w:br/>
      </w:r>
      <w:r>
        <w:rPr>
          <w:sz w:val="20"/>
        </w:rPr>
        <w:t>1:18:19  . ek aalim se poocha gaya tha yahi sawal, to un ka jawab mujhe theek lagta hai. un ka ek ek jumle mein kaha tha unhon ne ke jaisi tabligh, waisa mawakhza.</w:t>
      </w:r>
      <w:r>
        <w:br/>
      </w:r>
      <w:r>
        <w:rPr>
          <w:sz w:val="20"/>
        </w:rPr>
        <w:t>1:18:34  jaisi tabligh, waisa mawakhza. is ka matlab yeh hai ke jitna us ko baat pahunchi hai, usi ke lehaz se woh yaani responsible hai, accountable hai.</w:t>
      </w:r>
      <w:r>
        <w:br/>
      </w:r>
      <w:r>
        <w:rPr>
          <w:sz w:val="20"/>
        </w:rPr>
        <w:t>1:18:46  yaani accountability according us ke according hogi ke kitna pahuncha un ko. yeh Allah ko pata hai ke kis ko baat kitni pahunchi hai.</w:t>
      </w:r>
      <w:r>
        <w:br/>
      </w:r>
      <w:r>
        <w:rPr>
          <w:sz w:val="20"/>
        </w:rPr>
        <w:t>1:19:01  to bohat hi natural formula hai, bohat simple formula ke jitna aadmi ke tak baat pahunchi hai, sachai pahunchi hai, usi ke lehaz se woh Allah ke samne accountable hoga.</w:t>
      </w:r>
      <w:r>
        <w:br/>
      </w:r>
      <w:r>
        <w:rPr>
          <w:sz w:val="20"/>
        </w:rPr>
        <w:t>1:19:16  lekin hum yeh faisla nahi kar sakte ke kitna pahuncha, kitna nahi pahuncha. hum sirf yeh bata sakte hain, ek principle bata sakte hain.</w:t>
      </w:r>
      <w:r>
        <w:br/>
      </w:r>
      <w:r>
        <w:rPr>
          <w:sz w:val="20"/>
        </w:rPr>
        <w:t>1:19:25  principle as a principle hum yeh kar sakte hain ke jitna kisi ko baat pahunchi hai, sachai jitna us ko pahunchi hai, us ke lehaz se woh Allah ke haan accountable hoga.</w:t>
      </w:r>
      <w:r>
        <w:br/>
      </w:r>
      <w:r>
        <w:rPr>
          <w:sz w:val="20"/>
        </w:rPr>
        <w:t>1:19:38  bas.</w:t>
      </w:r>
    </w:p>
    <w:p>
      <w:pPr>
        <w:pStyle w:val="Heading2"/>
      </w:pPr>
      <w:r>
        <w:t>Allah's Mercy on Judgment Day</w:t>
      </w:r>
    </w:p>
    <w:p>
      <w:r>
        <w:rPr>
          <w:color w:val="666666"/>
          <w:sz w:val="18"/>
        </w:rPr>
        <w:t>Faith &amp; God · Realization of God September 15, 2013 · 1m 49s · at 58:12 · https://youtu.be/CNEEeM5uyi8?t=3492</w:t>
      </w:r>
    </w:p>
    <w:p>
      <w:r>
        <w:rPr>
          <w:i/>
        </w:rPr>
        <w:t>“Will Allah's mercy and generosity exist on the Day of Judgment or only in this world?”</w:t>
      </w:r>
    </w:p>
    <w:p>
      <w:r>
        <w:rPr>
          <w:sz w:val="20"/>
        </w:rPr>
        <w:t>58:12  maulana, agla sawal dili se hai, kousar ali sabri sahib</w:t>
      </w:r>
      <w:r>
        <w:br/>
      </w:r>
      <w:r>
        <w:rPr>
          <w:sz w:val="20"/>
        </w:rPr>
        <w:t>58:16  ka. unhon ne likha hai: "kya allah ki rahimi aur karimi qayamat ke din bhi hogi ya sirf dunya mein hai?" is ke bare mein yeh sab se bara door to qayamat hi hoga.</w:t>
      </w:r>
      <w:r>
        <w:br/>
      </w:r>
      <w:r>
        <w:rPr>
          <w:sz w:val="20"/>
        </w:rPr>
        <w:t>58:29  dunya mein to bahut mahdood hota hai.</w:t>
      </w:r>
      <w:r>
        <w:br/>
      </w:r>
      <w:r>
        <w:rPr>
          <w:sz w:val="20"/>
        </w:rPr>
        <w:t>58:34  sab se bari rehmat allah taala ki hai ke kisi ko jannat mein dakhil kare. woh</w:t>
      </w:r>
      <w:r>
        <w:br/>
      </w:r>
      <w:r>
        <w:rPr>
          <w:sz w:val="20"/>
        </w:rPr>
        <w:t>58:40  sab se bara jo zahira hoga rehmat ka ke kisi ke liye jannat mein dakhila to aap samajhte hain ke jannat mein dakhila is tarah hoga ke topi sar par rakh li, aap pajama ooncha kar liya ya dadi lambi kar li.</w:t>
      </w:r>
      <w:r>
        <w:br/>
      </w:r>
      <w:r>
        <w:rPr>
          <w:sz w:val="20"/>
        </w:rPr>
        <w:t>58:59  woh rehmat se hoga, rehmat se hog</w:t>
      </w:r>
      <w:r>
        <w:br/>
      </w:r>
      <w:r>
        <w:rPr>
          <w:sz w:val="20"/>
        </w:rPr>
        <w:t>59:02  a. dekhiye, hadith mein aata hai ke rasool allah ne farmaya ke jannat mein dakhila amal se nahin hoga, rehmat se hoga. is ka matlab nahin ke amal na kijiye ke tum kitni zyada amal karo, lekin woh jannat ki qeemat nahin hai.</w:t>
      </w:r>
      <w:r>
        <w:br/>
      </w:r>
      <w:r>
        <w:rPr>
          <w:sz w:val="20"/>
        </w:rPr>
        <w:t>59:17  woh jannat is se zyada qeemti hai ke tumhara koi amal is ki qeemat bane.</w:t>
      </w:r>
      <w:r>
        <w:br/>
      </w:r>
      <w:r>
        <w:rPr>
          <w:sz w:val="20"/>
        </w:rPr>
        <w:t>59:26  to aisha ne pucha, hazrat aisha ne pucha ke aap ka bhi aise mamla hoga? to aap ne farmaya ke haan, aya ya ya aisha, ila birahmat minh fadli,</w:t>
      </w:r>
      <w:r>
        <w:br/>
      </w:r>
      <w:r>
        <w:rPr>
          <w:sz w:val="20"/>
        </w:rPr>
        <w:t>59:41  ila birahmat minh fadli. yani allah mujh ko apni rehmat se dhanp le. to sab se bara rehmat jo hai allah taala ki</w:t>
      </w:r>
      <w:r>
        <w:br/>
      </w:r>
      <w:r>
        <w:rPr>
          <w:sz w:val="20"/>
        </w:rPr>
        <w:t>59:51  , yeh woh to yahi hai ke ek insan, kisi insan ko apni rehmat se woh jannat mein dakhila de de. sab se bari rehmat to yahi hai na?</w:t>
      </w:r>
    </w:p>
    <w:p>
      <w:pPr>
        <w:pStyle w:val="Heading2"/>
      </w:pPr>
      <w:r>
        <w:t>Angels' and Satan's persuasion nature</w:t>
      </w:r>
    </w:p>
    <w:p>
      <w:r>
        <w:rPr>
          <w:color w:val="666666"/>
          <w:sz w:val="18"/>
        </w:rPr>
        <w:t>Faith &amp; God · The Problem of Evil December 4, 2011 · 1m 56s · at 1:05:09 · https://youtu.be/SMqtVjaGHfw?t=3909</w:t>
      </w:r>
    </w:p>
    <w:p>
      <w:r>
        <w:rPr>
          <w:i/>
        </w:rPr>
        <w:t>“It is true indeed that the nature of angels' persuasion is peace and that of Satan's is active. However, that the nature of persuasion of these entities is the cause of man's greater inclination towards the bad is unclear.”</w:t>
      </w:r>
    </w:p>
    <w:p>
      <w:r>
        <w:rPr>
          <w:sz w:val="20"/>
        </w:rPr>
        <w:t>1:05:09  tazkiya-e-nafs hai. rawayati zabaan mein woh tazkiya-e-nafs hai. aaj kal ki zabaan mein hum kahein ke woh de-conditioning hai ya personality development hai. Maulana, agla sawal aaya hai Miss Sadia Khan ka, Delhi se.</w:t>
      </w:r>
      <w:r>
        <w:br/>
      </w:r>
      <w:r>
        <w:rPr>
          <w:sz w:val="20"/>
        </w:rPr>
        <w:t>1:05:23  unhone likha hai: "it is true indeed that the nature of angels persuasion is passive and that of satans is active.</w:t>
      </w:r>
      <w:r>
        <w:br/>
      </w:r>
      <w:r>
        <w:rPr>
          <w:sz w:val="20"/>
        </w:rPr>
        <w:t>1:05:34  however that the nature of persuasion of these entities is the cause of mans greater inclination towards the bad is unclear.</w:t>
      </w:r>
      <w:r>
        <w:br/>
      </w:r>
      <w:r>
        <w:rPr>
          <w:sz w:val="20"/>
        </w:rPr>
        <w:t>1:05:45  please explain." dekhiye, unclear ki baat nahi hai ke Allah taala ne jo jannat banai hai to us ki koi price dena padega.</w:t>
      </w:r>
      <w:r>
        <w:br/>
      </w:r>
      <w:r>
        <w:rPr>
          <w:sz w:val="20"/>
        </w:rPr>
        <w:t>1:05:57  na insaan ko free mein jannat nahi milegi.</w:t>
      </w:r>
      <w:r>
        <w:br/>
      </w:r>
      <w:r>
        <w:rPr>
          <w:sz w:val="20"/>
        </w:rPr>
        <w:t>1:06:01  eternal jo hai, wahan hoga. woh ideal world hoga, woh perfect world hoga. eternally aadmi wahan jiyega life guzarega to us ki koi price honi chahiye.</w:t>
      </w:r>
      <w:r>
        <w:br/>
      </w:r>
      <w:r>
        <w:rPr>
          <w:sz w:val="20"/>
        </w:rPr>
        <w:t>1:06:15  film kaise milegi? price, price yahi hai. price yahi hai ke shaitan, shaitan ka jo influence hai, agarche woh active hai, phir bhi aap us ko bar-side karein.</w:t>
      </w:r>
      <w:r>
        <w:br/>
      </w:r>
      <w:r>
        <w:rPr>
          <w:sz w:val="20"/>
        </w:rPr>
        <w:t>1:06:28  firishton ka impress influence, agarche woh passive hai, us ko aap sunein aur pakdein. us ko to yeh to price hai. price ki kuch to price Allah taala ne muqarrar karna tha, to yahi price hai.</w:t>
      </w:r>
      <w:r>
        <w:br/>
      </w:r>
      <w:r>
        <w:rPr>
          <w:sz w:val="20"/>
        </w:rPr>
        <w:t>1:06:43  shaitan ka influence, agarche active hai, aap ko us se, yaani apne ko us se bachana hai.</w:t>
      </w:r>
      <w:r>
        <w:br/>
      </w:r>
      <w:r>
        <w:rPr>
          <w:sz w:val="20"/>
        </w:rPr>
        <w:t>1:06:52  aur firishton ka impulse, agarche passive hai, us ki taraf aap ko daudna hai.</w:t>
      </w:r>
      <w:r>
        <w:br/>
      </w:r>
      <w:r>
        <w:rPr>
          <w:sz w:val="20"/>
        </w:rPr>
        <w:t>1:06:58  yeh jahan fail ho jaye, phir us ke liye price nahi hai.</w:t>
      </w:r>
    </w:p>
    <w:p>
      <w:pPr>
        <w:pStyle w:val="Heading2"/>
      </w:pPr>
      <w:r>
        <w:t>Applicability of leaving a team principle</w:t>
      </w:r>
    </w:p>
    <w:p>
      <w:r>
        <w:rPr>
          <w:color w:val="666666"/>
          <w:sz w:val="18"/>
        </w:rPr>
        <w:t>Faith &amp; God · Understanding the Quran April 7, 2019 · 1m 07s · at 49:50 · https://youtu.be/m_Om5MtQJz4?t=2990</w:t>
      </w:r>
    </w:p>
    <w:p>
      <w:r>
        <w:rPr>
          <w:i/>
        </w:rPr>
        <w:t>“Molana said yesterday that leaving a team is equivalent to leaving the company of angels and going against the creation plan of God. Is this principle applicable to any teamwork, or especially to teamwork for God's cause?”</w:t>
      </w:r>
    </w:p>
    <w:p>
      <w:r>
        <w:rPr>
          <w:sz w:val="20"/>
        </w:rPr>
        <w:t>49:50  molana, agla sawal Etanagar, Arunachal Pradesh se Muhammad Bilal Shafeeq sahib ne bheja hai. unhon ne likha hai: "Molana said yesterday that leaving a team is equivalent to leaving the company of angels and going against the creation plan of God.</w:t>
      </w:r>
      <w:r>
        <w:br/>
      </w:r>
      <w:r>
        <w:rPr>
          <w:sz w:val="20"/>
        </w:rPr>
        <w:t>50:09  is this principle applicable to any teamwork, or especially to teamwork for God's ca</w:t>
      </w:r>
      <w:r>
        <w:br/>
      </w:r>
      <w:r>
        <w:rPr>
          <w:sz w:val="20"/>
        </w:rPr>
        <w:t>50:16  use?" is ko wazeh karein.</w:t>
      </w:r>
      <w:r>
        <w:br/>
      </w:r>
      <w:r>
        <w:rPr>
          <w:sz w:val="20"/>
        </w:rPr>
        <w:t>50:22  koi bhi teamwork jo healthy ho, us par apply hota hai. yeh koi doctory ke liye is ko karega, is ko to galat hoga.</w:t>
      </w:r>
      <w:r>
        <w:br/>
      </w:r>
      <w:r>
        <w:rPr>
          <w:sz w:val="20"/>
        </w:rPr>
        <w:t>50:36  koi ladne marne ke liye, qatal karne ke liye kare to galat hoga. sachay maqsad ke liye, healthy kaam ke liye, Allah ke cause ke liye karna bilkul woh jo bhi Allah ke cause ke liye hoga, woh us par apply hoga.</w:t>
      </w:r>
    </w:p>
    <w:p>
      <w:pPr>
        <w:pStyle w:val="Heading2"/>
      </w:pPr>
      <w:r>
        <w:t>Are Muslims today weak in faith?</w:t>
      </w:r>
    </w:p>
    <w:p>
      <w:r>
        <w:rPr>
          <w:color w:val="666666"/>
          <w:sz w:val="18"/>
        </w:rPr>
        <w:t>Faith &amp; God · Living in a New Age | March 26, 2017 · 1m 24s · at 51:44 · https://youtu.be/iST0AxQscKo?t=3104</w:t>
      </w:r>
    </w:p>
    <w:p>
      <w:r>
        <w:rPr>
          <w:i/>
        </w:rPr>
        <w:t>“The same situation of siege that Muslims talk about today was probably faced by prophet and Sahaba but they did not complain and remained positive by placing their trust in God. Does this mean that the faith of Muslims today is weak as they keep complaining and live in negative reaction rather than placing their trust in God?”</w:t>
      </w:r>
    </w:p>
    <w:p>
      <w:r>
        <w:rPr>
          <w:sz w:val="20"/>
        </w:rPr>
        <w:t>51:44  no se miss rukhsana ne sawal bheja hai. unhone likha hai maulana sahib the same situation of siege that muslims talk about today was probably faced by prophet and sahaba but they did not complain and remained positive by placing their trust in god. does this mean that the faith of muslims today is weak as they keep complaining and live in negative reaction rather than placing their trust in god</w:t>
      </w:r>
      <w:r>
        <w:br/>
      </w:r>
      <w:r>
        <w:rPr>
          <w:sz w:val="20"/>
        </w:rPr>
        <w:t>52:14  ? haan theek kaha aap ne.</w:t>
      </w:r>
      <w:r>
        <w:br/>
      </w:r>
      <w:r>
        <w:rPr>
          <w:sz w:val="20"/>
        </w:rPr>
        <w:t>52:18  saheeh saheeh baat hai.</w:t>
      </w:r>
      <w:r>
        <w:br/>
      </w:r>
      <w:r>
        <w:rPr>
          <w:sz w:val="20"/>
        </w:rPr>
        <w:t>52:23  baat saheeh hai.</w:t>
      </w:r>
      <w:r>
        <w:br/>
      </w:r>
      <w:r>
        <w:rPr>
          <w:sz w:val="20"/>
        </w:rPr>
        <w:t>52:27  Maulana Rajiv Anand ji ne Bangalore se sawal bheja hai.</w:t>
      </w:r>
      <w:r>
        <w:br/>
      </w:r>
      <w:r>
        <w:rPr>
          <w:sz w:val="20"/>
        </w:rPr>
        <w:t>52:31  unhon ne likha hai Maulana sahib I always follow your articles especially in times of India.</w:t>
      </w:r>
      <w:r>
        <w:br/>
      </w:r>
      <w:r>
        <w:rPr>
          <w:sz w:val="20"/>
        </w:rPr>
        <w:t>52:36  I always find your analysis very sharp but positive.</w:t>
      </w:r>
      <w:r>
        <w:br/>
      </w:r>
      <w:r>
        <w:rPr>
          <w:sz w:val="20"/>
        </w:rPr>
        <w:t>52:40  I want to know from your I want to know from you your source of analyt</w:t>
      </w:r>
      <w:r>
        <w:br/>
      </w:r>
      <w:r>
        <w:rPr>
          <w:sz w:val="20"/>
        </w:rPr>
        <w:t>52:44  ical strength as I too want to become as objective as you are.</w:t>
      </w:r>
      <w:r>
        <w:br/>
      </w:r>
      <w:r>
        <w:rPr>
          <w:sz w:val="20"/>
        </w:rPr>
        <w:t>52:50  Please share your secret formula with us.</w:t>
      </w:r>
      <w:r>
        <w:br/>
      </w:r>
      <w:r>
        <w:rPr>
          <w:sz w:val="20"/>
        </w:rPr>
        <w:t>52:56  Allah wale ban jaiye bas sab cheez apne aap hoti rahe gi.</w:t>
      </w:r>
      <w:r>
        <w:br/>
      </w:r>
      <w:r>
        <w:rPr>
          <w:sz w:val="20"/>
        </w:rPr>
        <w:t>53:02  main to yahi samajhta hoon ke insan Allah wala ban jaye.</w:t>
      </w:r>
    </w:p>
    <w:p>
      <w:pPr>
        <w:pStyle w:val="Heading2"/>
      </w:pPr>
      <w:r>
        <w:t>Are natural calamities signs from God</w:t>
      </w:r>
    </w:p>
    <w:p>
      <w:r>
        <w:rPr>
          <w:color w:val="666666"/>
          <w:sz w:val="18"/>
        </w:rPr>
        <w:t>Faith &amp; God · The Age of Alternative April 24, 2016 · 1m 34s · at 48:01 · https://youtu.be/JoilI-TK4Ig?t=2881</w:t>
      </w:r>
    </w:p>
    <w:p>
      <w:r>
        <w:rPr>
          <w:i/>
        </w:rPr>
        <w:t>“In present times, natural calamities like earthquakes and floods have increased in number across the world. Is this a sign of God that He is unhappy with mankind and sending out signals so that we can mend our ways? What is your opinion?”</w:t>
      </w:r>
    </w:p>
    <w:p>
      <w:r>
        <w:rPr>
          <w:sz w:val="20"/>
        </w:rPr>
        <w:t>48:01  maulana, agla sawal aaya hai ahmedabad se abdullah sahib ne kiya hai, aur unhon ne likha hai: "maulana, in the present times natural calamities like earthquakes, floods have increased in number across the world.</w:t>
      </w:r>
      <w:r>
        <w:br/>
      </w:r>
      <w:r>
        <w:rPr>
          <w:sz w:val="20"/>
        </w:rPr>
        <w:t>48:18  is this a sign of God that he is unhappy from mankind and sending out signals so that we can mend our ways? what is your op</w:t>
      </w:r>
      <w:r>
        <w:br/>
      </w:r>
      <w:r>
        <w:rPr>
          <w:sz w:val="20"/>
        </w:rPr>
        <w:t>48:28  inion?" earthquake barhne ka hai. pehle media nahi hota tha. nahi to dekhiye, science ki research ke mutabiq har din pachas earthquake hotay hain.</w:t>
      </w:r>
      <w:r>
        <w:br/>
      </w:r>
      <w:r>
        <w:rPr>
          <w:sz w:val="20"/>
        </w:rPr>
        <w:t>48:41  ziyadah tar woh yaani marjar tremble ki shakal mein hotay hain, yaani halka zalzala.</w:t>
      </w:r>
      <w:r>
        <w:br/>
      </w:r>
      <w:r>
        <w:rPr>
          <w:sz w:val="20"/>
        </w:rPr>
        <w:t>48:51  kyun ke zameen ke andar aik bohat bara movement hai, gulbah laav ka, us ki wajah se yeh tremble aata hai.</w:t>
      </w:r>
      <w:r>
        <w:br/>
      </w:r>
      <w:r>
        <w:rPr>
          <w:sz w:val="20"/>
        </w:rPr>
        <w:t>49:02  to har din pachas taqreeban aata hai, saal bhar aata rehta hai. yeh hai warning ke liye. pehle bhi tha, ab bhi hai.</w:t>
      </w:r>
      <w:r>
        <w:br/>
      </w:r>
      <w:r>
        <w:rPr>
          <w:sz w:val="20"/>
        </w:rPr>
        <w:t>49:13  warning ke liye ke yeh duniya mein tumhari jo di gayi hai, yeh tumhari duniya ki raunaqe'n hain, hamesha nahi rahengi. yeh sab khatm ho jayega, naya daur aayega, nayi duniya banayi jayegi.</w:t>
      </w:r>
      <w:r>
        <w:br/>
      </w:r>
      <w:r>
        <w:rPr>
          <w:sz w:val="20"/>
        </w:rPr>
        <w:t>49:26  to yeh hai reminder. yeh reminder hai aur is ke siwa kuch nahi hai. yeh azaab nahi hai.</w:t>
      </w:r>
    </w:p>
    <w:p>
      <w:pPr>
        <w:pStyle w:val="Heading2"/>
      </w:pPr>
      <w:r>
        <w:t>Asking for Firdous in paradise</w:t>
      </w:r>
    </w:p>
    <w:p>
      <w:r>
        <w:rPr>
          <w:color w:val="666666"/>
          <w:sz w:val="18"/>
        </w:rPr>
        <w:t>Faith &amp; God · The Road to Paradise December 11, 2016 · 1m 21s · at 45:36 · https://youtu.be/iW2QmcY1_yU?t=2736</w:t>
      </w:r>
    </w:p>
    <w:p>
      <w:r>
        <w:rPr>
          <w:i/>
        </w:rPr>
        <w:t>“It is said that if one has to ask God for paradise, then he or she should ask for the level of Firdous. Would simply asking for Firdous be enough to gain an entry into the highest level of paradise? What is your comment on this?”</w:t>
      </w:r>
    </w:p>
    <w:p>
      <w:r>
        <w:rPr>
          <w:sz w:val="20"/>
        </w:rPr>
        <w:t>45:36  jazakallah. " maulana, agla sawal ghufran sahib ne kiya hai kolkata se aur unhone likha hai: "maulana sahib it is said that if one has to ask god for paradise, then he or she should ask for the level of firdous. maulana sahib would simply asking for firdous be enough to gain an entry into the highest level of paradise? what is your comment on this?</w:t>
      </w:r>
      <w:r>
        <w:br/>
      </w:r>
      <w:r>
        <w:rPr>
          <w:sz w:val="20"/>
        </w:rPr>
        <w:t>46:05  hargiz nahi, hargiz nahi.</w:t>
      </w:r>
      <w:r>
        <w:br/>
      </w:r>
      <w:r>
        <w:rPr>
          <w:sz w:val="20"/>
        </w:rPr>
        <w:t>46:10  ask ke bare mein yeh nahi ke bas lafz bol do.</w:t>
      </w:r>
      <w:r>
        <w:br/>
      </w:r>
      <w:r>
        <w:rPr>
          <w:sz w:val="20"/>
        </w:rPr>
        <w:t>46:15  ask ke bare mein yeh hai ke is ke talib bano, is ko is ko tumhara target ban</w:t>
      </w:r>
      <w:r>
        <w:br/>
      </w:r>
      <w:r>
        <w:rPr>
          <w:sz w:val="20"/>
        </w:rPr>
        <w:t>46:20  jaye, tumhare mind par chha jaye.</w:t>
      </w:r>
      <w:r>
        <w:br/>
      </w:r>
      <w:r>
        <w:rPr>
          <w:sz w:val="20"/>
        </w:rPr>
        <w:t>46:25  woh tumhari tamnaon ka markaz ban jaye.</w:t>
      </w:r>
      <w:r>
        <w:br/>
      </w:r>
      <w:r>
        <w:rPr>
          <w:sz w:val="20"/>
        </w:rPr>
        <w:t>46:31  jab yeh sab ho jaye to amal apne aap aata hai.</w:t>
      </w:r>
      <w:r>
        <w:br/>
      </w:r>
      <w:r>
        <w:rPr>
          <w:sz w:val="20"/>
        </w:rPr>
        <w:t>46:36  to yeh cheez is mein apne aap shamil hai ke is ke talib bano, is ke liye amal</w:t>
      </w:r>
      <w:r>
        <w:br/>
      </w:r>
      <w:r>
        <w:rPr>
          <w:sz w:val="20"/>
        </w:rPr>
        <w:t>46:41  karo, is ke taqaze ko poora karo.</w:t>
      </w:r>
      <w:r>
        <w:br/>
      </w:r>
      <w:r>
        <w:rPr>
          <w:sz w:val="20"/>
        </w:rPr>
        <w:t>46:46  is mein shamil hai apne aap.</w:t>
      </w:r>
      <w:r>
        <w:br/>
      </w:r>
      <w:r>
        <w:rPr>
          <w:sz w:val="20"/>
        </w:rPr>
        <w:t>46:52  warna woh lip service rahega aur lip service ki koi value islam mein nahi hai.</w:t>
      </w:r>
    </w:p>
    <w:p>
      <w:pPr>
        <w:pStyle w:val="Heading2"/>
      </w:pPr>
      <w:r>
        <w:t>Atheism as overconfidence beyond capacity</w:t>
      </w:r>
    </w:p>
    <w:p>
      <w:r>
        <w:rPr>
          <w:color w:val="666666"/>
          <w:sz w:val="18"/>
        </w:rPr>
        <w:t>Faith &amp; God · On Atheism | May 22, 2016 · 1m 31s · at 46:30 · https://youtu.be/tzJmfYnSleo?t=2790</w:t>
      </w:r>
    </w:p>
    <w:p>
      <w:r>
        <w:rPr>
          <w:i/>
        </w:rPr>
        <w:t>“This belief in atheism is a form of overconfidence in oneself beyond one's capacity. What would you say to that?”</w:t>
      </w:r>
    </w:p>
    <w:p>
      <w:r>
        <w:rPr>
          <w:sz w:val="20"/>
        </w:rPr>
        <w:t>46:30  maulana agla sawal dili se kya hai miss naghma siddiqui ne aur</w:t>
      </w:r>
      <w:r>
        <w:br/>
      </w:r>
      <w:r>
        <w:rPr>
          <w:sz w:val="20"/>
        </w:rPr>
        <w:t>46:35  انہوں نے آپ سے پوچھا ہے کہ is belief in atheism a form of overconfidence in one</w:t>
      </w:r>
      <w:r>
        <w:br/>
      </w:r>
      <w:r>
        <w:rPr>
          <w:sz w:val="20"/>
        </w:rPr>
        <w:t>46:41  self beyond one's capacity. What would you say to that? Baat to sahi hai aapki lekin lekin</w:t>
      </w:r>
      <w:r>
        <w:br/>
      </w:r>
      <w:r>
        <w:rPr>
          <w:sz w:val="20"/>
        </w:rPr>
        <w:t>46:47  yeh over confidence ka lafz halka hai.</w:t>
      </w:r>
      <w:r>
        <w:br/>
      </w:r>
      <w:r>
        <w:rPr>
          <w:sz w:val="20"/>
        </w:rPr>
        <w:t>46:53  over confidence ka lafz halka hai is ke liye.</w:t>
      </w:r>
      <w:r>
        <w:br/>
      </w:r>
      <w:r>
        <w:rPr>
          <w:sz w:val="20"/>
        </w:rPr>
        <w:t>46:59  mein kahunga ke yeh sab se</w:t>
      </w:r>
      <w:r>
        <w:br/>
      </w:r>
      <w:r>
        <w:rPr>
          <w:sz w:val="20"/>
        </w:rPr>
        <w:t>47:05  buri qism ki ignorance hai.</w:t>
      </w:r>
      <w:r>
        <w:br/>
      </w:r>
      <w:r>
        <w:rPr>
          <w:sz w:val="20"/>
        </w:rPr>
        <w:t>47:10  yeh yeh kehna ke khuda nahi hai.</w:t>
      </w:r>
      <w:r>
        <w:br/>
      </w:r>
      <w:r>
        <w:rPr>
          <w:sz w:val="20"/>
        </w:rPr>
        <w:t>47:15  ignorance ki badtareen shakal hai.</w:t>
      </w:r>
      <w:r>
        <w:br/>
      </w:r>
      <w:r>
        <w:rPr>
          <w:sz w:val="20"/>
        </w:rPr>
        <w:t>47:21  mein hoon sari kainat hai suraj nikal raha hai hawa chal rahi hai.</w:t>
      </w:r>
      <w:r>
        <w:br/>
      </w:r>
      <w:r>
        <w:rPr>
          <w:sz w:val="20"/>
        </w:rPr>
        <w:t>47:26  yeh sari cheezen kaise ho rahi hain itne perfect andaaz mein? ab to khud science ne se yeh</w:t>
      </w:r>
      <w:r>
        <w:br/>
      </w:r>
      <w:r>
        <w:rPr>
          <w:sz w:val="20"/>
        </w:rPr>
        <w:t>47:31  sabit ho gaya hai ke dunya mein intelligent design hai. zaheen jahalat.</w:t>
      </w:r>
      <w:r>
        <w:br/>
      </w:r>
      <w:r>
        <w:rPr>
          <w:sz w:val="20"/>
        </w:rPr>
        <w:t>47:37  zaheen planning.</w:t>
      </w:r>
      <w:r>
        <w:br/>
      </w:r>
      <w:r>
        <w:rPr>
          <w:sz w:val="20"/>
        </w:rPr>
        <w:t>47:43  to jab yahan tak science ki discovery pahunch chuki intelligent design ki to ek hi step tha ke</w:t>
      </w:r>
      <w:r>
        <w:br/>
      </w:r>
      <w:r>
        <w:rPr>
          <w:sz w:val="20"/>
        </w:rPr>
        <w:t>47:49  aap bhi intelligent designer ban len. intelligent designer.</w:t>
      </w:r>
      <w:r>
        <w:br/>
      </w:r>
      <w:r>
        <w:rPr>
          <w:sz w:val="20"/>
        </w:rPr>
        <w:t>47:55  to ab to mein samajhta hoon ke yeh bilkul ignore ki baat hai ke aadmi aisa kahe.</w:t>
      </w:r>
    </w:p>
    <w:p>
      <w:pPr>
        <w:pStyle w:val="Heading2"/>
      </w:pPr>
      <w:r>
        <w:t>Atheist's claim of relative morality</w:t>
      </w:r>
    </w:p>
    <w:p>
      <w:r>
        <w:rPr>
          <w:color w:val="666666"/>
          <w:sz w:val="18"/>
        </w:rPr>
        <w:t>Faith &amp; God · On Atheism | May 22, 2016 · 1m 04s · at 55:06 · https://youtu.be/tzJmfYnSleo?t=3306</w:t>
      </w:r>
    </w:p>
    <w:p>
      <w:r>
        <w:rPr>
          <w:i/>
        </w:rPr>
        <w:t>“An atheist friend told me that what is right for you is wrong for me and what is wrong for me is right for you. Please comment.”</w:t>
      </w:r>
    </w:p>
    <w:p>
      <w:r>
        <w:rPr>
          <w:sz w:val="20"/>
        </w:rPr>
        <w:t>55:06  maulana agla sawal lete hain jo kolhapur se aya hai</w:t>
      </w:r>
      <w:r>
        <w:br/>
      </w:r>
      <w:r>
        <w:rPr>
          <w:sz w:val="20"/>
        </w:rPr>
        <w:t>55:10  zaid sahib ka aur unho ne likha hai an atheist friend told me that what is right for</w:t>
      </w:r>
      <w:r>
        <w:br/>
      </w:r>
      <w:r>
        <w:rPr>
          <w:sz w:val="20"/>
        </w:rPr>
        <w:t>55:15  You is wrong for me and what is wrong for me is right for you.</w:t>
      </w:r>
      <w:r>
        <w:br/>
      </w:r>
      <w:r>
        <w:rPr>
          <w:sz w:val="20"/>
        </w:rPr>
        <w:t>55:20  Right and wrong cannot be decided by religion as I don't believe in God.</w:t>
      </w:r>
      <w:r>
        <w:br/>
      </w:r>
      <w:r>
        <w:rPr>
          <w:sz w:val="20"/>
        </w:rPr>
        <w:t>55:25  for me law of the land is inf.</w:t>
      </w:r>
      <w:r>
        <w:br/>
      </w:r>
      <w:r>
        <w:rPr>
          <w:sz w:val="20"/>
        </w:rPr>
        <w:t>55:30  maulana sahib how should we respond to such people? bhai is se misal to puchi nahi aap ne.</w:t>
      </w:r>
      <w:r>
        <w:br/>
      </w:r>
      <w:r>
        <w:rPr>
          <w:sz w:val="20"/>
        </w:rPr>
        <w:t>55:35  yeh to ab</w:t>
      </w:r>
      <w:r>
        <w:br/>
      </w:r>
      <w:r>
        <w:rPr>
          <w:sz w:val="20"/>
        </w:rPr>
        <w:t>55:40  strict question hai.</w:t>
      </w:r>
      <w:r>
        <w:br/>
      </w:r>
      <w:r>
        <w:rPr>
          <w:sz w:val="20"/>
        </w:rPr>
        <w:t>55:44  koi aadmi bhi jo aap se abstract sawal kare to sab se pehle us ko kahein ke specific</w:t>
      </w:r>
      <w:r>
        <w:br/>
      </w:r>
      <w:r>
        <w:rPr>
          <w:sz w:val="20"/>
        </w:rPr>
        <w:t>55:48  tor par batao.</w:t>
      </w:r>
      <w:r>
        <w:br/>
      </w:r>
      <w:r>
        <w:rPr>
          <w:sz w:val="20"/>
        </w:rPr>
        <w:t>55:53  matlab ab abstract baat ka koi jawab nahi hota.</w:t>
      </w:r>
      <w:r>
        <w:br/>
      </w:r>
      <w:r>
        <w:rPr>
          <w:sz w:val="20"/>
        </w:rPr>
        <w:t>55:57  kyun rang hai? kyun right hai? bataein woh.</w:t>
      </w:r>
      <w:r>
        <w:br/>
      </w:r>
      <w:r>
        <w:rPr>
          <w:sz w:val="20"/>
        </w:rPr>
        <w:t>56:01  woh is misal ko dein ke falan baat jo hai to wali right hai, meri rang hai.</w:t>
      </w:r>
      <w:r>
        <w:br/>
      </w:r>
      <w:r>
        <w:rPr>
          <w:sz w:val="20"/>
        </w:rPr>
        <w:t>56:05  is is tum tab mein is ko analysis karunga inshallah. maulana agla</w:t>
      </w:r>
    </w:p>
    <w:p>
      <w:pPr>
        <w:pStyle w:val="Heading2"/>
      </w:pPr>
      <w:r>
        <w:t>Atheists argue equal probability of God's existence</w:t>
      </w:r>
    </w:p>
    <w:p>
      <w:r>
        <w:rPr>
          <w:color w:val="666666"/>
          <w:sz w:val="18"/>
        </w:rPr>
        <w:t>Faith &amp; God · Divine Guidance November 20, 2016 · 1m 43s · at 53:33 · https://youtu.be/tbcloc-fvSE?t=3213</w:t>
      </w:r>
    </w:p>
    <w:p>
      <w:r>
        <w:rPr>
          <w:i/>
        </w:rPr>
        <w:t>“Moulana, many atheists say that if there is a probability on God's existence, then there is also an equal probability that God does not exist.”</w:t>
      </w:r>
    </w:p>
    <w:p>
      <w:r>
        <w:rPr>
          <w:sz w:val="20"/>
        </w:rPr>
        <w:t>53:33  Maulana, agla sawal lete hain jo Guwahati se bheja hai Saifullah Sahab ne.</w:t>
      </w:r>
      <w:r>
        <w:br/>
      </w:r>
      <w:r>
        <w:rPr>
          <w:sz w:val="20"/>
        </w:rPr>
        <w:t>53:39  unhon ne likha hai: "Moulana Sahib, many atheists say that if there is a probability on God's existence,</w:t>
      </w:r>
      <w:r>
        <w:br/>
      </w:r>
      <w:r>
        <w:rPr>
          <w:sz w:val="20"/>
        </w:rPr>
        <w:t>53:45  then there is also an equal probability that God does not exist.</w:t>
      </w:r>
      <w:r>
        <w:br/>
      </w:r>
      <w:r>
        <w:rPr>
          <w:sz w:val="20"/>
        </w:rPr>
        <w:t>53:51  So how should we address such questions?</w:t>
      </w:r>
      <w:r>
        <w:br/>
      </w:r>
      <w:r>
        <w:rPr>
          <w:sz w:val="20"/>
        </w:rPr>
        <w:t>53:56  Please guide us." nahin, yeh to mujhe nahin maloom kis ne aisa kaha hai.</w:t>
      </w:r>
      <w:r>
        <w:br/>
      </w:r>
      <w:r>
        <w:rPr>
          <w:sz w:val="20"/>
        </w:rPr>
        <w:t>54:01  lekin yeh illogical baat hai.</w:t>
      </w:r>
      <w:r>
        <w:br/>
      </w:r>
      <w:r>
        <w:rPr>
          <w:sz w:val="20"/>
        </w:rPr>
        <w:t>54:06  baat hai jab yani yeh probability aa jaye ke Khuda hai to doosri probability apne aap khatam ho jati hai.</w:t>
      </w:r>
      <w:r>
        <w:br/>
      </w:r>
      <w:r>
        <w:rPr>
          <w:sz w:val="20"/>
        </w:rPr>
        <w:t>54:12  nahin, ek khatam ho jati hai.</w:t>
      </w:r>
      <w:r>
        <w:br/>
      </w:r>
      <w:r>
        <w:rPr>
          <w:sz w:val="20"/>
        </w:rPr>
        <w:t>54:17  yani ke probability ek hi rahe gi.</w:t>
      </w:r>
      <w:r>
        <w:br/>
      </w:r>
      <w:r>
        <w:rPr>
          <w:sz w:val="20"/>
        </w:rPr>
        <w:t>54:22  Probability ek hi cheez prove kare gi.</w:t>
      </w:r>
      <w:r>
        <w:br/>
      </w:r>
      <w:r>
        <w:rPr>
          <w:sz w:val="20"/>
        </w:rPr>
        <w:t>54:28  ya to yani ya to ek cheez hai ya ek cheez nahin hai.</w:t>
      </w:r>
      <w:r>
        <w:br/>
      </w:r>
      <w:r>
        <w:rPr>
          <w:sz w:val="20"/>
        </w:rPr>
        <w:t>54:33  jaise maine misaal di aap ko ke intelligent universe to probability yeh sabit kare gi ke intelligent</w:t>
      </w:r>
      <w:r>
        <w:br/>
      </w:r>
      <w:r>
        <w:rPr>
          <w:sz w:val="20"/>
        </w:rPr>
        <w:t>54:38  universe hai to is ka matlab hai ke doosra jo hai woh radd ho jaye ga.</w:t>
      </w:r>
      <w:r>
        <w:br/>
      </w:r>
      <w:r>
        <w:rPr>
          <w:sz w:val="20"/>
        </w:rPr>
        <w:t>54:44  doosra proposition probability ek proposition ko favor kare gi to doosra proposition apne aap radd ho jaye ga.</w:t>
      </w:r>
      <w:r>
        <w:br/>
      </w:r>
      <w:r>
        <w:rPr>
          <w:sz w:val="20"/>
        </w:rPr>
        <w:t>54:49  to probability jab is proposition ko favor karti hai ke ek Khuda hai exist kar raha hai to</w:t>
      </w:r>
      <w:r>
        <w:br/>
      </w:r>
      <w:r>
        <w:rPr>
          <w:sz w:val="20"/>
        </w:rPr>
        <w:t>54:54  doosri probability apne aap hi radd ho gayi.</w:t>
      </w:r>
      <w:r>
        <w:br/>
      </w:r>
      <w:r>
        <w:rPr>
          <w:sz w:val="20"/>
        </w:rPr>
        <w:t>55:00  woh workable nahin rahi.</w:t>
      </w:r>
      <w:r>
        <w:br/>
      </w:r>
      <w:r>
        <w:rPr>
          <w:sz w:val="20"/>
        </w:rPr>
        <w:t>55:05  woh illogical hai.</w:t>
      </w:r>
      <w:r>
        <w:br/>
      </w:r>
      <w:r>
        <w:rPr>
          <w:sz w:val="20"/>
        </w:rPr>
        <w:t>55:10  meri baat clear hai? ji Maulana.</w:t>
      </w:r>
    </w:p>
    <w:p>
      <w:pPr>
        <w:pStyle w:val="Heading2"/>
      </w:pPr>
      <w:r>
        <w:t>Attaining ma'rifat through thinking or God's gift?</w:t>
      </w:r>
    </w:p>
    <w:p>
      <w:r>
        <w:rPr>
          <w:color w:val="666666"/>
          <w:sz w:val="18"/>
        </w:rPr>
        <w:t>Faith &amp; God · Discovery of Paradise March 22, 2015 · 1m 52s · at 1:03:53 · https://youtu.be/2axrfd7sZkE?t=3833</w:t>
      </w:r>
    </w:p>
    <w:p>
      <w:r>
        <w:rPr>
          <w:i/>
        </w:rPr>
        <w:t>“In this world, can the discovery of ma'rifat of God only be through thinking, or does God give positive thought to a person through which he reaches ma'rifat?”</w:t>
      </w:r>
    </w:p>
    <w:p>
      <w:r>
        <w:rPr>
          <w:sz w:val="20"/>
        </w:rPr>
        <w:t>1:03:53  Maulana, agla sawal kya hai Jodhpur, Rajasthan se Muhammad Waqas sahib ne, aur unhon ne likha hai: "is</w:t>
      </w:r>
      <w:r>
        <w:br/>
      </w:r>
      <w:r>
        <w:rPr>
          <w:sz w:val="20"/>
        </w:rPr>
        <w:t>1:04:02  world mein marifat-e-Khuda ki discovery sirf sochne se ho sakti hai ya Khuda insaan ko positive thought</w:t>
      </w:r>
      <w:r>
        <w:br/>
      </w:r>
      <w:r>
        <w:rPr>
          <w:sz w:val="20"/>
        </w:rPr>
        <w:t>1:04:10  deta hai jis se insaan marifat tak pahunchta hai?" Maulana sahib, is ke baray mein is baat ko</w:t>
      </w:r>
      <w:r>
        <w:br/>
      </w:r>
      <w:r>
        <w:rPr>
          <w:sz w:val="20"/>
        </w:rPr>
        <w:t>1:04:18  clear karen.</w:t>
      </w:r>
      <w:r>
        <w:br/>
      </w:r>
      <w:r>
        <w:rPr>
          <w:sz w:val="20"/>
        </w:rPr>
        <w:t>1:04:24  dekhen, aap quran ko padhen to quran mein bar bar yahi baat kahi gayi hai ke socho to paoge, yani tadabbur karo ge, tafakkur karo ge to tum ko milega.</w:t>
      </w:r>
      <w:r>
        <w:br/>
      </w:r>
      <w:r>
        <w:rPr>
          <w:sz w:val="20"/>
        </w:rPr>
        <w:t>1:04:37  bahut zyada clear hai baat sare quran majeed mein.</w:t>
      </w:r>
      <w:r>
        <w:br/>
      </w:r>
      <w:r>
        <w:rPr>
          <w:sz w:val="20"/>
        </w:rPr>
        <w:t>1:04:43  is mein to koi shakk nahi hai ke bila tadabbur ke kuch nahi milta.</w:t>
      </w:r>
      <w:r>
        <w:br/>
      </w:r>
      <w:r>
        <w:rPr>
          <w:sz w:val="20"/>
        </w:rPr>
        <w:t>1:04:53  marifat jo hai, insan yani mein yeh kahunga ke is mein 50-50 ka mamla hai. yani 50 percent insan ko tadabbur aur 50 percent allah ki tofeeq.</w:t>
      </w:r>
      <w:r>
        <w:br/>
      </w:r>
      <w:r>
        <w:rPr>
          <w:sz w:val="20"/>
        </w:rPr>
        <w:t>1:05:09  50 percent insan ko tadabbur aur 50 percent allah ki tofeeq. to agar tadabbur na ho to is mani ka aadmi apna 50 percent jo us ka hissa hai, woh ada nahi kiya us ne to kaise baqi 50 percent milega us ko?</w:t>
      </w:r>
      <w:r>
        <w:br/>
      </w:r>
      <w:r>
        <w:rPr>
          <w:sz w:val="20"/>
        </w:rPr>
        <w:t>1:05:28  to insan ko apni taraf se apna hissa 50 percent wala ada karna hoga, tab allah ki tofeeq us ko milegi.</w:t>
      </w:r>
      <w:r>
        <w:br/>
      </w:r>
      <w:r>
        <w:rPr>
          <w:sz w:val="20"/>
        </w:rPr>
        <w:t>1:05:38  is mamle mein yahi baat mujhe samjati hai.</w:t>
      </w:r>
    </w:p>
    <w:p>
      <w:pPr>
        <w:pStyle w:val="Heading2"/>
      </w:pPr>
      <w:r>
        <w:t>Balancing Fear and Love of God</w:t>
      </w:r>
    </w:p>
    <w:p>
      <w:r>
        <w:rPr>
          <w:color w:val="666666"/>
          <w:sz w:val="18"/>
        </w:rPr>
        <w:t>Faith &amp; God · The Quran September 20, 2020 Maulana Wahiduddin Khan · 1m 08s · at 27:21 · https://youtu.be/yQZGg2A0-Tk?t=1641</w:t>
      </w:r>
    </w:p>
    <w:p>
      <w:r>
        <w:rPr>
          <w:i/>
        </w:rPr>
        <w:t>“Should we have fear of God and love of God?”</w:t>
      </w:r>
    </w:p>
    <w:p>
      <w:r>
        <w:rPr>
          <w:sz w:val="20"/>
        </w:rPr>
        <w:t>27:21  maulana, agla sawal miss tuti malhotra ne bheja hai dilli se. unhon ne aap se poocha hai: "maulana, should we have fear of god or love of god?"</w:t>
      </w:r>
      <w:r>
        <w:br/>
      </w:r>
      <w:r>
        <w:rPr>
          <w:sz w:val="20"/>
        </w:rPr>
        <w:t>27:35  dekhiye, yeh dono alag cheez nahin hain. agar aap ko Allah se love paida hogi to usi ke sath khoobsurti paida hoga.</w:t>
      </w:r>
      <w:r>
        <w:br/>
      </w:r>
      <w:r>
        <w:rPr>
          <w:sz w:val="20"/>
        </w:rPr>
        <w:t>27:45  kyun ke mislan dekhiye, aap ko Allah se love paida hui ke Allah ne kitni qeemti cheez di hai: suraj ki roshni, pani ki farawani.</w:t>
      </w:r>
      <w:r>
        <w:br/>
      </w:r>
      <w:r>
        <w:rPr>
          <w:sz w:val="20"/>
        </w:rPr>
        <w:t>27:57  to sath sath woh bhi aye ga. yani aap ke zehn mein aye ga ke agar Allah pani chheen le to hum paas kiya surat hai?</w:t>
      </w:r>
      <w:r>
        <w:br/>
      </w:r>
      <w:r>
        <w:rPr>
          <w:sz w:val="20"/>
        </w:rPr>
        <w:t>28:06  pani ka roshni chheen le to kiya kaise hum roshni payen ge? to dono ek doosre ke interlinked hain.</w:t>
      </w:r>
      <w:r>
        <w:br/>
      </w:r>
      <w:r>
        <w:rPr>
          <w:sz w:val="20"/>
        </w:rPr>
        <w:t>28:18  mein samajhta hoon, woh aye ga to woh jo aye ga, aa jayega.</w:t>
      </w:r>
    </w:p>
    <w:p>
      <w:pPr>
        <w:pStyle w:val="Heading2"/>
      </w:pPr>
      <w:r>
        <w:t>Balancing fear and love of God</w:t>
      </w:r>
    </w:p>
    <w:p>
      <w:r>
        <w:rPr>
          <w:color w:val="666666"/>
          <w:sz w:val="18"/>
        </w:rPr>
        <w:t>Faith &amp; God · Between Hell and Paradise January 27, 2013 · 1m 04s · at 1:10:42 · https://youtu.be/0IItFxGXPQ4?t=4242</w:t>
      </w:r>
    </w:p>
    <w:p>
      <w:r>
        <w:rPr>
          <w:i/>
        </w:rPr>
        <w:t>“How can a person fear and love God simultaneously? Kindly guide.”</w:t>
      </w:r>
    </w:p>
    <w:p>
      <w:r>
        <w:rPr>
          <w:sz w:val="20"/>
        </w:rPr>
        <w:t>1:10:42  molana, unka ek aur sawal hai. unhone aapse poocha hai: "How can a person fear and love God simultaneously?</w:t>
      </w:r>
      <w:r>
        <w:br/>
      </w:r>
      <w:r>
        <w:rPr>
          <w:sz w:val="20"/>
        </w:rPr>
        <w:t>1:10:51  Kindly guide." dekhiye, fear jo hai wo koi negative b</w:t>
      </w:r>
      <w:r>
        <w:br/>
      </w:r>
      <w:r>
        <w:rPr>
          <w:sz w:val="20"/>
        </w:rPr>
        <w:t>1:10:55  aat nahi hai. aisa nahi ke saanp se darta hai aadmi, wo baat nahi hai.</w:t>
      </w:r>
      <w:r>
        <w:br/>
      </w:r>
      <w:r>
        <w:rPr>
          <w:sz w:val="20"/>
        </w:rPr>
        <w:t>1:11:02  yeh galat fehmi logon ko hoti hai. asal cheez jo hai wo love hi hai. love kis liye? ke sari blessing Allah ke haath mein hai, jannat Allah ke haath mein hai.</w:t>
      </w:r>
      <w:r>
        <w:br/>
      </w:r>
      <w:r>
        <w:rPr>
          <w:sz w:val="20"/>
        </w:rPr>
        <w:t>1:11:14  meri attendant life jo hai, uski success Allah ke haath mein hai. to yeh cheez Allah se strong affection paida karti hai ke Khuda dega to mujhe milega.</w:t>
      </w:r>
      <w:r>
        <w:br/>
      </w:r>
      <w:r>
        <w:rPr>
          <w:sz w:val="20"/>
        </w:rPr>
        <w:t>1:11:26  at the same time yeh laga rehta hai ke mujhe apni competent saabit karna hai. agar main competent saabit na kar sakoon to blessing nahi paunga main.</w:t>
      </w:r>
      <w:r>
        <w:br/>
      </w:r>
      <w:r>
        <w:rPr>
          <w:sz w:val="20"/>
        </w:rPr>
        <w:t>1:11:37  to Khuda ki nisbat se aati hai love, apni nisbat se aati hai yeh andesha ke kahin main mehroom na ho jaaun. yeh matlab hai iska.</w:t>
      </w:r>
    </w:p>
    <w:p>
      <w:pPr>
        <w:pStyle w:val="Heading2"/>
      </w:pPr>
      <w:r>
        <w:t>Believer's goal: good deeds for Jannah?</w:t>
      </w:r>
    </w:p>
    <w:p>
      <w:r>
        <w:rPr>
          <w:color w:val="666666"/>
          <w:sz w:val="18"/>
        </w:rPr>
        <w:t>Faith &amp; God · Q&amp;A 11 Jul 2010 Maulana Wahiduddin Khan · 1m 10s · at 41:44 · https://youtu.be/UHtdtzGGwFQ?t=2504</w:t>
      </w:r>
    </w:p>
    <w:p>
      <w:r>
        <w:rPr>
          <w:i/>
        </w:rPr>
        <w:t>“Is the believer's goal only to do good deeds and go to Jannah? If that is the goal, then it only means that a worker receives his wages.”</w:t>
      </w:r>
    </w:p>
    <w:p>
      <w:r>
        <w:rPr>
          <w:sz w:val="20"/>
        </w:rPr>
        <w:t>41:44  maulana, yeh sawal aya hai mr. shaukat ali ka sialkot pakistan se. unhon ne likha hai ke kya momin ka maqsad sirf achhe kaam kar ke jannat mein jana hai?</w:t>
      </w:r>
      <w:r>
        <w:br/>
      </w:r>
      <w:r>
        <w:rPr>
          <w:sz w:val="20"/>
        </w:rPr>
        <w:t>41:57  agar yahi maqsad hai to is ka matlab sirf yahi hai ke ek mazdoor ko us ki mazdoori ka milna.</w:t>
      </w:r>
      <w:r>
        <w:br/>
      </w:r>
      <w:r>
        <w:rPr>
          <w:sz w:val="20"/>
        </w:rPr>
        <w:t>42:06  maulana, is ko explain kijiye.</w:t>
      </w:r>
      <w:r>
        <w:br/>
      </w:r>
      <w:r>
        <w:rPr>
          <w:sz w:val="20"/>
        </w:rPr>
        <w:t>42:08  nahi, main ne abhi kaha hai ke dekhiye ke asal cheez hai tazkiya. self-purification. yeh mazdoori aur price ki baat nahi hai.</w:t>
      </w:r>
      <w:r>
        <w:br/>
      </w:r>
      <w:r>
        <w:rPr>
          <w:sz w:val="20"/>
        </w:rPr>
        <w:t>42:19  price ki baat nahi hai. yani purified soul hi jayega paradise mein. purified soul ka matlab kya hai? jis ke andar negativity na ho.</w:t>
      </w:r>
      <w:r>
        <w:br/>
      </w:r>
      <w:r>
        <w:rPr>
          <w:sz w:val="20"/>
        </w:rPr>
        <w:t>42:30  jis ke andar intolerance na ho. jis ke andar violence na ho. jo enmity na ho. jis ke andar Allah ka khauf ho, Allah se mohabbat ho.</w:t>
      </w:r>
      <w:r>
        <w:br/>
      </w:r>
      <w:r>
        <w:rPr>
          <w:sz w:val="20"/>
        </w:rPr>
        <w:t>42:43  to yeh purified soul us ko kaha gaya hai. to purified soul paradise mein jayega. aur koi is ki price nahi hai.</w:t>
      </w:r>
    </w:p>
    <w:p>
      <w:pPr>
        <w:pStyle w:val="Heading2"/>
      </w:pPr>
      <w:r>
        <w:t>Biggest hindrance to God realization</w:t>
      </w:r>
    </w:p>
    <w:p>
      <w:r>
        <w:rPr>
          <w:color w:val="666666"/>
          <w:sz w:val="18"/>
        </w:rPr>
        <w:t>Faith &amp; God · Realization of God December 18, 2016 Maulana Wahiduddin Khan · 1m 46s · at 47:16 · https://youtu.be/LHKb2btTIT8?t=2836</w:t>
      </w:r>
    </w:p>
    <w:p>
      <w:r>
        <w:rPr>
          <w:i/>
        </w:rPr>
        <w:t>“According to you, what is the biggest hindrance to God realization?”</w:t>
      </w:r>
    </w:p>
    <w:p>
      <w:r>
        <w:rPr>
          <w:sz w:val="20"/>
        </w:rPr>
        <w:t>47:16  the comment section Maulana sahib pehla sawal aaya hai muradabad se Faisal sahib ne kiya hai aur</w:t>
      </w:r>
      <w:r>
        <w:br/>
      </w:r>
      <w:r>
        <w:rPr>
          <w:sz w:val="20"/>
        </w:rPr>
        <w:t>47:24  unhon ne aap se poocha hai Maulana sahib according to you what is the biggest hindrance to God</w:t>
      </w:r>
      <w:r>
        <w:br/>
      </w:r>
      <w:r>
        <w:rPr>
          <w:sz w:val="20"/>
        </w:rPr>
        <w:t>47:31  realization jahan tak bhai mein sochta hoon wo hai parda abhi aap ne mausam mein dekha hoga jidhar</w:t>
      </w:r>
      <w:r>
        <w:br/>
      </w:r>
      <w:r>
        <w:rPr>
          <w:sz w:val="20"/>
        </w:rPr>
        <w:t>47:39  badal chhaye aate hain suraj dikhai nahi deta suraj hota hai lekin wo dikhai nahi deta to hamare</w:t>
      </w:r>
      <w:r>
        <w:br/>
      </w:r>
      <w:r>
        <w:rPr>
          <w:sz w:val="20"/>
        </w:rPr>
        <w:t>47:47  اوپر دو بڑے پردے ہیں ایک ہے more money more money more money material material چیزیں اور زیادہ</w:t>
      </w:r>
      <w:r>
        <w:br/>
      </w:r>
      <w:r>
        <w:rPr>
          <w:sz w:val="20"/>
        </w:rPr>
        <w:t>47:54  yeh parda hai to maadi cheezon ke liye log andhe pehre ho rahe hain toot pade hain is</w:t>
      </w:r>
      <w:r>
        <w:br/>
      </w:r>
      <w:r>
        <w:rPr>
          <w:sz w:val="20"/>
        </w:rPr>
        <w:t>48:02  ke upar aur doosra nafrat nafrat hamare ulma ne paida ki hai deoband ke ulma ka yeh haal</w:t>
      </w:r>
      <w:r>
        <w:br/>
      </w:r>
      <w:r>
        <w:rPr>
          <w:sz w:val="20"/>
        </w:rPr>
        <w:t>48:09  tha ke angrez jab yahan thay to kehte thay ke main angrez ki soorat hi nahi dekhunga</w:t>
      </w:r>
      <w:r>
        <w:br/>
      </w:r>
      <w:r>
        <w:rPr>
          <w:sz w:val="20"/>
        </w:rPr>
        <w:t>48:17  bataiye angrez un ke maudood hain lekin un ki soorat nahi dekhunga kyun kya jawaz hai is</w:t>
      </w:r>
      <w:r>
        <w:br/>
      </w:r>
      <w:r>
        <w:rPr>
          <w:sz w:val="20"/>
        </w:rPr>
        <w:t>48:24  ka kyun nahi dekhenge aap rasool Allah ne abujahal ki soorat dekhi abujahal ki soorat dekhi kyunke</w:t>
      </w:r>
      <w:r>
        <w:br/>
      </w:r>
      <w:r>
        <w:rPr>
          <w:sz w:val="20"/>
        </w:rPr>
        <w:t>48:32  dawat dena tha to ulma ne bohat cheez galat role ada kiya hai ke logon ko maghrib se</w:t>
      </w:r>
      <w:r>
        <w:br/>
      </w:r>
      <w:r>
        <w:rPr>
          <w:sz w:val="20"/>
        </w:rPr>
        <w:t>48:40  matanfir kar diya aur industrial jo taraqqiyan hui hain is ne logon ko andha bura bana diya bas</w:t>
      </w:r>
      <w:r>
        <w:br/>
      </w:r>
      <w:r>
        <w:rPr>
          <w:sz w:val="20"/>
        </w:rPr>
        <w:t>48:47  paisa paisa paisa yahi parda hai agar aap ko chahiye ke aala marifat hasil karen to in pardon</w:t>
      </w:r>
      <w:r>
        <w:br/>
      </w:r>
      <w:r>
        <w:rPr>
          <w:sz w:val="20"/>
        </w:rPr>
        <w:t>48:55  ko phaar kar phenkein jis din aap in pardon ko pharenge aala marifat suraj ki roshan ho jayegi.</w:t>
      </w:r>
    </w:p>
    <w:p>
      <w:pPr>
        <w:pStyle w:val="Heading2"/>
      </w:pPr>
      <w:r>
        <w:t>Book on evolution theory available</w:t>
      </w:r>
    </w:p>
    <w:p>
      <w:r>
        <w:rPr>
          <w:color w:val="666666"/>
          <w:sz w:val="18"/>
        </w:rPr>
        <w:t>Faith &amp; God · Purpose Of Human Life -12th Feb. '12 · 1m 44s · at 1:19:51 · https://youtu.be/TCGYvGJHf7w?t=4791</w:t>
      </w:r>
    </w:p>
    <w:p>
      <w:r>
        <w:rPr>
          <w:i/>
        </w:rPr>
        <w:t>“Do you have any book on the theory of evolution?”</w:t>
      </w:r>
    </w:p>
    <w:p>
      <w:r>
        <w:rPr>
          <w:sz w:val="20"/>
        </w:rPr>
        <w:t>1:19:51  Maulana, agla sawal hai Tamil Nadu se. Mr.</w:t>
      </w:r>
      <w:r>
        <w:br/>
      </w:r>
      <w:r>
        <w:rPr>
          <w:sz w:val="20"/>
        </w:rPr>
        <w:t>1:19:56  Hafiz, Maulana Hafiz Iqbal sahib ka.</w:t>
      </w:r>
      <w:r>
        <w:br/>
      </w:r>
      <w:r>
        <w:rPr>
          <w:sz w:val="20"/>
        </w:rPr>
        <w:t>1:20:01  unhon ne aap se poocha hai ke kya evolution theory par aap ki koi kitaab hai? dekhein, mere</w:t>
      </w:r>
      <w:r>
        <w:br/>
      </w:r>
      <w:r>
        <w:rPr>
          <w:sz w:val="20"/>
        </w:rPr>
        <w:t>1:20:06  articles bohat sare hain.</w:t>
      </w:r>
      <w:r>
        <w:br/>
      </w:r>
      <w:r>
        <w:rPr>
          <w:sz w:val="20"/>
        </w:rPr>
        <w:t>1:20:10  shayad kaise, ek darjan articles to honge ghaliban. ji? ji.</w:t>
      </w:r>
      <w:r>
        <w:br/>
      </w:r>
      <w:r>
        <w:rPr>
          <w:sz w:val="20"/>
        </w:rPr>
        <w:t>1:20:15  aur abhi hum soch rahe hain ke woh sab ko ikattha kar ke ek chhapen, un ko compile</w:t>
      </w:r>
      <w:r>
        <w:br/>
      </w:r>
      <w:r>
        <w:rPr>
          <w:sz w:val="20"/>
        </w:rPr>
        <w:t>1:20:20  kar ke, un ka compilation.</w:t>
      </w:r>
      <w:r>
        <w:br/>
      </w:r>
      <w:r>
        <w:rPr>
          <w:sz w:val="20"/>
        </w:rPr>
        <w:t>1:20:25  to pehle mein bohat likhta tha is par.</w:t>
      </w:r>
      <w:r>
        <w:br/>
      </w:r>
      <w:r>
        <w:rPr>
          <w:sz w:val="20"/>
        </w:rPr>
        <w:t>1:20:29  mein ne is baqayeda, mein ne is ko bohat baqayeda tor par is ka mutalia kiya hai.</w:t>
      </w:r>
      <w:r>
        <w:br/>
      </w:r>
      <w:r>
        <w:rPr>
          <w:sz w:val="20"/>
        </w:rPr>
        <w:t>1:20:34  aur natural history museum mein ja kar ke is ko samjha hai.</w:t>
      </w:r>
      <w:r>
        <w:br/>
      </w:r>
      <w:r>
        <w:rPr>
          <w:sz w:val="20"/>
        </w:rPr>
        <w:t>1:20:39  aur is ke experts se baatein bhi ki hain, yeh sab kiya hai mein ne.</w:t>
      </w:r>
      <w:r>
        <w:br/>
      </w:r>
      <w:r>
        <w:rPr>
          <w:sz w:val="20"/>
        </w:rPr>
        <w:t>1:20:44  mein jo bohat bol raha hoon, woh ek aap yeh na samjhen ke mein aise hi kar raha</w:t>
      </w:r>
      <w:r>
        <w:br/>
      </w:r>
      <w:r>
        <w:rPr>
          <w:sz w:val="20"/>
        </w:rPr>
        <w:t>1:20:48  hoon, shairana tor par.</w:t>
      </w:r>
      <w:r>
        <w:br/>
      </w:r>
      <w:r>
        <w:rPr>
          <w:sz w:val="20"/>
        </w:rPr>
        <w:t>1:20:53  baqaida research ki baat mein kar raha hoon.</w:t>
      </w:r>
      <w:r>
        <w:br/>
      </w:r>
      <w:r>
        <w:rPr>
          <w:sz w:val="20"/>
        </w:rPr>
        <w:t>1:20:58  aur bilashubah yeh mein manta hoon ke evolution theory sirf aik aik is ka woh hargiz hargiz koi</w:t>
      </w:r>
      <w:r>
        <w:br/>
      </w:r>
      <w:r>
        <w:rPr>
          <w:sz w:val="20"/>
        </w:rPr>
        <w:t>1:21:03  proofd theory nahi hai, koi scientific theory nahi hai.</w:t>
      </w:r>
      <w:r>
        <w:br/>
      </w:r>
      <w:r>
        <w:rPr>
          <w:sz w:val="20"/>
        </w:rPr>
        <w:t>1:21:07  woh chunchay logon ko moqa mil jata hai ke apne ko haiwan ki tarah dunya mein rehna chahte</w:t>
      </w:r>
      <w:r>
        <w:br/>
      </w:r>
      <w:r>
        <w:rPr>
          <w:sz w:val="20"/>
        </w:rPr>
        <w:t>1:21:12  hain, to is ne aik justification de diya.</w:t>
      </w:r>
      <w:r>
        <w:br/>
      </w:r>
      <w:r>
        <w:rPr>
          <w:sz w:val="20"/>
        </w:rPr>
        <w:t>1:21:17  warna aisi koi haqeeqat nahi hai.</w:t>
      </w:r>
      <w:r>
        <w:br/>
      </w:r>
      <w:r>
        <w:rPr>
          <w:sz w:val="20"/>
        </w:rPr>
        <w:t>1:21:22  to inshallah hum woh mazameen jo hain, jo hum likhte rahe hain is se pehle, is ko</w:t>
      </w:r>
      <w:r>
        <w:br/>
      </w:r>
      <w:r>
        <w:rPr>
          <w:sz w:val="20"/>
        </w:rPr>
        <w:t>1:21:27  compile kar ke chhapen ge. inshallah.</w:t>
      </w:r>
      <w:r>
        <w:br/>
      </w:r>
      <w:r>
        <w:rPr>
          <w:sz w:val="20"/>
        </w:rPr>
        <w:t>1:21:31  Maulana, un ka aik aur sawal hai.</w:t>
      </w:r>
    </w:p>
    <w:p>
      <w:pPr>
        <w:pStyle w:val="Heading2"/>
      </w:pPr>
      <w:r>
        <w:t>Can one be promoted in Paradise levels</w:t>
      </w:r>
    </w:p>
    <w:p>
      <w:r>
        <w:rPr>
          <w:color w:val="666666"/>
          <w:sz w:val="18"/>
        </w:rPr>
        <w:t>Faith &amp; God · How to Become Deserving of Paradise August 16, 2020 Maulana Wahiduddin Khan · 1m 17s · at 29:48 · https://youtu.be/jFXK3TMiqtA?t=1788</w:t>
      </w:r>
    </w:p>
    <w:p>
      <w:r>
        <w:rPr>
          <w:i/>
        </w:rPr>
        <w:t>“Paradise has many levels, as we know. If a person qualifies for Paradise, can he be promoted to higher levels once he is settled in Paradise?”</w:t>
      </w:r>
    </w:p>
    <w:p>
      <w:r>
        <w:rPr>
          <w:sz w:val="20"/>
        </w:rPr>
        <w:t>29:48  maulana, agla sawal bheja hai</w:t>
      </w:r>
      <w:r>
        <w:br/>
      </w:r>
      <w:r>
        <w:rPr>
          <w:sz w:val="20"/>
        </w:rPr>
        <w:t>29:53  zubair khan ne ahmedabad se. unhon ne likha hai: "maulana, paradise has many levels as we know. if a person qualifies for paradise, then can he be promoted to higher levels once he settled in paradise." dekhen, paradise ke baray mein hadith mein aata hai ke is ke</w:t>
      </w:r>
      <w:r>
        <w:br/>
      </w:r>
      <w:r>
        <w:rPr>
          <w:sz w:val="20"/>
        </w:rPr>
        <w:t>30:18  so darjay hain. dekhen, so darjay bhi ginti mani mein nahi hain ke is ke mani hain ke beshumar darjay hain.</w:t>
      </w:r>
      <w:r>
        <w:br/>
      </w:r>
      <w:r>
        <w:rPr>
          <w:sz w:val="20"/>
        </w:rPr>
        <w:t>30:29  to paradise koi aik lagi badli jagah nahi hogi. is ke darjay par darjay, darjay par darjay.</w:t>
      </w:r>
      <w:r>
        <w:br/>
      </w:r>
      <w:r>
        <w:rPr>
          <w:sz w:val="20"/>
        </w:rPr>
        <w:t>30:41  to aap jis darjay ke liye qualify karenge, wohi milega aap ko.</w:t>
      </w:r>
      <w:r>
        <w:br/>
      </w:r>
      <w:r>
        <w:rPr>
          <w:sz w:val="20"/>
        </w:rPr>
        <w:t>30:48  aur yeh farishton ki report hoga. wahan ka faisla farishton ki report par hoga.</w:t>
      </w:r>
    </w:p>
    <w:p>
      <w:pPr>
        <w:pStyle w:val="Heading2"/>
      </w:pPr>
      <w:r>
        <w:t>Can one enter Paradise without God's closeness?</w:t>
      </w:r>
    </w:p>
    <w:p>
      <w:r>
        <w:rPr>
          <w:color w:val="666666"/>
          <w:sz w:val="18"/>
        </w:rPr>
        <w:t>Faith &amp; God · The Culture of People of Paradise January 06, 2019 Maulana Wahiduddin Khan · 1m 02s · at 46:38 · https://youtu.be/rFExua9zntM?t=2798</w:t>
      </w:r>
    </w:p>
    <w:p>
      <w:r>
        <w:rPr>
          <w:i/>
        </w:rPr>
        <w:t>“Is it possible that a person follows Islam but the thought of God's closeness does not come to his mind, and God admits him to Paradise?”</w:t>
      </w:r>
    </w:p>
    <w:p>
      <w:r>
        <w:rPr>
          <w:sz w:val="20"/>
        </w:rPr>
        <w:t>46:38  molana, yeh sawal bheja hai farhad sahib ne: "molana, kya yeh mumkin hai ke insan islam par chale magar is ke mind mein khuda ki qurbat ka khayal na aaye aur khuda is ko jannat mein dakhil kar de?</w:t>
      </w:r>
      <w:r>
        <w:br/>
      </w:r>
      <w:r>
        <w:rPr>
          <w:sz w:val="20"/>
        </w:rPr>
        <w:t>46:56  is ke bare mein batayein." main to is ko impossible sochta hoon</w:t>
      </w:r>
      <w:r>
        <w:br/>
      </w:r>
      <w:r>
        <w:rPr>
          <w:sz w:val="20"/>
        </w:rPr>
        <w:t>47:06  kyun ke jannat khuda ki qurbati ka to naam hai, khuda ke paros mein jeene ka naam hai. to agar koi khuda ke paros ka shaiq na ho to jannat kyun milegi us ko?</w:t>
      </w:r>
      <w:r>
        <w:br/>
      </w:r>
      <w:r>
        <w:rPr>
          <w:sz w:val="20"/>
        </w:rPr>
        <w:t>47:25  main to samajhta hoon ke woh qurbat, khuda ki qurbat, woh wali jannat ka ko deserve nahi karta. woh</w:t>
      </w:r>
    </w:p>
    <w:p>
      <w:pPr>
        <w:pStyle w:val="Heading2"/>
      </w:pPr>
      <w:r>
        <w:t>Can ordinary Muslim achieve highest paradise?</w:t>
      </w:r>
    </w:p>
    <w:p>
      <w:r>
        <w:rPr>
          <w:color w:val="666666"/>
          <w:sz w:val="18"/>
        </w:rPr>
        <w:t>Faith &amp; God · Realization of God May 07, 2017 Maulana Wahiduddin Khan · 52s · at 54:57 · https://youtu.be/sXmJShRfWKs?t=3297</w:t>
      </w:r>
    </w:p>
    <w:p>
      <w:r>
        <w:rPr>
          <w:i/>
        </w:rPr>
        <w:t>“Can an ordinary Muslim who is not a scholar achieve the highest level of paradise? If yes, then how? What are the things that a person needs to do to get to the highest level of Jannah?”</w:t>
      </w:r>
    </w:p>
    <w:p>
      <w:r>
        <w:rPr>
          <w:sz w:val="20"/>
        </w:rPr>
        <w:t>54:57  Maulana agla sawal Imran Khalid sahib ne Lahore se kiya hai unhone poocha hai ke can an ordinary muslim who is not a scholar achieve highest level of paradise</w:t>
      </w:r>
      <w:r>
        <w:br/>
      </w:r>
      <w:r>
        <w:rPr>
          <w:sz w:val="20"/>
        </w:rPr>
        <w:t>55:10  if yes then how what are the things that a person needs to do to get to the highest level of jannat</w:t>
      </w:r>
      <w:r>
        <w:br/>
      </w:r>
      <w:r>
        <w:rPr>
          <w:sz w:val="20"/>
        </w:rPr>
        <w:t>55:21  highest level ke maani hain highest marifat highest level of thinking to is ka talluq degree se nahi hai degree se is ka talluq nahi hai is ka talluq yeh hai ke aap dua karein study karein apni soch ko barhaayein khoob khoob dua karein is ka talluq kuch bhi degree se nahi hai</w:t>
      </w:r>
    </w:p>
    <w:p>
      <w:pPr>
        <w:pStyle w:val="Heading2"/>
      </w:pPr>
      <w:r>
        <w:t>Can we close the door of repentance?</w:t>
      </w:r>
    </w:p>
    <w:p>
      <w:r>
        <w:rPr>
          <w:color w:val="666666"/>
          <w:sz w:val="18"/>
        </w:rPr>
        <w:t>Faith &amp; God · Don't Be Angry Culture January 15, 2012 · 1m 40s · at 1:13:44 · https://youtu.be/NrA3X8y_FLY?t=4424</w:t>
      </w:r>
    </w:p>
    <w:p>
      <w:r>
        <w:rPr>
          <w:i/>
        </w:rPr>
        <w:t>“Can we close the door of repentance for anyone?”</w:t>
      </w:r>
    </w:p>
    <w:p>
      <w:r>
        <w:rPr>
          <w:sz w:val="20"/>
        </w:rPr>
        <w:t>1:13:44  maulana, agla sawal lete hain jo aya hai chennai se maulana israr ul hassan sahib ka. unhon ne likha hai: "maulana, kya tauba ka darwaza kisi ke liye hum band kar sakte hain?" "yeh to sochna bhi kufr hai ke hum band kar sakte hain." yaani khuda ke domain mein dakhil hona hai.</w:t>
      </w:r>
      <w:r>
        <w:br/>
      </w:r>
      <w:r>
        <w:rPr>
          <w:sz w:val="20"/>
        </w:rPr>
        <w:t>1:14:06  yeh kaise koi himmat karta hai yeh kehne ki?</w:t>
      </w:r>
      <w:r>
        <w:br/>
      </w:r>
      <w:r>
        <w:rPr>
          <w:sz w:val="20"/>
        </w:rPr>
        <w:t>1:14:11  tauba ka darwaza kholna aur band karna, dono allah ke ikhtiyar mein hai, hamare ikhtiyar mein nahi hai.</w:t>
      </w:r>
      <w:r>
        <w:br/>
      </w:r>
      <w:r>
        <w:rPr>
          <w:sz w:val="20"/>
        </w:rPr>
        <w:t>1:14:20  aaj kal ke log bohat aasani se dakhil ho jate hain khuda ke domain mein, mislan fatwa dete hain, takfeer ka fatwa. main arzii ke khuda ke domain mein dakhil hona hai.</w:t>
      </w:r>
      <w:r>
        <w:br/>
      </w:r>
      <w:r>
        <w:rPr>
          <w:sz w:val="20"/>
        </w:rPr>
        <w:t>1:14:30  aap ko haq nahi hai takfeer ka fatwa dene ka. yeh kafir hai, yeh munafiq hai, yeh fasiq hai, yeh dushman hai. aap ko kya haq hai kehne ka? yaad rakhiye, yeh sab khuda ke domain mein dakhil hona hai.</w:t>
      </w:r>
      <w:r>
        <w:br/>
      </w:r>
      <w:r>
        <w:rPr>
          <w:sz w:val="20"/>
        </w:rPr>
        <w:t>1:14:44  aap ke haq, aap ko kya karna hai?</w:t>
      </w:r>
      <w:r>
        <w:br/>
      </w:r>
      <w:r>
        <w:rPr>
          <w:sz w:val="20"/>
        </w:rPr>
        <w:t>1:14:47  daawat, naseehat, talqeen, waaz. bas nahi to dua.</w:t>
      </w:r>
      <w:r>
        <w:br/>
      </w:r>
      <w:r>
        <w:rPr>
          <w:sz w:val="20"/>
        </w:rPr>
        <w:t>1:14:55  yaani daawat aur naseehat ke baad agar aap samajhte hain kuch aur karna to bas dua kijiye. baqi fatwe dena, ladna bhirna aur statement jari karna,</w:t>
      </w:r>
      <w:r>
        <w:br/>
      </w:r>
      <w:r>
        <w:rPr>
          <w:sz w:val="20"/>
        </w:rPr>
        <w:t>1:15:11  yeh sab khuda ke domain mein dakhil hona hai, jis ki ijazat</w:t>
      </w:r>
      <w:r>
        <w:br/>
      </w:r>
      <w:r>
        <w:rPr>
          <w:sz w:val="20"/>
        </w:rPr>
        <w:t>1:15:15  kisi ko nahi hai. peghambar ko bhi nahi hai ke khuda ke domain mein dakhil ho jaye woh. aur doosre logon ko kaise ho sakti hai?</w:t>
      </w:r>
    </w:p>
    <w:p>
      <w:pPr>
        <w:pStyle w:val="Heading2"/>
      </w:pPr>
      <w:r>
        <w:t>Can we control Allah's feelings</w:t>
      </w:r>
    </w:p>
    <w:p>
      <w:r>
        <w:rPr>
          <w:color w:val="666666"/>
          <w:sz w:val="18"/>
        </w:rPr>
        <w:t>Faith &amp; God · Purpose Of Human Life -12th Feb. '12 · 1m 18s · at 1:42:54 · https://youtu.be/TCGYvGJHf7w?t=6174</w:t>
      </w:r>
    </w:p>
    <w:p>
      <w:r>
        <w:rPr>
          <w:i/>
        </w:rPr>
        <w:t>“Maulana, a person said that we can control feelings of Allah because if we do good deeds Allah will become happy. Is this correct?”</w:t>
      </w:r>
    </w:p>
    <w:p>
      <w:r>
        <w:rPr>
          <w:sz w:val="20"/>
        </w:rPr>
        <w:t>1:42:54  Maulana, agla sawal aahe andhra pradesh se aaya hai Maulana abdulkarim sahib ka.</w:t>
      </w:r>
      <w:r>
        <w:br/>
      </w:r>
      <w:r>
        <w:rPr>
          <w:sz w:val="20"/>
        </w:rPr>
        <w:t>1:42:59  Unhon ne poocha hai aap se ke aahe Maulana, ek sahib ne farmaya ke We can control feelings</w:t>
      </w:r>
      <w:r>
        <w:br/>
      </w:r>
      <w:r>
        <w:rPr>
          <w:sz w:val="20"/>
        </w:rPr>
        <w:t>1:43:03  of Allah because if we do good deeds Allah will become happy.</w:t>
      </w:r>
      <w:r>
        <w:br/>
      </w:r>
      <w:r>
        <w:rPr>
          <w:sz w:val="20"/>
        </w:rPr>
        <w:t>1:43:08  If we do bad deeds then He will become angry.</w:t>
      </w:r>
      <w:r>
        <w:br/>
      </w:r>
      <w:r>
        <w:rPr>
          <w:sz w:val="20"/>
        </w:rPr>
        <w:t>1:43:13  Maulana sahib, how can we answer to this question? kya kya main sab jayega? haan, Maulana, woh yeh keh rahe hain ke jo Allah taala ki feelings hain woh hum control kar sakte hain. ek sahib ne un ko kaha hai ke kya matlab feeling control kar, kya matlab? kya woh be bas baat hai yeh? kya matlab control kar sakte hain hum? to kuch kuch kuch sense nahin banta. aap bataiye kya sense banta hai? kya sawal hai? mat sunen, mat samjhaen. Maulana, woh shayad yeh kehna chah rahe hain ke ah they can actually control in the sense ke agar acha kaam karenge to Allah taala khush honge aur agar galat kaam karenge to naraz honge. to is tarah se woh ah decide kar sakte hain ke Allah taala ki kya feelings hongi. sawal ek, humein kya pata hai ke hum ne acha kaam kiya hai? woh Allah taala jab is ko acha qarar de, tab woh acha hai. hamare samne acha ho jayega. ab main pani pi raha hoon, dahine hath se, bas samajh lo ke bas Khuda khush ho gaya. to bhai, aam makan mein baat ho gayi. yeh Khuda ko pata hai kis kaam par woh khush hoga, kis kaam par na khush hoga. aap ko to yeh pata hai. hmm, yeh to bilkul stupid baat hai. bilkul jo ek aisa karta hai aadmi, woh samajhta hai ke us ko us ke ikhtiyar mein hai Khuda ko khush karna. Khuda khud jis se jis cheez se aap khush hoga, jis cheez se naraz hoga. humein kya pata? yani jo kaam hum karte hain, woh Khuda jis ko qabool kare, tab ja kar woh Khuda ko khush karne wala banega. sirf hamare karne se thodi ban jayega. isi liye sare sahaba jo the, aakhir waqt tak fear mein jeete the. fear mein. kya matlab hum ne jo kiya hai, woh qabool hua ke nahin Allah taala ke haan? yeh to ek stupid question hai. okay, we will end this session now as.</w:t>
      </w:r>
    </w:p>
    <w:p>
      <w:pPr>
        <w:pStyle w:val="Heading2"/>
      </w:pPr>
      <w:r>
        <w:t>Can we see God completely in paradise?</w:t>
      </w:r>
    </w:p>
    <w:p>
      <w:r>
        <w:rPr>
          <w:color w:val="666666"/>
          <w:sz w:val="18"/>
        </w:rPr>
        <w:t>Faith &amp; God · Angels on Earth 29 June, 2019 - Maulana Wahiduddin Khan · 1m 51s · at 1:07:32 · https://youtu.be/WNzxofHh_Dw?t=4052</w:t>
      </w:r>
    </w:p>
    <w:p>
      <w:r>
        <w:rPr>
          <w:i/>
        </w:rPr>
        <w:t>“Will we be able to see God completely in the hereafter? There is a hadith that the people of paradise will see Allah, but my own feeling is that Allah who created such a vast universe...”</w:t>
      </w:r>
    </w:p>
    <w:p>
      <w:r>
        <w:rPr>
          <w:sz w:val="20"/>
        </w:rPr>
        <w:t>1:07:32  jisko us ne naam diya hai single string theory to aap ne sahi kaha ah Maulana agla sawal Chennai se kiya hai Maulana Iqbal Umri ne unhon ne aap se poocha hai Maulana Khuda ko kya aakhirat mein mukammal dekh sakenge</w:t>
      </w:r>
      <w:r>
        <w:br/>
      </w:r>
      <w:r>
        <w:rPr>
          <w:sz w:val="20"/>
        </w:rPr>
        <w:t>1:07:58  bhai hadith mein to aya hai ke</w:t>
      </w:r>
      <w:r>
        <w:br/>
      </w:r>
      <w:r>
        <w:rPr>
          <w:sz w:val="20"/>
        </w:rPr>
        <w:t>1:08:01  ke in jannati dekhenge Allah ko lekin mera apna ehsas yeh hai ke Allah rab ul alameen jis ne itni bari universe banai kaisi ajeeb ghareeb universe hai</w:t>
      </w:r>
      <w:r>
        <w:br/>
      </w:r>
      <w:r>
        <w:rPr>
          <w:sz w:val="20"/>
        </w:rPr>
        <w:t>1:08:23  to kaise insan dekhenge is ko main nahi samajhta ke insan kabhi is ko poori</w:t>
      </w:r>
    </w:p>
    <w:p>
      <w:pPr>
        <w:pStyle w:val="Heading2"/>
      </w:pPr>
      <w:r>
        <w:t>Cloning and the role of the soul</w:t>
      </w:r>
    </w:p>
    <w:p>
      <w:r>
        <w:rPr>
          <w:color w:val="666666"/>
          <w:sz w:val="18"/>
        </w:rPr>
        <w:t>Faith &amp; God · Q&amp;A 20 Nov 2011 Maulana Wahiduddin Khan · 1m 24s · at 16:35 · https://youtu.be/7sNDn8Y6jUc?t=995</w:t>
      </w:r>
    </w:p>
    <w:p>
      <w:r>
        <w:rPr>
          <w:i/>
        </w:rPr>
        <w:t>“The body is made of atoms which is lifeless, but life is due to the soul which is immortal. However, when I think about cloning, like Dolly the sheep, the scientist did not give it a soul as only Allah can. How does this fit?”</w:t>
      </w:r>
    </w:p>
    <w:p>
      <w:r>
        <w:rPr>
          <w:sz w:val="20"/>
        </w:rPr>
        <w:t>16:35  maulana, agla sawal aya hai mister shahnawaz khan ka dilli se. unhon ne likha hai: "the body is made of atoms which is lifeless and of course mortal.</w:t>
      </w:r>
      <w:r>
        <w:br/>
      </w:r>
      <w:r>
        <w:rPr>
          <w:sz w:val="20"/>
        </w:rPr>
        <w:t>16:50  but the existence of life is due to soul which is immortal. i am fine with this so far. but when i think about cloning, for instance, dolly the sheep was cloned and developed exactly like how flesh has to be grown, like a collection of atoms.</w:t>
      </w:r>
      <w:r>
        <w:br/>
      </w:r>
      <w:r>
        <w:rPr>
          <w:sz w:val="20"/>
        </w:rPr>
        <w:t>17:10  the scientist did not give it a soul as only allah can do it</w:t>
      </w:r>
      <w:r>
        <w:br/>
      </w:r>
      <w:r>
        <w:rPr>
          <w:sz w:val="20"/>
        </w:rPr>
        <w:t>17:15  . so how did dolly the sheep get life? from where did the life come in it? it puts a big question mark in my mind about the existence of soul.</w:t>
      </w:r>
      <w:r>
        <w:br/>
      </w:r>
      <w:r>
        <w:rPr>
          <w:sz w:val="20"/>
        </w:rPr>
        <w:t>17:27  please clear this in reference to islam</w:t>
      </w:r>
      <w:r>
        <w:br/>
      </w:r>
      <w:r>
        <w:rPr>
          <w:sz w:val="20"/>
        </w:rPr>
        <w:t>17:30  ." dekhie, hamara mozu nahi yeh sab. hamare nazdeek koi aham masail nahi hain. yeh mere nazdeek anya sraf masail hain.</w:t>
      </w:r>
      <w:r>
        <w:br/>
      </w:r>
      <w:r>
        <w:rPr>
          <w:sz w:val="20"/>
        </w:rPr>
        <w:t>17:38  agar aap ko detail janna ho to aap mujh se telephone par baat kijiye ya tehreer likh li jiye ya mujh se miliye to mein bataunga. baqi yeh jo hota hai class hamara, yeh aslan dawat ke liye hota hai aur is tarah ke masail ke liye nahi hota hai yeh.</w:t>
      </w:r>
      <w:r>
        <w:br/>
      </w:r>
      <w:r>
        <w:rPr>
          <w:sz w:val="20"/>
        </w:rPr>
        <w:t>17:54  aap ko agar dilchaspi ho to aap alag se mujh se mil sakte hain.</w:t>
      </w:r>
    </w:p>
    <w:p>
      <w:pPr>
        <w:pStyle w:val="Heading2"/>
      </w:pPr>
      <w:r>
        <w:t>Closing the door of repentance</w:t>
      </w:r>
    </w:p>
    <w:p>
      <w:r>
        <w:rPr>
          <w:color w:val="666666"/>
          <w:sz w:val="18"/>
        </w:rPr>
        <w:t>Faith &amp; God · Don't Be Angry Culture January 15, 2012 Maulana Wahiduddin Khan · 1m 46s · at 1:15:17 · https://youtu.be/rY1Ikwmwwdk?t=4517</w:t>
      </w:r>
    </w:p>
    <w:p>
      <w:r>
        <w:rPr>
          <w:i/>
        </w:rPr>
        <w:t>“Can we close the door of repentance for anyone?”</w:t>
      </w:r>
    </w:p>
    <w:p>
      <w:r>
        <w:rPr>
          <w:sz w:val="20"/>
        </w:rPr>
        <w:t>1:15:17  Thank you, Maulana sahib, for your generous service to the society." Maulana, agla sawal lete hain jo aaya hai Chennai se Maulana Israr ul Hassan sahib ka.</w:t>
      </w:r>
      <w:r>
        <w:br/>
      </w:r>
      <w:r>
        <w:rPr>
          <w:sz w:val="20"/>
        </w:rPr>
        <w:t>1:15:28  unhone likha hai: "Maulana, kya tauba ka darwaza kisi ke liye hum band kar sakte hain?" yeh to sochana bhi kufr hai ke hum band kar sakte hain.</w:t>
      </w:r>
      <w:r>
        <w:br/>
      </w:r>
      <w:r>
        <w:rPr>
          <w:sz w:val="20"/>
        </w:rPr>
        <w:t>1:15:41  y</w:t>
      </w:r>
      <w:r>
        <w:br/>
      </w:r>
      <w:r>
        <w:rPr>
          <w:sz w:val="20"/>
        </w:rPr>
        <w:t>1:15:42  yani khuda ke domain mein dakhil hona hai. yeh kaise koi himmat karta hai yeh kehne ki?</w:t>
      </w:r>
      <w:r>
        <w:br/>
      </w:r>
      <w:r>
        <w:rPr>
          <w:sz w:val="20"/>
        </w:rPr>
        <w:t>1:15:50  tauba ka darwaza kholna aur band karna dono Allah ke ikhtiyar mein hai. hamare ikhtiyar mein nahi hai. aaj kal ke log bohat aasani se dakhil ho jate hain khuda ke domain mein.</w:t>
      </w:r>
      <w:r>
        <w:br/>
      </w:r>
      <w:r>
        <w:rPr>
          <w:sz w:val="20"/>
        </w:rPr>
        <w:t>1:16:03  misalan fatwa dete hain, takfeer ka fatwa. main adiq ke khuda ke domain mein dakhil hona hai.</w:t>
      </w:r>
      <w:r>
        <w:br/>
      </w:r>
      <w:r>
        <w:rPr>
          <w:sz w:val="20"/>
        </w:rPr>
        <w:t>1:16:08  aap ko haq nahi hai takfeer ka fatwa dene ka. yeh kafir hai, yeh munafiq hai, yeh fasiq hai, yeh dushman hai. aap ko kya haq hai kehne ka? yaad rakhiye, yeh sab khuda ke domain mein dakhil hona hai.</w:t>
      </w:r>
      <w:r>
        <w:br/>
      </w:r>
      <w:r>
        <w:rPr>
          <w:sz w:val="20"/>
        </w:rPr>
        <w:t>1:16:23  aap ke haq, aap ko kya karna hai? dawat, naseehat, talqeen, waaz. bas. nahi to dua.</w:t>
      </w:r>
      <w:r>
        <w:br/>
      </w:r>
      <w:r>
        <w:rPr>
          <w:sz w:val="20"/>
        </w:rPr>
        <w:t>1:16:34  yani dawat aur naseehat ke baad agar aap samajhte hain kuch aur karna to woh dua kijiye. baqi fatwe dena, ladna bhidna aur statement jari karna,</w:t>
      </w:r>
      <w:r>
        <w:br/>
      </w:r>
      <w:r>
        <w:rPr>
          <w:sz w:val="20"/>
        </w:rPr>
        <w:t>1:16:49  yeh sab khuda ke domain mein dakhil hona hai. jis ki ijazat kisi ko nahi</w:t>
      </w:r>
      <w:r>
        <w:br/>
      </w:r>
      <w:r>
        <w:rPr>
          <w:sz w:val="20"/>
        </w:rPr>
        <w:t>1:16:54  hai. paighambar ko bhi nahi hai ke khuda ke domain mein dakhil ho jaye woh. aur doosre logon ko kaise ho sakti hai?</w:t>
      </w:r>
    </w:p>
    <w:p>
      <w:pPr>
        <w:pStyle w:val="Heading2"/>
      </w:pPr>
      <w:r>
        <w:t>Complete freedom and unfulfilled desires</w:t>
      </w:r>
    </w:p>
    <w:p>
      <w:r>
        <w:rPr>
          <w:color w:val="666666"/>
          <w:sz w:val="18"/>
        </w:rPr>
        <w:t>Faith &amp; God · Divine Guidance November 20, 2016 · 1m 14s · at 1:05:22 · https://youtu.be/tbcloc-fvSE?t=3922</w:t>
      </w:r>
    </w:p>
    <w:p>
      <w:r>
        <w:rPr>
          <w:i/>
        </w:rPr>
        <w:t>“It is said that Allah has given man complete freedom. If so, then every desire of man should be fulfilled. What is the explanation?”</w:t>
      </w:r>
    </w:p>
    <w:p>
      <w:r>
        <w:rPr>
          <w:sz w:val="20"/>
        </w:rPr>
        <w:t>1:05:22  Maulana, agla sawal kya hai? aa, aa, Bihar se Begusarai se Jamil Akhtar sahib ne.</w:t>
      </w:r>
      <w:r>
        <w:br/>
      </w:r>
      <w:r>
        <w:rPr>
          <w:sz w:val="20"/>
        </w:rPr>
        <w:t>1:05:28  aah, unhon ne likha hai: "yeh jo kaha jata hai ke Allah ne insaan ko complete azadi di</w:t>
      </w:r>
      <w:r>
        <w:br/>
      </w:r>
      <w:r>
        <w:rPr>
          <w:sz w:val="20"/>
        </w:rPr>
        <w:t>1:05:34  hai, aah, agar aisa hai to insaan ki har khwahish poori honi chahiye.</w:t>
      </w:r>
      <w:r>
        <w:br/>
      </w:r>
      <w:r>
        <w:rPr>
          <w:sz w:val="20"/>
        </w:rPr>
        <w:t>1:05:39  aah, magar aisa nahi hota hai.</w:t>
      </w:r>
      <w:r>
        <w:br/>
      </w:r>
      <w:r>
        <w:rPr>
          <w:sz w:val="20"/>
        </w:rPr>
        <w:t>1:05:45  aah, to mukammal azadi ka matlab kya hai? is ko wazeh karen.</w:t>
      </w:r>
      <w:r>
        <w:br/>
      </w:r>
      <w:r>
        <w:rPr>
          <w:sz w:val="20"/>
        </w:rPr>
        <w:t>1:05:51  bhai, azadi ka matlab yeh nahi ke aap kainat ke badshah ban gaye.</w:t>
      </w:r>
      <w:r>
        <w:br/>
      </w:r>
      <w:r>
        <w:rPr>
          <w:sz w:val="20"/>
        </w:rPr>
        <w:t>1:05:56  free choice diya hai aap ko.</w:t>
      </w:r>
      <w:r>
        <w:br/>
      </w:r>
      <w:r>
        <w:rPr>
          <w:sz w:val="20"/>
        </w:rPr>
        <w:t>1:06:02  aah, chahe acha bol paden, bura bol paden, kisi ko gaali den ya kisi khair khwahi ki baat</w:t>
      </w:r>
      <w:r>
        <w:br/>
      </w:r>
      <w:r>
        <w:rPr>
          <w:sz w:val="20"/>
        </w:rPr>
        <w:t>1:06:08  karen, is ka choice hai.</w:t>
      </w:r>
      <w:r>
        <w:br/>
      </w:r>
      <w:r>
        <w:rPr>
          <w:sz w:val="20"/>
        </w:rPr>
        <w:t>1:06:13  yeh to nahi ke aap malik ho gaye hamare pahaar ke aur samundaron ke aur sitaron ke.</w:t>
      </w:r>
      <w:r>
        <w:br/>
      </w:r>
      <w:r>
        <w:rPr>
          <w:sz w:val="20"/>
        </w:rPr>
        <w:t>1:06:19  woh to alag cheez hai, woh to Allah ke domain ki cheez hai.</w:t>
      </w:r>
      <w:r>
        <w:br/>
      </w:r>
      <w:r>
        <w:rPr>
          <w:sz w:val="20"/>
        </w:rPr>
        <w:t>1:06:25  aap ka jo domain hai insaan ke hesiyat se, us domain mein aap free hain.</w:t>
      </w:r>
      <w:r>
        <w:br/>
      </w:r>
      <w:r>
        <w:rPr>
          <w:sz w:val="20"/>
        </w:rPr>
        <w:t>1:06:31  Allah ke domain mein aap free nahi hain.</w:t>
      </w:r>
    </w:p>
    <w:p>
      <w:pPr>
        <w:pStyle w:val="Heading2"/>
      </w:pPr>
      <w:r>
        <w:t>Concept of Paradise in Companions' time vs modern civilization</w:t>
      </w:r>
    </w:p>
    <w:p>
      <w:r>
        <w:rPr>
          <w:color w:val="666666"/>
          <w:sz w:val="18"/>
        </w:rPr>
        <w:t>Faith &amp; God · Interpretation of History October 23, 2016 · 1m 59s · at 52:59 · https://youtu.be/P-JhH3q-Mdg?t=3179</w:t>
      </w:r>
    </w:p>
    <w:p>
      <w:r>
        <w:rPr>
          <w:i/>
        </w:rPr>
        <w:t>“Maulana, a person asked: 'In the time of the Companions, the concept of Paradise that was there, was it the same?' Greater electronic civilization and communication and opportunities for development of physical sciences and activities.”</w:t>
      </w:r>
    </w:p>
    <w:p>
      <w:r>
        <w:rPr>
          <w:sz w:val="20"/>
        </w:rPr>
        <w:t>52:59  Agla sawal kya hai Maulana Ilyas Vaniyabadi sahib ne Tamil Nadu se, aur unhon ne likha hai: "Maulana,</w:t>
      </w:r>
      <w:r>
        <w:br/>
      </w:r>
      <w:r>
        <w:rPr>
          <w:sz w:val="20"/>
        </w:rPr>
        <w:t>53:08  Ek sahib ne sawal kiya ke Sahaba ke zamane mein jo jannat ka tasawwur tha, kya woh aisa</w:t>
      </w:r>
      <w:r>
        <w:br/>
      </w:r>
      <w:r>
        <w:rPr>
          <w:sz w:val="20"/>
        </w:rPr>
        <w:t>53:17  hi tha? Greater electronic civilization and communication and opportunities for development of physical sciences and activities.</w:t>
      </w:r>
      <w:r>
        <w:br/>
      </w:r>
      <w:r>
        <w:rPr>
          <w:sz w:val="20"/>
        </w:rPr>
        <w:t>53:26  Is ke bare mein bataein." Dekhein, yeh yeh toh term ki baat hai.</w:t>
      </w:r>
      <w:r>
        <w:br/>
      </w:r>
      <w:r>
        <w:rPr>
          <w:sz w:val="20"/>
        </w:rPr>
        <w:t>53:32  Sahaba ke zamane mein is zamane ki term istemal hota tha, ab hum bhi is zamane ki term</w:t>
      </w:r>
      <w:r>
        <w:br/>
      </w:r>
      <w:r>
        <w:rPr>
          <w:sz w:val="20"/>
        </w:rPr>
        <w:t>53:38  istemal karte hain.</w:t>
      </w:r>
      <w:r>
        <w:br/>
      </w:r>
      <w:r>
        <w:rPr>
          <w:sz w:val="20"/>
        </w:rPr>
        <w:t>53:44  Essence ke aitbar se Sahaba ka tasawwur wahi tha, essence ke aitbar se, lekin term toh badalta rahega.</w:t>
      </w:r>
      <w:r>
        <w:br/>
      </w:r>
      <w:r>
        <w:rPr>
          <w:sz w:val="20"/>
        </w:rPr>
        <w:t>53:50  Term toh badalta rahega.</w:t>
      </w:r>
      <w:r>
        <w:br/>
      </w:r>
      <w:r>
        <w:rPr>
          <w:sz w:val="20"/>
        </w:rPr>
        <w:t>53:56  Misal ke taur par dekhein, hadith mein aata hai ke jannat ke bare mein: "La ain ra'at wa la</w:t>
      </w:r>
      <w:r>
        <w:br/>
      </w:r>
      <w:r>
        <w:rPr>
          <w:sz w:val="20"/>
        </w:rPr>
        <w:t>54:02  udhun sama' wa la qatara 'ala qalb bashar" ke jannat ko kisi ne dekha nahi, kisi ne socha nahi,</w:t>
      </w:r>
      <w:r>
        <w:br/>
      </w:r>
      <w:r>
        <w:rPr>
          <w:sz w:val="20"/>
        </w:rPr>
        <w:t>54:08  kisi ko is ka tasawwur nahi aaya.</w:t>
      </w:r>
      <w:r>
        <w:br/>
      </w:r>
      <w:r>
        <w:rPr>
          <w:sz w:val="20"/>
        </w:rPr>
        <w:t>54:15  Toh ek taraf yeh hadith hai, doosri taraf Quran mein hai ke: "Wa huwa fil kitab mutashabih" toh yeh</w:t>
      </w:r>
      <w:r>
        <w:br/>
      </w:r>
      <w:r>
        <w:rPr>
          <w:sz w:val="20"/>
        </w:rPr>
        <w:t>54:21  is hadith ko lafz nahi le sakte aap.</w:t>
      </w:r>
      <w:r>
        <w:br/>
      </w:r>
      <w:r>
        <w:rPr>
          <w:sz w:val="20"/>
        </w:rPr>
        <w:t>54:27  Toh is ka matlab maine samjha ke hadith mein jannat ki nematoun ko qualitative term mein bataya gaya hai.</w:t>
      </w:r>
      <w:r>
        <w:br/>
      </w:r>
      <w:r>
        <w:rPr>
          <w:sz w:val="20"/>
        </w:rPr>
        <w:t>54:33  Woh aur aur jo Quran mein jo lafz hai, woh shakal ke aitbar se bataya gaya hai.</w:t>
      </w:r>
      <w:r>
        <w:br/>
      </w:r>
      <w:r>
        <w:rPr>
          <w:sz w:val="20"/>
        </w:rPr>
        <w:t>54:39  Is wajah se dono ki mein dono ko samajh mein aa jata hai.</w:t>
      </w:r>
      <w:r>
        <w:br/>
      </w:r>
      <w:r>
        <w:rPr>
          <w:sz w:val="20"/>
        </w:rPr>
        <w:t>54:45  Toh mutala jab kiya jayega toh band zehn ke sath aap nahi samajh sakte Quran o Hadith</w:t>
      </w:r>
      <w:r>
        <w:br/>
      </w:r>
      <w:r>
        <w:rPr>
          <w:sz w:val="20"/>
        </w:rPr>
        <w:t>54:51  ko, khule zehn ke sath parhna padega toh aap samjhenge.</w:t>
      </w:r>
    </w:p>
    <w:p>
      <w:pPr>
        <w:pStyle w:val="Heading2"/>
      </w:pPr>
      <w:r>
        <w:t>Condition for Qiyamah: awareness of people</w:t>
      </w:r>
    </w:p>
    <w:p>
      <w:r>
        <w:rPr>
          <w:color w:val="666666"/>
          <w:sz w:val="18"/>
        </w:rPr>
        <w:t>Faith &amp; God · Experience of Hyderabad CPS Meet December 1, 2013 · 1m 34s · at 1:12:00 · https://youtu.be/Y8mcxF2Lhyc?t=4320</w:t>
      </w:r>
    </w:p>
    <w:p>
      <w:r>
        <w:rPr>
          <w:i/>
        </w:rPr>
        <w:t>“Maulana, you mention that the Day of Judgment will not come until people are made aware. Please clarify.”</w:t>
      </w:r>
    </w:p>
    <w:p>
      <w:r>
        <w:rPr>
          <w:sz w:val="20"/>
        </w:rPr>
        <w:t>1:12:00  Maulana, unhon ne ek aur sawal kiya hai. unhon ne likha hai: "Maulana, you mention that qayamat will not come until and unless people are made aware.</w:t>
      </w:r>
      <w:r>
        <w:br/>
      </w:r>
      <w:r>
        <w:rPr>
          <w:sz w:val="20"/>
        </w:rPr>
        <w:t>1:12:11  " is ko wazeh karen. dekhiye, yeh Quran se sabit hai: "Ma kan rabbuka li yuhlikal quraa bighafileen." ke Allah ka yeh tareeqa nahi hai ke</w:t>
      </w:r>
      <w:r>
        <w:br/>
      </w:r>
      <w:r>
        <w:rPr>
          <w:sz w:val="20"/>
        </w:rPr>
        <w:t>1:12:30  ke halak kare kisi qaum ko jab ke woh ghafil hon. to qayamat to sab se bari halakat, super halakat hai.</w:t>
      </w:r>
      <w:r>
        <w:br/>
      </w:r>
      <w:r>
        <w:rPr>
          <w:sz w:val="20"/>
        </w:rPr>
        <w:t>1:12:41  to pehle Allah taala un ki ghaflat ko tode ga, tab qayamat aaye gi.</w:t>
      </w:r>
      <w:r>
        <w:br/>
      </w:r>
      <w:r>
        <w:rPr>
          <w:sz w:val="20"/>
        </w:rPr>
        <w:t>1:12:49  to yeh Allah ki scheme hai, jis ko ke insaan ko janna chahiye. isi ke liye hum ne operation flood ka shuru woh diya hai, target ke Allah ko is ka andaza hai ke logon ko bata diya jaye, bata diya jaye, bata diya jaye.</w:t>
      </w:r>
      <w:r>
        <w:br/>
      </w:r>
      <w:r>
        <w:rPr>
          <w:sz w:val="20"/>
        </w:rPr>
        <w:t>1:13:03  ab dekhen, duniya mein itni burai aa chuki hai, lekin is se burai ki bina par nahi qayamat aa jaye gi. burai kitni hi zyada ho jaye,</w:t>
      </w:r>
      <w:r>
        <w:br/>
      </w:r>
      <w:r>
        <w:rPr>
          <w:sz w:val="20"/>
        </w:rPr>
        <w:t>1:13:13  kitni hi zyada ho jaye, sirf burai hai, is liye qayamat nahi aa jaye gi. zaroori hai ke logon ki ghaflat to todi jaye, logon ko waqif banaya jaye. isi ghaflat ko todne ke liye hum ne yeh target diya hai ke operation flood ke Allah ke kalam ko sari duniya tak pohncha do.</w:t>
      </w:r>
    </w:p>
    <w:p>
      <w:pPr>
        <w:pStyle w:val="Heading2"/>
      </w:pPr>
      <w:r>
        <w:t>Contradiction between end times and peace age</w:t>
      </w:r>
    </w:p>
    <w:p>
      <w:r>
        <w:rPr>
          <w:color w:val="666666"/>
          <w:sz w:val="18"/>
        </w:rPr>
        <w:t>Faith &amp; God · Age of Peace November 18, 2012 · 1m 32s · at 1:04:00 · https://youtu.be/Y9nkQnBqbrs?t=3840</w:t>
      </w:r>
    </w:p>
    <w:p>
      <w:r>
        <w:rPr>
          <w:i/>
        </w:rPr>
        <w:t>“We Muslims believe the world is moving towards the end, Qiyamah, with signs of violence and conflict. Yet you said today we see the beginning of an age of peace. How do we understand this apparent contradiction?”</w:t>
      </w:r>
    </w:p>
    <w:p>
      <w:r>
        <w:rPr>
          <w:sz w:val="20"/>
        </w:rPr>
        <w:t>1:04:00  maulana, agla sawal dilli se hai. qaif sahab ne likha hai, unhone likha hai ke: "maulana, we muslims believe that the world is moving towards the end, that is qayamat.</w:t>
      </w:r>
      <w:r>
        <w:br/>
      </w:r>
      <w:r>
        <w:rPr>
          <w:sz w:val="20"/>
        </w:rPr>
        <w:t>1:04:13  one of the signs of the end is violence and conflict everywhere. at the same time as you said today, we see the beginning of an age of peace.</w:t>
      </w:r>
      <w:r>
        <w:br/>
      </w:r>
      <w:r>
        <w:rPr>
          <w:sz w:val="20"/>
        </w:rPr>
        <w:t>1:04:24  please explain how we may understand this apparent contradiction?"</w:t>
      </w:r>
      <w:r>
        <w:br/>
      </w:r>
      <w:r>
        <w:rPr>
          <w:sz w:val="20"/>
        </w:rPr>
        <w:t>1:04:31  nahi, yeh contradiction ki baat nahi hai. woh baat apni jagah par qaim hai ke yeh duniya khatam hogi. yeh is is mein to koi shakk hi nahi hai.</w:t>
      </w:r>
      <w:r>
        <w:br/>
      </w:r>
      <w:r>
        <w:rPr>
          <w:sz w:val="20"/>
        </w:rPr>
        <w:t>1:04:40  sare scientist jo mutalea karte hain, woh keh rahe hain ke duniya ab khatme ke qareeb aa chuki hai. baqi jitne din baqi hain, utne din hum peaceful tareeqe se rahe hain.</w:t>
      </w:r>
      <w:r>
        <w:br/>
      </w:r>
      <w:r>
        <w:rPr>
          <w:sz w:val="20"/>
        </w:rPr>
        <w:t>1:04:51  hum</w:t>
      </w:r>
      <w:r>
        <w:br/>
      </w:r>
      <w:r>
        <w:rPr>
          <w:sz w:val="20"/>
        </w:rPr>
        <w:t>1:04:53  kuch saal to baqi hain, behrahal jitne bhi baqi hon, chahe so saal hon ya das saal hon, to in dino mein hum yeh karein ke ladai ka tareeqa khatam kar dein, war culture khatam kar dein, peace culture ikhtiyar kar lein.</w:t>
      </w:r>
      <w:r>
        <w:br/>
      </w:r>
      <w:r>
        <w:rPr>
          <w:sz w:val="20"/>
        </w:rPr>
        <w:t>1:05:09  yeh matlab hai is ka. to woh baat apni jagah par hai, lekin jitne dino, jitne din hamein deen jeena hai is duniya mein, in dino ke liye main keh raha hoon, in dino ke liye main keh raha hoon, jitne din jeena hai hamein is duniya mein,</w:t>
      </w:r>
      <w:r>
        <w:br/>
      </w:r>
      <w:r>
        <w:rPr>
          <w:sz w:val="20"/>
        </w:rPr>
        <w:t>1:05:22  hum ko ya hamari naslon ko ke hum war kar, war culture ko khatam kar ke peace culture ko poori tarah ikhtiyar kar lein.</w:t>
      </w:r>
    </w:p>
    <w:p>
      <w:pPr>
        <w:pStyle w:val="Heading2"/>
      </w:pPr>
      <w:r>
        <w:t>Convincing non-Muslims about Krishna not God</w:t>
      </w:r>
    </w:p>
    <w:p>
      <w:r>
        <w:rPr>
          <w:color w:val="666666"/>
          <w:sz w:val="18"/>
        </w:rPr>
        <w:t>Faith &amp; God · The Existence of God October 7, 2012 · 1m 21s · at 1:08:58 · https://youtu.be/Hm0ybuokQ8s?t=4138</w:t>
      </w:r>
    </w:p>
    <w:p>
      <w:r>
        <w:rPr>
          <w:i/>
        </w:rPr>
        <w:t>“I am working in a factory in Ghaziabad. I do dawah work in between on my non-Muslim colleagues, but they all believe that Shri Krishna Ji is God. How can we convince them that Shri Krishna Ji is not God? Please give satisfactory answers so that we can convince our non-Muslim friends.”</w:t>
      </w:r>
    </w:p>
    <w:p>
      <w:r>
        <w:rPr>
          <w:sz w:val="20"/>
        </w:rPr>
        <w:t>1:08:58  maulana, agla sawal dilli se hai saadat yar sahib ka. unhon ne likha hai: "I am working in a factory in Gaziabad.</w:t>
      </w:r>
      <w:r>
        <w:br/>
      </w:r>
      <w:r>
        <w:rPr>
          <w:sz w:val="20"/>
        </w:rPr>
        <w:t>1:09:07  I do Dawa work in between on my non-Muslim colleagues, but they all believe that Shri Krishna Ji is God. How we can convince them that Shri Krishna Ji is not God?"</w:t>
      </w:r>
      <w:r>
        <w:br/>
      </w:r>
      <w:r>
        <w:rPr>
          <w:sz w:val="20"/>
        </w:rPr>
        <w:t>1:09:21  Please give satisfactory answers so that we can convince our non-Muslim friends."</w:t>
      </w:r>
      <w:r>
        <w:br/>
      </w:r>
      <w:r>
        <w:rPr>
          <w:sz w:val="20"/>
        </w:rPr>
        <w:t>1:09:27  nahi, aap kabhi bhi is ko starting part na banayein. yeh kabhi bhi aap koshish na karein, yeh dawat nahi hai, yeh to munazra hai.</w:t>
      </w:r>
      <w:r>
        <w:br/>
      </w:r>
      <w:r>
        <w:rPr>
          <w:sz w:val="20"/>
        </w:rPr>
        <w:t>1:09:37  munazra yeh sab behas munazre ke mozuat hain, is ka naam dawat nahi hai. Quran mein dekhiye: "ta'ala ala kalimati sawai bainana bainakum Allah na'oozubillah", yani common ground se dawat shuru hoti hai,</w:t>
      </w:r>
      <w:r>
        <w:br/>
      </w:r>
      <w:r>
        <w:rPr>
          <w:sz w:val="20"/>
        </w:rPr>
        <w:t>1:09:54  controversial ground se nahi shuru hoti. dawat</w:t>
      </w:r>
      <w:r>
        <w:br/>
      </w:r>
      <w:r>
        <w:rPr>
          <w:sz w:val="20"/>
        </w:rPr>
        <w:t>1:09:57  to aap jo controversial point hai, us se koi shuru karna chahte hain. aap jo common ground hai, us ko le kar shuru kijiye dawat apni, aur Quran parhne ke liye dijiye, kitabein dijiye.</w:t>
      </w:r>
      <w:r>
        <w:br/>
      </w:r>
      <w:r>
        <w:rPr>
          <w:sz w:val="20"/>
        </w:rPr>
        <w:t>1:10:10  yeh dawat ka sahi tareeqa nahi ke aap is is mozu par un se behas karein jo ke controversial point aap ke un ke beech mein hai.</w:t>
      </w:r>
    </w:p>
    <w:p>
      <w:pPr>
        <w:pStyle w:val="Heading2"/>
      </w:pPr>
      <w:r>
        <w:t>Correctness of Summary of Writings</w:t>
      </w:r>
    </w:p>
    <w:p>
      <w:r>
        <w:rPr>
          <w:color w:val="666666"/>
          <w:sz w:val="18"/>
        </w:rPr>
        <w:t>Faith &amp; God · Divine Management in History April 7, 2013 · 1m 20s · at 1:14:30 · https://youtu.be/wcBzG56LuPY?t=4470</w:t>
      </w:r>
    </w:p>
    <w:p>
      <w:r>
        <w:rPr>
          <w:i/>
        </w:rPr>
        <w:t>“Someone asked me what the summary of Maulana's writings is. I told them: 'Renewal of knowledge and Dawah, the true interpretation of Islam versus political Islam, which helps us know about the creation plan of God and the application of the prophecies given in the Quran and Sunnah.' Is this correct division?”</w:t>
      </w:r>
    </w:p>
    <w:p>
      <w:r>
        <w:rPr>
          <w:sz w:val="20"/>
        </w:rPr>
        <w:t>1:14:30  baqi love marriage kuch nahin. Maulana, agla sawal Chennai se aya hai, Maulana Iqbal Umri ka. unhon ne likha hai: "Maulana, ek sahib ne sawal kiya ke Maulana ki tehreer ka khulasa kya hai?"</w:t>
      </w:r>
      <w:r>
        <w:br/>
      </w:r>
      <w:r>
        <w:rPr>
          <w:sz w:val="20"/>
        </w:rPr>
        <w:t>1:14:46  to main ne unhen kaha: "Tadjedid-e-Ma'rifat and Da'wah, the true interpretation of Islam versus the political Islam, which helps us to know about the creation plan of God and the application of the prophecies given in the Quran and Sunnah." Maulana, kya yeh sahi taqseem hai?</w:t>
      </w:r>
      <w:r>
        <w:br/>
      </w:r>
      <w:r>
        <w:rPr>
          <w:sz w:val="20"/>
        </w:rPr>
        <w:t>1:15:11  haan, sahi taqseem hai.</w:t>
      </w:r>
      <w:r>
        <w:br/>
      </w:r>
      <w:r>
        <w:rPr>
          <w:sz w:val="20"/>
        </w:rPr>
        <w:t>1:15:14  agar mujh se koi pooche to main kahunga ke meri tehreeron ka koi ek paragraph padh lijiye, aap sirf ek single paragraph, isi mein jawab mil jayega aap ko. Allah ke fazl se meri jo writing hai, wo alag tarah ki hoti hai.</w:t>
      </w:r>
      <w:r>
        <w:br/>
      </w:r>
      <w:r>
        <w:rPr>
          <w:sz w:val="20"/>
        </w:rPr>
        <w:t>1:15:29  wo wo novel ki tarah ki kitaben nahin hain, maine likhi hain. koi ek single paragraph aadmi padh le, samajh kar ke, achhe tarike se, isi mein jaan lega ke maine message kya hai.</w:t>
      </w:r>
      <w:r>
        <w:br/>
      </w:r>
      <w:r>
        <w:rPr>
          <w:sz w:val="20"/>
        </w:rPr>
        <w:t>1:15:39  mera</w:t>
      </w:r>
      <w:r>
        <w:br/>
      </w:r>
      <w:r>
        <w:rPr>
          <w:sz w:val="20"/>
        </w:rPr>
        <w:t>1:15:42  jo chahe, tajruba kar ke dekh le. kisi ek kitab ko lijiye, kholiye us ko, ek paragraph padhiye us ka.</w:t>
      </w:r>
    </w:p>
    <w:p>
      <w:pPr>
        <w:pStyle w:val="Heading2"/>
      </w:pPr>
      <w:r>
        <w:t>Dealing with doubts about God's existence</w:t>
      </w:r>
    </w:p>
    <w:p>
      <w:r>
        <w:rPr>
          <w:color w:val="666666"/>
          <w:sz w:val="18"/>
        </w:rPr>
        <w:t>Faith &amp; God · Divine Help March 31, 2019 Maulana Wahiduddin Khan · 51s · at 39:37 · https://youtu.be/o5-R5Rjs5Cw?t=2377</w:t>
      </w:r>
    </w:p>
    <w:p>
      <w:r>
        <w:rPr>
          <w:i/>
        </w:rPr>
        <w:t>“Molana, sometimes evil thoughts and whispers come in our mind regarding God's existence, whether God really exists or not. What should we do on such occasions? Please advise.”</w:t>
      </w:r>
    </w:p>
    <w:p>
      <w:r>
        <w:rPr>
          <w:sz w:val="20"/>
        </w:rPr>
        <w:t>39:37  maulana, agla sawal kashmir se aaya hai idrees qamar sahib ne bheja hai, unhon ne likha hai: "Maulana, mera sawal hai ke kabhi kabhi hamare mind mein bure khayalat aur waswase aate rehte hain,</w:t>
      </w:r>
      <w:r>
        <w:br/>
      </w:r>
      <w:r>
        <w:rPr>
          <w:sz w:val="20"/>
        </w:rPr>
        <w:t>39:53  Allah ki zaat ko le kar ke waqai Allah hai ya nahi, aise mauqon par hamein kya karna chahiye, is par advice karein."</w:t>
      </w:r>
      <w:r>
        <w:br/>
      </w:r>
      <w:r>
        <w:rPr>
          <w:sz w:val="20"/>
        </w:rPr>
        <w:t>40:05  abhi history badhaiye, is par ab to bahut kuch hamare mission mein, is par bahut kuch chhap chuka hai.</w:t>
      </w:r>
      <w:r>
        <w:br/>
      </w:r>
      <w:r>
        <w:rPr>
          <w:sz w:val="20"/>
        </w:rPr>
        <w:t>40:17  is ko khoob padhiye, bar bar padhiye,</w:t>
      </w:r>
      <w:r>
        <w:br/>
      </w:r>
      <w:r>
        <w:rPr>
          <w:sz w:val="20"/>
        </w:rPr>
        <w:t>40:25  yahi main mashwara de sakta hoon.</w:t>
      </w:r>
    </w:p>
    <w:p>
      <w:pPr>
        <w:pStyle w:val="Heading2"/>
      </w:pPr>
      <w:r>
        <w:t>Deed to enter Paradise first</w:t>
      </w:r>
    </w:p>
    <w:p>
      <w:r>
        <w:rPr>
          <w:color w:val="666666"/>
          <w:sz w:val="18"/>
        </w:rPr>
        <w:t>Faith &amp; God · Islam in A New Age August 30, 2020 Maulana Wahiduddin Khan · 1m 29s · at 33:25 · https://youtu.be/R2EEb2xSIcA?t=2005</w:t>
      </w:r>
    </w:p>
    <w:p>
      <w:r>
        <w:rPr>
          <w:i/>
        </w:rPr>
        <w:t>“What deed should we do so that Allah includes us among those who will enter Paradise first?”</w:t>
      </w:r>
    </w:p>
    <w:p>
      <w:r>
        <w:rPr>
          <w:sz w:val="20"/>
        </w:rPr>
        <w:t>33:25  agla comment aur sawal bheja hai lahore pakistan se sardar haseeb areef sahib ne. unhon ne likha hai: maulana ko mera salam de dein aur un se kahein ke mein un se mohabbat karta hon,</w:t>
      </w:r>
      <w:r>
        <w:br/>
      </w:r>
      <w:r>
        <w:rPr>
          <w:sz w:val="20"/>
        </w:rPr>
        <w:t>33:43  aur mera sawal yeh hai ke hum kon sa kaam karein jis se allah pak hamein in logon ke sath shamil karein jo jannat mein pehle jayenge?</w:t>
      </w:r>
      <w:r>
        <w:br/>
      </w:r>
      <w:r>
        <w:rPr>
          <w:sz w:val="20"/>
        </w:rPr>
        <w:t>33:58  bhai, mere pas to ji mere yahi hai ke mein dua karoon aap hazrat ke liye aur sab ke liye, na sirf aap ke liye balke sab ke liye ke allah taala aap ko apni rehmat se nawaze,</w:t>
      </w:r>
      <w:r>
        <w:br/>
      </w:r>
      <w:r>
        <w:rPr>
          <w:sz w:val="20"/>
        </w:rPr>
        <w:t>34:17  aap ko, aap ke sathiyon ko jannat mein dakhil kare.</w:t>
      </w:r>
      <w:r>
        <w:br/>
      </w:r>
      <w:r>
        <w:rPr>
          <w:sz w:val="20"/>
        </w:rPr>
        <w:t>34:33  maulana aik aur comment parhna chahenge jo dilli se aya hai. m a sameer sahib ne bheja hai, unhon ne likha hai: mujhe bari khushi ho rahi hai ke aaj maulana sahib ne in kitabon ko launch kiya.</w:t>
      </w:r>
      <w:r>
        <w:br/>
      </w:r>
      <w:r>
        <w:rPr>
          <w:sz w:val="20"/>
        </w:rPr>
        <w:t>34:46  allah maulana ko achi sehat bakshein aur maulana yun hi hamein guide karte rahein.</w:t>
      </w:r>
    </w:p>
    <w:p>
      <w:pPr>
        <w:pStyle w:val="Heading2"/>
      </w:pPr>
      <w:r>
        <w:t>Deeds required for entering Paradise</w:t>
      </w:r>
    </w:p>
    <w:p>
      <w:r>
        <w:rPr>
          <w:color w:val="666666"/>
          <w:sz w:val="18"/>
        </w:rPr>
        <w:t>Faith &amp; God · Between Hell and Paradise January 27, 2013 · 1m 22s · at 1:05:20 · https://youtu.be/0IItFxGXPQ4?t=3920</w:t>
      </w:r>
    </w:p>
    <w:p>
      <w:r>
        <w:rPr>
          <w:i/>
        </w:rPr>
        <w:t>“The Quran says that Paradise will be given to those who did good deeds in the world. Which deeds are those that a person must do in the world to enter Paradise? Please explain.”</w:t>
      </w:r>
    </w:p>
    <w:p>
      <w:r>
        <w:rPr>
          <w:sz w:val="20"/>
        </w:rPr>
        <w:t>1:05:20  toh yeh toh sarakshi hai. jo Allah ne nahin kaha tha, us ko Allah ki taraf mansoob karte hain yeh log. maulana, agla sawal pakistan se hai, abdul latif sahab ka.</w:t>
      </w:r>
      <w:r>
        <w:br/>
      </w:r>
      <w:r>
        <w:rPr>
          <w:sz w:val="20"/>
        </w:rPr>
        <w:t>1:05:33  unhone likha hai: "quran mein hai ke jannat un logon ko milegi jin logon ne duniya mein achhe aamaal kiye."</w:t>
      </w:r>
      <w:r>
        <w:br/>
      </w:r>
      <w:r>
        <w:rPr>
          <w:sz w:val="20"/>
        </w:rPr>
        <w:t>1:05:49  maulana sahab, woh kaun se aamaal hain jo jannat mein jaane ke liye insaan ko duniya mein karne hain, is ke baray mein bataein. bhai, wahi toh aaj maine kaha, yahi hai. koi mysterious baat nahin hai ke shayad tasbeeh padh li hai toh jannat ho jayegi.</w:t>
      </w:r>
      <w:r>
        <w:br/>
      </w:r>
      <w:r>
        <w:rPr>
          <w:sz w:val="20"/>
        </w:rPr>
        <w:t>1:06:02  yeh aisa kuch nahin hai. yahi hai ke har din, har subah, har shaam aap ko jannati shakhsiyat banani hai apne andar. jannati shakhsiyat.</w:t>
      </w:r>
      <w:r>
        <w:br/>
      </w:r>
      <w:r>
        <w:rPr>
          <w:sz w:val="20"/>
        </w:rPr>
        <w:t>1:06:13  yaani ek tayyar shuda insaan hi jannat mein jayega.</w:t>
      </w:r>
      <w:r>
        <w:br/>
      </w:r>
      <w:r>
        <w:rPr>
          <w:sz w:val="20"/>
        </w:rPr>
        <w:t>1:06:18  koi purasarar cheez aap ko jannat mein nahin le jayegi. har lamha aap ko shukr ke item mein jeena hai, har lamha aap ko nashukri ke item ko bhulana hai.</w:t>
      </w:r>
      <w:r>
        <w:br/>
      </w:r>
      <w:r>
        <w:rPr>
          <w:sz w:val="20"/>
        </w:rPr>
        <w:t>1:06:28  jis tarah ke aaj maine kaha, yahi jannat ka formula hai. jannat ka formula koi doosra nahin hai. jo kahe ke doosra koi formula hai, toh woh apni taraf se ek bidat nikaal raha hai, bidat.</w:t>
      </w:r>
    </w:p>
    <w:p>
      <w:pPr>
        <w:pStyle w:val="Heading2"/>
      </w:pPr>
      <w:r>
        <w:t>Definition of Ilm al-Kalam</w:t>
      </w:r>
    </w:p>
    <w:p>
      <w:r>
        <w:rPr>
          <w:color w:val="666666"/>
          <w:sz w:val="18"/>
        </w:rPr>
        <w:t>Faith &amp; God · The Secular Contribution of Islam | April 16, 2017 · 1m 30s · at 58:13 · https://youtu.be/QV_HIq7KeaY?t=3493</w:t>
      </w:r>
    </w:p>
    <w:p>
      <w:r>
        <w:rPr>
          <w:i/>
        </w:rPr>
        <w:t>“Maulana sahib, in your opinion, what is Ilm al-Kalam? Please clarify it.”</w:t>
      </w:r>
    </w:p>
    <w:p>
      <w:r>
        <w:rPr>
          <w:sz w:val="20"/>
        </w:rPr>
        <w:t>58:13  molana, agla sawal bheja hai abu dhabi se amir qureshi sahib ne, unhon ne aap se poocha hai:</w:t>
      </w:r>
      <w:r>
        <w:br/>
      </w:r>
      <w:r>
        <w:rPr>
          <w:sz w:val="20"/>
        </w:rPr>
        <w:t>58:21  مولانا صاحب، in your opinion, what is Ilm al-Kalam? اس کو واضح کریں۔</w:t>
      </w:r>
      <w:r>
        <w:br/>
      </w:r>
      <w:r>
        <w:rPr>
          <w:sz w:val="20"/>
        </w:rPr>
        <w:t>58:28  ilm ul kalam par hamare ek poora maqala hai, ilm ul kalam qadeem o jadeed, is ko aap parh li jiye.</w:t>
      </w:r>
      <w:r>
        <w:br/>
      </w:r>
      <w:r>
        <w:rPr>
          <w:sz w:val="20"/>
        </w:rPr>
        <w:t>58:36  waise ilm ul kalam usoolan jis cheez ka naam hai,</w:t>
      </w:r>
      <w:r>
        <w:br/>
      </w:r>
      <w:r>
        <w:rPr>
          <w:sz w:val="20"/>
        </w:rPr>
        <w:t>58:43  وہ یہ ہے کہ اسلام کو rational terms میں understandable بنانا۔</w:t>
      </w:r>
      <w:r>
        <w:br/>
      </w:r>
      <w:r>
        <w:rPr>
          <w:sz w:val="20"/>
        </w:rPr>
        <w:t>58:51  علم الکلام جو ہے، وہ کیا ہے؟ اسلام کی تعلیمات کو rational terms میں understandable بنانا۔</w:t>
      </w:r>
      <w:r>
        <w:br/>
      </w:r>
      <w:r>
        <w:rPr>
          <w:sz w:val="20"/>
        </w:rPr>
        <w:t>58:58  to abbasi daur mein jo ilm ul kalam tha, us daur mein yunani philosophy ka dabdaba tha.</w:t>
      </w:r>
      <w:r>
        <w:br/>
      </w:r>
      <w:r>
        <w:rPr>
          <w:sz w:val="20"/>
        </w:rPr>
        <w:t>59:06  تو یونانی تھاٹ جو تھا، اس کی روشنی میں انہوں نے اسلام کو understand</w:t>
      </w:r>
      <w:r>
        <w:br/>
      </w:r>
      <w:r>
        <w:rPr>
          <w:sz w:val="20"/>
        </w:rPr>
        <w:t>59:13  bill banaya.</w:t>
      </w:r>
      <w:r>
        <w:br/>
      </w:r>
      <w:r>
        <w:rPr>
          <w:sz w:val="20"/>
        </w:rPr>
        <w:t>59:17  ab woh khatam ho chuka hai, woh daur.</w:t>
      </w:r>
      <w:r>
        <w:br/>
      </w:r>
      <w:r>
        <w:rPr>
          <w:sz w:val="20"/>
        </w:rPr>
        <w:t>59:21  ab to scientific, ab to age of reason hai.</w:t>
      </w:r>
      <w:r>
        <w:br/>
      </w:r>
      <w:r>
        <w:rPr>
          <w:sz w:val="20"/>
        </w:rPr>
        <w:t>59:25  ab ab scientific logic duniya mein chalti hai.</w:t>
      </w:r>
      <w:r>
        <w:br/>
      </w:r>
      <w:r>
        <w:rPr>
          <w:sz w:val="20"/>
        </w:rPr>
        <w:t>59:29  اب سائنس کی روشنی میں آپ اسلام کو understandable بنائیے۔</w:t>
      </w:r>
      <w:r>
        <w:br/>
      </w:r>
      <w:r>
        <w:rPr>
          <w:sz w:val="20"/>
        </w:rPr>
        <w:t>59:32  aur meri jo kitab hai, alaihissalam wahdah, woh isi isi topic par hai.</w:t>
      </w:r>
      <w:r>
        <w:br/>
      </w:r>
      <w:r>
        <w:rPr>
          <w:sz w:val="20"/>
        </w:rPr>
        <w:t>59:36  ek comment parhna chahenge jo fenoid bone ne bheja hai pakistan se, unhon ne likha hai: molana</w:t>
      </w:r>
      <w:r>
        <w:br/>
      </w:r>
      <w:r>
        <w:rPr>
          <w:sz w:val="20"/>
        </w:rPr>
        <w:t>59:40  sahib, your every analysis</w:t>
      </w:r>
    </w:p>
    <w:p>
      <w:pPr>
        <w:pStyle w:val="Heading2"/>
      </w:pPr>
      <w:r>
        <w:t>Definition of Jihad according to Maulana</w:t>
      </w:r>
    </w:p>
    <w:p>
      <w:r>
        <w:rPr>
          <w:color w:val="666666"/>
          <w:sz w:val="18"/>
        </w:rPr>
        <w:t>Faith &amp; God · Don't Be Angry Culture January 15, 2012 · 1m 37s · at 1:23:19 · https://youtu.be/NrA3X8y_FLY?t=4999</w:t>
      </w:r>
    </w:p>
    <w:p>
      <w:r>
        <w:rPr>
          <w:i/>
        </w:rPr>
        <w:t>“What is the right definition of Jihad according to you?”</w:t>
      </w:r>
    </w:p>
    <w:p>
      <w:r>
        <w:rPr>
          <w:sz w:val="20"/>
        </w:rPr>
        <w:t>1:23:19  maulana, agla sawal aaya hai Mr. Waseem Qureshi ka Delhi se. unhon ne likha hai: "Maulana sahib, I just want to know what is the right definition of jihad according to you?"</w:t>
      </w:r>
      <w:r>
        <w:br/>
      </w:r>
      <w:r>
        <w:rPr>
          <w:sz w:val="20"/>
        </w:rPr>
        <w:t>1:23:32  jihad ka matlab koshish hai. jihad ka matlab hai struggle, bas aur kuch nahi. jihad ka matlab qitaal nahi hai. jo is ko kahe qitaal, woh sarkashi karta hai.</w:t>
      </w:r>
      <w:r>
        <w:br/>
      </w:r>
      <w:r>
        <w:rPr>
          <w:sz w:val="20"/>
        </w:rPr>
        <w:t>1:23:47  yani kisi bhi achhe kaam ke liye jo koshish karte hain, wahi jihad hai. ladna bhidna ek alag cheez hai, is ka jihad se koi taaluq nahi hai.</w:t>
      </w:r>
      <w:r>
        <w:br/>
      </w:r>
      <w:r>
        <w:rPr>
          <w:sz w:val="20"/>
        </w:rPr>
        <w:t>1:23:57  mein ek hi ayat aap ko bataoon, ja kar quran mein ja kar parhiye, aap surah furqan mein:</w:t>
      </w:r>
      <w:r>
        <w:br/>
      </w:r>
      <w:r>
        <w:rPr>
          <w:sz w:val="20"/>
        </w:rPr>
        <w:t>1:24:03  "Wajاهدhum bih jahadan kabira". yani quran ke zariye jihad karo, jihad kabir. to aap jante hain, quran jo hai, koi koi talwar to nahi, bandook to nahi, bomb nahi.</w:t>
      </w:r>
      <w:r>
        <w:br/>
      </w:r>
      <w:r>
        <w:rPr>
          <w:sz w:val="20"/>
        </w:rPr>
        <w:t>1:24:16  to quran ke zariye jihad ka matlab kya hoga? yani peaceful koshish, yeh matlab banenge. to jihad ka matlab hai kisi achhe kaam ke liye peaceful struggle, yahi jihad hai.</w:t>
      </w:r>
      <w:r>
        <w:br/>
      </w:r>
      <w:r>
        <w:rPr>
          <w:sz w:val="20"/>
        </w:rPr>
        <w:t>1:24:33  jihad ke matlab har giz har giz qitaal nahi hain. jihad ke matlab koshish hai. to jihad ka matlab hai kisi achhe kaam ke liye peaceful koshish karna, bas isi ka naam jihad hai.</w:t>
      </w:r>
      <w:r>
        <w:br/>
      </w:r>
      <w:r>
        <w:rPr>
          <w:sz w:val="20"/>
        </w:rPr>
        <w:t>1:24:50  meri ek kitaab hai: "True Jihad", is ko aap parh lijiye. True Jihad mein yeh baatein aap pa sakte</w:t>
      </w:r>
      <w:r>
        <w:br/>
      </w:r>
      <w:r>
        <w:rPr>
          <w:sz w:val="20"/>
        </w:rPr>
        <w:t>1:24:57  hain. is ke ilawa meri ek kitaab chhapi hai, yani "Prophet of Peace", is mein bhi aap yeh baatein pa sakte hain. Maulana, agla sawal ek school student ka aaya hai jinka naam hai Bilal Pradhan.</w:t>
      </w:r>
    </w:p>
    <w:p>
      <w:pPr>
        <w:pStyle w:val="Heading2"/>
      </w:pPr>
      <w:r>
        <w:t>Developing God-like attributes</w:t>
      </w:r>
    </w:p>
    <w:p>
      <w:r>
        <w:rPr>
          <w:color w:val="666666"/>
          <w:sz w:val="18"/>
        </w:rPr>
        <w:t>Faith &amp; God · The Culture of People of Paradise January 06, 2019 Maulana Wahiduddin Khan · 1m 48s · at 1:06:06 · https://youtu.be/rFExua9zntM?t=3966</w:t>
      </w:r>
    </w:p>
    <w:p>
      <w:r>
        <w:rPr>
          <w:i/>
        </w:rPr>
        <w:t>“For a human being to develop God-like attributes at the very outset, it seems a non-starter as God is infinitely great. Maulana, please throw some light on this.”</w:t>
      </w:r>
    </w:p>
    <w:p>
      <w:r>
        <w:rPr>
          <w:sz w:val="20"/>
        </w:rPr>
        <w:t>1:06:06  may Allah guide us and help us to be selected for jannat. Ameen." Maulana, agla sawal Faraz Khan sahib ne Delhi se bheja hai.</w:t>
      </w:r>
      <w:r>
        <w:br/>
      </w:r>
      <w:r>
        <w:rPr>
          <w:sz w:val="20"/>
        </w:rPr>
        <w:t>1:06:18  unhon ne likha hai: "for a human being to develop God like attributes at the very outset, it seems a non starter as God is infinitely great.</w:t>
      </w:r>
      <w:r>
        <w:br/>
      </w:r>
      <w:r>
        <w:rPr>
          <w:sz w:val="20"/>
        </w:rPr>
        <w:t>1:06:32  Maulana, please throw some light on this."</w:t>
      </w:r>
      <w:r>
        <w:br/>
      </w:r>
      <w:r>
        <w:rPr>
          <w:sz w:val="20"/>
        </w:rPr>
        <w:t>1:06:38  in short, is ka matlab hai positive thinking, positive personality. in short, koi bohat yeh koi compress thought nahi hai, yeh bohat hi natural thought hai.</w:t>
      </w:r>
      <w:r>
        <w:br/>
      </w:r>
      <w:r>
        <w:rPr>
          <w:sz w:val="20"/>
        </w:rPr>
        <w:t>1:06:59  natural!</w:t>
      </w:r>
      <w:r>
        <w:br/>
      </w:r>
      <w:r>
        <w:rPr>
          <w:sz w:val="20"/>
        </w:rPr>
        <w:t>1:07:01  aur woh yeh hai ke</w:t>
      </w:r>
      <w:r>
        <w:br/>
      </w:r>
      <w:r>
        <w:rPr>
          <w:sz w:val="20"/>
        </w:rPr>
        <w:t>1:07:06  ke aap ke andar positive thinking ho. best word mein jo maine paya hai, is ko batane ke liye woh hai positive thinking.</w:t>
      </w:r>
      <w:r>
        <w:br/>
      </w:r>
      <w:r>
        <w:rPr>
          <w:sz w:val="20"/>
        </w:rPr>
        <w:t>1:07:16  apne aap ko negative soch se bachana, apne andar positive thinking inculcate karna. yani ek lafz mein is ka matlab hai apne aap ko</w:t>
      </w:r>
      <w:r>
        <w:br/>
      </w:r>
      <w:r>
        <w:rPr>
          <w:sz w:val="20"/>
        </w:rPr>
        <w:t>1:07:31  reaction se bachana. reaction negative thinking ka naam hai. toh apne aap ko reaction se bachana aur positive thinking apne andar develop karna, yeh matlab hai is ka.</w:t>
      </w:r>
    </w:p>
    <w:p>
      <w:pPr>
        <w:pStyle w:val="Heading2"/>
      </w:pPr>
      <w:r>
        <w:t>Difference Between Mu'tazila and Al-Risala Thinking</w:t>
      </w:r>
    </w:p>
    <w:p>
      <w:r>
        <w:rPr>
          <w:color w:val="666666"/>
          <w:sz w:val="18"/>
        </w:rPr>
        <w:t>Faith &amp; God · Revival of Islam March 23, 2014 · 1m 35s · at 55:30 · https://youtu.be/Wc4Vsc4u1JI?t=3330</w:t>
      </w:r>
    </w:p>
    <w:p>
      <w:r>
        <w:rPr>
          <w:i/>
        </w:rPr>
        <w:t>“What is the difference between the rational thinking of the Mu'tazila and the thinking of Al-Risala?”</w:t>
      </w:r>
    </w:p>
    <w:p>
      <w:r>
        <w:rPr>
          <w:sz w:val="20"/>
        </w:rPr>
        <w:t>55:30  maulana, agla sawal Chennai se aya hai. Maulana Iqbal Umri ne kiya hai.</w:t>
      </w:r>
      <w:r>
        <w:br/>
      </w:r>
      <w:r>
        <w:rPr>
          <w:sz w:val="20"/>
        </w:rPr>
        <w:t>55:35  unhone likha hai: "Mu'tazila ki rational thinking aur Al-Risala ki thinking mein kya farq hai?" is ke baray mein batayein.</w:t>
      </w:r>
      <w:r>
        <w:br/>
      </w:r>
      <w:r>
        <w:rPr>
          <w:sz w:val="20"/>
        </w:rPr>
        <w:t>55:44  kya sawal? Mu'tazila ki rational thinking. kya pehla lafz kya hai? Mu'tazila. Mu'tazila. haan?</w:t>
      </w:r>
      <w:r>
        <w:br/>
      </w:r>
      <w:r>
        <w:rPr>
          <w:sz w:val="20"/>
        </w:rPr>
        <w:t>55:53  Mu'tazila. yaani kya pehla lafz kya parh rahe hain aap? Mu'tazila. acha, Mu'tazila. ji. woh hai lafz Mu'tazila. ji. haan.</w:t>
      </w:r>
      <w:r>
        <w:br/>
      </w:r>
      <w:r>
        <w:rPr>
          <w:sz w:val="20"/>
        </w:rPr>
        <w:t>56:03  phir se parhiye?</w:t>
      </w:r>
      <w:r>
        <w:br/>
      </w:r>
      <w:r>
        <w:rPr>
          <w:sz w:val="20"/>
        </w:rPr>
        <w:t>56:04  Mu'tazila ki rational thinking aur Al-Risala ki thinking mein kya farq hai? dekhiye, Mu'tazila ki zabaan mein science wajood mein nahi aayi thi.</w:t>
      </w:r>
      <w:r>
        <w:br/>
      </w:r>
      <w:r>
        <w:rPr>
          <w:sz w:val="20"/>
        </w:rPr>
        <w:t>56:14  Mu'tazila sirf Greek philosophy ko jantay thay. unhein pata hi nahi tha ke rationalism kya hai. woh to hawai ghore daurate thay woh.</w:t>
      </w:r>
      <w:r>
        <w:br/>
      </w:r>
      <w:r>
        <w:rPr>
          <w:sz w:val="20"/>
        </w:rPr>
        <w:t>56:24  Mu'tazila ki zabaan mein woh cheez thi jo kehte hain syllogism. syllogism ke douran mein un ki rationalism paida hui thi.</w:t>
      </w:r>
      <w:r>
        <w:br/>
      </w:r>
      <w:r>
        <w:rPr>
          <w:sz w:val="20"/>
        </w:rPr>
        <w:t>56:33  woh rationalism hai hi nahi. aaj jo hum jis dour mein hain, woh science ka dour hai. to scientific reasoning alag cheez hai aur philosophical yaani qasar alag cheez hai.</w:t>
      </w:r>
      <w:r>
        <w:br/>
      </w:r>
      <w:r>
        <w:rPr>
          <w:sz w:val="20"/>
        </w:rPr>
        <w:t>56:46  to Mu'tazila to philosophical qasar hi karte thay. aaj hum jo karte hain, woh scientific reasoning hoti hai. dono bohat bara farq hai. is par main kaafi likh chuka hoon, aap parhiye.</w:t>
      </w:r>
      <w:r>
        <w:br/>
      </w:r>
      <w:r>
        <w:rPr>
          <w:sz w:val="20"/>
        </w:rPr>
        <w:t>56:57  abhi ek meri kitab chhap rahi hai, Idara Deen. is mein bhi is par kaafi lambi bahs hai.</w:t>
      </w:r>
    </w:p>
    <w:p>
      <w:pPr>
        <w:pStyle w:val="Heading2"/>
      </w:pPr>
      <w:r>
        <w:t>Difference between belief and realization</w:t>
      </w:r>
    </w:p>
    <w:p>
      <w:r>
        <w:rPr>
          <w:color w:val="666666"/>
          <w:sz w:val="18"/>
        </w:rPr>
        <w:t>Faith &amp; God · Paradise as A Goal April 26, 2015 · 1m 53s · at 46:05 · https://youtu.be/4IWLd2SIBkw?t=2765</w:t>
      </w:r>
    </w:p>
    <w:p>
      <w:r>
        <w:rPr>
          <w:i/>
        </w:rPr>
        <w:t>“What is the difference between belief and realization? Is belief alone sufficient?”</w:t>
      </w:r>
    </w:p>
    <w:p>
      <w:r>
        <w:rPr>
          <w:sz w:val="20"/>
        </w:rPr>
        <w:t>46:05  maulana, yeh pehla sawal aaya hai Maulana Iqbal Umri sahib ka Chennai se. yeh likhte hain: "belief aur realization mein kya farq hai?</w:t>
      </w:r>
      <w:r>
        <w:br/>
      </w:r>
      <w:r>
        <w:rPr>
          <w:sz w:val="20"/>
        </w:rPr>
        <w:t>46:16  sirf belief kaafi hai?</w:t>
      </w:r>
      <w:r>
        <w:br/>
      </w:r>
      <w:r>
        <w:rPr>
          <w:sz w:val="20"/>
        </w:rPr>
        <w:t>46:25  achha, yaani aqeedah aur maarfat. to main samajhta hoon ke bohat bara farq hai.</w:t>
      </w:r>
      <w:r>
        <w:br/>
      </w:r>
      <w:r>
        <w:rPr>
          <w:sz w:val="20"/>
        </w:rPr>
        <w:t>46:34  aqeedah to yeh hai ke aap maan lein, lekin</w:t>
      </w:r>
      <w:r>
        <w:br/>
      </w:r>
      <w:r>
        <w:rPr>
          <w:sz w:val="20"/>
        </w:rPr>
        <w:t>46:43  doosri shakal yeh hai ke aap apni aqal ko istemaal karein, cheezon ko reason out karein. tab is pe yaqeen aaye ga aap ko.</w:t>
      </w:r>
      <w:r>
        <w:br/>
      </w:r>
      <w:r>
        <w:rPr>
          <w:sz w:val="20"/>
        </w:rPr>
        <w:t>46:54  aqeedah mein zaroori nahin ke aap ke andar gehra conviction ho, gehra yaqeen ho.</w:t>
      </w:r>
      <w:r>
        <w:br/>
      </w:r>
      <w:r>
        <w:rPr>
          <w:sz w:val="20"/>
        </w:rPr>
        <w:t>47:01  jabke asal matloob hai yaqeen, gehra yaqeen.</w:t>
      </w:r>
      <w:r>
        <w:br/>
      </w:r>
      <w:r>
        <w:rPr>
          <w:sz w:val="20"/>
        </w:rPr>
        <w:t>47:07  to</w:t>
      </w:r>
      <w:r>
        <w:br/>
      </w:r>
      <w:r>
        <w:rPr>
          <w:sz w:val="20"/>
        </w:rPr>
        <w:t>47:09  aqeedah aur maarfat ya belief aur realization mein yeh farq hai ke aqeedah sirf maan lene ka naam hai. misaal ke taur par aap ne keh diya ke la ilaha illallah to aap ka aqeedah haasil ho gaya.</w:t>
      </w:r>
      <w:r>
        <w:br/>
      </w:r>
      <w:r>
        <w:rPr>
          <w:sz w:val="20"/>
        </w:rPr>
        <w:t>47:24  lekin sochte sochte aap is ko itna zyada apni dil mein bithayein, apni aqal mein itna zyada bithayein ke is ko aap ko gehra yaqeen ho jaye.</w:t>
      </w:r>
      <w:r>
        <w:br/>
      </w:r>
      <w:r>
        <w:rPr>
          <w:sz w:val="20"/>
        </w:rPr>
        <w:t>47:36  tab woh banti hai maarfat ya realization. yeh main samajhta hoon ke har aadmi ke liye zaroori hai ke woh apne aqeedah ko maarfat tak pahunchaye.</w:t>
      </w:r>
      <w:r>
        <w:br/>
      </w:r>
      <w:r>
        <w:rPr>
          <w:sz w:val="20"/>
        </w:rPr>
        <w:t>47:48  apne aqeedah ko maarfat tak pahunchaye. yeh aap ka apna, har aadmi ka apna, apni koshish hota hai.</w:t>
      </w:r>
    </w:p>
    <w:p>
      <w:pPr>
        <w:pStyle w:val="Heading2"/>
      </w:pPr>
      <w:r>
        <w:t>Difference between belief and realization</w:t>
      </w:r>
    </w:p>
    <w:p>
      <w:r>
        <w:rPr>
          <w:color w:val="666666"/>
          <w:sz w:val="18"/>
        </w:rPr>
        <w:t>Faith &amp; God · Paradise as a Goal April 26, 2015 · 1m 48s · at 43:50 · https://youtu.be/hnHqhmSJZXA?t=2630</w:t>
      </w:r>
    </w:p>
    <w:p>
      <w:r>
        <w:rPr>
          <w:i/>
        </w:rPr>
        <w:t>“What is the difference between belief and realization? Is belief enough?”</w:t>
      </w:r>
    </w:p>
    <w:p>
      <w:r>
        <w:rPr>
          <w:sz w:val="20"/>
        </w:rPr>
        <w:t>43:50  maulana yeh pehla sawal aya hai Maulana Iqbal Umri sahab ka Chennai se yeh likhte hain</w:t>
      </w:r>
      <w:r>
        <w:br/>
      </w:r>
      <w:r>
        <w:rPr>
          <w:sz w:val="20"/>
        </w:rPr>
        <w:t>43:57  Belief aur realization mein kya farq hai? Sirf belief kaafi hai?</w:t>
      </w:r>
      <w:r>
        <w:br/>
      </w:r>
      <w:r>
        <w:rPr>
          <w:sz w:val="20"/>
        </w:rPr>
        <w:t>44:09  achha yani aqeedah aur marifat</w:t>
      </w:r>
      <w:r>
        <w:br/>
      </w:r>
      <w:r>
        <w:rPr>
          <w:sz w:val="20"/>
        </w:rPr>
        <w:t>44:14  to main samajhta hoon ke bohat bara farq hai</w:t>
      </w:r>
      <w:r>
        <w:br/>
      </w:r>
      <w:r>
        <w:rPr>
          <w:sz w:val="20"/>
        </w:rPr>
        <w:t>44:19  aqeedah to yeh hai ke aap</w:t>
      </w:r>
      <w:r>
        <w:br/>
      </w:r>
      <w:r>
        <w:rPr>
          <w:sz w:val="20"/>
        </w:rPr>
        <w:t>44:22  maan lein lekin</w:t>
      </w:r>
      <w:r>
        <w:br/>
      </w:r>
      <w:r>
        <w:rPr>
          <w:sz w:val="20"/>
        </w:rPr>
        <w:t>44:28  doosra yeh ke aap</w:t>
      </w:r>
      <w:r>
        <w:br/>
      </w:r>
      <w:r>
        <w:rPr>
          <w:sz w:val="20"/>
        </w:rPr>
        <w:t>44:30  اپنی عقل کو استعمال کریں چیزوں کو reason out کریں</w:t>
      </w:r>
      <w:r>
        <w:br/>
      </w:r>
      <w:r>
        <w:rPr>
          <w:sz w:val="20"/>
        </w:rPr>
        <w:t>44:36  tab is pe yaqeen aaye ga aap ko aqeedah mein zaroori nahi ke aap ke andar gehra conviction</w:t>
      </w:r>
      <w:r>
        <w:br/>
      </w:r>
      <w:r>
        <w:rPr>
          <w:sz w:val="20"/>
        </w:rPr>
        <w:t>44:41  ho gehra yaqeen ho</w:t>
      </w:r>
      <w:r>
        <w:br/>
      </w:r>
      <w:r>
        <w:rPr>
          <w:sz w:val="20"/>
        </w:rPr>
        <w:t>44:45  jabke asal matloob hai yaqeen gehra yaqeen</w:t>
      </w:r>
      <w:r>
        <w:br/>
      </w:r>
      <w:r>
        <w:rPr>
          <w:sz w:val="20"/>
        </w:rPr>
        <w:t>44:52  to aqeedah aur marifat ya belief aur realization mein yeh farq hai ke aqeedah sirf maan lene ka</w:t>
      </w:r>
      <w:r>
        <w:br/>
      </w:r>
      <w:r>
        <w:rPr>
          <w:sz w:val="20"/>
        </w:rPr>
        <w:t>45:01  naam hai misaal aap ne keh diya ke la ilaha illallah to aap ka aqeedah hasil ho</w:t>
      </w:r>
      <w:r>
        <w:br/>
      </w:r>
      <w:r>
        <w:rPr>
          <w:sz w:val="20"/>
        </w:rPr>
        <w:t>45:06  gaya lekin sochte sochte aap is ko itna zyada apne dil mein bithayein ke apne aql mein itna</w:t>
      </w:r>
      <w:r>
        <w:br/>
      </w:r>
      <w:r>
        <w:rPr>
          <w:sz w:val="20"/>
        </w:rPr>
        <w:t>45:14  zyada bithayein ke is ko aap ko gehra yaqeen ho jaye</w:t>
      </w:r>
      <w:r>
        <w:br/>
      </w:r>
      <w:r>
        <w:rPr>
          <w:sz w:val="20"/>
        </w:rPr>
        <w:t>45:21  tab woh banti hai marifat ya realization</w:t>
      </w:r>
      <w:r>
        <w:br/>
      </w:r>
      <w:r>
        <w:rPr>
          <w:sz w:val="20"/>
        </w:rPr>
        <w:t>45:25  yeh main samajhta hoon ke har aadmi ke liye zaroori hai ke woh apne aqeedey ko marifat tak</w:t>
      </w:r>
      <w:r>
        <w:br/>
      </w:r>
      <w:r>
        <w:rPr>
          <w:sz w:val="20"/>
        </w:rPr>
        <w:t>45:30  pohanchaye apne aqeedey ko marifat tak pohanchaye yeh aap ka apna har aadmi ka apna apni koshish hota</w:t>
      </w:r>
    </w:p>
    <w:p>
      <w:pPr>
        <w:pStyle w:val="Heading2"/>
      </w:pPr>
      <w:r>
        <w:t>Difference between revelation and science</w:t>
      </w:r>
    </w:p>
    <w:p>
      <w:r>
        <w:rPr>
          <w:color w:val="666666"/>
          <w:sz w:val="18"/>
        </w:rPr>
        <w:t>Faith &amp; God · Islam and Science (In Conversation with Maulana) · 1m 25s · at 6:43 · https://youtu.be/pKS94tSXlT4?t=403</w:t>
      </w:r>
    </w:p>
    <w:p>
      <w:r>
        <w:rPr>
          <w:i/>
        </w:rPr>
        <w:t>“What is the difference between revelation (wahi) and science? Please explain.”</w:t>
      </w:r>
    </w:p>
    <w:p>
      <w:r>
        <w:rPr>
          <w:sz w:val="20"/>
        </w:rPr>
        <w:t>6:43  mister naseerullah qureshi ka bangalore se sawal hai, maulana. unhon ne poocha hai ke wahi aur science mein kya farq hai? is ke bare mein bataen.</w:t>
      </w:r>
      <w:r>
        <w:br/>
      </w:r>
      <w:r>
        <w:rPr>
          <w:sz w:val="20"/>
        </w:rPr>
        <w:t>6:53  kis mein? wahi aur science mein kya farq hai?</w:t>
      </w:r>
      <w:r>
        <w:br/>
      </w:r>
      <w:r>
        <w:rPr>
          <w:sz w:val="20"/>
        </w:rPr>
        <w:t>6:59  dekhen, science jo hai, woh un cheezon ke mutaliq ka naam hai. nature ka mutala is ko kehte hain science.</w:t>
      </w:r>
      <w:r>
        <w:br/>
      </w:r>
      <w:r>
        <w:rPr>
          <w:sz w:val="20"/>
        </w:rPr>
        <w:t>7:10  to jo cheezen hamare liye observable hon, jin ko hum nap saken, tol saken, dekh saken, is ke mutala karna yeh hai science ka maidan.</w:t>
      </w:r>
      <w:r>
        <w:br/>
      </w:r>
      <w:r>
        <w:rPr>
          <w:sz w:val="20"/>
        </w:rPr>
        <w:t>7:25  aur wahi jo hai, is ke mawara cheez hai. wahi woh cheez nahin hai jis ko aap dekh saken ya pakad saken. to ek hai tabiiyati daira, ek hai muawaz tabiiyati daira.</w:t>
      </w:r>
      <w:r>
        <w:br/>
      </w:r>
      <w:r>
        <w:rPr>
          <w:sz w:val="20"/>
        </w:rPr>
        <w:t>7:40  to science ka mozu hai tabiiyati daira</w:t>
      </w:r>
      <w:r>
        <w:br/>
      </w:r>
      <w:r>
        <w:rPr>
          <w:sz w:val="20"/>
        </w:rPr>
        <w:t>7:45  aur aur wahi ka mozu hai muawaz tabiiyati daira. to yeh dono ka maidan hi alag hai, is se koi nisbat nahin hai.</w:t>
      </w:r>
      <w:r>
        <w:br/>
      </w:r>
      <w:r>
        <w:rPr>
          <w:sz w:val="20"/>
        </w:rPr>
        <w:t>7:57  bilkul alag alag hai. yani natural aur super natural mein jo farq hai, wahi farq dono mein paya jata hai.</w:t>
      </w:r>
    </w:p>
    <w:p>
      <w:pPr>
        <w:pStyle w:val="Heading2"/>
      </w:pPr>
      <w:r>
        <w:t>Difference between self-caused and God-given trials</w:t>
      </w:r>
    </w:p>
    <w:p>
      <w:r>
        <w:rPr>
          <w:color w:val="666666"/>
          <w:sz w:val="18"/>
        </w:rPr>
        <w:t>Faith &amp; God · The Concept of Divine Help June 16, 2013 · 51s · at 1:07:39 · https://youtu.be/b0QaxGSnAOI?t=4059</w:t>
      </w:r>
    </w:p>
    <w:p>
      <w:r>
        <w:rPr>
          <w:i/>
        </w:rPr>
        <w:t>“Is there a difference between unpleasant situations in which we end up due to our own doings and the situation which God puts us in for the purpose of testing us?”</w:t>
      </w:r>
    </w:p>
    <w:p>
      <w:r>
        <w:rPr>
          <w:sz w:val="20"/>
        </w:rPr>
        <w:t>1:07:39  maulana, agla sawal dilli se hai miss sadia khan ka</w:t>
      </w:r>
      <w:r>
        <w:br/>
      </w:r>
      <w:r>
        <w:rPr>
          <w:sz w:val="20"/>
        </w:rPr>
        <w:t>1:07:43  ۔ unhon ne likha hai: "Is there a difference between unpleasant situations in which we end up due to our own doings and the situation which God puts us in for the purpose of testing us?" nahin, mere khayal se koi difference nahin hai.</w:t>
      </w:r>
      <w:r>
        <w:br/>
      </w:r>
      <w:r>
        <w:rPr>
          <w:sz w:val="20"/>
        </w:rPr>
        <w:t>1:08:02  koi kehne ka tareeqa hai, isi isi baat ko kabhi is tarah kaha jata hai, kabhi is tarah kaha jata hai. woh dono ek hi cheezein hain.</w:t>
      </w:r>
      <w:r>
        <w:br/>
      </w:r>
      <w:r>
        <w:rPr>
          <w:sz w:val="20"/>
        </w:rPr>
        <w:t>1:08:10  bataur hamare hamare kisi amal se paida ho, tab bhi wohi hai, aur kisi unknown reason se paida ho, tab bhi wohi hai.</w:t>
      </w:r>
      <w:r>
        <w:br/>
      </w:r>
      <w:r>
        <w:rPr>
          <w:sz w:val="20"/>
        </w:rPr>
        <w:t>1:08:19  woh dono ek hi cheezein hain. har haal mein us ko hum yahi kahenge ke woh test paper hai. dono halaton mein woh hamare kehne ke lehaz se do hain, haqeeqat mein woh ek hoti hai.</w:t>
      </w:r>
    </w:p>
    <w:p>
      <w:pPr>
        <w:pStyle w:val="Heading2"/>
      </w:pPr>
      <w:r>
        <w:t>Distinguishing afterlife from reincarnation</w:t>
      </w:r>
    </w:p>
    <w:p>
      <w:r>
        <w:rPr>
          <w:color w:val="666666"/>
          <w:sz w:val="18"/>
        </w:rPr>
        <w:t>Faith &amp; God · Life after Death I 22nd Jan. 2012 Maulana Wahiduddin Khan · 1m 22s · at 1:04:39 · https://youtu.be/Pa8c09DFrkA?t=3879</w:t>
      </w:r>
    </w:p>
    <w:p>
      <w:r>
        <w:rPr>
          <w:i/>
        </w:rPr>
        <w:t>“You have said that part of human personality is repeatable, hence human personality is also repeatable. The concept of avagaman (reincarnation) says the same thing. As Muslims, we do not believe in this theory. How can we distinguish the concept of life after death with the concept of avagaman?”</w:t>
      </w:r>
    </w:p>
    <w:p>
      <w:r>
        <w:rPr>
          <w:sz w:val="20"/>
        </w:rPr>
        <w:t>1:04:39  maulana, agla sawal dilli se hai, mr naseer aziz ka. unhon ne likha hai: you have said that part of human personality is repeatable, hence human personality is also repeatable.</w:t>
      </w:r>
      <w:r>
        <w:br/>
      </w:r>
      <w:r>
        <w:rPr>
          <w:sz w:val="20"/>
        </w:rPr>
        <w:t>1:04:54  the concept of avagaman says the same thing.</w:t>
      </w:r>
      <w:r>
        <w:br/>
      </w:r>
      <w:r>
        <w:rPr>
          <w:sz w:val="20"/>
        </w:rPr>
        <w:t>1:04:58  as muslims, we do not believe in this theory. how can we distinguish the concept of life after death with the concept of avagaman?</w:t>
      </w:r>
      <w:r>
        <w:br/>
      </w:r>
      <w:r>
        <w:rPr>
          <w:sz w:val="20"/>
        </w:rPr>
        <w:t>1:05:10  dekhiye, awa gaman agar simply yeh ho ke maut ke baad zindagi, to woh to samajh mein aati hai. Lekin jo</w:t>
      </w:r>
      <w:r>
        <w:br/>
      </w:r>
      <w:r>
        <w:rPr>
          <w:sz w:val="20"/>
        </w:rPr>
        <w:t>1:05:17  82 saal ke, pata nahin kitne lakh saal ka chakkar hai, woh to ek illogical baat hai. Awa gaman simply agar yeh ho, life after death ke maano mein to sahi sahi samjhunga is ko.</w:t>
      </w:r>
      <w:r>
        <w:br/>
      </w:r>
      <w:r>
        <w:rPr>
          <w:sz w:val="20"/>
        </w:rPr>
        <w:t>1:05:30  Lekin woh to yeh hai ke ek, pata nahin kitne crore saal aadmi ghoomta rehta hai, ghoomta rehta hai, ghoomta rehta hai. Yeh yeh to bilkul illogical baat hai.</w:t>
      </w:r>
      <w:r>
        <w:br/>
      </w:r>
      <w:r>
        <w:rPr>
          <w:sz w:val="20"/>
        </w:rPr>
        <w:t>1:05:39  Koi is ka na reason mein, koi is ka saboot hai, na mazhab mein koi saboot hai.</w:t>
      </w:r>
      <w:r>
        <w:br/>
      </w:r>
      <w:r>
        <w:rPr>
          <w:sz w:val="20"/>
        </w:rPr>
        <w:t>1:05:48  To awa gaman simply life after death ke maano mein nahin hai. Woh ek ek cycle ke maano mein hai, aur woh cycle ka koi saboot nahin hai. Na mazhab mein, na reason mein, na science mein.</w:t>
      </w:r>
    </w:p>
    <w:p>
      <w:pPr>
        <w:pStyle w:val="Heading2"/>
      </w:pPr>
      <w:r>
        <w:t>Distinguishing divine thoughts from philosophy</w:t>
      </w:r>
    </w:p>
    <w:p>
      <w:r>
        <w:rPr>
          <w:color w:val="666666"/>
          <w:sz w:val="18"/>
        </w:rPr>
        <w:t>Faith &amp; God · Journey of History December 23, 2012 · 1m 08s · at 1:09:25 · https://youtu.be/bvjWl3U3Dmw?t=4165</w:t>
      </w:r>
    </w:p>
    <w:p>
      <w:r>
        <w:rPr>
          <w:i/>
        </w:rPr>
        <w:t>“How can we distinguish between divine thoughts and philosophy? Please explain.”</w:t>
      </w:r>
    </w:p>
    <w:p>
      <w:r>
        <w:rPr>
          <w:sz w:val="20"/>
        </w:rPr>
        <w:t>1:09:25  maulana, agla sawal chennai se hai maulana iqbal umri ka. unhon ne aap se poocha hai: "divine thoughts aur philosophy mein farq kaise karen?</w:t>
      </w:r>
      <w:r>
        <w:br/>
      </w:r>
      <w:r>
        <w:rPr>
          <w:sz w:val="20"/>
        </w:rPr>
        <w:t>1:09:36  is ke baray mein batayen."</w:t>
      </w:r>
      <w:r>
        <w:br/>
      </w:r>
      <w:r>
        <w:rPr>
          <w:sz w:val="20"/>
        </w:rPr>
        <w:t>1:09:39  dekhen, divine thought to base karta hai wahi par yani revelation par, aur philosophy to speculative chalti hai.</w:t>
      </w:r>
      <w:r>
        <w:br/>
      </w:r>
      <w:r>
        <w:rPr>
          <w:sz w:val="20"/>
        </w:rPr>
        <w:t>1:09:48  khud apne mind se aadmi sochta hai, apni apni soch par woh rai banata hai. to philosophy to aik speculative science hai,</w:t>
      </w:r>
      <w:r>
        <w:br/>
      </w:r>
      <w:r>
        <w:rPr>
          <w:sz w:val="20"/>
        </w:rPr>
        <w:t>1:10:01  speculative discipline hai yani qiyasi ilm, lekin jo divine thought hai woh base karta hai mazhab, woh revelation par,</w:t>
      </w:r>
      <w:r>
        <w:br/>
      </w:r>
      <w:r>
        <w:rPr>
          <w:sz w:val="20"/>
        </w:rPr>
        <w:t>1:10:14  allah ki taraf jo wahi aayi hai us ke upar. to dono mein farq hai yani philosophy speculation based hai aur divine thought revelation based hai yani mabni bar ilham aur mabni bar qiyas yeh farq hai.</w:t>
      </w:r>
    </w:p>
    <w:p>
      <w:pPr>
        <w:pStyle w:val="Heading2"/>
      </w:pPr>
      <w:r>
        <w:t>Division of heart into good and bad parts</w:t>
      </w:r>
    </w:p>
    <w:p>
      <w:r>
        <w:rPr>
          <w:color w:val="666666"/>
          <w:sz w:val="18"/>
        </w:rPr>
        <w:t>Faith &amp; God · Principle of Loss May 31, 2015 · 43s · at 59:28 · https://youtu.be/vM-CUyBiDkc?t=3568</w:t>
      </w:r>
    </w:p>
    <w:p>
      <w:r>
        <w:rPr>
          <w:i/>
        </w:rPr>
        <w:t>“Allah divided the human heart into two parts: good and bad. Is this correct?”</w:t>
      </w:r>
    </w:p>
    <w:p>
      <w:r>
        <w:rPr>
          <w:sz w:val="20"/>
        </w:rPr>
        <w:t>59:28  maulana, agla sawal muinuddin sahib ne dilli se kiya hai, aur unhon ne likha hai ke maulana, mera sawal yeh hai ke Allah ne insan ke dil dil ko do hisson mein banta hai: good part, jis se woh achhe kaam karta hai,</w:t>
      </w:r>
      <w:r>
        <w:br/>
      </w:r>
      <w:r>
        <w:rPr>
          <w:sz w:val="20"/>
        </w:rPr>
        <w:t>59:45  aur doosra bad part, jis se woh kharab kaam karta hai. kya yeh</w:t>
      </w:r>
      <w:r>
        <w:br/>
      </w:r>
      <w:r>
        <w:rPr>
          <w:sz w:val="20"/>
        </w:rPr>
        <w:t>59:51  sahi hai? nahi, nahi, yeh koi na science hai, na kisi quran o hadith mein yeh do hisse banta hai. yeh to koi baat nahi hai.</w:t>
      </w:r>
      <w:r>
        <w:br/>
      </w:r>
      <w:r>
        <w:rPr>
          <w:sz w:val="20"/>
        </w:rPr>
        <w:t>1:00:01  dil ko do hisse banta hai, yeh to na koi science se maloom hota hai, aur na quran o hadith mein kahin aisa likha hua hai.</w:t>
      </w:r>
      <w:r>
        <w:br/>
      </w:r>
      <w:r>
        <w:rPr>
          <w:sz w:val="20"/>
        </w:rPr>
        <w:t>1:00:11  yeh sahi nahi</w:t>
      </w:r>
    </w:p>
    <w:p>
      <w:pPr>
        <w:pStyle w:val="Heading2"/>
      </w:pPr>
      <w:r>
        <w:t>Division of heart into good and bad parts</w:t>
      </w:r>
    </w:p>
    <w:p>
      <w:r>
        <w:rPr>
          <w:color w:val="666666"/>
          <w:sz w:val="18"/>
        </w:rPr>
        <w:t>Faith &amp; God · Principle of Loss | May 31, 2015 · 42s · at 58:14 · https://youtu.be/IEf7QfU3BmY?t=3494</w:t>
      </w:r>
    </w:p>
    <w:p>
      <w:r>
        <w:rPr>
          <w:i/>
        </w:rPr>
        <w:t>“Allah has divided the human heart into two parts: a good part for good deeds and a bad part for bad deeds. What is the explanation for this?”</w:t>
      </w:r>
    </w:p>
    <w:p>
      <w:r>
        <w:rPr>
          <w:sz w:val="20"/>
        </w:rPr>
        <w:t>58:14  sawal Moeenuddin sahib ne Delhi se kiya hai, aur unhon ne likha hai ke Maulana mera sawal</w:t>
      </w:r>
      <w:r>
        <w:br/>
      </w:r>
      <w:r>
        <w:rPr>
          <w:sz w:val="20"/>
        </w:rPr>
        <w:t>58:20  yeh hai ke Allah ne insaan ke dil dil ko do hisson mein banta hai, good part jis</w:t>
      </w:r>
      <w:r>
        <w:br/>
      </w:r>
      <w:r>
        <w:rPr>
          <w:sz w:val="20"/>
        </w:rPr>
        <w:t>58:26  se woh achhe kaam karta hai, aur doosra bad part jis se woh kharab kaam karta hai, kya</w:t>
      </w:r>
      <w:r>
        <w:br/>
      </w:r>
      <w:r>
        <w:rPr>
          <w:sz w:val="20"/>
        </w:rPr>
        <w:t>58:32  yeh sahi hai? Nahi, yeh koi na science hai na kisi Quran o Hadees mein, yeh ke do</w:t>
      </w:r>
      <w:r>
        <w:br/>
      </w:r>
      <w:r>
        <w:rPr>
          <w:sz w:val="20"/>
        </w:rPr>
        <w:t>58:38  hisse banta hai, yeh to koi baat</w:t>
      </w:r>
      <w:r>
        <w:br/>
      </w:r>
      <w:r>
        <w:rPr>
          <w:sz w:val="20"/>
        </w:rPr>
        <w:t>58:44  nahi hai, dil ko do hisse banta hai, yeh to na koi science se maloom hota hai, aur</w:t>
      </w:r>
      <w:r>
        <w:br/>
      </w:r>
      <w:r>
        <w:rPr>
          <w:sz w:val="20"/>
        </w:rPr>
        <w:t>58:50  na Quran o Hadees mein kahin aisa likha hua hai.</w:t>
      </w:r>
    </w:p>
    <w:p>
      <w:pPr>
        <w:pStyle w:val="Heading2"/>
      </w:pPr>
      <w:r>
        <w:t>Do the dead enter Paradise or Hell immediately?</w:t>
      </w:r>
    </w:p>
    <w:p>
      <w:r>
        <w:rPr>
          <w:color w:val="666666"/>
          <w:sz w:val="18"/>
        </w:rPr>
        <w:t>Faith &amp; God · Importance of Creative Thinking December 11, 2011 · 1m 19s · at 1:01:37 · https://youtu.be/jfML9Arb0S4?t=3697</w:t>
      </w:r>
    </w:p>
    <w:p>
      <w:r>
        <w:rPr>
          <w:i/>
        </w:rPr>
        <w:t>“When death comes, does a person immediately reach his final end—Paradise or Hell—or will he have to wait for the Day of Resurrection?”</w:t>
      </w:r>
    </w:p>
    <w:p>
      <w:r>
        <w:rPr>
          <w:sz w:val="20"/>
        </w:rPr>
        <w:t>1:01:37  maulana, agla sawal hai mrs saira lateef ka karachi pakistan se. unhon ne likha hai: "mera sawal yeh hai ke kya maut ke aate hi insaan apne anjaam yani jannat ya jahannum mein pahunch jata hai ya use qayamat ke din ka intezar karna hoga?"</w:t>
      </w:r>
      <w:r>
        <w:br/>
      </w:r>
      <w:r>
        <w:rPr>
          <w:sz w:val="20"/>
        </w:rPr>
        <w:t>1:01:59  dekhen, is ka jawab hadees mein maujood hai: "ma tufeqat al qiyamah jo mara, us ki qiyamah shuru ho gayi." aur ek aur hadees mein hai ke: "al qabr raz jannat min hufr al nar." qabr, qabr jo hai, ya to jannat, jannat ke baghon mein se ek bagh hai ya jahannum gurhon mein se ek gurha hai.</w:t>
      </w:r>
      <w:r>
        <w:br/>
      </w:r>
      <w:r>
        <w:rPr>
          <w:sz w:val="20"/>
        </w:rPr>
        <w:t>1:02:23  matlab yeh jo hum sochte hain space and time ke roop mein, ke roop mein, woh sab khatam ho jata hai. zamana, zamana makan, concept isi yani maut se pehle ki duniya mein hai.</w:t>
      </w:r>
      <w:r>
        <w:br/>
      </w:r>
      <w:r>
        <w:rPr>
          <w:sz w:val="20"/>
        </w:rPr>
        <w:t>1:02:36  maut ke baad jo duniya aati hai, wahan zamana makan concept khatam ho jata hai. idhar mare, idhar full for sab kuch ho gaya, aaram bhi, takleef bhi, jannat bhi, jahannum bhi,</w:t>
      </w:r>
      <w:r>
        <w:br/>
      </w:r>
      <w:r>
        <w:rPr>
          <w:sz w:val="20"/>
        </w:rPr>
        <w:t>1:02:51  yeh sabit hota hai hadees se.</w:t>
      </w:r>
    </w:p>
    <w:p>
      <w:pPr>
        <w:pStyle w:val="Heading2"/>
      </w:pPr>
      <w:r>
        <w:t>Does God Want Knowledge of Him</w:t>
      </w:r>
    </w:p>
    <w:p>
      <w:r>
        <w:rPr>
          <w:color w:val="666666"/>
          <w:sz w:val="18"/>
        </w:rPr>
        <w:t>Faith &amp; God · Realisation of God January 19, 2014 · 58s · at 51:08 · https://youtu.be/uIn3AfDkk6Y?t=3068</w:t>
      </w:r>
    </w:p>
    <w:p>
      <w:r>
        <w:rPr>
          <w:i/>
        </w:rPr>
        <w:t>“Does God want humans to attain knowledge of Him? Please provide specific references from the Quran and Hadith, because God is unlimited while humans are limited.”</w:t>
      </w:r>
    </w:p>
    <w:p>
      <w:r>
        <w:rPr>
          <w:sz w:val="20"/>
        </w:rPr>
        <w:t>51:08  maulana, agla sawal hyderabad se aaya hai ejaz adil sahab ka. unhone likha hai: "kya khuda insaan se yeh chahta hai ke woh is ki marifat hasil kare?</w:t>
      </w:r>
      <w:r>
        <w:br/>
      </w:r>
      <w:r>
        <w:rPr>
          <w:sz w:val="20"/>
        </w:rPr>
        <w:t>51:22  please quran aur hadith ki roshni mein koi specific hawale se bataein kyunke khuda unlimited hai jabke insaan limited hai."</w:t>
      </w:r>
      <w:r>
        <w:br/>
      </w:r>
      <w:r>
        <w:rPr>
          <w:sz w:val="20"/>
        </w:rPr>
        <w:t>51:35  nahi, yeh logic wahan apply nahi hoti. mein saada taur par kahunga ke quran mein ayat hai ke "wa ma khalaqtal jinna wal insa illa li ya'budun".</w:t>
      </w:r>
      <w:r>
        <w:br/>
      </w:r>
      <w:r>
        <w:rPr>
          <w:sz w:val="20"/>
        </w:rPr>
        <w:t>51:45  to abdullah abbas, jo sab se bade mufassir bane hote hain quran ke, unhone kaha hai ke "la ya'budun" ka matlab hai "la ya'rifun". is waqt mein itna hi jawab de sakta hoon.</w:t>
      </w:r>
      <w:r>
        <w:br/>
      </w:r>
      <w:r>
        <w:rPr>
          <w:sz w:val="20"/>
        </w:rPr>
        <w:t>51:56  iski tafseel ke liye aap isi kitaab ko padhiye jo mein ne kaha. "izhaar-e-deen" ki jo kitaab hai, us mein iski tafseel aap ko mil jayegi.</w:t>
      </w:r>
    </w:p>
    <w:p>
      <w:pPr>
        <w:pStyle w:val="Heading2"/>
      </w:pPr>
      <w:r>
        <w:t>Does God need man as man needs God?</w:t>
      </w:r>
    </w:p>
    <w:p>
      <w:r>
        <w:rPr>
          <w:color w:val="666666"/>
          <w:sz w:val="18"/>
        </w:rPr>
        <w:t>Faith &amp; God · Q&amp;A 13 Nov 2011 · 1m 58s · at 20:05 · https://youtu.be/oOZ9h37_pL8?t=1205</w:t>
      </w:r>
    </w:p>
    <w:p>
      <w:r>
        <w:rPr>
          <w:i/>
        </w:rPr>
        <w:t>“Maulana, what does it mean that God needs man like man needs God, since we are taught that Allah is Samad—as Moses told his people that if you and all the people on earth become thankless, it will not affect God? Kindly comment.”</w:t>
      </w:r>
    </w:p>
    <w:p>
      <w:r>
        <w:rPr>
          <w:sz w:val="20"/>
        </w:rPr>
        <w:t>20:05  maulana agla sawal aya hai doctor owais siddiqui ka dilli se. unhon ne likha hai maulana what does it mean that god needs man like man needs god.</w:t>
      </w:r>
      <w:r>
        <w:br/>
      </w:r>
      <w:r>
        <w:rPr>
          <w:sz w:val="20"/>
        </w:rPr>
        <w:t>20:17  because we are taught that allah is samad. like moses told his people that if you and all the people on earth become thankless it wont affect god.</w:t>
      </w:r>
      <w:r>
        <w:br/>
      </w:r>
      <w:r>
        <w:rPr>
          <w:sz w:val="20"/>
        </w:rPr>
        <w:t>20:31  kindly comment</w:t>
      </w:r>
      <w:r>
        <w:br/>
      </w:r>
      <w:r>
        <w:rPr>
          <w:sz w:val="20"/>
        </w:rPr>
        <w:t>20:32  dekhen net banne lafz ne is sawal nahi kiya. main ne sirf yeh kaha ke khuda ko jo kuch dena hai to is ka panay wala kon ban sakta hai.</w:t>
      </w:r>
      <w:r>
        <w:br/>
      </w:r>
      <w:r>
        <w:rPr>
          <w:sz w:val="20"/>
        </w:rPr>
        <w:t>20:45  to khuda ko woh cheezen dena hai to kis ko dega? paharon ko dega, samundaron ko dega, sitaron ko dega, sayaron ko dega to woh kya karenge is ko le kar ke? kya</w:t>
      </w:r>
      <w:r>
        <w:br/>
      </w:r>
      <w:r>
        <w:rPr>
          <w:sz w:val="20"/>
        </w:rPr>
        <w:t>20:54  karenge is ko le kar ke bataiye.</w:t>
      </w:r>
      <w:r>
        <w:br/>
      </w:r>
      <w:r>
        <w:rPr>
          <w:sz w:val="20"/>
        </w:rPr>
        <w:t>20:58  yani behtareen qism ke aap phool hon khushbudar bohat beautiful aur is par aap ja ke chattan dal dein to chattan kya</w:t>
      </w:r>
      <w:r>
        <w:br/>
      </w:r>
      <w:r>
        <w:rPr>
          <w:sz w:val="20"/>
        </w:rPr>
        <w:t>21:06  karega paharon ko le ke woh phoolon ko le kar ke. to net is sense mein nahi kaha jis sense mein aap dictionary mein likha rehta hai net is sense mein nahi kaha main ne.</w:t>
      </w:r>
      <w:r>
        <w:br/>
      </w:r>
      <w:r>
        <w:rPr>
          <w:sz w:val="20"/>
        </w:rPr>
        <w:t>21:17  woh net to muhtaji ke mani mein aata hai. yani aam taur par net ka matlab hota hai ke hum kisi cheez ke muhtaj hon. woh alag cheez hai.</w:t>
      </w:r>
      <w:r>
        <w:br/>
      </w:r>
      <w:r>
        <w:rPr>
          <w:sz w:val="20"/>
        </w:rPr>
        <w:t>21:27  main ne sirf yeh kaha hai ke allah taala ke pas beshumar cheezen dene ki hain to to is ka qadradan kon</w:t>
      </w:r>
      <w:r>
        <w:br/>
      </w:r>
      <w:r>
        <w:rPr>
          <w:sz w:val="20"/>
        </w:rPr>
        <w:t>21:36  hoga? insan hi to hoga aur kon hoga? kyunke jitni is kainat mein jo maloom cheezen hain in maloom cheezon mein kisi ke andar sense of enjoyment nahi hai.</w:t>
      </w:r>
      <w:r>
        <w:br/>
      </w:r>
      <w:r>
        <w:rPr>
          <w:sz w:val="20"/>
        </w:rPr>
        <w:t>21:50  sense of pleasure nahi hai. sense of fulfillment nahi hai. yeh main ne kaha. net ko aap ne le liya ek negative sense mein to negative sense mein main ne nahi bola tha.</w:t>
      </w:r>
    </w:p>
    <w:p>
      <w:pPr>
        <w:pStyle w:val="Heading2"/>
      </w:pPr>
      <w:r>
        <w:t>Does Islam Believe in Merging with God?</w:t>
      </w:r>
    </w:p>
    <w:p>
      <w:r>
        <w:rPr>
          <w:color w:val="666666"/>
          <w:sz w:val="18"/>
        </w:rPr>
        <w:t>Faith &amp; God · Concept of Jihad in Islam September 7, 2014 · 1m 39s · at 1:05:54 · https://youtu.be/GnKBYM8HbuQ?t=3954</w:t>
      </w:r>
    </w:p>
    <w:p>
      <w:r>
        <w:rPr>
          <w:i/>
        </w:rPr>
        <w:t>“Does Islam believe in merging oneself with God? This is not the concept of Islam. Why do you ask such questions? Much has been written on this.”</w:t>
      </w:r>
    </w:p>
    <w:p>
      <w:r>
        <w:rPr>
          <w:sz w:val="20"/>
        </w:rPr>
        <w:t>1:05:54  Maulana, agla sawal Bhopal se aaya hai, Zubair sahib ne kiya hai aur unhon ne likha hai ke</w:t>
      </w:r>
      <w:r>
        <w:br/>
      </w:r>
      <w:r>
        <w:rPr>
          <w:sz w:val="20"/>
        </w:rPr>
        <w:t>1:06:02  does Islam believe in merging oneself with God yeh sab Islam ka tasawwur nahi hai.</w:t>
      </w:r>
      <w:r>
        <w:br/>
      </w:r>
      <w:r>
        <w:rPr>
          <w:sz w:val="20"/>
        </w:rPr>
        <w:t>1:06:08  merge karna, aap aise sawalat kyun karte hain? Aap log is par bohat likha ja chuka hai.</w:t>
      </w:r>
      <w:r>
        <w:br/>
      </w:r>
      <w:r>
        <w:rPr>
          <w:sz w:val="20"/>
        </w:rPr>
        <w:t>1:06:16  Yaani dekhiye, kai log mujhe lagta hai ke bas sawal faqat sikh ka aap karte hain.</w:t>
      </w:r>
      <w:r>
        <w:br/>
      </w:r>
      <w:r>
        <w:rPr>
          <w:sz w:val="20"/>
        </w:rPr>
        <w:t>1:06:23  Is ko bhi kitaab marifat mein mere paas maujood hai, padh li jiye aap.</w:t>
      </w:r>
      <w:r>
        <w:br/>
      </w:r>
      <w:r>
        <w:rPr>
          <w:sz w:val="20"/>
        </w:rPr>
        <w:t>1:06:28  Aisa sawal kar ke kya faida hai ke sawal faqat sikh ka? Aap dekhiye, aaj jitne sawal aa</w:t>
      </w:r>
      <w:r>
        <w:br/>
      </w:r>
      <w:r>
        <w:rPr>
          <w:sz w:val="20"/>
        </w:rPr>
        <w:t>1:06:36  rahe hain, ek bhi aaj ki talk par nahi hai.</w:t>
      </w:r>
      <w:r>
        <w:br/>
      </w:r>
      <w:r>
        <w:rPr>
          <w:sz w:val="20"/>
        </w:rPr>
        <w:t>1:06:40  Aaj ki talk ne aap logon ke mind ko activate nahi kiya.</w:t>
      </w:r>
      <w:r>
        <w:br/>
      </w:r>
      <w:r>
        <w:rPr>
          <w:sz w:val="20"/>
        </w:rPr>
        <w:t>1:06:45  Aaj ki talk ne aap ko koi sawal nahi paida kiya.</w:t>
      </w:r>
      <w:r>
        <w:br/>
      </w:r>
      <w:r>
        <w:rPr>
          <w:sz w:val="20"/>
        </w:rPr>
        <w:t>1:06:50  Aap, aap aaj ki talk ne aap ke mind ko hilaya nahi.</w:t>
      </w:r>
      <w:r>
        <w:br/>
      </w:r>
      <w:r>
        <w:rPr>
          <w:sz w:val="20"/>
        </w:rPr>
        <w:t>1:06:55  Is ke bare mein kuch bolein aap, kya faida hai? Main is waqt aise sawalat se, main aise</w:t>
      </w:r>
      <w:r>
        <w:br/>
      </w:r>
      <w:r>
        <w:rPr>
          <w:sz w:val="20"/>
        </w:rPr>
        <w:t>1:07:03  sawaalat ko sawal faqat sikh ka samajhta hoon.</w:t>
      </w:r>
      <w:r>
        <w:br/>
      </w:r>
      <w:r>
        <w:rPr>
          <w:sz w:val="20"/>
        </w:rPr>
        <w:t>1:07:06  Bohat zyada sochiye, tab is ko aap hal kijiye.</w:t>
      </w:r>
      <w:r>
        <w:br/>
      </w:r>
      <w:r>
        <w:rPr>
          <w:sz w:val="20"/>
        </w:rPr>
        <w:t>1:07:10  Mislan, hafte bhar sochiye, hafte bhar sochiye, phir aayein ek sawal kijiye to woh sawal hoga.</w:t>
      </w:r>
      <w:r>
        <w:br/>
      </w:r>
      <w:r>
        <w:rPr>
          <w:sz w:val="20"/>
        </w:rPr>
        <w:t>1:07:17  Bas baithe baithe aap ka ek reflection hua, ek sawal kar diya aap ne.</w:t>
      </w:r>
      <w:r>
        <w:br/>
      </w:r>
      <w:r>
        <w:rPr>
          <w:sz w:val="20"/>
        </w:rPr>
        <w:t>1:07:23  That is not a proper question. Main kahunga ke aap log art of sawal karna seekhiye.</w:t>
      </w:r>
      <w:r>
        <w:br/>
      </w:r>
      <w:r>
        <w:rPr>
          <w:sz w:val="20"/>
        </w:rPr>
        <w:t>1:07:30  Sawal karna bhi ek art hai, is ko seekhiye.</w:t>
      </w:r>
    </w:p>
    <w:p>
      <w:pPr>
        <w:pStyle w:val="Heading2"/>
      </w:pPr>
      <w:r>
        <w:t>Does Islam Degrade Women</w:t>
      </w:r>
    </w:p>
    <w:p>
      <w:r>
        <w:rPr>
          <w:color w:val="666666"/>
          <w:sz w:val="18"/>
        </w:rPr>
        <w:t>Faith &amp; God · Journey of History December 23, 2012 · 1m 48s · at 1:28:23 · https://youtu.be/bvjWl3U3Dmw?t=5303</w:t>
      </w:r>
    </w:p>
    <w:p>
      <w:r>
        <w:rPr>
          <w:i/>
        </w:rPr>
        <w:t>“Does Islam degrade women?”</w:t>
      </w:r>
    </w:p>
    <w:p>
      <w:r>
        <w:rPr>
          <w:sz w:val="20"/>
        </w:rPr>
        <w:t>1:28:23  Maulana, agla sawal haiderabad se aaya hai. naam nahi hai Maulana lekin sawal yeh hai: "does Islam degrade women?" is ke baray mein batayen.</w:t>
      </w:r>
      <w:r>
        <w:br/>
      </w:r>
      <w:r>
        <w:rPr>
          <w:sz w:val="20"/>
        </w:rPr>
        <w:t>1:28:32  harghiz nahi, bilkul galat hai. Quran mein dekhen, surah Aal-e-Imran mein hai: "ba'dhukum min ba'dh, ba'dhukum min ba'dh"</w:t>
      </w:r>
      <w:r>
        <w:br/>
      </w:r>
      <w:r>
        <w:rPr>
          <w:sz w:val="20"/>
        </w:rPr>
        <w:t>1:28:43  yani jo jo jo darja aurat ka, wahi darja mard ka. hadith mein aata hai ke: "al nisaa shiqaaq al rijaal" is ka matlab yeh hai ke yani yani men and women are to equal half of a single unit.</w:t>
      </w:r>
      <w:r>
        <w:br/>
      </w:r>
      <w:r>
        <w:rPr>
          <w:sz w:val="20"/>
        </w:rPr>
        <w:t>1:29:06  to yeh bilkul galat hai ke</w:t>
      </w:r>
      <w:r>
        <w:br/>
      </w:r>
      <w:r>
        <w:rPr>
          <w:sz w:val="20"/>
        </w:rPr>
        <w:t>1:29:11  ke degrade kiya hai Islam ne aurat ko. is mein koi shakk nahi ke dono mein ka barabar ka darja hai. is par hum ne tafseel se likha hai. hamari kitab jo hai "khatoon-e-Islam" is mein aap parh leejiye.</w:t>
      </w:r>
    </w:p>
    <w:p>
      <w:pPr>
        <w:pStyle w:val="Heading2"/>
      </w:pPr>
      <w:r>
        <w:t>Does Islam have concept of karma?</w:t>
      </w:r>
    </w:p>
    <w:p>
      <w:r>
        <w:rPr>
          <w:color w:val="666666"/>
          <w:sz w:val="18"/>
        </w:rPr>
        <w:t>Faith &amp; God · Double Standards of Present-Day Muslims August 6, 2017 · 1m 08s · at 43:35 · https://youtu.be/k1NcZQpHTyg?t=2615</w:t>
      </w:r>
    </w:p>
    <w:p>
      <w:r>
        <w:rPr>
          <w:i/>
        </w:rPr>
        <w:t>“Does Islam have a similar concept such as karma in monastic religions?”</w:t>
      </w:r>
    </w:p>
    <w:p>
      <w:r>
        <w:rPr>
          <w:sz w:val="20"/>
        </w:rPr>
        <w:t>43:35  agla sawal molana miss tuti malotra ki taraf se aaya hai dilli se. she writes "does islam have a similar concept such as karma in monastic religions?" nahi, islam mein aisa nahi hai.</w:t>
      </w:r>
      <w:r>
        <w:br/>
      </w:r>
      <w:r>
        <w:rPr>
          <w:sz w:val="20"/>
        </w:rPr>
        <w:t>43:53  wo theory jo karma thi, wo islam mein nahi hai. matlab wahan doosre maani mein islam ka, wo islam mein jo concept hai, wo hai personality building.</w:t>
      </w:r>
      <w:r>
        <w:br/>
      </w:r>
      <w:r>
        <w:rPr>
          <w:sz w:val="20"/>
        </w:rPr>
        <w:t>44:07  aadmi apni personality building karte waqt tazkiya, yani tazkiya par base karti hai islami theory, karma par nahi.</w:t>
      </w:r>
      <w:r>
        <w:br/>
      </w:r>
      <w:r>
        <w:rPr>
          <w:sz w:val="20"/>
        </w:rPr>
        <w:t>44:17  is par hum ne kafi likha hai ke tazkiya ka matlab hai apne aap ko purify karna, aur wo aik alag concept hai.</w:t>
      </w:r>
      <w:r>
        <w:br/>
      </w:r>
      <w:r>
        <w:rPr>
          <w:sz w:val="20"/>
        </w:rPr>
        <w:t>44:32  mere nazdeek yeh dono mein koi similarity nahi hai real sense mein.</w:t>
      </w:r>
    </w:p>
    <w:p>
      <w:pPr>
        <w:pStyle w:val="Heading2"/>
      </w:pPr>
      <w:r>
        <w:t>Does Religion Appeal More to the Vulnerable?</w:t>
      </w:r>
    </w:p>
    <w:p>
      <w:r>
        <w:rPr>
          <w:color w:val="666666"/>
          <w:sz w:val="18"/>
        </w:rPr>
        <w:t>Faith &amp; God · On Atheism | May 22, 2016 · 1m 06s · at 53:59 · https://youtu.be/tzJmfYnSleo?t=3239</w:t>
      </w:r>
    </w:p>
    <w:p>
      <w:r>
        <w:rPr>
          <w:i/>
        </w:rPr>
        <w:t>“Faith claims that religion appeals more to the poor, weak, vulnerable, depressed, and people who are generally in trouble. What is your response to this claim?”</w:t>
      </w:r>
    </w:p>
    <w:p>
      <w:r>
        <w:rPr>
          <w:sz w:val="20"/>
        </w:rPr>
        <w:t>53:59  molana agla sawal lete hain.</w:t>
      </w:r>
      <w:r>
        <w:br/>
      </w:r>
      <w:r>
        <w:rPr>
          <w:sz w:val="20"/>
        </w:rPr>
        <w:t>54:04  yeh shamshuddin sahib ne poocha hai mumbai se aur unhon ne likha hai ke eth</w:t>
      </w:r>
      <w:r>
        <w:br/>
      </w:r>
      <w:r>
        <w:rPr>
          <w:sz w:val="20"/>
        </w:rPr>
        <w:t>54:09  "It's claimed that religion appeals more to poor, weak, vulnerable, ill, depressed, and people who are generally in trouble."</w:t>
      </w:r>
      <w:r>
        <w:br/>
      </w:r>
      <w:r>
        <w:rPr>
          <w:sz w:val="20"/>
        </w:rPr>
        <w:t>54:14  Is religion more like a temptations offering false promises to these people? What would you say to this?</w:t>
      </w:r>
      <w:r>
        <w:br/>
      </w:r>
      <w:r>
        <w:rPr>
          <w:sz w:val="20"/>
        </w:rPr>
        <w:t>54:19  yeh baat bilkul galat hai.</w:t>
      </w:r>
      <w:r>
        <w:br/>
      </w:r>
      <w:r>
        <w:rPr>
          <w:sz w:val="20"/>
        </w:rPr>
        <w:t>54:24  maine misaal di aap ki stalin ki.</w:t>
      </w:r>
      <w:r>
        <w:br/>
      </w:r>
      <w:r>
        <w:rPr>
          <w:sz w:val="20"/>
        </w:rPr>
        <w:t>54:29  stalin to bohat super power ka head tha.</w:t>
      </w:r>
      <w:r>
        <w:br/>
      </w:r>
      <w:r>
        <w:rPr>
          <w:sz w:val="20"/>
        </w:rPr>
        <w:t>54:34  yeh to koi baat nahi hai. amrik</w:t>
      </w:r>
      <w:r>
        <w:br/>
      </w:r>
      <w:r>
        <w:rPr>
          <w:sz w:val="20"/>
        </w:rPr>
        <w:t>54:39  a super power mana jata hai.</w:t>
      </w:r>
      <w:r>
        <w:br/>
      </w:r>
      <w:r>
        <w:rPr>
          <w:sz w:val="20"/>
        </w:rPr>
        <w:t>54:43  اس کے ہر ڈالر پہ لکھا جاتا ہے In God We Trust.</w:t>
      </w:r>
      <w:r>
        <w:br/>
      </w:r>
      <w:r>
        <w:rPr>
          <w:sz w:val="20"/>
        </w:rPr>
        <w:t>54:47  dunya mein sab se bari taqat mani jati hai america ki.</w:t>
      </w:r>
      <w:r>
        <w:br/>
      </w:r>
      <w:r>
        <w:rPr>
          <w:sz w:val="20"/>
        </w:rPr>
        <w:t>54:51  sab se bari dolat mani jati hai america ke paas hai.</w:t>
      </w:r>
      <w:r>
        <w:br/>
      </w:r>
      <w:r>
        <w:rPr>
          <w:sz w:val="20"/>
        </w:rPr>
        <w:t>54:54  لیکن ہر ہر ڈالر پہ لکھا جاتا ہے In God We Trust۔</w:t>
      </w:r>
      <w:r>
        <w:br/>
      </w:r>
      <w:r>
        <w:rPr>
          <w:sz w:val="20"/>
        </w:rPr>
        <w:t>54:58  isi isi dollar ko kamane ke liye bhage jate hain america.</w:t>
      </w:r>
      <w:r>
        <w:br/>
      </w:r>
      <w:r>
        <w:rPr>
          <w:sz w:val="20"/>
        </w:rPr>
        <w:t>55:02  to yeh baat to unho ne kahi to sahi nahi hai.</w:t>
      </w:r>
    </w:p>
    <w:p>
      <w:pPr>
        <w:pStyle w:val="Heading2"/>
      </w:pPr>
      <w:r>
        <w:t>Does overcoming negative thoughts mean finding God?</w:t>
      </w:r>
    </w:p>
    <w:p>
      <w:r>
        <w:rPr>
          <w:color w:val="666666"/>
          <w:sz w:val="18"/>
        </w:rPr>
        <w:t>Faith &amp; God · Three levels of Realization July 4, 2010 · 1m 57s · at 1:27:37 · https://youtu.be/NtCTVVov3Nw?t=5257</w:t>
      </w:r>
    </w:p>
    <w:p>
      <w:r>
        <w:rPr>
          <w:i/>
        </w:rPr>
        <w:t>“Does overcoming one's negative thoughts amount to finding God? If so, what is the importance of prayer, fasting and other deeds in a Muslim's life?”</w:t>
      </w:r>
    </w:p>
    <w:p>
      <w:r>
        <w:rPr>
          <w:sz w:val="20"/>
        </w:rPr>
        <w:t>1:27:37  maulana agla sawal kya hai miss raziya ne jamia millia islamia se</w:t>
      </w:r>
      <w:r>
        <w:br/>
      </w:r>
      <w:r>
        <w:rPr>
          <w:sz w:val="20"/>
        </w:rPr>
        <w:t>1:27:42  unhon ne likha hai ke kya apne negative thoughts ko overcome kar lena hi khuda ko pa lena hota hai agar aisa hai to namaz roza aur doosre aamal ki aik musalman ki zindagi mein kya ahmiyat hai nahi nahi yeh matlab nahi hai ke isi se sab kuch ho jayega</w:t>
      </w:r>
      <w:r>
        <w:br/>
      </w:r>
      <w:r>
        <w:rPr>
          <w:sz w:val="20"/>
        </w:rPr>
        <w:t>1:28:07  islam begins from faith</w:t>
      </w:r>
      <w:r>
        <w:br/>
      </w:r>
      <w:r>
        <w:rPr>
          <w:sz w:val="20"/>
        </w:rPr>
        <w:t>1:28:11  pehla jo ati hai na woh khuda ki discovery hai khuda ki discovery ke aap study karte hain sochte hain to aap ko discover hota hai discovery ke darje mein milta hai aap ko jahan is dunya ka koi creator hai koi lord hai jab discovery aati hai tab yeh sab baatein aati hain to negative thinking to sach poochien to is discovery ko bachaaye rakhne ke liye</w:t>
      </w:r>
      <w:r>
        <w:br/>
      </w:r>
      <w:r>
        <w:rPr>
          <w:sz w:val="20"/>
        </w:rPr>
        <w:t>1:28:40  is discovery ko bachaye rakhne ke liye</w:t>
      </w:r>
      <w:r>
        <w:br/>
      </w:r>
      <w:r>
        <w:rPr>
          <w:sz w:val="20"/>
        </w:rPr>
        <w:t>1:28:44  jaise aap ko ek job mil gaya to job ko bachaye rakhne ke liye aap kahenge boss</w:t>
      </w:r>
      <w:r>
        <w:br/>
      </w:r>
      <w:r>
        <w:rPr>
          <w:sz w:val="20"/>
        </w:rPr>
        <w:t>1:28:48  se ladenge nahi</w:t>
      </w:r>
      <w:r>
        <w:br/>
      </w:r>
      <w:r>
        <w:rPr>
          <w:sz w:val="20"/>
        </w:rPr>
        <w:t>1:28:52  bosses always right ko pakde rahenge</w:t>
      </w:r>
      <w:r>
        <w:br/>
      </w:r>
      <w:r>
        <w:rPr>
          <w:sz w:val="20"/>
        </w:rPr>
        <w:t>1:28:55  to bosses mein pehle nahi aata</w:t>
      </w:r>
      <w:r>
        <w:br/>
      </w:r>
      <w:r>
        <w:rPr>
          <w:sz w:val="20"/>
        </w:rPr>
        <w:t>1:28:58  pehle job aata hai phir job aayega phir bosses aayega</w:t>
      </w:r>
      <w:r>
        <w:br/>
      </w:r>
      <w:r>
        <w:rPr>
          <w:sz w:val="20"/>
        </w:rPr>
        <w:t>1:29:03  aise hi negative thought waghera ki baat jo hai woh to apne is ko bachaye rakhne ke liye</w:t>
      </w:r>
      <w:r>
        <w:br/>
      </w:r>
      <w:r>
        <w:rPr>
          <w:sz w:val="20"/>
        </w:rPr>
        <w:t>1:29:11  to sab se pehle khuda ki discovery hoti hai khuda ka belief aadmi hazir hota hai us ko sachai milti hai tab us ke baad yeh sab baatein aati hain pehle job milega tab bosses aayega aisa nahi ke bosses pehle aa jaye job baad ko aaye aisa nahi hota woh woh to putting the card before the horse ho jayega</w:t>
      </w:r>
    </w:p>
    <w:p>
      <w:pPr>
        <w:pStyle w:val="Heading2"/>
      </w:pPr>
      <w:r>
        <w:t>Double punishment for wrongdoings</w:t>
      </w:r>
    </w:p>
    <w:p>
      <w:r>
        <w:rPr>
          <w:color w:val="666666"/>
          <w:sz w:val="18"/>
        </w:rPr>
        <w:t>Faith &amp; God · Realization of God September 15, 2013 · 1m 31s · at 53:41 · https://youtu.be/CNEEeM5uyi8?t=3221</w:t>
      </w:r>
    </w:p>
    <w:p>
      <w:r>
        <w:rPr>
          <w:i/>
        </w:rPr>
        <w:t>“Will those who get punishment in this world for their wrongdoings also be punished in the Hereafter for the same?”</w:t>
      </w:r>
    </w:p>
    <w:p>
      <w:r>
        <w:rPr>
          <w:sz w:val="20"/>
        </w:rPr>
        <w:t>53:41  maulana, agla sawal dilli se hai, abdul rehman sahab ka. unhon ne likha hai: "maulana sahab! will those who get punishment in this world for their wrong doings?</w:t>
      </w:r>
      <w:r>
        <w:br/>
      </w:r>
      <w:r>
        <w:rPr>
          <w:sz w:val="20"/>
        </w:rPr>
        <w:t>53:54  be also punished in the hereafter for the same?"</w:t>
      </w:r>
      <w:r>
        <w:br/>
      </w:r>
      <w:r>
        <w:rPr>
          <w:sz w:val="20"/>
        </w:rPr>
        <w:t>54:03  yani punishment se kya murad? legal punishment court ke zariye se</w:t>
      </w:r>
      <w:r>
        <w:br/>
      </w:r>
      <w:r>
        <w:rPr>
          <w:sz w:val="20"/>
        </w:rPr>
        <w:t>54:09  ? Maulana, general sense mein lag raha hai, likha nahi hai unhon ne. baat dekhein, agar is se murad legal punishment hai jo court ke zariye hoti hai, to woh alag cheez hai.</w:t>
      </w:r>
      <w:r>
        <w:br/>
      </w:r>
      <w:r>
        <w:rPr>
          <w:sz w:val="20"/>
        </w:rPr>
        <w:t>54:20  is se akhirat ki punishment saakit nahi hoti, woh alag cheez hai, woh alag cheez hai. yeh legal punishment to social harmony ko maintain karne ke liye hoti hai.</w:t>
      </w:r>
      <w:r>
        <w:br/>
      </w:r>
      <w:r>
        <w:rPr>
          <w:sz w:val="20"/>
        </w:rPr>
        <w:t>54:35  yani society mein aman rahe, society mein khalal waqe na ho, to society ko ek darje ke aman baqi rahe, us ke liye hoti hai legal punishment.</w:t>
      </w:r>
      <w:r>
        <w:br/>
      </w:r>
      <w:r>
        <w:rPr>
          <w:sz w:val="20"/>
        </w:rPr>
        <w:t>54:51  baqi jo akhirat ki punishment hai, woh is se bohat zyada aage ka mamla hai.</w:t>
      </w:r>
      <w:r>
        <w:br/>
      </w:r>
      <w:r>
        <w:rPr>
          <w:sz w:val="20"/>
        </w:rPr>
        <w:t>54:57  is ka mamla poori creation se hai, insan ke wajood se hai, insan ki Allah ki jo blessing hai, us ke is se hai. woh sirf, yani sirf social noiyat ki cheez nahi hai.</w:t>
      </w:r>
      <w:r>
        <w:br/>
      </w:r>
      <w:r>
        <w:rPr>
          <w:sz w:val="20"/>
        </w:rPr>
        <w:t>55:09  woh</w:t>
      </w:r>
    </w:p>
    <w:p>
      <w:pPr>
        <w:pStyle w:val="Heading2"/>
      </w:pPr>
      <w:r>
        <w:t>Duty consciousness from God accountability</w:t>
      </w:r>
    </w:p>
    <w:p>
      <w:r>
        <w:rPr>
          <w:color w:val="666666"/>
          <w:sz w:val="18"/>
        </w:rPr>
        <w:t>Faith &amp; God · Surah Al-'Asr I November 23, 2014 Maulana Wahiduddin Khan · 55s · at 58:33 · https://youtu.be/3dBMIUC0Dqw?t=3513</w:t>
      </w:r>
    </w:p>
    <w:p>
      <w:r>
        <w:rPr>
          <w:i/>
        </w:rPr>
        <w:t>“Does duty consciousness in a man start from accountability towards God?”</w:t>
      </w:r>
    </w:p>
    <w:p>
      <w:r>
        <w:rPr>
          <w:sz w:val="20"/>
        </w:rPr>
        <w:t>58:33  Maulana, agla sawal Dilli se kiya hai Miss Naghma Siddiqui ne aur unhone aapse poocha hai ke Does duty consciousness in a man starts from accountability towards God?</w:t>
      </w:r>
      <w:r>
        <w:br/>
      </w:r>
      <w:r>
        <w:rPr>
          <w:sz w:val="20"/>
        </w:rPr>
        <w:t>58:48  Allah ke samne jab hum jitna zyada sochenge jo Quran mein hai ke yawm yaqoomu al-nasu li rabb al-'alamin jab khada hoga insaan Allah ke aage yawm yaqoomu al-nasu li rabb al-'alamin to yeh jo hai ke mujhe Allah ke samne khada hona hai?</w:t>
      </w:r>
      <w:r>
        <w:br/>
      </w:r>
      <w:r>
        <w:rPr>
          <w:sz w:val="20"/>
        </w:rPr>
        <w:t>59:11  Rabb al-samawati wa al-ardi ke samne khada hona hai? is se aadmi ke andar duty aayegi, farz shanaasi aayegi, har yani khair ki talab aayegi, har cheez aayegi.</w:t>
      </w:r>
    </w:p>
    <w:p>
      <w:pPr>
        <w:pStyle w:val="Heading2"/>
      </w:pPr>
      <w:r>
        <w:t>Earthquakes increase and Doomsday near</w:t>
      </w:r>
    </w:p>
    <w:p>
      <w:r>
        <w:rPr>
          <w:color w:val="666666"/>
          <w:sz w:val="18"/>
        </w:rPr>
        <w:t>Faith &amp; God · The Age of Alternative April 24, 2016 · 47s · at 55:37 · https://youtu.be/JoilI-TK4Ig?t=3337</w:t>
      </w:r>
    </w:p>
    <w:p>
      <w:r>
        <w:rPr>
          <w:i/>
        </w:rPr>
        <w:t>“I was going through a report on earthquakes, and this report mentions that the occurrence of earthquakes these days is more than average. Does it imply that the Doomsday is near? Because there are such traditions as predicted the increase of earthquakes near the Doomsday time.”</w:t>
      </w:r>
    </w:p>
    <w:p>
      <w:r>
        <w:rPr>
          <w:sz w:val="20"/>
        </w:rPr>
        <w:t>55:37  Maulana, agla sawal Dr. Fareeda Khanam ne bheja hai Delhi se, aur unhone likha hai ke: "I was going through a report on earthquakes, and this report mentioned that the occurrence of earthquakes these days is more than average.</w:t>
      </w:r>
      <w:r>
        <w:br/>
      </w:r>
      <w:r>
        <w:rPr>
          <w:sz w:val="20"/>
        </w:rPr>
        <w:t>55:54  Does it imply that the doomsday is near?</w:t>
      </w:r>
      <w:r>
        <w:br/>
      </w:r>
      <w:r>
        <w:rPr>
          <w:sz w:val="20"/>
        </w:rPr>
        <w:t>55:57  Because there are such traditions as predicted the increase of earthquakes near the doomsday time." Theek hai, yeh baat bohat hi sochne wali hai.</w:t>
      </w:r>
      <w:r>
        <w:br/>
      </w:r>
      <w:r>
        <w:rPr>
          <w:sz w:val="20"/>
        </w:rPr>
        <w:t>56:11  Ho sakta hai ke bhai doom jo qareeb aa gaya ho, lekin mere paas aisa koi ilm nahi hai, aisi koi khabar nahi hai Khuda ki taraf se ke mein yeh keh sakoon.</w:t>
      </w:r>
    </w:p>
    <w:p>
      <w:pPr>
        <w:pStyle w:val="Heading2"/>
      </w:pPr>
      <w:r>
        <w:t>Effect of karma on qualifying for paradise</w:t>
      </w:r>
    </w:p>
    <w:p>
      <w:r>
        <w:rPr>
          <w:color w:val="666666"/>
          <w:sz w:val="18"/>
        </w:rPr>
        <w:t>Faith &amp; God · The Culture of People of Paradise January 06, 2019 Maulana Wahiduddin Khan · 1m 23s · at 1:04:09 · https://youtu.be/rFExua9zntM?t=3849</w:t>
      </w:r>
    </w:p>
    <w:p>
      <w:r>
        <w:rPr>
          <w:i/>
        </w:rPr>
        <w:t>“Does karma have any effect in qualifying for Jannah?”</w:t>
      </w:r>
    </w:p>
    <w:p>
      <w:r>
        <w:rPr>
          <w:sz w:val="20"/>
        </w:rPr>
        <w:t>1:04:09  Maulana, Delhi se Mr. S.S. Puri ne sawal bheja hai. unhon ne aap se poocha hai ke "does karma have any effect in qualifying to jannat?" is ke bare mein janna chahte hain.</w:t>
      </w:r>
      <w:r>
        <w:br/>
      </w:r>
      <w:r>
        <w:rPr>
          <w:sz w:val="20"/>
        </w:rPr>
        <w:t>1:04:29  bhai, karma ka jo real concept hai, woh main poori tarah janta nahin hoon. main ne koi deep study nahin ki hai. baqi jo main ne parha hai, us se main yeh samjha hoon ke character aisi cheez hai.</w:t>
      </w:r>
      <w:r>
        <w:br/>
      </w:r>
      <w:r>
        <w:rPr>
          <w:sz w:val="20"/>
        </w:rPr>
        <w:t>1:04:47  character! character!</w:t>
      </w:r>
      <w:r>
        <w:br/>
      </w:r>
      <w:r>
        <w:rPr>
          <w:sz w:val="20"/>
        </w:rPr>
        <w:t>1:04:56  yani</w:t>
      </w:r>
      <w:r>
        <w:br/>
      </w:r>
      <w:r>
        <w:rPr>
          <w:sz w:val="20"/>
        </w:rPr>
        <w:t>1:05:00  "it is character that will decide your future".</w:t>
      </w:r>
      <w:r>
        <w:br/>
      </w:r>
      <w:r>
        <w:rPr>
          <w:sz w:val="20"/>
        </w:rPr>
        <w:t>1:05:10  character! bhai, karma ka jo concept hai, ho sakta hai ke woh isi mani mein ho, ho sakta hai kisi aur mani mein ho.</w:t>
      </w:r>
      <w:r>
        <w:br/>
      </w:r>
      <w:r>
        <w:rPr>
          <w:sz w:val="20"/>
        </w:rPr>
        <w:t>1:05:20  main ne is ki deep study nahin ki hai.</w:t>
      </w:r>
    </w:p>
    <w:p>
      <w:pPr>
        <w:pStyle w:val="Heading2"/>
      </w:pPr>
      <w:r>
        <w:t>Elaboration on God's best future</w:t>
      </w:r>
    </w:p>
    <w:p>
      <w:r>
        <w:rPr>
          <w:color w:val="666666"/>
          <w:sz w:val="18"/>
        </w:rPr>
        <w:t>Faith &amp; God · Story of the Prophet Yusuf May 11, 2014 Maulana Wahiduddin Khan · 1m 53s · at 1:00:25 · https://youtu.be/2alsBthUWhw?t=3625</w:t>
      </w:r>
    </w:p>
    <w:p>
      <w:r>
        <w:rPr>
          <w:i/>
        </w:rPr>
        <w:t>“You mentioned today that God has written the best future for everyone. Can you please elaborate on this?”</w:t>
      </w:r>
    </w:p>
    <w:p>
      <w:r>
        <w:rPr>
          <w:sz w:val="20"/>
        </w:rPr>
        <w:t>1:00:25  molana agla sawal dilli se hai ans sahab ne kiya hai unhon ne likha hai ke molana you mention today that god has written best future for everyone can you please elaborate on this</w:t>
      </w:r>
      <w:r>
        <w:br/>
      </w:r>
      <w:r>
        <w:rPr>
          <w:sz w:val="20"/>
        </w:rPr>
        <w:t>1:00:45  haan bhai aap is ko dobara sun lijiye</w:t>
      </w:r>
      <w:r>
        <w:br/>
      </w:r>
      <w:r>
        <w:rPr>
          <w:sz w:val="20"/>
        </w:rPr>
        <w:t>1:00:47  aaj jo baatein baatein kahin us ko dobara sun lijiye aur kya elaborate karoon ji koi point to hai hi nahi koi ye point kahein to elaborate kar sakta hoon ji aap is ko dobara suniye ye to record ho gaya hai is ko dobara suniye molana agla sawal miss naghma siddiqui ne kiya hai dilli se unhon ne likha hai when we have a setback we immediately become negative</w:t>
      </w:r>
      <w:r>
        <w:br/>
      </w:r>
      <w:r>
        <w:rPr>
          <w:sz w:val="20"/>
        </w:rPr>
        <w:t>1:01:12  at that moment what can we do to put the issue in god's domain and do sabr can you please give one principle for this</w:t>
      </w:r>
      <w:r>
        <w:br/>
      </w:r>
      <w:r>
        <w:rPr>
          <w:sz w:val="20"/>
        </w:rPr>
        <w:t>1:01:25  one principle ye hai ke wuzu kar ke do rakat namaz padhiye aur dua kijiye yahi principle hai</w:t>
      </w:r>
      <w:r>
        <w:br/>
      </w:r>
      <w:r>
        <w:rPr>
          <w:sz w:val="20"/>
        </w:rPr>
        <w:t>1:01:33  aur allah se mangiye sabr aur taqwa aur yaad rakhiye ke quran mein hai ke surah baqarah mein ke wa idha saalaka ibadi faini qareeb ujeebu da'wata da'i iza da'an</w:t>
      </w:r>
      <w:r>
        <w:br/>
      </w:r>
      <w:r>
        <w:rPr>
          <w:sz w:val="20"/>
        </w:rPr>
        <w:t>1:01:56  is mein hai ke Allah insan ke qareeb hai jab woh pukarta hai to is pukar ka jawab deta hai to aadmi ko chahiye ke do rak'at namaz wazu kare aur do rak'at namaz parhe aur dua kare is ko foran ki foran hi foran is ko jawab mil jaye ga</w:t>
      </w:r>
    </w:p>
    <w:p>
      <w:pPr>
        <w:pStyle w:val="Heading2"/>
      </w:pPr>
      <w:r>
        <w:t>Energy never dies: Is it God?</w:t>
      </w:r>
    </w:p>
    <w:p>
      <w:r>
        <w:rPr>
          <w:color w:val="666666"/>
          <w:sz w:val="18"/>
        </w:rPr>
        <w:t>Faith &amp; God · Study of The Quran November 30, 2014 · 1m 29s · at 1:02:09 · https://youtu.be/x3fcJ2nlDow?t=3729</w:t>
      </w:r>
    </w:p>
    <w:p>
      <w:r>
        <w:rPr>
          <w:i/>
        </w:rPr>
        <w:t>“Scientists say that energy never dies. Some people interpret this as energy is God or part of God. Please explain.”</w:t>
      </w:r>
    </w:p>
    <w:p>
      <w:r>
        <w:rPr>
          <w:sz w:val="20"/>
        </w:rPr>
        <w:t>1:02:09  maulana, agla sawal usman sahib ne kiya hai hyderabad se, aur unhon ne likha hai: "Scientist says, scientist say that energy never dies." is ka matlab kuch log yeh bhi lete hain ke "Energy is God or part of God." please is ki wazahat karen.</w:t>
      </w:r>
      <w:r>
        <w:br/>
      </w:r>
      <w:r>
        <w:rPr>
          <w:sz w:val="20"/>
        </w:rPr>
        <w:t>1:02:31  nahi, nahi, bilkul imkan b</w:t>
      </w:r>
      <w:r>
        <w:br/>
      </w:r>
      <w:r>
        <w:rPr>
          <w:sz w:val="20"/>
        </w:rPr>
        <w:t>1:02:33  at hai. is waqt mein likh chuka hoon, aur risalat mein aap padh lijiye ke "Energy God has." yeh toh bilkul imkan baat hai. dekhen, God woh hai jo create kar sake.</w:t>
      </w:r>
      <w:r>
        <w:br/>
      </w:r>
      <w:r>
        <w:rPr>
          <w:sz w:val="20"/>
        </w:rPr>
        <w:t>1:02:46  mein apne aap ko create nahi kar sakta, is liye mein God nahi hoon. energy kuch cheez create nahi kar sakti. sab se bari jo cheez darkar hai kisi ko God manane ke liye, yeh hai ke woh create kar sake.</w:t>
      </w:r>
      <w:r>
        <w:br/>
      </w:r>
      <w:r>
        <w:rPr>
          <w:sz w:val="20"/>
        </w:rPr>
        <w:t>1:03:01  mein sun ko create nahi kar sakta. mein ek zara bhi create nahi kar sakta. mein apne aap ko create nahi kar sakta. to khuda ko manna, is is is ke liye khuda ka khuda, yani woh hai khuda jo create kar sakta ho.</w:t>
      </w:r>
      <w:r>
        <w:br/>
      </w:r>
      <w:r>
        <w:rPr>
          <w:sz w:val="20"/>
        </w:rPr>
        <w:t>1:03:19  create. energy koi cheez create nahi kar sakti. energy ek creation hai,</w:t>
      </w:r>
      <w:r>
        <w:br/>
      </w:r>
      <w:r>
        <w:rPr>
          <w:sz w:val="20"/>
        </w:rPr>
        <w:t>1:03:27  na ke creator. is par mein ne likha hai bohat tafseel ke sath apni kitabon mein. abhi jo kitab chhapi hai "izhar-e-deen", us ko bhi padh lijiye aap.</w:t>
      </w:r>
    </w:p>
    <w:p>
      <w:pPr>
        <w:pStyle w:val="Heading2"/>
      </w:pPr>
      <w:r>
        <w:t>Equality of men and women in Islam</w:t>
      </w:r>
    </w:p>
    <w:p>
      <w:r>
        <w:rPr>
          <w:color w:val="666666"/>
          <w:sz w:val="18"/>
        </w:rPr>
        <w:t>Faith &amp; God · Example of the Prophet March 20, 2016 · 1m 20s · at 1:39:36 · https://youtu.be/79HmhzXU41w?t=5976</w:t>
      </w:r>
    </w:p>
    <w:p>
      <w:r>
        <w:rPr>
          <w:i/>
        </w:rPr>
        <w:t>“Are men and women equal in the sight of God? Are the rights and duties of men and women equal before God? Please explain.”</w:t>
      </w:r>
    </w:p>
    <w:p>
      <w:r>
        <w:rPr>
          <w:sz w:val="20"/>
        </w:rPr>
        <w:t>1:39:36  maulana, agla sawal lahore se ghulam nabi sahab ne kiya hai, aur unhon ne likha hai kya mard</w:t>
      </w:r>
      <w:r>
        <w:br/>
      </w:r>
      <w:r>
        <w:rPr>
          <w:sz w:val="20"/>
        </w:rPr>
        <w:t>1:39:42  aur aurat Allah ke nazdeek barabar hain? kya mard aur aurat ke huqooq aur farayez Allah ke haan</w:t>
      </w:r>
      <w:r>
        <w:br/>
      </w:r>
      <w:r>
        <w:rPr>
          <w:sz w:val="20"/>
        </w:rPr>
        <w:t>1:39:50  barabar hain? is ke baray mein bataein.</w:t>
      </w:r>
      <w:r>
        <w:br/>
      </w:r>
      <w:r>
        <w:rPr>
          <w:sz w:val="20"/>
        </w:rPr>
        <w:t>1:39:53  bilkul barabar hain.</w:t>
      </w:r>
      <w:r>
        <w:br/>
      </w:r>
      <w:r>
        <w:rPr>
          <w:sz w:val="20"/>
        </w:rPr>
        <w:t>1:39:55  Qur'an Surah Aal-e-Imran mein baaz hukm baaz,</w:t>
      </w:r>
      <w:r>
        <w:br/>
      </w:r>
      <w:r>
        <w:rPr>
          <w:sz w:val="20"/>
        </w:rPr>
        <w:t>1:40:00  aap Surah Aal-e-Imran ke aakhir mein parh lijiye.</w:t>
      </w:r>
      <w:r>
        <w:br/>
      </w:r>
      <w:r>
        <w:rPr>
          <w:sz w:val="20"/>
        </w:rPr>
        <w:t>1:40:03  baaz baaz Hadees mein aata hai ke</w:t>
      </w:r>
      <w:r>
        <w:br/>
      </w:r>
      <w:r>
        <w:rPr>
          <w:sz w:val="20"/>
        </w:rPr>
        <w:t>1:40:07  al-nisa aur shafaq al-rajul</w:t>
      </w:r>
      <w:r>
        <w:br/>
      </w:r>
      <w:r>
        <w:rPr>
          <w:sz w:val="20"/>
        </w:rPr>
        <w:t>1:40:10  barabar kyon nahin ho gaye? ji, Allah ko yani kisi ko kam banaya, kisi ko zyada banayega.</w:t>
      </w:r>
      <w:r>
        <w:br/>
      </w:r>
      <w:r>
        <w:rPr>
          <w:sz w:val="20"/>
        </w:rPr>
        <w:t>1:40:17  Allah ka nabarabarri nahin ho sakti, Allah ki shan ke khilaf hai.</w:t>
      </w:r>
      <w:r>
        <w:br/>
      </w:r>
      <w:r>
        <w:rPr>
          <w:sz w:val="20"/>
        </w:rPr>
        <w:t>1:40:22  yeh Allah ki shan ke khilaf hai ke ke</w:t>
      </w:r>
      <w:r>
        <w:br/>
      </w:r>
      <w:r>
        <w:rPr>
          <w:sz w:val="20"/>
        </w:rPr>
        <w:t>1:40:28  nabarabarri takhleeq ke aitbaar se.</w:t>
      </w:r>
      <w:r>
        <w:br/>
      </w:r>
      <w:r>
        <w:rPr>
          <w:sz w:val="20"/>
        </w:rPr>
        <w:t>1:40:35  dekhiye, nabarabarri aati hai apne amal ke aitbaar se, takhleeq ke aitbaar se nahin.</w:t>
      </w:r>
      <w:r>
        <w:br/>
      </w:r>
      <w:r>
        <w:rPr>
          <w:sz w:val="20"/>
        </w:rPr>
        <w:t>1:40:40  ek hai in terms of takhleeq, ek hai in terms of amal.</w:t>
      </w:r>
      <w:r>
        <w:br/>
      </w:r>
      <w:r>
        <w:rPr>
          <w:sz w:val="20"/>
        </w:rPr>
        <w:t>1:40:45  to Allah ki jo takhleeq hai, jo Allah ki jo creation hai, us mein sab ko barabari hasil</w:t>
      </w:r>
      <w:r>
        <w:br/>
      </w:r>
      <w:r>
        <w:rPr>
          <w:sz w:val="20"/>
        </w:rPr>
        <w:t>1:40:51  hai. apne amal ke lehaz se koi aisa banega, woh banega, woh to uska apna</w:t>
      </w:r>
    </w:p>
    <w:p>
      <w:pPr>
        <w:pStyle w:val="Heading2"/>
      </w:pPr>
      <w:r>
        <w:t>Essential factors for entering paradise</w:t>
      </w:r>
    </w:p>
    <w:p>
      <w:r>
        <w:rPr>
          <w:color w:val="666666"/>
          <w:sz w:val="18"/>
        </w:rPr>
        <w:t>Faith &amp; God · The Culture of People of Paradise January 06, 2019 Maulana Wahiduddin Khan · 1m 12s · at 1:10:13 · https://youtu.be/rFExua9zntM?t=4213</w:t>
      </w:r>
    </w:p>
    <w:p>
      <w:r>
        <w:rPr>
          <w:i/>
        </w:rPr>
        <w:t>“What is more important and essential to enter paradise? Is it our prayers, fasting and charity, or our good behavior and strong paradise personality? As you explained, can we practice?”</w:t>
      </w:r>
    </w:p>
    <w:p>
      <w:r>
        <w:rPr>
          <w:sz w:val="20"/>
        </w:rPr>
        <w:t>1:10:13  Maulana Asad Pervez sahib ne Boston se sawal bheja hai. unhon ne likha hai: "Maulana, what is more important and essential to enter paradise?</w:t>
      </w:r>
      <w:r>
        <w:br/>
      </w:r>
      <w:r>
        <w:rPr>
          <w:sz w:val="20"/>
        </w:rPr>
        <w:t>1:10:25  is it our prayers, fasting and charity, or our good behaviour and strong paradise personality? As you explained, can we practice</w:t>
      </w:r>
    </w:p>
    <w:p>
      <w:pPr>
        <w:pStyle w:val="Heading2"/>
      </w:pPr>
      <w:r>
        <w:t>Eternal hell for a life of mistakes</w:t>
      </w:r>
    </w:p>
    <w:p>
      <w:r>
        <w:rPr>
          <w:color w:val="666666"/>
          <w:sz w:val="18"/>
        </w:rPr>
        <w:t>Faith &amp; God · Spirituality in Simple Living, High Thinking October 27, 2019 Maulana Wahiduddin Khan · 1m 49s · at 52:03 · https://youtu.be/Kr28g15eFr8?t=3123</w:t>
      </w:r>
    </w:p>
    <w:p>
      <w:r>
        <w:rPr>
          <w:i/>
        </w:rPr>
        <w:t>“Did Allah create us such that we make mistakes? If we didn't make mistakes, Allah would create another creation. When Allah made us error-prone, then isn't eternal hell too much for a 50-60 year life?”</w:t>
      </w:r>
    </w:p>
    <w:p>
      <w:r>
        <w:rPr>
          <w:sz w:val="20"/>
        </w:rPr>
        <w:t>52:03  maulana, agla sawal irshad ali sahib ne bheja hai rampur se. unhon ne likha hai: "maulana sahib, mera sawal aaj ke topic se hat kar hai.</w:t>
      </w:r>
      <w:r>
        <w:br/>
      </w:r>
      <w:r>
        <w:rPr>
          <w:sz w:val="20"/>
        </w:rPr>
        <w:t>52:16  kya allah ne hamein banaya banaya hi is tarah hai ke hum ghaltiyan karein? agar hum ghaltiyan nahi karte to allah ek aur makhlooq paida karta.</w:t>
      </w:r>
      <w:r>
        <w:br/>
      </w:r>
      <w:r>
        <w:rPr>
          <w:sz w:val="20"/>
        </w:rPr>
        <w:t>52:27  maulana, jab allah ne hamein ghaltiyan karne wala banaya hai to phir 50, 60 saal ki zindagi ke badle mein hamesha ki jahannum kuch zyada nahi ho jayegi?</w:t>
      </w:r>
      <w:r>
        <w:br/>
      </w:r>
      <w:r>
        <w:rPr>
          <w:sz w:val="20"/>
        </w:rPr>
        <w:t>52:39  maulana, yeh sawal hamesha mere zehn mein ghoomta hai. yeh koi sawal hi nahi hai,</w:t>
      </w:r>
      <w:r>
        <w:br/>
      </w:r>
      <w:r>
        <w:rPr>
          <w:sz w:val="20"/>
        </w:rPr>
        <w:t>52:47  art of questioning janiye. yeh koi sawal hi nahi, yeh to us ko kehte hain</w:t>
      </w:r>
      <w:r>
        <w:br/>
      </w:r>
      <w:r>
        <w:rPr>
          <w:sz w:val="20"/>
        </w:rPr>
        <w:t>52:53  confusion.</w:t>
      </w:r>
      <w:r>
        <w:br/>
      </w:r>
      <w:r>
        <w:rPr>
          <w:sz w:val="20"/>
        </w:rPr>
        <w:t>52:58  versa versa, yeh koi sawal hai,</w:t>
      </w:r>
      <w:r>
        <w:br/>
      </w:r>
      <w:r>
        <w:rPr>
          <w:sz w:val="20"/>
        </w:rPr>
        <w:t>53:05  yeh koi sawal nahi hai. sawal to ek bohat zabardast, yani super reason ka naam hai.</w:t>
      </w:r>
      <w:r>
        <w:br/>
      </w:r>
      <w:r>
        <w:rPr>
          <w:sz w:val="20"/>
        </w:rPr>
        <w:t>53:15  yeh to jo aap farma rahe hain</w:t>
      </w:r>
      <w:r>
        <w:br/>
      </w:r>
      <w:r>
        <w:rPr>
          <w:sz w:val="20"/>
        </w:rPr>
        <w:t>53:18  , yeh to waswasa hai,</w:t>
      </w:r>
      <w:r>
        <w:br/>
      </w:r>
      <w:r>
        <w:rPr>
          <w:sz w:val="20"/>
        </w:rPr>
        <w:t>53:23  waswasa hai.</w:t>
      </w:r>
      <w:r>
        <w:br/>
      </w:r>
      <w:r>
        <w:rPr>
          <w:sz w:val="20"/>
        </w:rPr>
        <w:t>53:27  aap janiye ke sawal kis cheez ka naam hai. sawal samajhne ke liye aap ko science parhna hoga, sirf ke sirf fazail e iman parh kar nahi samajh sakte.</w:t>
      </w:r>
      <w:r>
        <w:br/>
      </w:r>
      <w:r>
        <w:rPr>
          <w:sz w:val="20"/>
        </w:rPr>
        <w:t>53:47  science.</w:t>
      </w:r>
    </w:p>
    <w:p>
      <w:pPr>
        <w:pStyle w:val="Heading2"/>
      </w:pPr>
      <w:r>
        <w:t>Eternal punishment for limited life?</w:t>
      </w:r>
    </w:p>
    <w:p>
      <w:r>
        <w:rPr>
          <w:color w:val="666666"/>
          <w:sz w:val="18"/>
        </w:rPr>
        <w:t>Faith &amp; God · Man and the Laws of Nature April 1, 2012 · 1m 49s · at 1:08:56 · https://youtu.be/coIrwYQgb6Y?t=4136</w:t>
      </w:r>
    </w:p>
    <w:p>
      <w:r>
        <w:rPr>
          <w:i/>
        </w:rPr>
        <w:t>“Life's time is limited; will punishment or reward be for an eternal period?”</w:t>
      </w:r>
    </w:p>
    <w:p>
      <w:r>
        <w:rPr>
          <w:sz w:val="20"/>
        </w:rPr>
        <w:t>1:08:56  maulana, agla sawal hai mr rajnish kumar sharma ka dilli se. unhon ne likha hai: "zindagi ka waqt seemat hai, kya saza ya jaza anant kaal ke liye hogi?"</w:t>
      </w:r>
      <w:r>
        <w:br/>
      </w:r>
      <w:r>
        <w:rPr>
          <w:sz w:val="20"/>
        </w:rPr>
        <w:t>1:09:10  dekhein, yeh to jaye wahan ja kar pata chalay ga. hum yeh nahi keh sakte, yeh hum nahi keh sakte.</w:t>
      </w:r>
      <w:r>
        <w:br/>
      </w:r>
      <w:r>
        <w:rPr>
          <w:sz w:val="20"/>
        </w:rPr>
        <w:t>1:09:18  lekin aap sochiye, yeh opportunity ko miss karna hai. yeh mat so</w:t>
      </w:r>
      <w:r>
        <w:br/>
      </w:r>
      <w:r>
        <w:rPr>
          <w:sz w:val="20"/>
        </w:rPr>
        <w:t>1:09:25  chiye, is tarah, is tarah mat sochiye. is tarah sochiye ke agar aap bachpan mein schooling nahi hui aap ki, aap ne is ke baad koi master degree nahi li, koi achi degree nahi li aap ne, to zindagi bhar is ko bhagtana bhagtaye ga, bhugtna pare ga.</w:t>
      </w:r>
      <w:r>
        <w:br/>
      </w:r>
      <w:r>
        <w:rPr>
          <w:sz w:val="20"/>
        </w:rPr>
        <w:t>1:09:43  yaani bachpan mein schooling nahi hui, is ke baad aap ne university ki achi degree nahi li, to bhugtain ge zindagi bhar. to isi tareeqe se dunya ka muamla akhirat ka</w:t>
      </w:r>
      <w:r>
        <w:br/>
      </w:r>
      <w:r>
        <w:rPr>
          <w:sz w:val="20"/>
        </w:rPr>
        <w:t>1:09:54  muamla hai ke yahan agar hum tayyari nahi ki aap ne, yaani preparation ke sath hum akhirat mein dakhil nahi hue, to wahan bhugtna pare ga.</w:t>
      </w:r>
      <w:r>
        <w:br/>
      </w:r>
      <w:r>
        <w:rPr>
          <w:sz w:val="20"/>
        </w:rPr>
        <w:t>1:10:03  baqi samay ka muamla jo hai, woh to hum nahi keh sakte ke kya hai, kyunke dekhiye, yeh time and space ka jo soch hai, woh isi dunya tak hai.</w:t>
      </w:r>
      <w:r>
        <w:br/>
      </w:r>
      <w:r>
        <w:rPr>
          <w:sz w:val="20"/>
        </w:rPr>
        <w:t>1:10:13  woh bayan time aur bayan space ka muamla hai. woh</w:t>
      </w:r>
      <w:r>
        <w:br/>
      </w:r>
      <w:r>
        <w:rPr>
          <w:sz w:val="20"/>
        </w:rPr>
        <w:t>1:10:18  to hum time and space ke andar jeete hain, to hum bayan time and bayan space ke bare mein koi koi baat, koi judgment nahi de sakte.</w:t>
      </w:r>
      <w:r>
        <w:br/>
      </w:r>
      <w:r>
        <w:rPr>
          <w:sz w:val="20"/>
        </w:rPr>
        <w:t>1:10:29  sirf ek ek principle ke tor par hum jaan sakte hain ke agar ek ek aadmi apne bachpan ko kho de, apni jawani ko kho de, to barhapay tak is ko safar karna parta hai.</w:t>
      </w:r>
      <w:r>
        <w:br/>
      </w:r>
      <w:r>
        <w:rPr>
          <w:sz w:val="20"/>
        </w:rPr>
        <w:t>1:10:40  aise hi wahan bhi hoga.</w:t>
      </w:r>
    </w:p>
    <w:p>
      <w:pPr>
        <w:pStyle w:val="Heading2"/>
      </w:pPr>
      <w:r>
        <w:t>Evil and injustice until Judgment Day</w:t>
      </w:r>
    </w:p>
    <w:p>
      <w:r>
        <w:rPr>
          <w:color w:val="666666"/>
          <w:sz w:val="18"/>
        </w:rPr>
        <w:t>Faith &amp; God · Peace of Mind April 19, 2015 Maulana Wahiduddin Khan · 1m 59s · at 53:20 · https://youtu.be/bGLY0ALNtjw?t=3200</w:t>
      </w:r>
    </w:p>
    <w:p>
      <w:r>
        <w:rPr>
          <w:i/>
        </w:rPr>
        <w:t>“There will always be good and evil, and injustice will persist until the Day of Judgment. When will complete justice come?”</w:t>
      </w:r>
    </w:p>
    <w:p>
      <w:r>
        <w:rPr>
          <w:sz w:val="20"/>
        </w:rPr>
        <w:t>53:20  maulana agla sawal UK se kiya hai doctor hina khan ne.</w:t>
      </w:r>
      <w:r>
        <w:br/>
      </w:r>
      <w:r>
        <w:rPr>
          <w:sz w:val="20"/>
        </w:rPr>
        <w:t>53:25  aur unhon ne likha hai:</w:t>
      </w:r>
      <w:r>
        <w:br/>
      </w:r>
      <w:r>
        <w:rPr>
          <w:sz w:val="20"/>
        </w:rPr>
        <w:t>53:28  There will always be good and evil, injustice will always be there until Day of Judgment, when complete</w:t>
      </w:r>
      <w:r>
        <w:br/>
      </w:r>
      <w:r>
        <w:rPr>
          <w:sz w:val="20"/>
        </w:rPr>
        <w:t>53:36  justice will be given by god himself.</w:t>
      </w:r>
      <w:r>
        <w:br/>
      </w:r>
      <w:r>
        <w:rPr>
          <w:sz w:val="20"/>
        </w:rPr>
        <w:t>53:39  who will hold the heavens in his right hand, and the earth will be held in his hand.</w:t>
      </w:r>
      <w:r>
        <w:br/>
      </w:r>
      <w:r>
        <w:rPr>
          <w:sz w:val="20"/>
        </w:rPr>
        <w:t>53:45  The Prophet also said that help zalim and mazloom both, and the help of zalim is to stop him from zulm.</w:t>
      </w:r>
      <w:r>
        <w:br/>
      </w:r>
      <w:r>
        <w:rPr>
          <w:sz w:val="20"/>
        </w:rPr>
        <w:t>53:55  maulana please explain how to differentiate this from complaining and protesting.</w:t>
      </w:r>
      <w:r>
        <w:br/>
      </w:r>
      <w:r>
        <w:rPr>
          <w:sz w:val="20"/>
        </w:rPr>
        <w:t>54:00  Bhai, mein toh yahi baat aaj kahi hai ke jo cheez challenge aur comprehension ka jo phenomena hai,</w:t>
      </w:r>
      <w:r>
        <w:br/>
      </w:r>
      <w:r>
        <w:rPr>
          <w:sz w:val="20"/>
        </w:rPr>
        <w:t>54:09  اس کو وہ zulm ka phenomena بتاتے ہیں۔</w:t>
      </w:r>
      <w:r>
        <w:br/>
      </w:r>
      <w:r>
        <w:rPr>
          <w:sz w:val="20"/>
        </w:rPr>
        <w:t>54:12  challenge to rahega, compression to rahega.</w:t>
      </w:r>
      <w:r>
        <w:br/>
      </w:r>
      <w:r>
        <w:rPr>
          <w:sz w:val="20"/>
        </w:rPr>
        <w:t>54:14  is liye yeh bhi, yeh soorat-e-haal bhi rahegi.</w:t>
      </w:r>
      <w:r>
        <w:br/>
      </w:r>
      <w:r>
        <w:rPr>
          <w:sz w:val="20"/>
        </w:rPr>
        <w:t>54:18  اور جہاں کوئی آدمی پچھڑ جاتا ہے تو اس کا incentive جاگتا ہے۔</w:t>
      </w:r>
      <w:r>
        <w:br/>
      </w:r>
      <w:r>
        <w:rPr>
          <w:sz w:val="20"/>
        </w:rPr>
        <w:t>54:23  har aadmi apne aas paas dekh sakta hai ke jo log, yaani pichhad gaye, kisi wajah se ghareeb</w:t>
      </w:r>
      <w:r>
        <w:br/>
      </w:r>
      <w:r>
        <w:rPr>
          <w:sz w:val="20"/>
        </w:rPr>
        <w:t>54:30  ہو گئے، ان کے اندر incentive جاگا، ان میں نہیں تو بچوں میں جاگا، اور انہوں نے بڑی</w:t>
      </w:r>
      <w:r>
        <w:br/>
      </w:r>
      <w:r>
        <w:rPr>
          <w:sz w:val="20"/>
        </w:rPr>
        <w:t>54:34  badi taraqqiyan keen.</w:t>
      </w:r>
      <w:r>
        <w:br/>
      </w:r>
      <w:r>
        <w:rPr>
          <w:sz w:val="20"/>
        </w:rPr>
        <w:t>54:37  تو دنیا میں جو ہے وہ سب سے امپورٹنٹ چیز ہے incentive.</w:t>
      </w:r>
      <w:r>
        <w:br/>
      </w:r>
      <w:r>
        <w:rPr>
          <w:sz w:val="20"/>
        </w:rPr>
        <w:t>54:42  Incentive sabse badi important cheez hai.</w:t>
      </w:r>
      <w:r>
        <w:br/>
      </w:r>
      <w:r>
        <w:rPr>
          <w:sz w:val="20"/>
        </w:rPr>
        <w:t>54:45  to is par zor dijiye.</w:t>
      </w:r>
      <w:r>
        <w:br/>
      </w:r>
      <w:r>
        <w:rPr>
          <w:sz w:val="20"/>
        </w:rPr>
        <w:t>54:47  is par zor dijiye ke log jo hain sahi rukh se cheezon ko dekhen.</w:t>
      </w:r>
      <w:r>
        <w:br/>
      </w:r>
      <w:r>
        <w:rPr>
          <w:sz w:val="20"/>
        </w:rPr>
        <w:t>54:52  aur duty ko focus kijiye.</w:t>
      </w:r>
      <w:r>
        <w:br/>
      </w:r>
      <w:r>
        <w:rPr>
          <w:sz w:val="20"/>
        </w:rPr>
        <w:t>54:58  duty ko focus kijiye.</w:t>
      </w:r>
      <w:r>
        <w:br/>
      </w:r>
      <w:r>
        <w:rPr>
          <w:sz w:val="20"/>
        </w:rPr>
        <w:t>54:59  right ko focus karenge to ab tak kuch nahi hua, aindah bhi kuch nahi hone wala.</w:t>
      </w:r>
      <w:r>
        <w:br/>
      </w:r>
      <w:r>
        <w:rPr>
          <w:sz w:val="20"/>
        </w:rPr>
        <w:t>55:05  right ko focus karna, mein samajhta hoon ke is se kuch, siwaye protest karne ke, kuch milta nahin.</w:t>
      </w:r>
      <w:r>
        <w:br/>
      </w:r>
      <w:r>
        <w:rPr>
          <w:sz w:val="20"/>
        </w:rPr>
        <w:t>55:11  لیکن duty کو اگر focus کریں تو بڑی بڑی ترقیاں ہو سکتی ہیں۔</w:t>
      </w:r>
      <w:r>
        <w:br/>
      </w:r>
      <w:r>
        <w:rPr>
          <w:sz w:val="20"/>
        </w:rPr>
        <w:t>55:15  aur jaisa ke maine arz kiya, singapore is ki ek behtareen misaal hai.</w:t>
      </w:r>
    </w:p>
    <w:p>
      <w:pPr>
        <w:pStyle w:val="Heading2"/>
      </w:pPr>
      <w:r>
        <w:t>Explain rights of God and rights of people</w:t>
      </w:r>
    </w:p>
    <w:p>
      <w:r>
        <w:rPr>
          <w:color w:val="666666"/>
          <w:sz w:val="18"/>
        </w:rPr>
        <w:t>Faith &amp; God · Freedom of Thought in Islam 23 October, 2011 · 1m 33s · at 1:30:21 · https://youtu.be/aGbxRNNOKzo?t=5421</w:t>
      </w:r>
    </w:p>
    <w:p>
      <w:r>
        <w:rPr>
          <w:i/>
        </w:rPr>
        <w:t>“Kindly explain what is Huquq Allah and what is Huquq al-'Ibad.”</w:t>
      </w:r>
    </w:p>
    <w:p>
      <w:r>
        <w:rPr>
          <w:sz w:val="20"/>
        </w:rPr>
        <w:t>1:30:21  Maulana, agla sawal kya hai? Mr. Amer bin Yusuf ne Karachi, Pakistan se, unhone likha hai: "Kindly explain what is huqooq Allah and what is huqooq al-ibaad."</w:t>
      </w:r>
      <w:r>
        <w:br/>
      </w:r>
      <w:r>
        <w:rPr>
          <w:sz w:val="20"/>
        </w:rPr>
        <w:t>1:30:35  Ek hadith hai ke "ittaqillaha wa khalqin naasa bi khalqin hasan." Yaani Allah se jo Allah ka jo haq hai, woh ye hai ke hum Allah se darein "wa lam yakhsha illa Allah." Ye Allah ka haq hai ke Allah se darein.</w:t>
      </w:r>
      <w:r>
        <w:br/>
      </w:r>
      <w:r>
        <w:rPr>
          <w:sz w:val="20"/>
        </w:rPr>
        <w:t>1:30:55  Yaani apne tamam qaul mein, fe'al mein, har cheez mein ye dhyan rakhein ke kya cheez Allah ko pasand hai ya Allah ko pasand nahi hai.</w:t>
      </w:r>
      <w:r>
        <w:br/>
      </w:r>
      <w:r>
        <w:rPr>
          <w:sz w:val="20"/>
        </w:rPr>
        <w:t>1:31:07  Mislan jhoot pasand nahi hai toh jhoot chhod dein, sach pasand hai toh sach ikhtiyar karein,</w:t>
      </w:r>
      <w:r>
        <w:br/>
      </w:r>
      <w:r>
        <w:rPr>
          <w:sz w:val="20"/>
        </w:rPr>
        <w:t>1:31:13  Dish onestri pasand nahi hai toh dish onestri chhod dein, onestri pasand hai toh onestri ikhtiyar karein, warna pakad Allah taala ka pakad ho jayega. Aur jahan tak insaan ka maamla hai toh insaan ka maamla ye hai ke aap ek hadith hai ke ke teen cheezein hain, ek insaan ki, doosri insaan par haram hain:</w:t>
      </w:r>
      <w:r>
        <w:br/>
      </w:r>
      <w:r>
        <w:rPr>
          <w:sz w:val="20"/>
        </w:rPr>
        <w:t>1:31:36  "dammah wa maluhu wa arḍuhu" - is ka khoon, is ka maal, is ki aabroo.</w:t>
      </w:r>
      <w:r>
        <w:br/>
      </w:r>
      <w:r>
        <w:rPr>
          <w:sz w:val="20"/>
        </w:rPr>
        <w:t>1:31:42  to insaan ke baare mein teen basic cheezein hain ke doosre insaan ki aap jaan nahin le sakte, doosre insaan ko aap be aabroo nahin kar sakte, doosre insaan ka maal nahin chheen sakte aap.</w:t>
      </w:r>
    </w:p>
    <w:p>
      <w:pPr>
        <w:pStyle w:val="Heading2"/>
      </w:pPr>
      <w:r>
        <w:t>Explain the concept of Taqwa</w:t>
      </w:r>
    </w:p>
    <w:p>
      <w:r>
        <w:rPr>
          <w:color w:val="666666"/>
          <w:sz w:val="18"/>
        </w:rPr>
        <w:t>Faith &amp; God · Q&amp;A 11 Jul 2010 Maulana Wahiduddin Khan · 1m 54s · at 16:39 · https://youtu.be/UHtdtzGGwFQ?t=999</w:t>
      </w:r>
    </w:p>
    <w:p>
      <w:r>
        <w:rPr>
          <w:i/>
        </w:rPr>
        <w:t>“Maulana, tell us about Taqwa.”</w:t>
      </w:r>
    </w:p>
    <w:p>
      <w:r>
        <w:rPr>
          <w:sz w:val="20"/>
        </w:rPr>
        <w:t>16:39  maulana, agla sawal kya hai? mister muhammad asif riyaz ne patna se. unhon ne likha hai ke maulana sahab tell us about taqwa.</w:t>
      </w:r>
      <w:r>
        <w:br/>
      </w:r>
      <w:r>
        <w:rPr>
          <w:sz w:val="20"/>
        </w:rPr>
        <w:t>16:51  dekhen, taqwa ka jo literal meaning hai, woh to bachna. bachna. baqaya kehte hain dhal ko.</w:t>
      </w:r>
      <w:r>
        <w:br/>
      </w:r>
      <w:r>
        <w:rPr>
          <w:sz w:val="20"/>
        </w:rPr>
        <w:t>17:02  to jab aap ke andar yeh yeh thinking develop kare ke mujhe bach kar chalna hai, burai ko chhodna hai, achhai ko lena hai, jis mein khuda ki marzi na ho, us se door jao, bhagna hai, marzi ho to us ko aage chalna hai is raste mein.</w:t>
      </w:r>
      <w:r>
        <w:br/>
      </w:r>
      <w:r>
        <w:rPr>
          <w:sz w:val="20"/>
        </w:rPr>
        <w:t>17:18  yeh hai bachna.</w:t>
      </w:r>
      <w:r>
        <w:br/>
      </w:r>
      <w:r>
        <w:rPr>
          <w:sz w:val="20"/>
        </w:rPr>
        <w:t>17:20  to jab aap study karte hain, sochte hain, aur aap allah ke raste par aate hain to it is but natural ke aap ke andar ek test develop hota hai, bachne wala test ke bhai is se bacho, yeh khuda ko narazi is mein hai, yeh is mein to yeh aage badho, is mein khuda ki khushnudi milegi.</w:t>
      </w:r>
      <w:r>
        <w:br/>
      </w:r>
      <w:r>
        <w:rPr>
          <w:sz w:val="20"/>
        </w:rPr>
        <w:t>17:41  yani taqwa. to taqwa bhi dekhiye, ek process hai, develop karta hai. woh beginning hoti hai yahan se.</w:t>
      </w:r>
      <w:r>
        <w:br/>
      </w:r>
      <w:r>
        <w:rPr>
          <w:sz w:val="20"/>
        </w:rPr>
        <w:t>17:54  phir badhte badhte badhte woh bohat aage ja tak pahunch jata hai. to jab aadmi ke andar woh test develop ho jaye ke allah wali zindagi guzarna hai,</w:t>
      </w:r>
      <w:r>
        <w:br/>
      </w:r>
      <w:r>
        <w:rPr>
          <w:sz w:val="20"/>
        </w:rPr>
        <w:t>18:10  jis mein allah ki narazi ko us se bachna hai, to phir woh allah ki madad aane lagti hai us ko. to dheere dheere woh sahi maene mein muttaqi insan ban jata hai.</w:t>
      </w:r>
      <w:r>
        <w:br/>
      </w:r>
      <w:r>
        <w:rPr>
          <w:sz w:val="20"/>
        </w:rPr>
        <w:t>18:22  yeh sari cheezen yaad rakhiye, process taluq hoti hai. process hai, achhanak nahi hoti kabhi bhi.</w:t>
      </w:r>
      <w:r>
        <w:br/>
      </w:r>
      <w:r>
        <w:rPr>
          <w:sz w:val="20"/>
        </w:rPr>
        <w:t>18:28  ek intellectual process hota hai yeh.</w:t>
      </w:r>
    </w:p>
    <w:p>
      <w:pPr>
        <w:pStyle w:val="Heading2"/>
      </w:pPr>
      <w:r>
        <w:t>Explaining Paradise's perfection to people</w:t>
      </w:r>
    </w:p>
    <w:p>
      <w:r>
        <w:rPr>
          <w:color w:val="666666"/>
          <w:sz w:val="18"/>
        </w:rPr>
        <w:t>Faith &amp; God · Life after Death I 22nd Jan. 2012 Maulana Wahiduddin Khan · 1m 45s · at 1:02:53 · https://youtu.be/Pa8c09DFrkA?t=3773</w:t>
      </w:r>
    </w:p>
    <w:p>
      <w:r>
        <w:rPr>
          <w:i/>
        </w:rPr>
        <w:t>“Every human wants perfect things in every matter. How can we explain this about Paradise to people?”</w:t>
      </w:r>
    </w:p>
    <w:p>
      <w:r>
        <w:rPr>
          <w:sz w:val="20"/>
        </w:rPr>
        <w:t>1:02:53  maulana, agla sawal bhi karachi se hai, mr abdul latif ne kiya hai aur woh aap se pooch rahe hain ke duniya mein har insaan har maamle mein perfect cheez chahta hai.</w:t>
      </w:r>
      <w:r>
        <w:br/>
      </w:r>
      <w:r>
        <w:rPr>
          <w:sz w:val="20"/>
        </w:rPr>
        <w:t>1:03:06  aakhir jannat ke bare mein yeh baat kis tarah hum logon ko samjhayein?</w:t>
      </w:r>
      <w:r>
        <w:br/>
      </w:r>
      <w:r>
        <w:rPr>
          <w:sz w:val="20"/>
        </w:rPr>
        <w:t>1:03:15  kitabein parhwaiye, quran parhwaiye, hum to yahi kaam zindagi karte rahe. bohat se log Allah se hamari kitabein parh kar badal gaye hain.</w:t>
      </w:r>
      <w:r>
        <w:br/>
      </w:r>
      <w:r>
        <w:rPr>
          <w:sz w:val="20"/>
        </w:rPr>
        <w:t>1:03:27  hum logon ko yeh batate hain ke aap jo perfect ki talash mein hain to haq kehte hain, woh woh jannat ki talash hai.</w:t>
      </w:r>
      <w:r>
        <w:br/>
      </w:r>
      <w:r>
        <w:rPr>
          <w:sz w:val="20"/>
        </w:rPr>
        <w:t>1:03:36  perfection ki talash ka jo insaan ke andar jazba hai, woh darasal jannat ki talash ka maamla hai. log samajhte hain ke yahi duniya mein mujhe perfection mil jaye.</w:t>
      </w:r>
      <w:r>
        <w:br/>
      </w:r>
      <w:r>
        <w:rPr>
          <w:sz w:val="20"/>
        </w:rPr>
        <w:t>1:03:47  is galat fehmi ko door karna hai.</w:t>
      </w:r>
      <w:r>
        <w:br/>
      </w:r>
      <w:r>
        <w:rPr>
          <w:sz w:val="20"/>
        </w:rPr>
        <w:t>1:03:52  yeh kaha jata hai ke mine is a perfection seeking animal yeh baat sahi hai, lekin perfection ko paane ki jagah yeh duniya nahi hai, aakhirat hai.</w:t>
      </w:r>
      <w:r>
        <w:br/>
      </w:r>
      <w:r>
        <w:rPr>
          <w:sz w:val="20"/>
        </w:rPr>
        <w:t>1:04:05  to apne ko jannat ke liye deserving candidate banaiye.</w:t>
      </w:r>
      <w:r>
        <w:br/>
      </w:r>
      <w:r>
        <w:rPr>
          <w:sz w:val="20"/>
        </w:rPr>
        <w:t>1:04:13  apne ko is qabil banaiye ke woh jo perfect world maut ke baad samne aayegi, wahan aap ko dakhila mil jaye. is nuqte ko samjhaiye.</w:t>
      </w:r>
      <w:r>
        <w:br/>
      </w:r>
      <w:r>
        <w:rPr>
          <w:sz w:val="20"/>
        </w:rPr>
        <w:t>1:04:25  aur hamari jo kitabein hain, woh sab sach much yeh to direct ya indirect isi par hain, sari kitabein. to in kitabon ko parhwaiye.</w:t>
      </w:r>
    </w:p>
    <w:p>
      <w:pPr>
        <w:pStyle w:val="Heading2"/>
      </w:pPr>
      <w:r>
        <w:t>Explaining desire for perfection and Paradise</w:t>
      </w:r>
    </w:p>
    <w:p>
      <w:r>
        <w:rPr>
          <w:color w:val="666666"/>
          <w:sz w:val="18"/>
        </w:rPr>
        <w:t>Faith &amp; God · Life After Death January 22, 2012 · 1m 45s · at 1:03:04 · https://youtu.be/5hVH1BLKBF4?t=3784</w:t>
      </w:r>
    </w:p>
    <w:p>
      <w:r>
        <w:rPr>
          <w:i/>
        </w:rPr>
        <w:t>“In this world, every human wants perfect things in every matter. How should we explain this to people regarding Paradise?”</w:t>
      </w:r>
    </w:p>
    <w:p>
      <w:r>
        <w:rPr>
          <w:sz w:val="20"/>
        </w:rPr>
        <w:t>1:03:04  maulana, agla sawal bhi karachi se hai. mister abdul lateef ne kiya hai aur woh aap se pooch rahe hain ke duniya mein har insaan har mamle mein perfect cheez chahta hai.</w:t>
      </w:r>
      <w:r>
        <w:br/>
      </w:r>
      <w:r>
        <w:rPr>
          <w:sz w:val="20"/>
        </w:rPr>
        <w:t>1:03:17  aakhir jannat ke bare mein yeh baat kis tarah hum logon ko samjhayein?</w:t>
      </w:r>
      <w:r>
        <w:br/>
      </w:r>
      <w:r>
        <w:rPr>
          <w:sz w:val="20"/>
        </w:rPr>
        <w:t>1:03:26  kitabein parhwaiye, quran parhwaiye. hum to yahi kaam zindagi mein karte rahe. bohat se log Allah ke fazl se hamari kitabein parh kar badal gaye hain.</w:t>
      </w:r>
      <w:r>
        <w:br/>
      </w:r>
      <w:r>
        <w:rPr>
          <w:sz w:val="20"/>
        </w:rPr>
        <w:t>1:03:38  hum logon ko yeh batate hain ke aap jo perfect ki talash mein hain to haqeeqat mein woh woh jannat ki talash hai. perfection ki talash ka jo insaan ke andar jazba hai, woh darasal jannat ki talash ka mamla hai.</w:t>
      </w:r>
      <w:r>
        <w:br/>
      </w:r>
      <w:r>
        <w:rPr>
          <w:sz w:val="20"/>
        </w:rPr>
        <w:t>1:03:54  log samajhte hain ke yahi duniya mein mujhe perfection mil jaye. is galat fehmi ko door karna hai.</w:t>
      </w:r>
      <w:r>
        <w:br/>
      </w:r>
      <w:r>
        <w:rPr>
          <w:sz w:val="20"/>
        </w:rPr>
        <w:t>1:04:03  "man is a perfection-seeking animal."</w:t>
      </w:r>
      <w:r>
        <w:br/>
      </w:r>
      <w:r>
        <w:rPr>
          <w:sz w:val="20"/>
        </w:rPr>
        <w:t>1:04:08  yeh baat sahi hai. lekin perfection ko paane ki jagah yeh duniya nahi hai, akhirat hai.</w:t>
      </w:r>
      <w:r>
        <w:br/>
      </w:r>
      <w:r>
        <w:rPr>
          <w:sz w:val="20"/>
        </w:rPr>
        <w:t>1:04:16  to apne ko jannat ke liye deserving candidate banaiye.</w:t>
      </w:r>
      <w:r>
        <w:br/>
      </w:r>
      <w:r>
        <w:rPr>
          <w:sz w:val="20"/>
        </w:rPr>
        <w:t>1:04:24  apne ko is qabil banaiye ke woh jo perfect world mout ke baad samne aayegi, wahan aap ko dakhla milay.</w:t>
      </w:r>
      <w:r>
        <w:br/>
      </w:r>
      <w:r>
        <w:rPr>
          <w:sz w:val="20"/>
        </w:rPr>
        <w:t>1:04:31  is nuqtay ko samjhaiye.</w:t>
      </w:r>
      <w:r>
        <w:br/>
      </w:r>
      <w:r>
        <w:rPr>
          <w:sz w:val="20"/>
        </w:rPr>
        <w:t>1:04:36  aur hamari jo kitabein hain, woh sab sach poochien to direct ya indirect isi par hain, sari kitabein. to in kitabon ko parhwaiye.</w:t>
      </w:r>
    </w:p>
    <w:p>
      <w:pPr>
        <w:pStyle w:val="Heading2"/>
      </w:pPr>
      <w:r>
        <w:t>Explanation of the concept of Trinity</w:t>
      </w:r>
    </w:p>
    <w:p>
      <w:r>
        <w:rPr>
          <w:color w:val="666666"/>
          <w:sz w:val="18"/>
        </w:rPr>
        <w:t>Faith &amp; God · Three levels of Realization July 4, 2010 · 1m 44s · at 1:42:42 · https://youtu.be/NtCTVVov3Nw?t=6162</w:t>
      </w:r>
    </w:p>
    <w:p>
      <w:r>
        <w:rPr>
          <w:i/>
        </w:rPr>
        <w:t>“Please explain the concept of Trinity.”</w:t>
      </w:r>
    </w:p>
    <w:p>
      <w:r>
        <w:rPr>
          <w:sz w:val="20"/>
        </w:rPr>
        <w:t>1:42:42  maulana agla sawal kya hai mister muhammad asif riyaz patna se unhone likha hai maulana kindly let us know about the concept of trinity</w:t>
      </w:r>
      <w:r>
        <w:br/>
      </w:r>
      <w:r>
        <w:rPr>
          <w:sz w:val="20"/>
        </w:rPr>
        <w:t>1:42:57  bhai yeh to koi kis ne bhi nahi bata sakta main kya bataunga</w:t>
      </w:r>
      <w:r>
        <w:br/>
      </w:r>
      <w:r>
        <w:rPr>
          <w:sz w:val="20"/>
        </w:rPr>
        <w:t>1:43:05  hamari ladki doctor farida khan ne jab padhti thi delhi university mein to ek ek un ka professor tha woh christian tha woh english literature padhti thi woh to unhone pucha us se ke sir what is trinity yani three in one one in three yeh kya cheez hai to us ne kuch der socha there is a pause then he said if you ask i don't know if you don't ask i know</w:t>
      </w:r>
      <w:r>
        <w:br/>
      </w:r>
      <w:r>
        <w:rPr>
          <w:sz w:val="20"/>
        </w:rPr>
        <w:t>1:43:34  yeh ek christian professor ka jawab tha main khud bhi aisa hua ke father se ke sirf hamare office mein ek father aaye bahar ke the british father the woh to main ne kaha bhai kahan bible mein likha hua hai trinity to 45 minute tak woh ulte padhte rahe woh ek bhi verse nahi bata sake ke yeh hai yahan pe trinity likhi hui hai to trinity ek mysterious concept hai koi bhi nahi bata sakta</w:t>
      </w:r>
      <w:r>
        <w:br/>
      </w:r>
      <w:r>
        <w:rPr>
          <w:sz w:val="20"/>
        </w:rPr>
        <w:t>1:44:02  jo batayega woh aur zyada mystery daal daal dega agar koi batayega na to woh aur zyada mysterious bana dega us ko yani koi bhi samajh nahi pata aadmi ke ek hi cheez teen bhi ho woh ek cheez ek bhi ho yeh to mathematically it is yani almost impossible to comprehend</w:t>
      </w:r>
    </w:p>
    <w:p>
      <w:pPr>
        <w:pStyle w:val="Heading2"/>
      </w:pPr>
      <w:r>
        <w:t>Faith and character building relationship</w:t>
      </w:r>
    </w:p>
    <w:p>
      <w:r>
        <w:rPr>
          <w:color w:val="666666"/>
          <w:sz w:val="18"/>
        </w:rPr>
        <w:t>Faith &amp; God · Dars-e-Quran, Chapter 2, Verse 25 | November 19, 2017 | Maulana Wahiduddin Khan · 1m 09s · at 59:23 · https://youtu.be/ctvrG32NCgA?t=3563</w:t>
      </w:r>
    </w:p>
    <w:p>
      <w:r>
        <w:rPr>
          <w:i/>
        </w:rPr>
        <w:t>“Character building is the price of Paradise, then where is the need for faith? Please explain the relationship between faith and ethics.”</w:t>
      </w:r>
    </w:p>
    <w:p>
      <w:r>
        <w:rPr>
          <w:sz w:val="20"/>
        </w:rPr>
        <w:t>59:23  maulana, agla sawal chennai se kya hai maulana iqbal umri sahib ne, unhone likha hai:</w:t>
      </w:r>
      <w:r>
        <w:br/>
      </w:r>
      <w:r>
        <w:rPr>
          <w:sz w:val="20"/>
        </w:rPr>
        <w:t>59:29  "character building hi jannat ki qeemat hai, to is mein iman ki zarurat kahan tak hai?" maulana, iman</w:t>
      </w:r>
      <w:r>
        <w:br/>
      </w:r>
      <w:r>
        <w:rPr>
          <w:sz w:val="20"/>
        </w:rPr>
        <w:t>59:35  aur akhlaq ke talluq ke bare mein kuch farmayein.</w:t>
      </w:r>
      <w:r>
        <w:br/>
      </w:r>
      <w:r>
        <w:rPr>
          <w:sz w:val="20"/>
        </w:rPr>
        <w:t>59:41  dekhen, imaan to yani garding force jo karte hain na, murekh awwal hai.</w:t>
      </w:r>
      <w:r>
        <w:br/>
      </w:r>
      <w:r>
        <w:rPr>
          <w:sz w:val="20"/>
        </w:rPr>
        <w:t>59:47  wo imaan jo hai, wo murekh awwal hai.</w:t>
      </w:r>
      <w:r>
        <w:br/>
      </w:r>
      <w:r>
        <w:rPr>
          <w:sz w:val="20"/>
        </w:rPr>
        <w:t>59:53  agar aadmi ke andar imaan na ho to yaqeen nahi hoga,</w:t>
      </w:r>
      <w:r>
        <w:br/>
      </w:r>
      <w:r>
        <w:rPr>
          <w:sz w:val="20"/>
        </w:rPr>
        <w:t>59:59  yaqeen nahi hoga, Allah ka dar nahi hoga, yaqeen nahi hoga to jannat uski us ka nishan</w:t>
      </w:r>
      <w:r>
        <w:br/>
      </w:r>
      <w:r>
        <w:rPr>
          <w:sz w:val="20"/>
        </w:rPr>
        <w:t>1:00:08  nahi, concern nahi hoga.</w:t>
      </w:r>
      <w:r>
        <w:br/>
      </w:r>
      <w:r>
        <w:rPr>
          <w:sz w:val="20"/>
        </w:rPr>
        <w:t>1:00:16  to imaan to jar mein hai, imaan ke baghair to sab kuch khatam.</w:t>
      </w:r>
      <w:r>
        <w:br/>
      </w:r>
      <w:r>
        <w:rPr>
          <w:sz w:val="20"/>
        </w:rPr>
        <w:t>1:00:24  imaan ka matlab yahi faith, yani in in baaton ka yaqeen hona jin ko hum akhirat kehte hain.</w:t>
      </w:r>
    </w:p>
    <w:p>
      <w:pPr>
        <w:pStyle w:val="Heading2"/>
      </w:pPr>
      <w:r>
        <w:t>Fate of Good Disbelievers in Hereafter</w:t>
      </w:r>
    </w:p>
    <w:p>
      <w:r>
        <w:rPr>
          <w:color w:val="666666"/>
          <w:sz w:val="18"/>
        </w:rPr>
        <w:t>Faith &amp; God · Dars-e-Quran, Chapter 2, Verse 25 | November 19, 2017 | Maulana Wahiduddin Khan · 1m 45s · at 1:00:33 · https://youtu.be/ctvrG32NCgA?t=3633</w:t>
      </w:r>
    </w:p>
    <w:p>
      <w:r>
        <w:rPr>
          <w:i/>
        </w:rPr>
        <w:t>“People who don't believe in God and the hereafter, but still do a lot of good and are seemingly positive individuals. What is Islam's view of such individuals? Will such individuals find a place in paradise?”</w:t>
      </w:r>
    </w:p>
    <w:p>
      <w:r>
        <w:rPr>
          <w:sz w:val="20"/>
        </w:rPr>
        <w:t>1:00:33  Maulana, agla sawal Muhammad bilal shafi sahib ne kiya hai kolkata se, unhon ne likha hai: "People who don't believe in God or hereafter, but still do a lot of good and are seemingly positive individuals. What is Islam view of such individuals? Will such individuals to find a place in paradise?" Maulana sahib, what is your opinion on this? dekhiye, Islam</w:t>
      </w:r>
      <w:r>
        <w:br/>
      </w:r>
      <w:r>
        <w:rPr>
          <w:sz w:val="20"/>
        </w:rPr>
        <w:t>1:01:03  mein bohat bohat bohat clear hai, aap Quran ko parhiye ke jis cheez ko hum kehte hain secular character, to sirf secular character kafi nahi hai jannat mein dakhil ke liye. iman zaroori hai, iman se murad yeh nahi ke kalma parh liya, yeh bhi ghalati hai logon ki. iman ka matlab hai ke Allah ko ha</w:t>
      </w:r>
      <w:r>
        <w:br/>
      </w:r>
      <w:r>
        <w:rPr>
          <w:sz w:val="20"/>
        </w:rPr>
        <w:t>1:01:33  taqeeqi tor par manna, sach much Allah is ka concern ban gaya ho, sach much yani is ki</w:t>
      </w:r>
      <w:r>
        <w:br/>
      </w:r>
      <w:r>
        <w:rPr>
          <w:sz w:val="20"/>
        </w:rPr>
        <w:t>1:01:43  جو thinking ہے، وہ صحیح معنوں میں ایمان پر بیس کرتی ہو وغیرہ۔</w:t>
      </w:r>
      <w:r>
        <w:br/>
      </w:r>
      <w:r>
        <w:rPr>
          <w:sz w:val="20"/>
        </w:rPr>
        <w:t>1:01:53  to secular character par kisi ko jannat nahi milne wali hai,</w:t>
      </w:r>
      <w:r>
        <w:br/>
      </w:r>
      <w:r>
        <w:rPr>
          <w:sz w:val="20"/>
        </w:rPr>
        <w:t>1:02:03  wo is character par milegi jo faith based ho, yani mabni par faith ho.</w:t>
      </w:r>
      <w:r>
        <w:br/>
      </w:r>
      <w:r>
        <w:rPr>
          <w:sz w:val="20"/>
        </w:rPr>
        <w:t>1:02:11  ye to bohat clear hai Quran o Hadees mein.</w:t>
      </w:r>
    </w:p>
    <w:p>
      <w:pPr>
        <w:pStyle w:val="Heading2"/>
      </w:pPr>
      <w:r>
        <w:t>Fate of righteous non-Muslim who never heard Islam</w:t>
      </w:r>
    </w:p>
    <w:p>
      <w:r>
        <w:rPr>
          <w:color w:val="666666"/>
          <w:sz w:val="18"/>
        </w:rPr>
        <w:t>Faith &amp; God · Concept of Death in Islam 26th Aug 12 SLOW · 1m 55s · at 25:40 · https://youtu.be/8dsos0OBM6M?t=1540</w:t>
      </w:r>
    </w:p>
    <w:p>
      <w:r>
        <w:rPr>
          <w:i/>
        </w:rPr>
        <w:t>“How will Allah judge a man who was born in a non-Muslim family, followed his family's faith and led a righteous life, but never received an elaborate message from Islam?”</w:t>
      </w:r>
    </w:p>
    <w:p>
      <w:r>
        <w:rPr>
          <w:sz w:val="20"/>
        </w:rPr>
        <w:t>25:40  Maulana, yeh sawal Delhi se hai Mahboob Elahi sahib ka. unhon ne likha hai: "How Allah will take a man who was born in a non-Muslim family, followed his family's faith and led righteous life, but never received an elaborate message from Islam? "</w:t>
      </w:r>
      <w:r>
        <w:br/>
      </w:r>
      <w:r>
        <w:rPr>
          <w:sz w:val="20"/>
        </w:rPr>
        <w:t>26:04  dekhen, yeh sawal log bohat karte hain.</w:t>
      </w:r>
      <w:r>
        <w:br/>
      </w:r>
      <w:r>
        <w:rPr>
          <w:sz w:val="20"/>
        </w:rPr>
        <w:t>26:10  to is ka jawab jo hai, mujhe aik aik aik aalim se poocha gaya tha yahi sawal.</w:t>
      </w:r>
      <w:r>
        <w:br/>
      </w:r>
      <w:r>
        <w:rPr>
          <w:sz w:val="20"/>
        </w:rPr>
        <w:t>26:16  to un ka jawab mujhe theek lagta hai.</w:t>
      </w:r>
      <w:r>
        <w:br/>
      </w:r>
      <w:r>
        <w:rPr>
          <w:sz w:val="20"/>
        </w:rPr>
        <w:t>26:22  un ka aik aik jumlay mein kaha tha unhon ne ke jaisi tablegh, waisa mawakhza.</w:t>
      </w:r>
      <w:r>
        <w:br/>
      </w:r>
      <w:r>
        <w:rPr>
          <w:sz w:val="20"/>
        </w:rPr>
        <w:t>26:28  jaisi tablegh, waisa mawakhza.</w:t>
      </w:r>
      <w:r>
        <w:br/>
      </w:r>
      <w:r>
        <w:rPr>
          <w:sz w:val="20"/>
        </w:rPr>
        <w:t>26:34  is ka matlab yeh hai ke jitna is ko baat pohnchi hai, isi ke lehaz se woh yani</w:t>
      </w:r>
      <w:r>
        <w:br/>
      </w:r>
      <w:r>
        <w:rPr>
          <w:sz w:val="20"/>
        </w:rPr>
        <w:t>26:40  responsible hai, accountable hai.</w:t>
      </w:r>
      <w:r>
        <w:br/>
      </w:r>
      <w:r>
        <w:rPr>
          <w:sz w:val="20"/>
        </w:rPr>
        <w:t>26:46  یعنی accountability according اس کے اس کے according ہوگی کہ کتنا پہنچا ان کو۔</w:t>
      </w:r>
      <w:r>
        <w:br/>
      </w:r>
      <w:r>
        <w:rPr>
          <w:sz w:val="20"/>
        </w:rPr>
        <w:t>26:52  yeh Allah ko pata hai ke kis ko baat kitni pohnchi hai.</w:t>
      </w:r>
      <w:r>
        <w:br/>
      </w:r>
      <w:r>
        <w:rPr>
          <w:sz w:val="20"/>
        </w:rPr>
        <w:t>26:58  to bohat hi natural formula hai, bohat simple formula ke jitna aadmi ke tak baat pohnchi hai, sachai</w:t>
      </w:r>
      <w:r>
        <w:br/>
      </w:r>
      <w:r>
        <w:rPr>
          <w:sz w:val="20"/>
        </w:rPr>
        <w:t>27:04  pohnchi hai, isi ke lehaz se woh Allah ke samnay accountable hoga.</w:t>
      </w:r>
      <w:r>
        <w:br/>
      </w:r>
      <w:r>
        <w:rPr>
          <w:sz w:val="20"/>
        </w:rPr>
        <w:t>27:10  lekin hum yeh faisla nahi kar sakte ke kitna pohncha, kitna nahi pohncha.</w:t>
      </w:r>
      <w:r>
        <w:br/>
      </w:r>
      <w:r>
        <w:rPr>
          <w:sz w:val="20"/>
        </w:rPr>
        <w:t>27:16  hum sirf yeh bata sakte hain, aik principle bata sakte hain.</w:t>
      </w:r>
      <w:r>
        <w:br/>
      </w:r>
      <w:r>
        <w:rPr>
          <w:sz w:val="20"/>
        </w:rPr>
        <w:t>27:22  principle as a principle hum yeh keh sakte hain ke jitna kisi ko baat pohnchi hai, sachai jitna</w:t>
      </w:r>
      <w:r>
        <w:br/>
      </w:r>
      <w:r>
        <w:rPr>
          <w:sz w:val="20"/>
        </w:rPr>
        <w:t>27:28  is ko pohnchi hai, us ke lehaz se woh Allah ke haan accountable hoga. bas.</w:t>
      </w:r>
      <w:r>
        <w:br/>
      </w:r>
      <w:r>
        <w:rPr>
          <w:sz w:val="20"/>
        </w:rPr>
        <w:t>27:35  maulana, agla sawal lene se pehle aik comment parhna chahenge jo abdul basit umri sahib ne doha, qatar</w:t>
      </w:r>
    </w:p>
    <w:p>
      <w:pPr>
        <w:pStyle w:val="Heading2"/>
      </w:pPr>
      <w:r>
        <w:t>Fate of those who never receive God's message</w:t>
      </w:r>
    </w:p>
    <w:p>
      <w:r>
        <w:rPr>
          <w:color w:val="666666"/>
          <w:sz w:val="18"/>
        </w:rPr>
        <w:t>Faith &amp; God · Quran for All Mankind June 3, 2012 · 1m 30s · at 1:18:34 · https://youtu.be/Gp-53Zjugcg?t=4714</w:t>
      </w:r>
    </w:p>
    <w:p>
      <w:r>
        <w:rPr>
          <w:i/>
        </w:rPr>
        <w:t>“What will happen to those people who die before God's message reaches them?”</w:t>
      </w:r>
    </w:p>
    <w:p>
      <w:r>
        <w:rPr>
          <w:sz w:val="20"/>
        </w:rPr>
        <w:t>1:18:34  maulana, agla sawal ray pur se hai, mister adri sahib ka. unhon ne aapse poocha hai ke "what will happen to those people who die before god's message reaches them?" ek aalim se poocha gaya tha yeh sawal,</w:t>
      </w:r>
      <w:r>
        <w:br/>
      </w:r>
      <w:r>
        <w:rPr>
          <w:sz w:val="20"/>
        </w:rPr>
        <w:t>1:18:50  to unhon ne mukhtasar jawab yeh diya tha is ka ke "jaisi tabligh, waisa muhasba." jaisi tabligh, waisa muhasba, yani jitna is ko baat pohnchi hai, usi ke lehaz se is ki pakar hogi.</w:t>
      </w:r>
      <w:r>
        <w:br/>
      </w:r>
      <w:r>
        <w:rPr>
          <w:sz w:val="20"/>
        </w:rPr>
        <w:t>1:19:09  jitni baat pohnchi hai, us ko usi ke hisab se is ki pakar hogi.</w:t>
      </w:r>
      <w:r>
        <w:br/>
      </w:r>
      <w:r>
        <w:rPr>
          <w:sz w:val="20"/>
        </w:rPr>
        <w:t>1:19:15  to aadmi agar farz kiya kisi ko kuch nahi pohncha hai, to</w:t>
      </w:r>
      <w:r>
        <w:br/>
      </w:r>
      <w:r>
        <w:rPr>
          <w:sz w:val="20"/>
        </w:rPr>
        <w:t>1:19:22  pakar se bach jaye ga, lekin taraqqi nahi hasil kar sake ga woh. kyunke dekhen, dunya ke mamle mein to har aadmi taraqqi ki rootha hai.</w:t>
      </w:r>
      <w:r>
        <w:br/>
      </w:r>
      <w:r>
        <w:rPr>
          <w:sz w:val="20"/>
        </w:rPr>
        <w:t>1:19:31  har aadmi dor dhoop lagaye hue hai, har aadmi dor dhoop lagaye. koi aadmi mujhe ab tak nahi mila jo dunya ki taraqqi ke liye dor dhoop na kar raha ho.</w:t>
      </w:r>
      <w:r>
        <w:br/>
      </w:r>
      <w:r>
        <w:rPr>
          <w:sz w:val="20"/>
        </w:rPr>
        <w:t>1:19:40  yahan se wahan jana, wahan se wahan jana, yeh karna, woh karna.</w:t>
      </w:r>
      <w:r>
        <w:br/>
      </w:r>
      <w:r>
        <w:rPr>
          <w:sz w:val="20"/>
        </w:rPr>
        <w:t>1:19:44  to jab dunya ki taraqqi ke liye aadmi dhoom machaye hue hai, to aakhirat ke liye kyun woh, yani indifferent ho gaya? to is tarah ki baat se koi shakhs pakar se bach sakta hai, lekin is ko taraqqi mil jaye, aisa nahi hone, aisa nahi hone wala hai.</w:t>
      </w:r>
    </w:p>
    <w:p>
      <w:pPr>
        <w:pStyle w:val="Heading2"/>
      </w:pPr>
      <w:r>
        <w:t>Following non-Muslims and their good teachings</w:t>
      </w:r>
    </w:p>
    <w:p>
      <w:r>
        <w:rPr>
          <w:color w:val="666666"/>
          <w:sz w:val="18"/>
        </w:rPr>
        <w:t>Faith &amp; God · Divine Management in History April 7, 2013 · 1m 45s · at 1:06:56 · https://youtu.be/wcBzG56LuPY?t=4016</w:t>
      </w:r>
    </w:p>
    <w:p>
      <w:r>
        <w:rPr>
          <w:i/>
        </w:rPr>
        <w:t>“Maulana, you gave an excellent example of the Christian community. Please clarify: Some people say that if we follow a non-Muslim, we will be accountable with them. What does that mean? Can we not follow their good teachings?”</w:t>
      </w:r>
    </w:p>
    <w:p>
      <w:r>
        <w:rPr>
          <w:sz w:val="20"/>
        </w:rPr>
        <w:t>1:06:56  maulana, agla sawal dilli se hai, raziya ka, jamia millia islamia se</w:t>
      </w:r>
      <w:r>
        <w:br/>
      </w:r>
      <w:r>
        <w:rPr>
          <w:sz w:val="20"/>
        </w:rPr>
        <w:t>1:07:01  . unhon ne likha hai: "maulana, aap ne christian community ki ek behtareen misal di hai. is ke reference se mujhe please yeh clear kar dijiye ke kuch log jo yeh kehte hain ke agar hum kisi non-muslim ko follow karenge to hamara hisab bhi unhi ke sath hoga,</w:t>
      </w:r>
      <w:r>
        <w:br/>
      </w:r>
      <w:r>
        <w:rPr>
          <w:sz w:val="20"/>
        </w:rPr>
        <w:t>1:07:21  kya is ka matlab, is ka matlab kya hai? kya hum un ki achi teachings ko bhi follow nahi kar sakte?"</w:t>
      </w:r>
      <w:r>
        <w:br/>
      </w:r>
      <w:r>
        <w:rPr>
          <w:sz w:val="20"/>
        </w:rPr>
        <w:t>1:07:30  mein ne dekhen, method ke bare mein kaha hai. method ke bare mein to rasool Allah ne bhi follow kiya, non-muslim ko. rasool Allah ko makkah se madinah jana tha to us doran road nahi hua karte thay, naqshe nahi hua karte thay.</w:t>
      </w:r>
      <w:r>
        <w:br/>
      </w:r>
      <w:r>
        <w:rPr>
          <w:sz w:val="20"/>
        </w:rPr>
        <w:t>1:07:44  ghatiyon mein aur jangalon se ho ke guzarna parta tha to mahir hua karte thay rastay ke. to aap ne ek mahir, isi qism ka jo tha, us ka naam Abdullah ibn Arqat ya Abdullah ibn Arqat, us ko liya.</w:t>
      </w:r>
      <w:r>
        <w:br/>
      </w:r>
      <w:r>
        <w:rPr>
          <w:sz w:val="20"/>
        </w:rPr>
        <w:t>1:07:58  is ko follow karte hue aap madine pohnche to method ke aitbar se kisi ko follow karna chahiye. aap ko main yeh thori keh raha hoon ke aap is ki sachai ke baray mein is ko maan lein ke woh sachai is se mile gi.</w:t>
      </w:r>
      <w:r>
        <w:br/>
      </w:r>
      <w:r>
        <w:rPr>
          <w:sz w:val="20"/>
        </w:rPr>
        <w:t>1:08:10  mujhe sachai ke liye to quran hai, to aap is mein farq kijiye ke sachai ke mamle mein kisi ki baat manna aur usay method ke baray mein kisi se sooonk lein.</w:t>
      </w:r>
      <w:r>
        <w:br/>
      </w:r>
      <w:r>
        <w:rPr>
          <w:sz w:val="20"/>
        </w:rPr>
        <w:t>1:08:25  ji haan, to main ne jo baat kahi, main ne kai bar repeat kiya hai ke main method ke aitbar se keh raha hoon, method ke aitbar se ke method ke aitbar se to rasool Allah ne bhi aik mushrik ko follow kiya tha.</w:t>
      </w:r>
    </w:p>
    <w:p>
      <w:pPr>
        <w:pStyle w:val="Heading2"/>
      </w:pPr>
      <w:r>
        <w:t>Forgiveness at the Level of Certainty</w:t>
      </w:r>
    </w:p>
    <w:p>
      <w:r>
        <w:rPr>
          <w:color w:val="666666"/>
          <w:sz w:val="18"/>
        </w:rPr>
        <w:t>Faith &amp; God · Dars-e-Quran, Chapter 2, Verse 37 | January  07, 2018 · 1m 01s · at 1:08:36 · https://youtu.be/ao6Cr57KuEM?t=4116</w:t>
      </w:r>
    </w:p>
    <w:p>
      <w:r>
        <w:rPr>
          <w:i/>
        </w:rPr>
        <w:t>“Moulana sahab, salam from Afghanistan, Herat. My question is: if someone has Allah's forgiveness to the level of certainty, but still...”</w:t>
      </w:r>
    </w:p>
    <w:p>
      <w:r>
        <w:rPr>
          <w:sz w:val="20"/>
        </w:rPr>
        <w:t>1:08:36  what we humans have and others not."</w:t>
      </w:r>
      <w:r>
        <w:br/>
      </w:r>
      <w:r>
        <w:rPr>
          <w:sz w:val="20"/>
        </w:rPr>
        <w:t>1:08:44  maulana, agla sawal hidayatullah sahib ne bheja hai. unhon ne likha hai: "maulana sahib, salam afghanistan hirt hirt se.</w:t>
      </w:r>
      <w:r>
        <w:br/>
      </w:r>
      <w:r>
        <w:rPr>
          <w:sz w:val="20"/>
        </w:rPr>
        <w:t>1:08:51  mera sawal hai ke agar kisi ko yaqeen ke darjay ka allah ki maghfirat ho, lekin phir bhi</w:t>
      </w:r>
      <w:r>
        <w:br/>
      </w:r>
      <w:r>
        <w:rPr>
          <w:sz w:val="20"/>
        </w:rPr>
        <w:t>1:08:59  wo khud ko rah-e-rast par qaim na kar pata hai, aur bar bar gir</w:t>
      </w:r>
      <w:r>
        <w:br/>
      </w:r>
      <w:r>
        <w:rPr>
          <w:sz w:val="20"/>
        </w:rPr>
        <w:t>1:09:07  jata hai, to wo phir kya kare?" wo yaqeen hai hi nahin, yeh false yaqeen hai.</w:t>
      </w:r>
      <w:r>
        <w:br/>
      </w:r>
      <w:r>
        <w:rPr>
          <w:sz w:val="20"/>
        </w:rPr>
        <w:t>1:09:14  wo har cheez mein aik false hota hai, false yaqeen bhi hota hai, false conviction hota hai.</w:t>
      </w:r>
      <w:r>
        <w:br/>
      </w:r>
      <w:r>
        <w:rPr>
          <w:sz w:val="20"/>
        </w:rPr>
        <w:t>1:09:22  to is aadmi ko janna chahiye ke wo false ke yaqeen mein pada hua hai, wo sacha yaqeen nahin hai.</w:t>
      </w:r>
      <w:r>
        <w:br/>
      </w:r>
      <w:r>
        <w:rPr>
          <w:sz w:val="20"/>
        </w:rPr>
        <w:t>1:09:30  apne yaqeen ko wo</w:t>
      </w:r>
    </w:p>
    <w:p>
      <w:pPr>
        <w:pStyle w:val="Heading2"/>
      </w:pPr>
      <w:r>
        <w:t>God's Shock Treatment for Muslims</w:t>
      </w:r>
    </w:p>
    <w:p>
      <w:r>
        <w:rPr>
          <w:color w:val="666666"/>
          <w:sz w:val="18"/>
        </w:rPr>
        <w:t>Faith &amp; God · Universal outlook April 09, 2017 · 42s · at 59:44 · https://youtu.be/n3HAPCpom5c?t=3584</w:t>
      </w:r>
    </w:p>
    <w:p>
      <w:r>
        <w:rPr>
          <w:i/>
        </w:rPr>
        <w:t>“Maulana, I have learned that when man doesn't understand the divine plan of God, then God creates compulsion for man by giving shock treatment. The current political development across globe from America to India seems like God's shock treatment to Muslims. This shock treatment may become the reason of taking U-turn for them. Maulana sahib, what are your remarks on this question?”</w:t>
      </w:r>
    </w:p>
    <w:p>
      <w:r>
        <w:rPr>
          <w:sz w:val="20"/>
        </w:rPr>
        <w:t>59:44  unka sawal yeh hai unhone likha hai maulana i have learned that when man doesn't understand the divine plan of god then god creates compulsion for man by giving shock treatment</w:t>
      </w:r>
      <w:r>
        <w:br/>
      </w:r>
      <w:r>
        <w:rPr>
          <w:sz w:val="20"/>
        </w:rPr>
        <w:t>59:58  the current political development across globe from america to india seems like god's shock treatment to muslims this shock treatment may become the reason of taking u-turn for them maulana sahib what are your remarks on this question</w:t>
      </w:r>
      <w:r>
        <w:br/>
      </w:r>
      <w:r>
        <w:rPr>
          <w:sz w:val="20"/>
        </w:rPr>
        <w:t>1:00:18  bilkul theek hai bahut sahi kaha hai unhone main is se agree karta hoon</w:t>
      </w:r>
    </w:p>
    <w:p>
      <w:pPr>
        <w:pStyle w:val="Heading2"/>
      </w:pPr>
      <w:r>
        <w:t>God's grace in reaching the truth</w:t>
      </w:r>
    </w:p>
    <w:p>
      <w:r>
        <w:rPr>
          <w:color w:val="666666"/>
          <w:sz w:val="18"/>
        </w:rPr>
        <w:t>Faith &amp; God · Discovery of Paradise March 22, 2015 · 1m 27s · at 1:00:57 · https://youtu.be/2axrfd7sZkE?t=3657</w:t>
      </w:r>
    </w:p>
    <w:p>
      <w:r>
        <w:rPr>
          <w:i/>
        </w:rPr>
        <w:t>“After much searching I reached your literature; through study and reflection I came to know something, but I believe this all happened by God's grace. Please tell us about this.”</w:t>
      </w:r>
    </w:p>
    <w:p>
      <w:r>
        <w:rPr>
          <w:sz w:val="20"/>
        </w:rPr>
        <w:t>1:00:57  مولانا، اگلا سوال مہتاب صاحب نے کیا ہے دھامپور سے، اور انہوں نے لکھا ہے: "میں بہت تلاش کے بعد آپ کے لٹریچر تک پہنچا، تب سٹڈی اور غور و فکر سے کچھ جان پایا،</w:t>
      </w:r>
      <w:r>
        <w:br/>
      </w:r>
      <w:r>
        <w:rPr>
          <w:sz w:val="20"/>
        </w:rPr>
        <w:t>1:01:12  مگر میں یہ سمجھتا ہوں کہ یہ سب خدا کی توفیق سے ہوا۔" اس کے بارے میں آپ بتائیں۔</w:t>
      </w:r>
      <w:r>
        <w:br/>
      </w:r>
      <w:r>
        <w:rPr>
          <w:sz w:val="20"/>
        </w:rPr>
        <w:t>1:01:26  دیکھیں، قرآن کی ایک آیت ہے: "لو وجدت فہم خیر الاسماء الاسماء۔" اللہ اگر ان کے اندر خیر دیکھتا تو ان کو سنواتا۔</w:t>
      </w:r>
      <w:r>
        <w:br/>
      </w:r>
      <w:r>
        <w:rPr>
          <w:sz w:val="20"/>
        </w:rPr>
        <w:t>1:01:44  "یاسماعو" معنی ہوتے ہیں سنوانا۔ تو میں سمجھتا ہوں کہ جو اصل چیز ہے، وہ ہے خیر۔ خیر کے معنی کیا ہیں؟</w:t>
      </w:r>
      <w:r>
        <w:br/>
      </w:r>
      <w:r>
        <w:rPr>
          <w:sz w:val="20"/>
        </w:rPr>
        <w:t>1:01:52  یہاں پر اس آیت میں</w:t>
      </w:r>
      <w:r>
        <w:br/>
      </w:r>
      <w:r>
        <w:rPr>
          <w:sz w:val="20"/>
        </w:rPr>
        <w:t>1:01:55  طلب، سیکھنے کی سپرٹ۔ تو جڑ کی بات جو ہے، وہ سیکھنے کی سپرٹ ہے۔ اس کو توفیق ملتی ہے۔</w:t>
      </w:r>
      <w:r>
        <w:br/>
      </w:r>
      <w:r>
        <w:rPr>
          <w:sz w:val="20"/>
        </w:rPr>
        <w:t>1:02:07  اس آیت میں خیر سے مراد ہے سیکھنے کی سپرٹ۔ تو جس آدمی کے اندر سیکھنے کی سپرٹ ہوگی، اس کو ضرور سچائی ملے گی۔</w:t>
      </w:r>
      <w:r>
        <w:br/>
      </w:r>
      <w:r>
        <w:rPr>
          <w:sz w:val="20"/>
        </w:rPr>
        <w:t>1:02:18  اگر سیکھنے کی سپرٹ نہ ہو، تب ڈاؤٹ فل ہے اس کا سچائی کو پانا۔</w:t>
      </w:r>
    </w:p>
    <w:p>
      <w:pPr>
        <w:pStyle w:val="Heading2"/>
      </w:pPr>
      <w:r>
        <w:t>God's plan for different opinions in creation</w:t>
      </w:r>
    </w:p>
    <w:p>
      <w:r>
        <w:rPr>
          <w:color w:val="666666"/>
          <w:sz w:val="18"/>
        </w:rPr>
        <w:t>Faith &amp; God · Personality Building January 05, 2014 · 27s · at 1:00:15 · https://youtu.be/3Zppdm2K4ug?t=3615</w:t>
      </w:r>
    </w:p>
    <w:p>
      <w:r>
        <w:rPr>
          <w:i/>
        </w:rPr>
        <w:t>“When God has placed the plan of having different opinions in His creative system, ...”</w:t>
      </w:r>
    </w:p>
    <w:p>
      <w:r>
        <w:rPr>
          <w:sz w:val="20"/>
        </w:rPr>
        <w:t>1:00:15  to jo log aisa kehtay hain, un say bas saada, yani sawal aap yeh kijiye kay batao kahan likha hai Quran ya Hadees mein? jo log aisa kehtay hain, un say poochiye kahan likha hua hai Quran o Hadees mein.</w:t>
      </w:r>
      <w:r>
        <w:br/>
      </w:r>
      <w:r>
        <w:rPr>
          <w:sz w:val="20"/>
        </w:rPr>
        <w:t>1:00:28  to jab tak woh ayat ya hadees na bataye, us waqt tak aap na to us ko maaniye, na us par sawal kijiye, na us ko maaniye, na us par sawal kijiye.</w:t>
      </w:r>
    </w:p>
    <w:p>
      <w:pPr>
        <w:pStyle w:val="Heading2"/>
      </w:pPr>
      <w:r>
        <w:t>Hardship of Day of Judgement</w:t>
      </w:r>
    </w:p>
    <w:p>
      <w:r>
        <w:rPr>
          <w:color w:val="666666"/>
          <w:sz w:val="18"/>
        </w:rPr>
        <w:t>Faith &amp; God · Realization of God May 07, 2017 Maulana Wahiduddin Khan · 1m 25s · at 1:00:10 · https://youtu.be/sXmJShRfWKs?t=3610</w:t>
      </w:r>
    </w:p>
    <w:p>
      <w:r>
        <w:rPr>
          <w:i/>
        </w:rPr>
        <w:t>“Why will the Day of Judgement be so hard?”</w:t>
      </w:r>
    </w:p>
    <w:p>
      <w:r>
        <w:rPr>
          <w:sz w:val="20"/>
        </w:rPr>
        <w:t>1:00:10  to kaha das baar ki planning karni pari us ko yeh to hota hai Maulana agla sawal bheja</w:t>
      </w:r>
      <w:r>
        <w:br/>
      </w:r>
      <w:r>
        <w:rPr>
          <w:sz w:val="20"/>
        </w:rPr>
        <w:t>1:00:18  hai abu dhabi se ameer qureshi sahib ne aur unhon ne aap se poocha hai ke maulana sahib</w:t>
      </w:r>
      <w:r>
        <w:br/>
      </w:r>
      <w:r>
        <w:rPr>
          <w:sz w:val="20"/>
        </w:rPr>
        <w:t>1:00:25  why the day of judgement will be so hard</w:t>
      </w:r>
      <w:r>
        <w:br/>
      </w:r>
      <w:r>
        <w:rPr>
          <w:sz w:val="20"/>
        </w:rPr>
        <w:t>1:00:29  even good and pious people will be there as well</w:t>
      </w:r>
      <w:r>
        <w:br/>
      </w:r>
      <w:r>
        <w:rPr>
          <w:sz w:val="20"/>
        </w:rPr>
        <w:t>1:00:36  hamari kitab hai aakhirat ka safar is ko parhiye aap aakhirat ka safar choti si kitab hai is ko parhiye okay so we will end this session now we will be back next sunday same time thank you.</w:t>
      </w:r>
    </w:p>
    <w:p>
      <w:pPr>
        <w:pStyle w:val="Heading2"/>
      </w:pPr>
      <w:r>
        <w:t>How Did Dolly the Sheep Get Life?</w:t>
      </w:r>
    </w:p>
    <w:p>
      <w:r>
        <w:rPr>
          <w:color w:val="666666"/>
          <w:sz w:val="18"/>
        </w:rPr>
        <w:t>Faith &amp; God · Building A Creative Personality | 20 Nov 2011 · 1m 22s · at 1:18:06 · https://youtu.be/jdfhpwfEvKg?t=4686</w:t>
      </w:r>
    </w:p>
    <w:p>
      <w:r>
        <w:rPr>
          <w:i/>
        </w:rPr>
        <w:t>“The body is made of atoms, which is lifeless and of course mortal, but the existence of life is due to the soul, which is immortal. I am fine with this so far, but when I think about cloning—for instance, Dolly the sheep was cloned and developed exactly like how flesh has to be grown, like a collection of atoms—the scientist did not give it a soul, as only Allah can do it. So how did Dolly the sheep get life?”</w:t>
      </w:r>
    </w:p>
    <w:p>
      <w:r>
        <w:rPr>
          <w:sz w:val="20"/>
        </w:rPr>
        <w:t>1:18:06  Maulana, agla sawal aaya hai Mr Shahnawaz Khan ka Delhi se.</w:t>
      </w:r>
      <w:r>
        <w:br/>
      </w:r>
      <w:r>
        <w:rPr>
          <w:sz w:val="20"/>
        </w:rPr>
        <w:t>1:18:11  انہوں نے لکھا ہے: "The body is the body is made of atoms which is lifeless</w:t>
      </w:r>
      <w:r>
        <w:br/>
      </w:r>
      <w:r>
        <w:rPr>
          <w:sz w:val="20"/>
        </w:rPr>
        <w:t>1:18:16  and of course mortal, but the existence of life is due to soul which is immortal. i am fine with this so far, but when i think about cloning, for instance, dolly the sheep was cloned and developed exactly like how flesh has to be grown, like a collection of atoms. the scientist did not give it a soul as only allah can do it. so how did dolly the sheep get l</w:t>
      </w:r>
      <w:r>
        <w:br/>
      </w:r>
      <w:r>
        <w:rPr>
          <w:sz w:val="20"/>
        </w:rPr>
        <w:t>1:18:46  ife? from where did the life come in it? it puts a big question mark in my mind about the existence of soul. please clear this in reference to islam." dekhiye, hamara mauzu nahi yeh sab, hamare hadith koi aham masail nahi hain ya mere hadith anya sirf masail hain. agar aap ko detail janna ho to aap mujh se telephone par baat kijiye ya tehreer likh lijiye ya mujh se miliye to main bataunga. baqi yeh jo hota</w:t>
      </w:r>
      <w:r>
        <w:br/>
      </w:r>
      <w:r>
        <w:rPr>
          <w:sz w:val="20"/>
        </w:rPr>
        <w:t>1:19:16  hai class hamara, yeh asal dawat ke liye hota hai aur is tarah ke masail ke liye nahi hota hai.</w:t>
      </w:r>
      <w:r>
        <w:br/>
      </w:r>
      <w:r>
        <w:rPr>
          <w:sz w:val="20"/>
        </w:rPr>
        <w:t>1:19:22  yeh aap ko agar dilchaspi ho to alag se mujh se mil sakte hain.</w:t>
      </w:r>
    </w:p>
    <w:p>
      <w:pPr>
        <w:pStyle w:val="Heading2"/>
      </w:pPr>
      <w:r>
        <w:t>How can ordinary people attain highest Paradise?</w:t>
      </w:r>
    </w:p>
    <w:p>
      <w:r>
        <w:rPr>
          <w:color w:val="666666"/>
          <w:sz w:val="18"/>
        </w:rPr>
        <w:t>Faith &amp; God · How to Become Deserving of Paradise August 16, 2020 Maulana Wahiduddin Khan · 1m 32s · at 31:05 · https://youtu.be/jFXK3TMiqtA?t=1865</w:t>
      </w:r>
    </w:p>
    <w:p>
      <w:r>
        <w:rPr>
          <w:i/>
        </w:rPr>
        <w:t>“Is it true that God will grant the highest level of Paradise only to Prophets, Martyrs, and Scholars? How can an ordinary person like me aspire for Firdaus? Do we need to do big tasks to attain the highest level? If yes, then what are these big tasks that will help us achieve the level of Firdaus?”</w:t>
      </w:r>
    </w:p>
    <w:p>
      <w:r>
        <w:rPr>
          <w:sz w:val="20"/>
        </w:rPr>
        <w:t>31:05  maulana, agla sawal madhya pradesh se qurban ali sahib ne bheja hai. unhon ne likha hai: "maulana, is it true that god will grant the highest level of paradise to only prophets, martyrs and scholars?</w:t>
      </w:r>
      <w:r>
        <w:br/>
      </w:r>
      <w:r>
        <w:rPr>
          <w:sz w:val="20"/>
        </w:rPr>
        <w:t>31:23  how can an ordinary person like me aspire for firdous? do we need to do big tasks to attain the highest level?</w:t>
      </w:r>
      <w:r>
        <w:br/>
      </w:r>
      <w:r>
        <w:rPr>
          <w:sz w:val="20"/>
        </w:rPr>
        <w:t>31:34  if yes, then what are these big tasks that will help us achieve the level of firdous?"</w:t>
      </w:r>
      <w:r>
        <w:br/>
      </w:r>
      <w:r>
        <w:rPr>
          <w:sz w:val="20"/>
        </w:rPr>
        <w:t>31:42  nahi, dekhen, yeh sochte hi nahi hain kyunke quran mein aik alaa ka mani nabiyyin, yani nabiyon ke sath honge.</w:t>
      </w:r>
      <w:r>
        <w:br/>
      </w:r>
      <w:r>
        <w:rPr>
          <w:sz w:val="20"/>
        </w:rPr>
        <w:t>31:56  to nabiyon ke sath ka darja milega rifaqat ka.</w:t>
      </w:r>
      <w:r>
        <w:br/>
      </w:r>
      <w:r>
        <w:rPr>
          <w:sz w:val="20"/>
        </w:rPr>
        <w:t>32:04  to jis ke liye aadmi qualify karega, woh darja us ko milega. aur darjat beshumar hain. alaa ka mani nabi, nabiyon ke sath.</w:t>
      </w:r>
      <w:r>
        <w:br/>
      </w:r>
      <w:r>
        <w:rPr>
          <w:sz w:val="20"/>
        </w:rPr>
        <w:t>32:18  nabi akela nahi hoga, is ke saathi bhi honge.</w:t>
      </w:r>
      <w:r>
        <w:br/>
      </w:r>
      <w:r>
        <w:rPr>
          <w:sz w:val="20"/>
        </w:rPr>
        <w:t>32:32  maulana, yeh to bohat hope wali baat batai aap ne.</w:t>
      </w:r>
    </w:p>
    <w:p>
      <w:pPr>
        <w:pStyle w:val="Heading2"/>
      </w:pPr>
      <w:r>
        <w:t>How can scientists accept universal references in religious books?</w:t>
      </w:r>
    </w:p>
    <w:p>
      <w:r>
        <w:rPr>
          <w:color w:val="666666"/>
          <w:sz w:val="18"/>
        </w:rPr>
        <w:t>Faith &amp; God · The Existence of God October 7, 2012 · 1m 36s · at 1:05:31 · https://youtu.be/Hm0ybuokQ8s?t=3931</w:t>
      </w:r>
    </w:p>
    <w:p>
      <w:r>
        <w:rPr>
          <w:i/>
        </w:rPr>
        <w:t>“In a religious book there will be universal references, how can scientists accept this? Please explain.”</w:t>
      </w:r>
    </w:p>
    <w:p>
      <w:r>
        <w:rPr>
          <w:sz w:val="20"/>
        </w:rPr>
        <w:t>1:05:31  agla sawal tamil nadu se hai molana iqbal umri sahib ka. unhon ne likha hai: "mazhabi kitab mein universal references honge, yeh scientist kaise maan sakte hain?</w:t>
      </w:r>
      <w:r>
        <w:br/>
      </w:r>
      <w:r>
        <w:rPr>
          <w:sz w:val="20"/>
        </w:rPr>
        <w:t>1:05:44  is ke bare mein bataein."</w:t>
      </w:r>
      <w:r>
        <w:br/>
      </w:r>
      <w:r>
        <w:rPr>
          <w:sz w:val="20"/>
        </w:rPr>
        <w:t>1:05:50  bhai, na manne ki wajah hi nahi. sawal yeh hai ke</w:t>
      </w:r>
      <w:r>
        <w:br/>
      </w:r>
      <w:r>
        <w:rPr>
          <w:sz w:val="20"/>
        </w:rPr>
        <w:t>1:05:55  wohi sabit hua baat ko. aap manna chahiye, na manne ki koi wajah nahi. na manne ki koi wajah nahi.</w:t>
      </w:r>
      <w:r>
        <w:br/>
      </w:r>
      <w:r>
        <w:rPr>
          <w:sz w:val="20"/>
        </w:rPr>
        <w:t>1:06:05  kyunki yeh log mazhabi kitab ko padhte nahi, us ko woh samajhte hain ke yeh to ek aur duniya ki baatein us ke andar hongi.</w:t>
      </w:r>
      <w:r>
        <w:br/>
      </w:r>
      <w:r>
        <w:rPr>
          <w:sz w:val="20"/>
        </w:rPr>
        <w:t>1:06:15  agar woh padhein sach much, jis se doosri cheezon ko padhte hain to mujhe yaqeen nahi ke manenge woh. jaise ke kuch logon ne mana bhi, jaise sir james jeans jo hai, baqayda bible padhta tha, woh church jata tha.</w:t>
      </w:r>
      <w:r>
        <w:br/>
      </w:r>
      <w:r>
        <w:rPr>
          <w:sz w:val="20"/>
        </w:rPr>
        <w:t>1:06:28  woh halanki top ka scientist tha, woh sir james jeans top ka scientist tha, woh bible padhta tha, church</w:t>
      </w:r>
      <w:r>
        <w:br/>
      </w:r>
      <w:r>
        <w:rPr>
          <w:sz w:val="20"/>
        </w:rPr>
        <w:t>1:06:38  jata tha. us ka ek waqia aap ne likha hai arises mein ke quran ke bare mein ek sahib ne us ko bataya, ek ayat batai.</w:t>
      </w:r>
      <w:r>
        <w:br/>
      </w:r>
      <w:r>
        <w:rPr>
          <w:sz w:val="20"/>
        </w:rPr>
        <w:t>1:06:46  us ayat ko padh kar us ke rongte khade ho gaye. us ne kaha ke agar yeh quran mein yeh ayat hai to main gawahi deta hoon ke yeh khuda ki kitab hai. to aisa nahi hai ke saare scientiston ka mamla yahi hai,</w:t>
      </w:r>
      <w:r>
        <w:br/>
      </w:r>
      <w:r>
        <w:rPr>
          <w:sz w:val="20"/>
        </w:rPr>
        <w:t>1:07:01  donon qism ke log hain.</w:t>
      </w:r>
    </w:p>
    <w:p>
      <w:pPr>
        <w:pStyle w:val="Heading2"/>
      </w:pPr>
      <w:r>
        <w:t>How to become God's devotee</w:t>
      </w:r>
    </w:p>
    <w:p>
      <w:r>
        <w:rPr>
          <w:color w:val="666666"/>
          <w:sz w:val="18"/>
        </w:rPr>
        <w:t>Faith &amp; God · Don't Be Angry Culture January 15, 2012 Maulana Wahiduddin Khan · 1m 26s · at 1:27:59 · https://youtu.be/rY1Ikwmwwdk?t=5279</w:t>
      </w:r>
    </w:p>
    <w:p>
      <w:r>
        <w:rPr>
          <w:i/>
        </w:rPr>
        <w:t>“Guru ji, please tell me how can I become the devotee of the great God?”</w:t>
      </w:r>
    </w:p>
    <w:p>
      <w:r>
        <w:rPr>
          <w:sz w:val="20"/>
        </w:rPr>
        <w:t>1:27:59  Maulana, agla sawal aaya hai Delhi se Mr. Rama Cutsovin ka. unhon ne likha hai: "Guru ji, please tell me how can I become the devotee of the great God?" dekhiye, is ka jo process hai,</w:t>
      </w:r>
      <w:r>
        <w:br/>
      </w:r>
      <w:r>
        <w:rPr>
          <w:sz w:val="20"/>
        </w:rPr>
        <w:t>1:28:15  woh hai ke God ko aap dekh to sakte nahin hain. kyunke woh God jo hai, beyond space and time hai.</w:t>
      </w:r>
      <w:r>
        <w:br/>
      </w:r>
      <w:r>
        <w:rPr>
          <w:sz w:val="20"/>
        </w:rPr>
        <w:t>1:28:26  lekin God ko discover karte hain aap is</w:t>
      </w:r>
    </w:p>
    <w:p>
      <w:pPr>
        <w:pStyle w:val="Heading2"/>
      </w:pPr>
      <w:r>
        <w:t>How to develop strong connection with God</w:t>
      </w:r>
    </w:p>
    <w:p>
      <w:r>
        <w:rPr>
          <w:color w:val="666666"/>
          <w:sz w:val="18"/>
        </w:rPr>
        <w:t>Faith &amp; God · Problem and Shukr March 15, 2015 · 1m 16s · at 51:41 · https://youtu.be/SPBsXjH1hzM?t=3101</w:t>
      </w:r>
    </w:p>
    <w:p>
      <w:r>
        <w:rPr>
          <w:i/>
        </w:rPr>
        <w:t>“I want to develop strong connection with God, but find myself lacking in it. How can I create strong connection like you have? Please advise me.”</w:t>
      </w:r>
    </w:p>
    <w:p>
      <w:r>
        <w:rPr>
          <w:sz w:val="20"/>
        </w:rPr>
        <w:t>51:41  maulana, agla sawal faheem sahib ne kiya hai nagpur se, aur unhon ne likha hai ke maulana, i want to develop strong conviction in god, but find myself lacking in it.</w:t>
      </w:r>
      <w:r>
        <w:br/>
      </w:r>
      <w:r>
        <w:rPr>
          <w:sz w:val="20"/>
        </w:rPr>
        <w:t>51:55  How can I create strong connection like you have? Please advise me. Dekhiye, sirf aik hi formula hai, voh hai apnay aap ko distraction se bachana.</w:t>
      </w:r>
      <w:r>
        <w:br/>
      </w:r>
      <w:r>
        <w:rPr>
          <w:sz w:val="20"/>
        </w:rPr>
        <w:t>52:08  bas aik hi cheez hai, distraction se bachana. log phansay rehtay hain idhar udhar God mein aur chahtay hain ke God ka ki marifat unhein hasil ho.</w:t>
      </w:r>
      <w:r>
        <w:br/>
      </w:r>
      <w:r>
        <w:rPr>
          <w:sz w:val="20"/>
        </w:rPr>
        <w:t>52:19  to yeh impasibal hai.</w:t>
      </w:r>
      <w:r>
        <w:br/>
      </w:r>
      <w:r>
        <w:rPr>
          <w:sz w:val="20"/>
        </w:rPr>
        <w:t>52:24  kisi ka shair hai ke ke hum khuda khwahi o hum dunya don ai khyalast o maharast o junoon.</w:t>
      </w:r>
      <w:r>
        <w:br/>
      </w:r>
      <w:r>
        <w:rPr>
          <w:sz w:val="20"/>
        </w:rPr>
        <w:t>52:33  to apnay ko aap jab tak distract nahin karein gay, doosri cheezon se hata kar ke, aap apna focus nahin karein gay, tab tak kuch nahin honay wala.</w:t>
      </w:r>
      <w:r>
        <w:br/>
      </w:r>
      <w:r>
        <w:rPr>
          <w:sz w:val="20"/>
        </w:rPr>
        <w:t>52:43  distractions se bachane ka matlab hai apna focus other God se hatana aur God par focus dalna. yeh to aap ko khud karna paray ga.</w:t>
      </w:r>
      <w:r>
        <w:br/>
      </w:r>
      <w:r>
        <w:rPr>
          <w:sz w:val="20"/>
        </w:rPr>
        <w:t>52:53  koi bahar se aadmi ko aap ko koi taiknik nahin bata sakta.</w:t>
      </w:r>
    </w:p>
    <w:p>
      <w:pPr>
        <w:pStyle w:val="Heading2"/>
      </w:pPr>
      <w:r>
        <w:t>How to explain monotheistic God to monastic</w:t>
      </w:r>
    </w:p>
    <w:p>
      <w:r>
        <w:rPr>
          <w:color w:val="666666"/>
          <w:sz w:val="18"/>
        </w:rPr>
        <w:t>Faith &amp; God · Concept of God December 7, 2014 · 1m 24s · at 56:34 · https://youtu.be/dCgL9lp8EAo?t=3394</w:t>
      </w:r>
    </w:p>
    <w:p>
      <w:r>
        <w:rPr>
          <w:i/>
        </w:rPr>
        <w:t>“I tried to present the concept of monotheistic God to one who believed in a monastic concept, but I failed. What specifically can I explain to them so that they can understand?”</w:t>
      </w:r>
    </w:p>
    <w:p>
      <w:r>
        <w:rPr>
          <w:sz w:val="20"/>
        </w:rPr>
        <w:t>56:34  . May God bless you with long life and sound health." Maulana, agla sawal kya hai miss naghma siddiqui ne dilli se, aur unhon ne likha hai: "I tried to present concept of monotheistic God to one who believed in monastic concept, but I failed.</w:t>
      </w:r>
      <w:r>
        <w:br/>
      </w:r>
      <w:r>
        <w:rPr>
          <w:sz w:val="20"/>
        </w:rPr>
        <w:t>56:54  What specifically can I explain to them so that they can understand?"</w:t>
      </w:r>
      <w:r>
        <w:br/>
      </w:r>
      <w:r>
        <w:rPr>
          <w:sz w:val="20"/>
        </w:rPr>
        <w:t>57:02  dekhen, aap kaise bhi pesh karen, kehte hain acha pesh karen. Lekin Allah ne insaan ko azadi di hai, us azadi ke barabar woh chahe is ka choice le ya choice na le.</w:t>
      </w:r>
      <w:r>
        <w:br/>
      </w:r>
      <w:r>
        <w:rPr>
          <w:sz w:val="20"/>
        </w:rPr>
        <w:t>57:19  "humn shaa' fa lyu' min, humn shaa' fa lyak fur" . ghor o fikr ke douran bhi aise hi hua.</w:t>
      </w:r>
      <w:r>
        <w:br/>
      </w:r>
      <w:r>
        <w:rPr>
          <w:sz w:val="20"/>
        </w:rPr>
        <w:t>57:25  aap is bohat acha pesh kar den to is ka choice badal jaye, yeh koi yaqeeni baat nahin hai.</w:t>
      </w:r>
      <w:r>
        <w:br/>
      </w:r>
      <w:r>
        <w:rPr>
          <w:sz w:val="20"/>
        </w:rPr>
        <w:t>57:34  aap ka zimmedari hai ke aap dua karen, achhe se achhe andaaz mein pesh karen. Is tarah pesh karen ke is ka mind address ho.</w:t>
      </w:r>
      <w:r>
        <w:br/>
      </w:r>
      <w:r>
        <w:rPr>
          <w:sz w:val="20"/>
        </w:rPr>
        <w:t>57:45  lekin jahan tak qabool karne ka ta'alluq hai, woh is ka apna choice hai. Is ke choice ko aap chher nahin sakte.</w:t>
      </w:r>
      <w:r>
        <w:br/>
      </w:r>
      <w:r>
        <w:rPr>
          <w:sz w:val="20"/>
        </w:rPr>
        <w:t>57:53  woh to baharhal baqi rahega.</w:t>
      </w:r>
    </w:p>
    <w:p>
      <w:pPr>
        <w:pStyle w:val="Heading2"/>
      </w:pPr>
      <w:r>
        <w:t>How to find the true God and attain peace</w:t>
      </w:r>
    </w:p>
    <w:p>
      <w:r>
        <w:rPr>
          <w:color w:val="666666"/>
          <w:sz w:val="18"/>
        </w:rPr>
        <w:t>Faith &amp; God · Material Science and Spiritual Science 20 May 2012 · 1m 50s · at 1:15:33 · https://youtu.be/4K6CxjThlxQ?t=4533</w:t>
      </w:r>
    </w:p>
    <w:p>
      <w:r>
        <w:rPr>
          <w:i/>
        </w:rPr>
        <w:t>“I want to find the true God. What should I do and which path should I follow so that after death I get peace and also become a true seeker in this world?”</w:t>
      </w:r>
    </w:p>
    <w:p>
      <w:r>
        <w:rPr>
          <w:sz w:val="20"/>
        </w:rPr>
        <w:t>1:15:33  yani guaranteed salvation ka aqeedah haqeeqatan pehle paida hua isaiyon mein wahi guaranteed salvation ka nazariya phir aa gaya hai musalmanon mein un ka is ka naam hai atonement yahan is ka naam hai sab shafaat mein un ko farq nahi hai maulana agla sawal lete hain jo delhi se hai mr polash mondal sahib ka unhon ne likha hai ke main sache ishwar ko pana chahta hoon is ke liye mujhe kya karna hai</w:t>
      </w:r>
      <w:r>
        <w:br/>
      </w:r>
      <w:r>
        <w:rPr>
          <w:sz w:val="20"/>
        </w:rPr>
        <w:t>1:16:01  kis raste pe chalna hai taake marne ke baad mujhe sukoon mile aur is duniya mein bhi</w:t>
      </w:r>
      <w:r>
        <w:br/>
      </w:r>
      <w:r>
        <w:rPr>
          <w:sz w:val="20"/>
        </w:rPr>
        <w:t>1:16:10  true seeker ban jaiye true seeker sacha mutalashi aur sab se mushkil kaam hai true seeker banna log chunke conditioning mein jeete hain tarah tarah ki conditioning mein to true seeker nahi ban paate</w:t>
      </w:r>
      <w:r>
        <w:br/>
      </w:r>
      <w:r>
        <w:rPr>
          <w:sz w:val="20"/>
        </w:rPr>
        <w:t>1:16:29  to man jaddah wajadah jo aadmi sacha seeker ban jaye zaroor us ko sachai milegi agar nahi mili hai to samjhiye ke aap abhi tak true seeker nahi bane</w:t>
      </w:r>
      <w:r>
        <w:br/>
      </w:r>
      <w:r>
        <w:rPr>
          <w:sz w:val="20"/>
        </w:rPr>
        <w:t>1:16:45  aur sachai mil gayi insaan ko aap ka dil khud gawahi deta hai ke mujhe sachai mil gayi</w:t>
      </w:r>
      <w:r>
        <w:br/>
      </w:r>
      <w:r>
        <w:rPr>
          <w:sz w:val="20"/>
        </w:rPr>
        <w:t>1:16:54  jaise main jo bolta hoon agar mujhe sachai na mili to main is tarah</w:t>
      </w:r>
      <w:r>
        <w:br/>
      </w:r>
      <w:r>
        <w:rPr>
          <w:sz w:val="20"/>
        </w:rPr>
        <w:t>1:16:58  bol nahi sakta tha mujhe himmat nahi padti ke aise bolun mein jis tarah bolta hoon main jis tarah se sab ko condemn karta hoon poori poori history condemn karta hoon kis ko himmat hogi bolne ki agar sachai na mili hui to kaun jurrat karega poori poori history ko condemn kare wo to sachai milegi to aap ke dil mein bolegi ke sachai pa liya hai maine</w:t>
      </w:r>
    </w:p>
    <w:p>
      <w:pPr>
        <w:pStyle w:val="Heading2"/>
      </w:pPr>
      <w:r>
        <w:t>How to get Paradise in Islam</w:t>
      </w:r>
    </w:p>
    <w:p>
      <w:r>
        <w:rPr>
          <w:color w:val="666666"/>
          <w:sz w:val="18"/>
        </w:rPr>
        <w:t>Faith &amp; God · Don't Be Angry Culture January 15, 2012 Maulana Wahiduddin Khan · 1m 20s · at 1:26:39 · https://youtu.be/rY1Ikwmwwdk?t=5199</w:t>
      </w:r>
    </w:p>
    <w:p>
      <w:r>
        <w:rPr>
          <w:i/>
        </w:rPr>
        <w:t>“How can we get paradise?”</w:t>
      </w:r>
    </w:p>
    <w:p>
      <w:r>
        <w:rPr>
          <w:sz w:val="20"/>
        </w:rPr>
        <w:t>1:26:39  Maulana, agla sawal ek school student ka aaya hai jinka naam hai Bilal Pradhan. unhon ne poocha hai aap se ke: "How can we get paradise?" is ke bare mein bataein.</w:t>
      </w:r>
      <w:r>
        <w:br/>
      </w:r>
      <w:r>
        <w:rPr>
          <w:sz w:val="20"/>
        </w:rPr>
        <w:t>1:26:52  dekhiye, Quran mein is ka jawab hai ke: "Zalika jaza man tazakka." paradise is ke liye hai jo apna tazkiya kare.</w:t>
      </w:r>
      <w:r>
        <w:br/>
      </w:r>
      <w:r>
        <w:rPr>
          <w:sz w:val="20"/>
        </w:rPr>
        <w:t>1:27:05  tazkiya ka matlab hai purify karna. yaani aap, yaani apne soul ko purify karna.</w:t>
      </w:r>
      <w:r>
        <w:br/>
      </w:r>
      <w:r>
        <w:rPr>
          <w:sz w:val="20"/>
        </w:rPr>
        <w:t>1:27:15  apne aap ko paak karna. paak karna kya hai? negative thinking se paak karna. nafrat se paak karna.</w:t>
      </w:r>
      <w:r>
        <w:br/>
      </w:r>
      <w:r>
        <w:rPr>
          <w:sz w:val="20"/>
        </w:rPr>
        <w:t>1:27:25  hasad se paak karna. haris se paak karna. jitne bhi negative cheezein hain, use paak karna.</w:t>
      </w:r>
      <w:r>
        <w:br/>
      </w:r>
      <w:r>
        <w:rPr>
          <w:sz w:val="20"/>
        </w:rPr>
        <w:t>1:27:34  to is se aap ke andar ek ek shakhsiyat banti hai. yaani purified soul banta hai. wahi purified soul jo hai, is ke liye isi ke liye jannat hai.</w:t>
      </w:r>
      <w:r>
        <w:br/>
      </w:r>
      <w:r>
        <w:rPr>
          <w:sz w:val="20"/>
        </w:rPr>
        <w:t>1:27:44  "Zalika jaza man tazakka." jannat is ke liye hai jo apna tazkiya kare, yaani apne ko purify kare.</w:t>
      </w:r>
      <w:r>
        <w:br/>
      </w:r>
      <w:r>
        <w:rPr>
          <w:sz w:val="20"/>
        </w:rPr>
        <w:t>1:27:55  to yeh hai Quran mein is ka jawab.</w:t>
      </w:r>
    </w:p>
    <w:p>
      <w:pPr>
        <w:pStyle w:val="Heading2"/>
      </w:pPr>
      <w:r>
        <w:t>How to know if we are on the right path?</w:t>
      </w:r>
    </w:p>
    <w:p>
      <w:r>
        <w:rPr>
          <w:color w:val="666666"/>
          <w:sz w:val="18"/>
        </w:rPr>
        <w:t>Faith &amp; God · Discovery of Paradise November 15, 2020 Maulana Wahiduddin Khan · 1m 57s · at 25:06 · https://youtu.be/Ig1kHk5K3zE?t=1506</w:t>
      </w:r>
    </w:p>
    <w:p>
      <w:r>
        <w:rPr>
          <w:i/>
        </w:rPr>
        <w:t>“Maulana, how can we know whether we are on the path of paradise or hell? I am asking as a person who is wrong, also thinks that what he or she is doing is correct. How can we check in on rights and wrongs? What is the easiest way to find out?”</w:t>
      </w:r>
    </w:p>
    <w:p>
      <w:r>
        <w:rPr>
          <w:sz w:val="20"/>
        </w:rPr>
        <w:t>25:06  maulana, agla sawal bheja hai moradabad se sajjad khan sahib ne. unho ne likha hai: "maulana, how can we know whether we are on the path of paradise or hell?</w:t>
      </w:r>
      <w:r>
        <w:br/>
      </w:r>
      <w:r>
        <w:rPr>
          <w:sz w:val="20"/>
        </w:rPr>
        <w:t>25:23  i am asking as a person who. i am asking because a person who is wrong, also thinks that what he or she is doing is correct.</w:t>
      </w:r>
      <w:r>
        <w:br/>
      </w:r>
      <w:r>
        <w:rPr>
          <w:sz w:val="20"/>
        </w:rPr>
        <w:t>25:35  how can we check in our wrongs and rights? what is the easiest way to find out?"</w:t>
      </w:r>
      <w:r>
        <w:br/>
      </w:r>
      <w:r>
        <w:rPr>
          <w:sz w:val="20"/>
        </w:rPr>
        <w:t>25:44  dekhiye,</w:t>
      </w:r>
      <w:r>
        <w:br/>
      </w:r>
      <w:r>
        <w:rPr>
          <w:sz w:val="20"/>
        </w:rPr>
        <w:t>25:50  yeh minعبد کلمۃ اللہ ka mamla hai. yani aap daryaft karte rahenge aur unka kabhi khatma nahi hoga.</w:t>
      </w:r>
      <w:r>
        <w:br/>
      </w:r>
      <w:r>
        <w:rPr>
          <w:sz w:val="20"/>
        </w:rPr>
        <w:t>26:02  aur yahi allah ki azmat ka saboot hai.</w:t>
      </w:r>
      <w:r>
        <w:br/>
      </w:r>
      <w:r>
        <w:rPr>
          <w:sz w:val="20"/>
        </w:rPr>
        <w:t>26:11  maulana, unka question yeh hai ke sahi aur galat ko hum kaise check kar sakte hain? bahut sir! haan, sahi aur galat ko hum kaise check kar sakte hain?</w:t>
      </w:r>
      <w:r>
        <w:br/>
      </w:r>
      <w:r>
        <w:rPr>
          <w:sz w:val="20"/>
        </w:rPr>
        <w:t>26:24  khud se kaise jaan sakte hain ke hum sahi hain ya galat?</w:t>
      </w:r>
      <w:r>
        <w:br/>
      </w:r>
      <w:r>
        <w:rPr>
          <w:sz w:val="20"/>
        </w:rPr>
        <w:t>26:31  dekhiye, ibtidai taur par to hum quran se nahi jaan payenge, lekin zyada tafseeli walon mein yeh aakhir mein maloom hoga.</w:t>
      </w:r>
      <w:r>
        <w:br/>
      </w:r>
      <w:r>
        <w:rPr>
          <w:sz w:val="20"/>
        </w:rPr>
        <w:t>26:51  main aise samajhta hoon, yeh to min حفظت کلمۃ اللہ ka mamla hai.</w:t>
      </w:r>
    </w:p>
    <w:p>
      <w:pPr>
        <w:pStyle w:val="Heading2"/>
      </w:pPr>
      <w:r>
        <w:t>How to measure if a religion is true?</w:t>
      </w:r>
    </w:p>
    <w:p>
      <w:r>
        <w:rPr>
          <w:color w:val="666666"/>
          <w:sz w:val="18"/>
        </w:rPr>
        <w:t>Faith &amp; God · Man and Angels April 27, 2014 · 54s · at 54:32 · https://youtu.be/b3fk1cakPeo?t=3272</w:t>
      </w:r>
    </w:p>
    <w:p>
      <w:r>
        <w:rPr>
          <w:i/>
        </w:rPr>
        <w:t>“Is any religion right or wrong? What is the correct parameter to measure it?”</w:t>
      </w:r>
    </w:p>
    <w:p>
      <w:r>
        <w:rPr>
          <w:sz w:val="20"/>
        </w:rPr>
        <w:t>54:32  Maulana, agla sawal Dilli se hai. Jameel Akhtar Sahab ne kiya hai. unho ne likha hai: "koi mazhab sahi hai ya galat? is ke napne ka sahi parameter kya hai?" is ke bare mein batayein.</w:t>
      </w:r>
      <w:r>
        <w:br/>
      </w:r>
      <w:r>
        <w:rPr>
          <w:sz w:val="20"/>
        </w:rPr>
        <w:t>54:46  bhai, Quran hai, bismillah ki hadithien hain. aur to koi doosra to is ka miyar nahi ho sakta. Quran ka gehra mutala, hadithon ka gehra mutala kar ke aap ke andar ek furqan paida hota hai, furqan.</w:t>
      </w:r>
      <w:r>
        <w:br/>
      </w:r>
      <w:r>
        <w:rPr>
          <w:sz w:val="20"/>
        </w:rPr>
        <w:t>55:03  yani pehchan. furqan ka matlab hai ke pehchanne ki salahiyat, ye sahi hai ya galat. is ko phir apply kijiye.</w:t>
      </w:r>
      <w:r>
        <w:br/>
      </w:r>
      <w:r>
        <w:rPr>
          <w:sz w:val="20"/>
        </w:rPr>
        <w:t>55:15  aur koi doosra tareeqa to hai nahi.</w:t>
      </w:r>
      <w:r>
        <w:br/>
      </w:r>
      <w:r>
        <w:rPr>
          <w:sz w:val="20"/>
        </w:rPr>
        <w:t>55:20  Quran aur Sunnat ke bahar koi criteria nahi hai.</w:t>
      </w:r>
    </w:p>
    <w:p>
      <w:pPr>
        <w:pStyle w:val="Heading2"/>
      </w:pPr>
      <w:r>
        <w:t>How to realize God more often</w:t>
      </w:r>
    </w:p>
    <w:p>
      <w:r>
        <w:rPr>
          <w:color w:val="666666"/>
          <w:sz w:val="18"/>
        </w:rPr>
        <w:t>Faith &amp; God · Realization of God September 15, 2013 · 1m 40s · at 52:01 · https://youtu.be/CNEEeM5uyi8?t=3121</w:t>
      </w:r>
    </w:p>
    <w:p>
      <w:r>
        <w:rPr>
          <w:i/>
        </w:rPr>
        <w:t>“We often try to realize God, but are only able to get small moments in which eyes and heart start flowing. How can we realize God more often?”</w:t>
      </w:r>
    </w:p>
    <w:p>
      <w:r>
        <w:rPr>
          <w:sz w:val="20"/>
        </w:rPr>
        <w:t>52:01  maulana, agla sawal dilli se hai, miss naghma siddiqui ka. unhone likha hai: "we often try to realize god, but only are able to get small moments in which eyes and heart start flowing.</w:t>
      </w:r>
      <w:r>
        <w:br/>
      </w:r>
      <w:r>
        <w:rPr>
          <w:sz w:val="20"/>
        </w:rPr>
        <w:t>52:17  how can we realize god more often?"</w:t>
      </w:r>
      <w:r>
        <w:br/>
      </w:r>
      <w:r>
        <w:rPr>
          <w:sz w:val="20"/>
        </w:rPr>
        <w:t>52:23  dekhiye, yahi baat kahi thi ek sahabi ne ke rasool allah salallaho alaihi wasallam se. un ka naam tha hanzala. theek yahi baat thi ke hum ko kabhi kabhi aisa hota hai, magar barabar nahi hota.</w:t>
      </w:r>
      <w:r>
        <w:br/>
      </w:r>
      <w:r>
        <w:rPr>
          <w:sz w:val="20"/>
        </w:rPr>
        <w:t>52:42  to rasool allah ne farmaya tha ke: "ahyanan ya hanzala, aey hanzala! yeh cheez kuch kuch waqt hi ke liye hoti hai, musalsal nahi hoti."</w:t>
      </w:r>
      <w:r>
        <w:br/>
      </w:r>
      <w:r>
        <w:rPr>
          <w:sz w:val="20"/>
        </w:rPr>
        <w:t>52:53  kyunke musalsal agar ho to insan zinda na reh sake. yaad rakhiye, Allah ki rehmat hai ke musalsal woh nahi deta kisi ko.</w:t>
      </w:r>
      <w:r>
        <w:br/>
      </w:r>
      <w:r>
        <w:rPr>
          <w:sz w:val="20"/>
        </w:rPr>
        <w:t>53:03  phir insan pagal ho jayega, insan zinda nahi reh sakega.</w:t>
      </w:r>
      <w:r>
        <w:br/>
      </w:r>
      <w:r>
        <w:rPr>
          <w:sz w:val="20"/>
        </w:rPr>
        <w:t>53:11  to wahi matloob hai, walakin ahyaanan ya hanzala, qaalib yeh alfaaz hain. lekin aye hanzala, woh waqti taur par hi kuch kuch sa'at ke liye hoga, aur isi ko kaafi samjho, isi par shukr karo.</w:t>
      </w:r>
      <w:r>
        <w:br/>
      </w:r>
      <w:r>
        <w:rPr>
          <w:sz w:val="20"/>
        </w:rPr>
        <w:t>53:29  is hadith ko aap padhein, is ko mutala karein, woh bohat acha, is is cheez ka bohat acha jawab hai.</w:t>
      </w:r>
      <w:r>
        <w:br/>
      </w:r>
      <w:r>
        <w:rPr>
          <w:sz w:val="20"/>
        </w:rPr>
        <w:t>53:37  is hadith mein</w:t>
      </w:r>
    </w:p>
    <w:p>
      <w:pPr>
        <w:pStyle w:val="Heading2"/>
      </w:pPr>
      <w:r>
        <w:t>How to truly love God and avoid negativity</w:t>
      </w:r>
    </w:p>
    <w:p>
      <w:r>
        <w:rPr>
          <w:color w:val="666666"/>
          <w:sz w:val="18"/>
        </w:rPr>
        <w:t>Faith &amp; God · Man and the Laws of Nature April 1, 2012 · 49s · at 1:45:58 · https://youtu.be/coIrwYQgb6Y?t=6358</w:t>
      </w:r>
    </w:p>
    <w:p>
      <w:r>
        <w:rPr>
          <w:i/>
        </w:rPr>
        <w:t>“What should we do to truly love God and what is the correct way to avoid negative thoughts?”</w:t>
      </w:r>
    </w:p>
    <w:p>
      <w:r>
        <w:rPr>
          <w:sz w:val="20"/>
        </w:rPr>
        <w:t>1:45:58  is mein Maulana, agla sawal Delhi se hai Mr. Shehzad Ahmed Sahib</w:t>
      </w:r>
      <w:r>
        <w:br/>
      </w:r>
      <w:r>
        <w:rPr>
          <w:sz w:val="20"/>
        </w:rPr>
        <w:t>1:46:04  ka. unhon ne likha hai: "Khuda ka Khuda ka sachi mohabbat karne ke liye hamein kya karna chahiye aur negative khayalat se bachne ka sahi tareeqa kya hai?" bhai, doosron se mohabbat khatam kar dijiye.</w:t>
      </w:r>
      <w:r>
        <w:br/>
      </w:r>
      <w:r>
        <w:rPr>
          <w:sz w:val="20"/>
        </w:rPr>
        <w:t>1:46:19  bas seedhi si baat hai ke doosre jis se mohabbat aap karte hain, us ko khatam kar dijiye.</w:t>
      </w:r>
      <w:r>
        <w:br/>
      </w:r>
      <w:r>
        <w:rPr>
          <w:sz w:val="20"/>
        </w:rPr>
        <w:t>1:46:25  chahe woh family ho, chahe woh aap ka koi akabir hon ya koi bhi ho, jo bhi ghair Khuda hai, us se mohabbat khatam kar dijiye.</w:t>
      </w:r>
      <w:r>
        <w:br/>
      </w:r>
      <w:r>
        <w:rPr>
          <w:sz w:val="20"/>
        </w:rPr>
        <w:t>1:46:36  to apne aap hi prevail karegi Khuda ki mohabbat. Khuda ki mohabbat apne aap prevail karti hai jab aap ghair Khuda ki mohabbat se apne ko, yani bacha lete hain.</w:t>
      </w:r>
    </w:p>
    <w:p>
      <w:pPr>
        <w:pStyle w:val="Heading2"/>
      </w:pPr>
      <w:r>
        <w:t>If God Loves Us Then Why</w:t>
      </w:r>
    </w:p>
    <w:p>
      <w:r>
        <w:rPr>
          <w:color w:val="666666"/>
          <w:sz w:val="18"/>
        </w:rPr>
        <w:t>Faith &amp; God · How God Manages Human History December 23, 2018 · 40s · at 1:06:10 · https://youtu.be/j_yxigrCl5U?t=3970</w:t>
      </w:r>
    </w:p>
    <w:p>
      <w:r>
        <w:rPr>
          <w:i/>
        </w:rPr>
        <w:t>“Moulana, a lot of my atheist friends ask me: if God loves us, then why...”</w:t>
      </w:r>
    </w:p>
    <w:p>
      <w:r>
        <w:rPr>
          <w:sz w:val="20"/>
        </w:rPr>
        <w:t>1:06:10  maulana, agla sawal lene se pehle ek comment parhna chahenge. yeh comment bheja hai muhammad irfan rashidi sahab ne nagpur se. unhone likha hai: "maulana sahab, kal ke saturday talk ka mera take away yeh hai ke hamara focus akhirat hona chahiye.</w:t>
      </w:r>
      <w:r>
        <w:br/>
      </w:r>
      <w:r>
        <w:rPr>
          <w:sz w:val="20"/>
        </w:rPr>
        <w:t>1:06:27  Allah ne dunya mein hamein sari nematon se nawaza hai. hamein Allah se akhirat ki bhalai mangni chahiye. yeh hadith bhi samajh mein aayi ke dunya tumhari tumhari banayi gayi hai aur tumhein aur tum akhirat ke liye banaye gaye ho." maulana, sahi hai, sahi baat hai.</w:t>
      </w:r>
    </w:p>
    <w:p>
      <w:pPr>
        <w:pStyle w:val="Heading2"/>
      </w:pPr>
      <w:r>
        <w:t>Ijtihad and the Risk of Innovation</w:t>
      </w:r>
    </w:p>
    <w:p>
      <w:r>
        <w:rPr>
          <w:color w:val="666666"/>
          <w:sz w:val="18"/>
        </w:rPr>
        <w:t>Faith &amp; God · The Crises Management September 18, 2011 · 58s · at 1:09:49 · https://youtu.be/s3cYFtQZwzw?t=4189</w:t>
      </w:r>
    </w:p>
    <w:p>
      <w:r>
        <w:rPr>
          <w:i/>
        </w:rPr>
        <w:t>“Some people think that ijtihad can lead to innovations. What is your comment?”</w:t>
      </w:r>
    </w:p>
    <w:p>
      <w:r>
        <w:rPr>
          <w:sz w:val="20"/>
        </w:rPr>
        <w:t>1:09:49  miss najma siddiqui ne dilli se sawal kiya hai unhon ne likha hai some people think that ijtihad can lead to innovations what is your comment on this dekhiye ijtihad ki sirf aik shart hai woh husn niyat koi khatra koi risk ijtihad ka amal rok nahi sakta</w:t>
      </w:r>
      <w:r>
        <w:br/>
      </w:r>
      <w:r>
        <w:rPr>
          <w:sz w:val="20"/>
        </w:rPr>
        <w:t>1:10:14  koi bhi is tarah ki koi cheez</w:t>
      </w:r>
      <w:r>
        <w:br/>
      </w:r>
      <w:r>
        <w:rPr>
          <w:sz w:val="20"/>
        </w:rPr>
        <w:t>1:10:17  agar aap ki niyat durust hai waqai Allah ke liye aap kar rahe hain to ayn jaiz hai</w:t>
      </w:r>
      <w:r>
        <w:br/>
      </w:r>
      <w:r>
        <w:rPr>
          <w:sz w:val="20"/>
        </w:rPr>
        <w:t>1:10:24  ke aap ijtihad karein</w:t>
      </w:r>
      <w:r>
        <w:br/>
      </w:r>
      <w:r>
        <w:rPr>
          <w:sz w:val="20"/>
        </w:rPr>
        <w:t>1:10:26  kyun agar niyat durust hai to</w:t>
      </w:r>
      <w:r>
        <w:br/>
      </w:r>
      <w:r>
        <w:rPr>
          <w:sz w:val="20"/>
        </w:rPr>
        <w:t>1:10:30  ijtihadi khitab pe ek sawab milega to kaun rokne wala hai</w:t>
      </w:r>
      <w:r>
        <w:br/>
      </w:r>
      <w:r>
        <w:rPr>
          <w:sz w:val="20"/>
        </w:rPr>
        <w:t>1:10:35  koi shart doosri nahi hai ijtihad ki ke aap niyat durust ho</w:t>
      </w:r>
      <w:r>
        <w:br/>
      </w:r>
      <w:r>
        <w:rPr>
          <w:sz w:val="20"/>
        </w:rPr>
        <w:t>1:10:41  koi shart nahi hai</w:t>
      </w:r>
    </w:p>
    <w:p>
      <w:pPr>
        <w:pStyle w:val="Heading2"/>
      </w:pPr>
      <w:r>
        <w:t>India's spiritual potential in God's plan</w:t>
      </w:r>
    </w:p>
    <w:p>
      <w:r>
        <w:rPr>
          <w:color w:val="666666"/>
          <w:sz w:val="18"/>
        </w:rPr>
        <w:t>Faith &amp; God · Quran A Miracle June 01, 2014 · 1m 48s · at 53:19 · https://youtu.be/8KM3lDsj4PY?t=3199</w:t>
      </w:r>
    </w:p>
    <w:p>
      <w:r>
        <w:rPr>
          <w:i/>
        </w:rPr>
        <w:t>“On 26th May 2014, Narendra Modi and his ministers used the word 'Ishwar' while taking oath, and no other words. Maulana, if these words represent India's spiritual identity, then how much potential does our country hold for God's plan?”</w:t>
      </w:r>
    </w:p>
    <w:p>
      <w:r>
        <w:rPr>
          <w:sz w:val="20"/>
        </w:rPr>
        <w:t>53:19  maulana agla sawal maulana iqbal umri ne chennai se bheja hai unhon ne likha hai ke chhabis may do hazar chudah ko narendra modi aur un ke ministers ne ishwar ka ka shabd use kar ke shapath li unhon ne doosre koi alfaaz nahi kahe.</w:t>
      </w:r>
      <w:r>
        <w:br/>
      </w:r>
      <w:r>
        <w:rPr>
          <w:sz w:val="20"/>
        </w:rPr>
        <w:t>53:41  maulana in alfaaz mein india ka spiritual taaruf hai to hamara mulk khuda ke plan ke liye kitna potential rakhta hai is ke bare mein bataein.</w:t>
      </w:r>
      <w:r>
        <w:br/>
      </w:r>
      <w:r>
        <w:rPr>
          <w:sz w:val="20"/>
        </w:rPr>
        <w:t>53:52  dekhiye aaj kal musalman jo hain samajhte hain ke Allah jo hai woh Khuda ka ism-e-zaat hai. Halankeh is ka koi saboot nahi ke pichhle paighambaron ne bhi Allah ka naam liya tha.</w:t>
      </w:r>
      <w:r>
        <w:br/>
      </w:r>
      <w:r>
        <w:rPr>
          <w:sz w:val="20"/>
        </w:rPr>
        <w:t>54:04  Adam bhi Allah hi lafz bolte thay. To lafz Allah ek alamaati lafz hai. Woh ism-e-zaat nahi hai. Is ka saboot dene ke liye aap ko kehna padega ke Ibrahim se le kar Masih tak sab sab Allah hi Allah bolte thay.</w:t>
      </w:r>
      <w:r>
        <w:br/>
      </w:r>
      <w:r>
        <w:rPr>
          <w:sz w:val="20"/>
        </w:rPr>
        <w:t>54:20  Hazrat Masih ke bare mein aata hai ke Ali lafz Ali kaha tha unhon ne Allah ki wajah se Ali. To unhon ne Ishwar kaha to is mein pareshani ki baat kya hai aap ko?</w:t>
      </w:r>
      <w:r>
        <w:br/>
      </w:r>
      <w:r>
        <w:rPr>
          <w:sz w:val="20"/>
        </w:rPr>
        <w:t>54:30  Isi bari hasti ke liye bole woh. Is mein pareshani ki koi baat hi nahi. Koi Khuda kehta hai koi God kehta hai koi Allah kehta hai kisi ne Ali kaha to is mein pareshani ki baat kya hai?</w:t>
      </w:r>
      <w:r>
        <w:br/>
      </w:r>
      <w:r>
        <w:rPr>
          <w:sz w:val="20"/>
        </w:rPr>
        <w:t>54:43  Koi pareshani ki baat nahi. Har har aadmi manta hai ke koi supreme power hai. Is supreme power ko mukhtalif naam dete hain log.</w:t>
      </w:r>
      <w:r>
        <w:br/>
      </w:r>
      <w:r>
        <w:rPr>
          <w:sz w:val="20"/>
        </w:rPr>
        <w:t>54:52  To is supreme power ka naam le kar unhon ne halaf liya to is mein pareshani ki kya baat hai? Mujhe to is mein koi koi samajh nahi aati ke is mein kyun log is ko ek masla khada karte hain koi le kar ke.</w:t>
      </w:r>
    </w:p>
    <w:p>
      <w:pPr>
        <w:pStyle w:val="Heading2"/>
      </w:pPr>
      <w:r>
        <w:t>Is Discovering God a One-Time Process?</w:t>
      </w:r>
    </w:p>
    <w:p>
      <w:r>
        <w:rPr>
          <w:color w:val="666666"/>
          <w:sz w:val="18"/>
        </w:rPr>
        <w:t>Faith &amp; God · Dars-e-Quran, Chapter 2, Verse 255 | December 24, 2017 · 1m 14s · at 57:59 · https://youtu.be/tKX0KUhUMnw?t=3479</w:t>
      </w:r>
    </w:p>
    <w:p>
      <w:r>
        <w:rPr>
          <w:i/>
        </w:rPr>
        <w:t>“Is discovering God a one-time process? And do we need to rediscover God on a continuous basis? When we observe creation...”</w:t>
      </w:r>
    </w:p>
    <w:p>
      <w:r>
        <w:rPr>
          <w:sz w:val="20"/>
        </w:rPr>
        <w:t>57:59  maulana, agla sawal aamir mori sahib ne kiya hai srinagar se.</w:t>
      </w:r>
      <w:r>
        <w:br/>
      </w:r>
      <w:r>
        <w:rPr>
          <w:sz w:val="20"/>
        </w:rPr>
        <w:t>58:05  انہوں نے لکھا ہے: "Is discovering God a one-time process</w:t>
      </w:r>
      <w:r>
        <w:br/>
      </w:r>
      <w:r>
        <w:rPr>
          <w:sz w:val="20"/>
        </w:rPr>
        <w:t>58:11  , and do we need to rediscover God on a continuous basis? When we observe creation, we</w:t>
      </w:r>
      <w:r>
        <w:br/>
      </w:r>
      <w:r>
        <w:rPr>
          <w:sz w:val="20"/>
        </w:rPr>
        <w:t>58:19  feel and discover God, but that feeling does not remain with us permanently, which often leads us to</w:t>
      </w:r>
      <w:r>
        <w:br/>
      </w:r>
      <w:r>
        <w:rPr>
          <w:sz w:val="20"/>
        </w:rPr>
        <w:t>58:26  take and creator for granted.</w:t>
      </w:r>
      <w:r>
        <w:br/>
      </w:r>
      <w:r>
        <w:rPr>
          <w:sz w:val="20"/>
        </w:rPr>
        <w:t>58:34  "Kindly guide us how we can discover God as a living belief." Dekhiye,</w:t>
      </w:r>
      <w:r>
        <w:br/>
      </w:r>
      <w:r>
        <w:rPr>
          <w:sz w:val="20"/>
        </w:rPr>
        <w:t>58:42  aap ke bas mein jo koshish hai, woh koshish kijiye aur dua.</w:t>
      </w:r>
      <w:r>
        <w:br/>
      </w:r>
      <w:r>
        <w:rPr>
          <w:sz w:val="20"/>
        </w:rPr>
        <w:t>58:52  koshish aur dua, koshish aur dua, yeh ek process chalaiye, chalate rahiye, chalate rahiye, chalate rahiye, to yaqeenan</w:t>
      </w:r>
      <w:r>
        <w:br/>
      </w:r>
      <w:r>
        <w:rPr>
          <w:sz w:val="20"/>
        </w:rPr>
        <w:t>59:03  aap is manzil par pahunch jayenge.</w:t>
      </w:r>
    </w:p>
    <w:p>
      <w:pPr>
        <w:pStyle w:val="Heading2"/>
      </w:pPr>
      <w:r>
        <w:t>Is God itself a miracle?</w:t>
      </w:r>
    </w:p>
    <w:p>
      <w:r>
        <w:rPr>
          <w:color w:val="666666"/>
          <w:sz w:val="18"/>
        </w:rPr>
        <w:t>Faith &amp; God · The Existence of God July 23, 2017 Maulana Wahiduddin Khan · 1m 43s · at 54:41 · https://youtu.be/shLM_JhG3iE?t=3281</w:t>
      </w:r>
    </w:p>
    <w:p>
      <w:r>
        <w:rPr>
          <w:i/>
        </w:rPr>
        <w:t>“Is God itself a miracle? What would you say?”</w:t>
      </w:r>
    </w:p>
    <w:p>
      <w:r>
        <w:rPr>
          <w:sz w:val="20"/>
        </w:rPr>
        <w:t>54:41  ji haan. Maulana Sameer sahib ne Kashmir se sawal bheja hai. unhone likha hai ke "Maulana sahib, is God itself a miracle</w:t>
      </w:r>
      <w:r>
        <w:br/>
      </w:r>
      <w:r>
        <w:rPr>
          <w:sz w:val="20"/>
        </w:rPr>
        <w:t>54:53  ? What would you say?" ab main nahi keh sakta ke miracle ka word yahan istemal kiya jaye ya nahi kiya jayega, lekin main apni jo meri knowledge hai, us ke mutabiq main yeh kahunga ke Khuda poori universe ki sab se bari reality hai.</w:t>
      </w:r>
      <w:r>
        <w:br/>
      </w:r>
      <w:r>
        <w:rPr>
          <w:sz w:val="20"/>
        </w:rPr>
        <w:t>55:14  sab se bari reality yeh keh sakta hoon.</w:t>
      </w:r>
      <w:r>
        <w:br/>
      </w:r>
      <w:r>
        <w:rPr>
          <w:sz w:val="20"/>
        </w:rPr>
        <w:t>55:21  Maulana Muhtashim sahib ne Delhi se sawal bheja hai. unhone likha hai: "How do we tackle the fact that probability of subatomic particle existence can be measured, but we could not measure the existence of God?</w:t>
      </w:r>
      <w:r>
        <w:br/>
      </w:r>
      <w:r>
        <w:rPr>
          <w:sz w:val="20"/>
        </w:rPr>
        <w:t>55:39  I mean, we could measure the probability of subatomic particles and reach certainty, but how do we reach to the certainty in the case of</w:t>
      </w:r>
      <w:r>
        <w:br/>
      </w:r>
      <w:r>
        <w:rPr>
          <w:sz w:val="20"/>
        </w:rPr>
        <w:t>55:50  God?" nahi, yeh aap ne sahih nahi likha. measure nahi kar sakte aap. subatomic particle ko aap measure nahi kar sakte.</w:t>
      </w:r>
      <w:r>
        <w:br/>
      </w:r>
      <w:r>
        <w:rPr>
          <w:sz w:val="20"/>
        </w:rPr>
        <w:t>55:59  yeh aap ne sahih nahi kaha. woh measurable hai hi nahi. subatomic particle jo hai, woh quantum theory ka masla hai.</w:t>
      </w:r>
      <w:r>
        <w:br/>
      </w:r>
      <w:r>
        <w:rPr>
          <w:sz w:val="20"/>
        </w:rPr>
        <w:t>56:07  yeh quantum theory ko aap padhiye to subatomic particle ka existence mante hain, lekin measurable nahi mante.</w:t>
      </w:r>
      <w:r>
        <w:br/>
      </w:r>
      <w:r>
        <w:rPr>
          <w:sz w:val="20"/>
        </w:rPr>
        <w:t>56:17  woh yeh aap ka yeh kehna sahi nahi hai.</w:t>
      </w:r>
    </w:p>
    <w:p>
      <w:pPr>
        <w:pStyle w:val="Heading2"/>
      </w:pPr>
      <w:r>
        <w:t>Is God's help for the helpless?</w:t>
      </w:r>
    </w:p>
    <w:p>
      <w:r>
        <w:rPr>
          <w:color w:val="666666"/>
          <w:sz w:val="18"/>
        </w:rPr>
        <w:t>Faith &amp; God · Divine Crusades December 14, 2014 · 28s · at 1:03:47 · https://youtu.be/qZhY00S5LQg?t=3827</w:t>
      </w:r>
    </w:p>
    <w:p>
      <w:r>
        <w:rPr>
          <w:i/>
        </w:rPr>
        <w:t>“God's help comes to a person who feels helpless. Is this true?”</w:t>
      </w:r>
    </w:p>
    <w:p>
      <w:r>
        <w:rPr>
          <w:sz w:val="20"/>
        </w:rPr>
        <w:t>1:03:47  Maulana, unhone ek aur sawal aapse poocha hai.</w:t>
      </w:r>
      <w:r>
        <w:br/>
      </w:r>
      <w:r>
        <w:rPr>
          <w:sz w:val="20"/>
        </w:rPr>
        <w:t>1:03:53  Woh unhone likha hai ke God's help comes to a person who feels helpless.</w:t>
      </w:r>
      <w:r>
        <w:br/>
      </w:r>
      <w:r>
        <w:rPr>
          <w:sz w:val="20"/>
        </w:rPr>
        <w:t>1:04:00  Is this true?</w:t>
      </w:r>
      <w:r>
        <w:br/>
      </w:r>
      <w:r>
        <w:rPr>
          <w:sz w:val="20"/>
        </w:rPr>
        <w:t>1:04:03  Haan haan, bilkul sahi hai.</w:t>
      </w:r>
      <w:r>
        <w:br/>
      </w:r>
      <w:r>
        <w:rPr>
          <w:sz w:val="20"/>
        </w:rPr>
        <w:t>1:04:07  کیونکہ جب آپ helpless ہوتے ہیں تو خوف یاد کرتے ہیں creator کو۔</w:t>
      </w:r>
      <w:r>
        <w:br/>
      </w:r>
      <w:r>
        <w:rPr>
          <w:sz w:val="20"/>
        </w:rPr>
        <w:t>1:04:11  Helpless na hon to aap yaad nahi karenge.</w:t>
      </w:r>
    </w:p>
    <w:p>
      <w:pPr>
        <w:pStyle w:val="Heading2"/>
      </w:pPr>
      <w:r>
        <w:t>Is Paradise extension of present world</w:t>
      </w:r>
    </w:p>
    <w:p>
      <w:r>
        <w:rPr>
          <w:color w:val="666666"/>
          <w:sz w:val="18"/>
        </w:rPr>
        <w:t>Faith &amp; God · Interpretation of History October 23, 2016 · 43s · at 48:15 · https://youtu.be/P-JhH3q-Mdg?t=2895</w:t>
      </w:r>
    </w:p>
    <w:p>
      <w:r>
        <w:rPr>
          <w:i/>
        </w:rPr>
        <w:t>“Is Paradise an extension of the present world? Please comment on that.”</w:t>
      </w:r>
    </w:p>
    <w:p>
      <w:r>
        <w:rPr>
          <w:sz w:val="20"/>
        </w:rPr>
        <w:t>48:15  maulana, agla sawal chennai se kya hai Maulana Iqbal Umri ne, aur unhon ne aap se poocha hai</w:t>
      </w:r>
      <w:r>
        <w:br/>
      </w:r>
      <w:r>
        <w:rPr>
          <w:sz w:val="20"/>
        </w:rPr>
        <w:t>48:23  کہ کیا Paradise is Paradise an extension of the present world? Please comment on this.</w:t>
      </w:r>
      <w:r>
        <w:br/>
      </w:r>
      <w:r>
        <w:rPr>
          <w:sz w:val="20"/>
        </w:rPr>
        <w:t>48:30  bhai, Hazrat Abdullah Ibn Abbas ki jo riwayat hai, us ke lihaaz se to yeh samajh mein aata</w:t>
      </w:r>
      <w:r>
        <w:br/>
      </w:r>
      <w:r>
        <w:rPr>
          <w:sz w:val="20"/>
        </w:rPr>
        <w:t>48:37  hai, aur quran mein dekhein, yeh ayat jo hai ke "walqad katabna fi al-zubur min ba'd al-dhikr in</w:t>
      </w:r>
      <w:r>
        <w:br/>
      </w:r>
      <w:r>
        <w:rPr>
          <w:sz w:val="20"/>
        </w:rPr>
        <w:t>48:45  al-ard 'urs wa'ibadat salihun" yeh ayat bhi is se ishara karti hai.</w:t>
      </w:r>
      <w:r>
        <w:br/>
      </w:r>
      <w:r>
        <w:rPr>
          <w:sz w:val="20"/>
        </w:rPr>
        <w:t>48:52  to main to yahi samajhta hoon, aisa hi hai.</w:t>
      </w:r>
    </w:p>
    <w:p>
      <w:pPr>
        <w:pStyle w:val="Heading2"/>
      </w:pPr>
      <w:r>
        <w:t>Is Satan One and Controlling All</w:t>
      </w:r>
    </w:p>
    <w:p>
      <w:r>
        <w:rPr>
          <w:color w:val="666666"/>
          <w:sz w:val="18"/>
        </w:rPr>
        <w:t>Faith &amp; God · Age Of Consumerism I January 6, 2013 Maulana Wahiduddin Khan · 52s · at 1:23:24 · https://youtu.be/CuRYFl7JuEM?t=5004</w:t>
      </w:r>
    </w:p>
    <w:p>
      <w:r>
        <w:rPr>
          <w:i/>
        </w:rPr>
        <w:t>“Is Satan the only one? If he is the only one, then how is he controlling the whole human being?”</w:t>
      </w:r>
    </w:p>
    <w:p>
      <w:r>
        <w:rPr>
          <w:sz w:val="20"/>
        </w:rPr>
        <w:t>1:23:24  maulana, agla sawal dilli se hai, kousar ali sahab ka. unhone likha hai: "is shaitan di only one. if he is the only one, then how he is controlling the whole human being?" is ke bare mein nahi hai.</w:t>
      </w:r>
      <w:r>
        <w:br/>
      </w:r>
      <w:r>
        <w:rPr>
          <w:sz w:val="20"/>
        </w:rPr>
        <w:t>1:23:39  shaitan ek nahi hai.</w:t>
      </w:r>
      <w:r>
        <w:br/>
      </w:r>
      <w:r>
        <w:rPr>
          <w:sz w:val="20"/>
        </w:rPr>
        <w:t>1:23:42  jis cheez ko hum shaitan ya iblis kehte hain, woh haqeeqat mein jinnaat hain. woh log woh log jinnaat se taluq rakhte hain, jin se.</w:t>
      </w:r>
      <w:r>
        <w:br/>
      </w:r>
      <w:r>
        <w:rPr>
          <w:sz w:val="20"/>
        </w:rPr>
        <w:t>1:23:51  to jinon ke sardar tha iblis. aisa nahi ke bas ek hi insan hai, un ke to bohat sare log hain.</w:t>
      </w:r>
      <w:r>
        <w:br/>
      </w:r>
      <w:r>
        <w:rPr>
          <w:sz w:val="20"/>
        </w:rPr>
        <w:t>1:23:59  jinnaaton ki ek poori ek qaum hai. aur iblis jo quran majeed mein hai, woh to sirf is ka sardar tha, bas.</w:t>
      </w:r>
      <w:r>
        <w:br/>
      </w:r>
      <w:r>
        <w:rPr>
          <w:sz w:val="20"/>
        </w:rPr>
        <w:t>1:24:10  to aisa nahi hai.</w:t>
      </w:r>
    </w:p>
    <w:p>
      <w:pPr>
        <w:pStyle w:val="Heading2"/>
      </w:pPr>
      <w:r>
        <w:t>Is Satan the Only Tempter?</w:t>
      </w:r>
    </w:p>
    <w:p>
      <w:r>
        <w:rPr>
          <w:color w:val="666666"/>
          <w:sz w:val="18"/>
        </w:rPr>
        <w:t>Faith &amp; God · Question &amp; Answer Jan 6th 2013 - Maulana Wahiduddin Kahn · 52s · at 23:50 · https://youtu.be/1FAK1QuHEpw?t=1430</w:t>
      </w:r>
    </w:p>
    <w:p>
      <w:r>
        <w:rPr>
          <w:i/>
        </w:rPr>
        <w:t>“Is Shaitan the only one? If he is the only one then how is he controlling the whole human being?”</w:t>
      </w:r>
    </w:p>
    <w:p>
      <w:r>
        <w:rPr>
          <w:sz w:val="20"/>
        </w:rPr>
        <w:t>23:50  maulana, agla sawal dilli se hai, kousar ali sahib ka. unhon ne likha hai: "Is shaitan the only one?</w:t>
      </w:r>
      <w:r>
        <w:br/>
      </w:r>
      <w:r>
        <w:rPr>
          <w:sz w:val="20"/>
        </w:rPr>
        <w:t>23:58  If he is the only one then how he is controlling the whole human being؟" is ke bare mein</w:t>
      </w:r>
      <w:r>
        <w:br/>
      </w:r>
      <w:r>
        <w:rPr>
          <w:sz w:val="20"/>
        </w:rPr>
        <w:t>24:05  nahi hai, shaitan ek nahi hai. jis cheez ko hum shaitan ya iblis kehte hain woh haqeeqat mein jinat, woh log woh log jinat se taluq rakhte hain, jin se.</w:t>
      </w:r>
      <w:r>
        <w:br/>
      </w:r>
      <w:r>
        <w:rPr>
          <w:sz w:val="20"/>
        </w:rPr>
        <w:t>24:17  to jinnu ke sardar tha iblis. aisa nahi ke bas ek hi insan hai. un ke to bohat saare log hain. jinat ki ek poori ek qaum hai.</w:t>
      </w:r>
      <w:r>
        <w:br/>
      </w:r>
      <w:r>
        <w:rPr>
          <w:sz w:val="20"/>
        </w:rPr>
        <w:t>24:30  aur iblis jo Quran majeed mein hai woh to sirf is ka sardar tha bas. to aisa nahi hai.</w:t>
      </w:r>
    </w:p>
    <w:p>
      <w:pPr>
        <w:pStyle w:val="Heading2"/>
      </w:pPr>
      <w:r>
        <w:t>Is being born Muslim enough for paradise</w:t>
      </w:r>
    </w:p>
    <w:p>
      <w:r>
        <w:rPr>
          <w:color w:val="666666"/>
          <w:sz w:val="18"/>
        </w:rPr>
        <w:t>Faith &amp; God · The Road to Paradise December 11, 2016 · 1m 54s · at 43:14 · https://youtu.be/iW2QmcY1_yU?t=2594</w:t>
      </w:r>
    </w:p>
    <w:p>
      <w:r>
        <w:rPr>
          <w:i/>
        </w:rPr>
        <w:t>“Many people say that being born in a Muslim family is enough to gain an entry into paradise.”</w:t>
      </w:r>
    </w:p>
    <w:p>
      <w:r>
        <w:rPr>
          <w:sz w:val="20"/>
        </w:rPr>
        <w:t>43:14  maulana sahib, pehla sawal aaya hai ahmedabad se, shakeel sahib ne kiya hai aur unhon ne aap</w:t>
      </w:r>
      <w:r>
        <w:br/>
      </w:r>
      <w:r>
        <w:rPr>
          <w:sz w:val="20"/>
        </w:rPr>
        <w:t>43:20  se poocha hai ke maulana sahib many people say that being born in a muslim family is enough</w:t>
      </w:r>
      <w:r>
        <w:br/>
      </w:r>
      <w:r>
        <w:rPr>
          <w:sz w:val="20"/>
        </w:rPr>
        <w:t>43:27  to gain an entry into paradise.</w:t>
      </w:r>
      <w:r>
        <w:br/>
      </w:r>
      <w:r>
        <w:rPr>
          <w:sz w:val="20"/>
        </w:rPr>
        <w:t>43:33  what is your opinion on this?</w:t>
      </w:r>
      <w:r>
        <w:br/>
      </w:r>
      <w:r>
        <w:rPr>
          <w:sz w:val="20"/>
        </w:rPr>
        <w:t>43:40  dekhiye, yeh bhi kisi ki opinion ki baat nahi hai.</w:t>
      </w:r>
      <w:r>
        <w:br/>
      </w:r>
      <w:r>
        <w:rPr>
          <w:sz w:val="20"/>
        </w:rPr>
        <w:t>43:45  quran o hadees mein kahi hai hi nahi yeh baat ke muslim family mein paida ho jao to</w:t>
      </w:r>
      <w:r>
        <w:br/>
      </w:r>
      <w:r>
        <w:rPr>
          <w:sz w:val="20"/>
        </w:rPr>
        <w:t>43:51  tum ko jannat mil jaye gi.</w:t>
      </w:r>
      <w:r>
        <w:br/>
      </w:r>
      <w:r>
        <w:rPr>
          <w:sz w:val="20"/>
        </w:rPr>
        <w:t>43:56  yeh to bilkul alien hai, ajnabi hai islam mein.</w:t>
      </w:r>
      <w:r>
        <w:br/>
      </w:r>
      <w:r>
        <w:rPr>
          <w:sz w:val="20"/>
        </w:rPr>
        <w:t>44:02  yeh to qadeem zamanay mein yahudiyon ka nazariya tha ke family mein paida ho gaye to bas jannat</w:t>
      </w:r>
      <w:r>
        <w:br/>
      </w:r>
      <w:r>
        <w:rPr>
          <w:sz w:val="20"/>
        </w:rPr>
        <w:t>44:07  pakki ho gayi.</w:t>
      </w:r>
      <w:r>
        <w:br/>
      </w:r>
      <w:r>
        <w:rPr>
          <w:sz w:val="20"/>
        </w:rPr>
        <w:t>44:13  yeh to hai hi nahi.</w:t>
      </w:r>
      <w:r>
        <w:br/>
      </w:r>
      <w:r>
        <w:rPr>
          <w:sz w:val="20"/>
        </w:rPr>
        <w:t>44:18  yeh to islam mein hai hi nahi.</w:t>
      </w:r>
      <w:r>
        <w:br/>
      </w:r>
      <w:r>
        <w:rPr>
          <w:sz w:val="20"/>
        </w:rPr>
        <w:t>44:24  yeh to quran mein bar bar hi is ki tardeed hai.</w:t>
      </w:r>
      <w:r>
        <w:br/>
      </w:r>
      <w:r>
        <w:rPr>
          <w:sz w:val="20"/>
        </w:rPr>
        <w:t>44:29  ek aayat mein arz karunga ke laysa bi amaniykum wa la amaniyi ahlil kitabi man ya'mal su'an yujzab is</w:t>
      </w:r>
      <w:r>
        <w:br/>
      </w:r>
      <w:r>
        <w:rPr>
          <w:sz w:val="20"/>
        </w:rPr>
        <w:t>44:35  iska matlab yeh hai ke yahudi log yeh sochte thay ke bas yahudi hain to jannat hai hamare liye.</w:t>
      </w:r>
      <w:r>
        <w:br/>
      </w:r>
      <w:r>
        <w:rPr>
          <w:sz w:val="20"/>
        </w:rPr>
        <w:t>44:40  to aise musalman bhi agar sochen ke hum musalman paida ho gaye to jannat hai hamari.</w:t>
      </w:r>
      <w:r>
        <w:br/>
      </w:r>
      <w:r>
        <w:rPr>
          <w:sz w:val="20"/>
        </w:rPr>
        <w:t>44:46  to man ya'mal su'an yujdhab ke amal par faisla hoga, paidaish par faisla nahi hoga.</w:t>
      </w:r>
      <w:r>
        <w:br/>
      </w:r>
      <w:r>
        <w:rPr>
          <w:sz w:val="20"/>
        </w:rPr>
        <w:t>44:51  yeh to bohat mukhtalif tareeqe se quran o hadith mein yeh baat clear ho gayi hai.</w:t>
      </w:r>
      <w:r>
        <w:br/>
      </w:r>
      <w:r>
        <w:rPr>
          <w:sz w:val="20"/>
        </w:rPr>
        <w:t>44:57  to jo log aisa sochte hain, woh un ki apni zaati soch hai, is ka talluq quran o</w:t>
      </w:r>
      <w:r>
        <w:br/>
      </w:r>
      <w:r>
        <w:rPr>
          <w:sz w:val="20"/>
        </w:rPr>
        <w:t>45:02  hadith se nahi hai.</w:t>
      </w:r>
    </w:p>
    <w:p>
      <w:pPr>
        <w:pStyle w:val="Heading2"/>
      </w:pPr>
      <w:r>
        <w:t>Is belief in God enough without prayer?</w:t>
      </w:r>
    </w:p>
    <w:p>
      <w:r>
        <w:rPr>
          <w:color w:val="666666"/>
          <w:sz w:val="18"/>
        </w:rPr>
        <w:t>Faith &amp; God · The Existence of God July 23, 2017 Maulana Wahiduddin Khan · 1m 07s · at 56:24 · https://youtu.be/shLM_JhG3iE?t=3384</w:t>
      </w:r>
    </w:p>
    <w:p>
      <w:r>
        <w:rPr>
          <w:i/>
        </w:rPr>
        <w:t>“Many people say that belief in God is enough, so following a prayer system is not required, as God knows what is in the hearts of its people. What would you say to such belief?”</w:t>
      </w:r>
    </w:p>
    <w:p>
      <w:r>
        <w:rPr>
          <w:sz w:val="20"/>
        </w:rPr>
        <w:t>56:24  Maulana rizwan sahib ne bhopal se sawal bheja hai. unhon ne aap se poocha hai ke "Maulana, many people say that belief in God is enough, so following a prayer system is not required, as God knows what is in the hearts of its people</w:t>
      </w:r>
      <w:r>
        <w:br/>
      </w:r>
      <w:r>
        <w:rPr>
          <w:sz w:val="20"/>
        </w:rPr>
        <w:t>56:42  . What would you say to such belief?" bhai, yeh sab apni raah pe chalna hai. jab aap God manen to aap ko manna parega ke Quran Khuda ki book hai.</w:t>
      </w:r>
      <w:r>
        <w:br/>
      </w:r>
      <w:r>
        <w:rPr>
          <w:sz w:val="20"/>
        </w:rPr>
        <w:t>56:54  aap ko manenge ke Muhammad صلی اللہ علیہ وسلم Khuda ke rasool hain, to aap ko manna parega ke jo Quran mein hai, jo hadith mein hai, wahi right explanation hai God ke belief ka.</w:t>
      </w:r>
      <w:r>
        <w:br/>
      </w:r>
      <w:r>
        <w:rPr>
          <w:sz w:val="20"/>
        </w:rPr>
        <w:t>57:10  alag se kya banayenge aap? ya to aap manen hi nahi, lekin jab bhi aap manenge Allah ko to manna parega Quran ko, manna parega rasool ko, to manna parega phir in sab cheezon ko jo Quran o hadith se sabit hoti hain.</w:t>
      </w:r>
    </w:p>
    <w:p>
      <w:pPr>
        <w:pStyle w:val="Heading2"/>
      </w:pPr>
      <w:r>
        <w:t>Is hell eternal or temporary punishment?</w:t>
      </w:r>
    </w:p>
    <w:p>
      <w:r>
        <w:rPr>
          <w:color w:val="666666"/>
          <w:sz w:val="18"/>
        </w:rPr>
        <w:t>Faith &amp; God · Man and The Paradise August 11, 2013 Maulana Wahiduddin Khan · 1m 28s · at 1:25:22 · https://youtu.be/m8XdpnaS95U?t=5122</w:t>
      </w:r>
    </w:p>
    <w:p>
      <w:r>
        <w:rPr>
          <w:i/>
        </w:rPr>
        <w:t>“It is believed that in the hereafter, paradise and hell will be eternal, but some scholars say that those in the hell will be there for one day and then they will enter into paradise after their due punishment in the hell. Maulana Sahib, what is your opinion on this? All of this is wishful thinking. They are extracting their own meanings from the Quran and Hadith in a self-made manner. All of this is wishful thinking, wishful thinking. There is no substance to it.”</w:t>
      </w:r>
    </w:p>
    <w:p>
      <w:r>
        <w:rPr>
          <w:sz w:val="20"/>
        </w:rPr>
        <w:t>1:25:22  molana, agla sawal raichur se hai zaheeruddin sahib ka. unhon ne likha hai: molana, it is believed that in aakhirat paradise and hell will be eternal, but some ulama say that those in the hell will be there for one day and then they will enter into paradise after their due punishment in the hell.</w:t>
      </w:r>
      <w:r>
        <w:br/>
      </w:r>
      <w:r>
        <w:rPr>
          <w:sz w:val="20"/>
        </w:rPr>
        <w:t>1:25:44  molana sahib, what is your opinion on this? yeh sab isa isa ko amani kehta hoon main. yeh sab amani hai.</w:t>
      </w:r>
      <w:r>
        <w:br/>
      </w:r>
      <w:r>
        <w:rPr>
          <w:sz w:val="20"/>
        </w:rPr>
        <w:t>1:25:51  khud sakhta tor par quran o hadith se apna matlab nikal rakha hai. yeh sab amani hai, amani. is ki koi harkat nahi hai.</w:t>
      </w:r>
      <w:r>
        <w:br/>
      </w:r>
      <w:r>
        <w:rPr>
          <w:sz w:val="20"/>
        </w:rPr>
        <w:t>1:26:01  yeh amani aap ko bachane wale nahi hain. koi thos dalail par nahi baat hai. yeh sab mauzu rivayatein hain, zaeef rivayatein hain, qisse kahaniyan hain, is se nikal rakha hai yeh sab baatein.</w:t>
      </w:r>
      <w:r>
        <w:br/>
      </w:r>
      <w:r>
        <w:rPr>
          <w:sz w:val="20"/>
        </w:rPr>
        <w:t>1:26:14  dekhen, sab se pehle aap ko quran mein dhoondhna chahiye, sab se pehle.</w:t>
      </w:r>
      <w:r>
        <w:br/>
      </w:r>
      <w:r>
        <w:rPr>
          <w:sz w:val="20"/>
        </w:rPr>
        <w:t>1:26:21  lekin log ulta kya hue hain. logon ka haal kya hai ke mauzu rivayatein, qisse kahaniyan, is se nikalte hain aur quran ko to padhte hain sirf sawab ke liye.</w:t>
      </w:r>
      <w:r>
        <w:br/>
      </w:r>
      <w:r>
        <w:rPr>
          <w:sz w:val="20"/>
        </w:rPr>
        <w:t>1:26:30  yeh ajeeb ghareeb halat hai ummat ka ke quran ko padhte hain sawab ke liye, apna din nikalte hain mauzu rivayaton se, qisse kahaniyon se.</w:t>
      </w:r>
      <w:r>
        <w:br/>
      </w:r>
      <w:r>
        <w:rPr>
          <w:sz w:val="20"/>
        </w:rPr>
        <w:t>1:26:41  to yeh isi ka naam amani hai aur amani aap ko aakhirat mein bachane wale nahi hain.</w:t>
      </w:r>
    </w:p>
    <w:p>
      <w:pPr>
        <w:pStyle w:val="Heading2"/>
      </w:pPr>
      <w:r>
        <w:t>Is it correct to thank God for being in Ummah?</w:t>
      </w:r>
    </w:p>
    <w:p>
      <w:r>
        <w:rPr>
          <w:color w:val="666666"/>
          <w:sz w:val="18"/>
        </w:rPr>
        <w:t>Faith &amp; God · Material Science and Spiritual Science 20 May 2012 · 1m 38s · at 1:19:14 · https://youtu.be/4K6CxjThlxQ?t=4754</w:t>
      </w:r>
    </w:p>
    <w:p>
      <w:r>
        <w:rPr>
          <w:i/>
        </w:rPr>
        <w:t>“Is it correct to say 'Thank God that we are in the Ummah of Muhammad'?”</w:t>
      </w:r>
    </w:p>
    <w:p>
      <w:r>
        <w:rPr>
          <w:sz w:val="20"/>
        </w:rPr>
        <w:t>1:19:14  is ke met pe judge kijiye met par ke woh Hadith jo hai woh is se jo baat nikal rahi hai woh sahi hai ya nahi sahi hai yani aage peeche mat judge kijiye is ko met pe judge kijiye ki sahab ji ki sahab theek hai sahi hai Maulana agla sawal Bangalore se hai Mr Muhammad Yaqoob Umri sahab ka</w:t>
      </w:r>
      <w:r>
        <w:br/>
      </w:r>
      <w:r>
        <w:rPr>
          <w:sz w:val="20"/>
        </w:rPr>
        <w:t>1:19:37  unhon ne likha hai Maulana Khuda ka shukar hai ke hum Ummat e Muhammadiya mein hain kya is tarah ke alfaaz ada karna sahi hai</w:t>
      </w:r>
      <w:r>
        <w:br/>
      </w:r>
      <w:r>
        <w:rPr>
          <w:sz w:val="20"/>
        </w:rPr>
        <w:t>1:19:52  dekhiye sahi galat pehle yeh janiye ke sahi galat ko janchne ka criterion kya hai criterion</w:t>
      </w:r>
      <w:r>
        <w:br/>
      </w:r>
      <w:r>
        <w:rPr>
          <w:sz w:val="20"/>
        </w:rPr>
        <w:t>1:20:02  criterion kya hai</w:t>
      </w:r>
      <w:r>
        <w:br/>
      </w:r>
      <w:r>
        <w:rPr>
          <w:sz w:val="20"/>
        </w:rPr>
        <w:t>1:20:04  sahaba ke baad kaha Hazrat Syed Ibn Jubair tabi ne ke al khutba jab miyar woh hain sahaba jo hain wahi miyar hain to mere ilm ke mutabiq kisi Sahabi ne kabhi yeh jumla nahi bola ise main is ko bidat samajhta hoon agar kisi ko maloom ho ke Sahabi ne aisa kaha ho to mujhe is ka hawala de hawala to main apne aap wapas le loonga</w:t>
      </w:r>
      <w:r>
        <w:br/>
      </w:r>
      <w:r>
        <w:rPr>
          <w:sz w:val="20"/>
        </w:rPr>
        <w:t>1:20:28  agar kahin Sahabi ne jo ke bahs hua Ummat e Muhammad mein shamil the woh yeh jumla kaha hai to theek hai nahi kaha to yeh bidat hai maine dekh kisi Sahabi ne aisa jumla nahi kaha yeh yeh Sahaba ki nafsiyat ke mutabiq nahi hai jumla yeh yeh mubtadiyana nafsiyat ke mutabiq hai</w:t>
      </w:r>
    </w:p>
    <w:p>
      <w:pPr>
        <w:pStyle w:val="Heading2"/>
      </w:pPr>
      <w:r>
        <w:t>Is knowledge of God also a test?</w:t>
      </w:r>
    </w:p>
    <w:p>
      <w:r>
        <w:rPr>
          <w:color w:val="666666"/>
          <w:sz w:val="18"/>
        </w:rPr>
        <w:t>Faith &amp; God · Dars-e-Quran, Ch. 12, V. 105 ; Ch. 10 V. 61 (Study of Nature) | July 15, 2018 · 30s · at 1:03:35 · https://youtu.be/5d-qNvpMg4k?t=3815</w:t>
      </w:r>
    </w:p>
    <w:p>
      <w:r>
        <w:rPr>
          <w:i/>
        </w:rPr>
        <w:t>“Everything is a test, so is the knowledge of God also a test? Explain.”</w:t>
      </w:r>
    </w:p>
    <w:p>
      <w:r>
        <w:rPr>
          <w:sz w:val="20"/>
        </w:rPr>
        <w:t>1:03:35  Maulana agla sawal Shehzad Ahmed sahab ne kiya hai Karachi Pakistan se.</w:t>
      </w:r>
      <w:r>
        <w:br/>
      </w:r>
      <w:r>
        <w:rPr>
          <w:sz w:val="20"/>
        </w:rPr>
        <w:t>1:03:43  unhon ne aap se poocha hai ke har cheez parcha, parcha imtehan hai.</w:t>
      </w:r>
      <w:r>
        <w:br/>
      </w:r>
      <w:r>
        <w:rPr>
          <w:sz w:val="20"/>
        </w:rPr>
        <w:t>1:03:50  to kya Allah ki marifat bhi parcha imtehan hai? Is ke bare mein batayen.</w:t>
      </w:r>
      <w:r>
        <w:br/>
      </w:r>
      <w:r>
        <w:rPr>
          <w:sz w:val="20"/>
        </w:rPr>
        <w:t>1:03:58  parche imtehan kyun kehte hain? Aap yeh kahiye ke yani iman ke irtaqa is ke baghair nahi ho sakta. Yeh kahiye.</w:t>
      </w:r>
    </w:p>
    <w:p>
      <w:pPr>
        <w:pStyle w:val="Heading2"/>
      </w:pPr>
      <w:r>
        <w:t>Is paradise only about fulfilling worldly desires?</w:t>
      </w:r>
    </w:p>
    <w:p>
      <w:r>
        <w:rPr>
          <w:color w:val="666666"/>
          <w:sz w:val="18"/>
        </w:rPr>
        <w:t>Faith &amp; God · The Road to Paradise December 11, 2016 · 1m 25s · at 47:28 · https://youtu.be/iW2QmcY1_yU?t=2848</w:t>
      </w:r>
    </w:p>
    <w:p>
      <w:r>
        <w:rPr>
          <w:i/>
        </w:rPr>
        <w:t>“Many people perceive paradise as a place where they would be able to fulfill all their desires. And mostly Muslims take it as living a good life, like good food, good drink, etc.”</w:t>
      </w:r>
    </w:p>
    <w:p>
      <w:r>
        <w:rPr>
          <w:sz w:val="20"/>
        </w:rPr>
        <w:t>47:28  Maulana, agla sawal Miss Alia Khan ne kiya hai Bhopal se aur unhon ne likha hai: "Maulana sahib</w:t>
      </w:r>
      <w:r>
        <w:br/>
      </w:r>
      <w:r>
        <w:rPr>
          <w:sz w:val="20"/>
        </w:rPr>
        <w:t>47:34  many people perceive paradise as a place where they would be able to fulfill all their desires.</w:t>
      </w:r>
      <w:r>
        <w:br/>
      </w:r>
      <w:r>
        <w:rPr>
          <w:sz w:val="20"/>
        </w:rPr>
        <w:t>47:39  And mostly Muslims take it as living a good life, like good food, good drink, etc.</w:t>
      </w:r>
      <w:r>
        <w:br/>
      </w:r>
      <w:r>
        <w:rPr>
          <w:sz w:val="20"/>
        </w:rPr>
        <w:t>47:44  I want to know from you as to how you perceive paradise.</w:t>
      </w:r>
      <w:r>
        <w:br/>
      </w:r>
      <w:r>
        <w:rPr>
          <w:sz w:val="20"/>
        </w:rPr>
        <w:t>47:49  Please tell all of us about it.</w:t>
      </w:r>
      <w:r>
        <w:br/>
      </w:r>
      <w:r>
        <w:rPr>
          <w:sz w:val="20"/>
        </w:rPr>
        <w:t>47:55  Dekhiye, Quran mein paradise ko nuzool kaha gaya hai.</w:t>
      </w:r>
      <w:r>
        <w:br/>
      </w:r>
      <w:r>
        <w:rPr>
          <w:sz w:val="20"/>
        </w:rPr>
        <w:t>48:01  Nuzool nuzlan min ghafoor raheem is ka matlab hai ke paradise Allah ki Allah ki mezbani hogi.</w:t>
      </w:r>
      <w:r>
        <w:br/>
      </w:r>
      <w:r>
        <w:rPr>
          <w:sz w:val="20"/>
        </w:rPr>
        <w:t>48:08  Paradise Allah ka guest house hai.</w:t>
      </w:r>
      <w:r>
        <w:br/>
      </w:r>
      <w:r>
        <w:rPr>
          <w:sz w:val="20"/>
        </w:rPr>
        <w:t>48:14  Asal cheez yeh hai ke aadmi dunya mein Allah ki marzi ke mutabiq zindagi guzare.</w:t>
      </w:r>
      <w:r>
        <w:br/>
      </w:r>
      <w:r>
        <w:rPr>
          <w:sz w:val="20"/>
        </w:rPr>
        <w:t>48:21  Asal cheez yeh hai.</w:t>
      </w:r>
      <w:r>
        <w:br/>
      </w:r>
      <w:r>
        <w:rPr>
          <w:sz w:val="20"/>
        </w:rPr>
        <w:t>48:27  To jo aadmi dunya mein sirat e mustaqeem par chale, Allah ki marzi par zindagi guzare, do's and don'ts</w:t>
      </w:r>
      <w:r>
        <w:br/>
      </w:r>
      <w:r>
        <w:rPr>
          <w:sz w:val="20"/>
        </w:rPr>
        <w:t>48:34  ke mamle mein woh Allah ke hukum ko maane, to wahan par us ko yeh inaam mile ga</w:t>
      </w:r>
      <w:r>
        <w:br/>
      </w:r>
      <w:r>
        <w:rPr>
          <w:sz w:val="20"/>
        </w:rPr>
        <w:t>48:40  ke woh Khuda ke jo guest house hai, wahan us ko dakhila mile ga.</w:t>
      </w:r>
      <w:r>
        <w:br/>
      </w:r>
      <w:r>
        <w:rPr>
          <w:sz w:val="20"/>
        </w:rPr>
        <w:t>48:47  Yeh hai jo Musalman samajhte hain, woh bilkul hi sahi nahi hai.</w:t>
      </w:r>
    </w:p>
    <w:p>
      <w:pPr>
        <w:pStyle w:val="Heading2"/>
      </w:pPr>
      <w:r>
        <w:t>Is visualizing God right or wrong?</w:t>
      </w:r>
    </w:p>
    <w:p>
      <w:r>
        <w:rPr>
          <w:color w:val="666666"/>
          <w:sz w:val="18"/>
        </w:rPr>
        <w:t>Faith &amp; God · Q&amp;A 11 Jul 2010 Maulana Wahiduddin Khan · 1m 18s · at 6:42 · https://youtu.be/UHtdtzGGwFQ?t=402</w:t>
      </w:r>
    </w:p>
    <w:p>
      <w:r>
        <w:rPr>
          <w:i/>
        </w:rPr>
        <w:t>“If someone visualizes God, please tell me, is it right or wrong?”</w:t>
      </w:r>
    </w:p>
    <w:p>
      <w:r>
        <w:rPr>
          <w:sz w:val="20"/>
        </w:rPr>
        <w:t>6:42  maulana, agla sawal kya hai? mister salman ahmed ne, dilli se. unhon ne likha hai keh "If someone visualizes God, please tell me, is it right or wrong?"</w:t>
      </w:r>
      <w:r>
        <w:br/>
      </w:r>
      <w:r>
        <w:rPr>
          <w:sz w:val="20"/>
        </w:rPr>
        <w:t>6:54  bilkul jhoot hai. yeh sufia ne ek bid'at nikali hai keh woh muraqba karte the, un ko jhalliyan dikhayi thin, unhon ne kaha tha, unhon ne Khuda ko dekha.</w:t>
      </w:r>
      <w:r>
        <w:br/>
      </w:r>
      <w:r>
        <w:rPr>
          <w:sz w:val="20"/>
        </w:rPr>
        <w:t>7:03  sab phir jhooti baaten hain. hadith ne kaha hai keh jis ne kaha keh rasool Allah ne Khuda ko dekha, to jhoot kaha. waqt kazib.</w:t>
      </w:r>
      <w:r>
        <w:br/>
      </w:r>
      <w:r>
        <w:rPr>
          <w:sz w:val="20"/>
        </w:rPr>
        <w:t>7:13  tujhe rasool Allah ne nahi dekha, to doosra kaun dekh sakta hai? sab shaitani baaten hain. is se toba karna chahiye. aap Khuda ko dekh nahi sakte is duniya mein.</w:t>
      </w:r>
      <w:r>
        <w:br/>
      </w:r>
      <w:r>
        <w:rPr>
          <w:sz w:val="20"/>
        </w:rPr>
        <w:t>7:23  aakhirat mein dekhenge, inshallah. yahan nahi dekh sakte. yahan to aap ko Khuda ko yaad karna hai, Khuda ki kitab ko padhna hai,</w:t>
      </w:r>
      <w:r>
        <w:br/>
      </w:r>
      <w:r>
        <w:rPr>
          <w:sz w:val="20"/>
        </w:rPr>
        <w:t>7:30  Khuda par ghor o fikr karna hai, aur Khuda ki sifat mein, us ke attribute mein Khuda ko pana hai. yaad rakhiye, Khuda ki zaat mein aap nahi pa sakte Khuda ko.</w:t>
      </w:r>
      <w:r>
        <w:br/>
      </w:r>
      <w:r>
        <w:rPr>
          <w:sz w:val="20"/>
        </w:rPr>
        <w:t>7:41  koi koi aap Khuda ki zaat ko. haan, us ki us ka creation samne hai hamare.</w:t>
      </w:r>
      <w:r>
        <w:br/>
      </w:r>
      <w:r>
        <w:rPr>
          <w:sz w:val="20"/>
        </w:rPr>
        <w:t>7:48  us ka har cheez jo hai, har cheez mein Khuda ka kamalat dikhayi de rahe hain.</w:t>
      </w:r>
      <w:r>
        <w:br/>
      </w:r>
      <w:r>
        <w:rPr>
          <w:sz w:val="20"/>
        </w:rPr>
        <w:t>7:56  wahan Khuda ko discover kijiye.</w:t>
      </w:r>
    </w:p>
    <w:p>
      <w:pPr>
        <w:pStyle w:val="Heading2"/>
      </w:pPr>
      <w:r>
        <w:t>Is your teaching from Allah or personal?</w:t>
      </w:r>
    </w:p>
    <w:p>
      <w:r>
        <w:rPr>
          <w:color w:val="666666"/>
          <w:sz w:val="18"/>
        </w:rPr>
        <w:t>Faith &amp; God · Dars-e-Quran, Chapter 2, Verses 67-73, May 6, 2018 · 1m 29s · at 49:24 · https://youtu.be/JAsg4SpiVDU?t=2964</w:t>
      </w:r>
    </w:p>
    <w:p>
      <w:r>
        <w:rPr>
          <w:i/>
        </w:rPr>
        <w:t>“I want to know that whatever you speak, what is its truth? Is it your personal thoughts or from Allah?”</w:t>
      </w:r>
    </w:p>
    <w:p>
      <w:r>
        <w:rPr>
          <w:sz w:val="20"/>
        </w:rPr>
        <w:t>49:24  maulana, agla sawal dilli se kya hai? om prakash jaiswal sahab ne, unhon ne likha hai: "maulana sahab, aap ko parnam!</w:t>
      </w:r>
      <w:r>
        <w:br/>
      </w:r>
      <w:r>
        <w:rPr>
          <w:sz w:val="20"/>
        </w:rPr>
        <w:t>49:34  mein janna chahta hoon ke aap jo kuch bhi bolte hain, us ka source kya hai? kya yeh aap ke niji vichar hain ya Allah ke?</w:t>
      </w:r>
      <w:r>
        <w:br/>
      </w:r>
      <w:r>
        <w:rPr>
          <w:sz w:val="20"/>
        </w:rPr>
        <w:t>49:45  is ke bare mein bataein."</w:t>
      </w:r>
      <w:r>
        <w:br/>
      </w:r>
      <w:r>
        <w:rPr>
          <w:sz w:val="20"/>
        </w:rPr>
        <w:t>49:53  dekhiye, mein bachpan se le kar aaj tak sab se zyada padhta hoon Quran aur hadith.</w:t>
      </w:r>
      <w:r>
        <w:br/>
      </w:r>
      <w:r>
        <w:rPr>
          <w:sz w:val="20"/>
        </w:rPr>
        <w:t>50:04  pehle hi padhta tha, aaj bhi Quran aur hadith. mein akabir ki cheezon ka qail nahi hoon. log akabir mein phanse rehte hain.</w:t>
      </w:r>
      <w:r>
        <w:br/>
      </w:r>
      <w:r>
        <w:rPr>
          <w:sz w:val="20"/>
        </w:rPr>
        <w:t>50:15  jis ko dekhiye, woh akabir mein phansa hua hai. mein Quran aur hadith se baaton ko nikalta hoon. akabir ko bas ek historical فنا karna, historical figure ki taraf bandhta hoon.</w:t>
      </w:r>
      <w:r>
        <w:br/>
      </w:r>
      <w:r>
        <w:rPr>
          <w:sz w:val="20"/>
        </w:rPr>
        <w:t>50:30  mein tareekh mein woh paida hui hain, lekin mein un ko mayar nahi manta. to meri baatein sab ki sab hadith aur Quran se nikli hui hoti hain,</w:t>
      </w:r>
      <w:r>
        <w:br/>
      </w:r>
      <w:r>
        <w:rPr>
          <w:sz w:val="20"/>
        </w:rPr>
        <w:t>50:43  akabir se nikli hui nahi hoti. ise jis ki samajh mein nahi aata, woh isi liye nahi samajh mein aata.</w:t>
      </w:r>
    </w:p>
    <w:p>
      <w:pPr>
        <w:pStyle w:val="Heading2"/>
      </w:pPr>
      <w:r>
        <w:t>Islam's Differentiation of Ideology and Methods</w:t>
      </w:r>
    </w:p>
    <w:p>
      <w:r>
        <w:rPr>
          <w:color w:val="666666"/>
          <w:sz w:val="18"/>
        </w:rPr>
        <w:t>Faith &amp; God · Prophetic Wisdom | May 01, 2016 · 1m 25s · at 44:14 · https://youtu.be/KrjwjAw03zw?t=2654</w:t>
      </w:r>
    </w:p>
    <w:p>
      <w:r>
        <w:rPr>
          <w:i/>
        </w:rPr>
        <w:t>“Can we say that Islam differentiates between ideology and methods? In Islam, ideology is absolute and the method is based upon the situation. What is your opinion on this?”</w:t>
      </w:r>
    </w:p>
    <w:p>
      <w:r>
        <w:rPr>
          <w:sz w:val="20"/>
        </w:rPr>
        <w:t>44:14  sawal hai unhon ne likha hai ke "Can we say that Islam differentiates between ideology and methods?</w:t>
      </w:r>
      <w:r>
        <w:br/>
      </w:r>
      <w:r>
        <w:rPr>
          <w:sz w:val="20"/>
        </w:rPr>
        <w:t>44:21  In Islam, ideology is absolute and the method is based upon the situation.</w:t>
      </w:r>
      <w:r>
        <w:br/>
      </w:r>
      <w:r>
        <w:rPr>
          <w:sz w:val="20"/>
        </w:rPr>
        <w:t>44:29  What is your opinion on this?" haan yeh sahi hai koi shaq nahi Maulana agla sawal Amjad Ali</w:t>
      </w:r>
      <w:r>
        <w:br/>
      </w:r>
      <w:r>
        <w:rPr>
          <w:sz w:val="20"/>
        </w:rPr>
        <w:t>44:36  sahib ne kiya hai Multan Pakistan se aur unhon ne likha hai ke "Muslims are going away</w:t>
      </w:r>
      <w:r>
        <w:br/>
      </w:r>
      <w:r>
        <w:rPr>
          <w:sz w:val="20"/>
        </w:rPr>
        <w:t>44:44  from Islam despite Quran aur dawah work.</w:t>
      </w:r>
      <w:r>
        <w:br/>
      </w:r>
      <w:r>
        <w:rPr>
          <w:sz w:val="20"/>
        </w:rPr>
        <w:t>44:52  Why is this so?" mein yeh dekhiye aap ko generalize nahi kar sakte aap aakhir isi mein aap</w:t>
      </w:r>
      <w:r>
        <w:br/>
      </w:r>
      <w:r>
        <w:rPr>
          <w:sz w:val="20"/>
        </w:rPr>
        <w:t>45:00  bhi to hain aksar mein kehta hoon ke aap aap log exclude kar ke kuch bolte hain aap</w:t>
      </w:r>
      <w:r>
        <w:br/>
      </w:r>
      <w:r>
        <w:rPr>
          <w:sz w:val="20"/>
        </w:rPr>
        <w:t>45:08  log alag kar ke kyun bolte hain to mein kahunga ke agarche</w:t>
      </w:r>
      <w:r>
        <w:br/>
      </w:r>
      <w:r>
        <w:rPr>
          <w:sz w:val="20"/>
        </w:rPr>
        <w:t>45:16  dunya mein bohat si aisi baatein huin baad ke zamane mein jo Islam ki spirit ke mutabiq nahi</w:t>
      </w:r>
      <w:r>
        <w:br/>
      </w:r>
      <w:r>
        <w:rPr>
          <w:sz w:val="20"/>
        </w:rPr>
        <w:t>45:24  thin lekin ab ek revival bhi hai revival har jagah har jagah log Islam ki taraf lot rahe</w:t>
      </w:r>
      <w:r>
        <w:br/>
      </w:r>
      <w:r>
        <w:rPr>
          <w:sz w:val="20"/>
        </w:rPr>
        <w:t>45:31  hain to hamein is ko bhi dekhna chahiye aksar sawal sawal karne wala khud isi ka part hota</w:t>
      </w:r>
    </w:p>
    <w:p>
      <w:pPr>
        <w:pStyle w:val="Heading2"/>
      </w:pPr>
      <w:r>
        <w:t>Islam: way of life or government</w:t>
      </w:r>
    </w:p>
    <w:p>
      <w:r>
        <w:rPr>
          <w:color w:val="666666"/>
          <w:sz w:val="18"/>
        </w:rPr>
        <w:t>Faith &amp; God · God in the Age of Science January 08, 2017 · 1m 17s · at 1:03:03 · https://youtu.be/au1bRdQDZ0U?t=3783</w:t>
      </w:r>
    </w:p>
    <w:p>
      <w:r>
        <w:rPr>
          <w:i/>
        </w:rPr>
        <w:t>“I just want to know: Is Islam a way of life or a way of government? Maulana Sahib, what is your opinion on this?”</w:t>
      </w:r>
    </w:p>
    <w:p>
      <w:r>
        <w:rPr>
          <w:sz w:val="20"/>
        </w:rPr>
        <w:t>1:03:03  bahut bada risk le raha hai woh ke Allah ke haan pakda jayega maulana agla sawal muhammad</w:t>
      </w:r>
      <w:r>
        <w:br/>
      </w:r>
      <w:r>
        <w:rPr>
          <w:sz w:val="20"/>
        </w:rPr>
        <w:t>1:03:10  عبدالرحمن صاحب نے کیا ہے پاکستان سے اور انہوں نے پوچھا ہے I just want to know is</w:t>
      </w:r>
      <w:r>
        <w:br/>
      </w:r>
      <w:r>
        <w:rPr>
          <w:sz w:val="20"/>
        </w:rPr>
        <w:t>1:03:18  اسلام way of life اور a way of government مولانا صاحب what is your opinion on this یہ</w:t>
      </w:r>
      <w:r>
        <w:br/>
      </w:r>
      <w:r>
        <w:rPr>
          <w:sz w:val="20"/>
        </w:rPr>
        <w:t>1:03:26  to bilkul be be be be be be be be be be istilahein hain way of life bhi</w:t>
      </w:r>
      <w:r>
        <w:br/>
      </w:r>
      <w:r>
        <w:rPr>
          <w:sz w:val="20"/>
        </w:rPr>
        <w:t>1:03:33  aur way of government bhi quran mein jo hai woh leejye aap woh hai Allah ki mohabbat pe</w:t>
      </w:r>
      <w:r>
        <w:br/>
      </w:r>
      <w:r>
        <w:rPr>
          <w:sz w:val="20"/>
        </w:rPr>
        <w:t>1:03:41  jeena Allah ke khauf pe jeena yeh hai islam ashadd hubban lillahi wa lam yakhsha illa Allah quran padhein</w:t>
      </w:r>
      <w:r>
        <w:br/>
      </w:r>
      <w:r>
        <w:rPr>
          <w:sz w:val="20"/>
        </w:rPr>
        <w:t>1:03:49  aap to quran se milega ke momin woh hai jo Allah ki mohabbat pe jeeye aur Allah</w:t>
      </w:r>
      <w:r>
        <w:br/>
      </w:r>
      <w:r>
        <w:rPr>
          <w:sz w:val="20"/>
        </w:rPr>
        <w:t>1:03:57  ke khauf pe jeeye yeh kya nikala hai way of government yeh to bidat hai mubtadaana istilahein</w:t>
      </w:r>
      <w:r>
        <w:br/>
      </w:r>
      <w:r>
        <w:rPr>
          <w:sz w:val="20"/>
        </w:rPr>
        <w:t>1:04:04  yeh kisi ko aap jaanchana hai to is tarah jaanchen ke is ke andar Allah ki mohabbat hai</w:t>
      </w:r>
      <w:r>
        <w:br/>
      </w:r>
      <w:r>
        <w:rPr>
          <w:sz w:val="20"/>
        </w:rPr>
        <w:t>1:04:12  ke nahi is ke andar Allah ka khauf hai ya nahi yeh way of government ka kya cheez</w:t>
      </w:r>
    </w:p>
    <w:p>
      <w:pPr>
        <w:pStyle w:val="Heading2"/>
      </w:pPr>
      <w:r>
        <w:t>Islamic perspective on aliens and their nature</w:t>
      </w:r>
    </w:p>
    <w:p>
      <w:r>
        <w:rPr>
          <w:color w:val="666666"/>
          <w:sz w:val="18"/>
        </w:rPr>
        <w:t>Faith &amp; God · Purpose of Human Life February 12, 2012 Maulana Wahiduddin Khan · 52s · at 1:35:36 · https://youtu.be/gRupSXuak-w?t=5736</w:t>
      </w:r>
    </w:p>
    <w:p>
      <w:r>
        <w:rPr>
          <w:i/>
        </w:rPr>
        <w:t>“Today's human thinks that there is a more developed being in this universe called aliens and they are trying to discover them. Is this a sign of angels or jinns or is it a human illusion? What answer can be given from an Islamic point of view?”</w:t>
      </w:r>
    </w:p>
    <w:p>
      <w:r>
        <w:rPr>
          <w:sz w:val="20"/>
        </w:rPr>
        <w:t>1:35:36  maulana, agla sawal delhi se hai mr shahnawaz zafar sahib ka. unhon ne poocha hai: "aaj ka insan yeh samajhta hai ke is se bhi zyada developed koi jio hai is universe mein jis ko alien kehte hain aur woh is ko discover karne mein lage hue hain.</w:t>
      </w:r>
      <w:r>
        <w:br/>
      </w:r>
      <w:r>
        <w:rPr>
          <w:sz w:val="20"/>
        </w:rPr>
        <w:t>1:35:56  kya yeh farishton ki nishani hai ya jinat ki ya woh insan ka waham hai? islamic point of view se is ka kya jawab ho sakta hai?" yeh koi discovery to hai nahin, yeh to ek mufrada hai ke is pe kya irada de sakte hain hum?</w:t>
      </w:r>
      <w:r>
        <w:br/>
      </w:r>
      <w:r>
        <w:rPr>
          <w:sz w:val="20"/>
        </w:rPr>
        <w:t>1:36:12  kuch logon ne farz kar rakha hai, is ke liye rocket uda rahe hain. is ki koi haqeeqat, is ki kuch kuch bhi nahin hai.</w:t>
      </w:r>
      <w:r>
        <w:br/>
      </w:r>
      <w:r>
        <w:rPr>
          <w:sz w:val="20"/>
        </w:rPr>
        <w:t>1:36:21  is ki koi scientific haqeeqat nahin hai. yeh yeh mufrada hai, mufrada sirf.</w:t>
      </w:r>
    </w:p>
    <w:p>
      <w:pPr>
        <w:pStyle w:val="Heading2"/>
      </w:pPr>
      <w:r>
        <w:t>Islamic view on reward only in this world</w:t>
      </w:r>
    </w:p>
    <w:p>
      <w:r>
        <w:rPr>
          <w:color w:val="666666"/>
          <w:sz w:val="18"/>
        </w:rPr>
        <w:t>Faith &amp; God · Age of Peace November 18, 2012 · 1m 12s · at 1:35:05 · https://youtu.be/Y9nkQnBqbrs?t=5705</w:t>
      </w:r>
    </w:p>
    <w:p>
      <w:r>
        <w:rPr>
          <w:i/>
        </w:rPr>
        <w:t>“There is a common belief, especially among Hindus, that one gets reward for his doings, good or bad, in this world only. What is the Islamic viewpoint about it?”</w:t>
      </w:r>
    </w:p>
    <w:p>
      <w:r>
        <w:rPr>
          <w:sz w:val="20"/>
        </w:rPr>
        <w:t>1:35:05  maulana, agla sawal dilli se hai doctor tahir mustafa sahab ka. unhon ne likha hai: "There is a common belief, especially among Hindus, that one gets reward for his doings, good or bad, in this world only.</w:t>
      </w:r>
      <w:r>
        <w:br/>
      </w:r>
      <w:r>
        <w:rPr>
          <w:sz w:val="20"/>
        </w:rPr>
        <w:t>1:35:21  What is the Islamic viewpoint about it?"</w:t>
      </w:r>
      <w:r>
        <w:br/>
      </w:r>
      <w:r>
        <w:rPr>
          <w:sz w:val="20"/>
        </w:rPr>
        <w:t>1:35:28  nahi, dekhiye, yeh hindu dharm ka yeh bhi nazariya nahi jo aap keh rahe hain, sahi nahi hai. mere nazdeek hindu dharm mein to punarjanm hai, yeh nahi hai sahi.</w:t>
      </w:r>
      <w:r>
        <w:br/>
      </w:r>
      <w:r>
        <w:rPr>
          <w:sz w:val="20"/>
        </w:rPr>
        <w:t>1:35:36  yeh shukr log aisa kehte honge,</w:t>
      </w:r>
      <w:r>
        <w:br/>
      </w:r>
      <w:r>
        <w:rPr>
          <w:sz w:val="20"/>
        </w:rPr>
        <w:t>1:35:39  kisi bhi dharm mein yeh baat nahi hai. lekin jahan tak islam ki baat hai, islam mein dekhiye, yeh baat saaf hai ke allah taala ne ek farq kar rakha hai: pre death period aur post death period.</w:t>
      </w:r>
      <w:r>
        <w:br/>
      </w:r>
      <w:r>
        <w:rPr>
          <w:sz w:val="20"/>
        </w:rPr>
        <w:t>1:35:53  pre death period jo hai, woh testing period hai aur post death period jo hai, woh reward period hai. yahan par amal karna hai, wahan par jaza paana hai.</w:t>
      </w:r>
      <w:r>
        <w:br/>
      </w:r>
      <w:r>
        <w:rPr>
          <w:sz w:val="20"/>
        </w:rPr>
        <w:t>1:36:03  yeh islam ka tareeqa hai.</w:t>
      </w:r>
      <w:r>
        <w:br/>
      </w:r>
      <w:r>
        <w:rPr>
          <w:sz w:val="20"/>
        </w:rPr>
        <w:t>1:36:06  baqi jo unhon ne kaha hai, woh mere nazdeek kisi mazhab mein nahi hai. secular logon ka nazariya albatta ho sakta hai aisa.</w:t>
      </w:r>
    </w:p>
    <w:p>
      <w:pPr>
        <w:pStyle w:val="Heading2"/>
      </w:pPr>
      <w:r>
        <w:t>Jesus in Islam: death, ascension, crucifixion?</w:t>
      </w:r>
    </w:p>
    <w:p>
      <w:r>
        <w:rPr>
          <w:color w:val="666666"/>
          <w:sz w:val="18"/>
        </w:rPr>
        <w:t>Faith &amp; God · Man and the Laws of Nature April 1, 2012 · 36s · at 1:44:13 · https://youtu.be/coIrwYQgb6Y?t=6253</w:t>
      </w:r>
    </w:p>
    <w:p>
      <w:r>
        <w:rPr>
          <w:i/>
        </w:rPr>
        <w:t>“What does Islam tell us about Jesus Christ? Did he die a natural death or was he raised alive by God? Was he crucified or not?”</w:t>
      </w:r>
    </w:p>
    <w:p>
      <w:r>
        <w:rPr>
          <w:sz w:val="20"/>
        </w:rPr>
        <w:t>1:44:13  bas. Maulana, agla sawal Delhi se hai Mr. Mazhar ka.</w:t>
      </w:r>
      <w:r>
        <w:br/>
      </w:r>
      <w:r>
        <w:rPr>
          <w:sz w:val="20"/>
        </w:rPr>
        <w:t>1:44:19  unhon ne likha hai: "Hazrat Isa Masih ke bare mein Islam hamein kya batata hai? kya Isa ki natural death hui thi ya aap ko Khuda ne zinda uthaya tha aur Isa Masih ko cross pe chadhaya gaya tha ya nahi?" Al-Risala jo hai, May 2010, mein bohat tafseel se blush karta hoon, us ko padh lijiye.</w:t>
      </w:r>
      <w:r>
        <w:br/>
      </w:r>
      <w:r>
        <w:rPr>
          <w:sz w:val="20"/>
        </w:rPr>
        <w:t>1:44:42  Al-Risala ka shumarah jo hai, Al-Risala ka issue May 2010 mein tafseel se hai.</w:t>
      </w:r>
    </w:p>
    <w:p>
      <w:pPr>
        <w:pStyle w:val="Heading2"/>
      </w:pPr>
      <w:r>
        <w:t>Knowing if Our Actions Are Acceptable to God</w:t>
      </w:r>
    </w:p>
    <w:p>
      <w:r>
        <w:rPr>
          <w:color w:val="666666"/>
          <w:sz w:val="18"/>
        </w:rPr>
        <w:t>Faith &amp; God · The Problem of Conditioning April 22, 2012 · 1m 30s · at 1:04:48 · https://youtu.be/j-kJQzOz46g?t=3888</w:t>
      </w:r>
    </w:p>
    <w:p>
      <w:r>
        <w:rPr>
          <w:i/>
        </w:rPr>
        <w:t>“How do we know that what we are doing is acceptable in the eyes of God? Please advise.”</w:t>
      </w:r>
    </w:p>
    <w:p>
      <w:r>
        <w:rPr>
          <w:sz w:val="20"/>
        </w:rPr>
        <w:t>1:04:48  maulana, agla sawal miss tuti malhotra ka hai, dilli se. unhon ne likha hai: "How do we know that what we are doing is acceptable in the eyes of God?</w:t>
      </w:r>
      <w:r>
        <w:br/>
      </w:r>
      <w:r>
        <w:rPr>
          <w:sz w:val="20"/>
        </w:rPr>
        <w:t>1:04:59  Please advise." dekhen, is ka peshagi aap ko pata nahi. peshagi aap ko koi, yani koi, koi assurance nahi mil sakta hai aap ko ke yeh acceptable ho gaya.</w:t>
      </w:r>
      <w:r>
        <w:br/>
      </w:r>
      <w:r>
        <w:rPr>
          <w:sz w:val="20"/>
        </w:rPr>
        <w:t>1:05:16  isi liye hadith mein hai ke "al-iman ma raja' wal khauf" . iman jo hai, khauf aur umeed ke beech mein hota hai.</w:t>
      </w:r>
      <w:r>
        <w:br/>
      </w:r>
      <w:r>
        <w:rPr>
          <w:sz w:val="20"/>
        </w:rPr>
        <w:t>1:05:28  hum sirf yeh kar sakte hain ke hum Khuda ki kitab ko, Rasool Allah ki sunnat ko padh kar yeh janiye ke kaun sa kaam Allah Ta'ala ko matloob hai.</w:t>
      </w:r>
      <w:r>
        <w:br/>
      </w:r>
      <w:r>
        <w:rPr>
          <w:sz w:val="20"/>
        </w:rPr>
        <w:t>1:05:37  bas woh qabool hoga, yeh maut ke baad hi maloom hoga. maut se pehle aisa koi zariya nahi hai ke peshagi taur par maloom ho jaye ke qabool ho gaya.</w:t>
      </w:r>
      <w:r>
        <w:br/>
      </w:r>
      <w:r>
        <w:rPr>
          <w:sz w:val="20"/>
        </w:rPr>
        <w:t>1:05:48  aisa, aisa mumkin nahi hai. albatta yeh zaroor mumkin hai ke hum peshagi taur par jald yeh jan lein ke hum sirat-e-mustaqeem par hain ya is se bhatke</w:t>
      </w:r>
      <w:r>
        <w:br/>
      </w:r>
      <w:r>
        <w:rPr>
          <w:sz w:val="20"/>
        </w:rPr>
        <w:t>1:05:57  hue hain. yeh to maloom ho sakta hai. dono farq hain. dono ko farq samjhiye ke hum right path par hain ya nahi, yeh to maloom ho sakta hai.</w:t>
      </w:r>
      <w:r>
        <w:br/>
      </w:r>
      <w:r>
        <w:rPr>
          <w:sz w:val="20"/>
        </w:rPr>
        <w:t>1:06:08  baqi yeh baat ke Allah Ta'ala ke haan woh accept ho gaya hai, yeh poore maloom mein to maloom hoga sirf maut ke baad.</w:t>
      </w:r>
    </w:p>
    <w:p>
      <w:pPr>
        <w:pStyle w:val="Heading2"/>
      </w:pPr>
      <w:r>
        <w:t>Lack of God recognition in Western societies</w:t>
      </w:r>
    </w:p>
    <w:p>
      <w:r>
        <w:rPr>
          <w:color w:val="666666"/>
          <w:sz w:val="18"/>
        </w:rPr>
        <w:t>Faith &amp; God · Three levels of Realization July 4, 2010 · 1m 56s · at 1:23:48 · https://youtu.be/NtCTVVov3Nw?t=5028</w:t>
      </w:r>
    </w:p>
    <w:p>
      <w:r>
        <w:rPr>
          <w:i/>
        </w:rPr>
        <w:t>“Why do people in Western countries acknowledge God's existence but never give Him due recognition, and consider it weakness to attribute accomplishments to God's will?”</w:t>
      </w:r>
    </w:p>
    <w:p>
      <w:r>
        <w:rPr>
          <w:sz w:val="20"/>
        </w:rPr>
        <w:t>1:23:48  maulana agla sawal kya hai mister khwaja kaleemuddin ah ne from pennsylvania usa he is written maulana sahib generally people in western countries acknowledge gods existence but never they give him a due recognition</w:t>
      </w:r>
      <w:r>
        <w:br/>
      </w:r>
      <w:r>
        <w:rPr>
          <w:sz w:val="20"/>
        </w:rPr>
        <w:t>1:24:07  for example a person in power like an executive or president never says that he would accomplish anything with the help of god or he would not say that this was gods will it is considered to be the weakness of a person if anyone says so why is this so maulana kindly comment on this</w:t>
      </w:r>
      <w:r>
        <w:br/>
      </w:r>
      <w:r>
        <w:rPr>
          <w:sz w:val="20"/>
        </w:rPr>
        <w:t>1:24:30  ab mein to yeh kahunga ke yeh</w:t>
      </w:r>
      <w:r>
        <w:br/>
      </w:r>
      <w:r>
        <w:rPr>
          <w:sz w:val="20"/>
        </w:rPr>
        <w:t>1:24:33  western world ki baat hai yeh sari duniya ki baat hai ke log khuda ka naam lete hain</w:t>
      </w:r>
      <w:r>
        <w:br/>
      </w:r>
      <w:r>
        <w:rPr>
          <w:sz w:val="20"/>
        </w:rPr>
        <w:t>1:24:37  lekin consciousness ke level par unhein khuda ka pata nahi yeh to maa baap sun rahe hain society</w:t>
      </w:r>
      <w:r>
        <w:br/>
      </w:r>
      <w:r>
        <w:rPr>
          <w:sz w:val="20"/>
        </w:rPr>
        <w:t>1:24:45  mein bola jata hai bol rahe hain bol rahe hain bol rahe hain to ek hai woh khuda</w:t>
      </w:r>
      <w:r>
        <w:br/>
      </w:r>
      <w:r>
        <w:rPr>
          <w:sz w:val="20"/>
        </w:rPr>
        <w:t>1:24:49  jo aap ne society se paya ho aap kisi ghar mein paida hue kisi society mein paida hue</w:t>
      </w:r>
      <w:r>
        <w:br/>
      </w:r>
      <w:r>
        <w:rPr>
          <w:sz w:val="20"/>
        </w:rPr>
        <w:t>1:24:55  wahan log khuda ki boli bol rahe the to aap bhi lage bolne</w:t>
      </w:r>
      <w:r>
        <w:br/>
      </w:r>
      <w:r>
        <w:rPr>
          <w:sz w:val="20"/>
        </w:rPr>
        <w:t>1:25:01  yeh</w:t>
      </w:r>
      <w:r>
        <w:br/>
      </w:r>
      <w:r>
        <w:rPr>
          <w:sz w:val="20"/>
        </w:rPr>
        <w:t>1:25:02  hai yeh ek ek koi yeh yeh yeh jo yeh jo bolna hai is ki koi value nahi hai khuda ko paana woh paana jo aap ke liye ek self self discovery ki taraf mila ho yani khud aap ne study ki khud aap ne socha khud aap ko realize hua ke khuda hai tab jo khuda aaye ga aap ke mind mein to woh ek living god hoga living god</w:t>
      </w:r>
      <w:r>
        <w:br/>
      </w:r>
      <w:r>
        <w:rPr>
          <w:sz w:val="20"/>
        </w:rPr>
        <w:t>1:25:27  yeh to bas aik maa baap se chala raha hai society mein chala raha hai kuch tradition mein chala raha hai tradition yeh traditional belief hai yeh yeh yeh khuda ka sahi maloom hai realization nahi hai</w:t>
      </w:r>
      <w:r>
        <w:br/>
      </w:r>
      <w:r>
        <w:rPr>
          <w:sz w:val="20"/>
        </w:rPr>
        <w:t>1:25:45  maulana agla sawal aya hai mr shakir ur rehman ka dilli se unhon ne poocha hai ke how we will come to know that we have realized god</w:t>
      </w:r>
    </w:p>
    <w:p>
      <w:pPr>
        <w:pStyle w:val="Heading2"/>
      </w:pPr>
      <w:r>
        <w:t>Law of Requital in a World of Tests</w:t>
      </w:r>
    </w:p>
    <w:p>
      <w:r>
        <w:rPr>
          <w:color w:val="666666"/>
          <w:sz w:val="18"/>
        </w:rPr>
        <w:t>Faith &amp; God · Importance of Peace December 16, 2012 · 1m 52s · at 1:04:46 · https://youtu.be/nymyorYyEz4?t=3886</w:t>
      </w:r>
    </w:p>
    <w:p>
      <w:r>
        <w:rPr>
          <w:i/>
        </w:rPr>
        <w:t>“If everything is a test, then what is the law of requital for deeds?”</w:t>
      </w:r>
    </w:p>
    <w:p>
      <w:r>
        <w:rPr>
          <w:sz w:val="20"/>
        </w:rPr>
        <w:t>1:04:46  Maulana, agla sawal bhi Pakistan se hai Aamir bin Yusuf sahib ka</w:t>
      </w:r>
      <w:r>
        <w:br/>
      </w:r>
      <w:r>
        <w:rPr>
          <w:sz w:val="20"/>
        </w:rPr>
        <w:t>1:04:51  . Unhon ne aapse poocha hai: "Agar har cheez imtehan hai to qanoon mukafaat-e-amal kya hai?" Is ke bare mein bataein.</w:t>
      </w:r>
      <w:r>
        <w:br/>
      </w:r>
      <w:r>
        <w:rPr>
          <w:sz w:val="20"/>
        </w:rPr>
        <w:t>1:05:05  Qanoon mukafaat-e-amal ek koi Quran Hadees to hai nahi, yeh to ek shayar ka sher hai. Yeh to koi al-mukafaat-e-amal ghafil mashhoor, yeh to ek sher hai.</w:t>
      </w:r>
      <w:r>
        <w:br/>
      </w:r>
      <w:r>
        <w:rPr>
          <w:sz w:val="20"/>
        </w:rPr>
        <w:t>1:05:21  Dekhiye, Allah ka jo creation plan hai, jo Quran mein banaya gaya hai, us ke mutabiq dekhiye, is duniya mein insaan azaad hai.</w:t>
      </w:r>
      <w:r>
        <w:br/>
      </w:r>
      <w:r>
        <w:rPr>
          <w:sz w:val="20"/>
        </w:rPr>
        <w:t>1:05:32  Is duniya mein Allah khara karein kisi ko, kahein kuch waqiyat hote hain, log kehte hain Allah ka azaab, is duniya mein Allah ka azaab nahi aayega kisi ke upar.</w:t>
      </w:r>
      <w:r>
        <w:br/>
      </w:r>
      <w:r>
        <w:rPr>
          <w:sz w:val="20"/>
        </w:rPr>
        <w:t>1:05:42  Woh warning hoti hai, itbaah hota hai.</w:t>
      </w:r>
      <w:r>
        <w:br/>
      </w:r>
      <w:r>
        <w:rPr>
          <w:sz w:val="20"/>
        </w:rPr>
        <w:t>1:05:45  Apni aql ko istemal kijiye aur is duniya mein aap ko nakami bhi hogi, kamyabi hogi, success bhi hoga, failure bhi hoga.</w:t>
      </w:r>
      <w:r>
        <w:br/>
      </w:r>
      <w:r>
        <w:rPr>
          <w:sz w:val="20"/>
        </w:rPr>
        <w:t>1:05:57  Woh hoga aap ki planning ke mutabiq. Planning galat hai to fail ho jayenge, aap planning sahi hai to aap kamyab honge. Yeh to duniya mein chalta rahega.</w:t>
      </w:r>
      <w:r>
        <w:br/>
      </w:r>
      <w:r>
        <w:rPr>
          <w:sz w:val="20"/>
        </w:rPr>
        <w:t>1:06:10  jahan tak akhirat ka mamla hai to wo farishton ka jo record ho raha hai hum mein se har shakhs ke bare mein, to is record ki buniyad par Allah faisla karenge ke kaun is qabil ko jannat dakhil kiya jayega.</w:t>
      </w:r>
      <w:r>
        <w:br/>
      </w:r>
      <w:r>
        <w:rPr>
          <w:sz w:val="20"/>
        </w:rPr>
        <w:t>1:06:25  ye hai. baqi ye jo she'r hai, wo is ka main is ka zimmedar main nahi hoon.</w:t>
      </w:r>
    </w:p>
    <w:p>
      <w:pPr>
        <w:pStyle w:val="Heading2"/>
      </w:pPr>
      <w:r>
        <w:t>Life after death vs reincarnation</w:t>
      </w:r>
    </w:p>
    <w:p>
      <w:r>
        <w:rPr>
          <w:color w:val="666666"/>
          <w:sz w:val="18"/>
        </w:rPr>
        <w:t>Faith &amp; God · Life After Death January 22, 2012 · 1m 22s · at 1:04:50 · https://youtu.be/5hVH1BLKBF4?t=3890</w:t>
      </w:r>
    </w:p>
    <w:p>
      <w:r>
        <w:rPr>
          <w:i/>
        </w:rPr>
        <w:t>“You have said that part of human personality is repeatable. Hence, human personality is also repeatable. The concept of reincarnation says the same thing. As Muslims, we do not believe in this theory. How can we distinguish the concept of life after death with the concept of reincarnation?”</w:t>
      </w:r>
    </w:p>
    <w:p>
      <w:r>
        <w:rPr>
          <w:sz w:val="20"/>
        </w:rPr>
        <w:t>1:04:50  maulana, agla sawal dilli se hai. mister n</w:t>
      </w:r>
      <w:r>
        <w:br/>
      </w:r>
      <w:r>
        <w:rPr>
          <w:sz w:val="20"/>
        </w:rPr>
        <w:t>1:04:53  asir aziz ka, unhon ne likha hai: "you have said that part of human personality is repeatable. hence, human personality is also repeatable.</w:t>
      </w:r>
      <w:r>
        <w:br/>
      </w:r>
      <w:r>
        <w:rPr>
          <w:sz w:val="20"/>
        </w:rPr>
        <w:t>1:05:05  the concept of avagaman says the same thing. as muslims, we do not believe in this theory. how can we distinguish the concept of life after death with the concept of avagaman?"</w:t>
      </w:r>
      <w:r>
        <w:br/>
      </w:r>
      <w:r>
        <w:rPr>
          <w:sz w:val="20"/>
        </w:rPr>
        <w:t>1:05:20  dekhiye, avagaman agar simply yeh ho ke mout ke baad zindagi, to woh to samajh mein aati hai. lekin jo 82 saal ke, pata nahi kitne lakh saal ka chakkar hai, woh to ek illogical baat hai.</w:t>
      </w:r>
      <w:r>
        <w:br/>
      </w:r>
      <w:r>
        <w:rPr>
          <w:sz w:val="20"/>
        </w:rPr>
        <w:t>1:05:35  avagaman simply agar yeh ho, life after death ke mani mein, to main sahi samjhunga is ko. lekin woh to yeh hai ke ek, pata nahi kitne karor saal aadmi ghoomta rehta hai, ghoomta rehta hai, ghoomta rehta hai.</w:t>
      </w:r>
      <w:r>
        <w:br/>
      </w:r>
      <w:r>
        <w:rPr>
          <w:sz w:val="20"/>
        </w:rPr>
        <w:t>1:05:47  yeh yeh to bilkul illogical baat hai.</w:t>
      </w:r>
      <w:r>
        <w:br/>
      </w:r>
      <w:r>
        <w:rPr>
          <w:sz w:val="20"/>
        </w:rPr>
        <w:t>1:05:50  koi is ka na reason mein, koi is ka saboot hai, na mazhab mein koi saboot hai.</w:t>
      </w:r>
      <w:r>
        <w:br/>
      </w:r>
      <w:r>
        <w:rPr>
          <w:sz w:val="20"/>
        </w:rPr>
        <w:t>1:05:59  to avagaman simply life after death ke mani mein nahi hai. woh ek ek cycle ke mani mein hai. aur woh cycle ka koi saboot nahi hai. na mazhab mein, na reason mein, na science mein.</w:t>
      </w:r>
    </w:p>
    <w:p>
      <w:pPr>
        <w:pStyle w:val="Heading2"/>
      </w:pPr>
      <w:r>
        <w:t>Limit of applying reason in religion</w:t>
      </w:r>
    </w:p>
    <w:p>
      <w:r>
        <w:rPr>
          <w:color w:val="666666"/>
          <w:sz w:val="18"/>
        </w:rPr>
        <w:t>Faith &amp; God · Revival of Abrahamic Mission October 28, 2012 · 1m 16s · at 1:09:31 · https://youtu.be/9mV72V5gsqM?t=4171</w:t>
      </w:r>
    </w:p>
    <w:p>
      <w:r>
        <w:rPr>
          <w:i/>
        </w:rPr>
        <w:t>“What is the limit of applying mind in religion?”</w:t>
      </w:r>
    </w:p>
    <w:p>
      <w:r>
        <w:rPr>
          <w:sz w:val="20"/>
        </w:rPr>
        <w:t>1:09:31  maulana, mister sanjeeb ne dilli se sawal kiya hai. unhon ne unhon ne poocha hai: "What is the limit of applying mind in religion?"</w:t>
      </w:r>
      <w:r>
        <w:br/>
      </w:r>
      <w:r>
        <w:rPr>
          <w:sz w:val="20"/>
        </w:rPr>
        <w:t>1:09:43  meri samajh nahi aayi, kya matlab hai is ka? maulana ki: "limit ki, limit kya sawal hai?" bhai hain, religion to zindagi hai. aap shayad religion ka matlab samjhte hain, rituals.</w:t>
      </w:r>
      <w:r>
        <w:br/>
      </w:r>
      <w:r>
        <w:rPr>
          <w:sz w:val="20"/>
        </w:rPr>
        <w:t>1:09:58  rituals hona religion nahi hai.</w:t>
      </w:r>
      <w:r>
        <w:br/>
      </w:r>
      <w:r>
        <w:rPr>
          <w:sz w:val="20"/>
        </w:rPr>
        <w:t>1:10:01  religion to, yani yani intellectual activities ka har form hai. intellectual activities ka har form hai.</w:t>
      </w:r>
      <w:r>
        <w:br/>
      </w:r>
      <w:r>
        <w:rPr>
          <w:sz w:val="20"/>
        </w:rPr>
        <w:t>1:10:17  to sab se zyada aap ko, aap ka mind jo hai, jis cheez mein religion aap ke mind ko sab se zyada develop karta hai, sab se zyada engage karta hai, sab se zyada taraqqi</w:t>
      </w:r>
      <w:r>
        <w:br/>
      </w:r>
      <w:r>
        <w:rPr>
          <w:sz w:val="20"/>
        </w:rPr>
        <w:t>1:10:30  ki taraf le aata hai, to is mein limit kya sawal hai? limit ka zehan is waqt aata hai jab aap jab religion ka matlab samjhein aap rituals.</w:t>
      </w:r>
      <w:r>
        <w:br/>
      </w:r>
      <w:r>
        <w:rPr>
          <w:sz w:val="20"/>
        </w:rPr>
        <w:t>1:10:39  to ritual to mazhab hai hi nahi, woh to culture hai.</w:t>
      </w:r>
    </w:p>
    <w:p>
      <w:pPr>
        <w:pStyle w:val="Heading2"/>
      </w:pPr>
      <w:r>
        <w:t>Living in God's glory despite helplessness</w:t>
      </w:r>
    </w:p>
    <w:p>
      <w:r>
        <w:rPr>
          <w:color w:val="666666"/>
          <w:sz w:val="18"/>
        </w:rPr>
        <w:t>Faith &amp; God · Man &amp; Paradise Aug 18, 2013 - Maulana Wahiduddin Khan · 1m 37s · at 48:57 · https://youtu.be/yKy1suwbP8o?t=2937</w:t>
      </w:r>
    </w:p>
    <w:p>
      <w:r>
        <w:rPr>
          <w:i/>
        </w:rPr>
        <w:t>“In this world we are helpless, but still we often live in our own glory. How can we live in the glory of God?”</w:t>
      </w:r>
    </w:p>
    <w:p>
      <w:r>
        <w:rPr>
          <w:sz w:val="20"/>
        </w:rPr>
        <w:t>48:57  maulana, agla sawal dilli se hai miss naghma siddiqui ka. unhon ne likha hai: "maulana, in this world we are helpless, but still we often live in our own glory.</w:t>
      </w:r>
      <w:r>
        <w:br/>
      </w:r>
      <w:r>
        <w:rPr>
          <w:sz w:val="20"/>
        </w:rPr>
        <w:t>49:11  my question is: how can we live in the glory of god?"</w:t>
      </w:r>
      <w:r>
        <w:br/>
      </w:r>
      <w:r>
        <w:rPr>
          <w:sz w:val="20"/>
        </w:rPr>
        <w:t>49:15  " dekhiye, jo log apni glory mein jeete hain, is ka naam glory nahin hai, is ka naam hai arrogance.</w:t>
      </w:r>
      <w:r>
        <w:br/>
      </w:r>
      <w:r>
        <w:rPr>
          <w:sz w:val="20"/>
        </w:rPr>
        <w:t>49:25  yeh arrogance ka beautiful word hai. yeh jo log apni glory mein jeete hon, woh haqeeqat mein arrogance mein jeete hain, aur arrogance jo hai, woh bilashuba jaiz nahin hai.</w:t>
      </w:r>
      <w:r>
        <w:br/>
      </w:r>
      <w:r>
        <w:rPr>
          <w:sz w:val="20"/>
        </w:rPr>
        <w:t>49:41  ek hadith hai ke aisa shakhs jannat mein nahin jayega jis ke andar ek rai ke barabar bhi arrogance ho.</w:t>
      </w:r>
      <w:r>
        <w:br/>
      </w:r>
      <w:r>
        <w:rPr>
          <w:sz w:val="20"/>
        </w:rPr>
        <w:t>49:52  man la yadkhul al-jannata man kan fi qalbihi misqal habbat khardalin min kibr. la yadkhul al-jannata man kan fi qalbihi misqal habbat khardalin min kibr.</w:t>
      </w:r>
      <w:r>
        <w:br/>
      </w:r>
      <w:r>
        <w:rPr>
          <w:sz w:val="20"/>
        </w:rPr>
        <w:t>50:05  woh aadmi jannat mein nahin jayega, nahin jayega jis ke andar rai ke dane ke barabar bhi kibr ho. to main dekh, glory jo log self glory mein jeete hain, woh arrogance mein jeete hain, aur agar arrogance mein jeena to yeh to bohat hi risky baat hai.</w:t>
      </w:r>
      <w:r>
        <w:br/>
      </w:r>
      <w:r>
        <w:rPr>
          <w:sz w:val="20"/>
        </w:rPr>
        <w:t>50:26  bohat bara risk le rahe hain aise log akhirat ke aitbar se.</w:t>
      </w:r>
    </w:p>
    <w:p>
      <w:pPr>
        <w:pStyle w:val="Heading2"/>
      </w:pPr>
      <w:r>
        <w:t>Location of hell after world becomes paradise</w:t>
      </w:r>
    </w:p>
    <w:p>
      <w:r>
        <w:rPr>
          <w:color w:val="666666"/>
          <w:sz w:val="18"/>
        </w:rPr>
        <w:t>Faith &amp; God · Dars-e-Quran, Chapter 2, Verse 25 | November 19, 2017 | Maulana Wahiduddin Khan · 1m 22s · at 55:32 · https://youtu.be/ctvrG32NCgA?t=3332</w:t>
      </w:r>
    </w:p>
    <w:p>
      <w:r>
        <w:rPr>
          <w:i/>
        </w:rPr>
        <w:t>“In your today's lecture, if this world will be converted into paradise, then where will hell be located?”</w:t>
      </w:r>
    </w:p>
    <w:p>
      <w:r>
        <w:rPr>
          <w:sz w:val="20"/>
        </w:rPr>
        <w:t>55:32  Maulana, agla sawal Kolkata se Aftab Alam sahib ne bheja hai, unhon ne likha hai: "Maulana sahib, as</w:t>
      </w:r>
      <w:r>
        <w:br/>
      </w:r>
      <w:r>
        <w:rPr>
          <w:sz w:val="20"/>
        </w:rPr>
        <w:t>55:40  "But today's lecture, 'If this world will be converted into paradise, then where will hell be located?' Because"</w:t>
      </w:r>
      <w:r>
        <w:br/>
      </w:r>
      <w:r>
        <w:rPr>
          <w:sz w:val="20"/>
        </w:rPr>
        <w:t>55:47  we know the</w:t>
      </w:r>
      <w:r>
        <w:br/>
      </w:r>
      <w:r>
        <w:rPr>
          <w:sz w:val="20"/>
        </w:rPr>
        <w:t>55:55  t both will exist for ever.</w:t>
      </w:r>
      <w:r>
        <w:br/>
      </w:r>
      <w:r>
        <w:rPr>
          <w:sz w:val="20"/>
        </w:rPr>
        <w:t>56:00  Maulana sahib, please clear this confusion.</w:t>
      </w:r>
      <w:r>
        <w:br/>
      </w:r>
      <w:r>
        <w:rPr>
          <w:sz w:val="20"/>
        </w:rPr>
        <w:t>56:05  yeh confusion nahi hai, yeh apne aap ko aisi cheez ka mukallaf karna hai jis ke liye aap</w:t>
      </w:r>
      <w:r>
        <w:br/>
      </w:r>
      <w:r>
        <w:rPr>
          <w:sz w:val="20"/>
        </w:rPr>
        <w:t>56:10  mukallaf nahi hain.</w:t>
      </w:r>
      <w:r>
        <w:br/>
      </w:r>
      <w:r>
        <w:rPr>
          <w:sz w:val="20"/>
        </w:rPr>
        <w:t>56:15  misal ke tor par, Allah ne zameen, zameen o aasman ke bare mein bohat si ayat Quran mein bhi hain.</w:t>
      </w:r>
      <w:r>
        <w:br/>
      </w:r>
      <w:r>
        <w:rPr>
          <w:sz w:val="20"/>
        </w:rPr>
        <w:t>56:20  ab aap napna chahein ke universe kitni lambi hai, kitni chauri hai,</w:t>
      </w:r>
      <w:r>
        <w:br/>
      </w:r>
      <w:r>
        <w:rPr>
          <w:sz w:val="20"/>
        </w:rPr>
        <w:t>56:25  to aap ne ek aisi cheez ka mukallaf kar liya apne aap ko jo aap ke bas mein nahi hai.</w:t>
      </w:r>
      <w:r>
        <w:br/>
      </w:r>
      <w:r>
        <w:rPr>
          <w:sz w:val="20"/>
        </w:rPr>
        <w:t>56:31  yeh kaun sa sawal hai ke jannat kahan hai? itni bari duniya hai, itni bari duniya hai ke</w:t>
      </w:r>
      <w:r>
        <w:br/>
      </w:r>
      <w:r>
        <w:rPr>
          <w:sz w:val="20"/>
        </w:rPr>
        <w:t>56:37  aaj bhi science yeh kehne ki position mein nahi hai ke hamari universe kitni bari hai.</w:t>
      </w:r>
      <w:r>
        <w:br/>
      </w:r>
      <w:r>
        <w:rPr>
          <w:sz w:val="20"/>
        </w:rPr>
        <w:t>56:43  to aap aisi cheez ki koi ki fikr kyun karte hain jo aap ke bas mein nahi? woh</w:t>
      </w:r>
      <w:r>
        <w:br/>
      </w:r>
      <w:r>
        <w:rPr>
          <w:sz w:val="20"/>
        </w:rPr>
        <w:t>56:49  allah par daliye.</w:t>
      </w:r>
    </w:p>
    <w:p>
      <w:pPr>
        <w:pStyle w:val="Heading2"/>
      </w:pPr>
      <w:r>
        <w:t>Logical positivism versus falsificationism</w:t>
      </w:r>
    </w:p>
    <w:p>
      <w:r>
        <w:rPr>
          <w:color w:val="666666"/>
          <w:sz w:val="18"/>
        </w:rPr>
        <w:t>Faith &amp; God · Divine Help February 09, 2014 Maulana Wahiduddin Khan · 1m 32s · at 1:15:03 · https://youtu.be/eJBjiYGZcKY?t=4503</w:t>
      </w:r>
    </w:p>
    <w:p>
      <w:r>
        <w:rPr>
          <w:i/>
        </w:rPr>
        <w:t>“In your book God Arises, you assert modern age is the age of logical positivism. But this assertion contradicts with the title of your book Does God Exist? Therefore I think modern age is not the age of logical positivism. It is the age of hypothesism or falsificationism. Please comment.”</w:t>
      </w:r>
    </w:p>
    <w:p>
      <w:r>
        <w:rPr>
          <w:sz w:val="20"/>
        </w:rPr>
        <w:t>1:15:03  Maulana agla sawal jamon kashmir se junah hasan ne kiya hai.</w:t>
      </w:r>
      <w:r>
        <w:br/>
      </w:r>
      <w:r>
        <w:rPr>
          <w:sz w:val="20"/>
        </w:rPr>
        <w:t>1:15:08  انہوں نے لکھا ہے: In your book God Arises you assert modern age is the age of logical positivism.</w:t>
      </w:r>
      <w:r>
        <w:br/>
      </w:r>
      <w:r>
        <w:rPr>
          <w:sz w:val="20"/>
        </w:rPr>
        <w:t>1:15:13  But this assertion contradicts with the title of your book Does God exist? Therefore I think modern age is not the age of logical positivism. It is the age of hypothesism or falsificationism. Please comment.</w:t>
      </w:r>
      <w:r>
        <w:br/>
      </w:r>
      <w:r>
        <w:rPr>
          <w:sz w:val="20"/>
        </w:rPr>
        <w:t>1:15:33  yeh mein hamari kitab ka title yeh kaha hai.</w:t>
      </w:r>
      <w:r>
        <w:br/>
      </w:r>
      <w:r>
        <w:rPr>
          <w:sz w:val="20"/>
        </w:rPr>
        <w:t>1:15:37  yeh to aap ne banaya hai.</w:t>
      </w:r>
      <w:r>
        <w:br/>
      </w:r>
      <w:r>
        <w:rPr>
          <w:sz w:val="20"/>
        </w:rPr>
        <w:t>1:15:42  is ka kitab ka title to urdu mein hai mazhab aur jari challenge.</w:t>
      </w:r>
      <w:r>
        <w:br/>
      </w:r>
      <w:r>
        <w:rPr>
          <w:sz w:val="20"/>
        </w:rPr>
        <w:t>1:15:47  arabi mein alaihissalam bitahaddah.</w:t>
      </w:r>
      <w:r>
        <w:br/>
      </w:r>
      <w:r>
        <w:rPr>
          <w:sz w:val="20"/>
        </w:rPr>
        <w:t>1:15:52  angrezi mein God arises.</w:t>
      </w:r>
      <w:r>
        <w:br/>
      </w:r>
      <w:r>
        <w:rPr>
          <w:sz w:val="20"/>
        </w:rPr>
        <w:t>1:15:57  woh kahan hai? woh to hain? woh kahan hai? woh to hai nahin.</w:t>
      </w:r>
      <w:r>
        <w:br/>
      </w:r>
      <w:r>
        <w:rPr>
          <w:sz w:val="20"/>
        </w:rPr>
        <w:t>1:16:02  jo dosra title hai woh is ko unhon ne shayad confuse kiya hai Maulana? nahin yeh dosra title</w:t>
      </w:r>
      <w:r>
        <w:br/>
      </w:r>
      <w:r>
        <w:rPr>
          <w:sz w:val="20"/>
        </w:rPr>
        <w:t>1:16:07  bhi nahin hai nahin.</w:t>
      </w:r>
      <w:r>
        <w:br/>
      </w:r>
      <w:r>
        <w:rPr>
          <w:sz w:val="20"/>
        </w:rPr>
        <w:t>1:16:12  yeh title hamara nahin hai.</w:t>
      </w:r>
      <w:r>
        <w:br/>
      </w:r>
      <w:r>
        <w:rPr>
          <w:sz w:val="20"/>
        </w:rPr>
        <w:t>1:16:17  ji nahin woh bilkul sahi nahin hai.</w:t>
      </w:r>
      <w:r>
        <w:br/>
      </w:r>
      <w:r>
        <w:rPr>
          <w:sz w:val="20"/>
        </w:rPr>
        <w:t>1:16:22  phir se parhein.</w:t>
      </w:r>
      <w:r>
        <w:br/>
      </w:r>
      <w:r>
        <w:rPr>
          <w:sz w:val="20"/>
        </w:rPr>
        <w:t>1:16:26  phir se dekhein woh yeh title hamara nahin hai.</w:t>
      </w:r>
      <w:r>
        <w:br/>
      </w:r>
      <w:r>
        <w:rPr>
          <w:sz w:val="20"/>
        </w:rPr>
        <w:t>1:16:31  yeh hamara title nahin hai.</w:t>
      </w:r>
    </w:p>
    <w:p>
      <w:pPr>
        <w:pStyle w:val="Heading2"/>
      </w:pPr>
      <w:r>
        <w:t>Main focus of deen</w:t>
      </w:r>
    </w:p>
    <w:p>
      <w:r>
        <w:rPr>
          <w:color w:val="666666"/>
          <w:sz w:val="18"/>
        </w:rPr>
        <w:t>Faith &amp; God · Discovering God June 30, 2019 Maulana Wahiduddin Khan · 1m 19s · at 1:01:40 · https://youtu.be/Yt1-eX7XzYU?t=3700</w:t>
      </w:r>
    </w:p>
    <w:p>
      <w:r>
        <w:rPr>
          <w:i/>
        </w:rPr>
        <w:t>“What is the main focus of deen? What does deen want from a person?”</w:t>
      </w:r>
    </w:p>
    <w:p>
      <w:r>
        <w:rPr>
          <w:sz w:val="20"/>
        </w:rPr>
        <w:t>1:01:40  maulana, ek sawal aaya hai srinagar kashmir se. idrees qamar sahib ne bheja hai. unhon ne likha hai: "deen ka main focus kya hai?" yani deen insan se kya chahta hai?</w:t>
      </w:r>
      <w:r>
        <w:br/>
      </w:r>
      <w:r>
        <w:rPr>
          <w:sz w:val="20"/>
        </w:rPr>
        <w:t>1:01:53  is ke bare mein bataein.</w:t>
      </w:r>
      <w:r>
        <w:br/>
      </w:r>
      <w:r>
        <w:rPr>
          <w:sz w:val="20"/>
        </w:rPr>
        <w:t>1:01:58  deen insaan se chahta hai alhamdulillah rabbul alameen. Allah ki hamd ko daryaft karna aur Allah ke haath mein jeena, yahi hai.</w:t>
      </w:r>
      <w:r>
        <w:br/>
      </w:r>
      <w:r>
        <w:rPr>
          <w:sz w:val="20"/>
        </w:rPr>
        <w:t>1:02:11  Allah ki hamd ko daryaft karo aur Allah ki hamd mein jeene wale bano. Bas baqi yeh parts aur waghera jo chalate hain log, iska koi talluq deen se nahi hai.</w:t>
      </w:r>
      <w:r>
        <w:br/>
      </w:r>
      <w:r>
        <w:rPr>
          <w:sz w:val="20"/>
        </w:rPr>
        <w:t>1:02:30  Maulana, ek comment bheja hai Maulana Yaqoob Umri sahib ne Dilli se. Unhone likha hai: "Maulana, I Maulana, I don't know if any book or any aalim who has made God a subject of discovery except you.</w:t>
      </w:r>
      <w:r>
        <w:br/>
      </w:r>
      <w:r>
        <w:rPr>
          <w:sz w:val="20"/>
        </w:rPr>
        <w:t>1:02:47  One to all have made made God only a subject of belief. I believe that your book Discovering God will be a great blessing for all humanity.</w:t>
      </w:r>
      <w:r>
        <w:br/>
      </w:r>
      <w:r>
        <w:rPr>
          <w:sz w:val="20"/>
        </w:rPr>
        <w:t>1:03:00  Jazak Allah." Mashallah, mashallah. Maulana, agla sawal Tamapur se bheja hai Naseer Sinh sahib ne.</w:t>
      </w:r>
    </w:p>
    <w:p>
      <w:pPr>
        <w:pStyle w:val="Heading2"/>
      </w:pPr>
      <w:r>
        <w:t>Making others realize need for God</w:t>
      </w:r>
    </w:p>
    <w:p>
      <w:r>
        <w:rPr>
          <w:color w:val="666666"/>
          <w:sz w:val="18"/>
        </w:rPr>
        <w:t>Faith &amp; God · Message of The Quran March 29, 2015 · 1m 31s · at 52:34 · https://youtu.be/61ANCBxSPHs?t=3154</w:t>
      </w:r>
    </w:p>
    <w:p>
      <w:r>
        <w:rPr>
          <w:i/>
        </w:rPr>
        <w:t>“Belief in God is also a need of every human being just like any other thing. If people do not believe in God then their life becomes purposeless. How do we make others realize this? Please guide us.”</w:t>
      </w:r>
    </w:p>
    <w:p>
      <w:r>
        <w:rPr>
          <w:sz w:val="20"/>
        </w:rPr>
        <w:t>52:34  molana, agla sawal kya hai mumbai se shakeel sahab ne. aur unhon ne likha hai: "molana, Belief in God is also a need of every human being just like any other thing.</w:t>
      </w:r>
      <w:r>
        <w:br/>
      </w:r>
      <w:r>
        <w:rPr>
          <w:sz w:val="20"/>
        </w:rPr>
        <w:t>52:49  If people do not believe in God then their life becomes purposeless. How do we make others realize this thing?</w:t>
      </w:r>
      <w:r>
        <w:br/>
      </w:r>
      <w:r>
        <w:rPr>
          <w:sz w:val="20"/>
        </w:rPr>
        <w:t>52:58  Please guide us."</w:t>
      </w:r>
      <w:r>
        <w:br/>
      </w:r>
      <w:r>
        <w:rPr>
          <w:sz w:val="20"/>
        </w:rPr>
        <w:t>53:00  dekhiye, quran mein ek ayat hai: "bal il insanu ala nafsihi basira wa law alqahu ma'adhirra".</w:t>
      </w:r>
      <w:r>
        <w:br/>
      </w:r>
      <w:r>
        <w:rPr>
          <w:sz w:val="20"/>
        </w:rPr>
        <w:t>53:09  yani apne aap par ghor kar ke aap Allah ko daryaft kar sakte hain. isi liye bukhari mein yeh riwayat hai ke Allah ne insan ko apni surat par paida kiya.</w:t>
      </w:r>
      <w:r>
        <w:br/>
      </w:r>
      <w:r>
        <w:rPr>
          <w:sz w:val="20"/>
        </w:rPr>
        <w:t>53:23  apni surat par. apni surat ke ma'ne yeh nahi ke woh aisi jaise hamare hath paon, woh aise Allah ke hath paon, naoozubillah.</w:t>
      </w:r>
      <w:r>
        <w:br/>
      </w:r>
      <w:r>
        <w:rPr>
          <w:sz w:val="20"/>
        </w:rPr>
        <w:t>53:30  nahi. Allah ne insan ko is tarah banaya hai ke agar aap ghor karen apne bare mein. to aap apne khalq ko daryaft kar sakte hain.</w:t>
      </w:r>
      <w:r>
        <w:br/>
      </w:r>
      <w:r>
        <w:rPr>
          <w:sz w:val="20"/>
        </w:rPr>
        <w:t>53:39  aap ek makhlooq hain. is makhlooq ko daryaft karen aap to aap yaqeeni taur par khalq ko daryaft kar sakte hain. yeh matlab hai is ka.</w:t>
      </w:r>
      <w:r>
        <w:br/>
      </w:r>
      <w:r>
        <w:rPr>
          <w:sz w:val="20"/>
        </w:rPr>
        <w:t>53:50  to har insan apne aap mein ek Khuda ki dalil hai. har insan apne aap mein Khuda ki marifat ka saman rakhta hai.</w:t>
      </w:r>
      <w:r>
        <w:br/>
      </w:r>
      <w:r>
        <w:rPr>
          <w:sz w:val="20"/>
        </w:rPr>
        <w:t>54:00  sirf zarurat hai ghor o fikr ki.</w:t>
      </w:r>
    </w:p>
    <w:p>
      <w:pPr>
        <w:pStyle w:val="Heading2"/>
      </w:pPr>
      <w:r>
        <w:t>Managing crisis and belief in God</w:t>
      </w:r>
    </w:p>
    <w:p>
      <w:r>
        <w:rPr>
          <w:color w:val="666666"/>
          <w:sz w:val="18"/>
        </w:rPr>
        <w:t>Faith &amp; God · Divine Crusades December 14, 2014 · 1m 03s · at 1:02:43 · https://youtu.be/qZhY00S5LQg?t=3763</w:t>
      </w:r>
    </w:p>
    <w:p>
      <w:r>
        <w:rPr>
          <w:i/>
        </w:rPr>
        <w:t>“How can one manage a crisis situation? How important is belief in God in crisis management?”</w:t>
      </w:r>
    </w:p>
    <w:p>
      <w:r>
        <w:rPr>
          <w:sz w:val="20"/>
        </w:rPr>
        <w:t>1:02:43  Maulana, agla sawal Miss Naghma Siddiqui ne bheja hai Delhi se.</w:t>
      </w:r>
      <w:r>
        <w:br/>
      </w:r>
      <w:r>
        <w:rPr>
          <w:sz w:val="20"/>
        </w:rPr>
        <w:t>1:02:49  Aur unhone aapse poocha hai ke How can one manage a crisis situation?</w:t>
      </w:r>
      <w:r>
        <w:br/>
      </w:r>
      <w:r>
        <w:rPr>
          <w:sz w:val="20"/>
        </w:rPr>
        <w:t>1:02:55  How important is belief in God in crisis management?</w:t>
      </w:r>
      <w:r>
        <w:br/>
      </w:r>
      <w:r>
        <w:rPr>
          <w:sz w:val="20"/>
        </w:rPr>
        <w:t>1:03:01  Dekhiye, main samajhta hoon ke crisis management jo hai, sab se bari human quality hai.</w:t>
      </w:r>
      <w:r>
        <w:br/>
      </w:r>
      <w:r>
        <w:rPr>
          <w:sz w:val="20"/>
        </w:rPr>
        <w:t>1:03:08  Aur Allah taala ne mind diya hai.</w:t>
      </w:r>
      <w:r>
        <w:br/>
      </w:r>
      <w:r>
        <w:rPr>
          <w:sz w:val="20"/>
        </w:rPr>
        <w:t>1:03:14  Aap ka mind jo hai, uske andar jo ability hai, us mein sab se bari ability hai crisis management.</w:t>
      </w:r>
      <w:r>
        <w:br/>
      </w:r>
      <w:r>
        <w:rPr>
          <w:sz w:val="20"/>
        </w:rPr>
        <w:t>1:03:21  Cheez kya hai? Jab aap ko crisis pesh aaye to aap apne ko na dekhiye, Allah ko dekhiye.</w:t>
      </w:r>
      <w:r>
        <w:br/>
      </w:r>
      <w:r>
        <w:rPr>
          <w:sz w:val="20"/>
        </w:rPr>
        <w:t>1:03:27  Apne ko dekhenge to aap disheartened ho jayenge.</w:t>
      </w:r>
      <w:r>
        <w:br/>
      </w:r>
      <w:r>
        <w:rPr>
          <w:sz w:val="20"/>
        </w:rPr>
        <w:t>1:03:34  Allah ko dekhenge to aap ka confidence level badh jayega.</w:t>
      </w:r>
      <w:r>
        <w:br/>
      </w:r>
      <w:r>
        <w:rPr>
          <w:sz w:val="20"/>
        </w:rPr>
        <w:t>1:03:40  Bas iske baad aap ko Allah ka inspiration milega aur aap cheezon ko manage karte chale jayenge.</w:t>
      </w:r>
      <w:r>
        <w:br/>
      </w:r>
      <w:r>
        <w:rPr>
          <w:sz w:val="20"/>
        </w:rPr>
        <w:t>1:03:47  Maulana, unhone ek aur sawal aapse poocha hai.</w:t>
      </w:r>
    </w:p>
    <w:p>
      <w:pPr>
        <w:pStyle w:val="Heading2"/>
      </w:pPr>
      <w:r>
        <w:t>Many religions nowadays confused</w:t>
      </w:r>
    </w:p>
    <w:p>
      <w:r>
        <w:rPr>
          <w:color w:val="666666"/>
          <w:sz w:val="18"/>
        </w:rPr>
        <w:t>Faith &amp; God · The Purpose of Existence-9th September 2012 · 1m 31s · at 1:36:02 · https://youtu.be/KxCy8m6k_MQ?t=5762</w:t>
      </w:r>
    </w:p>
    <w:p>
      <w:r>
        <w:rPr>
          <w:i/>
        </w:rPr>
        <w:t>“Maulana, many religions nowadays are numerous. What is the truth?”</w:t>
      </w:r>
    </w:p>
    <w:p>
      <w:r>
        <w:rPr>
          <w:sz w:val="20"/>
        </w:rPr>
        <w:t>1:36:02  Maulana, agla sawal lete hain.</w:t>
      </w:r>
      <w:r>
        <w:br/>
      </w:r>
      <w:r>
        <w:rPr>
          <w:sz w:val="20"/>
        </w:rPr>
        <w:t>1:36:04  Yeh aaye hain, yeh sawal aaya hai Tamil Nadu se Maulana Farhad Ahmed sahib ka.</w:t>
      </w:r>
      <w:r>
        <w:br/>
      </w:r>
      <w:r>
        <w:rPr>
          <w:sz w:val="20"/>
        </w:rPr>
        <w:t>1:36:10  انہوں نے لکھا ہے: "مولانا صاحب، there are many religions now a days.</w:t>
      </w:r>
      <w:r>
        <w:br/>
      </w:r>
      <w:r>
        <w:rPr>
          <w:sz w:val="20"/>
        </w:rPr>
        <w:t>1:36:16  How can I prove that Islam is the only true religion on scientific criteria? Please comment." Kya matlab?</w:t>
      </w:r>
      <w:r>
        <w:br/>
      </w:r>
      <w:r>
        <w:rPr>
          <w:sz w:val="20"/>
        </w:rPr>
        <w:t>1:36:24  Ke Maulana, bohat se mazhab hain aaj ki tareekh mein, to hum yeh kaise prove karen ek scientific</w:t>
      </w:r>
      <w:r>
        <w:br/>
      </w:r>
      <w:r>
        <w:rPr>
          <w:sz w:val="20"/>
        </w:rPr>
        <w:t>1:36:31  criteria ko istemaal karte hue ke jo Islam hai, wahi sachha mazhab hai? Kiska sawal hai? Yeh</w:t>
      </w:r>
      <w:r>
        <w:br/>
      </w:r>
      <w:r>
        <w:rPr>
          <w:sz w:val="20"/>
        </w:rPr>
        <w:t>1:36:39  Maulana Farhad Ahmed sahib ka Tamil Nadu se.</w:t>
      </w:r>
      <w:r>
        <w:br/>
      </w:r>
      <w:r>
        <w:rPr>
          <w:sz w:val="20"/>
        </w:rPr>
        <w:t>1:36:43  Dekhen, hamara yeh manna nahi hai ke Islam hi sachha mazhab hai.</w:t>
      </w:r>
      <w:r>
        <w:br/>
      </w:r>
      <w:r>
        <w:rPr>
          <w:sz w:val="20"/>
        </w:rPr>
        <w:t>1:36:48  Har mazhab sachhe hi the.</w:t>
      </w:r>
      <w:r>
        <w:br/>
      </w:r>
      <w:r>
        <w:rPr>
          <w:sz w:val="20"/>
        </w:rPr>
        <w:t>1:36:50  Hamara manna hai ke Islam mehfooz mazhab hai.</w:t>
      </w:r>
      <w:r>
        <w:br/>
      </w:r>
      <w:r>
        <w:rPr>
          <w:sz w:val="20"/>
        </w:rPr>
        <w:t>1:36:53  Hum hargiz yeh nahi kehte ke saare mazhab sachhe nahi, bas Islam hi sachha hai.</w:t>
      </w:r>
      <w:r>
        <w:br/>
      </w:r>
      <w:r>
        <w:rPr>
          <w:sz w:val="20"/>
        </w:rPr>
        <w:t>1:37:00  Jitne mazhab the, originally sab sachhe the.</w:t>
      </w:r>
      <w:r>
        <w:br/>
      </w:r>
      <w:r>
        <w:rPr>
          <w:sz w:val="20"/>
        </w:rPr>
        <w:t>1:37:03  Lekin yeh ek haqeeqat hai ke koi bhi apne yaani kisi ke jo original jo text tha, us</w:t>
      </w:r>
      <w:r>
        <w:br/>
      </w:r>
      <w:r>
        <w:rPr>
          <w:sz w:val="20"/>
        </w:rPr>
        <w:t>1:37:10  ka mehfooz nahi hai.</w:t>
      </w:r>
      <w:r>
        <w:br/>
      </w:r>
      <w:r>
        <w:rPr>
          <w:sz w:val="20"/>
        </w:rPr>
        <w:t>1:37:12  to is waja se hum sirf yeh kehte hain ke woh woh un un un ko aap refer</w:t>
      </w:r>
      <w:r>
        <w:br/>
      </w:r>
      <w:r>
        <w:rPr>
          <w:sz w:val="20"/>
        </w:rPr>
        <w:t>1:37:20  nahi kar sakte.</w:t>
      </w:r>
      <w:r>
        <w:br/>
      </w:r>
      <w:r>
        <w:rPr>
          <w:sz w:val="20"/>
        </w:rPr>
        <w:t>1:37:21  refer karenge aap is is ko jo jo preserve text hai.</w:t>
      </w:r>
      <w:r>
        <w:br/>
      </w:r>
      <w:r>
        <w:rPr>
          <w:sz w:val="20"/>
        </w:rPr>
        <w:t>1:37:27  bas itna hum kehte hain.</w:t>
      </w:r>
      <w:r>
        <w:br/>
      </w:r>
      <w:r>
        <w:rPr>
          <w:sz w:val="20"/>
        </w:rPr>
        <w:t>1:37:29  is pe hum ne bohat likha hai apni kitabon mein.</w:t>
      </w:r>
    </w:p>
    <w:p>
      <w:pPr>
        <w:pStyle w:val="Heading2"/>
      </w:pPr>
      <w:r>
        <w:t>Meaning of 'religion for man, not man for religion'</w:t>
      </w:r>
    </w:p>
    <w:p>
      <w:r>
        <w:rPr>
          <w:color w:val="666666"/>
          <w:sz w:val="18"/>
        </w:rPr>
        <w:t>Faith &amp; God · Concept of Death in Islam 26th Aug 12 SLOW · 51s · at 39:45 · https://youtu.be/8dsos0OBM6M?t=2385</w:t>
      </w:r>
    </w:p>
    <w:p>
      <w:r>
        <w:rPr>
          <w:i/>
        </w:rPr>
        <w:t>“It is said that religion was made for man, not man for religion. Please explain this comment. This comment is a wordplay. Intellectuals often make such comments. What does it mean?”</w:t>
      </w:r>
    </w:p>
    <w:p>
      <w:r>
        <w:rPr>
          <w:sz w:val="20"/>
        </w:rPr>
        <w:t>39:45  Maulana, agla sawal Delhi se hai. Shah Imran Hasan sahib ka, unhon ne likha hai: "Maulana sahib, kaha jata hai ke mazhab insaan ke liye banaya gaya hai, insaan mazhab ke liye nahi." please is is comment ke bare mein bataein.</w:t>
      </w:r>
      <w:r>
        <w:br/>
      </w:r>
      <w:r>
        <w:rPr>
          <w:sz w:val="20"/>
        </w:rPr>
        <w:t>40:04  yeh comment to aik aik lafzi takbandi hai.</w:t>
      </w:r>
      <w:r>
        <w:br/>
      </w:r>
      <w:r>
        <w:rPr>
          <w:sz w:val="20"/>
        </w:rPr>
        <w:t>40:10  aise jo intellectuals hote hain, woh aisi comment kiya karte hain? yeh is ki koi ma'ani nahi.</w:t>
      </w:r>
      <w:r>
        <w:br/>
      </w:r>
      <w:r>
        <w:rPr>
          <w:sz w:val="20"/>
        </w:rPr>
        <w:t>40:16  matlab, main jaanta hoon is call ko, aaj tak mujhe samajh nahi aayi ke kya matlab hai is call ka.</w:t>
      </w:r>
      <w:r>
        <w:br/>
      </w:r>
      <w:r>
        <w:rPr>
          <w:sz w:val="20"/>
        </w:rPr>
        <w:t>40:23  jis ne banaya hoga, woh milta to main us se poochta ke bhai kya matlab hai is ka?</w:t>
      </w:r>
      <w:r>
        <w:br/>
      </w:r>
      <w:r>
        <w:rPr>
          <w:sz w:val="20"/>
        </w:rPr>
        <w:t>40:29  koi is ka matlab nahi hai, sirf takbandi hai is ko aur kuch nahi.</w:t>
      </w:r>
      <w:r>
        <w:br/>
      </w:r>
      <w:r>
        <w:rPr>
          <w:sz w:val="20"/>
        </w:rPr>
        <w:t>40:36  Maulana, agla sawal Delhi se hai. Muhammad Tauseef Qasmi sahib ka, unhon ne likha hai: "Muslim rehnuma millat ki pasti ki shikayat karte hain." woh kehte hain ke Muslim. kya millat ki? pasti. pasti. kaise? pasti. zawaal. zawaal. zawaal. past hona. zawaal. ji. kya lafz bolein?</w:t>
      </w:r>
    </w:p>
    <w:p>
      <w:pPr>
        <w:pStyle w:val="Heading2"/>
      </w:pPr>
      <w:r>
        <w:t>Meaning of Amal Saleh with example</w:t>
      </w:r>
    </w:p>
    <w:p>
      <w:r>
        <w:rPr>
          <w:color w:val="666666"/>
          <w:sz w:val="18"/>
        </w:rPr>
        <w:t>Faith &amp; God · Islamic Wisdom July 17, 2016 · 1m 20s · at 58:55 · https://youtu.be/jB4ugN0K-AM?t=3535</w:t>
      </w:r>
    </w:p>
    <w:p>
      <w:r>
        <w:rPr>
          <w:i/>
        </w:rPr>
        <w:t>“What is the actual meaning of Amal Saleh? Kindly explain it with an example.”</w:t>
      </w:r>
    </w:p>
    <w:p>
      <w:r>
        <w:rPr>
          <w:sz w:val="20"/>
        </w:rPr>
        <w:t>58:55  Maulana, agla sawal Lucknow se kya hai Danish Fazal Sahab ne aur unhone likha hai ke: "What</w:t>
      </w:r>
      <w:r>
        <w:br/>
      </w:r>
      <w:r>
        <w:rPr>
          <w:sz w:val="20"/>
        </w:rPr>
        <w:t>59:03  is the actual meaning of amal saleh? Kindly explain it with an example." Accha, dekhen, amal saleh ka</w:t>
      </w:r>
      <w:r>
        <w:br/>
      </w:r>
      <w:r>
        <w:rPr>
          <w:sz w:val="20"/>
        </w:rPr>
        <w:t>59:10  matlab hai iman ke mutabiq amal.</w:t>
      </w:r>
      <w:r>
        <w:br/>
      </w:r>
      <w:r>
        <w:rPr>
          <w:sz w:val="20"/>
        </w:rPr>
        <w:t>59:13  iman ke mutabiq amal.</w:t>
      </w:r>
      <w:r>
        <w:br/>
      </w:r>
      <w:r>
        <w:rPr>
          <w:sz w:val="20"/>
        </w:rPr>
        <w:t>59:15  accha, iman mein kya kya shamil hai? Iman mein shamil yeh hai ke aap aakhirat ko manen ya</w:t>
      </w:r>
      <w:r>
        <w:br/>
      </w:r>
      <w:r>
        <w:rPr>
          <w:sz w:val="20"/>
        </w:rPr>
        <w:t>59:22  manen ke aakhirat mein har ek ka hisab kitab hoga.</w:t>
      </w:r>
      <w:r>
        <w:br/>
      </w:r>
      <w:r>
        <w:rPr>
          <w:sz w:val="20"/>
        </w:rPr>
        <w:t>59:27  to agar aap is ko manenge to aap ke andar kya paida hogi? Aakhirat oriented thinking, dunya</w:t>
      </w:r>
      <w:r>
        <w:br/>
      </w:r>
      <w:r>
        <w:rPr>
          <w:sz w:val="20"/>
        </w:rPr>
        <w:t>59:34  oriented khatam ho jayegi.</w:t>
      </w:r>
      <w:r>
        <w:br/>
      </w:r>
      <w:r>
        <w:rPr>
          <w:sz w:val="20"/>
        </w:rPr>
        <w:t>59:37  iman ka taqaza yeh hoga ke dunya oriented thinking khatam ho jaye aur aakhirat oriented thinking aa jaye.</w:t>
      </w:r>
      <w:r>
        <w:br/>
      </w:r>
      <w:r>
        <w:rPr>
          <w:sz w:val="20"/>
        </w:rPr>
        <w:t>59:44  yahi to amal saleh hai.</w:t>
      </w:r>
      <w:r>
        <w:br/>
      </w:r>
      <w:r>
        <w:rPr>
          <w:sz w:val="20"/>
        </w:rPr>
        <w:t>59:46  jab aakhirat aap ke ka concern ban jayegi aap ki to sara amal aap ka theek ho</w:t>
      </w:r>
      <w:r>
        <w:br/>
      </w:r>
      <w:r>
        <w:rPr>
          <w:sz w:val="20"/>
        </w:rPr>
        <w:t>59:54  jayega aur jab aap ka concern dunya hoti hai to phir aap ka sara amal bigad jata</w:t>
      </w:r>
      <w:r>
        <w:br/>
      </w:r>
      <w:r>
        <w:rPr>
          <w:sz w:val="20"/>
        </w:rPr>
        <w:t>1:00:02  hai.</w:t>
      </w:r>
      <w:r>
        <w:br/>
      </w:r>
      <w:r>
        <w:rPr>
          <w:sz w:val="20"/>
        </w:rPr>
        <w:t>1:00:03  to amal saleh ka matlab hota hai iman ke mutabiq amal aur jab aap iman ke mutabiq amal</w:t>
      </w:r>
      <w:r>
        <w:br/>
      </w:r>
      <w:r>
        <w:rPr>
          <w:sz w:val="20"/>
        </w:rPr>
        <w:t>1:00:11  karenge to har cheez aap ki durust ho jayegi.</w:t>
      </w:r>
    </w:p>
    <w:p>
      <w:pPr>
        <w:pStyle w:val="Heading2"/>
      </w:pPr>
      <w:r>
        <w:t>Meaning of Bread Plus</w:t>
      </w:r>
    </w:p>
    <w:p>
      <w:r>
        <w:rPr>
          <w:color w:val="666666"/>
          <w:sz w:val="18"/>
        </w:rPr>
        <w:t>Faith &amp; God · Formula of Human Life | March 13, 2016 · 1m 46s · at 49:11 · https://youtu.be/Et_ZQTYZzjU?t=2951</w:t>
      </w:r>
    </w:p>
    <w:p>
      <w:r>
        <w:rPr>
          <w:i/>
        </w:rPr>
        <w:t>“While giving example of Jesus Christ saying that a man cannot live by bread alone, you said to make bread as bread plus.”</w:t>
      </w:r>
    </w:p>
    <w:p>
      <w:r>
        <w:rPr>
          <w:sz w:val="20"/>
        </w:rPr>
        <w:t>49:11  مولانا، یہ پہلا سوال آیا ہے احمد آباد سے فاروق صاحب کا، اور انہوں نے لکھا ہے: "While</w:t>
      </w:r>
      <w:r>
        <w:br/>
      </w:r>
      <w:r>
        <w:rPr>
          <w:sz w:val="20"/>
        </w:rPr>
        <w:t>49:17  giving example of Jesus Christ saying today that a man cannot live by the bread alone, you said</w:t>
      </w:r>
      <w:r>
        <w:br/>
      </w:r>
      <w:r>
        <w:rPr>
          <w:sz w:val="20"/>
        </w:rPr>
        <w:t>49:23  we make bread as bread plus.</w:t>
      </w:r>
      <w:r>
        <w:br/>
      </w:r>
      <w:r>
        <w:rPr>
          <w:sz w:val="20"/>
        </w:rPr>
        <w:t>49:30  "You further said that you can develop this thinking through art of contemplation." Maulana, my question is: "How</w:t>
      </w:r>
      <w:r>
        <w:br/>
      </w:r>
      <w:r>
        <w:rPr>
          <w:sz w:val="20"/>
        </w:rPr>
        <w:t>49:37  to develop this art of contemplation?" As I try to develop myself as a spiritual being, but</w:t>
      </w:r>
      <w:r>
        <w:br/>
      </w:r>
      <w:r>
        <w:rPr>
          <w:sz w:val="20"/>
        </w:rPr>
        <w:t>49:43  Each time I try to do it, I fail.</w:t>
      </w:r>
      <w:r>
        <w:br/>
      </w:r>
      <w:r>
        <w:rPr>
          <w:sz w:val="20"/>
        </w:rPr>
        <w:t>49:50  what is your guidance for me?</w:t>
      </w:r>
      <w:r>
        <w:br/>
      </w:r>
      <w:r>
        <w:rPr>
          <w:sz w:val="20"/>
        </w:rPr>
        <w:t>49:57  dekhiye, by nature har aadmi ke andar ye faculty hoti hai ke wo soche, contemplate kare, aur baton ko samjhe.</w:t>
      </w:r>
      <w:r>
        <w:br/>
      </w:r>
      <w:r>
        <w:rPr>
          <w:sz w:val="20"/>
        </w:rPr>
        <w:t>50:07  ye to by nature hai hi hamare andar.</w:t>
      </w:r>
      <w:r>
        <w:br/>
      </w:r>
      <w:r>
        <w:rPr>
          <w:sz w:val="20"/>
        </w:rPr>
        <w:t>50:17  lekin hota ye hai ke hum society mein rehte hain, environment mein rehte hain, to hum</w:t>
      </w:r>
      <w:r>
        <w:br/>
      </w:r>
      <w:r>
        <w:rPr>
          <w:sz w:val="20"/>
        </w:rPr>
        <w:t>50:28  condition ho jate hain. hamara mind conditioned mind ban jata hai. yani save your self from conditioning, and you are a bond positive thinker. positive thinker to aap hain hi by birth. condition se bacha lijiye to aap bane banaye positive thinker hain.</w:t>
      </w:r>
    </w:p>
    <w:p>
      <w:pPr>
        <w:pStyle w:val="Heading2"/>
      </w:pPr>
      <w:r>
        <w:t>Meaning of God-worship vs human-worship</w:t>
      </w:r>
    </w:p>
    <w:p>
      <w:r>
        <w:rPr>
          <w:color w:val="666666"/>
          <w:sz w:val="18"/>
        </w:rPr>
        <w:t>Faith &amp; God · Q&amp;A 13 Nov 2011 · 1m 17s · at 31:52 · https://youtu.be/oOZ9h37_pL8?t=1912</w:t>
      </w:r>
    </w:p>
    <w:p>
      <w:r>
        <w:rPr>
          <w:i/>
        </w:rPr>
        <w:t>“In your book 'Ihya-e-Islam' you wrote that today's era is God-worship versus human-worship. What does that mean? It is said that transfer of seat from God to man. That is, now man is considered the center.”</w:t>
      </w:r>
    </w:p>
    <w:p>
      <w:r>
        <w:rPr>
          <w:sz w:val="20"/>
        </w:rPr>
        <w:t>31:52  maulana yeh sawal aaya hai doha qatar se maulana abdul basit umri ka. unhon ne likha hai ke maulana aap ki kitab ahyae islam mein likha hai ke aaj ka daur khuda parasti versus muqabla insan parasti hai.</w:t>
      </w:r>
      <w:r>
        <w:br/>
      </w:r>
      <w:r>
        <w:rPr>
          <w:sz w:val="20"/>
        </w:rPr>
        <w:t>32:10  us ka kya matlab hai?</w:t>
      </w:r>
      <w:r>
        <w:br/>
      </w:r>
      <w:r>
        <w:rPr>
          <w:sz w:val="20"/>
        </w:rPr>
        <w:t>32:16  yeh kaha jata hai ke transfer of seat from god to man. yaani ab jo hai insan hi ko center samajh liya gaya hai.</w:t>
      </w:r>
      <w:r>
        <w:br/>
      </w:r>
      <w:r>
        <w:rPr>
          <w:sz w:val="20"/>
        </w:rPr>
        <w:t>32:28  pehle khuda center hua karta tha. yaani god centered thinking hua karti thi pehle. ab insan centered thinking ban gayi hai. ab khuda ko unhon ne nazar andaaz kar diya.</w:t>
      </w:r>
      <w:r>
        <w:br/>
      </w:r>
      <w:r>
        <w:rPr>
          <w:sz w:val="20"/>
        </w:rPr>
        <w:t>32:39  khuda se koi matlab hi nahin. to sirf insan ke bare mein sochna. insan ke bare mein sochna. har jo bhi soch hai jo bhi planning hai wo sab insan ko le kar ke.</w:t>
      </w:r>
      <w:r>
        <w:br/>
      </w:r>
      <w:r>
        <w:rPr>
          <w:sz w:val="20"/>
        </w:rPr>
        <w:t>32:53  khuda ko le kar ke nahin.</w:t>
      </w:r>
      <w:r>
        <w:br/>
      </w:r>
      <w:r>
        <w:rPr>
          <w:sz w:val="20"/>
        </w:rPr>
        <w:t>32:58  to us mein tafseel maujood hai aap us ko phir se padhiye. dobara padhiye aap us se aap ko yeh baat clear ho jayegi.</w:t>
      </w:r>
    </w:p>
    <w:p>
      <w:pPr>
        <w:pStyle w:val="Heading2"/>
      </w:pPr>
      <w:r>
        <w:t>Meaning of InshaAllah and its frequent use</w:t>
      </w:r>
    </w:p>
    <w:p>
      <w:r>
        <w:rPr>
          <w:color w:val="666666"/>
          <w:sz w:val="18"/>
        </w:rPr>
        <w:t>Faith &amp; God · Freedom of Expression in Islam 30 Sept 2012 - Maulana Wahiduddin Khan · 1m 30s · at 1:06:05 · https://youtu.be/WLlXSyxX8Q4?t=3965</w:t>
      </w:r>
    </w:p>
    <w:p>
      <w:r>
        <w:rPr>
          <w:i/>
        </w:rPr>
        <w:t>“Please explain the meaning of InshaAllah, which Muslims use frequently.”</w:t>
      </w:r>
    </w:p>
    <w:p>
      <w:r>
        <w:rPr>
          <w:sz w:val="20"/>
        </w:rPr>
        <w:t>1:06:05  Maulana, agla sawal Delhi se aya hai Shakil ur Rehman sahib ka. unhon ne aap se poocha hai ke "please explain the meaning of Inshallah, which Muslims use frequently?</w:t>
      </w:r>
      <w:r>
        <w:br/>
      </w:r>
      <w:r>
        <w:rPr>
          <w:sz w:val="20"/>
        </w:rPr>
        <w:t>1:06:18  " aaj kal to aik culture part ban gaya hai. woh jitne Musalman hain, jahan taraf bolte hain, Inshallah, Inshallah, yeh to aik aik culture ban gaya hai.</w:t>
      </w:r>
      <w:r>
        <w:br/>
      </w:r>
      <w:r>
        <w:rPr>
          <w:sz w:val="20"/>
        </w:rPr>
        <w:t>1:06:30  culture is ka Islam se koi talluq mein nahi manta. yeh yeh Inshallah ki rooh jo hai, Musalman bilkul maujood hi nahi hai. Inshallah ki spirit hai, woh bilkul leak kar rahi hai.</w:t>
      </w:r>
      <w:r>
        <w:br/>
      </w:r>
      <w:r>
        <w:rPr>
          <w:sz w:val="20"/>
        </w:rPr>
        <w:t>1:06:43  bas culture ke taur par woh alfaaz shaye karte rehte hain.</w:t>
      </w:r>
      <w:r>
        <w:br/>
      </w:r>
      <w:r>
        <w:rPr>
          <w:sz w:val="20"/>
        </w:rPr>
        <w:t>1:06:47  is ki is ki yeh koi ibadat hai ya koi Islami value hai? kuch bhi nahi, koi koi haqeeqat nahi.</w:t>
      </w:r>
      <w:r>
        <w:br/>
      </w:r>
      <w:r>
        <w:rPr>
          <w:sz w:val="20"/>
        </w:rPr>
        <w:t>1:06:58  yeh to aik bohat bari yani Inshallah ka matlab hai agar Allah ne chaha. yeh to aik bohat bari imaan ki baat hai.</w:t>
      </w:r>
      <w:r>
        <w:br/>
      </w:r>
      <w:r>
        <w:rPr>
          <w:sz w:val="20"/>
        </w:rPr>
        <w:t>1:07:07  jab aap discover karte hain Allah ko aur Allah ki qudrat ko, to is discovery se aap ko yeh baat aap ke aap jante hain ke sab kuch Allah ke qabze mein hai.</w:t>
      </w:r>
      <w:r>
        <w:br/>
      </w:r>
      <w:r>
        <w:rPr>
          <w:sz w:val="20"/>
        </w:rPr>
        <w:t>1:07:19  to Musalmanon ko yeh discovery to hui nahi. woh to aik cultural, aik aik riwaj hai jo insaan Inshallah karte rehte hain. is ka Islam se mera koi talluq nahi, woh sirf culture hai.</w:t>
      </w:r>
      <w:r>
        <w:br/>
      </w:r>
      <w:r>
        <w:rPr>
          <w:sz w:val="20"/>
        </w:rPr>
        <w:t>1:07:31  bas</w:t>
      </w:r>
      <w:r>
        <w:br/>
      </w:r>
      <w:r>
        <w:rPr>
          <w:sz w:val="20"/>
        </w:rPr>
        <w:t>1:07:36  Maulana, agla sawal Delhi se hai Mr. Qais ka. unhon ne likha hai: "after the death of the Prophet, the Arabs conquered a huge part of the world from Morocco in the West to Persia in the East within less than hundred years.</w:t>
      </w:r>
    </w:p>
    <w:p>
      <w:pPr>
        <w:pStyle w:val="Heading2"/>
      </w:pPr>
      <w:r>
        <w:t>Meaning of Khalifa of God</w:t>
      </w:r>
    </w:p>
    <w:p>
      <w:r>
        <w:rPr>
          <w:color w:val="666666"/>
          <w:sz w:val="18"/>
        </w:rPr>
        <w:t>Faith &amp; God · Dars-e-Quran, Chapter 2, Verse 37 | January  07, 2018 · 1m 02s · at 1:12:31 · https://youtu.be/ao6Cr57KuEM?t=4351</w:t>
      </w:r>
    </w:p>
    <w:p>
      <w:r>
        <w:rPr>
          <w:i/>
        </w:rPr>
        <w:t>“What is meant by Khalifa of God? Please explain.”</w:t>
      </w:r>
    </w:p>
    <w:p>
      <w:r>
        <w:rPr>
          <w:sz w:val="20"/>
        </w:rPr>
        <w:t>1:12:31  maulana, agla sawal lahore pakistan se anwar sahib ne bhi</w:t>
      </w:r>
      <w:r>
        <w:br/>
      </w:r>
      <w:r>
        <w:rPr>
          <w:sz w:val="20"/>
        </w:rPr>
        <w:t>1:12:38  ja hai.</w:t>
      </w:r>
      <w:r>
        <w:br/>
      </w:r>
      <w:r>
        <w:rPr>
          <w:sz w:val="20"/>
        </w:rPr>
        <w:t>1:12:43  unho'n ne likha hai: "what is meant by khalifa of god? is ke bare mein bataein." khalifa of</w:t>
      </w:r>
      <w:r>
        <w:br/>
      </w:r>
      <w:r>
        <w:rPr>
          <w:sz w:val="20"/>
        </w:rPr>
        <w:t>1:12:48  god ka lafz hi ghalat hai, kahin likha hi nahin ke insan khuda ka khalifa hai.</w:t>
      </w:r>
      <w:r>
        <w:br/>
      </w:r>
      <w:r>
        <w:rPr>
          <w:sz w:val="20"/>
        </w:rPr>
        <w:t>1:12:53  yeh to kuch logon ne garh liya hai, insan khalifatullah, yeh to kaha hi nahin.</w:t>
      </w:r>
      <w:r>
        <w:br/>
      </w:r>
      <w:r>
        <w:rPr>
          <w:sz w:val="20"/>
        </w:rPr>
        <w:t>1:12:58  insan ne khud se garh liya hai, insan to khuda ka banda hai.</w:t>
      </w:r>
      <w:r>
        <w:br/>
      </w:r>
      <w:r>
        <w:rPr>
          <w:sz w:val="20"/>
        </w:rPr>
        <w:t>1:13:03  to is ke</w:t>
      </w:r>
      <w:r>
        <w:br/>
      </w:r>
      <w:r>
        <w:rPr>
          <w:sz w:val="20"/>
        </w:rPr>
        <w:t>1:13:09  ma'ni kya hain? ma'ni to kuch bhi nahin, yeh to ek be ma'ni lafz hai.</w:t>
      </w:r>
      <w:r>
        <w:br/>
      </w:r>
      <w:r>
        <w:rPr>
          <w:sz w:val="20"/>
        </w:rPr>
        <w:t>1:13:15  khalifatullah kahan hai? na hadith mein, na quran mein.</w:t>
      </w:r>
      <w:r>
        <w:br/>
      </w:r>
      <w:r>
        <w:rPr>
          <w:sz w:val="20"/>
        </w:rPr>
        <w:t>1:13:21  insan khuda ka abd hai, yeh hai.</w:t>
      </w:r>
      <w:r>
        <w:br/>
      </w:r>
      <w:r>
        <w:rPr>
          <w:sz w:val="20"/>
        </w:rPr>
        <w:t>1:13:27  insan khuda ka khalifa, yeh to kaha hi nahin.</w:t>
      </w:r>
    </w:p>
    <w:p>
      <w:pPr>
        <w:pStyle w:val="Heading2"/>
      </w:pPr>
      <w:r>
        <w:t>Meaning of science and religion statement</w:t>
      </w:r>
    </w:p>
    <w:p>
      <w:r>
        <w:rPr>
          <w:color w:val="666666"/>
          <w:sz w:val="18"/>
        </w:rPr>
        <w:t>Faith &amp; God · Quran for All Mankind June 3, 2012 · 1m 55s · at 1:07:13 · https://youtu.be/Gp-53Zjugcg?t=4033</w:t>
      </w:r>
    </w:p>
    <w:p>
      <w:r>
        <w:rPr>
          <w:i/>
        </w:rPr>
        <w:t>“Science is the search for truth, and religion is about obedience. What does this mean?”</w:t>
      </w:r>
    </w:p>
    <w:p>
      <w:r>
        <w:rPr>
          <w:sz w:val="20"/>
        </w:rPr>
        <w:t>1:07:13  maulana, agla sawal bangalore se aya hai, maulana farah salfi sahib ka. unhon ne aap se poocha hai ke "science is the search for truth, and religion is about obedience." is ka kya matlab hai?</w:t>
      </w:r>
      <w:r>
        <w:br/>
      </w:r>
      <w:r>
        <w:rPr>
          <w:sz w:val="20"/>
        </w:rPr>
        <w:t>1:07:30  dekhiye, science ko sachai se matlab nahin hai. yeh galat kisi jis ne kaha hai ke science sachai ki talash ka naam hai, yeh galat hai.</w:t>
      </w:r>
      <w:r>
        <w:br/>
      </w:r>
      <w:r>
        <w:rPr>
          <w:sz w:val="20"/>
        </w:rPr>
        <w:t>1:07:40  science ko sachai se koi matlab nahin hai. science ka matlab hai ke law of nature kya hai, is ko janna, fact kya hai, is ko janna.</w:t>
      </w:r>
      <w:r>
        <w:br/>
      </w:r>
      <w:r>
        <w:rPr>
          <w:sz w:val="20"/>
        </w:rPr>
        <w:t>1:07:49  is se bas nahin ke woh sachai kya hai. sachai falsafe ka, sachai jo hai, falsafe ka, falsafi ka target hota hai, science ka nahin.</w:t>
      </w:r>
      <w:r>
        <w:br/>
      </w:r>
      <w:r>
        <w:rPr>
          <w:sz w:val="20"/>
        </w:rPr>
        <w:t>1:08:02  misalan, yeh pani hai, yeh science na janna chahiye ke yeh liquid kaise ban gaya,</w:t>
      </w:r>
      <w:r>
        <w:br/>
      </w:r>
      <w:r>
        <w:rPr>
          <w:sz w:val="20"/>
        </w:rPr>
        <w:t>1:08:08  gas, gas liquid form mein kaise tabdeel ho gaya. is ka to matlab nahin sachai, yani jo hai, woh kya hai, jo hai, is ko explain karna.</w:t>
      </w:r>
      <w:r>
        <w:br/>
      </w:r>
      <w:r>
        <w:rPr>
          <w:sz w:val="20"/>
        </w:rPr>
        <w:t>1:08:19  bas sachai to falsafi ka ya mazhabi logon ka subject hota hai.</w:t>
      </w:r>
      <w:r>
        <w:br/>
      </w:r>
      <w:r>
        <w:rPr>
          <w:sz w:val="20"/>
        </w:rPr>
        <w:t>1:08:28  aise hi kisi ne ek keh diya, ek qaul: "ji,</w:t>
      </w:r>
      <w:r>
        <w:br/>
      </w:r>
      <w:r>
        <w:rPr>
          <w:sz w:val="20"/>
        </w:rPr>
        <w:t>1:08:31  science ka, science dan ka mutafiq yeh hota hai ke jo jis dunya mein woh reh raha hai, us ko us ko yani janna ke kya hai, kese." yani jaise misal ke tor par suraj nikalta hai, suraj doobta hai, to yeh kya hai?</w:t>
      </w:r>
      <w:r>
        <w:br/>
      </w:r>
      <w:r>
        <w:rPr>
          <w:sz w:val="20"/>
        </w:rPr>
        <w:t>1:08:46  yeh phenomena kaisa nikalna hai, kaisa doobna hai? is phenomena ko janna, is ka naam hai science. truth, truth!</w:t>
      </w:r>
      <w:r>
        <w:br/>
      </w:r>
      <w:r>
        <w:rPr>
          <w:sz w:val="20"/>
        </w:rPr>
        <w:t>1:08:55  yeh kehna galat hai ke truth science ka subject hai,</w:t>
      </w:r>
      <w:r>
        <w:br/>
      </w:r>
      <w:r>
        <w:rPr>
          <w:sz w:val="20"/>
        </w:rPr>
        <w:t>1:09:00  falsafa ka subject zaroor hai, mazhab ka subject zaroor hai, science ka subject truth nahin hai.</w:t>
      </w:r>
    </w:p>
    <w:p>
      <w:pPr>
        <w:pStyle w:val="Heading2"/>
      </w:pPr>
      <w:r>
        <w:t>Meaning of third war in scriptures</w:t>
      </w:r>
    </w:p>
    <w:p>
      <w:r>
        <w:rPr>
          <w:color w:val="666666"/>
          <w:sz w:val="18"/>
        </w:rPr>
        <w:t>Faith &amp; God · Age of Peace November 18, 2012 · 1m 58s · at 1:22:09 · https://youtu.be/Y9nkQnBqbrs?t=4929</w:t>
      </w:r>
    </w:p>
    <w:p>
      <w:r>
        <w:rPr>
          <w:i/>
        </w:rPr>
        <w:t>“You said the era of war is over and there is no need for war. Then what is the meaning of the third war mentioned in books? Is it the Third World War?”</w:t>
      </w:r>
    </w:p>
    <w:p>
      <w:r>
        <w:rPr>
          <w:sz w:val="20"/>
        </w:rPr>
        <w:t>1:22:09  maulana, agla sawal ah mumbei se maulana abdulqasmi sahib ka hai. unhon ne likha hai: "maulana, ap ne bataya ke jang ka daur khatm ho chuka hai, ab jang ki zarurat hi baqi nahin rahi.</w:t>
      </w:r>
      <w:r>
        <w:br/>
      </w:r>
      <w:r>
        <w:rPr>
          <w:sz w:val="20"/>
        </w:rPr>
        <w:t>1:22:23  phir tisri jang ka kia matlab hai jis ka kitabon mein zikr milta hai?" kaun jang? tisri jang jis ka kitabon mein zikr?</w:t>
      </w:r>
      <w:r>
        <w:br/>
      </w:r>
      <w:r>
        <w:rPr>
          <w:sz w:val="20"/>
        </w:rPr>
        <w:t>1:22:34  thard world war?</w:t>
      </w:r>
      <w:r>
        <w:br/>
      </w:r>
      <w:r>
        <w:rPr>
          <w:sz w:val="20"/>
        </w:rPr>
        <w:t>1:22:35  thard world war tu koi yeh tu aise bolte hain bas log. yeh koi rasul Allah ki peshingoi tu hai nahin. thard war aik hipostotical war hai.</w:t>
      </w:r>
      <w:r>
        <w:br/>
      </w:r>
      <w:r>
        <w:rPr>
          <w:sz w:val="20"/>
        </w:rPr>
        <w:t>1:22:47  hipostotical war aisa nahin ke rasul Allah ne kaha ho ya quran mein kahin kaha ho. kahin sahib ji aisa hai? kahin nahin. yeh yeh hipostotical war hai, aik farzi war hai.</w:t>
      </w:r>
      <w:r>
        <w:br/>
      </w:r>
      <w:r>
        <w:rPr>
          <w:sz w:val="20"/>
        </w:rPr>
        <w:t>1:23:01  maulana, woh keh rahe hain ke log aksar aisa bolte</w:t>
      </w:r>
      <w:r>
        <w:br/>
      </w:r>
      <w:r>
        <w:rPr>
          <w:sz w:val="20"/>
        </w:rPr>
        <w:t>1:23:03  hain. han, tu log bolte hain ke is is sense mein ke ab larai agar hogi balfarz tu dunya khatm ho jaye gi, kyunke ab lar koi jeeta hai ke nahin?</w:t>
      </w:r>
      <w:r>
        <w:br/>
      </w:r>
      <w:r>
        <w:rPr>
          <w:sz w:val="20"/>
        </w:rPr>
        <w:t>1:23:15  yani jo fateh karega, us ki fateh mein perk victory hogi. us ko kehte hain perk victory. is tarah se bolte hain.</w:t>
      </w:r>
      <w:r>
        <w:br/>
      </w:r>
      <w:r>
        <w:rPr>
          <w:sz w:val="20"/>
        </w:rPr>
        <w:t>1:23:22  ise kaha tha na hitler ne? hitler jis zamane bunker mein tha aur suicide karne wala tha, us se pehle us ne kaha tha ke ab jo hai, agar jang hoti hai, yani first war aur second war ke baad jo talkh tajrube ho chuke hain, ab agar jang hoti hai tu kia hoga?</w:t>
      </w:r>
      <w:r>
        <w:br/>
      </w:r>
      <w:r>
        <w:rPr>
          <w:sz w:val="20"/>
        </w:rPr>
        <w:t>1:23:41  no victors, only survivors. no victors, only survivors. yani ab agar jang ho gayi tu koi jeetne wala nahin hoga.</w:t>
      </w:r>
      <w:r>
        <w:br/>
      </w:r>
      <w:r>
        <w:rPr>
          <w:sz w:val="20"/>
        </w:rPr>
        <w:t>1:23:50  is mein</w:t>
      </w:r>
      <w:r>
        <w:br/>
      </w:r>
      <w:r>
        <w:rPr>
          <w:sz w:val="20"/>
        </w:rPr>
        <w:t>1:23:51  chand log bach jayenge, bas yahi hoga. tu ab ab tisri jang ke mani yahi hain ke yani be-natija larai ki aakhri shakal, bas aur kuch nahin.</w:t>
      </w:r>
    </w:p>
    <w:p>
      <w:pPr>
        <w:pStyle w:val="Heading2"/>
      </w:pPr>
      <w:r>
        <w:t>Misunderstanding about science and religion</w:t>
      </w:r>
    </w:p>
    <w:p>
      <w:r>
        <w:rPr>
          <w:color w:val="666666"/>
          <w:sz w:val="18"/>
        </w:rPr>
        <w:t>Faith &amp; God · The Existence of God January 27, 2019 Maulana Wahiduddin Khan · 57s · at 46:11 · https://youtu.be/fh9tr5ZrUno?t=2771</w:t>
      </w:r>
    </w:p>
    <w:p>
      <w:r>
        <w:rPr>
          <w:i/>
        </w:rPr>
        <w:t>“A person said that we should not prove religion with science, because science is based on facts and religion is based on faith. What is the misunderstanding in this?”</w:t>
      </w:r>
    </w:p>
    <w:p>
      <w:r>
        <w:rPr>
          <w:sz w:val="20"/>
        </w:rPr>
        <w:t>46:11  Jazak Allah Maulana." Maulana, ab sawal lena chahenge. Yeh sawal bheja hai Chennai se Maulana Iqbal Umri ne.</w:t>
      </w:r>
      <w:r>
        <w:br/>
      </w:r>
      <w:r>
        <w:rPr>
          <w:sz w:val="20"/>
        </w:rPr>
        <w:t>46:22  Unhon ne likha hai: "Maulana, ek sahab ne kaha ke science se religion ko sabit mat karein, kyunke science is based on facts and religion is based on faith.</w:t>
      </w:r>
      <w:r>
        <w:br/>
      </w:r>
      <w:r>
        <w:rPr>
          <w:sz w:val="20"/>
        </w:rPr>
        <w:t>46:36  Maulana, is mein kya mughalta hai?" Main baat to sochta hoon ke woh na science ko jante hain na mazhab ko jante hain.</w:t>
      </w:r>
      <w:r>
        <w:br/>
      </w:r>
      <w:r>
        <w:rPr>
          <w:sz w:val="20"/>
        </w:rPr>
        <w:t>46:47  Insaan ne yeh baatein kahein: na science ko jante hain na mazhab ko jante hain. Unko main yeh mashwara de sakta hoon ke zyada study kijiye,</w:t>
      </w:r>
      <w:r>
        <w:br/>
      </w:r>
      <w:r>
        <w:rPr>
          <w:sz w:val="20"/>
        </w:rPr>
        <w:t>47:00  Apne mutalliq ko padhaiye. Yahi keh sakta hoon.</w:t>
      </w:r>
    </w:p>
    <w:p>
      <w:pPr>
        <w:pStyle w:val="Heading2"/>
      </w:pPr>
      <w:r>
        <w:t>Muslims having guru photos: is it right?</w:t>
      </w:r>
    </w:p>
    <w:p>
      <w:r>
        <w:rPr>
          <w:color w:val="666666"/>
          <w:sz w:val="18"/>
        </w:rPr>
        <w:t>Faith &amp; God · Man and the Laws of Nature April 1, 2012 · 1m 53s · at 1:22:23 · https://youtu.be/coIrwYQgb6Y?t=4943</w:t>
      </w:r>
    </w:p>
    <w:p>
      <w:r>
        <w:rPr>
          <w:i/>
        </w:rPr>
        <w:t>“I met a Muslim who is a follower of a Muslim guru. He had his guru's photo on his mobile screen and kept looking at it with love. I have seen the same in Hindu ashrams with Hindu gurus. What is your view on this?”</w:t>
      </w:r>
    </w:p>
    <w:p>
      <w:r>
        <w:rPr>
          <w:sz w:val="20"/>
        </w:rPr>
        <w:t>1:22:23  maulana, agla sawal dilli se hai. maulana shariq hussain sahab ka</w:t>
      </w:r>
      <w:r>
        <w:br/>
      </w:r>
      <w:r>
        <w:rPr>
          <w:sz w:val="20"/>
        </w:rPr>
        <w:t>1:22:27  . unhon ne likha hai: "aik musalman se mulaqat hui, woh aik muslim group ke follower hain. unhon ne apne mobile ke screen par apne group ka photo laga rakha tha.</w:t>
      </w:r>
      <w:r>
        <w:br/>
      </w:r>
      <w:r>
        <w:rPr>
          <w:sz w:val="20"/>
        </w:rPr>
        <w:t>1:22:40  woh is photo ko bar bar mohabbat se dekhtay thay. yahi manzar mein ne hindu ashramon mein hindu group ke sath dekha hai. woh apne group ka photo apne mobile pe rakh kar us ko mohabbat ke sath dekhtay thay.</w:t>
      </w:r>
      <w:r>
        <w:br/>
      </w:r>
      <w:r>
        <w:rPr>
          <w:sz w:val="20"/>
        </w:rPr>
        <w:t>1:22:54  tareekh se maloom hota hai ke but parasti isi tarah paida hui thi ke pichlay log apnay barhon ki tasveer bana kar us ko apnay pas rakhtay thay.</w:t>
      </w:r>
      <w:r>
        <w:br/>
      </w:r>
      <w:r>
        <w:rPr>
          <w:sz w:val="20"/>
        </w:rPr>
        <w:t>1:23:03  is ke baray mein kuch bataein." haan, sahi aap ne kaha. yaani jis ko kehtay hain "strong affection" toh woh "strong affection" kisi bhi cheez se agar paida ho jaye aap ko "other than god" toh woh shirk hai.</w:t>
      </w:r>
      <w:r>
        <w:br/>
      </w:r>
      <w:r>
        <w:rPr>
          <w:sz w:val="20"/>
        </w:rPr>
        <w:t>1:23:20  is ka naam shirk hai.</w:t>
      </w:r>
      <w:r>
        <w:br/>
      </w:r>
      <w:r>
        <w:rPr>
          <w:sz w:val="20"/>
        </w:rPr>
        <w:t>1:23:23  chahe woh aap kai logon ko mein ne dekha hai, apnay betay ke laga rehtay hain, apnay beti ke laga rehtay hain, us ko dekhtay rehtay hain. mein apnay safar mein aik sahib ke sath tha toh woh bar bar khol kar aik cheez dekhtay thay.</w:t>
      </w:r>
      <w:r>
        <w:br/>
      </w:r>
      <w:r>
        <w:rPr>
          <w:sz w:val="20"/>
        </w:rPr>
        <w:t>1:23:35  mein ne kaha bhai kiya cheez hai? mera mere betay beti ki tasveer hai. beta aur beti ki tasveer liye dekhtay rehtay hain.</w:t>
      </w:r>
      <w:r>
        <w:br/>
      </w:r>
      <w:r>
        <w:rPr>
          <w:sz w:val="20"/>
        </w:rPr>
        <w:t>1:23:42  yeh sab bilkul yaani absurd baat hai.</w:t>
      </w:r>
      <w:r>
        <w:br/>
      </w:r>
      <w:r>
        <w:rPr>
          <w:sz w:val="20"/>
        </w:rPr>
        <w:t>1:23:49  aur shirk jo aaya hai, kahan se aaya hai? woh "individual cult" jis ko kehtay hain, us se aaya hai. "individual cult" pehle aata hai, phir woh shirk ban jata hai.</w:t>
      </w:r>
      <w:r>
        <w:br/>
      </w:r>
      <w:r>
        <w:rPr>
          <w:sz w:val="20"/>
        </w:rPr>
        <w:t>1:23:59  yeh bhi pehle tasveer aati hai, phir woh sab but ban jata hai.</w:t>
      </w:r>
      <w:r>
        <w:br/>
      </w:r>
      <w:r>
        <w:rPr>
          <w:sz w:val="20"/>
        </w:rPr>
        <w:t>1:24:03  toh kisi bhi shakhs se, chahe aap ka beta beti ho, chahe group ho ya koi bhi ho, us ke sath aap ko andar "strong affection" agar hai toh aap samajh lijiye ke aap shirk mubtala hain.</w:t>
      </w:r>
    </w:p>
    <w:p>
      <w:pPr>
        <w:pStyle w:val="Heading2"/>
      </w:pPr>
      <w:r>
        <w:t>Nature Fine-Tuned by Creator for Paradise</w:t>
      </w:r>
    </w:p>
    <w:p>
      <w:r>
        <w:rPr>
          <w:color w:val="666666"/>
          <w:sz w:val="18"/>
        </w:rPr>
        <w:t>Faith &amp; God · Dars-e-Quran, Chapter 2, Verse 35 | December 17, 2017 · 1m 00s · at 59:59 · https://youtu.be/Cd8MlWM7B9w?t=3599</w:t>
      </w:r>
    </w:p>
    <w:p>
      <w:r>
        <w:rPr>
          <w:i/>
        </w:rPr>
        <w:t>“And nature has been fine-tuned by the Creator to take us to Paradise, and the only requirement is to save ourselves from distractions.”</w:t>
      </w:r>
    </w:p>
    <w:p>
      <w:r>
        <w:rPr>
          <w:sz w:val="20"/>
        </w:rPr>
        <w:t>59:59  ji, maulana, agla sawal aamir mori sahib ne kiya hai srinagar se.</w:t>
      </w:r>
      <w:r>
        <w:br/>
      </w:r>
      <w:r>
        <w:rPr>
          <w:sz w:val="20"/>
        </w:rPr>
        <w:t>1:00:04  انہوں نے لکھا ہے، اور nature has been fine-tuned by our creator to take us to paradise</w:t>
      </w:r>
      <w:r>
        <w:br/>
      </w:r>
      <w:r>
        <w:rPr>
          <w:sz w:val="20"/>
        </w:rPr>
        <w:t>1:00:09  And the only requirement is to save ourself from distractions.</w:t>
      </w:r>
      <w:r>
        <w:br/>
      </w:r>
      <w:r>
        <w:rPr>
          <w:sz w:val="20"/>
        </w:rPr>
        <w:t>1:00:14  what a thrilling thought it is!</w:t>
      </w:r>
      <w:r>
        <w:br/>
      </w:r>
      <w:r>
        <w:rPr>
          <w:sz w:val="20"/>
        </w:rPr>
        <w:t>1:00:19  It will surely make us more sensitive and conscious.</w:t>
      </w:r>
      <w:r>
        <w:br/>
      </w:r>
      <w:r>
        <w:rPr>
          <w:sz w:val="20"/>
        </w:rPr>
        <w:t>1:00:24  maulana sahib, my ques</w:t>
      </w:r>
      <w:r>
        <w:br/>
      </w:r>
      <w:r>
        <w:rPr>
          <w:sz w:val="20"/>
        </w:rPr>
        <w:t>1:00:29  Chinaz, please guide and advise us how can we become super sensitive so that we save our</w:t>
      </w:r>
      <w:r>
        <w:br/>
      </w:r>
      <w:r>
        <w:rPr>
          <w:sz w:val="20"/>
        </w:rPr>
        <w:t>1:00:36  self from distractions? Main sochta hoon to ek wahi baat hai ke aadmi jo apne ko bachaye distractions</w:t>
      </w:r>
      <w:r>
        <w:br/>
      </w:r>
      <w:r>
        <w:rPr>
          <w:sz w:val="20"/>
        </w:rPr>
        <w:t>1:00:44  سے تو اپنے آپ ہی وہ چیز prevail کرتی ہے۔</w:t>
      </w:r>
      <w:r>
        <w:br/>
      </w:r>
      <w:r>
        <w:rPr>
          <w:sz w:val="20"/>
        </w:rPr>
        <w:t>1:00:51  جو کہا جاتا ہے کہ let truth prevail تو truth تو پری</w:t>
      </w:r>
    </w:p>
    <w:p>
      <w:pPr>
        <w:pStyle w:val="Heading2"/>
      </w:pPr>
      <w:r>
        <w:t>Necessity of Following One of Four Imams</w:t>
      </w:r>
    </w:p>
    <w:p>
      <w:r>
        <w:rPr>
          <w:color w:val="666666"/>
          <w:sz w:val="18"/>
        </w:rPr>
        <w:t>Faith &amp; God · The Issues of Islam in the Present World November 11, 2012 · 1m 40s · at 1:16:53 · https://youtu.be/COoaUbCCi1c?t=4613</w:t>
      </w:r>
    </w:p>
    <w:p>
      <w:r>
        <w:rPr>
          <w:i/>
        </w:rPr>
        <w:t>“It is said that it is necessary to follow one of the four Imams. What do you say about this?”</w:t>
      </w:r>
    </w:p>
    <w:p>
      <w:r>
        <w:rPr>
          <w:sz w:val="20"/>
        </w:rPr>
        <w:t>1:16:53  maulana, agla sawal dilli se hai muhammad ans sahib</w:t>
      </w:r>
      <w:r>
        <w:br/>
      </w:r>
      <w:r>
        <w:rPr>
          <w:sz w:val="20"/>
        </w:rPr>
        <w:t>1:16:57  ka, unhon ne likha hai: "maulana, jaisay ke kaha jata hai ke char imamon mein se kisi aik ko follow karna zaroori hai, is ke baray mein aap kya kahengay?" nahi, dekhiye, is par hum ne kitaab likhi hai, bohat tafseel ke sath, aap parh li jiye.</w:t>
      </w:r>
      <w:r>
        <w:br/>
      </w:r>
      <w:r>
        <w:rPr>
          <w:sz w:val="20"/>
        </w:rPr>
        <w:t>1:17:15  tajdeed deen isi maslay par hai, woh isi maslay par. is ko parhnay ke baad phir koi sawal ho to aap kijiye, abhi to aap parhein, is kitaab ko parhiye.</w:t>
      </w:r>
      <w:r>
        <w:br/>
      </w:r>
      <w:r>
        <w:rPr>
          <w:sz w:val="20"/>
        </w:rPr>
        <w:t>1:17:26  tajdeed deen aap ko wahan mil jaye gi, yeh neechay aap jayengay to is ko parhiye. maulana, un ka aik aur sawal hai, unhon ne poocha hai: "aap ne bataya ke hitler ne kaha hai ke ab jang se koi faida nahi, phir bhi yeh log kyun dunya mein war culture chalaye hue hain?" to shaitan to hamesha hamesha logon ko uksata rahe ga.</w:t>
      </w:r>
      <w:r>
        <w:br/>
      </w:r>
      <w:r>
        <w:rPr>
          <w:sz w:val="20"/>
        </w:rPr>
        <w:t>1:17:52  sachai ko jan'nay ke baad amal kon karta hai?</w:t>
      </w:r>
      <w:r>
        <w:br/>
      </w:r>
      <w:r>
        <w:rPr>
          <w:sz w:val="20"/>
        </w:rPr>
        <w:t>1:17:56  yeh to hamesha aisa hua hai ke sachai ko jantay hue aadmi is ke khilaf chalta hai, sarkashi karta hai. sarkashi, out of sarkashi.</w:t>
      </w:r>
      <w:r>
        <w:br/>
      </w:r>
      <w:r>
        <w:rPr>
          <w:sz w:val="20"/>
        </w:rPr>
        <w:t>1:18:07  sachai ko jan'nay ke baad agar dunya mein sach hi sach ho jata to dunya mein kabhi koi burai na hoti.</w:t>
      </w:r>
      <w:r>
        <w:br/>
      </w:r>
      <w:r>
        <w:rPr>
          <w:sz w:val="20"/>
        </w:rPr>
        <w:t>1:18:16  insan ki mizah mein jo ego hai, jo ananiyat hai, sarkashi hai, self interest hai, wohi prevail karta hai, wohi aadmi ko uksata hai aur sachai side pe chali jati hai.</w:t>
      </w:r>
    </w:p>
    <w:p>
      <w:pPr>
        <w:pStyle w:val="Heading2"/>
      </w:pPr>
      <w:r>
        <w:t>Necessity of sects in Islam</w:t>
      </w:r>
    </w:p>
    <w:p>
      <w:r>
        <w:rPr>
          <w:color w:val="666666"/>
          <w:sz w:val="18"/>
        </w:rPr>
        <w:t>Faith &amp; God · Universal outlook April 09, 2017 · 53s · at 47:08 · https://youtu.be/n3HAPCpom5c?t=2828</w:t>
      </w:r>
    </w:p>
    <w:p>
      <w:r>
        <w:rPr>
          <w:i/>
        </w:rPr>
        <w:t>“Maulana sahib, which sect do you belong to? Is a sect necessary to be a Muslim? If yes, how do we know which sect is correct?”</w:t>
      </w:r>
    </w:p>
    <w:p>
      <w:r>
        <w:rPr>
          <w:sz w:val="20"/>
        </w:rPr>
        <w:t>47:08  is ko parhiye phir aage agle Sunday mein aap sawal kijiye ga. Maulana Najibabad se Suleman Khan sahib ne sawal bheja hai.</w:t>
      </w:r>
      <w:r>
        <w:br/>
      </w:r>
      <w:r>
        <w:rPr>
          <w:sz w:val="20"/>
        </w:rPr>
        <w:t>47:19  unhon ne likha hai Maulana sahib aap kis firqe se talluq rakhte hain? kya musalman hone ke liye firqa zaroori hai?</w:t>
      </w:r>
      <w:r>
        <w:br/>
      </w:r>
      <w:r>
        <w:rPr>
          <w:sz w:val="20"/>
        </w:rPr>
        <w:t>47:27  agar hai to hum kaise janen ke kaun sa firqa sahi hai? koi bhi firqa nahin. firqabandi hai hi nahin islam mein. islam mein to bas ummat-e-Muhammadi hai bas.</w:t>
      </w:r>
      <w:r>
        <w:br/>
      </w:r>
      <w:r>
        <w:rPr>
          <w:sz w:val="20"/>
        </w:rPr>
        <w:t>47:41  yeh firqabandi hai hi nahin islami to Quran mein is ka koi saboot hai na hadees hai is ka saboot hai na Sahaba ki zindagi ka saboot hai.</w:t>
      </w:r>
      <w:r>
        <w:br/>
      </w:r>
      <w:r>
        <w:rPr>
          <w:sz w:val="20"/>
        </w:rPr>
        <w:t>47:52  islam mein to bas ummat-e-Muhammadi hai bas. hum aap ummat-e-Muhammadi ke fard hain. aur kuch nahin hai.</w:t>
      </w:r>
    </w:p>
    <w:p>
      <w:pPr>
        <w:pStyle w:val="Heading2"/>
      </w:pPr>
      <w:r>
        <w:t>Need for God realization in human nature</w:t>
      </w:r>
    </w:p>
    <w:p>
      <w:r>
        <w:rPr>
          <w:color w:val="666666"/>
          <w:sz w:val="18"/>
        </w:rPr>
        <w:t>Faith &amp; God · Realization of God December 18, 2016 Maulana Wahiduddin Khan · 53s · at 1:03:05 · https://youtu.be/LHKb2btTIT8?t=3785</w:t>
      </w:r>
    </w:p>
    <w:p>
      <w:r>
        <w:rPr>
          <w:i/>
        </w:rPr>
        <w:t>“Can we say that the need for God realization is interwoven in human nature, that is, God Almighty wants every single soul to come closer to Him?”</w:t>
      </w:r>
    </w:p>
    <w:p>
      <w:r>
        <w:rPr>
          <w:sz w:val="20"/>
        </w:rPr>
        <w:t>1:03:05  bana hai Quran mein hai na Hadees mein hai ji Maulana agla sawal kiya hai Vadodara say hai</w:t>
      </w:r>
      <w:r>
        <w:br/>
      </w:r>
      <w:r>
        <w:rPr>
          <w:sz w:val="20"/>
        </w:rPr>
        <w:t>1:03:12  Muhammad Shakeel sahib nay aur unhon nay likha hai Maulana sahib can we say that need for God</w:t>
      </w:r>
      <w:r>
        <w:br/>
      </w:r>
      <w:r>
        <w:rPr>
          <w:sz w:val="20"/>
        </w:rPr>
        <w:t>1:03:20  realization is interwoven in human nature that is God almighty wants every single soul to come closer to</w:t>
      </w:r>
      <w:r>
        <w:br/>
      </w:r>
      <w:r>
        <w:rPr>
          <w:sz w:val="20"/>
        </w:rPr>
        <w:t>1:03:27  Him by unfolding His aur har spiritual potential what is your say on this yeh to sahi hai</w:t>
      </w:r>
      <w:r>
        <w:br/>
      </w:r>
      <w:r>
        <w:rPr>
          <w:sz w:val="20"/>
        </w:rPr>
        <w:t>1:03:35  yeh to quran o hadees sabit hai ke hamari fitrat mein har cheez interwoven hai yeh to sahi</w:t>
      </w:r>
      <w:r>
        <w:br/>
      </w:r>
      <w:r>
        <w:rPr>
          <w:sz w:val="20"/>
        </w:rPr>
        <w:t>1:03:43  hai hamari jo fitrat hai usi mein allah ka shaoor allah ne rakh diya hai fi to to</w:t>
      </w:r>
      <w:r>
        <w:br/>
      </w:r>
      <w:r>
        <w:rPr>
          <w:sz w:val="20"/>
        </w:rPr>
        <w:t>1:03:50  sadar mein fitrat mein nature mein har cheez maujood hai hum is ko is yani jo cheez potential</w:t>
      </w:r>
    </w:p>
    <w:p>
      <w:pPr>
        <w:pStyle w:val="Heading2"/>
      </w:pPr>
      <w:r>
        <w:t>Negative impact of intercession concept</w:t>
      </w:r>
    </w:p>
    <w:p>
      <w:r>
        <w:rPr>
          <w:color w:val="666666"/>
          <w:sz w:val="18"/>
        </w:rPr>
        <w:t>Faith &amp; God · Example of the Prophet March 20, 2016 · 1m 48s · at 1:11:36 · https://youtu.be/79HmhzXU41w?t=4296</w:t>
      </w:r>
    </w:p>
    <w:p>
      <w:r>
        <w:rPr>
          <w:i/>
        </w:rPr>
        <w:t>“You have examined the negative impact of the concept of intercession (shafa'ah) and said that this concept gives license to humans...”</w:t>
      </w:r>
    </w:p>
    <w:p>
      <w:r>
        <w:rPr>
          <w:sz w:val="20"/>
        </w:rPr>
        <w:t>1:11:36  Maulana, agla sawal</w:t>
      </w:r>
      <w:r>
        <w:br/>
      </w:r>
      <w:r>
        <w:rPr>
          <w:sz w:val="20"/>
        </w:rPr>
        <w:t>1:11:38  Ahmed sahib ka hai Pakistan se, aur unhon ne likha hai aap ne aik tehreer aur bayan mein</w:t>
      </w:r>
      <w:r>
        <w:br/>
      </w:r>
      <w:r>
        <w:rPr>
          <w:sz w:val="20"/>
        </w:rPr>
        <w:t>1:11:46  shafaat ke tasawwur ka manfi impact ka jaiza liya aur bataya ke is concept se insaan mein laziness</w:t>
      </w:r>
      <w:r>
        <w:br/>
      </w:r>
      <w:r>
        <w:rPr>
          <w:sz w:val="20"/>
        </w:rPr>
        <w:t>1:11:54  aur be amli paida hoti hai.</w:t>
      </w:r>
      <w:r>
        <w:br/>
      </w:r>
      <w:r>
        <w:rPr>
          <w:sz w:val="20"/>
        </w:rPr>
        <w:t>1:11:57  aap ne farmaya ke is</w:t>
      </w:r>
      <w:r>
        <w:br/>
      </w:r>
      <w:r>
        <w:rPr>
          <w:sz w:val="20"/>
        </w:rPr>
        <w:t>1:11:59  is mein shafaat jaise islam mein shafaat jaise concept ki koi jagah nahi, but quran aur hadees mein</w:t>
      </w:r>
      <w:r>
        <w:br/>
      </w:r>
      <w:r>
        <w:rPr>
          <w:sz w:val="20"/>
        </w:rPr>
        <w:t>1:12:07  shafaat ka wazeh bayan hai, yani Allah ki ijazat se shafaat hogi.</w:t>
      </w:r>
      <w:r>
        <w:br/>
      </w:r>
      <w:r>
        <w:rPr>
          <w:sz w:val="20"/>
        </w:rPr>
        <w:t>1:12:14  is ki wazahat karen.</w:t>
      </w:r>
      <w:r>
        <w:br/>
      </w:r>
      <w:r>
        <w:rPr>
          <w:sz w:val="20"/>
        </w:rPr>
        <w:t>1:12:17  dekhiye, shafaat ke bare mein</w:t>
      </w:r>
      <w:r>
        <w:br/>
      </w:r>
      <w:r>
        <w:rPr>
          <w:sz w:val="20"/>
        </w:rPr>
        <w:t>1:12:21  yani do qism ki raay hain.</w:t>
      </w:r>
      <w:r>
        <w:br/>
      </w:r>
      <w:r>
        <w:rPr>
          <w:sz w:val="20"/>
        </w:rPr>
        <w:t>1:12:24  kuch ulma shafaat ko isi mani mein lete hain, jaisa ke aam taur par samajhte hain log, lekin</w:t>
      </w:r>
      <w:r>
        <w:br/>
      </w:r>
      <w:r>
        <w:rPr>
          <w:sz w:val="20"/>
        </w:rPr>
        <w:t>1:12:29  jo zyada mutabahir ulma hain, woh shafaat ko recommendation ke mani mein lete hain, bilkul nahi lete ke</w:t>
      </w:r>
      <w:r>
        <w:br/>
      </w:r>
      <w:r>
        <w:rPr>
          <w:sz w:val="20"/>
        </w:rPr>
        <w:t>1:12:38  kisi ki recommendation se jannat milegi.</w:t>
      </w:r>
      <w:r>
        <w:br/>
      </w:r>
      <w:r>
        <w:rPr>
          <w:sz w:val="20"/>
        </w:rPr>
        <w:t>1:12:40  yeh tasawwur mutabahir ulma ke nazdeek galat hai.</w:t>
      </w:r>
      <w:r>
        <w:br/>
      </w:r>
      <w:r>
        <w:rPr>
          <w:sz w:val="20"/>
        </w:rPr>
        <w:t>1:12:45  jannat ka talluq zalik jaza o muntazak ka bar bar Quran mein yeh hai ke laisa lil insani illa</w:t>
      </w:r>
      <w:r>
        <w:br/>
      </w:r>
      <w:r>
        <w:rPr>
          <w:sz w:val="20"/>
        </w:rPr>
        <w:t>1:12:53  ma ke har fard ke liye jannat ka faisla us ke apne zaati amal ki buniyad par hoga,</w:t>
      </w:r>
      <w:r>
        <w:br/>
      </w:r>
      <w:r>
        <w:rPr>
          <w:sz w:val="20"/>
        </w:rPr>
        <w:t>1:13:01  kisi recommendation ki buniyad par nahi hoga.</w:t>
      </w:r>
      <w:r>
        <w:br/>
      </w:r>
      <w:r>
        <w:rPr>
          <w:sz w:val="20"/>
        </w:rPr>
        <w:t>1:13:04  toh mutabahir ulma ki raay yahi hai.</w:t>
      </w:r>
      <w:r>
        <w:br/>
      </w:r>
      <w:r>
        <w:rPr>
          <w:sz w:val="20"/>
        </w:rPr>
        <w:t>1:13:05  haan, kuch log doosri raay bhi rakhte hain toh theek hai, unhein bhi ijazat rakhne ki, lekin mere</w:t>
      </w:r>
      <w:r>
        <w:br/>
      </w:r>
      <w:r>
        <w:rPr>
          <w:sz w:val="20"/>
        </w:rPr>
        <w:t>1:13:11  nazdeek woh log Quran ki aayaton ko ya hadithon ko galat interpretation dete hain,</w:t>
      </w:r>
      <w:r>
        <w:br/>
      </w:r>
      <w:r>
        <w:rPr>
          <w:sz w:val="20"/>
        </w:rPr>
        <w:t>1:13:18  woh sahi interpretation nahi dete.</w:t>
      </w:r>
      <w:r>
        <w:br/>
      </w:r>
      <w:r>
        <w:rPr>
          <w:sz w:val="20"/>
        </w:rPr>
        <w:t>1:13:20  zyada interpretation wohi hai jo mutabahir ulma ne diya hai.</w:t>
      </w:r>
    </w:p>
    <w:p>
      <w:pPr>
        <w:pStyle w:val="Heading2"/>
      </w:pPr>
      <w:r>
        <w:t>Pair in paradise for unmarried and third gender</w:t>
      </w:r>
    </w:p>
    <w:p>
      <w:r>
        <w:rPr>
          <w:color w:val="666666"/>
          <w:sz w:val="18"/>
        </w:rPr>
        <w:t>Faith &amp; God · On Death June 08, 2014 · 1m 50s · at 57:19 · https://youtu.be/p0lSKQ0edmw?t=3439</w:t>
      </w:r>
    </w:p>
    <w:p>
      <w:r>
        <w:rPr>
          <w:i/>
        </w:rPr>
        <w:t>“As Allah has made everything in pair, what will happen to those male and female who remain unmarried in this life? Who will be their pair in paradise? Can you also throw some light on third gender people: who will be their pair in paradise?”</w:t>
      </w:r>
    </w:p>
    <w:p>
      <w:r>
        <w:rPr>
          <w:sz w:val="20"/>
        </w:rPr>
        <w:t>57:19  maulana, agla sawal dilli se kya hai doctor sajjit shukla ne. unhon ne likha hai ke "As Allah has made everything in pair, what will happen to those male and female who remain unmarried in this life?</w:t>
      </w:r>
      <w:r>
        <w:br/>
      </w:r>
      <w:r>
        <w:rPr>
          <w:sz w:val="20"/>
        </w:rPr>
        <w:t>57:37  Who will be their pair in paradise? Can you also throw some light on third gender people who will be their pair in paradise?" acha, kya matlab hua?</w:t>
      </w:r>
      <w:r>
        <w:br/>
      </w:r>
      <w:r>
        <w:rPr>
          <w:sz w:val="20"/>
        </w:rPr>
        <w:t>57:49  ke jo aaj aap ne pair ki baat ki maulana. acha. to in logon ka pair aa jannat mein kya hoga jin ki shadi nahi hui?</w:t>
      </w:r>
      <w:r>
        <w:br/>
      </w:r>
      <w:r>
        <w:rPr>
          <w:sz w:val="20"/>
        </w:rPr>
        <w:t>57:58  aur aur woh log jo maulana, aa jo units hain, aa in logon ka pair kon hoga</w:t>
      </w:r>
      <w:r>
        <w:br/>
      </w:r>
      <w:r>
        <w:rPr>
          <w:sz w:val="20"/>
        </w:rPr>
        <w:t>58:06  paradise mein? acha, acha. ji. wahan unit nahi rahenge. ji. koi aadmi dunya mein unit ke wahan unit nahi rahega. aur baqi hai ke shadi jo hai, yeh dunya ki shadi hai, wahi akhirat ki shadi nahi hai.</w:t>
      </w:r>
      <w:r>
        <w:br/>
      </w:r>
      <w:r>
        <w:rPr>
          <w:sz w:val="20"/>
        </w:rPr>
        <w:t>58:20  agar dunya mein dono waqeatan yaani competent hain paradise ke liye, tab to ikatthe ho jayenge wahan par.</w:t>
      </w:r>
      <w:r>
        <w:br/>
      </w:r>
      <w:r>
        <w:rPr>
          <w:sz w:val="20"/>
        </w:rPr>
        <w:t>58:31  agar woh competent nahi hain to koi doosra pair un ko milega. aur shadi jo nahi ki hai, un ke liye bhi koi koi pair milega. kyunke wahan bohat si aurtein hongi jin ko ke paradise mili, un ke husband ko nahi mili.</w:t>
      </w:r>
      <w:r>
        <w:br/>
      </w:r>
      <w:r>
        <w:rPr>
          <w:sz w:val="20"/>
        </w:rPr>
        <w:t>58:46  bohat husband honge, un ko paradise mili lekin auraton ko nahi mili. to kitne sare log wahan alone ho jayenge.</w:t>
      </w:r>
      <w:r>
        <w:br/>
      </w:r>
      <w:r>
        <w:rPr>
          <w:sz w:val="20"/>
        </w:rPr>
        <w:t>58:54  to wahan ka jo</w:t>
      </w:r>
      <w:r>
        <w:br/>
      </w:r>
      <w:r>
        <w:rPr>
          <w:sz w:val="20"/>
        </w:rPr>
        <w:t>58:58  Khuda jo manage karega, us se aap samajh sakte hain. wahan ke manage karne ka mamla is se mukhtalif hoga jo dunya mein hai.</w:t>
      </w:r>
    </w:p>
    <w:p>
      <w:pPr>
        <w:pStyle w:val="Heading2"/>
      </w:pPr>
      <w:r>
        <w:t>Paradise Enjoyment Based on Worldly Preparation</w:t>
      </w:r>
    </w:p>
    <w:p>
      <w:r>
        <w:rPr>
          <w:color w:val="666666"/>
          <w:sz w:val="18"/>
        </w:rPr>
        <w:t>Faith &amp; God · Model of Paradise June 22, 2014 · 1m 08s · at 54:10 · https://youtu.be/7jXD8E_dN-E?t=3250</w:t>
      </w:r>
    </w:p>
    <w:p>
      <w:r>
        <w:rPr>
          <w:i/>
        </w:rPr>
        <w:t>“You give an example of a botany professor and a child enjoying Paradise at different levels. Does this mean we will only be able to discover only that extent of items in the next world that we prepare for it in this world?”</w:t>
      </w:r>
    </w:p>
    <w:p>
      <w:r>
        <w:rPr>
          <w:sz w:val="20"/>
        </w:rPr>
        <w:t>54:10  maulana, agla sawal dilli se hai, miss naghma siddiqui ka. aur unhon ne likha hai ke you give an example of a botany professor and a child enjoying jannat at different levels.</w:t>
      </w:r>
      <w:r>
        <w:br/>
      </w:r>
      <w:r>
        <w:rPr>
          <w:sz w:val="20"/>
        </w:rPr>
        <w:t>54:26  Does this mean we will only be able to discover only that extent of items in the next world that we prepare for it in this world?</w:t>
      </w:r>
      <w:r>
        <w:br/>
      </w:r>
      <w:r>
        <w:rPr>
          <w:sz w:val="20"/>
        </w:rPr>
        <w:t>54:36  h</w:t>
      </w:r>
      <w:r>
        <w:br/>
      </w:r>
      <w:r>
        <w:rPr>
          <w:sz w:val="20"/>
        </w:rPr>
        <w:t>54:37  haan, sahi hai. yahan to hamein hum apne ko tayyar hi kar sakte hain. is duniya par bohat thori si discovery ho sakti hai hum ko.</w:t>
      </w:r>
      <w:r>
        <w:br/>
      </w:r>
      <w:r>
        <w:rPr>
          <w:sz w:val="20"/>
        </w:rPr>
        <w:t>54:47  to wo ek sample discovery hai, main kahunga. jaise shehad ke bare mein jo baat maine kahi, wo that is sample discovery .</w:t>
      </w:r>
      <w:r>
        <w:br/>
      </w:r>
      <w:r>
        <w:rPr>
          <w:sz w:val="20"/>
        </w:rPr>
        <w:t>54:58  badi discovery to jannat hi mein hogi.</w:t>
      </w:r>
      <w:r>
        <w:br/>
      </w:r>
      <w:r>
        <w:rPr>
          <w:sz w:val="20"/>
        </w:rPr>
        <w:t>55:02  to sample discovery ka is liye rakha gaya hai taake aap jaan saken ke kya cheez hai discovery. kya cheez hai discovery. bas is darje mein is duniya mein hum jaan sakte hain.</w:t>
      </w:r>
      <w:r>
        <w:br/>
      </w:r>
      <w:r>
        <w:rPr>
          <w:sz w:val="20"/>
        </w:rPr>
        <w:t>55:13  is se zyada nahin.</w:t>
      </w:r>
    </w:p>
    <w:p>
      <w:pPr>
        <w:pStyle w:val="Heading2"/>
      </w:pPr>
      <w:r>
        <w:t>Patience and hope for reward in the hereafter</w:t>
      </w:r>
    </w:p>
    <w:p>
      <w:r>
        <w:rPr>
          <w:color w:val="666666"/>
          <w:sz w:val="18"/>
        </w:rPr>
        <w:t>Faith &amp; God · Divine Help March 31, 2019 Maulana Wahiduddin Khan · 1m 46s · at 37:21 · https://youtu.be/o5-R5Rjs5Cw?t=2241</w:t>
      </w:r>
    </w:p>
    <w:p>
      <w:r>
        <w:rPr>
          <w:i/>
        </w:rPr>
        <w:t>“Maulana, can we say that if we keep patience and even if we don't get result in this world, then still we have great hope that for keeping patience, God will reward us abundantly in the hereafter? This would therefore be the best result for keeping patience.”</w:t>
      </w:r>
    </w:p>
    <w:p>
      <w:r>
        <w:rPr>
          <w:sz w:val="20"/>
        </w:rPr>
        <w:t>37:21  maulana, agla sawal bheja hai lucknow se suhail khan sahib ne, unhon ne likha hai: "Molana, can we say that if we keep patience and even if we don't get result in this world, then still we have great hope that for keeping patience, God will reward us abundantly in the hereafter?</w:t>
      </w:r>
      <w:r>
        <w:br/>
      </w:r>
      <w:r>
        <w:rPr>
          <w:sz w:val="20"/>
        </w:rPr>
        <w:t>37:45  This would therefore be the best result for keeping patience."</w:t>
      </w:r>
      <w:r>
        <w:br/>
      </w:r>
      <w:r>
        <w:rPr>
          <w:sz w:val="20"/>
        </w:rPr>
        <w:t>37:51  dekhiye, aap Quran ko aur hadith ko gehrai ke sath padhiye. khud rasool Allah sallallahu alaihi wasallam ki zindagi mein Allah taala ne aise wade farmaye, wade jin ki takmeel aap ke aakhron par tak nahi hui balkeh aap ke baad hui.</w:t>
      </w:r>
      <w:r>
        <w:br/>
      </w:r>
      <w:r>
        <w:rPr>
          <w:sz w:val="20"/>
        </w:rPr>
        <w:t>38:15  aise wade jo rasool Allah se kiye gaye lekin un ki takmeel hui aap ke wafat ke baad. is mein hum bahut kuch likh chuke hain, hum ab padh sakte hain is ko.</w:t>
      </w:r>
      <w:r>
        <w:br/>
      </w:r>
      <w:r>
        <w:rPr>
          <w:sz w:val="20"/>
        </w:rPr>
        <w:t>38:28  to yeh jo cheez hai, yeh hamare aap ke sirf nahi hai, yeh rasool Allah ke liye bhi hai.</w:t>
      </w:r>
      <w:r>
        <w:br/>
      </w:r>
      <w:r>
        <w:rPr>
          <w:sz w:val="20"/>
        </w:rPr>
        <w:t>38:39  to sabr ki koi had nahi, aap ko har haal mein sabr karna hi karna hai. is yaqeen ke sath ke kabhi na kabhi waqt aayega jab aap ka sabr jo hai takmeel tak pahuchega aur result samne aayega, chahe woh aap ki wafat ke baad samne aaye.</w:t>
      </w:r>
    </w:p>
    <w:p>
      <w:pPr>
        <w:pStyle w:val="Heading2"/>
      </w:pPr>
      <w:r>
        <w:t>Permissibility of Dua for Non-Muslims</w:t>
      </w:r>
    </w:p>
    <w:p>
      <w:r>
        <w:rPr>
          <w:color w:val="666666"/>
          <w:sz w:val="18"/>
        </w:rPr>
        <w:t>Faith &amp; God · Paradise as a Goal April 26, 2015 · 1m 36s · at 50:51 · https://youtu.be/hnHqhmSJZXA?t=3051</w:t>
      </w:r>
    </w:p>
    <w:p>
      <w:r>
        <w:rPr>
          <w:i/>
        </w:rPr>
        <w:t>“Is it permissible to do dua for people of other faith? What should be asked in dua for them? Can one pray for their good health, their joy, and if they are sick, they recover, or that they should be guided to the right path?”</w:t>
      </w:r>
    </w:p>
    <w:p>
      <w:r>
        <w:rPr>
          <w:sz w:val="20"/>
        </w:rPr>
        <w:t>50:51  unhon ne agla sawal kiya hai imran ne daily se</w:t>
      </w:r>
      <w:r>
        <w:br/>
      </w:r>
      <w:r>
        <w:rPr>
          <w:sz w:val="20"/>
        </w:rPr>
        <w:t>50:55  Is it permissible to do dua for people of other faith?</w:t>
      </w:r>
      <w:r>
        <w:br/>
      </w:r>
      <w:r>
        <w:rPr>
          <w:sz w:val="20"/>
        </w:rPr>
        <w:t>51:00  what should be asked in dua for them? can one pray for their good health, their joy, and if they are sick, they recover, or that they should be guided to the right path?</w:t>
      </w:r>
      <w:r>
        <w:br/>
      </w:r>
      <w:r>
        <w:rPr>
          <w:sz w:val="20"/>
        </w:rPr>
        <w:t>51:14  path dekhen dua jo hai sab se pehle woh insaan ki apni</w:t>
      </w:r>
      <w:r>
        <w:br/>
      </w:r>
      <w:r>
        <w:rPr>
          <w:sz w:val="20"/>
        </w:rPr>
        <w:t>51:24  yani well wishing khair khwahi ka saboot hota hai woh to karna hi karna hai har aik ko</w:t>
      </w:r>
      <w:r>
        <w:br/>
      </w:r>
      <w:r>
        <w:rPr>
          <w:sz w:val="20"/>
        </w:rPr>
        <w:t>51:29  karna hai aap ko is mein aap ko farq nahi karna hai apne aur ghair ka farq nahi</w:t>
      </w:r>
      <w:r>
        <w:br/>
      </w:r>
      <w:r>
        <w:rPr>
          <w:sz w:val="20"/>
        </w:rPr>
        <w:t>51:34  karna hai peghambaron ne dua ki</w:t>
      </w:r>
      <w:r>
        <w:br/>
      </w:r>
      <w:r>
        <w:rPr>
          <w:sz w:val="20"/>
        </w:rPr>
        <w:t>51:39  har aik ke liye barabar</w:t>
      </w:r>
      <w:r>
        <w:br/>
      </w:r>
      <w:r>
        <w:rPr>
          <w:sz w:val="20"/>
        </w:rPr>
        <w:t>51:41  to dua dua to aadmi ke apne</w:t>
      </w:r>
      <w:r>
        <w:br/>
      </w:r>
      <w:r>
        <w:rPr>
          <w:sz w:val="20"/>
        </w:rPr>
        <w:t>51:46  well wishing spirit ka aik manifest hai khair khwahi ka jo jazba hai aadmi ke andar is ka</w:t>
      </w:r>
      <w:r>
        <w:br/>
      </w:r>
      <w:r>
        <w:rPr>
          <w:sz w:val="20"/>
        </w:rPr>
        <w:t>51:54  aik izhaar aik aadmi dua karta hai woh har aik ke liye hoga har aik ke liye hoga</w:t>
      </w:r>
      <w:r>
        <w:br/>
      </w:r>
      <w:r>
        <w:rPr>
          <w:sz w:val="20"/>
        </w:rPr>
        <w:t>52:01  hata ke aik animal road par tarp raha ho us ke liye aap dua kar sakte hain</w:t>
      </w:r>
      <w:r>
        <w:br/>
      </w:r>
      <w:r>
        <w:rPr>
          <w:sz w:val="20"/>
        </w:rPr>
        <w:t>52:05  khuda us ki koi mil jaye us ki jo ban patti kar de us ki to dua to</w:t>
      </w:r>
      <w:r>
        <w:br/>
      </w:r>
      <w:r>
        <w:rPr>
          <w:sz w:val="20"/>
        </w:rPr>
        <w:t>52:11  ap ke khair khwahi ke jazbe ka izhaar hai is ka expression hai woh to zaroor hogi agar</w:t>
      </w:r>
      <w:r>
        <w:br/>
      </w:r>
      <w:r>
        <w:rPr>
          <w:sz w:val="20"/>
        </w:rPr>
        <w:t>52:19  khair khwahi maujood hai aadmi ke andar aur yeh sabit hai ke peghambaron ne har ek ke liye</w:t>
      </w:r>
      <w:r>
        <w:br/>
      </w:r>
      <w:r>
        <w:rPr>
          <w:sz w:val="20"/>
        </w:rPr>
        <w:t>52:24  dua ki har ek ke liye</w:t>
      </w:r>
    </w:p>
    <w:p>
      <w:pPr>
        <w:pStyle w:val="Heading2"/>
      </w:pPr>
      <w:r>
        <w:t>Permissibility of dua for other faiths</w:t>
      </w:r>
    </w:p>
    <w:p>
      <w:r>
        <w:rPr>
          <w:color w:val="666666"/>
          <w:sz w:val="18"/>
        </w:rPr>
        <w:t>Faith &amp; God · Paradise as A Goal April 26, 2015 · 1m 30s · at 53:08 · https://youtu.be/4IWLd2SIBkw?t=3188</w:t>
      </w:r>
    </w:p>
    <w:p>
      <w:r>
        <w:rPr>
          <w:i/>
        </w:rPr>
        <w:t>“Is it permissible to do dua for people of other faiths? What should be asked in dua for them? Can one pray for their good health, their joy, and if they are sick, they recover, and that they should be guided to the right path?”</w:t>
      </w:r>
    </w:p>
    <w:p>
      <w:r>
        <w:rPr>
          <w:sz w:val="20"/>
        </w:rPr>
        <w:t>53:08  Maulana, yeh agla sawal kya hai? Imran ne Delhi se: "Is it permissible to do dua for people of other faiths?</w:t>
      </w:r>
      <w:r>
        <w:br/>
      </w:r>
      <w:r>
        <w:rPr>
          <w:sz w:val="20"/>
        </w:rPr>
        <w:t>53:17  What should be asked in dua for them?" "Can one pray for their good health, their joy, and if they are sick, they recover, or that they should be guided to the right path?"</w:t>
      </w:r>
      <w:r>
        <w:br/>
      </w:r>
      <w:r>
        <w:rPr>
          <w:sz w:val="20"/>
        </w:rPr>
        <w:t>53:35  Dekhein, dua jo hai, sab se pehle woh insaan ki apni, yani well wishing, khair khwahi ka saboot hota hai.</w:t>
      </w:r>
      <w:r>
        <w:br/>
      </w:r>
      <w:r>
        <w:rPr>
          <w:sz w:val="20"/>
        </w:rPr>
        <w:t>53:45  Woh to karna hi karna hai, har aik ko karna hai. Aap ko is mein aap ko farq nahi karna hai, apne aur ghair ka farq nahi karna hai. Paighambaron ne dua ki har aik ke liye barabar.</w:t>
      </w:r>
      <w:r>
        <w:br/>
      </w:r>
      <w:r>
        <w:rPr>
          <w:sz w:val="20"/>
        </w:rPr>
        <w:t>53:58  To dua, dua to aadmi ke apne well wishing, is is spirit ka aik manifestation hai.</w:t>
      </w:r>
      <w:r>
        <w:br/>
      </w:r>
      <w:r>
        <w:rPr>
          <w:sz w:val="20"/>
        </w:rPr>
        <w:t>54:07  Khair khwahi ka jo jazba hai aadmi ke andar, us ka aik izhaar aik aadmi dua karta hai. Woh har aik ke liye hoga, har aik ke liye hoga.</w:t>
      </w:r>
      <w:r>
        <w:br/>
      </w:r>
      <w:r>
        <w:rPr>
          <w:sz w:val="20"/>
        </w:rPr>
        <w:t>54:18  Hatta ke aik animal aaag road par tarp raha ho, us ke liye aap dua kar sakte hain: "Khuda, us ki koi mil jaye, us ki jo barf patti kar de, us ki."</w:t>
      </w:r>
      <w:r>
        <w:br/>
      </w:r>
      <w:r>
        <w:rPr>
          <w:sz w:val="20"/>
        </w:rPr>
        <w:t>54:27  To dua to aap ke khair khwahi ke jazbe ka izhaar hai, us ka expression hai. Woh to zaroor hogi agar khair khwahi maujood hai aadmi ke andar.</w:t>
      </w:r>
    </w:p>
    <w:p>
      <w:pPr>
        <w:pStyle w:val="Heading2"/>
      </w:pPr>
      <w:r>
        <w:t>Please tell us how we can realize God</w:t>
      </w:r>
    </w:p>
    <w:p>
      <w:r>
        <w:rPr>
          <w:color w:val="666666"/>
          <w:sz w:val="18"/>
        </w:rPr>
        <w:t>Faith &amp; God · On Atheism | May 22, 2016 · 1m 50s · at 1:02:00 · https://youtu.be/tzJmfYnSleo?t=3720</w:t>
      </w:r>
    </w:p>
    <w:p>
      <w:r>
        <w:rPr>
          <w:i/>
        </w:rPr>
        <w:t>“You have deliberated upon an extremely important topic excellently today. Please tell us how we can realize God.”</w:t>
      </w:r>
    </w:p>
    <w:p>
      <w:r>
        <w:rPr>
          <w:sz w:val="20"/>
        </w:rPr>
        <w:t>1:02:00  molana agla sawal doctor hamid hussain sahib ne kiya hai odisha se aur unhon ne likha hai molana</w:t>
      </w:r>
      <w:r>
        <w:br/>
      </w:r>
      <w:r>
        <w:rPr>
          <w:sz w:val="20"/>
        </w:rPr>
        <w:t>1:02:06  صاحب, you have deliberated upon an extremely important topic excellently today.</w:t>
      </w:r>
      <w:r>
        <w:br/>
      </w:r>
      <w:r>
        <w:rPr>
          <w:sz w:val="20"/>
        </w:rPr>
        <w:t>1:02:13  Please tell us how we can realize God.</w:t>
      </w:r>
      <w:r>
        <w:br/>
      </w:r>
      <w:r>
        <w:rPr>
          <w:sz w:val="20"/>
        </w:rPr>
        <w:t>1:02:19  dekhiye ek hadith hai mein is ko bar bar tajruba karta hoon man arafa nafsahu faqad arafa rabbahu.</w:t>
      </w:r>
      <w:r>
        <w:br/>
      </w:r>
      <w:r>
        <w:rPr>
          <w:sz w:val="20"/>
        </w:rPr>
        <w:t>1:02:25  jis ne apne aap ko pehchana us ne god ko pehchana.</w:t>
      </w:r>
      <w:r>
        <w:br/>
      </w:r>
      <w:r>
        <w:rPr>
          <w:sz w:val="20"/>
        </w:rPr>
        <w:t>1:02:32  to mein akele mein aksar yeh sochta rehta hoon khud apne bare mein.</w:t>
      </w:r>
      <w:r>
        <w:br/>
      </w:r>
      <w:r>
        <w:rPr>
          <w:sz w:val="20"/>
        </w:rPr>
        <w:t>1:02:38  to mujhe har soch ke baad yeh mujhe daryaft hoti hai ke bilashuba yahan ek khuda hai.</w:t>
      </w:r>
      <w:r>
        <w:br/>
      </w:r>
      <w:r>
        <w:rPr>
          <w:sz w:val="20"/>
        </w:rPr>
        <w:t>1:02:44  aur yeh sab kaise ho raha hai?</w:t>
      </w:r>
      <w:r>
        <w:br/>
      </w:r>
      <w:r>
        <w:rPr>
          <w:sz w:val="20"/>
        </w:rPr>
        <w:t>1:02:51  meri zindagi mein bar bar aise waqiat hote hain jo takhleeq meri hai har insan ki tarike se.</w:t>
      </w:r>
      <w:r>
        <w:br/>
      </w:r>
      <w:r>
        <w:rPr>
          <w:sz w:val="20"/>
        </w:rPr>
        <w:t>1:02:57  misal ke taur par bas sochta hoon hath apna hath le kar ke seen ke mere hath ki</w:t>
      </w:r>
      <w:r>
        <w:br/>
      </w:r>
      <w:r>
        <w:rPr>
          <w:sz w:val="20"/>
        </w:rPr>
        <w:t>1:03:03  ungliyan jo hain agar paon ki tarah hoti choti choti aur yeh badi badi ungliyan paon mein hoti.</w:t>
      </w:r>
      <w:r>
        <w:br/>
      </w:r>
      <w:r>
        <w:rPr>
          <w:sz w:val="20"/>
        </w:rPr>
        <w:t>1:03:09  yani lambi ungliyan paon mein hoti hain choti ungliyan hath mein hoti hain to mera kya haal hota</w:t>
      </w:r>
      <w:r>
        <w:br/>
      </w:r>
      <w:r>
        <w:rPr>
          <w:sz w:val="20"/>
        </w:rPr>
        <w:t>1:03:15  hai? aise hi mein sochta rehta hoon ke meri naak yahan hoti aankh</w:t>
      </w:r>
      <w:r>
        <w:br/>
      </w:r>
      <w:r>
        <w:rPr>
          <w:sz w:val="20"/>
        </w:rPr>
        <w:t>1:03:21  yahan hoti to aap jante hain ke maujooda zamane mein sabit ho gaya hai ke yeh jo hai badal sakta hai. to kya hota? to itna zyada well arranged wali cheez hai itni zyada well planned ek ek cheez hai. thinking hai aaj subah hi bas soch raha tha ke main soch raha hoon main kaise soch raha hoon yeh soch ki taqat kahan se aayi mere andar hai? to yeh sari man arafa nafsahu faqad arafa rabbah aadmi apne bar</w:t>
      </w:r>
    </w:p>
    <w:p>
      <w:pPr>
        <w:pStyle w:val="Heading2"/>
      </w:pPr>
      <w:r>
        <w:t>Pleasing God ensures pleasing people?</w:t>
      </w:r>
    </w:p>
    <w:p>
      <w:r>
        <w:rPr>
          <w:color w:val="666666"/>
          <w:sz w:val="18"/>
        </w:rPr>
        <w:t>Faith &amp; God · Politics and Nation Building May 19, 2013 · 1m 08s · at 1:13:08 · https://youtu.be/kmiMGq0Ki2Q?t=4388</w:t>
      </w:r>
    </w:p>
    <w:p>
      <w:r>
        <w:rPr>
          <w:i/>
        </w:rPr>
        <w:t>“I think that if one pleases God, then all people will also be pleased. Is this possible?”</w:t>
      </w:r>
    </w:p>
    <w:p>
      <w:r>
        <w:rPr>
          <w:sz w:val="20"/>
        </w:rPr>
        <w:t>1:13:08  Maulana agla sawal Chennai se hai Maulana Iqbal Omri ka unhon ne likha hai ke har aadmi aj aj ki date mein insan ko razi karna chahta hai Khuda ko nahi mein samajhta hoon ke agar Khuda ko razi kar le to sare insano ko bhi razi kar lega kya yeh aisa mumkin hai</w:t>
      </w:r>
      <w:r>
        <w:br/>
      </w:r>
      <w:r>
        <w:rPr>
          <w:sz w:val="20"/>
        </w:rPr>
        <w:t>1:13:31  dekhein nahi Khuda ko razi karne se insan razi ho jayenge mein is ko nahi manta kyunke yeh to darul imtihan hai darul imtihan jab hai to wahan par sab sab kuch hota rahega jo aj ho raha hai yani Allah ko razi hone ka jo jo result hai woh akhirat mein milega duniya mein mil jaye mein is ko nahi manta</w:t>
      </w:r>
      <w:r>
        <w:br/>
      </w:r>
      <w:r>
        <w:rPr>
          <w:sz w:val="20"/>
        </w:rPr>
        <w:t>1:13:55  kyunke tamam paighambaron ne Allah ko razi kiya lekin insan un se ladta raha un se un ka takrao karta raha to dono lazim marzub nahi hain theek hai</w:t>
      </w:r>
    </w:p>
    <w:p>
      <w:pPr>
        <w:pStyle w:val="Heading2"/>
      </w:pPr>
      <w:r>
        <w:t>Prayer acceptance for distressed vs believer</w:t>
      </w:r>
    </w:p>
    <w:p>
      <w:r>
        <w:rPr>
          <w:color w:val="666666"/>
          <w:sz w:val="18"/>
        </w:rPr>
        <w:t>Faith &amp; God · Realistic Approach 30 March, 2014 · 27s · at 53:37 · https://youtu.be/HIFxmWWiEG4?t=3217</w:t>
      </w:r>
    </w:p>
    <w:p>
      <w:r>
        <w:rPr>
          <w:i/>
        </w:rPr>
        <w:t>“You wrote in your book 'Al-Islam' that the prayer of a person in distress is immediately accepted by God, while for the acceptance of a believer's prayer, righteous deeds are also required. Please explain.”</w:t>
      </w:r>
    </w:p>
    <w:p>
      <w:r>
        <w:rPr>
          <w:sz w:val="20"/>
        </w:rPr>
        <w:t>53:37  Maulana, agla sawal lene se pehle ek comment parhna chahenge jo Ghazipur se Tawfiq Khan sahib ne likha hai. Unhon ne likha hai: "Maulana sahib, main Al-Risala kary hoon.</w:t>
      </w:r>
      <w:r>
        <w:br/>
      </w:r>
      <w:r>
        <w:rPr>
          <w:sz w:val="20"/>
        </w:rPr>
        <w:t>53:50  Aap ka jo literature hai woh modern idiom mein hota hai jo ke poori tarah se samajh mein aata hai. Allah se dua hai ke woh aap ko lambi umar de."</w:t>
      </w:r>
    </w:p>
    <w:p>
      <w:pPr>
        <w:pStyle w:val="Heading2"/>
      </w:pPr>
      <w:r>
        <w:t>Presenting monotheistic God to monastic believer</w:t>
      </w:r>
    </w:p>
    <w:p>
      <w:r>
        <w:rPr>
          <w:color w:val="666666"/>
          <w:sz w:val="18"/>
        </w:rPr>
        <w:t>Faith &amp; God · Concept of God December 7, 2014 · 28s · at 56:05 · https://youtu.be/dCgL9lp8EAo?t=3365</w:t>
      </w:r>
    </w:p>
    <w:p>
      <w:r>
        <w:rPr>
          <w:i/>
        </w:rPr>
        <w:t>“I tried to present concept of monotheistic God to one who believed in monastic concept, but I failed.”</w:t>
      </w:r>
    </w:p>
    <w:p>
      <w:r>
        <w:rPr>
          <w:sz w:val="20"/>
        </w:rPr>
        <w:t>56:05  main samajhta hoon ke yeh yeh minimum shart hai kisi insaan ke good listener hone ki. Maulana, agla sawal lene se pehle ek comment parhna chahenge jo jnu se abdulrehman sahib ne bheja hai, aur unhon ne likha hai:</w:t>
      </w:r>
      <w:r>
        <w:br/>
      </w:r>
      <w:r>
        <w:rPr>
          <w:sz w:val="20"/>
        </w:rPr>
        <w:t>56:24  "Moulana, you are doing a marvelous job instilling positive mindedness in God's servants who lack this master key badly</w:t>
      </w:r>
    </w:p>
    <w:p>
      <w:pPr>
        <w:pStyle w:val="Heading2"/>
      </w:pPr>
      <w:r>
        <w:t>Principle for determining matters of faith</w:t>
      </w:r>
    </w:p>
    <w:p>
      <w:r>
        <w:rPr>
          <w:color w:val="666666"/>
          <w:sz w:val="18"/>
        </w:rPr>
        <w:t>Faith &amp; God · God and Man February 19, 2012 · 1m 57s · at 1:14:26 · https://youtu.be/rL4g0LOU3wo?t=4466</w:t>
      </w:r>
    </w:p>
    <w:p>
      <w:r>
        <w:rPr>
          <w:i/>
        </w:rPr>
        <w:t>“How to know whether something is a matter of faith or not? What is the principle?”</w:t>
      </w:r>
    </w:p>
    <w:p>
      <w:r>
        <w:rPr>
          <w:sz w:val="20"/>
        </w:rPr>
        <w:t>1:14:26  Maulana, agla sawal kya hai Tamil Nadu se Maulana Iqbal Umri ne</w:t>
      </w:r>
      <w:r>
        <w:br/>
      </w:r>
      <w:r>
        <w:rPr>
          <w:sz w:val="20"/>
        </w:rPr>
        <w:t>1:14:30  . unhon ne poocha hai: "koi baat aqeeday ki hai ya nahi, is ko janne ka kya usool hai?" is ke baray mein batayein. dekhiye, aqeeday ki tamam baatein Quran mein mojood hain.</w:t>
      </w:r>
      <w:r>
        <w:br/>
      </w:r>
      <w:r>
        <w:rPr>
          <w:sz w:val="20"/>
        </w:rPr>
        <w:t>1:14:44  Quran ke bahar agar koi aqeedah ijad karta hai to woh galat hai. yani koi bhi aisi baat jis ka aqeeday se talluq hai, jis ka talluq general jahannum se hai, woh lazman Quran mein mojood hai.</w:t>
      </w:r>
      <w:r>
        <w:br/>
      </w:r>
      <w:r>
        <w:rPr>
          <w:sz w:val="20"/>
        </w:rPr>
        <w:t>1:14:59  koi agar yeh kahe ke Quran mein mojood nahi hai to woh jhoot bolta hai. to aap Quran parh li jiye. aqeeday ka mamla koi bhi aisa nahi hai jo Quran mein mojood na ho.</w:t>
      </w:r>
      <w:r>
        <w:br/>
      </w:r>
      <w:r>
        <w:rPr>
          <w:sz w:val="20"/>
        </w:rPr>
        <w:t>1:15:10  to agar koi aisi baat bataye aqide ki, farz kijiye koi kahe ke taaj taaj mahal ko dekh lo to jannat pakki ho jayegi.</w:t>
      </w:r>
      <w:r>
        <w:br/>
      </w:r>
      <w:r>
        <w:rPr>
          <w:sz w:val="20"/>
        </w:rPr>
        <w:t>1:15:21  to is se poochhein, quran mein kahan likha hua hai?</w:t>
      </w:r>
      <w:r>
        <w:br/>
      </w:r>
      <w:r>
        <w:rPr>
          <w:sz w:val="20"/>
        </w:rPr>
        <w:t>1:15:25  koi kahe ke kutub minar par charh jao to to jannat ka ticket mil jayega tum ko? to poochhein, quran mein kahan likha hua hai?</w:t>
      </w:r>
      <w:r>
        <w:br/>
      </w:r>
      <w:r>
        <w:rPr>
          <w:sz w:val="20"/>
        </w:rPr>
        <w:t>1:15:35  to koi bhi aisi baat jis ka talluq nijaat se hai, aqide se hai, wo lazman quran mein maujood hai. quran mein hai to theek hai, nahi to nahi.</w:t>
      </w:r>
      <w:r>
        <w:br/>
      </w:r>
      <w:r>
        <w:rPr>
          <w:sz w:val="20"/>
        </w:rPr>
        <w:t>1:15:46  isi ko imam abu hanifa ne kaha tha ke "ituni ash-shay'a min kitabillah 'ataqu" ke quran se lao to mano, agar nahi manta mein.</w:t>
      </w:r>
      <w:r>
        <w:br/>
      </w:r>
      <w:r>
        <w:rPr>
          <w:sz w:val="20"/>
        </w:rPr>
        <w:t>1:15:55  to koi bhi shakhs agar yeh daawa karta hai ke aqide ka mamla quran se bahar bhi kahin maujood hai to wo galat daawa karta hai.</w:t>
      </w:r>
      <w:r>
        <w:br/>
      </w:r>
      <w:r>
        <w:rPr>
          <w:sz w:val="20"/>
        </w:rPr>
        <w:t>1:16:05  quran mein agar aqida hi na ho to phir quran mein hai kya? kya sirf tareekh hai is mein qomon ki?</w:t>
      </w:r>
      <w:r>
        <w:br/>
      </w:r>
      <w:r>
        <w:rPr>
          <w:sz w:val="20"/>
        </w:rPr>
        <w:t>1:16:13  nahi, aqide ka koi bhi mamla aisa nahi hai jo quran mein maujood na ho. aur jo cheez quran mein maujood na ho, wo aqida bhi nahi hai. wo aqida bhi nahi hai.</w:t>
      </w:r>
    </w:p>
    <w:p>
      <w:pPr>
        <w:pStyle w:val="Heading2"/>
      </w:pPr>
      <w:r>
        <w:t>Question about man's complete freedom</w:t>
      </w:r>
    </w:p>
    <w:p>
      <w:r>
        <w:rPr>
          <w:color w:val="666666"/>
          <w:sz w:val="18"/>
        </w:rPr>
        <w:t>Faith &amp; God · The Message of Eid Al-Adha November 6, 2011 Maulana Wahiduddin Khan · 1m 31s · at 1:04:38 · https://youtu.be/y59PU_RD2cg?t=3878</w:t>
      </w:r>
    </w:p>
    <w:p>
      <w:r>
        <w:rPr>
          <w:i/>
        </w:rPr>
        <w:t>“Is man 100% free?”</w:t>
      </w:r>
    </w:p>
    <w:p>
      <w:r>
        <w:rPr>
          <w:sz w:val="20"/>
        </w:rPr>
        <w:t>1:04:38  maulana, agla sawal miss naghma siddiqui ka hai, de</w:t>
      </w:r>
      <w:r>
        <w:br/>
      </w:r>
      <w:r>
        <w:rPr>
          <w:sz w:val="20"/>
        </w:rPr>
        <w:t>1:04:41  li se. unhon ne likha hai ke "Is man 100% free?" is ke baray mein bataen.</w:t>
      </w:r>
      <w:r>
        <w:br/>
      </w:r>
      <w:r>
        <w:rPr>
          <w:sz w:val="20"/>
        </w:rPr>
        <w:t>1:04:50  dekhiye, apne will ke aitbaar se 100% free hai. is duniya mein dekhiye, hamein do cheezon ke beech mein rehna padta hai. ek hai hamari azaadi, doosre hamare bahar jo hai infrastructure.</w:t>
      </w:r>
      <w:r>
        <w:br/>
      </w:r>
      <w:r>
        <w:rPr>
          <w:sz w:val="20"/>
        </w:rPr>
        <w:t>1:05:04  yeh jo hawa hai, pani hai, jo sari cheezen hain, us ko mein infrastructure</w:t>
      </w:r>
      <w:r>
        <w:br/>
      </w:r>
      <w:r>
        <w:rPr>
          <w:sz w:val="20"/>
        </w:rPr>
        <w:t>1:05:08  kehta hoon. infrastructure jo hai, woh to Khuda ki taraf se supply kiya jata hai. is mein aap ko koi ikhtiyar nahi hai.</w:t>
      </w:r>
      <w:r>
        <w:br/>
      </w:r>
      <w:r>
        <w:rPr>
          <w:sz w:val="20"/>
        </w:rPr>
        <w:t>1:05:17  aap ko oxygen hi saans lena hai, pani se pyas bujhani hai, aur khana jo hai, usi se aap ne bhook mitani hai.</w:t>
      </w:r>
      <w:r>
        <w:br/>
      </w:r>
      <w:r>
        <w:rPr>
          <w:sz w:val="20"/>
        </w:rPr>
        <w:t>1:05:29  koi aur ikhtiyar aap ke paas nahi hai is maamle mein. lekin</w:t>
      </w:r>
      <w:r>
        <w:br/>
      </w:r>
      <w:r>
        <w:rPr>
          <w:sz w:val="20"/>
        </w:rPr>
        <w:t>1:05:35  aap ko jo aazadi hai, us ko chahe chahe aap istemal kari</w:t>
      </w:r>
      <w:r>
        <w:br/>
      </w:r>
      <w:r>
        <w:rPr>
          <w:sz w:val="20"/>
        </w:rPr>
        <w:t>1:05:38  n, khayen ya na khayen, sach bolen ya jhoot bolen, logon se peaceful tareeqe se rahen, larr kar rahen un se, khud hi khud kha len ya doosron ko bhi khila den.</w:t>
      </w:r>
      <w:r>
        <w:br/>
      </w:r>
      <w:r>
        <w:rPr>
          <w:sz w:val="20"/>
        </w:rPr>
        <w:t>1:05:50  to is dunya mein 50-50 ka mamla hai. 50 percent aap ki freedom aur 50 percent infrastructure. Infrastructure ke mamle mein aap par jabr hai, lekin aap ko jo freedom hai, us pe koi jabr nahin.</w:t>
      </w:r>
      <w:r>
        <w:br/>
      </w:r>
      <w:r>
        <w:rPr>
          <w:sz w:val="20"/>
        </w:rPr>
        <w:t>1:06:04  100 percent aazadi hai.</w:t>
      </w:r>
    </w:p>
    <w:p>
      <w:pPr>
        <w:pStyle w:val="Heading2"/>
      </w:pPr>
      <w:r>
        <w:t>Question about many levels in Islam</w:t>
      </w:r>
    </w:p>
    <w:p>
      <w:r>
        <w:rPr>
          <w:color w:val="666666"/>
          <w:sz w:val="18"/>
        </w:rPr>
        <w:t>Faith &amp; God · Wisdom of Hadith September 11, 2016 · 1m 17s · at 45:43 · https://youtu.be/XPxlLv2_q1o?t=2743</w:t>
      </w:r>
    </w:p>
    <w:p>
      <w:r>
        <w:rPr>
          <w:i/>
        </w:rPr>
        <w:t>“Maulana, I believe in God Almighty and His blessings. I have a question that just as it is believed in Islam that there are many levels of”</w:t>
      </w:r>
    </w:p>
    <w:p>
      <w:r>
        <w:rPr>
          <w:sz w:val="20"/>
        </w:rPr>
        <w:t>45:43  ji aah Maulana, agla sawal kya hai merit se Salman sahib ne aur unhone likha hai: Maulana</w:t>
      </w:r>
      <w:r>
        <w:br/>
      </w:r>
      <w:r>
        <w:rPr>
          <w:sz w:val="20"/>
        </w:rPr>
        <w:t>45:49  sahib, I believe in God Almighty and His blessings.</w:t>
      </w:r>
      <w:r>
        <w:br/>
      </w:r>
      <w:r>
        <w:rPr>
          <w:sz w:val="20"/>
        </w:rPr>
        <w:t>45:54  I have a question that just as it is believed in Islam that there are many levels of</w:t>
      </w:r>
      <w:r>
        <w:br/>
      </w:r>
      <w:r>
        <w:rPr>
          <w:sz w:val="20"/>
        </w:rPr>
        <w:t>46:00  paradise and that one should aspire for the highest level, but this would depend on degree of one's God realization.</w:t>
      </w:r>
      <w:r>
        <w:br/>
      </w:r>
      <w:r>
        <w:rPr>
          <w:sz w:val="20"/>
        </w:rPr>
        <w:t>46:06  So how can I increase my degree of realization so that I can aim to qualify for the</w:t>
      </w:r>
      <w:r>
        <w:br/>
      </w:r>
      <w:r>
        <w:rPr>
          <w:sz w:val="20"/>
        </w:rPr>
        <w:t>46:12  highest level of paradise?</w:t>
      </w:r>
      <w:r>
        <w:br/>
      </w:r>
      <w:r>
        <w:rPr>
          <w:sz w:val="20"/>
        </w:rPr>
        <w:t>46:18  aap study kijiye, yeh is sawal ka jawab study mein milega aap ko. study kijiye.</w:t>
      </w:r>
      <w:r>
        <w:br/>
      </w:r>
      <w:r>
        <w:rPr>
          <w:sz w:val="20"/>
        </w:rPr>
        <w:t>46:24  hamari do kitaabein padhiye aap, ek kitaab ka naam hai "God Arises", ek kitaab ka naam hai "Simple Wisdom".</w:t>
      </w:r>
      <w:r>
        <w:br/>
      </w:r>
      <w:r>
        <w:rPr>
          <w:sz w:val="20"/>
        </w:rPr>
        <w:t>46:30  yeh do kitaabein padhiye.</w:t>
      </w:r>
      <w:r>
        <w:br/>
      </w:r>
      <w:r>
        <w:rPr>
          <w:sz w:val="20"/>
        </w:rPr>
        <w:t>46:36  bghair study ke sirf ek sawal, ek jawab se yeh masla hal nahi ho raha.</w:t>
      </w:r>
      <w:r>
        <w:br/>
      </w:r>
      <w:r>
        <w:rPr>
          <w:sz w:val="20"/>
        </w:rPr>
        <w:t>46:42  study aap ko prepared mind banati hai, aap ke mind ke door kholti hai, aap ki understanding ko barhati hai.</w:t>
      </w:r>
      <w:r>
        <w:br/>
      </w:r>
      <w:r>
        <w:rPr>
          <w:sz w:val="20"/>
        </w:rPr>
        <w:t>46:48  study aap ki understanding ko barhati hai, tab ja kar aadmi is qabil hota hai ke woh samjhe.</w:t>
      </w:r>
      <w:r>
        <w:br/>
      </w:r>
      <w:r>
        <w:rPr>
          <w:sz w:val="20"/>
        </w:rPr>
        <w:t>46:54  to mein kahoon ga aap meri do kitabein parhiye: "God Arises" aur "Simple Wisdom".</w:t>
      </w:r>
    </w:p>
    <w:p>
      <w:pPr>
        <w:pStyle w:val="Heading2"/>
      </w:pPr>
      <w:r>
        <w:t>Question about the creation plan</w:t>
      </w:r>
    </w:p>
    <w:p>
      <w:r>
        <w:rPr>
          <w:color w:val="666666"/>
          <w:sz w:val="18"/>
        </w:rPr>
        <w:t>Faith &amp; God · Root Cause of Terrorism February 22, 2015 · 1m 33s · at 43:48 · https://youtu.be/n0AIGEI7b9U?t=2628</w:t>
      </w:r>
    </w:p>
    <w:p>
      <w:r>
        <w:rPr>
          <w:i/>
        </w:rPr>
        <w:t>“When we talk about the creation plan, as Alhamdulillah, we all are doing as you have...”</w:t>
      </w:r>
    </w:p>
    <w:p>
      <w:r>
        <w:rPr>
          <w:sz w:val="20"/>
        </w:rPr>
        <w:t>43:48  maulana, agla sawal kya hai doctor hina ne UK se aur unhon ne likha hai: "maulana sahab,</w:t>
      </w:r>
      <w:r>
        <w:br/>
      </w:r>
      <w:r>
        <w:rPr>
          <w:sz w:val="20"/>
        </w:rPr>
        <w:t>43:56  may Allah keep you healthy to continue the mission.</w:t>
      </w:r>
      <w:r>
        <w:br/>
      </w:r>
      <w:r>
        <w:rPr>
          <w:sz w:val="20"/>
        </w:rPr>
        <w:t>44:00  My question is, when we talk about creation plan, as Alhamdulillah, we all are doing as you have</w:t>
      </w:r>
      <w:r>
        <w:br/>
      </w:r>
      <w:r>
        <w:rPr>
          <w:sz w:val="20"/>
        </w:rPr>
        <w:t>44:08  taught us.</w:t>
      </w:r>
      <w:r>
        <w:br/>
      </w:r>
      <w:r>
        <w:rPr>
          <w:sz w:val="20"/>
        </w:rPr>
        <w:t>44:09  Mostly people listen to us, but sometimes the criticism comes that this concept of world coming to</w:t>
      </w:r>
      <w:r>
        <w:br/>
      </w:r>
      <w:r>
        <w:rPr>
          <w:sz w:val="20"/>
        </w:rPr>
        <w:t>44:17  and a better life after this has given the idea of doing blast and suicide bombing</w:t>
      </w:r>
      <w:r>
        <w:br/>
      </w:r>
      <w:r>
        <w:rPr>
          <w:sz w:val="20"/>
        </w:rPr>
        <w:t>44:24  to end this life and this world soon and start a new one.</w:t>
      </w:r>
      <w:r>
        <w:br/>
      </w:r>
      <w:r>
        <w:rPr>
          <w:sz w:val="20"/>
        </w:rPr>
        <w:t>44:30  maulana sahab, how can we tackle such questions?" bhai, yeh bilkul stupid question hai.</w:t>
      </w:r>
      <w:r>
        <w:br/>
      </w:r>
      <w:r>
        <w:rPr>
          <w:sz w:val="20"/>
        </w:rPr>
        <w:t>44:36  Basic baat dekhen, hamesha yeh rahegi ke jab hum source samajhte hain Quran ko to aap Quran</w:t>
      </w:r>
      <w:r>
        <w:br/>
      </w:r>
      <w:r>
        <w:rPr>
          <w:sz w:val="20"/>
        </w:rPr>
        <w:t>44:44  se sab bataiye hamein ke kahan hai ke sab ko maar dalo taake jaldi jannat mil jaye? yeh</w:t>
      </w:r>
      <w:r>
        <w:br/>
      </w:r>
      <w:r>
        <w:rPr>
          <w:sz w:val="20"/>
        </w:rPr>
        <w:t>44:51  kahan likha hua hai? yeh kahan likha hua hai ke jaldi se maar dalo, jaldi se khudkushi kar</w:t>
      </w:r>
      <w:r>
        <w:br/>
      </w:r>
      <w:r>
        <w:rPr>
          <w:sz w:val="20"/>
        </w:rPr>
        <w:t>44:59  lo taake jannat pohnch jao? yeh kahan likha hua hai? to yeh to bilkul stupid baatein hain.</w:t>
      </w:r>
      <w:r>
        <w:br/>
      </w:r>
      <w:r>
        <w:rPr>
          <w:sz w:val="20"/>
        </w:rPr>
        <w:t>45:06  jo bhi kahe koi baat, us ko quran se ya Allah ke rasool ke kalam se ek batana</w:t>
      </w:r>
      <w:r>
        <w:br/>
      </w:r>
      <w:r>
        <w:rPr>
          <w:sz w:val="20"/>
        </w:rPr>
        <w:t>45:14  parhega ke is mein yeh baat kahi gayi hai, warna woh isi bilkul stupid rahe gi.</w:t>
      </w:r>
    </w:p>
    <w:p>
      <w:pPr>
        <w:pStyle w:val="Heading2"/>
      </w:pPr>
      <w:r>
        <w:t>Reality of magic and its effects</w:t>
      </w:r>
    </w:p>
    <w:p>
      <w:r>
        <w:rPr>
          <w:color w:val="666666"/>
          <w:sz w:val="18"/>
        </w:rPr>
        <w:t>Faith &amp; God · The Process of Personality Development June 30, 2013 · 1m 36s · at 1:00:19 · https://youtu.be/CSSFRydcJlo?t=3619</w:t>
      </w:r>
    </w:p>
    <w:p>
      <w:r>
        <w:rPr>
          <w:i/>
        </w:rPr>
        <w:t>“If someone falls ill or is afflicted with trouble, people say that they have been affected by magic. Is there any reality to magic?”</w:t>
      </w:r>
    </w:p>
    <w:p>
      <w:r>
        <w:rPr>
          <w:sz w:val="20"/>
        </w:rPr>
        <w:t>1:00:19  molana, agla sawal hai shafi ahmed sahab ka, vishakhapatnam se.</w:t>
      </w:r>
      <w:r>
        <w:br/>
      </w:r>
      <w:r>
        <w:rPr>
          <w:sz w:val="20"/>
        </w:rPr>
        <w:t>1:00:23  unhon ne likha hai: molana, agar koi bimar ho gaya ya pareshani mein mubtala ho gaya to log kehte hain ke us ke par jadoo ho gaya.</w:t>
      </w:r>
      <w:r>
        <w:br/>
      </w:r>
      <w:r>
        <w:rPr>
          <w:sz w:val="20"/>
        </w:rPr>
        <w:t>1:00:33  molana, kya jadoo ki koi haqiqat hai? dekhen, mein to jadoo ki haqiqat par nahi manta, bilkul nahi manta is ko.</w:t>
      </w:r>
      <w:r>
        <w:br/>
      </w:r>
      <w:r>
        <w:rPr>
          <w:sz w:val="20"/>
        </w:rPr>
        <w:t>1:00:50  yeh jo ek waqea jo quran mein aaya hai misr ke saahir ka, firoun ke zamanay ka, to woh us ko mein nazarbadi manta hoon.</w:t>
      </w:r>
      <w:r>
        <w:br/>
      </w:r>
      <w:r>
        <w:rPr>
          <w:sz w:val="20"/>
        </w:rPr>
        <w:t>1:01:04  us ko mein real sense mein, un ki laathiyan aur rasiyan real sense mein saamp ban gayi theen, yeh mein nahi manta. to khud isi pe lagta hai saharu ayyun al-nas khud quran mein</w:t>
      </w:r>
      <w:r>
        <w:br/>
      </w:r>
      <w:r>
        <w:rPr>
          <w:sz w:val="20"/>
        </w:rPr>
        <w:t>1:01:17  sahar al-nas yani dekhnay mein laga logon ko ke yeh rasi hai aur nahi hai, balkay saamp hai. us ko aaj kal ki zuban mein kehte hain nazarbadi.</w:t>
      </w:r>
      <w:r>
        <w:br/>
      </w:r>
      <w:r>
        <w:rPr>
          <w:sz w:val="20"/>
        </w:rPr>
        <w:t>1:01:28  aur yeh jo samjha jata hai ke jinat kuch kar deta hai, to us ke liye to sarahatan quran mein tardeed hai laysa laka alayhim min sultaan tum ko insaan ke oopar koi qudrat nahi hogi.</w:t>
      </w:r>
      <w:r>
        <w:br/>
      </w:r>
      <w:r>
        <w:rPr>
          <w:sz w:val="20"/>
        </w:rPr>
        <w:t>1:01:43  in cheezon ke le kar ke mein nahi manta ke jadu koi aisi mu'assir cheez hai. woh ek, mein us ko nahi manta.</w:t>
      </w:r>
    </w:p>
    <w:p>
      <w:pPr>
        <w:pStyle w:val="Heading2"/>
      </w:pPr>
      <w:r>
        <w:t>Realization of God through discovery</w:t>
      </w:r>
    </w:p>
    <w:p>
      <w:r>
        <w:rPr>
          <w:color w:val="666666"/>
          <w:sz w:val="18"/>
        </w:rPr>
        <w:t>Faith &amp; God · Wisdom of Hadith Maulana Wahiduddin Khan February 23, 2014 · 1m 09s · at 1:16:43 · https://youtu.be/5E_MIQpToK4?t=4603</w:t>
      </w:r>
    </w:p>
    <w:p>
      <w:r>
        <w:rPr>
          <w:i/>
        </w:rPr>
        <w:t>“Your main focus is realization of God through discovery. According to this, then all non-Muslim scientists and people who discover Islam by discovery?”</w:t>
      </w:r>
    </w:p>
    <w:p>
      <w:r>
        <w:rPr>
          <w:sz w:val="20"/>
        </w:rPr>
        <w:t>1:16:43  maulana, agla sawal aya hai islamabad, pakistan se waseem bari sahib ka.</w:t>
      </w:r>
      <w:r>
        <w:br/>
      </w:r>
      <w:r>
        <w:rPr>
          <w:sz w:val="20"/>
        </w:rPr>
        <w:t>1:16:49  انہوں نے لکھا ہے: "مولانا، your main focus is realization of God through discovery۔</w:t>
      </w:r>
      <w:r>
        <w:br/>
      </w:r>
      <w:r>
        <w:rPr>
          <w:sz w:val="20"/>
        </w:rPr>
        <w:t>1:16:55  According to this, then all the non-Muslim scientists or people who discover Islam by discovery.</w:t>
      </w:r>
      <w:r>
        <w:br/>
      </w:r>
      <w:r>
        <w:rPr>
          <w:sz w:val="20"/>
        </w:rPr>
        <w:t>1:17:01  Can we say that their discovery or realization of God would be higher than the born Muslims? Please</w:t>
      </w:r>
      <w:r>
        <w:br/>
      </w:r>
      <w:r>
        <w:rPr>
          <w:sz w:val="20"/>
        </w:rPr>
        <w:t>1:17:09  tell." yeh mere samnay baat yeh ayi ke woh scientist islam ko discover to karta nahi, woh to</w:t>
      </w:r>
      <w:r>
        <w:br/>
      </w:r>
      <w:r>
        <w:rPr>
          <w:sz w:val="20"/>
        </w:rPr>
        <w:t>1:17:17  law of nature ko discover karta hai.</w:t>
      </w:r>
      <w:r>
        <w:br/>
      </w:r>
      <w:r>
        <w:rPr>
          <w:sz w:val="20"/>
        </w:rPr>
        <w:t>1:17:20  kya matlab is ka? maulana, woh yeh shayad poochna chah rahe hain ke agar woh discover karein god</w:t>
      </w:r>
      <w:r>
        <w:br/>
      </w:r>
      <w:r>
        <w:rPr>
          <w:sz w:val="20"/>
        </w:rPr>
        <w:t>1:17:28  ko jis tarah aap agar ki baat hai to yeh jo waqia hai ke science, science scientist ka</w:t>
      </w:r>
      <w:r>
        <w:br/>
      </w:r>
      <w:r>
        <w:rPr>
          <w:sz w:val="20"/>
        </w:rPr>
        <w:t>1:17:35  jo mozu hai, woh law of nature ko discover karna, islam ko discover karna, yeh is ka subject</w:t>
      </w:r>
      <w:r>
        <w:br/>
      </w:r>
      <w:r>
        <w:rPr>
          <w:sz w:val="20"/>
        </w:rPr>
        <w:t>1:17:43  hi nahi hai.</w:t>
      </w:r>
      <w:r>
        <w:br/>
      </w:r>
      <w:r>
        <w:rPr>
          <w:sz w:val="20"/>
        </w:rPr>
        <w:t>1:17:44  to aap agar kya jo waqia ho, us ko mujhe batayein to mein us ko arz karunga.</w:t>
      </w:r>
    </w:p>
    <w:p>
      <w:pPr>
        <w:pStyle w:val="Heading2"/>
      </w:pPr>
      <w:r>
        <w:t>Reason's relation to religion and Quran</w:t>
      </w:r>
    </w:p>
    <w:p>
      <w:r>
        <w:rPr>
          <w:color w:val="666666"/>
          <w:sz w:val="18"/>
        </w:rPr>
        <w:t>Faith &amp; God · The Character of a Dayee 4 March 2012 - Maulana Wahiduddin Khan · 1m 27s · at 1:45:15 · https://youtu.be/YtavJpVNbEM?t=6315</w:t>
      </w:r>
    </w:p>
    <w:p>
      <w:r>
        <w:rPr>
          <w:i/>
        </w:rPr>
        <w:t>“How can scholars say that reason has no connection with religion, when the Quran was revealed at the level of our understanding? And what about matters that are beyond the reach of our intellect?”</w:t>
      </w:r>
    </w:p>
    <w:p>
      <w:r>
        <w:rPr>
          <w:sz w:val="20"/>
        </w:rPr>
        <w:t>1:45:15  maulana, agla sawal</w:t>
      </w:r>
      <w:r>
        <w:br/>
      </w:r>
      <w:r>
        <w:rPr>
          <w:sz w:val="20"/>
        </w:rPr>
        <w:t>1:45:18  Doha, Qatar se Maulana Abdul Basit Umri ka hai. unhon ne likha hai: "Maulana ulama yeh kaise kehte hain ke aql ka talluq deen se nahi, jabke Quran hamari samajh ki satah par nazil kiya gaya hai?</w:t>
      </w:r>
      <w:r>
        <w:br/>
      </w:r>
      <w:r>
        <w:rPr>
          <w:sz w:val="20"/>
        </w:rPr>
        <w:t>1:45:33  doosri baat yeh hai ke jo baat hamari aql mein aane wali nahi,</w:t>
      </w:r>
      <w:r>
        <w:br/>
      </w:r>
      <w:r>
        <w:rPr>
          <w:sz w:val="20"/>
        </w:rPr>
        <w:t>1:45:38  un ke baray mein saaf bayan kiya gaya hai, mislan rooh, taqdeer, Allah ki zaat mein ghore aur fikr, us ke baray mein bataen."</w:t>
      </w:r>
      <w:r>
        <w:br/>
      </w:r>
      <w:r>
        <w:rPr>
          <w:sz w:val="20"/>
        </w:rPr>
        <w:t>1:45:54  haan, to bas woh jo, yani aql ka istemal, main ne arz kiya, wohi baat phir kahunga ke ek hai aql ka istemal Quran ki, yani Quran ki,</w:t>
      </w:r>
      <w:r>
        <w:br/>
      </w:r>
      <w:r>
        <w:rPr>
          <w:sz w:val="20"/>
        </w:rPr>
        <w:t>1:46:11  Quran ke badal lete hue, aql ka istemal Quran ke badal lete hue. ek hai aql ka istemal Quran se be niaz ho kar ke.</w:t>
      </w:r>
      <w:r>
        <w:br/>
      </w:r>
      <w:r>
        <w:rPr>
          <w:sz w:val="20"/>
        </w:rPr>
        <w:t>1:46:21  to Quran se be niaz ho kar jo jo aql istemal ki gayi ki jayegi, woh to bhatkao ki taraf jayegi, bhatkao. lekin jab Quran ko</w:t>
      </w:r>
      <w:r>
        <w:br/>
      </w:r>
      <w:r>
        <w:rPr>
          <w:sz w:val="20"/>
        </w:rPr>
        <w:t>1:46:30  ki rehnumai rehnumai mein aql istemal ki jayegi, to bilashuba woh sath mustaqeem, sath mustaqeem tak pahunchegi, is mein koi shaq nahi hai.</w:t>
      </w:r>
    </w:p>
    <w:p>
      <w:pPr>
        <w:pStyle w:val="Heading2"/>
      </w:pPr>
      <w:r>
        <w:t>Reconciling acceptance of God's will with introspection</w:t>
      </w:r>
    </w:p>
    <w:p>
      <w:r>
        <w:rPr>
          <w:color w:val="666666"/>
          <w:sz w:val="18"/>
        </w:rPr>
        <w:t>Faith &amp; God · Realisation of God January 19, 2014 · 1m 50s · at 1:02:21 · https://youtu.be/uIn3AfDkk6Y?t=3741</w:t>
      </w:r>
    </w:p>
    <w:p>
      <w:r>
        <w:rPr>
          <w:i/>
        </w:rPr>
        <w:t>“One of the Islamic teachings is to accept everything happened. Everything happened as a will of God, while on the other hand Islam also inspires us to do introspection, that is to analyze what happened and do re-planning. Please explain how to understand apparently these two contradictory teachings.”</w:t>
      </w:r>
    </w:p>
    <w:p>
      <w:r>
        <w:rPr>
          <w:sz w:val="20"/>
        </w:rPr>
        <w:t>1:02:21  to parh kar kay is mein jo aap kay nazdeek kami baqi hai, woh us ko us ko point out kijiye aur phir woh us par sawal banaiye aap. Maulana, agla sawal Roorkee se hai Sajid Anwar sahib</w:t>
      </w:r>
      <w:r>
        <w:br/>
      </w:r>
      <w:r>
        <w:rPr>
          <w:sz w:val="20"/>
        </w:rPr>
        <w:t>1:02:33  ka. unhon nay likha hai: "one of the Islamic teachings is to accept everything happened. everything happened as a will of God, while in the other hand Islam also inspire us to do introspection.</w:t>
      </w:r>
      <w:r>
        <w:br/>
      </w:r>
      <w:r>
        <w:rPr>
          <w:sz w:val="20"/>
        </w:rPr>
        <w:t>1:02:48  that is to analyze what is happened and do replanning. Maulana, please explain how to understand apparently these two contradictory teachings." to is par bhi aap likh chukay hain.</w:t>
      </w:r>
      <w:r>
        <w:br/>
      </w:r>
      <w:r>
        <w:rPr>
          <w:sz w:val="20"/>
        </w:rPr>
        <w:t>1:03:01  case sahib, is par bhi bohat likha hai. jabr o qadar ke maslay par bohat likha hai, us ko bhi parhein. dekhiye, janab jo Al-Risala hai</w:t>
      </w:r>
      <w:r>
        <w:br/>
      </w:r>
      <w:r>
        <w:rPr>
          <w:sz w:val="20"/>
        </w:rPr>
        <w:t>1:03:12  January 2014 ka, us mein yeh baat maujood hai, us ko parhiye. January 2014, phir sawal kijiye, tab sawal zyada acha hoga, jawab bhi inshallah zyada behtar hoga.</w:t>
      </w:r>
    </w:p>
    <w:p>
      <w:pPr>
        <w:pStyle w:val="Heading2"/>
      </w:pPr>
      <w:r>
        <w:t>Reincarnation vs second coming of Jesus</w:t>
      </w:r>
    </w:p>
    <w:p>
      <w:r>
        <w:rPr>
          <w:color w:val="666666"/>
          <w:sz w:val="18"/>
        </w:rPr>
        <w:t>Faith &amp; God · Discovery of Modern Age I 10th Feb. 13 · 39s · at 1:12:10 · https://youtu.be/Yp5T0KacY84?t=4330</w:t>
      </w:r>
    </w:p>
    <w:p>
      <w:r>
        <w:rPr>
          <w:i/>
        </w:rPr>
        <w:t>“Why do Muslims consider reincarnation as wrong while they consider the second coming of Jesus or reincarnation as correct?”</w:t>
      </w:r>
    </w:p>
    <w:p>
      <w:r>
        <w:rPr>
          <w:sz w:val="20"/>
        </w:rPr>
        <w:t>1:12:10  maulana, agla sawal dilli se hai shah imran hasan sahab ka.</w:t>
      </w:r>
      <w:r>
        <w:br/>
      </w:r>
      <w:r>
        <w:rPr>
          <w:sz w:val="20"/>
        </w:rPr>
        <w:t>1:12:15  unhon ne likha hai: "maulana sahab, meri samajh mein yeh nahi aata ke musalman pun janam ko galat</w:t>
      </w:r>
      <w:r>
        <w:br/>
      </w:r>
      <w:r>
        <w:rPr>
          <w:sz w:val="20"/>
        </w:rPr>
        <w:t>1:12:21  mantay hain jabkay hazrat masih ke dobara nazool ya pun janam ko sahi mantay hain.</w:t>
      </w:r>
      <w:r>
        <w:br/>
      </w:r>
      <w:r>
        <w:rPr>
          <w:sz w:val="20"/>
        </w:rPr>
        <w:t>1:12:27  please aap is ko explain karein." nahi, yeh pun janam alag cheez hai.</w:t>
      </w:r>
      <w:r>
        <w:br/>
      </w:r>
      <w:r>
        <w:rPr>
          <w:sz w:val="20"/>
        </w:rPr>
        <w:t>1:12:33  hazrat masih ka amal insan alag cheez hai.</w:t>
      </w:r>
      <w:r>
        <w:br/>
      </w:r>
      <w:r>
        <w:rPr>
          <w:sz w:val="20"/>
        </w:rPr>
        <w:t>1:12:38  donon ek nahi hain.</w:t>
      </w:r>
      <w:r>
        <w:br/>
      </w:r>
      <w:r>
        <w:rPr>
          <w:sz w:val="20"/>
        </w:rPr>
        <w:t>1:12:44  pun janam to ek philosophy hai, is se is ka koi talluq nahi hai.</w:t>
      </w:r>
    </w:p>
    <w:p>
      <w:pPr>
        <w:pStyle w:val="Heading2"/>
      </w:pPr>
      <w:r>
        <w:t>Religion restricts freedom, so reject it</w:t>
      </w:r>
    </w:p>
    <w:p>
      <w:r>
        <w:rPr>
          <w:color w:val="666666"/>
          <w:sz w:val="18"/>
        </w:rPr>
        <w:t>Faith &amp; God · Islam and Prophet of Islam 21st October 2012 · 1m 12s · at 1:16:10 · https://youtu.be/pg1Malshh6Y?t=4570</w:t>
      </w:r>
    </w:p>
    <w:p>
      <w:r>
        <w:rPr>
          <w:i/>
        </w:rPr>
        <w:t>“A person said that religion puts restrictions on human freedom, so we do not want religion.”</w:t>
      </w:r>
    </w:p>
    <w:p>
      <w:r>
        <w:rPr>
          <w:sz w:val="20"/>
        </w:rPr>
        <w:t>1:16:10  maulana, agla sawal aya hai gulbarga se maulana yaqoob umri ka.</w:t>
      </w:r>
      <w:r>
        <w:br/>
      </w:r>
      <w:r>
        <w:rPr>
          <w:sz w:val="20"/>
        </w:rPr>
        <w:t>1:16:14  unhon ne likha hai: "maulana, ek sahib ne kaha ke mazhab insaan ki azadi par rok lagata hai,</w:t>
      </w:r>
      <w:r>
        <w:br/>
      </w:r>
      <w:r>
        <w:rPr>
          <w:sz w:val="20"/>
        </w:rPr>
        <w:t>1:16:22  is liye hum ko mazhab nahi chahiye."</w:t>
      </w:r>
    </w:p>
    <w:p>
      <w:pPr>
        <w:pStyle w:val="Heading2"/>
      </w:pPr>
      <w:r>
        <w:t>Repeated discovery of helplessness for God</w:t>
      </w:r>
    </w:p>
    <w:p>
      <w:r>
        <w:rPr>
          <w:color w:val="666666"/>
          <w:sz w:val="18"/>
        </w:rPr>
        <w:t>Faith &amp; God · The Problem of Evil December 4, 2011 · 1m 28s · at 1:37:31 · https://youtu.be/SMqtVjaGHfw?t=5851</w:t>
      </w:r>
    </w:p>
    <w:p>
      <w:r>
        <w:rPr>
          <w:i/>
        </w:rPr>
        <w:t>“You repeatedly discover your helplessness. My question is: Is a single discovery of helplessness not enough to believe in God? Then why do you keep discovering it repeatedly?”</w:t>
      </w:r>
    </w:p>
    <w:p>
      <w:r>
        <w:rPr>
          <w:sz w:val="20"/>
        </w:rPr>
        <w:t>1:37:31  Maulana, agla sawal aaya hai Maulana Abdul Basit Omri ka, Doha, Qatar se</w:t>
      </w:r>
      <w:r>
        <w:br/>
      </w:r>
      <w:r>
        <w:rPr>
          <w:sz w:val="20"/>
        </w:rPr>
        <w:t>1:37:37  . Unhone likha hai: "Maulana, aap bar bar apne ajz ko daryaft karte rehte hain. Aap bar bar apne ajz ko daryaft karte rehte hain.</w:t>
      </w:r>
      <w:r>
        <w:br/>
      </w:r>
      <w:r>
        <w:rPr>
          <w:sz w:val="20"/>
        </w:rPr>
        <w:t>1:37:48  Maulana, mera sawal yeh hai ke kya ek bar ke daryaft ajz Khuda ko manne ke liye kafi nahi? To phir aap bar bar kyun daryaft karte rehte hain?"</w:t>
      </w:r>
      <w:r>
        <w:br/>
      </w:r>
      <w:r>
        <w:rPr>
          <w:sz w:val="20"/>
        </w:rPr>
        <w:t>1:38:01  yeh aadmi dekhiye, aadmi ka dimagh aisa hai ke cheezen chali jati hain bhool ke khane mein.</w:t>
      </w:r>
      <w:r>
        <w:br/>
      </w:r>
      <w:r>
        <w:rPr>
          <w:sz w:val="20"/>
        </w:rPr>
        <w:t>1:38:10  koi bhi cheez aap ko agar aap bar bar usko charcha na karen to bhool jayenge. Aap apne bete hi ko aap charcha lekar bada bhool jayenge. To bete ko har waqt charcha karta hai aadmi.</w:t>
      </w:r>
      <w:r>
        <w:br/>
      </w:r>
      <w:r>
        <w:rPr>
          <w:sz w:val="20"/>
        </w:rPr>
        <w:t>1:38:20  mukhtalif bahane aap apne bete ko charcha karte hain, tab aap ko memory banta hai. To koi bhi cheez ho, aap ko charcha karna padega.</w:t>
      </w:r>
      <w:r>
        <w:br/>
      </w:r>
      <w:r>
        <w:rPr>
          <w:sz w:val="20"/>
        </w:rPr>
        <w:t>1:38:29  iska</w:t>
      </w:r>
      <w:r>
        <w:br/>
      </w:r>
      <w:r>
        <w:rPr>
          <w:sz w:val="20"/>
        </w:rPr>
        <w:t>1:38:30  nahi charcha karenge to woh jaisa ke mein is se pehle kaha tha ke mind ke teen hisse hain, yaani conscious mind, subconscious mind, unconscious mind.</w:t>
      </w:r>
      <w:r>
        <w:br/>
      </w:r>
      <w:r>
        <w:rPr>
          <w:sz w:val="20"/>
        </w:rPr>
        <w:t>1:38:41  to pehle cheezen aati hain conscious mind mein, phir chali jati hain subconscious mind mein, phir jati hain unconscious mind mein. Yeh to process hai, woh process se aap bach nahi sakte.</w:t>
      </w:r>
      <w:r>
        <w:br/>
      </w:r>
      <w:r>
        <w:rPr>
          <w:sz w:val="20"/>
        </w:rPr>
        <w:t>1:38:52  har cheez pe apply hota hai, woh chahe bete ko yaad rakhna ho, chahe Allah taala ko yaad rakhna ho. Hmm.</w:t>
      </w:r>
    </w:p>
    <w:p>
      <w:pPr>
        <w:pStyle w:val="Heading2"/>
      </w:pPr>
      <w:r>
        <w:t>Response to student rejecting God's test</w:t>
      </w:r>
    </w:p>
    <w:p>
      <w:r>
        <w:rPr>
          <w:color w:val="666666"/>
          <w:sz w:val="18"/>
        </w:rPr>
        <w:t>Faith &amp; God · Revival of Muslim Ummah, February 4, 2013 · 1m 49s · at 58:52 · https://youtu.be/xB3MfWhLHoM?t=3532</w:t>
      </w:r>
    </w:p>
    <w:p>
      <w:r>
        <w:rPr>
          <w:i/>
        </w:rPr>
        <w:t>“This week during our dawah in the university campus, I was explaining the creation plan of God to a student. After a long discussion on various topics, she said: 'I don't like such God who creates me in this imperfect world and then tests me. It's so mean, I don't need such God.' Maulana, I want to know what is your comment on this?”</w:t>
      </w:r>
    </w:p>
    <w:p>
      <w:r>
        <w:rPr>
          <w:sz w:val="20"/>
        </w:rPr>
        <w:t>58:52  to maine yeh sawal Canada se aya hai Abu Hassan sahib ka. unhon ne likha hai: "Maulana sahib, das week during our daawa in the university campus, I was explaining the creation plan of God to a student.</w:t>
      </w:r>
      <w:r>
        <w:br/>
      </w:r>
      <w:r>
        <w:rPr>
          <w:sz w:val="20"/>
        </w:rPr>
        <w:t>59:10  after a long discussion in various topics, she said: 'I don't like such God who creates me in this imperfect world and then tests me.</w:t>
      </w:r>
      <w:r>
        <w:br/>
      </w:r>
      <w:r>
        <w:rPr>
          <w:sz w:val="20"/>
        </w:rPr>
        <w:t>59:23  it's so mean, I don't need such God.' Maulana sahib, I want to know what is your comment on this?</w:t>
      </w:r>
      <w:r>
        <w:br/>
      </w:r>
      <w:r>
        <w:rPr>
          <w:sz w:val="20"/>
        </w:rPr>
        <w:t>59:32  how can we address such a such a question?"</w:t>
      </w:r>
      <w:r>
        <w:br/>
      </w:r>
      <w:r>
        <w:rPr>
          <w:sz w:val="20"/>
        </w:rPr>
        <w:t>59:37  dekhein, log jo hain conditioned ho gaye hain immediate ko le kar sochne ke, immediate ko le kar sochne ke conditioned ho gaye hain.</w:t>
      </w:r>
      <w:r>
        <w:br/>
      </w:r>
      <w:r>
        <w:rPr>
          <w:sz w:val="20"/>
        </w:rPr>
        <w:t>59:49  to zahir hai ke itni jaldi woh apne zehan nahi badal sakte. to aap koshish karte rahein aur apni apni koshish ko jari rakhein.</w:t>
      </w:r>
      <w:r>
        <w:br/>
      </w:r>
      <w:r>
        <w:rPr>
          <w:sz w:val="20"/>
        </w:rPr>
        <w:t>1:00:06  inhi mein se aise log milenge jo aap ko positive response denge.</w:t>
      </w:r>
      <w:r>
        <w:br/>
      </w:r>
      <w:r>
        <w:rPr>
          <w:sz w:val="20"/>
        </w:rPr>
        <w:t>1:00:13  kisi ek, kisi ek waqeye ko aap generalize na karein. aisa nahi ke sab log aise hi honge, doosre qism ke log bhi honge.</w:t>
      </w:r>
      <w:r>
        <w:br/>
      </w:r>
      <w:r>
        <w:rPr>
          <w:sz w:val="20"/>
        </w:rPr>
        <w:t>1:00:23  to main yahi kahunga ke logon ki conditioning ko todne mein bohat time lagta hai. to aap ko thoda patience dikhana padega aur bohat hi, yani long term patience ko apne daawa par chalana padega.</w:t>
      </w:r>
      <w:r>
        <w:br/>
      </w:r>
      <w:r>
        <w:rPr>
          <w:sz w:val="20"/>
        </w:rPr>
        <w:t>1:00:40  Maulana, un ka ek aur</w:t>
      </w:r>
    </w:p>
    <w:p>
      <w:pPr>
        <w:pStyle w:val="Heading2"/>
      </w:pPr>
      <w:r>
        <w:t>Responsibility of those unaware of Islam</w:t>
      </w:r>
    </w:p>
    <w:p>
      <w:r>
        <w:rPr>
          <w:color w:val="666666"/>
          <w:sz w:val="18"/>
        </w:rPr>
        <w:t>Faith &amp; God · Islam and Science (In Conversation with Maulana) · 1m 33s · at 3:05 · https://youtu.be/pKS94tSXlT4?t=185</w:t>
      </w:r>
    </w:p>
    <w:p>
      <w:r>
        <w:rPr>
          <w:i/>
        </w:rPr>
        <w:t>“America is a newly discovered world. When Islam emerged, America was unknown. The Islamic da'wah could not reach there. Islam was unknown to Americans. Will they be responsible while they were not introduced to Islam? And was Islam not a universal religion at that time?”</w:t>
      </w:r>
    </w:p>
    <w:p>
      <w:r>
        <w:rPr>
          <w:sz w:val="20"/>
        </w:rPr>
        <w:t>3:05  maulana, un ka ek aur sawal hai. unhon ne likha hai ke "America is a new discovered world." haan, "America is a new discovered world when Islam emerged.</w:t>
      </w:r>
      <w:r>
        <w:br/>
      </w:r>
      <w:r>
        <w:rPr>
          <w:sz w:val="20"/>
        </w:rPr>
        <w:t>3:16  America was unknown. Islamic daawa could not reach there. Islam was unknown to Americans. Will they be responsible while they were not introduced of Islam?</w:t>
      </w:r>
      <w:r>
        <w:br/>
      </w:r>
      <w:r>
        <w:rPr>
          <w:sz w:val="20"/>
        </w:rPr>
        <w:t>3:30  And was Islam not a universal religion at that time?"</w:t>
      </w:r>
      <w:r>
        <w:br/>
      </w:r>
      <w:r>
        <w:rPr>
          <w:sz w:val="20"/>
        </w:rPr>
        <w:t>3:36  apni zimmedari ko kyun nahi aap yaad karte ke america discovered hoga to aap pahunchaiye sachai ko? yeh ajeeb o ghareeb baat hai musalmanon mein ke apni zimmedari to unhein yaad nahi aati aur doosri baaten ajeeb o ghareeb qism ki un ke zehn mein aa jati hain.</w:t>
      </w:r>
      <w:r>
        <w:br/>
      </w:r>
      <w:r>
        <w:rPr>
          <w:sz w:val="20"/>
        </w:rPr>
        <w:t>3:53  aaj jis zamane mein aap hain, is zamane mein yani sab kuch maloom ho chuka hai, communication aa chuka hai to aap aap aap ke andar yeh tadap kyun nahi paida hoti?</w:t>
      </w:r>
      <w:r>
        <w:br/>
      </w:r>
      <w:r>
        <w:rPr>
          <w:sz w:val="20"/>
        </w:rPr>
        <w:t>4:03  yeh tadap ke america ko aur sari duniya ko bataen islam? ajeeb o ghareeb qism ka sawal kaha jata hai. main hairaan hota hoon musalmanon mein. ajeeb o ghareeb qism ka sawal aata hai un ke dimagh mein lekin apni duty jo hai, apni zimmedari jo hai,</w:t>
      </w:r>
      <w:r>
        <w:br/>
      </w:r>
      <w:r>
        <w:rPr>
          <w:sz w:val="20"/>
        </w:rPr>
        <w:t>4:16  woh woh nahi soch paate woh.</w:t>
      </w:r>
      <w:r>
        <w:br/>
      </w:r>
      <w:r>
        <w:rPr>
          <w:sz w:val="20"/>
        </w:rPr>
        <w:t>4:21  aap aaj ki duniya mein hain to aaj age of communication hai. aap har jagah pahunchaiye, har jagah pahunchaiye, including america.</w:t>
      </w:r>
      <w:r>
        <w:br/>
      </w:r>
      <w:r>
        <w:rPr>
          <w:sz w:val="20"/>
        </w:rPr>
        <w:t>4:33  apni dutyon ki yaad kijiye, apni zimmedariyon ko poora kijiye.</w:t>
      </w:r>
    </w:p>
    <w:p>
      <w:pPr>
        <w:pStyle w:val="Heading2"/>
      </w:pPr>
      <w:r>
        <w:t>Reward for companions applicable to us</w:t>
      </w:r>
    </w:p>
    <w:p>
      <w:r>
        <w:rPr>
          <w:color w:val="666666"/>
          <w:sz w:val="18"/>
        </w:rPr>
        <w:t>Faith &amp; God · Islam and Science (In Conversation with Maulana) · 1m 31s · at 9:33 · https://youtu.be/pKS94tSXlT4?t=573</w:t>
      </w:r>
    </w:p>
    <w:p>
      <w:r>
        <w:rPr>
          <w:i/>
        </w:rPr>
        <w:t>“Is the reward that Allah has kept for the Prophet's companions applicable to us as well?”</w:t>
      </w:r>
    </w:p>
    <w:p>
      <w:r>
        <w:rPr>
          <w:sz w:val="20"/>
        </w:rPr>
        <w:t>9:33  maulana, agla sawal gulbarga se aya hai, muhammad abdul gani sahib ka. unhon ne likha hai: "prophet ke companions ke liye jo reward allah ne rakha, kya woh hamare liye bhi applicable hai?"</w:t>
      </w:r>
      <w:r>
        <w:br/>
      </w:r>
      <w:r>
        <w:rPr>
          <w:sz w:val="20"/>
        </w:rPr>
        <w:t>9:51  haan, hazrat umar ne kaha hai: "mansura" yani sahaba ke bare mein. mansura wakun misl al-ummah fal-yad shartullah fihi.</w:t>
      </w:r>
      <w:r>
        <w:br/>
      </w:r>
      <w:r>
        <w:rPr>
          <w:sz w:val="20"/>
        </w:rPr>
        <w:t>10:03  yani jo sahaba ke ke darje ka inaam chahta ho to woh un ka amal kare. agar Allah ke nazdeek hum khud nahi keh sakte ke hum sahaba wala amal kar rahe hain, agar Allah ke nazdeek kisi ka amal is darje ka amal hoga to bilashuba us ko mile ga woh darja.</w:t>
      </w:r>
      <w:r>
        <w:br/>
      </w:r>
      <w:r>
        <w:rPr>
          <w:sz w:val="20"/>
        </w:rPr>
        <w:t>10:27  aur Quran mein hai ke: "walayka min an nabiyyin wa siddiqin wa shuhada wa salihin". to yeh meet dekhen, meet aam lafz hai yahan par.</w:t>
      </w:r>
      <w:r>
        <w:br/>
      </w:r>
      <w:r>
        <w:rPr>
          <w:sz w:val="20"/>
        </w:rPr>
        <w:t>10:37  unki doosron ko bhi unki meet hasil hogi. lekin woh jo qurbani di, unhon ne, unhon ne jo amal kiya, unhon ne jo ikhlas pesh kiya, woh woh shart hai.</w:t>
      </w:r>
      <w:r>
        <w:br/>
      </w:r>
      <w:r>
        <w:rPr>
          <w:sz w:val="20"/>
        </w:rPr>
        <w:t>10:48  woh shart poora kare koi shakhs to bilashuba us ko woh darja mile ga. Allah ke haan koi tafreeq nahi hai, koi imtiaz nahi hai. lekin shart poora karna asal cheez hai.</w:t>
      </w:r>
    </w:p>
    <w:p>
      <w:pPr>
        <w:pStyle w:val="Heading2"/>
      </w:pPr>
      <w:r>
        <w:t>Role of reason in religion</w:t>
      </w:r>
    </w:p>
    <w:p>
      <w:r>
        <w:rPr>
          <w:color w:val="666666"/>
          <w:sz w:val="18"/>
        </w:rPr>
        <w:t>Faith &amp; God · Materialism and Intellectual Dwarfism 29th April 2012 · 1m 50s · at 1:13:33 · https://youtu.be/qHzARL_r3I4?t=4413</w:t>
      </w:r>
    </w:p>
    <w:p>
      <w:r>
        <w:rPr>
          <w:i/>
        </w:rPr>
        <w:t>“Can reason be used in religion or not? Some people say that Ali said, 'If religion were by reason, then the wiping under the feet would be done, not on top.' What does that saying of Ali mean? Reason is repeatedly used in the Quran, meaning people are urged to use their intellect.”</w:t>
      </w:r>
    </w:p>
    <w:p>
      <w:r>
        <w:rPr>
          <w:sz w:val="20"/>
        </w:rPr>
        <w:t>1:13:33  maulana agla sawal hai umra abad se maulana fard ahmad sahab ka unhone likha hai deen mein aql ka istemal kiya ja sakta hai ya nahi kuch log ye kehte hain ke hazrat ali ne farmaya agar deen aql se hota to paon ke neeche ka masah hota upar ka nahi iske bare</w:t>
      </w:r>
      <w:r>
        <w:br/>
      </w:r>
      <w:r>
        <w:rPr>
          <w:sz w:val="20"/>
        </w:rPr>
        <w:t>1:13:55  mein nahi wo hazrat ali ke qaul ke alag alag wo alag maene mein hai aql to quran majeed mein nahi nahi bar bar istemal hua hai yani yani aql jo hai</w:t>
      </w:r>
      <w:r>
        <w:br/>
      </w:r>
      <w:r>
        <w:rPr>
          <w:sz w:val="20"/>
        </w:rPr>
        <w:t>1:14:13  quran mein bar bar yani wo aadmi ko ubhara gaya hai ke wo apni aql ko istemal kare</w:t>
      </w:r>
      <w:r>
        <w:br/>
      </w:r>
      <w:r>
        <w:rPr>
          <w:sz w:val="20"/>
        </w:rPr>
        <w:t>1:14:23  aap surah al imran mein padhiye maslan inn fi khalqi samawati walardhi wakhtilafi al layli wan nahari la ayatil lil albab labin aql ye khuda ki takhleeq mein nishaniyan hain khuda ki takhleeq mein yani wo sab kuch hai jo allah taala ko matloob hai ke aap daryaft kare magar lub walon ke liye ahl al albab ke liye hai wo</w:t>
      </w:r>
      <w:r>
        <w:br/>
      </w:r>
      <w:r>
        <w:rPr>
          <w:sz w:val="20"/>
        </w:rPr>
        <w:t>1:14:52  to jagah jagah aisa hai kahin kahin hujar ka lafz hai ke lub ka lafz hai ke aql ka lafz hai kahin tadabbur ka lafz hai ye sab isi liye hai ke aadmi apni aql ko istemal kare jo log aisa kehte hain wo to quran ki nafi hai</w:t>
      </w:r>
      <w:r>
        <w:br/>
      </w:r>
      <w:r>
        <w:rPr>
          <w:sz w:val="20"/>
        </w:rPr>
        <w:t>1:15:11  to quran ki nafi hai ke islam mein aql ka dakhil nahi hai yani quran to kitni sankron ayaten aisi hain jismein kehti hain ke aql ko istemal karo</w:t>
      </w:r>
    </w:p>
    <w:p>
      <w:pPr>
        <w:pStyle w:val="Heading2"/>
      </w:pPr>
      <w:r>
        <w:t>Satan's oneness and control over humans</w:t>
      </w:r>
    </w:p>
    <w:p>
      <w:r>
        <w:rPr>
          <w:color w:val="666666"/>
          <w:sz w:val="18"/>
        </w:rPr>
        <w:t>Faith &amp; God · Age of Consumerism January 6, 2013 · 52s · at 1:22:30 · https://youtu.be/zJRZ1OKUhgA?t=4950</w:t>
      </w:r>
    </w:p>
    <w:p>
      <w:r>
        <w:rPr>
          <w:i/>
        </w:rPr>
        <w:t>“Is Satan the only one? If he is the only one, then how is he controlling the whole human being?”</w:t>
      </w:r>
    </w:p>
    <w:p>
      <w:r>
        <w:rPr>
          <w:sz w:val="20"/>
        </w:rPr>
        <w:t>1:22:30  Maulana, agla sawal Delhi se hai, Kausar Ali Sahab ka. unhone likha hai: "Is Shaitan the only one. If he is the only one, then how he is controlling the whole human being?" is ke bare mein nahi hai.</w:t>
      </w:r>
      <w:r>
        <w:br/>
      </w:r>
      <w:r>
        <w:rPr>
          <w:sz w:val="20"/>
        </w:rPr>
        <w:t>1:22:45  Shaitan ek nahi hai. jis cheez ko hum Shaitan ya Iblees kehte hain, woh haqeeqat mein jinnaat hain. woh log woh log jinnaat se talluq rakhte hain, jin se.</w:t>
      </w:r>
      <w:r>
        <w:br/>
      </w:r>
      <w:r>
        <w:rPr>
          <w:sz w:val="20"/>
        </w:rPr>
        <w:t>1:22:57  to jinno ke sardar tha Iblees.</w:t>
      </w:r>
      <w:r>
        <w:br/>
      </w:r>
      <w:r>
        <w:rPr>
          <w:sz w:val="20"/>
        </w:rPr>
        <w:t>1:23:00  aisa nahi ke bas ek hi insan hai, in ke to bohat sare log hain. jinnaat ki ek poori ek qaum hai. aur Iblees jo Quran majeed mein hai, woh to sirf is ka sardar tha, bas.</w:t>
      </w:r>
      <w:r>
        <w:br/>
      </w:r>
      <w:r>
        <w:rPr>
          <w:sz w:val="20"/>
        </w:rPr>
        <w:t>1:23:16  to aisa nahi hai.</w:t>
      </w:r>
    </w:p>
    <w:p>
      <w:pPr>
        <w:pStyle w:val="Heading2"/>
      </w:pPr>
      <w:r>
        <w:t>Science and God's existence alignment</w:t>
      </w:r>
    </w:p>
    <w:p>
      <w:r>
        <w:rPr>
          <w:color w:val="666666"/>
          <w:sz w:val="18"/>
        </w:rPr>
        <w:t>Faith &amp; God · The Existence of God July 23, 2017 Maulana Wahiduddin Khan · 29s · at 51:28 · https://youtu.be/shLM_JhG3iE?t=3088</w:t>
      </w:r>
    </w:p>
    <w:p>
      <w:r>
        <w:rPr>
          <w:i/>
        </w:rPr>
        <w:t>“Science and God's existence is now on the same page. Denying God will be the case of disobedience. Maulana sahib, am I correct?”</w:t>
      </w:r>
    </w:p>
    <w:p>
      <w:r>
        <w:rPr>
          <w:sz w:val="20"/>
        </w:rPr>
        <w:t>51:28  Jazak Allah." Maulana, agla sawal Farhana Ansari ne bheja hai USA se. unhone likha hai: "Science and God's existence is now on the same page.</w:t>
      </w:r>
      <w:r>
        <w:br/>
      </w:r>
      <w:r>
        <w:rPr>
          <w:sz w:val="20"/>
        </w:rPr>
        <w:t>51:44  Denying God will be the case of disobedience. Maulana sahib, am I correct?" sahih, sahih kaha, bilkul sahih.</w:t>
      </w:r>
    </w:p>
    <w:p>
      <w:pPr>
        <w:pStyle w:val="Heading2"/>
      </w:pPr>
      <w:r>
        <w:t>Shariat: Definition, Origin, and Sacredness</w:t>
      </w:r>
    </w:p>
    <w:p>
      <w:r>
        <w:rPr>
          <w:color w:val="666666"/>
          <w:sz w:val="18"/>
        </w:rPr>
        <w:t>Faith &amp; God · Divine Ideology of Life I 11 July 2010 · 1m 54s · at 1:30:11 · https://youtu.be/wOmHVfyjMJY?t=5411</w:t>
      </w:r>
    </w:p>
    <w:p>
      <w:r>
        <w:rPr>
          <w:i/>
        </w:rPr>
        <w:t>“What is Shariat? How did it come into being? Is it considered as sacred as the Hadith and Quran Sharif?”</w:t>
      </w:r>
    </w:p>
    <w:p>
      <w:r>
        <w:rPr>
          <w:sz w:val="20"/>
        </w:rPr>
        <w:t>1:30:11  Maulana, agla sawal kya hai? aah, Mr. Dheeraj Bakshi ne Delhi se. unho ne likha hai ke "What is Shariat?</w:t>
      </w:r>
      <w:r>
        <w:br/>
      </w:r>
      <w:r>
        <w:rPr>
          <w:sz w:val="20"/>
        </w:rPr>
        <w:t>1:30:21  How did it come into being? Is it considered as sacred as the Hadith and Quran Sharif?" yeh shariat aur tauheed ko hum la kehte hain, la.</w:t>
      </w:r>
      <w:r>
        <w:br/>
      </w:r>
      <w:r>
        <w:rPr>
          <w:sz w:val="20"/>
        </w:rPr>
        <w:t>1:30:32  qanoon. aik hai deen, aik hai shariat.</w:t>
      </w:r>
      <w:r>
        <w:br/>
      </w:r>
      <w:r>
        <w:rPr>
          <w:sz w:val="20"/>
        </w:rPr>
        <w:t>1:30:38  deen ka matlab hai fundamentals. principles. to fundamental principles jo hain, woh deen hain. aur jo law bante hain, law.</w:t>
      </w:r>
      <w:r>
        <w:br/>
      </w:r>
      <w:r>
        <w:rPr>
          <w:sz w:val="20"/>
        </w:rPr>
        <w:t>1:30:49  is ko kehte hain shariat. It's not something to do with customs which have become law. aisa to nahi hai ke customs which have become law .</w:t>
      </w:r>
      <w:r>
        <w:br/>
      </w:r>
      <w:r>
        <w:rPr>
          <w:sz w:val="20"/>
        </w:rPr>
        <w:t>1:30:58  Maulana, jo customs hain, woh keh rahe hain ke jo customs hain, woh isi ko to nahi? nahi, nahi. Customs is nothing. Islam mein customs is nothing.</w:t>
      </w:r>
      <w:r>
        <w:br/>
      </w:r>
      <w:r>
        <w:rPr>
          <w:sz w:val="20"/>
        </w:rPr>
        <w:t>1:31:07  Customs to musalmanon ne pakad rakha hai. yeh sab musalmanon ke tareeqe hain. yeh sab jitna aap dekhte hain, woh sab customs hain musalmanon ka.</w:t>
      </w:r>
      <w:r>
        <w:br/>
      </w:r>
      <w:r>
        <w:rPr>
          <w:sz w:val="20"/>
        </w:rPr>
        <w:t>1:31:15  apna banaya hua. woh shariat se koi talluq is ka nahi hai.</w:t>
      </w:r>
      <w:r>
        <w:br/>
      </w:r>
      <w:r>
        <w:rPr>
          <w:sz w:val="20"/>
        </w:rPr>
        <w:t>1:31:23  to shariat to woh hai jo Quran mein bhi shariat hai, Hadith mein bhi shariat hai. woh law. yaani law wala part jo hai, us ko shariat kahenge.</w:t>
      </w:r>
      <w:r>
        <w:br/>
      </w:r>
      <w:r>
        <w:rPr>
          <w:sz w:val="20"/>
        </w:rPr>
        <w:t>1:31:32  aur jo part hai principles wala, us ko deen kahenge.</w:t>
      </w:r>
      <w:r>
        <w:br/>
      </w:r>
      <w:r>
        <w:rPr>
          <w:sz w:val="20"/>
        </w:rPr>
        <w:t>1:31:37  bas. bhai, customs, rituals to musalmanon ka apna banaya hua hai. is ka Islam se koi talluq nahi hai. aik aur.</w:t>
      </w:r>
      <w:r>
        <w:br/>
      </w:r>
      <w:r>
        <w:rPr>
          <w:sz w:val="20"/>
        </w:rPr>
        <w:t>1:31:45  jaise misaal ke taur par burqa hai. burqa koi shariat thodi hai. burqa to customs hai. Rasool Allah ke jab zamane mein auratein thin, koi burqa nahi pehanta tha, koi bhi.</w:t>
      </w:r>
      <w:r>
        <w:br/>
      </w:r>
      <w:r>
        <w:rPr>
          <w:sz w:val="20"/>
        </w:rPr>
        <w:t>1:31:56  musalmanon ka customs hai yeh. woh sahi ya galat mein nahi kehta. sahi galat aik alag cheez hai. lekin behal woh Zulfiqar duaon mein nahi tha.</w:t>
      </w:r>
    </w:p>
    <w:p>
      <w:pPr>
        <w:pStyle w:val="Heading2"/>
      </w:pPr>
      <w:r>
        <w:t>Significance of Doomsday in Islam</w:t>
      </w:r>
    </w:p>
    <w:p>
      <w:r>
        <w:rPr>
          <w:color w:val="666666"/>
          <w:sz w:val="18"/>
        </w:rPr>
        <w:t>Faith &amp; God · Purpose Of Human Life -12th Feb. '12 · 57s · at 1:36:38 · https://youtu.be/TCGYvGJHf7w?t=5798</w:t>
      </w:r>
    </w:p>
    <w:p>
      <w:r>
        <w:rPr>
          <w:i/>
        </w:rPr>
        <w:t>“What is the significance of Doomsday?”</w:t>
      </w:r>
    </w:p>
    <w:p>
      <w:r>
        <w:rPr>
          <w:sz w:val="20"/>
        </w:rPr>
        <w:t>1:36:38  Maulana, agla sawal Muzaffarpur se hai Mr.</w:t>
      </w:r>
      <w:r>
        <w:br/>
      </w:r>
      <w:r>
        <w:rPr>
          <w:sz w:val="20"/>
        </w:rPr>
        <w:t>1:36:42  Muhammad Tauqeer Alam sahib ka.</w:t>
      </w:r>
      <w:r>
        <w:br/>
      </w:r>
      <w:r>
        <w:rPr>
          <w:sz w:val="20"/>
        </w:rPr>
        <w:t>1:36:47  unhon ne likha hai What is the significance of Doomsday?</w:t>
      </w:r>
      <w:r>
        <w:br/>
      </w:r>
      <w:r>
        <w:rPr>
          <w:sz w:val="20"/>
        </w:rPr>
        <w:t>1:36:52  Doomsday? bhai, hamari sari kitabein isi par hain, aap parhi hain kitabon ke sath, parha nahi hai aap</w:t>
      </w:r>
      <w:r>
        <w:br/>
      </w:r>
      <w:r>
        <w:rPr>
          <w:sz w:val="20"/>
        </w:rPr>
        <w:t>1:36:56  ne? ji, hamari jo literature hai is mein maut o qayamat aur jannat aur dozakh yeh sari baatein</w:t>
      </w:r>
      <w:r>
        <w:br/>
      </w:r>
      <w:r>
        <w:rPr>
          <w:sz w:val="20"/>
        </w:rPr>
        <w:t>1:37:01  to har kitab mein direct ya indirect hoti hain.</w:t>
      </w:r>
      <w:r>
        <w:br/>
      </w:r>
      <w:r>
        <w:rPr>
          <w:sz w:val="20"/>
        </w:rPr>
        <w:t>1:37:06  kitabon ko parhiye.</w:t>
      </w:r>
      <w:r>
        <w:br/>
      </w:r>
      <w:r>
        <w:rPr>
          <w:sz w:val="20"/>
        </w:rPr>
        <w:t>1:37:11  mahaz ek sawal ek jawab se masla hal nahi ho sakta hai.</w:t>
      </w:r>
      <w:r>
        <w:br/>
      </w:r>
      <w:r>
        <w:rPr>
          <w:sz w:val="20"/>
        </w:rPr>
        <w:t>1:37:16  aap mutala ki jiye, risala ka mutala ki jiye, hamari kitabon ka mutala ki jiye.</w:t>
      </w:r>
      <w:r>
        <w:br/>
      </w:r>
      <w:r>
        <w:rPr>
          <w:sz w:val="20"/>
        </w:rPr>
        <w:t>1:37:20  kaise sahib, koi khas kitab batayein un ko? akhirat ka safar hai.</w:t>
      </w:r>
      <w:r>
        <w:br/>
      </w:r>
      <w:r>
        <w:rPr>
          <w:sz w:val="20"/>
        </w:rPr>
        <w:t>1:37:25  ek kitab hai akhirat ka safar, us ko aap parhiye.</w:t>
      </w:r>
      <w:r>
        <w:br/>
      </w:r>
      <w:r>
        <w:rPr>
          <w:sz w:val="20"/>
        </w:rPr>
        <w:t>1:37:30  inshallah aap ka jawab mil jayega is mein.</w:t>
      </w:r>
    </w:p>
    <w:p>
      <w:pPr>
        <w:pStyle w:val="Heading2"/>
      </w:pPr>
      <w:r>
        <w:t>Significance of God's attribute of mercy</w:t>
      </w:r>
    </w:p>
    <w:p>
      <w:r>
        <w:rPr>
          <w:color w:val="666666"/>
          <w:sz w:val="18"/>
        </w:rPr>
        <w:t>Faith &amp; God · The Creation Plan of God I February 14, 2016 · 1m 05s · at 1:09:22 · https://youtu.be/BzfZIALqyNI?t=4162</w:t>
      </w:r>
    </w:p>
    <w:p>
      <w:r>
        <w:rPr>
          <w:i/>
        </w:rPr>
        <w:t>“One of the attributes of God is that He is the Most Merciful. What is the significance of this attribute?”</w:t>
      </w:r>
    </w:p>
    <w:p>
      <w:r>
        <w:rPr>
          <w:sz w:val="20"/>
        </w:rPr>
        <w:t>1:09:22  maulana, agla sawal bhopal se hai.</w:t>
      </w:r>
      <w:r>
        <w:br/>
      </w:r>
      <w:r>
        <w:rPr>
          <w:sz w:val="20"/>
        </w:rPr>
        <w:t>1:09:24  فیروز صاحب نے کیا ہے اور انہوں نے لکھا ہے کہ: "One of the attributes of God has</w:t>
      </w:r>
      <w:r>
        <w:br/>
      </w:r>
      <w:r>
        <w:rPr>
          <w:sz w:val="20"/>
        </w:rPr>
        <w:t>1:09:32  he mentioned that he is the most merciful.</w:t>
      </w:r>
      <w:r>
        <w:br/>
      </w:r>
      <w:r>
        <w:rPr>
          <w:sz w:val="20"/>
        </w:rPr>
        <w:t>1:09:36  مولانا، "Why is it then that Muslims always live in the attitude of revenge and anger?" تو بھئی،</w:t>
      </w:r>
      <w:r>
        <w:br/>
      </w:r>
      <w:r>
        <w:rPr>
          <w:sz w:val="20"/>
        </w:rPr>
        <w:t>1:09:43  woh koi khuda ki taraf se to hi kar rahe hain.</w:t>
      </w:r>
      <w:r>
        <w:br/>
      </w:r>
      <w:r>
        <w:rPr>
          <w:sz w:val="20"/>
        </w:rPr>
        <w:t>1:09:48  woh apne freedom ko use kar rahe hain, apne freedom ko misuse kar rahe hain.</w:t>
      </w:r>
      <w:r>
        <w:br/>
      </w:r>
      <w:r>
        <w:rPr>
          <w:sz w:val="20"/>
        </w:rPr>
        <w:t>1:09:55  musalman jab revenge karte hain to woh koi khuda ki taraf se thori karte hain, woh apni taraf</w:t>
      </w:r>
      <w:r>
        <w:br/>
      </w:r>
      <w:r>
        <w:rPr>
          <w:sz w:val="20"/>
        </w:rPr>
        <w:t>1:10:03  se karte hain.</w:t>
      </w:r>
      <w:r>
        <w:br/>
      </w:r>
      <w:r>
        <w:rPr>
          <w:sz w:val="20"/>
        </w:rPr>
        <w:t>1:10:04  apni taraf se karte hain to is ka matlab apni freedom ko woh istemal kar rahe hain.</w:t>
      </w:r>
      <w:r>
        <w:br/>
      </w:r>
      <w:r>
        <w:rPr>
          <w:sz w:val="20"/>
        </w:rPr>
        <w:t>1:10:11  agarche woh misuse, misuse hai, yeh to akhirat mein ja kar faisla aur hisab dunya mein</w:t>
      </w:r>
      <w:r>
        <w:br/>
      </w:r>
      <w:r>
        <w:rPr>
          <w:sz w:val="20"/>
        </w:rPr>
        <w:t>1:10:19  nahi hoga.</w:t>
      </w:r>
      <w:r>
        <w:br/>
      </w:r>
      <w:r>
        <w:rPr>
          <w:sz w:val="20"/>
        </w:rPr>
        <w:t>1:10:21  akhirat mein har aadmi ka hisab hoga, dunya mein to us ko azadi rahe gi.</w:t>
      </w:r>
    </w:p>
    <w:p>
      <w:pPr>
        <w:pStyle w:val="Heading2"/>
      </w:pPr>
      <w:r>
        <w:t>Significance of teaching Adam repentance words</w:t>
      </w:r>
    </w:p>
    <w:p>
      <w:r>
        <w:rPr>
          <w:color w:val="666666"/>
          <w:sz w:val="18"/>
        </w:rPr>
        <w:t>Faith &amp; God · Dars-e-Quran, Chapter 2, Verse 37 | January  07, 2018 · 1m 53s · at 54:28 · https://youtu.be/ao6Cr57KuEM?t=3268</w:t>
      </w:r>
    </w:p>
    <w:p>
      <w:r>
        <w:rPr>
          <w:i/>
        </w:rPr>
        <w:t>“Why did Allah choose to teach Adam the words of repentance? What was the significance of giving Adam those words?”</w:t>
      </w:r>
    </w:p>
    <w:p>
      <w:r>
        <w:rPr>
          <w:sz w:val="20"/>
        </w:rPr>
        <w:t>54:28  مولانا، اگلا سوال کشمیر سے عامر موری صاحب نے بھیجا ہے، انہوں نے لکھا ہے: "We have learned</w:t>
      </w:r>
      <w:r>
        <w:br/>
      </w:r>
      <w:r>
        <w:rPr>
          <w:sz w:val="20"/>
        </w:rPr>
        <w:t>54:38  That repentance is the feeling of acknowledging one's mistakes and then striving to come back to the right path.</w:t>
      </w:r>
      <w:r>
        <w:br/>
      </w:r>
      <w:r>
        <w:rPr>
          <w:sz w:val="20"/>
        </w:rPr>
        <w:t>54:48  My question is: Why Allah chose to teach Adam the words of repentance? What was the significance of giving Adam</w:t>
      </w:r>
      <w:r>
        <w:br/>
      </w:r>
      <w:r>
        <w:rPr>
          <w:sz w:val="20"/>
        </w:rPr>
        <w:t>54:58  the ability to make dua to his creator? when allah, allah can easily understand what is in our hearts?" maulana, kindly guide us in this. question clear nahin laga mujh ko. kya question hai? maulana, woh yeh janna chah rahe hain shayad ke allah ne kyun dua batai adam adam ko tauba karne ke liye? kyunke</w:t>
      </w:r>
      <w:r>
        <w:br/>
      </w:r>
      <w:r>
        <w:rPr>
          <w:sz w:val="20"/>
        </w:rPr>
        <w:t>55:28  allah to khud hi jante hain ke hamare dilon mein kya hai, to is ka kya significance hai ke yeh dua sikhai allah ne adam ko? bhai, yeh first, yeh pehli baar to aisa hua human history mein. pehli baar to allah ko first instance mein batana tha ke insan ko kick karna chahiye. ya to allah ko</w:t>
      </w:r>
      <w:r>
        <w:br/>
      </w:r>
      <w:r>
        <w:rPr>
          <w:sz w:val="20"/>
        </w:rPr>
        <w:t>55:58  batana hi tha, nahi to example set kaise hota? example kaise set hota? main to samajhta hoon ke</w:t>
      </w:r>
      <w:r>
        <w:br/>
      </w:r>
      <w:r>
        <w:rPr>
          <w:sz w:val="20"/>
        </w:rPr>
        <w:t>56:06  Allah ka yeh introduction tha jo right time par hua.</w:t>
      </w:r>
      <w:r>
        <w:br/>
      </w:r>
      <w:r>
        <w:rPr>
          <w:sz w:val="20"/>
        </w:rPr>
        <w:t>56:13  agar introduction na hota to phir bhi insan bhatka rehta.</w:t>
      </w:r>
    </w:p>
    <w:p>
      <w:pPr>
        <w:pStyle w:val="Heading2"/>
      </w:pPr>
      <w:r>
        <w:t>Starting point of God-realization</w:t>
      </w:r>
    </w:p>
    <w:p>
      <w:r>
        <w:rPr>
          <w:color w:val="666666"/>
          <w:sz w:val="18"/>
        </w:rPr>
        <w:t>Faith &amp; God · Realization of God September 15, 2013 · 1m 23s · at 1:04:18 · https://youtu.be/CNEEeM5uyi8?t=3858</w:t>
      </w:r>
    </w:p>
    <w:p>
      <w:r>
        <w:rPr>
          <w:i/>
        </w:rPr>
        <w:t>“Maulana, what is the starting point of ma'rifat and God-realization? Please answer me in detail.”</w:t>
      </w:r>
    </w:p>
    <w:p>
      <w:r>
        <w:rPr>
          <w:sz w:val="20"/>
        </w:rPr>
        <w:t>1:04:18  Maulana, agla sawal Panipat se hai, Javed sahab ka. Unhone aapse poocha hai: "Maulana, what is the starting point of marifat or God realization?</w:t>
      </w:r>
      <w:r>
        <w:br/>
      </w:r>
      <w:r>
        <w:rPr>
          <w:sz w:val="20"/>
        </w:rPr>
        <w:t>1:04:30  Please answer me in detail." Ab main yeh kahunga: Aap bhai, kitaab sab se pehle padhiye, kitaab marifat. Baghair padhe hue log sawal karte hain.</w:t>
      </w:r>
      <w:r>
        <w:br/>
      </w:r>
      <w:r>
        <w:rPr>
          <w:sz w:val="20"/>
        </w:rPr>
        <w:t>1:04:41  Meri kitaab hai, moti si kitaab marifat, usko padhiye, phir sawal kijiye to main uska jawab dunga, inshallah.</w:t>
      </w:r>
      <w:r>
        <w:br/>
      </w:r>
      <w:r>
        <w:rPr>
          <w:sz w:val="20"/>
        </w:rPr>
        <w:t>1:04:49  Kitaab marifat kehte hain safhat hain, aap 624. Kitaab marifat ke 624 safhat hain, uske moti si kitaab hai, bohat hi detail mein hai.</w:t>
      </w:r>
      <w:r>
        <w:br/>
      </w:r>
      <w:r>
        <w:rPr>
          <w:sz w:val="20"/>
        </w:rPr>
        <w:t>1:04:59  Woh usko aap padhiye aur phir sawal kijiye. Dekhein, sawal karne ka tareeqa yeh hai ke aap homework kar chuke hon. Aap log homework karte nahi hain aur sawal kar dete hain.</w:t>
      </w:r>
      <w:r>
        <w:br/>
      </w:r>
      <w:r>
        <w:rPr>
          <w:sz w:val="20"/>
        </w:rPr>
        <w:t>1:05:10  Homework kiya hai?</w:t>
      </w:r>
      <w:r>
        <w:br/>
      </w:r>
      <w:r>
        <w:rPr>
          <w:sz w:val="20"/>
        </w:rPr>
        <w:t>1:05:12  Apne bas ki jahad karna, apni bas ki chhanbeen karna. Yaani khud jo aadmi chhanbeen kar sakta hai, woh kar chuka ho.</w:t>
      </w:r>
      <w:r>
        <w:br/>
      </w:r>
      <w:r>
        <w:rPr>
          <w:sz w:val="20"/>
        </w:rPr>
        <w:t>1:05:23  Yeh hai homework. Aam taur par logon ka mizaj hai ke homework karte nahi, woh sawal kar dete hain. To aapse mashwara to mujhe hai ke aap ka homework yeh hai ke aap meri kitaab jo hai, usko padhein aur uske baad aap sawal karein.</w:t>
      </w:r>
    </w:p>
    <w:p>
      <w:pPr>
        <w:pStyle w:val="Heading2"/>
      </w:pPr>
      <w:r>
        <w:t>Taking God's blessings for granted</w:t>
      </w:r>
    </w:p>
    <w:p>
      <w:r>
        <w:rPr>
          <w:color w:val="666666"/>
          <w:sz w:val="18"/>
        </w:rPr>
        <w:t>Faith &amp; God · Realization of God May 07, 2017 Maulana Wahiduddin Khan · 1m 39s · at 49:16 · https://youtu.be/sXmJShRfWKs?t=2956</w:t>
      </w:r>
    </w:p>
    <w:p>
      <w:r>
        <w:rPr>
          <w:i/>
        </w:rPr>
        <w:t>“The sun is such a big blessing of God Almighty but we don't realize it all the time and take this and the blessings of God for granted.”</w:t>
      </w:r>
    </w:p>
    <w:p>
      <w:r>
        <w:rPr>
          <w:sz w:val="20"/>
        </w:rPr>
        <w:t>49:16  ji molana agla sawal dilli se bheja hai miss naghma siddiqui ne unho ne likha hai the sun</w:t>
      </w:r>
      <w:r>
        <w:br/>
      </w:r>
      <w:r>
        <w:rPr>
          <w:sz w:val="20"/>
        </w:rPr>
        <w:t>49:24  is such a big blessing of god almighty but we don't realize it all the time and take</w:t>
      </w:r>
      <w:r>
        <w:br/>
      </w:r>
      <w:r>
        <w:rPr>
          <w:sz w:val="20"/>
        </w:rPr>
        <w:t>49:32  this and the blessings of god for granted</w:t>
      </w:r>
      <w:r>
        <w:br/>
      </w:r>
      <w:r>
        <w:rPr>
          <w:sz w:val="20"/>
        </w:rPr>
        <w:t>49:36  how can we always be aware of god's blessings</w:t>
      </w:r>
      <w:r>
        <w:br/>
      </w:r>
      <w:r>
        <w:rPr>
          <w:sz w:val="20"/>
        </w:rPr>
        <w:t>49:42  dekhiye chahe sun yani suraj ka mamla ho kisi aur doosri cheez ka</w:t>
      </w:r>
      <w:r>
        <w:br/>
      </w:r>
      <w:r>
        <w:rPr>
          <w:sz w:val="20"/>
        </w:rPr>
        <w:t>49:50  cheezon ko is tarah dekhen jaise ke us ko aap pehli bar dekh rahe hon pehli bar cheezon ko suna is tarah jaise ke aap pehli bar sun rahe hain</w:t>
      </w:r>
      <w:r>
        <w:br/>
      </w:r>
      <w:r>
        <w:rPr>
          <w:sz w:val="20"/>
        </w:rPr>
        <w:t>50:05  agar aap ko yeh lage ke are bhai to hota hai class mein repetition hota hai cheezein repeat</w:t>
      </w:r>
      <w:r>
        <w:br/>
      </w:r>
      <w:r>
        <w:rPr>
          <w:sz w:val="20"/>
        </w:rPr>
        <w:t>50:12  ho rahi hain to aap se zyada nadan aur koi nahi</w:t>
      </w:r>
      <w:r>
        <w:br/>
      </w:r>
      <w:r>
        <w:rPr>
          <w:sz w:val="20"/>
        </w:rPr>
        <w:t>50:17  aap quran mein dekhein quran mein tadad repetition hai quran bhara hua hai repetition se to kya allah</w:t>
      </w:r>
      <w:r>
        <w:br/>
      </w:r>
      <w:r>
        <w:rPr>
          <w:sz w:val="20"/>
        </w:rPr>
        <w:t>50:23  taala ki baatein kab thi</w:t>
      </w:r>
      <w:r>
        <w:br/>
      </w:r>
      <w:r>
        <w:rPr>
          <w:sz w:val="20"/>
        </w:rPr>
        <w:t>50:26  jo log repetition ki boli bolte hain wo unho ne a b c bhi a b c d</w:t>
      </w:r>
      <w:r>
        <w:br/>
      </w:r>
      <w:r>
        <w:rPr>
          <w:sz w:val="20"/>
        </w:rPr>
        <w:t>50:32  bhi nahi jana wisdom ki kuch nahi jana</w:t>
      </w:r>
      <w:r>
        <w:br/>
      </w:r>
      <w:r>
        <w:rPr>
          <w:sz w:val="20"/>
        </w:rPr>
        <w:t>50:36  aap cheezon ko</w:t>
      </w:r>
      <w:r>
        <w:br/>
      </w:r>
      <w:r>
        <w:rPr>
          <w:sz w:val="20"/>
        </w:rPr>
        <w:t>50:39  is tarah dekhenge jaise aap pehli baar dekh rahe hon is ko suraj ko aap ne hazaron</w:t>
      </w:r>
      <w:r>
        <w:br/>
      </w:r>
      <w:r>
        <w:rPr>
          <w:sz w:val="20"/>
        </w:rPr>
        <w:t>50:42  bar dekha hoga lekin jab suraj nikle subah ko to is tarah dekhein jaise aap pehli baar dekh</w:t>
      </w:r>
      <w:r>
        <w:br/>
      </w:r>
      <w:r>
        <w:rPr>
          <w:sz w:val="20"/>
        </w:rPr>
        <w:t>50:47  rahe hain tab aap ke andar wisdom aye gi</w:t>
      </w:r>
      <w:r>
        <w:br/>
      </w:r>
      <w:r>
        <w:rPr>
          <w:sz w:val="20"/>
        </w:rPr>
        <w:t>50:52  nahi</w:t>
      </w:r>
      <w:r>
        <w:br/>
      </w:r>
      <w:r>
        <w:rPr>
          <w:sz w:val="20"/>
        </w:rPr>
        <w:t>50:52  to nahi</w:t>
      </w:r>
    </w:p>
    <w:p>
      <w:pPr>
        <w:pStyle w:val="Heading2"/>
      </w:pPr>
      <w:r>
        <w:t>Technically following pillars vs. nearness to God</w:t>
      </w:r>
    </w:p>
    <w:p>
      <w:r>
        <w:rPr>
          <w:color w:val="666666"/>
          <w:sz w:val="18"/>
        </w:rPr>
        <w:t>Faith &amp; God · The Culture of People of Paradise January 06, 2019 Maulana Wahiduddin Khan · 1m 44s · at 47:40 · https://youtu.be/rFExua9zntM?t=2860</w:t>
      </w:r>
    </w:p>
    <w:p>
      <w:r>
        <w:rPr>
          <w:i/>
        </w:rPr>
        <w:t>“Every Muslim feels that following all the five pillars of Islam is enough to qualify for Paradise. He is not really into thinking that he should feel nearness to God like Pharaoh's wife Asiya thought. So I want to know that will such Muslims who technically follow all the pillars, will still get Paradise and they are at risk.”</w:t>
      </w:r>
    </w:p>
    <w:p>
      <w:r>
        <w:rPr>
          <w:sz w:val="20"/>
        </w:rPr>
        <w:t>47:40  molana, agla sawal bheja hai afaq hussain sahib ne ahmedabad se. unhon ne likha hai: "molana, every Muslim feels that following all the five pillars of Islam are enough to qualify for paradise.</w:t>
      </w:r>
      <w:r>
        <w:br/>
      </w:r>
      <w:r>
        <w:rPr>
          <w:sz w:val="20"/>
        </w:rPr>
        <w:t>47:57  he is not really into thinking that he should feel nearness to God like Pharaoh's wife Asiya thought. So I want to, so I want to know that will such Muslims who technically follow all the pillars, will still get paradise or they are at risk." Dekhiye,</w:t>
      </w:r>
      <w:r>
        <w:br/>
      </w:r>
      <w:r>
        <w:rPr>
          <w:sz w:val="20"/>
        </w:rPr>
        <w:t>48:21  technically follow karna asal nahi hai, spiritually follow karna asal hai. yeh jisko aap pillar keh rahe hain, un ko koi technically follow kare, yani matlab form ke aitbar se to woh kafi nahi hai jannat ke liye.</w:t>
      </w:r>
      <w:r>
        <w:br/>
      </w:r>
      <w:r>
        <w:rPr>
          <w:sz w:val="20"/>
        </w:rPr>
        <w:t>48:42  spiritually follow karna parega.</w:t>
      </w:r>
      <w:r>
        <w:br/>
      </w:r>
      <w:r>
        <w:rPr>
          <w:sz w:val="20"/>
        </w:rPr>
        <w:t>48:50  yeh to aap guide ka mutala karein quran o hadith ka to is mein aap clear taur par yeh baat payenge.</w:t>
      </w:r>
      <w:r>
        <w:br/>
      </w:r>
      <w:r>
        <w:rPr>
          <w:sz w:val="20"/>
        </w:rPr>
        <w:t>49:02  is par bohat likha chuka hai, aap kitabein padhein, aap is par bohat kitabein maujood hain ke namaz jo hai aap ki spirit ke aitbar se matloob hai na ke form ke aitbar se.</w:t>
      </w:r>
    </w:p>
    <w:p>
      <w:pPr>
        <w:pStyle w:val="Heading2"/>
      </w:pPr>
      <w:r>
        <w:t>The Benefit of Believing in God</w:t>
      </w:r>
    </w:p>
    <w:p>
      <w:r>
        <w:rPr>
          <w:color w:val="666666"/>
          <w:sz w:val="18"/>
        </w:rPr>
        <w:t>Faith &amp; God · On Atheism | May 22, 2016 · 1m 35s · at 44:54 · https://youtu.be/tzJmfYnSleo?t=2694</w:t>
      </w:r>
    </w:p>
    <w:p>
      <w:r>
        <w:rPr>
          <w:i/>
        </w:rPr>
        <w:t>“If someone asks you, 'Why do you believe in God? What benefit is there in your life?' what would your answer be?”</w:t>
      </w:r>
    </w:p>
    <w:p>
      <w:r>
        <w:rPr>
          <w:sz w:val="20"/>
        </w:rPr>
        <w:t>44:54  maulana pehla sawal hum lete hain jo chennai se bheja hai Maulana Iqbal Umri ne aur unhon</w:t>
      </w:r>
      <w:r>
        <w:br/>
      </w:r>
      <w:r>
        <w:rPr>
          <w:sz w:val="20"/>
        </w:rPr>
        <w:t>45:04  ne likha hai ke Maulana aap se koi sawal kare ke aap khuda ko kyun mante hain is</w:t>
      </w:r>
      <w:r>
        <w:br/>
      </w:r>
      <w:r>
        <w:rPr>
          <w:sz w:val="20"/>
        </w:rPr>
        <w:t>45:12  ka faida kya hai apni zindagi mein to aap ka jawab kya hoga? bhai mera zaati jawab, zaati</w:t>
      </w:r>
      <w:r>
        <w:br/>
      </w:r>
      <w:r>
        <w:rPr>
          <w:sz w:val="20"/>
        </w:rPr>
        <w:t>45:19  tajurba wala jawab to yeh hoga ke khuda ko na manna yeh hai self denial.</w:t>
      </w:r>
      <w:r>
        <w:br/>
      </w:r>
      <w:r>
        <w:rPr>
          <w:sz w:val="20"/>
        </w:rPr>
        <w:t>45:27  khuda ka inkar</w:t>
      </w:r>
      <w:r>
        <w:br/>
      </w:r>
      <w:r>
        <w:rPr>
          <w:sz w:val="20"/>
        </w:rPr>
        <w:t>45:34  apna inkaar hai. khuda ka inkaar jo hai self denial hai, apna inkaar hai. jo log aisi baatein karein woh sincere nahi hote. mein chunke bohat zyada sincere aadmi hoon jaise ke maine kaha ke maine zehar bhi kha liya yeh janne ke liye ke zehar kya cheez hai. to meri sincerity jo hai woh kehti hai ke khuda ka inkaar to sel</w:t>
      </w:r>
      <w:r>
        <w:br/>
      </w:r>
      <w:r>
        <w:rPr>
          <w:sz w:val="20"/>
        </w:rPr>
        <w:t>46:04  f denial hai.</w:t>
      </w:r>
      <w:r>
        <w:br/>
      </w:r>
      <w:r>
        <w:rPr>
          <w:sz w:val="20"/>
        </w:rPr>
        <w:t>46:09  khuda ka inkar karke tum tum kya ho? tum kaise pehchanoge apne aap ko? apna, apne</w:t>
      </w:r>
      <w:r>
        <w:br/>
      </w:r>
      <w:r>
        <w:rPr>
          <w:sz w:val="20"/>
        </w:rPr>
        <w:t>46:15  ko apni pehchani gum ho jati hai agar hum khuda ko na manen to sirf in silsile se</w:t>
      </w:r>
      <w:r>
        <w:br/>
      </w:r>
      <w:r>
        <w:rPr>
          <w:sz w:val="20"/>
        </w:rPr>
        <w:t>46:20  log khuda ka inkar kar sakte hain.</w:t>
      </w:r>
      <w:r>
        <w:br/>
      </w:r>
      <w:r>
        <w:rPr>
          <w:sz w:val="20"/>
        </w:rPr>
        <w:t>46:25  sinsiyar aadmi khuda ka inkar nahi kar sakta.</w:t>
      </w:r>
    </w:p>
    <w:p>
      <w:pPr>
        <w:pStyle w:val="Heading2"/>
      </w:pPr>
      <w:r>
        <w:t>The true way of rediscovery of Islam</w:t>
      </w:r>
    </w:p>
    <w:p>
      <w:r>
        <w:rPr>
          <w:color w:val="666666"/>
          <w:sz w:val="18"/>
        </w:rPr>
        <w:t>Faith &amp; God · Revival of Islam March 23, 2014 · 1m 24s · at 1:11:54 · https://youtu.be/Wc4Vsc4u1JI?t=4314</w:t>
      </w:r>
    </w:p>
    <w:p>
      <w:r>
        <w:rPr>
          <w:i/>
        </w:rPr>
        <w:t>“What is the true way of rediscovery of Islam?”</w:t>
      </w:r>
    </w:p>
    <w:p>
      <w:r>
        <w:rPr>
          <w:sz w:val="20"/>
        </w:rPr>
        <w:t>1:11:54  maulana, agla sawal dilli se hai. al qamar azad sahab ne kiya hai. unhone likha hai: "What is the true way of rediscovery of Islam?" is ke bare mein bataein.</w:t>
      </w:r>
      <w:r>
        <w:br/>
      </w:r>
      <w:r>
        <w:rPr>
          <w:sz w:val="20"/>
        </w:rPr>
        <w:t>1:12:07  hamari kitabon ko padhiye. kyunke hum ne rediscover kiya hai. hamari kitab ka naam bhi yahi hai: "Islam Rediscovered".</w:t>
      </w:r>
      <w:r>
        <w:br/>
      </w:r>
      <w:r>
        <w:rPr>
          <w:sz w:val="20"/>
        </w:rPr>
        <w:t>1:12:16  to hum ne puri zindagi isi mein lagai ho. islam ko rediscover karne mein.</w:t>
      </w:r>
      <w:r>
        <w:br/>
      </w:r>
      <w:r>
        <w:rPr>
          <w:sz w:val="20"/>
        </w:rPr>
        <w:t>1:12:22  hum ko islam na madrasay mein mila tha, na society mein mila tha, na logon ke zariye mila tha. to hum ne phir se rediscover kiya.</w:t>
      </w:r>
      <w:r>
        <w:br/>
      </w:r>
      <w:r>
        <w:rPr>
          <w:sz w:val="20"/>
        </w:rPr>
        <w:t>1:12:32  tumhari sari kitabon ka ek hi title hai: "Discovery of Islam" ya "Rediscovery of Islam". to is ko padhiye aap. padhne ke baad aap ko koi sawal baqi raha hai to wo kar sakte hain aap.</w:t>
      </w:r>
      <w:r>
        <w:br/>
      </w:r>
      <w:r>
        <w:rPr>
          <w:sz w:val="20"/>
        </w:rPr>
        <w:t>1:12:45  abhi to aap pehla kaam hai ke aap is ko padhein. kyunke hamara kaise hai ke hum ne, yani jo traditional islam tha, wo is ka mutmaeen nahi hue.</w:t>
      </w:r>
      <w:r>
        <w:br/>
      </w:r>
      <w:r>
        <w:rPr>
          <w:sz w:val="20"/>
        </w:rPr>
        <w:t>1:12:55  hum ne chaha ke asal islam ko janiye. yani Allah aur rasool wale islam ko janiye. to hum ne puri life laga di isi mein. phir jo islam hum ne discover kiya, us ko hum ne kitabon mein likha.</w:t>
      </w:r>
      <w:r>
        <w:br/>
      </w:r>
      <w:r>
        <w:rPr>
          <w:sz w:val="20"/>
        </w:rPr>
        <w:t>1:13:11  to as a test case dekhiye is ko</w:t>
      </w:r>
      <w:r>
        <w:br/>
      </w:r>
      <w:r>
        <w:rPr>
          <w:sz w:val="20"/>
        </w:rPr>
        <w:t>1:13:13  us ke baad sawal kijiye.</w:t>
      </w:r>
    </w:p>
    <w:p>
      <w:pPr>
        <w:pStyle w:val="Heading2"/>
      </w:pPr>
      <w:r>
        <w:t>Understanding destiny and truncation law</w:t>
      </w:r>
    </w:p>
    <w:p>
      <w:r>
        <w:rPr>
          <w:color w:val="666666"/>
          <w:sz w:val="18"/>
        </w:rPr>
        <w:t>Faith &amp; God · Principle of Loss | May 31, 2015 · 1m 00s · at 44:35 · https://youtu.be/IEf7QfU3BmY?t=2675</w:t>
      </w:r>
    </w:p>
    <w:p>
      <w:r>
        <w:rPr>
          <w:i/>
        </w:rPr>
        <w:t>“Today I became convinced what it means to be pleased with destiny. Why believe in destiny? I came to know that there is a truncation law of nature, that is destiny...”</w:t>
      </w:r>
    </w:p>
    <w:p>
      <w:r>
        <w:rPr>
          <w:sz w:val="20"/>
        </w:rPr>
        <w:t>44:35  . Okay, we'll be starting with the question answer session now. All the online viewers are requested to send their questions on info@cpsglobal.org. Maulana sabse pehle ek comment padhna chahenge sawal se pehle, aur yeh comment bheja hai Dr. Safeena Tabassum ne Ajmer se. unhone likha hai ke Maulana aaj aap ka lecture itna wazeh tha ke pehli baar mujhe yeh pata chala ke naq</w:t>
      </w:r>
      <w:r>
        <w:br/>
      </w:r>
      <w:r>
        <w:rPr>
          <w:sz w:val="20"/>
        </w:rPr>
        <w:t>45:05  saan ke baad sabr ki be hisab ahmiyat kyun hai. Jazak Allah. Maulana sawal bheja hai Maulana Iqbal Sahab ne Tamil Nadu se, aur unhone likha hai ke Maulana aaj hi yaqeen hua ke taqdeer par raazi hona kya hai, taqdeer par imaan kyun? Aaj hi pata chala ke truncation law of nature hai, isi ko</w:t>
      </w:r>
    </w:p>
    <w:p>
      <w:pPr>
        <w:pStyle w:val="Heading2"/>
      </w:pPr>
      <w:r>
        <w:t>Universe as universal news for humanity</w:t>
      </w:r>
    </w:p>
    <w:p>
      <w:r>
        <w:rPr>
          <w:color w:val="666666"/>
          <w:sz w:val="18"/>
        </w:rPr>
        <w:t>Faith &amp; God · Divine Plan | March 12, 2017 · 1m 32s · at 51:53 · https://youtu.be/dqB4muqGG4I?t=3113</w:t>
      </w:r>
    </w:p>
    <w:p>
      <w:r>
        <w:rPr>
          <w:i/>
        </w:rPr>
        <w:t>“You say that the universe is like universal news for humanity. Can you elaborate on this as I did not understand it properly?”</w:t>
      </w:r>
    </w:p>
    <w:p>
      <w:r>
        <w:rPr>
          <w:sz w:val="20"/>
        </w:rPr>
        <w:t>51:53  sawal bheja hai Muhammad Sohail sahib ne Bangladesh se unhone likha hai Maulana sahib you say that universe is like universal news for humanity can you elaborate on this as I did not understand it properly mein to jab khada hota hoon nature ke samne to mujhe lagta hai ke har cheez</w:t>
      </w:r>
      <w:r>
        <w:br/>
      </w:r>
      <w:r>
        <w:rPr>
          <w:sz w:val="20"/>
        </w:rPr>
        <w:t>52:23  aik khabar de rahi hai apne creator ki khabar creator ka message har aik ke paas hai chahe</w:t>
      </w:r>
      <w:r>
        <w:br/>
      </w:r>
      <w:r>
        <w:rPr>
          <w:sz w:val="20"/>
        </w:rPr>
        <w:t>52:34  woh darakht ho chahe suraj ho chahe hawa ho chahe badal ho Quran mein likha aata hai ke</w:t>
      </w:r>
      <w:r>
        <w:br/>
      </w:r>
      <w:r>
        <w:rPr>
          <w:sz w:val="20"/>
        </w:rPr>
        <w:t>52:44  asbah al-ra'd wa bihamdi wal-mala'ikatu min khaifati yaani badal jab garajta hai to woh bhi Allah ka paigham pohanchata hai</w:t>
      </w:r>
      <w:r>
        <w:br/>
      </w:r>
      <w:r>
        <w:rPr>
          <w:sz w:val="20"/>
        </w:rPr>
        <w:t>52:55  to yahi to matlab is ka hai badal ko aap garaj ke roop mein na lein balkay Allah</w:t>
      </w:r>
      <w:r>
        <w:br/>
      </w:r>
      <w:r>
        <w:rPr>
          <w:sz w:val="20"/>
        </w:rPr>
        <w:t>53:02  ke paigham ke roop mein lein to aap ko lagay ke isi tarah doosray nature ke doosray hissay</w:t>
      </w:r>
      <w:r>
        <w:br/>
      </w:r>
      <w:r>
        <w:rPr>
          <w:sz w:val="20"/>
        </w:rPr>
        <w:t>53:10  ko lagay ke yeh to Allah ka paigham pohancha rahay hain yeh to Quran mein hai asbah al-ra'd</w:t>
      </w:r>
      <w:r>
        <w:br/>
      </w:r>
      <w:r>
        <w:rPr>
          <w:sz w:val="20"/>
        </w:rPr>
        <w:t>53:18  wa bihamdi bijli jab garajti hai to woh Allah ki hamd ka</w:t>
      </w:r>
    </w:p>
    <w:p>
      <w:pPr>
        <w:pStyle w:val="Heading2"/>
      </w:pPr>
      <w:r>
        <w:t>Visualizing God: permissible or not?</w:t>
      </w:r>
    </w:p>
    <w:p>
      <w:r>
        <w:rPr>
          <w:color w:val="666666"/>
          <w:sz w:val="18"/>
        </w:rPr>
        <w:t>Faith &amp; God · Divine Ideology of Life I 11 July 2010 · 1m 23s · at 1:04:47 · https://youtu.be/wOmHVfyjMJY?t=3887</w:t>
      </w:r>
    </w:p>
    <w:p>
      <w:r>
        <w:rPr>
          <w:i/>
        </w:rPr>
        <w:t>“If someone visualizes God, please tell me: is it right or wrong?”</w:t>
      </w:r>
    </w:p>
    <w:p>
      <w:r>
        <w:rPr>
          <w:sz w:val="20"/>
        </w:rPr>
        <w:t>1:04:47  is ke aage jo hai, woh Allah taala se dua karen. Maulana, agla sawal kya hai? Mr Salman Ahmed ne Delhi se, unhon ne likha hai ke "If someone visualizes God, please tell me is itright or wrong?" bilkul jhoot hai.</w:t>
      </w:r>
      <w:r>
        <w:br/>
      </w:r>
      <w:r>
        <w:rPr>
          <w:sz w:val="20"/>
        </w:rPr>
        <w:t>1:05:06  yeh sufia ne aik bidat nikali hai ke woh muraqba karte the, un ko koi jhuliyan dikhai thin, unhon ne kaha tha, "unhon ne Khuda ko dekha hai." sab phir jhooti baaten hain. Hazrat Aisha ne kaha hai ke jis ne kaha ke Rasool Allah ne Khuda ko dekha to jhoot kaha, faqat kazab.</w:t>
      </w:r>
      <w:r>
        <w:br/>
      </w:r>
      <w:r>
        <w:rPr>
          <w:sz w:val="20"/>
        </w:rPr>
        <w:t>1:05:22  tujhe Rasool Allah ne dekha to doosra kaun dekh sakta hai? sab shaitani baaten hain. is se toba karna chahiye. aap Khuda ko dekh nahi sakte is dunya mein, akhirat mein dekhen ge, inshallah.</w:t>
      </w:r>
      <w:r>
        <w:br/>
      </w:r>
      <w:r>
        <w:rPr>
          <w:sz w:val="20"/>
        </w:rPr>
        <w:t>1:05:34  yahan nahi dekh sakt</w:t>
      </w:r>
      <w:r>
        <w:br/>
      </w:r>
      <w:r>
        <w:rPr>
          <w:sz w:val="20"/>
        </w:rPr>
        <w:t>1:05:35  e. yahan to aap ko Khuda ko yaad karna hai, Khuda ki kitab ko parhna hai, Khuda par ghor o fikr karna hai aur Khuda ki sifat mein, is ke attribute mein Khuda ko pana hai.</w:t>
      </w:r>
      <w:r>
        <w:br/>
      </w:r>
      <w:r>
        <w:rPr>
          <w:sz w:val="20"/>
        </w:rPr>
        <w:t>1:05:47  yaad rakhiye, Khuda ki zaat mein aap nahi pa sakte Khuda ko. koi koi aap Khuda ki zaat ko, haan, is ka creation aap samne hai, hamare</w:t>
      </w:r>
      <w:r>
        <w:br/>
      </w:r>
      <w:r>
        <w:rPr>
          <w:sz w:val="20"/>
        </w:rPr>
        <w:t>1:05:57  is ka har cheez jo hai, har cheez mein Khuda ka kamalat dikhai de rahe hain.</w:t>
      </w:r>
      <w:r>
        <w:br/>
      </w:r>
      <w:r>
        <w:rPr>
          <w:sz w:val="20"/>
        </w:rPr>
        <w:t>1:06:05  wahan Khuda ko discover kijiye.</w:t>
      </w:r>
    </w:p>
    <w:p>
      <w:pPr>
        <w:pStyle w:val="Heading2"/>
      </w:pPr>
      <w:r>
        <w:t>Waiting for divine help and patience</w:t>
      </w:r>
    </w:p>
    <w:p>
      <w:r>
        <w:rPr>
          <w:color w:val="666666"/>
          <w:sz w:val="18"/>
        </w:rPr>
        <w:t>Faith &amp; God · Divine Help March 31, 2019 Maulana Wahiduddin Khan · 30s · at 39:07 · https://youtu.be/o5-R5Rjs5Cw?t=2347</w:t>
      </w:r>
    </w:p>
    <w:p>
      <w:r>
        <w:rPr>
          <w:i/>
        </w:rPr>
        <w:t>“Does waiting for divine help mean we keep patience till some opportunities open and then we avail of them in the hope that God will get them done through His angels? Rest we do dua.”</w:t>
      </w:r>
    </w:p>
    <w:p>
      <w:r>
        <w:rPr>
          <w:sz w:val="20"/>
        </w:rPr>
        <w:t>39:07  maulana, agla sawal dilli se bheja hai doctor naghma siddiqui ne, unhon ne likha hai: "Does waiting for divine help mean we keep patience till some opportunities open and then we avail of them in the hope that God will get them done through His angels?</w:t>
      </w:r>
      <w:r>
        <w:br/>
      </w:r>
      <w:r>
        <w:rPr>
          <w:sz w:val="20"/>
        </w:rPr>
        <w:t>39:27  Rest we do dua." sahi hai, sahi hai.</w:t>
      </w:r>
    </w:p>
    <w:p>
      <w:pPr>
        <w:pStyle w:val="Heading2"/>
      </w:pPr>
      <w:r>
        <w:t>Was Adam the first human?</w:t>
      </w:r>
    </w:p>
    <w:p>
      <w:r>
        <w:rPr>
          <w:color w:val="666666"/>
          <w:sz w:val="18"/>
        </w:rPr>
        <w:t>Faith &amp; God · Dars-e-Quran, Chapter 25, V. 1 (Spreading Quran) September 9, 2018 · 1m 11s · at 57:18 · https://youtu.be/zf3V6LP2Qg0?t=3438</w:t>
      </w:r>
    </w:p>
    <w:p>
      <w:r>
        <w:rPr>
          <w:i/>
        </w:rPr>
        <w:t>“Is Adam the first human? Or before him were there humans on earth or in paradise? Please tell us about this.”</w:t>
      </w:r>
    </w:p>
    <w:p>
      <w:r>
        <w:rPr>
          <w:sz w:val="20"/>
        </w:rPr>
        <w:t>57:18  maulana nandeer se ata qureshi sahib ne sawal bheja hai. unhon ne likha hai: kya adam pehle insan hain ya un se pehle bhi zameen par ya jannat mein insan raha karte thay?</w:t>
      </w:r>
      <w:r>
        <w:br/>
      </w:r>
      <w:r>
        <w:rPr>
          <w:sz w:val="20"/>
        </w:rPr>
        <w:t>57:35  is ke bare mein kuch bataiye. yeh jaan kar kya karein ge aap? agar maloom ho jaye. dekhiye, ghair zaroori sawal karna yeh koi, yeh nahi, koi aql hai nahi, islam hai.</w:t>
      </w:r>
      <w:r>
        <w:br/>
      </w:r>
      <w:r>
        <w:rPr>
          <w:sz w:val="20"/>
        </w:rPr>
        <w:t>57:51  sawal yeh kijiye, is ka taluq aap ki zindagi se ho. aap ne yeh nahi poocha ke mere paas itna paisa hai, main kis tarah se is ko quran ke tarjume mein lagaon?</w:t>
      </w:r>
      <w:r>
        <w:br/>
      </w:r>
      <w:r>
        <w:rPr>
          <w:sz w:val="20"/>
        </w:rPr>
        <w:t>58:01  yeh kyun nahi poocha aap ne? itni lambi taqreer maine ki to aap ki samne yeh nahi aayi ke aap poochein mujh se ke mere paas itna paisa hai, is ko maine kaise quran ke tarjume mein lagaon?</w:t>
      </w:r>
      <w:r>
        <w:br/>
      </w:r>
      <w:r>
        <w:rPr>
          <w:sz w:val="20"/>
        </w:rPr>
        <w:t>58:14  ek be matlab ka sawal kar rahe hain, koi is ka sir na pheray. yeh koi sawal nahi hai, yeh yeh koi sawal hai hi nahi.</w:t>
      </w:r>
      <w:r>
        <w:br/>
      </w:r>
      <w:r>
        <w:rPr>
          <w:sz w:val="20"/>
        </w:rPr>
        <w:t>58:30  maulana, agla sawal miss stuti malhotra ne poocha hai dilli se. unhon ne likha hai: maulana, from where did this concept of be adabi of quran emerge?</w:t>
      </w:r>
    </w:p>
    <w:p>
      <w:pPr>
        <w:pStyle w:val="Heading2"/>
      </w:pPr>
      <w:r>
        <w:t>What Is the Limit of Itmam al-Hujja?</w:t>
      </w:r>
    </w:p>
    <w:p>
      <w:r>
        <w:rPr>
          <w:color w:val="666666"/>
          <w:sz w:val="18"/>
        </w:rPr>
        <w:t>Faith &amp; God · The Problem of Conditioning April 22, 2012 · 1m 17s · at 1:15:16 · https://youtu.be/j-kJQzOz46g?t=4516</w:t>
      </w:r>
    </w:p>
    <w:p>
      <w:r>
        <w:rPr>
          <w:i/>
        </w:rPr>
        <w:t>“What is the limit of itmam al-hujja (the completion of divine proof)?”</w:t>
      </w:r>
    </w:p>
    <w:p>
      <w:r>
        <w:rPr>
          <w:sz w:val="20"/>
        </w:rPr>
        <w:t>1:15:16  Maulana, Tamil Nadu se Iqbal Umri Sahab ne sawal kiya hai. unhone likha hai: "Itmam-e-hujjat ki had kya hai?"</w:t>
      </w:r>
      <w:r>
        <w:br/>
      </w:r>
      <w:r>
        <w:rPr>
          <w:sz w:val="20"/>
        </w:rPr>
        <w:t>1:15:28  dekhein, itmam-e-hujjat ki had hamare liye koi nahi. Yeh yeh paighambar ka mamla hai. Paighambar khud bhi nahi janta ke itmam-e-hujjat kab ho gaya, kyun ke is ka talluq dil se hai.</w:t>
      </w:r>
      <w:r>
        <w:br/>
      </w:r>
      <w:r>
        <w:rPr>
          <w:sz w:val="20"/>
        </w:rPr>
        <w:t>1:15:41  to paighambar ke mamle mein to Allah Ta'ala farishte ke zariye khabar karta hai ke itmam-e-hujjat ho gaya.</w:t>
      </w:r>
      <w:r>
        <w:br/>
      </w:r>
      <w:r>
        <w:rPr>
          <w:sz w:val="20"/>
        </w:rPr>
        <w:t>1:15:48  bas hum aap ko dawat dete rahein, dawat dete rehna hai. Kabhi aap yeh nahi keh sakte ke aap itmam-e-hujjat ho gaya. Paighambar bhi nahi keh sakta.</w:t>
      </w:r>
      <w:r>
        <w:br/>
      </w:r>
      <w:r>
        <w:rPr>
          <w:sz w:val="20"/>
        </w:rPr>
        <w:t>1:15:57  apne aap woh to jab aata hai farishte ki taraf se ilm, tab paighambar jaan leta hai ke itmam-e-hujjat ho gaya. Warna paighambar bhi nahi jaan sakta.</w:t>
      </w:r>
      <w:r>
        <w:br/>
      </w:r>
      <w:r>
        <w:rPr>
          <w:sz w:val="20"/>
        </w:rPr>
        <w:t>1:16:08  to yeh sochi, yeh soch sahi nahi hai ke hum ke hum yeh is tarah sochein ke hamein itmam-e-hujjat kar diya hai.</w:t>
      </w:r>
      <w:r>
        <w:br/>
      </w:r>
      <w:r>
        <w:rPr>
          <w:sz w:val="20"/>
        </w:rPr>
        <w:t>1:16:18  hum ne nahi, kabhi bhi hum yeh nahi kehne ki position mein ho sakte hain ke hum ne itmam-e-hujjat kar diya hai. Humein to bas dawat dete rehna, dawat dete rehna, dua karte rehna, dua karte rehna hai.</w:t>
      </w:r>
      <w:r>
        <w:br/>
      </w:r>
      <w:r>
        <w:rPr>
          <w:sz w:val="20"/>
        </w:rPr>
        <w:t>1:16:29  bas aur aur hamare paas koi doosra option nahi hai.</w:t>
      </w:r>
    </w:p>
    <w:p>
      <w:pPr>
        <w:pStyle w:val="Heading2"/>
      </w:pPr>
      <w:r>
        <w:t>What is meant by true repentance?</w:t>
      </w:r>
    </w:p>
    <w:p>
      <w:r>
        <w:rPr>
          <w:color w:val="666666"/>
          <w:sz w:val="18"/>
        </w:rPr>
        <w:t>Faith &amp; God · Universal outlook April 09, 2017 · 1m 16s · at 1:00:26 · https://youtu.be/n3HAPCpom5c?t=3626</w:t>
      </w:r>
    </w:p>
    <w:p>
      <w:r>
        <w:rPr>
          <w:i/>
        </w:rPr>
        <w:t>“What do you mean by true repentance? Please explain about it.”</w:t>
      </w:r>
    </w:p>
    <w:p>
      <w:r>
        <w:rPr>
          <w:sz w:val="20"/>
        </w:rPr>
        <w:t>1:00:26  maulana agla sawal faisal khan sahab ne muradabad se bheja hai unhone aapse poocha hai ke maulana sahib what do you mean by true repentance is ke bare mein bataein</w:t>
      </w:r>
      <w:r>
        <w:br/>
      </w:r>
      <w:r>
        <w:rPr>
          <w:sz w:val="20"/>
        </w:rPr>
        <w:t>1:00:42  matlab ek hai lip service to lip service ki koi value nahi hai</w:t>
      </w:r>
    </w:p>
    <w:p>
      <w:pPr>
        <w:pStyle w:val="Heading2"/>
      </w:pPr>
      <w:r>
        <w:t>What is the significance of Doomsday?</w:t>
      </w:r>
    </w:p>
    <w:p>
      <w:r>
        <w:rPr>
          <w:color w:val="666666"/>
          <w:sz w:val="18"/>
        </w:rPr>
        <w:t>Faith &amp; God · Purpose of Human Life February 12, 2012 Maulana Wahiduddin Khan · 43s · at 1:32:40 · https://youtu.be/gRupSXuak-w?t=5560</w:t>
      </w:r>
    </w:p>
    <w:p>
      <w:r>
        <w:rPr>
          <w:i/>
        </w:rPr>
        <w:t>“What is the significance of Doomsday?”</w:t>
      </w:r>
    </w:p>
    <w:p>
      <w:r>
        <w:rPr>
          <w:sz w:val="20"/>
        </w:rPr>
        <w:t>1:32:40  maulana, agla sawal muzaffarpur se hai mr muhammad tauqeer alam sahib</w:t>
      </w:r>
      <w:r>
        <w:br/>
      </w:r>
      <w:r>
        <w:rPr>
          <w:sz w:val="20"/>
        </w:rPr>
        <w:t>1:32:45  ka. unhon ne likha hai: "What is the significance of Doomsday?"</w:t>
      </w:r>
      <w:r>
        <w:br/>
      </w:r>
      <w:r>
        <w:rPr>
          <w:sz w:val="20"/>
        </w:rPr>
        <w:t>1:32:55  significance doom day. bhai, hamari sari kitaben isi par hain. aap parhiye kitabon ke sath. padha nahin aap ne? yeh hamari jo literature hai, is mein maut o qayamat aur jannat aur dozakh aur yeh sari baaten to har kitab mein direct ya indirect hoti hain.</w:t>
      </w:r>
      <w:r>
        <w:br/>
      </w:r>
      <w:r>
        <w:rPr>
          <w:sz w:val="20"/>
        </w:rPr>
        <w:t>1:33:14  kitabon ko parhi</w:t>
      </w:r>
      <w:r>
        <w:br/>
      </w:r>
      <w:r>
        <w:rPr>
          <w:sz w:val="20"/>
        </w:rPr>
        <w:t>1:33:15  e. ek mahaz ek sawal, ek jawab se masla hal nahin ho sakta hai. aap mutala ki jiye risala ka mutala ki jiye, hamari kitabon ka mutala ki jiye.</w:t>
      </w:r>
    </w:p>
    <w:p>
      <w:pPr>
        <w:pStyle w:val="Heading2"/>
      </w:pPr>
      <w:r>
        <w:t>Where to begin to understand Islam</w:t>
      </w:r>
    </w:p>
    <w:p>
      <w:r>
        <w:rPr>
          <w:color w:val="666666"/>
          <w:sz w:val="18"/>
        </w:rPr>
        <w:t>Faith &amp; God · Revival of Muslim Ummah, February 4, 2013 · 1m 29s · at 1:08:13 · https://youtu.be/xB3MfWhLHoM?t=4093</w:t>
      </w:r>
    </w:p>
    <w:p>
      <w:r>
        <w:rPr>
          <w:i/>
        </w:rPr>
        <w:t>“I have come to your class today for the first time. I want to understand Islam better. Kindly tell me from where should I begin, so that I can understand Islam correctly?”</w:t>
      </w:r>
    </w:p>
    <w:p>
      <w:r>
        <w:rPr>
          <w:sz w:val="20"/>
        </w:rPr>
        <w:t>1:08:13  maulana, agla sawal dilli se hai</w:t>
      </w:r>
      <w:r>
        <w:br/>
      </w:r>
      <w:r>
        <w:rPr>
          <w:sz w:val="20"/>
        </w:rPr>
        <w:t>1:08:15  mr nitin ka, jo ek student hain. unhon ne likha hai: "maulana, i have come to your class today for the first time. i want to understand islam better.</w:t>
      </w:r>
      <w:r>
        <w:br/>
      </w:r>
      <w:r>
        <w:rPr>
          <w:sz w:val="20"/>
        </w:rPr>
        <w:t>1:08:27  kindly tell me from where should i begin, so that i can understand islam correctly?" achha</w:t>
      </w:r>
      <w:r>
        <w:br/>
      </w:r>
      <w:r>
        <w:rPr>
          <w:sz w:val="20"/>
        </w:rPr>
        <w:t>1:08:40  bhai, dekhiye, mein to yeh kahoon ga ke sab se pehle aap hamari kuch choti choti kitabein hain, yeh aap ko mil jayengi. aap</w:t>
      </w:r>
      <w:r>
        <w:br/>
      </w:r>
      <w:r>
        <w:rPr>
          <w:sz w:val="20"/>
        </w:rPr>
        <w:t>1:08:50  ko koi de dega yahan par, jaise "creation in plan of god" aur "what is islam".</w:t>
      </w:r>
      <w:r>
        <w:br/>
      </w:r>
      <w:r>
        <w:rPr>
          <w:sz w:val="20"/>
        </w:rPr>
        <w:t>1:09:00  is tarah ki choti choti kai kitabein hain. sab se pehle aap is ko parhiye. is ko parhne ke baad aap ko ek ek ek rough idea hoga.</w:t>
      </w:r>
      <w:r>
        <w:br/>
      </w:r>
      <w:r>
        <w:rPr>
          <w:sz w:val="20"/>
        </w:rPr>
        <w:t>1:09:09  phir quran ko parhiye. phir meri ek kitab hai "prophet of peace", us ko parhiye. to mein aap ko teen, woh mein ne teen advice de raha hoon.</w:t>
      </w:r>
      <w:r>
        <w:br/>
      </w:r>
      <w:r>
        <w:rPr>
          <w:sz w:val="20"/>
        </w:rPr>
        <w:t>1:09:21  sab se pehle hamari choti pamphlet parhiye, us ke baad quran parhiye, phir "prophet of peace" parhiye. aur agar aap ke zehen mein koi question baqi rehta hai to us ko telephone kijiye.</w:t>
      </w:r>
      <w:r>
        <w:br/>
      </w:r>
      <w:r>
        <w:rPr>
          <w:sz w:val="20"/>
        </w:rPr>
        <w:t>1:09:33  mein har waqt 24 ghante mein available rehta hoon. kabhi is ko aap telephone kar sakte hain.</w:t>
      </w:r>
    </w:p>
    <w:p>
      <w:pPr>
        <w:pStyle w:val="Heading2"/>
      </w:pPr>
      <w:r>
        <w:t>Which divine attributes are contrary to Quran?</w:t>
      </w:r>
    </w:p>
    <w:p>
      <w:r>
        <w:rPr>
          <w:color w:val="666666"/>
          <w:sz w:val="18"/>
        </w:rPr>
        <w:t>Faith &amp; God · The Existence of God October 7, 2012 · 1m 35s · at 1:10:20 · https://youtu.be/Hm0ybuokQ8s?t=4220</w:t>
      </w:r>
    </w:p>
    <w:p>
      <w:r>
        <w:rPr>
          <w:i/>
        </w:rPr>
        <w:t>“If it is said that He—God, Allah, God—is almighty, merciful, unborn, infinite, omnipresent, all-pervading, truth-form, conscious, and infinite-form, I want to know from Maulana sahib which of these attributes are not according to the Quran or are contrary to the Quran?”</w:t>
      </w:r>
    </w:p>
    <w:p>
      <w:r>
        <w:rPr>
          <w:sz w:val="20"/>
        </w:rPr>
        <w:t>1:10:20  maulana, agla sawal bhagpat se hai mister b.b. vedic sahib ka.</w:t>
      </w:r>
      <w:r>
        <w:br/>
      </w:r>
      <w:r>
        <w:rPr>
          <w:sz w:val="20"/>
        </w:rPr>
        <w:t>1:10:26  unhon ne likha hai: "yeh yadi kaha jaye ke woh Khuda, woh Allah, woh God, sar shaktiman hai, dayalu hai, ajnama hai, anant hai, sar vyapak hai, sarvarg hai,</w:t>
      </w:r>
      <w:r>
        <w:br/>
      </w:r>
      <w:r>
        <w:rPr>
          <w:sz w:val="20"/>
        </w:rPr>
        <w:t>1:10:39  woh satya roop hai, chetan hai, aur anant sarvaroop hai, mein Maulana sahib se janna chahta hoon ke aprokt mein se woh kaun se gun hain jo Quran ke anusar Khuda ke nahi hain ya Quran ke viruddh hain?"</w:t>
      </w:r>
      <w:r>
        <w:br/>
      </w:r>
      <w:r>
        <w:rPr>
          <w:sz w:val="20"/>
        </w:rPr>
        <w:t>1:10:56  asal mein aap do mein confuse kar rahe hain. ek hai monism, ek hai monotheism. Hindu mazhab mein monism ka concept hai, woh aap ke zehn mein hai ghaliban.</w:t>
      </w:r>
      <w:r>
        <w:br/>
      </w:r>
      <w:r>
        <w:rPr>
          <w:sz w:val="20"/>
        </w:rPr>
        <w:t>1:11:10  Islam mein nahi hai monism ka concept, Islam mein monotheism ka concept hai. to do alag alag concept hain, ab aap study kijiye aur jis par aap itminan hon, woh aap ikhtiyar kijiye.</w:t>
      </w:r>
      <w:r>
        <w:br/>
      </w:r>
      <w:r>
        <w:rPr>
          <w:sz w:val="20"/>
        </w:rPr>
        <w:t>1:11:22  hum koi tablig nahi karte hain,</w:t>
      </w:r>
      <w:r>
        <w:br/>
      </w:r>
      <w:r>
        <w:rPr>
          <w:sz w:val="20"/>
        </w:rPr>
        <w:t>1:11:25  hamara hamara mission yeh nahi hai, hum to discussion karte hain. lekin beharhal dono mein farq hai. monism aur monotheism ko urdu mein kehte hain wahdat-e-wujood aur tauheed.</w:t>
      </w:r>
      <w:r>
        <w:br/>
      </w:r>
      <w:r>
        <w:rPr>
          <w:sz w:val="20"/>
        </w:rPr>
        <w:t>1:11:42  to wahdat-e-wajood jo hai, yaani monism, yeh hindu concept hai, yeh islam mein nahi hai. Islam mein monotheism hai, yaani tauheed.</w:t>
      </w:r>
      <w:r>
        <w:br/>
      </w:r>
      <w:r>
        <w:rPr>
          <w:sz w:val="20"/>
        </w:rPr>
        <w:t>1:11:52  do alag alag concept hain Khuda ke.</w:t>
      </w:r>
    </w:p>
    <w:p>
      <w:pPr>
        <w:pStyle w:val="Heading2"/>
      </w:pPr>
      <w:r>
        <w:t>Who created God if He exists?</w:t>
      </w:r>
    </w:p>
    <w:p>
      <w:r>
        <w:rPr>
          <w:color w:val="666666"/>
          <w:sz w:val="18"/>
        </w:rPr>
        <w:t>Faith &amp; God · On Atheism | May 22, 2016 · 1m 58s · at 48:01 · https://youtu.be/tzJmfYnSleo?t=2881</w:t>
      </w:r>
    </w:p>
    <w:p>
      <w:r>
        <w:rPr>
          <w:i/>
        </w:rPr>
        <w:t>“Atheists usually say that if there is a God, then the logical question that follows is: who created God? How should we address this question?”</w:t>
      </w:r>
    </w:p>
    <w:p>
      <w:r>
        <w:rPr>
          <w:sz w:val="20"/>
        </w:rPr>
        <w:t>48:01  maulana agla sawal bhopal se kya hai firoz sahab ne aur</w:t>
      </w:r>
      <w:r>
        <w:br/>
      </w:r>
      <w:r>
        <w:rPr>
          <w:sz w:val="20"/>
        </w:rPr>
        <w:t>48:07  انہوں نے لکھا ہے کہ atheist usually say that if there is God then the logical question that</w:t>
      </w:r>
      <w:r>
        <w:br/>
      </w:r>
      <w:r>
        <w:rPr>
          <w:sz w:val="20"/>
        </w:rPr>
        <w:t>48:13  who created god? how should we address this question Maulana sahib? pichhle is mein maine</w:t>
      </w:r>
      <w:r>
        <w:br/>
      </w:r>
      <w:r>
        <w:rPr>
          <w:sz w:val="20"/>
        </w:rPr>
        <w:t>48:19  kaha tha ke yeh saada baat nahi hai.</w:t>
      </w:r>
      <w:r>
        <w:br/>
      </w:r>
      <w:r>
        <w:rPr>
          <w:sz w:val="20"/>
        </w:rPr>
        <w:t>48:25  who created god.</w:t>
      </w:r>
      <w:r>
        <w:br/>
      </w:r>
      <w:r>
        <w:rPr>
          <w:sz w:val="20"/>
        </w:rPr>
        <w:t>48:31  is liye ke maine yeh kaha tha ke hamare liye</w:t>
      </w:r>
      <w:r>
        <w:br/>
      </w:r>
      <w:r>
        <w:rPr>
          <w:sz w:val="20"/>
        </w:rPr>
        <w:t>48:38  kyunke hum dekhte hain ek universe maujood hai.</w:t>
      </w:r>
      <w:r>
        <w:br/>
      </w:r>
      <w:r>
        <w:rPr>
          <w:sz w:val="20"/>
        </w:rPr>
        <w:t>48:41  ek poori universe maujood hai jis mein galaxies hain.</w:t>
      </w:r>
      <w:r>
        <w:br/>
      </w:r>
      <w:r>
        <w:rPr>
          <w:sz w:val="20"/>
        </w:rPr>
        <w:t>48:44  yeh solar system hai.</w:t>
      </w:r>
      <w:r>
        <w:br/>
      </w:r>
      <w:r>
        <w:rPr>
          <w:sz w:val="20"/>
        </w:rPr>
        <w:t>48:48  yeh arth hai.</w:t>
      </w:r>
      <w:r>
        <w:br/>
      </w:r>
      <w:r>
        <w:rPr>
          <w:sz w:val="20"/>
        </w:rPr>
        <w:t>48:51  ek mukammal universe maujood hai.</w:t>
      </w:r>
      <w:r>
        <w:br/>
      </w:r>
      <w:r>
        <w:rPr>
          <w:sz w:val="20"/>
        </w:rPr>
        <w:t>48:54  bohat hi perfect tareeqay se woh chal rahi hai.</w:t>
      </w:r>
      <w:r>
        <w:br/>
      </w:r>
      <w:r>
        <w:rPr>
          <w:sz w:val="20"/>
        </w:rPr>
        <w:t>48:58  toh main ne kaha tha ke yeh saada baat nahi hai.</w:t>
      </w:r>
      <w:r>
        <w:br/>
      </w:r>
      <w:r>
        <w:rPr>
          <w:sz w:val="20"/>
        </w:rPr>
        <w:t>49:01  hamare liye option universe with god ya universe without god nahi ke taqreeban nahi hai.</w:t>
      </w:r>
      <w:r>
        <w:br/>
      </w:r>
      <w:r>
        <w:rPr>
          <w:sz w:val="20"/>
        </w:rPr>
        <w:t>49:05  universe with god</w:t>
      </w:r>
      <w:r>
        <w:br/>
      </w:r>
      <w:r>
        <w:rPr>
          <w:sz w:val="20"/>
        </w:rPr>
        <w:t>49:08  without god balkeh option hai universe with god or no universe at all. agar aap god ko na manen to university ka wajood khatam ho jata hai. to option jo hai woh universe with god aur universe without god ka darmyan nahi hai balkeh universe with god or no universe at all ke darmyan hai. aur is ko aap afford nahi kar sakt</w:t>
      </w:r>
      <w:r>
        <w:br/>
      </w:r>
      <w:r>
        <w:rPr>
          <w:sz w:val="20"/>
        </w:rPr>
        <w:t>49:38  e</w:t>
      </w:r>
      <w:r>
        <w:br/>
      </w:r>
      <w:r>
        <w:rPr>
          <w:sz w:val="20"/>
        </w:rPr>
        <w:t>49:42  no universe at all ko aap afford nahi kar sakte kyunke aap dekhte hain ke ek universe maujood hai.</w:t>
      </w:r>
      <w:r>
        <w:br/>
      </w:r>
      <w:r>
        <w:rPr>
          <w:sz w:val="20"/>
        </w:rPr>
        <w:t>49:47  yeh ek yeh question jo hai yeh hypothetical question hai.</w:t>
      </w:r>
      <w:r>
        <w:br/>
      </w:r>
      <w:r>
        <w:rPr>
          <w:sz w:val="20"/>
        </w:rPr>
        <w:t>49:51  yeh farzi nazariyati question hai.</w:t>
      </w:r>
      <w:r>
        <w:br/>
      </w:r>
      <w:r>
        <w:rPr>
          <w:sz w:val="20"/>
        </w:rPr>
        <w:t>49:55  yeh haqeeqi question nahi hai.</w:t>
      </w:r>
    </w:p>
    <w:p>
      <w:pPr>
        <w:pStyle w:val="Heading2"/>
      </w:pPr>
      <w:r>
        <w:t>Who created good and evil?</w:t>
      </w:r>
    </w:p>
    <w:p>
      <w:r>
        <w:rPr>
          <w:color w:val="666666"/>
          <w:sz w:val="18"/>
        </w:rPr>
        <w:t>Faith &amp; God · How to Become Deserving of Paradise August 16, 2020 Maulana Wahiduddin Khan · 1m 34s · at 33:35 · https://youtu.be/jFXK3TMiqtA?t=2015</w:t>
      </w:r>
    </w:p>
    <w:p>
      <w:r>
        <w:rPr>
          <w:i/>
        </w:rPr>
        <w:t>“If good and evil are independent, do they have the same creator? And is God the creator of good alone? If so, who has created evil?”</w:t>
      </w:r>
    </w:p>
    <w:p>
      <w:r>
        <w:rPr>
          <w:sz w:val="20"/>
        </w:rPr>
        <w:t>33:35  maulana, agla sawal bheja hai barah mila se haziq maqsood sahab ne. unhon ne likha hai: "if good and evil are independent, do they have the same creator?</w:t>
      </w:r>
      <w:r>
        <w:br/>
      </w:r>
      <w:r>
        <w:rPr>
          <w:sz w:val="20"/>
        </w:rPr>
        <w:t>33:51  aur is god the creator of good alone? if so, who has created evil?"</w:t>
      </w:r>
      <w:r>
        <w:br/>
      </w:r>
      <w:r>
        <w:rPr>
          <w:sz w:val="20"/>
        </w:rPr>
        <w:t>34:01  bhai, yeh to question meri meri samajh mein aaya nahin. matlab, woh yeh poochna chah rahe hain ke jo good aur evil hai, is ko kya ek hi creator ne kaise kahan se nikala?</w:t>
      </w:r>
      <w:r>
        <w:br/>
      </w:r>
      <w:r>
        <w:rPr>
          <w:sz w:val="20"/>
        </w:rPr>
        <w:t>34:15  aap ne haan, yeh to aap ke mind mein hai.</w:t>
      </w:r>
      <w:r>
        <w:br/>
      </w:r>
      <w:r>
        <w:rPr>
          <w:sz w:val="20"/>
        </w:rPr>
        <w:t>34:22  haan, yeh ek hi creator ne aap dunya mein karoron item banaye hain. to is mein kya mushkil hai ke creator ne aur item banaya ho?</w:t>
      </w:r>
      <w:r>
        <w:br/>
      </w:r>
      <w:r>
        <w:rPr>
          <w:sz w:val="20"/>
        </w:rPr>
        <w:t>34:38  dunya mein aap dekhte hain ke yeh jo youets hain, jo stars hain, to beshumar character ek hi creator ne banaye hain.</w:t>
      </w:r>
      <w:r>
        <w:br/>
      </w:r>
      <w:r>
        <w:rPr>
          <w:sz w:val="20"/>
        </w:rPr>
        <w:t>34:52  to isi tarah se hi human character ke liye bhi beshumar opportunities banai hon.</w:t>
      </w:r>
      <w:r>
        <w:br/>
      </w:r>
      <w:r>
        <w:rPr>
          <w:sz w:val="20"/>
        </w:rPr>
        <w:t>35:00  ae khuda ne, to is mein kya taajub kiya hai?</w:t>
      </w:r>
    </w:p>
    <w:p>
      <w:pPr>
        <w:pStyle w:val="Heading2"/>
      </w:pPr>
      <w:r>
        <w:t>Why Allah created music if forbidden</w:t>
      </w:r>
    </w:p>
    <w:p>
      <w:r>
        <w:rPr>
          <w:color w:val="666666"/>
          <w:sz w:val="18"/>
        </w:rPr>
        <w:t>Faith &amp; God · Purpose of Human Life February 12, 2012 Maulana Wahiduddin Khan · 1m 44s · at 1:30:55 · https://youtu.be/gRupSXuak-w?t=5455</w:t>
      </w:r>
    </w:p>
    <w:p>
      <w:r>
        <w:rPr>
          <w:i/>
        </w:rPr>
        <w:t>“My friend says that he cannot resist the temptation of dancing to the tune of any good music. He often asks me that why Allah created music and our senses to feel it when He has forbidden it. Kindly comment.”</w:t>
      </w:r>
    </w:p>
    <w:p>
      <w:r>
        <w:rPr>
          <w:sz w:val="20"/>
        </w:rPr>
        <w:t>1:30:55  maulana, un ka ek aur sawal hai. unhon ne likha hai: "My friend says that he cannot resist the temptation of dancing to the tune of any good music.</w:t>
      </w:r>
      <w:r>
        <w:br/>
      </w:r>
      <w:r>
        <w:rPr>
          <w:sz w:val="20"/>
        </w:rPr>
        <w:t>1:31:08  He often asks me that why Allah created music and our senses to feel it when He has forbidden it." kindly comment.</w:t>
      </w:r>
      <w:r>
        <w:br/>
      </w:r>
      <w:r>
        <w:rPr>
          <w:sz w:val="20"/>
        </w:rPr>
        <w:t>1:31:21  yeh toh ek mere ek sachi baat</w:t>
      </w:r>
      <w:r>
        <w:br/>
      </w:r>
      <w:r>
        <w:rPr>
          <w:sz w:val="20"/>
        </w:rPr>
        <w:t>1:31:23  hai. aap ko ooper kyun nahin thrill aata jo nature mein woh beauty hai? ek dancer ke ooper kyun thrill aata hai aap ko? ek ek singer aur dancer jo aap dekhte hain TV mein, is par toh aap thrill aa raha hai.</w:t>
      </w:r>
      <w:r>
        <w:br/>
      </w:r>
      <w:r>
        <w:rPr>
          <w:sz w:val="20"/>
        </w:rPr>
        <w:t>1:31:37  aur jis khuda ne is insaan ko banaya, jis khuda ne beauty bher di nature mein, is par aap ko thrill nahin aata? yeh toh bohat hi sachi qism ke log hain, yeh sab baatein aati hain.</w:t>
      </w:r>
      <w:r>
        <w:br/>
      </w:r>
      <w:r>
        <w:rPr>
          <w:sz w:val="20"/>
        </w:rPr>
        <w:t>1:31:51  aise logon ko bataiye ke zyada bara art jo hai, is par tum ko thrilling response dena hai. tum ko jo allah taala ne jo jazba paida kiya hai, thrilling response dene ka, toh bare art ke liye hai.</w:t>
      </w:r>
      <w:r>
        <w:br/>
      </w:r>
      <w:r>
        <w:rPr>
          <w:sz w:val="20"/>
        </w:rPr>
        <w:t>1:32:07  yeh professional singers ke liye nahin hai. professional singers aur professional dancers ke liye jo tum de rahe ho response, is ke liye nahin hai.</w:t>
      </w:r>
      <w:r>
        <w:br/>
      </w:r>
      <w:r>
        <w:rPr>
          <w:sz w:val="20"/>
        </w:rPr>
        <w:t>1:32:16  woh jazba paida kiya gaya.</w:t>
      </w:r>
      <w:r>
        <w:br/>
      </w:r>
      <w:r>
        <w:rPr>
          <w:sz w:val="20"/>
        </w:rPr>
        <w:t>1:32:18  woh jazba paida kiya hai ke nature mein jo beauty hai, khuda ki jo glory hai, khuda ke jo wonders hain, is ke liye toh woh woh thrilling response do.</w:t>
      </w:r>
      <w:r>
        <w:br/>
      </w:r>
      <w:r>
        <w:rPr>
          <w:sz w:val="20"/>
        </w:rPr>
        <w:t>1:32:31  bajaye wahan dene ke, tum de rahe ho professionals ke liye. yeh toh is ka galat istemal hai is jazbe ka.</w:t>
      </w:r>
    </w:p>
    <w:p>
      <w:pPr>
        <w:pStyle w:val="Heading2"/>
      </w:pPr>
      <w:r>
        <w:t>Why Allah created music if forbidden?</w:t>
      </w:r>
    </w:p>
    <w:p>
      <w:r>
        <w:rPr>
          <w:color w:val="666666"/>
          <w:sz w:val="18"/>
        </w:rPr>
        <w:t>Faith &amp; God · Purpose Of Human Life -12th Feb. '12 · 1m 39s · at 1:34:58 · https://youtu.be/TCGYvGJHf7w?t=5698</w:t>
      </w:r>
    </w:p>
    <w:p>
      <w:r>
        <w:rPr>
          <w:i/>
        </w:rPr>
        <w:t>“My friend says that he cannot resist the temptation of dancing to the tune of any good music. He often asks me that why Allah created music and our senses to feel it when He has forbidden it.”</w:t>
      </w:r>
    </w:p>
    <w:p>
      <w:r>
        <w:rPr>
          <w:sz w:val="20"/>
        </w:rPr>
        <w:t>1:34:58  Maulana, in ka ek aur sawal hai, unhon ne likha hai My friend says that he cannot resist</w:t>
      </w:r>
      <w:r>
        <w:br/>
      </w:r>
      <w:r>
        <w:rPr>
          <w:sz w:val="20"/>
        </w:rPr>
        <w:t>1:35:03  the temptation of dancing to the tune of any good music.</w:t>
      </w:r>
      <w:r>
        <w:br/>
      </w:r>
      <w:r>
        <w:rPr>
          <w:sz w:val="20"/>
        </w:rPr>
        <w:t>1:35:09  He often asks me that why Allah created music and our senses to feel it when He has forbidden it.</w:t>
      </w:r>
      <w:r>
        <w:br/>
      </w:r>
      <w:r>
        <w:rPr>
          <w:sz w:val="20"/>
        </w:rPr>
        <w:t>1:35:17  Kindly comment.</w:t>
      </w:r>
      <w:r>
        <w:br/>
      </w:r>
      <w:r>
        <w:rPr>
          <w:sz w:val="20"/>
        </w:rPr>
        <w:t>1:35:21  yeh to ek mere nazdeek ek sachi baat hai.</w:t>
      </w:r>
      <w:r>
        <w:br/>
      </w:r>
      <w:r>
        <w:rPr>
          <w:sz w:val="20"/>
        </w:rPr>
        <w:t>1:35:26  aap ko khud kyun nahi thrill aata jo nature mein woh beauty hai? ek dancer ke upar kyun</w:t>
      </w:r>
      <w:r>
        <w:br/>
      </w:r>
      <w:r>
        <w:rPr>
          <w:sz w:val="20"/>
        </w:rPr>
        <w:t>1:35:30  nahi thrill aata hai aap ko? ek singer aur dancer jo aap dekhte hain TV mein, us</w:t>
      </w:r>
      <w:r>
        <w:br/>
      </w:r>
      <w:r>
        <w:rPr>
          <w:sz w:val="20"/>
        </w:rPr>
        <w:t>1:35:35  par to aap ko thrill aa raha hai.</w:t>
      </w:r>
      <w:r>
        <w:br/>
      </w:r>
      <w:r>
        <w:rPr>
          <w:sz w:val="20"/>
        </w:rPr>
        <w:t>1:35:39  aur jis Khuda ne is insan ko banaya, jis Khuda ne beauty bher di nature mein, us par</w:t>
      </w:r>
      <w:r>
        <w:br/>
      </w:r>
      <w:r>
        <w:rPr>
          <w:sz w:val="20"/>
        </w:rPr>
        <w:t>1:35:44  aap ko thrill nahi aata? yeh to bohat hi sachi qism ke log hain jin mein yeh sab</w:t>
      </w:r>
      <w:r>
        <w:br/>
      </w:r>
      <w:r>
        <w:rPr>
          <w:sz w:val="20"/>
        </w:rPr>
        <w:t>1:35:48  baatein aati hain.</w:t>
      </w:r>
      <w:r>
        <w:br/>
      </w:r>
      <w:r>
        <w:rPr>
          <w:sz w:val="20"/>
        </w:rPr>
        <w:t>1:35:53  aise logon ko bataiye ke zyada bara art jo hai us par tum ko thrilling response dena hai.</w:t>
      </w:r>
      <w:r>
        <w:br/>
      </w:r>
      <w:r>
        <w:rPr>
          <w:sz w:val="20"/>
        </w:rPr>
        <w:t>1:35:57  tum ko jab Allah taala ne jo jazba paida kiya hai thrilling response dene ka, to woh bare</w:t>
      </w:r>
      <w:r>
        <w:br/>
      </w:r>
      <w:r>
        <w:rPr>
          <w:sz w:val="20"/>
        </w:rPr>
        <w:t>1:36:02  art ke liye hai.</w:t>
      </w:r>
      <w:r>
        <w:br/>
      </w:r>
      <w:r>
        <w:rPr>
          <w:sz w:val="20"/>
        </w:rPr>
        <w:t>1:36:06  yeh professional singers ke liye nahi hai.</w:t>
      </w:r>
      <w:r>
        <w:br/>
      </w:r>
      <w:r>
        <w:rPr>
          <w:sz w:val="20"/>
        </w:rPr>
        <w:t>1:36:11  Professional singers aur professional dancers ke liye jo tum de rahe ho response, us ke liye nahi woh</w:t>
      </w:r>
      <w:r>
        <w:br/>
      </w:r>
      <w:r>
        <w:rPr>
          <w:sz w:val="20"/>
        </w:rPr>
        <w:t>1:36:15  jazba paida kiya gaya.</w:t>
      </w:r>
      <w:r>
        <w:br/>
      </w:r>
      <w:r>
        <w:rPr>
          <w:sz w:val="20"/>
        </w:rPr>
        <w:t>1:36:20  woh jazba paida kiya hai ke nature mein jo beauty hai, Khuda ki jo glory hai, Khuda ke</w:t>
      </w:r>
      <w:r>
        <w:br/>
      </w:r>
      <w:r>
        <w:rPr>
          <w:sz w:val="20"/>
        </w:rPr>
        <w:t>1:36:24  jo wonders hain, us ke liye to woh thrilling response do.</w:t>
      </w:r>
      <w:r>
        <w:br/>
      </w:r>
      <w:r>
        <w:rPr>
          <w:sz w:val="20"/>
        </w:rPr>
        <w:t>1:36:29  bajaye wahan dene ke tum de rahe ho professionals ke liye, yeh to is ka ghalat istemal hai</w:t>
      </w:r>
      <w:r>
        <w:br/>
      </w:r>
      <w:r>
        <w:rPr>
          <w:sz w:val="20"/>
        </w:rPr>
        <w:t>1:36:33  is jazbe ka.</w:t>
      </w:r>
    </w:p>
    <w:p>
      <w:pPr>
        <w:pStyle w:val="Heading2"/>
      </w:pPr>
      <w:r>
        <w:t>Why God Allows Children Born Blind</w:t>
      </w:r>
    </w:p>
    <w:p>
      <w:r>
        <w:rPr>
          <w:color w:val="666666"/>
          <w:sz w:val="18"/>
        </w:rPr>
        <w:t>Faith &amp; God · The Power of Remembering God Often September 26, 2010 · 1m 23s · at 1:23:31 · https://youtu.be/GMmwEr7Wt80?t=5011</w:t>
      </w:r>
    </w:p>
    <w:p>
      <w:r>
        <w:rPr>
          <w:i/>
        </w:rPr>
        <w:t>“Why did God let a child be born blind?”</w:t>
      </w:r>
    </w:p>
    <w:p>
      <w:r>
        <w:rPr>
          <w:sz w:val="20"/>
        </w:rPr>
        <w:t>1:23:31  !" dekhiye, yeh hazrat umar ka qissa hai, yeh yeh hazrat umar ka qissa hai. maulana, agla sawal kya hai? mister gps barbar ne unhon ne likha hai ke "why did god let a child be born blind?" dekhen, yeh sawal itna saada nahi hai.</w:t>
      </w:r>
      <w:r>
        <w:br/>
      </w:r>
      <w:r>
        <w:rPr>
          <w:sz w:val="20"/>
        </w:rPr>
        <w:t>1:23:51  haqeeqat yeh hai ke khuda kisi ko blind paida nahi karta. insaan ki mukhtalif kamzoriyon se aisa baatein paish aati hain</w:t>
      </w:r>
      <w:r>
        <w:br/>
      </w:r>
      <w:r>
        <w:rPr>
          <w:sz w:val="20"/>
        </w:rPr>
        <w:t>1:23:59  ke baap ki kamzori ki, maa ki kamzori,</w:t>
      </w:r>
      <w:r>
        <w:br/>
      </w:r>
      <w:r>
        <w:rPr>
          <w:sz w:val="20"/>
        </w:rPr>
        <w:t>1:24:05  mukhtalif qism ki ghaltiyan ya kamzoriyan jo plan karte hain, us ki wajah se aisa hota hai. to khuda ne jab azaadi di hai to azaadi ke bawajood kya aisa kar sakta hai khuda ke azaadi ki misuse ko rok de?</w:t>
      </w:r>
      <w:r>
        <w:br/>
      </w:r>
      <w:r>
        <w:rPr>
          <w:sz w:val="20"/>
        </w:rPr>
        <w:t>1:24:18  woh aisa nahi ho sakta hai. is azaadi ki price deni padegi.</w:t>
      </w:r>
      <w:r>
        <w:br/>
      </w:r>
      <w:r>
        <w:rPr>
          <w:sz w:val="20"/>
        </w:rPr>
        <w:t>1:24:26  to woh jo mukhtalif qism ki jo suffering hoti hai duniya mein, aisa nahi ke khuda ne daal rakha hai. is ko insaan misuse karta hai apni freedom ko.</w:t>
      </w:r>
      <w:r>
        <w:br/>
      </w:r>
      <w:r>
        <w:rPr>
          <w:sz w:val="20"/>
        </w:rPr>
        <w:t>1:24:35  is misuse karne ki wajah se mukhtalif qism ki suffering paish aati hain. aisa hota hai. to bajaye is ke ke log khuda ko ilzam dein, insaanon ko samjhana chahiye ke tum aise raho,</w:t>
      </w:r>
      <w:r>
        <w:br/>
      </w:r>
      <w:r>
        <w:rPr>
          <w:sz w:val="20"/>
        </w:rPr>
        <w:t>1:24:49  is tareeqe se zindagi guzaro, tumhara life is tarah aisa hona chahiye</w:t>
      </w:r>
    </w:p>
    <w:p>
      <w:pPr>
        <w:pStyle w:val="Heading2"/>
      </w:pPr>
      <w:r>
        <w:t>Why God Tests Man When He Knows Result</w:t>
      </w:r>
    </w:p>
    <w:p>
      <w:r>
        <w:rPr>
          <w:color w:val="666666"/>
          <w:sz w:val="18"/>
        </w:rPr>
        <w:t>Faith &amp; God · Natural Warning April 17, 2016 · 1m 12s · at 47:51 · https://youtu.be/fSNOpwgzcss?t=2871</w:t>
      </w:r>
    </w:p>
    <w:p>
      <w:r>
        <w:rPr>
          <w:i/>
        </w:rPr>
        <w:t>“I could never understand why God tests a man when he is already aware of his response. A test is conducted when the ability of someone is not known, but God is already aware of everything beforehand. Kindly clear this doubt of mine.”</w:t>
      </w:r>
    </w:p>
    <w:p>
      <w:r>
        <w:rPr>
          <w:sz w:val="20"/>
        </w:rPr>
        <w:t>47:51  Maulana, agla sawal Saeed Anwar sahib ne kiya hai, unhone likha hai ke I could never understand that why God tests a man when he is already aware of his response.</w:t>
      </w:r>
      <w:r>
        <w:br/>
      </w:r>
      <w:r>
        <w:rPr>
          <w:sz w:val="20"/>
        </w:rPr>
        <w:t>48:04  A test is conducted when the ability of someone is not known, but God is already aware of everything beforehand.</w:t>
      </w:r>
      <w:r>
        <w:br/>
      </w:r>
      <w:r>
        <w:rPr>
          <w:sz w:val="20"/>
        </w:rPr>
        <w:t>48:13  Maulana sahib, kindly clear this doubt of mine. Dekhiye, test log samajhte hain ke literal maani mein lete hain. Test ka matlab hai ke personality development, aise haalaat mein daalna hai insaan ko ke andar woh us ko challenge pesh aaye, challenge ko saamna karte hue us ke andar development ho.</w:t>
      </w:r>
      <w:r>
        <w:br/>
      </w:r>
      <w:r>
        <w:rPr>
          <w:sz w:val="20"/>
        </w:rPr>
        <w:t>48:40  Test jo hai, apne aap ko develop karne ka naam hai. Personality development baghair test ke nahi hota.</w:t>
      </w:r>
      <w:r>
        <w:br/>
      </w:r>
      <w:r>
        <w:rPr>
          <w:sz w:val="20"/>
        </w:rPr>
        <w:t>48:49  Test ke maani challenge, test ke maani challenge, aise challenges ke darmiyan aap ko jeena padta hai, jis ko face karte hue aap ko tarah tarah ke tajurbaat guzarte hain.</w:t>
      </w:r>
    </w:p>
    <w:p>
      <w:pPr>
        <w:pStyle w:val="Heading2"/>
      </w:pPr>
      <w:r>
        <w:t>Why God wants people to discover Him</w:t>
      </w:r>
    </w:p>
    <w:p>
      <w:r>
        <w:rPr>
          <w:color w:val="666666"/>
          <w:sz w:val="18"/>
        </w:rPr>
        <w:t>Faith &amp; God · The Existence of God July 23, 2017 Maulana Wahiduddin Khan · 1m 04s · at 49:57 · https://youtu.be/shLM_JhG3iE?t=2997</w:t>
      </w:r>
    </w:p>
    <w:p>
      <w:r>
        <w:rPr>
          <w:i/>
        </w:rPr>
        <w:t>“Man wants to experience his creator in the physical world, but as per Quran, God wants to keep Himself unseen and He wants man to discover Him. Please explain, what is the reason as to why God wants people to discover Him?”</w:t>
      </w:r>
    </w:p>
    <w:p>
      <w:r>
        <w:rPr>
          <w:sz w:val="20"/>
        </w:rPr>
        <w:t>49:57  Maulana, agla sawal kolkata se aftab alam sahib ne bheja hai. unhon ne likha hai: "Man wants to experience his creator in the physical world, but as per Quran, God wants to keep Himself unseen and He wants man to discover Him.</w:t>
      </w:r>
      <w:r>
        <w:br/>
      </w:r>
      <w:r>
        <w:rPr>
          <w:sz w:val="20"/>
        </w:rPr>
        <w:t>50:18  Please explain, Maulana Sahib, what is the reason as to why God wants people to discover Him?" is liye ke khuda aap ko zyada bara reward dena chahta hai,</w:t>
      </w:r>
      <w:r>
        <w:br/>
      </w:r>
      <w:r>
        <w:rPr>
          <w:sz w:val="20"/>
        </w:rPr>
        <w:t>50:35  bara reward ke agar aaj insaan under compulsion ibadat kare to woh rewardable hai, lekin bohat chhota reward milega is par.</w:t>
      </w:r>
      <w:r>
        <w:br/>
      </w:r>
      <w:r>
        <w:rPr>
          <w:sz w:val="20"/>
        </w:rPr>
        <w:t>50:47  lekin aap ghor kijiye ke woh insaan jo as a matter of fact khuda ko jaane aur is par ibaadat kare, haalankeh is ne kabhi dekha nahi, to to bohat hi bari cheez hai.</w:t>
      </w:r>
    </w:p>
    <w:p>
      <w:pPr>
        <w:pStyle w:val="Heading2"/>
      </w:pPr>
      <w:r>
        <w:t>Why Islam is not a total system?</w:t>
      </w:r>
    </w:p>
    <w:p>
      <w:r>
        <w:rPr>
          <w:color w:val="666666"/>
          <w:sz w:val="18"/>
        </w:rPr>
        <w:t>Faith &amp; God · Prophetic Model February 16, 2014 · 1m 59s · at 1:00:45 · https://youtu.be/ypIIqSmExzk?t=3645</w:t>
      </w:r>
    </w:p>
    <w:p>
      <w:r>
        <w:rPr>
          <w:i/>
        </w:rPr>
        <w:t>“Maulana, in the Spirit of Islam of February 2014 issue, you have written that nowhere in Quran and Hadith do we find anything which suggests that Islam is a total system. I am not able to understand this statement. Kindly explain this.”</w:t>
      </w:r>
    </w:p>
    <w:p>
      <w:r>
        <w:rPr>
          <w:sz w:val="20"/>
        </w:rPr>
        <w:t>1:00:45  maulana agla sawal aaya hai kolkata se doctor roshan kumar jha ka. unhon ne likha hai: "maulana sahib in spirit of islam of february two thousand fourteen issue you have written that nowhere in quran and hadith do we find anything which suggests that islam is a total system.</w:t>
      </w:r>
      <w:r>
        <w:br/>
      </w:r>
      <w:r>
        <w:rPr>
          <w:sz w:val="20"/>
        </w:rPr>
        <w:t>1:01:09  i am not able to understand this statement</w:t>
      </w:r>
      <w:r>
        <w:br/>
      </w:r>
      <w:r>
        <w:rPr>
          <w:sz w:val="20"/>
        </w:rPr>
        <w:t>1:01:13  . kindly explain this."</w:t>
      </w:r>
      <w:r>
        <w:br/>
      </w:r>
      <w:r>
        <w:rPr>
          <w:sz w:val="20"/>
        </w:rPr>
        <w:t>1:01:20  ab yeh to bohat wazeh baat hai. meri samajh nahin aayi ke kyun aap samjhe nahin. is zamane mein kuch tehreekein uthein jaise arab mein ali khan al muslimoon aur sab continent mein jamaat islami.</w:t>
      </w:r>
      <w:r>
        <w:br/>
      </w:r>
      <w:r>
        <w:rPr>
          <w:sz w:val="20"/>
        </w:rPr>
        <w:t>1:01:34  woh kehte hain ke islam mukammal nizam hai. mukammal nizam ka matlab yeh hai ke is ko implement karna hai. to jaise hi aap ne maana islam ko foran zaroori hoga ke aap larein.</w:t>
      </w:r>
      <w:r>
        <w:br/>
      </w:r>
      <w:r>
        <w:rPr>
          <w:sz w:val="20"/>
        </w:rPr>
        <w:t>1:01:46  lad kar ke doosron ko be dakhal karein. yeh mukammal nizam ke matlab hain is ka is ka qanoon hai, siyasat hai, hukoomat hai waghera.</w:t>
      </w:r>
      <w:r>
        <w:br/>
      </w:r>
      <w:r>
        <w:rPr>
          <w:sz w:val="20"/>
        </w:rPr>
        <w:t>1:01:54  mukammal nizam ke taur par is ko implement karna hai. to ab jab aap is is tareeqe se lenge aur sochenge ke mujhe mukammal islam ko duniya mein qaim karna hai to aap dekhenge ke wahan to koi koi already koi baitha hua hai.</w:t>
      </w:r>
      <w:r>
        <w:br/>
      </w:r>
      <w:r>
        <w:rPr>
          <w:sz w:val="20"/>
        </w:rPr>
        <w:t>1:02:09  koi hukoomat hai wahan pe. koi rule kar raha hai woh. to foran hi aap kya kahenge is ko hatao. is se lado. to ladaai bhadaai ka mazhab ban jaata hai islam.</w:t>
      </w:r>
      <w:r>
        <w:br/>
      </w:r>
      <w:r>
        <w:rPr>
          <w:sz w:val="20"/>
        </w:rPr>
        <w:t>1:02:21  to islam mein kahin bhi yeh nahin bataya gaya ke islam mukammal nizam hai. yeh lafz kahin istemaal nahin hue.</w:t>
      </w:r>
      <w:r>
        <w:br/>
      </w:r>
      <w:r>
        <w:rPr>
          <w:sz w:val="20"/>
        </w:rPr>
        <w:t>1:02:30  yeh logon ne bana rakha hai khud se. yeh to bohat clear baat hai. is par bohat kitabein likhi hain hum ne. aap padh lijiye. is par to bohat tafseel se likh chuke hain hum.</w:t>
      </w:r>
    </w:p>
    <w:p>
      <w:pPr>
        <w:pStyle w:val="Heading2"/>
      </w:pPr>
      <w:r>
        <w:t>Why Islam seems rigid?</w:t>
      </w:r>
    </w:p>
    <w:p>
      <w:r>
        <w:rPr>
          <w:color w:val="666666"/>
          <w:sz w:val="18"/>
        </w:rPr>
        <w:t>Faith &amp; God · Islam in A New Age March 18, 2012 · 1m 55s · at 1:06:06 · https://youtu.be/P5hzq_NheY0?t=3966</w:t>
      </w:r>
    </w:p>
    <w:p>
      <w:r>
        <w:rPr>
          <w:i/>
        </w:rPr>
        <w:t>“Religion should be flexible. Islam is very rigid and has several rules with dos and don'ts. Why is this so?”</w:t>
      </w:r>
    </w:p>
    <w:p>
      <w:r>
        <w:rPr>
          <w:sz w:val="20"/>
        </w:rPr>
        <w:t>1:06:06  maulana, un ka ek aur sawal hai. unhon ne likha hai ke religion should be flexible. Islam is very rigid and has several rules with dos and don'ts.</w:t>
      </w:r>
      <w:r>
        <w:br/>
      </w:r>
      <w:r>
        <w:rPr>
          <w:sz w:val="20"/>
        </w:rPr>
        <w:t>1:06:17  why is this so? masla yeh nahin hai, yeh to aap ka apna criteria hai flexible. islam to yaqeenan poori tarah flexible hai.</w:t>
      </w:r>
      <w:r>
        <w:br/>
      </w:r>
      <w:r>
        <w:rPr>
          <w:sz w:val="20"/>
        </w:rPr>
        <w:t>1:06:27  lekin cheez yeh hai ke yeh woh logon ke khayalat hote hain jo religion ko, yaani dekhiye, religion ke do concept hain.</w:t>
      </w:r>
      <w:r>
        <w:br/>
      </w:r>
      <w:r>
        <w:rPr>
          <w:sz w:val="20"/>
        </w:rPr>
        <w:t>1:06:37  ek hai based on revelation, ek hai simply ek ek social phenomena.</w:t>
      </w:r>
      <w:r>
        <w:br/>
      </w:r>
      <w:r>
        <w:rPr>
          <w:sz w:val="20"/>
        </w:rPr>
        <w:t>1:06:47  to agar aap is mein phenomena ke taur par religion ko mante hain to aap jo chahen is mein shamil kar li jiye. lekin</w:t>
      </w:r>
      <w:r>
        <w:br/>
      </w:r>
      <w:r>
        <w:rPr>
          <w:sz w:val="20"/>
        </w:rPr>
        <w:t>1:06:53  woh religion jo revelation par base karta hai, to woh to yahi dekha ke dekha gaya text mein kya hai. jo text mein hai, wahi authentic hai. baqi yeh bilkul galat hai ke islam flexible nahin hai.</w:t>
      </w:r>
      <w:r>
        <w:br/>
      </w:r>
      <w:r>
        <w:rPr>
          <w:sz w:val="20"/>
        </w:rPr>
        <w:t>1:07:04  yeh musalman jo hain, in ko dekh kar aap rah bana rahe hain. to musalman ka naam islam nahin hai. islam aakhri had tak flexible hai. is ke baad flexible to koi bhi mazhab nahin hai, mere tajrube ke mutabiq.</w:t>
      </w:r>
      <w:r>
        <w:br/>
      </w:r>
      <w:r>
        <w:rPr>
          <w:sz w:val="20"/>
        </w:rPr>
        <w:t>1:07:17  dosre mazahib mein to bilkul hi nahin flexibility hai.</w:t>
      </w:r>
      <w:r>
        <w:br/>
      </w:r>
      <w:r>
        <w:rPr>
          <w:sz w:val="20"/>
        </w:rPr>
        <w:t>1:07:21  islam mein aakhri had tak flexibility hai. lekin yeh yeh cheez criteria nahin hai. criteria yeh hai ke aap ek ek social phenomena ke taur par mante hain mazhab ko ya us ko,</w:t>
      </w:r>
      <w:r>
        <w:br/>
      </w:r>
      <w:r>
        <w:rPr>
          <w:sz w:val="20"/>
        </w:rPr>
        <w:t>1:07:36  yaani revelation based mante hain. yeh yeh criteria hai. main manta hoon revelation based. to jo revelation mein jo cheez hai, wahi wahi authentic rahe</w:t>
      </w:r>
      <w:r>
        <w:br/>
      </w:r>
      <w:r>
        <w:rPr>
          <w:sz w:val="20"/>
        </w:rPr>
        <w:t>1:07:50  gi. baqi yeh flexible hai ya nahin hai, yeh to bilkul irrelevant baat hai. kyunke flexible to bohat hai islam. islam se zyada koi mazhab flexible nahin hai.</w:t>
      </w:r>
    </w:p>
    <w:p>
      <w:pPr>
        <w:pStyle w:val="Heading2"/>
      </w:pPr>
      <w:r>
        <w:t>Why Muslims Don't Fear God Despite Quranic Verses</w:t>
      </w:r>
    </w:p>
    <w:p>
      <w:r>
        <w:rPr>
          <w:color w:val="666666"/>
          <w:sz w:val="18"/>
        </w:rPr>
        <w:t>Faith &amp; God · Double Standards of Present-Day Muslims August 6, 2017 · 1m 37s · at 51:13 · https://youtu.be/k1NcZQpHTyg?t=3073</w:t>
      </w:r>
    </w:p>
    <w:p>
      <w:r>
        <w:rPr>
          <w:i/>
        </w:rPr>
        <w:t>“Why is it that Muslims do not fear God these days? They think once they are born in a Muslim family, they will go straight to heaven. Then how do we explain all the verses in the Quran asking the believers to fear hellfire?”</w:t>
      </w:r>
    </w:p>
    <w:p>
      <w:r>
        <w:rPr>
          <w:sz w:val="20"/>
        </w:rPr>
        <w:t>51:13  Maulana, ek aur comment lena chahenge agle sawal se pehle. yeh Miss Shabana Ansari ne likha hai ke "Double standard shows that Muslims are sincere in their personal matters, but not sincere as dai and as a giver group of humanity." Masha Allah.</w:t>
      </w:r>
      <w:r>
        <w:br/>
      </w:r>
      <w:r>
        <w:rPr>
          <w:sz w:val="20"/>
        </w:rPr>
        <w:t>51:32  yeh Miss Fareeda Khanum ki taraf se aya hai Maulana dilli se. "Why is it that Muslims do not fear God these days?</w:t>
      </w:r>
      <w:r>
        <w:br/>
      </w:r>
      <w:r>
        <w:rPr>
          <w:sz w:val="20"/>
        </w:rPr>
        <w:t>51:43  They think once they are born in a Muslim family, they will go straight to heaven. Then how do we explain all the verses in the Quran asking the believers to fear hellfire?"</w:t>
      </w:r>
      <w:r>
        <w:br/>
      </w:r>
      <w:r>
        <w:rPr>
          <w:sz w:val="20"/>
        </w:rPr>
        <w:t>51:57  agla dekhiye, Yahood ke andar jo tha, wahi Musalman mein aa gaya hai. yani paidaishi nijat. Yahood ka nazariya yeh hai ke Yahoodi family mein agar koi paida ho gaya to us ki nijat pakki hai.</w:t>
      </w:r>
      <w:r>
        <w:br/>
      </w:r>
      <w:r>
        <w:rPr>
          <w:sz w:val="20"/>
        </w:rPr>
        <w:t>52:13  yani family base nijat ya paidaishi nijat. to yahi Musalman mein aa gaya hai.</w:t>
      </w:r>
      <w:r>
        <w:br/>
      </w:r>
      <w:r>
        <w:rPr>
          <w:sz w:val="20"/>
        </w:rPr>
        <w:t>52:22  jaise hadith mein aata hai ke tum yahood ke raaste par chaloge to paidaishi nijaat ka koi concept samne nahi hai. na koi ayat hai, na koi hadith hai ke barf par mabni hai nijaat.</w:t>
      </w:r>
      <w:r>
        <w:br/>
      </w:r>
      <w:r>
        <w:rPr>
          <w:sz w:val="20"/>
        </w:rPr>
        <w:t>52:38  hai hi nahi ke. yeh to yahood se lia hua hai. to is se to musalmanon ko apne aap ko bahar lana parega. is ko chhodna parega.</w:t>
      </w:r>
    </w:p>
    <w:p>
      <w:pPr>
        <w:pStyle w:val="Heading2"/>
      </w:pPr>
      <w:r>
        <w:t>Why Others Don't Understand Paradise</w:t>
      </w:r>
    </w:p>
    <w:p>
      <w:r>
        <w:rPr>
          <w:color w:val="666666"/>
          <w:sz w:val="18"/>
        </w:rPr>
        <w:t>Faith &amp; God · Life after Death I 22nd Jan. 2012 Maulana Wahiduddin Khan · 1m 38s · at 1:07:06 · https://youtu.be/Pa8c09DFrkA?t=4026</w:t>
      </w:r>
    </w:p>
    <w:p>
      <w:r>
        <w:rPr>
          <w:i/>
        </w:rPr>
        <w:t>“Paradise is a perfect place in every respect, thinking about which gives a thrill in the body. Maulana sahib, we only came to know this through Al-Risala. Why are others unable to understand this?”</w:t>
      </w:r>
    </w:p>
    <w:p>
      <w:r>
        <w:rPr>
          <w:sz w:val="20"/>
        </w:rPr>
        <w:t>1:07:06  Maulana, agla sawal Karachi se aaya hai, Miss Samiya Latif ka. Unhon ne likha hai: Jannat har lehaz se ek perfect jagah hai, jis ke baray mein insaan soche to us ke jism mein ek thrill paida ho jaye.</w:t>
      </w:r>
      <w:r>
        <w:br/>
      </w:r>
      <w:r>
        <w:rPr>
          <w:sz w:val="20"/>
        </w:rPr>
        <w:t>1:07:23  Maulana sahab, yeh baat hamein sirf Al-Risala ke zariye maloom hui. Aakhir doosre log is baat ko samajhne mein kyun nakaam hain?</w:t>
      </w:r>
      <w:r>
        <w:br/>
      </w:r>
      <w:r>
        <w:rPr>
          <w:sz w:val="20"/>
        </w:rPr>
        <w:t>1:07:33  Arre bhai, shukr kijiye ke maloom ho gayi. Mar jate hain baghair janay hue to kya hota?</w:t>
      </w:r>
      <w:r>
        <w:br/>
      </w:r>
      <w:r>
        <w:rPr>
          <w:sz w:val="20"/>
        </w:rPr>
        <w:t>1:07:40  Aur doosron ko bataiye. Yani bajaye is ke ke aap yeh sawal karen, aap sirf do kaam kijiye. Khud shukr kiya Allah taala ka ke hum ko yeh haq maloom ho gaya marne se pehle pehle.</w:t>
      </w:r>
      <w:r>
        <w:br/>
      </w:r>
      <w:r>
        <w:rPr>
          <w:sz w:val="20"/>
        </w:rPr>
        <w:t>1:07:54  Aur doosron ko bataiye, doosron ko Risala parhwaiye.</w:t>
      </w:r>
      <w:r>
        <w:br/>
      </w:r>
      <w:r>
        <w:rPr>
          <w:sz w:val="20"/>
        </w:rPr>
        <w:t>1:07:58  Yani positive response yeh hai. Woh jo hai, woh to negative response ho jayega. Is discovery ka jo aap ko hui, uska positive response yeh hai ke aap Allah ka shukr karen.</w:t>
      </w:r>
      <w:r>
        <w:br/>
      </w:r>
      <w:r>
        <w:rPr>
          <w:sz w:val="20"/>
        </w:rPr>
        <w:t>1:08:12  Ke maut se pehle pehle Allah ne aap ko ba-khabar kar diya is haqeeqat se.</w:t>
      </w:r>
      <w:r>
        <w:br/>
      </w:r>
      <w:r>
        <w:rPr>
          <w:sz w:val="20"/>
        </w:rPr>
        <w:t>1:08:19  Warna maut ke baad maloom hota to main ek sahab se main ne kaha ke har aadmi wahan jab jayega to woh kahega afsos ke sath ke mine was a case of missed opportunity mine was a case of missed opportunity to yeh is se bacha liya aap ko Allah taala ne.</w:t>
      </w:r>
      <w:r>
        <w:br/>
      </w:r>
      <w:r>
        <w:rPr>
          <w:sz w:val="20"/>
        </w:rPr>
        <w:t>1:08:38  Aur doosron ko bhi bataiye. Doosron ko bhi wahi cheezen parhwaiye.</w:t>
      </w:r>
    </w:p>
    <w:p>
      <w:pPr>
        <w:pStyle w:val="Heading2"/>
      </w:pPr>
      <w:r>
        <w:t>Why blame God instead of self</w:t>
      </w:r>
    </w:p>
    <w:p>
      <w:r>
        <w:rPr>
          <w:color w:val="666666"/>
          <w:sz w:val="18"/>
        </w:rPr>
        <w:t>Faith &amp; God · Politics and Nation Building May 19, 2013 · 1m 28s · at 47:28 · https://youtu.be/kmiMGq0Ki2Q?t=2848</w:t>
      </w:r>
    </w:p>
    <w:p>
      <w:r>
        <w:rPr>
          <w:i/>
        </w:rPr>
        <w:t>“Why does man blame God during times of distress and not himself? What is the reason for this?”</w:t>
      </w:r>
    </w:p>
    <w:p>
      <w:r>
        <w:rPr>
          <w:sz w:val="20"/>
        </w:rPr>
        <w:t>47:28  Maulana agla sawal Chennai se hai Maulana Iqbal Umri ka</w:t>
      </w:r>
      <w:r>
        <w:br/>
      </w:r>
      <w:r>
        <w:rPr>
          <w:sz w:val="20"/>
        </w:rPr>
        <w:t>47:33  unhone likha hai Maulana insan pareshani ke waqt Khuda ko kyun zimmedar thehrahata hai khud ko kyun nahi iski kya wajah hai main samajhta hoon ke yeh sab se mushkil kaam hai zimmedari ko apne upar lena aur sab se aasan kaam hai zimmedari ko doosre ke upar dalna yeh Khudaai ki baat nahi hai aam halaat mein bhi</w:t>
      </w:r>
      <w:r>
        <w:br/>
      </w:r>
      <w:r>
        <w:rPr>
          <w:sz w:val="20"/>
        </w:rPr>
        <w:t>48:02  aam halaat mein bhi insan yahi karta hai ke foran kisi doosre ko blame de deta hai to blame by self sab se mushkil kaam hai blame others sab se aasan kaam hai to isi ka yeh phenomena hai ke Khuda par dal dena</w:t>
      </w:r>
      <w:r>
        <w:br/>
      </w:r>
      <w:r>
        <w:rPr>
          <w:sz w:val="20"/>
        </w:rPr>
        <w:t>48:24  iske peeche jo cheez hai woh ego</w:t>
      </w:r>
      <w:r>
        <w:br/>
      </w:r>
      <w:r>
        <w:rPr>
          <w:sz w:val="20"/>
        </w:rPr>
        <w:t>48:26  sab se bari cheez jo insan ke andar hai woh hai ego ananiyat aadmi chahta hai ke</w:t>
      </w:r>
      <w:r>
        <w:br/>
      </w:r>
      <w:r>
        <w:rPr>
          <w:sz w:val="20"/>
        </w:rPr>
        <w:t>48:37  mere upar blame na jaye doosre ke upar chala jaye Khuda ke upar jaye kisi ke upar to yeh egoism hai ananiyat main samajhta hoon isi ka phenomena hai ke aadmi kai Khuda ko blame deta hai kai kisi aur ko de deta hai</w:t>
      </w:r>
    </w:p>
    <w:p>
      <w:pPr>
        <w:pStyle w:val="Heading2"/>
      </w:pPr>
      <w:r>
        <w:t>Why did prophets not find peace?</w:t>
      </w:r>
    </w:p>
    <w:p>
      <w:r>
        <w:rPr>
          <w:color w:val="666666"/>
          <w:sz w:val="18"/>
        </w:rPr>
        <w:t>Faith &amp; God · The Existence of God October 7, 2012 · 1m 49s · at 1:01:00 · https://youtu.be/Hm0ybuokQ8s?t=3660</w:t>
      </w:r>
    </w:p>
    <w:p>
      <w:r>
        <w:rPr>
          <w:i/>
        </w:rPr>
        <w:t>“The prophets led a life of great unease and problems because every prophet was severely persecuted by his people. Then what is the meaning of the verse that hearts find peace in the remembrance of Allah? Why could the hearts of the prophets not attain peace and tranquility? Please explain.”</w:t>
      </w:r>
    </w:p>
    <w:p>
      <w:r>
        <w:rPr>
          <w:sz w:val="20"/>
        </w:rPr>
        <w:t>1:01:00  to yeh Allah hi in logon ke sath nipat sakta hai, hamare jaisa aadmi nahin nipat sakta un se. Maulana, agla sawal bhi Karachi Pakistan se hai Miss Saira Latif ka.</w:t>
      </w:r>
      <w:r>
        <w:br/>
      </w:r>
      <w:r>
        <w:rPr>
          <w:sz w:val="20"/>
        </w:rPr>
        <w:t>1:01:11  unhon ne likha hai: "Anbiya e Karam ne bari be sukuni aur masail wali zindagi guzari kyunke har Nabi ko us ki qaum ne bohat sataya." phir is ayat ka matlab kya hai ke Allah ke zikr se dilon ko sukoon milta hai?</w:t>
      </w:r>
      <w:r>
        <w:br/>
      </w:r>
      <w:r>
        <w:rPr>
          <w:sz w:val="20"/>
        </w:rPr>
        <w:t>1:01:30  Anbiya e Karam ke dilon ko sukoon aur itminan kyun hasil na ho saka? is ke baray mein bataein. nahin, yeh yeh yeh yeh yeh qaul kaha tha ke sukoon hasil nahin hua, yeh to aap ka kehna hai.</w:t>
      </w:r>
      <w:r>
        <w:br/>
      </w:r>
      <w:r>
        <w:rPr>
          <w:sz w:val="20"/>
        </w:rPr>
        <w:t>1:01:45  yeh galat hai baat ke Anbiya ko sukoon hasil nahin hua, yeh galat baat hai. dekhiye, Quran ki ayat mein sukoon ke mani jismani aish nahin hai,</w:t>
      </w:r>
      <w:r>
        <w:br/>
      </w:r>
      <w:r>
        <w:rPr>
          <w:sz w:val="20"/>
        </w:rPr>
        <w:t>1:01:58  harghiz nahin hai ke rehne ke liye aap ko achha ghar, achhi car, achha saman mil jaye. yeh matlab nahin is ayat ka. is ka ayat ka matlab hai ke aap ka mind mutmaeen ho jaye ke main sachay rastay par hoon.</w:t>
      </w:r>
      <w:r>
        <w:br/>
      </w:r>
      <w:r>
        <w:rPr>
          <w:sz w:val="20"/>
        </w:rPr>
        <w:t>1:02:16  bas yeh mani hain. in ideological itminan murad hai is se, is se physical aaram murad nahin hai.</w:t>
      </w:r>
      <w:r>
        <w:br/>
      </w:r>
      <w:r>
        <w:rPr>
          <w:sz w:val="20"/>
        </w:rPr>
        <w:t>1:02:28  harghiz harghiz yeh yeh yeh galat fehmi nahin honi chahiye ke physical aaram murad hai is ka. ideological itminan ke main jis rastay par hoon, woh sacha rasta hai,</w:t>
      </w:r>
      <w:r>
        <w:br/>
      </w:r>
      <w:r>
        <w:rPr>
          <w:sz w:val="20"/>
        </w:rPr>
        <w:t>1:02:42  yeh murad hai is ka.</w:t>
      </w:r>
    </w:p>
    <w:p>
      <w:pPr>
        <w:pStyle w:val="Heading2"/>
      </w:pPr>
      <w:r>
        <w:t>Why do Muslims not receive divine help?</w:t>
      </w:r>
    </w:p>
    <w:p>
      <w:r>
        <w:rPr>
          <w:color w:val="666666"/>
          <w:sz w:val="18"/>
        </w:rPr>
        <w:t>Faith &amp; God · Double Standards of Present-Day Muslims August 6, 2017 · 56s · at 52:51 · https://youtu.be/k1NcZQpHTyg?t=3171</w:t>
      </w:r>
    </w:p>
    <w:p>
      <w:r>
        <w:rPr>
          <w:i/>
        </w:rPr>
        <w:t>“Why is it that Muslims do not think that had they been on the right path, they would surely have received divine help? It is clear that they have failed to receive divine succor, for they always lose. It is their enemies, as they call, all non-Muslims who always succeed. Does it show that God is at the side of their enemies? Why do Muslims?”</w:t>
      </w:r>
    </w:p>
    <w:p>
      <w:r>
        <w:rPr>
          <w:sz w:val="20"/>
        </w:rPr>
        <w:t>52:51  inhi ki taraf se agla sawal hai Maulana. "Why is it that Muslims do not think that had they been on theright path, they would surely have received divine help?"</w:t>
      </w:r>
      <w:r>
        <w:br/>
      </w:r>
      <w:r>
        <w:rPr>
          <w:sz w:val="20"/>
        </w:rPr>
        <w:t>53:04  It is clear that they have failed to receive divine succumb, for they always lose. It is their enemies, as they call, all non-Muslims who always succeed.</w:t>
      </w:r>
      <w:r>
        <w:br/>
      </w:r>
      <w:r>
        <w:rPr>
          <w:sz w:val="20"/>
        </w:rPr>
        <w:t>53:17  Does it show that God is at the side of their enemies? Why do Muslims</w:t>
      </w:r>
      <w:r>
        <w:br/>
      </w:r>
      <w:r>
        <w:rPr>
          <w:sz w:val="20"/>
        </w:rPr>
        <w:t>53:23  not think?" dekhen, ek hadith hai ke ek zamana aayega ke musalmanon se aql chhin jayegi. "كُنْتُ عَنْهُ مَقُولًا" yeh hadith hai ke ek zamana aayega jab ke musalmanon se aql chhin jayegi.</w:t>
      </w:r>
      <w:r>
        <w:br/>
      </w:r>
      <w:r>
        <w:rPr>
          <w:sz w:val="20"/>
        </w:rPr>
        <w:t>53:38  to main to samajhta hoon ke yeh zamana hai. ab to duniya hi khatm hone wali hai. ab kaho kab aayega woh zamana? logon ki aqlain chhin gayi hain. right thinking hai nahi hai.</w:t>
      </w:r>
    </w:p>
    <w:p>
      <w:pPr>
        <w:pStyle w:val="Heading2"/>
      </w:pPr>
      <w:r>
        <w:t>Why does God send natural calamities?</w:t>
      </w:r>
    </w:p>
    <w:p>
      <w:r>
        <w:rPr>
          <w:color w:val="666666"/>
          <w:sz w:val="18"/>
        </w:rPr>
        <w:t>Faith &amp; God · Divine Love July 31, 2016 · 55s · at 53:05 · https://youtu.be/-gQiWX3l6J4?t=3185</w:t>
      </w:r>
    </w:p>
    <w:p>
      <w:r>
        <w:rPr>
          <w:i/>
        </w:rPr>
        <w:t>“If God loves His creation then why does He send so much of natural calamities like floods, earthquakes, diseases etc.”</w:t>
      </w:r>
    </w:p>
    <w:p>
      <w:r>
        <w:rPr>
          <w:sz w:val="20"/>
        </w:rPr>
        <w:t>53:05  maulana agla sawal bhubaneswar se bheja hai zakir sahab ne aur unhon ne likha hai maulana sahab If</w:t>
      </w:r>
      <w:r>
        <w:br/>
      </w:r>
      <w:r>
        <w:rPr>
          <w:sz w:val="20"/>
        </w:rPr>
        <w:t>53:13  God loves His creation then why does He send so much of natural calamities like floods, earthquakes, diseases</w:t>
      </w:r>
      <w:r>
        <w:br/>
      </w:r>
      <w:r>
        <w:rPr>
          <w:sz w:val="20"/>
        </w:rPr>
        <w:t>53:21  etc.</w:t>
      </w:r>
      <w:r>
        <w:br/>
      </w:r>
      <w:r>
        <w:rPr>
          <w:sz w:val="20"/>
        </w:rPr>
        <w:t>53:22  Why is this so? yeh bilkul sahi soch nahi hai.</w:t>
      </w:r>
      <w:r>
        <w:br/>
      </w:r>
      <w:r>
        <w:rPr>
          <w:sz w:val="20"/>
        </w:rPr>
        <w:t>53:27  calamity ya problem will jo cheezen hain is par hum ne bohat likha hai.</w:t>
      </w:r>
      <w:r>
        <w:br/>
      </w:r>
      <w:r>
        <w:rPr>
          <w:sz w:val="20"/>
        </w:rPr>
        <w:t>53:33  aap ne shayad padha nahi hai.</w:t>
      </w:r>
      <w:r>
        <w:br/>
      </w:r>
      <w:r>
        <w:rPr>
          <w:sz w:val="20"/>
        </w:rPr>
        <w:t>53:35  is ke positive aspect ko mere khayal se aap hamari kitabon ko padhen ke calamity jo hain ya</w:t>
      </w:r>
      <w:r>
        <w:br/>
      </w:r>
      <w:r>
        <w:rPr>
          <w:sz w:val="20"/>
        </w:rPr>
        <w:t>53:43  jin ko evil kaha jata hai ya jo difficulties hain un ka jo positive aspect hai us ko</w:t>
      </w:r>
      <w:r>
        <w:br/>
      </w:r>
      <w:r>
        <w:rPr>
          <w:sz w:val="20"/>
        </w:rPr>
        <w:t>53:51  aap ne khola hai apni kitabon mein.</w:t>
      </w:r>
      <w:r>
        <w:br/>
      </w:r>
      <w:r>
        <w:rPr>
          <w:sz w:val="20"/>
        </w:rPr>
        <w:t>53:54  is ko padh len aap phir sawal karen to mein inshallah us ko jawab doon ga.</w:t>
      </w:r>
      <w:r>
        <w:br/>
      </w:r>
      <w:r>
        <w:rPr>
          <w:sz w:val="20"/>
        </w:rPr>
        <w:t>54:01  maulana agla sawal lene se pehle ek comment padhna chahenge jo muhammad ayub sahab ne bheja hai</w:t>
      </w:r>
    </w:p>
    <w:p>
      <w:pPr>
        <w:pStyle w:val="Heading2"/>
      </w:pPr>
      <w:r>
        <w:t>Why does God test humans?</w:t>
      </w:r>
    </w:p>
    <w:p>
      <w:r>
        <w:rPr>
          <w:color w:val="666666"/>
          <w:sz w:val="18"/>
        </w:rPr>
        <w:t>Faith &amp; God · Building A Creative Personality | 20 Nov 2011 · 1m 54s · at 1:20:40 · https://youtu.be/jdfhpwfEvKg?t=4840</w:t>
      </w:r>
    </w:p>
    <w:p>
      <w:r>
        <w:rPr>
          <w:i/>
        </w:rPr>
        <w:t>“As per Quran, God has put man in test on earth, but why does God need to test us? Can't He create pure souls at the first place and settle them in Jannah? He can create whatever He wills. Kindly explain.”</w:t>
      </w:r>
    </w:p>
    <w:p>
      <w:r>
        <w:rPr>
          <w:sz w:val="20"/>
        </w:rPr>
        <w:t>1:20:40  Maulana, agla sawal aaya hai Mr Riaz Bhat ka Hyderabad India se.</w:t>
      </w:r>
      <w:r>
        <w:br/>
      </w:r>
      <w:r>
        <w:rPr>
          <w:sz w:val="20"/>
        </w:rPr>
        <w:t>1:20:44  unhon ne likha hai:</w:t>
      </w:r>
      <w:r>
        <w:br/>
      </w:r>
      <w:r>
        <w:rPr>
          <w:sz w:val="20"/>
        </w:rPr>
        <w:t>1:20:47  "as per quran, god has put man in test on earth, but why god needs to test us? can't he create pure souls at the first place and settle them in jannat? he can create whatever he wills. kindly explain." yeh yeh yeh ek sawal nahi hai, yeh sirf ek zehni woh upaj hai. bas bhai, baghair aadmi</w:t>
      </w:r>
      <w:r>
        <w:br/>
      </w:r>
      <w:r>
        <w:rPr>
          <w:sz w:val="20"/>
        </w:rPr>
        <w:t>1:21:17  ko, aadmi ko aap dunya mein jitni bhi job hain, jo deserve karta hai, us ko job milta hai.</w:t>
      </w:r>
      <w:r>
        <w:br/>
      </w:r>
      <w:r>
        <w:rPr>
          <w:sz w:val="20"/>
        </w:rPr>
        <w:t>1:21:23  khawamkhwah thori de diya hai kisi ko ke paida karo, jannat mein daal do.</w:t>
      </w:r>
      <w:r>
        <w:br/>
      </w:r>
      <w:r>
        <w:rPr>
          <w:sz w:val="20"/>
        </w:rPr>
        <w:t>1:21:29  aisa kaise ho sakta hai? jo apne ko deserve sabit karega, us ke liye jannat milegi.</w:t>
      </w:r>
      <w:r>
        <w:br/>
      </w:r>
      <w:r>
        <w:rPr>
          <w:sz w:val="20"/>
        </w:rPr>
        <w:t>1:21:35  us ko nahi sabit karega, us ko kura khane mein daal diya jayega.</w:t>
      </w:r>
      <w:r>
        <w:br/>
      </w:r>
      <w:r>
        <w:rPr>
          <w:sz w:val="20"/>
        </w:rPr>
        <w:t>1:21:41  yeh to yani kya aap, aap aik is koi bhi aap kaam karte hon to kya baghair</w:t>
      </w:r>
      <w:r>
        <w:br/>
      </w:r>
      <w:r>
        <w:rPr>
          <w:sz w:val="20"/>
        </w:rPr>
        <w:t>1:21:47  deservation dekhe bhi usko dakhil karte hain? is mein aap aisa kaise ho sakta hai? yeh jo kaam aap khud na karte, usko chahte hain ke khuda usko ikhtiyar kare. koi bhi shakhs jo business chalata ho, koi koi idara chalata ho, to uske paas aadmi aata hai kaam ke liye, to usko zahir hai ke uska dekha hai ke deserve karta hai ya nahi karta. to allah taala ne yeh duniya ko banaya hai ke jo apne ko deserving candidate sabit karega, woh jannat mein jayega</w:t>
      </w:r>
      <w:r>
        <w:br/>
      </w:r>
      <w:r>
        <w:rPr>
          <w:sz w:val="20"/>
        </w:rPr>
        <w:t>1:22:17  ga.</w:t>
      </w:r>
      <w:r>
        <w:br/>
      </w:r>
      <w:r>
        <w:rPr>
          <w:sz w:val="20"/>
        </w:rPr>
        <w:t>1:22:21  jo nahi sabit karega, to us ko kura khane mein daal diya jayega.</w:t>
      </w:r>
      <w:r>
        <w:br/>
      </w:r>
      <w:r>
        <w:rPr>
          <w:sz w:val="20"/>
        </w:rPr>
        <w:t>1:22:26  yeh to bilkul aik fitri baat hai.</w:t>
      </w:r>
      <w:r>
        <w:br/>
      </w:r>
      <w:r>
        <w:rPr>
          <w:sz w:val="20"/>
        </w:rPr>
        <w:t>1:22:30  is mein sawal karna kyun? main nahi samajhta is mein kya sawal hai. banta hai.</w:t>
      </w:r>
    </w:p>
    <w:p>
      <w:pPr>
        <w:pStyle w:val="Heading2"/>
      </w:pPr>
      <w:r>
        <w:t>Why does God test us if He can create pure souls?</w:t>
      </w:r>
    </w:p>
    <w:p>
      <w:r>
        <w:rPr>
          <w:color w:val="666666"/>
          <w:sz w:val="18"/>
        </w:rPr>
        <w:t>Faith &amp; God · Q&amp;A 20 Nov 2011 Maulana Wahiduddin Khan · 1m 48s · at 19:12 · https://youtu.be/7sNDn8Y6jUc?t=1152</w:t>
      </w:r>
    </w:p>
    <w:p>
      <w:r>
        <w:rPr>
          <w:i/>
        </w:rPr>
        <w:t>“As per Quran, God has put man in test on earth. But why does God need to test us? Can't He create pure souls in the first place and settle them in Jannah? He can create whatever He wills. Kindly explain.”</w:t>
      </w:r>
    </w:p>
    <w:p>
      <w:r>
        <w:rPr>
          <w:sz w:val="20"/>
        </w:rPr>
        <w:t>19:12  maulana, agla sawal aya hai misster riyaz bhatt ka haiderabad india se. unhon ne likha hai: "as per quran, god has put man in test on earth.</w:t>
      </w:r>
      <w:r>
        <w:br/>
      </w:r>
      <w:r>
        <w:rPr>
          <w:sz w:val="20"/>
        </w:rPr>
        <w:t>19:23  but why god needs to test us? can't he create pure souls at the first place and settle them in jannat? he can create whatever he wills.</w:t>
      </w:r>
      <w:r>
        <w:br/>
      </w:r>
      <w:r>
        <w:rPr>
          <w:sz w:val="20"/>
        </w:rPr>
        <w:t>19:34  kindly explain."</w:t>
      </w:r>
      <w:r>
        <w:br/>
      </w:r>
      <w:r>
        <w:rPr>
          <w:sz w:val="20"/>
        </w:rPr>
        <w:t>19:36  yeh sawal nahi hai, yeh sirf ek zehni woh upper hai bas.</w:t>
      </w:r>
      <w:r>
        <w:br/>
      </w:r>
      <w:r>
        <w:rPr>
          <w:sz w:val="20"/>
        </w:rPr>
        <w:t>19:46  bhai, baghair aadmi ko, aadmi ko aap duniya mein jitni bhi job hain, jo deserve karta hai usko job milta hai.</w:t>
      </w:r>
      <w:r>
        <w:br/>
      </w:r>
      <w:r>
        <w:rPr>
          <w:sz w:val="20"/>
        </w:rPr>
        <w:t>19:55  khawamkhwah hi thori toh de diya hai kisi ko ke paida karo, jannat mein daal do. aisa kaise ho sakta hai? jo apne ko deserve sabit karega uski jannat milegi usko?</w:t>
      </w:r>
      <w:r>
        <w:br/>
      </w:r>
      <w:r>
        <w:rPr>
          <w:sz w:val="20"/>
        </w:rPr>
        <w:t>20:07  nahi sabit karega usko kooda khane mein daal diya jayega?</w:t>
      </w:r>
      <w:r>
        <w:br/>
      </w:r>
      <w:r>
        <w:rPr>
          <w:sz w:val="20"/>
        </w:rPr>
        <w:t>20:10  yeh toh, yani kya aap, aap ek, is koi bhi aap kaam karte hon toh kya aap baghair deservation dekhe bhi usko dakhil karte hain is mein aap?</w:t>
      </w:r>
      <w:r>
        <w:br/>
      </w:r>
      <w:r>
        <w:rPr>
          <w:sz w:val="20"/>
        </w:rPr>
        <w:t>20:21  aisa kaise ho sakta hai? ke jo kaam aap khud na karte usko chahte hain khuda usko ikhtiyar kare?</w:t>
      </w:r>
      <w:r>
        <w:br/>
      </w:r>
      <w:r>
        <w:rPr>
          <w:sz w:val="20"/>
        </w:rPr>
        <w:t>20:28  koi bhi shakhs jo business chalata ho, koi koi idara chalata ho toh uske paas aadmi aata hai kaam ke liye toh usko zahir hai ke uska dekha hai ke deserve karta hai ya nahi karta?</w:t>
      </w:r>
      <w:r>
        <w:br/>
      </w:r>
      <w:r>
        <w:rPr>
          <w:sz w:val="20"/>
        </w:rPr>
        <w:t>20:39  toh allah ta'ala ne yeh duniya ko banaya hai</w:t>
      </w:r>
      <w:r>
        <w:br/>
      </w:r>
      <w:r>
        <w:rPr>
          <w:sz w:val="20"/>
        </w:rPr>
        <w:t>20:44  ke</w:t>
      </w:r>
      <w:r>
        <w:br/>
      </w:r>
      <w:r>
        <w:rPr>
          <w:sz w:val="20"/>
        </w:rPr>
        <w:t>20:45  jo apne ko deserving candidate sabit karega woh jannat mein jayega. jo nahi sabit karega toh usko kooda khane mein daal diya jayega. yeh toh bilkul ek fitri baat hai.</w:t>
      </w:r>
      <w:r>
        <w:br/>
      </w:r>
      <w:r>
        <w:rPr>
          <w:sz w:val="20"/>
        </w:rPr>
        <w:t>20:54  isme sawal karna kyun? main nahi samajhta isme kya sawal hai? banta hai.</w:t>
      </w:r>
    </w:p>
    <w:p>
      <w:pPr>
        <w:pStyle w:val="Heading2"/>
      </w:pPr>
      <w:r>
        <w:t>Why have scholars failed to explain Islamic teachings?</w:t>
      </w:r>
    </w:p>
    <w:p>
      <w:r>
        <w:rPr>
          <w:color w:val="666666"/>
          <w:sz w:val="18"/>
        </w:rPr>
        <w:t>Faith &amp; God · Jihad Fillah June 23, 2013 · 1m 13s · at 1:08:40 · https://youtu.be/NRTno1eQTos?t=4120</w:t>
      </w:r>
    </w:p>
    <w:p>
      <w:r>
        <w:rPr>
          <w:i/>
        </w:rPr>
        <w:t>“Islam is a religion based on intellectual reasoning. Then why is it that in the past and in the present, scholars have failed to give explanations of Islamic teachings?”</w:t>
      </w:r>
    </w:p>
    <w:p>
      <w:r>
        <w:rPr>
          <w:sz w:val="20"/>
        </w:rPr>
        <w:t>1:08:40  maulana, agla sawal raichur se hai zaheeruddin sahib ka. unhon ne likha hai: "maulana, islam is a religion based on intellectual reasoning.</w:t>
      </w:r>
      <w:r>
        <w:br/>
      </w:r>
      <w:r>
        <w:rPr>
          <w:sz w:val="20"/>
        </w:rPr>
        <w:t>1:08:51  then why is it that pass in the past and in the present? ulama have failed to give explanation of islamic teachings."</w:t>
      </w:r>
      <w:r>
        <w:br/>
      </w:r>
      <w:r>
        <w:rPr>
          <w:sz w:val="20"/>
        </w:rPr>
        <w:t>1:09:01  dekhen, why par mat jaiye. why aap ka sir nahin, kya hua? is ko qasam na aaiye is ko. kyunki aap kisi doosre ke liye darogha nahin hain, kisi doosre ke liye aap custodian nahin hain.</w:t>
      </w:r>
      <w:r>
        <w:br/>
      </w:r>
      <w:r>
        <w:rPr>
          <w:sz w:val="20"/>
        </w:rPr>
        <w:t>1:09:17  why par kyun jaate hain aap? aap yeh sochiye ke rasta sahi kya hai? rasta sahi jo hai, woh kya hai? why, why par kyun jaate hain aap?</w:t>
      </w:r>
      <w:r>
        <w:br/>
      </w:r>
      <w:r>
        <w:rPr>
          <w:sz w:val="20"/>
        </w:rPr>
        <w:t>1:09:26  why allah taala ka domain hai,</w:t>
      </w:r>
      <w:r>
        <w:br/>
      </w:r>
      <w:r>
        <w:rPr>
          <w:sz w:val="20"/>
        </w:rPr>
        <w:t>1:09:31  woh aap ka domain nahin hai. aap to sirf yeh sochiye ke quran o hadith ke mutabiq kaun si baat sahi hai, kaun si baat galat hai.</w:t>
      </w:r>
      <w:r>
        <w:br/>
      </w:r>
      <w:r>
        <w:rPr>
          <w:sz w:val="20"/>
        </w:rPr>
        <w:t>1:09:41  kisi ne ghalati kar rakhi hai to is mein why ka sawal le kar ke aap kyun apne mind ko pareshan karte hain? is ko allah par chhod dijiye.</w:t>
      </w:r>
    </w:p>
    <w:p>
      <w:pPr>
        <w:pStyle w:val="Heading2"/>
      </w:pPr>
      <w:r>
        <w:t>Why is Jewish temporary hell belief wrong?</w:t>
      </w:r>
    </w:p>
    <w:p>
      <w:r>
        <w:rPr>
          <w:color w:val="666666"/>
          <w:sz w:val="18"/>
        </w:rPr>
        <w:t>Faith &amp; God · Jihad Fillah June 23, 2013 · 1m 44s · at 1:09:53 · https://youtu.be/NRTno1eQTos?t=4193</w:t>
      </w:r>
    </w:p>
    <w:p>
      <w:r>
        <w:rPr>
          <w:i/>
        </w:rPr>
        <w:t>“Maulana, I heard a scholar in Jammu say that if a believer makes a mistake, after punishment for sins they will be readmitted to paradise. My question is: this is exactly what the Jews used to say, that they would stay in hell for a few days and then go to paradise. Maulana, why are the Jews wrong and we correct?”</w:t>
      </w:r>
    </w:p>
    <w:p>
      <w:r>
        <w:rPr>
          <w:sz w:val="20"/>
        </w:rPr>
        <w:t>1:09:53  maulana, agla sawal jammu se aaya hai ajiz sellerji sahib ka. unhon ne likha hai:</w:t>
      </w:r>
      <w:r>
        <w:br/>
      </w:r>
      <w:r>
        <w:rPr>
          <w:sz w:val="20"/>
        </w:rPr>
        <w:t>1:10:01  "maulana, mein ne jammu mein ek aalim ko kehte suna ke agar momin se ghalati ho to gunahon ki saza ke baad un ko dobara jannat mein dakhil kar diya jayega." mera sawal yeh hai ke yahi baat to yahoodi bhi kehte the ke woh jahannum mein chand dinon ke liye rahenge aur us ke baad phir jannat mein.</w:t>
      </w:r>
      <w:r>
        <w:br/>
      </w:r>
      <w:r>
        <w:rPr>
          <w:sz w:val="20"/>
        </w:rPr>
        <w:t>1:10:23  maulana sahib, yahood galat kyun aur hum sahi kyun?</w:t>
      </w:r>
      <w:r>
        <w:br/>
      </w:r>
      <w:r>
        <w:rPr>
          <w:sz w:val="20"/>
        </w:rPr>
        <w:t>1:10:28  nahin, dekhen, mein is mein baat mein nahin padhoonga. is mein hadith mein aisa ek hadith aayi hai lekin mein is mein dilchaspi nahin leta. mujhe is se koi dilchaspi nahin hai aur meri to soch yeh hai ke jahannum yaani ek ek ek ek ek ek ek ek second ke liye bhi aap is mein agar daal diye jayen to woh aap ke liye qabil bardasht nahin hogi</w:t>
      </w:r>
      <w:r>
        <w:br/>
      </w:r>
      <w:r>
        <w:rPr>
          <w:sz w:val="20"/>
        </w:rPr>
        <w:t>1:10:55  . kaise koi sochta hai ke chalo bhai, hazar do saal jalenge, is mein phir jannat to mil jayegi? yeh sochta bilkul insane log karte hain.</w:t>
      </w:r>
      <w:r>
        <w:br/>
      </w:r>
      <w:r>
        <w:rPr>
          <w:sz w:val="20"/>
        </w:rPr>
        <w:t>1:11:03  aisa sirf insane log. aap kabhi bhi aap tajurba kar ke dekh lijiye, ek aag ka angara hai, us par ungli rakh dijiye aap to ek second mein aap ungli hata lenge is kyunki bardasht nahin hoga.</w:t>
      </w:r>
      <w:r>
        <w:br/>
      </w:r>
      <w:r>
        <w:rPr>
          <w:sz w:val="20"/>
        </w:rPr>
        <w:t>1:11:20  to yeh sochna ke chalo bhai, hazar do saal jahannum jal lenge to kya farq padta hai? phir jannat mein aa jayenge? yeh bilkul pagal pagaloon ki soch hai, insane logon ki soch hai.</w:t>
      </w:r>
      <w:r>
        <w:br/>
      </w:r>
      <w:r>
        <w:rPr>
          <w:sz w:val="20"/>
        </w:rPr>
        <w:t>1:11:30  yeh koi sound mind ki soch nahin hai. yeh</w:t>
      </w:r>
    </w:p>
    <w:p>
      <w:pPr>
        <w:pStyle w:val="Heading2"/>
      </w:pPr>
      <w:r>
        <w:t>Why man inclines to bad despite angels?</w:t>
      </w:r>
    </w:p>
    <w:p>
      <w:r>
        <w:rPr>
          <w:color w:val="666666"/>
          <w:sz w:val="18"/>
        </w:rPr>
        <w:t>Faith &amp; God · Q&amp;A 04 DEC 2011 Maulana Wahiduddin Khan · 1m 50s · at 6:08 · https://youtu.be/KIMNmuUZoGo?t=368</w:t>
      </w:r>
    </w:p>
    <w:p>
      <w:r>
        <w:rPr>
          <w:i/>
        </w:rPr>
        <w:t>“It is true indeed that the nature of angels' persuasion is passive, and that of Satan's is active. However, that the nature of persuasion of these entities is the cause of man's greater inclination towards the bad is unclear. Please explain.”</w:t>
      </w:r>
    </w:p>
    <w:p>
      <w:r>
        <w:rPr>
          <w:sz w:val="20"/>
        </w:rPr>
        <w:t>6:08  maulana, agla sawal aya hai miss sadia khan ka, dilli se. unhone likha hai: "it is true indeed that the nature of angels' persuasion is passive, and that of satan's is active.</w:t>
      </w:r>
      <w:r>
        <w:br/>
      </w:r>
      <w:r>
        <w:rPr>
          <w:sz w:val="20"/>
        </w:rPr>
        <w:t>6:23  however, that the nature of persuasion of these entities is the cause of man's greater inclination towards the bad is unclear.</w:t>
      </w:r>
      <w:r>
        <w:br/>
      </w:r>
      <w:r>
        <w:rPr>
          <w:sz w:val="20"/>
        </w:rPr>
        <w:t>6:35  please explain."</w:t>
      </w:r>
      <w:r>
        <w:br/>
      </w:r>
      <w:r>
        <w:rPr>
          <w:sz w:val="20"/>
        </w:rPr>
        <w:t>6:38  dekhiye, unclear ki baat nahi hai. allah taala ne jo jannat banai hai to us ki koi price dena parega na insaan ko?</w:t>
      </w:r>
      <w:r>
        <w:br/>
      </w:r>
      <w:r>
        <w:rPr>
          <w:sz w:val="20"/>
        </w:rPr>
        <w:t>6:49  free bus jannat nahi mile gi. eternal law hai,</w:t>
      </w:r>
      <w:r>
        <w:br/>
      </w:r>
      <w:r>
        <w:rPr>
          <w:sz w:val="20"/>
        </w:rPr>
        <w:t>6:55  wahan hoga. woh ideal world hoga. woh perfect world hoga. eternally aadmi wahan life guzare ga. to us ki koi price honi chahiye.</w:t>
      </w:r>
      <w:r>
        <w:br/>
      </w:r>
      <w:r>
        <w:rPr>
          <w:sz w:val="20"/>
        </w:rPr>
        <w:t>7:06  film kaise mile gi price? price yahi hai. price yahi hai ke shaitan,</w:t>
      </w:r>
      <w:r>
        <w:br/>
      </w:r>
      <w:r>
        <w:rPr>
          <w:sz w:val="20"/>
        </w:rPr>
        <w:t>7:13  shaitan ka jo influence hai, agarche woh active hai, phir bhi aap us ko by side karein. farishton ka influence, agarche woh passive hai, us ko aap sunein aur pakrein us ko.</w:t>
      </w:r>
      <w:r>
        <w:br/>
      </w:r>
      <w:r>
        <w:rPr>
          <w:sz w:val="20"/>
        </w:rPr>
        <w:t>7:26  to yeh to price hai paradise ki. kuch to price allah taala ko muqarrar karna tha.</w:t>
      </w:r>
      <w:r>
        <w:br/>
      </w:r>
      <w:r>
        <w:rPr>
          <w:sz w:val="20"/>
        </w:rPr>
        <w:t>7:32  to yahi price hai. shaitan ka influence agarche active hai, aap ko usay yani apne ko us se bachana hai.</w:t>
      </w:r>
      <w:r>
        <w:br/>
      </w:r>
      <w:r>
        <w:rPr>
          <w:sz w:val="20"/>
        </w:rPr>
        <w:t>7:44  aur farishton ka impulse agarche passive hai, us ki taraf aap ko daurna hai.</w:t>
      </w:r>
      <w:r>
        <w:br/>
      </w:r>
      <w:r>
        <w:rPr>
          <w:sz w:val="20"/>
        </w:rPr>
        <w:t>7:51  yeh jahan fail ho jaye to phir us ke liye paradise nahi hai.</w:t>
      </w:r>
    </w:p>
    <w:p>
      <w:pPr>
        <w:pStyle w:val="Heading2"/>
      </w:pPr>
      <w:r>
        <w:t>Why most mention of Paradise in Al-Risala?</w:t>
      </w:r>
    </w:p>
    <w:p>
      <w:r>
        <w:rPr>
          <w:color w:val="666666"/>
          <w:sz w:val="18"/>
        </w:rPr>
        <w:t>Faith &amp; God · Jihad Fillah June 23, 2013 · 1m 59s · at 57:06 · https://youtu.be/NRTno1eQTos?t=3426</w:t>
      </w:r>
    </w:p>
    <w:p>
      <w:r>
        <w:rPr>
          <w:i/>
        </w:rPr>
        <w:t>“I have seen many religious groups, stayed with scholars, and read religious books, but I found the most mention of Paradise in Al-Risala. What could be the reason?”</w:t>
      </w:r>
    </w:p>
    <w:p>
      <w:r>
        <w:rPr>
          <w:sz w:val="20"/>
        </w:rPr>
        <w:t>57:06  aap is ko parh lijiyey. yeh bilkul galat baat hai, is ki koi haqeeqat nahi. maulana, agla sawal Karachi Pakistan se hai Abdul Latif sahab ka.</w:t>
      </w:r>
      <w:r>
        <w:br/>
      </w:r>
      <w:r>
        <w:rPr>
          <w:sz w:val="20"/>
        </w:rPr>
        <w:t>57:18  unhon ne likha hai: "main ne bohat si mazhabi jamaaton ko dekha, ulama ke sath raha aur mazhabi kitabein ko bhi, kitabon ko bhi parha, lekin sab se zyada jannat ka tazkira main ne Al-Risala mein paya."</w:t>
      </w:r>
      <w:r>
        <w:br/>
      </w:r>
      <w:r>
        <w:rPr>
          <w:sz w:val="20"/>
        </w:rPr>
        <w:t>57:34  maulana sahab, is ki wajah kya ho sakti hai? is ki wajah yeh hai ke hamara mazhab quran se derived hai. idhar udhar se hum nahi lete mazhab ko.</w:t>
      </w:r>
      <w:r>
        <w:br/>
      </w:r>
      <w:r>
        <w:rPr>
          <w:sz w:val="20"/>
        </w:rPr>
        <w:t>57:46  aap logon se poochein to shayad koi ek insaan aap ko nahi milega jo yeh kahe ke maine quran ko A se Z tak sirf is liye parha ke quran kya tasawwur deta hai deen ka.</w:t>
      </w:r>
      <w:r>
        <w:br/>
      </w:r>
      <w:r>
        <w:rPr>
          <w:sz w:val="20"/>
        </w:rPr>
        <w:t>58:00  to jab aisa na karein log to un ko kahan se milega?</w:t>
      </w:r>
      <w:r>
        <w:br/>
      </w:r>
      <w:r>
        <w:rPr>
          <w:sz w:val="20"/>
        </w:rPr>
        <w:t>58:04  kahan se jaane ga is cheez ko? hum ne quran ko banaya, yaani woh source banaya, us ko bar bar parha, bar bar parha, aur quran mein jo baat mili, us ko hum karte hain.</w:t>
      </w:r>
      <w:r>
        <w:br/>
      </w:r>
      <w:r>
        <w:rPr>
          <w:sz w:val="20"/>
        </w:rPr>
        <w:t>58:18  aap dekhein, quran mein jannat, jahannum, tazkira bhara hua hai. wohi hum ne ikhtiyar kiya hai.</w:t>
      </w:r>
      <w:r>
        <w:br/>
      </w:r>
      <w:r>
        <w:rPr>
          <w:sz w:val="20"/>
        </w:rPr>
        <w:t>58:24  toh logon ne yeh kiya hi nahi.</w:t>
      </w:r>
      <w:r>
        <w:br/>
      </w:r>
      <w:r>
        <w:rPr>
          <w:sz w:val="20"/>
        </w:rPr>
        <w:t>58:26  main ne bohat se logon se poocha, bohat se logon se: "kya aap ne aisa kiya hai?" yaani</w:t>
      </w:r>
      <w:r>
        <w:br/>
      </w:r>
      <w:r>
        <w:rPr>
          <w:sz w:val="20"/>
        </w:rPr>
        <w:t>58:32  woh log jo ke amalan tehreekein chala rahe hain, tehreekein,</w:t>
      </w:r>
      <w:r>
        <w:br/>
      </w:r>
      <w:r>
        <w:rPr>
          <w:sz w:val="20"/>
        </w:rPr>
        <w:t>58:35  un se main ne poocha: "kya aap ne aisa kiya hai ke Quran ko A se Z tak</w:t>
      </w:r>
      <w:r>
        <w:br/>
      </w:r>
      <w:r>
        <w:rPr>
          <w:sz w:val="20"/>
        </w:rPr>
        <w:t>58:39  sirf is liye parha?" sirf is liye ke yeh jaane ke is mein</w:t>
      </w:r>
      <w:r>
        <w:br/>
      </w:r>
      <w:r>
        <w:rPr>
          <w:sz w:val="20"/>
        </w:rPr>
        <w:t>58:46  kis qism ki, yaani kya tasawwur diya gaya hai, is se kya karne ka kya kaam milta hai.</w:t>
      </w:r>
      <w:r>
        <w:br/>
      </w:r>
      <w:r>
        <w:rPr>
          <w:sz w:val="20"/>
        </w:rPr>
        <w:t>58:55  to mujhe to ab tak koi yaad m</w:t>
      </w:r>
      <w:r>
        <w:br/>
      </w:r>
      <w:r>
        <w:rPr>
          <w:sz w:val="20"/>
        </w:rPr>
        <w:t>58:57  ila nahi aisa. aap bhi talash kar lijiyey ga, agar koi mila to us ka naam mujhe bhej dijiyey ga.</w:t>
      </w:r>
    </w:p>
    <w:p>
      <w:pPr>
        <w:pStyle w:val="Heading2"/>
      </w:pPr>
      <w:r>
        <w:t>Why multiple levels of Paradise?</w:t>
      </w:r>
    </w:p>
    <w:p>
      <w:r>
        <w:rPr>
          <w:color w:val="666666"/>
          <w:sz w:val="18"/>
        </w:rPr>
        <w:t>Faith &amp; God · Paradise September 18, 2016 · 1m 08s · at 48:14 · https://youtu.be/R2kZlD0PbGQ?t=2894</w:t>
      </w:r>
    </w:p>
    <w:p>
      <w:r>
        <w:rPr>
          <w:i/>
        </w:rPr>
        <w:t>“Why has God kept so many levels of Paradise? Why not only one level of Paradise? This shows God would be discriminatory when He gives out ticket to Paradise to the selected people. Maulana sahib, please make me...”</w:t>
      </w:r>
    </w:p>
    <w:p>
      <w:r>
        <w:rPr>
          <w:sz w:val="20"/>
        </w:rPr>
        <w:t>48:14  ji maulana, agla sawal kya hai? lucknow se zubair iqbal sahib ne, unhon ne likha hai: "why has</w:t>
      </w:r>
      <w:r>
        <w:br/>
      </w:r>
      <w:r>
        <w:rPr>
          <w:sz w:val="20"/>
        </w:rPr>
        <w:t>48:19  God kept so many levels of Paradise? Why not only one level of Paradise? This shows God would</w:t>
      </w:r>
      <w:r>
        <w:br/>
      </w:r>
      <w:r>
        <w:rPr>
          <w:sz w:val="20"/>
        </w:rPr>
        <w:t>48:25  be discriminant when he goes out ticket to paradise to the selected people." Maulana Sahib, please make me</w:t>
      </w:r>
      <w:r>
        <w:br/>
      </w:r>
      <w:r>
        <w:rPr>
          <w:sz w:val="20"/>
        </w:rPr>
        <w:t>48:31  understand this gap.</w:t>
      </w:r>
      <w:r>
        <w:br/>
      </w:r>
      <w:r>
        <w:rPr>
          <w:sz w:val="20"/>
        </w:rPr>
        <w:t>48:36  nahi, nahi, discrimination ka mamla yeh nahi hai.</w:t>
      </w:r>
      <w:r>
        <w:br/>
      </w:r>
      <w:r>
        <w:rPr>
          <w:sz w:val="20"/>
        </w:rPr>
        <w:t>48:42  yeh mamla yeh hai ke aap ne kitna zyada apne ko tayyar kiya.</w:t>
      </w:r>
      <w:r>
        <w:br/>
      </w:r>
      <w:r>
        <w:rPr>
          <w:sz w:val="20"/>
        </w:rPr>
        <w:t>48:48  ek aadmi dunya mein phansa raha family mein paisa kamane mein, is ko yani is ne is ko</w:t>
      </w:r>
      <w:r>
        <w:br/>
      </w:r>
      <w:r>
        <w:rPr>
          <w:sz w:val="20"/>
        </w:rPr>
        <w:t>48:53  concern nahi, concern nahi banaya apne aap ko ke jannat ke liye apne ko tayyar kare.</w:t>
      </w:r>
      <w:r>
        <w:br/>
      </w:r>
      <w:r>
        <w:rPr>
          <w:sz w:val="20"/>
        </w:rPr>
        <w:t>48:59  to zahir hai koi aala darja is ko nahi mile ga.</w:t>
      </w:r>
      <w:r>
        <w:br/>
      </w:r>
      <w:r>
        <w:rPr>
          <w:sz w:val="20"/>
        </w:rPr>
        <w:t>49:05  to apne yaani apne is aitbar se kitna tazkiya aadmi ne kisi kiya.</w:t>
      </w:r>
      <w:r>
        <w:br/>
      </w:r>
      <w:r>
        <w:rPr>
          <w:sz w:val="20"/>
        </w:rPr>
        <w:t>49:11  yeh tazkiya ke level bata bata tha, jis is ka discrimination se koi talluq nahi hai.</w:t>
      </w:r>
      <w:r>
        <w:br/>
      </w:r>
      <w:r>
        <w:rPr>
          <w:sz w:val="20"/>
        </w:rPr>
        <w:t>49:16  jis ka tazkiya ka jo level hoga, us ke mutabiq us ko mile ga.</w:t>
      </w:r>
    </w:p>
    <w:p>
      <w:pPr>
        <w:pStyle w:val="Heading2"/>
      </w:pPr>
      <w:r>
        <w:t>Why others cannot understand paradise's thrill</w:t>
      </w:r>
    </w:p>
    <w:p>
      <w:r>
        <w:rPr>
          <w:color w:val="666666"/>
          <w:sz w:val="18"/>
        </w:rPr>
        <w:t>Faith &amp; God · Life After Death January 22, 2012 · 1m 38s · at 1:07:17 · https://youtu.be/5hVH1BLKBF4?t=4037</w:t>
      </w:r>
    </w:p>
    <w:p>
      <w:r>
        <w:rPr>
          <w:i/>
        </w:rPr>
        <w:t>“Paradise is a perfect place in every respect; when one thinks about it, a thrill arises in the body. We only learned this through Al-Risala. Why are others unable to understand this?”</w:t>
      </w:r>
    </w:p>
    <w:p>
      <w:r>
        <w:rPr>
          <w:sz w:val="20"/>
        </w:rPr>
        <w:t>1:07:17  maulana, agla sawal karachi se aya hai. miss samia latif ka, unhon ne likha hai: "jannat har lehaz se ek perfect jagah hai.</w:t>
      </w:r>
      <w:r>
        <w:br/>
      </w:r>
      <w:r>
        <w:rPr>
          <w:sz w:val="20"/>
        </w:rPr>
        <w:t>1:07:27  jis ke baray mein insan soche to us ke jism mein ek thrill paida ho jaye." maulana sahab, yeh baat hamein sirf al risala ke zariye maloom hui.</w:t>
      </w:r>
      <w:r>
        <w:br/>
      </w:r>
      <w:r>
        <w:rPr>
          <w:sz w:val="20"/>
        </w:rPr>
        <w:t>1:07:39  aakhir doosre log is baat ko samajhne mein kyun nakam hain? bhai, pehle shukr ki jiye ke maloom ho gayi. mar jate hain baghair jaane hue to kya hota?</w:t>
      </w:r>
      <w:r>
        <w:br/>
      </w:r>
      <w:r>
        <w:rPr>
          <w:sz w:val="20"/>
        </w:rPr>
        <w:t>1:07:51  aur doosron ko bataiye. yani bajaye is ke ke aap yeh sawal karen, aap sirf do kaam kijiye. khud shukr kijiye Allah taala ka ke hum ko yeh haqeeqat maloom ho gayi marne se pehle pehle.</w:t>
      </w:r>
      <w:r>
        <w:br/>
      </w:r>
      <w:r>
        <w:rPr>
          <w:sz w:val="20"/>
        </w:rPr>
        <w:t>1:08:04  aur doosron ko bataiye. doosron ko al risala parhwaiye.</w:t>
      </w:r>
      <w:r>
        <w:br/>
      </w:r>
      <w:r>
        <w:rPr>
          <w:sz w:val="20"/>
        </w:rPr>
        <w:t>1:08:09  yani positive response yeh hai. woh jo hai, woh to negative response ho jayega. is discovery ka jo aap ko hui, uska positive response yeh hai ke aap Allah ka shukr karen.</w:t>
      </w:r>
      <w:r>
        <w:br/>
      </w:r>
      <w:r>
        <w:rPr>
          <w:sz w:val="20"/>
        </w:rPr>
        <w:t>1:08:23  ke maut se pehle pehle Allah ne aap ko ba khabar kar diya is haqeeqat se.</w:t>
      </w:r>
      <w:r>
        <w:br/>
      </w:r>
      <w:r>
        <w:rPr>
          <w:sz w:val="20"/>
        </w:rPr>
        <w:t>1:08:30  warna maut ke baad maloom hota to, main ek sahab se main ne kaha ke har aadmi wahan jab jayega to woh kahega afsos ke sath ke "Mine was a case of missed opportunity." "Mine was a case of missed opportunity." to yeh is se bacha liya aap ko Allah taala ne.</w:t>
      </w:r>
      <w:r>
        <w:br/>
      </w:r>
      <w:r>
        <w:rPr>
          <w:sz w:val="20"/>
        </w:rPr>
        <w:t>1:08:49  aur doosron ko bhi bataiye. doosron ko bhi wahi cheezen parhwaiye.</w:t>
      </w:r>
    </w:p>
    <w:p>
      <w:pPr>
        <w:pStyle w:val="Heading2"/>
      </w:pPr>
      <w:r>
        <w:t>Why people deny God due to human corruption</w:t>
      </w:r>
    </w:p>
    <w:p>
      <w:r>
        <w:rPr>
          <w:color w:val="666666"/>
          <w:sz w:val="18"/>
        </w:rPr>
        <w:t>Faith &amp; God · Contemplation on The Quran December 16, 2018 Maulana Wahiduddin Khan · 1m 56s · at 42:24 · https://youtu.be/bSOe1_KKEYk?t=2544</w:t>
      </w:r>
    </w:p>
    <w:p>
      <w:r>
        <w:rPr>
          <w:i/>
        </w:rPr>
        <w:t>“Molana, some people see nature's zero defect management and do not believe in God, but they see human corruption on earth and deny God. Why is that?”</w:t>
      </w:r>
    </w:p>
    <w:p>
      <w:r>
        <w:rPr>
          <w:sz w:val="20"/>
        </w:rPr>
        <w:t>42:24  as jannat is nothing but nearness to god." jazak allah. maulana, ab sawal lenge. yeh sawal naag pur se bheja hai muhammad irfan rasheedi sahib ne.</w:t>
      </w:r>
      <w:r>
        <w:br/>
      </w:r>
      <w:r>
        <w:rPr>
          <w:sz w:val="20"/>
        </w:rPr>
        <w:t>42:37  unhon ne likha hai ke maulana sahib, baz log nature ke zero defect management ko dekh kar allah par iman nahi late, balke zameen par insani fasad ko dekh kar allah ka inkar karte hain.</w:t>
      </w:r>
      <w:r>
        <w:br/>
      </w:r>
      <w:r>
        <w:rPr>
          <w:sz w:val="20"/>
        </w:rPr>
        <w:t>42:52  aisa kyun? main to samajhta hoon ke aisa nahi hai. ek galat baat mashhoor ho gayi hai. misaal ke taur par dekhiye, einstein ke bare mein</w:t>
      </w:r>
      <w:r>
        <w:br/>
      </w:r>
      <w:r>
        <w:rPr>
          <w:sz w:val="20"/>
        </w:rPr>
        <w:t>43:12  yeh kaha jata hai ke woh atheist tha, allah ka munkir. lekin khud uska german zaban mein jo chupa hua khat hai, us mein woh kehta hai ke main atheist nahi hoon, main agnostic hoon.</w:t>
      </w:r>
      <w:r>
        <w:br/>
      </w:r>
      <w:r>
        <w:rPr>
          <w:sz w:val="20"/>
        </w:rPr>
        <w:t>43:30  to agnostic to 50-50 ka muamla hai. yani jo aadmi aap ko kahe ke main agnostic hoon, to 50 percent woh god ko</w:t>
      </w:r>
      <w:r>
        <w:br/>
      </w:r>
      <w:r>
        <w:rPr>
          <w:sz w:val="20"/>
        </w:rPr>
        <w:t>43:45  maan raha hai.</w:t>
      </w:r>
      <w:r>
        <w:br/>
      </w:r>
      <w:r>
        <w:rPr>
          <w:sz w:val="20"/>
        </w:rPr>
        <w:t>43:49  kyun ke atheist ka matlab yeh hai ke main yaqeen ke sath nahi keh sakta. ho sakta hai ke khuda ho, ho sakta hai khuda na ho.</w:t>
      </w:r>
      <w:r>
        <w:br/>
      </w:r>
      <w:r>
        <w:rPr>
          <w:sz w:val="20"/>
        </w:rPr>
        <w:t>44:00  yeh to 50 percent mana hua hai. yeh yeh inkar khuda nahi hai, balke 50-50 ka muamla hai.</w:t>
      </w:r>
      <w:r>
        <w:br/>
      </w:r>
      <w:r>
        <w:rPr>
          <w:sz w:val="20"/>
        </w:rPr>
        <w:t>44:11  to yeh baat main samajhta hoon ke sahi nahi hai, bas mashhoor ho gayi hai.</w:t>
      </w:r>
    </w:p>
    <w:p>
      <w:pPr>
        <w:pStyle w:val="Heading2"/>
      </w:pPr>
      <w:r>
        <w:t>Why shirk persisted despite many prophets</w:t>
      </w:r>
    </w:p>
    <w:p>
      <w:r>
        <w:rPr>
          <w:color w:val="666666"/>
          <w:sz w:val="18"/>
        </w:rPr>
        <w:t>Faith &amp; God · Eid-al-Azha I October 13, 2013 · 1m 24s · at 53:55 · https://youtu.be/oy7zn-uODcU?t=3235</w:t>
      </w:r>
    </w:p>
    <w:p>
      <w:r>
        <w:rPr>
          <w:i/>
        </w:rPr>
        <w:t>“Why in ancient times, despite the coming of many prophets, did people continue to practice shirk? Why did they not find guidance?”</w:t>
      </w:r>
    </w:p>
    <w:p>
      <w:r>
        <w:rPr>
          <w:sz w:val="20"/>
        </w:rPr>
        <w:t>53:55  lekin zahir hai ke waqt lagega is ke correction mein maulana agla sawal dilli se hai doctor</w:t>
      </w:r>
      <w:r>
        <w:br/>
      </w:r>
      <w:r>
        <w:rPr>
          <w:sz w:val="20"/>
        </w:rPr>
        <w:t>54:03  مسلمہ صدیقی کا انہوں نے لکھا ہے why is it that in ancient times in spite of the</w:t>
      </w:r>
      <w:r>
        <w:br/>
      </w:r>
      <w:r>
        <w:rPr>
          <w:sz w:val="20"/>
        </w:rPr>
        <w:t>54:11  coming of a great number of prophets men continued to practice shirk why he did not find any</w:t>
      </w:r>
      <w:r>
        <w:br/>
      </w:r>
      <w:r>
        <w:rPr>
          <w:sz w:val="20"/>
        </w:rPr>
        <w:t>54:18  appeal in the concept of one god dekhen insaan ko Allah taala ne di hai azadi total freedom</w:t>
      </w:r>
      <w:r>
        <w:br/>
      </w:r>
      <w:r>
        <w:rPr>
          <w:sz w:val="20"/>
        </w:rPr>
        <w:t>54:26  to insaan ko haq tha ke woh apni azadi ko jis tarah chahe istemal kare to mein dekhen</w:t>
      </w:r>
      <w:r>
        <w:br/>
      </w:r>
      <w:r>
        <w:rPr>
          <w:sz w:val="20"/>
        </w:rPr>
        <w:t>54:34  جو شرک کا رواج تھا بہت زیادہ that was due to misuse of freedom misuse of</w:t>
      </w:r>
      <w:r>
        <w:br/>
      </w:r>
      <w:r>
        <w:rPr>
          <w:sz w:val="20"/>
        </w:rPr>
        <w:t>54:42  freedom aaj bhi yahi hai jo bhi evil duniya mein hai chahe woh shirk ho ya doosri kharabiyan</w:t>
      </w:r>
      <w:r>
        <w:br/>
      </w:r>
      <w:r>
        <w:rPr>
          <w:sz w:val="20"/>
        </w:rPr>
        <w:t>54:49  ہوں تمام evil جو ہیں وہ phenomena ہیں misuse of freedom کا تو اسی لیے تو رسول</w:t>
      </w:r>
      <w:r>
        <w:br/>
      </w:r>
      <w:r>
        <w:rPr>
          <w:sz w:val="20"/>
        </w:rPr>
        <w:t>54:57  Allah taala ne Hazrat Ibrahim ke zariye se ek ek bahut unusual qism ki planning ki ke</w:t>
      </w:r>
      <w:r>
        <w:br/>
      </w:r>
      <w:r>
        <w:rPr>
          <w:sz w:val="20"/>
        </w:rPr>
        <w:t>55:05  desert میں بسا دیا اسی لیے تو یہ پوری تاریخ کا یہ phenomena ہے کہ انسان ہمیشہ یعنی</w:t>
      </w:r>
      <w:r>
        <w:br/>
      </w:r>
      <w:r>
        <w:rPr>
          <w:sz w:val="20"/>
        </w:rPr>
        <w:t>55:12  اپنی ازادی کو پراپر یوز نہیں کرتا وہ مس یوز کرتا ہے اور shirk was also a phenomena</w:t>
      </w:r>
    </w:p>
    <w:p>
      <w:pPr>
        <w:pStyle w:val="Heading2"/>
      </w:pPr>
      <w:r>
        <w:t>Why unsatisfied with Hadith Jibril belief?</w:t>
      </w:r>
    </w:p>
    <w:p>
      <w:r>
        <w:rPr>
          <w:color w:val="666666"/>
          <w:sz w:val="18"/>
        </w:rPr>
        <w:t>Faith &amp; God · Hadith-e-Jibril, April 21, 2013 · 1m 24s · at 1:39:44 · https://youtu.be/0rF6Ou0pDog?t=5984</w:t>
      </w:r>
    </w:p>
    <w:p>
      <w:r>
        <w:rPr>
          <w:i/>
        </w:rPr>
        <w:t>“A person asked: 'What is your belief?' I said my belief is the same as in Hadith Jibril. But he was not satisfied. Maulana, why is that?”</w:t>
      </w:r>
    </w:p>
    <w:p>
      <w:r>
        <w:rPr>
          <w:sz w:val="20"/>
        </w:rPr>
        <w:t>1:39:44  maulana, agla sawal chennai se hai maulana iqbal umri ka. unhon ne likha hai maulana aik sahib ne sawal kiya ke aap ka aqeedah kya hai?</w:t>
      </w:r>
      <w:r>
        <w:br/>
      </w:r>
      <w:r>
        <w:rPr>
          <w:sz w:val="20"/>
        </w:rPr>
        <w:t>1:39:56  mein ne kaha ke mera aqeedah wohi hai jo hadith jibril mein hai. lekin un ko itminan nahin hua. maulana, aisa kyun hai?</w:t>
      </w:r>
      <w:r>
        <w:br/>
      </w:r>
      <w:r>
        <w:rPr>
          <w:sz w:val="20"/>
        </w:rPr>
        <w:t>1:40:08  is liye ke logon ne apne aqeedah ko ke muamle mein aik inhiraaf se kaam liya.</w:t>
      </w:r>
      <w:r>
        <w:br/>
      </w:r>
      <w:r>
        <w:rPr>
          <w:sz w:val="20"/>
        </w:rPr>
        <w:t>1:40:16  yani baad ke zamane mein jo log paida hue, jo fuqaha ya un ke jo jin ko akabir samajhte hain, woh sab baad ko paida hue.</w:t>
      </w:r>
      <w:r>
        <w:br/>
      </w:r>
      <w:r>
        <w:rPr>
          <w:sz w:val="20"/>
        </w:rPr>
        <w:t>1:40:26  hadith jibril to rasool Allah ke zamane ki bhi hadith hai na? to hazrat rasool Allah ke haan jo cheezein milte hain, us mein un aqeedah nahin banaya unhon ne. balke mutakallimeen aur fuqaha ke zariye jo bahasein ki hain logon ne, woh is ko aqeedah bana liya hai.</w:t>
      </w:r>
      <w:r>
        <w:br/>
      </w:r>
      <w:r>
        <w:rPr>
          <w:sz w:val="20"/>
        </w:rPr>
        <w:t>1:40:42  mein to yahi samajhta hoon. ab jab aadmi bolta hai aqeedah to us ko matlab hota hai ke un ke fuqaha, un ke mutakallimeen, un ke akabir ne jo bahasein ki hain, woh is se aqeedah akhaz kar rakha hai unhon ne.</w:t>
      </w:r>
      <w:r>
        <w:br/>
      </w:r>
      <w:r>
        <w:rPr>
          <w:sz w:val="20"/>
        </w:rPr>
        <w:t>1:40:56  lekin yeh bilkul galat baat hai. aap ka aqeedah hona chahiye jo rasool Allah se mila hai, aap ko us se us par hona chahiye aqeedah. wohi aqeedah hai. aur sab inhiraaf hai.</w:t>
      </w:r>
    </w:p>
    <w:p>
      <w:pPr>
        <w:pStyle w:val="Heading2"/>
      </w:pPr>
      <w:r>
        <w:t>Will All People Go to Paradise?</w:t>
      </w:r>
    </w:p>
    <w:p>
      <w:r>
        <w:rPr>
          <w:color w:val="666666"/>
          <w:sz w:val="18"/>
        </w:rPr>
        <w:t>Faith &amp; God · How to Lead a Life of Fulfilment September 24, 2017 · 1m 05s · at 1:03:13 · https://youtu.be/WUoQOo2_zd8?t=3793</w:t>
      </w:r>
    </w:p>
    <w:p>
      <w:r>
        <w:rPr>
          <w:i/>
        </w:rPr>
        <w:t>“All people of the world will go to Paradise because man's habitat is Paradise; Hell is not man's habitat at all. What do you say about this?”</w:t>
      </w:r>
    </w:p>
    <w:p>
      <w:r>
        <w:rPr>
          <w:sz w:val="20"/>
        </w:rPr>
        <w:t>1:03:13  maulana dilli se nafees siddiqui sahib ne sawal bhejha hai unhone likha hai dunya ke tamam log jannat mein jayenge kyunke insan ka habitat jannat hai dozakh insan ka habitat hai hi nahi is ke bare mein kya kahenge</w:t>
      </w:r>
      <w:r>
        <w:br/>
      </w:r>
      <w:r>
        <w:rPr>
          <w:sz w:val="20"/>
        </w:rPr>
        <w:t>1:03:35  nahi yeh to aisa nahi ke sare log jannat mein jayenge jo jannat ka ke liye deserve karega woh jayega deserve nahi karega woh nahi jayega sare quran mein yahi baat hai</w:t>
      </w:r>
      <w:r>
        <w:br/>
      </w:r>
      <w:r>
        <w:rPr>
          <w:sz w:val="20"/>
        </w:rPr>
        <w:t>1:03:58  deserveation pe yani jannat ka jo dakhla hai woh deserveation pe base karta hai birth par nahi birth par nahi</w:t>
      </w:r>
      <w:r>
        <w:br/>
      </w:r>
      <w:r>
        <w:rPr>
          <w:sz w:val="20"/>
        </w:rPr>
        <w:t>1:04:13  yeh to bohat clear hai quran mein</w:t>
      </w:r>
    </w:p>
    <w:p>
      <w:pPr>
        <w:pStyle w:val="Heading2"/>
      </w:pPr>
      <w:r>
        <w:t>Will non-Muslims with divine character enter Paradise</w:t>
      </w:r>
    </w:p>
    <w:p>
      <w:r>
        <w:rPr>
          <w:color w:val="666666"/>
          <w:sz w:val="18"/>
        </w:rPr>
        <w:t>Faith &amp; God · Materialism and Intellectual Dwarfism 29th April 2012 · 1m 15s · at 1:33:48 · https://youtu.be/qHzARL_r3I4?t=5628</w:t>
      </w:r>
    </w:p>
    <w:p>
      <w:r>
        <w:rPr>
          <w:i/>
        </w:rPr>
        <w:t>“As you said that Paradise is for people with high culture, high etiquette, and good character, my question is: will non-Muslims with good character, like Mother Teresa, also enter Paradise? I do not mean worldly character but divine character, that is, seeking Allah's pleasure, knowing Allah's plan, and reflecting on His verses.”</w:t>
      </w:r>
    </w:p>
    <w:p>
      <w:r>
        <w:rPr>
          <w:sz w:val="20"/>
        </w:rPr>
        <w:t>1:33:48  yeh matlab is ayat ka hai hargiz is ka matlab nahi hai ke dunya mein khoob hasil karo yeh yeh is ayat ka matlab nahi hai maulana agla sawal dilli se hai mister muhammad furqan sahab ka unhone likha hai maulana sahab jaisa ke aap ne farmaya ke jannat high culture high etiquettes achhe kirdaar ke logon ke liye hai</w:t>
      </w:r>
      <w:r>
        <w:br/>
      </w:r>
      <w:r>
        <w:rPr>
          <w:sz w:val="20"/>
        </w:rPr>
        <w:t>1:34:12  mera sawal yeh hai ke kya jannat mein achhe kirdaar ke ghair muslim bhi jayenge jaise mother teresa waghera maine kirdaar se yeh matlab nahi hai mera aap ne is ko doosre maye mein le liya divine character meri murad hai yeh amri madah hargiz nahi hai</w:t>
      </w:r>
      <w:r>
        <w:br/>
      </w:r>
      <w:r>
        <w:rPr>
          <w:sz w:val="20"/>
        </w:rPr>
        <w:t>1:34:34  divine character yani allah taala ke liye jo ibtigha rizwan allah aap allah ke mansha ko padhen allah ke mansoobe ko jaanen allah ki ayaton par ghor karen aur allah ke liye allah wala amal karen yeh murad hai is se meri murad sirf divine character divine character hai mujrat character nahi hai</w:t>
      </w:r>
    </w:p>
    <w:p>
      <w:pPr>
        <w:pStyle w:val="Heading2"/>
      </w:pPr>
      <w:r>
        <w:t>Will people remain in Hell forever</w:t>
      </w:r>
    </w:p>
    <w:p>
      <w:r>
        <w:rPr>
          <w:color w:val="666666"/>
          <w:sz w:val="18"/>
        </w:rPr>
        <w:t>Faith &amp; God · Life After Death January 22, 2012 · 1m 34s · at 1:43:43 · https://youtu.be/5hVH1BLKBF4?t=6223</w:t>
      </w:r>
    </w:p>
    <w:p>
      <w:r>
        <w:rPr>
          <w:i/>
        </w:rPr>
        <w:t>“کیا لوگ جہنم میں بھی ہمیشہ رہیں گے؟ اس کے بارے میں بتائیں۔ قرآن میں تو یہی ہے۔”</w:t>
      </w:r>
    </w:p>
    <w:p>
      <w:r>
        <w:rPr>
          <w:sz w:val="20"/>
        </w:rPr>
        <w:t>1:43:43  Maulana Naseerullah ka Bangalore se sawal hai. unhon ne poocha hai Maulana ke kya log jahannum mein bhi hamesha rahenge?</w:t>
      </w:r>
      <w:r>
        <w:br/>
      </w:r>
      <w:r>
        <w:rPr>
          <w:sz w:val="20"/>
        </w:rPr>
        <w:t>1:43:52  is ke baray mein batayein. Quran mein to yahi hai. ab hum to wohi jan'ne ge jo Quran mein likha hua hai. hamare paas Quran se bahar koi maloomat to hain nahin.</w:t>
      </w:r>
      <w:r>
        <w:br/>
      </w:r>
      <w:r>
        <w:rPr>
          <w:sz w:val="20"/>
        </w:rPr>
        <w:t>1:44:03  Quran mein to yahi hai ke</w:t>
      </w:r>
      <w:r>
        <w:br/>
      </w:r>
      <w:r>
        <w:rPr>
          <w:sz w:val="20"/>
        </w:rPr>
        <w:t>1:44:07  jannat bhi abadi hai aur jahannum bhi abadi hai. to jo hai woh us ko maaniye aap. hum alag se kahan se maloomat layeinge?</w:t>
      </w:r>
      <w:r>
        <w:br/>
      </w:r>
      <w:r>
        <w:rPr>
          <w:sz w:val="20"/>
        </w:rPr>
        <w:t>1:44:17  Okay,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