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118 questions · category Hadith · full transcripts with timestamps · exported 2026-09-21</w:t>
      </w:r>
    </w:p>
    <w:p>
      <w:pPr>
        <w:pStyle w:val="Heading2"/>
      </w:pPr>
      <w:r>
        <w:t>Acceptance of Hadith as Applied Quran</w:t>
      </w:r>
    </w:p>
    <w:p>
      <w:r>
        <w:rPr>
          <w:color w:val="666666"/>
          <w:sz w:val="18"/>
        </w:rPr>
        <w:t>Hadith · Wisdom of Hadith Maulana Wahiduddin Khan February 23, 2014 · 9m 55s · at 1:20:20 · https://youtu.be/5E_MIQpToK4?t=4820</w:t>
      </w:r>
    </w:p>
    <w:p>
      <w:r>
        <w:rPr>
          <w:i/>
        </w:rPr>
        <w:t>“Hadith is applied Quran, so can every hadith be accepted as it is? How and with what reference can this distinction and refinement be correct?”</w:t>
      </w:r>
    </w:p>
    <w:p>
      <w:r>
        <w:rPr>
          <w:sz w:val="20"/>
        </w:rPr>
        <w:t>1:20:20  maulana, agla sawal poonch area se irfan arif sahib ne kiya hai.</w:t>
      </w:r>
      <w:r>
        <w:br/>
      </w:r>
      <w:r>
        <w:rPr>
          <w:sz w:val="20"/>
        </w:rPr>
        <w:t>1:20:25  unhon ne likha hai: "hadees applied quran hai to kya har hadees ko as it is qabool kiya</w:t>
      </w:r>
      <w:r>
        <w:br/>
      </w:r>
      <w:r>
        <w:rPr>
          <w:sz w:val="20"/>
        </w:rPr>
        <w:t>1:20:33  ja sakta hai? yeh tameez o tehzeeb kaise aur kis hawale se sahi ho sakti hai? is ke</w:t>
      </w:r>
      <w:r>
        <w:br/>
      </w:r>
      <w:r>
        <w:rPr>
          <w:sz w:val="20"/>
        </w:rPr>
        <w:t>1:20:41  bare mein bataen." bhai koi nahin, har koi nahin manega jo hadees hai to hadees hai.</w:t>
      </w:r>
      <w:r>
        <w:br/>
      </w:r>
      <w:r>
        <w:rPr>
          <w:sz w:val="20"/>
        </w:rPr>
        <w:t>1:20:48  hadeeson ke bare mein aap yaad rakhiye ke baad ke zamane mein kuch logon ne ek baat mein</w:t>
      </w:r>
      <w:r>
        <w:br/>
      </w:r>
      <w:r>
        <w:rPr>
          <w:sz w:val="20"/>
        </w:rPr>
        <w:t>1:20:56  arz kar doon ke logon ko yeh maloom nahin hai shayad ke yeh phenomenon hai ek ek age</w:t>
      </w:r>
      <w:r>
        <w:br/>
      </w:r>
      <w:r>
        <w:rPr>
          <w:sz w:val="20"/>
        </w:rPr>
        <w:t>1:21:03  ka.</w:t>
      </w:r>
      <w:r>
        <w:br/>
      </w:r>
      <w:r>
        <w:rPr>
          <w:sz w:val="20"/>
        </w:rPr>
        <w:t>1:21:05  پینٹنگ پریس سے پہلے دنیا بھر میں ایک چیز ہوا کرتی تھی جس کو کہتے تھے storytellers</w:t>
      </w:r>
      <w:r>
        <w:br/>
      </w:r>
      <w:r>
        <w:rPr>
          <w:sz w:val="20"/>
        </w:rPr>
        <w:t>1:21:13  aur farsi mein us ko kehte hain qissa go.</w:t>
      </w:r>
      <w:r>
        <w:br/>
      </w:r>
      <w:r>
        <w:rPr>
          <w:sz w:val="20"/>
        </w:rPr>
        <w:t>1:21:16  ہندی میں کہتے ہیں کہا کہا کہا کہا کہا کہا کہا کہا کہا تو لوگ یعنی painting</w:t>
      </w:r>
      <w:r>
        <w:br/>
      </w:r>
      <w:r>
        <w:rPr>
          <w:sz w:val="20"/>
        </w:rPr>
        <w:t>1:21:24  press se pehle logon par kitaben nahin hoti theen to kuch log hote the kis se kahaniyan batate</w:t>
      </w:r>
      <w:r>
        <w:br/>
      </w:r>
      <w:r>
        <w:rPr>
          <w:sz w:val="20"/>
        </w:rPr>
        <w:t>1:21:32  the aur log baith kar sunte the.</w:t>
      </w:r>
      <w:r>
        <w:br/>
      </w:r>
      <w:r>
        <w:rPr>
          <w:sz w:val="20"/>
        </w:rPr>
        <w:t>1:21:35  main khud bachpan mein hamare ek sahib the, un ka naam guru tha, woh story teller the.</w:t>
      </w:r>
      <w:r>
        <w:br/>
      </w:r>
      <w:r>
        <w:rPr>
          <w:sz w:val="20"/>
        </w:rPr>
        <w:t>1:21:42  main jab chhota tha to hum log baithte the aur woh itne dilchasp andaaz mein kahaniyan sunate the,</w:t>
      </w:r>
      <w:r>
        <w:br/>
      </w:r>
      <w:r>
        <w:rPr>
          <w:sz w:val="20"/>
        </w:rPr>
        <w:t>1:21:50  woh kab sunte rehte the, sunte rehte the.</w:t>
      </w:r>
      <w:r>
        <w:br/>
      </w:r>
      <w:r>
        <w:rPr>
          <w:sz w:val="20"/>
        </w:rPr>
        <w:t>1:21:53  to pre painting press ka yeh phenomenon hai.</w:t>
      </w:r>
      <w:r>
        <w:br/>
      </w:r>
      <w:r>
        <w:rPr>
          <w:sz w:val="20"/>
        </w:rPr>
        <w:t>1:21:57  jab press nahi hota tha, kitabein chapti nahi thi to log qissa kahaniyan batate the, log sun sun</w:t>
      </w:r>
      <w:r>
        <w:br/>
      </w:r>
      <w:r>
        <w:rPr>
          <w:sz w:val="20"/>
        </w:rPr>
        <w:t>1:22:04  ke khush hote the.</w:t>
      </w:r>
      <w:r>
        <w:br/>
      </w:r>
      <w:r>
        <w:rPr>
          <w:sz w:val="20"/>
        </w:rPr>
        <w:t>1:22:06  to isi qism kuch log the story tellers, wahan woh arabi zaban mein kehte the to to woh</w:t>
      </w:r>
      <w:r>
        <w:br/>
      </w:r>
      <w:r>
        <w:rPr>
          <w:sz w:val="20"/>
        </w:rPr>
        <w:t>1:22:14  woh log farzi kehte the, naam lete the jaisa jaisa ke sach much yeh filane ka, halanke woh</w:t>
      </w:r>
      <w:r>
        <w:br/>
      </w:r>
      <w:r>
        <w:rPr>
          <w:sz w:val="20"/>
        </w:rPr>
        <w:t>1:22:22  farzi hota tha.</w:t>
      </w:r>
      <w:r>
        <w:br/>
      </w:r>
      <w:r>
        <w:rPr>
          <w:sz w:val="20"/>
        </w:rPr>
        <w:t>1:22:23  maine khud suna hai in logon ko ke naam le ke kahein ke falan ho, falan ho,</w:t>
      </w:r>
      <w:r>
        <w:br/>
      </w:r>
      <w:r>
        <w:rPr>
          <w:sz w:val="20"/>
        </w:rPr>
        <w:t>1:22:31  falan ho, falan, halanke koi wajood is ka nahi, woh to farzi kahani hai dilchasp banane ke liye,</w:t>
      </w:r>
      <w:r>
        <w:br/>
      </w:r>
      <w:r>
        <w:rPr>
          <w:sz w:val="20"/>
        </w:rPr>
        <w:t>1:22:38  isko factual banane ke liye.</w:t>
      </w:r>
      <w:r>
        <w:br/>
      </w:r>
      <w:r>
        <w:rPr>
          <w:sz w:val="20"/>
        </w:rPr>
        <w:t>1:22:41  to yahi tha wahan Arab world mein baad ke zamaney mein.</w:t>
      </w:r>
      <w:r>
        <w:br/>
      </w:r>
      <w:r>
        <w:rPr>
          <w:sz w:val="20"/>
        </w:rPr>
        <w:t>1:22:46  to log arabi mein bolte the, woh to logon ne likh liya to log samjhe ke hadith hai</w:t>
      </w:r>
      <w:r>
        <w:br/>
      </w:r>
      <w:r>
        <w:rPr>
          <w:sz w:val="20"/>
        </w:rPr>
        <w:t>1:22:53  yeh.</w:t>
      </w:r>
      <w:r>
        <w:br/>
      </w:r>
      <w:r>
        <w:rPr>
          <w:sz w:val="20"/>
        </w:rPr>
        <w:t>1:22:55  yeh sab story tellers ke tawashe hain, story tellers ke qissa kahaniyan hain.</w:t>
      </w:r>
      <w:r>
        <w:br/>
      </w:r>
      <w:r>
        <w:rPr>
          <w:sz w:val="20"/>
        </w:rPr>
        <w:t>1:23:01  lekin aap ko main batana chahta hoon ke ilm-e-hadith itna taqatwar hai, itna taqatwar hai ke aap</w:t>
      </w:r>
      <w:r>
        <w:br/>
      </w:r>
      <w:r>
        <w:rPr>
          <w:sz w:val="20"/>
        </w:rPr>
        <w:t>1:23:08  chhaant sakte hain.</w:t>
      </w:r>
      <w:r>
        <w:br/>
      </w:r>
      <w:r>
        <w:rPr>
          <w:sz w:val="20"/>
        </w:rPr>
        <w:t>1:23:10  bahut hi asan hai chhaantna story tellers ke content ko aur real hadith ko, aur aap khud bhi</w:t>
      </w:r>
      <w:r>
        <w:br/>
      </w:r>
      <w:r>
        <w:rPr>
          <w:sz w:val="20"/>
        </w:rPr>
        <w:t>1:23:17  chhaant sakte hain.</w:t>
      </w:r>
      <w:r>
        <w:br/>
      </w:r>
      <w:r>
        <w:rPr>
          <w:sz w:val="20"/>
        </w:rPr>
        <w:t>1:23:19  agar aap chahein to aap waqt ho padhiye, yaani ilm-ur-rijal ko padhiye aur mukhtalif jo kitabein funoon</w:t>
      </w:r>
      <w:r>
        <w:br/>
      </w:r>
      <w:r>
        <w:rPr>
          <w:sz w:val="20"/>
        </w:rPr>
        <w:t>1:23:27  ki hain, agar aap paas waqt nahi hai to main aap se arz karna chahta hoon ke kuch</w:t>
      </w:r>
      <w:r>
        <w:br/>
      </w:r>
      <w:r>
        <w:rPr>
          <w:sz w:val="20"/>
        </w:rPr>
        <w:t>1:23:34  logon ne apni umrein sirf karke ek kaam kar diya hai.</w:t>
      </w:r>
      <w:r>
        <w:br/>
      </w:r>
      <w:r>
        <w:rPr>
          <w:sz w:val="20"/>
        </w:rPr>
        <w:t>1:23:40  is se pehle bhi kiya hai, aaj bhi kiya hai, isi wajah se ek hai Allama Nasiruddin</w:t>
      </w:r>
      <w:r>
        <w:br/>
      </w:r>
      <w:r>
        <w:rPr>
          <w:sz w:val="20"/>
        </w:rPr>
        <w:t>1:23:47  Al-Albani, chhaant kar sari kitabein zindagi mein mutala karte karte chhaant kar alag kiya, isko alag kar</w:t>
      </w:r>
      <w:r>
        <w:br/>
      </w:r>
      <w:r>
        <w:rPr>
          <w:sz w:val="20"/>
        </w:rPr>
        <w:t>1:23:55  diya.</w:t>
      </w:r>
      <w:r>
        <w:br/>
      </w:r>
      <w:r>
        <w:rPr>
          <w:sz w:val="20"/>
        </w:rPr>
        <w:t>1:23:56  kai kitabein aisi likhi gayi hain, internet pe bhi aisa hai.</w:t>
      </w:r>
      <w:r>
        <w:br/>
      </w:r>
      <w:r>
        <w:rPr>
          <w:sz w:val="20"/>
        </w:rPr>
        <w:t>1:24:01  to yeh log hawa ko banate hain, is ko yeh hawa nahi hai, yeh hawa ki baat nahi</w:t>
      </w:r>
      <w:r>
        <w:br/>
      </w:r>
      <w:r>
        <w:rPr>
          <w:sz w:val="20"/>
        </w:rPr>
        <w:t>1:24:09  hai.</w:t>
      </w:r>
      <w:r>
        <w:br/>
      </w:r>
      <w:r>
        <w:rPr>
          <w:sz w:val="20"/>
        </w:rPr>
        <w:t>1:24:10  abhi second world war ke zamane mein jab ke mein zinda tha aur second world war ke zamane mein hoon,</w:t>
      </w:r>
      <w:r>
        <w:br/>
      </w:r>
      <w:r>
        <w:rPr>
          <w:sz w:val="20"/>
        </w:rPr>
        <w:t>1:24:18  yani meri naujawani ki umar thi, woh jawani ki umar mein mein tha.</w:t>
      </w:r>
      <w:r>
        <w:br/>
      </w:r>
      <w:r>
        <w:rPr>
          <w:sz w:val="20"/>
        </w:rPr>
        <w:t>1:24:24  mein janta hoon us ko ab tak tarah tarah ki kahaniyan udti thin, second world war kahaniyan, lekin woh</w:t>
      </w:r>
      <w:r>
        <w:br/>
      </w:r>
      <w:r>
        <w:rPr>
          <w:sz w:val="20"/>
        </w:rPr>
        <w:t>1:24:31  log samajhte the qisse kahaniyan hain.</w:t>
      </w:r>
      <w:r>
        <w:br/>
      </w:r>
      <w:r>
        <w:rPr>
          <w:sz w:val="20"/>
        </w:rPr>
        <w:t>1:24:34  asal jo likhi gayi hai history second world war ki, us ko logon ne acha us ko tehqeeq kar</w:t>
      </w:r>
      <w:r>
        <w:br/>
      </w:r>
      <w:r>
        <w:rPr>
          <w:sz w:val="20"/>
        </w:rPr>
        <w:t>1:24:42  ke likha hai.</w:t>
      </w:r>
      <w:r>
        <w:br/>
      </w:r>
      <w:r>
        <w:rPr>
          <w:sz w:val="20"/>
        </w:rPr>
        <w:t>1:24:43  second world war ki story ko, ki history ko ek hai second world war ki ka historical document, ek hai</w:t>
      </w:r>
      <w:r>
        <w:br/>
      </w:r>
      <w:r>
        <w:rPr>
          <w:sz w:val="20"/>
        </w:rPr>
        <w:t>1:24:51  second world war ke zamane mein rumour udte the.</w:t>
      </w:r>
      <w:r>
        <w:br/>
      </w:r>
      <w:r>
        <w:rPr>
          <w:sz w:val="20"/>
        </w:rPr>
        <w:t>1:24:54  rumour woh alag hai, woh alag hai.</w:t>
      </w:r>
      <w:r>
        <w:br/>
      </w:r>
      <w:r>
        <w:rPr>
          <w:sz w:val="20"/>
        </w:rPr>
        <w:t>1:24:57  to hadithon ke bare mein bhi aisa, us ko alag alag khud aap khud bhi kar sakte hain,</w:t>
      </w:r>
      <w:r>
        <w:br/>
      </w:r>
      <w:r>
        <w:rPr>
          <w:sz w:val="20"/>
        </w:rPr>
        <w:t>1:25:05  alag aap aap ke paas time nahi hai jinhon ne alag kiya, un ko le liya.</w:t>
      </w:r>
      <w:r>
        <w:br/>
      </w:r>
      <w:r>
        <w:rPr>
          <w:sz w:val="20"/>
        </w:rPr>
        <w:t>1:25:12  un ko is mein yeh hawa kyun banate hain? Kyunki hawa nahi hai, yeh kuch koi hawa ki</w:t>
      </w:r>
      <w:r>
        <w:br/>
      </w:r>
      <w:r>
        <w:rPr>
          <w:sz w:val="20"/>
        </w:rPr>
        <w:t>1:25:20  baat nahi hai.</w:t>
      </w:r>
      <w:r>
        <w:br/>
      </w:r>
      <w:r>
        <w:rPr>
          <w:sz w:val="20"/>
        </w:rPr>
        <w:t>1:25:21  hamesha har maamle mein aisa hota hai.</w:t>
      </w:r>
      <w:r>
        <w:br/>
      </w:r>
      <w:r>
        <w:rPr>
          <w:sz w:val="20"/>
        </w:rPr>
        <w:t>1:25:24  mein to zindagi mein dekhta raha hoon ke log rumour udate hain.</w:t>
      </w:r>
      <w:r>
        <w:br/>
      </w:r>
      <w:r>
        <w:rPr>
          <w:sz w:val="20"/>
        </w:rPr>
        <w:t>1:25:29  acha, mere gaon mein, mere old world mein, Delhi mein, Raipur mein, jahan jahan mein raha hoon, tarah</w:t>
      </w:r>
      <w:r>
        <w:br/>
      </w:r>
      <w:r>
        <w:rPr>
          <w:sz w:val="20"/>
        </w:rPr>
        <w:t>1:25:37  tarah ke rumour.</w:t>
      </w:r>
      <w:r>
        <w:br/>
      </w:r>
      <w:r>
        <w:rPr>
          <w:sz w:val="20"/>
        </w:rPr>
        <w:t>1:25:38  koi waqea hoga to us mein ek real story hogi, ek rumour hoga, us ko chhante hain.</w:t>
      </w:r>
      <w:r>
        <w:br/>
      </w:r>
      <w:r>
        <w:rPr>
          <w:sz w:val="20"/>
        </w:rPr>
        <w:t>1:25:46  aap chhant kar alag us ko content karte hain, alag kar is content ko, rumour content ko alag</w:t>
      </w:r>
      <w:r>
        <w:br/>
      </w:r>
      <w:r>
        <w:rPr>
          <w:sz w:val="20"/>
        </w:rPr>
        <w:t>1:25:53  karte hain aur real us ko alag karte hain.</w:t>
      </w:r>
      <w:r>
        <w:br/>
      </w:r>
      <w:r>
        <w:rPr>
          <w:sz w:val="20"/>
        </w:rPr>
        <w:t>1:25:57  abhi Afghanistan ki jo ladai thi, jab Russia ki faujen ghus gayi thin wahan par, bohat qisse kahaniyan,</w:t>
      </w:r>
      <w:r>
        <w:br/>
      </w:r>
      <w:r>
        <w:rPr>
          <w:sz w:val="20"/>
        </w:rPr>
        <w:t>1:26:05  lekin asal jo story thi, woh alag thi, woh qissa kahani alag thi.</w:t>
      </w:r>
      <w:r>
        <w:br/>
      </w:r>
      <w:r>
        <w:rPr>
          <w:sz w:val="20"/>
        </w:rPr>
        <w:t>1:26:11  Bangladesh ke zamane mein jo hua tha 1971 mein, ajeeb ajeeb rumour udi thi is bare mein.</w:t>
      </w:r>
      <w:r>
        <w:br/>
      </w:r>
      <w:r>
        <w:rPr>
          <w:sz w:val="20"/>
        </w:rPr>
        <w:t>1:26:18  to is ka matlab nahi ke hadithon ka maamla nahi hai, yeh insaan ki, insaan ka mizaj hai.</w:t>
      </w:r>
      <w:r>
        <w:br/>
      </w:r>
      <w:r>
        <w:rPr>
          <w:sz w:val="20"/>
        </w:rPr>
        <w:t>1:26:26  har bab mein rebar arrti hain, woh reubar content hai, woh jis ko le kar log hadith ka</w:t>
      </w:r>
      <w:r>
        <w:br/>
      </w:r>
      <w:r>
        <w:rPr>
          <w:sz w:val="20"/>
        </w:rPr>
        <w:t>1:26:34  tamasha banai hain.</w:t>
      </w:r>
      <w:r>
        <w:br/>
      </w:r>
      <w:r>
        <w:rPr>
          <w:sz w:val="20"/>
        </w:rPr>
        <w:t>1:26:35  woh hamesha hota hai, hamesha hota hai.</w:t>
      </w:r>
      <w:r>
        <w:br/>
      </w:r>
      <w:r>
        <w:rPr>
          <w:sz w:val="20"/>
        </w:rPr>
        <w:t>1:26:38  to woh uloom, woh funoon jo is mein hain, jin ko waqt ho, un ko parh kar ke</w:t>
      </w:r>
      <w:r>
        <w:br/>
      </w:r>
      <w:r>
        <w:rPr>
          <w:sz w:val="20"/>
        </w:rPr>
        <w:t>1:26:46  bilkul chhanat sakta hai.</w:t>
      </w:r>
      <w:r>
        <w:br/>
      </w:r>
      <w:r>
        <w:rPr>
          <w:sz w:val="20"/>
        </w:rPr>
        <w:t>1:26:48  reumor ko alag kar sakta hai, real yani hadith ko alag kar sakta hai.</w:t>
      </w:r>
      <w:r>
        <w:br/>
      </w:r>
      <w:r>
        <w:rPr>
          <w:sz w:val="20"/>
        </w:rPr>
        <w:t>1:26:54  is ka waqt na ho to kitabein parh lijiyey, jo jo in logon ki jo unhon ne chhanat</w:t>
      </w:r>
      <w:r>
        <w:br/>
      </w:r>
      <w:r>
        <w:rPr>
          <w:sz w:val="20"/>
        </w:rPr>
        <w:t>1:27:01  chhanat ke alag kar diya hai, yeh koi masla hi nahi hai, yeh koi masla hi nahi hai.</w:t>
      </w:r>
      <w:r>
        <w:br/>
      </w:r>
      <w:r>
        <w:rPr>
          <w:sz w:val="20"/>
        </w:rPr>
        <w:t>1:27:09  jo insens hain, log jinhein kuch yani jo Allah se darte nahi aur ilmi zouq nahi, jis ke</w:t>
      </w:r>
      <w:r>
        <w:br/>
      </w:r>
      <w:r>
        <w:rPr>
          <w:sz w:val="20"/>
        </w:rPr>
        <w:t>1:27:17  andar nahi, jinhein to ilmi zouq nahi, woh is is tarah ki baatein karte hain.</w:t>
      </w:r>
      <w:r>
        <w:br/>
      </w:r>
      <w:r>
        <w:rPr>
          <w:sz w:val="20"/>
        </w:rPr>
        <w:t>1:27:23  jin ka ilmi zouq nahi hai, woh is tarah ki baatein karte hain.</w:t>
      </w:r>
      <w:r>
        <w:br/>
      </w:r>
      <w:r>
        <w:rPr>
          <w:sz w:val="20"/>
        </w:rPr>
        <w:t>1:27:29  mein to is ko sochta hoon ke bilkul hi yani main meniles aur baseless baatein hain, yeh sab</w:t>
      </w:r>
      <w:r>
        <w:br/>
      </w:r>
      <w:r>
        <w:rPr>
          <w:sz w:val="20"/>
        </w:rPr>
        <w:t>1:27:37  kyunke haqeeqat is ki nahi hai.</w:t>
      </w:r>
      <w:r>
        <w:br/>
      </w:r>
      <w:r>
        <w:rPr>
          <w:sz w:val="20"/>
        </w:rPr>
        <w:t>1:27:39  hadith ke bare mein jo huqooq shafa'at batate hain, hadith isi tarah authentic hai jis tarah quran authentic</w:t>
      </w:r>
      <w:r>
        <w:br/>
      </w:r>
      <w:r>
        <w:rPr>
          <w:sz w:val="20"/>
        </w:rPr>
        <w:t>1:27:47  hai.</w:t>
      </w:r>
      <w:r>
        <w:br/>
      </w:r>
      <w:r>
        <w:rPr>
          <w:sz w:val="20"/>
        </w:rPr>
        <w:t>1:27:48  yaad rakhiye, hadith isi tarah authentic hai jis tarah quran authentic hai.</w:t>
      </w:r>
      <w:r>
        <w:br/>
      </w:r>
      <w:r>
        <w:rPr>
          <w:sz w:val="20"/>
        </w:rPr>
        <w:t>1:27:53  baqi jo reumor content hai, woh har cheez mein hota hai, is ko hal kar dijiyey, aap is</w:t>
      </w:r>
      <w:r>
        <w:br/>
      </w:r>
      <w:r>
        <w:rPr>
          <w:sz w:val="20"/>
        </w:rPr>
        <w:t>1:28:01  ki pareshani kya hai? aap ko hai? ab jaise ek misaal deta hoon, Maulana Hussain Ahmed Madni thay,</w:t>
      </w:r>
      <w:r>
        <w:br/>
      </w:r>
      <w:r>
        <w:rPr>
          <w:sz w:val="20"/>
        </w:rPr>
        <w:t>1:28:09  woh paan khate thay.</w:t>
      </w:r>
      <w:r>
        <w:br/>
      </w:r>
      <w:r>
        <w:rPr>
          <w:sz w:val="20"/>
        </w:rPr>
        <w:t>1:28:11  Maulana Hussain Ahmed Madni paan khate thay to aise kuch log baithe baithe hue thay ke pehle se</w:t>
      </w:r>
      <w:r>
        <w:br/>
      </w:r>
      <w:r>
        <w:rPr>
          <w:sz w:val="20"/>
        </w:rPr>
        <w:t>1:28:18  tafrihi tour par unhon ne kaha, tafrihi tour par ke jannat mein log paan khaya karein ge, jannat</w:t>
      </w:r>
      <w:r>
        <w:br/>
      </w:r>
      <w:r>
        <w:rPr>
          <w:sz w:val="20"/>
        </w:rPr>
        <w:t>1:28:26  mein log paan khaya karein ge.</w:t>
      </w:r>
      <w:r>
        <w:br/>
      </w:r>
      <w:r>
        <w:rPr>
          <w:sz w:val="20"/>
        </w:rPr>
        <w:t>1:28:29  to kisi ne kaha ke yeh kahan se maloom hai? aap ko is ka rawi kaun hai? to</w:t>
      </w:r>
      <w:r>
        <w:br/>
      </w:r>
      <w:r>
        <w:rPr>
          <w:sz w:val="20"/>
        </w:rPr>
        <w:t>1:28:36  kaha Rawa Muslim.</w:t>
      </w:r>
      <w:r>
        <w:br/>
      </w:r>
      <w:r>
        <w:rPr>
          <w:sz w:val="20"/>
        </w:rPr>
        <w:t>1:28:38  ab Rawa Muslim jo in ka to hamare haan kaha jata hai ke Rawa Muslim to matlab hota</w:t>
      </w:r>
      <w:r>
        <w:br/>
      </w:r>
      <w:r>
        <w:rPr>
          <w:sz w:val="20"/>
        </w:rPr>
        <w:t>1:28:46  hai ke sahih muslim ki riwayat yeh hai, lekin wahan par is mani mein tha ke ek muslim</w:t>
      </w:r>
      <w:r>
        <w:br/>
      </w:r>
      <w:r>
        <w:rPr>
          <w:sz w:val="20"/>
        </w:rPr>
        <w:t>1:28:53  ne musalman aisa keh raha hai.</w:t>
      </w:r>
      <w:r>
        <w:br/>
      </w:r>
      <w:r>
        <w:rPr>
          <w:sz w:val="20"/>
        </w:rPr>
        <w:t>1:28:56  riwa muslim ka ek matlab yeh hoga ke ek musalman ne aisa kaha, lekin jab hadith mein aata</w:t>
      </w:r>
      <w:r>
        <w:br/>
      </w:r>
      <w:r>
        <w:rPr>
          <w:sz w:val="20"/>
        </w:rPr>
        <w:t>1:29:04  hai riwa muslim to matlab hota hai ke sahih muslim mein jo jo is ke rawi jis ka</w:t>
      </w:r>
      <w:r>
        <w:br/>
      </w:r>
      <w:r>
        <w:rPr>
          <w:sz w:val="20"/>
        </w:rPr>
        <w:t>1:29:11  naam muslim tha, un ki baat yeh hai.</w:t>
      </w:r>
      <w:r>
        <w:br/>
      </w:r>
      <w:r>
        <w:rPr>
          <w:sz w:val="20"/>
        </w:rPr>
        <w:t>1:29:15  aise hi log bolte the pehle bhi, ab bhi bolte hain.</w:t>
      </w:r>
      <w:r>
        <w:br/>
      </w:r>
      <w:r>
        <w:rPr>
          <w:sz w:val="20"/>
        </w:rPr>
        <w:t>1:29:19  isko aap ne, aap ne is ko aap ne apna hua bana liya.</w:t>
      </w:r>
      <w:r>
        <w:br/>
      </w:r>
      <w:r>
        <w:rPr>
          <w:sz w:val="20"/>
        </w:rPr>
        <w:t>1:29:25  sirf woh log jo non serious hain, jin ke andar koi is ilmi zouq nahi hai, wahi yeh</w:t>
      </w:r>
      <w:r>
        <w:br/>
      </w:r>
      <w:r>
        <w:rPr>
          <w:sz w:val="20"/>
        </w:rPr>
        <w:t>1:29:33  sab baton mein uljhe rehte hain.</w:t>
      </w:r>
      <w:r>
        <w:br/>
      </w:r>
      <w:r>
        <w:rPr>
          <w:sz w:val="20"/>
        </w:rPr>
        <w:t>1:29:36  unhon ne koi masla hi nahi hai.</w:t>
      </w:r>
      <w:r>
        <w:br/>
      </w:r>
      <w:r>
        <w:rPr>
          <w:sz w:val="20"/>
        </w:rPr>
        <w:t>1:29:39  mehnat di jis tarah quran hai, usi tarah hadith hai ilmi aitbar se.</w:t>
      </w:r>
      <w:r>
        <w:br/>
      </w:r>
      <w:r>
        <w:rPr>
          <w:sz w:val="20"/>
        </w:rPr>
        <w:t>1:29:44  lekin jin logon ko ilmi zouq nahi hai to kya zaroorat hai un ko is baat bohat parhne</w:t>
      </w:r>
      <w:r>
        <w:br/>
      </w:r>
      <w:r>
        <w:rPr>
          <w:sz w:val="20"/>
        </w:rPr>
        <w:t>1:29:52  ki? jin ke andar ilmi zouq nahi hai, jin ka mutala nahi hai, jin ko pata nahi hai</w:t>
      </w:r>
      <w:r>
        <w:br/>
      </w:r>
      <w:r>
        <w:rPr>
          <w:sz w:val="20"/>
        </w:rPr>
        <w:t>1:30:00  ke kya ilm hudood kya hote hain, to un ko is mein parhne ki zaroorat kya hai? aap</w:t>
      </w:r>
      <w:r>
        <w:br/>
      </w:r>
      <w:r>
        <w:rPr>
          <w:sz w:val="20"/>
        </w:rPr>
        <w:t>1:30:07  to jo jo ulma hain, unhi mein se kisi aalim ko pakad lijiye aur us ko follow kijiye.</w:t>
      </w:r>
    </w:p>
    <w:p>
      <w:pPr>
        <w:pStyle w:val="Heading2"/>
      </w:pPr>
      <w:r>
        <w:t>Acting on Quran without Hadith</w:t>
      </w:r>
    </w:p>
    <w:p>
      <w:r>
        <w:rPr>
          <w:color w:val="666666"/>
          <w:sz w:val="18"/>
        </w:rPr>
        <w:t>Hadith · Don't Be Angry Culture January 15, 2012 · 3m 30s · at 1:04:52 · https://youtu.be/NrA3X8y_FLY?t=3892</w:t>
      </w:r>
    </w:p>
    <w:p>
      <w:r>
        <w:rPr>
          <w:i/>
        </w:rPr>
        <w:t>“Can one act upon the Quran without accepting Hadith? Will such Muslims be considered as followers of the Quran?”</w:t>
      </w:r>
    </w:p>
    <w:p>
      <w:r>
        <w:rPr>
          <w:sz w:val="20"/>
        </w:rPr>
        <w:t>1:04:52  Maulana, agla sawal Karachi Pakistan se aaya hai Mr Abdul Lateef sahib ka.</w:t>
      </w:r>
      <w:r>
        <w:br/>
      </w:r>
      <w:r>
        <w:rPr>
          <w:sz w:val="20"/>
        </w:rPr>
        <w:t>1:04:57  unhon ne likha hai: baaz musalman kehte hain ke chunke hadees mein bohat gadbad hui hai, lehaza hum hadees ko nahi mante balkeh sirf Quran ko mante hain jo shakk aur shubah se pak hai.</w:t>
      </w:r>
      <w:r>
        <w:br/>
      </w:r>
      <w:r>
        <w:rPr>
          <w:sz w:val="20"/>
        </w:rPr>
        <w:t>1:05:13  Maulana sahib, mera sawal yeh hai ke kya hadees ko na mante hue Quran par amal kiya ja sakta hai? aur kya aise musalman Quran par amal karne wale qarar payenge?</w:t>
      </w:r>
      <w:r>
        <w:br/>
      </w:r>
      <w:r>
        <w:rPr>
          <w:sz w:val="20"/>
        </w:rPr>
        <w:t>1:05:26  wazahat farmayein. dekhein, yeh baat galat hai ke hadees mein gadbad hui hai. gadbad to har cheez mein hoti hai, lekin ulma is ko chhanṭte hain, galat ko galat karte hain, sahi baat ko galat karte hain.</w:t>
      </w:r>
      <w:r>
        <w:br/>
      </w:r>
      <w:r>
        <w:rPr>
          <w:sz w:val="20"/>
        </w:rPr>
        <w:t>1:05:39  gadbad kya hai? koi gadbad nahi hai.</w:t>
      </w:r>
      <w:r>
        <w:br/>
      </w:r>
      <w:r>
        <w:rPr>
          <w:sz w:val="20"/>
        </w:rPr>
        <w:t>1:05:45  hadees par ulma ne jo kaam kiya hai, woh bohat hi zyada aam hai. aur mozu, qisse, kahaniyan to har cheez mein shamil ho jati hain.</w:t>
      </w:r>
      <w:r>
        <w:br/>
      </w:r>
      <w:r>
        <w:rPr>
          <w:sz w:val="20"/>
        </w:rPr>
        <w:t>1:05:56  har cheez mein. dunya ka koi waqea aisa nahi jis mein banawati qisse kahaniyan shamil na ho jayein. to ulma is ko alag karte hain, Scholars jo hain is ko alag kar dete hain.</w:t>
      </w:r>
      <w:r>
        <w:br/>
      </w:r>
      <w:r>
        <w:rPr>
          <w:sz w:val="20"/>
        </w:rPr>
        <w:t>1:06:06  jo asal baat hai, us ko alag kar dete hain. to hadees par bohat kaam hua hai, bohat kaam hua hai, bohat kaam hua hai.</w:t>
      </w:r>
      <w:r>
        <w:br/>
      </w:r>
      <w:r>
        <w:rPr>
          <w:sz w:val="20"/>
        </w:rPr>
        <w:t>1:06:14  aur muhaddiseen ne aur ulma ne, aur aakhri zamaney mein Allama Nooruddin Albani ne is ko chhanṭ kar alag kar diya hai sab.</w:t>
      </w:r>
      <w:r>
        <w:br/>
      </w:r>
      <w:r>
        <w:rPr>
          <w:sz w:val="20"/>
        </w:rPr>
        <w:t>1:06:23  sahi ahadees ko aur aur aur ghair sahi ahadees ko. barah jildon mein kitabein hain, unhon ne Silsila al-Ahadees al-Saheehah Silsila al-Ahadees al-Da'eefah to woh to tees saal ki mehnat ke baad unhon ne sara kaam kar diya.</w:t>
      </w:r>
      <w:r>
        <w:br/>
      </w:r>
      <w:r>
        <w:rPr>
          <w:sz w:val="20"/>
        </w:rPr>
        <w:t>1:06:39  yeh baat galat hai ke hadees mein gadbad hui hai. kuch bhi gadbad nahi hui hai. ulma ne is ko chhanṭ kar alag kar diya, bohat cheezon ko. yeh sahi nahi hai.</w:t>
      </w:r>
      <w:r>
        <w:br/>
      </w:r>
      <w:r>
        <w:rPr>
          <w:sz w:val="20"/>
        </w:rPr>
        <w:t>1:06:49  aur jo aadmi yeh kahe ke mein hadees ko nahi manta, Quran ko manta hoon, woh Islam se is ka koi talluq nahi. is mein shakk nahi ke woh Islam se is ka koi talluq nahi.</w:t>
      </w:r>
      <w:r>
        <w:br/>
      </w:r>
      <w:r>
        <w:rPr>
          <w:sz w:val="20"/>
        </w:rPr>
        <w:t>1:07:01  Islam naam hai, Quran sunnat dono ka. aap ke do bete hon, aap kahein is bete ko manta hoon, is ko nahi manta to mera beta nahi, to aap ki family mein kya aap ka haal hoga?</w:t>
      </w:r>
      <w:r>
        <w:br/>
      </w:r>
      <w:r>
        <w:rPr>
          <w:sz w:val="20"/>
        </w:rPr>
        <w:t>1:07:15  to jab khud Quran se sabit hai ke momin ko Quran ki baat hi manna hai, Rasool Allah ki sunnat hi manna hai.</w:t>
      </w:r>
      <w:r>
        <w:br/>
      </w:r>
      <w:r>
        <w:rPr>
          <w:sz w:val="20"/>
        </w:rPr>
        <w:t>1:07:26  Aatu Allah wa Aatu al-Rasool yeh</w:t>
      </w:r>
      <w:r>
        <w:br/>
      </w:r>
      <w:r>
        <w:rPr>
          <w:sz w:val="20"/>
        </w:rPr>
        <w:t>1:07:29  saaf saaf hai. to kaise aap ek ko mante hue ek chhodenge? ek ko Quran mein yeh bhi hai ke 'Qul in kuntum tuhibbun Allah fa-ittabi'uni yuhbibkum Allah' yani hubb-e-ilahi ka meyar bataiye ke tum Rasool Allah ki it'aat karo.</w:t>
      </w:r>
      <w:r>
        <w:br/>
      </w:r>
      <w:r>
        <w:rPr>
          <w:sz w:val="20"/>
        </w:rPr>
        <w:t>1:07:47  to is mein koi shakk nahi ke hadees ko bhi manna hai, Quran ko bhi manna hai. aur gadbad ka jo nazariya hai, bilkul galat hai. yeh koi gadbad nahi hai.</w:t>
      </w:r>
      <w:r>
        <w:br/>
      </w:r>
      <w:r>
        <w:rPr>
          <w:sz w:val="20"/>
        </w:rPr>
        <w:t>1:07:56  mujhe to ahadees se itna imaan milta hai ke mein bayan nahi kar sakta. ahadees ko parhta hoon aur parh parh kar ke ajeeb ek ek inspiration milta hai aur sachai ki daryaft hoti hai.</w:t>
      </w:r>
      <w:r>
        <w:br/>
      </w:r>
      <w:r>
        <w:rPr>
          <w:sz w:val="20"/>
        </w:rPr>
        <w:t>1:08:11  pata nahi woh kaun log hain jo hadees mein gadbad dekhte hain. beharhal yeh nazariya bilkul batil nazariya hai, mein mein is ko nahi manta.</w:t>
      </w:r>
    </w:p>
    <w:p>
      <w:pPr>
        <w:pStyle w:val="Heading2"/>
      </w:pPr>
      <w:r>
        <w:t>Are all Hadith matters related to faith?</w:t>
      </w:r>
    </w:p>
    <w:p>
      <w:r>
        <w:rPr>
          <w:color w:val="666666"/>
          <w:sz w:val="18"/>
        </w:rPr>
        <w:t>Hadith · The Lesson of History September 21, 2014 · 4m 54s · at 1:17:36 · https://youtu.be/aMVHLKMkhcQ?t=4656</w:t>
      </w:r>
    </w:p>
    <w:p>
      <w:r>
        <w:rPr>
          <w:i/>
        </w:rPr>
        <w:t>“Maulana, are all matters mentioned in Hadith related to faith? Or only those that are common between Quran and Hadith? Please explain.”</w:t>
      </w:r>
    </w:p>
    <w:p>
      <w:r>
        <w:rPr>
          <w:sz w:val="20"/>
        </w:rPr>
        <w:t>1:17:36  maulana, agla sawal bangalore se maulana inayatullah umri sahib ne kiya hai. aur unhon ne likha hai ke maulana, kya sari baatein jo hadith mein aayi hain, un ka taluq aqeeday se hai?</w:t>
      </w:r>
      <w:r>
        <w:br/>
      </w:r>
      <w:r>
        <w:rPr>
          <w:sz w:val="20"/>
        </w:rPr>
        <w:t>1:17:50  ya sirf wohi baatein jo quran aur hadith mein mushtarik hain? is ke baray mein batayein.</w:t>
      </w:r>
      <w:r>
        <w:br/>
      </w:r>
      <w:r>
        <w:rPr>
          <w:sz w:val="20"/>
        </w:rPr>
        <w:t>1:17:58  dekhein, jo sarahatan jis ko quran o hadith mein, hadith mein bhi aisa mil sakta hai,</w:t>
      </w:r>
      <w:r>
        <w:br/>
      </w:r>
      <w:r>
        <w:rPr>
          <w:sz w:val="20"/>
        </w:rPr>
        <w:t>1:18:04  sarahatan sabit hota ho ke yeh aqeeday ka masla hai, wohi aqeeday ka masla rahega. hum agar apni taraf se banayein is ko aqeeday ka masla toh aqeeday ka masla nahi hoga.</w:t>
      </w:r>
      <w:r>
        <w:br/>
      </w:r>
      <w:r>
        <w:rPr>
          <w:sz w:val="20"/>
        </w:rPr>
        <w:t>1:18:16  aqeeday ka masla maani kya hai? yeh bhi mein arz kar doon. aqeeday ka masla woh hai jis ka jis par aap ki akhirat ki kamyabi ka inhisaar ho.</w:t>
      </w:r>
      <w:r>
        <w:br/>
      </w:r>
      <w:r>
        <w:rPr>
          <w:sz w:val="20"/>
        </w:rPr>
        <w:t>1:18:27  aqeeday ka masla woh hai.</w:t>
      </w:r>
      <w:r>
        <w:br/>
      </w:r>
      <w:r>
        <w:rPr>
          <w:sz w:val="20"/>
        </w:rPr>
        <w:t>1:18:30  mere nazdeek jo tareef hai aqeeday ke maslay ki, woh yeh hai ke har woh cheez aqeeday ka masla hai jis se aap ki jannat khatray mein padti ho.</w:t>
      </w:r>
      <w:r>
        <w:br/>
      </w:r>
      <w:r>
        <w:rPr>
          <w:sz w:val="20"/>
        </w:rPr>
        <w:t>1:18:41  woh woh aqeeday ka masla hai. baqi aqeeday ka masla nahi hai. misaal ke taur par agar hum Allah ko do maanein toh hamari jannat nahi milegi hum ko.</w:t>
      </w:r>
      <w:r>
        <w:br/>
      </w:r>
      <w:r>
        <w:rPr>
          <w:sz w:val="20"/>
        </w:rPr>
        <w:t>1:18:51  rasool Allah par maanein ke rasool Allah par nabuwat khatm nahi hui toh hum jannat nahi payenge.</w:t>
      </w:r>
      <w:r>
        <w:br/>
      </w:r>
      <w:r>
        <w:rPr>
          <w:sz w:val="20"/>
        </w:rPr>
        <w:t>1:18:56  agar hum maanein ke ke yani isi tarah ke jo jin baaton par quran o hadith se sabit ho ke is par hamein hamara yani jannat chhin jayegi hamari, woh aqeeday ka masla hai.</w:t>
      </w:r>
      <w:r>
        <w:br/>
      </w:r>
      <w:r>
        <w:rPr>
          <w:sz w:val="20"/>
        </w:rPr>
        <w:t>1:19:15  misal ke taur par dekhein, sari quran o hadith mein kahin yeh nahi likha hua hai ke tum log apne liye alag mulk banao.</w:t>
      </w:r>
      <w:r>
        <w:br/>
      </w:r>
      <w:r>
        <w:rPr>
          <w:sz w:val="20"/>
        </w:rPr>
        <w:t>1:19:26  toh taqseem ka jo nazariya hai, woh sari quran o hadith mein kahin nahi hai. is liye aqeeday ka masla nahi rahega woh. aise hi quran o hadith mein kahin nahi hai ke ke aye musalmano, tum nizam e mustafa qaim karo.</w:t>
      </w:r>
      <w:r>
        <w:br/>
      </w:r>
      <w:r>
        <w:rPr>
          <w:sz w:val="20"/>
        </w:rPr>
        <w:t>1:19:38  yeh aqeeday ka masla nahi rahega yeh. aise hi kahin bhi nahi hai ke aye musalmano, tum sari dunya mein islami hukumat qaim karo. yeh bhi nahi hai. toh bhi aqeeday ka masla nahi rahega.</w:t>
      </w:r>
      <w:r>
        <w:br/>
      </w:r>
      <w:r>
        <w:rPr>
          <w:sz w:val="20"/>
        </w:rPr>
        <w:t>1:19:49  toh koi bhi aisi cheez jis ka zikr quran o hadith mein is hesiyat se na ho ke woh kya toh jannat milegi, nahi kiya toh jannat chhin jayegi, woh aqeeday ka masla hai.</w:t>
      </w:r>
      <w:r>
        <w:br/>
      </w:r>
      <w:r>
        <w:rPr>
          <w:sz w:val="20"/>
        </w:rPr>
        <w:t>1:20:01  apni taraf se hum koi is list mein izafa nahi kar sakte. apni taraf se hum is list mein izafa nahi kar sakte. misaal ke taur par mein agar farz ke ek jhoota aqeedah banaoon ke ke jo log sunday class mein aayein, un ki jannat jannat pakki hai,</w:t>
      </w:r>
      <w:r>
        <w:br/>
      </w:r>
      <w:r>
        <w:rPr>
          <w:sz w:val="20"/>
        </w:rPr>
        <w:t>1:20:15  toh yeh batil qarar payega. kyun? quran o hadith mein kahin aisa likha hua nahi hai ke jo sunday class mein aayega, woh jannati hai. toh yeh yeh yeh yeh jhoota aqeedah hoga agar agar mein aisa banaoon toh.</w:t>
      </w:r>
      <w:r>
        <w:br/>
      </w:r>
      <w:r>
        <w:rPr>
          <w:sz w:val="20"/>
        </w:rPr>
        <w:t>1:20:28  toh achhi tarah samajh lijiye ke aqeeday ka masla sirf woh hai jis ke baray mein quran o hadith se sabit ho jaye ke woh kya toh jannat milegi, woh nahi kiya toh jannat nahi milegi.</w:t>
      </w:r>
      <w:r>
        <w:br/>
      </w:r>
      <w:r>
        <w:rPr>
          <w:sz w:val="20"/>
        </w:rPr>
        <w:t>1:20:41  baqi toh aap hamari bidatein hain. ab agar kisi ko kisi cheez ko add karna hai toh sabit karna padega us ko ke quran o hadith mein yeh likha hua hai.</w:t>
      </w:r>
      <w:r>
        <w:br/>
      </w:r>
      <w:r>
        <w:rPr>
          <w:sz w:val="20"/>
        </w:rPr>
        <w:t>1:20:51  misal ke taur par pakistanion ne chalaya tha nizam e mustafa, toh pehle yeh sabit karo ke nizam e mustafa ki tehreek chalayoge toh jannat mile</w:t>
      </w:r>
      <w:r>
        <w:br/>
      </w:r>
      <w:r>
        <w:rPr>
          <w:sz w:val="20"/>
        </w:rPr>
        <w:t>1:20:58  gi. sabat karo ke quran o hadith se. sare pakistan mein aur sare kashmir mein, dono mulkon mein, kashmir mein aur pakistan mein nizam e mustafa, nizam e mustafa hangama tha.</w:t>
      </w:r>
      <w:r>
        <w:br/>
      </w:r>
      <w:r>
        <w:rPr>
          <w:sz w:val="20"/>
        </w:rPr>
        <w:t>1:21:10  ek zamana tha ke nizam e mustafa ka hangama pakistan mein bhi tha, kashmir mein bhi tha. to mera dekhen, iska islam se koi talluq nahin. kyunke sare quran o hadith mein kahin likha hua nahin hai ke tum nizam e mustafa qaim karo.</w:t>
      </w:r>
      <w:r>
        <w:br/>
      </w:r>
      <w:r>
        <w:rPr>
          <w:sz w:val="20"/>
        </w:rPr>
        <w:t>1:21:23  to khulasa yeh hai ke aqide ka masla sirf woh hai jiske bare mein yani yeh sabat kar saken aap ke quran o hadith mein isko jannat se joda gaya hai.</w:t>
      </w:r>
      <w:r>
        <w:br/>
      </w:r>
      <w:r>
        <w:rPr>
          <w:sz w:val="20"/>
        </w:rPr>
        <w:t>1:21:39  yeh matlab nijat se, salvation se. yeh zyada sahi lafz hai, salvation. har woh cheez aqide ka hai, masla hai jiska talluq salvation se ho.</w:t>
      </w:r>
      <w:r>
        <w:br/>
      </w:r>
      <w:r>
        <w:rPr>
          <w:sz w:val="20"/>
        </w:rPr>
        <w:t>1:21:51  agar salvation se iska talluq nahin hai to aqide ka masla bhi nahin woh. to jin cheezon ka talluq salvation se na ho, nijat akhirat se na ho, woh aqide se bahar qarar paegi.</w:t>
      </w:r>
      <w:r>
        <w:br/>
      </w:r>
      <w:r>
        <w:rPr>
          <w:sz w:val="20"/>
        </w:rPr>
        <w:t>1:22:04  aur is mein hum halaat ke aitbar se ek ravaiyya qaim karenge. koi is mein ab koi is mein koi cheez absolute nahin hogi.</w:t>
      </w:r>
      <w:r>
        <w:br/>
      </w:r>
      <w:r>
        <w:rPr>
          <w:sz w:val="20"/>
        </w:rPr>
        <w:t>1:22:19  jo cheez ka talluq salvation se hoga, woh lazman absolute qarar paegi. jiska talluq salvation se na hoga, woh absolute nahin hogi.</w:t>
      </w:r>
    </w:p>
    <w:p>
      <w:pPr>
        <w:pStyle w:val="Heading2"/>
      </w:pPr>
      <w:r>
        <w:t>Authenticity of mosque permanence saying</w:t>
      </w:r>
    </w:p>
    <w:p>
      <w:r>
        <w:rPr>
          <w:color w:val="666666"/>
          <w:sz w:val="18"/>
        </w:rPr>
        <w:t>Hadith · The Lesson of History September 21, 2014 · 3m 08s · at 1:04:07 · https://youtu.be/aMVHLKMkhcQ?t=3847</w:t>
      </w:r>
    </w:p>
    <w:p>
      <w:r>
        <w:rPr>
          <w:i/>
        </w:rPr>
        <w:t>“Is the statement 'A mosque wherever built remains a mosque until the Day of Judgment' a hadith or someone's saying?”</w:t>
      </w:r>
    </w:p>
    <w:p>
      <w:r>
        <w:rPr>
          <w:sz w:val="20"/>
        </w:rPr>
        <w:t>1:04:07  maulana, agla sawal jameel akhtar sahib ne kiya hai dilli se. aur unhon ne likha hai ke masjid jahan ban gayi, wahan ban gayi. woh jagah qayamat ke liye masjid hi hai.</w:t>
      </w:r>
      <w:r>
        <w:br/>
      </w:r>
      <w:r>
        <w:rPr>
          <w:sz w:val="20"/>
        </w:rPr>
        <w:t>1:04:18  kya yeh hadith hai ya kisi ka qaul hai? wazahat karen</w:t>
      </w:r>
      <w:r>
        <w:br/>
      </w:r>
      <w:r>
        <w:rPr>
          <w:sz w:val="20"/>
        </w:rPr>
        <w:t>1:04:22  dekhen, yeh baat jo hai na to quran mein hai na hadith mein. baad ke zamane mein jo fiqh bani us mein yeh masla unhon ne banaya hai.</w:t>
      </w:r>
      <w:r>
        <w:br/>
      </w:r>
      <w:r>
        <w:rPr>
          <w:sz w:val="20"/>
        </w:rPr>
        <w:t>1:04:31  yeh masla banaya hai. lekin mein is ko, mein is ko islami nahi samajhta. aik baad ko banne wali fiqh ka juz samajhta hoon.</w:t>
      </w:r>
      <w:r>
        <w:br/>
      </w:r>
      <w:r>
        <w:rPr>
          <w:sz w:val="20"/>
        </w:rPr>
        <w:t>1:04:41  lekin aik aur baat mein kehta hoon. isi fiqh ka yeh masla hai, isi fiqh ka. ke الضرورات تبيع المحظورات</w:t>
      </w:r>
      <w:r>
        <w:br/>
      </w:r>
      <w:r>
        <w:rPr>
          <w:sz w:val="20"/>
        </w:rPr>
        <w:t>1:04:54  yani necessity jab paida ho jaye to haram halal ho jayega. to sawal yeh hai ke aik building ko bachane ke liye agar hazaron musalman mare ja rahe hain to woh necessity nahi hai.</w:t>
      </w:r>
      <w:r>
        <w:br/>
      </w:r>
      <w:r>
        <w:rPr>
          <w:sz w:val="20"/>
        </w:rPr>
        <w:t>1:05:07  woh, woh, woh nahi hai jis mein ke aap apne hukum ko badlen. yani necessity makes unlawful lawful is ko aap log apply kyun nahi karte?</w:t>
      </w:r>
      <w:r>
        <w:br/>
      </w:r>
      <w:r>
        <w:rPr>
          <w:sz w:val="20"/>
        </w:rPr>
        <w:t>1:05:21  mein, yani do baaten mein kahunga. ke mere nazdeek to masjid jahan ban gayi, wahin masjid hamesha rahegi. yeh quran ka masla nahi, hadith ka masla nahi.</w:t>
      </w:r>
      <w:r>
        <w:br/>
      </w:r>
      <w:r>
        <w:rPr>
          <w:sz w:val="20"/>
        </w:rPr>
        <w:t>1:05:32  fiqh mein bhi ikhtilafi masla hai. aap arab jaiye to misr mein, sham mein, saudi arab mein bohat si masjidon ko relocate kiya gaya hai.</w:t>
      </w:r>
      <w:r>
        <w:br/>
      </w:r>
      <w:r>
        <w:rPr>
          <w:sz w:val="20"/>
        </w:rPr>
        <w:t>1:05:43  bohat si masjidें, aik do masjid nahi hain.</w:t>
      </w:r>
      <w:r>
        <w:br/>
      </w:r>
      <w:r>
        <w:rPr>
          <w:sz w:val="20"/>
        </w:rPr>
        <w:t>1:05:46  dekhen, mein batata hoon aap ko. ke pehle zamane mein jab yeh haal tha ke chhote chhote ghar hote the, galiyan hoti theen, road nahi hoti theen.</w:t>
      </w:r>
      <w:r>
        <w:br/>
      </w:r>
      <w:r>
        <w:rPr>
          <w:sz w:val="20"/>
        </w:rPr>
        <w:t>1:05:58  to logon ne jagah jagah masjidें bana liya</w:t>
      </w:r>
      <w:r>
        <w:br/>
      </w:r>
      <w:r>
        <w:rPr>
          <w:sz w:val="20"/>
        </w:rPr>
        <w:t>1:06:01  pehle. ab jab petrol aaya arab mein aur unhon ne city planning ka naya concept apnana chaha.</w:t>
      </w:r>
      <w:r>
        <w:br/>
      </w:r>
      <w:r>
        <w:rPr>
          <w:sz w:val="20"/>
        </w:rPr>
        <w:t>1:06:10  to is mein unhon ne planning ki. to dekha ke jahan mein hostel banana hai, wahan aik masjid hai. jahan mein park banana hai, wahan aik masjid hai. to sainkaron sainkaron masjidें relocate ki gaeen.</w:t>
      </w:r>
      <w:r>
        <w:br/>
      </w:r>
      <w:r>
        <w:rPr>
          <w:sz w:val="20"/>
        </w:rPr>
        <w:t>1:06:24  arab mein, yani makkah madinah mein aur sham mein, misr mein, taqreeban har har arab country mein.</w:t>
      </w:r>
      <w:r>
        <w:br/>
      </w:r>
      <w:r>
        <w:rPr>
          <w:sz w:val="20"/>
        </w:rPr>
        <w:t>1:06:34  to kya yeh india ka islam alag hai? india ka islam alag hai? masjidon ko relocate karna already tamam arab countries mein is yeh is ko kehte hain mamool bihi.</w:t>
      </w:r>
      <w:r>
        <w:br/>
      </w:r>
      <w:r>
        <w:rPr>
          <w:sz w:val="20"/>
        </w:rPr>
        <w:t>1:06:48  is par amal ho raha hai baqayda. yeh mamool bihi hai yeh.</w:t>
      </w:r>
      <w:r>
        <w:br/>
      </w:r>
      <w:r>
        <w:rPr>
          <w:sz w:val="20"/>
        </w:rPr>
        <w:t>1:06:52  to india hi mein alag alag islam rahega ya marte raho, karte raho aur masjid relocate nahi ki jayegi? to aik to yeh masla hai.</w:t>
      </w:r>
      <w:r>
        <w:br/>
      </w:r>
      <w:r>
        <w:rPr>
          <w:sz w:val="20"/>
        </w:rPr>
        <w:t>1:07:01  dusra yeh ke agar hum koi fiqah ke masle ko manta ho tab bhi us ko us par follow karna chahiye ke al-zarurat tbi al-mahzurat</w:t>
      </w:r>
    </w:p>
    <w:p>
      <w:pPr>
        <w:pStyle w:val="Heading2"/>
      </w:pPr>
      <w:r>
        <w:t>Can Quran be followed without Hadith?</w:t>
      </w:r>
    </w:p>
    <w:p>
      <w:r>
        <w:rPr>
          <w:color w:val="666666"/>
          <w:sz w:val="18"/>
        </w:rPr>
        <w:t>Hadith · Don't Be Angry Culture January 15, 2012 Maulana Wahiduddin Khan · 3m 30s · at 1:06:30 · https://youtu.be/rY1Ikwmwwdk?t=3990</w:t>
      </w:r>
    </w:p>
    <w:p>
      <w:r>
        <w:rPr>
          <w:i/>
        </w:rPr>
        <w:t>“Some Muslims say that because the Hadith is very corrupted, therefore we do not accept Hadith, only the Quran which is free from doubt. My question is: Can the Quran be followed without accepting Hadith, and will such Muslims be considered followers of the Quran? Please clarify.”</w:t>
      </w:r>
    </w:p>
    <w:p>
      <w:r>
        <w:rPr>
          <w:sz w:val="20"/>
        </w:rPr>
        <w:t>1:06:30  maulana, agla sawal karachi pakistan se aya hai mister abdul latif sahib ka. unhon ne likha hai: "baaz musalman kehte hain ke chounke hadith mein bohat gadbad hui hai, lehaza hum hadith ko nahi mante balke sirf quran ko mante hain jo shakk aur shubah se pak hai." maulana sahib, mera sawal yeh hai ke kya hadith ko na mante hue quran par amal kiya ja sakta hai?</w:t>
      </w:r>
      <w:r>
        <w:br/>
      </w:r>
      <w:r>
        <w:rPr>
          <w:sz w:val="20"/>
        </w:rPr>
        <w:t>1:06:59  aur kya aise musalman quran par amal karne wale qarar payenge? wazahat farmayen.</w:t>
      </w:r>
      <w:r>
        <w:br/>
      </w:r>
      <w:r>
        <w:rPr>
          <w:sz w:val="20"/>
        </w:rPr>
        <w:t>1:07:07  dekhiye, yeh baat galat hai ke hadith mein gadbad hui hai. gadbad to har cheez mein hoti hai lekin ulma is ko chhaadte hain, gadbad ko alag karte hain, sahi baat ko alag karte hain.</w:t>
      </w:r>
      <w:r>
        <w:br/>
      </w:r>
      <w:r>
        <w:rPr>
          <w:sz w:val="20"/>
        </w:rPr>
        <w:t>1:07:18  gadbad kya hai? kuch gadbad nahi hai?</w:t>
      </w:r>
      <w:r>
        <w:br/>
      </w:r>
      <w:r>
        <w:rPr>
          <w:sz w:val="20"/>
        </w:rPr>
        <w:t>1:07:23  hadith par ulma ne jo kaam kiya hai woh bohat hi zyada aam hai. aur mozu, qisse, kahaniyan to har cheez mein shamil ho jati hain.</w:t>
      </w:r>
      <w:r>
        <w:br/>
      </w:r>
      <w:r>
        <w:rPr>
          <w:sz w:val="20"/>
        </w:rPr>
        <w:t>1:07:35  har cheez mein. dunya ka koi waqea aisa nahi jis mein banawati qisse kahaniyan shamil na ho jayen. to ulma is ko alag karte hain, scholars jo hain is ko alag kar dete hain.</w:t>
      </w:r>
      <w:r>
        <w:br/>
      </w:r>
      <w:r>
        <w:rPr>
          <w:sz w:val="20"/>
        </w:rPr>
        <w:t>1:07:45  jo asal baat hai us ko alag kar dete hain. to hadith par bohat kaam hua hai, bohat kaam hua hai, bohat kaam hua hai. aur muhaddiseen ne aur ulma ne aur aakhri zamane mein allama nasruddin albani ne is ko chhaant</w:t>
      </w:r>
      <w:r>
        <w:br/>
      </w:r>
      <w:r>
        <w:rPr>
          <w:sz w:val="20"/>
        </w:rPr>
        <w:t>1:08:00  kar alag kar diya hai sab. sahi ahadees ko aur aur aur ghair sahi ahadees ko. barah juldon mein kitaben hain unhon ne: silsila al-ahadees al-sahihah, silsila al-ahadees al-daeefah.</w:t>
      </w:r>
      <w:r>
        <w:br/>
      </w:r>
      <w:r>
        <w:rPr>
          <w:sz w:val="20"/>
        </w:rPr>
        <w:t>1:08:15  to woh to tees saal ki mehnat ke baad unhon ne sara kaam kar diya. yeh baat galat hai ke hadith mein gadbad hui hai. kuch bhi gadbad nahi hui hai. ulma ne is ko chhaant kar alag kar diya baat cheezon ko.</w:t>
      </w:r>
      <w:r>
        <w:br/>
      </w:r>
      <w:r>
        <w:rPr>
          <w:sz w:val="20"/>
        </w:rPr>
        <w:t>1:08:26  yeh sahi nahi hai.</w:t>
      </w:r>
      <w:r>
        <w:br/>
      </w:r>
      <w:r>
        <w:rPr>
          <w:sz w:val="20"/>
        </w:rPr>
        <w:t>1:08:28  aur jo aadmi yeh kahe ke main hadith ko nahi manta, quran ko manta hoon, woh islam se is ka koi talluq nahi. is mein shakk nahi ke woh islam se is ka koi talluq nahi.</w:t>
      </w:r>
      <w:r>
        <w:br/>
      </w:r>
      <w:r>
        <w:rPr>
          <w:sz w:val="20"/>
        </w:rPr>
        <w:t>1:08:40  islam naam hai, quran sunnat dono ka. aap ke do bete hon, aap kahein is bete ko manta hoon, is ko nahi manta. to mera bi</w:t>
      </w:r>
      <w:r>
        <w:br/>
      </w:r>
      <w:r>
        <w:rPr>
          <w:sz w:val="20"/>
        </w:rPr>
        <w:t>1:08:49  ta nahi to aap ki family mein aap ka hal hoga. to jab khud quran se sabit hai ke momin ko quran ki baat bhi manna hai, rasool Allah ki sunnat bhi manna hai.</w:t>
      </w:r>
      <w:r>
        <w:br/>
      </w:r>
      <w:r>
        <w:rPr>
          <w:sz w:val="20"/>
        </w:rPr>
        <w:t>1:09:05  ati Allah wa ati al-rasool, yeh saaf saaf hai.</w:t>
      </w:r>
      <w:r>
        <w:br/>
      </w:r>
      <w:r>
        <w:rPr>
          <w:sz w:val="20"/>
        </w:rPr>
        <w:t>1:09:09  to kaise aap ek ko man kar ek chhodenge? chhodenge ek ko? quran mein yeh bhi hai ke: "qul in kuntum tuhibbun Allah fa-tabi'uni Allah".</w:t>
      </w:r>
      <w:r>
        <w:br/>
      </w:r>
      <w:r>
        <w:rPr>
          <w:sz w:val="20"/>
        </w:rPr>
        <w:t>1:09:19  yani yani hub e ilahi ka meyar bataiye ke tum rasool Allah ki itaat karo. to is mein koi shakk nahi ke hadith ko bhi manna hai, quran ko bhi manna hai.</w:t>
      </w:r>
      <w:r>
        <w:br/>
      </w:r>
      <w:r>
        <w:rPr>
          <w:sz w:val="20"/>
        </w:rPr>
        <w:t>1:09:30  aur gadbad ka jo nazariya hai, bilkul galat hai. yeh koi gadbad nahi hai. mujh</w:t>
      </w:r>
      <w:r>
        <w:br/>
      </w:r>
      <w:r>
        <w:rPr>
          <w:sz w:val="20"/>
        </w:rPr>
        <w:t>1:09:36  e to ahadees se itna iman milta hai ke main bayan nahi kar sakta. ahadees ko padhta hoon aur padh padh kar ke ajeeb ek ek inspiration milta hai aur sachai ki daryaft hoti hai.</w:t>
      </w:r>
      <w:r>
        <w:br/>
      </w:r>
      <w:r>
        <w:rPr>
          <w:sz w:val="20"/>
        </w:rPr>
        <w:t>1:09:50  pata nahi woh kaun log hain jo hadith mein gadbad dekhte hain. behal yeh nazariya bilkul batil nazariya hai. main main is ko nahi manta.</w:t>
      </w:r>
    </w:p>
    <w:p>
      <w:pPr>
        <w:pStyle w:val="Heading2"/>
      </w:pPr>
      <w:r>
        <w:t>Categories of Hadith and interpretation approach</w:t>
      </w:r>
    </w:p>
    <w:p>
      <w:r>
        <w:rPr>
          <w:color w:val="666666"/>
          <w:sz w:val="18"/>
        </w:rPr>
        <w:t>Hadith · Islam Ideology, Team and Method October 09, 2011 · 2m 04s · at 1:07:21 · https://youtu.be/zRilc1fG6c0?t=4041</w:t>
      </w:r>
    </w:p>
    <w:p>
      <w:r>
        <w:rPr>
          <w:i/>
        </w:rPr>
        <w:t>“What are the different categories of Hadith and its sources? What should be the approach of interpreting Hadith based on the reliability for a common man like me?”</w:t>
      </w:r>
    </w:p>
    <w:p>
      <w:r>
        <w:rPr>
          <w:sz w:val="20"/>
        </w:rPr>
        <w:t>1:07:21  hai. Unhone likha hai: "What are the different categories of hadith and its sources? What should be the approach of interpreting hadith based on the reliability for common man like me?" Common man ko yeh sawal hi nahi karna chahiye.</w:t>
      </w:r>
      <w:r>
        <w:br/>
      </w:r>
      <w:r>
        <w:rPr>
          <w:sz w:val="20"/>
        </w:rPr>
        <w:t>1:07:42  dekhen, yeh ajeeb muamla hai ke log time to lagate nahi aur chahte hain ke wo is collar ki seat pe baith jayen.</w:t>
      </w:r>
      <w:r>
        <w:br/>
      </w:r>
      <w:r>
        <w:rPr>
          <w:sz w:val="20"/>
        </w:rPr>
        <w:t>1:07:54  bhai, agar aap chahte hain ke itna zyada yani gehri aap ko knowledge ho, itni gehrai ke sath aap faida kar saken, to aap 50 bar padhiye.</w:t>
      </w:r>
      <w:r>
        <w:br/>
      </w:r>
      <w:r>
        <w:rPr>
          <w:sz w:val="20"/>
        </w:rPr>
        <w:t>1:08:04  aur nahi padh sakte to phir aap ko kya zaroorat hai in muhasibon ko padhne ki?</w:t>
      </w:r>
      <w:r>
        <w:br/>
      </w:r>
      <w:r>
        <w:rPr>
          <w:sz w:val="20"/>
        </w:rPr>
        <w:t>1:08:10  mein kahunga ke dekhiye, bahut se ulma ne, yani jin ko hum muhaddiseen kehte hain, unhone kitaben likhi hain.</w:t>
      </w:r>
      <w:r>
        <w:br/>
      </w:r>
      <w:r>
        <w:rPr>
          <w:sz w:val="20"/>
        </w:rPr>
        <w:t>1:08:19  un ko khas taur par sasheda chhe kitabon ka hum mana jata hai. Wo is ko padhne ka mauqa ko nahi hai.</w:t>
      </w:r>
      <w:r>
        <w:br/>
      </w:r>
      <w:r>
        <w:rPr>
          <w:sz w:val="20"/>
        </w:rPr>
        <w:t>1:08:28  to ulma ne un se le kar ke ek kai kitaben banain, kai kitaben jaise Mishkat hai, Jabal al-Fawaid hai, aur kai kitaben is tarah</w:t>
      </w:r>
      <w:r>
        <w:br/>
      </w:r>
      <w:r>
        <w:rPr>
          <w:sz w:val="20"/>
        </w:rPr>
        <w:t>1:08:39  ki hain. To bas ek kitab le lijiye aap. Yani ulma ne hadithon ko chhan kar ke aur aam insan ke aam insan ke faide wali hadithien ekatha kar di hain.</w:t>
      </w:r>
      <w:r>
        <w:br/>
      </w:r>
      <w:r>
        <w:rPr>
          <w:sz w:val="20"/>
        </w:rPr>
        <w:t>1:08:54  to bas is ko is ko padhiye. Is ko ab kya zaroorat hai apna dawa is mein yani uljhane ki? Wo ulma ko chhod dijie. Time ho to 40 saal</w:t>
      </w:r>
      <w:r>
        <w:br/>
      </w:r>
      <w:r>
        <w:rPr>
          <w:sz w:val="20"/>
        </w:rPr>
        <w:t>1:09:04  mutala kijiye, nahi time ho to jo ulma ne kar diya kaam, us ko le kar ab is se ab guidance hasil kijiye. Bas third option mat dijiye.</w:t>
      </w:r>
      <w:r>
        <w:br/>
      </w:r>
      <w:r>
        <w:rPr>
          <w:sz w:val="20"/>
        </w:rPr>
        <w:t>1:09:15  aam taur par log third option lete hain aur third option jo hai, wo wo work nahi karta kisi muamle mein bhi.</w:t>
      </w:r>
    </w:p>
    <w:p>
      <w:pPr>
        <w:pStyle w:val="Heading2"/>
      </w:pPr>
      <w:r>
        <w:t>Clarification of the mirror hadith</w:t>
      </w:r>
    </w:p>
    <w:p>
      <w:r>
        <w:rPr>
          <w:color w:val="666666"/>
          <w:sz w:val="18"/>
        </w:rPr>
        <w:t>Hadith · Living in Falsehood December 15, 2013 · 2m 06s · at 56:33 · https://youtu.be/UvboK59uF6s?t=3393</w:t>
      </w:r>
    </w:p>
    <w:p>
      <w:r>
        <w:rPr>
          <w:i/>
        </w:rPr>
        <w:t>“A hadith says that a Muslim is a mirror of another Muslim. Please clarify this hadith. The words are: 'Mumin mir'atun mumin'. What does a mirror do?”</w:t>
      </w:r>
    </w:p>
    <w:p>
      <w:r>
        <w:rPr>
          <w:sz w:val="20"/>
        </w:rPr>
        <w:t>56:33  maulana, agla sawal dhampur se kiya hai mehtab ahmad sahab ne</w:t>
      </w:r>
      <w:r>
        <w:br/>
      </w:r>
      <w:r>
        <w:rPr>
          <w:sz w:val="20"/>
        </w:rPr>
        <w:t>56:38  unhone likha hai: "maulana, ek hadees mein bataya gaya hai ke musalman musalman ka aaina hai." woh chahte hain ke aap is hadees ko wazeh karein.</w:t>
      </w:r>
      <w:r>
        <w:br/>
      </w:r>
      <w:r>
        <w:rPr>
          <w:sz w:val="20"/>
        </w:rPr>
        <w:t>56:52  hadees ke alfaaz yeh hain: mu'minun mir'atun mu'min. aaina kya karta hai?</w:t>
      </w:r>
      <w:r>
        <w:br/>
      </w:r>
      <w:r>
        <w:rPr>
          <w:sz w:val="20"/>
        </w:rPr>
        <w:t>57:00  aaine mein aap dekhein apna chehra to agar kahin kuch mitti lag gayi hai, koi koi baat hai to woh aaina dikhata hai.</w:t>
      </w:r>
      <w:r>
        <w:br/>
      </w:r>
      <w:r>
        <w:rPr>
          <w:sz w:val="20"/>
        </w:rPr>
        <w:t>57:10  phir usko aap saaf karte hain. to aaina goya wahi karta hai jis ko hum kehte hain criticism. wahi to hai aaina.</w:t>
      </w:r>
      <w:r>
        <w:br/>
      </w:r>
      <w:r>
        <w:rPr>
          <w:sz w:val="20"/>
        </w:rPr>
        <w:t>57:19  yaani ghalati ki nishandahi. criticism ka matlab hota hai ghalati ki nishandahi.</w:t>
      </w:r>
      <w:r>
        <w:br/>
      </w:r>
      <w:r>
        <w:rPr>
          <w:sz w:val="20"/>
        </w:rPr>
        <w:t>57:26  to momin ka kaam kya hai? theek theek nishandahi kare aur jo suna hai woh theek theek usko sahi tareeqe se response de ke bhai tum ne acha kiya, mujhe ghalati bata di, main us ko ab islaah karta hoon.</w:t>
      </w:r>
      <w:r>
        <w:br/>
      </w:r>
      <w:r>
        <w:rPr>
          <w:sz w:val="20"/>
        </w:rPr>
        <w:t>57:46  to is mein dono ki baat batai gayi hai.</w:t>
      </w:r>
      <w:r>
        <w:br/>
      </w:r>
      <w:r>
        <w:rPr>
          <w:sz w:val="20"/>
        </w:rPr>
        <w:t>57:48  yaani jo bataye aur jo sune, dono ki baat hai ke aaina kabhi bhi koi ghalat nishandahi nahin karta.</w:t>
      </w:r>
      <w:r>
        <w:br/>
      </w:r>
      <w:r>
        <w:rPr>
          <w:sz w:val="20"/>
        </w:rPr>
        <w:t>57:57  matlab yeh ke agar yahan par daagh na ho tab bhi dikha de woh daagh aap ko. aisa koi aaina nahin karega. to true picture jo hai woh dikhata hai aaina.</w:t>
      </w:r>
      <w:r>
        <w:br/>
      </w:r>
      <w:r>
        <w:rPr>
          <w:sz w:val="20"/>
        </w:rPr>
        <w:t>58:08  to momin ko chahiye ke woh kisi nafsaniyat ke tehat, kisi zid ke tehat, kisi yaani negative thinking ke tehat kisi par kuch na kahe.</w:t>
      </w:r>
      <w:r>
        <w:br/>
      </w:r>
      <w:r>
        <w:rPr>
          <w:sz w:val="20"/>
        </w:rPr>
        <w:t>58:21  balkeh wahi kahe jo bilkul objectively woh correct ho. woh kahe bilkul sahi sahi. aur sunne wale ko chahiye ke jaldi se qabool kar le.</w:t>
      </w:r>
      <w:r>
        <w:br/>
      </w:r>
      <w:r>
        <w:rPr>
          <w:sz w:val="20"/>
        </w:rPr>
        <w:t>58:30  haan bhai tum ne meri ghalati bata di, ab main is ki islaah karunga. yeh matlab hai is hadees ka.</w:t>
      </w:r>
    </w:p>
    <w:p>
      <w:pPr>
        <w:pStyle w:val="Heading2"/>
      </w:pPr>
      <w:r>
        <w:t>Clarify hadith on Arabic in Paradise</w:t>
      </w:r>
    </w:p>
    <w:p>
      <w:r>
        <w:rPr>
          <w:color w:val="666666"/>
          <w:sz w:val="18"/>
        </w:rPr>
        <w:t>Hadith · The Deeper Meaning of The Quran 18 Aug 2019 - Maulana Wahiduddin Khan · 2m 07s · at 39:44 · https://youtu.be/EYyhbiR_ZIQ?t=2384</w:t>
      </w:r>
    </w:p>
    <w:p>
      <w:r>
        <w:rPr>
          <w:i/>
        </w:rPr>
        <w:t>“Our scholars narrate a hadith that the Messenger of Allah said that in Paradise, the language of the believers will be Arabic. Please clarify this.”</w:t>
      </w:r>
    </w:p>
    <w:p>
      <w:r>
        <w:rPr>
          <w:sz w:val="20"/>
        </w:rPr>
        <w:t>39:44  Maulana, agla comment aur sawal Rampur se aaya hai. Irshad Ali sahib ne bheja hai. Unhon ne likha hai: "Maulana, aaj bhi aap ke alawa hamare saare ulama ibaadat ke sirf form hi batate hain.</w:t>
      </w:r>
      <w:r>
        <w:br/>
      </w:r>
      <w:r>
        <w:rPr>
          <w:sz w:val="20"/>
        </w:rPr>
        <w:t>40:01  Spirit ki baat koi bhi nahi karta. Jazak Allah Maulana. Maulana, mera sawal yeh hai ke hamare ulama ek hadees bayan karte hain.</w:t>
      </w:r>
      <w:r>
        <w:br/>
      </w:r>
      <w:r>
        <w:rPr>
          <w:sz w:val="20"/>
        </w:rPr>
        <w:t>40:15  Rasool Allah ne farmaya ke jannat mein ahle momin ki zuban Arabic hogi. Maulana, is ko wazeh karein.</w:t>
      </w:r>
      <w:r>
        <w:br/>
      </w:r>
      <w:r>
        <w:rPr>
          <w:sz w:val="20"/>
        </w:rPr>
        <w:t>40:23  Yeh hadees hi nahi hai, yeh to fabricated kalam kisi ka hai. Yeh bilkul hi yani absurd baat hai."</w:t>
      </w:r>
      <w:r>
        <w:br/>
      </w:r>
      <w:r>
        <w:rPr>
          <w:sz w:val="20"/>
        </w:rPr>
        <w:t>40:38  aisa kuch bhi nahi hai. dekhiye, jannat jab akhirat mein woh uloom unfold honge, is ke bare mein kaha gaya hai quran mein do ayatein aayi hain.</w:t>
      </w:r>
      <w:r>
        <w:br/>
      </w:r>
      <w:r>
        <w:rPr>
          <w:sz w:val="20"/>
        </w:rPr>
        <w:t>40:56  yani agar sari dunya ek darakht qalb bana diya jaye aur tamam samandar roshnai ho jaye aur likha jaye allah ke kalam, kalam kalmat ko to khatam nahi hoga.</w:t>
      </w:r>
      <w:r>
        <w:br/>
      </w:r>
      <w:r>
        <w:rPr>
          <w:sz w:val="20"/>
        </w:rPr>
        <w:t>41:09  to itne zyada jo uloom hain, woh arabi zaban kaise aayenge? arabi zaban ki bigadi to bohat ma'dood hai.</w:t>
      </w:r>
      <w:r>
        <w:br/>
      </w:r>
      <w:r>
        <w:rPr>
          <w:sz w:val="20"/>
        </w:rPr>
        <w:t>41:20  to yeh bohat hi zyada ghalat aqeedah ban gaya hai ke ke jannat ki zaban ki zaban arabi hogi. jannat ki zaban afaqi zaban hogi, afaqi jis mein aap tamam kalmat allah ko samjhein.</w:t>
      </w:r>
      <w:r>
        <w:br/>
      </w:r>
      <w:r>
        <w:rPr>
          <w:sz w:val="20"/>
        </w:rPr>
        <w:t>41:36  afaqi zaban</w:t>
      </w:r>
      <w:r>
        <w:br/>
      </w:r>
      <w:r>
        <w:rPr>
          <w:sz w:val="20"/>
        </w:rPr>
        <w:t>41:40  kisi sahih hadith mein yeh baat nahi hai, yeh to ek myth hai.</w:t>
      </w:r>
    </w:p>
    <w:p>
      <w:pPr>
        <w:pStyle w:val="Heading2"/>
      </w:pPr>
      <w:r>
        <w:t>Clarify the hadith on sectarian divisions</w:t>
      </w:r>
    </w:p>
    <w:p>
      <w:r>
        <w:rPr>
          <w:color w:val="666666"/>
          <w:sz w:val="18"/>
        </w:rPr>
        <w:t>Hadith · Islam and Politics November 17, 2013 · 2m 23s · at 1:05:18 · https://youtu.be/LgKA8wg4NPc?t=3918</w:t>
      </w:r>
    </w:p>
    <w:p>
      <w:r>
        <w:rPr>
          <w:i/>
        </w:rPr>
        <w:t>“A narration says that in the latter times, many sects will appear among Muslims. At that time, you should stay away from all these sects. Please explain this hadith.”</w:t>
      </w:r>
    </w:p>
    <w:p>
      <w:r>
        <w:rPr>
          <w:sz w:val="20"/>
        </w:rPr>
        <w:t>1:05:18  maulana agla sawal delhi se kiya hai maulana zakwan nadvi ne unhon ne likha hai ek riwayat mein bataya gaya hai ke aakhri zamane mein musalmanon ke andar bohat se firqa firqe paida ho jayenge is waqt tum un tamam firqon se door raho maulana is hadith ko wazeh karein</w:t>
      </w:r>
      <w:r>
        <w:br/>
      </w:r>
      <w:r>
        <w:rPr>
          <w:sz w:val="20"/>
        </w:rPr>
        <w:t>1:05:43  dekhein firqa bandi hoti hai hamesha zahiri baat ko le kar spirit par firqa bandi nahi hoti hai yani taqwa Allah ki mohabbat Allah ka khauf jannat ka ishtiaq is par koi firqa bandi nahi hoti hai zahiri cheezon mein firqa bandi hoti hai to zahiri cheezon mein firqa bandi apne aap hi galat hai</w:t>
      </w:r>
      <w:r>
        <w:br/>
      </w:r>
      <w:r>
        <w:rPr>
          <w:sz w:val="20"/>
        </w:rPr>
        <w:t>1:06:05  dekhein zahiri cheezein jo hain woh hoti hain relative hoti hain azafi ke aap chahe sherwani pehnein coat pehnein topi pehnein ya pagri bandhein yeh sab relative cheezein hain yeh asal nahi hai islam ki to firqa bandiyan sab isi pe hoti hain</w:t>
      </w:r>
      <w:r>
        <w:br/>
      </w:r>
      <w:r>
        <w:rPr>
          <w:sz w:val="20"/>
        </w:rPr>
        <w:t>1:06:27  jitne bhi firqa musalman bane hain woh sab firqe kisi zahiri cheez ko le kar bane hain kisi spirit ko le kar nahi bane hain to is hadith ka matlab yeh hai ke jab duniya mein form wala islam chal pade to is se door raho tum is ko spirit wale islam se tum stick karo</w:t>
      </w:r>
      <w:r>
        <w:br/>
      </w:r>
      <w:r>
        <w:rPr>
          <w:sz w:val="20"/>
        </w:rPr>
        <w:t>1:06:50  in alfaaz ka jo matlab hai aslan is ko ghor kijiye aap ke form wale islam mein to aap log shareek karna mat karo balkeh dobara tum spirit wale islam ki taraf chale jao</w:t>
      </w:r>
      <w:r>
        <w:br/>
      </w:r>
      <w:r>
        <w:rPr>
          <w:sz w:val="20"/>
        </w:rPr>
        <w:t>1:07:07  to hadith ka matlab hai ke yeh ek deviation hoga baad ke zamane mein jab zawal ka zamana aaye</w:t>
      </w:r>
      <w:r>
        <w:br/>
      </w:r>
      <w:r>
        <w:rPr>
          <w:sz w:val="20"/>
        </w:rPr>
        <w:t>1:07:15  ga door zawal mein aisa hota hai to door zawal mein ek deviation hoga ke log form ko le le kar ke firqe banayenge kyunke form mein hamesha kuch na kuch farq hota hai hamesha jab farq hoga to ek mera farq sahi hai in ka mera farq hum sahi hai is mein firqe banenge to rasool Allah farma rahe hain ke yeh yeh bidat hogi jab bhi aisa hoga tum is se door raho</w:t>
      </w:r>
    </w:p>
    <w:p>
      <w:pPr>
        <w:pStyle w:val="Heading2"/>
      </w:pPr>
      <w:r>
        <w:t>Companions Counting Tasbih on Date Pits</w:t>
      </w:r>
    </w:p>
    <w:p>
      <w:r>
        <w:rPr>
          <w:color w:val="666666"/>
          <w:sz w:val="18"/>
        </w:rPr>
        <w:t>Hadith · Jihad Fillah June 23, 2013 · 33s · at 56:32 · https://youtu.be/NRTno1eQTos?t=3392</w:t>
      </w:r>
    </w:p>
    <w:p>
      <w:r>
        <w:rPr>
          <w:i/>
        </w:rPr>
        <w:t>“It is proven about the companions (Sahaba) that they used to count tasbih (glorifications) on date pits. Please explain this.”</w:t>
      </w:r>
    </w:p>
    <w:p>
      <w:r>
        <w:rPr>
          <w:sz w:val="20"/>
        </w:rPr>
        <w:t>56:32  maulana, un ka ek aur sawal hai. unhon ne likha hai: "sahaba ke bare mein yeh sabit hai ke woh khajoor ki gutli par tasbeeh ginte thay." is ki wazahat karein.</w:t>
      </w:r>
      <w:r>
        <w:br/>
      </w:r>
      <w:r>
        <w:rPr>
          <w:sz w:val="20"/>
        </w:rPr>
        <w:t>56:43  nahi, nahi, bilkul galat hai. koi sabit nahi hai. yeh sab jhooti baat hai. koi saboot is ka nahi. yeh sab jhooti qisse kahaniyan hain. aap is mein parhiye, yaani woh jo kitaab hai Shah Allah ki khilafat aur khulafa par, is mein unhon ne ek waqea likha hai.</w:t>
      </w:r>
      <w:r>
        <w:br/>
      </w:r>
      <w:r>
        <w:rPr>
          <w:sz w:val="20"/>
        </w:rPr>
        <w:t>57:00  mein ne naqal kiya is mein apni, is mein ghaleeb tajdeed deen ji,</w:t>
      </w:r>
    </w:p>
    <w:p>
      <w:pPr>
        <w:pStyle w:val="Heading2"/>
      </w:pPr>
      <w:r>
        <w:t>Contemporary style in Hadith interpretation</w:t>
      </w:r>
    </w:p>
    <w:p>
      <w:r>
        <w:rPr>
          <w:color w:val="666666"/>
          <w:sz w:val="18"/>
        </w:rPr>
        <w:t>Hadith · Hadith-e-Jibril, April 21, 2013 · 1m 03s · at 1:41:08 · https://youtu.be/0rF6Ou0pDog?t=6068</w:t>
      </w:r>
    </w:p>
    <w:p>
      <w:r>
        <w:rPr>
          <w:i/>
        </w:rPr>
        <w:t>“What is the contemporary style in the interpretation of Hadith?”</w:t>
      </w:r>
    </w:p>
    <w:p>
      <w:r>
        <w:rPr>
          <w:sz w:val="20"/>
        </w:rPr>
        <w:t>1:41:08  maulana, agla sawal bhi chennai se hai maulana israr umri ka. unhon ne aap se poocha hai ke hadith ki tashreeh mein asri usloob kya hai?</w:t>
      </w:r>
      <w:r>
        <w:br/>
      </w:r>
      <w:r>
        <w:rPr>
          <w:sz w:val="20"/>
        </w:rPr>
        <w:t>1:41:19  dekhiye, asri usloob basically hai rational usloob ka naam.</w:t>
      </w:r>
      <w:r>
        <w:br/>
      </w:r>
      <w:r>
        <w:rPr>
          <w:sz w:val="20"/>
        </w:rPr>
        <w:t>1:41:25  jise aap dekhen ke log hadithon ki tashreeh karte hain to aur fazail sunate hain us ko. fazail ki zaban mein. to fazail ki zaban jo hai, woh rational zaban nahin hoti hai.</w:t>
      </w:r>
      <w:r>
        <w:br/>
      </w:r>
      <w:r>
        <w:rPr>
          <w:sz w:val="20"/>
        </w:rPr>
        <w:t>1:41:39  fazail ki zaban mein agar aap tashreeh karen to woh aaj ke insan ka mind address nahin hoga. aaj ka insan jo hai, woh chahta hai rational andaaz mein.</w:t>
      </w:r>
      <w:r>
        <w:br/>
      </w:r>
      <w:r>
        <w:rPr>
          <w:sz w:val="20"/>
        </w:rPr>
        <w:t>1:41:50  tab is ka mind address hoga.</w:t>
      </w:r>
      <w:r>
        <w:br/>
      </w:r>
      <w:r>
        <w:rPr>
          <w:sz w:val="20"/>
        </w:rPr>
        <w:t>1:41:55  to mein to yahi samajh paya hoon ke aik hai fazail ki zaban, aik hai yani reason ki zaban. to reason ki zaban agar aap istemal karen to woh asli usloob hai.</w:t>
      </w:r>
      <w:r>
        <w:br/>
      </w:r>
      <w:r>
        <w:rPr>
          <w:sz w:val="20"/>
        </w:rPr>
        <w:t>1:42:06  aur fazail ki zaban istemal karen to woh qadeem usloob hai.</w:t>
      </w:r>
    </w:p>
    <w:p>
      <w:pPr>
        <w:pStyle w:val="Heading2"/>
      </w:pPr>
      <w:r>
        <w:t>Correct procedure for studying hadith</w:t>
      </w:r>
    </w:p>
    <w:p>
      <w:r>
        <w:rPr>
          <w:color w:val="666666"/>
          <w:sz w:val="18"/>
        </w:rPr>
        <w:t>Hadith · Living in Falsehood December 15, 2013 · 3m 49s · at 40:51 · https://youtu.be/UvboK59uF6s?t=2451</w:t>
      </w:r>
    </w:p>
    <w:p>
      <w:r>
        <w:rPr>
          <w:i/>
        </w:rPr>
        <w:t>“I was reading Kitab al-Jihad in Sahih Bukhari and felt that not all hadiths there fall under the title of Jihad. Also, reading hadiths without context might mislead. Please comment on my thoughts and give me the correct procedure of studying hadith.”</w:t>
      </w:r>
    </w:p>
    <w:p>
      <w:r>
        <w:rPr>
          <w:sz w:val="20"/>
        </w:rPr>
        <w:t>40:51  maulana, yeh sawal aaya hai ah khwaja kaleemuddin sahib ka from Pennsylvania, USA unhon ne likha hai: "maulana sahib, I was reading some parts today of kitab al-jihad of sahih al-bukhari.</w:t>
      </w:r>
      <w:r>
        <w:br/>
      </w:r>
      <w:r>
        <w:rPr>
          <w:sz w:val="20"/>
        </w:rPr>
        <w:t>41:09  after I read it for some time, I felt that all ahadees do not fall under the title of jihad.</w:t>
      </w:r>
      <w:r>
        <w:br/>
      </w:r>
      <w:r>
        <w:rPr>
          <w:sz w:val="20"/>
        </w:rPr>
        <w:t>41:18  secondly, reading ahadees without their context might mislead you. please comment on my thoughts and give me theright procedure of studying ahadees.</w:t>
      </w:r>
      <w:r>
        <w:br/>
      </w:r>
      <w:r>
        <w:rPr>
          <w:sz w:val="20"/>
        </w:rPr>
        <w:t>41:32  haan, dekhen yeh aap ka khayal sahi hai aur hadeeson mein ek cheez hai jis se mujhe zyada ittefaq nahi hai.</w:t>
      </w:r>
      <w:r>
        <w:br/>
      </w:r>
      <w:r>
        <w:rPr>
          <w:sz w:val="20"/>
        </w:rPr>
        <w:t>41:45  dekhen, hadeeson mein ek to hai collection ahadees ka, jo kitaben hain hadees ki, chahe siyasat hon ya doosri kitaben hon, us mein hadeeson ko compile kiya gaya hai.</w:t>
      </w:r>
      <w:r>
        <w:br/>
      </w:r>
      <w:r>
        <w:rPr>
          <w:sz w:val="20"/>
        </w:rPr>
        <w:t>42:00  lekin sirf musnad ahmad jo hai, uska tareeqa alag hai. wahi mein sahi samajhta hoon, musnad ahmad ke tareeqe ko mein sahi samajhta hoon.</w:t>
      </w:r>
      <w:r>
        <w:br/>
      </w:r>
      <w:r>
        <w:rPr>
          <w:sz w:val="20"/>
        </w:rPr>
        <w:t>42:11  aur doosri kitabon mein kehte hain is ko tarjuma bab, yani chapter banana, is par ek title qaim karna, yeh mujhe is se ittefaq nahi hai.</w:t>
      </w:r>
      <w:r>
        <w:br/>
      </w:r>
      <w:r>
        <w:rPr>
          <w:sz w:val="20"/>
        </w:rPr>
        <w:t>42:23  kyunki muhaddiseen ne aise unwanat qaim kiye hain jis ki wajah se hadeesen bohat mehdood ho jati hain, bohat hi mehdood.</w:t>
      </w:r>
      <w:r>
        <w:br/>
      </w:r>
      <w:r>
        <w:rPr>
          <w:sz w:val="20"/>
        </w:rPr>
        <w:t>42:37  to</w:t>
      </w:r>
      <w:r>
        <w:br/>
      </w:r>
      <w:r>
        <w:rPr>
          <w:sz w:val="20"/>
        </w:rPr>
        <w:t>42:38  mein musnad ahmad ka jo tareeqa hai, usi ko sahi samajhta hoon ke unhon ne rawiyon ke aitbar se chapter banaya hai. lekin doosri jo kitaben hain, us mein unhon ne tarjuma abwab qaim kiya aur aur bohat is ko ahmiyat deti hai, ahmiyat di jati hai.</w:t>
      </w:r>
      <w:r>
        <w:br/>
      </w:r>
      <w:r>
        <w:rPr>
          <w:sz w:val="20"/>
        </w:rPr>
        <w:t>42:55  lekin mein is ko ahmiyat nahi deta kyunki bohat zyada mis leading hain yeh, yeh tarajum abwab. to aap ka jo taassur bilkul durust hai, yahi mera ta</w:t>
      </w:r>
      <w:r>
        <w:br/>
      </w:r>
      <w:r>
        <w:rPr>
          <w:sz w:val="20"/>
        </w:rPr>
        <w:t>43:07  assur hai. mein ek misaal deta hoon ke hadees ki kitab mein aap padhenge jo ek ek jis ko kehte hain ke khawateen ko jo ek masla pesh aata hai, hauz al-nifas ka, us ke tehat bab qaim kiya hai.</w:t>
      </w:r>
      <w:r>
        <w:br/>
      </w:r>
      <w:r>
        <w:rPr>
          <w:sz w:val="20"/>
        </w:rPr>
        <w:t>43:26  yani hauz al-nifas ka bab. is mein ek hadees hai ke al-nisa'u shaqaiq al-rijal</w:t>
      </w:r>
      <w:r>
        <w:br/>
      </w:r>
      <w:r>
        <w:rPr>
          <w:sz w:val="20"/>
        </w:rPr>
        <w:t>43:37  iska matlab hai ke yani men and women are two equal halves of a single unit aurat aur mard ek unit ka nisf nisf hain, jaise ek saib hai, 20 se kaaten aap to do shaqeeqa hoga.</w:t>
      </w:r>
      <w:r>
        <w:br/>
      </w:r>
      <w:r>
        <w:rPr>
          <w:sz w:val="20"/>
        </w:rPr>
        <w:t>43:59  wo to do shaqeeqe hain.</w:t>
      </w:r>
      <w:r>
        <w:br/>
      </w:r>
      <w:r>
        <w:rPr>
          <w:sz w:val="20"/>
        </w:rPr>
        <w:t>44:02  bohat hi zabardast yeh yani ek tareeqa woh hai expression hai aurat aur mard ke equality ko batane ka.</w:t>
      </w:r>
      <w:r>
        <w:br/>
      </w:r>
      <w:r>
        <w:rPr>
          <w:sz w:val="20"/>
        </w:rPr>
        <w:t>44:14  yani both have equal status equal respect lekin is ko kahan unhon ne darj kar diya hai? hauz al-nifas ke bab mein aisi bohat sari misalen hain.</w:t>
      </w:r>
      <w:r>
        <w:br/>
      </w:r>
      <w:r>
        <w:rPr>
          <w:sz w:val="20"/>
        </w:rPr>
        <w:t>44:26  to</w:t>
      </w:r>
      <w:r>
        <w:br/>
      </w:r>
      <w:r>
        <w:rPr>
          <w:sz w:val="20"/>
        </w:rPr>
        <w:t>44:27  yeh jo tarjuma hai, tarajum abwab hain hadees ki kitabon ke, mujhe is se zyada ittefaq nahi hai. mein musnad ahmad ke tareeqe ko zyada acha samajhta hoon, zyada scientific samajhta hoon.</w:t>
      </w:r>
    </w:p>
    <w:p>
      <w:pPr>
        <w:pStyle w:val="Heading2"/>
      </w:pPr>
      <w:r>
        <w:t>Definition of fitnah in hadith</w:t>
      </w:r>
    </w:p>
    <w:p>
      <w:r>
        <w:rPr>
          <w:color w:val="666666"/>
          <w:sz w:val="18"/>
        </w:rPr>
        <w:t>Hadith · Age of Alternatives April 05, 2015 · 50s · at 1:18:37 · https://youtu.be/4v0uCM2BZuA?t=4717</w:t>
      </w:r>
    </w:p>
    <w:p>
      <w:r>
        <w:rPr>
          <w:i/>
        </w:rPr>
        <w:t>“What is the fitnah that is mentioned in many hadith? Can we say that not adopting the alternative way would also be considered a fitnah?”</w:t>
      </w:r>
    </w:p>
    <w:p>
      <w:r>
        <w:rPr>
          <w:sz w:val="20"/>
        </w:rPr>
        <w:t>1:18:37  le focused hain. To dono ki zarurat hai apne apne apne aitbar se. Ji Maulana, agla sawal Delhi se kiya hai Maulana Maulana Farhad Umri ne, aur unhone likha hai ke Maulana, what is fitna that is mentioned in many hadith?</w:t>
      </w:r>
      <w:r>
        <w:br/>
      </w:r>
      <w:r>
        <w:rPr>
          <w:sz w:val="20"/>
        </w:rPr>
        <w:t>1:18:57  can we say that not adopting alternative way would also be considered as a fitna?</w:t>
      </w:r>
      <w:r>
        <w:br/>
      </w:r>
      <w:r>
        <w:rPr>
          <w:sz w:val="20"/>
        </w:rPr>
        <w:t>1:19:05  sahi hai, nateeje ke aitbar se fitna ban jayega, aur ye fitna sare muslim mulkon mein phaila hua hai. Yani chunke wo alternative istemal nahi kar pate, ladne lagte hain, to bahut sari buraiyan paida ho gayi hain.</w:t>
      </w:r>
      <w:r>
        <w:br/>
      </w:r>
      <w:r>
        <w:rPr>
          <w:sz w:val="20"/>
        </w:rPr>
        <w:t>1:19:21  wo fitna hai, to aap sahi keh rahe hain. Ji</w:t>
      </w:r>
    </w:p>
    <w:p>
      <w:pPr>
        <w:pStyle w:val="Heading2"/>
      </w:pPr>
      <w:r>
        <w:t>Delay in hadith collection</w:t>
      </w:r>
    </w:p>
    <w:p>
      <w:r>
        <w:rPr>
          <w:color w:val="666666"/>
          <w:sz w:val="18"/>
        </w:rPr>
        <w:t>Hadith · Wisdom of Hadith Maulana Wahiduddin Khan February 23, 2014 · 1m 40s · at 1:30:15 · https://youtu.be/5E_MIQpToK4?t=5415</w:t>
      </w:r>
    </w:p>
    <w:p>
      <w:r>
        <w:rPr>
          <w:i/>
        </w:rPr>
        <w:t>“The systematic collection of ahadith came into existence approximately after two centuries of the Prophet, except the Muwatta of Imam Malik. My question is: Why did the Companions not make the arrangement to...”</w:t>
      </w:r>
    </w:p>
    <w:p>
      <w:r>
        <w:rPr>
          <w:sz w:val="20"/>
        </w:rPr>
        <w:t>1:30:15  maulana, agla sawal lucknow se hai ajmal hassan sahab ka.</w:t>
      </w:r>
      <w:r>
        <w:br/>
      </w:r>
      <w:r>
        <w:rPr>
          <w:sz w:val="20"/>
        </w:rPr>
        <w:t>1:30:19  انہوں نے لکھا ہے: "The systematic collection of Ahadith came into existence approximately after two centuries of Prophet,</w:t>
      </w:r>
      <w:r>
        <w:br/>
      </w:r>
      <w:r>
        <w:rPr>
          <w:sz w:val="20"/>
        </w:rPr>
        <w:t>1:30:27  "accept Muwatta of Imam Malik." Maulana, my question is: Why Sahaba Ikram did not make the arrangement to</w:t>
      </w:r>
      <w:r>
        <w:br/>
      </w:r>
      <w:r>
        <w:rPr>
          <w:sz w:val="20"/>
        </w:rPr>
        <w:t>1:30:35  preserve Ahadith in the same way as was done for the preservation? یہ بالکل مجھے وحشت ہوتی ہے</w:t>
      </w:r>
      <w:r>
        <w:br/>
      </w:r>
      <w:r>
        <w:rPr>
          <w:sz w:val="20"/>
        </w:rPr>
        <w:t>1:30:43  is sawalat se.</w:t>
      </w:r>
      <w:r>
        <w:br/>
      </w:r>
      <w:r>
        <w:rPr>
          <w:sz w:val="20"/>
        </w:rPr>
        <w:t>1:30:44  yeh bilkul un logon ke sawalat hain jin ka koi talluq nahi.</w:t>
      </w:r>
      <w:r>
        <w:br/>
      </w:r>
      <w:r>
        <w:rPr>
          <w:sz w:val="20"/>
        </w:rPr>
        <w:t>1:30:49  is par bohat kuch likha gaya hai, un ko aap parhiye.</w:t>
      </w:r>
      <w:r>
        <w:br/>
      </w:r>
      <w:r>
        <w:rPr>
          <w:sz w:val="20"/>
        </w:rPr>
        <w:t>1:30:54  doctor hafeezullah ki kitab parhiye aap ke sahaba ke zaman mein bhi likha gaya, ab abu huraira</w:t>
      </w:r>
      <w:r>
        <w:br/>
      </w:r>
      <w:r>
        <w:rPr>
          <w:sz w:val="20"/>
        </w:rPr>
        <w:t>1:31:02  ke zaman mein bhi likha gaya.</w:t>
      </w:r>
      <w:r>
        <w:br/>
      </w:r>
      <w:r>
        <w:rPr>
          <w:sz w:val="20"/>
        </w:rPr>
        <w:t>1:31:04  baghair parhe hue log sawalat karte hain.</w:t>
      </w:r>
      <w:r>
        <w:br/>
      </w:r>
      <w:r>
        <w:rPr>
          <w:sz w:val="20"/>
        </w:rPr>
        <w:t>1:31:07  doctor hafeezullah jo the, bohat qabil aadmi the.</w:t>
      </w:r>
      <w:r>
        <w:br/>
      </w:r>
      <w:r>
        <w:rPr>
          <w:sz w:val="20"/>
        </w:rPr>
        <w:t>1:31:11  aap un ki kitab parhiye aur doosron ki kitabein parhiye.</w:t>
      </w:r>
      <w:r>
        <w:br/>
      </w:r>
      <w:r>
        <w:rPr>
          <w:sz w:val="20"/>
        </w:rPr>
        <w:t>1:31:15  baghair parhe hue sawalat kyun karte hain? yeh bilkul galat hai yeh kehna ke rasool Allah ke zaman</w:t>
      </w:r>
      <w:r>
        <w:br/>
      </w:r>
      <w:r>
        <w:rPr>
          <w:sz w:val="20"/>
        </w:rPr>
        <w:t>1:31:23  mein kitab hadithain likhi gayi nahin gayi theen.</w:t>
      </w:r>
      <w:r>
        <w:br/>
      </w:r>
      <w:r>
        <w:rPr>
          <w:sz w:val="20"/>
        </w:rPr>
        <w:t>1:31:26  rasool Allah ke zamanay mein likhi gayi hain, sahaba ke zamanay mein likhi gayi hain, tabayeen ke zamanay</w:t>
      </w:r>
      <w:r>
        <w:br/>
      </w:r>
      <w:r>
        <w:rPr>
          <w:sz w:val="20"/>
        </w:rPr>
        <w:t>1:31:34  mein likhi gayi hain.</w:t>
      </w:r>
      <w:r>
        <w:br/>
      </w:r>
      <w:r>
        <w:rPr>
          <w:sz w:val="20"/>
        </w:rPr>
        <w:t>1:31:36  aap in kitabon ko parhiye ya jo idhar udhar kitabein logon ne chhaap rakhi hain, shafa'at daalne walay</w:t>
      </w:r>
      <w:r>
        <w:br/>
      </w:r>
      <w:r>
        <w:rPr>
          <w:sz w:val="20"/>
        </w:rPr>
        <w:t>1:31:44  logon ki kitabein shayad parhte hain.</w:t>
      </w:r>
      <w:r>
        <w:br/>
      </w:r>
      <w:r>
        <w:rPr>
          <w:sz w:val="20"/>
        </w:rPr>
        <w:t>1:31:46  aap in ki kitabein parhiye jo jo is par jin par tehqeeq kiya ho, jaise doctor Hafiz Ullah,</w:t>
      </w:r>
      <w:r>
        <w:br/>
      </w:r>
      <w:r>
        <w:rPr>
          <w:sz w:val="20"/>
        </w:rPr>
        <w:t>1:31:54  unki kitab parhiye aap.</w:t>
      </w:r>
    </w:p>
    <w:p>
      <w:pPr>
        <w:pStyle w:val="Heading2"/>
      </w:pPr>
      <w:r>
        <w:t>Did Allah reveal about 73 sects hadith?</w:t>
      </w:r>
    </w:p>
    <w:p>
      <w:r>
        <w:rPr>
          <w:color w:val="666666"/>
          <w:sz w:val="18"/>
        </w:rPr>
        <w:t>Hadith · Universal outlook April 09, 2017 · 56s · at 46:11 · https://youtu.be/n3HAPCpom5c?t=2771</w:t>
      </w:r>
    </w:p>
    <w:p>
      <w:r>
        <w:rPr>
          <w:i/>
        </w:rPr>
        <w:t>“Prophet Muhammad (peace be upon him) said that the Children of Israel had 72 sects and my Ummah will have 73 sects, and one sect will be in Paradise. Now my question is: Did Allah reveal any revelation regarding this?”</w:t>
      </w:r>
    </w:p>
    <w:p>
      <w:r>
        <w:rPr>
          <w:sz w:val="20"/>
        </w:rPr>
        <w:t>46:11  Maulana agla sawal bheja hai Mansoob Ali sahib ne. unhon ne location nahin likha hai. un ka sawal yeh hai Maulana sahib mera naam Mansoob Ali hai.</w:t>
      </w:r>
      <w:r>
        <w:br/>
      </w:r>
      <w:r>
        <w:rPr>
          <w:sz w:val="20"/>
        </w:rPr>
        <w:t>46:21  mera sawal hai Muhammad sallallahu alaihi wasallam ne farmaya ke Bani Israel ke seventy two firqe hue aur meri ummat mein seventy three firqe honge.</w:t>
      </w:r>
      <w:r>
        <w:br/>
      </w:r>
      <w:r>
        <w:rPr>
          <w:sz w:val="20"/>
        </w:rPr>
        <w:t>46:33  aur ek firqa jannati hoga. ab sawal yeh hai ke kya Allah ne koi wahi nazil ki thi is ke mutalliq?</w:t>
      </w:r>
      <w:r>
        <w:br/>
      </w:r>
      <w:r>
        <w:rPr>
          <w:sz w:val="20"/>
        </w:rPr>
        <w:t>46:42  kyunke jahan tak mujhe jankari hai Allah ne Quran mein firqa parasti guthon mein bantne ko sakht mana farmaya hai. barah-e-meharbani wazahat karen.</w:t>
      </w:r>
      <w:r>
        <w:br/>
      </w:r>
      <w:r>
        <w:rPr>
          <w:sz w:val="20"/>
        </w:rPr>
        <w:t>46:56  is ke baray mein meri kitab parhiye aap Tajdeed-e-Deen. pehle is ko parh lijiye phir sawal kijiye. Tajdeed-e-Deen jo kitab hai us mein is ka jawab maujood hai.</w:t>
      </w:r>
    </w:p>
    <w:p>
      <w:pPr>
        <w:pStyle w:val="Heading2"/>
      </w:pPr>
      <w:r>
        <w:t>Difference between Sunnah and Hadith</w:t>
      </w:r>
    </w:p>
    <w:p>
      <w:r>
        <w:rPr>
          <w:color w:val="666666"/>
          <w:sz w:val="18"/>
        </w:rPr>
        <w:t>Hadith · Model of Paradise June 22, 2014 · 29s · at 48:15 · https://youtu.be/7jXD8E_dN-E?t=2895</w:t>
      </w:r>
    </w:p>
    <w:p>
      <w:r>
        <w:rPr>
          <w:i/>
        </w:rPr>
        <w:t>“Do Sunnah and Hadith have different meanings?”</w:t>
      </w:r>
    </w:p>
    <w:p>
      <w:r>
        <w:rPr>
          <w:sz w:val="20"/>
        </w:rPr>
        <w:t>48:15  Maulana, agla sawal lene se pehle ek comment padhna chahenge. jo Maulana Iqbal Umri ne bheja hai, Chennai se. aur unhon ne likha hai ke Maulana, jannat ka intellectual tasawwur Quran aur Hadees ke baad sirf Al-Risala Mission ki tehreer aur taqreer mein milta hai.</w:t>
      </w:r>
      <w:r>
        <w:br/>
      </w:r>
      <w:r>
        <w:rPr>
          <w:sz w:val="20"/>
        </w:rPr>
        <w:t>48:36  jo aaj ke insaan ko address kar sakta hai.</w:t>
      </w:r>
    </w:p>
    <w:p>
      <w:pPr>
        <w:pStyle w:val="Heading2"/>
      </w:pPr>
      <w:r>
        <w:t>Difference between Sunnah and Hadith</w:t>
      </w:r>
    </w:p>
    <w:p>
      <w:r>
        <w:rPr>
          <w:color w:val="666666"/>
          <w:sz w:val="18"/>
        </w:rPr>
        <w:t>Hadith · Model of Paradise June 22, 2014 · 1m 02s · at 48:44 · https://youtu.be/7jXD8E_dN-E?t=2924</w:t>
      </w:r>
    </w:p>
    <w:p>
      <w:r>
        <w:rPr>
          <w:i/>
        </w:rPr>
        <w:t>“What are the distinct meanings of Sunnah and Hadith? Please explain.”</w:t>
      </w:r>
    </w:p>
    <w:p>
      <w:r>
        <w:rPr>
          <w:sz w:val="20"/>
        </w:rPr>
        <w:t>48:44  Maulana, agla sawal Jameel Akhtar Sahab ne kiya hai, Delhi se. aur unhon ne likha hai ke sunnat aur Hadees ke kya alag alag mafhoom hain?</w:t>
      </w:r>
      <w:r>
        <w:br/>
      </w:r>
      <w:r>
        <w:rPr>
          <w:sz w:val="20"/>
        </w:rPr>
        <w:t>48:58  is ki wazahat karen. dekhen, ek fiqhi sawal hai. yahan hum fiqhi sawal ijazat nahin let</w:t>
      </w:r>
      <w:r>
        <w:br/>
      </w:r>
      <w:r>
        <w:rPr>
          <w:sz w:val="20"/>
        </w:rPr>
        <w:t>49:07  e hain. beshak aap janna chahen to meri do maqalay main ne tayyar kiye hain isi mauzu par. is ko aap padh lijiyye.</w:t>
      </w:r>
      <w:r>
        <w:br/>
      </w:r>
      <w:r>
        <w:rPr>
          <w:sz w:val="20"/>
        </w:rPr>
        <w:t>49:16  ek to December mein chhap chuka hai, Hadees ke mauzu par. ek ab agle mahine shayad chhap jayega, woh bhi isi mauzu par hai.</w:t>
      </w:r>
      <w:r>
        <w:br/>
      </w:r>
      <w:r>
        <w:rPr>
          <w:sz w:val="20"/>
        </w:rPr>
        <w:t>49:26  is ko aap padh lijiyye. aur is par to bahut kitaben likhi gayi hain. aap doosron ka nuqta nazar janna chahte hon to is mein bhi kitaben maujood hain.</w:t>
      </w:r>
      <w:r>
        <w:br/>
      </w:r>
      <w:r>
        <w:rPr>
          <w:sz w:val="20"/>
        </w:rPr>
        <w:t>49:36  baqi mera nuqta nazar janna chahte hon to aap Al-Risala ke do shumaray padh lijiyye.</w:t>
      </w:r>
    </w:p>
    <w:p>
      <w:pPr>
        <w:pStyle w:val="Heading2"/>
      </w:pPr>
      <w:r>
        <w:t>Disagreement among followers of four imams</w:t>
      </w:r>
    </w:p>
    <w:p>
      <w:r>
        <w:rPr>
          <w:color w:val="666666"/>
          <w:sz w:val="18"/>
        </w:rPr>
        <w:t>Hadith · Study of The Quran November 30, 2014 · 35s · at 1:06:15 · https://youtu.be/x3fcJ2nlDow?t=3975</w:t>
      </w:r>
    </w:p>
    <w:p>
      <w:r>
        <w:rPr>
          <w:i/>
        </w:rPr>
        <w:t>“If the four imams are on the truth, then why do their followers reject each other's hadith and tafsir?”</w:t>
      </w:r>
    </w:p>
    <w:p>
      <w:r>
        <w:rPr>
          <w:sz w:val="20"/>
        </w:rPr>
        <w:t>1:06:15  Maulana, agla sawal Muinuddin sahib ne kiya hai Delhi se, aur unhon ne likha hai: "Agar char imam barhaq hain to phir un ke followers ek doosre ki ahadees aur tafseer ko radd kyon karte hain?" is ke baray mein batayen.</w:t>
      </w:r>
      <w:r>
        <w:br/>
      </w:r>
      <w:r>
        <w:rPr>
          <w:sz w:val="20"/>
        </w:rPr>
        <w:t>1:06:32  dekhiye, is par meri kitab maujood hai, is ko parh lijiye aap: "Tajdeed-e-Deen". phir sawal kijiye. is kitab, is qism ke sawalat par hamari ek mustaqil kitab hai, is ka naam hai "Tajdeed-e-Deen".</w:t>
      </w:r>
      <w:r>
        <w:br/>
      </w:r>
      <w:r>
        <w:rPr>
          <w:sz w:val="20"/>
        </w:rPr>
        <w:t>1:06:45  is ko parhiye, phir agle Sunday ko sawal kijiye aap.</w:t>
      </w:r>
    </w:p>
    <w:p>
      <w:pPr>
        <w:pStyle w:val="Heading2"/>
      </w:pPr>
      <w:r>
        <w:t>Discrepancy between Hadith on Syria and current situation</w:t>
      </w:r>
    </w:p>
    <w:p>
      <w:r>
        <w:rPr>
          <w:color w:val="666666"/>
          <w:sz w:val="18"/>
        </w:rPr>
        <w:t>Hadith · Dars-e-Quran, Ch. 2 Verse 50-52 |  March 11, 2018 · 1m 23s · at 55:32 · https://youtu.be/ShSyMy4LPfc?t=3332</w:t>
      </w:r>
    </w:p>
    <w:p>
      <w:r>
        <w:rPr>
          <w:i/>
        </w:rPr>
        <w:t>“There are so many Hadith related to Syria that it is very blissful and angels are spreading their wings to save it, but now there is bl...”</w:t>
      </w:r>
    </w:p>
    <w:p>
      <w:r>
        <w:rPr>
          <w:sz w:val="20"/>
        </w:rPr>
        <w:t>55:32  maulana agla sawal ishaq kamal sahab ne likha hai ah unhon ne apni location nahin likhi hai in</w:t>
      </w:r>
      <w:r>
        <w:br/>
      </w:r>
      <w:r>
        <w:rPr>
          <w:sz w:val="20"/>
        </w:rPr>
        <w:t>55:39  کا سوال ہے مولانا there are so many hadith related to Syria that it is very blissful</w:t>
      </w:r>
      <w:r>
        <w:br/>
      </w:r>
      <w:r>
        <w:rPr>
          <w:sz w:val="20"/>
        </w:rPr>
        <w:t>55:47  and angels are spreading their wings to save it but now there is bl</w:t>
      </w:r>
      <w:r>
        <w:br/>
      </w:r>
      <w:r>
        <w:rPr>
          <w:sz w:val="20"/>
        </w:rPr>
        <w:t>55:54  ood shed everywhere. Maulana some time it seems that there is a contradiction between hadith and the situation that is present in syria today. what is your opinion on this? contradiction nahi hai yeh is baat ka saboot hai ke musalman na sirf syria ke balkeh sari dunya ke wo debate kar rahe hain allah ki hidayat se kyun ke syria wale direct involve hain to doosre</w:t>
      </w:r>
      <w:r>
        <w:br/>
      </w:r>
      <w:r>
        <w:rPr>
          <w:sz w:val="20"/>
        </w:rPr>
        <w:t>56:24  musalman jo hain kyun un ki himayat karte hain kyun ke un ko rokte kyun nahin yani jis</w:t>
      </w:r>
      <w:r>
        <w:br/>
      </w:r>
      <w:r>
        <w:rPr>
          <w:sz w:val="20"/>
        </w:rPr>
        <w:t>56:32  ko dekhiye us ki himayat mein bol raha hai sab log chalayein ke kya kar rahe ho tum</w:t>
      </w:r>
      <w:r>
        <w:br/>
      </w:r>
      <w:r>
        <w:rPr>
          <w:sz w:val="20"/>
        </w:rPr>
        <w:t>56:39  positive ko negative mein badal rahe ho chhod do yeh sab bomb chhod do gun chhod do negative soch chhod do aur</w:t>
      </w:r>
      <w:r>
        <w:br/>
      </w:r>
      <w:r>
        <w:rPr>
          <w:sz w:val="20"/>
        </w:rPr>
        <w:t>56:47  quran ko le kar utho</w:t>
      </w:r>
    </w:p>
    <w:p>
      <w:pPr>
        <w:pStyle w:val="Heading2"/>
      </w:pPr>
      <w:r>
        <w:t>Does hadith predict return of caliphate?</w:t>
      </w:r>
    </w:p>
    <w:p>
      <w:r>
        <w:rPr>
          <w:color w:val="666666"/>
          <w:sz w:val="18"/>
        </w:rPr>
        <w:t>Hadith · Social Reform | December 22, 2013 | Maulana Wahiduddin Khan · 1m 46s · at 1:17:30 · https://youtu.be/kGP903BvDto?t=4650</w:t>
      </w:r>
    </w:p>
    <w:p>
      <w:r>
        <w:rPr>
          <w:i/>
        </w:rPr>
        <w:t>“In hadith, there is a prediction of the return of caliphate. Does that mean the coming of democratic conditions? Please explain.”</w:t>
      </w:r>
    </w:p>
    <w:p>
      <w:r>
        <w:rPr>
          <w:sz w:val="20"/>
        </w:rPr>
        <w:t>1:17:30  aur ye insān khud hī samajh saktā hai. koī dūsrā nahīñ batā saktā is ko. maulānā, aglā savāl maulānā iliyās ne kiyā hai channai se. unhoñ ne likhā hai: "Maulānā, ḥadīth mein khilāfat kī vāpasī kā prediction āyā hai. kyā is kā matlab jamhūriyyat kī ḥālāt kā ānā hai? is ke bāre mein batāeñ." bhaī, duniyā mein kaun sī ḥadīth mein khilāfat kī vāpasī kī prediction hai? aisā to</w:t>
      </w:r>
      <w:r>
        <w:br/>
      </w:r>
      <w:r>
        <w:rPr>
          <w:sz w:val="20"/>
        </w:rPr>
        <w:t>1:18:00  koi hadith hai nahin.</w:t>
      </w:r>
      <w:r>
        <w:br/>
      </w:r>
      <w:r>
        <w:rPr>
          <w:sz w:val="20"/>
        </w:rPr>
        <w:t>1:18:04  kehta hai, koi hadith hai aisi? khilafat wapas aye gi? mujhe to pata nahi.</w:t>
      </w:r>
      <w:r>
        <w:br/>
      </w:r>
      <w:r>
        <w:rPr>
          <w:sz w:val="20"/>
        </w:rPr>
        <w:t>1:18:08  beh-haal, yeh yeh agar in ke koi hadith hadith jante honge to agle itwar ko batayein woh.</w:t>
      </w:r>
      <w:r>
        <w:br/>
      </w:r>
      <w:r>
        <w:rPr>
          <w:sz w:val="20"/>
        </w:rPr>
        <w:t>1:18:12  ji, main nahi janta kisi aisi hadith ko jis mein ke khilafat wapas aye gi.</w:t>
      </w:r>
      <w:r>
        <w:br/>
      </w:r>
      <w:r>
        <w:rPr>
          <w:sz w:val="20"/>
        </w:rPr>
        <w:t>1:18:15  yeh to koi mere to yeh ghair maloom baat hai.</w:t>
      </w:r>
      <w:r>
        <w:br/>
      </w:r>
      <w:r>
        <w:rPr>
          <w:sz w:val="20"/>
        </w:rPr>
        <w:t>1:18:19  ek se ek khilafat ka lafz aa gaya to bas aap samajh lein ke khilafat wapas aye gi.</w:t>
      </w:r>
      <w:r>
        <w:br/>
      </w:r>
      <w:r>
        <w:rPr>
          <w:sz w:val="20"/>
        </w:rPr>
        <w:t>1:18:23  wapas aye gi.</w:t>
      </w:r>
      <w:r>
        <w:br/>
      </w:r>
      <w:r>
        <w:rPr>
          <w:sz w:val="20"/>
        </w:rPr>
        <w:t>1:18:27  log lafzon yeh bhi</w:t>
      </w:r>
      <w:r>
        <w:br/>
      </w:r>
      <w:r>
        <w:rPr>
          <w:sz w:val="20"/>
        </w:rPr>
        <w:t>1:18:30  bohat bari logon ke andar ajeeb-o-ghareeb kamzori hai.</w:t>
      </w:r>
      <w:r>
        <w:br/>
      </w:r>
      <w:r>
        <w:rPr>
          <w:sz w:val="20"/>
        </w:rPr>
        <w:t>1:18:34  ek lafz le lenge, aap samajhte hain ke falan baat wahan maujood hai.</w:t>
      </w:r>
      <w:r>
        <w:br/>
      </w:r>
      <w:r>
        <w:rPr>
          <w:sz w:val="20"/>
        </w:rPr>
        <w:t>1:18:38  lafz se sabit nahi hota ke falan baat wahan maujood hai.</w:t>
      </w:r>
      <w:r>
        <w:br/>
      </w:r>
      <w:r>
        <w:rPr>
          <w:sz w:val="20"/>
        </w:rPr>
        <w:t>1:18:42  kahin lafz khalifa aa gaya to bas khilafat tasawwur maujood hai.</w:t>
      </w:r>
      <w:r>
        <w:br/>
      </w:r>
      <w:r>
        <w:rPr>
          <w:sz w:val="20"/>
        </w:rPr>
        <w:t>1:18:45  aisa kuch nahi.</w:t>
      </w:r>
      <w:r>
        <w:br/>
      </w:r>
      <w:r>
        <w:rPr>
          <w:sz w:val="20"/>
        </w:rPr>
        <w:t>1:18:49  aap poora is is poore bayan ko dekhiye ke wahan kis ma'ne mein woh lafz aaya hai.</w:t>
      </w:r>
      <w:r>
        <w:br/>
      </w:r>
      <w:r>
        <w:rPr>
          <w:sz w:val="20"/>
        </w:rPr>
        <w:t>1:18:53  to jab tak main poori hadith na dekh loon, main koi rai nahi de sakta is ke bare mein.</w:t>
      </w:r>
      <w:r>
        <w:br/>
      </w:r>
      <w:r>
        <w:rPr>
          <w:sz w:val="20"/>
        </w:rPr>
        <w:t>1:18:57  in ka ek aur sawal hai</w:t>
      </w:r>
      <w:r>
        <w:br/>
      </w:r>
      <w:r>
        <w:rPr>
          <w:sz w:val="20"/>
        </w:rPr>
        <w:t>1:19:01  maulana, unhon ne likha hai: "lafzi dekhiye, lafzi mushabihat par istadlal karne ka bohat poori tareekh mein raha hai.</w:t>
      </w:r>
      <w:r>
        <w:br/>
      </w:r>
      <w:r>
        <w:rPr>
          <w:sz w:val="20"/>
        </w:rPr>
        <w:t>1:19:09  lafzi mushabihat se.</w:t>
      </w:r>
    </w:p>
    <w:p>
      <w:pPr>
        <w:pStyle w:val="Heading2"/>
      </w:pPr>
      <w:r>
        <w:t>Does hadith teach universal outlook</w:t>
      </w:r>
    </w:p>
    <w:p>
      <w:r>
        <w:rPr>
          <w:color w:val="666666"/>
          <w:sz w:val="18"/>
        </w:rPr>
        <w:t>Hadith · Universal outlook April 09, 2017 · 45s · at 54:50 · https://youtu.be/n3HAPCpom5c?t=3290</w:t>
      </w:r>
    </w:p>
    <w:p>
      <w:r>
        <w:rPr>
          <w:i/>
        </w:rPr>
        <w:t>“Maulana, there is a hadith which says 'تقلق بي اخلاق الا' (Takhallaqu bi akhlaq Allah?). Does this hadith teach the same universal outlook? The wording suggests that, but...”</w:t>
      </w:r>
    </w:p>
    <w:p>
      <w:r>
        <w:rPr>
          <w:sz w:val="20"/>
        </w:rPr>
        <w:t>54:50  Maulana agla sawal bheja hai Pakistan se Miss Shabana Ansari ne unhon ne likha hai Maulana there is</w:t>
      </w:r>
      <w:r>
        <w:br/>
      </w:r>
      <w:r>
        <w:rPr>
          <w:sz w:val="20"/>
        </w:rPr>
        <w:t>54:58  a hadith which says taqallu bi akhlaq al does this hadith teaches the same universal outlook</w:t>
      </w:r>
      <w:r>
        <w:br/>
      </w:r>
      <w:r>
        <w:rPr>
          <w:sz w:val="20"/>
        </w:rPr>
        <w:t>55:09  yani jo is ke jo wording hai us mein to yahi baat hai lekin yeh is hadith ko</w:t>
      </w:r>
      <w:r>
        <w:br/>
      </w:r>
      <w:r>
        <w:rPr>
          <w:sz w:val="20"/>
        </w:rPr>
        <w:t>55:16  muhaddiseen mante nahi muhaddiseen ne is ko hadith nahi mana hai yeh kisi ki saying hai kisi ka</w:t>
      </w:r>
      <w:r>
        <w:br/>
      </w:r>
      <w:r>
        <w:rPr>
          <w:sz w:val="20"/>
        </w:rPr>
        <w:t>55:24  qol hai baat to achhi hai is ke andar</w:t>
      </w:r>
      <w:r>
        <w:br/>
      </w:r>
      <w:r>
        <w:rPr>
          <w:sz w:val="20"/>
        </w:rPr>
        <w:t>55:29  baat to bohat achhi hai lekin yeh qol Rasool nahi hai muhaddiseen ke nazdeek</w:t>
      </w:r>
    </w:p>
    <w:p>
      <w:pPr>
        <w:pStyle w:val="Heading2"/>
      </w:pPr>
      <w:r>
        <w:t>Dua for the dead in hadith</w:t>
      </w:r>
    </w:p>
    <w:p>
      <w:r>
        <w:rPr>
          <w:color w:val="666666"/>
          <w:sz w:val="18"/>
        </w:rPr>
        <w:t>Hadith · Art of Crisis Management I 3 October, 2010 Maulana Wahiduddin Khan · 1m 52s · at 1:42:20 · https://youtu.be/mcJZ0YEOolk?t=6140</w:t>
      </w:r>
    </w:p>
    <w:p>
      <w:r>
        <w:rPr>
          <w:i/>
        </w:rPr>
        <w:t>“Abu Huraira reported that Allah's Messenger said: 'When a human being dies, all of his deeds are terminated except for three types: an ongoing charity, knowledge of Islam from which others benefit, and thirdly a righteous child who makes dua for him.' Does this hadith clearly indicate that dua is helpful to the dead?”</w:t>
      </w:r>
    </w:p>
    <w:p>
      <w:r>
        <w:rPr>
          <w:sz w:val="20"/>
        </w:rPr>
        <w:t>1:42:20  Maulana, yeh sawal kiya hai Mr. Faiq ne California se. unhone poocha hai ke Abu Hurairah, Abu Hurairah reported that Allah Messenger once said:</w:t>
      </w:r>
      <w:r>
        <w:br/>
      </w:r>
      <w:r>
        <w:rPr>
          <w:sz w:val="20"/>
        </w:rPr>
        <w:t>1:42:36  "When a human being dies, all of his deeds are terminated, except for three types:</w:t>
      </w:r>
      <w:r>
        <w:br/>
      </w:r>
      <w:r>
        <w:rPr>
          <w:sz w:val="20"/>
        </w:rPr>
        <w:t>1:42:43  an ongoing charity, a knowledge of Islam from which others benefit, and thirdly a righteous child who makes dua for him." The Abu Hadith clearly indicates that dua is helpful to the dead.</w:t>
      </w:r>
      <w:r>
        <w:br/>
      </w:r>
      <w:r>
        <w:rPr>
          <w:sz w:val="20"/>
        </w:rPr>
        <w:t>1:43:00  What is your comment on this? Nahi, nahi, woh aap ne sahih hadith nahi naqal ki hai. is tarah nahi hai,</w:t>
      </w:r>
      <w:r>
        <w:br/>
      </w:r>
      <w:r>
        <w:rPr>
          <w:sz w:val="20"/>
        </w:rPr>
        <w:t>1:43:08  woh hadith is tareeqe se hai ke woh beta jis ke banane mein baap ka haath ho, to chunke is bete ko baap ne banaya hai,</w:t>
      </w:r>
      <w:r>
        <w:br/>
      </w:r>
      <w:r>
        <w:rPr>
          <w:sz w:val="20"/>
        </w:rPr>
        <w:t>1:43:21  saalih banaya hai, naik banaya hai, to is wajah se is ko sawab milta rahega. yeh nahi ke woh beta dua kar dega to is ko sawab mil jayega. yeh matlab nahi hai.</w:t>
      </w:r>
      <w:r>
        <w:br/>
      </w:r>
      <w:r>
        <w:rPr>
          <w:sz w:val="20"/>
        </w:rPr>
        <w:t>1:43:30  is hadith ko phir se padhiye. hmm, yaani woh cheez jo</w:t>
      </w:r>
      <w:r>
        <w:br/>
      </w:r>
      <w:r>
        <w:rPr>
          <w:sz w:val="20"/>
        </w:rPr>
        <w:t>1:43:35  baap ke marne ke baad baqi rahi, woh ek saalih beta hai jis ke banane mein baap ka hissa tha. agar baap ki niyat na ho shaamil, apne aap woh saalih hoga, tab bhi nahi kuch milega is ko.</w:t>
      </w:r>
      <w:r>
        <w:br/>
      </w:r>
      <w:r>
        <w:rPr>
          <w:sz w:val="20"/>
        </w:rPr>
        <w:t>1:43:46  yaad rakhiye, yaani baap ka intention agar shaamil hai bete ko banane mein,</w:t>
      </w:r>
      <w:r>
        <w:br/>
      </w:r>
      <w:r>
        <w:rPr>
          <w:sz w:val="20"/>
        </w:rPr>
        <w:t>1:43:54  to chunke baap ne banaya hai bete ko, to yeh is ka ek amal qarar payega. yeh baap ka ek amal qarar payega ke is ne bete ko saalih banaya.</w:t>
      </w:r>
      <w:r>
        <w:br/>
      </w:r>
      <w:r>
        <w:rPr>
          <w:sz w:val="20"/>
        </w:rPr>
        <w:t>1:44:03  is amal ka is ko ajar milega. ya yeh unhone naqal kiya hai na? yeh un ko mein kahunga ke phir se is ke</w:t>
      </w:r>
    </w:p>
    <w:p>
      <w:pPr>
        <w:pStyle w:val="Heading2"/>
      </w:pPr>
      <w:r>
        <w:t>Dying without knowing the Imam</w:t>
      </w:r>
    </w:p>
    <w:p>
      <w:r>
        <w:rPr>
          <w:color w:val="666666"/>
          <w:sz w:val="18"/>
        </w:rPr>
        <w:t>Hadith · The Process of Personality Development June 30, 2013 · 1m 24s · at 49:31 · https://youtu.be/CSSFRydcJlo?t=2971</w:t>
      </w:r>
    </w:p>
    <w:p>
      <w:r>
        <w:rPr>
          <w:i/>
        </w:rPr>
        <w:t>“If a person dies without recognizing the Imam of his time, he dies in ignorance. Please explain this hadith.”</w:t>
      </w:r>
    </w:p>
    <w:p>
      <w:r>
        <w:rPr>
          <w:sz w:val="20"/>
        </w:rPr>
        <w:t>49:31  hamara agla sawal hai mahboob sahab ka shurapur yadgir, karnataka se. unhon ne apne aik saathi ka sawal likha hai ke agar koi shakhs waqt ke imam ko pehchanay baghair mar jaye, woh jahalat ki halat mein mar gaya.</w:t>
      </w:r>
      <w:r>
        <w:br/>
      </w:r>
      <w:r>
        <w:rPr>
          <w:sz w:val="20"/>
        </w:rPr>
        <w:t>49:48  siyah sitah, is hadith ki tashreeh kijiye. dekhein, pehchan ka to mujhe yaad nahin aata, unhon ne alfaaz nahin likhe, nahin hain, ghaliban itaat ka lafz hai.</w:t>
      </w:r>
      <w:r>
        <w:br/>
      </w:r>
      <w:r>
        <w:rPr>
          <w:sz w:val="20"/>
        </w:rPr>
        <w:t>49:59  to yeh yeh baat jo hai, yeh sahi hai, lekin yeh is mani mein sahi hai ke nizam duniya ke mani mein sahi hai, kyunke agar aap itaat na karein to kya hota hai?</w:t>
      </w:r>
      <w:r>
        <w:br/>
      </w:r>
      <w:r>
        <w:rPr>
          <w:sz w:val="20"/>
        </w:rPr>
        <w:t>50:16  nizam khalal waqe hota hai, aapas mein ladaaiyan hoti hain, jis tarah ke aap dekh rahe hain, muslim mulkon mein log aapas mein lad rahe hain, kyunke imam ko mante nahin, imam ki itaat nahin karte.</w:t>
      </w:r>
      <w:r>
        <w:br/>
      </w:r>
      <w:r>
        <w:rPr>
          <w:sz w:val="20"/>
        </w:rPr>
        <w:t>50:27  to imam ki itaat woh woh is aitbar se aham hai ke agar aap itaat nahin kareinge to bahami ladaaiyan hongi, tashaddud aayega, nafratein aayengi, aur phir sara mamla jabrtize ho jayega.</w:t>
      </w:r>
      <w:r>
        <w:br/>
      </w:r>
      <w:r>
        <w:rPr>
          <w:sz w:val="20"/>
        </w:rPr>
        <w:t>50:41  na marifat ka kaam hoga, na taleem ka kaam hoga, na dawat ka kaam hoga. is aitbar se is ki ahmiyat hai, yaani ke amli ahmiyat is ki, amli, yaani is ki ahmiyat eitiqadi nahin hai, balkay amli</w:t>
      </w:r>
    </w:p>
    <w:p>
      <w:pPr>
        <w:pStyle w:val="Heading2"/>
      </w:pPr>
      <w:r>
        <w:t>Explain days of eating and drinking in hadith</w:t>
      </w:r>
    </w:p>
    <w:p>
      <w:r>
        <w:rPr>
          <w:color w:val="666666"/>
          <w:sz w:val="18"/>
        </w:rPr>
        <w:t>Hadith · The Message of Eid Al-Adha November 6, 2011 Maulana Wahiduddin Khan · 2m 51s · at 1:11:16 · https://youtu.be/y59PU_RD2cg?t=4276</w:t>
      </w:r>
    </w:p>
    <w:p>
      <w:r>
        <w:rPr>
          <w:i/>
        </w:rPr>
        <w:t>“The days of sacrifice (Eid al-Adha) are called days of eating and drinking in the hadith. Please explain this.”</w:t>
      </w:r>
    </w:p>
    <w:p>
      <w:r>
        <w:rPr>
          <w:sz w:val="20"/>
        </w:rPr>
        <w:t>1:11:16  agle sawal Maulana Chennai se aaya hai. Ibn Naeem ne likha hai.</w:t>
      </w:r>
      <w:r>
        <w:br/>
      </w:r>
      <w:r>
        <w:rPr>
          <w:sz w:val="20"/>
        </w:rPr>
        <w:t>1:11:20  unhone poocha hai ke qurbani ke dinon ko hadith mein khana aur peena ka din kaha gaya hai. ayyam-e-akl-o-shurb Maulana sahib, uski wazahat farmayein.</w:t>
      </w:r>
      <w:r>
        <w:br/>
      </w:r>
      <w:r>
        <w:rPr>
          <w:sz w:val="20"/>
        </w:rPr>
        <w:t>1:11:32  woh bhi ek pehlu uska hai.</w:t>
      </w:r>
      <w:r>
        <w:br/>
      </w:r>
      <w:r>
        <w:rPr>
          <w:sz w:val="20"/>
        </w:rPr>
        <w:t>1:11:36  zahiran, khana peena to hota hi hai. woh bhi ek pehlu hai, lekin sirf khane peene ke liye hai. aisa nahi hai.</w:t>
      </w:r>
      <w:r>
        <w:br/>
      </w:r>
      <w:r>
        <w:rPr>
          <w:sz w:val="20"/>
        </w:rPr>
        <w:t>1:11:47  Maulana, doosra sawal Tamil Nadu se aaya hai. Syed Iqbal Umri ka. unhone likha hai: "aaj dawat ke liye kis qism ki qurbani mutlab hai?</w:t>
      </w:r>
      <w:r>
        <w:br/>
      </w:r>
      <w:r>
        <w:rPr>
          <w:sz w:val="20"/>
        </w:rPr>
        <w:t>1:11:57  uske bare mein batayein."</w:t>
      </w:r>
      <w:r>
        <w:br/>
      </w:r>
      <w:r>
        <w:rPr>
          <w:sz w:val="20"/>
        </w:rPr>
        <w:t>1:12:04  bhai, mera to khayal hai ke sab se bari qurbani yeh hai ke log apna concern badlein.</w:t>
      </w:r>
      <w:r>
        <w:br/>
      </w:r>
      <w:r>
        <w:rPr>
          <w:sz w:val="20"/>
        </w:rPr>
        <w:t>1:12:12  har aadmi concern kuch aur bana hua hai. misalan, bachche hain, ghar hai, family hai, business hai, job hai, paisa kamana hai, zindagi ki achhi zindagi taabeer karna, yeh sab concern bana hua hai.</w:t>
      </w:r>
      <w:r>
        <w:br/>
      </w:r>
      <w:r>
        <w:rPr>
          <w:sz w:val="20"/>
        </w:rPr>
        <w:t>1:12:27  to sab se bari qurbani yeh hai ke in cheezon ko sirf need ke waqt lein, yani zaroorat ke khane mein dalein.</w:t>
      </w:r>
      <w:r>
        <w:br/>
      </w:r>
      <w:r>
        <w:rPr>
          <w:sz w:val="20"/>
        </w:rPr>
        <w:t>1:12:38  to ek hai mission, ek hai zaroorat.</w:t>
      </w:r>
      <w:r>
        <w:br/>
      </w:r>
      <w:r>
        <w:rPr>
          <w:sz w:val="20"/>
        </w:rPr>
        <w:t>1:12:41  to zaroorat ke waqt duniya aur aur baqi jo kuch hai, mission ke liye sab se bari qurbani hai.</w:t>
      </w:r>
      <w:r>
        <w:br/>
      </w:r>
      <w:r>
        <w:rPr>
          <w:sz w:val="20"/>
        </w:rPr>
        <w:t>1:12:49  yeh mission ke liye to kuch karta rahe aadmi, sirf siway kuch ritual ke. to jab tak yeh tabdeeli na aaye ke duniya ko lein waqt zaroorat,</w:t>
      </w:r>
      <w:r>
        <w:br/>
      </w:r>
      <w:r>
        <w:rPr>
          <w:sz w:val="20"/>
        </w:rPr>
        <w:t>1:13:03  aur sara jo waqt bachta hai, jo paisa bachta hai, jo aap ki tawajjuh bachti hai, woh sab laga dein mission mein. asal qurbani yahi hai.</w:t>
      </w:r>
      <w:r>
        <w:br/>
      </w:r>
      <w:r>
        <w:rPr>
          <w:sz w:val="20"/>
        </w:rPr>
        <w:t>1:13:11  aaj koi qurbani yahi hai. ab hum ko na sara jana hai, na na is tarah ke halaat mein apne ko talna hai.</w:t>
      </w:r>
      <w:r>
        <w:br/>
      </w:r>
      <w:r>
        <w:rPr>
          <w:sz w:val="20"/>
        </w:rPr>
        <w:t>1:13:21  woh daur khatam ho gaya. ab to yeh hai ke log jo hain,</w:t>
      </w:r>
      <w:r>
        <w:br/>
      </w:r>
      <w:r>
        <w:rPr>
          <w:sz w:val="20"/>
        </w:rPr>
        <w:t>1:13:27  yani unhone apna soul concern bana rakha hai ke paisa kamayein, family banayein, aur comfortable life ikhtiyar karein.</w:t>
      </w:r>
      <w:r>
        <w:br/>
      </w:r>
      <w:r>
        <w:rPr>
          <w:sz w:val="20"/>
        </w:rPr>
        <w:t>1:13:37  bas aur kuch un ka, kuch un ka, kuch wahi nahi hai. yani kuch un ka zindagi ka purpose yeh nahi hai. to yeh yeh khatam ho, aur dunya ko sirf is qadar hasil karein jitna un ki, yani jin ki zaroorat hai, yani waqt need,</w:t>
      </w:r>
      <w:r>
        <w:br/>
      </w:r>
      <w:r>
        <w:rPr>
          <w:sz w:val="20"/>
        </w:rPr>
        <w:t>1:13:58  aur baqi jo kuch bhi aap ka paisa hai, ya aap ka time hai, ya aap ka energy hai, woh sab lagayein da'wati mission mein. sab se bari qurbani yeh matloob hai.</w:t>
      </w:r>
    </w:p>
    <w:p>
      <w:pPr>
        <w:pStyle w:val="Heading2"/>
      </w:pPr>
      <w:r>
        <w:t>Explain fear of God as source of wisdom</w:t>
      </w:r>
    </w:p>
    <w:p>
      <w:r>
        <w:rPr>
          <w:color w:val="666666"/>
          <w:sz w:val="18"/>
        </w:rPr>
        <w:t>Hadith · Islamic Wisdom July 17, 2016 · 1m 25s · at 57:29 · https://youtu.be/jB4ugN0K-AM?t=3449</w:t>
      </w:r>
    </w:p>
    <w:p>
      <w:r>
        <w:rPr>
          <w:i/>
        </w:rPr>
        <w:t>“The Prophet had once said that fear of God is the source of wisdom. Kindly explain this saying of the Prophet.”</w:t>
      </w:r>
    </w:p>
    <w:p>
      <w:r>
        <w:rPr>
          <w:sz w:val="20"/>
        </w:rPr>
        <w:t>57:28  Jazakumullah.</w:t>
      </w:r>
      <w:r>
        <w:br/>
      </w:r>
      <w:r>
        <w:rPr>
          <w:sz w:val="20"/>
        </w:rPr>
        <w:t>57:29  Maulana, agla sawal Mr. Ajay Dwivedi ne kiya hai Delhi se aur unhon ne aap se poocha hai</w:t>
      </w:r>
      <w:r>
        <w:br/>
      </w:r>
      <w:r>
        <w:rPr>
          <w:sz w:val="20"/>
        </w:rPr>
        <w:t>57:37  کہ: "The Prophet had once said that fear of God is the source of wisdom." مولانا صاحب، کائنڈلی</w:t>
      </w:r>
      <w:r>
        <w:br/>
      </w:r>
      <w:r>
        <w:rPr>
          <w:sz w:val="20"/>
        </w:rPr>
        <w:t>57:45  explain this saying of the Prophet.</w:t>
      </w:r>
      <w:r>
        <w:br/>
      </w:r>
      <w:r>
        <w:rPr>
          <w:sz w:val="20"/>
        </w:rPr>
        <w:t>57:47  Haan, woh hadith hai: "Rusl hikmat makawat Allah." Dekhein, is ka matlab yeh hai ke jab Allah ka</w:t>
      </w:r>
      <w:r>
        <w:br/>
      </w:r>
      <w:r>
        <w:rPr>
          <w:sz w:val="20"/>
        </w:rPr>
        <w:t>57:55  dar hoga to aadmi ke andar modesty aayegi, woh criticize ho jayega, woh as it is</w:t>
      </w:r>
      <w:r>
        <w:br/>
      </w:r>
      <w:r>
        <w:rPr>
          <w:sz w:val="20"/>
        </w:rPr>
        <w:t>58:03  sochne ka is ke andar yani paida ho jayega, as it is sochne lagega.</w:t>
      </w:r>
      <w:r>
        <w:br/>
      </w:r>
      <w:r>
        <w:rPr>
          <w:sz w:val="20"/>
        </w:rPr>
        <w:t>58:10  jab dar hoga Allah ki pakar ka to sochega ke main agar galat baat kahunga to</w:t>
      </w:r>
      <w:r>
        <w:br/>
      </w:r>
      <w:r>
        <w:rPr>
          <w:sz w:val="20"/>
        </w:rPr>
        <w:t>58:17  galat baat sochunga to Allah ki pakar ho jayegi.</w:t>
      </w:r>
      <w:r>
        <w:br/>
      </w:r>
      <w:r>
        <w:rPr>
          <w:sz w:val="20"/>
        </w:rPr>
        <w:t>58:22  to Allah ka dar aadmi ko right thinking, right speaking wala banata hai, kyunke criticize jo ho chuka</w:t>
      </w:r>
      <w:r>
        <w:br/>
      </w:r>
      <w:r>
        <w:rPr>
          <w:sz w:val="20"/>
        </w:rPr>
        <w:t>58:30  hoga, woh woh woh kya kare? Yahi karega.</w:t>
      </w:r>
      <w:r>
        <w:br/>
      </w:r>
      <w:r>
        <w:rPr>
          <w:sz w:val="20"/>
        </w:rPr>
        <w:t>58:34  woh to Allah ka dar aadmi ko criticize banata hai aur criticize jab ban gaya aadmi to is</w:t>
      </w:r>
      <w:r>
        <w:br/>
      </w:r>
      <w:r>
        <w:rPr>
          <w:sz w:val="20"/>
        </w:rPr>
        <w:t>58:41  ke andar right thinking aa jati hai.</w:t>
      </w:r>
      <w:r>
        <w:br/>
      </w:r>
      <w:r>
        <w:rPr>
          <w:sz w:val="20"/>
        </w:rPr>
        <w:t>58:44  woh afford nahi kar sakta ke woh galat thinking is ke andar ho.</w:t>
      </w:r>
      <w:r>
        <w:br/>
      </w:r>
      <w:r>
        <w:rPr>
          <w:sz w:val="20"/>
        </w:rPr>
        <w:t>58:50  isi ka naam wisdom hai.</w:t>
      </w:r>
      <w:r>
        <w:br/>
      </w:r>
      <w:r>
        <w:rPr>
          <w:sz w:val="20"/>
        </w:rPr>
        <w:t>58:52  right thinking ke doosra naam wisdom hai.</w:t>
      </w:r>
    </w:p>
    <w:p>
      <w:pPr>
        <w:pStyle w:val="Heading2"/>
      </w:pPr>
      <w:r>
        <w:t>Explain hadith about best place mosque</w:t>
      </w:r>
    </w:p>
    <w:p>
      <w:r>
        <w:rPr>
          <w:color w:val="666666"/>
          <w:sz w:val="18"/>
        </w:rPr>
        <w:t>Hadith · Age of Consumerism January 6, 2013 · 2m 32s · at 1:29:36 · https://youtu.be/zJRZ1OKUhgA?t=5376</w:t>
      </w:r>
    </w:p>
    <w:p>
      <w:r>
        <w:rPr>
          <w:i/>
        </w:rPr>
        <w:t>“In today's talk, you narrated the hadith about the best and the worst place on earth. Please explain the second part of the hadith, that is the mosque being the best place on earth.”</w:t>
      </w:r>
    </w:p>
    <w:p>
      <w:r>
        <w:rPr>
          <w:sz w:val="20"/>
        </w:rPr>
        <w:t>1:29:36  maulana, agla sawal dilli se hai, maulana zikwan nadvi ka. unhon ne likha hai: "maulana sahib, in today talk, you narrated the hadith about the best and the worst place in earth.</w:t>
      </w:r>
      <w:r>
        <w:br/>
      </w:r>
      <w:r>
        <w:rPr>
          <w:sz w:val="20"/>
        </w:rPr>
        <w:t>1:29:50  please explain the second part of the hadith, that is the masjid being the best place in earth."</w:t>
      </w:r>
      <w:r>
        <w:br/>
      </w:r>
      <w:r>
        <w:rPr>
          <w:sz w:val="20"/>
        </w:rPr>
        <w:t>1:29:58  haan, dekhiye, masjid behtareen jagah ka matlab yeh nahi ke aaj kal jo masjidon ka haal hai,</w:t>
      </w:r>
      <w:r>
        <w:br/>
      </w:r>
      <w:r>
        <w:rPr>
          <w:sz w:val="20"/>
        </w:rPr>
        <w:t>1:30:06  woh woh matlab is hadith ka nahi hai.</w:t>
      </w:r>
      <w:r>
        <w:br/>
      </w:r>
      <w:r>
        <w:rPr>
          <w:sz w:val="20"/>
        </w:rPr>
        <w:t>1:30:10  masjid ka matlab yeh hai ke woh jagah jahan Allah ka zikr ho, Allah ki soch le kar baithe hain log, Allah ko acknowledge karne wale log wahan hon.</w:t>
      </w:r>
      <w:r>
        <w:br/>
      </w:r>
      <w:r>
        <w:rPr>
          <w:sz w:val="20"/>
        </w:rPr>
        <w:t>1:30:19  to wahan jahan taqwa ho. to ek hadith hai ke "al masajid buyoot al muttaqeen" masjidain al taqwa ka markaz hain.</w:t>
      </w:r>
      <w:r>
        <w:br/>
      </w:r>
      <w:r>
        <w:rPr>
          <w:sz w:val="20"/>
        </w:rPr>
        <w:t>1:30:33  jo jab taqwa wahan hoga to woh masjidain hongi. lekin aaj kal taqwa wali masjidain</w:t>
      </w:r>
      <w:r>
        <w:br/>
      </w:r>
      <w:r>
        <w:rPr>
          <w:sz w:val="20"/>
        </w:rPr>
        <w:t>1:30:39  nahi hain. woh to wohi hain jo woh hadith maine sunai aap ko ke "masajid muammarah" masjidon mein bheed khoob dikhai deti hai, lekin hidayat se khali hain woh masjidain.</w:t>
      </w:r>
      <w:r>
        <w:br/>
      </w:r>
      <w:r>
        <w:rPr>
          <w:sz w:val="20"/>
        </w:rPr>
        <w:t>1:30:50  to yahan jis jis cheez ka zikr hai, yani potential sense mein hai, actual sense mein hai,</w:t>
      </w:r>
      <w:r>
        <w:br/>
      </w:r>
      <w:r>
        <w:rPr>
          <w:sz w:val="20"/>
        </w:rPr>
        <w:t>1:30:58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1:31:16  to masjid hi ki baat nahi hai, aap kahin bhi ikattha hon, Allah ke haqeeqi matlab mein Allah ki yaad ke liye, to is ka darja wohi ho jayega.</w:t>
      </w:r>
      <w:r>
        <w:br/>
      </w:r>
      <w:r>
        <w:rPr>
          <w:sz w:val="20"/>
        </w:rPr>
        <w:t>1:31:25  kyun ke hadith mein aata hai ke "mere liye sari zameen masjid bana di gayi." Islam mein poori poori zameen hi masjid hai.</w:t>
      </w:r>
      <w:r>
        <w:br/>
      </w:r>
      <w:r>
        <w:rPr>
          <w:sz w:val="20"/>
        </w:rPr>
        <w:t>1:31:37  to asal cheez is mein hai ke woh is part jahan log jama hon, is liye ke woh Allah ka par tadabbur karein, tafakkur karein,</w:t>
      </w:r>
      <w:r>
        <w:br/>
      </w:r>
      <w:r>
        <w:rPr>
          <w:sz w:val="20"/>
        </w:rPr>
        <w:t>1:31:50  Allah ka charcha karein, aur haqeeqi maano mein zikr aur shukr karein. aur jahan taqwa ka mahol ho, woh jo maqam hai, woh bilashuba sab se acha maqam hai.</w:t>
      </w:r>
      <w:r>
        <w:br/>
      </w:r>
      <w:r>
        <w:rPr>
          <w:sz w:val="20"/>
        </w:rPr>
        <w:t>1:32:05  yeh matlab hai is ka.</w:t>
      </w:r>
    </w:p>
    <w:p>
      <w:pPr>
        <w:pStyle w:val="Heading2"/>
      </w:pPr>
      <w:r>
        <w:t>Explain hadith about funeral and people's testimony</w:t>
      </w:r>
    </w:p>
    <w:p>
      <w:r>
        <w:rPr>
          <w:color w:val="666666"/>
          <w:sz w:val="18"/>
        </w:rPr>
        <w:t>Hadith · Journey of History December 23, 2012 · 2m 06s · at 1:03:40 · https://youtu.be/bvjWl3U3Dmw?t=3820</w:t>
      </w:r>
    </w:p>
    <w:p>
      <w:r>
        <w:rPr>
          <w:i/>
        </w:rPr>
        <w:t>“Can you please explain this hadith which is narrated by Anas bin Malik? A funeral procession passed and the people praised the deceased. The Prophet said, 'It has been affirmed to him.' Then another funeral procession passed and the people spoke badly of the deceased. The Prophet said, 'It has been affirmed to him.'”</w:t>
      </w:r>
    </w:p>
    <w:p>
      <w:r>
        <w:rPr>
          <w:sz w:val="20"/>
        </w:rPr>
        <w:t>1:03:40  maulana, agla sawal maryland usa se aya hai miss gulzeeba ahmed ka. unhon ne likha hai: "maulana sahib, can you please explain this hadith which is narrated by anas bin malik?" aur maulana, woh hadith is tarah hai:</w:t>
      </w:r>
      <w:r>
        <w:br/>
      </w:r>
      <w:r>
        <w:rPr>
          <w:sz w:val="20"/>
        </w:rPr>
        <w:t>1:03:56  "a funeral procession passed and the people praised the deceased. the prophet said it has been affirmed to him.</w:t>
      </w:r>
      <w:r>
        <w:br/>
      </w:r>
      <w:r>
        <w:rPr>
          <w:sz w:val="20"/>
        </w:rPr>
        <w:t>1:04:07  then another funeral procession passed and the people spoke badly of the deceased. the prophet said it has been affirmed to him.</w:t>
      </w:r>
      <w:r>
        <w:br/>
      </w:r>
      <w:r>
        <w:rPr>
          <w:sz w:val="20"/>
        </w:rPr>
        <w:t>1:04:18  umar bin al-khattab asked prophet what has been affirmed?</w:t>
      </w:r>
      <w:r>
        <w:br/>
      </w:r>
      <w:r>
        <w:rPr>
          <w:sz w:val="20"/>
        </w:rPr>
        <w:t>1:04:24  prophet replied: "you praised this so paradise has been affirmed to him and you spoke badly of this so hell has been affirmed to him.</w:t>
      </w:r>
      <w:r>
        <w:br/>
      </w:r>
      <w:r>
        <w:rPr>
          <w:sz w:val="20"/>
        </w:rPr>
        <w:t>1:04:37  you people are allah witnesses on earth." dekhiye, is mein jo pehla hissa hai, woh is mein asal baat nahi hai.</w:t>
      </w:r>
      <w:r>
        <w:br/>
      </w:r>
      <w:r>
        <w:rPr>
          <w:sz w:val="20"/>
        </w:rPr>
        <w:t>1:04:47  asal baat to hai aakhri hisse mein: "antum shuhada allah fi al-ard.</w:t>
      </w:r>
      <w:r>
        <w:br/>
      </w:r>
      <w:r>
        <w:rPr>
          <w:sz w:val="20"/>
        </w:rPr>
        <w:t>1:04:52  " shuhada ka matlab hai dua daai. is par mein likh chuka hoon. is se pehle aap parhiye is is hadith ka asal juz yeh hai ke tum dunya mein allah ke gadai ho, gawah ho.</w:t>
      </w:r>
      <w:r>
        <w:br/>
      </w:r>
      <w:r>
        <w:rPr>
          <w:sz w:val="20"/>
        </w:rPr>
        <w:t>1:05:10  to matlab yeh ke jab jinke paas yeh quran ho, quran ki quran ki wirasat hai, wohi to dawat ka kaam karenge.</w:t>
      </w:r>
      <w:r>
        <w:br/>
      </w:r>
      <w:r>
        <w:rPr>
          <w:sz w:val="20"/>
        </w:rPr>
        <w:t>1:05:23  to yeh hadith dawat ki zimmedari ko batati hai. is se jo jis ne lena hai humein, woh sirf yeh lena hai ke humein dawat ka kaam karna hai.</w:t>
      </w:r>
      <w:r>
        <w:br/>
      </w:r>
      <w:r>
        <w:rPr>
          <w:sz w:val="20"/>
        </w:rPr>
        <w:t>1:05:33  agar hum dawat ka kaam na karein to pakde jayenge.</w:t>
      </w:r>
    </w:p>
    <w:p>
      <w:pPr>
        <w:pStyle w:val="Heading2"/>
      </w:pPr>
      <w:r>
        <w:t>Explain hadith of two beloved phrases</w:t>
      </w:r>
    </w:p>
    <w:p>
      <w:r>
        <w:rPr>
          <w:color w:val="666666"/>
          <w:sz w:val="18"/>
        </w:rPr>
        <w:t>Hadith · The Importance of Ijtihad August 1, 2010 · 6m 44s · at 59:47 · https://youtu.be/3q98aQ-j2ks?t=3587</w:t>
      </w:r>
    </w:p>
    <w:p>
      <w:r>
        <w:rPr>
          <w:i/>
        </w:rPr>
        <w:t>“The hadith mentions that two phrases are very beloved to Allah, light on the tongue and heavy in weight. Please explain this in detail.”</w:t>
      </w:r>
    </w:p>
    <w:p>
      <w:r>
        <w:rPr>
          <w:sz w:val="20"/>
        </w:rPr>
        <w:t>59:47  molana, yeh sawal kiya hai miss nuzhat bano ne, mau, madhya pradesh se. likha hai ke hadith mein zikr hai ke do kalme Allah ko bohat mehboob hain, woh zaban par halke hain aur wazan mein bhari.</w:t>
      </w:r>
      <w:r>
        <w:br/>
      </w:r>
      <w:r>
        <w:rPr>
          <w:sz w:val="20"/>
        </w:rPr>
        <w:t>1:00:03  molana, woh chahti hain ke is ke bare mein aap detail se explain karein.</w:t>
      </w:r>
      <w:r>
        <w:br/>
      </w:r>
      <w:r>
        <w:rPr>
          <w:sz w:val="20"/>
        </w:rPr>
        <w:t>1:00:09  haan, bukhari ki riwayat hai yeh ke kalmatan khafeefatan hain.</w:t>
      </w:r>
      <w:r>
        <w:br/>
      </w:r>
      <w:r>
        <w:rPr>
          <w:sz w:val="20"/>
        </w:rPr>
        <w:t>1:00:17  nahi, kalmatan hain, woh habibatan. kalmatan habibatan hain. kya hai?</w:t>
      </w:r>
      <w:r>
        <w:br/>
      </w:r>
      <w:r>
        <w:rPr>
          <w:sz w:val="20"/>
        </w:rPr>
        <w:t>1:00:26  kalmatan habibatan lir rehman kalmatan habibatan ur rehman. khafeefatan alal lisan alal lisan.</w:t>
      </w:r>
      <w:r>
        <w:br/>
      </w:r>
      <w:r>
        <w:rPr>
          <w:sz w:val="20"/>
        </w:rPr>
        <w:t>1:00:37  thaqilatan fil mizan thaqilatan fil mizan subhan Allah wa bihamdihi, subhan Allah al azeem.</w:t>
      </w:r>
      <w:r>
        <w:br/>
      </w:r>
      <w:r>
        <w:rPr>
          <w:sz w:val="20"/>
        </w:rPr>
        <w:t>1:00:49  to yeh</w:t>
      </w:r>
      <w:r>
        <w:br/>
      </w:r>
      <w:r>
        <w:rPr>
          <w:sz w:val="20"/>
        </w:rPr>
        <w:t>1:00:54  yeh kalma ki baat nahi hai, kalma jo baat hai, woh asal cheez hai. subhan Allah wa bihamdihi, subhan Allah al azeem yani is mein Allah ki azmat hai, Allah ki glory hai,</w:t>
      </w:r>
      <w:r>
        <w:br/>
      </w:r>
      <w:r>
        <w:rPr>
          <w:sz w:val="20"/>
        </w:rPr>
        <w:t>1:01:08  woh bayan ki gayi hai.</w:t>
      </w:r>
      <w:r>
        <w:br/>
      </w:r>
      <w:r>
        <w:rPr>
          <w:sz w:val="20"/>
        </w:rPr>
        <w:t>1:01:13  to matlab halka is sirmay ke is mein ne talwar chalani hai, na gun chalani hai, na suicide bombing karni hai, na jaan deni hai, na apne ko qurban karna hai, yeh sab kuch bhi nahi hai.</w:t>
      </w:r>
      <w:r>
        <w:br/>
      </w:r>
      <w:r>
        <w:rPr>
          <w:sz w:val="20"/>
        </w:rPr>
        <w:t>1:01:28  lekin is ka matlab yeh nahi ke yeh bas zaban se bol do aur woh mizan par thaqeel mizan mein bhari ho jaye.</w:t>
      </w:r>
      <w:r>
        <w:br/>
      </w:r>
      <w:r>
        <w:rPr>
          <w:sz w:val="20"/>
        </w:rPr>
        <w:t>1:01:41  aap bohat bara darja mil jaye</w:t>
      </w:r>
      <w:r>
        <w:br/>
      </w:r>
      <w:r>
        <w:rPr>
          <w:sz w:val="20"/>
        </w:rPr>
        <w:t>1:01:43  , aisa nahi hai. matlab is ka hai, is ke peeche ek bohat bari ek aur qurbani darkar hai, woh intellectual qurbani.</w:t>
      </w:r>
      <w:r>
        <w:br/>
      </w:r>
      <w:r>
        <w:rPr>
          <w:sz w:val="20"/>
        </w:rPr>
        <w:t>1:01:55  yani yeh yeh ek qurbani kam nahi hai. ek hai physical qurbani, ek hai intellectual qurbani. yani Khuda ki daryaft, Khuda ki azmaton ki daryaft, Khuda ki glory ki daryaft.</w:t>
      </w:r>
      <w:r>
        <w:br/>
      </w:r>
      <w:r>
        <w:rPr>
          <w:sz w:val="20"/>
        </w:rPr>
        <w:t>1:02:12  to jab aap is mein kya karna parta hai, tamam cheezon ko door karna parta hai, har distraction se bachana parta hai, apne aap ko har doosre concern ko dimagh se nikalna parta hai, apne aap ko dedicate karna parta hai Allah ke mission mein.</w:t>
      </w:r>
      <w:r>
        <w:br/>
      </w:r>
      <w:r>
        <w:rPr>
          <w:sz w:val="20"/>
        </w:rPr>
        <w:t>1:02:32  yeh ek bohat bara, yani mein ek bohat bari qurbani, is se bhi bari qurbani deni parti hai.</w:t>
      </w:r>
      <w:r>
        <w:br/>
      </w:r>
      <w:r>
        <w:rPr>
          <w:sz w:val="20"/>
        </w:rPr>
        <w:t>1:02:42  yani aap maidan e jang mein talwar chali aur aap gardan kat gayi, ek minute mein khatma ho gaya. yahan to barson barson apne aap ko isi mein dena parta hai.</w:t>
      </w:r>
      <w:r>
        <w:br/>
      </w:r>
      <w:r>
        <w:rPr>
          <w:sz w:val="20"/>
        </w:rPr>
        <w:t>1:02:56  chunanche dekhiye, phir zibah azeem ka lafz aya hai Hazrat Ismail ke liye. zibah azeem, agar aap is mani mein lein to zibah azeem kahan thi?</w:t>
      </w:r>
      <w:r>
        <w:br/>
      </w:r>
      <w:r>
        <w:rPr>
          <w:sz w:val="20"/>
        </w:rPr>
        <w:t>1:03:05  woh</w:t>
      </w:r>
      <w:r>
        <w:br/>
      </w:r>
      <w:r>
        <w:rPr>
          <w:sz w:val="20"/>
        </w:rPr>
        <w:t>1:03:07  gardan to katti nahi hai un ki, lekin woh sehra mein rehna, woh woh gardan katne se bhi zyada sakht is mein mamla tha.</w:t>
      </w:r>
      <w:r>
        <w:br/>
      </w:r>
      <w:r>
        <w:rPr>
          <w:sz w:val="20"/>
        </w:rPr>
        <w:t>1:03:15  woh is se zyada, yani qurbani is mein deni deni thi.</w:t>
      </w:r>
      <w:r>
        <w:br/>
      </w:r>
      <w:r>
        <w:rPr>
          <w:sz w:val="20"/>
        </w:rPr>
        <w:t>1:03:23  to ek insan jo Allah ki azmaton par ghaur kare, us ke liye apne aap ko dedicate kare, ek sui hasil kare,</w:t>
      </w:r>
      <w:r>
        <w:br/>
      </w:r>
      <w:r>
        <w:rPr>
          <w:sz w:val="20"/>
        </w:rPr>
        <w:t>1:03:38  apni zarooraton mein kami kare. zarooraton mein kami karni parti hai, khane mein, peene mein, tafreeh mein kami karni parti hai. apne ko distraction se bachaye, soche, soche, soche,</w:t>
      </w:r>
      <w:r>
        <w:br/>
      </w:r>
      <w:r>
        <w:rPr>
          <w:sz w:val="20"/>
        </w:rPr>
        <w:t>1:03:53  Allah ko yaad kare, Allah ki duaen kare, tab ja kar hi woh daryaft hota hai. yaani Allah ki azmaten ko woh daryaft ke darje mein pata hai, tab woh nikal padta hai is zaban se yeh alfaaz:</w:t>
      </w:r>
      <w:r>
        <w:br/>
      </w:r>
      <w:r>
        <w:rPr>
          <w:sz w:val="20"/>
        </w:rPr>
        <w:t>1:04:07  Subhan Allah wa bihamdihi, Subhan Allah al-Azeem. yeh kalma ki baat nahi, yeh ek daryaft ki baat hai. ek daryaft ki baat hai,</w:t>
      </w:r>
      <w:r>
        <w:br/>
      </w:r>
      <w:r>
        <w:rPr>
          <w:sz w:val="20"/>
        </w:rPr>
        <w:t>1:04:18  jaise Yunan ka jo falsafi tha, Archimedes, jo use kaha tha: Eureka, Eureka. to kehne ke liye woh do lafz tha sirf, lekin us ke peeche us ki poori zindagi thi.</w:t>
      </w:r>
      <w:r>
        <w:br/>
      </w:r>
      <w:r>
        <w:rPr>
          <w:sz w:val="20"/>
        </w:rPr>
        <w:t>1:04:32  poori zindagi us ki thi. to yeh jo kalma hai, yeh ek ek azeem daryaft ke baad nikla hua qaul hai,</w:t>
      </w:r>
      <w:r>
        <w:br/>
      </w:r>
      <w:r>
        <w:rPr>
          <w:sz w:val="20"/>
        </w:rPr>
        <w:t>1:04:46  bahut bada qaul.</w:t>
      </w:r>
      <w:r>
        <w:br/>
      </w:r>
      <w:r>
        <w:rPr>
          <w:sz w:val="20"/>
        </w:rPr>
        <w:t>1:04:52  jaise ek lady aai Europe se pehli baar Taj Mahal ko dekhne ke liye, jab wahan pahunchi woh to us ki zaban se ek hi lafz nikla: Wonder, Wonder.</w:t>
      </w:r>
      <w:r>
        <w:br/>
      </w:r>
      <w:r>
        <w:rPr>
          <w:sz w:val="20"/>
        </w:rPr>
        <w:t>1:05:07  to wonder jo tha, bajaye to ek lafz tha, woh nahi. us ke us ke andar us ka ek bhonchal chupa hua tha. Taj Mahal ko dekh kar us ke andar ek bhonchal aaya,</w:t>
      </w:r>
      <w:r>
        <w:br/>
      </w:r>
      <w:r>
        <w:rPr>
          <w:sz w:val="20"/>
        </w:rPr>
        <w:t>1:05:20  ek bhonchal. woh bhonchal ek lafz mein dhal gaya.</w:t>
      </w:r>
      <w:r>
        <w:br/>
      </w:r>
      <w:r>
        <w:rPr>
          <w:sz w:val="20"/>
        </w:rPr>
        <w:t>1:05:26  to is tareeqe se jo aadmi tafakkur kare, tazakkur kare, tasawwum kare, tadabbur kare, to hote hote hote woh woh is waqt is baat ko daryaft karta hai jo us jo us lafz mein kahi gayi hai.</w:t>
      </w:r>
      <w:r>
        <w:br/>
      </w:r>
      <w:r>
        <w:rPr>
          <w:sz w:val="20"/>
        </w:rPr>
        <w:t>1:05:45  woh ek haqeeqat hai jo is lafz mein</w:t>
      </w:r>
      <w:r>
        <w:br/>
      </w:r>
      <w:r>
        <w:rPr>
          <w:sz w:val="20"/>
        </w:rPr>
        <w:t>1:05:47  kahi gayi hai: Subhan Allah wa bihamdihi, Subhan Allah al-Azeem. yeh ek ek haqeeqat ka bayan hai. to jab is haqeeqat ko daryaft karta hai to in alfaaz mein us ko ada karta hai, kyunke alfaaz ke siwa hamare paas us ko ada karne ke liye koi aur shakal nahi hai.</w:t>
      </w:r>
      <w:r>
        <w:br/>
      </w:r>
      <w:r>
        <w:rPr>
          <w:sz w:val="20"/>
        </w:rPr>
        <w:t>1:06:05  to bilashuba woh bahut badi cheez hai, Allah taala ka uska bahut darja hai. is is ka to khulasa yeh hai ke yeh</w:t>
      </w:r>
      <w:r>
        <w:br/>
      </w:r>
      <w:r>
        <w:rPr>
          <w:sz w:val="20"/>
        </w:rPr>
        <w:t>1:06:15  do kalma ki baat nahi hai.</w:t>
      </w:r>
      <w:r>
        <w:br/>
      </w:r>
      <w:r>
        <w:rPr>
          <w:sz w:val="20"/>
        </w:rPr>
        <w:t>1:06:17  yeh azeez daryaft ke baad jo bhonchal aata hai, is bhonchal ke tehat zaban se jo ada hota hai, woh woh cheez hai.</w:t>
      </w:r>
      <w:r>
        <w:br/>
      </w:r>
      <w:r>
        <w:rPr>
          <w:sz w:val="20"/>
        </w:rPr>
        <w:t>1:06:28  yeh</w:t>
      </w:r>
    </w:p>
    <w:p>
      <w:pPr>
        <w:pStyle w:val="Heading2"/>
      </w:pPr>
      <w:r>
        <w:t>Explain hadith on loss of honesty</w:t>
      </w:r>
    </w:p>
    <w:p>
      <w:r>
        <w:rPr>
          <w:color w:val="666666"/>
          <w:sz w:val="18"/>
        </w:rPr>
        <w:t>Hadith · Opportunities of the Modern Age | March 05, 2017 · 1m 15s · at 55:24 · https://youtu.be/Cv8QEwvQ_fY?t=3324</w:t>
      </w:r>
    </w:p>
    <w:p>
      <w:r>
        <w:rPr>
          <w:i/>
        </w:rPr>
        <w:t>“Please explain the hadith recorded by Bukhari where the Prophet predicted that the Day of Judgment will be established when honesty will be lost and...”</w:t>
      </w:r>
    </w:p>
    <w:p>
      <w:r>
        <w:rPr>
          <w:sz w:val="20"/>
        </w:rPr>
        <w:t>55:24  min teen is ka matlab yahi to hai ke allah sab se kaha ke discrimination kya hai yeh shaitan ki boli hai is ka taluq na profits se hai na allah se hai na quran se hai na sunnat se hai ise mein kabhi bhi discrimination ki boli nahi bolta main is ko gunah samajhta hoon maulana agla sawal mumbai se bheja hai muhammad rafiq choo</w:t>
      </w:r>
      <w:r>
        <w:br/>
      </w:r>
      <w:r>
        <w:rPr>
          <w:sz w:val="20"/>
        </w:rPr>
        <w:t>55:54  le sahab ne unhon ne likha hai: "maulana please explain da hadith recorded by bukhari veer in da</w:t>
      </w:r>
      <w:r>
        <w:br/>
      </w:r>
      <w:r>
        <w:rPr>
          <w:sz w:val="20"/>
        </w:rPr>
        <w:t>56:02  Prophet has predicted that the Dooms Day will be established when honesty will be lost and the honesty</w:t>
      </w:r>
      <w:r>
        <w:br/>
      </w:r>
      <w:r>
        <w:rPr>
          <w:sz w:val="20"/>
        </w:rPr>
        <w:t>56:09  will be lost when the power and authority will be in the hands of unfit person. What</w:t>
      </w:r>
      <w:r>
        <w:br/>
      </w:r>
      <w:r>
        <w:rPr>
          <w:sz w:val="20"/>
        </w:rPr>
        <w:t>56:17  is your comment on this?" dekhiye aap hadith ke arabi alfaaz ko</w:t>
      </w:r>
      <w:r>
        <w:br/>
      </w:r>
      <w:r>
        <w:rPr>
          <w:sz w:val="20"/>
        </w:rPr>
        <w:t>56:24  naqal kar ke hamein bhejiye to hum inshallah jo magazine hai us mein chhapen ge is ka jawab</w:t>
      </w:r>
      <w:r>
        <w:br/>
      </w:r>
      <w:r>
        <w:rPr>
          <w:sz w:val="20"/>
        </w:rPr>
        <w:t>56:32  arabi jo matan hai woh bhi bhejiye aap ko sawal jo hai woh bhejiye ji to inshallah hum</w:t>
      </w:r>
    </w:p>
    <w:p>
      <w:pPr>
        <w:pStyle w:val="Heading2"/>
      </w:pPr>
      <w:r>
        <w:t>Explain hadith on love and hate for Allah</w:t>
      </w:r>
    </w:p>
    <w:p>
      <w:r>
        <w:rPr>
          <w:color w:val="666666"/>
          <w:sz w:val="18"/>
        </w:rPr>
        <w:t>Hadith · Formula of Human Life | March 13, 2016 · 3m 25s · at 1:19:30 · https://youtu.be/Et_ZQTYZzjU?t=4770</w:t>
      </w:r>
    </w:p>
    <w:p>
      <w:r>
        <w:rPr>
          <w:i/>
        </w:rPr>
        <w:t>“Kindly explain the hadith which says: Al-hubbu fiLlahi wa al-bughdu fiLlahi (love for the sake of Allah and hate for the sake of Allah).”</w:t>
      </w:r>
    </w:p>
    <w:p>
      <w:r>
        <w:rPr>
          <w:sz w:val="20"/>
        </w:rPr>
        <w:t>1:19:30  Maulana, the next question has been asked by Rafi Chougley Sahib from Mumbai. He has written: "Maulana,</w:t>
      </w:r>
      <w:r>
        <w:br/>
      </w:r>
      <w:r>
        <w:rPr>
          <w:sz w:val="20"/>
        </w:rPr>
        <w:t>1:19:38  kindly explain this hadith wich sees: Al hubbu fillah wa al bughzu fillah. us ko wazeh karen.</w:t>
      </w:r>
      <w:r>
        <w:br/>
      </w:r>
      <w:r>
        <w:rPr>
          <w:sz w:val="20"/>
        </w:rPr>
        <w:t>1:19:46  bhai, yeh to bilkul clear hai. aap</w:t>
      </w:r>
      <w:r>
        <w:br/>
      </w:r>
      <w:r>
        <w:rPr>
          <w:sz w:val="20"/>
        </w:rPr>
        <w:t>1:19:53  kisi se, chahe family ka mamla ho ya family ke bahar ka mamla ho, kisi ke bare mein</w:t>
      </w:r>
      <w:r>
        <w:br/>
      </w:r>
      <w:r>
        <w:rPr>
          <w:sz w:val="20"/>
        </w:rPr>
        <w:t>1:19:59  aap positive hain to is ka bhi aap ko dekhna chahiye ke main positive jo hoon to kya</w:t>
      </w:r>
      <w:r>
        <w:br/>
      </w:r>
      <w:r>
        <w:rPr>
          <w:sz w:val="20"/>
        </w:rPr>
        <w:t>1:20:06  Quran o hadith ke mutabiq hai.</w:t>
      </w:r>
      <w:r>
        <w:br/>
      </w:r>
      <w:r>
        <w:rPr>
          <w:sz w:val="20"/>
        </w:rPr>
        <w:t>1:20:12  agar negative ho jayen tab bhi sochna chahiye ke kya main Quran o hadith ke mutabiq hoon.</w:t>
      </w:r>
      <w:r>
        <w:br/>
      </w:r>
      <w:r>
        <w:rPr>
          <w:sz w:val="20"/>
        </w:rPr>
        <w:t>1:20:18  yeh meri negative thinking bas itni si baat hai aur is mein koi mysterious meaning nahi hai.</w:t>
      </w:r>
      <w:r>
        <w:br/>
      </w:r>
      <w:r>
        <w:rPr>
          <w:sz w:val="20"/>
        </w:rPr>
        <w:t>1:20:25  Maulana, agla ek comment hai jo hum parhna chahenge jo doctor Safeena Tasneem ne bheja hai Ajmer se.</w:t>
      </w:r>
      <w:r>
        <w:br/>
      </w:r>
      <w:r>
        <w:rPr>
          <w:sz w:val="20"/>
        </w:rPr>
        <w:t>1:20:32  She has written: "Maulana, it is said that biggest sacrifice is sacrifice of opinion."</w:t>
      </w:r>
      <w:r>
        <w:br/>
      </w:r>
      <w:r>
        <w:rPr>
          <w:sz w:val="20"/>
        </w:rPr>
        <w:t>1:20:40  "What would you say in this?" ہاں، رائے کی قربانی سب سے بڑی قربانی ہے، یہ میں مانتا</w:t>
      </w:r>
      <w:r>
        <w:br/>
      </w:r>
      <w:r>
        <w:rPr>
          <w:sz w:val="20"/>
        </w:rPr>
        <w:t>1:20:47  hoon us ko kyunke wahan ego ego involve hota hai.</w:t>
      </w:r>
      <w:r>
        <w:br/>
      </w:r>
      <w:r>
        <w:rPr>
          <w:sz w:val="20"/>
        </w:rPr>
        <w:t>1:20:55  جب میں ایک رائے دے دوں اور دوسرا اس سے differ کر رہا ہے تو میری ego وہاں</w:t>
      </w:r>
      <w:r>
        <w:br/>
      </w:r>
      <w:r>
        <w:rPr>
          <w:sz w:val="20"/>
        </w:rPr>
        <w:t>1:21:01  par kehti hai ke nahi, meri rai to sab se achi hai, main kyun manun? to rai ki</w:t>
      </w:r>
      <w:r>
        <w:br/>
      </w:r>
      <w:r>
        <w:rPr>
          <w:sz w:val="20"/>
        </w:rPr>
        <w:t>1:21:07  qurbani ke mani hain ego ki qurbani.</w:t>
      </w:r>
      <w:r>
        <w:br/>
      </w:r>
      <w:r>
        <w:rPr>
          <w:sz w:val="20"/>
        </w:rPr>
        <w:t>1:21:13  rai ki qurbani ke mani hain ego ki qurbani, yani ego ko sacrifice karna.</w:t>
      </w:r>
      <w:r>
        <w:br/>
      </w:r>
      <w:r>
        <w:rPr>
          <w:sz w:val="20"/>
        </w:rPr>
        <w:t>1:21:19  to main manta hoon is baat ko</w:t>
      </w:r>
      <w:r>
        <w:br/>
      </w:r>
      <w:r>
        <w:rPr>
          <w:sz w:val="20"/>
        </w:rPr>
        <w:t>1:21:26  ke sab se bari jo value hai insan mein woh hai modesty. Modesty, arrogance nahi hai. Ego se arrogance aata hai jo yani source of all evil hai. Modest aadmi kabhi bhi apni ego ko le kar ke yani ukhdega nahi. To rai ki</w:t>
      </w:r>
      <w:r>
        <w:br/>
      </w:r>
      <w:r>
        <w:rPr>
          <w:sz w:val="20"/>
        </w:rPr>
        <w:t>1:21:56  qurbani bila shakk sab bari qurbani hai is sense mein ke rai qurbani ka matlab hai apne ego ko ego ko qurban kar dena.</w:t>
      </w:r>
    </w:p>
    <w:p>
      <w:pPr>
        <w:pStyle w:val="Heading2"/>
      </w:pPr>
      <w:r>
        <w:t>Explain teaching Hadith as independent discipline</w:t>
      </w:r>
    </w:p>
    <w:p>
      <w:r>
        <w:rPr>
          <w:color w:val="666666"/>
          <w:sz w:val="18"/>
        </w:rPr>
        <w:t>Hadith · Personality Building January 05, 2014 · 1m 16s · at 53:05 · https://youtu.be/3Zppdm2K4ug?t=3185</w:t>
      </w:r>
    </w:p>
    <w:p>
      <w:r>
        <w:rPr>
          <w:i/>
        </w:rPr>
        <w:t>“Maulana, in your book Tajdeed-e-Deen, page 10, you have written: 'Now the need is to establish the practice of teaching Hadith as an independent discipline.' Maulana, please explain the meaning of this statement with an example.”</w:t>
      </w:r>
    </w:p>
    <w:p>
      <w:r>
        <w:rPr>
          <w:sz w:val="20"/>
        </w:rPr>
        <w:t>53:05  maulana, agla sawal chennai se aya hai maulana ilyas ka.</w:t>
      </w:r>
      <w:r>
        <w:br/>
      </w:r>
      <w:r>
        <w:rPr>
          <w:sz w:val="20"/>
        </w:rPr>
        <w:t>53:09  unhon ne likha hai: "maulana, in your book tajdid-e-deen, page number 10, you have written: ab zarurat hai ke hadith ko khud ek mustaqil ilm ki hesiyat se parhane ka rivaj dala jaye.</w:t>
      </w:r>
      <w:r>
        <w:br/>
      </w:r>
      <w:r>
        <w:rPr>
          <w:sz w:val="20"/>
        </w:rPr>
        <w:t>53:26  maulana, please explain the meaning of this statement with an example. dekhen, woh woh jo statement hai.</w:t>
      </w:r>
      <w:r>
        <w:br/>
      </w:r>
      <w:r>
        <w:rPr>
          <w:sz w:val="20"/>
        </w:rPr>
        <w:t>53:35  to aisa ho gaya hai baad ke zamane mein,</w:t>
      </w:r>
      <w:r>
        <w:br/>
      </w:r>
      <w:r>
        <w:rPr>
          <w:sz w:val="20"/>
        </w:rPr>
        <w:t>53:39  baad ke zamane mein aisa hoga ke hadith ko fiqh ke tabe kar diya jayega. yani pehle fiqh hai, uske baad hadith.</w:t>
      </w:r>
      <w:r>
        <w:br/>
      </w:r>
      <w:r>
        <w:rPr>
          <w:sz w:val="20"/>
        </w:rPr>
        <w:t>53:50  fiqh mein kuch masail banaye aur hadith se usko nikalne lage. to main ne yeh kaha hai ke yeh "putting the card before the heart"</w:t>
      </w:r>
      <w:r>
        <w:br/>
      </w:r>
      <w:r>
        <w:rPr>
          <w:sz w:val="20"/>
        </w:rPr>
        <w:t>53:59  sahih hai. yani abhi hadith ko yeh darja dena chahiye ke fiqh uske tabe ho. ulta kar diya gaya hai, ulta kar diya gaya hai.</w:t>
      </w:r>
      <w:r>
        <w:br/>
      </w:r>
      <w:r>
        <w:rPr>
          <w:sz w:val="20"/>
        </w:rPr>
        <w:t>54:09  is ki wajah is misalein di hain, is kitab aap parh lijiye, is ko aap ne shayad is ko ghaur se nahi parha. isi kitab mein, isi kitab mein misal mil jayegi aap ko dobara agar parhen aap to.</w:t>
      </w:r>
    </w:p>
    <w:p>
      <w:pPr>
        <w:pStyle w:val="Heading2"/>
      </w:pPr>
      <w:r>
        <w:t>Explain the best place on earth hadith</w:t>
      </w:r>
    </w:p>
    <w:p>
      <w:r>
        <w:rPr>
          <w:color w:val="666666"/>
          <w:sz w:val="18"/>
        </w:rPr>
        <w:t>Hadith · Question &amp; Answer Jan 6th 2013 - Maulana Wahiduddin Kahn · 2m 32s · at 30:56 · https://youtu.be/1FAK1QuHEpw?t=1856</w:t>
      </w:r>
    </w:p>
    <w:p>
      <w:r>
        <w:rPr>
          <w:i/>
        </w:rPr>
        <w:t>“Molana sahib, in today's talk you narrated the hadith about the best and the worst place on earth. Please explain the second part of the hadith that is the mosque being the best place on earth. Yes, see, the meaning of mosque being the best place is not the condition of mosques today.”</w:t>
      </w:r>
    </w:p>
    <w:p>
      <w:r>
        <w:rPr>
          <w:sz w:val="20"/>
        </w:rPr>
        <w:t>30:56  molana, agla sawal dilli se hai, molana zakwan nadvi ka. unhon ne likha hai: "Molana sahib, in today's talk you narrated the hadith about the best and the worst place on earth.</w:t>
      </w:r>
      <w:r>
        <w:br/>
      </w:r>
      <w:r>
        <w:rPr>
          <w:sz w:val="20"/>
        </w:rPr>
        <w:t>31:10  Please explain the second part of the hadith that is the mosque being the best place on earth."</w:t>
      </w:r>
      <w:r>
        <w:br/>
      </w:r>
      <w:r>
        <w:rPr>
          <w:sz w:val="20"/>
        </w:rPr>
        <w:t>31:18  haan, dekhiye, masjid behtareen jagah ka matlab yeh nahi ke aaj kal jo masjidon ka haal hai</w:t>
      </w:r>
      <w:r>
        <w:br/>
      </w:r>
      <w:r>
        <w:rPr>
          <w:sz w:val="20"/>
        </w:rPr>
        <w:t>31:26  woh woh matlab is hadith ka nahi hai. masjid ka matlab yeh hai ke woh jagah jahan Allah ka zikr ho, Allah ki soch le kar baithe hain log, Allah ko acknowledge karne wale log wahan hon.</w:t>
      </w:r>
      <w:r>
        <w:br/>
      </w:r>
      <w:r>
        <w:rPr>
          <w:sz w:val="20"/>
        </w:rPr>
        <w:t>31:39  to wahan jahan taqwa ho. to ek hadith hai ke al masajid buyoot al muttaqeen. masjidain ahl e taqwa ka markaz hain.</w:t>
      </w:r>
      <w:r>
        <w:br/>
      </w:r>
      <w:r>
        <w:rPr>
          <w:sz w:val="20"/>
        </w:rPr>
        <w:t>31:53  jo jab taqwa wahan hoga to woh masjidain hongi. lekin aaj kal taqwa wali masjidain nahi hain. woh to wohi hain jo woh hadith maine sunai aap ko ke masajid mu'ammara masjidon mein bheed khoob dikhai deti hai lekin hidayat se khali hain woh masjidain.</w:t>
      </w:r>
      <w:r>
        <w:br/>
      </w:r>
      <w:r>
        <w:rPr>
          <w:sz w:val="20"/>
        </w:rPr>
        <w:t>32:10  to yahan jis jis cheez ka zikr hai yani potential sense mein hai, actual sense mein hai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32:36  to masjid hi ki baat nahi hai. aap kahin bhi ikattha hon Allah ke haqeeqi matlab mein Allah ki yaad ke liye to is ka darja wohi ho jayega.</w:t>
      </w:r>
      <w:r>
        <w:br/>
      </w:r>
      <w:r>
        <w:rPr>
          <w:sz w:val="20"/>
        </w:rPr>
        <w:t>32:46  kyun ke hadith mein aata hai ke mere liye sari zameen masjid bana di gayi. Islam mein poori poori zameen hi masjid hai.</w:t>
      </w:r>
      <w:r>
        <w:br/>
      </w:r>
      <w:r>
        <w:rPr>
          <w:sz w:val="20"/>
        </w:rPr>
        <w:t>32:57  to asal cheez is mein hai ke woh is part jahan log jama hon is liye ke woh Allah ka par tadabbur karein, tafakkur karein,</w:t>
      </w:r>
      <w:r>
        <w:br/>
      </w:r>
      <w:r>
        <w:rPr>
          <w:sz w:val="20"/>
        </w:rPr>
        <w:t>33:10  Allah ka charcha karein aur haqeeqi matlab mein zikr aur shukr karein aur jahan taqwa ka mahol ho woh jo maqam hai woh bilashuba sab se acha maqam hai.</w:t>
      </w:r>
      <w:r>
        <w:br/>
      </w:r>
      <w:r>
        <w:rPr>
          <w:sz w:val="20"/>
        </w:rPr>
        <w:t>33:25  yeh matlab hai is ka.</w:t>
      </w:r>
    </w:p>
    <w:p>
      <w:pPr>
        <w:pStyle w:val="Heading2"/>
      </w:pPr>
      <w:r>
        <w:t>Explain the hadith about mosque as best place</w:t>
      </w:r>
    </w:p>
    <w:p>
      <w:r>
        <w:rPr>
          <w:color w:val="666666"/>
          <w:sz w:val="18"/>
        </w:rPr>
        <w:t>Hadith · Age Of Consumerism I January 6, 2013 Maulana Wahiduddin Khan · 2m 32s · at 1:30:30 · https://youtu.be/CuRYFl7JuEM?t=5430</w:t>
      </w:r>
    </w:p>
    <w:p>
      <w:r>
        <w:rPr>
          <w:i/>
        </w:rPr>
        <w:t>“In today's talk, you narrated the hadith about the best and the worst place on earth. Please explain the second part of the hadith, that is the mosque being the best place on earth.”</w:t>
      </w:r>
    </w:p>
    <w:p>
      <w:r>
        <w:rPr>
          <w:sz w:val="20"/>
        </w:rPr>
        <w:t>1:30:30  maulana, agla sawal Dilli se hai, Maulana Zakwan Nadvi ka. unhon ne likha hai: "Maulana sahib, in today's talk, you narrated the hadith about the best and the worst place on earth.</w:t>
      </w:r>
      <w:r>
        <w:br/>
      </w:r>
      <w:r>
        <w:rPr>
          <w:sz w:val="20"/>
        </w:rPr>
        <w:t>1:30:44  please explain the second part of the hadith, that is the mosque being the best place on earth."</w:t>
      </w:r>
      <w:r>
        <w:br/>
      </w:r>
      <w:r>
        <w:rPr>
          <w:sz w:val="20"/>
        </w:rPr>
        <w:t>1:30:52  haan, dekhiye, masjid behtareen jagah ka matlab yeh nahin ke aaj kal jo masjidon ka haal hai,</w:t>
      </w:r>
      <w:r>
        <w:br/>
      </w:r>
      <w:r>
        <w:rPr>
          <w:sz w:val="20"/>
        </w:rPr>
        <w:t>1:31:00  woh woh matlab is hadith ka nahin hai. masjid ka matlab yeh hai ke woh jagah jahan Allah ka zikr ho, Allah ki soch le kar baithe hain log, Allah ko acknowledge karne wale log wahan hon.</w:t>
      </w:r>
      <w:r>
        <w:br/>
      </w:r>
      <w:r>
        <w:rPr>
          <w:sz w:val="20"/>
        </w:rPr>
        <w:t>1:31:13  to wahan jahan taqwa ho.</w:t>
      </w:r>
      <w:r>
        <w:br/>
      </w:r>
      <w:r>
        <w:rPr>
          <w:sz w:val="20"/>
        </w:rPr>
        <w:t>1:31:16  to ek hadith hai ke "Al Masajid Buyoot Ul Muttaqin" masjidain al taqwa ka markaz hain.</w:t>
      </w:r>
      <w:r>
        <w:br/>
      </w:r>
      <w:r>
        <w:rPr>
          <w:sz w:val="20"/>
        </w:rPr>
        <w:t>1:31:27  jo jab taqwa wahan hoga, tab woh masjidain hongi. lekin aaj kal taqwa wali masjidain nahin hain. woh to wahi hain jo woh hadith maine sunai aap ko ke "Masajid M'amara"</w:t>
      </w:r>
      <w:r>
        <w:br/>
      </w:r>
      <w:r>
        <w:rPr>
          <w:sz w:val="20"/>
        </w:rPr>
        <w:t>1:31:39  masjidon mein bheed khoob dikhai deti hai, lekin hidayat se khali hain woh masjidain. to yahan jis jis cheez ka zikr hai, yani potential sense mein hai, actual sense mein hai, yani haqeeqi masjid agar hai,</w:t>
      </w:r>
      <w:r>
        <w:br/>
      </w:r>
      <w:r>
        <w:rPr>
          <w:sz w:val="20"/>
        </w:rPr>
        <w:t>1:31:54  jo beut al-muttaqin ke mani mein jahan hai, jahan</w:t>
      </w:r>
      <w:r>
        <w:br/>
      </w:r>
      <w:r>
        <w:rPr>
          <w:sz w:val="20"/>
        </w:rPr>
        <w:t>1:31:59  Allah se darne wale, Allah se mohabbat karne wale, Allah ko acknowledge karne wale log ekatha hote hain, to waqai behtareen jagah is se behtar to koi jagah nahi hai.</w:t>
      </w:r>
      <w:r>
        <w:br/>
      </w:r>
      <w:r>
        <w:rPr>
          <w:sz w:val="20"/>
        </w:rPr>
        <w:t>1:32:10  to masjid hi ki baat nahi hai, aap kahin bhi ekatha hon Allah ke</w:t>
      </w:r>
      <w:r>
        <w:br/>
      </w:r>
      <w:r>
        <w:rPr>
          <w:sz w:val="20"/>
        </w:rPr>
        <w:t>1:32:16  haqeeqi mani mein, Allah ki yaad ke liye, to is ka darja wahi ho jayega. Kyunke hadith mein aata hai ke "mere liye sari zameen masjid bana di gayi." Islam mein poori poori zameen hi masjid hai.</w:t>
      </w:r>
      <w:r>
        <w:br/>
      </w:r>
      <w:r>
        <w:rPr>
          <w:sz w:val="20"/>
        </w:rPr>
        <w:t>1:32:31  to asal cheez is mein hai ke woh is part jahan log jama hon, is liye ke woh Allah ka par tadabbur karen, tafakkur karen,</w:t>
      </w:r>
      <w:r>
        <w:br/>
      </w:r>
      <w:r>
        <w:rPr>
          <w:sz w:val="20"/>
        </w:rPr>
        <w:t>1:32:44  Allah ko ka charcha karen,</w:t>
      </w:r>
      <w:r>
        <w:br/>
      </w:r>
      <w:r>
        <w:rPr>
          <w:sz w:val="20"/>
        </w:rPr>
        <w:t>1:32:49  aur haqeeqi mani mein zikr aur shukr karen. Aur jahan taqwa ka mahaul ho, woh jo maqam hai, woh bilashuba sab se acha maqam hai.</w:t>
      </w:r>
      <w:r>
        <w:br/>
      </w:r>
      <w:r>
        <w:rPr>
          <w:sz w:val="20"/>
        </w:rPr>
        <w:t>1:32:58  yeh matlab hai is ka.</w:t>
      </w:r>
    </w:p>
    <w:p>
      <w:pPr>
        <w:pStyle w:val="Heading2"/>
      </w:pPr>
      <w:r>
        <w:t>Explanation of 'Muslim is Mirror of Muslim'</w:t>
      </w:r>
    </w:p>
    <w:p>
      <w:r>
        <w:rPr>
          <w:color w:val="666666"/>
          <w:sz w:val="18"/>
        </w:rPr>
        <w:t>Hadith · Living In Falsehood I December 15, 2013 · 2m 01s · at 53:04 · https://youtu.be/yD-ZtvlrFDw?t=3184</w:t>
      </w:r>
    </w:p>
    <w:p>
      <w:r>
        <w:rPr>
          <w:i/>
        </w:rPr>
        <w:t>“A hadith says that a Muslim is a mirror of a Muslim. Please explain this hadith.”</w:t>
      </w:r>
    </w:p>
    <w:p>
      <w:r>
        <w:rPr>
          <w:sz w:val="20"/>
        </w:rPr>
        <w:t>53:04  maulana, agla sawal dhampur se kya hai mehtab ahmad sahib ne.</w:t>
      </w:r>
      <w:r>
        <w:br/>
      </w:r>
      <w:r>
        <w:rPr>
          <w:sz w:val="20"/>
        </w:rPr>
        <w:t>53:08  unhon ne likha hai: "maulana, ek hadith mein bataya gaya hai ke musalman musalman ka aaina hai." woh</w:t>
      </w:r>
      <w:r>
        <w:br/>
      </w:r>
      <w:r>
        <w:rPr>
          <w:sz w:val="20"/>
        </w:rPr>
        <w:t>53:16  chahte hain ke aap is hadith ke ko wazeh karen.</w:t>
      </w:r>
      <w:r>
        <w:br/>
      </w:r>
      <w:r>
        <w:rPr>
          <w:sz w:val="20"/>
        </w:rPr>
        <w:t>53:20  hadith ke alfaaz yeh hain: "momin marat ul momin".</w:t>
      </w:r>
      <w:r>
        <w:br/>
      </w:r>
      <w:r>
        <w:rPr>
          <w:sz w:val="20"/>
        </w:rPr>
        <w:t>53:24  aaina kya karta hai? aaina mein aap dekhen apna chehra to agar kahin kuch mitti lag lag gayi</w:t>
      </w:r>
      <w:r>
        <w:br/>
      </w:r>
      <w:r>
        <w:rPr>
          <w:sz w:val="20"/>
        </w:rPr>
        <w:t>53:32  hai, koi koi baat hai to woh aaina dikhata hai.</w:t>
      </w:r>
      <w:r>
        <w:br/>
      </w:r>
      <w:r>
        <w:rPr>
          <w:sz w:val="20"/>
        </w:rPr>
        <w:t>53:36  phir is ko aap saaf karte hain.</w:t>
      </w:r>
      <w:r>
        <w:br/>
      </w:r>
      <w:r>
        <w:rPr>
          <w:sz w:val="20"/>
        </w:rPr>
        <w:t>53:39  to aaina goya wahi karta hai jis ko hum kehte hain criticism.</w:t>
      </w:r>
      <w:r>
        <w:br/>
      </w:r>
      <w:r>
        <w:rPr>
          <w:sz w:val="20"/>
        </w:rPr>
        <w:t>53:44  wahi to hai aaina, yani ghalati ki nishandahi.</w:t>
      </w:r>
      <w:r>
        <w:br/>
      </w:r>
      <w:r>
        <w:rPr>
          <w:sz w:val="20"/>
        </w:rPr>
        <w:t>53:47  criticism ka matlab hota hai ghalati ki nishandahi.</w:t>
      </w:r>
      <w:r>
        <w:br/>
      </w:r>
      <w:r>
        <w:rPr>
          <w:sz w:val="20"/>
        </w:rPr>
        <w:t>53:51  to momin ka kaam kya hai? theek theek nishandahi kare aur jo suna hai woh theek theek is</w:t>
      </w:r>
      <w:r>
        <w:br/>
      </w:r>
      <w:r>
        <w:rPr>
          <w:sz w:val="20"/>
        </w:rPr>
        <w:t>53:59  ko sahi tareeqe se response de ke bhai tum ne bohat acha kiya, mujhe ghalati bata di, mein</w:t>
      </w:r>
      <w:r>
        <w:br/>
      </w:r>
      <w:r>
        <w:rPr>
          <w:sz w:val="20"/>
        </w:rPr>
        <w:t>54:06  is ko ab islaah karta hoon.</w:t>
      </w:r>
      <w:r>
        <w:br/>
      </w:r>
      <w:r>
        <w:rPr>
          <w:sz w:val="20"/>
        </w:rPr>
        <w:t>54:09  to is mein dono ki baat batayi gayi hai, yani jo bataye aur jo sune, dono ki baat</w:t>
      </w:r>
      <w:r>
        <w:br/>
      </w:r>
      <w:r>
        <w:rPr>
          <w:sz w:val="20"/>
        </w:rPr>
        <w:t>54:17  hai ke ke aaina kabhi bhi koi ghalat nishandahi nahi karta.</w:t>
      </w:r>
      <w:r>
        <w:br/>
      </w:r>
      <w:r>
        <w:rPr>
          <w:sz w:val="20"/>
        </w:rPr>
        <w:t>54:21  matlab yeh ke agar yahan par daagh na ho, tab bhi dikha de woh daagh aap ko.</w:t>
      </w:r>
      <w:r>
        <w:br/>
      </w:r>
      <w:r>
        <w:rPr>
          <w:sz w:val="20"/>
        </w:rPr>
        <w:t>54:29  aisa koi aaina nahi karega.</w:t>
      </w:r>
      <w:r>
        <w:br/>
      </w:r>
      <w:r>
        <w:rPr>
          <w:sz w:val="20"/>
        </w:rPr>
        <w:t>54:31  to true picture jo hai woh dikhata hai aaina.</w:t>
      </w:r>
      <w:r>
        <w:br/>
      </w:r>
      <w:r>
        <w:rPr>
          <w:sz w:val="20"/>
        </w:rPr>
        <w:t>54:35  to momin ko chahiye ke woh kisi nafsaniyat ke tehat, kisi zid ke tehat, kisi yani negative thinking</w:t>
      </w:r>
      <w:r>
        <w:br/>
      </w:r>
      <w:r>
        <w:rPr>
          <w:sz w:val="20"/>
        </w:rPr>
        <w:t>54:43  ke tehat kisi par kuch na kahe, balkeh wahi kahe jo bilkul objectively woh correct ho, woh kahe</w:t>
      </w:r>
      <w:r>
        <w:br/>
      </w:r>
      <w:r>
        <w:rPr>
          <w:sz w:val="20"/>
        </w:rPr>
        <w:t>54:50  bilkul sahi sahi.</w:t>
      </w:r>
      <w:r>
        <w:br/>
      </w:r>
      <w:r>
        <w:rPr>
          <w:sz w:val="20"/>
        </w:rPr>
        <w:t>54:52  aur sunne wale ko chahiye ke jaldi se qabool kar le, haan bhai tum ne meri ghalati bata</w:t>
      </w:r>
      <w:r>
        <w:br/>
      </w:r>
      <w:r>
        <w:rPr>
          <w:sz w:val="20"/>
        </w:rPr>
        <w:t>55:00  di, ab mein is ki islaah karunga.</w:t>
      </w:r>
      <w:r>
        <w:br/>
      </w:r>
      <w:r>
        <w:rPr>
          <w:sz w:val="20"/>
        </w:rPr>
        <w:t>55:03  yeh matlab hai is hadith ka.</w:t>
      </w:r>
    </w:p>
    <w:p>
      <w:pPr>
        <w:pStyle w:val="Heading2"/>
      </w:pPr>
      <w:r>
        <w:t>Explanation of Hadith Qudsi and its narration</w:t>
      </w:r>
    </w:p>
    <w:p>
      <w:r>
        <w:rPr>
          <w:color w:val="666666"/>
          <w:sz w:val="18"/>
        </w:rPr>
        <w:t>Hadith · Pillars of Western Thought October 6, 2013 · 51s · at 1:00:43 · https://youtu.be/o4WfPvju5_M?t=3643</w:t>
      </w:r>
    </w:p>
    <w:p>
      <w:r>
        <w:rPr>
          <w:i/>
        </w:rPr>
        <w:t>“Explain Hadith Qudsi. Did the Prophet used to say that this is a Qudsi Hadith before narrating it?”</w:t>
      </w:r>
    </w:p>
    <w:p>
      <w:r>
        <w:rPr>
          <w:sz w:val="20"/>
        </w:rPr>
        <w:t>1:00:43  agla sawal dilli se hai. jami ul qatra sahab ka. unhon ne likha hai: "hadith qudsi ki wazahat kari</w:t>
      </w:r>
      <w:r>
        <w:br/>
      </w:r>
      <w:r>
        <w:rPr>
          <w:sz w:val="20"/>
        </w:rPr>
        <w:t>1:00:50  n. kya hadith bayan karne se pehle prophet yeh farmate the ke yeh yeh qudsi hadith hai?" dekhiye, yeh usloob ki baat hai.</w:t>
      </w:r>
      <w:r>
        <w:br/>
      </w:r>
      <w:r>
        <w:rPr>
          <w:sz w:val="20"/>
        </w:rPr>
        <w:t>1:01:02  yeh yeh dekhein, rasool allah farmate the ke hadith qudsi hai. is ka usloob batata hai ke hadith qudsi hai. yaani jab woh hadith allah ki taraf se ho to woh hadith qudsi hai.</w:t>
      </w:r>
      <w:r>
        <w:br/>
      </w:r>
      <w:r>
        <w:rPr>
          <w:sz w:val="20"/>
        </w:rPr>
        <w:t>1:01:14  rasool allah ki taraf se ho to aam hadith hai. woh</w:t>
      </w:r>
      <w:r>
        <w:br/>
      </w:r>
      <w:r>
        <w:rPr>
          <w:sz w:val="20"/>
        </w:rPr>
        <w:t>1:01:19  yaani kai hadisein aisi aati hain kitabon mein jo rasool allah ne bayan farmayin, lekin woh allah ki taraf se hain. to woh is ko hadith qudsi kaha jata hai.</w:t>
      </w:r>
    </w:p>
    <w:p>
      <w:pPr>
        <w:pStyle w:val="Heading2"/>
      </w:pPr>
      <w:r>
        <w:t>Explanation of Prophet's saying on middle course</w:t>
      </w:r>
    </w:p>
    <w:p>
      <w:r>
        <w:rPr>
          <w:color w:val="666666"/>
          <w:sz w:val="18"/>
        </w:rPr>
        <w:t>Hadith · Three levels of Realization July 4, 2010 · 1m 28s · at 1:02:42 · https://youtu.be/NtCTVVov3Nw?t=3762</w:t>
      </w:r>
    </w:p>
    <w:p>
      <w:r>
        <w:rPr>
          <w:i/>
        </w:rPr>
        <w:t>“Please explain the saying of the Prophet: 'Do good deeds sincerely and moderately and always adopt a middle course, for by that you will reach Paradise.'”</w:t>
      </w:r>
    </w:p>
    <w:p>
      <w:r>
        <w:rPr>
          <w:sz w:val="20"/>
        </w:rPr>
        <w:t>1:02:42  molana agla sawal poocha hai muhammad zikwan nadvi ne nai dilli se</w:t>
      </w:r>
      <w:r>
        <w:br/>
      </w:r>
      <w:r>
        <w:rPr>
          <w:sz w:val="20"/>
        </w:rPr>
        <w:t>1:02:49  abu huraia narrated hadith which is also recorded in sahih bukhari where the prophet of islam had said do good deeds sincerely and moderately and always adopt a middle course whereby you will reach the paradise molana he wants you to explain this saying of the prophet</w:t>
      </w:r>
      <w:r>
        <w:br/>
      </w:r>
      <w:r>
        <w:rPr>
          <w:sz w:val="20"/>
        </w:rPr>
        <w:t>1:03:14  dekhen middle course jo hai woh practical mamlaat ke liye hai yani aqeedah aur ibadat ke liye nahi hai ke aqeedah mein aap middle course len yeh matlab nahi hai iska rozmarah ki zindagi ke mamlaat hain ismein aap extreme extreme par na jayen kyunke step jane se kya hota hai ke aap chal nahi paate agay yeh jo practicable hai usko lijiye</w:t>
      </w:r>
      <w:r>
        <w:br/>
      </w:r>
      <w:r>
        <w:rPr>
          <w:sz w:val="20"/>
        </w:rPr>
        <w:t>1:03:43  beech ke maani hain practicable</w:t>
      </w:r>
      <w:r>
        <w:br/>
      </w:r>
      <w:r>
        <w:rPr>
          <w:sz w:val="20"/>
        </w:rPr>
        <w:t>1:03:48  toh intellectual maamle mein aap ko perfect hona chahiye practical maamle mein aap ko woh cheez lena chahiye jo ke practically possible hai is tarah chalte hue chalte hue chalte hue aap pride tak pahunch jaate hain</w:t>
      </w:r>
      <w:r>
        <w:br/>
      </w:r>
      <w:r>
        <w:rPr>
          <w:sz w:val="20"/>
        </w:rPr>
        <w:t>1:04:07  yeh mera tajurba hai molana unka ek aur</w:t>
      </w:r>
    </w:p>
    <w:p>
      <w:pPr>
        <w:pStyle w:val="Heading2"/>
      </w:pPr>
      <w:r>
        <w:t>Explanation of a hadith from Bukhari</w:t>
      </w:r>
    </w:p>
    <w:p>
      <w:r>
        <w:rPr>
          <w:color w:val="666666"/>
          <w:sz w:val="18"/>
        </w:rPr>
        <w:t>Hadith · Three levels of Realization 4 July 2010 - Maulana Wahiduddin Khan · 1m 30s · at 1:02:09 · https://youtu.be/H-kx5TldzfQ?t=3729</w:t>
      </w:r>
    </w:p>
    <w:p>
      <w:r>
        <w:rPr>
          <w:i/>
        </w:rPr>
        <w:t>“Abu Huraira narrated a hadith which is also recorded in Sahih Bukhari where the Prophet of Islam said: ...”</w:t>
      </w:r>
    </w:p>
    <w:p>
      <w:r>
        <w:rPr>
          <w:sz w:val="20"/>
        </w:rPr>
        <w:t>1:02:09  maulana yeh sawal poocha hai</w:t>
      </w:r>
      <w:r>
        <w:br/>
      </w:r>
      <w:r>
        <w:rPr>
          <w:sz w:val="20"/>
        </w:rPr>
        <w:t>1:02:12  Muhammad Zikwan Nadvi ne New Delhi se.</w:t>
      </w:r>
      <w:r>
        <w:br/>
      </w:r>
      <w:r>
        <w:rPr>
          <w:sz w:val="20"/>
        </w:rPr>
        <w:t>1:02:16  Abu Hurairah narrated a hadith which is also recorded in Sahih Al-Bukhari where the Prophet of Islam had said:</w:t>
      </w:r>
      <w:r>
        <w:br/>
      </w:r>
      <w:r>
        <w:rPr>
          <w:sz w:val="20"/>
        </w:rPr>
        <w:t>1:02:26  Do good deeds sincerely and moderately</w:t>
      </w:r>
      <w:r>
        <w:br/>
      </w:r>
      <w:r>
        <w:rPr>
          <w:sz w:val="20"/>
        </w:rPr>
        <w:t>1:02:30  "and always adopt a middle course whereby you will reach the paradise."</w:t>
      </w:r>
      <w:r>
        <w:br/>
      </w:r>
      <w:r>
        <w:rPr>
          <w:sz w:val="20"/>
        </w:rPr>
        <w:t>1:02:37  Maulana he wants you to explain this saying</w:t>
      </w:r>
      <w:r>
        <w:br/>
      </w:r>
      <w:r>
        <w:rPr>
          <w:sz w:val="20"/>
        </w:rPr>
        <w:t>1:02:40  of the prophet. dekhiye middle course jo hai wo practical mamlaat ke liye hai. yani aqeedah aur ibadat ke liye nahi hai ke aqeedah mein aap middle course len ye matlab nahi hai is ka.</w:t>
      </w:r>
      <w:r>
        <w:br/>
      </w:r>
      <w:r>
        <w:rPr>
          <w:sz w:val="20"/>
        </w:rPr>
        <w:t>1:02:55  rozmarra ki zindagi ke mamlaat hain is mein aap extreme extreme par na jayen. kyunke extreme jaane se kya hota hai ke aap chal nahi pate aage.</w:t>
      </w:r>
      <w:r>
        <w:br/>
      </w:r>
      <w:r>
        <w:rPr>
          <w:sz w:val="20"/>
        </w:rPr>
        <w:t>1:03:08  jo practicable hai us ko lijiyye. beech ke maane hain practicable.</w:t>
      </w:r>
      <w:r>
        <w:br/>
      </w:r>
      <w:r>
        <w:rPr>
          <w:sz w:val="20"/>
        </w:rPr>
        <w:t>1:03:16  to intellectual maamle mein aap ko perfect hona chahiye. practical maamle mein aap ko wo cheez leni chahiye jo ke practically possible hai.</w:t>
      </w:r>
      <w:r>
        <w:br/>
      </w:r>
      <w:r>
        <w:rPr>
          <w:sz w:val="20"/>
        </w:rPr>
        <w:t>1:03:29  is tarah chalte hue chalte hue chalte hue aap pride tak pahunch jate hain.</w:t>
      </w:r>
      <w:r>
        <w:br/>
      </w:r>
      <w:r>
        <w:rPr>
          <w:sz w:val="20"/>
        </w:rPr>
        <w:t>1:03:36  yeh mera tajruba hai.</w:t>
      </w:r>
    </w:p>
    <w:p>
      <w:pPr>
        <w:pStyle w:val="Heading2"/>
      </w:pPr>
      <w:r>
        <w:t>Explanation of apostasy hadiths in Bukhari</w:t>
      </w:r>
    </w:p>
    <w:p>
      <w:r>
        <w:rPr>
          <w:color w:val="666666"/>
          <w:sz w:val="18"/>
        </w:rPr>
        <w:t>Hadith · God Oriented Life (In Conversation with Maulana) 23 10 11 · 3m 52s · at 15:40 · https://youtu.be/E_LWwsWww2U?t=940</w:t>
      </w:r>
    </w:p>
    <w:p>
      <w:r>
        <w:rPr>
          <w:i/>
        </w:rPr>
        <w:t>“In Sahih Bukhari, chapter 9, hadith numbers 84 and 57, it is mentioned that whoever changes his religion, kill him, and there is another hadith number 83 where it is mentioned the blood of a Muslim. Please explain the meaning.”</w:t>
      </w:r>
    </w:p>
    <w:p>
      <w:r>
        <w:rPr>
          <w:sz w:val="20"/>
        </w:rPr>
        <w:t>15:40  molana agla sawal kya hai miss sadia ne dilli se unhon ne likha hai ke in sahih al bukhari</w:t>
      </w:r>
      <w:r>
        <w:br/>
      </w:r>
      <w:r>
        <w:rPr>
          <w:sz w:val="20"/>
        </w:rPr>
        <w:t>15:48  chapter number nine hadith number 84 and 57 it is mentioned whoever changes his religion</w:t>
      </w:r>
      <w:r>
        <w:br/>
      </w:r>
      <w:r>
        <w:rPr>
          <w:sz w:val="20"/>
        </w:rPr>
        <w:t>15:57  kill him and there is an other hadith number 83 where it is mentioned the blood of a</w:t>
      </w:r>
      <w:r>
        <w:br/>
      </w:r>
      <w:r>
        <w:rPr>
          <w:sz w:val="20"/>
        </w:rPr>
        <w:t>16:04  muslim who confesses that none has the right to be worshipped but god and that i am his</w:t>
      </w:r>
      <w:r>
        <w:br/>
      </w:r>
      <w:r>
        <w:rPr>
          <w:sz w:val="20"/>
        </w:rPr>
        <w:t>16:11  messenger cannot be shed except in three cases one of which is when he leaves the Muslims</w:t>
      </w:r>
      <w:r>
        <w:br/>
      </w:r>
      <w:r>
        <w:rPr>
          <w:sz w:val="20"/>
        </w:rPr>
        <w:t>16:20  kindly throw light on this following two often quoted hadith regarding apostasy</w:t>
      </w:r>
      <w:r>
        <w:br/>
      </w:r>
      <w:r>
        <w:rPr>
          <w:sz w:val="20"/>
        </w:rPr>
        <w:t>16:27  dekhiye yeh hadith hai khabar wahid ke taur par hai woh mun badla deen faqtaloo mein ne is</w:t>
      </w:r>
      <w:r>
        <w:br/>
      </w:r>
      <w:r>
        <w:rPr>
          <w:sz w:val="20"/>
        </w:rPr>
        <w:t>16:34  peh kitaab likhi hai woh maqala likha hai thirty pages ka meri kitaab hikmat-e-islam mein ne is</w:t>
      </w:r>
      <w:r>
        <w:br/>
      </w:r>
      <w:r>
        <w:rPr>
          <w:sz w:val="20"/>
        </w:rPr>
        <w:t>16:42  mein likha hai ke haan lafz deen jo hai mazhab maani mein nahi hai dekhiye is zamane mein</w:t>
      </w:r>
      <w:r>
        <w:br/>
      </w:r>
      <w:r>
        <w:rPr>
          <w:sz w:val="20"/>
        </w:rPr>
        <w:t>16:50  jo aaj kal jo term bolte hain hum is tarah se is tarah terminology nahi bani thi is</w:t>
      </w:r>
      <w:r>
        <w:br/>
      </w:r>
      <w:r>
        <w:rPr>
          <w:sz w:val="20"/>
        </w:rPr>
        <w:t>16:56  tarah se nahi bani thi misaal ke taur par dekhiye aaj hum bolte hain woh</w:t>
      </w:r>
      <w:r>
        <w:br/>
      </w:r>
      <w:r>
        <w:rPr>
          <w:sz w:val="20"/>
        </w:rPr>
        <w:t>17:01  yaani baghavat ka lafz bolte hain state se baghavat</w:t>
      </w:r>
      <w:r>
        <w:br/>
      </w:r>
      <w:r>
        <w:rPr>
          <w:sz w:val="20"/>
        </w:rPr>
        <w:t>17:06  is zamane mein state se baghavat ka lafz nahi hua karta tha toh yahi deen hi ka lafz</w:t>
      </w:r>
      <w:r>
        <w:br/>
      </w:r>
      <w:r>
        <w:rPr>
          <w:sz w:val="20"/>
        </w:rPr>
        <w:t>17:10  bola jata tha toh yahan</w:t>
      </w:r>
      <w:r>
        <w:br/>
      </w:r>
      <w:r>
        <w:rPr>
          <w:sz w:val="20"/>
        </w:rPr>
        <w:t>17:12  jo lafz deen hai woh state se baghavat ke maani mein hai woh mazhab badalne ke maani mein</w:t>
      </w:r>
      <w:r>
        <w:br/>
      </w:r>
      <w:r>
        <w:rPr>
          <w:sz w:val="20"/>
        </w:rPr>
        <w:t>17:17  nahi hai woh ek poori kahani hai is ke woh aisa nahi hai ke sirf ek hadith ho</w:t>
      </w:r>
      <w:r>
        <w:br/>
      </w:r>
      <w:r>
        <w:rPr>
          <w:sz w:val="20"/>
        </w:rPr>
        <w:t>17:22  ek poora waqia hai is ka is poore waqie ki taraf bhi dekhiye aap</w:t>
      </w:r>
      <w:r>
        <w:br/>
      </w:r>
      <w:r>
        <w:rPr>
          <w:sz w:val="20"/>
        </w:rPr>
        <w:t>17:27  toh jo yeh jo log is ko lete hain woh yeh samajhte nahi is cheez ko ke woh</w:t>
      </w:r>
      <w:r>
        <w:br/>
      </w:r>
      <w:r>
        <w:rPr>
          <w:sz w:val="20"/>
        </w:rPr>
        <w:t>17:33  mazhab maani mein nahi hai woh state se wafadari badalne ke maani mein hai yaani dushman woh woh</w:t>
      </w:r>
      <w:r>
        <w:br/>
      </w:r>
      <w:r>
        <w:rPr>
          <w:sz w:val="20"/>
        </w:rPr>
        <w:t>17:40  jang ke waqt ka maamla hai dekhiye jang ke waqt agar koi shakhs wafadari ko badle aur dushman</w:t>
      </w:r>
      <w:r>
        <w:br/>
      </w:r>
      <w:r>
        <w:rPr>
          <w:sz w:val="20"/>
        </w:rPr>
        <w:t>17:46  se mil jaye toh aaj bhi yeh maana jata hai ke woh qabil-e-gurd badal nahi hai</w:t>
      </w:r>
      <w:r>
        <w:br/>
      </w:r>
      <w:r>
        <w:rPr>
          <w:sz w:val="20"/>
        </w:rPr>
        <w:t>17:52  mazhab badalne par agar maarne ko ho toh Quran mein saaf saaf kyun nahi hukum aaya</w:t>
      </w:r>
      <w:r>
        <w:br/>
      </w:r>
      <w:r>
        <w:rPr>
          <w:sz w:val="20"/>
        </w:rPr>
        <w:t>17:58  yeh bhi yaad rakhiye ke Quran jo hai capital punishment ke maani mein sirf Quran se sabit hona</w:t>
      </w:r>
      <w:r>
        <w:br/>
      </w:r>
      <w:r>
        <w:rPr>
          <w:sz w:val="20"/>
        </w:rPr>
        <w:t>18:06  chahiye ab capital punishment ka usool jo hai hadith se nahi nikaal sakte aap</w:t>
      </w:r>
      <w:r>
        <w:br/>
      </w:r>
      <w:r>
        <w:rPr>
          <w:sz w:val="20"/>
        </w:rPr>
        <w:t>18:12  yaani itni badi baat jo hai yaani saare jo Quran majeed mein jitne basic teachings hain woh sab</w:t>
      </w:r>
      <w:r>
        <w:br/>
      </w:r>
      <w:r>
        <w:rPr>
          <w:sz w:val="20"/>
        </w:rPr>
        <w:t>18:18  Quran mein hai koi basic teaching aisi nahi jo Quran mein na ho hadith mein detail hai basic</w:t>
      </w:r>
      <w:r>
        <w:br/>
      </w:r>
      <w:r>
        <w:rPr>
          <w:sz w:val="20"/>
        </w:rPr>
        <w:t>18:24  teaching hai sab hadith Quran mein sab maujood hai toh yeh capital punishment ki cheez ka taalluq basic</w:t>
      </w:r>
      <w:r>
        <w:br/>
      </w:r>
      <w:r>
        <w:rPr>
          <w:sz w:val="20"/>
        </w:rPr>
        <w:t>18:30  teaching se hai woh Quran mein milna chahiye toh usool yeh hai dekhiye ke agar Quran aur hadith</w:t>
      </w:r>
      <w:r>
        <w:br/>
      </w:r>
      <w:r>
        <w:rPr>
          <w:sz w:val="20"/>
        </w:rPr>
        <w:t>18:37  ke darmiyan bazahir koi takrao dikhai de jaye toh hadith ki taweel ki jayegi Quran ki</w:t>
      </w:r>
      <w:r>
        <w:br/>
      </w:r>
      <w:r>
        <w:rPr>
          <w:sz w:val="20"/>
        </w:rPr>
        <w:t>18:43  taweel</w:t>
      </w:r>
      <w:r>
        <w:br/>
      </w:r>
      <w:r>
        <w:rPr>
          <w:sz w:val="20"/>
        </w:rPr>
        <w:t>18:43  nahi ki jayegi yani hadith ko quran ke tabe kiya jayega na ke na ke hadith</w:t>
      </w:r>
      <w:r>
        <w:br/>
      </w:r>
      <w:r>
        <w:rPr>
          <w:sz w:val="20"/>
        </w:rPr>
        <w:t>18:48  ko quran ke tabe kiya jayega yani ulta nahi kiya jayega hadith ko quran ke tabe</w:t>
      </w:r>
      <w:r>
        <w:br/>
      </w:r>
      <w:r>
        <w:rPr>
          <w:sz w:val="20"/>
        </w:rPr>
        <w:t>18:54  kiya jayega quran ko hadith ke tabe nahi kiya jayega isi liye main yeh kehta hoon</w:t>
      </w:r>
      <w:r>
        <w:br/>
      </w:r>
      <w:r>
        <w:rPr>
          <w:sz w:val="20"/>
        </w:rPr>
        <w:t>18:58  ke yahan par jo lafz deen hai</w:t>
      </w:r>
      <w:r>
        <w:br/>
      </w:r>
      <w:r>
        <w:rPr>
          <w:sz w:val="20"/>
        </w:rPr>
        <w:t>19:02  wo mazhab ke mani mein nahi is mein maine bahut se logon ke naqal kiya hai apne</w:t>
      </w:r>
      <w:r>
        <w:br/>
      </w:r>
      <w:r>
        <w:rPr>
          <w:sz w:val="20"/>
        </w:rPr>
        <w:t>19:06  maqale mein doosre logon ki</w:t>
      </w:r>
      <w:r>
        <w:br/>
      </w:r>
      <w:r>
        <w:rPr>
          <w:sz w:val="20"/>
        </w:rPr>
        <w:t>19:10  ara yani aasani se main akela keh raha hoon wahan bahut se maine naqal kiya is ko</w:t>
      </w:r>
      <w:r>
        <w:br/>
      </w:r>
      <w:r>
        <w:rPr>
          <w:sz w:val="20"/>
        </w:rPr>
        <w:t>19:15  aap padh lijiye mera maqala jo hai thirty pages ka bahut zyada is mein hawale diye hain main</w:t>
      </w:r>
      <w:r>
        <w:br/>
      </w:r>
      <w:r>
        <w:rPr>
          <w:sz w:val="20"/>
        </w:rPr>
        <w:t>19:21  ne to is hadith se mera hadith sabit nahi hota ke koi aadmi agar murtad ho jaye to</w:t>
      </w:r>
      <w:r>
        <w:br/>
      </w:r>
      <w:r>
        <w:rPr>
          <w:sz w:val="20"/>
        </w:rPr>
        <w:t>19:26  wahan dalo is ko yeh sabit nahi hota is se</w:t>
      </w:r>
    </w:p>
    <w:p>
      <w:pPr>
        <w:pStyle w:val="Heading2"/>
      </w:pPr>
      <w:r>
        <w:t>Explanation of hadith about rectangle</w:t>
      </w:r>
    </w:p>
    <w:p>
      <w:r>
        <w:rPr>
          <w:color w:val="666666"/>
          <w:sz w:val="18"/>
        </w:rPr>
        <w:t>Hadith · Three levels of Realization July 4, 2010 · 3m 02s · at 1:35:22 · https://youtu.be/NtCTVVov3Nw?t=5722</w:t>
      </w:r>
    </w:p>
    <w:p>
      <w:r>
        <w:rPr>
          <w:i/>
        </w:rPr>
        <w:t>“There is a hadith in Bukhari which mentions that the Prophet drew a rectangle in the earth and a line in the middle reaching outside, and small lines inside. He said the middle line is man, the rectangle is his death, the line outside is his wishes, and the small lines are problems. Please explain this hadith.”</w:t>
      </w:r>
    </w:p>
    <w:p>
      <w:r>
        <w:rPr>
          <w:sz w:val="20"/>
        </w:rPr>
        <w:t>1:35:22  mein samajhta hoon ke islami qanoon mein hindu qanoon mein koi zyada farq nahi hai maulana agla sawal kya hai miss ayesha ne new delhi se</w:t>
      </w:r>
      <w:r>
        <w:br/>
      </w:r>
      <w:r>
        <w:rPr>
          <w:sz w:val="20"/>
        </w:rPr>
        <w:t>1:35:33  unhone likha hai ke there is a hadith in bukhari which has mentioned that prophet drew a rectangle on earth and a line in the middle of the rectangle which was reaching out side the rectangle and then he drew some lines small lines inside the rectangle the</w:t>
      </w:r>
      <w:r>
        <w:br/>
      </w:r>
      <w:r>
        <w:rPr>
          <w:sz w:val="20"/>
        </w:rPr>
        <w:t>1:35:55  then the prophet said the middle big line is man and the rectangle is his death which has encircled him and the line reaching out side is his wishes reaching out of his life and the small lines are the problems if he escapes from one another reaches to him</w:t>
      </w:r>
      <w:r>
        <w:br/>
      </w:r>
      <w:r>
        <w:rPr>
          <w:sz w:val="20"/>
        </w:rPr>
        <w:t>1:36:19  maulana my question is can we use presentations documentaries and motion pictures to do the dawah work</w:t>
      </w:r>
      <w:r>
        <w:br/>
      </w:r>
      <w:r>
        <w:rPr>
          <w:sz w:val="20"/>
        </w:rPr>
        <w:t>1:36:29  haan kar sakte hain islam mein sirf duty haram hai duty baqi sab theek hai</w:t>
      </w:r>
      <w:r>
        <w:br/>
      </w:r>
      <w:r>
        <w:rPr>
          <w:sz w:val="20"/>
        </w:rPr>
        <w:t>1:36:42  baqi sab theek hai</w:t>
      </w:r>
      <w:r>
        <w:br/>
      </w:r>
      <w:r>
        <w:rPr>
          <w:sz w:val="20"/>
        </w:rPr>
        <w:t>1:36:44  include picture jo hoti hai aaj kal bohat chala hua hai wo islam mein jaiz nahi hai</w:t>
      </w:r>
      <w:r>
        <w:br/>
      </w:r>
      <w:r>
        <w:rPr>
          <w:sz w:val="20"/>
        </w:rPr>
        <w:t>1:36:53  baqi theek hai maulana this question is from mr john mohammad butt from afghanistan could you possibly also explain the three levels of spiritual knowledge in tradition</w:t>
      </w:r>
      <w:r>
        <w:br/>
      </w:r>
      <w:r>
        <w:rPr>
          <w:sz w:val="20"/>
        </w:rPr>
        <w:t>1:37:09  for example yaqeen and ilm al-yaqeen and the quranic term which says worship allah until you reach the stage of yaqeen bhai dekhiye jahan tak mein janta hoon ye sufism ki term hai tasawwuf ki term hai mein is ko bohat zyada nahi manta</w:t>
      </w:r>
      <w:r>
        <w:br/>
      </w:r>
      <w:r>
        <w:rPr>
          <w:sz w:val="20"/>
        </w:rPr>
        <w:t>1:37:32  is ke darje jo hain in ke haan wo yani quantitative practices ke base pe kiye gaye hain itna karo to ye hoga itna karo to ye itna karo to ye hoga to mein is ko mera mind is ko nahi manta hai</w:t>
      </w:r>
      <w:r>
        <w:br/>
      </w:r>
      <w:r>
        <w:rPr>
          <w:sz w:val="20"/>
        </w:rPr>
        <w:t>1:37:48  mein samajhta hoon ke ek process zaroor hai ek process lekin aisa is ko darja nahi bana sakte aap ke itna ho gaya to phir itna ho gaya phir yani matlab ye nahi ke agar first step bana liya to second step ban jayegi bana third ban jayegi aisa kuch mere khayal se hai nahi ye to intellectual process hai</w:t>
      </w:r>
      <w:r>
        <w:br/>
      </w:r>
      <w:r>
        <w:rPr>
          <w:sz w:val="20"/>
        </w:rPr>
        <w:t>1:38:10  is qism ka jo darja banate hain ye log to wo tasawwuf mein aisa hota hai lekin mere tajrube mein mere experience mein to aisa kuch hai nahi</w:t>
      </w:r>
    </w:p>
    <w:p>
      <w:pPr>
        <w:pStyle w:val="Heading2"/>
      </w:pPr>
      <w:r>
        <w:t>Explanation of hadith on excessive questioning</w:t>
      </w:r>
    </w:p>
    <w:p>
      <w:r>
        <w:rPr>
          <w:color w:val="666666"/>
          <w:sz w:val="18"/>
        </w:rPr>
        <w:t>Hadith · Material Science and Spiritual Science 20 May 2012 · 1m 38s · at 1:20:53 · https://youtu.be/4K6CxjThlxQ?t=4853</w:t>
      </w:r>
    </w:p>
    <w:p>
      <w:r>
        <w:rPr>
          <w:i/>
        </w:rPr>
        <w:t>“Please explain the hadith that says those before you were destroyed by excessive questioning and disagreement with prophets.”</w:t>
      </w:r>
    </w:p>
    <w:p>
      <w:r>
        <w:rPr>
          <w:sz w:val="20"/>
        </w:rPr>
        <w:t>1:20:53  Maulana agla sawal Mr Nafees Siddiqui sahab ka hai Delhi</w:t>
      </w:r>
      <w:r>
        <w:br/>
      </w:r>
      <w:r>
        <w:rPr>
          <w:sz w:val="20"/>
        </w:rPr>
        <w:t>1:20:56  se unhon ne likha hai Maulana Maulana unhon ne ek Hadith ke bare mein likha hai ke jis mein aaya hai tum se pehle ke logon ko sawalon ki kasrat aur nabiyon se ikhtilaf ne halak kar diya woh chahte hain ke aap is Hadith ko explain karein</w:t>
      </w:r>
      <w:r>
        <w:br/>
      </w:r>
      <w:r>
        <w:rPr>
          <w:sz w:val="20"/>
        </w:rPr>
        <w:t>1:21:17  dekhein question do qism ke hote hain ek question falsafiya ka question hota hai to woh bura hai</w:t>
      </w:r>
      <w:r>
        <w:br/>
      </w:r>
      <w:r>
        <w:rPr>
          <w:sz w:val="20"/>
        </w:rPr>
        <w:t>1:21:26  baqi ek sawal kare aadmi yani apni apni learning ko badhane ke liye apni marifat ko badhane ke liye to bahut achhi cheez hai woh to is Hadith mein sawal ka matlab absolute sense nahi lena chahiye ke sawal karna hi galat hai absolute sense mein nahi hai lekin bas sawal kar rahe hain khwamkhwah idhar udhar ki bekar ki baatein waqt zaya karte hain apna bhi doosre ka to woh galat hai aur doosra</w:t>
      </w:r>
      <w:r>
        <w:br/>
      </w:r>
      <w:r>
        <w:rPr>
          <w:sz w:val="20"/>
        </w:rPr>
        <w:t>1:21:54  kya hai aur nabiyon se ikhtilaf ne halak kar diya ikhtilaf dekhein ikhtilaf ikhtilaf ka matlab agar yeh hai ke yani clarification ke liye poochna to bilkul bahut achhi cheez hai woh ikhtilaf hota hai ek ek ke bilawaja kathurti khwamkhwah ki bahtein takrar woh buri cheez hai</w:t>
      </w:r>
      <w:r>
        <w:br/>
      </w:r>
      <w:r>
        <w:rPr>
          <w:sz w:val="20"/>
        </w:rPr>
        <w:t>1:22:18  lekin agar aap ikhtilaf karein is liye ke kisi baat ko clear karna chahte hain sach ko janne ke liye to bahut achhi cheez hai woh absolute sense mein galat nahi hai woh</w:t>
      </w:r>
    </w:p>
    <w:p>
      <w:pPr>
        <w:pStyle w:val="Heading2"/>
      </w:pPr>
      <w:r>
        <w:t>Explanation of hadith on fighting until shahada</w:t>
      </w:r>
    </w:p>
    <w:p>
      <w:r>
        <w:rPr>
          <w:color w:val="666666"/>
          <w:sz w:val="18"/>
        </w:rPr>
        <w:t>Hadith · Paradise Culture January 12, 2014 · 1m 42s · at 59:53 · https://youtu.be/Z3A6r7XjE00?t=3593</w:t>
      </w:r>
    </w:p>
    <w:p>
      <w:r>
        <w:rPr>
          <w:i/>
        </w:rPr>
        <w:t>“In Bukhari's Book of Faith, it is mentioned that Prophet Muhammad said: 'I will fight with people till they testify that God is one.' Please elaborate and explain this hadith.”</w:t>
      </w:r>
    </w:p>
    <w:p>
      <w:r>
        <w:rPr>
          <w:sz w:val="20"/>
        </w:rPr>
        <w:t>59:53  Maulana, agla sawal Jammu Kashmir se Junaid Hassan sahib ka hai. Unhon ne likha hai: "In Bukhari Book of Faith, it is mentioned that Prophet Muhammad had said: 'I will fight with people till they testify that God is one.'" Maulana, please elaborate and explain this hadith.</w:t>
      </w:r>
      <w:r>
        <w:br/>
      </w:r>
      <w:r>
        <w:rPr>
          <w:sz w:val="20"/>
        </w:rPr>
        <w:t>1:00:20  yeh hadith hai ke "umartun naas hatta yaqoolu Allah." To dekhen, yeh jo hadith hai, is ke mutaliq hum likh chuke hain kitab mein.</w:t>
      </w:r>
      <w:r>
        <w:br/>
      </w:r>
      <w:r>
        <w:rPr>
          <w:sz w:val="20"/>
        </w:rPr>
        <w:t>1:00:33  is ka matlab yeh koi aam hukum nahin hai ke lad lad kar ke aap logon ko kalma padhwaen. Yeh sirf yeh Rasool Allah ke zamane mein jo aap ke muasir the, contemporary, un ke bare mein yeh hai.</w:t>
      </w:r>
      <w:r>
        <w:br/>
      </w:r>
      <w:r>
        <w:rPr>
          <w:sz w:val="20"/>
        </w:rPr>
        <w:t>1:00:49  ab aap ko sirf dawat dena hai, lad kar kalma nahin padhwana hai. To is ke bare mein main likh chuke hain, hum aap us ko padh lijie.</w:t>
      </w:r>
      <w:r>
        <w:br/>
      </w:r>
      <w:r>
        <w:rPr>
          <w:sz w:val="20"/>
        </w:rPr>
        <w:t>1:01:00  lekin is ka khulasa yahi hai ke is hadith mein jis cheez ka zikr hai, woh Rasool Allah ke contemporary ke bare mein hai jin par aap ne barah-e-rast dawat di thi, jis ko hum Banu Ismail kehte hain.</w:t>
      </w:r>
      <w:r>
        <w:br/>
      </w:r>
      <w:r>
        <w:rPr>
          <w:sz w:val="20"/>
        </w:rPr>
        <w:t>1:01:13  waqti taur par yeh</w:t>
      </w:r>
      <w:r>
        <w:br/>
      </w:r>
      <w:r>
        <w:rPr>
          <w:sz w:val="20"/>
        </w:rPr>
        <w:t>1:01:15  to ab jo hai, us ko aap general application nahin kar sakte ke aaj kahein ke hum logon ko maar mar ke kalma padhwaenge. Yeh bilkul hi sarkashi hogi, Islam nahin hoga.</w:t>
      </w:r>
      <w:r>
        <w:br/>
      </w:r>
      <w:r>
        <w:rPr>
          <w:sz w:val="20"/>
        </w:rPr>
        <w:t>1:01:25  yeh tafseel janna chahen to yeh mere is ke bare mein main ne likh chuka hoon is se pehle.</w:t>
      </w:r>
    </w:p>
    <w:p>
      <w:pPr>
        <w:pStyle w:val="Heading2"/>
      </w:pPr>
      <w:r>
        <w:t>Explanation of hadith on praising</w:t>
      </w:r>
    </w:p>
    <w:p>
      <w:r>
        <w:rPr>
          <w:color w:val="666666"/>
          <w:sz w:val="18"/>
        </w:rPr>
        <w:t>Hadith · Divine Ideology of Life I 11 July 2010 · 1m 21s · at 1:06:10 · https://youtu.be/wOmHVfyjMJY?t=3970</w:t>
      </w:r>
    </w:p>
    <w:p>
      <w:r>
        <w:rPr>
          <w:i/>
        </w:rPr>
        <w:t>“Imam Bukhari, Muslim, Abu Dawood, and Ibn Majah have collected a hadith where it is mentioned: 'Do not praise your friend, Allah knows best about him.' Maulana, he wants you to explain this hadith.”</w:t>
      </w:r>
    </w:p>
    <w:p>
      <w:r>
        <w:rPr>
          <w:sz w:val="20"/>
        </w:rPr>
        <w:t>1:06:10  Maulana, agla sawal Maulana Zakariya Nadvi ne kiya hai New Delhi se.</w:t>
      </w:r>
      <w:r>
        <w:br/>
      </w:r>
      <w:r>
        <w:rPr>
          <w:sz w:val="20"/>
        </w:rPr>
        <w:t>1:06:17  An Al Bukhari Muslim Abu Dawood and Ibn Majah has collected a hadith where it is mentioned: "Do not praise your friend, Allah knows best about him." Maulana, he wants you to explain this hadith.</w:t>
      </w:r>
      <w:r>
        <w:br/>
      </w:r>
      <w:r>
        <w:rPr>
          <w:sz w:val="20"/>
        </w:rPr>
        <w:t>1:06:40  dekhiye, aik hai praise yani tareef karna, aik hai qadr-dani.</w:t>
      </w:r>
      <w:r>
        <w:br/>
      </w:r>
      <w:r>
        <w:rPr>
          <w:sz w:val="20"/>
        </w:rPr>
        <w:t>1:06:46  to qadr-dani ka talluq hai etraf se, acknowledge karne se. agar kisi mein koi khoobi ho to us ko acknowledge kijiye. jo acknowledge na kare, woh bakheel hai.</w:t>
      </w:r>
      <w:r>
        <w:br/>
      </w:r>
      <w:r>
        <w:rPr>
          <w:sz w:val="20"/>
        </w:rPr>
        <w:t>1:06:56  lekin praise to koi na beta bari karna chahiye, na kisi karna chahiye. praise to koi achi cheez nahi, matlab woh to koi achi cheez nahi.</w:t>
      </w:r>
      <w:r>
        <w:br/>
      </w:r>
      <w:r>
        <w:rPr>
          <w:sz w:val="20"/>
        </w:rPr>
        <w:t>1:07:08  lekin acknowledge zaroor karna chahiye aadmi ko.</w:t>
      </w:r>
      <w:r>
        <w:br/>
      </w:r>
      <w:r>
        <w:rPr>
          <w:sz w:val="20"/>
        </w:rPr>
        <w:t>1:07:11  kisi mein aap koi koi khoobi paen, koi waqai to us ko etraf kijiye, us ko acknowledge kijiye, us ko due respect dijiye.</w:t>
      </w:r>
      <w:r>
        <w:br/>
      </w:r>
      <w:r>
        <w:rPr>
          <w:sz w:val="20"/>
        </w:rPr>
        <w:t>1:07:22  yeh karna hai.</w:t>
      </w:r>
      <w:r>
        <w:br/>
      </w:r>
      <w:r>
        <w:rPr>
          <w:sz w:val="20"/>
        </w:rPr>
        <w:t>1:07:25  It is nothing.</w:t>
      </w:r>
    </w:p>
    <w:p>
      <w:pPr>
        <w:pStyle w:val="Heading2"/>
      </w:pPr>
      <w:r>
        <w:t>Explanation of hadith on praising friends</w:t>
      </w:r>
    </w:p>
    <w:p>
      <w:r>
        <w:rPr>
          <w:color w:val="666666"/>
          <w:sz w:val="18"/>
        </w:rPr>
        <w:t>Hadith · Q&amp;A 11 Jul 2010 Maulana Wahiduddin Khan · 1m 21s · at 8:01 · https://youtu.be/UHtdtzGGwFQ?t=481</w:t>
      </w:r>
    </w:p>
    <w:p>
      <w:r>
        <w:rPr>
          <w:i/>
        </w:rPr>
        <w:t>“Al-Bukhari, Muslim, Abu Dawood, and Ibn Majah have collected a hadith where it is mentioned: 'Do not praise your friend, Allah knows best about him.' Please explain this hadith.”</w:t>
      </w:r>
    </w:p>
    <w:p>
      <w:r>
        <w:rPr>
          <w:sz w:val="20"/>
        </w:rPr>
        <w:t>8:01  maulana, agla sawal maulana zakariya nadvi ne kiya hai, nai dilli se.</w:t>
      </w:r>
      <w:r>
        <w:br/>
      </w:r>
      <w:r>
        <w:rPr>
          <w:sz w:val="20"/>
        </w:rPr>
        <w:t>8:08  In Bukhari, Muslim, Abu Dawood and Ibn Majah has collected a hadith where it is mentioned: "Do not</w:t>
      </w:r>
      <w:r>
        <w:br/>
      </w:r>
      <w:r>
        <w:rPr>
          <w:sz w:val="20"/>
        </w:rPr>
        <w:t>8:18  pray for your friend, allah knows best about him.</w:t>
      </w:r>
      <w:r>
        <w:br/>
      </w:r>
      <w:r>
        <w:rPr>
          <w:sz w:val="20"/>
        </w:rPr>
        <w:t>8:23  مولانا، he wants you to explain this hadith.</w:t>
      </w:r>
      <w:r>
        <w:br/>
      </w:r>
      <w:r>
        <w:rPr>
          <w:sz w:val="20"/>
        </w:rPr>
        <w:t>8:31  dekhen, ek hai preiz yaani tareef karna, ek hai qadrdaani. to qadrdaani ka talluq hai etraaf se, acknowledge karne se.</w:t>
      </w:r>
      <w:r>
        <w:br/>
      </w:r>
      <w:r>
        <w:rPr>
          <w:sz w:val="20"/>
        </w:rPr>
        <w:t>8:41  agar kisi mein koi khoobi hai to us ko acknowledge kijiye. jo acknowledge na kare, woh bakheel hai. lekin preiz to na beta beedi karna chahiye, na kisi karna chahiye.</w:t>
      </w:r>
      <w:r>
        <w:br/>
      </w:r>
      <w:r>
        <w:rPr>
          <w:sz w:val="20"/>
        </w:rPr>
        <w:t>8:52  preiz to koi achhi cheez nahin hai. matlab, woh to koi achhi cheez nahin hai. lekin acknowledge zaroor karna chahiye aadmi ko.</w:t>
      </w:r>
      <w:r>
        <w:br/>
      </w:r>
      <w:r>
        <w:rPr>
          <w:sz w:val="20"/>
        </w:rPr>
        <w:t>9:02  kisi mein aap koi koi khoobi paayen, koi waaqai, to us ko etraaf kijiye, us ko acknowledge kijiye, us ko due respect dijiye.</w:t>
      </w:r>
      <w:r>
        <w:br/>
      </w:r>
      <w:r>
        <w:rPr>
          <w:sz w:val="20"/>
        </w:rPr>
        <w:t>9:12  yeh karna hai.</w:t>
      </w:r>
      <w:r>
        <w:br/>
      </w:r>
      <w:r>
        <w:rPr>
          <w:sz w:val="20"/>
        </w:rPr>
        <w:t>9:16  is nothing.</w:t>
      </w:r>
    </w:p>
    <w:p>
      <w:pPr>
        <w:pStyle w:val="Heading2"/>
      </w:pPr>
      <w:r>
        <w:t>Explanation of hadith on worldly heat and Hell</w:t>
      </w:r>
    </w:p>
    <w:p>
      <w:r>
        <w:rPr>
          <w:color w:val="666666"/>
          <w:sz w:val="18"/>
        </w:rPr>
        <w:t>Hadith · From The Spiritual Tree September 8, 2013 · 1m 44s · at 1:04:47 · https://youtu.be/Vv6vf2N8YQA?t=3887</w:t>
      </w:r>
    </w:p>
    <w:p>
      <w:r>
        <w:rPr>
          <w:i/>
        </w:rPr>
        <w:t>“There is a hadith: 'The heat of the world is from a puff of Hell.' Please explain.”</w:t>
      </w:r>
    </w:p>
    <w:p>
      <w:r>
        <w:rPr>
          <w:sz w:val="20"/>
        </w:rPr>
        <w:t>1:04:47  maulana yeh agla sawal bhi doctor muslima siddiqui ka hai dehli se. yeh likhti hain there is a hadith duniya ki garmi jahannum ki phoonk se hai.</w:t>
      </w:r>
      <w:r>
        <w:br/>
      </w:r>
      <w:r>
        <w:rPr>
          <w:sz w:val="20"/>
        </w:rPr>
        <w:t>1:04:59  please explain. dekhiye yeh to tamseel hai symbolic sense mein hai. yeh matlab nahi hai ke sach much hi jahannum phoonk marti hai.</w:t>
      </w:r>
      <w:r>
        <w:br/>
      </w:r>
      <w:r>
        <w:rPr>
          <w:sz w:val="20"/>
        </w:rPr>
        <w:t>1:05:11  is ka matlab yeh hai ke jab garmi ki shiddat tum ko sataye to tum yaad karo ke jahannum ki ki garmi kitni sakht hogi.</w:t>
      </w:r>
      <w:r>
        <w:br/>
      </w:r>
      <w:r>
        <w:rPr>
          <w:sz w:val="20"/>
        </w:rPr>
        <w:t>1:05:21  aur apni islaah karo. Apne aap ko aakhirat ke pakad se bachane ki fikr karo. Yeh matlab hai is ka. Yeh nahi ke woh sach much koi phoonkti hai aur yahan is ki saans aati hai.</w:t>
      </w:r>
      <w:r>
        <w:br/>
      </w:r>
      <w:r>
        <w:rPr>
          <w:sz w:val="20"/>
        </w:rPr>
        <w:t>1:05:32  Literal Sense mein nahi hai woh Symbolic Sense mein hai.</w:t>
      </w:r>
    </w:p>
    <w:p>
      <w:pPr>
        <w:pStyle w:val="Heading2"/>
      </w:pPr>
      <w:r>
        <w:t>Explanation of wisdom hadith</w:t>
      </w:r>
    </w:p>
    <w:p>
      <w:r>
        <w:rPr>
          <w:color w:val="666666"/>
          <w:sz w:val="18"/>
        </w:rPr>
        <w:t>Hadith · Realisation of God January 19, 2014 · 2m 10s · at 1:00:11 · https://youtu.be/uIn3AfDkk6Y?t=3611</w:t>
      </w:r>
    </w:p>
    <w:p>
      <w:r>
        <w:rPr>
          <w:i/>
        </w:rPr>
        <w:t>“Maulana, I have read a hadith which is: 'Hikmah (wisdom) is the lost property of the believer. Wherever he finds it, he takes it.' Please explain this hadith.”</w:t>
      </w:r>
    </w:p>
    <w:p>
      <w:r>
        <w:rPr>
          <w:sz w:val="20"/>
        </w:rPr>
        <w:t>1:00:11  molana, agla sawal dilli se hai muhammad ans sahib ka. unhon ne likha hai: "molana sahib, mein ne aik hadith parhi hai jo is tarah hai: hikmat momin ka khoya hua سرمایہ hai.</w:t>
      </w:r>
      <w:r>
        <w:br/>
      </w:r>
      <w:r>
        <w:rPr>
          <w:sz w:val="20"/>
        </w:rPr>
        <w:t>1:00:25  woh is ko jahan paye, use le lein." molana, is ki wazahat karein.</w:t>
      </w:r>
      <w:r>
        <w:br/>
      </w:r>
      <w:r>
        <w:rPr>
          <w:sz w:val="20"/>
        </w:rPr>
        <w:t>1:00:33  is ke alfaaz hain: "al hikmat al momin</w:t>
      </w:r>
      <w:r>
        <w:br/>
      </w:r>
      <w:r>
        <w:rPr>
          <w:sz w:val="20"/>
        </w:rPr>
        <w:t>1:00:40  muhaddiseen is ki sanad par woh sawal karte hain kyunke mein is ko sahi samajhta hoon." yani muhaddiseen ke haan yeh hadith jo hai, is pe bohat se sawalat kiye gaye hain.</w:t>
      </w:r>
      <w:r>
        <w:br/>
      </w:r>
      <w:r>
        <w:rPr>
          <w:sz w:val="20"/>
        </w:rPr>
        <w:t>1:00:52  mein is ko sahi samajhta hoon aur is par bhi mein likh chuka hoon.</w:t>
      </w:r>
      <w:r>
        <w:br/>
      </w:r>
      <w:r>
        <w:rPr>
          <w:sz w:val="20"/>
        </w:rPr>
        <w:t>1:00:57  aap parhiye, aap hamare yani al risala jo hamara nikalta hai, maani yeh sab baatein bar bar is mein aati rehti hain.</w:t>
      </w:r>
      <w:r>
        <w:br/>
      </w:r>
      <w:r>
        <w:rPr>
          <w:sz w:val="20"/>
        </w:rPr>
        <w:t>1:01:08  to behtar hai ke in mazameen ko parh kar sawal kiya jaye. phir zyada acha sawal hoga, zyada acha jawab hoga.</w:t>
      </w:r>
      <w:r>
        <w:br/>
      </w:r>
      <w:r>
        <w:rPr>
          <w:sz w:val="20"/>
        </w:rPr>
        <w:t>1:01:21  molana, yeh sawal zuhaib sahib ne kiya hai mumbai se.</w:t>
      </w:r>
      <w:r>
        <w:br/>
      </w:r>
      <w:r>
        <w:rPr>
          <w:sz w:val="20"/>
        </w:rPr>
        <w:t>1:01:25  unhon ne likha hai: "molana, how can we find marifat in this negative world? please tell us what is the practical formula for it?" bhai, yahi to yahi to hum lecture mein kehte hain har har hafte aur kitabon mein risala mein yeh baatein kehte hain.</w:t>
      </w:r>
      <w:r>
        <w:br/>
      </w:r>
      <w:r>
        <w:rPr>
          <w:sz w:val="20"/>
        </w:rPr>
        <w:t>1:01:41  mein phir kahoon ga ke aap log kya parh kar hi sawal nahin karte? yeh to hamara mustaqil mozu hai. tazkir-ul-quran mein hai, hamari kitabon mein hai, al risala mein hai, is lecture mein hota hai.</w:t>
      </w:r>
      <w:r>
        <w:br/>
      </w:r>
      <w:r>
        <w:rPr>
          <w:sz w:val="20"/>
        </w:rPr>
        <w:t>1:01:55  to abstract sawal mat kijiye, balkay yeh sawal yeh sawal kar sakte hain aap kay falan falan baat jo aap nay kahi, us mein yeh kami hai, yeh khala hai, is ki nishandahi kijiye.</w:t>
      </w:r>
      <w:r>
        <w:br/>
      </w:r>
      <w:r>
        <w:rPr>
          <w:sz w:val="20"/>
        </w:rPr>
        <w:t>1:02:07  phir mein us ko mazeed wazahat karunga. yeh to mera bohat hi mehboob yani top topic hai, is pe bolta bhi hoon, likhta bhi hoon. is par hamari kitabon mein se bhara hua hai, is yahi sab baatein bhari hui hain.</w:t>
      </w:r>
    </w:p>
    <w:p>
      <w:pPr>
        <w:pStyle w:val="Heading2"/>
      </w:pPr>
      <w:r>
        <w:t>Falsehood in Rejecting Hadith Argument</w:t>
      </w:r>
    </w:p>
    <w:p>
      <w:r>
        <w:rPr>
          <w:color w:val="666666"/>
          <w:sz w:val="18"/>
        </w:rPr>
        <w:t>Hadith · Living in Falsehood December 15, 2013 · 1m 48s · at 1:09:47 · https://youtu.be/UvboK59uF6s?t=4187</w:t>
      </w:r>
    </w:p>
    <w:p>
      <w:r>
        <w:rPr>
          <w:i/>
        </w:rPr>
        <w:t>“A gentleman said that those who do not accept Hadith argue that on the basis of the greatness of Quran and God we do not accept Hadith. Where is the falsehood in this? Please clarify.”</w:t>
      </w:r>
    </w:p>
    <w:p>
      <w:r>
        <w:rPr>
          <w:sz w:val="20"/>
        </w:rPr>
        <w:t>1:09:47  Maulana, agla sawal bhi Chennai se hai. Nadeem sahab ne kiya hai. Unhon ne likha hai: "Maulana, ek sahab ne kaha jo hadith ko nahi mante ke azmat-e-Quran aur azmat-e-Khuda ki buniyad par hum hadith ko nahi mante hain.</w:t>
      </w:r>
      <w:r>
        <w:br/>
      </w:r>
      <w:r>
        <w:rPr>
          <w:sz w:val="20"/>
        </w:rPr>
        <w:t>1:10:05  Maulana, is mein kahan Falsehood hai, is ko wazeh karein."</w:t>
      </w:r>
      <w:r>
        <w:br/>
      </w:r>
      <w:r>
        <w:rPr>
          <w:sz w:val="20"/>
        </w:rPr>
        <w:t>1:10:12  Main samajhta hoon ke aap aisa karein ke hamara jo Rasool Allah Salallahu Alaihi Wasallam ka tasawwur ka Issue hai, woh poora ka poora hadith par hai. Is ko un ko parhwaiye.</w:t>
      </w:r>
      <w:r>
        <w:br/>
      </w:r>
      <w:r>
        <w:rPr>
          <w:sz w:val="20"/>
        </w:rPr>
        <w:t>1:10:22  Main samajhta hoon ke hadith ke bare mein logon ko jo galat fehmiyan hain, woh sari ki sari is mein aa gayi hain. To kuch chand jumlon mein jawab nahi hoga, un ke zehan Address nahi hoga.</w:t>
      </w:r>
      <w:r>
        <w:br/>
      </w:r>
      <w:r>
        <w:rPr>
          <w:sz w:val="20"/>
        </w:rPr>
        <w:t>1:10:35  Aap woh December ka jo risala hai, yani December do hazar terah ka jo risala hai, is ko parhwaiye. Inshallah mujhe qawi umeed hai ke un ka zehan jo hai mutma'in ho jayega.</w:t>
      </w:r>
    </w:p>
    <w:p>
      <w:pPr>
        <w:pStyle w:val="Heading2"/>
      </w:pPr>
      <w:r>
        <w:t>Guarantee for those praying salah</w:t>
      </w:r>
    </w:p>
    <w:p>
      <w:r>
        <w:rPr>
          <w:color w:val="666666"/>
          <w:sz w:val="18"/>
        </w:rPr>
        <w:t>Hadith · Unseen God July 30, 2017 Maulana Wahiduddin Khan · 1m 46s · at 58:41 · https://youtu.be/MOkCdGFAVR4?t=3521</w:t>
      </w:r>
    </w:p>
    <w:p>
      <w:r>
        <w:rPr>
          <w:i/>
        </w:rPr>
        <w:t>“Maulana sahib, I have a question here. What about the people who quote Hadith regarding prayer and say that those who are praying salah are guaranteed in the path of truth?”</w:t>
      </w:r>
    </w:p>
    <w:p>
      <w:r>
        <w:rPr>
          <w:sz w:val="20"/>
        </w:rPr>
        <w:t>58:41  maulana agla sawal isi se juda hua hai jo ah bhopal se bheja hai rizwan arif sahab ne</w:t>
      </w:r>
      <w:r>
        <w:br/>
      </w:r>
      <w:r>
        <w:rPr>
          <w:sz w:val="20"/>
        </w:rPr>
        <w:t>58:49  انہوں نے لکھا ہے کہ مولانا صاحب I have a question here. What about the people who quote</w:t>
      </w:r>
      <w:r>
        <w:br/>
      </w:r>
      <w:r>
        <w:rPr>
          <w:sz w:val="20"/>
        </w:rPr>
        <w:t>58:55  hadith regarding namaz and say that those who are praying salat are guaranteed on the path of truth</w:t>
      </w:r>
      <w:r>
        <w:br/>
      </w:r>
      <w:r>
        <w:rPr>
          <w:sz w:val="20"/>
        </w:rPr>
        <w:t>59:03  and islam</w:t>
      </w:r>
      <w:r>
        <w:br/>
      </w:r>
      <w:r>
        <w:rPr>
          <w:sz w:val="20"/>
        </w:rPr>
        <w:t>59:05  does merely offering namaz make them virtuous over all others giving physical worship to much importance over all other could you please clarify in this</w:t>
      </w:r>
      <w:r>
        <w:br/>
      </w:r>
      <w:r>
        <w:rPr>
          <w:sz w:val="20"/>
        </w:rPr>
        <w:t>59:17  dekhiye physical worship ka naam ibadat hai hi nahi woh to circus hai</w:t>
      </w:r>
      <w:r>
        <w:br/>
      </w:r>
      <w:r>
        <w:rPr>
          <w:sz w:val="20"/>
        </w:rPr>
        <w:t>59:24  spiritual spiritual ibadat ka naam ibadat hai</w:t>
      </w:r>
      <w:r>
        <w:br/>
      </w:r>
      <w:r>
        <w:rPr>
          <w:sz w:val="20"/>
        </w:rPr>
        <w:t>59:30  ache se samajh lijiye ibadat mein ek hai form ek hai spirit to form ke aitbar se aap</w:t>
      </w:r>
      <w:r>
        <w:br/>
      </w:r>
      <w:r>
        <w:rPr>
          <w:sz w:val="20"/>
        </w:rPr>
        <w:t>59:37  qatai ibadat karein is ki koi value nahi hai value hai is namaz ki jis mein is jo</w:t>
      </w:r>
      <w:r>
        <w:br/>
      </w:r>
      <w:r>
        <w:rPr>
          <w:sz w:val="20"/>
        </w:rPr>
        <w:t>59:43  spirit se bhara hua ho</w:t>
      </w:r>
      <w:r>
        <w:br/>
      </w:r>
      <w:r>
        <w:rPr>
          <w:sz w:val="20"/>
        </w:rPr>
        <w:t>59:46  kyunke hadith mein aata hai ek aadmi ne form wali namaz padhi bohat woh sahabi the lekin form</w:t>
      </w:r>
      <w:r>
        <w:br/>
      </w:r>
      <w:r>
        <w:rPr>
          <w:sz w:val="20"/>
        </w:rPr>
        <w:t>59:54  wali namaz thi spirit nahi thi to us ne farmaya ke arjao fasal le fun ka lam tusal</w:t>
      </w:r>
      <w:r>
        <w:br/>
      </w:r>
      <w:r>
        <w:rPr>
          <w:sz w:val="20"/>
        </w:rPr>
        <w:t>1:00:00  le arjao fasal</w:t>
      </w:r>
      <w:r>
        <w:br/>
      </w:r>
      <w:r>
        <w:rPr>
          <w:sz w:val="20"/>
        </w:rPr>
        <w:t>1:00:03  le fun ka lam tusal le ke jao phir se namaz padho koi to tum ne namaz nahi</w:t>
      </w:r>
      <w:r>
        <w:br/>
      </w:r>
      <w:r>
        <w:rPr>
          <w:sz w:val="20"/>
        </w:rPr>
        <w:t>1:00:07  padhi yeh ek sahabi ka qissa hai</w:t>
      </w:r>
      <w:r>
        <w:br/>
      </w:r>
      <w:r>
        <w:rPr>
          <w:sz w:val="20"/>
        </w:rPr>
        <w:t>1:00:11  aaj kal jo dhoom machi hui masjidon mein woh woh kuch nahi woh to hadith mein aata hai</w:t>
      </w:r>
      <w:r>
        <w:br/>
      </w:r>
      <w:r>
        <w:rPr>
          <w:sz w:val="20"/>
        </w:rPr>
        <w:t>1:00:16  ke masjidain muamara kharab ek dam mun aayega ke jab masjidain log bhari hongi namaziyon se</w:t>
      </w:r>
      <w:r>
        <w:br/>
      </w:r>
      <w:r>
        <w:rPr>
          <w:sz w:val="20"/>
        </w:rPr>
        <w:t>1:00:23  lekin is ki koi value nahi hogi allah ki nazar mein yeh sab baatein hadith mein likhi hui</w:t>
      </w:r>
    </w:p>
    <w:p>
      <w:pPr>
        <w:pStyle w:val="Heading2"/>
      </w:pPr>
      <w:r>
        <w:t>Hadith about fly in drink</w:t>
      </w:r>
    </w:p>
    <w:p>
      <w:r>
        <w:rPr>
          <w:color w:val="666666"/>
          <w:sz w:val="18"/>
        </w:rPr>
        <w:t>Hadith · Prophetic Wisdom | May 01, 2016 · 2m 22s · at 51:13 · https://youtu.be/KrjwjAw03zw?t=3073</w:t>
      </w:r>
    </w:p>
    <w:p>
      <w:r>
        <w:rPr>
          <w:i/>
        </w:rPr>
        <w:t>“There is a hadith in Sahih Bukhari that if a fly falls in your cup of tea or milk, then we must dip it properly and then the tea or milk can be taken. Please explain.”</w:t>
      </w:r>
    </w:p>
    <w:p>
      <w:r>
        <w:rPr>
          <w:sz w:val="20"/>
        </w:rPr>
        <w:t>51:13  phir aam aadmi Maulana agla sawal kya hai Saharanpur se Fazal Karim Sahab ne aur unhone likha hai</w:t>
      </w:r>
      <w:r>
        <w:br/>
      </w:r>
      <w:r>
        <w:rPr>
          <w:sz w:val="20"/>
        </w:rPr>
        <w:t>51:21  molana sahib there is one hadith in bukhari shareef that if a fly falls in your cup of</w:t>
      </w:r>
      <w:r>
        <w:br/>
      </w:r>
      <w:r>
        <w:rPr>
          <w:sz w:val="20"/>
        </w:rPr>
        <w:t>51:29  tea or milk then we must dip it properly and then tea or milk can be taken as</w:t>
      </w:r>
      <w:r>
        <w:br/>
      </w:r>
      <w:r>
        <w:rPr>
          <w:sz w:val="20"/>
        </w:rPr>
        <w:t>51:37  per this hadith there are benefits in one feather of the fly molana sahib this is not digestible</w:t>
      </w:r>
      <w:r>
        <w:br/>
      </w:r>
      <w:r>
        <w:rPr>
          <w:sz w:val="20"/>
        </w:rPr>
        <w:t>51:44  to me kindly guide me on the message of this hadith dekhiye yeh hadith literal sense mein nahi hai</w:t>
      </w:r>
      <w:r>
        <w:br/>
      </w:r>
      <w:r>
        <w:rPr>
          <w:sz w:val="20"/>
        </w:rPr>
        <w:t>51:52  literal sense mein nahi hai yeh aik to aik bashar convey karne ke liye aik usloob hai aik</w:t>
      </w:r>
      <w:r>
        <w:br/>
      </w:r>
      <w:r>
        <w:rPr>
          <w:sz w:val="20"/>
        </w:rPr>
        <w:t>52:00  bashar convey karne ke liye apne halaat ke lehaz se aap is ko aap samjhiye is ki makhi</w:t>
      </w:r>
      <w:r>
        <w:br/>
      </w:r>
      <w:r>
        <w:rPr>
          <w:sz w:val="20"/>
        </w:rPr>
        <w:t>52:07  ke makhi ki tarah maine socha hai is ko apne halaat ke lehaz se yani aap ki</w:t>
      </w:r>
      <w:r>
        <w:br/>
      </w:r>
      <w:r>
        <w:rPr>
          <w:sz w:val="20"/>
        </w:rPr>
        <w:t>52:15  makhi kya hai jaise aaj hi</w:t>
      </w:r>
      <w:r>
        <w:br/>
      </w:r>
      <w:r>
        <w:rPr>
          <w:sz w:val="20"/>
        </w:rPr>
        <w:t>52:22  aik sahib se mulaqat hui woh saudi arab mein bees saal rahe hain to unhon ne kaha ke</w:t>
      </w:r>
      <w:r>
        <w:br/>
      </w:r>
      <w:r>
        <w:rPr>
          <w:sz w:val="20"/>
        </w:rPr>
        <w:t>52:30  wahan yeh haal hai ke agar doodh aaya aur is mein zara sa aik koi zara gir gaya</w:t>
      </w:r>
      <w:r>
        <w:br/>
      </w:r>
      <w:r>
        <w:rPr>
          <w:sz w:val="20"/>
        </w:rPr>
        <w:t>52:38  hawa hawa se chal kar ke ya roti ka tukra gir gaya to foran is ko hata dete</w:t>
      </w:r>
      <w:r>
        <w:br/>
      </w:r>
      <w:r>
        <w:rPr>
          <w:sz w:val="20"/>
        </w:rPr>
        <w:t>52:46  hain to is is mentality ko main samajhta hoon ke</w:t>
      </w:r>
      <w:r>
        <w:br/>
      </w:r>
      <w:r>
        <w:rPr>
          <w:sz w:val="20"/>
        </w:rPr>
        <w:t>52:54  check karne ke liye hadith hai un se maine poocha to unhon ne bataya ke main bees</w:t>
      </w:r>
      <w:r>
        <w:br/>
      </w:r>
      <w:r>
        <w:rPr>
          <w:sz w:val="20"/>
        </w:rPr>
        <w:t>53:00  saal raha hoon aur wahan par khana itna waste kiya jata hai itna waste kiya jata hai jis</w:t>
      </w:r>
      <w:r>
        <w:br/>
      </w:r>
      <w:r>
        <w:rPr>
          <w:sz w:val="20"/>
        </w:rPr>
        <w:t>53:06  ka koi hisab nahi to main samajhta hoon ke zyada zor is par yeh hai ke khane ko</w:t>
      </w:r>
      <w:r>
        <w:br/>
      </w:r>
      <w:r>
        <w:rPr>
          <w:sz w:val="20"/>
        </w:rPr>
        <w:t>53:12  waste na karo zahir si baat hai to is ko is ko literal mani mein mat lije ke</w:t>
      </w:r>
      <w:r>
        <w:br/>
      </w:r>
      <w:r>
        <w:rPr>
          <w:sz w:val="20"/>
        </w:rPr>
        <w:t>53:18  makhi ke par bhi yeh hai makhi ke par bhi woh hai nahi woh aap ke mind mein hai</w:t>
      </w:r>
      <w:r>
        <w:br/>
      </w:r>
      <w:r>
        <w:rPr>
          <w:sz w:val="20"/>
        </w:rPr>
        <w:t>53:24  aap khane ko waste kar rahe hain is ki is ko rizq ke khuda nahi samajhte yeh nahi</w:t>
      </w:r>
      <w:r>
        <w:br/>
      </w:r>
      <w:r>
        <w:rPr>
          <w:sz w:val="20"/>
        </w:rPr>
        <w:t>53:30  sochte ke is ke baghair hum zinda nahi reh sakte rizq ki ahmiyat batayi gayi hai na ke</w:t>
      </w:r>
    </w:p>
    <w:p>
      <w:pPr>
        <w:pStyle w:val="Heading2"/>
      </w:pPr>
      <w:r>
        <w:t>Hadith about saving from evil times</w:t>
      </w:r>
    </w:p>
    <w:p>
      <w:r>
        <w:rPr>
          <w:color w:val="666666"/>
          <w:sz w:val="18"/>
        </w:rPr>
        <w:t>Hadith · Principle of Loss | May 31, 2015 · 3m 37s · at 53:29 · https://youtu.be/IEf7QfU3BmY?t=3209</w:t>
      </w:r>
    </w:p>
    <w:p>
      <w:r>
        <w:rPr>
          <w:i/>
        </w:rPr>
        <w:t>“Maulana, there is a hadith that says a time will come when no one will be able to save oneself from the evil of that time.”</w:t>
      </w:r>
    </w:p>
    <w:p>
      <w:r>
        <w:rPr>
          <w:sz w:val="20"/>
        </w:rPr>
        <w:t>53:29  molana agla sawal merit se farooqi sahib ne kiya hai, aur unhone likha hai ke molana der</w:t>
      </w:r>
      <w:r>
        <w:br/>
      </w:r>
      <w:r>
        <w:rPr>
          <w:sz w:val="20"/>
        </w:rPr>
        <w:t>53:35  Is it a hadith that a time will come when no one would be able to</w:t>
      </w:r>
      <w:r>
        <w:br/>
      </w:r>
      <w:r>
        <w:rPr>
          <w:sz w:val="20"/>
        </w:rPr>
        <w:t>53:41  save one self from the evil of time.</w:t>
      </w:r>
      <w:r>
        <w:br/>
      </w:r>
      <w:r>
        <w:rPr>
          <w:sz w:val="20"/>
        </w:rPr>
        <w:t>53:48  Maulana, in such a case, how can a person save oneself from the evil of the times?</w:t>
      </w:r>
      <w:r>
        <w:br/>
      </w:r>
      <w:r>
        <w:rPr>
          <w:sz w:val="20"/>
        </w:rPr>
        <w:t>53:56  dekhen, is ka jawab quran mein maujood hai, wo ayat ayat hai: in alhasanat yuzhibn al sayyiat.</w:t>
      </w:r>
      <w:r>
        <w:br/>
      </w:r>
      <w:r>
        <w:rPr>
          <w:sz w:val="20"/>
        </w:rPr>
        <w:t>54:03  yani yeh bataya gaya hai ek tareeqa ke ke jab aap ko ehsas ho</w:t>
      </w:r>
      <w:r>
        <w:br/>
      </w:r>
      <w:r>
        <w:rPr>
          <w:sz w:val="20"/>
        </w:rPr>
        <w:t>54:11  ke aap ek aise evil mein hain ke is se aap, yani is se apne ko bacha nahi</w:t>
      </w:r>
      <w:r>
        <w:br/>
      </w:r>
      <w:r>
        <w:rPr>
          <w:sz w:val="20"/>
        </w:rPr>
        <w:t>54:18  pate, to koi achhai kijiye.</w:t>
      </w:r>
      <w:r>
        <w:br/>
      </w:r>
      <w:r>
        <w:rPr>
          <w:sz w:val="20"/>
        </w:rPr>
        <w:t>54:26  jaise mujhe ek waqia yaad aata hai, rampur mein ek sahib the, abdul hayi sahib, bahut mukhlis aadmi the</w:t>
      </w:r>
      <w:r>
        <w:br/>
      </w:r>
      <w:r>
        <w:rPr>
          <w:sz w:val="20"/>
        </w:rPr>
        <w:t>54:34  wo, to wo jo government ka department hota hai, uska excise department</w:t>
      </w:r>
      <w:r>
        <w:br/>
      </w:r>
      <w:r>
        <w:rPr>
          <w:sz w:val="20"/>
        </w:rPr>
        <w:t>54:41  , to excise department mein woh service karte thay, to un ko ehsas hua ke excise department jo</w:t>
      </w:r>
      <w:r>
        <w:br/>
      </w:r>
      <w:r>
        <w:rPr>
          <w:sz w:val="20"/>
        </w:rPr>
        <w:t>54:47  hai woh sahi nahi hai, aur mein is mein mulawwis hoon, to is ko unhon ne chhor diya.</w:t>
      </w:r>
      <w:r>
        <w:br/>
      </w:r>
      <w:r>
        <w:rPr>
          <w:sz w:val="20"/>
        </w:rPr>
        <w:t>54:53  Is ke baad un ko aik khayal hua ke mein ab kya karoon, to unhon ne aik percha</w:t>
      </w:r>
      <w:r>
        <w:br/>
      </w:r>
      <w:r>
        <w:rPr>
          <w:sz w:val="20"/>
        </w:rPr>
        <w:t>54:59  nikala, is ka naam tha Alhasnat, Alhasnat isi se liya tha unhon ne, in Alhasnat yudhbun Alsujjad ke</w:t>
      </w:r>
      <w:r>
        <w:br/>
      </w:r>
      <w:r>
        <w:rPr>
          <w:sz w:val="20"/>
        </w:rPr>
        <w:t>55:05  ab tak mein ne siyah kiya hai,</w:t>
      </w:r>
      <w:r>
        <w:br/>
      </w:r>
      <w:r>
        <w:rPr>
          <w:sz w:val="20"/>
        </w:rPr>
        <w:t>55:11  mein ne to ab percha nikal kar ke mein is ko, yani hasna karoon ga, logon ko sachai</w:t>
      </w:r>
      <w:r>
        <w:br/>
      </w:r>
      <w:r>
        <w:rPr>
          <w:sz w:val="20"/>
        </w:rPr>
        <w:t>55:17  pohanchaoon ga, is se mein door ho jaye gi meri.</w:t>
      </w:r>
      <w:r>
        <w:br/>
      </w:r>
      <w:r>
        <w:rPr>
          <w:sz w:val="20"/>
        </w:rPr>
        <w:t>55:23  تو میں سمجھتا ہوں کہ اکثر لوگ مجھ سے پوچھتے ہیں کہ ہم بینک کی ملازمت جائز</w:t>
      </w:r>
      <w:r>
        <w:br/>
      </w:r>
      <w:r>
        <w:rPr>
          <w:sz w:val="20"/>
        </w:rPr>
        <w:t>55:29  hai, hum bank mein kaam karte hain, main logon se kehta hoon ke yeh soch, yeh poochhna ghalat</w:t>
      </w:r>
      <w:r>
        <w:br/>
      </w:r>
      <w:r>
        <w:rPr>
          <w:sz w:val="20"/>
        </w:rPr>
        <w:t>55:35  hai, bank ke bahir bhi bank hai, koi jagah bain</w:t>
      </w:r>
      <w:r>
        <w:br/>
      </w:r>
      <w:r>
        <w:rPr>
          <w:sz w:val="20"/>
        </w:rPr>
        <w:t>55:41  k se khali nahi hai, jo masjid hai, masjidain hain, madaris hain, jamaatein hain, har jagah woh chhaya</w:t>
      </w:r>
      <w:r>
        <w:br/>
      </w:r>
      <w:r>
        <w:rPr>
          <w:sz w:val="20"/>
        </w:rPr>
        <w:t>55:48  ہوا ہے، اور حدیث میں تو یہاں تک اتا ہے کہ ایک زمانہ ائے گا کہ interest جو</w:t>
      </w:r>
      <w:r>
        <w:br/>
      </w:r>
      <w:r>
        <w:rPr>
          <w:sz w:val="20"/>
        </w:rPr>
        <w:t>55:54  hai hawa aur pani mein shamil ho jaye ga, tum pani piyo ge, tab bhi is ka aik</w:t>
      </w:r>
      <w:r>
        <w:br/>
      </w:r>
      <w:r>
        <w:rPr>
          <w:sz w:val="20"/>
        </w:rPr>
        <w:t>56:00  hissa tumhare andar jaye ga, sans lo ge to is ka aik hissa jaye ga, to aap kaise</w:t>
      </w:r>
      <w:r>
        <w:br/>
      </w:r>
      <w:r>
        <w:rPr>
          <w:sz w:val="20"/>
        </w:rPr>
        <w:t>56:06  bach jayen ge? To is se yeh</w:t>
      </w:r>
      <w:r>
        <w:br/>
      </w:r>
      <w:r>
        <w:rPr>
          <w:sz w:val="20"/>
        </w:rPr>
        <w:t>56:12  mat sochiye ke aap is se bachen, bachna possible nahi hai, yeh sochiye ke aap kuch acha kaam</w:t>
      </w:r>
      <w:r>
        <w:br/>
      </w:r>
      <w:r>
        <w:rPr>
          <w:sz w:val="20"/>
        </w:rPr>
        <w:t>56:18  karen, aur woh sab se acha kaam hai dawat, yani bank ka, mein logon se kaha karta hoon</w:t>
      </w:r>
      <w:r>
        <w:br/>
      </w:r>
      <w:r>
        <w:rPr>
          <w:sz w:val="20"/>
        </w:rPr>
        <w:t>56:24  ke bank se aap raza mat kijiye, dawat ka kaam kijiye, mislan yeh ke aap apni mez par</w:t>
      </w:r>
      <w:r>
        <w:br/>
      </w:r>
      <w:r>
        <w:rPr>
          <w:sz w:val="20"/>
        </w:rPr>
        <w:t>56:31  ya apni bag mein literature rakhiye, Islami literature un ko dete rahey.</w:t>
      </w:r>
      <w:r>
        <w:br/>
      </w:r>
      <w:r>
        <w:rPr>
          <w:sz w:val="20"/>
        </w:rPr>
        <w:t>56:37  To is zamane mein khas tor par</w:t>
      </w:r>
      <w:r>
        <w:br/>
      </w:r>
      <w:r>
        <w:rPr>
          <w:sz w:val="20"/>
        </w:rPr>
        <w:t>56:43  yahi karna hai ke bajaye is ke ke aap resign karen, is se chhor ke bhagen, use chhor</w:t>
      </w:r>
      <w:r>
        <w:br/>
      </w:r>
      <w:r>
        <w:rPr>
          <w:sz w:val="20"/>
        </w:rPr>
        <w:t>56:51  ke bhagen, yeh mat kijiye, jahan bhi aap hain wahin kaam kijiye, lekin sath sath dawat ka kaam</w:t>
      </w:r>
      <w:r>
        <w:br/>
      </w:r>
      <w:r>
        <w:rPr>
          <w:sz w:val="20"/>
        </w:rPr>
        <w:t>56:59  kijiye, dawat ko apni zindagi mein shamil kar lijiye, wahi hai in Alhasnat yudhbun Alsujjad.</w:t>
      </w:r>
    </w:p>
    <w:p>
      <w:pPr>
        <w:pStyle w:val="Heading2"/>
      </w:pPr>
      <w:r>
        <w:t>Hadith about saying Salah upon Prophet's name</w:t>
      </w:r>
    </w:p>
    <w:p>
      <w:r>
        <w:rPr>
          <w:color w:val="666666"/>
          <w:sz w:val="18"/>
        </w:rPr>
        <w:t>Hadith · Hadith Prediction November 3, 2013 · 2m 21s · at 53:26 · https://youtu.be/cb5Lzw9c8aE?t=3206</w:t>
      </w:r>
    </w:p>
    <w:p>
      <w:r>
        <w:rPr>
          <w:i/>
        </w:rPr>
        <w:t>“I used to watch your live lectures every Sunday, and I am very much interested in reading your literature. My question is, in one of the hadiths that I had read, it was mentioned that whenever we hear the Prophet Muhammad's name, we should say 'صلی اللہ علیہ وسلم', and any person who does not do that invites Allah's curse. By taking the above hadith, if an author does not mention 'صلی اللہ علیہ وسلم' after the Prophet Muhammad's name in his book, will he be considered one of the wrongdoers?”</w:t>
      </w:r>
    </w:p>
    <w:p>
      <w:r>
        <w:rPr>
          <w:sz w:val="20"/>
        </w:rPr>
        <w:t>53:26  maulana, agla sawal hyderabad se aaya hai, mr. jeent ka. unhon ne likha hai: "maulana, I used to watch your live lectures every sunday, and I am very much interested in reading your literature.</w:t>
      </w:r>
      <w:r>
        <w:br/>
      </w:r>
      <w:r>
        <w:rPr>
          <w:sz w:val="20"/>
        </w:rPr>
        <w:t>53:41  My question is, in one of the hadiths that I had read, it was mentioned that whenever we hear the Prophet Muhammad's name, we should say 'salallaho alaihi wasallam', and any person who does not do that invites Allah's curse.</w:t>
      </w:r>
      <w:r>
        <w:br/>
      </w:r>
      <w:r>
        <w:rPr>
          <w:sz w:val="20"/>
        </w:rPr>
        <w:t>53:59  By taking the above hadith, if an author does not mention 'salallaho alaihi wasallam' after the Prophet Muhammad's name in his book, will he be considered one of the wrongdoers?</w:t>
      </w:r>
      <w:r>
        <w:br/>
      </w:r>
      <w:r>
        <w:rPr>
          <w:sz w:val="20"/>
        </w:rPr>
        <w:t>54:11  What is the real and correct interpretation of the above hadith? Please clarify this to me." dekhen, is par maine likha hai, meri kitab hai, is ka naam hai "zuhur-e-islam".</w:t>
      </w:r>
      <w:r>
        <w:br/>
      </w:r>
      <w:r>
        <w:rPr>
          <w:sz w:val="20"/>
        </w:rPr>
        <w:t>54:23  isko aap padh lijiye. khulasa yeh hai ke salallaho alaihi wasallam dil se matloob hai. yeh ulama ka mauqaf hai, yeh jo main keh raha hoon aap ko.</w:t>
      </w:r>
      <w:r>
        <w:br/>
      </w:r>
      <w:r>
        <w:rPr>
          <w:sz w:val="20"/>
        </w:rPr>
        <w:t>54:32  bade bade ulama ne is sarahat kiye ke asal cheez mauqaf dil, yani innamal a'malu binniyat aur salallaho alaihi wasallam ke ma'ni kya hain?</w:t>
      </w:r>
      <w:r>
        <w:br/>
      </w:r>
      <w:r>
        <w:rPr>
          <w:sz w:val="20"/>
        </w:rPr>
        <w:t>54:41  acknowledge karna. yeh koi prasarar kalma nahi hai, koi mysterious mantra nahi hai. yeh</w:t>
      </w:r>
      <w:r>
        <w:br/>
      </w:r>
      <w:r>
        <w:rPr>
          <w:sz w:val="20"/>
        </w:rPr>
        <w:t>54:48  acknowledge karna, yani</w:t>
      </w:r>
      <w:r>
        <w:br/>
      </w:r>
      <w:r>
        <w:rPr>
          <w:sz w:val="20"/>
        </w:rPr>
        <w:t>54:52  muhammad salallaho alaihi wasallam ke zariye hamein quran mila, hamein allah ki hidayat mili, hamein sirat-e-mustaqeem mila.</w:t>
      </w:r>
      <w:r>
        <w:br/>
      </w:r>
      <w:r>
        <w:rPr>
          <w:sz w:val="20"/>
        </w:rPr>
        <w:t>55:02  to hamein shor karna hai, hamein acknowledge karna hai. isi acknowledgement ka tareeqa hai ke sallallahu alaihi wasallam ek dua ka kalma hai,</w:t>
      </w:r>
      <w:r>
        <w:br/>
      </w:r>
      <w:r>
        <w:rPr>
          <w:sz w:val="20"/>
        </w:rPr>
        <w:t>55:11  yani aye paighambar, aap par Allah ki rehmaten hon. aap ke zariye se hamein quran pahuncha, hidayat pahunchi. to sallallahu alaihi wasallam koi mysterious mantra nahi hai, yeh acknowledgement hai.</w:t>
      </w:r>
      <w:r>
        <w:br/>
      </w:r>
      <w:r>
        <w:rPr>
          <w:sz w:val="20"/>
        </w:rPr>
        <w:t>55:23  acknowledgement dil se hota hai, lafz service ke taur par nahi. acknowledgement lafz service ke taur par nahi hota hai, dil se hota hai. dil mein agar hai to wohi asal hai.</w:t>
      </w:r>
      <w:r>
        <w:br/>
      </w:r>
      <w:r>
        <w:rPr>
          <w:sz w:val="20"/>
        </w:rPr>
        <w:t>55:35  is ke bare mein maine likha hai, meri ek ek chapter is mein "zuhur-e-islam" hai, us ko aap padh lijiyye.</w:t>
      </w:r>
      <w:r>
        <w:br/>
      </w:r>
      <w:r>
        <w:rPr>
          <w:sz w:val="20"/>
        </w:rPr>
        <w:t>55:41  baqi khulasa is ka yahi hai.</w:t>
      </w:r>
    </w:p>
    <w:p>
      <w:pPr>
        <w:pStyle w:val="Heading2"/>
      </w:pPr>
      <w:r>
        <w:t>Hadith about true dreams in end times</w:t>
      </w:r>
    </w:p>
    <w:p>
      <w:r>
        <w:rPr>
          <w:color w:val="666666"/>
          <w:sz w:val="18"/>
        </w:rPr>
        <w:t>Hadith · Discovery of Modern Age I 10th Feb. 13 · 1m 13s · at 1:09:25 · https://youtu.be/Yp5T0KacY84?t=4165</w:t>
      </w:r>
    </w:p>
    <w:p>
      <w:r>
        <w:rPr>
          <w:i/>
        </w:rPr>
        <w:t>“Maulana, you had narrated a hadith that in the last times, the believer who will be, he will see true dreams.”</w:t>
      </w:r>
    </w:p>
    <w:p>
      <w:r>
        <w:rPr>
          <w:sz w:val="20"/>
        </w:rPr>
        <w:t>1:09:25  maulana, agla sawal hyderabad se hai zubair ahmad sahab ka.</w:t>
      </w:r>
      <w:r>
        <w:br/>
      </w:r>
      <w:r>
        <w:rPr>
          <w:sz w:val="20"/>
        </w:rPr>
        <w:t>1:09:30  unhone likha hai: "maulana, aap ne ek hadith bayan ki thi ke aakhri zamane mein jo momin</w:t>
      </w:r>
      <w:r>
        <w:br/>
      </w:r>
      <w:r>
        <w:rPr>
          <w:sz w:val="20"/>
        </w:rPr>
        <w:t>1:09:36  hoga, wo sacha khwab dekhe ga.</w:t>
      </w:r>
      <w:r>
        <w:br/>
      </w:r>
      <w:r>
        <w:rPr>
          <w:sz w:val="20"/>
        </w:rPr>
        <w:t>1:09:42  baraye karam is ka khulasa kijiye ke is ka talluq kis type ke khwab se hai?" mujhe to</w:t>
      </w:r>
      <w:r>
        <w:br/>
      </w:r>
      <w:r>
        <w:rPr>
          <w:sz w:val="20"/>
        </w:rPr>
        <w:t>1:09:48  yaad nahi ke main ne kaha hua tha bayan kiya tha.</w:t>
      </w:r>
      <w:r>
        <w:br/>
      </w:r>
      <w:r>
        <w:rPr>
          <w:sz w:val="20"/>
        </w:rPr>
        <w:t>1:09:53  ab sachhe khwab ka koi, koi mathematical formula to hai nahi.</w:t>
      </w:r>
      <w:r>
        <w:br/>
      </w:r>
      <w:r>
        <w:rPr>
          <w:sz w:val="20"/>
        </w:rPr>
        <w:t>1:09:59  kyun ke hadith mein aata hai ke khwab teen qism ke hote hain: "hadith al nafs", "tafweeh al shaitan" aur "busharat".</w:t>
      </w:r>
      <w:r>
        <w:br/>
      </w:r>
      <w:r>
        <w:rPr>
          <w:sz w:val="20"/>
        </w:rPr>
        <w:t>1:10:05  yani apne dil ki baat ko khwab mein dekh lena aur shaitan ka darawa ho, is se khwab</w:t>
      </w:r>
      <w:r>
        <w:br/>
      </w:r>
      <w:r>
        <w:rPr>
          <w:sz w:val="20"/>
        </w:rPr>
        <w:t>1:10:10  aaye aur ya allah ki basharat.</w:t>
      </w:r>
      <w:r>
        <w:br/>
      </w:r>
      <w:r>
        <w:rPr>
          <w:sz w:val="20"/>
        </w:rPr>
        <w:t>1:10:16  to khwab teen qism ke hote hain.</w:t>
      </w:r>
      <w:r>
        <w:br/>
      </w:r>
      <w:r>
        <w:rPr>
          <w:sz w:val="20"/>
        </w:rPr>
        <w:t>1:10:22  to ab wo bahut, yani is khwab ke nature, is ke ko ghor kar ke samajh mein aa</w:t>
      </w:r>
      <w:r>
        <w:br/>
      </w:r>
      <w:r>
        <w:rPr>
          <w:sz w:val="20"/>
        </w:rPr>
        <w:t>1:10:27  sakta hai ke kis category ka hai khwab is ka.</w:t>
      </w:r>
      <w:r>
        <w:br/>
      </w:r>
      <w:r>
        <w:rPr>
          <w:sz w:val="20"/>
        </w:rPr>
        <w:t>1:10:33  kis ka hai? is ke liye koi hard words rule nahi hai.</w:t>
      </w:r>
    </w:p>
    <w:p>
      <w:pPr>
        <w:pStyle w:val="Heading2"/>
      </w:pPr>
      <w:r>
        <w:t>Hadith confusion and abandonment of Quran</w:t>
      </w:r>
    </w:p>
    <w:p>
      <w:r>
        <w:rPr>
          <w:color w:val="666666"/>
          <w:sz w:val="18"/>
        </w:rPr>
        <w:t>Hadith · Dars e Quran, Ch 2 Vs 80 82, July 01, 2018 · 1m 19s · at 49:28 · https://youtu.be/BuLkoCE6j18?t=2968</w:t>
      </w:r>
    </w:p>
    <w:p>
      <w:r>
        <w:rPr>
          <w:i/>
        </w:rPr>
        <w:t>“Hadith literature has confused the Muslim Ummah and they have completely left the Quran and its understanding. So are we making the claim true that the cry of the Prophet on the Day of Resurrection will be 'My Lord, my people have abandoned my book'?”</w:t>
      </w:r>
    </w:p>
    <w:p>
      <w:r>
        <w:rPr>
          <w:sz w:val="20"/>
        </w:rPr>
        <w:t>49:28  Maulana, agla saval Syed Mubin Bukhari sahib ne bheja hai Dammam, Saudi Arabia se. Unhon ne likha hai: "Hadith literature has confused Muslim ummah and they have completely left the Quran and its understanding.</w:t>
      </w:r>
      <w:r>
        <w:br/>
      </w:r>
      <w:r>
        <w:rPr>
          <w:sz w:val="20"/>
        </w:rPr>
        <w:t>49:45  so are we making "the cry of the prophet in the day of resurrection will be, 'My Lord, my people have abandoned my book.'"</w:t>
      </w:r>
      <w:r>
        <w:br/>
      </w:r>
      <w:r>
        <w:rPr>
          <w:sz w:val="20"/>
        </w:rPr>
        <w:t>50:00  hadith ko mat kahiye, balkeh history ko kahiye. hadith to bohat hi positive cheez hai musalmanon ke liye,</w:t>
      </w:r>
      <w:r>
        <w:br/>
      </w:r>
      <w:r>
        <w:rPr>
          <w:sz w:val="20"/>
        </w:rPr>
        <w:t>50:15  lekin musalman jo hain, guzri hui tareekh mein jeete hain. isi ka naam hai glory. to hadith mein masroof hona to bilkul sahi hai,</w:t>
      </w:r>
      <w:r>
        <w:br/>
      </w:r>
      <w:r>
        <w:rPr>
          <w:sz w:val="20"/>
        </w:rPr>
        <w:t>50:31  lekin musalman hadith se masroof nahi hain, balkeh tareekh mein masroof hain, jo ke sirf false glory ka zun banta hai.</w:t>
      </w:r>
      <w:r>
        <w:br/>
      </w:r>
      <w:r>
        <w:rPr>
          <w:sz w:val="20"/>
        </w:rPr>
        <w:t>50:43  iski wajah se</w:t>
      </w:r>
    </w:p>
    <w:p>
      <w:pPr>
        <w:pStyle w:val="Heading2"/>
      </w:pPr>
      <w:r>
        <w:t>Hadith on Loss of Intelligence</w:t>
      </w:r>
    </w:p>
    <w:p>
      <w:r>
        <w:rPr>
          <w:color w:val="666666"/>
          <w:sz w:val="18"/>
        </w:rPr>
        <w:t>Hadith · Islamic Wisdom July 17, 2016 · 34s · at 56:54 · https://youtu.be/jB4ugN0K-AM?t=3414</w:t>
      </w:r>
    </w:p>
    <w:p>
      <w:r>
        <w:rPr>
          <w:i/>
        </w:rPr>
        <w:t>“You mentioned a hadith that says intelligence will be taken away. Could this mean that leaders and scholars will be dominated by self-interest, because of their personal...?”</w:t>
      </w:r>
    </w:p>
    <w:p>
      <w:r>
        <w:rPr>
          <w:sz w:val="20"/>
        </w:rPr>
        <w:t>56:54  Maulana, agla sawal Dhampur se Mahtab Sahab ne kiya hai aur unhon ne likha hai ke: "Maulana Sahab,</w:t>
      </w:r>
      <w:r>
        <w:br/>
      </w:r>
      <w:r>
        <w:rPr>
          <w:sz w:val="20"/>
        </w:rPr>
        <w:t>57:02  aap ne jo hadith bayan ki hai ke aqal chhin jayegi, is ka matlab yeh bhi to</w:t>
      </w:r>
      <w:r>
        <w:br/>
      </w:r>
      <w:r>
        <w:rPr>
          <w:sz w:val="20"/>
        </w:rPr>
        <w:t>57:10  ho sakta hai ke leader aur ulama par mafad parasti havi ho jayegi, kyunke woh apne niji</w:t>
      </w:r>
      <w:r>
        <w:br/>
      </w:r>
      <w:r>
        <w:rPr>
          <w:sz w:val="20"/>
        </w:rPr>
        <w:t>57:17  muamlat mein to bohat aqal se kaam lete hain." Haan, bilkul sahi kaha aap ne, bohat hi sahi</w:t>
      </w:r>
      <w:r>
        <w:br/>
      </w:r>
      <w:r>
        <w:rPr>
          <w:sz w:val="20"/>
        </w:rPr>
        <w:t>57:25  baat hai, bohat sahi baat hai.</w:t>
      </w:r>
      <w:r>
        <w:br/>
      </w:r>
      <w:r>
        <w:rPr>
          <w:sz w:val="20"/>
        </w:rPr>
        <w:t>57:28  Jazakumullah.</w:t>
      </w:r>
    </w:p>
    <w:p>
      <w:pPr>
        <w:pStyle w:val="Heading2"/>
      </w:pPr>
      <w:r>
        <w:t>Hadith on Muslims emerging from degenerate phase</w:t>
      </w:r>
    </w:p>
    <w:p>
      <w:r>
        <w:rPr>
          <w:color w:val="666666"/>
          <w:sz w:val="18"/>
        </w:rPr>
        <w:t>Hadith · The Age of Alternative April 24, 2016 · 1m 43s · at 56:24 · https://youtu.be/JoilI-TK4Ig?t=3384</w:t>
      </w:r>
    </w:p>
    <w:p>
      <w:r>
        <w:rPr>
          <w:i/>
        </w:rPr>
        <w:t>“You narrated a hadith mentioning the degenerate leadership of scholars in the future, but is there any hadith of Muslims coming out of this phase?”</w:t>
      </w:r>
    </w:p>
    <w:p>
      <w:r>
        <w:rPr>
          <w:sz w:val="20"/>
        </w:rPr>
        <w:t>56:24  Maulana, agla sawal Ramish Siddiqui sahib ne bheja hai Delhi se, aur unhone likha hai: "Maulana, you narrated a hadith mentioning the degenerated leadership in ulema in future, but is there any hadith of Muslims coming out of this phase?"</w:t>
      </w:r>
      <w:r>
        <w:br/>
      </w:r>
      <w:r>
        <w:rPr>
          <w:sz w:val="20"/>
        </w:rPr>
        <w:t>56:44  Yeh hadith hai iski bhi, aur ek bohat bade Imam the, Imam Malik, unka qaul hai ke: "Lan yuslih akhiru hazihil ummata illa bima salaka bihi awwaluha." Unhone kaha ke Rasool aur Sahaba Rasool ka jo pattern tha, us pattern ki taraf lotto,</w:t>
      </w:r>
      <w:r>
        <w:br/>
      </w:r>
      <w:r>
        <w:rPr>
          <w:sz w:val="20"/>
        </w:rPr>
        <w:t>57:08  tab tum is se bahar aaogey. To phir dobara tum ko Allah ki rehmat mile gi</w:t>
      </w:r>
    </w:p>
    <w:p>
      <w:pPr>
        <w:pStyle w:val="Heading2"/>
      </w:pPr>
      <w:r>
        <w:t>Hadith on Surah Baqarah and Satan</w:t>
      </w:r>
    </w:p>
    <w:p>
      <w:r>
        <w:rPr>
          <w:color w:val="666666"/>
          <w:sz w:val="18"/>
        </w:rPr>
        <w:t>Hadith · Three levels of Realization 4 July 2010 - Maulana Wahiduddin Khan · 3m 15s · at 1:03:39 · https://youtu.be/H-kx5TldzfQ?t=3819</w:t>
      </w:r>
    </w:p>
    <w:p>
      <w:r>
        <w:rPr>
          <w:i/>
        </w:rPr>
        <w:t>“In Sahih Muslim and other books it is recorded that the Prophet said: 'Do not turn your houses into graves. Verily Satan does not enter the house where Surah Al-Baqarah is recited.' Also Abdullah ibn Mas'ud said: 'Satan flees from the house where Surah Al-Baqarah is heard.' Kindly explain this.”</w:t>
      </w:r>
    </w:p>
    <w:p>
      <w:r>
        <w:rPr>
          <w:sz w:val="20"/>
        </w:rPr>
        <w:t>1:03:39  maulana un ka aik aur sawal hai unhon ne likha hai ke "do not there is in sahih muslim and in other books it is recorded that the prophet of islam had said: 'do not turn your houses into graves.</w:t>
      </w:r>
      <w:r>
        <w:br/>
      </w:r>
      <w:r>
        <w:rPr>
          <w:sz w:val="20"/>
        </w:rPr>
        <w:t>1:03:56  very shaitan does not enter the house where surah al-baqarah is recited.' also abdullah bin masood said: 'shaitan flees from the house where surah al-baqarah is heard.' kindly explain this.</w:t>
      </w:r>
      <w:r>
        <w:br/>
      </w:r>
      <w:r>
        <w:rPr>
          <w:sz w:val="20"/>
        </w:rPr>
        <w:t>1:04:13  dekh</w:t>
      </w:r>
      <w:r>
        <w:br/>
      </w:r>
      <w:r>
        <w:rPr>
          <w:sz w:val="20"/>
        </w:rPr>
        <w:t>1:04:14  hee ye is ka matlab yeh nahi ke bas surah baqarah parhi jaye ya ghar mein namaz parhi jaye aik musalla ho aik musalla ho aik aik janamaz ho nahi is mein charche ho charche tab aisa hoga log samajhte hain ke quran lo tilawat kar do zor zor se to shaitan bhag jayega ya aik kone mein kahin musalla rakha hua ho wahan namaz parho ja kar ke to shaitan bhag jayega</w:t>
      </w:r>
      <w:r>
        <w:br/>
      </w:r>
      <w:r>
        <w:rPr>
          <w:sz w:val="20"/>
        </w:rPr>
        <w:t>1:04:42  nahi is ghar mein khuda ka charche ho is khutba khuda ki soch pai jati hai is ghar mein logon ka haal mein ne dekha hai ke charche to hota hai doosri doosri cheezon ka kone mein aik aik musalla bhi rakha rehta hai aur aik quran bhi rakha rehta hai</w:t>
      </w:r>
      <w:r>
        <w:br/>
      </w:r>
      <w:r>
        <w:rPr>
          <w:sz w:val="20"/>
        </w:rPr>
        <w:t>1:05:05  gharon mein charche hona chahiye deen ka khuda ka sachai ka rohaniyat ka tab aisa hoga ke shaitan bhag jayega to charche kisi aur cheez ka ho aur ritual tor par aap kuch parh lein ya to is se shaitan nahi bhagta.</w:t>
      </w:r>
      <w:r>
        <w:br/>
      </w:r>
      <w:r>
        <w:rPr>
          <w:sz w:val="20"/>
        </w:rPr>
        <w:t>1:05:28  maulana yeh sawal kiya hai stuti malhotra ne new delhi se. she is written: "today you explained three levels the third level being the intuition level</w:t>
      </w:r>
      <w:r>
        <w:br/>
      </w:r>
      <w:r>
        <w:rPr>
          <w:sz w:val="20"/>
        </w:rPr>
        <w:t>1:05:39  . my question is that are there different intuition levels also among people and if yes how do we come to know which one is correct?" ji is mein correct ki baat nahi hai is mein.</w:t>
      </w:r>
      <w:r>
        <w:br/>
      </w:r>
      <w:r>
        <w:rPr>
          <w:sz w:val="20"/>
        </w:rPr>
        <w:t>1:05:55  yani degree ki baat hai degree degree mein farq rahega</w:t>
      </w:r>
      <w:r>
        <w:br/>
      </w:r>
      <w:r>
        <w:rPr>
          <w:sz w:val="20"/>
        </w:rPr>
        <w:t>1:06:04  mein manta hoon</w:t>
      </w:r>
      <w:r>
        <w:br/>
      </w:r>
      <w:r>
        <w:rPr>
          <w:sz w:val="20"/>
        </w:rPr>
        <w:t>1:06:08  yani institutional level jo hai is mein degree ke aitbar se bohat se farq ho sakte hain aik aadmi bohat devote kare kam devote kare aik aadmi aik aadmi bohat parha likha ho aik aadmi kam parha likha ho aik aadmi zyada sochta ho aik aadmi kam sochta ho to degree mein to farq ho jayega</w:t>
      </w:r>
      <w:r>
        <w:br/>
      </w:r>
      <w:r>
        <w:rPr>
          <w:sz w:val="20"/>
        </w:rPr>
        <w:t>1:06:28  lekin behrahal is ko apne intuition se layer ko hatana parega warna khuda ki marifat nahi milegi ab jo bohat zyada bohat zyada hatayega to oonchi degree ka is ko mil jayega realization nahi to kam degree ka milega to jo difference hai wo in terms of degree hai jahan tak mein samajhta hoon.</w:t>
      </w:r>
    </w:p>
    <w:p>
      <w:pPr>
        <w:pStyle w:val="Heading2"/>
      </w:pPr>
      <w:r>
        <w:t>Hadith on Ummah Splitting into 73 Sects</w:t>
      </w:r>
    </w:p>
    <w:p>
      <w:r>
        <w:rPr>
          <w:color w:val="666666"/>
          <w:sz w:val="18"/>
        </w:rPr>
        <w:t>Hadith · Self Correction November 09, 2014 Maulana Wahiduddin Khan · 37s · at 1:12:15 · https://youtu.be/PpwTmeCQkSQ?t=4335</w:t>
      </w:r>
    </w:p>
    <w:p>
      <w:r>
        <w:rPr>
          <w:i/>
        </w:rPr>
        <w:t>“In a hadith it is mentioned that the Jews split into 72 sects, and my Ummah will split into 73 sects.”</w:t>
      </w:r>
    </w:p>
    <w:p>
      <w:r>
        <w:rPr>
          <w:sz w:val="20"/>
        </w:rPr>
        <w:t>1:12:15  maulana, agla sawal Gulbarga se hai.</w:t>
      </w:r>
      <w:r>
        <w:br/>
      </w:r>
      <w:r>
        <w:rPr>
          <w:sz w:val="20"/>
        </w:rPr>
        <w:t>1:12:20  Ghousuddin sahib ne kiya hai, unhon ne likha hai ke Maulana, hadith mein aaya hai ke Yahood</w:t>
      </w:r>
      <w:r>
        <w:br/>
      </w:r>
      <w:r>
        <w:rPr>
          <w:sz w:val="20"/>
        </w:rPr>
        <w:t>1:12:25  72 firqon mein bat gaye, aur meri ummat 73 firqon mein bat jayegi.</w:t>
      </w:r>
      <w:r>
        <w:br/>
      </w:r>
      <w:r>
        <w:rPr>
          <w:sz w:val="20"/>
        </w:rPr>
        <w:t>1:12:31  maulana, is ka kya matlab hai? is ko wazeh karen.</w:t>
      </w:r>
      <w:r>
        <w:br/>
      </w:r>
      <w:r>
        <w:rPr>
          <w:sz w:val="20"/>
        </w:rPr>
        <w:t>1:12:36  is par main likh chuka hoon, aap parhiye.</w:t>
      </w:r>
      <w:r>
        <w:br/>
      </w:r>
      <w:r>
        <w:rPr>
          <w:sz w:val="20"/>
        </w:rPr>
        <w:t>1:12:41  tajdeed deen, jo hamari kitab hai, is ko parhiye.</w:t>
      </w:r>
      <w:r>
        <w:br/>
      </w:r>
      <w:r>
        <w:rPr>
          <w:sz w:val="20"/>
        </w:rPr>
        <w:t>1:12:47  is mein aap ko jawab mil jaye ga.</w:t>
      </w:r>
    </w:p>
    <w:p>
      <w:pPr>
        <w:pStyle w:val="Heading2"/>
      </w:pPr>
      <w:r>
        <w:t>Hadith on iman increasing and decreasing</w:t>
      </w:r>
    </w:p>
    <w:p>
      <w:r>
        <w:rPr>
          <w:color w:val="666666"/>
          <w:sz w:val="18"/>
        </w:rPr>
        <w:t>Hadith · Principle of Loss May 31, 2015 · 31s · at 51:44 · https://youtu.be/vM-CUyBiDkc?t=3104</w:t>
      </w:r>
    </w:p>
    <w:p>
      <w:r>
        <w:rPr>
          <w:i/>
        </w:rPr>
        <w:t>“There is a hadith that iman of a person increases and decreases.”</w:t>
      </w:r>
    </w:p>
    <w:p>
      <w:r>
        <w:rPr>
          <w:sz w:val="20"/>
        </w:rPr>
        <w:t>51:44  maulana, agla sawal lene se pehle ek aur comment padhna chahenge jo maulana farhad umri sahib ne bheja hai dilli se, aur unhone likha hai ke maulana, i was not feeling good after reading news regarding muslims violent activities, but your talk today on principle of loss gave me peace of mind.</w:t>
      </w:r>
      <w:r>
        <w:br/>
      </w:r>
      <w:r>
        <w:rPr>
          <w:sz w:val="20"/>
        </w:rPr>
        <w:t>52:10  shukriya maulana. masha Allah.</w:t>
      </w:r>
    </w:p>
    <w:p>
      <w:pPr>
        <w:pStyle w:val="Heading2"/>
      </w:pPr>
      <w:r>
        <w:t>Hadith on obeying parents and elders</w:t>
      </w:r>
    </w:p>
    <w:p>
      <w:r>
        <w:rPr>
          <w:color w:val="666666"/>
          <w:sz w:val="18"/>
        </w:rPr>
        <w:t>Hadith · Importance of Wisdom | August 24, 2014 · 1m 49s · at 1:10:57 · https://youtu.be/ZVPLm7fV0t0?t=4257</w:t>
      </w:r>
    </w:p>
    <w:p>
      <w:r>
        <w:rPr>
          <w:i/>
        </w:rPr>
        <w:t>“Molana, is there anything in the Hadith literature that makes the younger generation bound to obey their parents' order and their elder siblings and close relatives?”</w:t>
      </w:r>
    </w:p>
    <w:p>
      <w:r>
        <w:rPr>
          <w:sz w:val="20"/>
        </w:rPr>
        <w:t>1:10:57  is ka koi taalluq nahi hai. yeh ek siyasi issue hai. constitution ka ek ek masla hai. Maulana, agla sawal Mansoor Tirmizi sahib ne poocha hai. unhone apni location nahi batai hai. un ka sawal yeh hai ke: Maulana, is there anything in the hadith literature that makes the young generation bound to obey their parents order or their elder siblings or close relatives? bhai,</w:t>
      </w:r>
      <w:r>
        <w:br/>
      </w:r>
      <w:r>
        <w:rPr>
          <w:sz w:val="20"/>
        </w:rPr>
        <w:t>1:11:27  is mein hadith ki kya zaroorat hai? hadith hai bhi, lekin is mein barhon ko nahi manenge</w:t>
      </w:r>
      <w:r>
        <w:br/>
      </w:r>
      <w:r>
        <w:rPr>
          <w:sz w:val="20"/>
        </w:rPr>
        <w:t>1:11:31  to aap barhon ke paas experience hota hai.</w:t>
      </w:r>
      <w:r>
        <w:br/>
      </w:r>
      <w:r>
        <w:rPr>
          <w:sz w:val="20"/>
        </w:rPr>
        <w:t>1:11:36  aap ke paas to is se jazba hota hai.</w:t>
      </w:r>
      <w:r>
        <w:br/>
      </w:r>
      <w:r>
        <w:rPr>
          <w:sz w:val="20"/>
        </w:rPr>
        <w:t>1:11:41  yeh maujooda zamanay ki sab se bari kami hai ke jo nai generation hai, woh is baat ko</w:t>
      </w:r>
      <w:r>
        <w:br/>
      </w:r>
      <w:r>
        <w:rPr>
          <w:sz w:val="20"/>
        </w:rPr>
        <w:t>1:11:45  jante nahi ke pichlay log jo hain, senior log hain, un ke paas experience hai.</w:t>
      </w:r>
      <w:r>
        <w:br/>
      </w:r>
      <w:r>
        <w:rPr>
          <w:sz w:val="20"/>
        </w:rPr>
        <w:t>1:11:50  un ke experience se hamein seekhna chahiye.</w:t>
      </w:r>
      <w:r>
        <w:br/>
      </w:r>
      <w:r>
        <w:rPr>
          <w:sz w:val="20"/>
        </w:rPr>
        <w:t>1:11:54  yeh jo yani</w:t>
      </w:r>
      <w:r>
        <w:br/>
      </w:r>
      <w:r>
        <w:rPr>
          <w:sz w:val="20"/>
        </w:rPr>
        <w:t>1:11:59  agli generation, naujawanon mein aur senior logon mein jo doori ho gayi hai, woh saada baat nahi hai. is ka maene yeh hai ke naujawan jo hain, pichle logon ke experience se kuch faida nahi utha rahe hain. hadith bhi yeh hai jo aap farma rahe hain ke jo baron ki izzat na kare, woh hum mein se nahi. lekin main samajhta hoon ke is ke liye aap ke aqli kaafi hai janne ke liye ke naujawanon ke paas kabhi bhi exper</w:t>
      </w:r>
      <w:r>
        <w:br/>
      </w:r>
      <w:r>
        <w:rPr>
          <w:sz w:val="20"/>
        </w:rPr>
        <w:t>1:12:29  yence nahi hoga.</w:t>
      </w:r>
      <w:r>
        <w:br/>
      </w:r>
      <w:r>
        <w:rPr>
          <w:sz w:val="20"/>
        </w:rPr>
        <w:t>1:12:33  aur jo senior log hain, un ke paas experience hoga.</w:t>
      </w:r>
      <w:r>
        <w:br/>
      </w:r>
      <w:r>
        <w:rPr>
          <w:sz w:val="20"/>
        </w:rPr>
        <w:t>1:12:37  to un ke experience ko lijiye un se taake zyada achi tarah aap apni zindagi ki planning kar saken.</w:t>
      </w:r>
      <w:r>
        <w:br/>
      </w:r>
      <w:r>
        <w:rPr>
          <w:sz w:val="20"/>
        </w:rPr>
        <w:t>1:12:42  yeh koi aqeeday ka masla nahi hai, yeh to aql ka masla hai.</w:t>
      </w:r>
    </w:p>
    <w:p>
      <w:pPr>
        <w:pStyle w:val="Heading2"/>
      </w:pPr>
      <w:r>
        <w:t>Hadith on reciting Surah Baqarah</w:t>
      </w:r>
    </w:p>
    <w:p>
      <w:r>
        <w:rPr>
          <w:color w:val="666666"/>
          <w:sz w:val="18"/>
        </w:rPr>
        <w:t>Hadith · Three levels of Realization July 4, 2010 · 2m 47s · at 1:04:11 · https://youtu.be/NtCTVVov3Nw?t=3851</w:t>
      </w:r>
    </w:p>
    <w:p>
      <w:r>
        <w:rPr>
          <w:i/>
        </w:rPr>
        <w:t>“Do not turn your houses into graves, for Satan does not enter a house where Surah Al-Baqarah is recited.”</w:t>
      </w:r>
    </w:p>
    <w:p>
      <w:r>
        <w:rPr>
          <w:sz w:val="20"/>
        </w:rPr>
        <w:t>1:04:11  سوال ہے انہوں نے لکھا ہے کہ do not there is in Sahih Muslim and in other books</w:t>
      </w:r>
      <w:r>
        <w:br/>
      </w:r>
      <w:r>
        <w:rPr>
          <w:sz w:val="20"/>
        </w:rPr>
        <w:t>1:04:18  It is recorded that the prophet of Islam had said, "Do not turn your houses into graves." Very</w:t>
      </w:r>
      <w:r>
        <w:br/>
      </w:r>
      <w:r>
        <w:rPr>
          <w:sz w:val="20"/>
        </w:rPr>
        <w:t>1:04:26  Satan does not enter the house where Surah Al-Baqarah is recited.</w:t>
      </w:r>
      <w:r>
        <w:br/>
      </w:r>
      <w:r>
        <w:rPr>
          <w:sz w:val="20"/>
        </w:rPr>
        <w:t>1:04:32  Also Abdullah ibn Masud said, "Satan flees from the house where Surah Al-Baqarah is heard." Kindly explain this.</w:t>
      </w:r>
      <w:r>
        <w:br/>
      </w:r>
      <w:r>
        <w:rPr>
          <w:sz w:val="20"/>
        </w:rPr>
        <w:t>1:04:43  dekhen iska matlab yeh nahi ke bas surah baqarah parh di jaye ya ghar mein namaz parhi jaye ek musalla ho ek musalla ho ek ek jaan namaz ho nahi ismein chircha ho chircha tab aisa hoga log samajhte hain ke quran lo tilawat kar do zor zor se toh shaitan bhag jayega ya ek kone mein kahin musalla rakha hua ho wahan namaz parho ja kar ke toh shaitan bhag jayega</w:t>
      </w:r>
      <w:r>
        <w:br/>
      </w:r>
      <w:r>
        <w:rPr>
          <w:sz w:val="20"/>
        </w:rPr>
        <w:t>1:05:10  nahi is ghar mein khuda ka chircha ho is ghar mein khuda ki soch pai jati hai is ghar mein logon ka haal maine dekha hai ke chircha toh hota hai doosri doosri cheezon ka kone mein ek ek musalla bhi rakha rehta hai aur ek quran bhi rakha rehta hai</w:t>
      </w:r>
      <w:r>
        <w:br/>
      </w:r>
      <w:r>
        <w:rPr>
          <w:sz w:val="20"/>
        </w:rPr>
        <w:t>1:05:33  gharoon mein chircha hona chahiye deen ka khuda ka sachai ka roohaniyat ka tab aisa hoga ke shaitan bhag jayega toh chircha kisi aur cheez ka ho aur ritual tor par aap kuch parh len ya toh is se shaitan nahi bhagta</w:t>
      </w:r>
      <w:r>
        <w:br/>
      </w:r>
      <w:r>
        <w:rPr>
          <w:sz w:val="20"/>
        </w:rPr>
        <w:t>1:05:54  molana yeh sawal kiya hai stuti malhotra ne new delhi se</w:t>
      </w:r>
      <w:r>
        <w:br/>
      </w:r>
      <w:r>
        <w:rPr>
          <w:sz w:val="20"/>
        </w:rPr>
        <w:t>1:05:58  she is written today you explained three levels the third level being the intuition level my question is that are there different intuition levels also among people and if yes how do we come to know which one is correct yeh ismein correct ki baat nahi hai ismein yani degree ki baat hai degree degree mein farq rahega</w:t>
      </w:r>
      <w:r>
        <w:br/>
      </w:r>
      <w:r>
        <w:rPr>
          <w:sz w:val="20"/>
        </w:rPr>
        <w:t>1:06:28  main manta hoon</w:t>
      </w:r>
      <w:r>
        <w:br/>
      </w:r>
      <w:r>
        <w:rPr>
          <w:sz w:val="20"/>
        </w:rPr>
        <w:t>1:06:32  yani institutional level jo hai usmein degree ke aitbar se bohat se farq ho sakte hain ek aadmi bohat devote kare kam devote kare ek aadmi ek aadmi bohat parha likha ho ek aadmi kam parha likha ho ek aadmi zyada sochta ho ek aadmi kam sochta ho toh degree pe toh farq ho jayega lekin behal isko apne intuition se layer ko hatwana parega</w:t>
      </w:r>
    </w:p>
    <w:p>
      <w:pPr>
        <w:pStyle w:val="Heading2"/>
      </w:pPr>
      <w:r>
        <w:t>Hadith rejection using Quran verse</w:t>
      </w:r>
    </w:p>
    <w:p>
      <w:r>
        <w:rPr>
          <w:color w:val="666666"/>
          <w:sz w:val="18"/>
        </w:rPr>
        <w:t>Hadith · Eid-al-Azha I October 13, 2013 · 3m 42s · at 1:17:42 · https://youtu.be/oy7zn-uODcU?t=4662</w:t>
      </w:r>
    </w:p>
    <w:p>
      <w:r>
        <w:rPr>
          <w:i/>
        </w:rPr>
        <w:t>“Those who do not believe in Hadith give evidence from the Quran, like in chapter 6 verse 38 it is said: 'We have not left anything in this book that we have not explained.' What do you say about this?”</w:t>
      </w:r>
    </w:p>
    <w:p>
      <w:r>
        <w:rPr>
          <w:sz w:val="20"/>
        </w:rPr>
        <w:t>1:17:42  sawal hai unhon ne likha hai jo log hadith ko nahi mante woh Quran se daleel dete hain</w:t>
      </w:r>
      <w:r>
        <w:br/>
      </w:r>
      <w:r>
        <w:rPr>
          <w:sz w:val="20"/>
        </w:rPr>
        <w:t>1:17:50  jaise chapter number six verse number 38 mein kaha gaya hai ke hum ne is kitab mein koi</w:t>
      </w:r>
      <w:r>
        <w:br/>
      </w:r>
      <w:r>
        <w:rPr>
          <w:sz w:val="20"/>
        </w:rPr>
        <w:t>1:17:58  baat aisi nahi chhori hai jo bayan kar di ho is ke bare mein ap kuch kahein kiya</w:t>
      </w:r>
      <w:r>
        <w:br/>
      </w:r>
      <w:r>
        <w:rPr>
          <w:sz w:val="20"/>
        </w:rPr>
        <w:t>1:18:06  alfaaz hain sir ma faratna fil kitab min shai hain ma faratna fil kitab min shai dekhiye is</w:t>
      </w:r>
      <w:r>
        <w:br/>
      </w:r>
      <w:r>
        <w:rPr>
          <w:sz w:val="20"/>
        </w:rPr>
        <w:t>1:18:13  is hadith is ayat ka woh matlab nahi hai jo hazrat lete hain is ka matlab hai sirf</w:t>
      </w:r>
      <w:r>
        <w:br/>
      </w:r>
      <w:r>
        <w:rPr>
          <w:sz w:val="20"/>
        </w:rPr>
        <w:t>1:18:21  basics jo basics hain jo buniyadi cheezein hain woh hain warna ap mujhe bataiye yeh to Islam ka</w:t>
      </w:r>
      <w:r>
        <w:br/>
      </w:r>
      <w:r>
        <w:rPr>
          <w:sz w:val="20"/>
        </w:rPr>
        <w:t>1:18:29  yani Quran ka manna hai ke dawat do dawat do acha Quran mein kahan par bataya gaya hai</w:t>
      </w:r>
      <w:r>
        <w:br/>
      </w:r>
      <w:r>
        <w:rPr>
          <w:sz w:val="20"/>
        </w:rPr>
        <w:t>1:18:36  ke jab koi dawat ke baad Islam qabool karna chahe to kiya tareeqa hai is ka kiya tareeqa</w:t>
      </w:r>
      <w:r>
        <w:br/>
      </w:r>
      <w:r>
        <w:rPr>
          <w:sz w:val="20"/>
        </w:rPr>
        <w:t>1:18:44  hai kaise ap is ko Islam mein dakhil karein kahin likha hua hai kahin hajj karo likha hua</w:t>
      </w:r>
      <w:r>
        <w:br/>
      </w:r>
      <w:r>
        <w:rPr>
          <w:sz w:val="20"/>
        </w:rPr>
        <w:t>1:18:52  hai kiya tareeqa bataya kaise hajj karein hum yani Quran mein hajj ka hukm hai magar hajj ka</w:t>
      </w:r>
      <w:r>
        <w:br/>
      </w:r>
      <w:r>
        <w:rPr>
          <w:sz w:val="20"/>
        </w:rPr>
        <w:t>1:19:00  tareeqa nahi Quran mein roze ka hukm hai roze ka tareeqa nahi Quran mein dawat ka hukm hai</w:t>
      </w:r>
      <w:r>
        <w:br/>
      </w:r>
      <w:r>
        <w:rPr>
          <w:sz w:val="20"/>
        </w:rPr>
        <w:t>1:19:07  lekin aadmi jab Islam qabool karna chahe to is ka kaise kiya jaye is ka tareeqa nahi to</w:t>
      </w:r>
      <w:r>
        <w:br/>
      </w:r>
      <w:r>
        <w:rPr>
          <w:sz w:val="20"/>
        </w:rPr>
        <w:t>1:19:15  Quran buniyadi cheezon asasiyat ki kitab hai basics ki kitab hai tafseelat nahi hain Quran majeed mein woh</w:t>
      </w:r>
      <w:r>
        <w:br/>
      </w:r>
      <w:r>
        <w:rPr>
          <w:sz w:val="20"/>
        </w:rPr>
        <w:t>1:19:23  hum ko hadith mein milti hain yeh to ab ghair sanjeeda zehan yeh sab baatein bolte hain dekhiye</w:t>
      </w:r>
      <w:r>
        <w:br/>
      </w:r>
      <w:r>
        <w:rPr>
          <w:sz w:val="20"/>
        </w:rPr>
        <w:t>1:19:30  bohat se sawalat jo hain woh sawalat nahi hote woh ghair sanjeeda zehan ka phenomena hote hain farq</w:t>
      </w:r>
      <w:r>
        <w:br/>
      </w:r>
      <w:r>
        <w:rPr>
          <w:sz w:val="20"/>
        </w:rPr>
        <w:t>1:19:38  samjhiye ek hota hai sawal ek hota hai ghair sanjeeda zehan ki yani khayal arai to is ko</w:t>
      </w:r>
      <w:r>
        <w:br/>
      </w:r>
      <w:r>
        <w:rPr>
          <w:sz w:val="20"/>
        </w:rPr>
        <w:t>1:19:46  ap sawal na samjhiye is ko ghair sanjedgi ka zahira samjhiye aur jab tak is ko woh sanjeeda</w:t>
      </w:r>
      <w:r>
        <w:br/>
      </w:r>
      <w:r>
        <w:rPr>
          <w:sz w:val="20"/>
        </w:rPr>
        <w:t>1:19:54  na ho is ko koi ap mutmaeen nahi kar sakte aur is ko aise aise logon ke bare</w:t>
      </w:r>
      <w:r>
        <w:br/>
      </w:r>
      <w:r>
        <w:rPr>
          <w:sz w:val="20"/>
        </w:rPr>
        <w:t>1:20:01  میں صرف دعا کرنا چاہیے بس اور کچھ نہیں Okay, we would like to tell our viewers that</w:t>
      </w:r>
      <w:r>
        <w:br/>
      </w:r>
      <w:r>
        <w:rPr>
          <w:sz w:val="20"/>
        </w:rPr>
        <w:t>1:20:09  If they want to join the CPS mission, then they can write to us with their</w:t>
      </w:r>
      <w:r>
        <w:br/>
      </w:r>
      <w:r>
        <w:rPr>
          <w:sz w:val="20"/>
        </w:rPr>
        <w:t>1:20:17  complete details and info at CPS global dot org we end the session now</w:t>
      </w:r>
      <w:r>
        <w:br/>
      </w:r>
      <w:r>
        <w:rPr>
          <w:sz w:val="20"/>
        </w:rPr>
        <w:t>1:20:24  thank you.</w:t>
      </w:r>
    </w:p>
    <w:p>
      <w:pPr>
        <w:pStyle w:val="Heading2"/>
      </w:pPr>
      <w:r>
        <w:t>How to Qualify for Levels of Paradise</w:t>
      </w:r>
    </w:p>
    <w:p>
      <w:r>
        <w:rPr>
          <w:color w:val="666666"/>
          <w:sz w:val="18"/>
        </w:rPr>
        <w:t>Hadith · Natural Warning April 17, 2016 · 1m 15s · at 50:32 · https://youtu.be/fSNOpwgzcss?t=3032</w:t>
      </w:r>
    </w:p>
    <w:p>
      <w:r>
        <w:rPr>
          <w:i/>
        </w:rPr>
        <w:t>“In Al Bukhari it is mentioned that verily Paradise has one hundred levels, and between each level is a distance like the distance between the earth and the sky. How is one eligible to enter a certain level of Jannah?”</w:t>
      </w:r>
    </w:p>
    <w:p>
      <w:r>
        <w:rPr>
          <w:sz w:val="20"/>
        </w:rPr>
        <w:t>50:32  Aur jo log imaan ko spirit ke maani mein lein to un ke liye is ko samajhna kuch mushkil nahi hai. Maulana, unhone ek aur sawal aap se poocha hai, unhone likha hai ke in Al Bukhari it is mentioned verily paradise has one hundred levels and between each level is a distance like the distance between the earth and the sky.</w:t>
      </w:r>
      <w:r>
        <w:br/>
      </w:r>
      <w:r>
        <w:rPr>
          <w:sz w:val="20"/>
        </w:rPr>
        <w:t>50:57  Maulana sahib, how is one eligible to enter certain level of jannah?</w:t>
      </w:r>
      <w:r>
        <w:br/>
      </w:r>
      <w:r>
        <w:rPr>
          <w:sz w:val="20"/>
        </w:rPr>
        <w:t>51:02  Is ke baray mein batayein. Dekhiye, ek hai ke kalma padh kar apne ko</w:t>
      </w:r>
      <w:r>
        <w:br/>
      </w:r>
      <w:r>
        <w:rPr>
          <w:sz w:val="20"/>
        </w:rPr>
        <w:t>51:11  Islam ki fold mein shamil kar lena. Doosri cheez yeh hai ke amal, qurbani, sacrifice yeh cheezein to jitna sacrifice karega aadmi,</w:t>
      </w:r>
      <w:r>
        <w:br/>
      </w:r>
      <w:r>
        <w:rPr>
          <w:sz w:val="20"/>
        </w:rPr>
        <w:t>51:25  Jitna qurbani dega aadmi apni jaan ki, apne maal ki, us ke lihaaz se uska darja baṛhega.</w:t>
      </w:r>
      <w:r>
        <w:br/>
      </w:r>
      <w:r>
        <w:rPr>
          <w:sz w:val="20"/>
        </w:rPr>
        <w:t>51:39  Yaani qurbani se darja baṛhta hai, ji ji ji ji ji ji ji ji ji ji. Jaisi qurbani, waisa darja. Ji</w:t>
      </w:r>
    </w:p>
    <w:p>
      <w:pPr>
        <w:pStyle w:val="Heading2"/>
      </w:pPr>
      <w:r>
        <w:t>How to save from evil of times</w:t>
      </w:r>
    </w:p>
    <w:p>
      <w:r>
        <w:rPr>
          <w:color w:val="666666"/>
          <w:sz w:val="18"/>
        </w:rPr>
        <w:t>Hadith · Principle of Loss May 31, 2015 · 3m 27s · at 54:44 · https://youtu.be/vM-CUyBiDkc?t=3284</w:t>
      </w:r>
    </w:p>
    <w:p>
      <w:r>
        <w:rPr>
          <w:i/>
        </w:rPr>
        <w:t>“There is a hadith that a time will come when no one will be able to save oneself from the evil of the times. In such a case, how can a person save oneself from the evil of the times?”</w:t>
      </w:r>
    </w:p>
    <w:p>
      <w:r>
        <w:rPr>
          <w:sz w:val="20"/>
        </w:rPr>
        <w:t>54:44  maulana, agla sawal merit se farooqi sahib ne kiya hai, aur unhone likha hai ke maulana, there is a hadith that a time will come when no one would be able to save oneself from the evil of time.</w:t>
      </w:r>
      <w:r>
        <w:br/>
      </w:r>
      <w:r>
        <w:rPr>
          <w:sz w:val="20"/>
        </w:rPr>
        <w:t>55:00  maulana, in such a case, how can a person save one self from the evil of the times? dekhiye, is ka jawab Quran mein maujood hai.</w:t>
      </w:r>
      <w:r>
        <w:br/>
      </w:r>
      <w:r>
        <w:rPr>
          <w:sz w:val="20"/>
        </w:rPr>
        <w:t>55:13  woh aayat aayat hai: "إن الحسنات ابن الصياد" . yaani yeh bataya gaya hai ek tareeqa ke ke jab aap ko ehsas ho ke aap ek aisi evil mein mein hain ke is se aap yaani is se apne ko bacha nahi paate, to koi achhai kijiye.</w:t>
      </w:r>
      <w:r>
        <w:br/>
      </w:r>
      <w:r>
        <w:rPr>
          <w:sz w:val="20"/>
        </w:rPr>
        <w:t>55:38  jaise mujhe ek waqia yaad aata hai, rampur mein ek sahib thay, abdul hayi sahib, bohat mukhlis aadmi thay. woh to woh jo government ka department hota hai,</w:t>
      </w:r>
      <w:r>
        <w:br/>
      </w:r>
      <w:r>
        <w:rPr>
          <w:sz w:val="20"/>
        </w:rPr>
        <w:t>55:54  us ka excise department, to excise department mein woh service karte thay.</w:t>
      </w:r>
      <w:r>
        <w:br/>
      </w:r>
      <w:r>
        <w:rPr>
          <w:sz w:val="20"/>
        </w:rPr>
        <w:t>56:01  to un ko ehsas hua ke excise department jo hai, woh sahi nahi hai, aur main is mein mulawwis hoon. to is ko unhone chhod diya.</w:t>
      </w:r>
      <w:r>
        <w:br/>
      </w:r>
      <w:r>
        <w:rPr>
          <w:sz w:val="20"/>
        </w:rPr>
        <w:t>56:11  is ke baad in ko aik khayal hua ke main ab kya karoon. to unhon ne aik parcha nikala, is ka naam tha "al-hasanat".</w:t>
      </w:r>
      <w:r>
        <w:br/>
      </w:r>
      <w:r>
        <w:rPr>
          <w:sz w:val="20"/>
        </w:rPr>
        <w:t>56:20  al-hasanat isi se liya tha unhon ne: "in al-hasanat ibn al-sayyad" ke ab tak main ne siyah kiya hai main ne. to ab parcha nikaal kar ke main is ko yaani hasna karoon ga, logon ko sachai pohnchaoon ga, is se bay door ho jaye gi meri.</w:t>
      </w:r>
      <w:r>
        <w:br/>
      </w:r>
      <w:r>
        <w:rPr>
          <w:sz w:val="20"/>
        </w:rPr>
        <w:t>56:40  to main samajhta hoon ke aksar log mujh se poochte hain ke hum bank pe ke matlab jaiz hai ke najaaiz, hum bank mein kaam</w:t>
      </w:r>
      <w:r>
        <w:br/>
      </w:r>
      <w:r>
        <w:rPr>
          <w:sz w:val="20"/>
        </w:rPr>
        <w:t>56:48  karte hain. main logon se kehta hoon ke yeh soch, yeh pooch poochhna galat hai. bank ke bahir bhi bank hai, koi jagah bank se khaali nahi hai.</w:t>
      </w:r>
      <w:r>
        <w:br/>
      </w:r>
      <w:r>
        <w:rPr>
          <w:sz w:val="20"/>
        </w:rPr>
        <w:t>57:00  jo masjid hai, masjidain hain, madaris hain, jamaatein hain, har jagah woh woh chhaya hua hai. aur hadith mein to yahan tak aata hai ke aik zamana aaye ga ke interest jo hai,</w:t>
      </w:r>
      <w:r>
        <w:br/>
      </w:r>
      <w:r>
        <w:rPr>
          <w:sz w:val="20"/>
        </w:rPr>
        <w:t>57:14  hawa aur pani mein shamil ho jaye ga.</w:t>
      </w:r>
      <w:r>
        <w:br/>
      </w:r>
      <w:r>
        <w:rPr>
          <w:sz w:val="20"/>
        </w:rPr>
        <w:t>57:17  to pani piyo ge, tab bhi is ka aik aik hissa tumhare andar jaye ga. saans loge to is ka aik hissa jaye ga. to aap kaise bacho ge? to is se yeh mat sochiye ke aap is se bachen.</w:t>
      </w:r>
      <w:r>
        <w:br/>
      </w:r>
      <w:r>
        <w:rPr>
          <w:sz w:val="20"/>
        </w:rPr>
        <w:t>57:30  bachna pasibal nahi hai. yeh sochiye ke aap kuch acha kaam karen. aur woh sab se acha kaam hai dawat. yaani bank ka main logon se kaha karta hoon ke bank se aap raza nahi mat kijiye, dawat ka kaam kijiye.</w:t>
      </w:r>
      <w:r>
        <w:br/>
      </w:r>
      <w:r>
        <w:rPr>
          <w:sz w:val="20"/>
        </w:rPr>
        <w:t>57:45  misalan yeh ke aap apni mez par ya apni bag mein literature likhiye, islami literature ko dete rahiye. to is zamane mein khaas taur par yahi karna hai ke bajaye is ke ke aap resign karen, is se chhod ke bhagen, idhar chhod ke bhagen, yeh mat kijiye.</w:t>
      </w:r>
      <w:r>
        <w:br/>
      </w:r>
      <w:r>
        <w:rPr>
          <w:sz w:val="20"/>
        </w:rPr>
        <w:t>58:07  jahan bhi aap hain, wahin kaam kijiye. lekin sath sath dawat ka kaam kiji</w:t>
      </w:r>
      <w:r>
        <w:br/>
      </w:r>
      <w:r>
        <w:rPr>
          <w:sz w:val="20"/>
        </w:rPr>
        <w:t>58:12  ye. dawat ko apni zindagi mein shamil kar lijiye. wohi hai "in al-hasanat ibn al-sayyad". maulana, agla sawal doctor aslam khan ne kiya hai saharanpur se, aur unhon ne likha hai:</w:t>
      </w:r>
    </w:p>
    <w:p>
      <w:pPr>
        <w:pStyle w:val="Heading2"/>
      </w:pPr>
      <w:r>
        <w:t>Identification of the Saved Sect</w:t>
      </w:r>
    </w:p>
    <w:p>
      <w:r>
        <w:rPr>
          <w:color w:val="666666"/>
          <w:sz w:val="18"/>
        </w:rPr>
        <w:t>Hadith · The Purpose of Life | April 30, 2017 · 1m 00s · at 37:31 · https://youtu.be/ue3I3uQEYb8?t=2251</w:t>
      </w:r>
    </w:p>
    <w:p>
      <w:r>
        <w:rPr>
          <w:i/>
        </w:rPr>
        <w:t>“Regarding the hadith about 73 sects, in which 72 sects are said to be in hell and one sect is said to be of paradise, now which is that correct sect of paradise and what is its identification?”</w:t>
      </w:r>
    </w:p>
    <w:p>
      <w:r>
        <w:rPr>
          <w:sz w:val="20"/>
        </w:rPr>
        <w:t>37:31  dam ne nature se lekin paradise is dunya mein nahi hai akhirat mein hai yeh aap ko discover karna parta hai isi discovery isi discovery mein jo fail ho jaye woh fail hai jo us ko discover kar le woh pass hai. maulana agla sawal bheja hai muhammad adil chaudhry sahib ne dilli se unhon ne likha hai 73 firqon ke mutaliq</w:t>
      </w:r>
      <w:r>
        <w:br/>
      </w:r>
      <w:r>
        <w:rPr>
          <w:sz w:val="20"/>
        </w:rPr>
        <w:t>38:01  jo hadith hai jismein 72 firqon ko jahannami kaha gaya hai aur ek hi firqa jannat wala</w:t>
      </w:r>
      <w:r>
        <w:br/>
      </w:r>
      <w:r>
        <w:rPr>
          <w:sz w:val="20"/>
        </w:rPr>
        <w:t>38:09  bataya gaya hai ab is sahih firqa jannat wala kaun sa hai aur iski kya pehchan hai</w:t>
      </w:r>
      <w:r>
        <w:br/>
      </w:r>
      <w:r>
        <w:rPr>
          <w:sz w:val="20"/>
        </w:rPr>
        <w:t>38:16  is ke bare mein bataen.</w:t>
      </w:r>
      <w:r>
        <w:br/>
      </w:r>
      <w:r>
        <w:rPr>
          <w:sz w:val="20"/>
        </w:rPr>
        <w:t>38:24  is ko janne ke liye aap meri kitab padhiye tajdeed deen is hadith ki sharah maine</w:t>
      </w:r>
    </w:p>
    <w:p>
      <w:pPr>
        <w:pStyle w:val="Heading2"/>
      </w:pPr>
      <w:r>
        <w:t>Interpretation of big house burning prophecy</w:t>
      </w:r>
    </w:p>
    <w:p>
      <w:r>
        <w:rPr>
          <w:color w:val="666666"/>
          <w:sz w:val="18"/>
        </w:rPr>
        <w:t>Hadith · Major Signs of Doomsday November 26, 2023 · 19m 41s · at 8:02 · https://youtu.be/pMRzFjrkWf4?t=482</w:t>
      </w:r>
    </w:p>
    <w:p>
      <w:r>
        <w:rPr>
          <w:i/>
        </w:rPr>
        <w:t>“What is the meaning of the Prophet's prediction about a big house being burned in the future, as mentioned in Sahih Muslim?”</w:t>
      </w:r>
    </w:p>
    <w:p>
      <w:r>
        <w:rPr>
          <w:sz w:val="20"/>
        </w:rPr>
        <w:t>8:02  apa, agla sawal mein ek prediction ko le ke poochna chahunga ke there is a prediction that in there is a future occurrence prophet mentioned when a big house will be burned.</w:t>
      </w:r>
      <w:r>
        <w:br/>
      </w:r>
      <w:r>
        <w:rPr>
          <w:sz w:val="20"/>
        </w:rPr>
        <w:t>8:15  to is se kya murad hai apa? is ke bare mein aap hum sab ko bataen.</w:t>
      </w:r>
      <w:r>
        <w:br/>
      </w:r>
      <w:r>
        <w:rPr>
          <w:sz w:val="20"/>
        </w:rPr>
        <w:t>8:19  wo sahi Muslim ki jo chapter hai kitaab al-fitan, is mein hai ke tum thore dinon ke baad ek bada hadsa dekhoge jo ek bade ghar ko jala dega aur woh zaroor hoga.</w:t>
      </w:r>
      <w:r>
        <w:br/>
      </w:r>
      <w:r>
        <w:rPr>
          <w:sz w:val="20"/>
        </w:rPr>
        <w:t>8:32  ab sochiye ke kitna bada is ke consequences kitne zyada the jo hadith mein is ko prediction ke taur par mention kiya gaya.</w:t>
      </w:r>
      <w:r>
        <w:br/>
      </w:r>
      <w:r>
        <w:rPr>
          <w:sz w:val="20"/>
        </w:rPr>
        <w:t>8:42  aur isi ke saath yeh hai ke dajjal meri ummat mein niklega. jah</w:t>
      </w:r>
      <w:r>
        <w:br/>
      </w:r>
      <w:r>
        <w:rPr>
          <w:sz w:val="20"/>
        </w:rPr>
        <w:t>8:46  an bade ghar ki baat hai na, isi ke saath hai ke dajjal meri ummat mein niklega. aur dajjal jab niklega to isi wajah se ke woh ghussa hoga logon par.</w:t>
      </w:r>
      <w:r>
        <w:br/>
      </w:r>
      <w:r>
        <w:rPr>
          <w:sz w:val="20"/>
        </w:rPr>
        <w:t>8:55  to wohi jo aap ne farmaya ke sab har ek rival hai, har ek hamara dushman hai, to ghusse mein bhare hue hain. aur is ghusse ki wajah se un ko samajh mein nahin aata ke Khuda ka deen rehmat un ko pahunchana hai, na ke un se jang karni hai.</w:t>
      </w:r>
      <w:r>
        <w:br/>
      </w:r>
      <w:r>
        <w:rPr>
          <w:sz w:val="20"/>
        </w:rPr>
        <w:t>9:09  to ji koi dawah work karte hi nahin, jabke prophet din raat dawah work karte the.</w:t>
      </w:r>
      <w:r>
        <w:br/>
      </w:r>
      <w:r>
        <w:rPr>
          <w:sz w:val="20"/>
        </w:rPr>
        <w:t>9:16  aur kabhi kabhi aisa hota tha ke muqabla karna pad jata tha, woh bhi aap sirf defense mein muqable kiye hain aap ne. aur limit kiya hai aadhe din ki jang.</w:t>
      </w:r>
      <w:r>
        <w:br/>
      </w:r>
      <w:r>
        <w:rPr>
          <w:sz w:val="20"/>
        </w:rPr>
        <w:t>9:27  char jangain huin, sirf aadhe aadhe din ki. aur yahan la-nahai yeh jang saalon saalon chalti rehti hai. to yahi hai ke un ko Rasool Allah salallahu alaihi wasallam ke uswa se koi matlab nahin hai, aap ki teaching se koi matlab nahin hai.</w:t>
      </w:r>
      <w:r>
        <w:br/>
      </w:r>
      <w:r>
        <w:rPr>
          <w:sz w:val="20"/>
        </w:rPr>
        <w:t>9:40  wo</w:t>
      </w:r>
      <w:r>
        <w:br/>
      </w:r>
      <w:r>
        <w:rPr>
          <w:sz w:val="20"/>
        </w:rPr>
        <w:t>9:41  apne musalmanon ne kya kiya? apne jazbat ko Islamize kar liya hai. isi ko woh Islam samajhte hain. to woh jo nayi technology aayi thi, naye mawaqe aaye the, naye hathiyar aaye the, to yeh saare unhone itne destructive tareeqe se istemal kiya ke bohat badi, sab se badi building thi woh.</w:t>
      </w:r>
      <w:r>
        <w:br/>
      </w:r>
      <w:r>
        <w:rPr>
          <w:sz w:val="20"/>
        </w:rPr>
        <w:t>10:02  ab hum logon ne woh building dekhi thi, hum log kis building mein gaye the wahan par? to woh bohat badi building thi, doosri building mein gaye the.</w:t>
      </w:r>
      <w:r>
        <w:br/>
      </w:r>
      <w:r>
        <w:rPr>
          <w:sz w:val="20"/>
        </w:rPr>
        <w:t>10:10  wo Chicago mein gaye the shayad. ji. to woh bhi bohat badi building thi. to isi tareeqe se woh bhi thi. to unhone is building mein jahaz takra diya.</w:t>
      </w:r>
      <w:r>
        <w:br/>
      </w:r>
      <w:r>
        <w:rPr>
          <w:sz w:val="20"/>
        </w:rPr>
        <w:t>10:19  aur phir baad mein kehte rahe ke kisi aur ne kiya, kisi aur ne kiya. America ne khud hi kar liya. koi apne ghar mein aag lagayega? to jo jhoot bhi alag alag bolte hain.</w:t>
      </w:r>
      <w:r>
        <w:br/>
      </w:r>
      <w:r>
        <w:rPr>
          <w:sz w:val="20"/>
        </w:rPr>
        <w:t>10:29  to yeh is tareeqay say unhon nay woh kiya. aur is kay baad kya hua? is say pehlay bohat achhay taluqaat thay.</w:t>
      </w:r>
      <w:r>
        <w:br/>
      </w:r>
      <w:r>
        <w:rPr>
          <w:sz w:val="20"/>
        </w:rPr>
        <w:t>10:35  to log jo hain bilkul wahan freedom kay saath Europe America mein rehtay thay, pooray mawaaqay thay, bohat baray baray Islamic centers thay.</w:t>
      </w:r>
      <w:r>
        <w:br/>
      </w:r>
      <w:r>
        <w:rPr>
          <w:sz w:val="20"/>
        </w:rPr>
        <w:t>10:44  lekan is kay baad jo hai halaat bohat ziyada kharab ho gaye. log samajhnay lagay kay Musalman jo hain woh hamaray say in ko achhay taluqaat nahi ban saktay hain.</w:t>
      </w:r>
      <w:r>
        <w:br/>
      </w:r>
      <w:r>
        <w:rPr>
          <w:sz w:val="20"/>
        </w:rPr>
        <w:t>10:57  to zindagi mein daikhain, bohat saray negative waqiaat hotay hain, individual kay liye bhi, nations kay liye. lekin in negative waqiaat ko humain positive mein turn karna hai.</w:t>
      </w:r>
      <w:r>
        <w:br/>
      </w:r>
      <w:r>
        <w:rPr>
          <w:sz w:val="20"/>
        </w:rPr>
        <w:t>11:09  isko is ka solution dhoondna hai Quran o Hadees say. na yeh kay ja kay jang karna shuru kar daina hai. lekin ab naya zamanay yeh aa gaya, media ka zamanay hai.</w:t>
      </w:r>
      <w:r>
        <w:br/>
      </w:r>
      <w:r>
        <w:rPr>
          <w:sz w:val="20"/>
        </w:rPr>
        <w:t>11:19  ab media mein kya hai kay koi cheez aisa phaila di jati hai,</w:t>
      </w:r>
      <w:r>
        <w:br/>
      </w:r>
      <w:r>
        <w:rPr>
          <w:sz w:val="20"/>
        </w:rPr>
        <w:t>11:24  chahay woh jhooti ho, aisa phaila di jati hai kay tamam log mutasir ho jatay hain. to yeh masla hua. pehlay to battlefield mein hi limited hoti thi jang.</w:t>
      </w:r>
      <w:r>
        <w:br/>
      </w:r>
      <w:r>
        <w:rPr>
          <w:sz w:val="20"/>
        </w:rPr>
        <w:t>11:34  to itna bara masla nahi hota tha. lekin aaj jo hai woh baat jo hai phail jati hai, aik aik aadmi, bachha bachha jaan jata hai kay kahan kya waqia ho raha hai.</w:t>
      </w:r>
      <w:r>
        <w:br/>
      </w:r>
      <w:r>
        <w:rPr>
          <w:sz w:val="20"/>
        </w:rPr>
        <w:t>11:46  is waqia ko humain diffuse karna hai. na yeh kay is ko aggravate karna hai.</w:t>
      </w:r>
      <w:r>
        <w:br/>
      </w:r>
      <w:r>
        <w:rPr>
          <w:sz w:val="20"/>
        </w:rPr>
        <w:t>11:51  to ab aap samajh lijiye kay agar hum agar sachai par hon, sahi rastay par hon, hum mazloom hon to zaroor Khuda ki madad aaye gi. ji. Khuda ki madad nahi aa rahi hai.</w:t>
      </w:r>
      <w:r>
        <w:br/>
      </w:r>
      <w:r>
        <w:rPr>
          <w:sz w:val="20"/>
        </w:rPr>
        <w:t>12:00  aur log qunoot-e-nazila parh rahay hain, is kay bawajood bhi. dushman ko to koi nuqsan nahi pohanch raha hai. hum dushman in inverted commas mein, hum is dushman nahi samajhtay, hum to madhu samajhtay hain.</w:t>
      </w:r>
      <w:r>
        <w:br/>
      </w:r>
      <w:r>
        <w:rPr>
          <w:sz w:val="20"/>
        </w:rPr>
        <w:t>12:11  to is ko to koi nuqsan nahi ho raha hai, lekin nuqsan sirf Musalmanon ka ho raha hai. pooray pooray mulk tabah o barbaad ho rahay hain.</w:t>
      </w:r>
      <w:r>
        <w:br/>
      </w:r>
      <w:r>
        <w:rPr>
          <w:sz w:val="20"/>
        </w:rPr>
        <w:t>12:20  to madad daikhiye, yeh samajhna chahiye Musalmanon ko, madad jab aaye gi jab hum Quran o Hadees par chalain gay, Rasool Allah Salallaho Alaihi Wasallam ki taleemat par chalain gay.</w:t>
      </w:r>
      <w:r>
        <w:br/>
      </w:r>
      <w:r>
        <w:rPr>
          <w:sz w:val="20"/>
        </w:rPr>
        <w:t>12:29  aur sab say bari taleem aap ki hai da'wah work. da'wah work hamara khud Baitul Maqdis mein hamara da'wah work ho raha tha. aur bohat ziyada khushi say log atay thay wahan par, Quran lay kay jatay thay.</w:t>
      </w:r>
      <w:r>
        <w:br/>
      </w:r>
      <w:r>
        <w:rPr>
          <w:sz w:val="20"/>
        </w:rPr>
        <w:t>12:41  ab pata nahi wahan kya haal hai. to aaj jo hai na religious freedom hai.</w:t>
      </w:r>
      <w:r>
        <w:br/>
      </w:r>
      <w:r>
        <w:rPr>
          <w:sz w:val="20"/>
        </w:rPr>
        <w:t>12:47  Maulana nay bar bar likha hai kay humain nay zamanay ko samajhna hoga. Musalman kya hai? aap nay jo kahaylo aainak, to Musalman woh puranay zamanay ki aainak jo hai, woh laga kay nay zamanay ko daikh rahay hain.</w:t>
      </w:r>
      <w:r>
        <w:br/>
      </w:r>
      <w:r>
        <w:rPr>
          <w:sz w:val="20"/>
        </w:rPr>
        <w:t>13:00  to is liye woh un ko naya zamanay samajh mein hi nahi aata. nay zamanay mein itnay opportunities hain. aur sab say bari cheez kay religious freedom hai.</w:t>
      </w:r>
      <w:r>
        <w:br/>
      </w:r>
      <w:r>
        <w:rPr>
          <w:sz w:val="20"/>
        </w:rPr>
        <w:t>13:09  to hum freely, hum woh Khuda kay deen ko sari duniya mein pohancha saktay hain.</w:t>
      </w:r>
      <w:r>
        <w:br/>
      </w:r>
      <w:r>
        <w:rPr>
          <w:sz w:val="20"/>
        </w:rPr>
        <w:t>13:15  lekan hum is ko baaton ko samajh nahi rahay, koi kuch kehta hai to us kay upar hi ghussa ho jatay hain kay tum galat keh rahay ho, yeh log dushman hain.</w:t>
      </w:r>
      <w:r>
        <w:br/>
      </w:r>
      <w:r>
        <w:rPr>
          <w:sz w:val="20"/>
        </w:rPr>
        <w:t>13:24  to Rasool Allah Salallaho Alaihi Wasallam nay to kabhi kisi ko dushman kaha hi nahi. ji. jab Rasool Allah ko nikal diya gaya Makka say aur aap Madinay gay to aap nay aik sentence bhi nahi bola kay yeh log kitnay buray hain, humain apnay watan say nikal diya.</w:t>
      </w:r>
      <w:r>
        <w:br/>
      </w:r>
      <w:r>
        <w:rPr>
          <w:sz w:val="20"/>
        </w:rPr>
        <w:t>13:38  aik sentence bhi nahi bola. balkay sirf yeh kaha kay tum log apnay aap ko aag say bachao. to sab say bara jo hamara masla hai woh yeh hai kay qayamat aanay wali hai, humain apnay aap ko us say bachana hai.</w:t>
      </w:r>
      <w:r>
        <w:br/>
      </w:r>
      <w:r>
        <w:rPr>
          <w:sz w:val="20"/>
        </w:rPr>
        <w:t>13:51  ji. kyunkay woh to Rasool Allah Salallaho Alaihi Wasallam nay kaha kay chahay tumhain</w:t>
      </w:r>
      <w:r>
        <w:br/>
      </w:r>
      <w:r>
        <w:rPr>
          <w:sz w:val="20"/>
        </w:rPr>
        <w:t>13:55  aik khajoor bhi day kar apnay aap ko bacha sako to us say bachao. yeh koi masla nahi hai dushmani. dushmani to ghar mein bhi hoti hai, to kya hum aapas mein larne lagtay hain?</w:t>
      </w:r>
      <w:r>
        <w:br/>
      </w:r>
      <w:r>
        <w:rPr>
          <w:sz w:val="20"/>
        </w:rPr>
        <w:t>14:05  bohat kuch hota hai. har aadmi ki thinking different hai. har aadmi ka tareeqa karnay ka kaam different hai. humain is hum agree nahi kartay, lekin kal hum laitay hain.</w:t>
      </w:r>
      <w:r>
        <w:br/>
      </w:r>
      <w:r>
        <w:rPr>
          <w:sz w:val="20"/>
        </w:rPr>
        <w:t>14:16  isi tareeqay say humain bahar ki duniya mein bhi rehna hai. ji. bilkul apa, bohat aap nay sahi kaha. in fact, apa Rasool Allah</w:t>
      </w:r>
      <w:r>
        <w:br/>
      </w:r>
      <w:r>
        <w:rPr>
          <w:sz w:val="20"/>
        </w:rPr>
        <w:t>14:25  ko hi dekhen, quran mein aaya hai ke he was sent as a mercy to mankind. so how can we be called as followers of prophet if we don't have mercy in our hearts?</w:t>
      </w:r>
      <w:r>
        <w:br/>
      </w:r>
      <w:r>
        <w:rPr>
          <w:sz w:val="20"/>
        </w:rPr>
        <w:t>14:34  aur jaise aap ne bhi bataya ke prophet ka jo tareeqa tha maaf karne ka, jab makkah fatah hua to taqreeban unhon ne sabhi logon ko maaf kiya, aur wahi log baad mein ja ke pillars bane islam ke.</w:t>
      </w:r>
      <w:r>
        <w:br/>
      </w:r>
      <w:r>
        <w:rPr>
          <w:sz w:val="20"/>
        </w:rPr>
        <w:t>14:47  they became strength of islam. they started following prophet muhammad</w:t>
      </w:r>
      <w:r>
        <w:br/>
      </w:r>
      <w:r>
        <w:rPr>
          <w:sz w:val="20"/>
        </w:rPr>
        <w:t>14:51  . so this is a very important thing that we have to bring in our thinking, that we have to become merciful towards others.</w:t>
      </w:r>
      <w:r>
        <w:br/>
      </w:r>
      <w:r>
        <w:rPr>
          <w:sz w:val="20"/>
        </w:rPr>
        <w:t>15:00  agar hum chahte hain ke allah hamari taraf merciful ho to hamein doosron ki taraf merciful banna parega. achha apa, ek mashhoor nishani aap ne bhi abhi zikr kiya dajjal ka.</w:t>
      </w:r>
      <w:r>
        <w:br/>
      </w:r>
      <w:r>
        <w:rPr>
          <w:sz w:val="20"/>
        </w:rPr>
        <w:t>15:11  aur dajjal jo hai apa, aisa nahi hai ke woh koi sword le ke aayega. kyunke it is very difficult to mislead people with sword.</w:t>
      </w:r>
      <w:r>
        <w:br/>
      </w:r>
      <w:r>
        <w:rPr>
          <w:sz w:val="20"/>
        </w:rPr>
        <w:t>15:21  but he will mislead people with false reasoning. to apa, main chahunga ke is ke bare mein thoda batayen, aur kaise hum is fitne se apne aap ko bacha sakte hain?</w:t>
      </w:r>
      <w:r>
        <w:br/>
      </w:r>
      <w:r>
        <w:rPr>
          <w:sz w:val="20"/>
        </w:rPr>
        <w:t>15:31  is ke bare mein batayen. dajjal ke bare mein hadith mein aaya hai ke itna bada fitna kabhi bhi duniya mein nahi aaya, itna bada fitna hai dajjal ka.</w:t>
      </w:r>
      <w:r>
        <w:br/>
      </w:r>
      <w:r>
        <w:rPr>
          <w:sz w:val="20"/>
        </w:rPr>
        <w:t>15:43  ji. kyunke woh khoobsurti se behkata hai.</w:t>
      </w:r>
      <w:r>
        <w:br/>
      </w:r>
      <w:r>
        <w:rPr>
          <w:sz w:val="20"/>
        </w:rPr>
        <w:t>15:47  dujal, dujal kehte hain deceive. to dajjal kehte hain deceiver ko, aur dajjal maani great deceiver. to itna zabardast, itna beautiful ideology develop karega ke har aadmi jo hai woh is mein behak jayega.</w:t>
      </w:r>
      <w:r>
        <w:br/>
      </w:r>
      <w:r>
        <w:rPr>
          <w:sz w:val="20"/>
        </w:rPr>
        <w:t>16:03  to yeh hai. to dujal jo hai to dekhiye, thoda hamesha hi se hota tha. hamesha hi log galat tareeqe se cheezon ko interpret karte the.</w:t>
      </w:r>
      <w:r>
        <w:br/>
      </w:r>
      <w:r>
        <w:rPr>
          <w:sz w:val="20"/>
        </w:rPr>
        <w:t>16:13  lekin ab wahi jo hai na, media ka zamana hai.</w:t>
      </w:r>
      <w:r>
        <w:br/>
      </w:r>
      <w:r>
        <w:rPr>
          <w:sz w:val="20"/>
        </w:rPr>
        <w:t>16:16  to is ki wajah se woh dujal jo hai woh sari duniya mein phail jata hai. to jo isi liye hai ke jo sab se bada dhoka jo hai woh daleel ke zariye diya jata hai, na ke talwar ke zariye.</w:t>
      </w:r>
      <w:r>
        <w:br/>
      </w:r>
      <w:r>
        <w:rPr>
          <w:sz w:val="20"/>
        </w:rPr>
        <w:t>16:29  to limited hoga. to woh jo zehni gumrahi hai, zehni deviation hai, intellectual deviation hai, wahi sab se bada deviation hai.</w:t>
      </w:r>
      <w:r>
        <w:br/>
      </w:r>
      <w:r>
        <w:rPr>
          <w:sz w:val="20"/>
        </w:rPr>
        <w:t>16:38  to woh tazeen ke zariye se, woh shaitan ne kaha hi tha ke main tazeen karunga aur tamam tere bandon ko behka dunga. to</w:t>
      </w:r>
      <w:r>
        <w:br/>
      </w:r>
      <w:r>
        <w:rPr>
          <w:sz w:val="20"/>
        </w:rPr>
        <w:t>16:46  woh tazeen ke zariye se dajjal ne sari duniya ke logon ko behka diya. aur tazeen ka jo ek jo sab se bada jo uska hathiyar hai, woh yeh ke us ne political interpretation di.</w:t>
      </w:r>
      <w:r>
        <w:br/>
      </w:r>
      <w:r>
        <w:rPr>
          <w:sz w:val="20"/>
        </w:rPr>
        <w:t>17:00  is is political interpretation yeh tha ke islam jo hai woh laws ka ek majmooa hai. aur in laws ko jab tak ke hum implement nahi karenge, to implement karne ke liye hukoomat chahiye.</w:t>
      </w:r>
      <w:r>
        <w:br/>
      </w:r>
      <w:r>
        <w:rPr>
          <w:sz w:val="20"/>
        </w:rPr>
        <w:t>17:15  to jab tak implement nahi karenge, hamara islam hi namukammal hai. to is wajah se sari duniya mein musalman etwar ho gaye. bahar non muslim se woh etwar hain, aur apne apne mulkon mein secular ruler se etwar hain.</w:t>
      </w:r>
      <w:r>
        <w:br/>
      </w:r>
      <w:r>
        <w:rPr>
          <w:sz w:val="20"/>
        </w:rPr>
        <w:t>17:30  to kisi bhi mulk mein dekhiye, kahin bhi peaceful tareeqe se hukoomat nahi chal rahi. isi wajah se arab mulkon mein dictatorship hai. kyunke yeh log chalne hi nahi det</w:t>
      </w:r>
      <w:r>
        <w:br/>
      </w:r>
      <w:r>
        <w:rPr>
          <w:sz w:val="20"/>
        </w:rPr>
        <w:t>17:40  e. jahan koi bhi ruler aaya, to ruler to har jo group hota hai, bahut se log mulk mein hote hain, har mazhab ke log hote hain.</w:t>
      </w:r>
      <w:r>
        <w:br/>
      </w:r>
      <w:r>
        <w:rPr>
          <w:sz w:val="20"/>
        </w:rPr>
        <w:t>17:49  to un ka khayal rakhna padta hai. ab woh chahte hain ke sare ke sare islam ke qanoon naafiz kar diye jayen. jabke woh log khud apne upar bhi nahi naafiz karenge.</w:t>
      </w:r>
      <w:r>
        <w:br/>
      </w:r>
      <w:r>
        <w:rPr>
          <w:sz w:val="20"/>
        </w:rPr>
        <w:t>17:59  kaun chori karne par apna hath katwayega? lekin woh ek, woh logon ko bewakoof banane ke liye, logon ko apni taraf lane ke liye, woh matlab bolne mein bahut khoobsurat lagta hai</w:t>
      </w:r>
      <w:r>
        <w:br/>
      </w:r>
      <w:r>
        <w:rPr>
          <w:sz w:val="20"/>
        </w:rPr>
        <w:t>18:11  ke poora qanoon jo hai woh naafiz ho jayega, aur phir islam jo hai sari duniya mein is ki hukoomat qaim hogi. to yeh bahut achha lagta hai.</w:t>
      </w:r>
      <w:r>
        <w:br/>
      </w:r>
      <w:r>
        <w:rPr>
          <w:sz w:val="20"/>
        </w:rPr>
        <w:t>18:20  to is wajah se tamam log jo hain is mein behak kar aa jate hain.</w:t>
      </w:r>
      <w:r>
        <w:br/>
      </w:r>
      <w:r>
        <w:rPr>
          <w:sz w:val="20"/>
        </w:rPr>
        <w:t>18:26  aur to sari duniya mein jo hai islam ki hukoomat hogi, to yeh itni badi baat hai ke har aadmi jo hai us se is is se is se behak jata hai.</w:t>
      </w:r>
      <w:r>
        <w:br/>
      </w:r>
      <w:r>
        <w:rPr>
          <w:sz w:val="20"/>
        </w:rPr>
        <w:t>18:38  aur phir in dajjal ke sath, is mein hadith mein hai ke tamam log dajjal ke sath aa jayenge. to dajjal ke sath bohat ziyada resources honge.</w:t>
      </w:r>
      <w:r>
        <w:br/>
      </w:r>
      <w:r>
        <w:rPr>
          <w:sz w:val="20"/>
        </w:rPr>
        <w:t>18:48  kyunke is kaam ke liye log bohat ziyada support karte hain.</w:t>
      </w:r>
      <w:r>
        <w:br/>
      </w:r>
      <w:r>
        <w:rPr>
          <w:sz w:val="20"/>
        </w:rPr>
        <w:t>18:52  to abhi hum kahein ke hamein quran sari duniya mein distribute karna hai, to bohat kam hamein madad milegi. lekin agar kahein ke hamein jang karni hai, aur sari duniya ke logon ko maar kar islam ki hukumat qaim karni hai, to khoob support milega.</w:t>
      </w:r>
      <w:r>
        <w:br/>
      </w:r>
      <w:r>
        <w:rPr>
          <w:sz w:val="20"/>
        </w:rPr>
        <w:t>19:07  to is ideology ko hamein kill karna hai, na ke person ko kill karna hai. to jang ke zariye se aap jante hain ke kabhi bhi jang ke zariye se kabhi bhi koi positive kaam nahi hua, kabhi bhi peace qaim nahi</w:t>
      </w:r>
      <w:r>
        <w:br/>
      </w:r>
      <w:r>
        <w:rPr>
          <w:sz w:val="20"/>
        </w:rPr>
        <w:t>19:21  hua. khud rasool Allah salallahu alaihi wasallam ne sulah qaim ki, tab ja ke wahan par islam ka paigham sari duniya mein pohncha, aur woh jo hai sari makkah jo hai aap ke surrender kar diya.</w:t>
      </w:r>
      <w:r>
        <w:br/>
      </w:r>
      <w:r>
        <w:rPr>
          <w:sz w:val="20"/>
        </w:rPr>
        <w:t>19:35  makkah ne, makkah walon ne kiya, pure arab ne. to asal mein kya hai ke hadithain jo hain woh is mein symbolic language mein</w:t>
      </w:r>
      <w:r>
        <w:br/>
      </w:r>
      <w:r>
        <w:rPr>
          <w:sz w:val="20"/>
        </w:rPr>
        <w:t>19:44  hain. misaal ke taur par yeh aata hai ke dajjal aisi awaz se pukarega jo mashriq aur maghrib ke dono siron ke darmiyan sunai degi.</w:t>
      </w:r>
      <w:r>
        <w:br/>
      </w:r>
      <w:r>
        <w:rPr>
          <w:sz w:val="20"/>
        </w:rPr>
        <w:t>19:55  to ab log sach much samajhte the ke dajjal ki awaz itni zor hogi ke puri duniya mein woh sunai degi. ab aap sochiye ge to agar puri duniya mein kisi ki awaz sunai de to kaan hi phat jayenge, sun sunenge kaise hum</w:t>
      </w:r>
      <w:r>
        <w:br/>
      </w:r>
      <w:r>
        <w:rPr>
          <w:sz w:val="20"/>
        </w:rPr>
        <w:t>20:10  ? to woh naya zamana tha ke media ka zamana tha, telecommunication ka zamana ke aaj koi bhi hum baat jo hai sari duniya mein pohncha sakte hain.</w:t>
      </w:r>
      <w:r>
        <w:br/>
      </w:r>
      <w:r>
        <w:rPr>
          <w:sz w:val="20"/>
        </w:rPr>
        <w:t>20:22  communication jo itna ziyada develop ho gaya hai. to yeh tamam jo peshin goiyan hain, woh symbolic language mein hain.</w:t>
      </w:r>
      <w:r>
        <w:br/>
      </w:r>
      <w:r>
        <w:rPr>
          <w:sz w:val="20"/>
        </w:rPr>
        <w:t>20:31  to woh is ko samajhna parega.</w:t>
      </w:r>
      <w:r>
        <w:br/>
      </w:r>
      <w:r>
        <w:rPr>
          <w:sz w:val="20"/>
        </w:rPr>
        <w:t>20:34  isi tarike se mehdi ka jo concept hai, log samajhte hain ke koi bohat bara leader hoga, aur talwar le kar aayega, aur farishton ke sath, aur woh phir tamam dushmanon ko zair karega.</w:t>
      </w:r>
      <w:r>
        <w:br/>
      </w:r>
      <w:r>
        <w:rPr>
          <w:sz w:val="20"/>
        </w:rPr>
        <w:t>20:48  to yeh hai. halanke woh ek aam aadmi hoga. mehdi ke mani religious, mehdi ke mani hain guided person.</w:t>
      </w:r>
      <w:r>
        <w:br/>
      </w:r>
      <w:r>
        <w:rPr>
          <w:sz w:val="20"/>
        </w:rPr>
        <w:t>20:58  ji. woh guide nahi hoga. guide hota hai Hadi</w:t>
      </w:r>
      <w:r>
        <w:br/>
      </w:r>
      <w:r>
        <w:rPr>
          <w:sz w:val="20"/>
        </w:rPr>
        <w:t>21:02  . woh sirf khud guided hoga, aur woh marifat ka rasta khud dikhayega, aur baqayda hai ke woh peace qaim karega.</w:t>
      </w:r>
      <w:r>
        <w:br/>
      </w:r>
      <w:r>
        <w:rPr>
          <w:sz w:val="20"/>
        </w:rPr>
        <w:t>21:11  to aap samjhein, aap ek aadmi talwar le kar sari duniya mein peace qaim hi nahi kar sakta, yeh to bilkul aql ke khilaf hai yeh baat. to lekin ek peaceful ideology aap develop karein, us ko logon ko batayein, samjhayein, to bohat sare log aap ko us ko manne wale milenge.</w:t>
      </w:r>
      <w:r>
        <w:br/>
      </w:r>
      <w:r>
        <w:rPr>
          <w:sz w:val="20"/>
        </w:rPr>
        <w:t>21:29  lekin in logon ne chunke har cheez ko politicize kar rakha hai, isi tarike se unhone mehdi ka concept bhi politicize kar liya hai.</w:t>
      </w:r>
      <w:r>
        <w:br/>
      </w:r>
      <w:r>
        <w:rPr>
          <w:sz w:val="20"/>
        </w:rPr>
        <w:t>21:39  jabke bilkul clear hai ke mehdi jo hai peace qaim karega, aur jo dajjal ka jo fitna hai, us ko daleel ke zariye se counter karega.</w:t>
      </w:r>
      <w:r>
        <w:br/>
      </w:r>
      <w:r>
        <w:rPr>
          <w:sz w:val="20"/>
        </w:rPr>
        <w:t>21:48  daleel ke zariye se khatam karega. isi liye hajjaj ka lafz aaya hai sahih Muslim mein ke woh daleel ke zariye se is fitne ko khatam karega, na ke talwar ke zariye se</w:t>
      </w:r>
      <w:r>
        <w:br/>
      </w:r>
      <w:r>
        <w:rPr>
          <w:sz w:val="20"/>
        </w:rPr>
        <w:t>21:59  . yeh to bilkul hi jo hai us ko literal lena hai. literal agar aap lenge in predictions ko to aap kuch samajh nahi sakte.</w:t>
      </w:r>
      <w:r>
        <w:br/>
      </w:r>
      <w:r>
        <w:rPr>
          <w:sz w:val="20"/>
        </w:rPr>
        <w:t>22:09  ji ji ji. apa aap ne mehdi ka zikr kiya, isi tarike se Isa bin Maryam ka bhi zikr aaya hai ke end of times se pehle hi will also appear.</w:t>
      </w:r>
      <w:r>
        <w:br/>
      </w:r>
      <w:r>
        <w:rPr>
          <w:sz w:val="20"/>
        </w:rPr>
        <w:t>22:19  to main chahunga woh bhi aap is point ko bhi aap wazeh karein. asal mein is mein bohat rai hai. kuch log kehte hain ke mehdi o masih ek hi character hain.</w:t>
      </w:r>
      <w:r>
        <w:br/>
      </w:r>
      <w:r>
        <w:rPr>
          <w:sz w:val="20"/>
        </w:rPr>
        <w:t>22:29  ji. matlab aakhri zamane mein jab fitne bohat badh jayenge, hidayat ka rasta gum ho jayega, to us waqt Allah taala ek shakhs ko hidayat dega, aur woh is hidayat ko logon tak pohnchayega.</w:t>
      </w:r>
      <w:r>
        <w:br/>
      </w:r>
      <w:r>
        <w:rPr>
          <w:sz w:val="20"/>
        </w:rPr>
        <w:t>22:41  naye zamane mein, naye zamane ke jo resources hain, jo media hai, aur jo telecommunication ka zariya hai, sara woh us ke zariye se woh is paigham ko doosron tak pohnchayega.</w:t>
      </w:r>
      <w:r>
        <w:br/>
      </w:r>
      <w:r>
        <w:rPr>
          <w:sz w:val="20"/>
        </w:rPr>
        <w:t>22:55  to aur aisa kuch nahi hai ke woh kuch woh miracle hoga, aur farishton ke zariye se aayega. is mein hai ke hadith mein ke woh badalon mein udegaga.</w:t>
      </w:r>
      <w:r>
        <w:br/>
      </w:r>
      <w:r>
        <w:rPr>
          <w:sz w:val="20"/>
        </w:rPr>
        <w:t>23:07  maseeh jo hain badalon mein urenge. to badalon mein urenge, is ka matlab yeh nahi ke woh khud badalon mein urenge. kyunke woh hai, woh jahaz ke zamane mein aayega.</w:t>
      </w:r>
      <w:r>
        <w:br/>
      </w:r>
      <w:r>
        <w:rPr>
          <w:sz w:val="20"/>
        </w:rPr>
        <w:t>23:17  jahaz to badalon mein urta hai.</w:t>
      </w:r>
      <w:r>
        <w:br/>
      </w:r>
      <w:r>
        <w:rPr>
          <w:sz w:val="20"/>
        </w:rPr>
        <w:t>23:20  to is tareeqe se agar aap samjhen to sab baat samajh mein aa jayegi ke woh Khuda ka dekhiye, ek hai qanoon-e-iltibaas.</w:t>
      </w:r>
      <w:r>
        <w:br/>
      </w:r>
      <w:r>
        <w:rPr>
          <w:sz w:val="20"/>
        </w:rPr>
        <w:t>23:30  veil of doubt har cheez par hai. veil of doubt itna zyada hai, itna zyada hai ke Allah taala ne har cheez ko makhfi rakha hai, posheeda rakha hai.</w:t>
      </w:r>
      <w:r>
        <w:br/>
      </w:r>
      <w:r>
        <w:rPr>
          <w:sz w:val="20"/>
        </w:rPr>
        <w:t>23:40  to Abdullah ibn Masood, jo itne senior sahabi the, woh farmate hain ke Allah taala ne farmaya ke maine qayamat ko tamam makhlooq se makhfi rakha hai.</w:t>
      </w:r>
      <w:r>
        <w:br/>
      </w:r>
      <w:r>
        <w:rPr>
          <w:sz w:val="20"/>
        </w:rPr>
        <w:t>23:50  hata ke agar agar apne aap se Khuda keh raha hai, agar apne aap se is ko makhfi rakhna mumkin hota to main khud apne aap se bhi is ko makhfi rakhta.</w:t>
      </w:r>
      <w:r>
        <w:br/>
      </w:r>
      <w:r>
        <w:rPr>
          <w:sz w:val="20"/>
        </w:rPr>
        <w:t>24:01  to</w:t>
      </w:r>
      <w:r>
        <w:br/>
      </w:r>
      <w:r>
        <w:rPr>
          <w:sz w:val="20"/>
        </w:rPr>
        <w:t>24:02  ab aap samjhiye ke jo qanoon-e-iltibaas itna zyada important hai, kyunke hum haalat-e-test mein hain. agar hum dekhenge ke Isa jo hain aasman se badalon mein farishton ke sath utar rahe hain, to woh to hamara woh iltibaas ka parda khatm ho jayega.</w:t>
      </w:r>
      <w:r>
        <w:br/>
      </w:r>
      <w:r>
        <w:rPr>
          <w:sz w:val="20"/>
        </w:rPr>
        <w:t>24:20  aur woh to zaroori hai jab tak ke qayamat nahi aa jayegi. iltibaas ka parda nahi khatm ho sakta.</w:t>
      </w:r>
      <w:r>
        <w:br/>
      </w:r>
      <w:r>
        <w:rPr>
          <w:sz w:val="20"/>
        </w:rPr>
        <w:t>24:27  to is wajah se woh ek aam aadmi hoga. aur hadees mein hai ke tum jab woh aayega to tum is ko pehchan lena aur is ka saath dena. agar woh aasman se utar raha hota to kaun nahi is ko pehchanega?</w:t>
      </w:r>
      <w:r>
        <w:br/>
      </w:r>
      <w:r>
        <w:rPr>
          <w:sz w:val="20"/>
        </w:rPr>
        <w:t>24:39  to isi tareeqe se tamam hadeesen hain. to woh sab jo hain symbolic language mein hain, aur woh is ko samajhne ke liye is ko alag tareeqe se dekhna hoga.</w:t>
      </w:r>
      <w:r>
        <w:br/>
      </w:r>
      <w:r>
        <w:rPr>
          <w:sz w:val="20"/>
        </w:rPr>
        <w:t>24:51  literal agar aap dekhenge to aap nahi samajh sakenge.</w:t>
      </w:r>
      <w:r>
        <w:br/>
      </w:r>
      <w:r>
        <w:rPr>
          <w:sz w:val="20"/>
        </w:rPr>
        <w:t>24:55  jaise hai ke Dajjal ke bare mein hai ke is ki peshani par ke kaf fa ra yani kafir kufr likha hua hoga.</w:t>
      </w:r>
      <w:r>
        <w:br/>
      </w:r>
      <w:r>
        <w:rPr>
          <w:sz w:val="20"/>
        </w:rPr>
        <w:t>25:04  to kaun aisa aadmi aayega agar is ki peshani par kufr likha hoga? to kaun jo hai is ko follow karega? kyunke yeh to hum haalat-e-test mein hain na ke ek Dajjal aaye aur hum is hum is ki is ki tazeen ko samajh saken aur is se apne aap ko door rakhen.</w:t>
      </w:r>
      <w:r>
        <w:br/>
      </w:r>
      <w:r>
        <w:rPr>
          <w:sz w:val="20"/>
        </w:rPr>
        <w:t>25:24  to yahi to hamara test hai. agar is ki peshani par kufr likha hua hai to is ke paas kaun jayega?</w:t>
      </w:r>
      <w:r>
        <w:br/>
      </w:r>
      <w:r>
        <w:rPr>
          <w:sz w:val="20"/>
        </w:rPr>
        <w:t>25:32  to is tareeqe se yeh jo hai hamesha hamein alfaaz ka jo hai gehrai se samajhna hoga.</w:t>
      </w:r>
      <w:r>
        <w:br/>
      </w:r>
      <w:r>
        <w:rPr>
          <w:sz w:val="20"/>
        </w:rPr>
        <w:t>25:42  aur naye zamane ke jo halaat hain, woh Allah taala ne jo aise alfaaz Rasool Allah Salallahu Alaihi Wasallam ne jo aise alfaaz use kiye hain, woh is liye ke hamara jo iltibaas ka parda qaim rahe aur is ke bawajood hum sachai tak</w:t>
      </w:r>
      <w:r>
        <w:br/>
      </w:r>
      <w:r>
        <w:rPr>
          <w:sz w:val="20"/>
        </w:rPr>
        <w:t>26:02  sachai ko pa saken. to</w:t>
      </w:r>
      <w:r>
        <w:br/>
      </w:r>
      <w:r>
        <w:rPr>
          <w:sz w:val="20"/>
        </w:rPr>
        <w:t>26:04  is tareeqe se woh Maulana ne yahi likha hai ke yeh ideological qatl hoga. jo qatl hai ke maseeh aayenge aur Dajjal ko qatl karenge, to woh qatl waisa nahi hoga.</w:t>
      </w:r>
      <w:r>
        <w:br/>
      </w:r>
      <w:r>
        <w:rPr>
          <w:sz w:val="20"/>
        </w:rPr>
        <w:t>26:17  aise koi qatl kar hi bhi nahi sakta kisi ko. woh woh nahi marega. Dajjal bhi to bohat strong hai, to woh nahi marega.</w:t>
      </w:r>
      <w:r>
        <w:br/>
      </w:r>
      <w:r>
        <w:rPr>
          <w:sz w:val="20"/>
        </w:rPr>
        <w:t>26:25  to woh qatl woh jo ideological qatl hoga, yani in is ki jo false ideology hogi, us ko woh daleel ke zariye se kaatenge.</w:t>
      </w:r>
      <w:r>
        <w:br/>
      </w:r>
      <w:r>
        <w:rPr>
          <w:sz w:val="20"/>
        </w:rPr>
        <w:t>26:36  Mehdi maseeh jo bhi hain, to muqabla arguments se hoga, na ke talwar se hoga. to isi liye hujjat kaha gaya hai.</w:t>
      </w:r>
      <w:r>
        <w:br/>
      </w:r>
      <w:r>
        <w:rPr>
          <w:sz w:val="20"/>
        </w:rPr>
        <w:t>26:46  ji. ab aap sochiye ke Hazrat maseeh jab pehli bar aaye to un ko crucify kiya gaya, phansi ki saza di gayi, aur sab se buri saza hoti thi us zamane mein.</w:t>
      </w:r>
      <w:r>
        <w:br/>
      </w:r>
      <w:r>
        <w:rPr>
          <w:sz w:val="20"/>
        </w:rPr>
        <w:t>26:56  ab doosri bar aayenge to un ko world leader man lenge. aql mein yeh baat aati hai. ji. apa kuch comments aur ek sawal aaya hai, main woh lena chahunga.</w:t>
      </w:r>
      <w:r>
        <w:br/>
      </w:r>
      <w:r>
        <w:rPr>
          <w:sz w:val="20"/>
        </w:rPr>
        <w:t>27:07  yeh comment bheja hai Miss Fareeda Kamran ne Pakistan se. unhone likha hai: "jazak Allah, very effective and mind blowing session"</w:t>
      </w:r>
      <w:r>
        <w:br/>
      </w:r>
      <w:r>
        <w:rPr>
          <w:sz w:val="20"/>
        </w:rPr>
        <w:t>27:15  aur focus should be in akhra. Muhammad Asghar sahib ne Dilli se likha hai: "very true, very well explained." Abdul Basit Umri sahib ne Gulbarga se likha hai: "Apa, aap ne zabardast baat batai ke Quran distribution ke liye kahengay to bohat kam log aayengay.</w:t>
      </w:r>
      <w:r>
        <w:br/>
      </w:r>
      <w:r>
        <w:rPr>
          <w:sz w:val="20"/>
        </w:rPr>
        <w:t>27:33  aur agar yeh kahengay ke poori dunya mein Islami hukumat ko qaim karne ke liye jang karni hai to sab log aa jayengay. Jazak Allah, Apa."</w:t>
      </w:r>
    </w:p>
    <w:p>
      <w:pPr>
        <w:pStyle w:val="Heading2"/>
      </w:pPr>
      <w:r>
        <w:t>Interpretation of hadith on being killed repeatedly</w:t>
      </w:r>
    </w:p>
    <w:p>
      <w:r>
        <w:rPr>
          <w:color w:val="666666"/>
          <w:sz w:val="18"/>
        </w:rPr>
        <w:t>Hadith · Spirit of Ramadan June 14, 2015 · 2m 49s · at 1:06:46 · https://youtu.be/mKQdhE2rhdQ?t=4006</w:t>
      </w:r>
    </w:p>
    <w:p>
      <w:r>
        <w:rPr>
          <w:i/>
        </w:rPr>
        <w:t>“Muslims, to prove their concept of war correct, narrate this hadith: "I love that I be killed in the way of Allah, then brought to life, then killed, then given life, then killed." Mawlana, what is the correct interpretation of this hadith?”</w:t>
      </w:r>
    </w:p>
    <w:p>
      <w:r>
        <w:rPr>
          <w:sz w:val="20"/>
        </w:rPr>
        <w:t>1:06:46  Maulana, yeh agla sawal aaya hai Maulana Farhad Umri sahib ka Delhi se.</w:t>
      </w:r>
      <w:r>
        <w:br/>
      </w:r>
      <w:r>
        <w:rPr>
          <w:sz w:val="20"/>
        </w:rPr>
        <w:t>1:06:51  musalman apne waar concept ko sahi sabit karne ke liye yeh hadith bayan karte hain: "mein yeh pasand karta hoon ke mein Allah ke raste mein qatl kiya jaon,</w:t>
      </w:r>
      <w:r>
        <w:br/>
      </w:r>
      <w:r>
        <w:rPr>
          <w:sz w:val="20"/>
        </w:rPr>
        <w:t>1:07:04  phir zinda kiya jaon, phir qatl kiya jaon, phir mujhe zindagi mile, phir qatl kiya jaon." Maulana, is hadith ka sahi interpretation kya hai?</w:t>
      </w:r>
      <w:r>
        <w:br/>
      </w:r>
      <w:r>
        <w:rPr>
          <w:sz w:val="20"/>
        </w:rPr>
        <w:t>1:07:17  dekhiye, yeh sochiye ke kya Rasool Allah salallaho alaihi wasallam nauzubillah nauzubillah munafiq the? Aap aap yeh keh sakte hain ke jab aap ko pasand tha to aisa kiya kyun nahi?</w:t>
      </w:r>
      <w:r>
        <w:br/>
      </w:r>
      <w:r>
        <w:rPr>
          <w:sz w:val="20"/>
        </w:rPr>
        <w:t>1:07:29  kitabon se padhiye, aap Rasool Allah salallaho alaihi wasallam kabhi bhi jang mein shareek nahi hote the. Bahar un ka ek areesh lafz aata hai, areesh kehte hain jhopra.</w:t>
      </w:r>
      <w:r>
        <w:br/>
      </w:r>
      <w:r>
        <w:rPr>
          <w:sz w:val="20"/>
        </w:rPr>
        <w:t>1:07:39  battlefield se bahar ek areesh banta tha, jhopra. Is mein rehte the. Aap kabhi talwar le kar Uhud mein ya Badr mein kabhi khud se nahi lade?</w:t>
      </w:r>
      <w:r>
        <w:br/>
      </w:r>
      <w:r>
        <w:rPr>
          <w:sz w:val="20"/>
        </w:rPr>
        <w:t>1:07:50  to nauzubillah ke aap kahein ke nauzubillah nauzubillah Rasool Allah munafiq the</w:t>
      </w:r>
      <w:r>
        <w:br/>
      </w:r>
      <w:r>
        <w:rPr>
          <w:sz w:val="20"/>
        </w:rPr>
        <w:t>1:07:55  ? Kaha to yeh aur kiya? Un ka ulta kabhi lade nahi? Aap kitabon mein padh lijiye, aap battlefield mein nahi hote the, areesh mein hote the jo bahar banta tha, wahan se dekh dekhte the bas aur dua karte the, sajde mein dua karte the.</w:t>
      </w:r>
      <w:r>
        <w:br/>
      </w:r>
      <w:r>
        <w:rPr>
          <w:sz w:val="20"/>
        </w:rPr>
        <w:t>1:08:13  jo log is hadith ko le kar kehte hain, unhein sab se pehle sochna chahiye ke kya nauzubillah nauzubillah Rasool Allah munafiq the? Kaha kuch kiya kuch.</w:t>
      </w:r>
      <w:r>
        <w:br/>
      </w:r>
      <w:r>
        <w:rPr>
          <w:sz w:val="20"/>
        </w:rPr>
        <w:t>1:08:23  is liye aap ko is hadith ki aisi tafsir karni padegi jis mein Rasool Allah yeh yeh sabit na hota ke nauzubillah Rasool Allah munafiq the.</w:t>
      </w:r>
      <w:r>
        <w:br/>
      </w:r>
      <w:r>
        <w:rPr>
          <w:sz w:val="20"/>
        </w:rPr>
        <w:t>1:08:35  yeh sab mein likh chuka hoon is hadith ke bare mein, mein likh chuka hoon, aap padh sakte hain.</w:t>
      </w:r>
    </w:p>
    <w:p>
      <w:pPr>
        <w:pStyle w:val="Heading2"/>
      </w:pPr>
      <w:r>
        <w:t>Interpreting the Hadith on Changing Evil</w:t>
      </w:r>
    </w:p>
    <w:p>
      <w:r>
        <w:rPr>
          <w:color w:val="666666"/>
          <w:sz w:val="18"/>
        </w:rPr>
        <w:t>Hadith · Importance of Patience October 26, 2014 · 1m 27s · at 1:08:42 · https://youtu.be/XdOlp9-fPG0?t=4122</w:t>
      </w:r>
    </w:p>
    <w:p>
      <w:r>
        <w:rPr>
          <w:i/>
        </w:rPr>
        <w:t>“Please interpret this statement: 'If a person is being oppressed, then if you have power, stop it with your hand, and if not, then with your tongue, otherwise dislike it with your heart.'”</w:t>
      </w:r>
    </w:p>
    <w:p>
      <w:r>
        <w:rPr>
          <w:sz w:val="20"/>
        </w:rPr>
        <w:t>1:08:42  theek, jazak allah. maulana, agla sawal delhi se kiya hai sikandar saifi sahib ne, aur unhon ne ek statement likhi hai, aur woh chahtay hain ke aap is ki tashreeh karen.</w:t>
      </w:r>
      <w:r>
        <w:br/>
      </w:r>
      <w:r>
        <w:rPr>
          <w:sz w:val="20"/>
        </w:rPr>
        <w:t>1:08:56  aur woh statement is tareeqay se hai: "agar kisi shakhs par zulm ho raha hai to agar aap mein taqat hai to usay hath se rokiye, aur agar nahi hai to zaban se, warna dil se bura maan lijie."</w:t>
      </w:r>
      <w:r>
        <w:br/>
      </w:r>
      <w:r>
        <w:rPr>
          <w:sz w:val="20"/>
        </w:rPr>
        <w:t>1:09:12  yeh galat quote kiya hai unhon ne. is mein zulm ka lafz hi nahi hai. is mein hai: "man ra minkum munkar". aap ne zulm kahan se bana lia?</w:t>
      </w:r>
      <w:r>
        <w:br/>
      </w:r>
      <w:r>
        <w:rPr>
          <w:sz w:val="20"/>
        </w:rPr>
        <w:t>1:09:23  sab se pehlay aap phir se ja kar hadith ko parhiye, aur is par toba kijiye ke aap ne galat quote kiya. jis par zulm ho raha hai to is mein is mein lafz yeh nahi hai.</w:t>
      </w:r>
      <w:r>
        <w:br/>
      </w:r>
      <w:r>
        <w:rPr>
          <w:sz w:val="20"/>
        </w:rPr>
        <w:t>1:09:35  is mein "man ra munkar" hai.</w:t>
      </w:r>
      <w:r>
        <w:br/>
      </w:r>
      <w:r>
        <w:rPr>
          <w:sz w:val="20"/>
        </w:rPr>
        <w:t>1:09:37  to main aap se kahoon ga ke sab se pehlay aap ja kar dekhiye kitab mein, aur jab aap payen ke is mein zulm ka lafz nahi to aap sab se pehlay toba kijiye.</w:t>
      </w:r>
      <w:r>
        <w:br/>
      </w:r>
      <w:r>
        <w:rPr>
          <w:sz w:val="20"/>
        </w:rPr>
        <w:t>1:09:47  do rakat namaz parh kar allah se maafii mangiye. hadith quran is tarah se quote karna galat, bohat hi gunah ki baat hai. aap ja ke dekhiye ga, phir aglay itwar ko mujhe bataiye ke is is is kahan yeh hai zulm ka lafz.</w:t>
      </w:r>
      <w:r>
        <w:br/>
      </w:r>
      <w:r>
        <w:rPr>
          <w:sz w:val="20"/>
        </w:rPr>
        <w:t>1:10:03  wahan zulm ka lafz nahi hai, wahan "man ra munkar" ka lafz hai.</w:t>
      </w:r>
    </w:p>
    <w:p>
      <w:pPr>
        <w:pStyle w:val="Heading2"/>
      </w:pPr>
      <w:r>
        <w:t>Is intention to take arms Sunnah?</w:t>
      </w:r>
    </w:p>
    <w:p>
      <w:r>
        <w:rPr>
          <w:color w:val="666666"/>
          <w:sz w:val="18"/>
        </w:rPr>
        <w:t>Hadith · Islam and Peace August 25, 2013 · 1m 22s · at 49:55 · https://youtu.be/WbBu4W6AUUs?t=2995</w:t>
      </w:r>
    </w:p>
    <w:p>
      <w:r>
        <w:rPr>
          <w:i/>
        </w:rPr>
        <w:t>“A person said that having the intention to take up arms is also a Sunnah. Is this correct?”</w:t>
      </w:r>
    </w:p>
    <w:p>
      <w:r>
        <w:rPr>
          <w:sz w:val="20"/>
        </w:rPr>
        <w:t>49:55  maulana, agla sawal chennai se hai maulana iqbal umri ka.</w:t>
      </w:r>
      <w:r>
        <w:br/>
      </w:r>
      <w:r>
        <w:rPr>
          <w:sz w:val="20"/>
        </w:rPr>
        <w:t>49:59  unhone likha hai: "maulana, ek sahib ne farmaya ke hathiyar uthane ki niyat rakhna bhi sunnat hai. kya yeh sahi hai?" sahi kahein ya jhoot hai, sahi to bohat door ki baat hai.</w:t>
      </w:r>
      <w:r>
        <w:br/>
      </w:r>
      <w:r>
        <w:rPr>
          <w:sz w:val="20"/>
        </w:rPr>
        <w:t>50:12  is liye ke dekhiye, musalman is baat ko bhool gaye hain ke criteria sirf quran o sunnat hai.</w:t>
      </w:r>
      <w:r>
        <w:br/>
      </w:r>
      <w:r>
        <w:rPr>
          <w:sz w:val="20"/>
        </w:rPr>
        <w:t>50:23  yaani yeh jo aap farma rahe hain, to yeh batana padega aap ko quran o hadees mein kahan likha hua hai. ek muhaddis ne bohat sahi kaha tha ke is tarah ke maamle mein aatuni shaam min kitab Allah hatta qul imam muhammad bin hanbal jo mashhoor muhaddis hain, isi tarah ke soorat e haal mein unhone kaha tha ke ai</w:t>
      </w:r>
      <w:r>
        <w:br/>
      </w:r>
      <w:r>
        <w:rPr>
          <w:sz w:val="20"/>
        </w:rPr>
        <w:t>50:43  atuni shaam min kitab Allah hatta qul mere paas quran se koi cheez lao, tab mein bolunga, warna us ko yaani us qabil nahin samjhunga ke us ko mein answer karoon.</w:t>
      </w:r>
      <w:r>
        <w:br/>
      </w:r>
      <w:r>
        <w:rPr>
          <w:sz w:val="20"/>
        </w:rPr>
        <w:t>50:57  wohi mein kehta hoon ke jis ko kuch kehna hai, us se pehle woh quran pesh kare, hadees pesh kare,</w:t>
      </w:r>
      <w:r>
        <w:br/>
      </w:r>
      <w:r>
        <w:rPr>
          <w:sz w:val="20"/>
        </w:rPr>
        <w:t>51:05  nahin to us ki baat sunne ke qabil nahin hai. maloom woh woh woh letter bin mein daal di jayegi, kooday khaane mein daal di jayegi.</w:t>
      </w:r>
    </w:p>
    <w:p>
      <w:pPr>
        <w:pStyle w:val="Heading2"/>
      </w:pPr>
      <w:r>
        <w:t>Islam becoming a stranger hadith explanation</w:t>
      </w:r>
    </w:p>
    <w:p>
      <w:r>
        <w:rPr>
          <w:color w:val="666666"/>
          <w:sz w:val="18"/>
        </w:rPr>
        <w:t>Hadith · Religion and Democracy December 25, 2011 · 8m 26s · at 1:22:34 · https://youtu.be/8Mf_yvDA8ik?t=4954</w:t>
      </w:r>
    </w:p>
    <w:p>
      <w:r>
        <w:rPr>
          <w:i/>
        </w:rPr>
        <w:t>“A hadith says that Islam will become a stranger as it was in the beginning. Please explain this.”</w:t>
      </w:r>
    </w:p>
    <w:p>
      <w:r>
        <w:rPr>
          <w:sz w:val="20"/>
        </w:rPr>
        <w:t>1:22:34  maulana, agla sawal bhi tamil nadu se hai. maulana iqbal umri ka, unhone poocha hai: "hadith mein aaya hai ke islam ajnabi ho jayega, jaisa ke woh pehle ajnabi tha.</w:t>
      </w:r>
      <w:r>
        <w:br/>
      </w:r>
      <w:r>
        <w:rPr>
          <w:sz w:val="20"/>
        </w:rPr>
        <w:t>1:22:46  iski wazahat farmayein."</w:t>
      </w:r>
      <w:r>
        <w:br/>
      </w:r>
      <w:r>
        <w:rPr>
          <w:sz w:val="20"/>
        </w:rPr>
        <w:t>1:22:55  main samajhta hoon ke yeh ek ek allah rasool allah ne ek warning di thi, warning ek intibah tha ke jo</w:t>
      </w:r>
      <w:r>
        <w:br/>
      </w:r>
      <w:r>
        <w:rPr>
          <w:sz w:val="20"/>
        </w:rPr>
        <w:t>1:23:11  aam taur par insaan jin cheezon ka shikar hota hai, us se musalman shikar na hon. lekin wahi ho gaya amalan, kyunke dekhiye, islam shuru hua to woh dawat tha, dawat, dawat, dawat.</w:t>
      </w:r>
      <w:r>
        <w:br/>
      </w:r>
      <w:r>
        <w:rPr>
          <w:sz w:val="20"/>
        </w:rPr>
        <w:t>1:23:26  is ke baad kya hua ke islam ki hukoomatein hukoomatein ban gayeen. to ab political activism shuru ho gaya.</w:t>
      </w:r>
      <w:r>
        <w:br/>
      </w:r>
      <w:r>
        <w:rPr>
          <w:sz w:val="20"/>
        </w:rPr>
        <w:t>1:23:33  islam shuru hua to daawa activism se shuru hua, daawa activism. phir aage political activism, yaani political expansion, hukum, yaani hukum mulkon ko qabza karo aur futuhat ko barhao.</w:t>
      </w:r>
      <w:r>
        <w:br/>
      </w:r>
      <w:r>
        <w:rPr>
          <w:sz w:val="20"/>
        </w:rPr>
        <w:t>1:23:46  yeh aa gaya to islam abdan tha, daawa activism. is ke baad ban gaya political activism. jab political activism hua to daawa khatm ho gayi.</w:t>
      </w:r>
      <w:r>
        <w:br/>
      </w:r>
      <w:r>
        <w:rPr>
          <w:sz w:val="20"/>
        </w:rPr>
        <w:t>1:23:57  ab saara nishana badal gaya, nishana</w:t>
      </w:r>
      <w:r>
        <w:br/>
      </w:r>
      <w:r>
        <w:rPr>
          <w:sz w:val="20"/>
        </w:rPr>
        <w:t>1:24:00  ek hukum hukoomatein ahkaam karna aur mulkon ko fateh karna, yeh nishana ho gaya. yahi ajnabi hone ka matlab yeh hai ke dawat chali, khatm ho gayi. islam kabhi ajnabi is silsile mein nahi hua ke quran na rahe, islam ka charchaa na rahe, log apne ko musalman na kahein.</w:t>
      </w:r>
      <w:r>
        <w:br/>
      </w:r>
      <w:r>
        <w:rPr>
          <w:sz w:val="20"/>
        </w:rPr>
        <w:t>1:24:16  is sense mein kabhi khatm nahi hua. jo cheez khatm hui, woh dawat. to main samajhta hoon ke jo ajnabi jo cheez hui thi, woh dawat ajnabi hui thi.</w:t>
      </w:r>
      <w:r>
        <w:br/>
      </w:r>
      <w:r>
        <w:rPr>
          <w:sz w:val="20"/>
        </w:rPr>
        <w:t>1:24:27  kabhi bhi aisa nahi hua ke musalman namaz ajnabi ho jaye, hajj ajnabi ho jaye, roza ajnabi ho jaye, quran ajnabi ho jaye.</w:t>
      </w:r>
      <w:r>
        <w:br/>
      </w:r>
      <w:r>
        <w:rPr>
          <w:sz w:val="20"/>
        </w:rPr>
        <w:t>1:24:35  aisa to kabhi hua nahi. jo ajnabi hui, woh dawat. kyun? dawat ke liye to ise khair khwahi karna chahiye, aur political activism, sargharmiyan jab aati hain to khair khwahi khatm ho jati hai.</w:t>
      </w:r>
      <w:r>
        <w:br/>
      </w:r>
      <w:r>
        <w:rPr>
          <w:sz w:val="20"/>
        </w:rPr>
        <w:t>1:24:50  kis ke liye hum dawat dein? is ko to hum maar kar ke is ka is ko qabza karna hai, is ke upar.</w:t>
      </w:r>
      <w:r>
        <w:br/>
      </w:r>
      <w:r>
        <w:rPr>
          <w:sz w:val="20"/>
        </w:rPr>
        <w:t>1:24:56  to dawat ki jo nafsiyat hoti hain, woh sab hoti hain mabni par khair khwahi. aur jab politics aa jati hai to khair khwahi khatm ho jati hai.</w:t>
      </w:r>
      <w:r>
        <w:br/>
      </w:r>
      <w:r>
        <w:rPr>
          <w:sz w:val="20"/>
        </w:rPr>
        <w:t>1:25:07  to khair khwahi jab khatm ho gayi to dawat ajnabi ban jayegi. to main samajhta hoon ke is mein rasool Allah salallahu alaihi wasallam ne warning di thi, peshangoi ke andaaz mein ke baad ko islam musalmanon ko hukoomatein mil jayengi to dawat ka zehan un ka khatm ho jayega.</w:t>
      </w:r>
      <w:r>
        <w:br/>
      </w:r>
      <w:r>
        <w:rPr>
          <w:sz w:val="20"/>
        </w:rPr>
        <w:t>1:25:25  dawti islam un ke liye ajnabi ban jayega. ab musalmanon mein kya hua ke pehle to yaani political activism, political sargharmiyan aayin, is se dawat ajnabi ho gayi.</w:t>
      </w:r>
      <w:r>
        <w:br/>
      </w:r>
      <w:r>
        <w:rPr>
          <w:sz w:val="20"/>
        </w:rPr>
        <w:t>1:25:38  ab jab in ka empire toota, yaani western nations ke urooj ke baad, to ab kya hua ke negative activism aa gayi, yaani ladna un se apni hukoomaton ko chheen ne ke liye.</w:t>
      </w:r>
      <w:r>
        <w:br/>
      </w:r>
      <w:r>
        <w:rPr>
          <w:sz w:val="20"/>
        </w:rPr>
        <w:t>1:25:54  ladai, ladai, ladai chal rahi hai. to islam pehla tha daawa activism, phir hua political activism, ab aa gaya negative activism.</w:t>
      </w:r>
      <w:r>
        <w:br/>
      </w:r>
      <w:r>
        <w:rPr>
          <w:sz w:val="20"/>
        </w:rPr>
        <w:t>1:26:06  negative activism to ab ab jo revolve karna hai, revolve yeh karna hai ke daawa activism phir se laya jaye, phir se is daawa activism ka daur laya jaye.</w:t>
      </w:r>
      <w:r>
        <w:br/>
      </w:r>
      <w:r>
        <w:rPr>
          <w:sz w:val="20"/>
        </w:rPr>
        <w:t>1:26:18  to main samajhta hoon ke muslim tareekh inhi chaar dauron mein bati hui hai:</w:t>
      </w:r>
      <w:r>
        <w:br/>
      </w:r>
      <w:r>
        <w:rPr>
          <w:sz w:val="20"/>
        </w:rPr>
        <w:t>1:26:22  daawa activism, political activism, negative activism. ab jo ek hisse mein hum hain, ab hamein lotna hai is ki taraf, dawat ki taraf.</w:t>
      </w:r>
      <w:r>
        <w:br/>
      </w:r>
      <w:r>
        <w:rPr>
          <w:sz w:val="20"/>
        </w:rPr>
        <w:t>1:26:32  dobara hum ko daawa activism par lagana hai. yahi hai fateh alal ghuraba, jahan tak main samajhta hoon. kyunke aap ghor kijiye ke musalmanon mein ajnabi hui kya cheez?</w:t>
      </w:r>
      <w:r>
        <w:br/>
      </w:r>
      <w:r>
        <w:rPr>
          <w:sz w:val="20"/>
        </w:rPr>
        <w:t>1:26:44  ek hi cheez ajnabi hui, is se dawat. aur to kuch bhi ajnabi nahi hua, sab bilkul well known hai. to</w:t>
      </w:r>
      <w:r>
        <w:br/>
      </w:r>
      <w:r>
        <w:rPr>
          <w:sz w:val="20"/>
        </w:rPr>
        <w:t>1:26:53  baad ko jo halaat paida hue, in halaat mein musalmanon ne woh nafsiyat kho di, jis nafsiyat ke tehat dawti kaam hua karta hai. to is nafsiyat ko phir zinda karna aur phir se ummat ko dawat par khada karna,</w:t>
      </w:r>
      <w:r>
        <w:br/>
      </w:r>
      <w:r>
        <w:rPr>
          <w:sz w:val="20"/>
        </w:rPr>
        <w:t>1:27:09  jo log karenge, unhi ke liye hai fateh alal ghuraba.</w:t>
      </w:r>
      <w:r>
        <w:br/>
      </w:r>
      <w:r>
        <w:rPr>
          <w:sz w:val="20"/>
        </w:rPr>
        <w:t>1:27:15  to islam shuru hua to dawat par tha, woh baad ko woh politics par aa gaya, phir negative activities par aa gaya. ab hamein karna hai ke phir do baar hum ko, yaani is dawat wale islam ko zinda karna hai.</w:t>
      </w:r>
      <w:r>
        <w:br/>
      </w:r>
      <w:r>
        <w:rPr>
          <w:sz w:val="20"/>
        </w:rPr>
        <w:t>1:27:30  yeh main samjhau. Maulana, yeh sawal aaya hai patna se Mr Anwar Imam Ghaz</w:t>
      </w:r>
      <w:r>
        <w:br/>
      </w:r>
      <w:r>
        <w:rPr>
          <w:sz w:val="20"/>
        </w:rPr>
        <w:t>1:27:38  ali ka. unhon ne likha hai: "I would like to know how one can make it easy for oneself to defer the gratification of desires till the post death period, especially today when one sees possibility of instant gratification all around." bhai, mera jo tajurba hai ya mera jo state hai,</w:t>
      </w:r>
      <w:r>
        <w:br/>
      </w:r>
      <w:r>
        <w:rPr>
          <w:sz w:val="20"/>
        </w:rPr>
        <w:t>1:28:01  main to samajhta hoon kuch cheez milti nahi</w:t>
      </w:r>
      <w:r>
        <w:br/>
      </w:r>
      <w:r>
        <w:rPr>
          <w:sz w:val="20"/>
        </w:rPr>
        <w:t>1:28:03  ye sirf aik aik milne se pehle to lagta hai ke hum ye pa jayen to hum ko bohat hi achi cheez mil jaye gi hum ko.</w:t>
      </w:r>
      <w:r>
        <w:br/>
      </w:r>
      <w:r>
        <w:rPr>
          <w:sz w:val="20"/>
        </w:rPr>
        <w:t>1:28:13  lekin jab pa leta hai aadmi, to maloom hota hai kuch nahi. jaisay aik saath meri mulaqat hui, unhon ne love marriage ki hai. main ne un se poocha ke love marriage ka kya tajurba aap ko hai?</w:t>
      </w:r>
      <w:r>
        <w:br/>
      </w:r>
      <w:r>
        <w:rPr>
          <w:sz w:val="20"/>
        </w:rPr>
        <w:t>1:28:27  aik top ke aadmi se poocha main</w:t>
      </w:r>
      <w:r>
        <w:br/>
      </w:r>
      <w:r>
        <w:rPr>
          <w:sz w:val="20"/>
        </w:rPr>
        <w:t>1:28:29  ne. unhon ne kaha ke jab tak marriage nahi hui thi, tab to lagta tha ke love marriage koi bohat bari cheez hai. main aasman mein urr raha tha, jab mujhe ho gayi to zameen aa gaya.</w:t>
      </w:r>
      <w:r>
        <w:br/>
      </w:r>
      <w:r>
        <w:rPr>
          <w:sz w:val="20"/>
        </w:rPr>
        <w:t>1:28:38  ab kuch nahi, wahi same love marriage jo hai, mujhe ab kuch nahi dikhai parti, ab normal lagti hai. wo aisi jis ko bhi main main ne parha, jis ko bhi abhi main ne internet par likhwaya, nikala,</w:t>
      </w:r>
      <w:r>
        <w:br/>
      </w:r>
      <w:r>
        <w:rPr>
          <w:sz w:val="20"/>
        </w:rPr>
        <w:t>1:28:51  nikalwaya, wo ke jo super achievers hain, un ki zindagi khatam kaise</w:t>
      </w:r>
      <w:r>
        <w:br/>
      </w:r>
      <w:r>
        <w:rPr>
          <w:sz w:val="20"/>
        </w:rPr>
        <w:t>1:28:57  hui? to sab despair mein maray, sab ke sab. to milti kahan wo cheez? ye to aik fareb hai ke hum is cheez ko pa letay hain. to sab se bara question to yahi hai ke kya wajah hai ke hum hum ko fulfillment nahi milta is dunya mein?</w:t>
      </w:r>
      <w:r>
        <w:br/>
      </w:r>
      <w:r>
        <w:rPr>
          <w:sz w:val="20"/>
        </w:rPr>
        <w:t>1:29:12  jo hum chahtay hain, wo hum paatay nahi is dunya mein. ye thori hai ke pa letay hain hum, ye to aik fareb ki baat hai.</w:t>
      </w:r>
      <w:r>
        <w:br/>
      </w:r>
      <w:r>
        <w:rPr>
          <w:sz w:val="20"/>
        </w:rPr>
        <w:t>1:29:19  main samajhta hoon ke sab se bara question jo insan ke liye hai, wo yahi hai ke kya wajah hai ke hum jo kuch chahna chahtay hain, jo kuch hum chahtay hain paana, wahi paanay paatay nahi hum?</w:t>
      </w:r>
      <w:r>
        <w:br/>
      </w:r>
      <w:r>
        <w:rPr>
          <w:sz w:val="20"/>
        </w:rPr>
        <w:t>1:29:30  isi se hum mehroom rehtay hain, hum mar jatay hain. paanay se pehle lagta hai ke ye aik cheez mil mil jaye gi, to humain bari khushi hogi, hum bohat enjoy karein gay.</w:t>
      </w:r>
      <w:r>
        <w:br/>
      </w:r>
      <w:r>
        <w:rPr>
          <w:sz w:val="20"/>
        </w:rPr>
        <w:t>1:29:39  lekin paanay ke baad kahan hota hai? paanay ke baad kuch nahi hota. Bill Gates ko bhi kuch nahi hai.</w:t>
      </w:r>
      <w:r>
        <w:br/>
      </w:r>
      <w:r>
        <w:rPr>
          <w:sz w:val="20"/>
        </w:rPr>
        <w:t>1:29:45  ab jab jab wo shuru mein us ko khushiyan nahi hongi, ab to zindagi us ke liye kuch bhi nahi hai, siwaye liability ke.</w:t>
      </w:r>
      <w:r>
        <w:br/>
      </w:r>
      <w:r>
        <w:rPr>
          <w:sz w:val="20"/>
        </w:rPr>
        <w:t>1:29:55  to ye main samajhta hoon ke ye soch sahi nahi hai ke is dunya mein hum kuch pa letay hain. paanay se pehle hum zaroor samajhtay hain ke hum paanay ke baad hum ko khushi mil jaye gi.</w:t>
      </w:r>
      <w:r>
        <w:br/>
      </w:r>
      <w:r>
        <w:rPr>
          <w:sz w:val="20"/>
        </w:rPr>
        <w:t>1:30:09  aik kitaab likhi hai is ne, Bertrand Russell ne, us ka naam hi hai "Happiness"</w:t>
      </w:r>
      <w:r>
        <w:br/>
      </w:r>
      <w:r>
        <w:rPr>
          <w:sz w:val="20"/>
        </w:rPr>
        <w:t>1:30:14  . us mein likhta hai ke happiness achievable nahi is dunya mein. aur waqia hai, aap kisi kisi bhi shakhs ko dekhiye jo baray martabay pohancha ho, jis ne baray paise kamaye hon, uska end kya hota hai?</w:t>
      </w:r>
      <w:r>
        <w:br/>
      </w:r>
      <w:r>
        <w:rPr>
          <w:sz w:val="20"/>
        </w:rPr>
        <w:t>1:30:27  end uska khatma to aap dekhen ke frustration mein, despair mein khatam khatam hota hai wo. kyunke wo paanay ke baad, us jo us ne apnay mind mein samjha tha ke is se mujhe ye mile ga, wo mile ga, wo kuch mila nahi us ko.</w:t>
      </w:r>
      <w:r>
        <w:br/>
      </w:r>
      <w:r>
        <w:rPr>
          <w:sz w:val="20"/>
        </w:rPr>
        <w:t>1:30:42  to asal sawal to yahi hai ke kya wajah hai ke hum is dunya mein hum paanay ke bawajood mehroom rehtay hain? isi sawal ko jab hum jaal len, tab paradise hamari goal ban jaye gi ke wahan par humain fulfillment mile ga.</w:t>
      </w:r>
    </w:p>
    <w:p>
      <w:pPr>
        <w:pStyle w:val="Heading2"/>
      </w:pPr>
      <w:r>
        <w:t>Islam becoming stranger explanation</w:t>
      </w:r>
    </w:p>
    <w:p>
      <w:r>
        <w:rPr>
          <w:color w:val="666666"/>
          <w:sz w:val="18"/>
        </w:rPr>
        <w:t>Hadith · Discovery of God (In Conversation with Maulana) December 25, 2011 · 4m 59s · at 21:34 · https://youtu.be/-1c1d7cFj0s?t=1294</w:t>
      </w:r>
    </w:p>
    <w:p>
      <w:r>
        <w:rPr>
          <w:i/>
        </w:rPr>
        <w:t>“In hadith it is said that Islam will become a stranger, as it was a stranger at the beginning. Please explain this.”</w:t>
      </w:r>
    </w:p>
    <w:p>
      <w:r>
        <w:rPr>
          <w:sz w:val="20"/>
        </w:rPr>
        <w:t>21:34  maulana, agla sawal bhi tamil nadu se hai. maulana iqbal umri ka. unhon ne poocha hai: "hadith mein aya hai ke islam ajnabi ho jayega, jaisa ke woh pehle ajnabi tha.</w:t>
      </w:r>
      <w:r>
        <w:br/>
      </w:r>
      <w:r>
        <w:rPr>
          <w:sz w:val="20"/>
        </w:rPr>
        <w:t>21:46  is ki wazahat farmayein."</w:t>
      </w:r>
      <w:r>
        <w:br/>
      </w:r>
      <w:r>
        <w:rPr>
          <w:sz w:val="20"/>
        </w:rPr>
        <w:t>21:55  main samajhta hoon ke yeh ek ek allah rasool allah ne ek warning di thi, warning ek intibah tha ke jo</w:t>
      </w:r>
      <w:r>
        <w:br/>
      </w:r>
      <w:r>
        <w:rPr>
          <w:sz w:val="20"/>
        </w:rPr>
        <w:t>22:11  aam taur par insan jin cheezon ka shikar hota hai, us se musalman shikar na hon. lekin wahi ho gaya amalan, kyunke dekhiye, islam shuru hua to woh dawat tha, dawat, dawat, dawat.</w:t>
      </w:r>
      <w:r>
        <w:br/>
      </w:r>
      <w:r>
        <w:rPr>
          <w:sz w:val="20"/>
        </w:rPr>
        <w:t>22:26  us ke baad kya hua ke islam ki hukumatain hukumatain ban gayeen. to ab political activism shuru ho gaya. islam shuru hua to daawa activism se shuru hua, daawa activism.</w:t>
      </w:r>
      <w:r>
        <w:br/>
      </w:r>
      <w:r>
        <w:rPr>
          <w:sz w:val="20"/>
        </w:rPr>
        <w:t>22:38  phir aage political activism, yani political expansion, hukm, yani hukm mulkon ko qabza karo aur futuhat ko badhao.</w:t>
      </w:r>
      <w:r>
        <w:br/>
      </w:r>
      <w:r>
        <w:rPr>
          <w:sz w:val="20"/>
        </w:rPr>
        <w:t>22:47  yeh agaya to islam abdan tha, daawa activism. us ke baad banda kaha political activism. jab political activism hua to daawa khatam ho gayi.</w:t>
      </w:r>
      <w:r>
        <w:br/>
      </w:r>
      <w:r>
        <w:rPr>
          <w:sz w:val="20"/>
        </w:rPr>
        <w:t>22:57  ab sara nishana badal gaya, nishana ek hukumat ka kaam karna aur mulkon ko fateh karna, yeh nishana ho gaya. yahi ajnabi hone ka matlab yeh hai ke dawat chali, khatam ho gayi.</w:t>
      </w:r>
      <w:r>
        <w:br/>
      </w:r>
      <w:r>
        <w:rPr>
          <w:sz w:val="20"/>
        </w:rPr>
        <w:t>23:10  islam kabhi ajnabi is silsile mein nahi hua ke quran na rahe, islam ka charcha na rahe, log apne ko musalman na kahein. is sense mein kabhi khatam nahi hua.</w:t>
      </w:r>
      <w:r>
        <w:br/>
      </w:r>
      <w:r>
        <w:rPr>
          <w:sz w:val="20"/>
        </w:rPr>
        <w:t>23:19  jo cheez khatm hui, woh dawat. to mein samajhta hoon ke jo ajnabi jo cheez hui thi, woh dawat ajnabi hui thi. kabhi bhi aisa nahi hua ke musalman namaz ajnabi ho jaye, hajj ajnabi ho jaye, roza ajnabi ho jaye,</w:t>
      </w:r>
      <w:r>
        <w:br/>
      </w:r>
      <w:r>
        <w:rPr>
          <w:sz w:val="20"/>
        </w:rPr>
        <w:t>23:34  quran ajnabi ho jaye. aisa to kabhi hua nahi. jo ajnabi hui, woh dawat. kyun? dawat ke liye ek doosre ki khair khwahi karna chahiye.</w:t>
      </w:r>
      <w:r>
        <w:br/>
      </w:r>
      <w:r>
        <w:rPr>
          <w:sz w:val="20"/>
        </w:rPr>
        <w:t>23:43  aur political activism, sargharmiyan jab aati hain to khair khwahi khatm ho jati hai. kis ke liye hum dawat dein?</w:t>
      </w:r>
      <w:r>
        <w:br/>
      </w:r>
      <w:r>
        <w:rPr>
          <w:sz w:val="20"/>
        </w:rPr>
        <w:t>23:52  is ko to hum maar kar ke is ka is ko qabza karna hai, is ke upar. to dawat ki jo nafsiyat hoti hain, woh sab hoti hain mabni par khair khwahi.</w:t>
      </w:r>
      <w:r>
        <w:br/>
      </w:r>
      <w:r>
        <w:rPr>
          <w:sz w:val="20"/>
        </w:rPr>
        <w:t>24:02  aur jab politics aa jati hai to khair khwahi khatm ho jati hai. to khair khwahi jab khatm ho gayi to dawat ajnabi ban jayegi.</w:t>
      </w:r>
      <w:r>
        <w:br/>
      </w:r>
      <w:r>
        <w:rPr>
          <w:sz w:val="20"/>
        </w:rPr>
        <w:t>24:11  to mein samajhta hoon ke is mein rasool ALLAH sallallahu alaihi wasallam ne warning di thi, peshangoi ke andaaz mein ke baad ko islam musalmanon ko hukumatain mil jayengi to dawat ka zehan un ka khatm ho jayega.</w:t>
      </w:r>
      <w:r>
        <w:br/>
      </w:r>
      <w:r>
        <w:rPr>
          <w:sz w:val="20"/>
        </w:rPr>
        <w:t>24:25  dawti islam un ke liye ajnabi ban jayega. ab musalmanon mein kya hua ke pehle to yaani political activism, political sargharmiyan aayin, is se dawat ajnabi ho gayi.</w:t>
      </w:r>
      <w:r>
        <w:br/>
      </w:r>
      <w:r>
        <w:rPr>
          <w:sz w:val="20"/>
        </w:rPr>
        <w:t>24:38  ab jab in ka empire toota, yaani western nations ke urooj ke baad, to ab kya hua ke negative activism aa gayi, yaani ladna in se apni hukumaton ko chheen ne ke liye.</w:t>
      </w:r>
      <w:r>
        <w:br/>
      </w:r>
      <w:r>
        <w:rPr>
          <w:sz w:val="20"/>
        </w:rPr>
        <w:t>24:54  ladai, ladai, ladai chal rahi hai. to islam pehla tha daawa activism, phir hua political activism. ab aa gaya negative activism, negative activism.</w:t>
      </w:r>
      <w:r>
        <w:br/>
      </w:r>
      <w:r>
        <w:rPr>
          <w:sz w:val="20"/>
        </w:rPr>
        <w:t>25:08  to ab ab jo revolve karna hai, revolve yeh karein ke daawa activism phir se laya jaye, phir se is daawa activism ka daur laya jaye.</w:t>
      </w:r>
      <w:r>
        <w:br/>
      </w:r>
      <w:r>
        <w:rPr>
          <w:sz w:val="20"/>
        </w:rPr>
        <w:t>25:18  to mein samajhta hoon ke muslim tareekh inhi chaar dauron mein bati hui hai: daawa activism, political activism, negative activism. ab jo ek hisse mein hum hain, ab hamein lotna hai is ki taraf, dawat ki taraf.</w:t>
      </w:r>
      <w:r>
        <w:br/>
      </w:r>
      <w:r>
        <w:rPr>
          <w:sz w:val="20"/>
        </w:rPr>
        <w:t>25:33  dobara hum ko daawa activism par lagana hai. yahi hai fateh al gharaab, jahan tak mein samajhta hoon. kyunke aap ghor kijiye ke musalmanon mein ajnabi hui kya cheez?</w:t>
      </w:r>
      <w:r>
        <w:br/>
      </w:r>
      <w:r>
        <w:rPr>
          <w:sz w:val="20"/>
        </w:rPr>
        <w:t>25:44  ek hi cheez ajnabi hui, is se dawat. aur to kuch bhi ajnabi nahi hua, sab bilkul well known hai. to baad ko jo halaat paida hue, un halaat mein musalmanon ne woh nafsiyat kho di, jis nafsiyat ke tehat dawti kaam hua karta hai.</w:t>
      </w:r>
      <w:r>
        <w:br/>
      </w:r>
      <w:r>
        <w:rPr>
          <w:sz w:val="20"/>
        </w:rPr>
        <w:t>26:03  to is nafsiyat ko phir zinda karna aur phir se ummat ko dawat par khada karna, jo log karenge, unhi ke liye hai fateh al gharaab.</w:t>
      </w:r>
      <w:r>
        <w:br/>
      </w:r>
      <w:r>
        <w:rPr>
          <w:sz w:val="20"/>
        </w:rPr>
        <w:t>26:15  to islam shuru hua to dawat par tha, woh baad ko woh politics par aa gaya, phir negative activities par aa gaya. ab hamein karna hai ke phir do bar hum ko, yaani is dawat wale islam ko zinda karna hai.</w:t>
      </w:r>
      <w:r>
        <w:br/>
      </w:r>
      <w:r>
        <w:rPr>
          <w:sz w:val="20"/>
        </w:rPr>
        <w:t>26:30  yeh mein samjhao.</w:t>
      </w:r>
    </w:p>
    <w:p>
      <w:pPr>
        <w:pStyle w:val="Heading2"/>
      </w:pPr>
      <w:r>
        <w:t>Knowing increase or decrease of faith</w:t>
      </w:r>
    </w:p>
    <w:p>
      <w:r>
        <w:rPr>
          <w:color w:val="666666"/>
          <w:sz w:val="18"/>
        </w:rPr>
        <w:t>Hadith · Principle of Loss | May 31, 2015 · 2m 19s · at 51:09 · https://youtu.be/IEf7QfU3BmY?t=3069</w:t>
      </w:r>
    </w:p>
    <w:p>
      <w:r>
        <w:rPr>
          <w:i/>
        </w:rPr>
        <w:t>“There is a hadith that the faith of a person increases and decreases. How can I know that my faith is decreasing or increasing? Is there a way to find that?”</w:t>
      </w:r>
    </w:p>
    <w:p>
      <w:r>
        <w:rPr>
          <w:sz w:val="20"/>
        </w:rPr>
        <w:t>51:09  molana agla sawal kya hai abdul ghani sahib ne mysore se, aur unhone likha hai ke molana der</w:t>
      </w:r>
      <w:r>
        <w:br/>
      </w:r>
      <w:r>
        <w:rPr>
          <w:sz w:val="20"/>
        </w:rPr>
        <w:t>51:15  as a hadith that iman of a person increases and decreases.</w:t>
      </w:r>
      <w:r>
        <w:br/>
      </w:r>
      <w:r>
        <w:rPr>
          <w:sz w:val="20"/>
        </w:rPr>
        <w:t>51:21  How can I know that my iman is decreasing or increasing? Is there a way to find that</w:t>
      </w:r>
      <w:r>
        <w:br/>
      </w:r>
      <w:r>
        <w:rPr>
          <w:sz w:val="20"/>
        </w:rPr>
        <w:t>51:28  out? please advice.</w:t>
      </w:r>
      <w:r>
        <w:br/>
      </w:r>
      <w:r>
        <w:rPr>
          <w:sz w:val="20"/>
        </w:rPr>
        <w:t>51:34  dekhen, is ko aap lafz badlie, samajh mein aa jayega,</w:t>
      </w:r>
      <w:r>
        <w:br/>
      </w:r>
      <w:r>
        <w:rPr>
          <w:sz w:val="20"/>
        </w:rPr>
        <w:t>51:40  یعنی increase اور decrease کی جگہ ایک لفظ دوسرا استعمال کیجئے، explanatory لفظ وہ ہے spirit، یعنی spirit</w:t>
      </w:r>
      <w:r>
        <w:br/>
      </w:r>
      <w:r>
        <w:rPr>
          <w:sz w:val="20"/>
        </w:rPr>
        <w:t>51:45  ghatti hai aur badhti hai.</w:t>
      </w:r>
      <w:r>
        <w:br/>
      </w:r>
      <w:r>
        <w:rPr>
          <w:sz w:val="20"/>
        </w:rPr>
        <w:t>51:50  iman form ka naam nahi hai ke ek kuch alfaaz hum munh se bol diya to iman hasil</w:t>
      </w:r>
      <w:r>
        <w:br/>
      </w:r>
      <w:r>
        <w:rPr>
          <w:sz w:val="20"/>
        </w:rPr>
        <w:t>51:55  ho gaya, iman haqeeqat mein spirit ka naam hai.</w:t>
      </w:r>
      <w:r>
        <w:br/>
      </w:r>
      <w:r>
        <w:rPr>
          <w:sz w:val="20"/>
        </w:rPr>
        <w:t>52:00  to spirit jo hai ghatti badhti hai, ghatti badhti hai ka matlab kya hai ke jaise aaj mein</w:t>
      </w:r>
      <w:r>
        <w:br/>
      </w:r>
      <w:r>
        <w:rPr>
          <w:sz w:val="20"/>
        </w:rPr>
        <w:t>52:05  ne ek cheez d</w:t>
      </w:r>
      <w:r>
        <w:br/>
      </w:r>
      <w:r>
        <w:rPr>
          <w:sz w:val="20"/>
        </w:rPr>
        <w:t>52:10  discover ki, yani principle of yeh jo maine bataya aap ko, principle of loss, principle of truncation. To main bohat zabardast, mujhe ek aah ki Allah taala ne kaisi kaisi baatein batai hain insaan ko, ek ajeeb qism ki nayi is pe paida ho gayi. To yeh matlab hai ke ke aap ka experience, aap ki study, aap ka ghaur o fikr, is se aap</w:t>
      </w:r>
      <w:r>
        <w:br/>
      </w:r>
      <w:r>
        <w:rPr>
          <w:sz w:val="20"/>
        </w:rPr>
        <w:t>52:40  کو نئے نئے ائٹم ملتے ہیں جو آپ کی اسپیڈ کو بڑھاتے ہیں، اور جب آپ نہ سوچیں</w:t>
      </w:r>
      <w:r>
        <w:br/>
      </w:r>
      <w:r>
        <w:rPr>
          <w:sz w:val="20"/>
        </w:rPr>
        <w:t>52:46  to speed ghatti rahegi, to us waqt kami ke level par rahega aap ka iman.</w:t>
      </w:r>
      <w:r>
        <w:br/>
      </w:r>
      <w:r>
        <w:rPr>
          <w:sz w:val="20"/>
        </w:rPr>
        <w:t>52:52  to wo hadith mein jo lafz aayi hai, jo lafz aaya hai, us lafz ko aap badlie ke</w:t>
      </w:r>
      <w:r>
        <w:br/>
      </w:r>
      <w:r>
        <w:rPr>
          <w:sz w:val="20"/>
        </w:rPr>
        <w:t>52:58  speed mein kami beshi hoti rehti hai, aur is ke sabab yeh hota hai ke aap hamesha is</w:t>
      </w:r>
      <w:r>
        <w:br/>
      </w:r>
      <w:r>
        <w:rPr>
          <w:sz w:val="20"/>
        </w:rPr>
        <w:t>53:04  tarah se nahi kar pate, g</w:t>
      </w:r>
      <w:r>
        <w:br/>
      </w:r>
      <w:r>
        <w:rPr>
          <w:sz w:val="20"/>
        </w:rPr>
        <w:t>53:10  or o fikr aur zyada cheezon mein zyada dhyan dena, distract ho jate hain.</w:t>
      </w:r>
      <w:r>
        <w:br/>
      </w:r>
      <w:r>
        <w:rPr>
          <w:sz w:val="20"/>
        </w:rPr>
        <w:t>53:16  to jab aap distract ho jayenge to kami ho jayegi, jab ghor o fikr karenge</w:t>
      </w:r>
      <w:r>
        <w:br/>
      </w:r>
      <w:r>
        <w:rPr>
          <w:sz w:val="20"/>
        </w:rPr>
        <w:t>53:23  to speed pe izafa ho jayega, yeh matlab hai is ka.</w:t>
      </w:r>
    </w:p>
    <w:p>
      <w:pPr>
        <w:pStyle w:val="Heading2"/>
      </w:pPr>
      <w:r>
        <w:t>Legitimacy of using hadith to justify luxury</w:t>
      </w:r>
    </w:p>
    <w:p>
      <w:r>
        <w:rPr>
          <w:color w:val="666666"/>
          <w:sz w:val="18"/>
        </w:rPr>
        <w:t>Hadith · God Particle July 8, 2012 · 1m 50s · at 1:08:59 · https://youtu.be/30Ulu10c2nA?t=4139</w:t>
      </w:r>
    </w:p>
    <w:p>
      <w:r>
        <w:rPr>
          <w:i/>
        </w:rPr>
        <w:t>“Those who accumulate more material possessions and live a life of ease and comfort argue that the Prophet, peace be upon him, said that God likes to see the effect of His blessings on His servant. To what extent is it correct to use this kind of argument regarding material possessions?”</w:t>
      </w:r>
    </w:p>
    <w:p>
      <w:r>
        <w:rPr>
          <w:sz w:val="20"/>
        </w:rPr>
        <w:t>1:08:59  Maulana, agla sawal Karachi Pakistan se hai Abdul Latif sahab ka. Unhon ne likha hai: "Jo log apne ird gird ziyada maadi saaz o saman jama kar lete hain aur aaram o suhoolat ki zindagi guzarte hain,</w:t>
      </w:r>
      <w:r>
        <w:br/>
      </w:r>
      <w:r>
        <w:rPr>
          <w:sz w:val="20"/>
        </w:rPr>
        <w:t>1:09:15  wo log yeh daleel dete hain ke Nabi اکرم صلی اللہ علیہ وسلم ne farmaya ke Allah is baat ko pasand karta hai ke woh apne bando par un nematon ka asar dekhe jo us ne apne bando par kiya hai." Maulana sahab, maadi saaz o saman ke mutaliq is qism ki daleel dena kis had tak sahi hai?</w:t>
      </w:r>
      <w:r>
        <w:br/>
      </w:r>
      <w:r>
        <w:rPr>
          <w:sz w:val="20"/>
        </w:rPr>
        <w:t>1:09:39  Yeh daleel nahi hai, to mazak hai. Yeh koi daleel hai</w:t>
      </w:r>
      <w:r>
        <w:br/>
      </w:r>
      <w:r>
        <w:rPr>
          <w:sz w:val="20"/>
        </w:rPr>
        <w:t>1:09:45  ? Bilkul yeh sab jhooti baat hai. Ek hadith mein, ek hadith ko misuse karna hai, yeh ek hadith ko yeh misuse karna hai.</w:t>
      </w:r>
      <w:r>
        <w:br/>
      </w:r>
      <w:r>
        <w:rPr>
          <w:sz w:val="20"/>
        </w:rPr>
        <w:t>1:09:57  Bahut hi ziyada yeh log jo hain, yani Allah Ta'ala ke, hum mein samajhta hoon ke in ki flogging hogi bas aur kuch nahi.</w:t>
      </w:r>
      <w:r>
        <w:br/>
      </w:r>
      <w:r>
        <w:rPr>
          <w:sz w:val="20"/>
        </w:rPr>
        <w:t>1:10:06  Koi poocha nahi jayega, sirf flogging hogi ke tum ne ajeeb o ghareeb tor par apni khwahish ko Quran se kaise nikal liya? Yani is ka poocha nahi jayega, kuch sirf khara khara kar ke flogging ki jayegi.</w:t>
      </w:r>
      <w:r>
        <w:br/>
      </w:r>
      <w:r>
        <w:rPr>
          <w:sz w:val="20"/>
        </w:rPr>
        <w:t>1:10:20  Kyunke woh sincere nahi hain, warna aise aise huzoor baatein na kare. Woh</w:t>
      </w:r>
      <w:r>
        <w:br/>
      </w:r>
      <w:r>
        <w:rPr>
          <w:sz w:val="20"/>
        </w:rPr>
        <w:t>1:10:25  Yeh sab dekhiye, jo in sincerity ke in sincere mind se jo baatein nikalti hain, is ka jawab flogging hota hai, is ka jawab daleel nahi hua karta hai.</w:t>
      </w:r>
      <w:r>
        <w:br/>
      </w:r>
      <w:r>
        <w:rPr>
          <w:sz w:val="20"/>
        </w:rPr>
        <w:t>1:10:36  Mujhe is mein zara bhi shaq nahi ke jo log aisi baat kehte hain, Allah Ta'ala ke haan jab woh pohnchen ge to wahan un ki flogging ki jayegi aur aur koi un ko jawab nahi diya jayega.</w:t>
      </w:r>
    </w:p>
    <w:p>
      <w:pPr>
        <w:pStyle w:val="Heading2"/>
      </w:pPr>
      <w:r>
        <w:t>Love and Hate for God's Sake</w:t>
      </w:r>
    </w:p>
    <w:p>
      <w:r>
        <w:rPr>
          <w:color w:val="666666"/>
          <w:sz w:val="18"/>
        </w:rPr>
        <w:t>Hadith · Importance of Creative Thinking December 11, 2011 · 1m 24s · at 1:39:34 · https://youtu.be/jfML9Arb0S4?t=5974</w:t>
      </w:r>
    </w:p>
    <w:p>
      <w:r>
        <w:rPr>
          <w:i/>
        </w:rPr>
        <w:t>“What is the meaning of "Al-hubbu lillahi wal-bughdu lillah"? Does this hadith apply specifically to the Muslim community, or do those who are against Islam also fall under it?”</w:t>
      </w:r>
    </w:p>
    <w:p>
      <w:r>
        <w:rPr>
          <w:sz w:val="20"/>
        </w:rPr>
        <w:t>1:39:34  ah Maulana, agla sawal aya hai Maulana Abdul Basit Umri ka Doha Qatar se. unhon ne likha hai: "Maulana, al hubbu lillah wal bughdu lillah ka matlab kya hai?</w:t>
      </w:r>
      <w:r>
        <w:br/>
      </w:r>
      <w:r>
        <w:rPr>
          <w:sz w:val="20"/>
        </w:rPr>
        <w:t>1:39:49  kya is hadith ka itlaq Muslim community ke liye khaas hai ya phir woh log bhi is mein dakhil hain jo Islam ke mukhalif hain?"</w:t>
      </w:r>
      <w:r>
        <w:br/>
      </w:r>
      <w:r>
        <w:rPr>
          <w:sz w:val="20"/>
        </w:rPr>
        <w:t>1:40:02  maafi aur mukhalif ki baat yahan nahi hai. aur is ko aap jaise bughz ka literacy se mat lijie. aap yeh matlab nahi ke Allah Rasool Allah ka matlab yeh nahi ke aap kisi se bughz rakhen, kisi se dushmani rakhen.</w:t>
      </w:r>
      <w:r>
        <w:br/>
      </w:r>
      <w:r>
        <w:rPr>
          <w:sz w:val="20"/>
        </w:rPr>
        <w:t>1:40:15  yeh matlab nahi hai hargiz.</w:t>
      </w:r>
      <w:r>
        <w:br/>
      </w:r>
      <w:r>
        <w:rPr>
          <w:sz w:val="20"/>
        </w:rPr>
        <w:t>1:40:18  yeh to ek usloob hai samjhane ka. bas is yani aap aap ka jo talluqat hain woh Allah ke hukum ke mutabiq bane.</w:t>
      </w:r>
      <w:r>
        <w:br/>
      </w:r>
      <w:r>
        <w:rPr>
          <w:sz w:val="20"/>
        </w:rPr>
        <w:t>1:40:30  is ka matlab yeh hai warna sab se zyada mohabbat to aap ko honi chahiye Allah taala se. to insan se talluqat ki jo base hai woh honi chahiye ke Allah ki marzi kya hai, Allah ka jo kisi plan hai woh kya</w:t>
      </w:r>
      <w:r>
        <w:br/>
      </w:r>
      <w:r>
        <w:rPr>
          <w:sz w:val="20"/>
        </w:rPr>
        <w:t>1:40:47  hai, yeh hona chahiye. is ko aap bilkul lafzi maene mein na len. main main jahan tak main samajhta hoon balkeh is ko zyada phaila ke is ka mafhoom samjhen.</w:t>
      </w:r>
    </w:p>
    <w:p>
      <w:pPr>
        <w:pStyle w:val="Heading2"/>
      </w:pPr>
      <w:r>
        <w:t>Meaning and Identification of Sunnah</w:t>
      </w:r>
    </w:p>
    <w:p>
      <w:r>
        <w:rPr>
          <w:color w:val="666666"/>
          <w:sz w:val="18"/>
        </w:rPr>
        <w:t>Hadith · The Importance of the Quran May 15, 2016 Maulana Wahiduddin Khan · 2m 31s · at 51:58 · https://youtu.be/9a-OOUR_bLg?t=3118</w:t>
      </w:r>
    </w:p>
    <w:p>
      <w:r>
        <w:rPr>
          <w:i/>
        </w:rPr>
        <w:t>“You mentioned about one Hadith of Prophet Muhammad saying that I am leaving two things for you: Quran and Sunnah. In that hadith, what is meant by Sunnah? How can one identify the Sunnah of the Prophet? Some say using miswak is Sunnah, applying perfume and kohl in the eyes are also Sunnah. Please elaborate what is Sunnah.”</w:t>
      </w:r>
    </w:p>
    <w:p>
      <w:r>
        <w:rPr>
          <w:sz w:val="20"/>
        </w:rPr>
        <w:t>51:58  maulana, agla sawal bheja hai danish fazal sahib ne lucknow se aur unhon ne likha hai: "you mentioned about one hadith of prophet muhammad saying that i am leaving two things for you: quran and sunnah." maulana, in this hadith what is meant by sunnah</w:t>
      </w:r>
      <w:r>
        <w:br/>
      </w:r>
      <w:r>
        <w:rPr>
          <w:sz w:val="20"/>
        </w:rPr>
        <w:t>52:21  ? how can one identify sunnah of the prophet? some says using miswak is sunnah, putting perfume or surma in eyes etc is also sunnah.</w:t>
      </w:r>
      <w:r>
        <w:br/>
      </w:r>
      <w:r>
        <w:rPr>
          <w:sz w:val="20"/>
        </w:rPr>
        <w:t>52:34  please elaborate what is sunnah? dekhein, sunnah ka lafzi matlab hai tareeqa, yani rasool Allah ka tareeqa.</w:t>
      </w:r>
      <w:r>
        <w:br/>
      </w:r>
      <w:r>
        <w:rPr>
          <w:sz w:val="20"/>
        </w:rPr>
        <w:t>52:44  to koi bhi cheez jo rasool Allah sabit ho jaye, woh sunnah kahi jayegi. lekin lekin shah Allah sahib ne likha hai ke sunnah ke do qismein hain:</w:t>
      </w:r>
      <w:r>
        <w:br/>
      </w:r>
      <w:r>
        <w:rPr>
          <w:sz w:val="20"/>
        </w:rPr>
        <w:t>52:59  sunnat aadiyah, sunnat saabitah. to surmah lagana ya miswak karna, yeh sunnat arab hai.</w:t>
      </w:r>
      <w:r>
        <w:br/>
      </w:r>
      <w:r>
        <w:rPr>
          <w:sz w:val="20"/>
        </w:rPr>
        <w:t>53:10  yeh yeh isi liye rasool Allah bhi bhejey gaye thay ke surmah log lagayein, khizab lagayein log. to agar aap ne khizab lagaya ho ya aap ne</w:t>
      </w:r>
      <w:r>
        <w:br/>
      </w:r>
      <w:r>
        <w:rPr>
          <w:sz w:val="20"/>
        </w:rPr>
        <w:t>53:28  itar lagaya ho waghera jo cheezein hain, to woh sunnat hongi lekin sunnat aadiyah hongi.</w:t>
      </w:r>
      <w:r>
        <w:br/>
      </w:r>
      <w:r>
        <w:rPr>
          <w:sz w:val="20"/>
        </w:rPr>
        <w:t>53:37  yani aadatan arab ke mein chounke aap jab paida hue to arab ke aadat ke mutabiq aap yeh aisa karne lage. lekin sunnat saabitah jo hai, woh hai jo jis ke liye rasool Allah bhejey gaye aur woh is quran se maloom hogi.</w:t>
      </w:r>
      <w:r>
        <w:br/>
      </w:r>
      <w:r>
        <w:rPr>
          <w:sz w:val="20"/>
        </w:rPr>
        <w:t>53:56  to sunnat rasool Allah ki kya thi? usooli tor par is ka maqsad quran hai. misaal tor par rasool Allah Allah ta'ala ne farmaya ke: "ya ayyuhal rasool, balagh ilaik rabbuk." yeh sunnat hai, sunnat dawat.</w:t>
      </w:r>
      <w:r>
        <w:br/>
      </w:r>
      <w:r>
        <w:rPr>
          <w:sz w:val="20"/>
        </w:rPr>
        <w:t>54:13  sunnat dawat jin logon ko jin cheezon ko log sunnat kehte hain, woh aam tor par is ke liye kitaabein likhi gayi hain. shama'il, shama'il is mein bhi baatein hoti hain.</w:t>
      </w:r>
      <w:r>
        <w:br/>
      </w:r>
      <w:r>
        <w:rPr>
          <w:sz w:val="20"/>
        </w:rPr>
        <w:t>54:23  to shama'il alag cheez hai, sunnat alag cheez hai.</w:t>
      </w:r>
    </w:p>
    <w:p>
      <w:pPr>
        <w:pStyle w:val="Heading2"/>
      </w:pPr>
      <w:r>
        <w:t>Meaning of 'Do Not Curse Time'</w:t>
      </w:r>
    </w:p>
    <w:p>
      <w:r>
        <w:rPr>
          <w:color w:val="666666"/>
          <w:sz w:val="18"/>
        </w:rPr>
        <w:t>Hadith · Paradise Culture January 12, 2014 · 2m 52s · at 57:00 · https://youtu.be/Z3A6r7XjE00?t=3420</w:t>
      </w:r>
    </w:p>
    <w:p>
      <w:r>
        <w:rPr>
          <w:i/>
        </w:rPr>
        <w:t>“In a hadith it is said: 'Do not curse time.' Does this mean that we should turn negatives into positives, rather than making negative remarks?”</w:t>
      </w:r>
    </w:p>
    <w:p>
      <w:r>
        <w:rPr>
          <w:sz w:val="20"/>
        </w:rPr>
        <w:t>57:00  Maulana, agla sawal Chennai se hai, Maulana Iqbal Umri ka. unhon ne likha hai: "Maulana, hadith mein aaya hai ke zamanay ko gaali mat do.</w:t>
      </w:r>
      <w:r>
        <w:br/>
      </w:r>
      <w:r>
        <w:rPr>
          <w:sz w:val="20"/>
        </w:rPr>
        <w:t>57:14  mera sawal yeh hai ke kya is ka matlab hai ke negative ko positive mein badlo, na ke negative remark do?" is ke baray mein kuch batayein.</w:t>
      </w:r>
      <w:r>
        <w:br/>
      </w:r>
      <w:r>
        <w:rPr>
          <w:sz w:val="20"/>
        </w:rPr>
        <w:t>57:25  woh hadith hai ke "la tasubbu al-dahr</w:t>
      </w:r>
      <w:r>
        <w:br/>
      </w:r>
      <w:r>
        <w:rPr>
          <w:sz w:val="20"/>
        </w:rPr>
        <w:t>57:28  " to yeh is se kuch logon ne is mein yeh bhi hai ke "anta al-dahr". to is se kuch logon ne wahy wajood ka maslak nikal liya, woh bilkul galat hai.</w:t>
      </w:r>
      <w:r>
        <w:br/>
      </w:r>
      <w:r>
        <w:rPr>
          <w:sz w:val="20"/>
        </w:rPr>
        <w:t>57:40  sach poochhen to is zamane mein jo musalman jo chala rahe hain, politics, woh woh woh hai bura hadith se ke doosron ke khilaaf shikayaten karna, doosron ke khilaaf protest karna, logon ko zalim bata kar hangama karna, un ke khilaaf</w:t>
      </w:r>
      <w:r>
        <w:br/>
      </w:r>
      <w:r>
        <w:rPr>
          <w:sz w:val="20"/>
        </w:rPr>
        <w:t>57:59  is ki is ki is ko mana kiya gaya hai. Yani politics of opposition, sari duniya mein musalman politics of opposition chala rahe hain.</w:t>
      </w:r>
      <w:r>
        <w:br/>
      </w:r>
      <w:r>
        <w:rPr>
          <w:sz w:val="20"/>
        </w:rPr>
        <w:t>58:14  negative hangame opposition ki politics jahan bhi dekhen, chahe muslim mulk ho ya ghair muslim mulk ho, har jagah hangame hain.</w:t>
      </w:r>
      <w:r>
        <w:br/>
      </w:r>
      <w:r>
        <w:rPr>
          <w:sz w:val="20"/>
        </w:rPr>
        <w:t>58:23  to main samajhta hoon ke is se mana kiya gaya hai aur wahi is ka matlab hai ke tareekh mein positive item talash karo, waqeyat ke darmiyan positive ai</w:t>
      </w:r>
      <w:r>
        <w:br/>
      </w:r>
      <w:r>
        <w:rPr>
          <w:sz w:val="20"/>
        </w:rPr>
        <w:t>58:37  tem talash karo. Kyun ke agar negativity mein phanse rahoge to to negativity khatam hone wali nahin hai. Kyun ke aap achhi tarah samajh lena chahiye logon ko ke jo yani nakhushgawar waqeyat ho rahe hain, jis ko aap zulm kehte hain, woh insan woh kisi zalim ke navy se nahin hai.</w:t>
      </w:r>
      <w:r>
        <w:br/>
      </w:r>
      <w:r>
        <w:rPr>
          <w:sz w:val="20"/>
        </w:rPr>
        <w:t>58:58  is liye hai ke Allah ke kesh plan ke mutabiq insan ko azadi azadi di gayi. Azadi ko misuse karta hai, woh misuse kar ke woh paighambar ko qatl karta hai, woh khalifa ko qatl karta hai,</w:t>
      </w:r>
      <w:r>
        <w:br/>
      </w:r>
      <w:r>
        <w:rPr>
          <w:sz w:val="20"/>
        </w:rPr>
        <w:t>59:13  woh jangain chhedta hai. To jab tak insan ki azadi na chheen li jaye, tab tak yeh sab baqi rahega.</w:t>
      </w:r>
      <w:r>
        <w:br/>
      </w:r>
      <w:r>
        <w:rPr>
          <w:sz w:val="20"/>
        </w:rPr>
        <w:t>59:20  to chheen ki azadi chheegi sirf qayamat mein. To yeh waqt yeh west of time hai. Mere khayal se aisi aisi sahafat, aisi leadership, aisi tehrikein, yeh sab time ka west karna hai.</w:t>
      </w:r>
      <w:r>
        <w:br/>
      </w:r>
      <w:r>
        <w:rPr>
          <w:sz w:val="20"/>
        </w:rPr>
        <w:t>59:36  logon ko yahi karna chahiye ke woh jin yani is duniya mein jo jannat ka item hai, us ko talash karen, us ko talash kar ke us se positive food len apne liye.</w:t>
      </w:r>
      <w:r>
        <w:br/>
      </w:r>
      <w:r>
        <w:rPr>
          <w:sz w:val="20"/>
        </w:rPr>
        <w:t>59:48  yeh yahi karna hai har ek ko.</w:t>
      </w:r>
    </w:p>
    <w:p>
      <w:pPr>
        <w:pStyle w:val="Heading2"/>
      </w:pPr>
      <w:r>
        <w:t>Meaning of 'fajr' in hypocrisy hadith</w:t>
      </w:r>
    </w:p>
    <w:p>
      <w:r>
        <w:rPr>
          <w:color w:val="666666"/>
          <w:sz w:val="18"/>
        </w:rPr>
        <w:t>Hadith · Lessons and Experiences May 22, 2011 Maulana Wahiduddin Khan · 3m 41s · at 1:44:09 · https://youtu.be/j4Qx-MsDQWc?t=6249</w:t>
      </w:r>
    </w:p>
    <w:p>
      <w:r>
        <w:rPr>
          <w:i/>
        </w:rPr>
        <w:t>“In a hadith, four signs of hypocrisy are mentioned. One of them is 'when he disputes, he becomes abusive' (إذا خاصم فجر). What does 'fajr' mean?”</w:t>
      </w:r>
    </w:p>
    <w:p>
      <w:r>
        <w:rPr>
          <w:sz w:val="20"/>
        </w:rPr>
        <w:t>1:44:09  maulana un ka ek aur sawal hai unhon ne likha hai nifaq ki char alamat batayi gayi hain is mein se ek cheez hai khusumat ke waqt fazoor idha khasma fazra is ka matlab kya hai fajr ka mani ladna jhagadna dekhen ladna jhagadne ka mani yeh nahi ke aap hath hath paon chalane lagen yeh matlab nahi hai</w:t>
      </w:r>
      <w:r>
        <w:br/>
      </w:r>
      <w:r>
        <w:rPr>
          <w:sz w:val="20"/>
        </w:rPr>
        <w:t>1:44:38  matlab hai ke aap ek reason pesh karein woh aadmi aap par woh allegation ki zuban bolay</w:t>
      </w:r>
      <w:r>
        <w:br/>
      </w:r>
      <w:r>
        <w:rPr>
          <w:sz w:val="20"/>
        </w:rPr>
        <w:t>1:44:46  yeh hai fajar</w:t>
      </w:r>
      <w:r>
        <w:br/>
      </w:r>
      <w:r>
        <w:rPr>
          <w:sz w:val="20"/>
        </w:rPr>
        <w:t>1:44:49  yani aap logic pesh karein reason pesh karein daleel pesh karein woh aadmi kya kare koi shair parhay</w:t>
      </w:r>
      <w:r>
        <w:br/>
      </w:r>
      <w:r>
        <w:rPr>
          <w:sz w:val="20"/>
        </w:rPr>
        <w:t>1:44:57  koi joke chhoday</w:t>
      </w:r>
      <w:r>
        <w:br/>
      </w:r>
      <w:r>
        <w:rPr>
          <w:sz w:val="20"/>
        </w:rPr>
        <w:t>1:44:59  koi aap par ilzaam lagaye kahe ke aap to yahudiyon ke agent hain aap to America ke agent</w:t>
      </w:r>
      <w:r>
        <w:br/>
      </w:r>
      <w:r>
        <w:rPr>
          <w:sz w:val="20"/>
        </w:rPr>
        <w:t>1:45:04  hain is tarah ki wali bolay wahi fajar hai</w:t>
      </w:r>
      <w:r>
        <w:br/>
      </w:r>
      <w:r>
        <w:rPr>
          <w:sz w:val="20"/>
        </w:rPr>
        <w:t>1:45:09  fajr yeh mujhe to bohat tajurba hota hai is ka</w:t>
      </w:r>
      <w:r>
        <w:br/>
      </w:r>
      <w:r>
        <w:rPr>
          <w:sz w:val="20"/>
        </w:rPr>
        <w:t>1:45:17  to aise log mein ne bohat kam paaye ke jab un ke paas daleel na ho to chup ho jaayen woh daleel jab nahi hoti hai to kuch aur baatein bolne lagte hain idhar udhar ki baatein</w:t>
      </w:r>
      <w:r>
        <w:br/>
      </w:r>
      <w:r>
        <w:rPr>
          <w:sz w:val="20"/>
        </w:rPr>
        <w:t>1:45:30  taake aap ko daba len</w:t>
      </w:r>
      <w:r>
        <w:br/>
      </w:r>
      <w:r>
        <w:rPr>
          <w:sz w:val="20"/>
        </w:rPr>
        <w:t>1:45:37  yeh woh log hotay hain jin ke dil mein Allah ka darr nahi munafiq kaun hai munafiq wahi</w:t>
      </w:r>
      <w:r>
        <w:br/>
      </w:r>
      <w:r>
        <w:rPr>
          <w:sz w:val="20"/>
        </w:rPr>
        <w:t>1:45:41  jis ke andar Allah ka darr nahi</w:t>
      </w:r>
      <w:r>
        <w:br/>
      </w:r>
      <w:r>
        <w:rPr>
          <w:sz w:val="20"/>
        </w:rPr>
        <w:t>1:45:44  Allah ka darr aap ko kya karta hai modest banata hai aap ka nature submissive nature ban jata</w:t>
      </w:r>
      <w:r>
        <w:br/>
      </w:r>
      <w:r>
        <w:rPr>
          <w:sz w:val="20"/>
        </w:rPr>
        <w:t>1:45:50  hai aap surrender karne walay ho jatay hain aap reality ke agay jhuk janay walay bantay hain</w:t>
      </w:r>
      <w:r>
        <w:br/>
      </w:r>
      <w:r>
        <w:rPr>
          <w:sz w:val="20"/>
        </w:rPr>
        <w:t>1:45:58  dekhein ek sacha insan jo Allah se darne wala hai woh afford nahi kar sakta ke sachai agay</w:t>
      </w:r>
      <w:r>
        <w:br/>
      </w:r>
      <w:r>
        <w:rPr>
          <w:sz w:val="20"/>
        </w:rPr>
        <w:t>1:46:05  woh na jhuke woh</w:t>
      </w:r>
      <w:r>
        <w:br/>
      </w:r>
      <w:r>
        <w:rPr>
          <w:sz w:val="20"/>
        </w:rPr>
        <w:t>1:46:09  sachai is ke aage aagaye sachai ka matlab jo mein le raha hoon yahan par ek ek reasoned baat ek bohat hi logical baat</w:t>
      </w:r>
      <w:r>
        <w:br/>
      </w:r>
      <w:r>
        <w:rPr>
          <w:sz w:val="20"/>
        </w:rPr>
        <w:t>1:46:22  to ek aadmi jo Allah se darta ho jis ke andar sachai dil ke dil mein utri hui ho woh afford nahi kar sakta ke ek logical baat aaye ek us ke haath ek ek ek reason wali baat aaye ek daleel wali baat aaye aur woh jhuke nahi yeh matlab hai is is hadees ka ke na jhuk kar kya karega woh fazool baatein karega woh idhar udhar ki baatein kareg</w:t>
      </w:r>
      <w:r>
        <w:br/>
      </w:r>
      <w:r>
        <w:rPr>
          <w:sz w:val="20"/>
        </w:rPr>
        <w:t>1:46:51  a ilzaam lagana shuru karega yeh matlab nahi ke haath paon chalayega woh.</w:t>
      </w:r>
    </w:p>
    <w:p>
      <w:pPr>
        <w:pStyle w:val="Heading2"/>
      </w:pPr>
      <w:r>
        <w:t>Meaning of 'question is half knowledge' hadith</w:t>
      </w:r>
    </w:p>
    <w:p>
      <w:r>
        <w:rPr>
          <w:color w:val="666666"/>
          <w:sz w:val="18"/>
        </w:rPr>
        <w:t>Hadith · The Expression of Faith (Izhar e Deen) September 1, 2013 · 1m 23s · at 1:16:47 · https://youtu.be/muBDJ8a_8-0?t=4607</w:t>
      </w:r>
    </w:p>
    <w:p>
      <w:r>
        <w:rPr>
          <w:i/>
        </w:rPr>
        <w:t>“It is mentioned in a hadith that 'question is half knowledge.' What does this mean?”</w:t>
      </w:r>
    </w:p>
    <w:p>
      <w:r>
        <w:rPr>
          <w:sz w:val="20"/>
        </w:rPr>
        <w:t>1:16:47  maulana agla sawal Dilli se hai, Anas sahib ka. unhon ne likha hai: "hadees mein aaya hai ke question half knowledge hai, is ka kya matlab hai?" is ka matlab hai ke sacha saail kaun hai, yeh hadees bata rahi hai.</w:t>
      </w:r>
      <w:r>
        <w:br/>
      </w:r>
      <w:r>
        <w:rPr>
          <w:sz w:val="20"/>
        </w:rPr>
        <w:t>1:17:05  aaj kal sawal ka jo riwaj hai, woh hai ke mind mein koi khayal rahe ga, woh dhar se sawal kar diya.</w:t>
      </w:r>
      <w:r>
        <w:br/>
      </w:r>
      <w:r>
        <w:rPr>
          <w:sz w:val="20"/>
        </w:rPr>
        <w:t>1:17:13  aam taur par yahi hota hai ke aap ke dimagh mein ek baat aayi, bas dhar se us ko sawal kar diya. lekin momin woh hai, is sawal par homework pehle khud kare.</w:t>
      </w:r>
      <w:r>
        <w:br/>
      </w:r>
      <w:r>
        <w:rPr>
          <w:sz w:val="20"/>
        </w:rPr>
        <w:t>1:17:24  woh apna, yaani homework karne ka matlab yeh hai ke khud pehle sochein, aap us ko is sawal ka matlab kya hai, khud daryaft karein, khud tehqeeq karein, khud mutala karein.</w:t>
      </w:r>
      <w:r>
        <w:br/>
      </w:r>
      <w:r>
        <w:rPr>
          <w:sz w:val="20"/>
        </w:rPr>
        <w:t>1:17:36  to homework jab aap kar chuke hon ge to aadha kaam to ho chuka hoga.</w:t>
      </w:r>
      <w:r>
        <w:br/>
      </w:r>
      <w:r>
        <w:rPr>
          <w:sz w:val="20"/>
        </w:rPr>
        <w:t>1:17:41  to phir doosra aadmi jab bataye ga to aap paper and mind hon ge us ko samajhne ke liye. jo homework na kare, woh paper and mind nahi hai.</w:t>
      </w:r>
      <w:r>
        <w:br/>
      </w:r>
      <w:r>
        <w:rPr>
          <w:sz w:val="20"/>
        </w:rPr>
        <w:t>1:17:50  woh sawal kare ga aur jawab diya jaye ga to pakre ga bhi nahi woh. to mera ek sahi sawal yeh hai ke aadmi pehle homework kare aur phir sawal kare, warna na na na sawal karne ka koi faida hai, na jawab dene ka koi faida hai.</w:t>
      </w:r>
    </w:p>
    <w:p>
      <w:pPr>
        <w:pStyle w:val="Heading2"/>
      </w:pPr>
      <w:r>
        <w:t>Meaning of Hadith on Youth under Throne's Shade</w:t>
      </w:r>
    </w:p>
    <w:p>
      <w:r>
        <w:rPr>
          <w:color w:val="666666"/>
          <w:sz w:val="18"/>
        </w:rPr>
        <w:t>Hadith · Concept of Death in Islam August 26, 2012 · 2m 24s · at 1:23:09 · https://youtu.be/y0TJxKi0L94?t=4989</w:t>
      </w:r>
    </w:p>
    <w:p>
      <w:r>
        <w:rPr>
          <w:i/>
        </w:rPr>
        <w:t>“In a hadith it is said that a young person who spent his life in Allah's worship will get a place under the Throne's shade on the Day of Judgment. What is the meaning of this hadith, especially of spending one's life in Allah's worship?”</w:t>
      </w:r>
    </w:p>
    <w:p>
      <w:r>
        <w:rPr>
          <w:sz w:val="20"/>
        </w:rPr>
        <w:t>1:23:09  maulana, agla sawal delhi se hai, maulana zikwan nadvi sahab ka.</w:t>
      </w:r>
      <w:r>
        <w:br/>
      </w:r>
      <w:r>
        <w:rPr>
          <w:sz w:val="20"/>
        </w:rPr>
        <w:t>1:23:14  unhon ne likha hai: hadith mein aaya hai ke woh naujawan jis ne Allah ki ibadat mein apni zindagi basar ki, us ko qayamat ke din arsh ke saaye mein jagah milegi.</w:t>
      </w:r>
      <w:r>
        <w:br/>
      </w:r>
      <w:r>
        <w:rPr>
          <w:sz w:val="20"/>
        </w:rPr>
        <w:t>1:23:27  is hadith ka matlab kya hai? khaas taur par Allah ki ibadat mein zindagi basar karne ka matlab kya hai, us ke bare mein bataein.</w:t>
      </w:r>
      <w:r>
        <w:br/>
      </w:r>
      <w:r>
        <w:rPr>
          <w:sz w:val="20"/>
        </w:rPr>
        <w:t>1:23:38  us ke alfaaz hain ke is mein ek shabb nasha fi ibadat Allah</w:t>
      </w:r>
      <w:r>
        <w:br/>
      </w:r>
      <w:r>
        <w:rPr>
          <w:sz w:val="20"/>
        </w:rPr>
        <w:t>1:23:45  asal mein dekhein, yeh koi mysterious baat nahi hai. hamari zindagi ka jo life span hai, us mein shuru mein bachpan hai, baad ko barhapa hai, beech mein youth age hai.</w:t>
      </w:r>
      <w:r>
        <w:br/>
      </w:r>
      <w:r>
        <w:rPr>
          <w:sz w:val="20"/>
        </w:rPr>
        <w:t>1:24:00  hamara sab se bara asset woh youth age hota hai. bachpan mein koi bara kaam aap nahi kar sakte, barhapa mein to immature hote hain aap.</w:t>
      </w:r>
      <w:r>
        <w:br/>
      </w:r>
      <w:r>
        <w:rPr>
          <w:sz w:val="20"/>
        </w:rPr>
        <w:t>1:24:12  jawani mein poori maturity par hote hain aap, ab barhapa mein degeneration ho chuka hota hai. to yeh jo behtareen umar hai aap ki, jo best part of your age hai,</w:t>
      </w:r>
      <w:r>
        <w:br/>
      </w:r>
      <w:r>
        <w:rPr>
          <w:sz w:val="20"/>
        </w:rPr>
        <w:t>1:24:26  aap ki zindagi ke jo saal hain, un ka jo sab se achhe saal hain, us mein agar aap ne Allah ka kaam kiya to zahir hai ke Allah ka bohat bara darja milega aap ko.</w:t>
      </w:r>
      <w:r>
        <w:br/>
      </w:r>
      <w:r>
        <w:rPr>
          <w:sz w:val="20"/>
        </w:rPr>
        <w:t>1:24:42  yeh yahi matlab hai is ka. to jo best part hamari life ka hai, us ko hamein batana chahiye Allah ke kaam mein, Allah ki marzi par chalne mein, taake tab ziyada se ziyada reward wahan mile hamein.</w:t>
      </w:r>
      <w:r>
        <w:br/>
      </w:r>
      <w:r>
        <w:rPr>
          <w:sz w:val="20"/>
        </w:rPr>
        <w:t>1:25:00  kyun ke na to bachpan mein aap koi bara kaam kar sakte, na barhapa mein kar sakte. wahi to hai asal kaam karne ka zamana, bara kaam karne ka zamana.</w:t>
      </w:r>
      <w:r>
        <w:br/>
      </w:r>
      <w:r>
        <w:rPr>
          <w:sz w:val="20"/>
        </w:rPr>
        <w:t>1:25:11  is hadith ka matlab hai ke yeh jo Allah ne tum ko diya hai, zamana jawani wala, us mein ziyada se ziyada us ko istemal karo Allah ke Allah ke kaam mein, taake wahan ziyada se ziyada reward pao.</w:t>
      </w:r>
    </w:p>
    <w:p>
      <w:pPr>
        <w:pStyle w:val="Heading2"/>
      </w:pPr>
      <w:r>
        <w:t>Meaning of Hukm and Salah in hadith</w:t>
      </w:r>
    </w:p>
    <w:p>
      <w:r>
        <w:rPr>
          <w:color w:val="666666"/>
          <w:sz w:val="18"/>
        </w:rPr>
        <w:t>Hadith · Islam and Politics November 17, 2013 · 3m 00s · at 45:15 · https://youtu.be/LgKA8wg4NPc?t=2715</w:t>
      </w:r>
    </w:p>
    <w:p>
      <w:r>
        <w:rPr>
          <w:i/>
        </w:rPr>
        <w:t>“In a narration in Musnad Ahmad, it is mentioned that the first link of Islam to break will be 'Hukm' and 'Salah'. What is the meaning of 'Hukm' and 'Salah' in this context?”</w:t>
      </w:r>
    </w:p>
    <w:p>
      <w:r>
        <w:rPr>
          <w:sz w:val="20"/>
        </w:rPr>
        <w:t>45:15  maulana ye sawal dilli se hai maulana zikwan nadvi ka unhon ne likha hai musnad ahmad ki ek riwayat mein bataya gaya hai ke sab se pehle islam ki jo kadi toote gi wo hai hukm aur salat is riwayat mein hukm aur salat ka matlab kya hai is ke bare mein batayen</w:t>
      </w:r>
      <w:r>
        <w:br/>
      </w:r>
      <w:r>
        <w:rPr>
          <w:sz w:val="20"/>
        </w:rPr>
        <w:t>45:39  dekhen hukm ka matlab to hota hai political power salat ka matlab hai namaz to lekin ye lafz jo dono lafz jo hain wo apne spirit ke aitbar se istemal hue hain literal mani mein nahi istemal hue hain ye</w:t>
      </w:r>
      <w:r>
        <w:br/>
      </w:r>
      <w:r>
        <w:rPr>
          <w:sz w:val="20"/>
        </w:rPr>
        <w:t>46:02  ani kyunke ap dekhen kisi bhi ummat mein kabhi aisa nahi hua hai ke koi ka nizam hi na rahe ka namaz roza na rahe ye to har ummat mein rehta hai musalmanon bhi baki dhanche ke aitbar se to ek hai siyasat power ka dhanche ek hai namaz ka dhanche</w:t>
      </w:r>
      <w:r>
        <w:br/>
      </w:r>
      <w:r>
        <w:rPr>
          <w:sz w:val="20"/>
        </w:rPr>
        <w:t>46:30  to is hadith mein ye nahi kaha gaya hai ke siyasat dhanche hi khatam ho jaye ga ya namaz ka dhanche khatam ho jaye ga aisa nahi kaha gaya hai balke spirit ke aitbar se khatam ho jaye ga yani hukumat spirit ke aitbar se kya hai wo hai adl</w:t>
      </w:r>
      <w:r>
        <w:br/>
      </w:r>
      <w:r>
        <w:rPr>
          <w:sz w:val="20"/>
        </w:rPr>
        <w:t>46:51  adl par qaim ho to wo wo sachi spirit par qaim hoga aur namaz ka jo spirit hai wo hai khushu to khud quran khud hadith hi sabit hai ke namaz nahi khatam ho jaye gi dhanche baki rahe ga rooh khatam ho jaye</w:t>
      </w:r>
      <w:r>
        <w:br/>
      </w:r>
      <w:r>
        <w:rPr>
          <w:sz w:val="20"/>
        </w:rPr>
        <w:t>47:10  gi mislan dekhen ek hadith hai ke bad ke zamaney mein ye wahi zamana hai jis mein jis ke bare mein is hadith mein is ka ishara kiya gaya hai is zamaney mein kya hoga masajid mamra wahe kharab min al huda un ki masjidain bhari hui hongi lekin wo hidayat se khali hongi</w:t>
      </w:r>
      <w:r>
        <w:br/>
      </w:r>
      <w:r>
        <w:rPr>
          <w:sz w:val="20"/>
        </w:rPr>
        <w:t>47:39  to</w:t>
      </w:r>
      <w:r>
        <w:br/>
      </w:r>
      <w:r>
        <w:rPr>
          <w:sz w:val="20"/>
        </w:rPr>
        <w:t>47:40  is ka matlab kya hua ke in ka bazahir ek political structure bhi hoga in ke haan hukumat bhi in ke haan hogi lekin adl ke spirit se khali hogi aise bazahir ke masjidon mein khoob namazi bhare hue honge lekin wahan bhi khushu ki spirit maujood nahi hogi ye matlab hai is ka to khulasa ye hai ke is ka matlab ye hai ke islam bait bar form to baki rahe ga lekin bait bar spirit wo khatam ho jaye ga</w:t>
      </w:r>
      <w:r>
        <w:br/>
      </w:r>
      <w:r>
        <w:rPr>
          <w:sz w:val="20"/>
        </w:rPr>
        <w:t>48:09  ek ke baad ek</w:t>
      </w:r>
    </w:p>
    <w:p>
      <w:pPr>
        <w:pStyle w:val="Heading2"/>
      </w:pPr>
      <w:r>
        <w:t>Meaning of Quran and Sultan Hadith</w:t>
      </w:r>
    </w:p>
    <w:p>
      <w:r>
        <w:rPr>
          <w:color w:val="666666"/>
          <w:sz w:val="18"/>
        </w:rPr>
        <w:t>Hadith · The Purpose of Existence-9th September 2012 · 45s · at 1:35:16 · https://youtu.be/KxCy8m6k_MQ?t=5716</w:t>
      </w:r>
    </w:p>
    <w:p>
      <w:r>
        <w:rPr>
          <w:i/>
        </w:rPr>
        <w:t>“In a hadith it is mentioned that the Quran and sultan are food, and know that the book and sultan will separate. What is the meaning of these hadiths? Please clarify.”</w:t>
      </w:r>
    </w:p>
    <w:p>
      <w:r>
        <w:rPr>
          <w:sz w:val="20"/>
        </w:rPr>
        <w:t>1:35:16  Maulana, in ka doosra sawal yeh hai, unhon ne likha hai: "Hadees mein aaya hai ke Quran aur</w:t>
      </w:r>
      <w:r>
        <w:br/>
      </w:r>
      <w:r>
        <w:rPr>
          <w:sz w:val="20"/>
        </w:rPr>
        <w:t>1:35:24  Sultan ta'am hain, aur sun lo ke kitab aur Sultan juda ho jayenge." In hadees in hadeeson</w:t>
      </w:r>
      <w:r>
        <w:br/>
      </w:r>
      <w:r>
        <w:rPr>
          <w:sz w:val="20"/>
        </w:rPr>
        <w:t>1:35:32  ka matlab kya hai? Is ko wazeh karen.</w:t>
      </w:r>
      <w:r>
        <w:br/>
      </w:r>
      <w:r>
        <w:rPr>
          <w:sz w:val="20"/>
        </w:rPr>
        <w:t>1:35:35  Is waqt mein likh chuka hoon, yeh hadees khule ke aisa logon ne ajeeb o ghareeb matlab nikaal</w:t>
      </w:r>
      <w:r>
        <w:br/>
      </w:r>
      <w:r>
        <w:rPr>
          <w:sz w:val="20"/>
        </w:rPr>
        <w:t>1:35:43  rakha hai.</w:t>
      </w:r>
      <w:r>
        <w:br/>
      </w:r>
      <w:r>
        <w:rPr>
          <w:sz w:val="20"/>
        </w:rPr>
        <w:t>1:35:44  Khud sahib ka yeh chhap chuka hai risale mein.</w:t>
      </w:r>
      <w:r>
        <w:br/>
      </w:r>
      <w:r>
        <w:rPr>
          <w:sz w:val="20"/>
        </w:rPr>
        <w:t>1:35:48  Aap ko yaad hai kis pe nahi chhapayi? Ji ji, bata doon mein is mein.</w:t>
      </w:r>
      <w:r>
        <w:br/>
      </w:r>
      <w:r>
        <w:rPr>
          <w:sz w:val="20"/>
        </w:rPr>
        <w:t>1:35:55  Ji ji, theek hai.</w:t>
      </w:r>
      <w:r>
        <w:br/>
      </w:r>
      <w:r>
        <w:rPr>
          <w:sz w:val="20"/>
        </w:rPr>
        <w:t>1:35:56  Maulana, woh baad mein un ko bata denge.</w:t>
      </w:r>
      <w:r>
        <w:br/>
      </w:r>
      <w:r>
        <w:rPr>
          <w:sz w:val="20"/>
        </w:rPr>
        <w:t>1:36:00  Baad ko haan ji.</w:t>
      </w:r>
    </w:p>
    <w:p>
      <w:pPr>
        <w:pStyle w:val="Heading2"/>
      </w:pPr>
      <w:r>
        <w:t>Meaning of apostasy punishment hadith</w:t>
      </w:r>
    </w:p>
    <w:p>
      <w:r>
        <w:rPr>
          <w:color w:val="666666"/>
          <w:sz w:val="18"/>
        </w:rPr>
        <w:t>Hadith · Islam &amp; Prophet of Islam 21 Oct, 2012 - Maulana Wahiduddin Khan · 1m 19s · at 59:03 · https://youtu.be/2hwtfOyNeS0?t=3543</w:t>
      </w:r>
    </w:p>
    <w:p>
      <w:r>
        <w:rPr>
          <w:i/>
        </w:rPr>
        <w:t>“You say the punishment for apostasy is not death, but there is a hadith that says whoever changes his religion should be killed. What does this hadith mean?”</w:t>
      </w:r>
    </w:p>
    <w:p>
      <w:r>
        <w:rPr>
          <w:sz w:val="20"/>
        </w:rPr>
        <w:t>59:03  maine yeh sawal aaya hai karachi pakistan se miss saira latif ka. unhon ne likha hai: "aap kehte hain ke murtad ki saza qatl nahin hai, jab ke ek hadith mein aaya hai ke jo koi apne deen ko badal dale to use qatl kar do.</w:t>
      </w:r>
      <w:r>
        <w:br/>
      </w:r>
      <w:r>
        <w:rPr>
          <w:sz w:val="20"/>
        </w:rPr>
        <w:t>59:23  maulana sahib, phir is hadith ka matlab kya hai? is ke bare mein bataen." haan, dekhiye, meri kitab hai, is ka naam hai "hikmat-e-islam".</w:t>
      </w:r>
      <w:r>
        <w:br/>
      </w:r>
      <w:r>
        <w:rPr>
          <w:sz w:val="20"/>
        </w:rPr>
        <w:t>59:37  to is mein maine is mamle mein, yani jis ko kaha jata hai irtidad ki saza, is ke mamle mein 30 safhe ka ek ek chapter likha hai, thirty page ka.</w:t>
      </w:r>
      <w:r>
        <w:br/>
      </w:r>
      <w:r>
        <w:rPr>
          <w:sz w:val="20"/>
        </w:rPr>
        <w:t>59:51  to aap is kitab ko padhiye, is mein is thirty page ko padhiye. is mein is hadith ko maine baqayda le kar ke is par guftagu ki hai, is ka tajziya kiya hai.</w:t>
      </w:r>
      <w:r>
        <w:br/>
      </w:r>
      <w:r>
        <w:rPr>
          <w:sz w:val="20"/>
        </w:rPr>
        <w:t>1:00:03  is ko pehle padhiye, is ke baad bhi agar aap ka ishkāl baki rahe to aap dobara ek sawal kar sakte hain. filhal main yahi kahunga ke aap hikmat-e-islam ke is bab ko padhiye jis ka unwan hai "murtad aur irtidad".</w:t>
      </w:r>
      <w:r>
        <w:br/>
      </w:r>
      <w:r>
        <w:rPr>
          <w:sz w:val="20"/>
        </w:rPr>
        <w:t>1:00:18  yeh hai is ka unwan.</w:t>
      </w:r>
    </w:p>
    <w:p>
      <w:pPr>
        <w:pStyle w:val="Heading2"/>
      </w:pPr>
      <w:r>
        <w:t>Meaning of fitna warned by Prophet</w:t>
      </w:r>
    </w:p>
    <w:p>
      <w:r>
        <w:rPr>
          <w:color w:val="666666"/>
          <w:sz w:val="18"/>
        </w:rPr>
        <w:t>Hadith · Deeper Meaning of The Quran May 17, 2015 · 1m 59s · at 53:24 · https://youtu.be/CoTUNYxSRiI?t=3204</w:t>
      </w:r>
    </w:p>
    <w:p>
      <w:r>
        <w:rPr>
          <w:i/>
        </w:rPr>
        <w:t>“What is the fitna that the Prophet used to say to keep away from it?”</w:t>
      </w:r>
    </w:p>
    <w:p>
      <w:r>
        <w:rPr>
          <w:sz w:val="20"/>
        </w:rPr>
        <w:t>53:24  maulana, agla sawal dilli se kiya hai maulana farhad ahmed sahib ne. aur unhon ne likha hai: "maulana, what is fitna that the prophet used to say to keep away from it?" dekhiye fitna ke lafzi mani hain azmaish, test.</w:t>
      </w:r>
      <w:r>
        <w:br/>
      </w:r>
      <w:r>
        <w:rPr>
          <w:sz w:val="20"/>
        </w:rPr>
        <w:t>53:45  to har cheez dunya mein jo paida ki gayi hai is mein fitne ka aspect hota hai.</w:t>
      </w:r>
      <w:r>
        <w:br/>
      </w:r>
      <w:r>
        <w:rPr>
          <w:sz w:val="20"/>
        </w:rPr>
        <w:t>53:58  har cheez misal ke taur par aap ko kamyabi mile aap ko paisa mile aap ko building mile woh bhi fitna hai. kyun ke woh pa kar ke aap ke andar agar pride aa jaye fakhar aa jaye gharoor aa jaye ke tumhare fitne mein fail ho gaye.</w:t>
      </w:r>
      <w:r>
        <w:br/>
      </w:r>
      <w:r>
        <w:rPr>
          <w:sz w:val="20"/>
        </w:rPr>
        <w:t>54:17  aise hi agar koi museebat par jaye aap lagen aao bhala karne</w:t>
      </w:r>
      <w:r>
        <w:br/>
      </w:r>
      <w:r>
        <w:rPr>
          <w:sz w:val="20"/>
        </w:rPr>
        <w:t>54:24  mayoos ho jayen to woh aap bhi fail ho gaye. kyun ke aap ko dua karna chahiye tha allah se umeed rakhna chahiye thi ke aaj nahi to kal allah meri madad farmayega.</w:t>
      </w:r>
      <w:r>
        <w:br/>
      </w:r>
      <w:r>
        <w:rPr>
          <w:sz w:val="20"/>
        </w:rPr>
        <w:t>54:37  to har cheez fitna hai chahe aap kamyab bhi hon ya nakam bhi.</w:t>
      </w:r>
      <w:r>
        <w:br/>
      </w:r>
      <w:r>
        <w:rPr>
          <w:sz w:val="20"/>
        </w:rPr>
        <w:t>54:41  milna ho ya khona. kyun ke is mein jo response hai wohi response batata hai ke aap ne fitne par aap thehray ke nahi thehray.</w:t>
      </w:r>
      <w:r>
        <w:br/>
      </w:r>
      <w:r>
        <w:rPr>
          <w:sz w:val="20"/>
        </w:rPr>
        <w:t>54:54  jab bhi koi waqea ho to us waqt aap ka response kya ho us par depend karta hai. response agar positive ho to aap fitne mein pure utar</w:t>
      </w:r>
      <w:r>
        <w:br/>
      </w:r>
      <w:r>
        <w:rPr>
          <w:sz w:val="20"/>
        </w:rPr>
        <w:t>55:06  e. response agar negative hai to aap fitne mein pure nahi azmaish mein pure nahi utre. to everything depends upon response.</w:t>
      </w:r>
    </w:p>
    <w:p>
      <w:pPr>
        <w:pStyle w:val="Heading2"/>
      </w:pPr>
      <w:r>
        <w:t>Meaning of fitnah to avoid</w:t>
      </w:r>
    </w:p>
    <w:p>
      <w:r>
        <w:rPr>
          <w:color w:val="666666"/>
          <w:sz w:val="18"/>
        </w:rPr>
        <w:t>Hadith · Deeper Meaning of Quran 17 05 2015 · 1m 58s · at 52:22 · https://youtu.be/_Cj6gds7nWI?t=3142</w:t>
      </w:r>
    </w:p>
    <w:p>
      <w:r>
        <w:rPr>
          <w:i/>
        </w:rPr>
        <w:t>“What is fitnah that the Prophet used to say to keep away from it?”</w:t>
      </w:r>
    </w:p>
    <w:p>
      <w:r>
        <w:rPr>
          <w:sz w:val="20"/>
        </w:rPr>
        <w:t>52:22  maulana, agla sawal dilli se kiya hai maulana farad ahmad sahab ne aur unhon ne likha hai: "maulana,</w:t>
      </w:r>
      <w:r>
        <w:br/>
      </w:r>
      <w:r>
        <w:rPr>
          <w:sz w:val="20"/>
        </w:rPr>
        <w:t>52:27  What is fitnah that the Prophet used to say to keep away from it?</w:t>
      </w:r>
      <w:r>
        <w:br/>
      </w:r>
      <w:r>
        <w:rPr>
          <w:sz w:val="20"/>
        </w:rPr>
        <w:t>52:33  " dekhen, fitna ke lafzi maani hain azmaish, test.</w:t>
      </w:r>
      <w:r>
        <w:br/>
      </w:r>
      <w:r>
        <w:rPr>
          <w:sz w:val="20"/>
        </w:rPr>
        <w:t>52:39  to har cheez dunya mein jo paida ki gayi hai, us mein fitne ka aspect hota hai.</w:t>
      </w:r>
      <w:r>
        <w:br/>
      </w:r>
      <w:r>
        <w:rPr>
          <w:sz w:val="20"/>
        </w:rPr>
        <w:t>52:46  har cheez, misaal ke tor par, aap ko kamyabi mile, aap ko paisa mile, aap ko building mile,</w:t>
      </w:r>
      <w:r>
        <w:br/>
      </w:r>
      <w:r>
        <w:rPr>
          <w:sz w:val="20"/>
        </w:rPr>
        <w:t>52:53  woh bhi fitna hai.</w:t>
      </w:r>
      <w:r>
        <w:br/>
      </w:r>
      <w:r>
        <w:rPr>
          <w:sz w:val="20"/>
        </w:rPr>
        <w:t>52:59  kyun ke woh pa kar ke aap ke andar agar pride aa jaye, fakhar aa jaye, gharoor aa jaye,</w:t>
      </w:r>
      <w:r>
        <w:br/>
      </w:r>
      <w:r>
        <w:rPr>
          <w:sz w:val="20"/>
        </w:rPr>
        <w:t>53:06  kisi bande ka fitne mein fail ho gaye.</w:t>
      </w:r>
      <w:r>
        <w:br/>
      </w:r>
      <w:r>
        <w:rPr>
          <w:sz w:val="20"/>
        </w:rPr>
        <w:t>53:13  aise hi agar koi musibat pad jaye, aap lagen aag wala karne, mayos ho jayen, to wahan bhi</w:t>
      </w:r>
      <w:r>
        <w:br/>
      </w:r>
      <w:r>
        <w:rPr>
          <w:sz w:val="20"/>
        </w:rPr>
        <w:t>53:19  fail ho gaye.</w:t>
      </w:r>
      <w:r>
        <w:br/>
      </w:r>
      <w:r>
        <w:rPr>
          <w:sz w:val="20"/>
        </w:rPr>
        <w:t>53:26  kyunke aap ko dua karna chahiye tha, Allah se umeed rakhna chahiye thi, ke aaj nahi to kal</w:t>
      </w:r>
      <w:r>
        <w:br/>
      </w:r>
      <w:r>
        <w:rPr>
          <w:sz w:val="20"/>
        </w:rPr>
        <w:t>53:33  Allah meri madad farmayega.</w:t>
      </w:r>
      <w:r>
        <w:br/>
      </w:r>
      <w:r>
        <w:rPr>
          <w:sz w:val="20"/>
        </w:rPr>
        <w:t>53:40  to har cheez fitna hai, chahe aap kamyabi ho ya nakami, milna ho ya khona.</w:t>
      </w:r>
      <w:r>
        <w:br/>
      </w:r>
      <w:r>
        <w:rPr>
          <w:sz w:val="20"/>
        </w:rPr>
        <w:t>53:46  kyunke is mein jo response hai, wahi response batata hai ke aap ne fitne par aap thehre ke nahi thehre.</w:t>
      </w:r>
      <w:r>
        <w:br/>
      </w:r>
      <w:r>
        <w:rPr>
          <w:sz w:val="20"/>
        </w:rPr>
        <w:t>53:53  jab bhi koi waqea ho, to us waqt aap ka response kya ho, us par depend karta hai.</w:t>
      </w:r>
      <w:r>
        <w:br/>
      </w:r>
      <w:r>
        <w:rPr>
          <w:sz w:val="20"/>
        </w:rPr>
        <w:t>54:00  response agar positive ho to aap fitne mein poore utre, response agar negative ho to aap fitne mein</w:t>
      </w:r>
      <w:r>
        <w:br/>
      </w:r>
      <w:r>
        <w:rPr>
          <w:sz w:val="20"/>
        </w:rPr>
        <w:t>54:06  poore nahi, azmaish mein poore nahi utre.</w:t>
      </w:r>
      <w:r>
        <w:br/>
      </w:r>
      <w:r>
        <w:rPr>
          <w:sz w:val="20"/>
        </w:rPr>
        <w:t>54:13  Everything depends upon response.</w:t>
      </w:r>
    </w:p>
    <w:p>
      <w:pPr>
        <w:pStyle w:val="Heading2"/>
      </w:pPr>
      <w:r>
        <w:t>Meaning of hadith about poor people building big houses</w:t>
      </w:r>
    </w:p>
    <w:p>
      <w:r>
        <w:rPr>
          <w:color w:val="666666"/>
          <w:sz w:val="18"/>
        </w:rPr>
        <w:t>Hadith · Age Of Consumerism I January 6, 2013 Maulana Wahiduddin Khan · 2m 27s · at 1:01:40 · https://youtu.be/CuRYFl7JuEM?t=3700</w:t>
      </w:r>
    </w:p>
    <w:p>
      <w:r>
        <w:rPr>
          <w:i/>
        </w:rPr>
        <w:t>“A hadith says that poor people will start building big houses. What does this mean?”</w:t>
      </w:r>
    </w:p>
    <w:p>
      <w:r>
        <w:rPr>
          <w:sz w:val="20"/>
        </w:rPr>
        <w:t>1:01:40  maulana, agla sawal dilli se hai, shah imran hasan sahib ka. unhon nay aap se poocha hai: "hadith mein aya hai ke kam paisay walay baray baray makan bananay lagen gay, is ka kya matlab hai?" hadith mein lafz hai ke "tural urat al huft taawun fi al bunyan"</w:t>
      </w:r>
      <w:r>
        <w:br/>
      </w:r>
      <w:r>
        <w:rPr>
          <w:sz w:val="20"/>
        </w:rPr>
        <w:t>1:02:06  keh aik zamanay aye ga ke jab</w:t>
      </w:r>
      <w:r>
        <w:br/>
      </w:r>
      <w:r>
        <w:rPr>
          <w:sz w:val="20"/>
        </w:rPr>
        <w:t>1:02:12  yani urat o huffaat kehte hain nangay aur yani nangay badan aur nangay paon, bila joote aur bila kapray walay.</w:t>
      </w:r>
      <w:r>
        <w:br/>
      </w:r>
      <w:r>
        <w:rPr>
          <w:sz w:val="20"/>
        </w:rPr>
        <w:t>1:02:21  matlab yeh hai ke ghareeb log baray baray makan banayengay. Yani ghareeb log</w:t>
      </w:r>
      <w:r>
        <w:br/>
      </w:r>
      <w:r>
        <w:rPr>
          <w:sz w:val="20"/>
        </w:rPr>
        <w:t>1:02:28  pehlay zamanay mein dekhiye, kamanay ka koi zariya nahi hua karta tha. Yeh yeh peshangoi hai ke agriculture ka dour khatam hoga, industry ka dour aayega.</w:t>
      </w:r>
      <w:r>
        <w:br/>
      </w:r>
      <w:r>
        <w:rPr>
          <w:sz w:val="20"/>
        </w:rPr>
        <w:t>1:02:46  mojudah zamanay ki jo industry hai, woh kya hai? Woh</w:t>
      </w:r>
      <w:r>
        <w:br/>
      </w:r>
      <w:r>
        <w:rPr>
          <w:sz w:val="20"/>
        </w:rPr>
        <w:t>1:02:50  decentralization of economy hai. Yeh pehlay land based economy hua karti thi, jis ke paas zameen hai, usi ke paas paisa hai, baqi log ghareeb hain.</w:t>
      </w:r>
      <w:r>
        <w:br/>
      </w:r>
      <w:r>
        <w:rPr>
          <w:sz w:val="20"/>
        </w:rPr>
        <w:t>1:03:01  ab jo hai, industry ne kya kiya ke har aadmi kuch na kuch kama sakta hai, har aadmi kuch na kuch. Yeh dekhen, million billion item naye barh gaye, pehlay koi item nahi tha.</w:t>
      </w:r>
      <w:r>
        <w:br/>
      </w:r>
      <w:r>
        <w:rPr>
          <w:sz w:val="20"/>
        </w:rPr>
        <w:t>1:03:10  pehlay zamanay mein</w:t>
      </w:r>
      <w:r>
        <w:br/>
      </w:r>
      <w:r>
        <w:rPr>
          <w:sz w:val="20"/>
        </w:rPr>
        <w:t>1:03:16  koi item nahi hua karta tha. Pehlay zamanay mein to yeh yeh industrial growth ka is mein prediction hai ke aik zamanay aayega ke jab industrial growth hoga, nai nai kamai ki sooraten banengi, aur</w:t>
      </w:r>
      <w:r>
        <w:br/>
      </w:r>
      <w:r>
        <w:rPr>
          <w:sz w:val="20"/>
        </w:rPr>
        <w:t>1:03:33  woh log jo mojudah zamanay mein, is zamanay mein, un ke paas koi source nahi hai, to woh wohi source pa lenge.</w:t>
      </w:r>
      <w:r>
        <w:br/>
      </w:r>
      <w:r>
        <w:rPr>
          <w:sz w:val="20"/>
        </w:rPr>
        <w:t>1:03:46  har aadmi kamayega, har aadmi kamayega. Jin ke baap dada</w:t>
      </w:r>
      <w:r>
        <w:br/>
      </w:r>
      <w:r>
        <w:rPr>
          <w:sz w:val="20"/>
        </w:rPr>
        <w:t>1:03:50  nangay bhookay rehtay thay, woh baray baray ghar banayenge. Woh yeh peshangoi hai baad ke zamanay ke baray mein, aur jo aaj waqea ban chuki hai, us zamanay mein yeh cheez waqea ban chuki hai.</w:t>
      </w:r>
    </w:p>
    <w:p>
      <w:pPr>
        <w:pStyle w:val="Heading2"/>
      </w:pPr>
      <w:r>
        <w:t>Meaning of hadith on 73 Muslim sects</w:t>
      </w:r>
    </w:p>
    <w:p>
      <w:r>
        <w:rPr>
          <w:color w:val="666666"/>
          <w:sz w:val="18"/>
        </w:rPr>
        <w:t>Hadith · Collective Repentance I Feb 24, 2013 Maulana Wahiduddin Khan · 1m 38s · at 1:09:41 · https://youtu.be/lkkolxAL38c?t=4181</w:t>
      </w:r>
    </w:p>
    <w:p>
      <w:r>
        <w:rPr>
          <w:i/>
        </w:rPr>
        <w:t>“Maulana, a hadith says that the Jews will split into 71 sects, Christians into 72 sects, and Muslims into 73 sects, meaning Muslims will be more than Jews and Christians. What does this mean?”</w:t>
      </w:r>
    </w:p>
    <w:p>
      <w:r>
        <w:rPr>
          <w:sz w:val="20"/>
        </w:rPr>
        <w:t>1:09:41  maulana, agla sawal maulana iqbal umri ka aya hai tamil nadu se. unhon ne likha hai: "maulana, ek hadith mein aya hai ke yahood 71, nasari 72 sects aur musalman 73 sects ho jayenge, yani musalman yahood aur nasari plus ho jayenge.</w:t>
      </w:r>
      <w:r>
        <w:br/>
      </w:r>
      <w:r>
        <w:rPr>
          <w:sz w:val="20"/>
        </w:rPr>
        <w:t>1:10:02  is ka kya matlab hai?"</w:t>
      </w:r>
      <w:r>
        <w:br/>
      </w:r>
      <w:r>
        <w:rPr>
          <w:sz w:val="20"/>
        </w:rPr>
        <w:t>1:10:07  dekhen, yeh ginti ka muamla nahi hai. 71, 72, 73 jo hai yeh yeh to ek ilamati gintiyan hain.</w:t>
      </w:r>
      <w:r>
        <w:br/>
      </w:r>
      <w:r>
        <w:rPr>
          <w:sz w:val="20"/>
        </w:rPr>
        <w:t>1:10:18  matlab ke musalmanon mein jo bigad aayega woh yahood o nasari se bhi zyada aayega.</w:t>
      </w:r>
      <w:r>
        <w:br/>
      </w:r>
      <w:r>
        <w:rPr>
          <w:sz w:val="20"/>
        </w:rPr>
        <w:t>1:10:30  aur yeh aap dekhte the, waqea yeh waqea aaj ban chuka hai. is ki wajah hai ke yahood o nasari ka jo mazhab aya, us waqt mawaqe bahut kam hote the.</w:t>
      </w:r>
      <w:r>
        <w:br/>
      </w:r>
      <w:r>
        <w:rPr>
          <w:sz w:val="20"/>
        </w:rPr>
        <w:t>1:10:40  ab mawaqe bahut badh gaye aur logon ke paas paisa bhi hai, power bhi hai, communication bhi hai, har cheez</w:t>
      </w:r>
      <w:r>
        <w:br/>
      </w:r>
      <w:r>
        <w:rPr>
          <w:sz w:val="20"/>
        </w:rPr>
        <w:t>1:10:47  bahut zyada, bahut zyada ho gayi. to jab mawaqe badhenge to zahir hai ke bigad bhi badhega, azadi ko wasool karna bhi badhega.</w:t>
      </w:r>
      <w:r>
        <w:br/>
      </w:r>
      <w:r>
        <w:rPr>
          <w:sz w:val="20"/>
        </w:rPr>
        <w:t>1:10:58  yeh ummat ek aise daur mein pahunchne wali thi jab ke mawaqe ki farawani ho jayegi.</w:t>
      </w:r>
      <w:r>
        <w:br/>
      </w:r>
      <w:r>
        <w:rPr>
          <w:sz w:val="20"/>
        </w:rPr>
        <w:t>1:11:05  to mawaqe ki jab farawani hogi to bigad bhi bahut zyada badh jayega. it is but natural, yeh koi purasrar cheez nahi hai.</w:t>
      </w:r>
    </w:p>
    <w:p>
      <w:pPr>
        <w:pStyle w:val="Heading2"/>
      </w:pPr>
      <w:r>
        <w:t>Meaning of hadith on poor building big houses</w:t>
      </w:r>
    </w:p>
    <w:p>
      <w:r>
        <w:rPr>
          <w:color w:val="666666"/>
          <w:sz w:val="18"/>
        </w:rPr>
        <w:t>Hadith · Age of Consumerism January 6, 2013 · 2m 27s · at 1:00:46 · https://youtu.be/zJRZ1OKUhgA?t=3646</w:t>
      </w:r>
    </w:p>
    <w:p>
      <w:r>
        <w:rPr>
          <w:i/>
        </w:rPr>
        <w:t>“In a hadith it is mentioned that poor people will start building big houses. What does this mean?”</w:t>
      </w:r>
    </w:p>
    <w:p>
      <w:r>
        <w:rPr>
          <w:sz w:val="20"/>
        </w:rPr>
        <w:t>1:00:46  maulana, agla sawal Delhi se hai, Shah Imran Hasan sahib ka. unhon ne aap se poocha hai: "hadith mein aaya hai ke kam paisay walay baray baray makan bananay lagen gay, is ka kya matlab hai?" hadith mein yeh lafz hai ke "ترل اورات الحفات تعول فی البنیان"</w:t>
      </w:r>
      <w:r>
        <w:br/>
      </w:r>
      <w:r>
        <w:rPr>
          <w:sz w:val="20"/>
        </w:rPr>
        <w:t>1:01:12  ke aik zamanay aye ga ke jab</w:t>
      </w:r>
      <w:r>
        <w:br/>
      </w:r>
      <w:r>
        <w:rPr>
          <w:sz w:val="20"/>
        </w:rPr>
        <w:t>1:01:18  yani aurat o huffaat kehtay hain nangay aur yani nangay badan aur nangay paon, bla joote aur bla kapray walay.</w:t>
      </w:r>
      <w:r>
        <w:br/>
      </w:r>
      <w:r>
        <w:rPr>
          <w:sz w:val="20"/>
        </w:rPr>
        <w:t>1:01:27  matlab yeh hai ke ghareeb log baray baray makan banayen gay. yani ghareeb log puray zamanay mein dekhiye, kamanay ka koi zariya nahin hua karta tha.</w:t>
      </w:r>
      <w:r>
        <w:br/>
      </w:r>
      <w:r>
        <w:rPr>
          <w:sz w:val="20"/>
        </w:rPr>
        <w:t>1:01:42  yeh yeh peshangoi hai ke agriculture ka daur khatam hoga, industry ka daur aye ga. maujooda zamanay ki jo industry hai, woh kya hai?</w:t>
      </w:r>
      <w:r>
        <w:br/>
      </w:r>
      <w:r>
        <w:rPr>
          <w:sz w:val="20"/>
        </w:rPr>
        <w:t>1:01:55  woh decentralization of economy hai. yani pehlay land based economy hua karti thi, jis ke pas zameen hai, usi ke pas paisa hai, baqi log ghareeb hain.</w:t>
      </w:r>
      <w:r>
        <w:br/>
      </w:r>
      <w:r>
        <w:rPr>
          <w:sz w:val="20"/>
        </w:rPr>
        <w:t>1:02:07  ab jo hai, industry ne kya kiya ke har aadmi kuch na kuch kama sakta hai,</w:t>
      </w:r>
      <w:r>
        <w:br/>
      </w:r>
      <w:r>
        <w:rPr>
          <w:sz w:val="20"/>
        </w:rPr>
        <w:t>1:02:12  har aadmi kuch na kuch. yeh dekhen, million billion item naye barh gaye, puray koi item nahin tha. pehlay zamanay mein</w:t>
      </w:r>
      <w:r>
        <w:br/>
      </w:r>
      <w:r>
        <w:rPr>
          <w:sz w:val="20"/>
        </w:rPr>
        <w:t>1:02:22  koi item nahin hua karta tha. pehlay zamanay mein to</w:t>
      </w:r>
      <w:r>
        <w:br/>
      </w:r>
      <w:r>
        <w:rPr>
          <w:sz w:val="20"/>
        </w:rPr>
        <w:t>1:02:26  yeh yeh industrial growth ka is mein prediction hai ke aik zamanay aye ga ke jab industrial growth hoga, nayi nayi kamai ki sooraten banen gi, aur woh log jo maujooda zamanay mein, is zamanay mein, un ke pas koi source nahin hai,</w:t>
      </w:r>
      <w:r>
        <w:br/>
      </w:r>
      <w:r>
        <w:rPr>
          <w:sz w:val="20"/>
        </w:rPr>
        <w:t>1:02:48  to woh wohi source pa len gay. har aadmi kamaye ga, har aadmi kamaye ga.</w:t>
      </w:r>
      <w:r>
        <w:br/>
      </w:r>
      <w:r>
        <w:rPr>
          <w:sz w:val="20"/>
        </w:rPr>
        <w:t>1:02:54  jin ke baap dada nangay bhookay rehtay thay, woh baray baray ghar banayen gay. woh yeh peshangoi hai baad ke zamanay ke baray mein, aur jo aaj waqia ban chuki hai, is zamanay mein yeh cheez waqia ban chuki hai.</w:t>
      </w:r>
    </w:p>
    <w:p>
      <w:pPr>
        <w:pStyle w:val="Heading2"/>
      </w:pPr>
      <w:r>
        <w:t>Meaning of hadith on poor building large houses</w:t>
      </w:r>
    </w:p>
    <w:p>
      <w:r>
        <w:rPr>
          <w:color w:val="666666"/>
          <w:sz w:val="18"/>
        </w:rPr>
        <w:t>Hadith · Question &amp; Answer Jan 6th 2013 - Maulana Wahiduddin Kahn · 2m 27s · at 2:06 · https://youtu.be/1FAK1QuHEpw?t=126</w:t>
      </w:r>
    </w:p>
    <w:p>
      <w:r>
        <w:rPr>
          <w:i/>
        </w:rPr>
        <w:t>“What is the meaning of the hadith that poor people will build large houses? The hadith words are: 'تَرَى الأَرَامِلَ الْحُفَاةَ يَتَعَاوَلُونَ فِي الْبُنْيَانِ'.”</w:t>
      </w:r>
    </w:p>
    <w:p>
      <w:r>
        <w:rPr>
          <w:sz w:val="20"/>
        </w:rPr>
        <w:t>2:06  maulana, agla sawal dilli se hai, shah imran hasan sahib ka. unhon ne aap se poocha hai: hadith mein aya hai ke kam paise walay baray baray makan bananay lagen ge.</w:t>
      </w:r>
      <w:r>
        <w:br/>
      </w:r>
      <w:r>
        <w:rPr>
          <w:sz w:val="20"/>
        </w:rPr>
        <w:t>2:18  is ka kya matlab hai?</w:t>
      </w:r>
      <w:r>
        <w:br/>
      </w:r>
      <w:r>
        <w:rPr>
          <w:sz w:val="20"/>
        </w:rPr>
        <w:t>2:21  hadees mein yeh lafz hai ke: "ترل اورات الحفات یتعولون فی البنیان"۔</w:t>
      </w:r>
      <w:r>
        <w:br/>
      </w:r>
      <w:r>
        <w:rPr>
          <w:sz w:val="20"/>
        </w:rPr>
        <w:t>2:33  ke ek zamana aaye ga ke jab,</w:t>
      </w:r>
      <w:r>
        <w:br/>
      </w:r>
      <w:r>
        <w:rPr>
          <w:sz w:val="20"/>
        </w:rPr>
        <w:t>2:38  yani, اورات الحفات kehte hain nangay aur, yani, nangay badan aur nangay paon, bila joote aur bila kapray walay.</w:t>
      </w:r>
      <w:r>
        <w:br/>
      </w:r>
      <w:r>
        <w:rPr>
          <w:sz w:val="20"/>
        </w:rPr>
        <w:t>2:47  matlab yeh hai ke ghareeb log baray baray makan banayen gay. Yani ghareeb log, pehlay zamanay mein dekhiye, kamanay ka koi zariya nahi hua karta tha.</w:t>
      </w:r>
      <w:r>
        <w:br/>
      </w:r>
      <w:r>
        <w:rPr>
          <w:sz w:val="20"/>
        </w:rPr>
        <w:t>3:02  yeh yeh peshangoi hai ke agriculture ka daur khatam hoga, industry ka daur aaye ga. Mojooda zamanay ki jo industry hai woh kya hai?</w:t>
      </w:r>
      <w:r>
        <w:br/>
      </w:r>
      <w:r>
        <w:rPr>
          <w:sz w:val="20"/>
        </w:rPr>
        <w:t>3:15  woh decentralization of economy hai. Yani pehlay land based economy hua karti thi. Jis ke paas zameen hai usi ke paas paisa hai, baqi log ghareeb hain.</w:t>
      </w:r>
      <w:r>
        <w:br/>
      </w:r>
      <w:r>
        <w:rPr>
          <w:sz w:val="20"/>
        </w:rPr>
        <w:t>3:27  ab jo hai industry ne kya kiya ke har aadmi kuch na kuch kama sakta hai. Har aadmi kuch na kuch. Yeh dekhiye, million billion item naye barh gaye pehlay koi item nahi tha pehlay zamanay mein.</w:t>
      </w:r>
      <w:r>
        <w:br/>
      </w:r>
      <w:r>
        <w:rPr>
          <w:sz w:val="20"/>
        </w:rPr>
        <w:t>3:42  koi item nahi hua karta tha pehlay zamanay mein. To yeh yeh industrial growth ka is mein prediction hai ke ek zamana aaye ga ke jab industrial growth hoga, nayi nayi kamai ki sooraten banen gi aur woh log jo moojooda zamanay mein, is zamanay mein,</w:t>
      </w:r>
      <w:r>
        <w:br/>
      </w:r>
      <w:r>
        <w:rPr>
          <w:sz w:val="20"/>
        </w:rPr>
        <w:t>4:05  un ke paas koi source nahi hai to woh wohi source pa len gay. Har aadmi kamaye ga, har aadmi kamaye ga.</w:t>
      </w:r>
      <w:r>
        <w:br/>
      </w:r>
      <w:r>
        <w:rPr>
          <w:sz w:val="20"/>
        </w:rPr>
        <w:t>4:15  jin ke baap dada nangay bhookay rehtay thay woh baray baray ghar banayen gay. Yeh peshangoi hai baad ke zamanay ke baray mein.</w:t>
      </w:r>
      <w:r>
        <w:br/>
      </w:r>
      <w:r>
        <w:rPr>
          <w:sz w:val="20"/>
        </w:rPr>
        <w:t>4:25  aur jo aaj waqea ban chuki hai. Is zamanay mein yeh cheez waqea ban chuki hai.</w:t>
      </w:r>
    </w:p>
    <w:p>
      <w:pPr>
        <w:pStyle w:val="Heading2"/>
      </w:pPr>
      <w:r>
        <w:t>Meaning of hadith on ummah not uniting on error</w:t>
      </w:r>
    </w:p>
    <w:p>
      <w:r>
        <w:rPr>
          <w:color w:val="666666"/>
          <w:sz w:val="18"/>
        </w:rPr>
        <w:t>Hadith · Jihad Fillah June 23, 2013 · 52s · at 1:01:13 · https://youtu.be/NRTno1eQTos?t=3673</w:t>
      </w:r>
    </w:p>
    <w:p>
      <w:r>
        <w:rPr>
          <w:i/>
        </w:rPr>
        <w:t>“A hadith says: 'My ummah will not unite upon error.' What is the meaning of this hadith?”</w:t>
      </w:r>
    </w:p>
    <w:p>
      <w:r>
        <w:rPr>
          <w:sz w:val="20"/>
        </w:rPr>
        <w:t>1:01:13  molana, agla sawal dilli se hai jameel akhtar sahib ka.</w:t>
      </w:r>
      <w:r>
        <w:br/>
      </w:r>
      <w:r>
        <w:rPr>
          <w:sz w:val="20"/>
        </w:rPr>
        <w:t>1:01:17  unhon ne likha hai: "hadith mein aya hai ke meri ummat gumrahi par jama nahi hogi." is hadith ka matlab kya hai?</w:t>
      </w:r>
      <w:r>
        <w:br/>
      </w:r>
      <w:r>
        <w:rPr>
          <w:sz w:val="20"/>
        </w:rPr>
        <w:t>1:01:28  is ka matlab sirf yeh hai ke hamesha kuch afraad aise honge jo sahi raste par rah</w:t>
      </w:r>
      <w:r>
        <w:br/>
      </w:r>
      <w:r>
        <w:rPr>
          <w:sz w:val="20"/>
        </w:rPr>
        <w:t>1:01:35  ein ge. is ka matlab nahi hai ke sari ummat jo hai, sari ummat hamesha sahi rahe gi. yeh matlab nahi hai. yani poori jo ummat mujtami hai, ek billion, woh sab ke sab sahi honge.</w:t>
      </w:r>
      <w:r>
        <w:br/>
      </w:r>
      <w:r>
        <w:rPr>
          <w:sz w:val="20"/>
        </w:rPr>
        <w:t>1:01:45  yeh matlab nahi hai is ka. balke ek billion musalmanon mein aise afraad hamesha zaroor paye jayenge har daur mein. ga deen fard ki satah par hamesha sahi sahi baki rahe ga, agarche ijtima ki satah par bigar aa jaye ga.</w:t>
      </w:r>
      <w:r>
        <w:br/>
      </w:r>
      <w:r>
        <w:rPr>
          <w:sz w:val="20"/>
        </w:rPr>
        <w:t>1:02:01  yeh matlab hai.</w:t>
      </w:r>
    </w:p>
    <w:p>
      <w:pPr>
        <w:pStyle w:val="Heading2"/>
      </w:pPr>
      <w:r>
        <w:t>Meaning of hadith on ummah not uniting on error</w:t>
      </w:r>
    </w:p>
    <w:p>
      <w:r>
        <w:rPr>
          <w:color w:val="666666"/>
          <w:sz w:val="18"/>
        </w:rPr>
        <w:t>Hadith · Islamic Pacifism Q&amp;A 8 May 2011 · 2m 59s · at 10:43 · https://youtu.be/5ZersGDNVcw?t=643</w:t>
      </w:r>
    </w:p>
    <w:p>
      <w:r>
        <w:rPr>
          <w:i/>
        </w:rPr>
        <w:t>“In a hadith it says that my ummah will not unite upon error. What does it mean? Explain.”</w:t>
      </w:r>
    </w:p>
    <w:p>
      <w:r>
        <w:rPr>
          <w:sz w:val="20"/>
        </w:rPr>
        <w:t>10:43  Maulana Fayyaz Umri ne Gulbarga se sawal kiya hai. Unhone likha hai: "Maulana, Hadees mein aata hai ke meri ummat gumrahi par jama nahi ho sakti.</w:t>
      </w:r>
      <w:r>
        <w:br/>
      </w:r>
      <w:r>
        <w:rPr>
          <w:sz w:val="20"/>
        </w:rPr>
        <w:t>10:55  is ka kya matlab hai? Is ke baray mein batayein."</w:t>
      </w:r>
      <w:r>
        <w:br/>
      </w:r>
      <w:r>
        <w:rPr>
          <w:sz w:val="20"/>
        </w:rPr>
        <w:t>10:58  haan, dekhein, aik Hadees hai ke "la tasubbu ummati al-dhar". Is se ulta matlab nikalte hain log. Is ka matlab yeh nikalte hain bilkul galat taur par ke majority jidhar hogi udhar haq hoga.</w:t>
      </w:r>
      <w:r>
        <w:br/>
      </w:r>
      <w:r>
        <w:rPr>
          <w:sz w:val="20"/>
        </w:rPr>
        <w:t>11:13  yeh Hadees mein hai hi nahi.</w:t>
      </w:r>
      <w:r>
        <w:br/>
      </w:r>
      <w:r>
        <w:rPr>
          <w:sz w:val="20"/>
        </w:rPr>
        <w:t>11:16  yeh Hadees mein hai nahi ke jidhar majority udhar haq hoga. Is ka matlab sirf yeh hai ke aisa zamana kabhi nahi aayega ke ummat ke saare afraad hi gumrah ho jayein aur koi aik bhi aadmi sachai par na rahe.</w:t>
      </w:r>
      <w:r>
        <w:br/>
      </w:r>
      <w:r>
        <w:rPr>
          <w:sz w:val="20"/>
        </w:rPr>
        <w:t>11:28  yeh matlab hai is ka. Is mein istithna ka zikr hai. Umoom ka zikr nahi hai.</w:t>
      </w:r>
      <w:r>
        <w:br/>
      </w:r>
      <w:r>
        <w:rPr>
          <w:sz w:val="20"/>
        </w:rPr>
        <w:t>11:38  "la tasubbu ummati al-dhar". Meri ummat mujtama nahi hogi dalalat par. Mujtama nahi hogi. Yani saare ke saare bhatak jayein, yeh nahi hoga kabhi bhi.</w:t>
      </w:r>
      <w:r>
        <w:br/>
      </w:r>
      <w:r>
        <w:rPr>
          <w:sz w:val="20"/>
        </w:rPr>
        <w:t>11:49  bohat hi ajeeb o ghareeb baat hai ke jo jo bhi Arabi janta ho, achhi woh woh</w:t>
      </w:r>
      <w:r>
        <w:br/>
      </w:r>
      <w:r>
        <w:rPr>
          <w:sz w:val="20"/>
        </w:rPr>
        <w:t>11:56  woh is ko kabhi tasleem nahi karega ke is ka matlab yeh hai. Kabhi is ka matlab yeh nahi manega woh. Yani Arabi ya yeh Arabi zaban jab janta hoga, woh is ko bilkul galat batayega is ko.</w:t>
      </w:r>
      <w:r>
        <w:br/>
      </w:r>
      <w:r>
        <w:rPr>
          <w:sz w:val="20"/>
        </w:rPr>
        <w:t>12:13  is Hadees ka matlab sirf yeh hai ke meri ummat ke saare log, aisa kabhi nahi hoga ke sab ke sab bhatak jayein.</w:t>
      </w:r>
      <w:r>
        <w:br/>
      </w:r>
      <w:r>
        <w:rPr>
          <w:sz w:val="20"/>
        </w:rPr>
        <w:t>12:24  hamesha kuch na kuch baqi rahenge.</w:t>
      </w:r>
      <w:r>
        <w:br/>
      </w:r>
      <w:r>
        <w:rPr>
          <w:sz w:val="20"/>
        </w:rPr>
        <w:t>12:30  jo sachai par honge aur jo doosron ko sachai batate rahenge. doosri hadishen bhi is ki tasdeeq karti hain. doosri hadishen is ki tasdeeq karti hain.</w:t>
      </w:r>
      <w:r>
        <w:br/>
      </w:r>
      <w:r>
        <w:rPr>
          <w:sz w:val="20"/>
        </w:rPr>
        <w:t>12:41  to bohat ajeeb o ghareeb hain woh log jo is se yeh matlab nikalte hain. yani majority jo hai sachai ki</w:t>
      </w:r>
      <w:r>
        <w:br/>
      </w:r>
      <w:r>
        <w:rPr>
          <w:sz w:val="20"/>
        </w:rPr>
        <w:t>12:49  kamyab hai. yeh to democracy ka nazariya hai. democracy ka. islam ka nazariya nahi hai. yani kaisi ajeeb baat hai yeh woh log hain jo iqbal ko puchte hain jinhon ne kaha tha ke jamhooriyat ek tarz-e-siyasat hai ke jis mein bando ko gunah karte hain, tola nahi karte.</w:t>
      </w:r>
      <w:r>
        <w:br/>
      </w:r>
      <w:r>
        <w:rPr>
          <w:sz w:val="20"/>
        </w:rPr>
        <w:t>13:08  wohi log yeh yeh matlab nikal rahe hain is se. behrhaal is hadis ka hargiz hargiz yeh matlab nahi hai ke majority jo hai, aksariyat jo hai, woh miyar hai haq ka.</w:t>
      </w:r>
      <w:r>
        <w:br/>
      </w:r>
      <w:r>
        <w:rPr>
          <w:sz w:val="20"/>
        </w:rPr>
        <w:t>13:19  hargiz nahi. is ka matlab sirf yeh hai ke chounke quran maujood hai, chounke quran mehfooz hai, chounke sunnat sunnat-e-rasool mehfooz hai,</w:t>
      </w:r>
      <w:r>
        <w:br/>
      </w:r>
      <w:r>
        <w:rPr>
          <w:sz w:val="20"/>
        </w:rPr>
        <w:t>13:29  is bina par aisa mumkin nahi hai ke sab log ek taraf se bhatak jayen. kuch na kuch ahle ilm, kuch na kuch Allah ke bande jo hain, quran o hadis se sachai daryaft karenge aur woh qaim rahenge sachai par.</w:t>
      </w:r>
      <w:r>
        <w:br/>
      </w:r>
      <w:r>
        <w:rPr>
          <w:sz w:val="20"/>
        </w:rPr>
        <w:t>13:42  yeh matlab hai is</w:t>
      </w:r>
    </w:p>
    <w:p>
      <w:pPr>
        <w:pStyle w:val="Heading2"/>
      </w:pPr>
      <w:r>
        <w:t>Meaning of hadith on unqualified leaders and Judgment Day</w:t>
      </w:r>
    </w:p>
    <w:p>
      <w:r>
        <w:rPr>
          <w:color w:val="666666"/>
          <w:sz w:val="18"/>
        </w:rPr>
        <w:t>Hadith · Sahaba and Muhaddithin 24th June 2012 - Maulana Wahiduddin Khan · 3m 02s · at 1:18:28 · https://youtu.be/tUPo7MI0Bdo?t=4708</w:t>
      </w:r>
    </w:p>
    <w:p>
      <w:r>
        <w:rPr>
          <w:i/>
        </w:rPr>
        <w:t>“Maulana, while mentioning an incident you referred to a hadith: 'When unqualified people are appointed to positions, then wait for the Hour.' What is said in this hadith? I have not fully understood it. The words of the hadith are: 'Idha ussida al-amru ila ghairi ahlihi fa intaziri al-sa'ah.' When matters are placed in the hands of unqualified people...”</w:t>
      </w:r>
    </w:p>
    <w:p>
      <w:r>
        <w:rPr>
          <w:sz w:val="20"/>
        </w:rPr>
        <w:t>1:18:28  Maulana, agla sawal Delhi se hai, Nafees sahib ne likha hai. unhon ne poocha hai ke kisi waqea ka zikr karte hue aap ne ek hadith ka hawala diya tha, jo is tareeqay, is tareeqay, is tareeqay, is tarah thi: "jab nahaal log ohde daar banaye jaane lagein toh qayamat ka intezar karo." is hadith mein kya baat kahi gayi hai?</w:t>
      </w:r>
      <w:r>
        <w:br/>
      </w:r>
      <w:r>
        <w:rPr>
          <w:sz w:val="20"/>
        </w:rPr>
        <w:t>1:18:55  main ise poori tareeqay se samajh nahi paaya hoon. is hadith ke alfaaz hain: "إذا أسست الأمر إلى غير أهله فادض الساعة" ۔</w:t>
      </w:r>
      <w:r>
        <w:br/>
      </w:r>
      <w:r>
        <w:rPr>
          <w:sz w:val="20"/>
        </w:rPr>
        <w:t>1:19:10  jab mamlaat jo hain, nahaalon ke haath mein</w:t>
      </w:r>
      <w:r>
        <w:br/>
      </w:r>
      <w:r>
        <w:rPr>
          <w:sz w:val="20"/>
        </w:rPr>
        <w:t>1:19:17  jane lagein toh intezar karo qayamat ka. toh main samajhta hoon ke yeh jo hadith thi, is ki paishangoee, yeh duaen poori ho chuki hain.</w:t>
      </w:r>
      <w:r>
        <w:br/>
      </w:r>
      <w:r>
        <w:rPr>
          <w:sz w:val="20"/>
        </w:rPr>
        <w:t>1:19:32  aaj jis jagah dekhen, nahaal log baithe hue hain,</w:t>
      </w:r>
      <w:r>
        <w:br/>
      </w:r>
      <w:r>
        <w:rPr>
          <w:sz w:val="20"/>
        </w:rPr>
        <w:t>1:19:36  har seat par ek nahaal aadmi baitha hua hai.</w:t>
      </w:r>
      <w:r>
        <w:br/>
      </w:r>
      <w:r>
        <w:rPr>
          <w:sz w:val="20"/>
        </w:rPr>
        <w:t>1:19:43  is ka sabab kya hai? kyun aisa hua ke nahaal log baith gaye, woh ja ja kar ke? toh is ko aap dhoondiye. lekin yeh toh waqea hai ke is zamane mein jitni seat hai, sab par nahaal log baithe hue hain.</w:t>
      </w:r>
      <w:r>
        <w:br/>
      </w:r>
      <w:r>
        <w:rPr>
          <w:sz w:val="20"/>
        </w:rPr>
        <w:t>1:19:58  jahan tak main jaanta hoon, woh yeh hai ke nahaal log baatein khoob bolte hain, nahaal aadmi munafiq, munafiqat khoob dikhata hai, khoob achhi achhi baatein karega.</w:t>
      </w:r>
      <w:r>
        <w:br/>
      </w:r>
      <w:r>
        <w:rPr>
          <w:sz w:val="20"/>
        </w:rPr>
        <w:t>1:20:13  toh log samjhen ke yeh bohat mozu hai is ohde ke liye. aur jo aadmi sachcha hoga, Allah se darta hoga, badh badh kar baatein nahi bolega.</w:t>
      </w:r>
      <w:r>
        <w:br/>
      </w:r>
      <w:r>
        <w:rPr>
          <w:sz w:val="20"/>
        </w:rPr>
        <w:t>1:20:25  woh language, woh language of understatement sawal karega. kyunke ek hai language of overstatement, ek hai language of understatement.</w:t>
      </w:r>
      <w:r>
        <w:br/>
      </w:r>
      <w:r>
        <w:rPr>
          <w:sz w:val="20"/>
        </w:rPr>
        <w:t>1:20:37  toh munafiq jo hota hai, woh language of overstatement bolta hai.</w:t>
      </w:r>
      <w:r>
        <w:br/>
      </w:r>
      <w:r>
        <w:rPr>
          <w:sz w:val="20"/>
        </w:rPr>
        <w:t>1:20:42  aur jo sachcha aadmi hoga, woh language of understatement bolega. toh log tajziya kar nahi paate. toh is ki baaton ke dhoke mein aa jaate hain, kehte hain ke yeh hai, is ko seat par bithao.</w:t>
      </w:r>
      <w:r>
        <w:br/>
      </w:r>
      <w:r>
        <w:rPr>
          <w:sz w:val="20"/>
        </w:rPr>
        <w:t>1:20:57  yeh daur toh poora isi ka hai.</w:t>
      </w:r>
      <w:r>
        <w:br/>
      </w:r>
      <w:r>
        <w:rPr>
          <w:sz w:val="20"/>
        </w:rPr>
        <w:t>1:20:59  hadith mein aata hai ke "tarf al aman" . ek zamana aaye ga jab honesty uth jayegi. honesty uthne ka matlab kya hai?</w:t>
      </w:r>
      <w:r>
        <w:br/>
      </w:r>
      <w:r>
        <w:rPr>
          <w:sz w:val="20"/>
        </w:rPr>
        <w:t>1:21:10  munafiqat ka daur aa jayega. khoob baatein karenge log. wahi to hai aaj kal.</w:t>
      </w:r>
      <w:r>
        <w:br/>
      </w:r>
      <w:r>
        <w:rPr>
          <w:sz w:val="20"/>
        </w:rPr>
        <w:t>1:21:18  har aadmi baaton ka badshah bana hua hai. to sachche log jo hain, woh baatein bana nahi paate. to unko seat bhi nahi milti.</w:t>
      </w:r>
    </w:p>
    <w:p>
      <w:pPr>
        <w:pStyle w:val="Heading2"/>
      </w:pPr>
      <w:r>
        <w:t>Meaning of hadith: Poetry is from Iblis</w:t>
      </w:r>
    </w:p>
    <w:p>
      <w:r>
        <w:rPr>
          <w:color w:val="666666"/>
          <w:sz w:val="18"/>
        </w:rPr>
        <w:t>Hadith · Life After Death January 22, 2012 · 2m 12s · at 1:39:23 · https://youtu.be/5hVH1BLKBF4?t=5963</w:t>
      </w:r>
    </w:p>
    <w:p>
      <w:r>
        <w:rPr>
          <w:i/>
        </w:rPr>
        <w:t>“In a hadith it is said that poetry is the work of Iblis: 'الشیرو من مزامیری ابلیس'. What does this mean?”</w:t>
      </w:r>
    </w:p>
    <w:p>
      <w:r>
        <w:rPr>
          <w:sz w:val="20"/>
        </w:rPr>
        <w:t>1:39:23  Mr. Daniyal ka Patna Bihar se sawal hai. Unhon ne likha hai: "Hadees mein aaya hai ke shero shayari Iblees ka kaam hai</w:t>
      </w:r>
      <w:r>
        <w:br/>
      </w:r>
      <w:r>
        <w:rPr>
          <w:sz w:val="20"/>
        </w:rPr>
        <w:t>1:39:33  . Ash-shiru min mazamir Iblees. Iska matlab kya hai?</w:t>
      </w:r>
      <w:r>
        <w:br/>
      </w:r>
      <w:r>
        <w:rPr>
          <w:sz w:val="20"/>
        </w:rPr>
        <w:t>1:39:54  Iska matlab hai ek aadmi romantic ban jaata hai. Kisi bhi shair ko dekh ke woh romantic rehta hai.</w:t>
      </w:r>
      <w:r>
        <w:br/>
      </w:r>
      <w:r>
        <w:rPr>
          <w:sz w:val="20"/>
        </w:rPr>
        <w:t>1:40:01  Hamari family mein ek sahab thay, shair thay woh. Unka shair hai: "Shayari kya hai farogh-e-husn-e-peh'han dekhna khak-dan-e-aab-o-gul mein aalam-e-jaan dekhna." Matlab khayali duniya mein rehte hain, tasawwuri duniya mein rehte hain.</w:t>
      </w:r>
      <w:r>
        <w:br/>
      </w:r>
      <w:r>
        <w:rPr>
          <w:sz w:val="20"/>
        </w:rPr>
        <w:t>1:40:18  Huqaaq se unko matlab nahi hota.</w:t>
      </w:r>
      <w:r>
        <w:br/>
      </w:r>
      <w:r>
        <w:rPr>
          <w:sz w:val="20"/>
        </w:rPr>
        <w:t>1:40:24  Ya kisi bhi shair ko dekhiye. Hamare haan bohat mashhoor tareen shair hain Allama Iqbal ka. Woh romantic insaan, aadmi ko romantic is mein daal diya.</w:t>
      </w:r>
      <w:r>
        <w:br/>
      </w:r>
      <w:r>
        <w:rPr>
          <w:sz w:val="20"/>
        </w:rPr>
        <w:t>1:40:34  Yaani romantic world mein. Misaal ke taur par ke woh. "Din nahi tera nashiman qasr-e-sultani gumbad par.</w:t>
      </w:r>
      <w:r>
        <w:br/>
      </w:r>
      <w:r>
        <w:rPr>
          <w:sz w:val="20"/>
        </w:rPr>
        <w:t>1:40:47  Toh shahi hai basar kar pahadon ke chattan'on mein." Yeh koi koi baat hai yeh? Toh ek romantic Thinking hai bas.</w:t>
      </w:r>
      <w:r>
        <w:br/>
      </w:r>
      <w:r>
        <w:rPr>
          <w:sz w:val="20"/>
        </w:rPr>
        <w:t>1:40:55  to shair, dekhiye Europe mein bohat shairi galat thi. jab science aai to shairi khatam ho gai. isi tarah Arab mein shairi bohat thi.</w:t>
      </w:r>
      <w:r>
        <w:br/>
      </w:r>
      <w:r>
        <w:rPr>
          <w:sz w:val="20"/>
        </w:rPr>
        <w:t>1:41:04  lekin Islamabad mein shairi khatam ho gai. ab to yeh daur-e-zawaal hai jis mein shairi ki baatein karte hain log. yeh zawaal ki alamat hai shairi.</w:t>
      </w:r>
      <w:r>
        <w:br/>
      </w:r>
      <w:r>
        <w:rPr>
          <w:sz w:val="20"/>
        </w:rPr>
        <w:t>1:41:14  ji haan. zinda qaum mein haqeeqat hoti hai, haqaa'iq par un ka zehn chalta hai. yeh romantic ideas par nahin.</w:t>
      </w:r>
      <w:r>
        <w:br/>
      </w:r>
      <w:r>
        <w:rPr>
          <w:sz w:val="20"/>
        </w:rPr>
        <w:t>1:41:25  yeh to main samajhta hoon ke zawaal ki alamat hai. yeh zindagi ki alamat nahin hai, shairi waghera kuch.</w:t>
      </w:r>
    </w:p>
    <w:p>
      <w:pPr>
        <w:pStyle w:val="Heading2"/>
      </w:pPr>
      <w:r>
        <w:t>Meaning of iman increasing and decreasing</w:t>
      </w:r>
    </w:p>
    <w:p>
      <w:r>
        <w:rPr>
          <w:color w:val="666666"/>
          <w:sz w:val="18"/>
        </w:rPr>
        <w:t>Hadith · Natural Warning April 17, 2016 · 1m 28s · at 49:03 · https://youtu.be/fSNOpwgzcss?t=2943</w:t>
      </w:r>
    </w:p>
    <w:p>
      <w:r>
        <w:rPr>
          <w:i/>
        </w:rPr>
        <w:t>“Hadith mentions that iman gets reduced and increased. What does that mean? Please clarify.”</w:t>
      </w:r>
    </w:p>
    <w:p>
      <w:r>
        <w:rPr>
          <w:sz w:val="20"/>
        </w:rPr>
        <w:t>49:03  Is mein aap ke personality ka development hota hai. Maulana, agla sawal lene se pehle ek comment padhna chahenge jo Dr. Safeena ne bheja hai Ajmer se aur unhone likha hai ke Maulana sahib only you are showing mirror to the Muslim community.</w:t>
      </w:r>
      <w:r>
        <w:br/>
      </w:r>
      <w:r>
        <w:rPr>
          <w:sz w:val="20"/>
        </w:rPr>
        <w:t>49:22  May our efforts be accepted. Jazak Allah. Maulana, agla sawal California se Faiq sahib ne bheja hai aur unhone likha hai Hadith mentions that imaan gets reduced and increased yaani imaan ghaṭta hai aur baṛhta hai.</w:t>
      </w:r>
      <w:r>
        <w:br/>
      </w:r>
      <w:r>
        <w:rPr>
          <w:sz w:val="20"/>
        </w:rPr>
        <w:t>49:44  Maulana, is ka kya matlab hai? Is ko wazeh karein. Dekhiye, imaan ko agar log maante hain ke bas kalma padh liya to imaan mil gaya to samajh mein nahi aata ke kaise ghaṭta baṛhta hai.</w:t>
      </w:r>
      <w:r>
        <w:br/>
      </w:r>
      <w:r>
        <w:rPr>
          <w:sz w:val="20"/>
        </w:rPr>
        <w:t>49:56  Kya imaan ek qualitative cheez ka naam hai, spirit ka naam hai, yaqeen ka naam hai.</w:t>
      </w:r>
      <w:r>
        <w:br/>
      </w:r>
      <w:r>
        <w:rPr>
          <w:sz w:val="20"/>
        </w:rPr>
        <w:t>50:05  To yeh to ghaṭe baṛhega kyun ke dunya mein hum challenges ke beech mein rehte hain, tarah tarah ke odds pesh aate hain. To is mein jo spirit hai, jo yaqeen hai, woh kabhi zyada hoga, kabhi kam hoga, yeh to hoga hi hoga.</w:t>
      </w:r>
      <w:r>
        <w:br/>
      </w:r>
      <w:r>
        <w:rPr>
          <w:sz w:val="20"/>
        </w:rPr>
        <w:t>50:22  It is but natural. To jo log imaan ka matlab samajhte hain ke kalma padh liya to imaan mil gaya, woh un ke saamne yeh baat nahi aati.</w:t>
      </w:r>
    </w:p>
    <w:p>
      <w:pPr>
        <w:pStyle w:val="Heading2"/>
      </w:pPr>
      <w:r>
        <w:t>Meaning of making Hereafter one's sorrow</w:t>
      </w:r>
    </w:p>
    <w:p>
      <w:r>
        <w:rPr>
          <w:color w:val="666666"/>
          <w:sz w:val="18"/>
        </w:rPr>
        <w:t>Hadith · Revival of Faith September 25, 2011 Maulana Wahiduddin Khan · 5m 42s · at 1:00:04 · https://youtu.be/sG_btZMffxg?t=3604</w:t>
      </w:r>
    </w:p>
    <w:p>
      <w:r>
        <w:rPr>
          <w:i/>
        </w:rPr>
        <w:t>“It is mentioned in a hadith that the person who turns all his sorrows into one sorrow, i.e., the sorrow of the Hereafter, Allah will suffice for all his worldly sorrows. What does it mean to make the Hereafter one's sorrow? Please clarify.”</w:t>
      </w:r>
    </w:p>
    <w:p>
      <w:r>
        <w:rPr>
          <w:sz w:val="20"/>
        </w:rPr>
        <w:t>1:00:04  yeh sawal Maulana Zakwan Nadvi ne Dilli se kiya hai. unhon ne likha hai: "hadees mein aaya hai ke jo insan apne tamam ghamon ko ek gham bana le, yani akhirat ka gham,</w:t>
      </w:r>
      <w:r>
        <w:br/>
      </w:r>
      <w:r>
        <w:rPr>
          <w:sz w:val="20"/>
        </w:rPr>
        <w:t>1:00:19  Allah us ke tamam duniyavi ghamon ke liye kafi ho jaye ga." is hadees mein akhirat ko apna gham banane ka matlab kya hai?</w:t>
      </w:r>
      <w:r>
        <w:br/>
      </w:r>
      <w:r>
        <w:rPr>
          <w:sz w:val="20"/>
        </w:rPr>
        <w:t>1:00:28  is ko wazeh farmayein.</w:t>
      </w:r>
      <w:r>
        <w:br/>
      </w:r>
      <w:r>
        <w:rPr>
          <w:sz w:val="20"/>
        </w:rPr>
        <w:t>1:00:36  dekhiye, lambi baat hai. mein sirf ek baat arz karunga ke gham ka matlab hai concern banana, jis liye jo aadmi apne akhirat ko apna solid concern bana le.</w:t>
      </w:r>
      <w:r>
        <w:br/>
      </w:r>
      <w:r>
        <w:rPr>
          <w:sz w:val="20"/>
        </w:rPr>
        <w:t>1:00:51  solid concern.</w:t>
      </w:r>
      <w:r>
        <w:br/>
      </w:r>
      <w:r>
        <w:rPr>
          <w:sz w:val="20"/>
        </w:rPr>
        <w:t>1:00:54  to dekhiye, akhirat ko solid concern banana agar sadha matlab mein liya jaye to is ka matlab hota hai aadmi harbat ban jaye, rehan ban jaye, dunya chhod de.</w:t>
      </w:r>
      <w:r>
        <w:br/>
      </w:r>
      <w:r>
        <w:rPr>
          <w:sz w:val="20"/>
        </w:rPr>
        <w:t>1:01:10  to mein samajhta hoon ke yeh sadha matlab mein nahi hai. yahan akhirat se murad hai inzar akhirat, yani akhirat ka mission.</w:t>
      </w:r>
      <w:r>
        <w:br/>
      </w:r>
      <w:r>
        <w:rPr>
          <w:sz w:val="20"/>
        </w:rPr>
        <w:t>1:01:18  yani jo akhirat ko itna zyada akhirat ka aqeedah itna strong is ke andar ho jaye, strong ke woh is ka mission ban jaye.</w:t>
      </w:r>
      <w:r>
        <w:br/>
      </w:r>
      <w:r>
        <w:rPr>
          <w:sz w:val="20"/>
        </w:rPr>
        <w:t>1:01:28  dekhein, mission koi alag cheez nahi hai. aqeedah jab bohat zyada strong ho to mission ban jata hai. woh</w:t>
      </w:r>
      <w:r>
        <w:br/>
      </w:r>
      <w:r>
        <w:rPr>
          <w:sz w:val="20"/>
        </w:rPr>
        <w:t>1:01:37  to is ka matlab yeh hai ke jo aadmi akhirat ko is tarah maane ke bohat zyada us ko yaqeen ho jaye, bohat zyada us ko is ki haqiqatein khul jayein, us ke upar bohat zyada importance is ke zehan mein aa jaye.</w:t>
      </w:r>
      <w:r>
        <w:br/>
      </w:r>
      <w:r>
        <w:rPr>
          <w:sz w:val="20"/>
        </w:rPr>
        <w:t>1:01:54  jab yeh sab kuch hoga to woh mission ban jayega. jab mission ban jayega to aadmi kya karega? apne ko jhonk dega isi mein ke itna bara mission hai, is waqt mein jhonk dena chahiye apne aap ko.</w:t>
      </w:r>
      <w:r>
        <w:br/>
      </w:r>
      <w:r>
        <w:rPr>
          <w:sz w:val="20"/>
        </w:rPr>
        <w:t>1:02:08  to jab jhonkega to sawal yeh hai ke is ki dunya ki zaroorat kaise poori hogi? yeh sawal ayega is ke zehan mein. to yeh hadees is ki yani is mein assurance hai ke agar tum ne sach much akhirat ko mission bana kar apne aap ko is mein jhonk diya to dunya ki zarooraton jo hain, woh Allah ki zimmedari ban jati hain.</w:t>
      </w:r>
      <w:r>
        <w:br/>
      </w:r>
      <w:r>
        <w:rPr>
          <w:sz w:val="20"/>
        </w:rPr>
        <w:t>1:02:29  Allah us ko poora kar deta hai. yeh matlab hai.</w:t>
      </w:r>
      <w:r>
        <w:br/>
      </w:r>
      <w:r>
        <w:rPr>
          <w:sz w:val="20"/>
        </w:rPr>
        <w:t>1:02:35  lekin yaad rakhiye, yeh is ki tarteeb yun nahi ho sakti ke aap kahein: "Khudaaya! mein akhirat ko apna mission banana chahta hoon, to meri dunya ki zarooraton ka intezam kar de." aisa nahi ho sakta.</w:t>
      </w:r>
      <w:r>
        <w:br/>
      </w:r>
      <w:r>
        <w:rPr>
          <w:sz w:val="20"/>
        </w:rPr>
        <w:t>1:02:46  aisa nahi ho sakta. yani ek imtehan dena padta hai. imtehan yeh hai ke aap sach much hi jhonk dein. pehle jhonkenge, phir Allah ki madad ayegi.</w:t>
      </w:r>
      <w:r>
        <w:br/>
      </w:r>
      <w:r>
        <w:rPr>
          <w:sz w:val="20"/>
        </w:rPr>
        <w:t>1:02:59  ya nahi ho sakta ke aap Khuda ki madad mangein, aur phir sab kuch aap ko hasil de de Allah taala, phir aap akhirat ke mission ke liye niklein. yeh nahi ho sakta. woh padhenge to card pe ho, dehaar so jayega.</w:t>
      </w:r>
      <w:r>
        <w:br/>
      </w:r>
      <w:r>
        <w:rPr>
          <w:sz w:val="20"/>
        </w:rPr>
        <w:t>1:03:12  to do baatein huin. ek to yeh ke akhirat ka matlab hai akhirat ka mission, aur doosri baat yeh hai ke pehle aap ko apne ko jhonkna padta hai, tab Allah aap ki madad ke liye aa jata hai.</w:t>
      </w:r>
      <w:r>
        <w:br/>
      </w:r>
      <w:r>
        <w:rPr>
          <w:sz w:val="20"/>
        </w:rPr>
        <w:t>1:03:31  Miss Naghma Siddiqui ne Dilli se likha hai: "I realize the importance of thanksgiving in revival of iman today, but we often are so involved in day to day things that we forget to thank.</w:t>
      </w:r>
      <w:r>
        <w:br/>
      </w:r>
      <w:r>
        <w:rPr>
          <w:sz w:val="20"/>
        </w:rPr>
        <w:t>1:03:47  Please guide us how to continue to revive iman in such a busy life."</w:t>
      </w:r>
      <w:r>
        <w:br/>
      </w:r>
      <w:r>
        <w:rPr>
          <w:sz w:val="20"/>
        </w:rPr>
        <w:t>1:03:54  busy life rok nahi hai.</w:t>
      </w:r>
      <w:r>
        <w:br/>
      </w:r>
      <w:r>
        <w:rPr>
          <w:sz w:val="20"/>
        </w:rPr>
        <w:t>1:03:58  khud isi busy life mein har waqt aise item hote hain jo aap ke liye revival ka revive karne ka zariya ban jaye.</w:t>
      </w:r>
      <w:r>
        <w:br/>
      </w:r>
      <w:r>
        <w:rPr>
          <w:sz w:val="20"/>
        </w:rPr>
        <w:t>1:04:07  isi bzy life mein dekhiye, yeh koi jangl mein ja kar nahi hota. yeh sab kaam active life hi mein hota hai.</w:t>
      </w:r>
      <w:r>
        <w:br/>
      </w:r>
      <w:r>
        <w:rPr>
          <w:sz w:val="20"/>
        </w:rPr>
        <w:t>1:04:19  active life hi mein hota hai. har waqia jo guzarta hai aap ki zindagi mein, chahe woh bazahir btil kyun na ho,</w:t>
      </w:r>
      <w:r>
        <w:br/>
      </w:r>
      <w:r>
        <w:rPr>
          <w:sz w:val="20"/>
        </w:rPr>
        <w:t>1:04:29  jaise mein ne aap ko misaal di ke ganga ko purify karne ke liye 70 arab rupay ka budget. yeh btil waqia hai, yeh koi spiritual waqia to hai nahi.</w:t>
      </w:r>
      <w:r>
        <w:br/>
      </w:r>
      <w:r>
        <w:rPr>
          <w:sz w:val="20"/>
        </w:rPr>
        <w:t>1:04:40  mein isi mein mujhe ghiza mil gayi is baat ki ke mein revive karoon apne iman ko. mein ne socha ke mere body mein bhi ek ganga beh rahi hai, khoon jo beh raha hai, khoon har waqt dorta rehta hai.</w:t>
      </w:r>
      <w:r>
        <w:br/>
      </w:r>
      <w:r>
        <w:rPr>
          <w:sz w:val="20"/>
        </w:rPr>
        <w:t>1:04:54  is ko ek purify karne ka masla hai.</w:t>
      </w:r>
      <w:r>
        <w:br/>
      </w:r>
      <w:r>
        <w:rPr>
          <w:sz w:val="20"/>
        </w:rPr>
        <w:t>1:04:57  to body mein ek system hai jo is ko purify karta rehta hai. kidney isi kaam ko karta hai. to is ka koi bill, nahi,</w:t>
      </w:r>
      <w:r>
        <w:br/>
      </w:r>
      <w:r>
        <w:rPr>
          <w:sz w:val="20"/>
        </w:rPr>
        <w:t>1:05:11  70 arab to woh door ke paas 70 paisa bhi nahi. is tarah mein ne revive kiya apne faith ko, Allah ki glory ko yaad kiya mein ne.</w:t>
      </w:r>
      <w:r>
        <w:br/>
      </w:r>
      <w:r>
        <w:rPr>
          <w:sz w:val="20"/>
        </w:rPr>
        <w:t>1:05:22  to yaad rakhiye, yeh revive karne ka jo kaam hai, woh active life hi ke andar hota rehta hai.</w:t>
      </w:r>
      <w:r>
        <w:br/>
      </w:r>
      <w:r>
        <w:rPr>
          <w:sz w:val="20"/>
        </w:rPr>
        <w:t>1:05:31  bachte hain ke aap bachte hain. bachte hain ke you are intellectual and awaken person. it requires intellectual awakening, nothing else.</w:t>
      </w:r>
    </w:p>
    <w:p>
      <w:pPr>
        <w:pStyle w:val="Heading2"/>
      </w:pPr>
      <w:r>
        <w:t>Meaning of paradise under mother's feet</w:t>
      </w:r>
    </w:p>
    <w:p>
      <w:r>
        <w:rPr>
          <w:color w:val="666666"/>
          <w:sz w:val="18"/>
        </w:rPr>
        <w:t>Hadith · Revival and Revivalist June 7, 2015 · 54s · at 57:32 · https://youtu.be/MCY8AJ87BXc?t=3452</w:t>
      </w:r>
    </w:p>
    <w:p>
      <w:r>
        <w:rPr>
          <w:i/>
        </w:rPr>
        <w:t>“Please explain the meaning of the saying 'Paradise lies under the feet of mothers.' If taken literally, it seems wrong.”</w:t>
      </w:r>
    </w:p>
    <w:p>
      <w:r>
        <w:rPr>
          <w:sz w:val="20"/>
        </w:rPr>
        <w:t>57:32  yeh yeh hai dono ka farq. Maulana, yeh agla sawal kiya hai? Mahtab sahib ne Dhampur se. Maulana sahib, maa ke pairon ke neeche jannat hai.</w:t>
      </w:r>
      <w:r>
        <w:br/>
      </w:r>
      <w:r>
        <w:rPr>
          <w:sz w:val="20"/>
        </w:rPr>
        <w:t>57:44  please expl</w:t>
      </w:r>
      <w:r>
        <w:br/>
      </w:r>
      <w:r>
        <w:rPr>
          <w:sz w:val="20"/>
        </w:rPr>
        <w:t>57:45  ain. yeh yeh to ek yani maa ke pairon ke jannat hai. is ki koi yani is ka lafzi mani mein koi le lein to yeh bilkul galat hai.</w:t>
      </w:r>
      <w:r>
        <w:br/>
      </w:r>
      <w:r>
        <w:rPr>
          <w:sz w:val="20"/>
        </w:rPr>
        <w:t>57:57  woh aik usoolon pe kerne ka ke barhon ki barhon ki khidmat karo. Maa baap bhi barhon mein shamil hain, barhon mein se hotay hain.</w:t>
      </w:r>
      <w:r>
        <w:br/>
      </w:r>
      <w:r>
        <w:rPr>
          <w:sz w:val="20"/>
        </w:rPr>
        <w:t>58:07  Maa barhon ki khidmat karo, barhon ka adab karo, barhon se naseehat lo.</w:t>
      </w:r>
      <w:r>
        <w:br/>
      </w:r>
      <w:r>
        <w:rPr>
          <w:sz w:val="20"/>
        </w:rPr>
        <w:t>58:13  baqi aisa nahi ke bas is ke paon ke neeche jannat hai. Ab maa ne kaha jannat mile gi, nahi kaha jannat nahi mile gi. Yeh sab is ka talluq deen se kuch bhi nahi hai.</w:t>
      </w:r>
    </w:p>
    <w:p>
      <w:pPr>
        <w:pStyle w:val="Heading2"/>
      </w:pPr>
      <w:r>
        <w:t>Meaning of rewards for Quran recitation</w:t>
      </w:r>
    </w:p>
    <w:p>
      <w:r>
        <w:rPr>
          <w:color w:val="666666"/>
          <w:sz w:val="18"/>
        </w:rPr>
        <w:t>Hadith · The Crises Management September 18, 2011 · 2m 22s · at 1:15:10 · https://youtu.be/s3cYFtQZwzw?t=4510</w:t>
      </w:r>
    </w:p>
    <w:p>
      <w:r>
        <w:rPr>
          <w:i/>
        </w:rPr>
        <w:t>“Mawlana, there is a hadith about reciting the Quran that for each letter one gets thirty rewards. Does this hadith mean that we only earn thirty rewards for each letter, or is this a style of speaking, meaning the reward is for the spirit, not the letter?”</w:t>
      </w:r>
    </w:p>
    <w:p>
      <w:r>
        <w:rPr>
          <w:sz w:val="20"/>
        </w:rPr>
        <w:t>1:15:10  maulana abdul basit umri ne doha qatar se sawal kiya hai unhon ne likha hai maulana quran majeed ki tilawat ke baray mein hadith hai ke aik aik harf par tees tees nekiyaan milein gi maulana kya is hadith ka matlab sirf aik aik harf par tees tees nekiyaan kamana hai</w:t>
      </w:r>
      <w:r>
        <w:br/>
      </w:r>
      <w:r>
        <w:rPr>
          <w:sz w:val="20"/>
        </w:rPr>
        <w:t>1:15:37  yeh aik usloob hai kehne ka</w:t>
      </w:r>
      <w:r>
        <w:br/>
      </w:r>
      <w:r>
        <w:rPr>
          <w:sz w:val="20"/>
        </w:rPr>
        <w:t>1:15:41  yani iska matlab nahi ke is harf par neki hai is is spirit par neki hai</w:t>
      </w:r>
      <w:r>
        <w:br/>
      </w:r>
      <w:r>
        <w:rPr>
          <w:sz w:val="20"/>
        </w:rPr>
        <w:t>1:15:47  yani jaise alhamdulillah hai alhamdulillah rabbil alameen is mein kuch harf hain to is par kaha jaye ke</w:t>
      </w:r>
      <w:r>
        <w:br/>
      </w:r>
      <w:r>
        <w:rPr>
          <w:sz w:val="20"/>
        </w:rPr>
        <w:t>1:15:56  itna neki milegi iska matlab nahi ke in harfon ko ada karne par balkeh alhamdulillah rabb</w:t>
      </w:r>
      <w:r>
        <w:br/>
      </w:r>
      <w:r>
        <w:rPr>
          <w:sz w:val="20"/>
        </w:rPr>
        <w:t>1:16:01  alameen ki jo spirit hai is is spirit ke sath apne andar is ko utaren hum aur is is</w:t>
      </w:r>
      <w:r>
        <w:br/>
      </w:r>
      <w:r>
        <w:rPr>
          <w:sz w:val="20"/>
        </w:rPr>
        <w:t>1:16:08  cheez ke sath kar saken woh bhi itni zyada neki hai woh kehne ka ek usloob hai ke</w:t>
      </w:r>
      <w:r>
        <w:br/>
      </w:r>
      <w:r>
        <w:rPr>
          <w:sz w:val="20"/>
        </w:rPr>
        <w:t>1:16:14  aap ne harfon ka ke reference mein woh baat kahi harfon reference ke baghair bhi keh sakte hain</w:t>
      </w:r>
      <w:r>
        <w:br/>
      </w:r>
      <w:r>
        <w:rPr>
          <w:sz w:val="20"/>
        </w:rPr>
        <w:t>1:16:19  jaise aur hadith hain jahan harfon ka reference nahi hai</w:t>
      </w:r>
      <w:r>
        <w:br/>
      </w:r>
      <w:r>
        <w:rPr>
          <w:sz w:val="20"/>
        </w:rPr>
        <w:t>1:16:23  to harfon ke reference mein ek haqeeqat ko bataya gaya hai</w:t>
      </w:r>
      <w:r>
        <w:br/>
      </w:r>
      <w:r>
        <w:rPr>
          <w:sz w:val="20"/>
        </w:rPr>
        <w:t>1:16:26  bas ke das harf par neki hai aik tareeqa kehne ka yeh hai aik aap yeh kahein ke bhai is kalma ko ada karne par neki hai</w:t>
      </w:r>
      <w:r>
        <w:br/>
      </w:r>
      <w:r>
        <w:rPr>
          <w:sz w:val="20"/>
        </w:rPr>
        <w:t>1:16:37  donon ko farq nahi hai reference ka farq hai sirf aik jagah aap ne kalma ka reference diya aik jagah harfon ka reference de diya</w:t>
      </w:r>
      <w:r>
        <w:br/>
      </w:r>
      <w:r>
        <w:rPr>
          <w:sz w:val="20"/>
        </w:rPr>
        <w:t>1:16:48  harf matlab letters</w:t>
      </w:r>
      <w:r>
        <w:br/>
      </w:r>
      <w:r>
        <w:rPr>
          <w:sz w:val="20"/>
        </w:rPr>
        <w:t>1:16:54  maulana abhi abhi aik sawal aya hai poochne wale ka naam hai mister arif jilani unhon ne apni location nahi batayi hai</w:t>
      </w:r>
      <w:r>
        <w:br/>
      </w:r>
      <w:r>
        <w:rPr>
          <w:sz w:val="20"/>
        </w:rPr>
        <w:t>1:17:02  unka sawal yeh hai</w:t>
      </w:r>
      <w:r>
        <w:br/>
      </w:r>
      <w:r>
        <w:rPr>
          <w:sz w:val="20"/>
        </w:rPr>
        <w:t>1:17:04  woh likh rahe hain ke molana tahir ul qadri of pakistan ne haal hi mein ek lecture mein kaha</w:t>
      </w:r>
      <w:r>
        <w:br/>
      </w:r>
      <w:r>
        <w:rPr>
          <w:sz w:val="20"/>
        </w:rPr>
        <w:t>1:17:11  ke sirf dawat hi asal maqsad hai islam ko phailane ka agarche pehle woh kuch aur kehte the</w:t>
      </w:r>
      <w:r>
        <w:br/>
      </w:r>
      <w:r>
        <w:rPr>
          <w:sz w:val="20"/>
        </w:rPr>
        <w:t>1:17:20  is se pata chalta hai ke ab ulama ka mizaj bhi badal raha hai aap ki kya rai</w:t>
      </w:r>
      <w:r>
        <w:br/>
      </w:r>
      <w:r>
        <w:rPr>
          <w:sz w:val="20"/>
        </w:rPr>
        <w:t>1:17:26  hai badal raha hai to acha hai aur is mein rai ki baat kya hai</w:t>
      </w:r>
    </w:p>
    <w:p>
      <w:pPr>
        <w:pStyle w:val="Heading2"/>
      </w:pPr>
      <w:r>
        <w:t>Meaning of sleeping in morning stopping rizq</w:t>
      </w:r>
    </w:p>
    <w:p>
      <w:r>
        <w:rPr>
          <w:color w:val="666666"/>
          <w:sz w:val="18"/>
        </w:rPr>
        <w:t>Hadith · From The Spiritual Tree September 8, 2013 · 1m 55s · at 56:45 · https://youtu.be/Vv6vf2N8YQA?t=3405</w:t>
      </w:r>
    </w:p>
    <w:p>
      <w:r>
        <w:rPr>
          <w:i/>
        </w:rPr>
        <w:t>“A tradition says that sleeping in the morning stops sustenance (rizq). What does this mean?”</w:t>
      </w:r>
    </w:p>
    <w:p>
      <w:r>
        <w:rPr>
          <w:sz w:val="20"/>
        </w:rPr>
        <w:t>56:45  maulana yeh agla sawal aya hai jameel ahmad sahab ka dilli se. ek riwayat mein bataya gaya hai ke subah ko sona rizq ko rok deta hai.</w:t>
      </w:r>
      <w:r>
        <w:br/>
      </w:r>
      <w:r>
        <w:rPr>
          <w:sz w:val="20"/>
        </w:rPr>
        <w:t>56:58  iska matlab kya hai?</w:t>
      </w:r>
      <w:r>
        <w:br/>
      </w:r>
      <w:r>
        <w:rPr>
          <w:sz w:val="20"/>
        </w:rPr>
        <w:t>57:07  dekhen rizq ke maani yahan par paisa nahi hai. rizq ke maani hain yani allah ke jo taraf se jo aata hai rizq woh murad hai.</w:t>
      </w:r>
      <w:r>
        <w:br/>
      </w:r>
      <w:r>
        <w:rPr>
          <w:sz w:val="20"/>
        </w:rPr>
        <w:t>57:20  to asal mein aur bhi doosri hadeesein hain is hisse mein.</w:t>
      </w:r>
      <w:r>
        <w:br/>
      </w:r>
      <w:r>
        <w:rPr>
          <w:sz w:val="20"/>
        </w:rPr>
        <w:t>57:24  to islam ke mutabiq sahi tareeqa yeh hai ke aadmi isha ke baad foran so jaye aur fajar ke baad dobara na soye woh.</w:t>
      </w:r>
      <w:r>
        <w:br/>
      </w:r>
      <w:r>
        <w:rPr>
          <w:sz w:val="20"/>
        </w:rPr>
        <w:t>57:37  kyun ke behtareen waqt woh hota hai. fajar ke baad ka jo waqt hai woh behtareen waqt hai. is waqt aap acha soch sakte hain, acha mutala kar sakte hain, achi planning kar sakte hain.</w:t>
      </w:r>
      <w:r>
        <w:br/>
      </w:r>
      <w:r>
        <w:rPr>
          <w:sz w:val="20"/>
        </w:rPr>
        <w:t>57:48  to is ko aap kho dete hain sone agar sote hain to.</w:t>
      </w:r>
      <w:r>
        <w:br/>
      </w:r>
      <w:r>
        <w:rPr>
          <w:sz w:val="20"/>
        </w:rPr>
        <w:t>57:51  yani fajar ke baad jo aadmi sota hai ya subah ko jo sota hai woh be allah ne jo apne naam fitrat ke tehat is ko jo behtareen waqt diya tha golden time use isi ko kho deta hai woh.</w:t>
      </w:r>
      <w:r>
        <w:br/>
      </w:r>
      <w:r>
        <w:rPr>
          <w:sz w:val="20"/>
        </w:rPr>
        <w:t>58:10  isi liye hum apni tip mein logon ko yeh kehte hain ke aap log is formula ka pakrein jo bohat hi mashhoor formula hai ke early to bed early to rise.</w:t>
      </w:r>
      <w:r>
        <w:br/>
      </w:r>
      <w:r>
        <w:rPr>
          <w:sz w:val="20"/>
        </w:rPr>
        <w:t>58:24  sawere soiye aur sawere uthiye. yeh formula yeh sirf secular formula nahi hai balkeh hi islam ka formula bhi hai.</w:t>
      </w:r>
      <w:r>
        <w:br/>
      </w:r>
      <w:r>
        <w:rPr>
          <w:sz w:val="20"/>
        </w:rPr>
        <w:t>58:35  early to bed early to rise.</w:t>
      </w:r>
    </w:p>
    <w:p>
      <w:pPr>
        <w:pStyle w:val="Heading2"/>
      </w:pPr>
      <w:r>
        <w:t>Meaning of wisdom being lost property of believer</w:t>
      </w:r>
    </w:p>
    <w:p>
      <w:r>
        <w:rPr>
          <w:color w:val="666666"/>
          <w:sz w:val="18"/>
        </w:rPr>
        <w:t>Hadith · Realization of God May 07, 2017 Maulana Wahiduddin Khan · 1m 38s · at 46:03 · https://youtu.be/sXmJShRfWKs?t=2763</w:t>
      </w:r>
    </w:p>
    <w:p>
      <w:r>
        <w:rPr>
          <w:i/>
        </w:rPr>
        <w:t>“What is meant by 'Al-Hikmatu dhallatu al-mu'min'? Explain it. It means wisdom is the lost property of a believer, that people accept from their own but not from others.”</w:t>
      </w:r>
    </w:p>
    <w:p>
      <w:r>
        <w:rPr>
          <w:sz w:val="20"/>
        </w:rPr>
        <w:t>46:03  Maulana ab sawal lena chahenge pehla sawal bheja hai Miss Shabana Ansari ne Pakistan se unhon ne</w:t>
      </w:r>
      <w:r>
        <w:br/>
      </w:r>
      <w:r>
        <w:rPr>
          <w:sz w:val="20"/>
        </w:rPr>
        <w:t>46:12  likha hai keh al hikmat zalim al momin se kya murad hai is ke baray mein batayen</w:t>
      </w:r>
      <w:r>
        <w:br/>
      </w:r>
      <w:r>
        <w:rPr>
          <w:sz w:val="20"/>
        </w:rPr>
        <w:t>46:28  is ka matlab yeh hai ke wisdom momin ka khoya hua saman hai yani yeh jo log logon ke andar hai ke apne logon se koi baat mile to lete hain wahi baat doosron se aave to nahi lenge</w:t>
      </w:r>
      <w:r>
        <w:br/>
      </w:r>
      <w:r>
        <w:rPr>
          <w:sz w:val="20"/>
        </w:rPr>
        <w:t>46:51  yeh galat mizaj hai taassub ka mizaj hai taassub ka koi achi baat chahe Israel se aa rahi hai America se aa rahi hai kahin se aa rahi hai is ko liijiye is ko achi baat apne aap mein achi baat hai kahin se aa rahi hai yeh is ka lehaz nahi karna hai</w:t>
      </w:r>
      <w:r>
        <w:br/>
      </w:r>
      <w:r>
        <w:rPr>
          <w:sz w:val="20"/>
        </w:rPr>
        <w:t>47:12  matlab ke momin ka mizaj bataya gaya hai is mein momin ka mizaj</w:t>
      </w:r>
      <w:r>
        <w:br/>
      </w:r>
      <w:r>
        <w:rPr>
          <w:sz w:val="20"/>
        </w:rPr>
        <w:t>47:20  momin ka mizaj keh momin ke mizaj mein taassub nahi hota</w:t>
      </w:r>
      <w:r>
        <w:br/>
      </w:r>
      <w:r>
        <w:rPr>
          <w:sz w:val="20"/>
        </w:rPr>
        <w:t>47:24  momin ke mizaj mein apne aur ghair ka concept nahi hota momin ke mizaj mein universality hoti hai</w:t>
      </w:r>
      <w:r>
        <w:br/>
      </w:r>
      <w:r>
        <w:rPr>
          <w:sz w:val="20"/>
        </w:rPr>
        <w:t>47:34  wo cheezon ko dekhte hi apna leta hai koi taassub is ke liye rukawat nahi banta yeh matlab</w:t>
      </w:r>
    </w:p>
    <w:p>
      <w:pPr>
        <w:pStyle w:val="Heading2"/>
      </w:pPr>
      <w:r>
        <w:t>Meaning of worship in youth hadith</w:t>
      </w:r>
    </w:p>
    <w:p>
      <w:r>
        <w:rPr>
          <w:color w:val="666666"/>
          <w:sz w:val="18"/>
        </w:rPr>
        <w:t>Hadith · Concept of Death in Islam 26th Aug 12 SLOW · 2m 24s · at 31:13 · https://youtu.be/8dsos0OBM6M?t=1873</w:t>
      </w:r>
    </w:p>
    <w:p>
      <w:r>
        <w:rPr>
          <w:i/>
        </w:rPr>
        <w:t>“A hadith says that the young person who spent his life in the worship of God will be given a place in the shade of the Throne on the Day of Judgment. What is the meaning of this hadith? Especially, what does it mean to spend one's life in the worship of God?”</w:t>
      </w:r>
    </w:p>
    <w:p>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r>
        <w:br/>
      </w:r>
      <w:r>
        <w:rPr>
          <w:sz w:val="20"/>
        </w:rPr>
        <w:t>31:41  is ke alfaaz hain ke is mein aik sab al nasha fi ibadat Allah.</w:t>
      </w:r>
      <w:r>
        <w:br/>
      </w:r>
      <w:r>
        <w:rPr>
          <w:sz w:val="20"/>
        </w:rPr>
        <w:t>31:47  asal mein dekhen, yeh koi mysterious baat nahi hai.</w:t>
      </w:r>
      <w:r>
        <w:br/>
      </w:r>
      <w:r>
        <w:rPr>
          <w:sz w:val="20"/>
        </w:rPr>
        <w:t>31:53  hamari zindagi ka jo life span hai, is mein shuru mein bachpan hai, baad ko barhapa hai, beech</w:t>
      </w:r>
      <w:r>
        <w:br/>
      </w:r>
      <w:r>
        <w:rPr>
          <w:sz w:val="20"/>
        </w:rPr>
        <w:t>32:00  mein youth age hai.</w:t>
      </w:r>
      <w:r>
        <w:br/>
      </w:r>
      <w:r>
        <w:rPr>
          <w:sz w:val="20"/>
        </w:rPr>
        <w:t>32:06  hamara sab se bara asset woh youth age hota hai.</w:t>
      </w:r>
      <w:r>
        <w:br/>
      </w:r>
      <w:r>
        <w:rPr>
          <w:sz w:val="20"/>
        </w:rPr>
        <w:t>32:13  bachpan mein koi bara kaam aap nahi kar sakte, bachay to immature hote hain.</w:t>
      </w:r>
      <w:r>
        <w:br/>
      </w:r>
      <w:r>
        <w:rPr>
          <w:sz w:val="20"/>
        </w:rPr>
        <w:t>32:19  aap jawani mein poori maturity par hote hain, aap ab barhapay mein degeneration ho chuka hota hai.</w:t>
      </w:r>
      <w:r>
        <w:br/>
      </w:r>
      <w:r>
        <w:rPr>
          <w:sz w:val="20"/>
        </w:rPr>
        <w:t>32:26  to yeh jo behtareen umar hai, aap ki jo best part of our age hai, aap ki zindagi</w:t>
      </w:r>
      <w:r>
        <w:br/>
      </w:r>
      <w:r>
        <w:rPr>
          <w:sz w:val="20"/>
        </w:rPr>
        <w:t>32:32  ke jo saal hain, un ka jo sab se acha achay saal hain, is mein agar aap ne</w:t>
      </w:r>
      <w:r>
        <w:br/>
      </w:r>
      <w:r>
        <w:rPr>
          <w:sz w:val="20"/>
        </w:rPr>
        <w:t>32:39  Allah ka kaam kiya to zahir hai ke Allah ka bohat bara darja milega aap ko.</w:t>
      </w:r>
      <w:r>
        <w:br/>
      </w:r>
      <w:r>
        <w:rPr>
          <w:sz w:val="20"/>
        </w:rPr>
        <w:t>32:45  yeh yahi matlab hai is ka.</w:t>
      </w:r>
      <w:r>
        <w:br/>
      </w:r>
      <w:r>
        <w:rPr>
          <w:sz w:val="20"/>
        </w:rPr>
        <w:t>32:51  to jo best part hamari life ka hai, us ko hamein batana chahiye Allah ke kaam mein, Allah</w:t>
      </w:r>
      <w:r>
        <w:br/>
      </w:r>
      <w:r>
        <w:rPr>
          <w:sz w:val="20"/>
        </w:rPr>
        <w:t>32:58  ki marzi pe chalne mein, taake tab ziyada se ziyada reward wahan mile hamein.</w:t>
      </w:r>
      <w:r>
        <w:br/>
      </w:r>
      <w:r>
        <w:rPr>
          <w:sz w:val="20"/>
        </w:rPr>
        <w:t>33:04  kyun ke na to bachpan mein aap koi bara kaam kar sakte, na barhapay mein kar sakte.</w:t>
      </w:r>
      <w:r>
        <w:br/>
      </w:r>
      <w:r>
        <w:rPr>
          <w:sz w:val="20"/>
        </w:rPr>
        <w:t>33:11  wahi to hai asal kaam karne ka zamana, bara kaam karne ka zamana.</w:t>
      </w:r>
      <w:r>
        <w:br/>
      </w:r>
      <w:r>
        <w:rPr>
          <w:sz w:val="20"/>
        </w:rPr>
        <w:t>33:17  to is hadith ka matlab hai ke yeh jo Allah ne tum ko diya hai, zamana jawani wala,</w:t>
      </w:r>
      <w:r>
        <w:br/>
      </w:r>
      <w:r>
        <w:rPr>
          <w:sz w:val="20"/>
        </w:rPr>
        <w:t>33:24  is mein ziyada se ziyada is ko istemal karo Allah ke Allah ke kaam mein, taake wahan ziyada</w:t>
      </w:r>
      <w:r>
        <w:br/>
      </w:r>
      <w:r>
        <w:rPr>
          <w:sz w:val="20"/>
        </w:rPr>
        <w:t>33:30  se ziyada reward pao.</w:t>
      </w:r>
      <w:r>
        <w:br/>
      </w:r>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p>
    <w:p>
      <w:pPr>
        <w:pStyle w:val="Heading2"/>
      </w:pPr>
      <w:r>
        <w:t>Paradise under mother's feet</w:t>
      </w:r>
    </w:p>
    <w:p>
      <w:r>
        <w:rPr>
          <w:color w:val="666666"/>
          <w:sz w:val="18"/>
        </w:rPr>
        <w:t>Hadith · Revival and Revivalist | June 7, 2015 · 54s · at 57:50 · https://youtu.be/tJqheiPlZ94?t=3470</w:t>
      </w:r>
    </w:p>
    <w:p>
      <w:r>
        <w:rPr>
          <w:i/>
        </w:rPr>
        <w:t>“Maulana, 'Paradise lies under the feet of the mother.' Please explain. If someone takes this literally, it is completely wrong. It is a principle to serve elders, and parents are among the elders.”</w:t>
      </w:r>
    </w:p>
    <w:p>
      <w:r>
        <w:rPr>
          <w:sz w:val="20"/>
        </w:rPr>
        <w:t>57:50  hai. maulana, yeh agla sawal kiya hai mehtab sahab ne dhampur se. maulana sahab, maa ke pairon ke neeche jannat hai. please explain. yeh yeh to ek maa ke pairon ke jannat hai. is ki koi is ka lafzi maani mein koi le le to bilkul galat hai. woh ek usoolon pe karne ka ke baron ki baron ki khidmat karo. maa baap bhi baron mein shamil</w:t>
      </w:r>
      <w:r>
        <w:br/>
      </w:r>
      <w:r>
        <w:rPr>
          <w:sz w:val="20"/>
        </w:rPr>
        <w:t>58:20  hain.</w:t>
      </w:r>
      <w:r>
        <w:br/>
      </w:r>
      <w:r>
        <w:rPr>
          <w:sz w:val="20"/>
        </w:rPr>
        <w:t>58:22  badon mein se hote hain.</w:t>
      </w:r>
      <w:r>
        <w:br/>
      </w:r>
      <w:r>
        <w:rPr>
          <w:sz w:val="20"/>
        </w:rPr>
        <w:t>58:25  badon ki khidmat karo.</w:t>
      </w:r>
      <w:r>
        <w:br/>
      </w:r>
      <w:r>
        <w:rPr>
          <w:sz w:val="20"/>
        </w:rPr>
        <w:t>58:28  badon ka adab karo.</w:t>
      </w:r>
      <w:r>
        <w:br/>
      </w:r>
      <w:r>
        <w:rPr>
          <w:sz w:val="20"/>
        </w:rPr>
        <w:t>58:31  badon se naseehat lo.</w:t>
      </w:r>
      <w:r>
        <w:br/>
      </w:r>
      <w:r>
        <w:rPr>
          <w:sz w:val="20"/>
        </w:rPr>
        <w:t>58:33  baqi aisa nahi ke uske paon ke neeche jannat hai.</w:t>
      </w:r>
      <w:r>
        <w:br/>
      </w:r>
      <w:r>
        <w:rPr>
          <w:sz w:val="20"/>
        </w:rPr>
        <w:t>58:36  ab maan ne keh diya jannat mein le gaye.</w:t>
      </w:r>
      <w:r>
        <w:br/>
      </w:r>
      <w:r>
        <w:rPr>
          <w:sz w:val="20"/>
        </w:rPr>
        <w:t>58:39  nahi kaha jannat nahi milegi.</w:t>
      </w:r>
      <w:r>
        <w:br/>
      </w:r>
      <w:r>
        <w:rPr>
          <w:sz w:val="20"/>
        </w:rPr>
        <w:t>58:41  yeh sab iska taluq deen se kuch bhi nahi.</w:t>
      </w:r>
    </w:p>
    <w:p>
      <w:pPr>
        <w:pStyle w:val="Heading2"/>
      </w:pPr>
      <w:r>
        <w:t>Preparing for Old Age in Youth</w:t>
      </w:r>
    </w:p>
    <w:p>
      <w:r>
        <w:rPr>
          <w:color w:val="666666"/>
          <w:sz w:val="18"/>
        </w:rPr>
        <w:t>Hadith · Importance of Creative Thinking December 11, 2011 · 2m 43s · at 1:40:59 · https://youtu.be/jfML9Arb0S4?t=6059</w:t>
      </w:r>
    </w:p>
    <w:p>
      <w:r>
        <w:rPr>
          <w:i/>
        </w:rPr>
        <w:t>“There is a Hadith: 'Let the one among you who is youthful prepare for his old age.' Please explain the meaning of this Hadith.”</w:t>
      </w:r>
    </w:p>
    <w:p>
      <w:r>
        <w:rPr>
          <w:sz w:val="20"/>
        </w:rPr>
        <w:t>1:40:59  ah Maulana, agla sawal aya hai Mr Mumtaz Alam ka Delhi se. unhon ne likha hai: "Hadith mein aya hai ke falyazawwad abdun min shababih li kibratih." is hadith ka matlab wazeh farmayen.</w:t>
      </w:r>
      <w:r>
        <w:br/>
      </w:r>
      <w:r>
        <w:rPr>
          <w:sz w:val="20"/>
        </w:rPr>
        <w:t>1:41:17  yani apni jawani se apni barhape ke liye ah zakhira karna. is ka matlab yeh hai to jab aadmi jawani ki umar mein hota hai to us ke andar zyada energy hoti hai,</w:t>
      </w:r>
      <w:r>
        <w:br/>
      </w:r>
      <w:r>
        <w:rPr>
          <w:sz w:val="20"/>
        </w:rPr>
        <w:t>1:41:33  zyada us ke andar taqat hoti hai. to aadmi ko chahiye ke jawani ki umar ko avail karen.</w:t>
      </w:r>
      <w:r>
        <w:br/>
      </w:r>
      <w:r>
        <w:rPr>
          <w:sz w:val="20"/>
        </w:rPr>
        <w:t>1:41:39  jawani ki umar ek opportunity hai, ek mauqa hai. is ko avail karo kyunke barhape mein to tumhari taqat nahi rahe gi. baqi kya karo ge?</w:t>
      </w:r>
      <w:r>
        <w:br/>
      </w:r>
      <w:r>
        <w:rPr>
          <w:sz w:val="20"/>
        </w:rPr>
        <w:t>1:41:49  yeh matlab is ka hai ke Allah taala jawani ki umar deta hai insan ko to bohat energy hoti hai is jawani mein. jaise main jawani ke umar mein kaha karta tha ke main kankar ke upar bhi sound sleep le sakta hoon.</w:t>
      </w:r>
      <w:r>
        <w:br/>
      </w:r>
      <w:r>
        <w:rPr>
          <w:sz w:val="20"/>
        </w:rPr>
        <w:t>1:42:07  yani kankar ho, wahan koi bhi bistar na ho, is mein mujhe lita dijiye. aap na takiya ho, na kuch ho to main sound sleep le sakta hoon. wahan aaj main aisa nahi kar sakta.</w:t>
      </w:r>
      <w:r>
        <w:br/>
      </w:r>
      <w:r>
        <w:rPr>
          <w:sz w:val="20"/>
        </w:rPr>
        <w:t>1:42:18  to yeh bilkul nature ka mamla hai ke jawani ke umar mein aap ke andar bohat energy hoti hai. to is ko aap fazool zaya na karen.</w:t>
      </w:r>
      <w:r>
        <w:br/>
      </w:r>
      <w:r>
        <w:rPr>
          <w:sz w:val="20"/>
        </w:rPr>
        <w:t>1:42:29  yani is energy ko zaya na karen tafreeh mein, yani aise kamon mein jis ka taluq aap ki akhirat se na ho, jis jis ka taluq aap ke yani eternal life se na ho.</w:t>
      </w:r>
      <w:r>
        <w:br/>
      </w:r>
      <w:r>
        <w:rPr>
          <w:sz w:val="20"/>
        </w:rPr>
        <w:t>1:42:42  yeh matlab hai is ka. Okay, we will end the session here. Thank you.</w:t>
      </w:r>
    </w:p>
    <w:p>
      <w:pPr>
        <w:pStyle w:val="Heading2"/>
      </w:pPr>
      <w:r>
        <w:t>Principle to distinguish authentic hadith textually</w:t>
      </w:r>
    </w:p>
    <w:p>
      <w:r>
        <w:rPr>
          <w:color w:val="666666"/>
          <w:sz w:val="18"/>
        </w:rPr>
        <w:t>Hadith · Quran A Miracle June 01, 2014 · 2m 28s · at 1:08:36 · https://youtu.be/8KM3lDsj4PY?t=4116</w:t>
      </w:r>
    </w:p>
    <w:p>
      <w:r>
        <w:rPr>
          <w:i/>
        </w:rPr>
        <w:t>“Maulana, in hadith there are strange things mentioned about the Prophet that upon hearing seem impossible to be his words. If we do not accept such hadith, scholars consider us deniers of hadith. Please give a principle by which we can understand what a correct hadith is. Scholars only know the authenticity through the chain. How can we know the authenticity of the text? Please explain.”</w:t>
      </w:r>
    </w:p>
    <w:p>
      <w:r>
        <w:rPr>
          <w:sz w:val="20"/>
        </w:rPr>
        <w:t>1:08:36  molana agla sawal bangalore se hai. faseehullah sahib ne kiya hai. unhon ne likha hai ke molana hadith mein rasool allah ke hawale se aisi ajeeb baatein aayi hain jise sunte hi lagta hai ke rasool allah ka kalam nahin ho sakta.</w:t>
      </w:r>
      <w:r>
        <w:br/>
      </w:r>
      <w:r>
        <w:rPr>
          <w:sz w:val="20"/>
        </w:rPr>
        <w:t>1:08:55  agar hum is tarah ki hadith ko nahin mante hain to ulama hum ko munkireen hadith samajh lete hain. molana ek usool batayein ke hum samajh sakein ke sahi hadith kya hai.</w:t>
      </w:r>
      <w:r>
        <w:br/>
      </w:r>
      <w:r>
        <w:rPr>
          <w:sz w:val="20"/>
        </w:rPr>
        <w:t>1:09:10  ulama sirf sanad ki hadith ki sehat ko jante hain. hum text ki sehat ko kaise janein? is ke baray mein batayein.</w:t>
      </w:r>
      <w:r>
        <w:br/>
      </w:r>
      <w:r>
        <w:rPr>
          <w:sz w:val="20"/>
        </w:rPr>
        <w:t>1:09:20  nahin aap ne sahi ulama ki sahi numaindagi nahin ki hai. yeh mere nazdeek durust nahin hai yeh baat. aur hadith ki ahmiyat bilashuba bohat hi zyada hai deen mein.</w:t>
      </w:r>
      <w:r>
        <w:br/>
      </w:r>
      <w:r>
        <w:rPr>
          <w:sz w:val="20"/>
        </w:rPr>
        <w:t>1:09:36  hadith ke baghair deen deen hi nahin hoga. to is silsile mein mein sirf yeh keh sakta hoon ke aap hamara jo parcha hai december ka jo hadisi par tha wo is ko aap parhiye.</w:t>
      </w:r>
      <w:r>
        <w:br/>
      </w:r>
      <w:r>
        <w:rPr>
          <w:sz w:val="20"/>
        </w:rPr>
        <w:t>1:09:51  december do hazar terah ka jo hamara mahana hamara risala hai wo sara ka sara hadith par hai. ab hadisi par ek aur hum ne shumarah tayyar kiya hai.</w:t>
      </w:r>
      <w:r>
        <w:br/>
      </w:r>
      <w:r>
        <w:rPr>
          <w:sz w:val="20"/>
        </w:rPr>
        <w:t>1:10:01  woh bhi ek poora ek shumarah hai woh bhi chhapega ek do mahine mein. is ko bhi parhiye aap. aap ne jo ulama ke bare mein kaha hai woh sahi mein nahin samajhta is ko.</w:t>
      </w:r>
      <w:r>
        <w:br/>
      </w:r>
      <w:r>
        <w:rPr>
          <w:sz w:val="20"/>
        </w:rPr>
        <w:t>1:10:13  yeh galat fehmi ki baat hai. phir bhi is masle ki wazahat ke liye aap hamare yeh dono shumaray aur risale ko parhiye. molana yeh comment aaya hai doctor farida khanoom ka dilli se aur woh chahti hain ke aap is pe kahein apni baat.</w:t>
      </w:r>
      <w:r>
        <w:br/>
      </w:r>
      <w:r>
        <w:rPr>
          <w:sz w:val="20"/>
        </w:rPr>
        <w:t>1:10:29  un ka comment is tarike se hai ke muslims of today are not following sahaba model. sahaba dead not commit aggression.</w:t>
      </w:r>
      <w:r>
        <w:br/>
      </w:r>
      <w:r>
        <w:rPr>
          <w:sz w:val="20"/>
        </w:rPr>
        <w:t>1:10:39  they dead fight in self defence. sahaba dead not fight for worldly interest like position of some land etsetra.</w:t>
      </w:r>
      <w:r>
        <w:br/>
      </w:r>
      <w:r>
        <w:rPr>
          <w:sz w:val="20"/>
        </w:rPr>
        <w:t>1:10:49  they were engaged in dawah work peacefully.</w:t>
      </w:r>
      <w:r>
        <w:br/>
      </w:r>
      <w:r>
        <w:rPr>
          <w:sz w:val="20"/>
        </w:rPr>
        <w:t>1:10:54  only at times they had to do battle in self defence under the command of their ruler. they never indulged in guerrilla war.</w:t>
      </w:r>
    </w:p>
    <w:p>
      <w:pPr>
        <w:pStyle w:val="Heading2"/>
      </w:pPr>
      <w:r>
        <w:t>Prophet as pride and innovation</w:t>
      </w:r>
    </w:p>
    <w:p>
      <w:r>
        <w:rPr>
          <w:color w:val="666666"/>
          <w:sz w:val="18"/>
        </w:rPr>
        <w:t>Hadith · Freedom of Expression in Islam 30 Sept 2012 - Maulana Wahiduddin Khan · 41m 55s · at 16:27 · https://youtu.be/WLlXSyxX8Q4?t=987</w:t>
      </w:r>
    </w:p>
    <w:p>
      <w:r>
        <w:rPr>
          <w:i/>
        </w:rPr>
        <w:t>“Is the Prophet our pride and honour? Where is it written in the Quran and hadith? The hadith says: "Whoever introduces something new into this matter of ours that is not from it will have it rejected."”</w:t>
      </w:r>
    </w:p>
    <w:p>
      <w:r>
        <w:rPr>
          <w:sz w:val="20"/>
        </w:rPr>
        <w:t>16:27  ab sawal yeh hai ke kya paygambar hamara pride hai, hamara honour hai? to sawal yeh hai ke Quran mein kahan likha hai?</w:t>
      </w:r>
      <w:r>
        <w:br/>
      </w:r>
      <w:r>
        <w:rPr>
          <w:sz w:val="20"/>
        </w:rPr>
        <w:t>16:36  hadees mein kahan bataya gaya hai? hadees mein hai ke "man assa fi amrina</w:t>
      </w:r>
      <w:r>
        <w:br/>
      </w:r>
      <w:r>
        <w:rPr>
          <w:sz w:val="20"/>
        </w:rPr>
        <w:t>16:47  jo cheez islam mein na ho aur koi innovation ke tor par shamil kare to woh rejected hai, rejected."</w:t>
      </w:r>
      <w:r>
        <w:br/>
      </w:r>
      <w:r>
        <w:rPr>
          <w:sz w:val="20"/>
        </w:rPr>
        <w:t>16:57  to yeh concept rejected mana jaye ga, radd radd radd kar diya jaye ga. kyun? Quran mein is ke bar aks yeh hai: "laqad kana lakum fi rasoolillahi uswatun hasana,</w:t>
      </w:r>
      <w:r>
        <w:br/>
      </w:r>
      <w:r>
        <w:rPr>
          <w:sz w:val="20"/>
        </w:rPr>
        <w:t>17:11  laqad qaalakum fi rasool Allah hasan al-hasan. rasool Allah ke liye tumhare behtareen model uswa hai. uswa ka matlab model hai.</w:t>
      </w:r>
      <w:r>
        <w:br/>
      </w:r>
      <w:r>
        <w:rPr>
          <w:sz w:val="20"/>
        </w:rPr>
        <w:t>17:20  to rasool Allah hamare liye model hain, hamare liye pride nahi hain.</w:t>
      </w:r>
      <w:r>
        <w:br/>
      </w:r>
      <w:r>
        <w:rPr>
          <w:sz w:val="20"/>
        </w:rPr>
        <w:t>17:25  pride ka concept bilkul jahili concept hai, baseless hai. Islam mein koi aisi haqeeqat nahi ki, innovation hai. innovation: laqad qaalakum fi rasool Allah hasan al-hasan. to agar aap rasool Allah ko model manen to is se kya hoga?</w:t>
      </w:r>
      <w:r>
        <w:br/>
      </w:r>
      <w:r>
        <w:rPr>
          <w:sz w:val="20"/>
        </w:rPr>
        <w:t>17:45  follow karne ka maza aa jayega, follow karne ka. ab pride manen to ladne ladne ka maza aa jata hai. yeh sara</w:t>
      </w:r>
      <w:r>
        <w:br/>
      </w:r>
      <w:r>
        <w:rPr>
          <w:sz w:val="20"/>
        </w:rPr>
        <w:t>17:53  raaz to yeh bohat zyada sochne ki baat hai, yeh koi saada baat nahi hai,</w:t>
      </w:r>
      <w:r>
        <w:br/>
      </w:r>
      <w:r>
        <w:rPr>
          <w:sz w:val="20"/>
        </w:rPr>
        <w:t>18:02  yeh bohat zyada sochne ki baat hai. is par maine ek maqala likha hai, is mein maine yeh dikhaya hai ke yeh tasawwur jo hai, sat rasool ka jo tasawwur hai, yeh musalmanon mein do sau saal ke baad aaya hai, is se pehle nahi tha.</w:t>
      </w:r>
      <w:r>
        <w:br/>
      </w:r>
      <w:r>
        <w:rPr>
          <w:sz w:val="20"/>
        </w:rPr>
        <w:t>18:22  yani kab aaya hai? jab Muslim empire qaim hua, musalmanon ki bari bari saltanatain qaim huin. to is dauran mein jo tha culture, woh tha al-nas ala deen malokain.</w:t>
      </w:r>
      <w:r>
        <w:br/>
      </w:r>
      <w:r>
        <w:rPr>
          <w:sz w:val="20"/>
        </w:rPr>
        <w:t>18:37  log badshah ke mazhab par hote hain. jaise aap jante hain ke European badshah tha Constantine, woh jab Christian ho gaya to sara Europe Christian ho gaya.</w:t>
      </w:r>
      <w:r>
        <w:br/>
      </w:r>
      <w:r>
        <w:rPr>
          <w:sz w:val="20"/>
        </w:rPr>
        <w:t>18:52  Constantine first jab Christian ho gaya to sara Europe Christian ho gaya. is zamane mein yahi hota tha: raja, badshah, sardar, jis mazhab ko ikhtiyar kare, sab log isi mazhab ko lete hain.</w:t>
      </w:r>
      <w:r>
        <w:br/>
      </w:r>
      <w:r>
        <w:rPr>
          <w:sz w:val="20"/>
        </w:rPr>
        <w:t>19:07  to jab Muslim empire qaim hua to mass conversion hua, mass conversion.</w:t>
      </w:r>
      <w:r>
        <w:br/>
      </w:r>
      <w:r>
        <w:rPr>
          <w:sz w:val="20"/>
        </w:rPr>
        <w:t>19:15  ab yeh mass conversion hua jo hua tha ke beshumar log Islam mein dakhil ho gaye, to un ki tarbiyat nahi ho saki, education nahi ho saki.</w:t>
      </w:r>
      <w:r>
        <w:br/>
      </w:r>
      <w:r>
        <w:rPr>
          <w:sz w:val="20"/>
        </w:rPr>
        <w:t>19:25  to pichle khayalat ko le kar ke unhon ne Islam mein dakhil kar diya.</w:t>
      </w:r>
      <w:r>
        <w:br/>
      </w:r>
      <w:r>
        <w:rPr>
          <w:sz w:val="20"/>
        </w:rPr>
        <w:t>19:33  is tarah ki cheezen jo hain, yeh kya hain? Islam, Aisha, Afghan</w:t>
      </w:r>
      <w:r>
        <w:br/>
      </w:r>
      <w:r>
        <w:rPr>
          <w:sz w:val="20"/>
        </w:rPr>
        <w:t>19:38  Islam hain. yeh yani jahili zindagi jo un ki thi, pehle ki zindagi, is mein jo baton ko mante the, woh to taleem, taleem hui nahi, tarbiyat hui nahi, bas kalma padh liya,</w:t>
      </w:r>
      <w:r>
        <w:br/>
      </w:r>
      <w:r>
        <w:rPr>
          <w:sz w:val="20"/>
        </w:rPr>
        <w:t>19:53  kalma padh ke Islam mein dakhil ho gaye. mass conversion ka matlab yeh hota hai to pichli baton ko unhon ne Islam mein interpret kar diya, sirf naam badal kar.</w:t>
      </w:r>
      <w:r>
        <w:br/>
      </w:r>
      <w:r>
        <w:rPr>
          <w:sz w:val="20"/>
        </w:rPr>
        <w:t>20:06  to blasphemy ka concept Christian concept hai. is Christian concept ko ek Arabi lafz bol kar ke, sat ka lafz bol kar ke Islam mein dakhil kar diya.</w:t>
      </w:r>
      <w:r>
        <w:br/>
      </w:r>
      <w:r>
        <w:rPr>
          <w:sz w:val="20"/>
        </w:rPr>
        <w:t>20:18  jaise India mein aap dekhte hain ke yahan bhi mass conversion hua. to bohat si cheezen jo yeh log pehle jo un ki aadaten thin, jo rivaj the, is ko Islam mein dakhil kar diya.</w:t>
      </w:r>
      <w:r>
        <w:br/>
      </w:r>
      <w:r>
        <w:rPr>
          <w:sz w:val="20"/>
        </w:rPr>
        <w:t>20:29  unhon ne isi ko to bidat kehte hain.</w:t>
      </w:r>
      <w:r>
        <w:br/>
      </w:r>
      <w:r>
        <w:rPr>
          <w:sz w:val="20"/>
        </w:rPr>
        <w:t>20:33  bidat kya hai? is liye rasmon ka Islamization hai.</w:t>
      </w:r>
      <w:r>
        <w:br/>
      </w:r>
      <w:r>
        <w:rPr>
          <w:sz w:val="20"/>
        </w:rPr>
        <w:t>20:41  to yeh kuch bhi is ki harkat nahi hai. Islam mein ek kitab likh ke, ek woh God belief, unhon ne dikhaya ke Islam thought crime ko manta hai.</w:t>
      </w:r>
      <w:r>
        <w:br/>
      </w:r>
      <w:r>
        <w:rPr>
          <w:sz w:val="20"/>
        </w:rPr>
        <w:t>20:58  yeh bilkul baseless baat hai. harghiz Islam mein thought crime nahi hai.</w:t>
      </w:r>
      <w:r>
        <w:br/>
      </w:r>
      <w:r>
        <w:rPr>
          <w:sz w:val="20"/>
        </w:rPr>
        <w:t>21:02  yani mujarrad sochna yeh jurm hai, harghiz aisa nahi hai. aap azaad hain, jo chahen sochein, azaad hain, jo chahen bolein, azaad hain, jo chahen kitab likhein.</w:t>
      </w:r>
      <w:r>
        <w:br/>
      </w:r>
      <w:r>
        <w:rPr>
          <w:sz w:val="20"/>
        </w:rPr>
        <w:t>21:17  haan, agar aap kisi ko physical harm pahanchayen ge, kisi ka baal chheen en ge, kisi ke hath paon toden ge, to woh hai capital punishment ban jayega.</w:t>
      </w:r>
      <w:r>
        <w:br/>
      </w:r>
      <w:r>
        <w:rPr>
          <w:sz w:val="20"/>
        </w:rPr>
        <w:t>21:28  woh, woh, woh, woh, woh punishable, punishable crime ban jayega. yeh hai Islam.</w:t>
      </w:r>
      <w:r>
        <w:br/>
      </w:r>
      <w:r>
        <w:rPr>
          <w:sz w:val="20"/>
        </w:rPr>
        <w:t>21:39  ab ek aur pehlu se sochein, dekhein, Islam mein jo Quran mein ek ayat hai, is mein bataya gaya hai ke sirf do bunyadain hain: ek revelation, ek reason.</w:t>
      </w:r>
      <w:r>
        <w:br/>
      </w:r>
      <w:r>
        <w:rPr>
          <w:sz w:val="20"/>
        </w:rPr>
        <w:t>21:55  do hi base hain jo insaan yeh ukhra sakta hai: ya revision ya reason. to is zamane mein aap dekhiye ke revision ka ka stand hai aur reason ka ka stand hai.</w:t>
      </w:r>
      <w:r>
        <w:br/>
      </w:r>
      <w:r>
        <w:rPr>
          <w:sz w:val="20"/>
        </w:rPr>
        <w:t>22:14  jaisa ke maine bataya, quran mein islam mein jo stand hai is maamle mein, woh yeh hai ke chunke insaan ko is dunya mein test ke liye rakha gaya hai, yeh dunya darul-imtehaan hai,</w:t>
      </w:r>
      <w:r>
        <w:br/>
      </w:r>
      <w:r>
        <w:rPr>
          <w:sz w:val="20"/>
        </w:rPr>
        <w:t>22:30  is liye laazman is ko azaadi haasil rahegi.</w:t>
      </w:r>
      <w:r>
        <w:br/>
      </w:r>
      <w:r>
        <w:rPr>
          <w:sz w:val="20"/>
        </w:rPr>
        <w:t>22:33  is waqt tak jab tak kisi ka maal na chhene, kisi ko physical, physical mein injury na kare, kisi ki kisi ko nuqsaan na pahunchaye, tab tak is ko azaadi rahegi.</w:t>
      </w:r>
      <w:r>
        <w:br/>
      </w:r>
      <w:r>
        <w:rPr>
          <w:sz w:val="20"/>
        </w:rPr>
        <w:t>22:46  aap naseehat kar sakte hain, aap daleel de sakte hain, aap tableegh o dawat kar sakte hain is ke upar. bas is se aage kuch nahin.</w:t>
      </w:r>
      <w:r>
        <w:br/>
      </w:r>
      <w:r>
        <w:rPr>
          <w:sz w:val="20"/>
        </w:rPr>
        <w:t>22:55  to nahin manta to na manta.</w:t>
      </w:r>
      <w:r>
        <w:br/>
      </w:r>
      <w:r>
        <w:rPr>
          <w:sz w:val="20"/>
        </w:rPr>
        <w:t>23:02  yeh stand hai islam ka, yaani reveal religion ka stand hai. achha, ab secular jo civilization hai, is ka kya stand hai?</w:t>
      </w:r>
      <w:r>
        <w:br/>
      </w:r>
      <w:r>
        <w:rPr>
          <w:sz w:val="20"/>
        </w:rPr>
        <w:t>23:12  is ka bhi stand yahi hai, is ka stand bhi yahi hai ke freedom of expression jo hai, woh human rights mein shaamil kiya gaya hai.</w:t>
      </w:r>
      <w:r>
        <w:br/>
      </w:r>
      <w:r>
        <w:rPr>
          <w:sz w:val="20"/>
        </w:rPr>
        <w:t>23:23  united nations ka jo charter hai, jo 1948 mein is ko saari qaumon ne is pe sign kiya tha, yeh kehte hain "universal declaration of human rights".</w:t>
      </w:r>
      <w:r>
        <w:br/>
      </w:r>
      <w:r>
        <w:rPr>
          <w:sz w:val="20"/>
        </w:rPr>
        <w:t>23:39  to sab ne is pe sign kiya tha. is mein freedom of expression ko absolute right ke taur par maana gaya hai.</w:t>
      </w:r>
      <w:r>
        <w:br/>
      </w:r>
      <w:r>
        <w:rPr>
          <w:sz w:val="20"/>
        </w:rPr>
        <w:t>23:50  to reason ke aitbaar se bhi woh absolute right hai aur mazhab ke aitbaar se bhi absolute right hai. aap is ko abalish nahin kar sakte, aap koi right nahin hai is ko abalish karne ka.</w:t>
      </w:r>
      <w:r>
        <w:br/>
      </w:r>
      <w:r>
        <w:rPr>
          <w:sz w:val="20"/>
        </w:rPr>
        <w:t>24:03  aap ka agar ikhtilaaf hai to aap kitaab likhiye, article likhiye, statement dijiye ya ja ke samjhaiye, is ko maar nahin sakte aap.</w:t>
      </w:r>
      <w:r>
        <w:br/>
      </w:r>
      <w:r>
        <w:rPr>
          <w:sz w:val="20"/>
        </w:rPr>
        <w:t>24:18  achha, doosri baat is mein bohat important baat yeh hai ke musalman yeh kehte hain ke "to help with your freedom of expression".</w:t>
      </w:r>
      <w:r>
        <w:br/>
      </w:r>
      <w:r>
        <w:rPr>
          <w:sz w:val="20"/>
        </w:rPr>
        <w:t>24:31  lekin yeh saada baat hai, yeh aap ko munaafiqat</w:t>
      </w:r>
      <w:r>
        <w:br/>
      </w:r>
      <w:r>
        <w:rPr>
          <w:sz w:val="20"/>
        </w:rPr>
        <w:t>24:36  tak le aati hai. munaafiqat tak, munaafiqat. is ka jo end result munaafiqat hai, woh kaise hai? jo log yeh kehte hain ke freedom of expression absolute right hai insaan ka, woh kaun log hain?</w:t>
      </w:r>
      <w:r>
        <w:br/>
      </w:r>
      <w:r>
        <w:rPr>
          <w:sz w:val="20"/>
        </w:rPr>
        <w:t>24:52  western nations hain. in ki daleel kya hai? is ko samjhiye. in ki daleel yeh hai ke dunya mein jab azaadi nahin thi to koi taraqqi nahin thi.</w:t>
      </w:r>
      <w:r>
        <w:br/>
      </w:r>
      <w:r>
        <w:rPr>
          <w:sz w:val="20"/>
        </w:rPr>
        <w:t>25:04  jab azaadi, azaadi nahin thi to koi taraqqi nahin thi. misaal ke taur par dekhiye, roman empire dunya mein do hazar saal tak tha, 2000 years.</w:t>
      </w:r>
      <w:r>
        <w:br/>
      </w:r>
      <w:r>
        <w:rPr>
          <w:sz w:val="20"/>
        </w:rPr>
        <w:t>25:17  lekin tareekh batati hai ke in do hazar saalon mein koi scientific development nahin hua kyunke woh har nayi cheez ke mukhalif the.</w:t>
      </w:r>
      <w:r>
        <w:br/>
      </w:r>
      <w:r>
        <w:rPr>
          <w:sz w:val="20"/>
        </w:rPr>
        <w:t>25:29  dekhiye, yeh jo emperor jo hota hai, yeh king hota hai, is ka hamesha ek hi cheez ka, ek hi cheez ka saza concern hoti hai ke is ke khilaaf koi riot na ho, bas koi is ke empire ko koi khatra na bane.</w:t>
      </w:r>
      <w:r>
        <w:br/>
      </w:r>
      <w:r>
        <w:rPr>
          <w:sz w:val="20"/>
        </w:rPr>
        <w:t>25:48  to har nayi cheez ke khilaaf hote hain. woh woh samajhte hain ke bhai jo hai wahi rahe.</w:t>
      </w:r>
      <w:r>
        <w:br/>
      </w:r>
      <w:r>
        <w:rPr>
          <w:sz w:val="20"/>
        </w:rPr>
        <w:t>25:55  chunaanche yeh bataya jata hai ke roman faujen jab greece mein dakhil hui thin, younan mein, to wahan par ek koi plaster tha jo zameen par baitha hua mathematic ka ek problem solve kar raha tha.</w:t>
      </w:r>
      <w:r>
        <w:br/>
      </w:r>
      <w:r>
        <w:rPr>
          <w:sz w:val="20"/>
        </w:rPr>
        <w:t>26:14  aap jante hain, is zamane mein kaghaz waghera bohat zyada nahin hua karta tha.</w:t>
      </w:r>
      <w:r>
        <w:br/>
      </w:r>
      <w:r>
        <w:rPr>
          <w:sz w:val="20"/>
        </w:rPr>
        <w:t>26:18  to woh zameen par saaf bara hamwar zameen par baitha hua ek mathematics ka problem solve kar raha tha, likh likh raha tha.</w:t>
      </w:r>
      <w:r>
        <w:br/>
      </w:r>
      <w:r>
        <w:rPr>
          <w:sz w:val="20"/>
        </w:rPr>
        <w:t>26:32  to jab alia dakhil hui to jante hain kya hua? us ko talwar maar ke upar gardan se is ka sir juda kar diya gaya kyunke woh ek naya kaam, ek naya kaam kar raha tha.</w:t>
      </w:r>
      <w:r>
        <w:br/>
      </w:r>
      <w:r>
        <w:rPr>
          <w:sz w:val="20"/>
        </w:rPr>
        <w:t>26:46  badshahi daur mein, jo ke french revolution se pehle saari dunya mein tha, badshahi daur mein nayi cheez ke sakht mukhalif hua karte the.</w:t>
      </w:r>
      <w:r>
        <w:br/>
      </w:r>
      <w:r>
        <w:rPr>
          <w:sz w:val="20"/>
        </w:rPr>
        <w:t>26:56  woh khud islam ke zamane mein bhi yeh halat qaim thi.</w:t>
      </w:r>
      <w:r>
        <w:br/>
      </w:r>
      <w:r>
        <w:rPr>
          <w:sz w:val="20"/>
        </w:rPr>
        <w:t>27:01  misaalan dekhiye, makki daur mein jo waqiyat hue, is mein se ek waqia yeh hai ke qabail arab jo thay, woh kaba ki ziyarat ke liye mukhtalif ilaqon se aya karte thay har saal.</w:t>
      </w:r>
      <w:r>
        <w:br/>
      </w:r>
      <w:r>
        <w:rPr>
          <w:sz w:val="20"/>
        </w:rPr>
        <w:t>27:22  ek saal aisa hua ke jab qabail aaye, phir us ke baad gaye wahan par tablegh ke liye, quran logon ko batane ke liye.</w:t>
      </w:r>
      <w:r>
        <w:br/>
      </w:r>
      <w:r>
        <w:rPr>
          <w:sz w:val="20"/>
        </w:rPr>
        <w:t>27:31  toh is mein ek qabila tha, uska naam tha banu shaiyban. us ke paas aap gaye toh aap ne quran sunaya, un ko is tauheed ki baat batai.</w:t>
      </w:r>
      <w:r>
        <w:br/>
      </w:r>
      <w:r>
        <w:rPr>
          <w:sz w:val="20"/>
        </w:rPr>
        <w:t>27:43  jo sardar jo tha, woh mutasir hua, woh us ko aap ki baatein achi lagin lekin us ko mana nahi kyun?</w:t>
      </w:r>
      <w:r>
        <w:br/>
      </w:r>
      <w:r>
        <w:rPr>
          <w:sz w:val="20"/>
        </w:rPr>
        <w:t>27:55  us ne daleel yeh di thi.</w:t>
      </w:r>
      <w:r>
        <w:br/>
      </w:r>
      <w:r>
        <w:rPr>
          <w:sz w:val="20"/>
        </w:rPr>
        <w:t>27:57  aap woh kitab hamare paas hai, mujhe jahan bhi dekh sakte hain, aap ke hum hum jahan rehte hain, woh arab ki woh sarhad hai jo iran se milti hai.</w:t>
      </w:r>
      <w:r>
        <w:br/>
      </w:r>
      <w:r>
        <w:rPr>
          <w:sz w:val="20"/>
        </w:rPr>
        <w:t>28:09  hum irani badshah ki sarhad par rehte hain aur irani badshahon se hamare muahde hain.</w:t>
      </w:r>
      <w:r>
        <w:br/>
      </w:r>
      <w:r>
        <w:rPr>
          <w:sz w:val="20"/>
        </w:rPr>
        <w:t>28:19  us ne is mein kaha tha ke badshah log is ko pasand nahi karte ke koi nai cheez introduce ki, koi nai cheez ikhtiyar ki jaye,</w:t>
      </w:r>
      <w:r>
        <w:br/>
      </w:r>
      <w:r>
        <w:rPr>
          <w:sz w:val="20"/>
        </w:rPr>
        <w:t>28:30  koi nai cheez ikhtiyar ki jaye. toh aap ki cheez jo hai, ek nai cheez hai. yani duniya jo hai, woh yani yani jo duniya ka jo is waqt culture hai, woh sikh culture hai.</w:t>
      </w:r>
      <w:r>
        <w:br/>
      </w:r>
      <w:r>
        <w:rPr>
          <w:sz w:val="20"/>
        </w:rPr>
        <w:t>28:43  aap tauheed culture un ko pesh kar rahe hain, jo ek nai cheez hai.</w:t>
      </w:r>
      <w:r>
        <w:br/>
      </w:r>
      <w:r>
        <w:rPr>
          <w:sz w:val="20"/>
        </w:rPr>
        <w:t>28:47  toh us ne kaha ke shahan kisra jo hain, is ko pasand nahi karenge.</w:t>
      </w:r>
      <w:r>
        <w:br/>
      </w:r>
      <w:r>
        <w:rPr>
          <w:sz w:val="20"/>
        </w:rPr>
        <w:t>28:56  yeh us yeh us mein kaha tha: "mamma qatal al muluk". yeh woh cheez hai, yeh yeh ek nai cheez hai, is liye badshah log is ko pasand nahi karenge.</w:t>
      </w:r>
      <w:r>
        <w:br/>
      </w:r>
      <w:r>
        <w:rPr>
          <w:sz w:val="20"/>
        </w:rPr>
        <w:t>29:05  is liye mein is ko ikhtiyar nahi kar sakta.</w:t>
      </w:r>
      <w:r>
        <w:br/>
      </w:r>
      <w:r>
        <w:rPr>
          <w:sz w:val="20"/>
        </w:rPr>
        <w:t>29:08  toh woh zamana jo tha ke ikhtilaf e rai, distant, alag koi rai rakhna, yeh bilkul shajar mamnooa tha, forbidden tha.</w:t>
      </w:r>
      <w:r>
        <w:br/>
      </w:r>
      <w:r>
        <w:rPr>
          <w:sz w:val="20"/>
        </w:rPr>
        <w:t>29:19  is liye science ko koi taraqqi nahi hui. europe mein is ke khilaf tehreekein uthi hain, bade bade log paida hue aur takra hua.</w:t>
      </w:r>
      <w:r>
        <w:br/>
      </w:r>
      <w:r>
        <w:rPr>
          <w:sz w:val="20"/>
        </w:rPr>
        <w:t>29:30  ek taraf badshahon se takra hua, doosra church se hua kyun ke church bhi bohat zyada is ka yani taqatwar bana hua tha.</w:t>
      </w:r>
      <w:r>
        <w:br/>
      </w:r>
      <w:r>
        <w:rPr>
          <w:sz w:val="20"/>
        </w:rPr>
        <w:t>29:39  ek zamane mein church pure europe ko dominate karta tha. agarche badshahatein thin, agarche mulkon mein badshah hua karte thay, lekin church ka zabardast domination tha un ke upar.</w:t>
      </w:r>
      <w:r>
        <w:br/>
      </w:r>
      <w:r>
        <w:rPr>
          <w:sz w:val="20"/>
        </w:rPr>
        <w:t>29:51  toh church church bhi sakht khilaf tha kisi nai cheez ke. toh zabardast takra hua europe mein.</w:t>
      </w:r>
      <w:r>
        <w:br/>
      </w:r>
      <w:r>
        <w:rPr>
          <w:sz w:val="20"/>
        </w:rPr>
        <w:t>30:02  aap denisan ki history padh lijiye, denisan ki history. mein aap ko sirf do kitab ka hawala deta hoon: ek badshahon se takrao ka aur doosra church se takrao ka.</w:t>
      </w:r>
      <w:r>
        <w:br/>
      </w:r>
      <w:r>
        <w:rPr>
          <w:sz w:val="20"/>
        </w:rPr>
        <w:t>30:16  badshahon se takrao ki kahani aap janna hai toh aap padhiye: russo ki kitab "social contract".</w:t>
      </w:r>
      <w:r>
        <w:br/>
      </w:r>
      <w:r>
        <w:rPr>
          <w:sz w:val="20"/>
        </w:rPr>
        <w:t>30:23  social contract, jis ka pehla sentence hai ke "man was bald free but I am see by I see him in chains".</w:t>
      </w:r>
      <w:r>
        <w:br/>
      </w:r>
      <w:r>
        <w:rPr>
          <w:sz w:val="20"/>
        </w:rPr>
        <w:t>30:33  toh badshahon se zabardast takra hua, yahan tak ke badshahat khatam hui. pehle france mein, us ke baad pure europe mein. tab wahan par azadi aayi, tab science ki taraqqi shuru hui.</w:t>
      </w:r>
      <w:r>
        <w:br/>
      </w:r>
      <w:r>
        <w:rPr>
          <w:sz w:val="20"/>
        </w:rPr>
        <w:t>30:46  yeh mamla church ke sath pesh aaya. church se zabardast takra hua. church ne galileo ko aur bohat se logon ko bilkul zabani kar di hui thi.</w:t>
      </w:r>
      <w:r>
        <w:br/>
      </w:r>
      <w:r>
        <w:rPr>
          <w:sz w:val="20"/>
        </w:rPr>
        <w:t>30:56  toh aakhir kar yeh yani woh log jeete aur church ko unhone ek chote se raqbe mein rehne par majboor kar diya.</w:t>
      </w:r>
      <w:r>
        <w:br/>
      </w:r>
      <w:r>
        <w:rPr>
          <w:sz w:val="20"/>
        </w:rPr>
        <w:t>31:09  agar aap itli jayen to wahan par aik bohat hi chotay sa raqba hai, bohat chota, jis ko kehte hain "vaitikan".</w:t>
      </w:r>
      <w:r>
        <w:br/>
      </w:r>
      <w:r>
        <w:rPr>
          <w:sz w:val="20"/>
        </w:rPr>
        <w:t>31:17  vaitikan hamare dili ke college se bhi chota hai. bas isi mein church ki baat, church ka sara mamla hai. baqi sari sara europe is se yani bahir hai, is se azaad hai.</w:t>
      </w:r>
      <w:r>
        <w:br/>
      </w:r>
      <w:r>
        <w:rPr>
          <w:sz w:val="20"/>
        </w:rPr>
        <w:t>31:32  is ki kahani aap janna chahen to is ki aap parh lijye: "draper" ki kitab "confident between science and religion". to aik taraf badshahon se takrao hua aur badshahon ko un set kiya gaya aur democracy duniya mein aayi.</w:t>
      </w:r>
      <w:r>
        <w:br/>
      </w:r>
      <w:r>
        <w:rPr>
          <w:sz w:val="20"/>
        </w:rPr>
        <w:t>31:47  democracy doosri taraf church ko un set kiya gaya, is ko vaitikan mein yani un ka mahsoor kar diya gaya aur phir logon ko azaadi</w:t>
      </w:r>
      <w:r>
        <w:br/>
      </w:r>
      <w:r>
        <w:rPr>
          <w:sz w:val="20"/>
        </w:rPr>
        <w:t>31:58  mili. is ki kahani aap dekh lijye: "confident between science and religion". "draper" ki kitab. to yeh europe ki sab baton ko aik aik is tareekh europe ne banayi hai aur is ke baad taraqqi hui.</w:t>
      </w:r>
      <w:r>
        <w:br/>
      </w:r>
      <w:r>
        <w:rPr>
          <w:sz w:val="20"/>
        </w:rPr>
        <w:t>32:14  jadeed taraqqi ka jo scientific development, is ko hum kehte hain, isi ke baad hui. is sari taraf ka western civilization, modern progress, jo kuch bhi hai,</w:t>
      </w:r>
      <w:r>
        <w:br/>
      </w:r>
      <w:r>
        <w:rPr>
          <w:sz w:val="20"/>
        </w:rPr>
        <w:t>32:28  wo hua. yani europe ke in qaumon ne bohat hi yani aik naya daur paida kiya hai.</w:t>
      </w:r>
      <w:r>
        <w:br/>
      </w:r>
      <w:r>
        <w:rPr>
          <w:sz w:val="20"/>
        </w:rPr>
        <w:t>32:36  misal ke tor par dekhiye, aik misal lijye aap ke qadeem zamanay mein duniya chaar cheezon ko manti thi: yani meter, plant, animal.</w:t>
      </w:r>
      <w:r>
        <w:br/>
      </w:r>
      <w:r>
        <w:rPr>
          <w:sz w:val="20"/>
        </w:rPr>
        <w:t>32:51  bas yani aik three dimensional world mein thi duniya hazaron saal se. maghrib ne kya kiya ke meter ko harkat de di, harkat yani moving me</w:t>
      </w:r>
      <w:r>
        <w:br/>
      </w:r>
      <w:r>
        <w:rPr>
          <w:sz w:val="20"/>
        </w:rPr>
        <w:t>33:05  ter wajood mein aaya. moving meter, yeh jo hawai jahaz hai, yeh jo boatr hai, yeh jo masheenain hain, yeh jo mobile hai, yeh telephone, yeh sab kya hai?</w:t>
      </w:r>
      <w:r>
        <w:br/>
      </w:r>
      <w:r>
        <w:rPr>
          <w:sz w:val="20"/>
        </w:rPr>
        <w:t>33:14  moving meter hai. yeh communication, jo age of communication kya hai? yeh moving meter hai. to three dimensional world ko unhon ne four dimensional world mein pohncha diya.</w:t>
      </w:r>
      <w:r>
        <w:br/>
      </w:r>
      <w:r>
        <w:rPr>
          <w:sz w:val="20"/>
        </w:rPr>
        <w:t>33:28  kesi ajeeb baat hai!</w:t>
      </w:r>
      <w:r>
        <w:br/>
      </w:r>
      <w:r>
        <w:rPr>
          <w:sz w:val="20"/>
        </w:rPr>
        <w:t>33:30  ab duniya jo hai, meter, plant, animal aur aik moving meter, aik aur daur, is se itni sari taraqqi hui.</w:t>
      </w:r>
      <w:r>
        <w:br/>
      </w:r>
      <w:r>
        <w:rPr>
          <w:sz w:val="20"/>
        </w:rPr>
        <w:t>33:42  ab ab jo musalman yeh hain jo shorol kar rahe hain, to ab dekhiye in ka mamla ke shorol karne ke bawajood wo sari amenities ko istemal karte hain jo inhi qaumon ne banayi hain.</w:t>
      </w:r>
      <w:r>
        <w:br/>
      </w:r>
      <w:r>
        <w:rPr>
          <w:sz w:val="20"/>
        </w:rPr>
        <w:t>34:00  jitni taraqqiyat hain, jitne jo modern amenities hain, jitni bhi shandar ghar, shandar carain, shandar hawai jahaz ka safar, shandar furniture, shandar education, yeh yeh yeh isi ka nateeja hai.</w:t>
      </w:r>
      <w:r>
        <w:br/>
      </w:r>
      <w:r>
        <w:rPr>
          <w:sz w:val="20"/>
        </w:rPr>
        <w:t>34:19  to aik taraf to aap kehte hain ke "to help with your freedom of expression" aur isi se isi se paida hui hain.</w:t>
      </w:r>
      <w:r>
        <w:br/>
      </w:r>
      <w:r>
        <w:rPr>
          <w:sz w:val="20"/>
        </w:rPr>
        <w:t>34:28  isi ke nateeje mein to sari civilization duniya mein aayi, modern amenities aayin. to kya aap is ko chhod sakte hain? kya aap is ko chhod sakte hain?</w:t>
      </w:r>
      <w:r>
        <w:br/>
      </w:r>
      <w:r>
        <w:rPr>
          <w:sz w:val="20"/>
        </w:rPr>
        <w:t>34:40  is mani hai ke aap aik taraf mukhalifat karte hain, phir bhi inhi culture ko liye hue hain. wohi modern amenities, wohi modern culture, wohi modern taraqqiyat jo jo ke un ki wajah se wajood mein aayi hain duniya mein,</w:t>
      </w:r>
      <w:r>
        <w:br/>
      </w:r>
      <w:r>
        <w:rPr>
          <w:sz w:val="20"/>
        </w:rPr>
        <w:t>34:55  wo isi mein aap phir bhi jee rahe hain.</w:t>
      </w:r>
      <w:r>
        <w:br/>
      </w:r>
      <w:r>
        <w:rPr>
          <w:sz w:val="20"/>
        </w:rPr>
        <w:t>34:58  yani ghari aur mobile se le kar hawai jahaz tak sab ne unhon ne banaye hain aur is ko dhoom se istemal karte hain, fakhar karte hain is par.</w:t>
      </w:r>
      <w:r>
        <w:br/>
      </w:r>
      <w:r>
        <w:rPr>
          <w:sz w:val="20"/>
        </w:rPr>
        <w:t>35:09  agar aap aisa karen ke freedom of expression ke zariye jo duniya mein jo tehzeeb bani hai, jo culture duniya mein aaya hai, is ko aap chhod den to aap jante hain kya hoga?</w:t>
      </w:r>
      <w:r>
        <w:br/>
      </w:r>
      <w:r>
        <w:rPr>
          <w:sz w:val="20"/>
        </w:rPr>
        <w:t>35:21  aap onthon ke daur mein chale jayenge, khachchar ke daur mein chale jayenge, kuch bhi nahi rahega aap ke paas,</w:t>
      </w:r>
      <w:r>
        <w:br/>
      </w:r>
      <w:r>
        <w:rPr>
          <w:sz w:val="20"/>
        </w:rPr>
        <w:t>35:28  sab kuch inhi logon ne wajood kiya hai. aur aur aur isi waqt wajood mein aaya hai jab ke duniya mein freedom aayi. freedom, freedom, democracy, azaadi khayal, azaadi rai, distant, yeh sab aaya hai.</w:t>
      </w:r>
      <w:r>
        <w:br/>
      </w:r>
      <w:r>
        <w:rPr>
          <w:sz w:val="20"/>
        </w:rPr>
        <w:t>35:42  mein aik martaba america gaya, wahan poocha mein ne aik professor se ke western world ki taraqqi ka raaz kya hai?</w:t>
      </w:r>
      <w:r>
        <w:br/>
      </w:r>
      <w:r>
        <w:rPr>
          <w:sz w:val="20"/>
        </w:rPr>
        <w:t>35:52  us ne aik hi raaz bola, us ka distant, aik hi raaz. di</w:t>
      </w:r>
      <w:r>
        <w:br/>
      </w:r>
      <w:r>
        <w:rPr>
          <w:sz w:val="20"/>
        </w:rPr>
        <w:t>35:57  stunt, us ne kaha hum distent ko aik aadmi ka muqaddas haq samajhte hain,</w:t>
      </w:r>
      <w:r>
        <w:br/>
      </w:r>
      <w:r>
        <w:rPr>
          <w:sz w:val="20"/>
        </w:rPr>
        <w:t>36:05  distent ko hum insaan ka muqaddas haq samajhte hain. to aap aik taraf is ke khilaaf jhanda utha rahe hain, to phir aap chhod diye is se jo natije, is ke natije mein jo taraqqi hai, us ko bhi chhod dijiye.</w:t>
      </w:r>
      <w:r>
        <w:br/>
      </w:r>
      <w:r>
        <w:rPr>
          <w:sz w:val="20"/>
        </w:rPr>
        <w:t>36:21  isi se taraqqi hui sab. jab tak dunya mein azaadi-e-raaye nahi thi, tab tak koi taraqqi bhi nahi thi.</w:t>
      </w:r>
      <w:r>
        <w:br/>
      </w:r>
      <w:r>
        <w:rPr>
          <w:sz w:val="20"/>
        </w:rPr>
        <w:t>36:29  jab tak dunya mein azaadi-e-raaye nahi thi, tab tak taraqqi bhi nahi thi. azaadi-e-raaye ko maans kiye to saari taraqqiyaat maans ho jayengi.</w:t>
      </w:r>
      <w:r>
        <w:br/>
      </w:r>
      <w:r>
        <w:rPr>
          <w:sz w:val="20"/>
        </w:rPr>
        <w:t>36:40  agar aap azaadi-e-raaye ko maans karein, us ko hadaf karein to saari taraqqiyaat bhi hadaf hain. to aap kya karenge? oonton par sawari karenge, khachchar par baithenge, kya karenge?</w:t>
      </w:r>
      <w:r>
        <w:br/>
      </w:r>
      <w:r>
        <w:rPr>
          <w:sz w:val="20"/>
        </w:rPr>
        <w:t>36:51  saheeh hai!</w:t>
      </w:r>
      <w:r>
        <w:br/>
      </w:r>
      <w:r>
        <w:rPr>
          <w:sz w:val="20"/>
        </w:rPr>
        <w:t>36:54  to yeh munafiqat, yeh yeh munafiqat hai ke aik taraf azaadi-e-raaye ka jhanda uthate hain, doosri taraf saari modern amenities ko istemaal karte hain, inhi mulkon mein ja ke service karte hain,</w:t>
      </w:r>
      <w:r>
        <w:br/>
      </w:r>
      <w:r>
        <w:rPr>
          <w:sz w:val="20"/>
        </w:rPr>
        <w:t>37:08  isi America, Europe mein ja kar ke apne bete ko, apni beti ko basate hain. yeh munafiqat hai!</w:t>
      </w:r>
      <w:r>
        <w:br/>
      </w:r>
      <w:r>
        <w:rPr>
          <w:sz w:val="20"/>
        </w:rPr>
        <w:t>37:18  kya koi aik aisa musalman aisa karega ke apne aap ko America se wapas bula le ke wahan is tarah ki Islam ke khilaaf gustakhi ki baatein hoti hain?</w:t>
      </w:r>
      <w:r>
        <w:br/>
      </w:r>
      <w:r>
        <w:rPr>
          <w:sz w:val="20"/>
        </w:rPr>
        <w:t>37:31  aik bhi nahi aisa karega! aik sahab, main America gaya tha to aik sahab se main ne kaha ke jab aap ko shikayat hai America se to aap rehte kahan hain?</w:t>
      </w:r>
      <w:r>
        <w:br/>
      </w:r>
      <w:r>
        <w:rPr>
          <w:sz w:val="20"/>
        </w:rPr>
        <w:t>37:39  yahan rehne ki kya zaroorat hai? aap jaiye, wapas jaiye apne apne watan.</w:t>
      </w:r>
      <w:r>
        <w:br/>
      </w:r>
      <w:r>
        <w:rPr>
          <w:sz w:val="20"/>
        </w:rPr>
        <w:t>37:44  to kya kaha unhon ne? unhon ne kaha ke aadmi ka rizq jahan rahega, woh to wahan wahan jayega. to main ne kaha kaisi ajeeb baat hai ke shaitani mulk mein aap ka rizq hai aur aap ka jo Islami mulk hai, woh rizq nahi hai.</w:t>
      </w:r>
      <w:r>
        <w:br/>
      </w:r>
      <w:r>
        <w:rPr>
          <w:sz w:val="20"/>
        </w:rPr>
        <w:t>37:57  aap ka jis mulk ko aap Islami mulk kehte hain, us mein rizq nahi tha. aap ka yahan chhod kar aa gaye, aap us ko aap shaitani mulk kehte hain.</w:t>
      </w:r>
      <w:r>
        <w:br/>
      </w:r>
      <w:r>
        <w:rPr>
          <w:sz w:val="20"/>
        </w:rPr>
        <w:t>38:08  yeh ab munafiqat hai!</w:t>
      </w:r>
      <w:r>
        <w:br/>
      </w:r>
      <w:r>
        <w:rPr>
          <w:sz w:val="20"/>
        </w:rPr>
        <w:t>38:11  to yeh saada baat nahi hai, yeh saada baat nahi hai. yeh</w:t>
      </w:r>
      <w:r>
        <w:br/>
      </w:r>
      <w:r>
        <w:rPr>
          <w:sz w:val="20"/>
        </w:rPr>
        <w:t>38:19  dekhiye, doosri baat yeh hai ke Rasool Allah Sal Allahu Alaihi Wasallam, aap Quran ko padhiye, Quran ko padhiye aap.</w:t>
      </w:r>
      <w:r>
        <w:br/>
      </w:r>
      <w:r>
        <w:rPr>
          <w:sz w:val="20"/>
        </w:rPr>
        <w:t>38:28  to jitne bhi paighambar aaye, sab ke paighambaron ke saath gustakhi ki gayi.</w:t>
      </w:r>
      <w:r>
        <w:br/>
      </w:r>
      <w:r>
        <w:rPr>
          <w:sz w:val="20"/>
        </w:rPr>
        <w:t>38:36  do sau se zyada aisi aayatein hain Quran majeed mein jo batati hain ke jo jo paighambar aaya, us ko kaha gaya ke tum to majnoon ho, tum to yeh ho, tum to woh.</w:t>
      </w:r>
      <w:r>
        <w:br/>
      </w:r>
      <w:r>
        <w:rPr>
          <w:sz w:val="20"/>
        </w:rPr>
        <w:t>38:46  yaani wahi cheezein hain jis ko hum aaj gustakhi kehte hain, woh sab har paighambar ko kaha gaya.</w:t>
      </w:r>
      <w:r>
        <w:br/>
      </w:r>
      <w:r>
        <w:rPr>
          <w:sz w:val="20"/>
        </w:rPr>
        <w:t>38:53  misalan aik aayat yeh hai: "ya hasrat al-labad ma yati rasool illa kano yastad'oon".</w:t>
      </w:r>
      <w:r>
        <w:br/>
      </w:r>
      <w:r>
        <w:rPr>
          <w:sz w:val="20"/>
        </w:rPr>
        <w:t>39:04  bandon par hasrat hai ke jo bhi paighambar aaya, har paighambar ka unhon ne mazaaq uraya. mazaaq urana gustakhi hai ke kya hai?</w:t>
      </w:r>
      <w:r>
        <w:br/>
      </w:r>
      <w:r>
        <w:rPr>
          <w:sz w:val="20"/>
        </w:rPr>
        <w:t>39:13  ke un ko izzat dena hai. khud Rasool Allah Sal Allahu Alaihi Wasallam ko munh dar munh kaha ke: "Ae paighambar! ya ya ya!</w:t>
      </w:r>
      <w:r>
        <w:br/>
      </w:r>
      <w:r>
        <w:rPr>
          <w:sz w:val="20"/>
        </w:rPr>
        <w:t>39:22  ae condemn person</w:t>
      </w:r>
      <w:r>
        <w:br/>
      </w:r>
      <w:r>
        <w:rPr>
          <w:sz w:val="20"/>
        </w:rPr>
        <w:t>39:23  !" haan, kaha mazammah. munh dar munh kaha ke: "haan, kaha mazammah! ya ae condemn person!" to kaha Rasool Allah Sal Allahu Alaihi Wasallam sahaba se kaha ke: "baroo in ko!" to main aap se aik baat arz karunga ke aap Quran ko padhiye to aap ko kuch aisi cheezein milengi jo Quran ke nazdeek jurm hain.</w:t>
      </w:r>
      <w:r>
        <w:br/>
      </w:r>
      <w:r>
        <w:rPr>
          <w:sz w:val="20"/>
        </w:rPr>
        <w:t>39:46  misalan haath kaatna, chori par. chori aik jurm hai, us par haath kaata kaat diya jayega.</w:t>
      </w:r>
      <w:r>
        <w:br/>
      </w:r>
      <w:r>
        <w:rPr>
          <w:sz w:val="20"/>
        </w:rPr>
        <w:t>39:53  to quran mein hai: "ek asariq o asariqa faqat ayd" . jo chori kare, uska hath kaat do. yaani jurm ka zikr hai to pareshan ka bhi zikr hai.</w:t>
      </w:r>
      <w:r>
        <w:br/>
      </w:r>
      <w:r>
        <w:rPr>
          <w:sz w:val="20"/>
        </w:rPr>
        <w:t>40:05  is par ghaur kijiye aap. quran ke nazdeek chori jurm hai.</w:t>
      </w:r>
      <w:r>
        <w:br/>
      </w:r>
      <w:r>
        <w:rPr>
          <w:sz w:val="20"/>
        </w:rPr>
        <w:t>40:10  to jo chori ke jurm hone ka jab ailaan kiya gaya, to yeh bhi kaha gaya ke is ka saza kya hai? saza kya hai? "asariq o asariqa faqat ayd" .</w:t>
      </w:r>
      <w:r>
        <w:br/>
      </w:r>
      <w:r>
        <w:rPr>
          <w:sz w:val="20"/>
        </w:rPr>
        <w:t>40:22  to jurm bhi bataya gaya, punishment batai gai. ab bataein ke jo paighambar hain, jo aaye, jin ko mad quran mein bataya gaya ke gustakhi ke jurm har ek ke khilaaf kiya gaya, to wahan to unhein zikr hai saza ka.</w:t>
      </w:r>
      <w:r>
        <w:br/>
      </w:r>
      <w:r>
        <w:rPr>
          <w:sz w:val="20"/>
        </w:rPr>
        <w:t>40:39  saare quran mein mujhe bataiye, kahan yeh bataya gaya hai ke jo gustakhi kare, woh maar dalo? jabke jurm ka zikr hai, yaani jurm mein gustakhi ka zikr hai aur is par saza ka zikr nahin.</w:t>
      </w:r>
      <w:r>
        <w:br/>
      </w:r>
      <w:r>
        <w:rPr>
          <w:sz w:val="20"/>
        </w:rPr>
        <w:t>40:52  kaisi ajeeb baat yeh hai! ek taraf to woh quran yeh karta hai ke jurm bhi batata hai, saza bhi batata hai, doosri taraf sirf jurm ka zikr hai, saza ka zikr nahin.</w:t>
      </w:r>
      <w:r>
        <w:br/>
      </w:r>
      <w:r>
        <w:rPr>
          <w:sz w:val="20"/>
        </w:rPr>
        <w:t>41:08  is se kya maloom hua? "the difference between the two". is se difference maloom hua, woh yeh ke ek woh cheez hoti hai jis jo ke liable to punishment hoti hai, ek woh cheez hoti hai jo jahan aap ko dawat karna hai, tabligh karna hai, samjhana hai.</w:t>
      </w:r>
      <w:r>
        <w:br/>
      </w:r>
      <w:r>
        <w:rPr>
          <w:sz w:val="20"/>
        </w:rPr>
        <w:t>41:28  to is mani kya ho gaya ke jis cheez ko aap gustakhi karte hain ya bila fahmi karte hain, is par discussion kiya jayega. discussion samjha bujha jayega, daleel pesh ki jayegi.</w:t>
      </w:r>
      <w:r>
        <w:br/>
      </w:r>
      <w:r>
        <w:rPr>
          <w:sz w:val="20"/>
        </w:rPr>
        <w:t>41:41  mara peeta nahin jayega. agar maarne peetne ki baat hoti hai to jab quran mein jurm ka zikr hua to saza bhi zikr hona chahiye tha.</w:t>
      </w:r>
      <w:r>
        <w:br/>
      </w:r>
      <w:r>
        <w:rPr>
          <w:sz w:val="20"/>
        </w:rPr>
        <w:t>41:52  yaani jurm mein gustakhi ka zikr hai aur sazae gustakhi ka zikr hai.</w:t>
      </w:r>
      <w:r>
        <w:br/>
      </w:r>
      <w:r>
        <w:rPr>
          <w:sz w:val="20"/>
        </w:rPr>
        <w:t>42:02  ek to dekhein, yeh saada baat nahin hai. islam ek islam ek deen rehmat hai. deen rehmat deen koda nahin ho sakta hai, deen faraghi nahin ho sakta hai.</w:t>
      </w:r>
      <w:r>
        <w:br/>
      </w:r>
      <w:r>
        <w:rPr>
          <w:sz w:val="20"/>
        </w:rPr>
        <w:t>42:15  deen rehmat ka matlab yeh hai ke islam ek aisa deen hai jo insaan ki aqal ko appeal karta hai, insaan ki fitrat ko appeal karta hai.</w:t>
      </w:r>
      <w:r>
        <w:br/>
      </w:r>
      <w:r>
        <w:rPr>
          <w:sz w:val="20"/>
        </w:rPr>
        <w:t>42:27  to is ko aap gali se pesh karenge.</w:t>
      </w:r>
      <w:r>
        <w:br/>
      </w:r>
      <w:r>
        <w:rPr>
          <w:sz w:val="20"/>
        </w:rPr>
        <w:t>42:31  jab aqal ko appeal karta hai to aqal se pesh karenge. is ko fitrat ko appeal karta hai to fitrat bhaari boli bolenge.</w:t>
      </w:r>
      <w:r>
        <w:br/>
      </w:r>
      <w:r>
        <w:rPr>
          <w:sz w:val="20"/>
        </w:rPr>
        <w:t>42:39  aap is mein talwar ka, bandook ka koi koi is mein kaam hi nahin hai.</w:t>
      </w:r>
      <w:r>
        <w:br/>
      </w:r>
      <w:r>
        <w:rPr>
          <w:sz w:val="20"/>
        </w:rPr>
        <w:t>42:47  allah taala ne islam ko bheja hai is liye ke logon ko rehmat ka rasta mile, logon ko jannat ka rasta mile, logon ko sachai mile.</w:t>
      </w:r>
      <w:r>
        <w:br/>
      </w:r>
      <w:r>
        <w:rPr>
          <w:sz w:val="20"/>
        </w:rPr>
        <w:t>43:00  to sachai talwar thodi thodi milegi, samjhane bajane se milegi. to yeh nazariya bilkul hi baseless nazariya hai.</w:t>
      </w:r>
      <w:r>
        <w:br/>
      </w:r>
      <w:r>
        <w:rPr>
          <w:sz w:val="20"/>
        </w:rPr>
        <w:t>43:10  yeh islam ko bilkul islam ke liye ajnabi nazariya hai, alien hai bilkul islam mein.</w:t>
      </w:r>
      <w:r>
        <w:br/>
      </w:r>
      <w:r>
        <w:rPr>
          <w:sz w:val="20"/>
        </w:rPr>
        <w:t>43:21  ab rasool allah sallallahu alaihi wasallam ko is waqt aap dekhiye, jab wahan par rasool allah ke khilaaf logon ne is tarah ki baatein keen, yeh aap ko badnaam karne ki baatein hain, aap ke khilaaf gustakhi wali baatein hain, aap ko pareshan karne wali baatein hain.</w:t>
      </w:r>
      <w:r>
        <w:br/>
      </w:r>
      <w:r>
        <w:rPr>
          <w:sz w:val="20"/>
        </w:rPr>
        <w:t>43:40  to wahan par rasool allah ne kya kiya? logon se kaha ke logon ko ja ke quran padh ke sunao. log muqarrar kahe jaane lage, muqarrar kyunke ja ja ke quran padh ke suna dete the.</w:t>
      </w:r>
      <w:r>
        <w:br/>
      </w:r>
      <w:r>
        <w:rPr>
          <w:sz w:val="20"/>
        </w:rPr>
        <w:t>43:52  sahaba jo muqarrar kahe jaane lage, muqarrar ka matlab hota hai padh ke sunana, padh ke padh ke sunao, padh ke sunao.</w:t>
      </w:r>
      <w:r>
        <w:br/>
      </w:r>
      <w:r>
        <w:rPr>
          <w:sz w:val="20"/>
        </w:rPr>
        <w:t>44:02  to unhone jo kuch kiya, jo jis ko aap kehte hain blasphemy ya shatm ya gustakhi, uska jawab kya diya gaya?</w:t>
      </w:r>
      <w:r>
        <w:br/>
      </w:r>
      <w:r>
        <w:rPr>
          <w:sz w:val="20"/>
        </w:rPr>
        <w:t>44:12  quran padh padh ke sunao. to aaj hamein kya chahiye karna? aap quran distribute kijiye, yeh printing press ka zamana hai, to chhapiye, chhaap ke logon ko pahunchaiye.</w:t>
      </w:r>
      <w:r>
        <w:br/>
      </w:r>
      <w:r>
        <w:rPr>
          <w:sz w:val="20"/>
        </w:rPr>
        <w:t>44:24  tab to press hua nahin karta tha, paper hua nahin karta tha, book form mein quran available nahin tha. ab hum printing press ke zamane mein hain, to agar duniya mein gustakhi ki baatein ho rahi hain to bahut achha hai, is se log jaanana chahenge ke quran hai kya?</w:t>
      </w:r>
      <w:r>
        <w:br/>
      </w:r>
      <w:r>
        <w:rPr>
          <w:sz w:val="20"/>
        </w:rPr>
        <w:t>44:43  woh news create kar rahe hain, woh logon ko curious bana rahe hain, logon ko. to aap quran distribute kijiye, quran</w:t>
      </w:r>
      <w:r>
        <w:br/>
      </w:r>
      <w:r>
        <w:rPr>
          <w:sz w:val="20"/>
        </w:rPr>
        <w:t>44:52  distribute kijiye. yeh kya ke aap demonstration, hungama aur maro aur kato, is ka islam se kuch bhi taluq nahin.</w:t>
      </w:r>
      <w:r>
        <w:br/>
      </w:r>
      <w:r>
        <w:rPr>
          <w:sz w:val="20"/>
        </w:rPr>
        <w:t>45:03  one percent bhi is ka islam se koi taluq nahin.</w:t>
      </w:r>
      <w:r>
        <w:br/>
      </w:r>
      <w:r>
        <w:rPr>
          <w:sz w:val="20"/>
        </w:rPr>
        <w:t>45:12  to jo rasool Allah sal Allah alih wasalam ko agar aap model manen, yeh model rasool Allah sal Allah alih</w:t>
      </w:r>
      <w:r>
        <w:br/>
      </w:r>
      <w:r>
        <w:rPr>
          <w:sz w:val="20"/>
        </w:rPr>
        <w:t>45:18  wasalam ka hai. lekin jab aap rasool Allah sal Allah alih wasalam ko apne fakhr manen, fakhr, to phir aap ko kuch karna nahin rehta siwaye is ke ke yani jo jis se aap lage ke jo aap ki nazar mein kuch samajh nahin hai, bas us ko manne ke liye khare ho jayenge.</w:t>
      </w:r>
      <w:r>
        <w:br/>
      </w:r>
      <w:r>
        <w:rPr>
          <w:sz w:val="20"/>
        </w:rPr>
        <w:t>45:34  aap yeh mizaj banega.</w:t>
      </w:r>
      <w:r>
        <w:br/>
      </w:r>
      <w:r>
        <w:rPr>
          <w:sz w:val="20"/>
        </w:rPr>
        <w:t>45:42  to main kahunga ke aap log khud is ko samjhen aur doosron ko ja kar ja kar batayen ke yeh shor o ghal ya hungama, is ka islam se koi taluq nahin hai.</w:t>
      </w:r>
      <w:r>
        <w:br/>
      </w:r>
      <w:r>
        <w:rPr>
          <w:sz w:val="20"/>
        </w:rPr>
        <w:t>45:56  islam ek da'oti mazhab hai, islam ek ek ek message islam ke paas hai, is ko ise pahunchana hai aur har surat mein pahunchana</w:t>
      </w:r>
      <w:r>
        <w:br/>
      </w:r>
      <w:r>
        <w:rPr>
          <w:sz w:val="20"/>
        </w:rPr>
        <w:t>46:08  hai. is ko jahan tak punishment ki baat hai, woh Allah ka muamla hai. that is that is god to domain.</w:t>
      </w:r>
      <w:r>
        <w:br/>
      </w:r>
      <w:r>
        <w:rPr>
          <w:sz w:val="20"/>
        </w:rPr>
        <w:t>46:19  quran mein saaf saaf yeh hai ke last be maseet, maseet ka mani hai ke darogha, ke tum un ke upar darogha nahin ho.</w:t>
      </w:r>
      <w:r>
        <w:br/>
      </w:r>
      <w:r>
        <w:rPr>
          <w:sz w:val="20"/>
        </w:rPr>
        <w:t>46:30  tumhara kaam faraghi karna nahin hai, tumhara kaam pahunchana hai.</w:t>
      </w:r>
      <w:r>
        <w:br/>
      </w:r>
      <w:r>
        <w:rPr>
          <w:sz w:val="20"/>
        </w:rPr>
        <w:t>46:39  to yeh woh kaam kar rahe hain jo quran mein mana kiya gaya hai. last be maseet, tumhara kaam faraghi karna nahin hai, tumhara kaam logon ko marna peetna nahin hai, tumhara kaam hai baat ko pahunchana.</w:t>
      </w:r>
      <w:r>
        <w:br/>
      </w:r>
      <w:r>
        <w:rPr>
          <w:sz w:val="20"/>
        </w:rPr>
        <w:t>46:53  is waqt yeh jo taqreeban 25 saal se yeh jari hai, is ki wajah se islam ki image bohat hi kharab ho gayi hai.</w:t>
      </w:r>
      <w:r>
        <w:br/>
      </w:r>
      <w:r>
        <w:rPr>
          <w:sz w:val="20"/>
        </w:rPr>
        <w:t>47:05  log yeh samajhne lage hain ke islam is a legins violence, islam mein azadi ray nahin hai, islam mein peace nahin hai.</w:t>
      </w:r>
      <w:r>
        <w:br/>
      </w:r>
      <w:r>
        <w:rPr>
          <w:sz w:val="20"/>
        </w:rPr>
        <w:t>47:19  yeh sab se bara kaam is waqt yeh hai ke is is image ko badla jaye. jis ko kehte hain image building, yeh image building ka time aa gaya hai.</w:t>
      </w:r>
      <w:r>
        <w:br/>
      </w:r>
      <w:r>
        <w:rPr>
          <w:sz w:val="20"/>
        </w:rPr>
        <w:t>47:30  yeh ulti image ban gayi hai islam ki. to hamara farz yeh hai ke hum ek tarah bhi koi aisa kaam na karen jis se logon ko yaqeen ho ke waqai islam aisa hi hai, ek mazhab hai jis mein jis mein violence hai, jis mein azadi ray nahin hai.</w:t>
      </w:r>
      <w:r>
        <w:br/>
      </w:r>
      <w:r>
        <w:rPr>
          <w:sz w:val="20"/>
        </w:rPr>
        <w:t>47:50  yeh farz ke darje mein zaroori hai ke hum aisi koi harkat na karen jis se logon ke is shak ko taqviyat pahunche, un ka shak yaqeen mein badal jaye.</w:t>
      </w:r>
      <w:r>
        <w:br/>
      </w:r>
      <w:r>
        <w:rPr>
          <w:sz w:val="20"/>
        </w:rPr>
        <w:t>48:03  yeh farz hai, farz hai hamare upar ke hum aisa koi kaam na karen jis se islam ki image bigadti ho.</w:t>
      </w:r>
      <w:r>
        <w:br/>
      </w:r>
      <w:r>
        <w:rPr>
          <w:sz w:val="20"/>
        </w:rPr>
        <w:t>48:12  yeh farz ka darja mazroob hai.</w:t>
      </w:r>
      <w:r>
        <w:br/>
      </w:r>
      <w:r>
        <w:rPr>
          <w:sz w:val="20"/>
        </w:rPr>
        <w:t>48:17  to koi bhi shakhs jo is mamle ko janna chahta hai, woh is ko</w:t>
      </w:r>
      <w:r>
        <w:br/>
      </w:r>
      <w:r>
        <w:rPr>
          <w:sz w:val="20"/>
        </w:rPr>
        <w:t>48:26  yani is ki tehqeeq kar sakta hai. main aap ko teen kitabon ke hawale deta hoon, jo teen teen mozu' pe likhi gayi hain.</w:t>
      </w:r>
      <w:r>
        <w:br/>
      </w:r>
      <w:r>
        <w:rPr>
          <w:sz w:val="20"/>
        </w:rPr>
        <w:t>48:37  yani shatm ke mozu' par,</w:t>
      </w:r>
      <w:r>
        <w:br/>
      </w:r>
      <w:r>
        <w:rPr>
          <w:sz w:val="20"/>
        </w:rPr>
        <w:t>48:41  shatm ke mozu' par pehli baqayda kitab, baqayda ek moti kitab jo hoti hai, likhi gayi hai ghaliban ibn taymiyah ki.</w:t>
      </w:r>
      <w:r>
        <w:br/>
      </w:r>
      <w:r>
        <w:rPr>
          <w:sz w:val="20"/>
        </w:rPr>
        <w:t>48:53  ghaliban ibn taymiyah ki kitab likhi gayi hai, woh islam ke daur awwal ke 600 saala band ki gayi hai. is ka naam hai "Al-Sarim Al-Maslul Ala Khatam Al-Rasul".</w:t>
      </w:r>
      <w:r>
        <w:br/>
      </w:r>
      <w:r>
        <w:rPr>
          <w:sz w:val="20"/>
        </w:rPr>
        <w:t>49:05  yani aghaz islam ke 600 saal baad,</w:t>
      </w:r>
      <w:r>
        <w:br/>
      </w:r>
      <w:r>
        <w:rPr>
          <w:sz w:val="20"/>
        </w:rPr>
        <w:t>49:09  is se pehle koi baqayda kitab mere ilm ki kitab nahin likhi gayi. is ke baad doosri kitab jo likhi gayi, woh 700 saal ke baad, woh subh ki ki kitab hai is mozu' par.</w:t>
      </w:r>
      <w:r>
        <w:br/>
      </w:r>
      <w:r>
        <w:rPr>
          <w:sz w:val="20"/>
        </w:rPr>
        <w:t>49:24  phir teesri kitaab jo bari likhi gayi, is mauzu par, woh ibn abidin, ibn abidin sani ki kitaab hai. woh aur bhi baatein hain, woh das, woh aik aik hazar saal ke band ki gayi.</w:t>
      </w:r>
      <w:r>
        <w:br/>
      </w:r>
      <w:r>
        <w:rPr>
          <w:sz w:val="20"/>
        </w:rPr>
        <w:t>49:37  to</w:t>
      </w:r>
      <w:r>
        <w:br/>
      </w:r>
      <w:r>
        <w:rPr>
          <w:sz w:val="20"/>
        </w:rPr>
        <w:t>49:38  shuru zamane mein is par koi kitaab hi nahi likhi gayi thi. doosri kitaab bohat likhi gayi tafsir par, hadith par, bohat seerat par, tareekh par.</w:t>
      </w:r>
      <w:r>
        <w:br/>
      </w:r>
      <w:r>
        <w:rPr>
          <w:sz w:val="20"/>
        </w:rPr>
        <w:t>49:47  lekin shatme rasool ke sawal par jo pehli baqayda kitaab likhi gayi, woh 600 saal baad, 700 saal baad, 10 saal baad, is aap samajh sakte hain ke yeh yeh baat ka masla hai.</w:t>
      </w:r>
      <w:r>
        <w:br/>
      </w:r>
      <w:r>
        <w:rPr>
          <w:sz w:val="20"/>
        </w:rPr>
        <w:t>50:03  islam jab apne urooj par tha, jab apni asihyat mein tha, jab islam ke jab musalmanon ko bigadne aaya tha, jo adab jis ko hum kehte hain, is zamane mein is ka wajood hi nahi tha.</w:t>
      </w:r>
      <w:r>
        <w:br/>
      </w:r>
      <w:r>
        <w:rPr>
          <w:sz w:val="20"/>
        </w:rPr>
        <w:t>50:17  yeh baat koi sab cheezein hain, jo abhi mein ne arz kiya ke jab mask ka ramzan hua aur doosri qaumon ke log islam mein dakhil hue, to is ke nateejay mein aisa baatein phaila ke woh log jo apne khayalat aur kehte hain le le kar aaye, is ko aisa awaz karna shuru kar diya.</w:t>
      </w:r>
      <w:r>
        <w:br/>
      </w:r>
      <w:r>
        <w:rPr>
          <w:sz w:val="20"/>
        </w:rPr>
        <w:t>50:36  unhon ne islami term hai, is ko bain karna shuru kar diya.</w:t>
      </w:r>
      <w:r>
        <w:br/>
      </w:r>
      <w:r>
        <w:rPr>
          <w:sz w:val="20"/>
        </w:rPr>
        <w:t>50:43  to yeh koi saada baat nahi hai, yeh bohat ziyada sochne ki baat hai. aap log khud bhi sochein aur doosron ko bataein ke koi bhi action hamara just kiya jayega quran hadith se, amal ya motion se nahi,</w:t>
      </w:r>
      <w:r>
        <w:br/>
      </w:r>
      <w:r>
        <w:rPr>
          <w:sz w:val="20"/>
        </w:rPr>
        <w:t>51:05  amal ya motion se nahi. aap ke jazbat ko theek lagte hain ke lage, yeh insaan doosre insaanon ko concern nahi hai. agar aap yeh kahein ke hamare jazbat ko theek lagte hain, to yeh aap ke sath yeh masla hai,</w:t>
      </w:r>
      <w:r>
        <w:br/>
      </w:r>
      <w:r>
        <w:rPr>
          <w:sz w:val="20"/>
        </w:rPr>
        <w:t>51:20  yeh doosre insaanon ka masla nahi hai. aap is ko manage kijiye, aap khud is ko sochiye ke aap ko kya karna hai.</w:t>
      </w:r>
      <w:r>
        <w:br/>
      </w:r>
      <w:r>
        <w:rPr>
          <w:sz w:val="20"/>
        </w:rPr>
        <w:t>51:29  mujhe aik qissa yaad yaad aata hai ke aik shakhs ne aik shakhs ki dawat di, to jo mehman jo tha,</w:t>
      </w:r>
      <w:r>
        <w:br/>
      </w:r>
      <w:r>
        <w:rPr>
          <w:sz w:val="20"/>
        </w:rPr>
        <w:t>51:44  us ke samne khana rakha gaya, to us mein shehad bhi thi. achhe hote hain, shehad ziyada, kafi shehad thi. woh to woh mehman jo tha, woh shehad ko ziyada khane laga,</w:t>
      </w:r>
      <w:r>
        <w:br/>
      </w:r>
      <w:r>
        <w:rPr>
          <w:sz w:val="20"/>
        </w:rPr>
        <w:t>51:57  isi ko ziyada khaya chala ja raha tha.</w:t>
      </w:r>
      <w:r>
        <w:br/>
      </w:r>
      <w:r>
        <w:rPr>
          <w:sz w:val="20"/>
        </w:rPr>
        <w:t>52:00  to jo mezban tha, us ne kaha ke "alaslu yuriqu al qalb".</w:t>
      </w:r>
      <w:r>
        <w:br/>
      </w:r>
      <w:r>
        <w:rPr>
          <w:sz w:val="20"/>
        </w:rPr>
        <w:t>52:11  matlab woh chahta tha ke doosri cheezein khaye, shadi ko khatam kar raha hai, kha kar ke. to us ne kaha ke "alaslu yuriqu al qalb" ke shehad jo hai, dil ko jalata hai.</w:t>
      </w:r>
      <w:r>
        <w:br/>
      </w:r>
      <w:r>
        <w:rPr>
          <w:sz w:val="20"/>
        </w:rPr>
        <w:t>52:26  "alaslu yuriqu al qalb" shehad dil ko jalata hai.</w:t>
      </w:r>
      <w:r>
        <w:br/>
      </w:r>
      <w:r>
        <w:rPr>
          <w:sz w:val="20"/>
        </w:rPr>
        <w:t>52:31  to jo mehman tha, us ne kaha "yuriqu al qalb" jalata hai, magar dobara dil jalata hai.</w:t>
      </w:r>
      <w:r>
        <w:br/>
      </w:r>
      <w:r>
        <w:rPr>
          <w:sz w:val="20"/>
        </w:rPr>
        <w:t>52:41  to dobara dil jalata hai, aap jalaein, mera mera mera bara problem nahi hai, mein to khaunga shehad. koi hal nahi, bhai, kisi ke dil kisi ko dil ko thes deti hai, to woh khud is ko manage kare,</w:t>
      </w:r>
      <w:r>
        <w:br/>
      </w:r>
      <w:r>
        <w:rPr>
          <w:sz w:val="20"/>
        </w:rPr>
        <w:t>52:55  khud manage kare, to doosre ko masla nahi hai.</w:t>
      </w:r>
      <w:r>
        <w:br/>
      </w:r>
      <w:r>
        <w:rPr>
          <w:sz w:val="20"/>
        </w:rPr>
        <w:t>53:01  aur bohat hi khatarnak, bohat hi, bohat hi ziyada, aik is mein bohat hi ziyada, yani sharai baat, bohat hi ghalat baat yeh hai.</w:t>
      </w:r>
      <w:r>
        <w:br/>
      </w:r>
      <w:r>
        <w:rPr>
          <w:sz w:val="20"/>
        </w:rPr>
        <w:t>53:15  dekhiye ke jo mein ne arz kiya aap ko qissa malaika ka aur shaitan ka, iblis ka, is ko le kar sochiye aap ke sirf iblis jo tha, woh is par ghussa ho gaya ke Allah ne Adam ko khalifa bana diya aur aur kaha ke log keh dein chup jayein is ke aage, Adam ke aage, aur iblis ke aage chupne ke liye nahi kaha, is ko khalifa nahi banaya.</w:t>
      </w:r>
      <w:r>
        <w:br/>
      </w:r>
      <w:r>
        <w:rPr>
          <w:sz w:val="20"/>
        </w:rPr>
        <w:t>53:44  to yeh ghussa ho gaya.</w:t>
      </w:r>
      <w:r>
        <w:br/>
      </w:r>
      <w:r>
        <w:rPr>
          <w:sz w:val="20"/>
        </w:rPr>
        <w:t>53:48  to to to to wahan par aap jante hain ke teen the, yani iblis tha, Adam tha, aur farishte the. to farishte jo the, unhon ne Allah ke is faislay ko maan liya, unhon ne unhon ne is ko koi is par koi jhanda nahi khada kiya.</w:t>
      </w:r>
      <w:r>
        <w:br/>
      </w:r>
      <w:r>
        <w:rPr>
          <w:sz w:val="20"/>
        </w:rPr>
        <w:t>54:05  to is is par ghor kijiye aap. to farishte ka aik case kya tha? iblis ka case kya tha? iblis ka case yeh tha ke iblis jo tha, woh yani is ka self centered approach tha, is ka yani apne lehaz se sochta tha.</w:t>
      </w:r>
      <w:r>
        <w:br/>
      </w:r>
      <w:r>
        <w:rPr>
          <w:sz w:val="20"/>
        </w:rPr>
        <w:t>54:23  woh apne lehaz se mujhe izzat mile to phir aik doosre ko izzat milti hai to mein nahi manunga is ko.</w:t>
      </w:r>
      <w:r>
        <w:br/>
      </w:r>
      <w:r>
        <w:rPr>
          <w:sz w:val="20"/>
        </w:rPr>
        <w:t>54:32  to yeh tha self centered approach. is ke paas malaika ka approach tha, universal approach tha. to Allah taala ne universal approach pasand kiya aur self centered approach pasand nahi kiya.</w:t>
      </w:r>
      <w:r>
        <w:br/>
      </w:r>
      <w:r>
        <w:rPr>
          <w:sz w:val="20"/>
        </w:rPr>
        <w:t>54:45  is mamle mein dekhiye, musalmanon ka jo rukhdaar hai, woh self centered approach hai ke mere dil ko thes lag rahi hai. is</w:t>
      </w:r>
      <w:r>
        <w:br/>
      </w:r>
      <w:r>
        <w:rPr>
          <w:sz w:val="20"/>
        </w:rPr>
        <w:t>54:54  saare duniya ka faida jo ho raha hai, is ko sochiye aap. is azaadi ki wajah se duniya mein tarqqiyan huin ke aap jab tak azaadi nahi thi, tab taraqqi bhi nahi thi.</w:t>
      </w:r>
      <w:r>
        <w:br/>
      </w:r>
      <w:r>
        <w:rPr>
          <w:sz w:val="20"/>
        </w:rPr>
        <w:t>55:05  aur phir ek pehlu dekhein, yeh bhi hai ke isi azaadi se hum ko dawat ki opportunities khuli ho paayengi. dekhein, jab tak azaadi nahi thi, tab tak dawat ke mawaqe bhi nahi the.</w:t>
      </w:r>
      <w:r>
        <w:br/>
      </w:r>
      <w:r>
        <w:rPr>
          <w:sz w:val="20"/>
        </w:rPr>
        <w:t>55:20  pehlay zamanay mein azaadi bilkul nahi thi.</w:t>
      </w:r>
      <w:r>
        <w:br/>
      </w:r>
      <w:r>
        <w:rPr>
          <w:sz w:val="20"/>
        </w:rPr>
        <w:t>55:24  khud Quran mein dekhein, kai is aisi aayatein hain, maslan teen hazar saal pehle jab Hazrat Musa aaye Misr mein, Firon ke saamne dawat pesh ki unhon ne.</w:t>
      </w:r>
      <w:r>
        <w:br/>
      </w:r>
      <w:r>
        <w:rPr>
          <w:sz w:val="20"/>
        </w:rPr>
        <w:t>55:37  to Firon ne kaha ke main tum ko qatl kar doonga, yaani tum mere deen ke siwa ek aur deen pesh kar rahe ho, to main tum ko qatl kar doonga.</w:t>
      </w:r>
      <w:r>
        <w:br/>
      </w:r>
      <w:r>
        <w:rPr>
          <w:sz w:val="20"/>
        </w:rPr>
        <w:t>55:48  to is mein ek insaan maujood tha, is ke darbar mein jis ko rajal momin kaha jaata hai. is ne kaha ke "aqtuloon rabb Allah" ek aadmi ko tum is liye qatl kar do ke woh kehta hai ke Allah mera Rabb hai.</w:t>
      </w:r>
      <w:r>
        <w:br/>
      </w:r>
      <w:r>
        <w:rPr>
          <w:sz w:val="20"/>
        </w:rPr>
        <w:t>56:04  to kaha qaul par qatl hota tha, Khuda ne qaul par qatl. yeh woh daur tha.</w:t>
      </w:r>
      <w:r>
        <w:br/>
      </w:r>
      <w:r>
        <w:rPr>
          <w:sz w:val="20"/>
        </w:rPr>
        <w:t>56:13  woh doosri jo Quran mein Surah Buruj mein hai ke "wa ma naqamu minhum illa billahil azizil hameed" yaani Allah ko ek maanne hi par woh mujhe utha de di gayi, us ke saath saza di gayi.</w:t>
      </w:r>
      <w:r>
        <w:br/>
      </w:r>
      <w:r>
        <w:rPr>
          <w:sz w:val="20"/>
        </w:rPr>
        <w:t>56:27  to mujarrad imaan, mujarrad qaul, mujarrad ek alag rai, yeh yeh is zamanay mein jurm hua karti thi.</w:t>
      </w:r>
      <w:r>
        <w:br/>
      </w:r>
      <w:r>
        <w:rPr>
          <w:sz w:val="20"/>
        </w:rPr>
        <w:t>56:36  to tablegh ke mawaqe band thay, dawat ke m</w:t>
      </w:r>
      <w:r>
        <w:br/>
      </w:r>
      <w:r>
        <w:rPr>
          <w:sz w:val="20"/>
        </w:rPr>
        <w:t>56:40  waqe band thay. ab jo hai, dawat ke mawaqe khule ho gaye hain. jab duniya mein azaadi aayi, rai ki azaadi aayi to hamare liye bhi to azaadi aayi.</w:t>
      </w:r>
      <w:r>
        <w:br/>
      </w:r>
      <w:r>
        <w:rPr>
          <w:sz w:val="20"/>
        </w:rPr>
        <w:t>56:49  woh istemaal karte hain to woh chahte hain, un ko istemaal karne dijiye, un ko aap is ko dawat ke liye istemaal kijiye.</w:t>
      </w:r>
      <w:r>
        <w:br/>
      </w:r>
      <w:r>
        <w:rPr>
          <w:sz w:val="20"/>
        </w:rPr>
        <w:t>56:59  woh apne lihaaz se istemaal kar rahe hain, karne dijiye un ko, aap apne lihaaz se kijiye. in in in in azaadi rai ke mawaqe ko bharpoor taur par dawat ke liye istemaal kijiye.</w:t>
      </w:r>
      <w:r>
        <w:br/>
      </w:r>
      <w:r>
        <w:rPr>
          <w:sz w:val="20"/>
        </w:rPr>
        <w:t>57:13  to duniya ka qanoon Allah taala ne banaya hai ke "inna ma la as yaha" yeh sirf bhi aayega to is mein bhi aayega. yaani problem bhi aayenge to opportunities bhi hongi.</w:t>
      </w:r>
      <w:r>
        <w:br/>
      </w:r>
      <w:r>
        <w:rPr>
          <w:sz w:val="20"/>
        </w:rPr>
        <w:t>57:27  to woh ek pehlu ko liye hue hain, to aap un ko lene dijiye, un ko aap doosre pehlu ko lijiye, aur is is ko yaani azaadi rai ko ba taur opportunity ke le kar aap daawti kaam ko aage badhaiye.</w:t>
      </w:r>
      <w:r>
        <w:br/>
      </w:r>
      <w:r>
        <w:rPr>
          <w:sz w:val="20"/>
        </w:rPr>
        <w:t>57:45  khoob Quran ko distribute kijiye, khoob khoob Islam ki baatein logon ko phailaiye. yeh yeh hai positive, positive approach.</w:t>
      </w:r>
      <w:r>
        <w:br/>
      </w:r>
      <w:r>
        <w:rPr>
          <w:sz w:val="20"/>
        </w:rPr>
        <w:t>57:56  to main dua karta hoon ke Allah taala hamare andar positive approach ka paida kare aur negative approach ka hamare andar khatma ho jaye.</w:t>
      </w:r>
      <w:r>
        <w:br/>
      </w:r>
      <w:r>
        <w:rPr>
          <w:sz w:val="20"/>
        </w:rPr>
        <w:t>58:07  wastaghfirullah.</w:t>
      </w:r>
    </w:p>
    <w:p>
      <w:pPr>
        <w:pStyle w:val="Heading2"/>
      </w:pPr>
      <w:r>
        <w:t>Query about a hadith in Bukhari</w:t>
      </w:r>
    </w:p>
    <w:p>
      <w:r>
        <w:rPr>
          <w:color w:val="666666"/>
          <w:sz w:val="18"/>
        </w:rPr>
        <w:t>Hadith · Importance of Ijtihad December 21,2014 · 2m 47s · at 55:07 · https://youtu.be/6AgisKQ8V7s?t=3307</w:t>
      </w:r>
    </w:p>
    <w:p>
      <w:r>
        <w:rPr>
          <w:i/>
        </w:rPr>
        <w:t>“I have a query regarding a hadith in Bukhari. The hadith is as follows: Ibn Mas'ud said, 'The messenger of Allah whose truthfulness is confirmed said, 'The...'”</w:t>
      </w:r>
    </w:p>
    <w:p>
      <w:r>
        <w:rPr>
          <w:sz w:val="20"/>
        </w:rPr>
        <w:t>55:07  Maulana, agla sawal bheja hai Imran Khalid sahab ne, unhon ne location nahi likhi apni.</w:t>
      </w:r>
      <w:r>
        <w:br/>
      </w:r>
      <w:r>
        <w:rPr>
          <w:sz w:val="20"/>
        </w:rPr>
        <w:t>55:13  مولانا، ان کا سوال اس طرح ہے: مولانا، I have a query regarding a hadith in Bukhari.</w:t>
      </w:r>
      <w:r>
        <w:br/>
      </w:r>
      <w:r>
        <w:rPr>
          <w:sz w:val="20"/>
        </w:rPr>
        <w:t>55:19  The hadith is as follows: Ibn Masud said, "The messenger of Allah whose truthfulness is confirmed said, 'The</w:t>
      </w:r>
      <w:r>
        <w:br/>
      </w:r>
      <w:r>
        <w:rPr>
          <w:sz w:val="20"/>
        </w:rPr>
        <w:t>55:25  way that each of you is created is that he is gathered in his mother's womb for forty</w:t>
      </w:r>
      <w:r>
        <w:br/>
      </w:r>
      <w:r>
        <w:rPr>
          <w:sz w:val="20"/>
        </w:rPr>
        <w:t>55:30  days as a sperm drop and then for a similar length of time as a blood clot and</w:t>
      </w:r>
      <w:r>
        <w:br/>
      </w:r>
      <w:r>
        <w:rPr>
          <w:sz w:val="20"/>
        </w:rPr>
        <w:t>55:36  then for a similar length of time as a lump of flesh.</w:t>
      </w:r>
      <w:r>
        <w:br/>
      </w:r>
      <w:r>
        <w:rPr>
          <w:sz w:val="20"/>
        </w:rPr>
        <w:t>55:42  Then an angel is sent and he breathes the spirit into the fetus and is charged with four</w:t>
      </w:r>
      <w:r>
        <w:br/>
      </w:r>
      <w:r>
        <w:rPr>
          <w:sz w:val="20"/>
        </w:rPr>
        <w:t>55:48  commands: to write down his provision, his lifespan, his actions, and whether he will be wretched or happy.</w:t>
      </w:r>
      <w:r>
        <w:br/>
      </w:r>
      <w:r>
        <w:rPr>
          <w:sz w:val="20"/>
        </w:rPr>
        <w:t>55:54  By the one besides whom there is no other God, one of you may do the deeds of</w:t>
      </w:r>
      <w:r>
        <w:br/>
      </w:r>
      <w:r>
        <w:rPr>
          <w:sz w:val="20"/>
        </w:rPr>
        <w:t>56:00  the people of Paradise until he is just a qubit away from entering it.</w:t>
      </w:r>
      <w:r>
        <w:br/>
      </w:r>
      <w:r>
        <w:rPr>
          <w:sz w:val="20"/>
        </w:rPr>
        <w:t>56:06  Then his fate will overtake him and he will begin to do the deeds of the people of Hell. So he will enter Hell and one of you may do the deeds of the people of Hell until he is just a qubit away from entering it.</w:t>
      </w:r>
      <w:r>
        <w:br/>
      </w:r>
      <w:r>
        <w:rPr>
          <w:sz w:val="20"/>
        </w:rPr>
        <w:t>56:23  Then his fate will overtake him and he will begin to do the deeds of the people of Paradise.</w:t>
      </w:r>
      <w:r>
        <w:br/>
      </w:r>
      <w:r>
        <w:rPr>
          <w:sz w:val="20"/>
        </w:rPr>
        <w:t>56:28  So he will enter Paradise.</w:t>
      </w:r>
      <w:r>
        <w:br/>
      </w:r>
      <w:r>
        <w:rPr>
          <w:sz w:val="20"/>
        </w:rPr>
        <w:t>56:33  Maulana Sahab, my question is that according to this Hadith, if it is written in my fate that</w:t>
      </w:r>
      <w:r>
        <w:br/>
      </w:r>
      <w:r>
        <w:rPr>
          <w:sz w:val="20"/>
        </w:rPr>
        <w:t>56:39  I am from the people of Hell, then no matter how many good deeds I do, I would</w:t>
      </w:r>
      <w:r>
        <w:br/>
      </w:r>
      <w:r>
        <w:rPr>
          <w:sz w:val="20"/>
        </w:rPr>
        <w:t>56:44  eventually end up in Hell and vice versa.</w:t>
      </w:r>
      <w:r>
        <w:br/>
      </w:r>
      <w:r>
        <w:rPr>
          <w:sz w:val="20"/>
        </w:rPr>
        <w:t>56:50  Maulana, please explain this hadith.</w:t>
      </w:r>
      <w:r>
        <w:br/>
      </w:r>
      <w:r>
        <w:rPr>
          <w:sz w:val="20"/>
        </w:rPr>
        <w:t>56:55  Musalmanon ki ajeeb o ghareeb mizaj hai ke bohat tedious qism ki baatein le kar ke is ko</w:t>
      </w:r>
      <w:r>
        <w:br/>
      </w:r>
      <w:r>
        <w:rPr>
          <w:sz w:val="20"/>
        </w:rPr>
        <w:t>57:01  sawal bana dete hain.</w:t>
      </w:r>
      <w:r>
        <w:br/>
      </w:r>
      <w:r>
        <w:rPr>
          <w:sz w:val="20"/>
        </w:rPr>
        <w:t>57:06  Main kehta hoon ke jo khuli khuli hidayatein Quran mein hain ke logon ko dawat do, sab log</w:t>
      </w:r>
      <w:r>
        <w:br/>
      </w:r>
      <w:r>
        <w:rPr>
          <w:sz w:val="20"/>
        </w:rPr>
        <w:t>57:11  insan hain, is ko kyun nahi karte? Aap is ke peeche kyun pade hue hain? Yeh dekhiye, Islam</w:t>
      </w:r>
      <w:r>
        <w:br/>
      </w:r>
      <w:r>
        <w:rPr>
          <w:sz w:val="20"/>
        </w:rPr>
        <w:t>57:17  mein mana kiya gaya hai ke aap is tarah ke question ke peeche paden.</w:t>
      </w:r>
      <w:r>
        <w:br/>
      </w:r>
      <w:r>
        <w:rPr>
          <w:sz w:val="20"/>
        </w:rPr>
        <w:t>57:22  Na un ka to main un se kahunga ke aap chhoden in sawalat ko, aap dua work kijiye.</w:t>
      </w:r>
      <w:r>
        <w:br/>
      </w:r>
      <w:r>
        <w:rPr>
          <w:sz w:val="20"/>
        </w:rPr>
        <w:t>57:28  Har jagah aise log hain jo sachai par nahi qaim hain, unhein bekhabar hain sachai se.</w:t>
      </w:r>
      <w:r>
        <w:br/>
      </w:r>
      <w:r>
        <w:rPr>
          <w:sz w:val="20"/>
        </w:rPr>
        <w:t>57:33  in ko sachai ka paigham dijiye.</w:t>
      </w:r>
      <w:r>
        <w:br/>
      </w:r>
      <w:r>
        <w:rPr>
          <w:sz w:val="20"/>
        </w:rPr>
        <w:t>57:39  is se koi, is se is ke bare mein kyun aap itni zyada pareshani hai? main is tarah</w:t>
      </w:r>
      <w:r>
        <w:br/>
      </w:r>
      <w:r>
        <w:rPr>
          <w:sz w:val="20"/>
        </w:rPr>
        <w:t>57:44  ke sawal karne ko samajhta hoon ke islamic, nahin nahin, islami zehn ka phenomena nahin hai, yeh confusion</w:t>
      </w:r>
      <w:r>
        <w:br/>
      </w:r>
      <w:r>
        <w:rPr>
          <w:sz w:val="20"/>
        </w:rPr>
        <w:t>57:50  ka phenomena hai.</w:t>
      </w:r>
    </w:p>
    <w:p>
      <w:pPr>
        <w:pStyle w:val="Heading2"/>
      </w:pPr>
      <w:r>
        <w:t>Reconciling hadith on apostasy punishment</w:t>
      </w:r>
    </w:p>
    <w:p>
      <w:r>
        <w:rPr>
          <w:color w:val="666666"/>
          <w:sz w:val="18"/>
        </w:rPr>
        <w:t>Hadith · Freedom of Thought in Islam 23 October, 2011 · 4m 01s · at 1:13:28 · https://youtu.be/aGbxRNNOKzo?t=4408</w:t>
      </w:r>
    </w:p>
    <w:p>
      <w:r>
        <w:rPr>
          <w:i/>
        </w:rPr>
        <w:t>“In Sahih Bukhari, chapter 9, hadith numbers 84 and 57, it is mentioned: 'Whoever changes his religion, kill him.' Yet there is another hadith number 83 where it is mentioned: 'The blood of a Muslim who confesses that none has the right to be worshipped but God and that I am His messenger cannot be shed except in three cases...' How can these two hadiths be reconciled?”</w:t>
      </w:r>
    </w:p>
    <w:p>
      <w:r>
        <w:rPr>
          <w:sz w:val="20"/>
        </w:rPr>
        <w:t>1:13:28  to is se bachiye ke aap ka case double standard case ban jaye. Double thinking ka case ban jaye. is se bachiye. Maulana, agla sawal kya hai Miss Saadia ne Dil se.</w:t>
      </w:r>
      <w:r>
        <w:br/>
      </w:r>
      <w:r>
        <w:rPr>
          <w:sz w:val="20"/>
        </w:rPr>
        <w:t>1:13:42  unhon ne likha hai ke in sahih al bukhari chapter number nine hadith number eighty four and fifty seven it is mentioned whoever changes his religion kill him</w:t>
      </w:r>
      <w:r>
        <w:br/>
      </w:r>
      <w:r>
        <w:rPr>
          <w:sz w:val="20"/>
        </w:rPr>
        <w:t>1:13:56  yet there is another hadith number eighty three where it is mentioned the blood of a muslim who confesses that none has theright to be worshipped but god and that i am his messenger cannot be shed except in three cases,</w:t>
      </w:r>
      <w:r>
        <w:br/>
      </w:r>
      <w:r>
        <w:rPr>
          <w:sz w:val="20"/>
        </w:rPr>
        <w:t>1:14:14  one of which is when he leaves the muslims. kindly throw light on this following two often quoted hadith regarding apostasy.</w:t>
      </w:r>
      <w:r>
        <w:br/>
      </w:r>
      <w:r>
        <w:rPr>
          <w:sz w:val="20"/>
        </w:rPr>
        <w:t>1:14:25  dekhiye, hadith hai, khabar wahid ke taur par hai woh. mun badala dinnah faqtuluni main ne is par kitab likhi hai.</w:t>
      </w:r>
      <w:r>
        <w:br/>
      </w:r>
      <w:r>
        <w:rPr>
          <w:sz w:val="20"/>
        </w:rPr>
        <w:t>1:14:34  woh maqala likha hai, thirty pages ka. meri kitab hikmat e islam. main ne is mein likha hai ke haan, lafz deen jo hai, mazhab ke mani mein nahin hai.</w:t>
      </w:r>
      <w:r>
        <w:br/>
      </w:r>
      <w:r>
        <w:rPr>
          <w:sz w:val="20"/>
        </w:rPr>
        <w:t>1:14:45  lekin is zamane mein, jo aaj kal jo term bolte hain hum, is tarah se is tarah terminology nahin bani thi. is tarah se nahin bani thi.</w:t>
      </w:r>
      <w:r>
        <w:br/>
      </w:r>
      <w:r>
        <w:rPr>
          <w:sz w:val="20"/>
        </w:rPr>
        <w:t>1:14:55  misalan dekhiye, aaj hum bolte hain, woh yaani baghavat ka lafz bolte hain. state se baghavat. is zamane mein state se baghavat ka lafz nahin hua karta tha.</w:t>
      </w:r>
      <w:r>
        <w:br/>
      </w:r>
      <w:r>
        <w:rPr>
          <w:sz w:val="20"/>
        </w:rPr>
        <w:t>1:15:07  to yahi deen hi ka lafz bola jata tha. to yahan jo lafz deen hai, woh state se baghavat ke ma</w:t>
      </w:r>
      <w:r>
        <w:br/>
      </w:r>
      <w:r>
        <w:rPr>
          <w:sz w:val="20"/>
        </w:rPr>
        <w:t>1:15:13  ni mein hai. woh mazhab badalne ke mani mein nahin hai. woh ek poori kahani hai is ki. woh aisa nahin hai ke sirf ek hadith ho. ek poora waqea hai is ka.</w:t>
      </w:r>
      <w:r>
        <w:br/>
      </w:r>
      <w:r>
        <w:rPr>
          <w:sz w:val="20"/>
        </w:rPr>
        <w:t>1:15:21  is poore waqeye ki taraf bhi dekhiye aap. to jo yeh jo log is ko lete hain, woh yeh samajhte nahin is cheez ko ke woh mazhab ke mani mein nahin hai.</w:t>
      </w:r>
      <w:r>
        <w:br/>
      </w:r>
      <w:r>
        <w:rPr>
          <w:sz w:val="20"/>
        </w:rPr>
        <w:t>1:15:32  woh state se wafadari badalne ke mani mein hai. yaani dushman, woh woh jang ke waqt ka mamla hai.</w:t>
      </w:r>
      <w:r>
        <w:br/>
      </w:r>
      <w:r>
        <w:rPr>
          <w:sz w:val="20"/>
        </w:rPr>
        <w:t>1:15:40  dekhiye, jang ke waqt agar koi shakhs wafadari ko badle aur dushman se mil jaye to aaj bhi yeh mana jata hai ke woh qabil e gardan nahin hai. mazhab badalne par agar marne ko ho to quran mein saaf saaf kyun nahin hukum aaya?</w:t>
      </w:r>
      <w:r>
        <w:br/>
      </w:r>
      <w:r>
        <w:rPr>
          <w:sz w:val="20"/>
        </w:rPr>
        <w:t>1:15:56  yeh bhi yaad rakhiye ke quran jo hai, capital punishment ke mani mein sirf quran se sabit hona chahiye.</w:t>
      </w:r>
      <w:r>
        <w:br/>
      </w:r>
      <w:r>
        <w:rPr>
          <w:sz w:val="20"/>
        </w:rPr>
        <w:t>1:16:05  ab capital punishment ka usool jo hai, hadith se nahin nikal sakte aap. yaani itni badi baat jo hai, yaani saare jo quran majeed mein jitne basic teachings hain, woh sab quran mein hain.</w:t>
      </w:r>
      <w:r>
        <w:br/>
      </w:r>
      <w:r>
        <w:rPr>
          <w:sz w:val="20"/>
        </w:rPr>
        <w:t>1:16:17  koi basic teaching aisi nahin jo quran mein na ho. hadith mein detail hai. basic teachings hadith quran mein sab maujood hain. to yeh capital punishment ki cheez ka taalluq basic teachings se hai.</w:t>
      </w:r>
      <w:r>
        <w:br/>
      </w:r>
      <w:r>
        <w:rPr>
          <w:sz w:val="20"/>
        </w:rPr>
        <w:t>1:16:29  woh quran mein milna chahiye.</w:t>
      </w:r>
      <w:r>
        <w:br/>
      </w:r>
      <w:r>
        <w:rPr>
          <w:sz w:val="20"/>
        </w:rPr>
        <w:t>1:16:31  to usool yeh hai, dekhiye ke agar quran aur hadith ke darmiyan bazahir koi takrao dikhai de diya de to hadith ki taweel ki jayegi.</w:t>
      </w:r>
      <w:r>
        <w:br/>
      </w:r>
      <w:r>
        <w:rPr>
          <w:sz w:val="20"/>
        </w:rPr>
        <w:t>1:16:41  quran ki taweel nahin ki jayegi. yaani hadith ko quran ke tabe kiya jayega. na ke na ke hadith ko quran ke tabe kiya jaye. ulta nahin kiya jayega.</w:t>
      </w:r>
      <w:r>
        <w:br/>
      </w:r>
      <w:r>
        <w:rPr>
          <w:sz w:val="20"/>
        </w:rPr>
        <w:t>1:16:50  hadith ko quran ke tabe kiya jayega. quran ko hadith ke tabe nahin kiya jayega.</w:t>
      </w:r>
      <w:r>
        <w:br/>
      </w:r>
      <w:r>
        <w:rPr>
          <w:sz w:val="20"/>
        </w:rPr>
        <w:t>1:16:55  isi liye main yeh kehta hoon ke yahan par jo lafz deen hai, woh mazhab ke mani mein nahin. is mein main ne bohat se logon ke naqal kiya hua apne maqale mein, doosre logon ki aara.</w:t>
      </w:r>
      <w:r>
        <w:br/>
      </w:r>
      <w:r>
        <w:rPr>
          <w:sz w:val="20"/>
        </w:rPr>
        <w:t>1:17:09  yaani aasani se main akela keh raha hoon. wahan bohat se main ne naqal kiya, is ko aap padh lijiye. mera maqala jo hai, thirty pages ka. yeh bohat zyada is mein hawale diye hain main ne.</w:t>
      </w:r>
      <w:r>
        <w:br/>
      </w:r>
      <w:r>
        <w:rPr>
          <w:sz w:val="20"/>
        </w:rPr>
        <w:t>1:17:20  to is hadith se mera hadith sabit nahin hota ke koi aadmi agar murtad ho jaye to maar dalo is ko. yeh sabit nahin hota is se.</w:t>
      </w:r>
    </w:p>
    <w:p>
      <w:pPr>
        <w:pStyle w:val="Heading2"/>
      </w:pPr>
      <w:r>
        <w:t>Remembering Death and Life's Purpose</w:t>
      </w:r>
    </w:p>
    <w:p>
      <w:r>
        <w:rPr>
          <w:color w:val="666666"/>
          <w:sz w:val="18"/>
        </w:rPr>
        <w:t>Hadith · Q&amp;A 13 Nov 2011 · 5m 10s · at 54:19 · https://youtu.be/oOZ9h37_pL8?t=3259</w:t>
      </w:r>
    </w:p>
    <w:p>
      <w:r>
        <w:rPr>
          <w:i/>
        </w:rPr>
        <w:t>“A hadith says to remember death often. But when we do this, we no longer feel inclined to do any work, and life's purpose remains unfulfilled. Please elaborate your thoughts.”</w:t>
      </w:r>
    </w:p>
    <w:p>
      <w:r>
        <w:rPr>
          <w:sz w:val="20"/>
        </w:rPr>
        <w:t>54:19  maulana agla sawal hai mister shah imran hasan ka delhi se. unhon ne likha hai ke hadith mein aaya hai ke maut ko yaad kiya karo.</w:t>
      </w:r>
      <w:r>
        <w:br/>
      </w:r>
      <w:r>
        <w:rPr>
          <w:sz w:val="20"/>
        </w:rPr>
        <w:t>54:29  parantu jab hum aisa karte hain to kisi kaam ko karne ki achha nahi rehti. aur jeewan ka uddesh baqi nahi rehta.</w:t>
      </w:r>
      <w:r>
        <w:br/>
      </w:r>
      <w:r>
        <w:rPr>
          <w:sz w:val="20"/>
        </w:rPr>
        <w:t>54:38  kripya kar ke aap apne vichar vyakt karen.</w:t>
      </w:r>
      <w:r>
        <w:br/>
      </w:r>
      <w:r>
        <w:rPr>
          <w:sz w:val="20"/>
        </w:rPr>
        <w:t>54:42  mein to har subah shab maut yaad karta hoon. mere saath Dilli mein koi active koi hai. aap aa ke mujhe dekhen ke mein kya karta hoon. aap yaqeen kijiye taqreeban rozah nahi ungliyon pe ginta hoon mein.</w:t>
      </w:r>
      <w:r>
        <w:br/>
      </w:r>
      <w:r>
        <w:rPr>
          <w:sz w:val="20"/>
        </w:rPr>
        <w:t>54:56  ke meri family mein falan murga. mere janne walon mein falan murga.</w:t>
      </w:r>
      <w:r>
        <w:br/>
      </w:r>
      <w:r>
        <w:rPr>
          <w:sz w:val="20"/>
        </w:rPr>
        <w:t>55:01  mein Dilli mein tha yahan falan murga. Adam Pur mein tha falan murga. Rampur mein tha Lucknow mein tha baqayda ginta hoon ungliyon pe. ab meri bari hai.</w:t>
      </w:r>
      <w:r>
        <w:br/>
      </w:r>
      <w:r>
        <w:rPr>
          <w:sz w:val="20"/>
        </w:rPr>
        <w:t>55:10  lekin mein yeh nahi samajhta ke Dilli mein koi murshid active hai. to yeh to kahani ki baat hai.</w:t>
      </w:r>
      <w:r>
        <w:br/>
      </w:r>
      <w:r>
        <w:rPr>
          <w:sz w:val="20"/>
        </w:rPr>
        <w:t>55:18  dekhiye mein aap se woh formula bataunga mein aap ko. jo ek bahut bada ek muhqqiq ek British muhqqiq ne kaha tha. ke I am large enough to contain all these contradictions.</w:t>
      </w:r>
      <w:r>
        <w:br/>
      </w:r>
      <w:r>
        <w:rPr>
          <w:sz w:val="20"/>
        </w:rPr>
        <w:t>55:32  ke maut ko yaad karna is ke bawajood active rehna. yeh dono mumkin hain is dimagh ke liye. is dimagh ki capacity bahut zyada hai.</w:t>
      </w:r>
      <w:r>
        <w:br/>
      </w:r>
      <w:r>
        <w:rPr>
          <w:sz w:val="20"/>
        </w:rPr>
        <w:t>55:42  is ne is par kaha tha ke agar mein apne watan se mohabbat karunga to is ka matlab yeh nahi ke mein apne baap se mohabbat nahi karunga. apne religion se mohabbat nahi hogi mujh ko.</w:t>
      </w:r>
      <w:r>
        <w:br/>
      </w:r>
      <w:r>
        <w:rPr>
          <w:sz w:val="20"/>
        </w:rPr>
        <w:t>55:53  to is ne kaha tha ke I am large enough to contain all these contradictions. to yeh bahut hi supreme baaten hain.</w:t>
      </w:r>
      <w:r>
        <w:br/>
      </w:r>
      <w:r>
        <w:rPr>
          <w:sz w:val="20"/>
        </w:rPr>
        <w:t>56:01  insan ke dimagh ko underestimate karna hai yeh. aap insan ke dimagh ko underestimate kar rahe hain.</w:t>
      </w:r>
      <w:r>
        <w:br/>
      </w:r>
      <w:r>
        <w:rPr>
          <w:sz w:val="20"/>
        </w:rPr>
        <w:t>56:10  Maulana Zakwan Nadvi ne Maulana ek apna experience diya hai is mein. unhon ne likha hai ke Himachal Pradesh mein mere ek Nadvi saathi hain.</w:t>
      </w:r>
      <w:r>
        <w:br/>
      </w:r>
      <w:r>
        <w:rPr>
          <w:sz w:val="20"/>
        </w:rPr>
        <w:t>56:21  woh wahan ek Jamia Masjid ke Imam hain. aur wahan ek English medium school chalate hain. do saal pehle un se Al-Risala ki buniyad par contact hua.</w:t>
      </w:r>
      <w:r>
        <w:br/>
      </w:r>
      <w:r>
        <w:rPr>
          <w:sz w:val="20"/>
        </w:rPr>
        <w:t>56:33  ab woh Al-Risala ke regular reader hain. aur Himachal Pradesh mein da'wa work kar rahe hain. unhon ne phone par mujh ko bataya ke mere paas dedh so mukhtalif Urdu magazines the.</w:t>
      </w:r>
      <w:r>
        <w:br/>
      </w:r>
      <w:r>
        <w:rPr>
          <w:sz w:val="20"/>
        </w:rPr>
        <w:t>56:46  Al-Risala parhne ke baad mein ne un sab magazines ko jala kar khatam kar diya. taake koi aur cheez mujh ko distract na kar sake.</w:t>
      </w:r>
      <w:r>
        <w:br/>
      </w:r>
      <w:r>
        <w:rPr>
          <w:sz w:val="20"/>
        </w:rPr>
        <w:t>56:56  nahi to mein kahoon ke yeh aadmi hai. yaani intelligent aadmi hai is ne Al-Risala ko discover kiya. jo aadmi Al-Risala ko discover karega us ka hi right hoga.</w:t>
      </w:r>
      <w:r>
        <w:br/>
      </w:r>
      <w:r>
        <w:rPr>
          <w:sz w:val="20"/>
        </w:rPr>
        <w:t>57:06  jo discover na kare wohi phansa rahega. woh sab yaani is ko is ko farq nahi kar payega. lekin jo discover kar le ga Al-Risala ko us ka rawaiyya aise hi hoga.</w:t>
      </w:r>
      <w:r>
        <w:br/>
      </w:r>
      <w:r>
        <w:rPr>
          <w:sz w:val="20"/>
        </w:rPr>
        <w:t>57:21  Mr. Sajid Anwar ne Dilli se likha hai. Maulana during a talk with one of the top executives of a company the failure of a leading Indian airlines came into discussion.</w:t>
      </w:r>
      <w:r>
        <w:br/>
      </w:r>
      <w:r>
        <w:rPr>
          <w:sz w:val="20"/>
        </w:rPr>
        <w:t>57:36  he commented that now it is clear that only moral base is the right base. for a successful business. Maulana does this indicate that now people are once again rediscovering the truth of the divine teachings.</w:t>
      </w:r>
      <w:r>
        <w:br/>
      </w:r>
      <w:r>
        <w:rPr>
          <w:sz w:val="20"/>
        </w:rPr>
        <w:t>57:53  how does it help a da'i for his da'wa mission?</w:t>
      </w:r>
      <w:r>
        <w:br/>
      </w:r>
      <w:r>
        <w:rPr>
          <w:sz w:val="20"/>
        </w:rPr>
        <w:t>58:00  woh airline ka qissa yeh hai. aur yeh aksar logon ka qissa hai jo bankrupt ho jate hain. bade bade loan le lete hain. aur us loan ke against mein jo unhein income hone wali hai.</w:t>
      </w:r>
      <w:r>
        <w:br/>
      </w:r>
      <w:r>
        <w:rPr>
          <w:sz w:val="20"/>
        </w:rPr>
        <w:t>58:11  to kam hoti hai woh qist de nahi paate. to bankrupt ho jate hain.</w:t>
      </w:r>
      <w:r>
        <w:br/>
      </w:r>
      <w:r>
        <w:rPr>
          <w:sz w:val="20"/>
        </w:rPr>
        <w:t>58:17  to yeh to un logon ko is ki khabar nahi ke is duniya mein yaani hiras ki buniyad par kaam nahi ho sakta. yeh saare log is raaz ko nahi jante.</w:t>
      </w:r>
      <w:r>
        <w:br/>
      </w:r>
      <w:r>
        <w:rPr>
          <w:sz w:val="20"/>
        </w:rPr>
        <w:t>58:28  contentment aur lust ke farq ko nahi samajhte woh log. to yeh ek aitbar se aap sahi keh rahe hain ke</w:t>
      </w:r>
      <w:r>
        <w:br/>
      </w:r>
      <w:r>
        <w:rPr>
          <w:sz w:val="20"/>
        </w:rPr>
        <w:t>58:36  is ki ek moral value yeh hai. to moral value ke lafz aap istemal kar sakte hain yahan par. ke agar woh log janen is raaz ko ke duniya mein hum yaani greed ke baghair pa hi nahi sakte.</w:t>
      </w:r>
      <w:r>
        <w:br/>
      </w:r>
      <w:r>
        <w:rPr>
          <w:sz w:val="20"/>
        </w:rPr>
        <w:t>58:51  payenge net hi ke baghair. woh itna</w:t>
      </w:r>
      <w:r>
        <w:br/>
      </w:r>
      <w:r>
        <w:rPr>
          <w:sz w:val="20"/>
        </w:rPr>
        <w:t>58:55  itna hai hi nahi dunya mein. toh kya karenge?</w:t>
      </w:r>
      <w:r>
        <w:br/>
      </w:r>
      <w:r>
        <w:rPr>
          <w:sz w:val="20"/>
        </w:rPr>
        <w:t>58:58  agar agar agar woh apne apne yaani grade tak na jayein. aur net ke andar net ko bohat bohat maani mein lijiyey.</w:t>
      </w:r>
      <w:r>
        <w:br/>
      </w:r>
      <w:r>
        <w:rPr>
          <w:sz w:val="20"/>
        </w:rPr>
        <w:t>59:07  net ko wasee maani mein lijiyey. ke jo mere bas mein hai. jo mere bas mein hai. grade woh hai jo mere bas mein hi nahi hai.</w:t>
      </w:r>
      <w:r>
        <w:br/>
      </w:r>
      <w:r>
        <w:rPr>
          <w:sz w:val="20"/>
        </w:rPr>
        <w:t>59:17  toh jo aap ke bas mein nahi hai wahan aap jump karte hain toh fail honge. lekin jo aap ke bas mein hai uske andar aap kaam karein toh aap manage kar payenge. phir fail hone ka koi sawal nahi hai.</w:t>
      </w:r>
    </w:p>
    <w:p>
      <w:pPr>
        <w:pStyle w:val="Heading2"/>
      </w:pPr>
      <w:r>
        <w:t>Response to Hadith rejection claim</w:t>
      </w:r>
    </w:p>
    <w:p>
      <w:r>
        <w:rPr>
          <w:color w:val="666666"/>
          <w:sz w:val="18"/>
        </w:rPr>
        <w:t>Hadith · Living In Falsehood I December 15, 2013 · 2m 09s · at 1:09:01 · https://youtu.be/yD-ZtvlrFDw?t=4141</w:t>
      </w:r>
    </w:p>
    <w:p>
      <w:r>
        <w:rPr>
          <w:i/>
        </w:rPr>
        <w:t>“A person says that on the basis of the greatness of the Quran and God, we do not accept Hadith. What is your response?”</w:t>
      </w:r>
    </w:p>
    <w:p>
      <w:r>
        <w:rPr>
          <w:sz w:val="20"/>
        </w:rPr>
        <w:t>1:09:01  maulana, agla sawal bhi chennai se hai, nadeem sahib ne kiya hai, unhon ne likha hai: "maulana, aik</w:t>
      </w:r>
      <w:r>
        <w:br/>
      </w:r>
      <w:r>
        <w:rPr>
          <w:sz w:val="20"/>
        </w:rPr>
        <w:t>1:09:09  sahib ne kaha jo hadith ko nahi mante ke azmat quran aur azmat khuda ki buniyad par hum</w:t>
      </w:r>
      <w:r>
        <w:br/>
      </w:r>
      <w:r>
        <w:rPr>
          <w:sz w:val="20"/>
        </w:rPr>
        <w:t>1:09:17  hadith ko nahi mante hain.</w:t>
      </w:r>
      <w:r>
        <w:br/>
      </w:r>
      <w:r>
        <w:rPr>
          <w:sz w:val="20"/>
        </w:rPr>
        <w:t>1:09:19  maulana, is mein kahan falsehood hai, is ko wazeh karein." mein samajhta hoon ke aap aisa karein</w:t>
      </w:r>
      <w:r>
        <w:br/>
      </w:r>
      <w:r>
        <w:rPr>
          <w:sz w:val="20"/>
        </w:rPr>
        <w:t>1:09:27  ke hamara jo rasool allah salallahu alaihi wasallam ka tasawwur ka issue hai, woh poora ka poora</w:t>
      </w:r>
      <w:r>
        <w:br/>
      </w:r>
      <w:r>
        <w:rPr>
          <w:sz w:val="20"/>
        </w:rPr>
        <w:t>1:09:34  hadith par hai, is ko un ko parhwaiye.</w:t>
      </w:r>
      <w:r>
        <w:br/>
      </w:r>
      <w:r>
        <w:rPr>
          <w:sz w:val="20"/>
        </w:rPr>
        <w:t>1:09:38  mein samajhta hoon ke hadith ke baray mein logon ko jo ghalat fehmiyan hain, woh sari ki sari</w:t>
      </w:r>
      <w:r>
        <w:br/>
      </w:r>
      <w:r>
        <w:rPr>
          <w:sz w:val="20"/>
        </w:rPr>
        <w:t>1:09:46  is mein aa gayi hain.</w:t>
      </w:r>
      <w:r>
        <w:br/>
      </w:r>
      <w:r>
        <w:rPr>
          <w:sz w:val="20"/>
        </w:rPr>
        <w:t>1:09:48  to kuch chand jumlon mein jawab nahi hoga, un ke zehan address nahi hoga.</w:t>
      </w:r>
      <w:r>
        <w:br/>
      </w:r>
      <w:r>
        <w:rPr>
          <w:sz w:val="20"/>
        </w:rPr>
        <w:t>1:09:54  aap woh december ka jo risala hai, yani december 2013 ka jo risala hai, is ko parhwaiye.</w:t>
      </w:r>
      <w:r>
        <w:br/>
      </w:r>
      <w:r>
        <w:rPr>
          <w:sz w:val="20"/>
        </w:rPr>
        <w:t>1:10:01  inshallah, mujhe qawi umeed hai ke un ka zehan jo hai, mutmaeen ho jaye ga.</w:t>
      </w:r>
      <w:r>
        <w:br/>
      </w:r>
      <w:r>
        <w:rPr>
          <w:sz w:val="20"/>
        </w:rPr>
        <w:t>1:10:07  okay, we will end the session now.</w:t>
      </w:r>
      <w:r>
        <w:br/>
      </w:r>
      <w:r>
        <w:rPr>
          <w:sz w:val="20"/>
        </w:rPr>
        <w:t>1:10:10  thank you.</w:t>
      </w:r>
    </w:p>
    <w:p>
      <w:pPr>
        <w:pStyle w:val="Heading2"/>
      </w:pPr>
      <w:r>
        <w:t>Status differences among Muslim groups?</w:t>
      </w:r>
    </w:p>
    <w:p>
      <w:r>
        <w:rPr>
          <w:color w:val="666666"/>
          <w:sz w:val="18"/>
        </w:rPr>
        <w:t>Hadith · Islam in A New Age March 18, 2012 · 1m 17s · at 1:18:13 · https://youtu.be/P5hzq_NheY0?t=4693</w:t>
      </w:r>
    </w:p>
    <w:p>
      <w:r>
        <w:rPr>
          <w:i/>
        </w:rPr>
        <w:t>“Is there any difference of status or rank among the Sayyids, Sheikhs, Pathans, Ansaris, or Malik according to the Hadith?”</w:t>
      </w:r>
    </w:p>
    <w:p>
      <w:r>
        <w:rPr>
          <w:sz w:val="20"/>
        </w:rPr>
        <w:t>1:18:13  aur yeh hum chahte hain ke hamare sathiyon mein yeh mizaj aaye. Maulana, agla sawal Dilli se hai, aah Miss Parveen Sultana ka.</w:t>
      </w:r>
      <w:r>
        <w:br/>
      </w:r>
      <w:r>
        <w:rPr>
          <w:sz w:val="20"/>
        </w:rPr>
        <w:t>1:18:24  unhon ne aapse poocha hai: Maulana, is there any difference of status or rank or anything among the Sayyids, Sheikhs, Pathans, Ansaris or Malik according to the Hadith?</w:t>
      </w:r>
      <w:r>
        <w:br/>
      </w:r>
      <w:r>
        <w:rPr>
          <w:sz w:val="20"/>
        </w:rPr>
        <w:t>1:18:37  kya phir se parhiye?</w:t>
      </w:r>
      <w:r>
        <w:br/>
      </w:r>
      <w:r>
        <w:rPr>
          <w:sz w:val="20"/>
        </w:rPr>
        <w:t>1:18:39  Is there any difference of status or rank among the Sayyids, Sheikhs, Pathans, Ansaris or Maliks according to the Hadith?</w:t>
      </w:r>
      <w:r>
        <w:br/>
      </w:r>
      <w:r>
        <w:rPr>
          <w:sz w:val="20"/>
        </w:rPr>
        <w:t>1:18:50  nahin, nahin, yeh sab kuch nahin. yeh to Musalman ne bana rakha hai. yeh sab aur ziyada tar yeh Indian subcontinent ka qissa hai, yeh sab hai ziyada tar.</w:t>
      </w:r>
      <w:r>
        <w:br/>
      </w:r>
      <w:r>
        <w:rPr>
          <w:sz w:val="20"/>
        </w:rPr>
        <w:t>1:19:00  aur mulkon mein ab bhi yeh sab baatein nahin hain.</w:t>
      </w:r>
      <w:r>
        <w:br/>
      </w:r>
      <w:r>
        <w:rPr>
          <w:sz w:val="20"/>
        </w:rPr>
        <w:t>1:19:03  yeh to yeh to sach poochhen to jo yahan India mein jo zaat system tha, caste system, is caste system ke asar se yeh baatein paida hui hain.</w:t>
      </w:r>
      <w:r>
        <w:br/>
      </w:r>
      <w:r>
        <w:rPr>
          <w:sz w:val="20"/>
        </w:rPr>
        <w:t>1:19:14  abhi bhi yani Indian subcontinent jo hai, is ke bahar yeh baat abhi bhi nahin kehte. aap chahiye Arab mein chalen, yeh sab kuch nahin. to yeh India mein caste system tha, is ko Musalmanon ne Islamize kar liya.</w:t>
      </w:r>
      <w:r>
        <w:br/>
      </w:r>
      <w:r>
        <w:rPr>
          <w:sz w:val="20"/>
        </w:rPr>
        <w:t>1:19:28  bas. is ka Islam se koi talluq</w:t>
      </w:r>
    </w:p>
    <w:p>
      <w:pPr>
        <w:pStyle w:val="Heading2"/>
      </w:pPr>
      <w:r>
        <w:t>Status of Sunnah: virtues or rulings?</w:t>
      </w:r>
    </w:p>
    <w:p>
      <w:r>
        <w:rPr>
          <w:color w:val="666666"/>
          <w:sz w:val="18"/>
        </w:rPr>
        <w:t>Hadith · Islah e Ummat August 10, 2014 · 1m 27s · at 1:01:24 · https://youtu.be/a7ohKq4Xf0Y?t=3684</w:t>
      </w:r>
    </w:p>
    <w:p>
      <w:r>
        <w:rPr>
          <w:i/>
        </w:rPr>
        <w:t>“I understand the level of ma'rifat, but what is the status of following the Prophet and the Sunnah in Islam? Does the Sunnah relate to virtues or to rulings? Please explain.”</w:t>
      </w:r>
    </w:p>
    <w:p>
      <w:r>
        <w:rPr>
          <w:sz w:val="20"/>
        </w:rPr>
        <w:t>1:01:24  molana agla sawal himachal pradesh se muhammad ashique elahi sahib ne kiya hai aur unho ne likha hai ke marifat ka darja samajh mein aata hai lekin itba rasool aur sunnat rasool ka islam mein kya darja hai sunnat rasool ka talluq fazail se hai ya masail se is ke bary mein batayein</w:t>
      </w:r>
      <w:r>
        <w:br/>
      </w:r>
      <w:r>
        <w:rPr>
          <w:sz w:val="20"/>
        </w:rPr>
        <w:t>1:01:50  aap hamara ek abhi chupa hai</w:t>
      </w:r>
      <w:r>
        <w:br/>
      </w:r>
      <w:r>
        <w:rPr>
          <w:sz w:val="20"/>
        </w:rPr>
        <w:t>1:01:54  ek number hadith par aur ek aur number chupa hai quran o hadith is ka unwan hai</w:t>
      </w:r>
      <w:r>
        <w:br/>
      </w:r>
      <w:r>
        <w:rPr>
          <w:sz w:val="20"/>
        </w:rPr>
        <w:t>1:02:02  do parche is ko parhiye aap abhi do char mahine ke andar andar dono parche chappe hain to</w:t>
      </w:r>
      <w:r>
        <w:br/>
      </w:r>
      <w:r>
        <w:rPr>
          <w:sz w:val="20"/>
        </w:rPr>
        <w:t>1:02:09  is mein is par tafseel se baat aayi hai is ko parhiye aur parhne ke baad phir koi</w:t>
      </w:r>
      <w:r>
        <w:br/>
      </w:r>
      <w:r>
        <w:rPr>
          <w:sz w:val="20"/>
        </w:rPr>
        <w:t>1:02:16  nuqta aap clear na ho to woh sawal kijiye aap</w:t>
      </w:r>
      <w:r>
        <w:br/>
      </w:r>
      <w:r>
        <w:rPr>
          <w:sz w:val="20"/>
        </w:rPr>
        <w:t>1:02:24  abhi chand mahine ke andar yeh dono mazmoon aaye hain aik hadith par hai aik aik quran par dono sach poochein to yani hadith quran par hai aur is ka mozu yahi hai is ko aap parhiye aur phir is ko parhne ke baad aap apne sawal ko dobara likhiye</w:t>
      </w:r>
    </w:p>
    <w:p>
      <w:pPr>
        <w:pStyle w:val="Heading2"/>
      </w:pPr>
      <w:r>
        <w:t>Tazkiyah and the heart contradiction</w:t>
      </w:r>
    </w:p>
    <w:p>
      <w:r>
        <w:rPr>
          <w:color w:val="666666"/>
          <w:sz w:val="18"/>
        </w:rPr>
        <w:t>Hadith · Deeper Meaning of The Quran May 17, 2015 · 1m 58s · at 1:05:54 · https://youtu.be/CoTUNYxSRiI?t=3954</w:t>
      </w:r>
    </w:p>
    <w:p>
      <w:r>
        <w:rPr>
          <w:i/>
        </w:rPr>
        <w:t>“Moulana, you said that tazkiyah (purification) is not related to the heart. But there is a hadith: 'There is a piece of flesh in the body, the heart. When it is sound, all is sound; when it is corrupt, all is corrupt.' Please clarify.”</w:t>
      </w:r>
    </w:p>
    <w:p>
      <w:r>
        <w:rPr>
          <w:sz w:val="20"/>
        </w:rPr>
        <w:t>1:05:54  maulana, agla sawal punay se zahid khan sahab ne kiya hai. aur unhon ne likha hai: "maulana, aap ne kaha ke tazkiya ka talluq qalb se nahin hai.</w:t>
      </w:r>
      <w:r>
        <w:br/>
      </w:r>
      <w:r>
        <w:rPr>
          <w:sz w:val="20"/>
        </w:rPr>
        <w:t>1:06:06  halankay hadees hai: 'jism mein ek tukra hai yani dil. jab woh theek ho to sab durust hai. jab kharab ho to sab kharab hai.' is ko wazeh karen."</w:t>
      </w:r>
      <w:r>
        <w:br/>
      </w:r>
      <w:r>
        <w:rPr>
          <w:sz w:val="20"/>
        </w:rPr>
        <w:t>1:06:21  dekhiye tamseel ki zaban mein. tamseel ki zaban mein. insani bolta hai quran mein bhi tamseel ki zaban hai.</w:t>
      </w:r>
      <w:r>
        <w:br/>
      </w:r>
      <w:r>
        <w:rPr>
          <w:sz w:val="20"/>
        </w:rPr>
        <w:t>1:06:33  jaise kaboot ankaboot. koi ghar kisi ka koi bakri ghar ki tarah hota nahin jaale se bana hua.</w:t>
      </w:r>
      <w:r>
        <w:br/>
      </w:r>
      <w:r>
        <w:rPr>
          <w:sz w:val="20"/>
        </w:rPr>
        <w:t>1:06:45  to bakri ke jaale ka bakri jala tan kar jab ghar banati hai us ki misaal di gayi hai. kaboot ankaboot.</w:t>
      </w:r>
      <w:r>
        <w:br/>
      </w:r>
      <w:r>
        <w:rPr>
          <w:sz w:val="20"/>
        </w:rPr>
        <w:t>1:06:55  to is ka matlab yeh nahin ke woh jaale ka ghar. to yeh tamseel ko kehte hain hum tamseel yani symbolic language.</w:t>
      </w:r>
      <w:r>
        <w:br/>
      </w:r>
      <w:r>
        <w:rPr>
          <w:sz w:val="20"/>
        </w:rPr>
        <w:t>1:07:08  aur doosri baat yeh hai ke aap arabi zaban ki dictionaries dekhen to aap paen ke arabi zaban mein qalb ke matlab heart ke nahin hote.</w:t>
      </w:r>
      <w:r>
        <w:br/>
      </w:r>
      <w:r>
        <w:rPr>
          <w:sz w:val="20"/>
        </w:rPr>
        <w:t>1:07:20  dil dil ke matlab samajhte hain log. qalb ke matlab wahi hain jo aql ke hain. aap risala al-rab mein parhiye jo arabi zaban ka mashhoor lughat hai.</w:t>
      </w:r>
      <w:r>
        <w:br/>
      </w:r>
      <w:r>
        <w:rPr>
          <w:sz w:val="20"/>
        </w:rPr>
        <w:t>1:07:30  qalb ke matlab wahi hain jo aql ke matlab hote hain. aur quran mein char chah alfaz istemal hue hain:</w:t>
      </w:r>
      <w:r>
        <w:br/>
      </w:r>
      <w:r>
        <w:rPr>
          <w:sz w:val="20"/>
        </w:rPr>
        <w:t>1:07:38  qalb, aql, fuad, nuha, hijr waghera. yeh sab aql ke matlab mein hain. is par maine likha hai bohat aap parh lijie meri kitabon mein.</w:t>
      </w:r>
    </w:p>
    <w:p>
      <w:pPr>
        <w:pStyle w:val="Heading2"/>
      </w:pPr>
      <w:r>
        <w:t>True dreams of believers in end times</w:t>
      </w:r>
    </w:p>
    <w:p>
      <w:r>
        <w:rPr>
          <w:color w:val="666666"/>
          <w:sz w:val="18"/>
        </w:rPr>
        <w:t>Hadith · Discovery of Modern Age February 10, 2013 · 1m 21s · at 1:08:11 · https://youtu.be/qYGA53ii7E4?t=4091</w:t>
      </w:r>
    </w:p>
    <w:p>
      <w:r>
        <w:rPr>
          <w:i/>
        </w:rPr>
        <w:t>“You mentioned a hadith that in the end times, a believer will see true dreams. Please explain what type of dream this refers to.”</w:t>
      </w:r>
    </w:p>
    <w:p>
      <w:r>
        <w:rPr>
          <w:sz w:val="20"/>
        </w:rPr>
        <w:t>1:08:11  hamara agla sawal hyderabad se hai zubair ahmad sahab ka</w:t>
      </w:r>
      <w:r>
        <w:br/>
      </w:r>
      <w:r>
        <w:rPr>
          <w:sz w:val="20"/>
        </w:rPr>
        <w:t>1:08:15  . unhon ne likha hai: "maulana, aap ne ek hadith bayan ki thi ke aakhri zamane mein jo momin hoga, woh sacha khwab dekhega.</w:t>
      </w:r>
      <w:r>
        <w:br/>
      </w:r>
      <w:r>
        <w:rPr>
          <w:sz w:val="20"/>
        </w:rPr>
        <w:t>1:08:26  baraye karam is ka khulasa kijiye ke is ka talluq kis type ke khwab se hai?"</w:t>
      </w:r>
      <w:r>
        <w:br/>
      </w:r>
      <w:r>
        <w:rPr>
          <w:sz w:val="20"/>
        </w:rPr>
        <w:t>1:08:34  mujhe to yaad nahi, main ne kab aakhri band kiya tha.</w:t>
      </w:r>
      <w:r>
        <w:br/>
      </w:r>
      <w:r>
        <w:rPr>
          <w:sz w:val="20"/>
        </w:rPr>
        <w:t>1:08:37  ab sache khwab ka koi koi mathematical formula to hai nahi, kyunke hadith mein aata hai ke khwab teen qism ke hote hain:</w:t>
      </w:r>
      <w:r>
        <w:br/>
      </w:r>
      <w:r>
        <w:rPr>
          <w:sz w:val="20"/>
        </w:rPr>
        <w:t>1:08:51  hadith, hadith al-nafs, takhawwuf al-shaitan, bushra min Allah.</w:t>
      </w:r>
      <w:r>
        <w:br/>
      </w:r>
      <w:r>
        <w:rPr>
          <w:sz w:val="20"/>
        </w:rPr>
        <w:t>1:08:57  yani apne dil ki baat ko khwab mein dekh lena aur shaitan ka darawa ho, us ke khwab aaye aur yeh Allah ki basharat.</w:t>
      </w:r>
      <w:r>
        <w:br/>
      </w:r>
      <w:r>
        <w:rPr>
          <w:sz w:val="20"/>
        </w:rPr>
        <w:t>1:09:09  to khwab teen qism ke hote hain. to ab woh bohat, yani is khwab ke nature, is ke ko ghor kar ke samajh aa sakta hai ke kis category ka hai khwab.</w:t>
      </w:r>
      <w:r>
        <w:br/>
      </w:r>
      <w:r>
        <w:rPr>
          <w:sz w:val="20"/>
        </w:rPr>
        <w:t>1:09:24  is ka teenon kis ka hai?</w:t>
      </w:r>
      <w:r>
        <w:br/>
      </w:r>
      <w:r>
        <w:rPr>
          <w:sz w:val="20"/>
        </w:rPr>
        <w:t>1:09:26  is ke liye koi hard aur fast rule nahi hai.</w:t>
      </w:r>
    </w:p>
    <w:p>
      <w:pPr>
        <w:pStyle w:val="Heading2"/>
      </w:pPr>
      <w:r>
        <w:t>Using Hadith for success across sects</w:t>
      </w:r>
    </w:p>
    <w:p>
      <w:r>
        <w:rPr>
          <w:color w:val="666666"/>
          <w:sz w:val="18"/>
        </w:rPr>
        <w:t>Hadith · Example of the Prophet March 20, 2016 · 2m 27s · at 1:04:21 · https://youtu.be/79HmhzXU41w?t=3861</w:t>
      </w:r>
    </w:p>
    <w:p>
      <w:r>
        <w:rPr>
          <w:i/>
        </w:rPr>
        <w:t>“Different sects of Muslims consider themselves correct. How can a common Muslim adopt Hadith to achieve worldly and hereafter success and salvation?”</w:t>
      </w:r>
    </w:p>
    <w:p>
      <w:r>
        <w:rPr>
          <w:sz w:val="20"/>
        </w:rPr>
        <w:t>1:04:21  Maulana, agla sawal Tariq Badr Sahab ne kiya hai Lahore se aur unhon ne likha hai ke Musalmanon</w:t>
      </w:r>
      <w:r>
        <w:br/>
      </w:r>
      <w:r>
        <w:rPr>
          <w:sz w:val="20"/>
        </w:rPr>
        <w:t>1:04:29  ke different firqay khud ko sahi samajhte hain, ek aam Musalman kis tarah hadees ko ikhtiyar kar ke</w:t>
      </w:r>
      <w:r>
        <w:br/>
      </w:r>
      <w:r>
        <w:rPr>
          <w:sz w:val="20"/>
        </w:rPr>
        <w:t>1:04:37  apni dunyavi aur akhravi falah o nijat hasil kar sakta hai?</w:t>
      </w:r>
      <w:r>
        <w:br/>
      </w:r>
      <w:r>
        <w:rPr>
          <w:sz w:val="20"/>
        </w:rPr>
        <w:t>1:04:44  sahi samajhta hai, aap samajhne dijiye.</w:t>
      </w:r>
      <w:r>
        <w:br/>
      </w:r>
      <w:r>
        <w:rPr>
          <w:sz w:val="20"/>
        </w:rPr>
        <w:t>1:04:47  sahi samajhna evil nahin hai,</w:t>
      </w:r>
      <w:r>
        <w:br/>
      </w:r>
      <w:r>
        <w:rPr>
          <w:sz w:val="20"/>
        </w:rPr>
        <w:t>1:04:51  ghalu karna evil hai.</w:t>
      </w:r>
      <w:r>
        <w:br/>
      </w:r>
      <w:r>
        <w:rPr>
          <w:sz w:val="20"/>
        </w:rPr>
        <w:t>1:04:56  donon mein farq hai.</w:t>
      </w:r>
      <w:r>
        <w:br/>
      </w:r>
      <w:r>
        <w:rPr>
          <w:sz w:val="20"/>
        </w:rPr>
        <w:t>1:04:57  agar mein apne ko sahi samajhta hoon to yeh koi evil nahi hai.</w:t>
      </w:r>
      <w:r>
        <w:br/>
      </w:r>
      <w:r>
        <w:rPr>
          <w:sz w:val="20"/>
        </w:rPr>
        <w:t>1:05:01  evil yeh hai ke mein samajhta hoon doosra aadmi jahanum mein jaye ga,</w:t>
      </w:r>
      <w:r>
        <w:br/>
      </w:r>
      <w:r>
        <w:rPr>
          <w:sz w:val="20"/>
        </w:rPr>
        <w:t>1:05:06  mein elahi ko mera saath de, yeh ghalu hai.</w:t>
      </w:r>
      <w:r>
        <w:br/>
      </w:r>
      <w:r>
        <w:rPr>
          <w:sz w:val="20"/>
        </w:rPr>
        <w:t>1:05:09  to koi samajhta hai sahi, samajhne dijiye us ko.</w:t>
      </w:r>
      <w:r>
        <w:br/>
      </w:r>
      <w:r>
        <w:rPr>
          <w:sz w:val="20"/>
        </w:rPr>
        <w:t>1:05:12  aap is se baat cheet kar sakte hain, lekin kisi ko yeh right nahi hai ke mein</w:t>
      </w:r>
      <w:r>
        <w:br/>
      </w:r>
      <w:r>
        <w:rPr>
          <w:sz w:val="20"/>
        </w:rPr>
        <w:t>1:05:18  jannat mein jaon ga aur doosre sab jahanum mein jayen ga.</w:t>
      </w:r>
      <w:r>
        <w:br/>
      </w:r>
      <w:r>
        <w:rPr>
          <w:sz w:val="20"/>
        </w:rPr>
        <w:t>1:05:21  mein muslim hoon, baqi sab kafir hain, yeh sab ghalu hai.</w:t>
      </w:r>
      <w:r>
        <w:br/>
      </w:r>
      <w:r>
        <w:rPr>
          <w:sz w:val="20"/>
        </w:rPr>
        <w:t>1:05:24  to jo cheez buri hai woh ghalu hai, na ke</w:t>
      </w:r>
      <w:r>
        <w:br/>
      </w:r>
      <w:r>
        <w:rPr>
          <w:sz w:val="20"/>
        </w:rPr>
        <w:t>1:05:29  difference. koi apne ko sahi samajhta hai to woh bhi koi right nahi, samajhne dijiye.</w:t>
      </w:r>
      <w:r>
        <w:br/>
      </w:r>
      <w:r>
        <w:rPr>
          <w:sz w:val="20"/>
        </w:rPr>
        <w:t>1:05:35  jab tak woh extremist na bane,</w:t>
      </w:r>
      <w:r>
        <w:br/>
      </w:r>
      <w:r>
        <w:rPr>
          <w:sz w:val="20"/>
        </w:rPr>
        <w:t>1:05:39  extremist na ban jaye, ghali na ban jaye.</w:t>
      </w:r>
      <w:r>
        <w:br/>
      </w:r>
      <w:r>
        <w:rPr>
          <w:sz w:val="20"/>
        </w:rPr>
        <w:t>1:05:43  log ghair zaroori tor par in cheezon ko masla bana dete hain.</w:t>
      </w:r>
      <w:r>
        <w:br/>
      </w:r>
      <w:r>
        <w:rPr>
          <w:sz w:val="20"/>
        </w:rPr>
        <w:t>1:05:47  masla jo cheez hai, us ko samajh lijiye ke masla ghalu hai.</w:t>
      </w:r>
      <w:r>
        <w:br/>
      </w:r>
      <w:r>
        <w:rPr>
          <w:sz w:val="20"/>
        </w:rPr>
        <w:t>1:05:51  yeh sab cheezein masla nahi hain.</w:t>
      </w:r>
      <w:r>
        <w:br/>
      </w:r>
      <w:r>
        <w:rPr>
          <w:sz w:val="20"/>
        </w:rPr>
        <w:t>1:05:58  koi agar sahi samajhta hai apne aap ko, tabhi to us ke andar determination aye ga, tabhi to</w:t>
      </w:r>
      <w:r>
        <w:br/>
      </w:r>
      <w:r>
        <w:rPr>
          <w:sz w:val="20"/>
        </w:rPr>
        <w:t>1:06:03  kuch kaam kare ga woh.</w:t>
      </w:r>
      <w:r>
        <w:br/>
      </w:r>
      <w:r>
        <w:rPr>
          <w:sz w:val="20"/>
        </w:rPr>
        <w:t>1:06:06  to samajhne dijiye us ko.</w:t>
      </w:r>
      <w:r>
        <w:br/>
      </w:r>
      <w:r>
        <w:rPr>
          <w:sz w:val="20"/>
        </w:rPr>
        <w:t>1:06:09  us ko jis cheez se rok rahi hai, woh yahi ke cheezon ko logical end tak na pahunchao,</w:t>
      </w:r>
      <w:r>
        <w:br/>
      </w:r>
      <w:r>
        <w:rPr>
          <w:sz w:val="20"/>
        </w:rPr>
        <w:t>1:06:15  ghalu mat karo, extremist mat bano, violent mat karo,</w:t>
      </w:r>
      <w:r>
        <w:br/>
      </w:r>
      <w:r>
        <w:rPr>
          <w:sz w:val="20"/>
        </w:rPr>
        <w:t>1:06:20  intolerance ko chhod do.</w:t>
      </w:r>
      <w:r>
        <w:br/>
      </w:r>
      <w:r>
        <w:rPr>
          <w:sz w:val="20"/>
        </w:rPr>
        <w:t>1:06:21  yeh kahiye. yani bajaye yeh kehne ke ke tum different, yani tum ko doosri rai rakhne ka haq</w:t>
      </w:r>
      <w:r>
        <w:br/>
      </w:r>
      <w:r>
        <w:rPr>
          <w:sz w:val="20"/>
        </w:rPr>
        <w:t>1:06:30  nahi hai, yeh mat kahiye.</w:t>
      </w:r>
      <w:r>
        <w:br/>
      </w:r>
      <w:r>
        <w:rPr>
          <w:sz w:val="20"/>
        </w:rPr>
        <w:t>1:06:32  doosri rai rakhne ka us ko ijazat de dijiye, lekin us ki ijazat mat dijiye ke woh cheezon</w:t>
      </w:r>
      <w:r>
        <w:br/>
      </w:r>
      <w:r>
        <w:rPr>
          <w:sz w:val="20"/>
        </w:rPr>
        <w:t>1:06:38  ko logical end tak pahunchaye aur apne ko muslim, doosre ko kafir kehne lage, yeh ghalu hai.</w:t>
      </w:r>
    </w:p>
    <w:p>
      <w:pPr>
        <w:pStyle w:val="Heading2"/>
      </w:pPr>
      <w:r>
        <w:t>Waiting for Allah's Process to Complete</w:t>
      </w:r>
    </w:p>
    <w:p>
      <w:r>
        <w:rPr>
          <w:color w:val="666666"/>
          <w:sz w:val="18"/>
        </w:rPr>
        <w:t>Hadith · Divine Help March 31, 2019 Maulana Wahiduddin Khan · 48s · at 36:00 · https://youtu.be/o5-R5Rjs5Cw?t=2160</w:t>
      </w:r>
    </w:p>
    <w:p>
      <w:r>
        <w:rPr>
          <w:i/>
        </w:rPr>
        <w:t>“Moulana, today there was also clarification about this hadith that waiting for good conditions is also a reward. From this I understood that waiting means waiting for Allah's process to reach completion. Is my thinking correct?”</w:t>
      </w:r>
    </w:p>
    <w:p>
      <w:r>
        <w:rPr>
          <w:sz w:val="20"/>
        </w:rPr>
        <w:t>36:00  maulana, agla sawal bheja hai doctor safina tabassum ne, unhon ne likha hai: "maulana sahib aaj is hadith ke bare mein bhi wazahat aai ke kyun achhe halaat ka intezar karna bhi sawab hai.</w:t>
      </w:r>
      <w:r>
        <w:br/>
      </w:r>
      <w:r>
        <w:rPr>
          <w:sz w:val="20"/>
        </w:rPr>
        <w:t>36:18  is se maine, is se main yeh samjhi hoon ke intezar se murad Allah ke chalaye hue process ko takmeel hone ka intezar karna hai.</w:t>
      </w:r>
      <w:r>
        <w:br/>
      </w:r>
      <w:r>
        <w:rPr>
          <w:sz w:val="20"/>
        </w:rPr>
        <w:t>36:28  kya mera yeh sochna theek hai? bahut zyada theek hai. yahi to matlab hai, aap theek nuqte ko pakad liya aap ne.</w:t>
      </w:r>
      <w:r>
        <w:br/>
      </w:r>
      <w:r>
        <w:rPr>
          <w:sz w:val="20"/>
        </w:rPr>
        <w:t>36:40  main dua karta hoon ke Allah taala aap ko is ka khoob khoob sawab ata farmaye.</w:t>
      </w:r>
    </w:p>
    <w:p>
      <w:pPr>
        <w:pStyle w:val="Heading2"/>
      </w:pPr>
      <w:r>
        <w:t>What does 'suratih' mean in hadith?</w:t>
      </w:r>
    </w:p>
    <w:p>
      <w:r>
        <w:rPr>
          <w:color w:val="666666"/>
          <w:sz w:val="18"/>
        </w:rPr>
        <w:t>Hadith · Politics and Nation Building May 19, 2013 · 1m 42s · at 57:19 · https://youtu.be/kmiMGq0Ki2Q?t=3439</w:t>
      </w:r>
    </w:p>
    <w:p>
      <w:r>
        <w:rPr>
          <w:i/>
        </w:rPr>
        <w:t>“What are the meanings of 'suratih' in the reference 'Khalaq Allah Adam ala suratih'?”</w:t>
      </w:r>
    </w:p>
    <w:p>
      <w:r>
        <w:rPr>
          <w:sz w:val="20"/>
        </w:rPr>
        <w:t>57:19  leejiye maulana agla sawal dilli se hai doctor safeena ka unhon ne likha hai unhon ne ek ayat</w:t>
      </w:r>
      <w:r>
        <w:br/>
      </w:r>
      <w:r>
        <w:rPr>
          <w:sz w:val="20"/>
        </w:rPr>
        <w:t>57:26  ka maulana reference diya hai jo is tarah hai khalaq Allah adama ala suratihi</w:t>
      </w:r>
      <w:r>
        <w:br/>
      </w:r>
      <w:r>
        <w:rPr>
          <w:sz w:val="20"/>
        </w:rPr>
        <w:t>57:33  woh janna chahti hain ke suratihi ka ke maani kya hain</w:t>
      </w:r>
      <w:r>
        <w:br/>
      </w:r>
      <w:r>
        <w:rPr>
          <w:sz w:val="20"/>
        </w:rPr>
        <w:t>57:39  haan dekhiye yeh hadith hai yeh bukhari mein aayi hai tarjuma to is ka yeh hai ke allah ne paida kiya insan ko apni surat par to seerat ka maani yeh nahi ke haath paon jaise insan ke hain aisi allah ke bhi hain naoozubillah aisa nahi hai</w:t>
      </w:r>
      <w:r>
        <w:br/>
      </w:r>
      <w:r>
        <w:rPr>
          <w:sz w:val="20"/>
        </w:rPr>
        <w:t>58:00  asal yeh hai ke allah ke jo sifat hain uska ek shama allah ne insan ko de diya hai</w:t>
      </w:r>
      <w:r>
        <w:br/>
      </w:r>
      <w:r>
        <w:rPr>
          <w:sz w:val="20"/>
        </w:rPr>
        <w:t>58:08  misal dekhna allah ki sifat hai sunna allah ki sifat hai sochna allah ki sifat hai to yeh baatein allah mein khudaWandi satah par hain kamil satah par rab ul alameen ki satah par to yeh sifat khudaWandi jo hain woh allah ne insan ko abd ki satah par de diya hai</w:t>
      </w:r>
      <w:r>
        <w:br/>
      </w:r>
      <w:r>
        <w:rPr>
          <w:sz w:val="20"/>
        </w:rPr>
        <w:t>58:33  ap jante hain ke yeh baatein pathar mein nahi hain lohe mein nahi hain hathi aur sher mein nahi hain doosri jo makhlooqat zameen par hain suraj chand mein nahi hain to woh insan mein hai to yeh jo insan mein hai woh haqeeqat mein allah ke sifat ka ek shama hai ek bohat hi mamooli sa hissa hai bas yeh matlab hai is hadith ka</w:t>
      </w:r>
    </w:p>
    <w:p>
      <w:pPr>
        <w:pStyle w:val="Heading2"/>
      </w:pPr>
      <w:r>
        <w:t>What is a weak hadith?</w:t>
      </w:r>
    </w:p>
    <w:p>
      <w:r>
        <w:rPr>
          <w:color w:val="666666"/>
          <w:sz w:val="18"/>
        </w:rPr>
        <w:t>Hadith · Understanding Islam (In Conversation with Maulana) June 20, 2010 Maulana Wahidudidn Khan · 6m 01s · at 16:06 · https://youtu.be/7UylaPL-iO8?t=966</w:t>
      </w:r>
    </w:p>
    <w:p>
      <w:r>
        <w:rPr>
          <w:i/>
        </w:rPr>
        <w:t>“What is a weak hadith?”</w:t>
      </w:r>
    </w:p>
    <w:p>
      <w:r>
        <w:rPr>
          <w:sz w:val="20"/>
        </w:rPr>
        <w:t>16:06  maulana, agla sawal raipur se mr idrees ka hai. woh yeh janna chahte hain ke zaeef hadith kis ko kehte hain? likh ke bheja hai ke ise dua nahi bheja hai.</w:t>
      </w:r>
      <w:r>
        <w:br/>
      </w:r>
      <w:r>
        <w:rPr>
          <w:sz w:val="20"/>
        </w:rPr>
        <w:t>16:17  nahi, woh poochna chah rahe hain what is zaeef hadith? hmm.</w:t>
      </w:r>
      <w:r>
        <w:br/>
      </w:r>
      <w:r>
        <w:rPr>
          <w:sz w:val="20"/>
        </w:rPr>
        <w:t>16:23  dekhiye, hadithien jo hain ek sahi hadith kahi jati hain, ek zaeef kahi jati hain, ek mauzu kahi jati hain. mote taur par aur bhi qismein hain, mote taur par teen qismein.</w:t>
      </w:r>
      <w:r>
        <w:br/>
      </w:r>
      <w:r>
        <w:rPr>
          <w:sz w:val="20"/>
        </w:rPr>
        <w:t>16:36  aur bhi darje hain is mein. to mote taur par teen qismein hain: sahi hadith, zaeef hadith aur mauzu hadith. to jo muhaddiseen hain unhon ne jo hadithien aap jante hain ke ek chain hota hai rawiyon ka.</w:t>
      </w:r>
      <w:r>
        <w:br/>
      </w:r>
      <w:r>
        <w:rPr>
          <w:sz w:val="20"/>
        </w:rPr>
        <w:t>16:56  ek shakhs kahega ke maine mr a se suna, woh kahega mr b se suna, mr b se suna, mr c kahega maine rasool Allah se suna. to koi rasool Allah sunta hai, woh kisi aur se kehta hai, phir kisi aur se kehta hai, kisi aur se kehta hai, yahan tak ke woh muhaddis tak baat pohnchti hai.</w:t>
      </w:r>
      <w:r>
        <w:br/>
      </w:r>
      <w:r>
        <w:rPr>
          <w:sz w:val="20"/>
        </w:rPr>
        <w:t>17:11  kyun ke jab abbasi period mein jab hadithien jama ki gayin to beech mein kai generation aa chuki, ghayab ho chuka tha. rasool Allah ke zamane mein hadithien nahi jama ki gayin thi is tarah se jaise ke ab hain.</w:t>
      </w:r>
      <w:r>
        <w:br/>
      </w:r>
      <w:r>
        <w:rPr>
          <w:sz w:val="20"/>
        </w:rPr>
        <w:t>17:25  to woh rawiyon ka exchange hota hai. is ko kehte hain rijal. to un ke bohat zabardast tehqeeq kar ke logon ne kai lakh rawiyon ke halaat ikhatta kiye hain.</w:t>
      </w:r>
      <w:r>
        <w:br/>
      </w:r>
      <w:r>
        <w:rPr>
          <w:sz w:val="20"/>
        </w:rPr>
        <w:t>17:39  woh kitni bari bari kitabein hain is ki moti moti. ek ek shakhs ki ke abdul rehman, abdul hakim, abdul rahim waghera is tarah se ke woh sachche the ke ke jhoot bolte the, woh imandar the ke be imani ki unhon ne koi baat pakdi gayi un ki be imani wali.</w:t>
      </w:r>
      <w:r>
        <w:br/>
      </w:r>
      <w:r>
        <w:rPr>
          <w:sz w:val="20"/>
        </w:rPr>
        <w:t>17:59  misal ke taur par ek ek muhaddis ek shakhs ki tehqeeq karne ke liye gaye. un se un ko ek hadith mili thi. ek hadith mili thi un se.</w:t>
      </w:r>
      <w:r>
        <w:br/>
      </w:r>
      <w:r>
        <w:rPr>
          <w:sz w:val="20"/>
        </w:rPr>
        <w:t>18:09  to gaye tehqeeq karne ke woh aadmi kaisa hai. to jab wahan pohanche to woh ek bartan liye hue tha aisa aur ghore ko bula raha tha woh.</w:t>
      </w:r>
      <w:r>
        <w:br/>
      </w:r>
      <w:r>
        <w:rPr>
          <w:sz w:val="20"/>
        </w:rPr>
        <w:t>18:19  ghora uska idhar tha bula raha tha ke ishara kar ke aao matlab is mein kuch khane ki saman us ke liye. ja kar qareeb dekha to us mein kuch bhi nahi tha.</w:t>
      </w:r>
      <w:r>
        <w:br/>
      </w:r>
      <w:r>
        <w:rPr>
          <w:sz w:val="20"/>
        </w:rPr>
        <w:t>18:30  to unhon ne kaha ke jab tum ghore ko dhoka de sakte ho to insan ko bhi dhoka de sakte ho. is ke ilawa to nahi liya unhon ne. is tarah se bohat hi jaanch partal kar ke hadithien akthe ki gayin.</w:t>
      </w:r>
      <w:r>
        <w:br/>
      </w:r>
      <w:r>
        <w:rPr>
          <w:sz w:val="20"/>
        </w:rPr>
        <w:t>18:44  to jo hadithien hain woh hain jis mein ke tamam rawi siqa hain yani qabil aitebar hain. to un ko sahi hadith kaha jata hai.</w:t>
      </w:r>
      <w:r>
        <w:br/>
      </w:r>
      <w:r>
        <w:rPr>
          <w:sz w:val="20"/>
        </w:rPr>
        <w:t>18:53  woh hadith hai jis mein ke ek adha rawi jo hai matlab farz kijiye ke char rawi hain, teen rawi theek hain, ek ek ke bare mein shakk hai, woh zaeef kahi jayegi.</w:t>
      </w:r>
      <w:r>
        <w:br/>
      </w:r>
      <w:r>
        <w:rPr>
          <w:sz w:val="20"/>
        </w:rPr>
        <w:t>19:04  yani puree cheen mein aik chain jo hai is mein kamzor hai. woh ab woh zaeef kahi jayegi.</w:t>
      </w:r>
      <w:r>
        <w:br/>
      </w:r>
      <w:r>
        <w:rPr>
          <w:sz w:val="20"/>
        </w:rPr>
        <w:t>19:13  matlab kuch log is ko manenge, kuch log nahi manenge. is ka usool yeh hai ke agar woh quran hadith se doosri riwayaton se mutabiqat karta ho to le liya jayega. aur mauzu to woh hai ke jo sarr se bana liya ho logon ne,</w:t>
      </w:r>
      <w:r>
        <w:br/>
      </w:r>
      <w:r>
        <w:rPr>
          <w:sz w:val="20"/>
        </w:rPr>
        <w:t>19:28  story tellers ne bana liya ho. yani rasool Allah se sabit na hota ho is ka. aisi bohat si hadithien hain jo bilkul hi be asal hain aur rasool Allah se mansoob hain.</w:t>
      </w:r>
      <w:r>
        <w:br/>
      </w:r>
      <w:r>
        <w:rPr>
          <w:sz w:val="20"/>
        </w:rPr>
        <w:t>19:38  bilkul be asal hain. to un ko kaha jata hai yeh mauzu. mauzu.</w:t>
      </w:r>
      <w:r>
        <w:br/>
      </w:r>
      <w:r>
        <w:rPr>
          <w:sz w:val="20"/>
        </w:rPr>
        <w:t>19:46  to sahih hadith woh hai jis ke tamam rawiyon ko jaancha gaya ho, jaanch kar ke maloom kiya gaya ho to pata chala ke sab siqa hain. siqa matlab qabil e aitmad.</w:t>
      </w:r>
      <w:r>
        <w:br/>
      </w:r>
      <w:r>
        <w:rPr>
          <w:sz w:val="20"/>
        </w:rPr>
        <w:t>19:57  zaeef woh hai jis mein ke kai ravi sahih hon, aik adha ravi aisa ho shubah wala ho. woh zaeef qarar diya jayega. mauzu yeh hai jis mein ke sare ravi ghalat hon.</w:t>
      </w:r>
      <w:r>
        <w:br/>
      </w:r>
      <w:r>
        <w:rPr>
          <w:sz w:val="20"/>
        </w:rPr>
        <w:t>20:08  jaise ke misaal ke taur par lola kalma khalaqtal aflak. aik hadith batai jati hai ke Allah taala ne farmaya ke agar rasool Allah ke bare mein kaha ke agar tum ko na paida karna hota to mein kainat hi nahi paida karta.</w:t>
      </w:r>
      <w:r>
        <w:br/>
      </w:r>
      <w:r>
        <w:rPr>
          <w:sz w:val="20"/>
        </w:rPr>
        <w:t>20:23  yeh bilkul mauzu hadith hai, is ka koi asal nahi hai. aisi bohat sari hain. to yeh hai farq teeno qism ki hadithon mein.</w:t>
      </w:r>
      <w:r>
        <w:br/>
      </w:r>
      <w:r>
        <w:rPr>
          <w:sz w:val="20"/>
        </w:rPr>
        <w:t>20:35  das question is from miss prabha chandra from jamia millia islamia new delhi. sir kya woh musalman jo panch waqt ki namaz nahi padhta hai aur woh sare ghalat kaam karta hai jis ki islam ijazat nahi deta hai to kya phir bhi woh shakhs musalman kahlaane ke laiq hai ya nahi?</w:t>
      </w:r>
      <w:r>
        <w:br/>
      </w:r>
      <w:r>
        <w:rPr>
          <w:sz w:val="20"/>
        </w:rPr>
        <w:t>21:00  dekhiye yeh jo mamla hai yeh aik baat samajh lijiye ke musalman hona ya musalman na hona yeh Allah ka deti hai prerogative of god almighty.</w:t>
      </w:r>
      <w:r>
        <w:br/>
      </w:r>
      <w:r>
        <w:rPr>
          <w:sz w:val="20"/>
        </w:rPr>
        <w:t>21:15  Allah ko faisla karna hai ke woh kis ko kya darja de. hum darja nahi de sakte. jaise takfeer jo ki jati hai na woh bhi ghalat hai bilkul.</w:t>
      </w:r>
      <w:r>
        <w:br/>
      </w:r>
      <w:r>
        <w:rPr>
          <w:sz w:val="20"/>
        </w:rPr>
        <w:t>21:24  humein haq nahi hai kisi ko hum kafir banayein. hum sirf naseehat kar sakte hain, samjha sakte hain, dawat kar sakte hain. to agar koi shakhs apne ko kehta hai ke mein musalman batata hai apne ko to legally woh islam mein shamil samjha jayega us ko.</w:t>
      </w:r>
      <w:r>
        <w:br/>
      </w:r>
      <w:r>
        <w:rPr>
          <w:sz w:val="20"/>
        </w:rPr>
        <w:t>21:42  legally. matlab jo mardum shumari, census jo hoga, census is mein us ko musalman mana jayega. agar woh apne ko kehta hai ke mein musalman hoon. baqi yeh hai ke woh amal se kaisa hai to us ko hum samjhayenge bujhayege aur Allah ke aage hawalay kar denge.</w:t>
      </w:r>
      <w:r>
        <w:br/>
      </w:r>
      <w:r>
        <w:rPr>
          <w:sz w:val="20"/>
        </w:rPr>
        <w:t>22:01  yeh maslak hai yani ulama e rasikhin ka.</w:t>
      </w:r>
    </w:p>
    <w:p>
      <w:pPr>
        <w:pStyle w:val="Heading2"/>
      </w:pPr>
      <w:r>
        <w:t>What is your opinion on Hadith-Sunnah distinction?</w:t>
      </w:r>
    </w:p>
    <w:p>
      <w:r>
        <w:rPr>
          <w:color w:val="666666"/>
          <w:sz w:val="18"/>
        </w:rPr>
        <w:t>Hadith · Present Day Muslims Jan 13, 2013 · 2m 32s · at 1:03:45 · https://youtu.be/CVcbWVYitog?t=3825</w:t>
      </w:r>
    </w:p>
    <w:p>
      <w:r>
        <w:rPr>
          <w:i/>
        </w:rPr>
        <w:t>“Some people differentiate between Hadith and Sunnah and are firmly committed to their position. What is your opinion about this?”</w:t>
      </w:r>
    </w:p>
    <w:p>
      <w:r>
        <w:rPr>
          <w:sz w:val="20"/>
        </w:rPr>
        <w:t>1:03:45  maulana, agla sawal karachi pakistan se hai abdul latif sahab ka. unhone likha hai: "kuch log hadith aur sunnat mein farq karte hain aur is mamle mein woh apne moaqqaf par sakhti se qaim hain.</w:t>
      </w:r>
      <w:r>
        <w:br/>
      </w:r>
      <w:r>
        <w:rPr>
          <w:sz w:val="20"/>
        </w:rPr>
        <w:t>1:04:02  maulana sahab, is bare mein aap ki kya rai hai?"</w:t>
      </w:r>
      <w:r>
        <w:br/>
      </w:r>
      <w:r>
        <w:rPr>
          <w:sz w:val="20"/>
        </w:rPr>
        <w:t>1:04:07  yeh ek technical farq hai, yaani yeh koi real farq nahi hai. is mein is ko behas ki baat hi nahi. koi farq hai to karta rahe.</w:t>
      </w:r>
      <w:r>
        <w:br/>
      </w:r>
      <w:r>
        <w:rPr>
          <w:sz w:val="20"/>
        </w:rPr>
        <w:t>1:04:17  hadith aur sunnat mein jo farq hai, woh technical farq hai, fanni farq hai. haqeeqat ke aitbar se koi farq nahi hai. is tarah ki behason mein jo uljhe hue hain, unhe chhod diya, rehne diya unhe behason mein.</w:t>
      </w:r>
      <w:r>
        <w:br/>
      </w:r>
      <w:r>
        <w:rPr>
          <w:sz w:val="20"/>
        </w:rPr>
        <w:t>1:04:31  aap unhe sahi kijiye, na galat kijiye.</w:t>
      </w:r>
      <w:r>
        <w:br/>
      </w:r>
      <w:r>
        <w:rPr>
          <w:sz w:val="20"/>
        </w:rPr>
        <w:t>1:04:36  yeh sab baatein jo hain, wohi hain jo quran o hadith mein aaya hai ke nahina ankathir sawalan wa ankathirathil qeel wal qal.</w:t>
      </w:r>
      <w:r>
        <w:br/>
      </w:r>
      <w:r>
        <w:rPr>
          <w:sz w:val="20"/>
        </w:rPr>
        <w:t>1:04:46  Allah taala ne mana kiya tha ke is tarah ki behasein mat karo. lekin kar rahe hain to karne dijiye unhe. aap to apna jo misbat kaam hai, woh karte rahiye. jo usooli taleem hai islam ki, woh phailate rahiye.</w:t>
      </w:r>
      <w:r>
        <w:br/>
      </w:r>
      <w:r>
        <w:rPr>
          <w:sz w:val="20"/>
        </w:rPr>
        <w:t>1:04:58  dheere dheere sab theek ho jayega.</w:t>
      </w:r>
      <w:r>
        <w:br/>
      </w:r>
      <w:r>
        <w:rPr>
          <w:sz w:val="20"/>
        </w:rPr>
        <w:t>1:05:02  Maulana, agla ek comment aaya hai Ammar sahab ka Saharanpur se. Unhone likha hai "Since so-called Muslims live in hate and materialism among themselves, I have found that there is no evidence of Jews killing one another like we see in the case of Muslims in present case in Pakistan."</w:t>
      </w:r>
      <w:r>
        <w:br/>
      </w:r>
      <w:r>
        <w:rPr>
          <w:sz w:val="20"/>
        </w:rPr>
        <w:t>1:05:28  . dekhiye, hadith mein aata hai ke tumhara bigad yahoodiyon se hi zyada badh jayega.</w:t>
      </w:r>
      <w:r>
        <w:br/>
      </w:r>
      <w:r>
        <w:rPr>
          <w:sz w:val="20"/>
        </w:rPr>
        <w:t>1:05:36  wohi hai yeh. yahoodi doosron ko to marte hain, aapas mein bahut kam aisa hota hai ke koi aapas mein mare. to hadith mein aaya hai tum se hi badh jayega aage.</w:t>
      </w:r>
      <w:r>
        <w:br/>
      </w:r>
      <w:r>
        <w:rPr>
          <w:sz w:val="20"/>
        </w:rPr>
        <w:t>1:05:47  to wohi haal ho raha hai.</w:t>
      </w:r>
      <w:r>
        <w:br/>
      </w:r>
      <w:r>
        <w:rPr>
          <w:sz w:val="20"/>
        </w:rPr>
        <w:t>1:05:51  is mein koi taajjub ki baat to nahi hai ke hadith ki peshangoi ke mutabiq.</w:t>
      </w:r>
      <w:r>
        <w:br/>
      </w:r>
      <w:r>
        <w:rPr>
          <w:sz w:val="20"/>
        </w:rPr>
        <w:t>1:06:00  beh'r'haal, is ka jo hal hai, woh yeh hai ke woh jo musalmanon ki saiki ban gayi hai ke apne liye Pride, doosre ke liye Hate, is ko khatam karein hum.</w:t>
      </w:r>
      <w:r>
        <w:br/>
      </w:r>
      <w:r>
        <w:rPr>
          <w:sz w:val="20"/>
        </w:rPr>
        <w:t>1:06:10  jab tak yeh khatam nahi hoga, tab tak koi Reform nahi aa sakta hai.</w:t>
      </w:r>
    </w:p>
    <w:p>
      <w:pPr>
        <w:pStyle w:val="Heading2"/>
      </w:pPr>
      <w:r>
        <w:t>Why Scholars Begin with Hadith Rather Than Quran</w:t>
      </w:r>
    </w:p>
    <w:p>
      <w:r>
        <w:rPr>
          <w:color w:val="666666"/>
          <w:sz w:val="18"/>
        </w:rPr>
        <w:t>Hadith · Material Science and Spiritual Science 20 May 2012 · 51s · at 1:18:22 · https://youtu.be/4K6CxjThlxQ?t=4702</w:t>
      </w:r>
    </w:p>
    <w:p>
      <w:r>
        <w:rPr>
          <w:i/>
        </w:rPr>
        <w:t>“Why do most of the Muslim ulama start their talk from Hadith rather than starting from the Quran? Kindly explain.”</w:t>
      </w:r>
    </w:p>
    <w:p>
      <w:r>
        <w:rPr>
          <w:sz w:val="20"/>
        </w:rPr>
        <w:t>1:18:22  dekhein main kahunga sab se pehle aap hamari tafseer jo hai Tazkirul Quran is mein is ki sharah padhiye is ko padhne ke baad agar aap ko koi baqi raha hai sawal to bataiye abhi to yeh sawal nakafi hai pehle Tazkir Tazkirul Quran mein is aayat ko padhiye is ki jo sharah hai phir sawal kijiye Maulana agla sawal Delhi se hai Mr Muhammad Asif Riyaz sahab ka</w:t>
      </w:r>
      <w:r>
        <w:br/>
      </w:r>
      <w:r>
        <w:rPr>
          <w:sz w:val="20"/>
        </w:rPr>
        <w:t>1:18:47  unhon ne likha hai Maulana sahab why most of the Muslim ulama start their talk from Hadith rather than starting from the Quran kindly explain nahi is mein koi harj nahi hai yani Hadith bhi source hai Quran bhi source hai teesre to koi harj nahi aap aap yeh yeh yeh sawal mat uthaiye</w:t>
      </w:r>
    </w:p>
    <w:p>
      <w:pPr>
        <w:pStyle w:val="Heading2"/>
      </w:pPr>
      <w:r>
        <w:t>World as prison for believer explained</w:t>
      </w:r>
    </w:p>
    <w:p>
      <w:r>
        <w:rPr>
          <w:color w:val="666666"/>
          <w:sz w:val="18"/>
        </w:rPr>
        <w:t>Hadith · Lessons and Experiences May 22, 2011 Maulana Wahiduddin Khan · 2m 18s · at 1:41:50 · https://youtu.be/j4Qx-MsDQWc?t=6110</w:t>
      </w:r>
    </w:p>
    <w:p>
      <w:r>
        <w:rPr>
          <w:i/>
        </w:rPr>
        <w:t>“The hadith says that this world is a prison for the believer. The question is: should a believer consider this world as a prison or as paradise? 'The world is a prison for the believer' means a psychological prison, not a material prison. Psychological prison means that you will find no pleasure in it, no happiness. If you have discovered God, you remember paradise, you live in an angelic world, then nothing of this world will seem important to you. You will always feel...”</w:t>
      </w:r>
    </w:p>
    <w:p>
      <w:r>
        <w:rPr>
          <w:sz w:val="20"/>
        </w:rPr>
        <w:t>1:41:50  unhon ne likha hai hadith mein hai ke yeh dunya momin ke liye qaid khana hai sawal yeh hai ke ek momin is dunya ko apne liye qaid khana tasawwur kare ya jannat dekhen qaid khane ke mani hain ad-dunya sil al-momin woh psychological prison ke mani mein hai material prison ke mani mein nahi hai</w:t>
      </w:r>
      <w:r>
        <w:br/>
      </w:r>
      <w:r>
        <w:rPr>
          <w:sz w:val="20"/>
        </w:rPr>
        <w:t>1:42:17  psychological prison ke mani yeh hain ke aap ko is mein koi test nahi milega aap ko koi khushi nahi hogi agar aap ka aap ne Khuda ko discover kar rakha hai aap ko jannat yaad aati rehti hai aap farishton wali dunya mein jeete hain to dunya ki se aap ko kuch bhi ahmiyat nahi nazar ayegi</w:t>
      </w:r>
      <w:r>
        <w:br/>
      </w:r>
      <w:r>
        <w:rPr>
          <w:sz w:val="20"/>
        </w:rPr>
        <w:t>1:42:45  har waqt aap ko</w:t>
      </w:r>
      <w:r>
        <w:br/>
      </w:r>
      <w:r>
        <w:rPr>
          <w:sz w:val="20"/>
        </w:rPr>
        <w:t>1:42:46  woh aaye aaye ga mujhe yani aisa waqea mere sath barabar hota hi rehta hai jaise main gaya ek dafa bahar to ek bohat hi zabardast hotel mein mujhe thahraya gaya tha bohat shandar hotel mere samne jo breakfast laya gaya bohat hi umda qism ki khane ki cheezein to woh dekh kar rone laga main der tak rota hi raha main socha ke Khuda ka kitna bara ajeeb mamla hai insan ke liye Khuda ne cheezein paida ki hain</w:t>
      </w:r>
      <w:r>
        <w:br/>
      </w:r>
      <w:r>
        <w:rPr>
          <w:sz w:val="20"/>
        </w:rPr>
        <w:t>1:43:15  insan hai kya yani yeh jo Khuda ne phal aur aur doodh aur itni sari khane peene ki cheezein hain to kaisa ajeeb ho woh Khuda jis ne baghair mange hamein itni sari cheezein de dein to ehsas shukr jo hai woh aansuon mein dhal gaya us waqt jab bajaye is ke woh khoob khane lagta jaldi jaldi</w:t>
      </w:r>
      <w:r>
        <w:br/>
      </w:r>
      <w:r>
        <w:rPr>
          <w:sz w:val="20"/>
        </w:rPr>
        <w:t>1:43:42  is is sis mein hai woh ke aadmi jab Khuda ko yaad karega jannat ko yaad karega to us ke andar ek us ke andar ek ek ek aur hi ehsas jaagega isi ko kaha gaya psychological prison woh negative sense mat lijiye is ko is ko positive sense mein lijiye bohat bari woh marifat ki baat hai woh</w:t>
      </w:r>
    </w:p>
    <w:p>
      <w:pPr>
        <w:pStyle w:val="Heading2"/>
      </w:pPr>
      <w:r>
        <w:t>World's worth and unanswered prayers</w:t>
      </w:r>
    </w:p>
    <w:p>
      <w:r>
        <w:rPr>
          <w:color w:val="666666"/>
          <w:sz w:val="18"/>
        </w:rPr>
        <w:t>Hadith · Peaceful Islamic Mission December 28, 2014 · 47s · at 1:03:47 · https://youtu.be/aLacalXEtRA?t=3827</w:t>
      </w:r>
    </w:p>
    <w:p>
      <w:r>
        <w:rPr>
          <w:i/>
        </w:rPr>
        <w:t>“A hadith says that the value of this world is not even equal to the wing of a fly. Now a person asks Allah according to his need, but he does not get it.”</w:t>
      </w:r>
    </w:p>
    <w:p>
      <w:r>
        <w:rPr>
          <w:sz w:val="20"/>
        </w:rPr>
        <w:t>1:03:47  maulana, agla sawal dilli se hai raj malik sahib ka, aur unhon ne likha hai ke: "hadith mein</w:t>
      </w:r>
      <w:r>
        <w:br/>
      </w:r>
      <w:r>
        <w:rPr>
          <w:sz w:val="20"/>
        </w:rPr>
        <w:t>1:03:53  hai ke is dunya ki qeemat makhi ke par ke barabar bhi nahin hai.</w:t>
      </w:r>
      <w:r>
        <w:br/>
      </w:r>
      <w:r>
        <w:rPr>
          <w:sz w:val="20"/>
        </w:rPr>
        <w:t>1:03:59  ab ek insaan apni zaroorat ke mutabiq Allah se mangta hai, magar woh use nahin milta.</w:t>
      </w:r>
      <w:r>
        <w:br/>
      </w:r>
      <w:r>
        <w:rPr>
          <w:sz w:val="20"/>
        </w:rPr>
        <w:t>1:04:05  to jo Allah itni choti cheez nahin deta, woh jannat jaisi qeemti cheez kaise dega?" bhai, yeh</w:t>
      </w:r>
      <w:r>
        <w:br/>
      </w:r>
      <w:r>
        <w:rPr>
          <w:sz w:val="20"/>
        </w:rPr>
        <w:t>1:04:11  ek anokha, anokha sawal hai.</w:t>
      </w:r>
      <w:r>
        <w:br/>
      </w:r>
      <w:r>
        <w:rPr>
          <w:sz w:val="20"/>
        </w:rPr>
        <w:t>1:04:17  is ka to aap bhi jawab de dijiye.</w:t>
      </w:r>
      <w:r>
        <w:br/>
      </w:r>
      <w:r>
        <w:rPr>
          <w:sz w:val="20"/>
        </w:rPr>
        <w:t>1:04:23  yeh meri samajh nahin aati, kya sawal hai yeh? un se kahiye ke mujh se mile, woh ji,</w:t>
      </w:r>
      <w:r>
        <w:br/>
      </w:r>
      <w:r>
        <w:rPr>
          <w:sz w:val="20"/>
        </w:rPr>
        <w:t>1:04:29  mujh se mulaqat karein, woh ji.</w:t>
      </w:r>
    </w:p>
    <w:p>
      <w:pPr>
        <w:pStyle w:val="Heading2"/>
      </w:pPr>
      <w:r>
        <w:t>حدیث: لا تعلمون کا مطلب اور آخرت کی سنگینی</w:t>
      </w:r>
    </w:p>
    <w:p>
      <w:r>
        <w:rPr>
          <w:color w:val="666666"/>
          <w:sz w:val="18"/>
        </w:rPr>
        <w:t>Hadith · Understanding Islam (In Conversation with Maulana) June 20, 2010 Maulana Wahidudidn Khan · 8m 02s · at 32:49 · https://youtu.be/7UylaPL-iO8?t=1969</w:t>
      </w:r>
    </w:p>
    <w:p>
      <w:r>
        <w:rPr>
          <w:i/>
        </w:rPr>
        <w:t>“حدیث میں ہے لا تعلمون ما عالم لذائقت قلیل ولا بقائتم کثیرا۔ مولانا اس کا مطلب کیا ہے؟ کیا اخرت کا مسئلہ اتنا زیادہ سنگین ہے؟ اس قسم کا احساس کن باتوں کو جاننے سے آتا ہے؟”</w:t>
      </w:r>
    </w:p>
    <w:p>
      <w:r>
        <w:rPr>
          <w:sz w:val="20"/>
        </w:rPr>
        <w:t>32:49  maulana agla sawal abdul basit ka hai, doha qatar se. unhone poocha hai maulana hadith mein hai la ta'lamoon ma 'alam lazahiktum qaleel wala baqaytum katheera.</w:t>
      </w:r>
      <w:r>
        <w:br/>
      </w:r>
      <w:r>
        <w:rPr>
          <w:sz w:val="20"/>
        </w:rPr>
        <w:t>33:07  maulana is ka matlab kya hai? kya akhirat ka masla itna zyada sangin hai? is qism ka ehsas kin baaton ko janne se aata hai?</w:t>
      </w:r>
      <w:r>
        <w:br/>
      </w:r>
      <w:r>
        <w:rPr>
          <w:sz w:val="20"/>
        </w:rPr>
        <w:t>33:18  woh lo ta'lamoon hai, lo la nahi hai, lo ta'lamoon. haan, agar tum jante ho woh jo main janta hoon aur woh sunte ho jo main sunta hoon.</w:t>
      </w:r>
      <w:r>
        <w:br/>
      </w:r>
      <w:r>
        <w:rPr>
          <w:sz w:val="20"/>
        </w:rPr>
        <w:t>33:32  lazahiktum qaleel wala baqaytum katheera.</w:t>
      </w:r>
      <w:r>
        <w:br/>
      </w:r>
      <w:r>
        <w:rPr>
          <w:sz w:val="20"/>
        </w:rPr>
        <w:t>33:38  toh aik lambi hadith yeh hai, is ka aik hissa yeh hai.</w:t>
      </w:r>
      <w:r>
        <w:br/>
      </w:r>
      <w:r>
        <w:rPr>
          <w:sz w:val="20"/>
        </w:rPr>
        <w:t>33:45  matlab bohat wazeh hai ke hum ap to isi zahiri duniya ko dekhte hain. rasool Allah ko Allah taala ne is ke baad jo hai woh bhi dikha diya tha kis tarah farishte active hain, kis tarah hamari recording ho rahi hai,</w:t>
      </w:r>
      <w:r>
        <w:br/>
      </w:r>
      <w:r>
        <w:rPr>
          <w:sz w:val="20"/>
        </w:rPr>
        <w:t>34:00  kis tarah jannat aur jahannum intezar kar rahi hai un logon ka jo mar kar wahan pohnchne wale hain, kis tarah hashar khara hone wala hai, kis tarah rasool Allah ke sath Allah taala ke sath hum sab log hisab dene ke liye pohnchenge.</w:t>
      </w:r>
      <w:r>
        <w:br/>
      </w:r>
      <w:r>
        <w:rPr>
          <w:sz w:val="20"/>
        </w:rPr>
        <w:t>34:13  yeh sari baatein ap par wazeh thin. yani hamare liye to ghaib hai, ap ke liye yeh mushahida tha. to isi ko ap ne farmaya ke agar tum woh jante ho jo main janta hoon to lahaztukum qaleelan wa la baqaytum katheera.</w:t>
      </w:r>
      <w:r>
        <w:br/>
      </w:r>
      <w:r>
        <w:rPr>
          <w:sz w:val="20"/>
        </w:rPr>
        <w:t>34:29  tum hanste kam, rote zyada. to mamla bohat hi sangin hai, bohat hi serious hai. yeh matlab hai is ka.</w:t>
      </w:r>
      <w:r>
        <w:br/>
      </w:r>
      <w:r>
        <w:rPr>
          <w:sz w:val="20"/>
        </w:rPr>
        <w:t>34:42  das question is from Mr Khalid Ansari from New Delhi. According to the widespread belief amongst Muslims, the Prophet of Islam had a direct conversation with God besides seeing the glimpses of the eternal world.</w:t>
      </w:r>
      <w:r>
        <w:br/>
      </w:r>
      <w:r>
        <w:rPr>
          <w:sz w:val="20"/>
        </w:rPr>
        <w:t>35:00  Maulana can you provide the correct perspective and what all happened during Meraj as per Quran and Prophet's tradition?</w:t>
      </w:r>
      <w:r>
        <w:br/>
      </w:r>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r>
        <w:br/>
      </w:r>
      <w:r>
        <w:rPr>
          <w:sz w:val="20"/>
        </w:rPr>
        <w:t>35:43  apne paighambar ko badhane ke liye log Khuda ko ghata dete hain, naoozubillah. apne paighambar ko badhane ke liye logon ne Khuda ko ghata rakha hai. koi insan in aankhon se Khuda ko nahi dekh sakta.</w:t>
      </w:r>
      <w:r>
        <w:br/>
      </w:r>
      <w:r>
        <w:rPr>
          <w:sz w:val="20"/>
        </w:rPr>
        <w:t>35:58  maut ke baad jo duniya banegi, wahan Allah taala ek naya, ek nayi hamein taqat denge, nayi aankh denge. is se hum dekh sakenge. yeh duniya wali aankhon se koi dekh nahi sakta.</w:t>
      </w:r>
      <w:r>
        <w:br/>
      </w:r>
      <w:r>
        <w:rPr>
          <w:sz w:val="20"/>
        </w:rPr>
        <w:t>36:10  yeh bilkul namumkin baat hai. rasool Allah ko na Hazrat Musa ne dekha, rasool Allah ko na Hazrat Musa ne dekha, Allah ko na rasool Allah ne dekha, Allah ko.</w:t>
      </w:r>
      <w:r>
        <w:br/>
      </w:r>
      <w:r>
        <w:rPr>
          <w:sz w:val="20"/>
        </w:rPr>
        <w:t>36:21  haan,</w:t>
      </w:r>
      <w:r>
        <w:br/>
      </w:r>
      <w:r>
        <w:rPr>
          <w:sz w:val="20"/>
        </w:rPr>
        <w:t>36:25  jaise Hazrat Musa ne kaha tha ke Khuda ya main tujhe dekhna chahta hoon to Allah ne kaha ke nahi, tum dekh nahi sakte in aankhon se mujh ko. to rasool Allah ke Meraj mein aisa har giz nahi hua ke ap ka direct baat cheet Allah se hui ya ap ne Allah taala ko bana dekha.</w:t>
      </w:r>
      <w:r>
        <w:br/>
      </w:r>
      <w:r>
        <w:rPr>
          <w:sz w:val="20"/>
        </w:rPr>
        <w:t>36:42  yeh sab bilkul farzi baat hai. yeh musalmanon ne bana rakha hai, naat khwanon ne bana rakha hai. yeh Hazrat Hazrat Aisha se barh ke kaun ho sakta hai</w:t>
      </w:r>
      <w:r>
        <w:br/>
      </w:r>
      <w:r>
        <w:rPr>
          <w:sz w:val="20"/>
        </w:rPr>
        <w:t>36:52  ? is mein woh kehte hain ke jis ne aisa kaha ke rasool Allah ne Meraj mein dekha, Allah taala ko woh jhoot kehta hai, jhoot. faqat khasa.</w:t>
      </w:r>
      <w:r>
        <w:br/>
      </w:r>
      <w:r>
        <w:rPr>
          <w:sz w:val="20"/>
        </w:rPr>
        <w:t>37:02  to woh ek tajruba tha. bas woh tajruba ek hum nahi keh sakte ke haqeeqatan kya tha. woh tajruba, woh ek tajruba tha, ek spiritual experience tha.</w:t>
      </w:r>
      <w:r>
        <w:br/>
      </w:r>
      <w:r>
        <w:rPr>
          <w:sz w:val="20"/>
        </w:rPr>
        <w:t>37:14  aur is mein ikhtilaf hai ke woh roohani tha ke jismani tha. to Hazrat Aisha kehti hain ke roohani tha, tajruba tha, jismani nahi tha. yani yeh body rasool Allah ka nahi gaya tha.</w:t>
      </w:r>
      <w:r>
        <w:br/>
      </w:r>
      <w:r>
        <w:rPr>
          <w:sz w:val="20"/>
        </w:rPr>
        <w:t>37:26  main isi ko manta hoon ke jo Hazrat Aisha kehti hain ke woh ek roohani tajruba tha, yani spiritual experience tha. rasool Allah ki baat direct Allah taala se nahi hui, na rasool Allah ne Allah taala ko direct dekha.</w:t>
      </w:r>
      <w:r>
        <w:br/>
      </w:r>
      <w:r>
        <w:rPr>
          <w:sz w:val="20"/>
        </w:rPr>
        <w:t>37:39  Allah ki azmat ki kitni underestimate karna hai?</w:t>
      </w:r>
      <w:r>
        <w:br/>
      </w:r>
      <w:r>
        <w:rPr>
          <w:sz w:val="20"/>
        </w:rPr>
        <w:t>37:46  yeh Allah ki azmat ko underestimate karna hai. ap sirf ek bar kisi chale jayen, kisi planetarium mein aur dekhen kainat ko, ya kisi telescope se dekhen aasman ko to ap bilkul kanpne lagenge.</w:t>
      </w:r>
      <w:r>
        <w:br/>
      </w:r>
      <w:r>
        <w:rPr>
          <w:sz w:val="20"/>
        </w:rPr>
        <w:t>38:03  kitni bari kainat hai!</w:t>
      </w:r>
      <w:r>
        <w:br/>
      </w:r>
      <w:r>
        <w:rPr>
          <w:sz w:val="20"/>
        </w:rPr>
        <w:t>38:07  main ne Washington ka planetarium dekha jo bohat hi bara hai. Delhi mein bhi planetarium hai, is mein dikhate hain universe ko. ap durbin se dekh sakte hain, telescope se.</w:t>
      </w:r>
      <w:r>
        <w:br/>
      </w:r>
      <w:r>
        <w:rPr>
          <w:sz w:val="20"/>
        </w:rPr>
        <w:t>38:19  itni bari azmat samne aati hai ke aadmi thara uthta hai. to yeh bilkul namumkin hai ke is insan, yeh jo insan duniya mein hai, yeh Allah taala ko dekh sake.</w:t>
      </w:r>
      <w:r>
        <w:br/>
      </w:r>
      <w:r>
        <w:rPr>
          <w:sz w:val="20"/>
        </w:rPr>
        <w:t>38:34  haan, akhirat mein hamara ek naya body hoga, nayi personality hogi, nayi aankh hogi, wahan hum inshallah dekh sakenge.</w:t>
      </w:r>
      <w:r>
        <w:br/>
      </w:r>
      <w:r>
        <w:rPr>
          <w:sz w:val="20"/>
        </w:rPr>
        <w:t>38:46  okay, there is a comment and a question from doctor Muhammad Qutbuddin from New Delhi. I will first read his comment. Sir, I have read your travel to Qatar in Al-Risalah in one setting.</w:t>
      </w:r>
      <w:r>
        <w:br/>
      </w:r>
      <w:r>
        <w:rPr>
          <w:sz w:val="20"/>
        </w:rPr>
        <w:t>39:01  it is full of lessons. Everyone should read it. Your literature should reach everyone in the Arab world.</w:t>
      </w:r>
      <w:r>
        <w:br/>
      </w:r>
      <w:r>
        <w:rPr>
          <w:sz w:val="20"/>
        </w:rPr>
        <w:t>39:12  I will ask his question now. Sir, in Surah Al-Ma'idah, Moses asked his followers to enter the holy land.</w:t>
      </w:r>
      <w:r>
        <w:br/>
      </w:r>
      <w:r>
        <w:rPr>
          <w:sz w:val="20"/>
        </w:rPr>
        <w:t>39:23  my question is, which holy land is being talked about here?</w:t>
      </w:r>
      <w:r>
        <w:br/>
      </w:r>
      <w:r>
        <w:rPr>
          <w:sz w:val="20"/>
        </w:rPr>
        <w:t>39:31  haan, dekhen, yeh bohat zyada musalmanon ko sochna chahiye is baat par</w:t>
      </w:r>
      <w:r>
        <w:br/>
      </w:r>
      <w:r>
        <w:rPr>
          <w:sz w:val="20"/>
        </w:rPr>
        <w:t>39:40  ke Hazrat Musa ne kaha tha ke adkhalu al-ard al-muqaddasah allati katab Allahu lakum. Dakhal ho jao is ard-e-muqaddas mein jo Allah ne likh diya hai tum ko.</w:t>
      </w:r>
      <w:r>
        <w:br/>
      </w:r>
      <w:r>
        <w:rPr>
          <w:sz w:val="20"/>
        </w:rPr>
        <w:t>39:51  katab Allahu lakum. Yeh theek wohi lafz hai jo Bible mein hai. Dekhen, Bible mein promise ka lafz hai, pro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