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50 questions · category Hadith · full transcripts with timestamps · exported 2026-09-21</w:t>
      </w:r>
    </w:p>
    <w:p>
      <w:pPr>
        <w:pStyle w:val="Heading2"/>
      </w:pPr>
      <w:r>
        <w:t>Acting on Quran without Hadith</w:t>
      </w:r>
    </w:p>
    <w:p>
      <w:r>
        <w:rPr>
          <w:color w:val="666666"/>
          <w:sz w:val="18"/>
        </w:rPr>
        <w:t>Hadith · Don't Be Angry Culture January 15, 2012 · 3m 30s · at 1:04:52 · https://youtu.be/NrA3X8y_FLY?t=3892</w:t>
      </w:r>
    </w:p>
    <w:p>
      <w:r>
        <w:rPr>
          <w:i/>
        </w:rPr>
        <w:t>“Can one act upon the Quran without accepting Hadith? Will such Muslims be considered as followers of the Quran?”</w:t>
      </w:r>
    </w:p>
    <w:p>
      <w:r>
        <w:rPr>
          <w:sz w:val="20"/>
        </w:rPr>
        <w:t>1:04:52  Maulana, agla sawal Karachi Pakistan se aaya hai Mr Abdul Lateef sahib ka.</w:t>
      </w:r>
      <w:r>
        <w:br/>
      </w:r>
      <w:r>
        <w:rPr>
          <w:sz w:val="20"/>
        </w:rPr>
        <w:t>1:04:57  unhon ne likha hai: baaz musalman kehte hain ke chunke hadees mein bohat gadbad hui hai, lehaza hum hadees ko nahi mante balkeh sirf Quran ko mante hain jo shakk aur shubah se pak hai.</w:t>
      </w:r>
      <w:r>
        <w:br/>
      </w:r>
      <w:r>
        <w:rPr>
          <w:sz w:val="20"/>
        </w:rPr>
        <w:t>1:05:13  Maulana sahib, mera sawal yeh hai ke kya hadees ko na mante hue Quran par amal kiya ja sakta hai? aur kya aise musalman Quran par amal karne wale qarar payenge?</w:t>
      </w:r>
      <w:r>
        <w:br/>
      </w:r>
      <w:r>
        <w:rPr>
          <w:sz w:val="20"/>
        </w:rPr>
        <w:t>1:05:26  wazahat farmayein. dekhein, yeh baat galat hai ke hadees mein gadbad hui hai. gadbad to har cheez mein hoti hai, lekin ulma is ko chhanṭte hain, galat ko galat karte hain, sahi baat ko galat karte hain.</w:t>
      </w:r>
      <w:r>
        <w:br/>
      </w:r>
      <w:r>
        <w:rPr>
          <w:sz w:val="20"/>
        </w:rPr>
        <w:t>1:05:39  gadbad kya hai? koi gadbad nahi hai.</w:t>
      </w:r>
      <w:r>
        <w:br/>
      </w:r>
      <w:r>
        <w:rPr>
          <w:sz w:val="20"/>
        </w:rPr>
        <w:t>1:05:45  hadees par ulma ne jo kaam kiya hai, woh bohat hi zyada aam hai. aur mozu, qisse, kahaniyan to har cheez mein shamil ho jati hain.</w:t>
      </w:r>
      <w:r>
        <w:br/>
      </w:r>
      <w:r>
        <w:rPr>
          <w:sz w:val="20"/>
        </w:rPr>
        <w:t>1:05:56  har cheez mein. dunya ka koi waqea aisa nahi jis mein banawati qisse kahaniyan shamil na ho jayein. to ulma is ko alag karte hain, Scholars jo hain is ko alag kar dete hain.</w:t>
      </w:r>
      <w:r>
        <w:br/>
      </w:r>
      <w:r>
        <w:rPr>
          <w:sz w:val="20"/>
        </w:rPr>
        <w:t>1:06:06  jo asal baat hai, us ko alag kar dete hain. to hadees par bohat kaam hua hai, bohat kaam hua hai, bohat kaam hua hai.</w:t>
      </w:r>
      <w:r>
        <w:br/>
      </w:r>
      <w:r>
        <w:rPr>
          <w:sz w:val="20"/>
        </w:rPr>
        <w:t>1:06:14  aur muhaddiseen ne aur ulma ne, aur aakhri zamaney mein Allama Nooruddin Albani ne is ko chhanṭ kar alag kar diya hai sab.</w:t>
      </w:r>
      <w:r>
        <w:br/>
      </w:r>
      <w:r>
        <w:rPr>
          <w:sz w:val="20"/>
        </w:rPr>
        <w:t>1:06:23  sahi ahadees ko aur aur aur ghair sahi ahadees ko. barah jildon mein kitabein hain, unhon ne Silsila al-Ahadees al-Saheehah Silsila al-Ahadees al-Da'eefah to woh to tees saal ki mehnat ke baad unhon ne sara kaam kar diya.</w:t>
      </w:r>
      <w:r>
        <w:br/>
      </w:r>
      <w:r>
        <w:rPr>
          <w:sz w:val="20"/>
        </w:rPr>
        <w:t>1:06:39  yeh baat galat hai ke hadees mein gadbad hui hai. kuch bhi gadbad nahi hui hai. ulma ne is ko chhanṭ kar alag kar diya, bohat cheezon ko. yeh sahi nahi hai.</w:t>
      </w:r>
      <w:r>
        <w:br/>
      </w:r>
      <w:r>
        <w:rPr>
          <w:sz w:val="20"/>
        </w:rPr>
        <w:t>1:06:49  aur jo aadmi yeh kahe ke mein hadees ko nahi manta, Quran ko manta hoon, woh Islam se is ka koi talluq nahi. is mein shakk nahi ke woh Islam se is ka koi talluq nahi.</w:t>
      </w:r>
      <w:r>
        <w:br/>
      </w:r>
      <w:r>
        <w:rPr>
          <w:sz w:val="20"/>
        </w:rPr>
        <w:t>1:07:01  Islam naam hai, Quran sunnat dono ka. aap ke do bete hon, aap kahein is bete ko manta hoon, is ko nahi manta to mera beta nahi, to aap ki family mein kya aap ka haal hoga?</w:t>
      </w:r>
      <w:r>
        <w:br/>
      </w:r>
      <w:r>
        <w:rPr>
          <w:sz w:val="20"/>
        </w:rPr>
        <w:t>1:07:15  to jab khud Quran se sabit hai ke momin ko Quran ki baat hi manna hai, Rasool Allah ki sunnat hi manna hai.</w:t>
      </w:r>
      <w:r>
        <w:br/>
      </w:r>
      <w:r>
        <w:rPr>
          <w:sz w:val="20"/>
        </w:rPr>
        <w:t>1:07:26  Aatu Allah wa Aatu al-Rasool yeh</w:t>
      </w:r>
      <w:r>
        <w:br/>
      </w:r>
      <w:r>
        <w:rPr>
          <w:sz w:val="20"/>
        </w:rPr>
        <w:t>1:07:29  saaf saaf hai. to kaise aap ek ko mante hue ek chhodenge? ek ko Quran mein yeh bhi hai ke 'Qul in kuntum tuhibbun Allah fa-ittabi'uni yuhbibkum Allah' yani hubb-e-ilahi ka meyar bataiye ke tum Rasool Allah ki it'aat karo.</w:t>
      </w:r>
      <w:r>
        <w:br/>
      </w:r>
      <w:r>
        <w:rPr>
          <w:sz w:val="20"/>
        </w:rPr>
        <w:t>1:07:47  to is mein koi shakk nahi ke hadees ko bhi manna hai, Quran ko bhi manna hai. aur gadbad ka jo nazariya hai, bilkul galat hai. yeh koi gadbad nahi hai.</w:t>
      </w:r>
      <w:r>
        <w:br/>
      </w:r>
      <w:r>
        <w:rPr>
          <w:sz w:val="20"/>
        </w:rPr>
        <w:t>1:07:56  mujhe to ahadees se itna imaan milta hai ke mein bayan nahi kar sakta. ahadees ko parhta hoon aur parh parh kar ke ajeeb ek ek inspiration milta hai aur sachai ki daryaft hoti hai.</w:t>
      </w:r>
      <w:r>
        <w:br/>
      </w:r>
      <w:r>
        <w:rPr>
          <w:sz w:val="20"/>
        </w:rPr>
        <w:t>1:08:11  pata nahi woh kaun log hain jo hadees mein gadbad dekhte hain. beharhal yeh nazariya bilkul batil nazariya hai, mein mein is ko nahi manta.</w:t>
      </w:r>
    </w:p>
    <w:p>
      <w:pPr>
        <w:pStyle w:val="Heading2"/>
      </w:pPr>
      <w:r>
        <w:t>Are all Hadith matters related to faith?</w:t>
      </w:r>
    </w:p>
    <w:p>
      <w:r>
        <w:rPr>
          <w:color w:val="666666"/>
          <w:sz w:val="18"/>
        </w:rPr>
        <w:t>Hadith · The Lesson of History September 21, 2014 · 4m 54s · at 1:17:36 · https://youtu.be/aMVHLKMkhcQ?t=4656</w:t>
      </w:r>
    </w:p>
    <w:p>
      <w:r>
        <w:rPr>
          <w:i/>
        </w:rPr>
        <w:t>“Maulana, are all matters mentioned in Hadith related to faith? Or only those that are common between Quran and Hadith? Please explain.”</w:t>
      </w:r>
    </w:p>
    <w:p>
      <w:r>
        <w:rPr>
          <w:sz w:val="20"/>
        </w:rPr>
        <w:t>1:17:36  maulana, agla sawal bangalore se maulana inayatullah umri sahib ne kiya hai. aur unhon ne likha hai ke maulana, kya sari baatein jo hadith mein aayi hain, un ka taluq aqeeday se hai?</w:t>
      </w:r>
      <w:r>
        <w:br/>
      </w:r>
      <w:r>
        <w:rPr>
          <w:sz w:val="20"/>
        </w:rPr>
        <w:t>1:17:50  ya sirf wohi baatein jo quran aur hadith mein mushtarik hain? is ke baray mein batayein.</w:t>
      </w:r>
      <w:r>
        <w:br/>
      </w:r>
      <w:r>
        <w:rPr>
          <w:sz w:val="20"/>
        </w:rPr>
        <w:t>1:17:58  dekhein, jo sarahatan jis ko quran o hadith mein, hadith mein bhi aisa mil sakta hai,</w:t>
      </w:r>
      <w:r>
        <w:br/>
      </w:r>
      <w:r>
        <w:rPr>
          <w:sz w:val="20"/>
        </w:rPr>
        <w:t>1:18:04  sarahatan sabit hota ho ke yeh aqeeday ka masla hai, wohi aqeeday ka masla rahega. hum agar apni taraf se banayein is ko aqeeday ka masla toh aqeeday ka masla nahi hoga.</w:t>
      </w:r>
      <w:r>
        <w:br/>
      </w:r>
      <w:r>
        <w:rPr>
          <w:sz w:val="20"/>
        </w:rPr>
        <w:t>1:18:16  aqeeday ka masla maani kya hai? yeh bhi mein arz kar doon. aqeeday ka masla woh hai jis ka jis par aap ki akhirat ki kamyabi ka inhisaar ho.</w:t>
      </w:r>
      <w:r>
        <w:br/>
      </w:r>
      <w:r>
        <w:rPr>
          <w:sz w:val="20"/>
        </w:rPr>
        <w:t>1:18:27  aqeeday ka masla woh hai.</w:t>
      </w:r>
      <w:r>
        <w:br/>
      </w:r>
      <w:r>
        <w:rPr>
          <w:sz w:val="20"/>
        </w:rPr>
        <w:t>1:18:30  mere nazdeek jo tareef hai aqeeday ke maslay ki, woh yeh hai ke har woh cheez aqeeday ka masla hai jis se aap ki jannat khatray mein padti ho.</w:t>
      </w:r>
      <w:r>
        <w:br/>
      </w:r>
      <w:r>
        <w:rPr>
          <w:sz w:val="20"/>
        </w:rPr>
        <w:t>1:18:41  woh woh aqeeday ka masla hai. baqi aqeeday ka masla nahi hai. misaal ke taur par agar hum Allah ko do maanein toh hamari jannat nahi milegi hum ko.</w:t>
      </w:r>
      <w:r>
        <w:br/>
      </w:r>
      <w:r>
        <w:rPr>
          <w:sz w:val="20"/>
        </w:rPr>
        <w:t>1:18:51  rasool Allah par maanein ke rasool Allah par nabuwat khatm nahi hui toh hum jannat nahi payenge.</w:t>
      </w:r>
      <w:r>
        <w:br/>
      </w:r>
      <w:r>
        <w:rPr>
          <w:sz w:val="20"/>
        </w:rPr>
        <w:t>1:18:56  agar hum maanein ke ke yani isi tarah ke jo jin baaton par quran o hadith se sabit ho ke is par hamein hamara yani jannat chhin jayegi hamari, woh aqeeday ka masla hai.</w:t>
      </w:r>
      <w:r>
        <w:br/>
      </w:r>
      <w:r>
        <w:rPr>
          <w:sz w:val="20"/>
        </w:rPr>
        <w:t>1:19:15  misal ke taur par dekhein, sari quran o hadith mein kahin yeh nahi likha hua hai ke tum log apne liye alag mulk banao.</w:t>
      </w:r>
      <w:r>
        <w:br/>
      </w:r>
      <w:r>
        <w:rPr>
          <w:sz w:val="20"/>
        </w:rPr>
        <w:t>1:19:26  toh taqseem ka jo nazariya hai, woh sari quran o hadith mein kahin nahi hai. is liye aqeeday ka masla nahi rahega woh. aise hi quran o hadith mein kahin nahi hai ke ke aye musalmano, tum nizam e mustafa qaim karo.</w:t>
      </w:r>
      <w:r>
        <w:br/>
      </w:r>
      <w:r>
        <w:rPr>
          <w:sz w:val="20"/>
        </w:rPr>
        <w:t>1:19:38  yeh aqeeday ka masla nahi rahega yeh. aise hi kahin bhi nahi hai ke aye musalmano, tum sari dunya mein islami hukumat qaim karo. yeh bhi nahi hai. toh bhi aqeeday ka masla nahi rahega.</w:t>
      </w:r>
      <w:r>
        <w:br/>
      </w:r>
      <w:r>
        <w:rPr>
          <w:sz w:val="20"/>
        </w:rPr>
        <w:t>1:19:49  toh koi bhi aisi cheez jis ka zikr quran o hadith mein is hesiyat se na ho ke woh kya toh jannat milegi, nahi kiya toh jannat chhin jayegi, woh aqeeday ka masla hai.</w:t>
      </w:r>
      <w:r>
        <w:br/>
      </w:r>
      <w:r>
        <w:rPr>
          <w:sz w:val="20"/>
        </w:rPr>
        <w:t>1:20:01  apni taraf se hum koi is list mein izafa nahi kar sakte. apni taraf se hum is list mein izafa nahi kar sakte. misaal ke taur par mein agar farz ke ek jhoota aqeedah banaoon ke ke jo log sunday class mein aayein, un ki jannat jannat pakki hai,</w:t>
      </w:r>
      <w:r>
        <w:br/>
      </w:r>
      <w:r>
        <w:rPr>
          <w:sz w:val="20"/>
        </w:rPr>
        <w:t>1:20:15  toh yeh batil qarar payega. kyun? quran o hadith mein kahin aisa likha hua nahi hai ke jo sunday class mein aayega, woh jannati hai. toh yeh yeh yeh yeh jhoota aqeedah hoga agar agar mein aisa banaoon toh.</w:t>
      </w:r>
      <w:r>
        <w:br/>
      </w:r>
      <w:r>
        <w:rPr>
          <w:sz w:val="20"/>
        </w:rPr>
        <w:t>1:20:28  toh achhi tarah samajh lijiye ke aqeeday ka masla sirf woh hai jis ke baray mein quran o hadith se sabit ho jaye ke woh kya toh jannat milegi, woh nahi kiya toh jannat nahi milegi.</w:t>
      </w:r>
      <w:r>
        <w:br/>
      </w:r>
      <w:r>
        <w:rPr>
          <w:sz w:val="20"/>
        </w:rPr>
        <w:t>1:20:41  baqi toh aap hamari bidatein hain. ab agar kisi ko kisi cheez ko add karna hai toh sabit karna padega us ko ke quran o hadith mein yeh likha hua hai.</w:t>
      </w:r>
      <w:r>
        <w:br/>
      </w:r>
      <w:r>
        <w:rPr>
          <w:sz w:val="20"/>
        </w:rPr>
        <w:t>1:20:51  misal ke taur par pakistanion ne chalaya tha nizam e mustafa, toh pehle yeh sabit karo ke nizam e mustafa ki tehreek chalayoge toh jannat mile</w:t>
      </w:r>
      <w:r>
        <w:br/>
      </w:r>
      <w:r>
        <w:rPr>
          <w:sz w:val="20"/>
        </w:rPr>
        <w:t>1:20:58  gi. sabat karo ke quran o hadith se. sare pakistan mein aur sare kashmir mein, dono mulkon mein, kashmir mein aur pakistan mein nizam e mustafa, nizam e mustafa hangama tha.</w:t>
      </w:r>
      <w:r>
        <w:br/>
      </w:r>
      <w:r>
        <w:rPr>
          <w:sz w:val="20"/>
        </w:rPr>
        <w:t>1:21:10  ek zamana tha ke nizam e mustafa ka hangama pakistan mein bhi tha, kashmir mein bhi tha. to mera dekhen, iska islam se koi talluq nahin. kyunke sare quran o hadith mein kahin likha hua nahin hai ke tum nizam e mustafa qaim karo.</w:t>
      </w:r>
      <w:r>
        <w:br/>
      </w:r>
      <w:r>
        <w:rPr>
          <w:sz w:val="20"/>
        </w:rPr>
        <w:t>1:21:23  to khulasa yeh hai ke aqide ka masla sirf woh hai jiske bare mein yani yeh sabat kar saken aap ke quran o hadith mein isko jannat se joda gaya hai.</w:t>
      </w:r>
      <w:r>
        <w:br/>
      </w:r>
      <w:r>
        <w:rPr>
          <w:sz w:val="20"/>
        </w:rPr>
        <w:t>1:21:39  yeh matlab nijat se, salvation se. yeh zyada sahi lafz hai, salvation. har woh cheez aqide ka hai, masla hai jiska talluq salvation se ho.</w:t>
      </w:r>
      <w:r>
        <w:br/>
      </w:r>
      <w:r>
        <w:rPr>
          <w:sz w:val="20"/>
        </w:rPr>
        <w:t>1:21:51  agar salvation se iska talluq nahin hai to aqide ka masla bhi nahin woh. to jin cheezon ka talluq salvation se na ho, nijat akhirat se na ho, woh aqide se bahar qarar paegi.</w:t>
      </w:r>
      <w:r>
        <w:br/>
      </w:r>
      <w:r>
        <w:rPr>
          <w:sz w:val="20"/>
        </w:rPr>
        <w:t>1:22:04  aur is mein hum halaat ke aitbar se ek ravaiyya qaim karenge. koi is mein ab koi is mein koi cheez absolute nahin hogi.</w:t>
      </w:r>
      <w:r>
        <w:br/>
      </w:r>
      <w:r>
        <w:rPr>
          <w:sz w:val="20"/>
        </w:rPr>
        <w:t>1:22:19  jo cheez ka talluq salvation se hoga, woh lazman absolute qarar paegi. jiska talluq salvation se na hoga, woh absolute nahin hogi.</w:t>
      </w:r>
    </w:p>
    <w:p>
      <w:pPr>
        <w:pStyle w:val="Heading2"/>
      </w:pPr>
      <w:r>
        <w:t>Authenticity of mosque permanence saying</w:t>
      </w:r>
    </w:p>
    <w:p>
      <w:r>
        <w:rPr>
          <w:color w:val="666666"/>
          <w:sz w:val="18"/>
        </w:rPr>
        <w:t>Hadith · The Lesson of History September 21, 2014 · 3m 08s · at 1:04:07 · https://youtu.be/aMVHLKMkhcQ?t=3847</w:t>
      </w:r>
    </w:p>
    <w:p>
      <w:r>
        <w:rPr>
          <w:i/>
        </w:rPr>
        <w:t>“Is the statement 'A mosque wherever built remains a mosque until the Day of Judgment' a hadith or someone's saying?”</w:t>
      </w:r>
    </w:p>
    <w:p>
      <w:r>
        <w:rPr>
          <w:sz w:val="20"/>
        </w:rPr>
        <w:t>1:04:07  maulana, agla sawal jameel akhtar sahib ne kiya hai dilli se. aur unhon ne likha hai ke masjid jahan ban gayi, wahan ban gayi. woh jagah qayamat ke liye masjid hi hai.</w:t>
      </w:r>
      <w:r>
        <w:br/>
      </w:r>
      <w:r>
        <w:rPr>
          <w:sz w:val="20"/>
        </w:rPr>
        <w:t>1:04:18  kya yeh hadith hai ya kisi ka qaul hai? wazahat karen</w:t>
      </w:r>
      <w:r>
        <w:br/>
      </w:r>
      <w:r>
        <w:rPr>
          <w:sz w:val="20"/>
        </w:rPr>
        <w:t>1:04:22  dekhen, yeh baat jo hai na to quran mein hai na hadith mein. baad ke zamane mein jo fiqh bani us mein yeh masla unhon ne banaya hai.</w:t>
      </w:r>
      <w:r>
        <w:br/>
      </w:r>
      <w:r>
        <w:rPr>
          <w:sz w:val="20"/>
        </w:rPr>
        <w:t>1:04:31  yeh masla banaya hai. lekin mein is ko, mein is ko islami nahi samajhta. aik baad ko banne wali fiqh ka juz samajhta hoon.</w:t>
      </w:r>
      <w:r>
        <w:br/>
      </w:r>
      <w:r>
        <w:rPr>
          <w:sz w:val="20"/>
        </w:rPr>
        <w:t>1:04:41  lekin aik aur baat mein kehta hoon. isi fiqh ka yeh masla hai, isi fiqh ka. ke الضرورات تبيع المحظورات</w:t>
      </w:r>
      <w:r>
        <w:br/>
      </w:r>
      <w:r>
        <w:rPr>
          <w:sz w:val="20"/>
        </w:rPr>
        <w:t>1:04:54  yani necessity jab paida ho jaye to haram halal ho jayega. to sawal yeh hai ke aik building ko bachane ke liye agar hazaron musalman mare ja rahe hain to woh necessity nahi hai.</w:t>
      </w:r>
      <w:r>
        <w:br/>
      </w:r>
      <w:r>
        <w:rPr>
          <w:sz w:val="20"/>
        </w:rPr>
        <w:t>1:05:07  woh, woh, woh nahi hai jis mein ke aap apne hukum ko badlen. yani necessity makes unlawful lawful is ko aap log apply kyun nahi karte?</w:t>
      </w:r>
      <w:r>
        <w:br/>
      </w:r>
      <w:r>
        <w:rPr>
          <w:sz w:val="20"/>
        </w:rPr>
        <w:t>1:05:21  mein, yani do baaten mein kahunga. ke mere nazdeek to masjid jahan ban gayi, wahin masjid hamesha rahegi. yeh quran ka masla nahi, hadith ka masla nahi.</w:t>
      </w:r>
      <w:r>
        <w:br/>
      </w:r>
      <w:r>
        <w:rPr>
          <w:sz w:val="20"/>
        </w:rPr>
        <w:t>1:05:32  fiqh mein bhi ikhtilafi masla hai. aap arab jaiye to misr mein, sham mein, saudi arab mein bohat si masjidon ko relocate kiya gaya hai.</w:t>
      </w:r>
      <w:r>
        <w:br/>
      </w:r>
      <w:r>
        <w:rPr>
          <w:sz w:val="20"/>
        </w:rPr>
        <w:t>1:05:43  bohat si masjidें, aik do masjid nahi hain.</w:t>
      </w:r>
      <w:r>
        <w:br/>
      </w:r>
      <w:r>
        <w:rPr>
          <w:sz w:val="20"/>
        </w:rPr>
        <w:t>1:05:46  dekhen, mein batata hoon aap ko. ke pehle zamane mein jab yeh haal tha ke chhote chhote ghar hote the, galiyan hoti theen, road nahi hoti theen.</w:t>
      </w:r>
      <w:r>
        <w:br/>
      </w:r>
      <w:r>
        <w:rPr>
          <w:sz w:val="20"/>
        </w:rPr>
        <w:t>1:05:58  to logon ne jagah jagah masjidें bana liya</w:t>
      </w:r>
      <w:r>
        <w:br/>
      </w:r>
      <w:r>
        <w:rPr>
          <w:sz w:val="20"/>
        </w:rPr>
        <w:t>1:06:01  pehle. ab jab petrol aaya arab mein aur unhon ne city planning ka naya concept apnana chaha.</w:t>
      </w:r>
      <w:r>
        <w:br/>
      </w:r>
      <w:r>
        <w:rPr>
          <w:sz w:val="20"/>
        </w:rPr>
        <w:t>1:06:10  to is mein unhon ne planning ki. to dekha ke jahan mein hostel banana hai, wahan aik masjid hai. jahan mein park banana hai, wahan aik masjid hai. to sainkaron sainkaron masjidें relocate ki gaeen.</w:t>
      </w:r>
      <w:r>
        <w:br/>
      </w:r>
      <w:r>
        <w:rPr>
          <w:sz w:val="20"/>
        </w:rPr>
        <w:t>1:06:24  arab mein, yani makkah madinah mein aur sham mein, misr mein, taqreeban har har arab country mein.</w:t>
      </w:r>
      <w:r>
        <w:br/>
      </w:r>
      <w:r>
        <w:rPr>
          <w:sz w:val="20"/>
        </w:rPr>
        <w:t>1:06:34  to kya yeh india ka islam alag hai? india ka islam alag hai? masjidon ko relocate karna already tamam arab countries mein is yeh is ko kehte hain mamool bihi.</w:t>
      </w:r>
      <w:r>
        <w:br/>
      </w:r>
      <w:r>
        <w:rPr>
          <w:sz w:val="20"/>
        </w:rPr>
        <w:t>1:06:48  is par amal ho raha hai baqayda. yeh mamool bihi hai yeh.</w:t>
      </w:r>
      <w:r>
        <w:br/>
      </w:r>
      <w:r>
        <w:rPr>
          <w:sz w:val="20"/>
        </w:rPr>
        <w:t>1:06:52  to india hi mein alag alag islam rahega ya marte raho, karte raho aur masjid relocate nahi ki jayegi? to aik to yeh masla hai.</w:t>
      </w:r>
      <w:r>
        <w:br/>
      </w:r>
      <w:r>
        <w:rPr>
          <w:sz w:val="20"/>
        </w:rPr>
        <w:t>1:07:01  dusra yeh ke agar hum koi fiqah ke masle ko manta ho tab bhi us ko us par follow karna chahiye ke al-zarurat tbi al-mahzurat</w:t>
      </w:r>
    </w:p>
    <w:p>
      <w:pPr>
        <w:pStyle w:val="Heading2"/>
      </w:pPr>
      <w:r>
        <w:t>Can Quran be followed without Hadith?</w:t>
      </w:r>
    </w:p>
    <w:p>
      <w:r>
        <w:rPr>
          <w:color w:val="666666"/>
          <w:sz w:val="18"/>
        </w:rPr>
        <w:t>Hadith · Don't Be Angry Culture January 15, 2012 Maulana Wahiduddin Khan · 3m 30s · at 1:06:30 · https://youtu.be/rY1Ikwmwwdk?t=3990</w:t>
      </w:r>
    </w:p>
    <w:p>
      <w:r>
        <w:rPr>
          <w:i/>
        </w:rPr>
        <w:t>“Some Muslims say that because the Hadith is very corrupted, therefore we do not accept Hadith, only the Quran which is free from doubt. My question is: Can the Quran be followed without accepting Hadith, and will such Muslims be considered followers of the Quran? Please clarify.”</w:t>
      </w:r>
    </w:p>
    <w:p>
      <w:r>
        <w:rPr>
          <w:sz w:val="20"/>
        </w:rPr>
        <w:t>1:06:30  maulana, agla sawal karachi pakistan se aya hai mister abdul latif sahib ka. unhon ne likha hai: "baaz musalman kehte hain ke chounke hadith mein bohat gadbad hui hai, lehaza hum hadith ko nahi mante balke sirf quran ko mante hain jo shakk aur shubah se pak hai." maulana sahib, mera sawal yeh hai ke kya hadith ko na mante hue quran par amal kiya ja sakta hai?</w:t>
      </w:r>
      <w:r>
        <w:br/>
      </w:r>
      <w:r>
        <w:rPr>
          <w:sz w:val="20"/>
        </w:rPr>
        <w:t>1:06:59  aur kya aise musalman quran par amal karne wale qarar payenge? wazahat farmayen.</w:t>
      </w:r>
      <w:r>
        <w:br/>
      </w:r>
      <w:r>
        <w:rPr>
          <w:sz w:val="20"/>
        </w:rPr>
        <w:t>1:07:07  dekhiye, yeh baat galat hai ke hadith mein gadbad hui hai. gadbad to har cheez mein hoti hai lekin ulma is ko chhaadte hain, gadbad ko alag karte hain, sahi baat ko alag karte hain.</w:t>
      </w:r>
      <w:r>
        <w:br/>
      </w:r>
      <w:r>
        <w:rPr>
          <w:sz w:val="20"/>
        </w:rPr>
        <w:t>1:07:18  gadbad kya hai? kuch gadbad nahi hai?</w:t>
      </w:r>
      <w:r>
        <w:br/>
      </w:r>
      <w:r>
        <w:rPr>
          <w:sz w:val="20"/>
        </w:rPr>
        <w:t>1:07:23  hadith par ulma ne jo kaam kiya hai woh bohat hi zyada aam hai. aur mozu, qisse, kahaniyan to har cheez mein shamil ho jati hain.</w:t>
      </w:r>
      <w:r>
        <w:br/>
      </w:r>
      <w:r>
        <w:rPr>
          <w:sz w:val="20"/>
        </w:rPr>
        <w:t>1:07:35  har cheez mein. dunya ka koi waqea aisa nahi jis mein banawati qisse kahaniyan shamil na ho jayen. to ulma is ko alag karte hain, scholars jo hain is ko alag kar dete hain.</w:t>
      </w:r>
      <w:r>
        <w:br/>
      </w:r>
      <w:r>
        <w:rPr>
          <w:sz w:val="20"/>
        </w:rPr>
        <w:t>1:07:45  jo asal baat hai us ko alag kar dete hain. to hadith par bohat kaam hua hai, bohat kaam hua hai, bohat kaam hua hai. aur muhaddiseen ne aur ulma ne aur aakhri zamane mein allama nasruddin albani ne is ko chhaant</w:t>
      </w:r>
      <w:r>
        <w:br/>
      </w:r>
      <w:r>
        <w:rPr>
          <w:sz w:val="20"/>
        </w:rPr>
        <w:t>1:08:00  kar alag kar diya hai sab. sahi ahadees ko aur aur aur ghair sahi ahadees ko. barah juldon mein kitaben hain unhon ne: silsila al-ahadees al-sahihah, silsila al-ahadees al-daeefah.</w:t>
      </w:r>
      <w:r>
        <w:br/>
      </w:r>
      <w:r>
        <w:rPr>
          <w:sz w:val="20"/>
        </w:rPr>
        <w:t>1:08:15  to woh to tees saal ki mehnat ke baad unhon ne sara kaam kar diya. yeh baat galat hai ke hadith mein gadbad hui hai. kuch bhi gadbad nahi hui hai. ulma ne is ko chhaant kar alag kar diya baat cheezon ko.</w:t>
      </w:r>
      <w:r>
        <w:br/>
      </w:r>
      <w:r>
        <w:rPr>
          <w:sz w:val="20"/>
        </w:rPr>
        <w:t>1:08:26  yeh sahi nahi hai.</w:t>
      </w:r>
      <w:r>
        <w:br/>
      </w:r>
      <w:r>
        <w:rPr>
          <w:sz w:val="20"/>
        </w:rPr>
        <w:t>1:08:28  aur jo aadmi yeh kahe ke main hadith ko nahi manta, quran ko manta hoon, woh islam se is ka koi talluq nahi. is mein shakk nahi ke woh islam se is ka koi talluq nahi.</w:t>
      </w:r>
      <w:r>
        <w:br/>
      </w:r>
      <w:r>
        <w:rPr>
          <w:sz w:val="20"/>
        </w:rPr>
        <w:t>1:08:40  islam naam hai, quran sunnat dono ka. aap ke do bete hon, aap kahein is bete ko manta hoon, is ko nahi manta. to mera bi</w:t>
      </w:r>
      <w:r>
        <w:br/>
      </w:r>
      <w:r>
        <w:rPr>
          <w:sz w:val="20"/>
        </w:rPr>
        <w:t>1:08:49  ta nahi to aap ki family mein aap ka hal hoga. to jab khud quran se sabit hai ke momin ko quran ki baat bhi manna hai, rasool Allah ki sunnat bhi manna hai.</w:t>
      </w:r>
      <w:r>
        <w:br/>
      </w:r>
      <w:r>
        <w:rPr>
          <w:sz w:val="20"/>
        </w:rPr>
        <w:t>1:09:05  ati Allah wa ati al-rasool, yeh saaf saaf hai.</w:t>
      </w:r>
      <w:r>
        <w:br/>
      </w:r>
      <w:r>
        <w:rPr>
          <w:sz w:val="20"/>
        </w:rPr>
        <w:t>1:09:09  to kaise aap ek ko man kar ek chhodenge? chhodenge ek ko? quran mein yeh bhi hai ke: "qul in kuntum tuhibbun Allah fa-tabi'uni Allah".</w:t>
      </w:r>
      <w:r>
        <w:br/>
      </w:r>
      <w:r>
        <w:rPr>
          <w:sz w:val="20"/>
        </w:rPr>
        <w:t>1:09:19  yani yani hub e ilahi ka meyar bataiye ke tum rasool Allah ki itaat karo. to is mein koi shakk nahi ke hadith ko bhi manna hai, quran ko bhi manna hai.</w:t>
      </w:r>
      <w:r>
        <w:br/>
      </w:r>
      <w:r>
        <w:rPr>
          <w:sz w:val="20"/>
        </w:rPr>
        <w:t>1:09:30  aur gadbad ka jo nazariya hai, bilkul galat hai. yeh koi gadbad nahi hai. mujh</w:t>
      </w:r>
      <w:r>
        <w:br/>
      </w:r>
      <w:r>
        <w:rPr>
          <w:sz w:val="20"/>
        </w:rPr>
        <w:t>1:09:36  e to ahadees se itna iman milta hai ke main bayan nahi kar sakta. ahadees ko padhta hoon aur padh padh kar ke ajeeb ek ek inspiration milta hai aur sachai ki daryaft hoti hai.</w:t>
      </w:r>
      <w:r>
        <w:br/>
      </w:r>
      <w:r>
        <w:rPr>
          <w:sz w:val="20"/>
        </w:rPr>
        <w:t>1:09:50  pata nahi woh kaun log hain jo hadith mein gadbad dekhte hain. behal yeh nazariya bilkul batil nazariya hai. main main is ko nahi manta.</w:t>
      </w:r>
    </w:p>
    <w:p>
      <w:pPr>
        <w:pStyle w:val="Heading2"/>
      </w:pPr>
      <w:r>
        <w:t>Categories of Hadith and interpretation approach</w:t>
      </w:r>
    </w:p>
    <w:p>
      <w:r>
        <w:rPr>
          <w:color w:val="666666"/>
          <w:sz w:val="18"/>
        </w:rPr>
        <w:t>Hadith · Islam Ideology, Team and Method October 09, 2011 · 2m 04s · at 1:07:21 · https://youtu.be/zRilc1fG6c0?t=4041</w:t>
      </w:r>
    </w:p>
    <w:p>
      <w:r>
        <w:rPr>
          <w:i/>
        </w:rPr>
        <w:t>“What are the different categories of Hadith and its sources? What should be the approach of interpreting Hadith based on the reliability for a common man like me?”</w:t>
      </w:r>
    </w:p>
    <w:p>
      <w:r>
        <w:rPr>
          <w:sz w:val="20"/>
        </w:rPr>
        <w:t>1:07:21  hai. Unhone likha hai: "What are the different categories of hadith and its sources? What should be the approach of interpreting hadith based on the reliability for common man like me?" Common man ko yeh sawal hi nahi karna chahiye.</w:t>
      </w:r>
      <w:r>
        <w:br/>
      </w:r>
      <w:r>
        <w:rPr>
          <w:sz w:val="20"/>
        </w:rPr>
        <w:t>1:07:42  dekhen, yeh ajeeb muamla hai ke log time to lagate nahi aur chahte hain ke wo is collar ki seat pe baith jayen.</w:t>
      </w:r>
      <w:r>
        <w:br/>
      </w:r>
      <w:r>
        <w:rPr>
          <w:sz w:val="20"/>
        </w:rPr>
        <w:t>1:07:54  bhai, agar aap chahte hain ke itna zyada yani gehri aap ko knowledge ho, itni gehrai ke sath aap faida kar saken, to aap 50 bar padhiye.</w:t>
      </w:r>
      <w:r>
        <w:br/>
      </w:r>
      <w:r>
        <w:rPr>
          <w:sz w:val="20"/>
        </w:rPr>
        <w:t>1:08:04  aur nahi padh sakte to phir aap ko kya zaroorat hai in muhasibon ko padhne ki?</w:t>
      </w:r>
      <w:r>
        <w:br/>
      </w:r>
      <w:r>
        <w:rPr>
          <w:sz w:val="20"/>
        </w:rPr>
        <w:t>1:08:10  mein kahunga ke dekhiye, bahut se ulma ne, yani jin ko hum muhaddiseen kehte hain, unhone kitaben likhi hain.</w:t>
      </w:r>
      <w:r>
        <w:br/>
      </w:r>
      <w:r>
        <w:rPr>
          <w:sz w:val="20"/>
        </w:rPr>
        <w:t>1:08:19  un ko khas taur par sasheda chhe kitabon ka hum mana jata hai. Wo is ko padhne ka mauqa ko nahi hai.</w:t>
      </w:r>
      <w:r>
        <w:br/>
      </w:r>
      <w:r>
        <w:rPr>
          <w:sz w:val="20"/>
        </w:rPr>
        <w:t>1:08:28  to ulma ne un se le kar ke ek kai kitaben banain, kai kitaben jaise Mishkat hai, Jabal al-Fawaid hai, aur kai kitaben is tarah</w:t>
      </w:r>
      <w:r>
        <w:br/>
      </w:r>
      <w:r>
        <w:rPr>
          <w:sz w:val="20"/>
        </w:rPr>
        <w:t>1:08:39  ki hain. To bas ek kitab le lijiye aap. Yani ulma ne hadithon ko chhan kar ke aur aam insan ke aam insan ke faide wali hadithien ekatha kar di hain.</w:t>
      </w:r>
      <w:r>
        <w:br/>
      </w:r>
      <w:r>
        <w:rPr>
          <w:sz w:val="20"/>
        </w:rPr>
        <w:t>1:08:54  to bas is ko is ko padhiye. Is ko ab kya zaroorat hai apna dawa is mein yani uljhane ki? Wo ulma ko chhod dijie. Time ho to 40 saal</w:t>
      </w:r>
      <w:r>
        <w:br/>
      </w:r>
      <w:r>
        <w:rPr>
          <w:sz w:val="20"/>
        </w:rPr>
        <w:t>1:09:04  mutala kijiye, nahi time ho to jo ulma ne kar diya kaam, us ko le kar ab is se ab guidance hasil kijiye. Bas third option mat dijiye.</w:t>
      </w:r>
      <w:r>
        <w:br/>
      </w:r>
      <w:r>
        <w:rPr>
          <w:sz w:val="20"/>
        </w:rPr>
        <w:t>1:09:15  aam taur par log third option lete hain aur third option jo hai, wo wo work nahi karta kisi muamle mein bhi.</w:t>
      </w:r>
    </w:p>
    <w:p>
      <w:pPr>
        <w:pStyle w:val="Heading2"/>
      </w:pPr>
      <w:r>
        <w:t>Clarification of the mirror hadith</w:t>
      </w:r>
    </w:p>
    <w:p>
      <w:r>
        <w:rPr>
          <w:color w:val="666666"/>
          <w:sz w:val="18"/>
        </w:rPr>
        <w:t>Hadith · Living in Falsehood December 15, 2013 · 2m 06s · at 56:33 · https://youtu.be/UvboK59uF6s?t=3393</w:t>
      </w:r>
    </w:p>
    <w:p>
      <w:r>
        <w:rPr>
          <w:i/>
        </w:rPr>
        <w:t>“A hadith says that a Muslim is a mirror of another Muslim. Please clarify this hadith. The words are: 'Mumin mir'atun mumin'. What does a mirror do?”</w:t>
      </w:r>
    </w:p>
    <w:p>
      <w:r>
        <w:rPr>
          <w:sz w:val="20"/>
        </w:rPr>
        <w:t>56:33  maulana, agla sawal dhampur se kiya hai mehtab ahmad sahab ne</w:t>
      </w:r>
      <w:r>
        <w:br/>
      </w:r>
      <w:r>
        <w:rPr>
          <w:sz w:val="20"/>
        </w:rPr>
        <w:t>56:38  unhone likha hai: "maulana, ek hadees mein bataya gaya hai ke musalman musalman ka aaina hai." woh chahte hain ke aap is hadees ko wazeh karein.</w:t>
      </w:r>
      <w:r>
        <w:br/>
      </w:r>
      <w:r>
        <w:rPr>
          <w:sz w:val="20"/>
        </w:rPr>
        <w:t>56:52  hadees ke alfaaz yeh hain: mu'minun mir'atun mu'min. aaina kya karta hai?</w:t>
      </w:r>
      <w:r>
        <w:br/>
      </w:r>
      <w:r>
        <w:rPr>
          <w:sz w:val="20"/>
        </w:rPr>
        <w:t>57:00  aaine mein aap dekhein apna chehra to agar kahin kuch mitti lag gayi hai, koi koi baat hai to woh aaina dikhata hai.</w:t>
      </w:r>
      <w:r>
        <w:br/>
      </w:r>
      <w:r>
        <w:rPr>
          <w:sz w:val="20"/>
        </w:rPr>
        <w:t>57:10  phir usko aap saaf karte hain. to aaina goya wahi karta hai jis ko hum kehte hain criticism. wahi to hai aaina.</w:t>
      </w:r>
      <w:r>
        <w:br/>
      </w:r>
      <w:r>
        <w:rPr>
          <w:sz w:val="20"/>
        </w:rPr>
        <w:t>57:19  yaani ghalati ki nishandahi. criticism ka matlab hota hai ghalati ki nishandahi.</w:t>
      </w:r>
      <w:r>
        <w:br/>
      </w:r>
      <w:r>
        <w:rPr>
          <w:sz w:val="20"/>
        </w:rPr>
        <w:t>57:26  to momin ka kaam kya hai? theek theek nishandahi kare aur jo suna hai woh theek theek usko sahi tareeqe se response de ke bhai tum ne acha kiya, mujhe ghalati bata di, main us ko ab islaah karta hoon.</w:t>
      </w:r>
      <w:r>
        <w:br/>
      </w:r>
      <w:r>
        <w:rPr>
          <w:sz w:val="20"/>
        </w:rPr>
        <w:t>57:46  to is mein dono ki baat batai gayi hai.</w:t>
      </w:r>
      <w:r>
        <w:br/>
      </w:r>
      <w:r>
        <w:rPr>
          <w:sz w:val="20"/>
        </w:rPr>
        <w:t>57:48  yaani jo bataye aur jo sune, dono ki baat hai ke aaina kabhi bhi koi ghalat nishandahi nahin karta.</w:t>
      </w:r>
      <w:r>
        <w:br/>
      </w:r>
      <w:r>
        <w:rPr>
          <w:sz w:val="20"/>
        </w:rPr>
        <w:t>57:57  matlab yeh ke agar yahan par daagh na ho tab bhi dikha de woh daagh aap ko. aisa koi aaina nahin karega. to true picture jo hai woh dikhata hai aaina.</w:t>
      </w:r>
      <w:r>
        <w:br/>
      </w:r>
      <w:r>
        <w:rPr>
          <w:sz w:val="20"/>
        </w:rPr>
        <w:t>58:08  to momin ko chahiye ke woh kisi nafsaniyat ke tehat, kisi zid ke tehat, kisi yaani negative thinking ke tehat kisi par kuch na kahe.</w:t>
      </w:r>
      <w:r>
        <w:br/>
      </w:r>
      <w:r>
        <w:rPr>
          <w:sz w:val="20"/>
        </w:rPr>
        <w:t>58:21  balkeh wahi kahe jo bilkul objectively woh correct ho. woh kahe bilkul sahi sahi. aur sunne wale ko chahiye ke jaldi se qabool kar le.</w:t>
      </w:r>
      <w:r>
        <w:br/>
      </w:r>
      <w:r>
        <w:rPr>
          <w:sz w:val="20"/>
        </w:rPr>
        <w:t>58:30  haan bhai tum ne meri ghalati bata di, ab main is ki islaah karunga. yeh matlab hai is hadees ka.</w:t>
      </w:r>
    </w:p>
    <w:p>
      <w:pPr>
        <w:pStyle w:val="Heading2"/>
      </w:pPr>
      <w:r>
        <w:t>Clarify hadith on Arabic in Paradise</w:t>
      </w:r>
    </w:p>
    <w:p>
      <w:r>
        <w:rPr>
          <w:color w:val="666666"/>
          <w:sz w:val="18"/>
        </w:rPr>
        <w:t>Hadith · The Deeper Meaning of The Quran 18 Aug 2019 - Maulana Wahiduddin Khan · 2m 07s · at 39:44 · https://youtu.be/EYyhbiR_ZIQ?t=2384</w:t>
      </w:r>
    </w:p>
    <w:p>
      <w:r>
        <w:rPr>
          <w:i/>
        </w:rPr>
        <w:t>“Our scholars narrate a hadith that the Messenger of Allah said that in Paradise, the language of the believers will be Arabic. Please clarify this.”</w:t>
      </w:r>
    </w:p>
    <w:p>
      <w:r>
        <w:rPr>
          <w:sz w:val="20"/>
        </w:rPr>
        <w:t>39:44  Maulana, agla comment aur sawal Rampur se aaya hai. Irshad Ali sahib ne bheja hai. Unhon ne likha hai: "Maulana, aaj bhi aap ke alawa hamare saare ulama ibaadat ke sirf form hi batate hain.</w:t>
      </w:r>
      <w:r>
        <w:br/>
      </w:r>
      <w:r>
        <w:rPr>
          <w:sz w:val="20"/>
        </w:rPr>
        <w:t>40:01  Spirit ki baat koi bhi nahi karta. Jazak Allah Maulana. Maulana, mera sawal yeh hai ke hamare ulama ek hadees bayan karte hain.</w:t>
      </w:r>
      <w:r>
        <w:br/>
      </w:r>
      <w:r>
        <w:rPr>
          <w:sz w:val="20"/>
        </w:rPr>
        <w:t>40:15  Rasool Allah ne farmaya ke jannat mein ahle momin ki zuban Arabic hogi. Maulana, is ko wazeh karein.</w:t>
      </w:r>
      <w:r>
        <w:br/>
      </w:r>
      <w:r>
        <w:rPr>
          <w:sz w:val="20"/>
        </w:rPr>
        <w:t>40:23  Yeh hadees hi nahi hai, yeh to fabricated kalam kisi ka hai. Yeh bilkul hi yani absurd baat hai."</w:t>
      </w:r>
      <w:r>
        <w:br/>
      </w:r>
      <w:r>
        <w:rPr>
          <w:sz w:val="20"/>
        </w:rPr>
        <w:t>40:38  aisa kuch bhi nahi hai. dekhiye, jannat jab akhirat mein woh uloom unfold honge, is ke bare mein kaha gaya hai quran mein do ayatein aayi hain.</w:t>
      </w:r>
      <w:r>
        <w:br/>
      </w:r>
      <w:r>
        <w:rPr>
          <w:sz w:val="20"/>
        </w:rPr>
        <w:t>40:56  yani agar sari dunya ek darakht qalb bana diya jaye aur tamam samandar roshnai ho jaye aur likha jaye allah ke kalam, kalam kalmat ko to khatam nahi hoga.</w:t>
      </w:r>
      <w:r>
        <w:br/>
      </w:r>
      <w:r>
        <w:rPr>
          <w:sz w:val="20"/>
        </w:rPr>
        <w:t>41:09  to itne zyada jo uloom hain, woh arabi zaban kaise aayenge? arabi zaban ki bigadi to bohat ma'dood hai.</w:t>
      </w:r>
      <w:r>
        <w:br/>
      </w:r>
      <w:r>
        <w:rPr>
          <w:sz w:val="20"/>
        </w:rPr>
        <w:t>41:20  to yeh bohat hi zyada ghalat aqeedah ban gaya hai ke ke jannat ki zaban ki zaban arabi hogi. jannat ki zaban afaqi zaban hogi, afaqi jis mein aap tamam kalmat allah ko samjhein.</w:t>
      </w:r>
      <w:r>
        <w:br/>
      </w:r>
      <w:r>
        <w:rPr>
          <w:sz w:val="20"/>
        </w:rPr>
        <w:t>41:36  afaqi zaban</w:t>
      </w:r>
      <w:r>
        <w:br/>
      </w:r>
      <w:r>
        <w:rPr>
          <w:sz w:val="20"/>
        </w:rPr>
        <w:t>41:40  kisi sahih hadith mein yeh baat nahi hai, yeh to ek myth hai.</w:t>
      </w:r>
    </w:p>
    <w:p>
      <w:pPr>
        <w:pStyle w:val="Heading2"/>
      </w:pPr>
      <w:r>
        <w:t>Clarify the hadith on sectarian divisions</w:t>
      </w:r>
    </w:p>
    <w:p>
      <w:r>
        <w:rPr>
          <w:color w:val="666666"/>
          <w:sz w:val="18"/>
        </w:rPr>
        <w:t>Hadith · Islam and Politics November 17, 2013 · 2m 23s · at 1:05:18 · https://youtu.be/LgKA8wg4NPc?t=3918</w:t>
      </w:r>
    </w:p>
    <w:p>
      <w:r>
        <w:rPr>
          <w:i/>
        </w:rPr>
        <w:t>“A narration says that in the latter times, many sects will appear among Muslims. At that time, you should stay away from all these sects. Please explain this hadith.”</w:t>
      </w:r>
    </w:p>
    <w:p>
      <w:r>
        <w:rPr>
          <w:sz w:val="20"/>
        </w:rPr>
        <w:t>1:05:18  maulana agla sawal delhi se kiya hai maulana zakwan nadvi ne unhon ne likha hai ek riwayat mein bataya gaya hai ke aakhri zamane mein musalmanon ke andar bohat se firqa firqe paida ho jayenge is waqt tum un tamam firqon se door raho maulana is hadith ko wazeh karein</w:t>
      </w:r>
      <w:r>
        <w:br/>
      </w:r>
      <w:r>
        <w:rPr>
          <w:sz w:val="20"/>
        </w:rPr>
        <w:t>1:05:43  dekhein firqa bandi hoti hai hamesha zahiri baat ko le kar spirit par firqa bandi nahi hoti hai yani taqwa Allah ki mohabbat Allah ka khauf jannat ka ishtiaq is par koi firqa bandi nahi hoti hai zahiri cheezon mein firqa bandi hoti hai to zahiri cheezon mein firqa bandi apne aap hi galat hai</w:t>
      </w:r>
      <w:r>
        <w:br/>
      </w:r>
      <w:r>
        <w:rPr>
          <w:sz w:val="20"/>
        </w:rPr>
        <w:t>1:06:05  dekhein zahiri cheezein jo hain woh hoti hain relative hoti hain azafi ke aap chahe sherwani pehnein coat pehnein topi pehnein ya pagri bandhein yeh sab relative cheezein hain yeh asal nahi hai islam ki to firqa bandiyan sab isi pe hoti hain</w:t>
      </w:r>
      <w:r>
        <w:br/>
      </w:r>
      <w:r>
        <w:rPr>
          <w:sz w:val="20"/>
        </w:rPr>
        <w:t>1:06:27  jitne bhi firqa musalman bane hain woh sab firqe kisi zahiri cheez ko le kar bane hain kisi spirit ko le kar nahi bane hain to is hadith ka matlab yeh hai ke jab duniya mein form wala islam chal pade to is se door raho tum is ko spirit wale islam se tum stick karo</w:t>
      </w:r>
      <w:r>
        <w:br/>
      </w:r>
      <w:r>
        <w:rPr>
          <w:sz w:val="20"/>
        </w:rPr>
        <w:t>1:06:50  in alfaaz ka jo matlab hai aslan is ko ghor kijiye aap ke form wale islam mein to aap log shareek karna mat karo balkeh dobara tum spirit wale islam ki taraf chale jao</w:t>
      </w:r>
      <w:r>
        <w:br/>
      </w:r>
      <w:r>
        <w:rPr>
          <w:sz w:val="20"/>
        </w:rPr>
        <w:t>1:07:07  to hadith ka matlab hai ke yeh ek deviation hoga baad ke zamane mein jab zawal ka zamana aaye</w:t>
      </w:r>
      <w:r>
        <w:br/>
      </w:r>
      <w:r>
        <w:rPr>
          <w:sz w:val="20"/>
        </w:rPr>
        <w:t>1:07:15  ga door zawal mein aisa hota hai to door zawal mein ek deviation hoga ke log form ko le le kar ke firqe banayenge kyunke form mein hamesha kuch na kuch farq hota hai hamesha jab farq hoga to ek mera farq sahi hai in ka mera farq hum sahi hai is mein firqe banenge to rasool Allah farma rahe hain ke yeh yeh bidat hogi jab bhi aisa hoga tum is se door raho</w:t>
      </w:r>
    </w:p>
    <w:p>
      <w:pPr>
        <w:pStyle w:val="Heading2"/>
      </w:pPr>
      <w:r>
        <w:t>Correct procedure for studying hadith</w:t>
      </w:r>
    </w:p>
    <w:p>
      <w:r>
        <w:rPr>
          <w:color w:val="666666"/>
          <w:sz w:val="18"/>
        </w:rPr>
        <w:t>Hadith · Living in Falsehood December 15, 2013 · 3m 49s · at 40:51 · https://youtu.be/UvboK59uF6s?t=2451</w:t>
      </w:r>
    </w:p>
    <w:p>
      <w:r>
        <w:rPr>
          <w:i/>
        </w:rPr>
        <w:t>“I was reading Kitab al-Jihad in Sahih Bukhari and felt that not all hadiths there fall under the title of Jihad. Also, reading hadiths without context might mislead. Please comment on my thoughts and give me the correct procedure of studying hadith.”</w:t>
      </w:r>
    </w:p>
    <w:p>
      <w:r>
        <w:rPr>
          <w:sz w:val="20"/>
        </w:rPr>
        <w:t>40:51  maulana, yeh sawal aaya hai ah khwaja kaleemuddin sahib ka from Pennsylvania, USA unhon ne likha hai: "maulana sahib, I was reading some parts today of kitab al-jihad of sahih al-bukhari.</w:t>
      </w:r>
      <w:r>
        <w:br/>
      </w:r>
      <w:r>
        <w:rPr>
          <w:sz w:val="20"/>
        </w:rPr>
        <w:t>41:09  after I read it for some time, I felt that all ahadees do not fall under the title of jihad.</w:t>
      </w:r>
      <w:r>
        <w:br/>
      </w:r>
      <w:r>
        <w:rPr>
          <w:sz w:val="20"/>
        </w:rPr>
        <w:t>41:18  secondly, reading ahadees without their context might mislead you. please comment on my thoughts and give me theright procedure of studying ahadees.</w:t>
      </w:r>
      <w:r>
        <w:br/>
      </w:r>
      <w:r>
        <w:rPr>
          <w:sz w:val="20"/>
        </w:rPr>
        <w:t>41:32  haan, dekhen yeh aap ka khayal sahi hai aur hadeeson mein ek cheez hai jis se mujhe zyada ittefaq nahi hai.</w:t>
      </w:r>
      <w:r>
        <w:br/>
      </w:r>
      <w:r>
        <w:rPr>
          <w:sz w:val="20"/>
        </w:rPr>
        <w:t>41:45  dekhen, hadeeson mein ek to hai collection ahadees ka, jo kitaben hain hadees ki, chahe siyasat hon ya doosri kitaben hon, us mein hadeeson ko compile kiya gaya hai.</w:t>
      </w:r>
      <w:r>
        <w:br/>
      </w:r>
      <w:r>
        <w:rPr>
          <w:sz w:val="20"/>
        </w:rPr>
        <w:t>42:00  lekin sirf musnad ahmad jo hai, uska tareeqa alag hai. wahi mein sahi samajhta hoon, musnad ahmad ke tareeqe ko mein sahi samajhta hoon.</w:t>
      </w:r>
      <w:r>
        <w:br/>
      </w:r>
      <w:r>
        <w:rPr>
          <w:sz w:val="20"/>
        </w:rPr>
        <w:t>42:11  aur doosri kitabon mein kehte hain is ko tarjuma bab, yani chapter banana, is par ek title qaim karna, yeh mujhe is se ittefaq nahi hai.</w:t>
      </w:r>
      <w:r>
        <w:br/>
      </w:r>
      <w:r>
        <w:rPr>
          <w:sz w:val="20"/>
        </w:rPr>
        <w:t>42:23  kyunki muhaddiseen ne aise unwanat qaim kiye hain jis ki wajah se hadeesen bohat mehdood ho jati hain, bohat hi mehdood.</w:t>
      </w:r>
      <w:r>
        <w:br/>
      </w:r>
      <w:r>
        <w:rPr>
          <w:sz w:val="20"/>
        </w:rPr>
        <w:t>42:37  to</w:t>
      </w:r>
      <w:r>
        <w:br/>
      </w:r>
      <w:r>
        <w:rPr>
          <w:sz w:val="20"/>
        </w:rPr>
        <w:t>42:38  mein musnad ahmad ka jo tareeqa hai, usi ko sahi samajhta hoon ke unhon ne rawiyon ke aitbar se chapter banaya hai. lekin doosri jo kitaben hain, us mein unhon ne tarjuma abwab qaim kiya aur aur bohat is ko ahmiyat deti hai, ahmiyat di jati hai.</w:t>
      </w:r>
      <w:r>
        <w:br/>
      </w:r>
      <w:r>
        <w:rPr>
          <w:sz w:val="20"/>
        </w:rPr>
        <w:t>42:55  lekin mein is ko ahmiyat nahi deta kyunki bohat zyada mis leading hain yeh, yeh tarajum abwab. to aap ka jo taassur bilkul durust hai, yahi mera ta</w:t>
      </w:r>
      <w:r>
        <w:br/>
      </w:r>
      <w:r>
        <w:rPr>
          <w:sz w:val="20"/>
        </w:rPr>
        <w:t>43:07  assur hai. mein ek misaal deta hoon ke hadees ki kitab mein aap padhenge jo ek ek jis ko kehte hain ke khawateen ko jo ek masla pesh aata hai, hauz al-nifas ka, us ke tehat bab qaim kiya hai.</w:t>
      </w:r>
      <w:r>
        <w:br/>
      </w:r>
      <w:r>
        <w:rPr>
          <w:sz w:val="20"/>
        </w:rPr>
        <w:t>43:26  yani hauz al-nifas ka bab. is mein ek hadees hai ke al-nisa'u shaqaiq al-rijal</w:t>
      </w:r>
      <w:r>
        <w:br/>
      </w:r>
      <w:r>
        <w:rPr>
          <w:sz w:val="20"/>
        </w:rPr>
        <w:t>43:37  iska matlab hai ke yani men and women are two equal halves of a single unit aurat aur mard ek unit ka nisf nisf hain, jaise ek saib hai, 20 se kaaten aap to do shaqeeqa hoga.</w:t>
      </w:r>
      <w:r>
        <w:br/>
      </w:r>
      <w:r>
        <w:rPr>
          <w:sz w:val="20"/>
        </w:rPr>
        <w:t>43:59  wo to do shaqeeqe hain.</w:t>
      </w:r>
      <w:r>
        <w:br/>
      </w:r>
      <w:r>
        <w:rPr>
          <w:sz w:val="20"/>
        </w:rPr>
        <w:t>44:02  bohat hi zabardast yeh yani ek tareeqa woh hai expression hai aurat aur mard ke equality ko batane ka.</w:t>
      </w:r>
      <w:r>
        <w:br/>
      </w:r>
      <w:r>
        <w:rPr>
          <w:sz w:val="20"/>
        </w:rPr>
        <w:t>44:14  yani both have equal status equal respect lekin is ko kahan unhon ne darj kar diya hai? hauz al-nifas ke bab mein aisi bohat sari misalen hain.</w:t>
      </w:r>
      <w:r>
        <w:br/>
      </w:r>
      <w:r>
        <w:rPr>
          <w:sz w:val="20"/>
        </w:rPr>
        <w:t>44:26  to</w:t>
      </w:r>
      <w:r>
        <w:br/>
      </w:r>
      <w:r>
        <w:rPr>
          <w:sz w:val="20"/>
        </w:rPr>
        <w:t>44:27  yeh jo tarjuma hai, tarajum abwab hain hadees ki kitabon ke, mujhe is se zyada ittefaq nahi hai. mein musnad ahmad ke tareeqe ko zyada acha samajhta hoon, zyada scientific samajhta hoon.</w:t>
      </w:r>
    </w:p>
    <w:p>
      <w:pPr>
        <w:pStyle w:val="Heading2"/>
      </w:pPr>
      <w:r>
        <w:t>Explain days of eating and drinking in hadith</w:t>
      </w:r>
    </w:p>
    <w:p>
      <w:r>
        <w:rPr>
          <w:color w:val="666666"/>
          <w:sz w:val="18"/>
        </w:rPr>
        <w:t>Hadith · The Message of Eid Al-Adha November 6, 2011 Maulana Wahiduddin Khan · 2m 51s · at 1:11:16 · https://youtu.be/y59PU_RD2cg?t=4276</w:t>
      </w:r>
    </w:p>
    <w:p>
      <w:r>
        <w:rPr>
          <w:i/>
        </w:rPr>
        <w:t>“The days of sacrifice (Eid al-Adha) are called days of eating and drinking in the hadith. Please explain this.”</w:t>
      </w:r>
    </w:p>
    <w:p>
      <w:r>
        <w:rPr>
          <w:sz w:val="20"/>
        </w:rPr>
        <w:t>1:11:16  agle sawal Maulana Chennai se aaya hai. Ibn Naeem ne likha hai.</w:t>
      </w:r>
      <w:r>
        <w:br/>
      </w:r>
      <w:r>
        <w:rPr>
          <w:sz w:val="20"/>
        </w:rPr>
        <w:t>1:11:20  unhone poocha hai ke qurbani ke dinon ko hadith mein khana aur peena ka din kaha gaya hai. ayyam-e-akl-o-shurb Maulana sahib, uski wazahat farmayein.</w:t>
      </w:r>
      <w:r>
        <w:br/>
      </w:r>
      <w:r>
        <w:rPr>
          <w:sz w:val="20"/>
        </w:rPr>
        <w:t>1:11:32  woh bhi ek pehlu uska hai.</w:t>
      </w:r>
      <w:r>
        <w:br/>
      </w:r>
      <w:r>
        <w:rPr>
          <w:sz w:val="20"/>
        </w:rPr>
        <w:t>1:11:36  zahiran, khana peena to hota hi hai. woh bhi ek pehlu hai, lekin sirf khane peene ke liye hai. aisa nahi hai.</w:t>
      </w:r>
      <w:r>
        <w:br/>
      </w:r>
      <w:r>
        <w:rPr>
          <w:sz w:val="20"/>
        </w:rPr>
        <w:t>1:11:47  Maulana, doosra sawal Tamil Nadu se aaya hai. Syed Iqbal Umri ka. unhone likha hai: "aaj dawat ke liye kis qism ki qurbani mutlab hai?</w:t>
      </w:r>
      <w:r>
        <w:br/>
      </w:r>
      <w:r>
        <w:rPr>
          <w:sz w:val="20"/>
        </w:rPr>
        <w:t>1:11:57  uske bare mein batayein."</w:t>
      </w:r>
      <w:r>
        <w:br/>
      </w:r>
      <w:r>
        <w:rPr>
          <w:sz w:val="20"/>
        </w:rPr>
        <w:t>1:12:04  bhai, mera to khayal hai ke sab se bari qurbani yeh hai ke log apna concern badlein.</w:t>
      </w:r>
      <w:r>
        <w:br/>
      </w:r>
      <w:r>
        <w:rPr>
          <w:sz w:val="20"/>
        </w:rPr>
        <w:t>1:12:12  har aadmi concern kuch aur bana hua hai. misalan, bachche hain, ghar hai, family hai, business hai, job hai, paisa kamana hai, zindagi ki achhi zindagi taabeer karna, yeh sab concern bana hua hai.</w:t>
      </w:r>
      <w:r>
        <w:br/>
      </w:r>
      <w:r>
        <w:rPr>
          <w:sz w:val="20"/>
        </w:rPr>
        <w:t>1:12:27  to sab se bari qurbani yeh hai ke in cheezon ko sirf need ke waqt lein, yani zaroorat ke khane mein dalein.</w:t>
      </w:r>
      <w:r>
        <w:br/>
      </w:r>
      <w:r>
        <w:rPr>
          <w:sz w:val="20"/>
        </w:rPr>
        <w:t>1:12:38  to ek hai mission, ek hai zaroorat.</w:t>
      </w:r>
      <w:r>
        <w:br/>
      </w:r>
      <w:r>
        <w:rPr>
          <w:sz w:val="20"/>
        </w:rPr>
        <w:t>1:12:41  to zaroorat ke waqt duniya aur aur baqi jo kuch hai, mission ke liye sab se bari qurbani hai.</w:t>
      </w:r>
      <w:r>
        <w:br/>
      </w:r>
      <w:r>
        <w:rPr>
          <w:sz w:val="20"/>
        </w:rPr>
        <w:t>1:12:49  yeh mission ke liye to kuch karta rahe aadmi, sirf siway kuch ritual ke. to jab tak yeh tabdeeli na aaye ke duniya ko lein waqt zaroorat,</w:t>
      </w:r>
      <w:r>
        <w:br/>
      </w:r>
      <w:r>
        <w:rPr>
          <w:sz w:val="20"/>
        </w:rPr>
        <w:t>1:13:03  aur sara jo waqt bachta hai, jo paisa bachta hai, jo aap ki tawajjuh bachti hai, woh sab laga dein mission mein. asal qurbani yahi hai.</w:t>
      </w:r>
      <w:r>
        <w:br/>
      </w:r>
      <w:r>
        <w:rPr>
          <w:sz w:val="20"/>
        </w:rPr>
        <w:t>1:13:11  aaj koi qurbani yahi hai. ab hum ko na sara jana hai, na na is tarah ke halaat mein apne ko talna hai.</w:t>
      </w:r>
      <w:r>
        <w:br/>
      </w:r>
      <w:r>
        <w:rPr>
          <w:sz w:val="20"/>
        </w:rPr>
        <w:t>1:13:21  woh daur khatam ho gaya. ab to yeh hai ke log jo hain,</w:t>
      </w:r>
      <w:r>
        <w:br/>
      </w:r>
      <w:r>
        <w:rPr>
          <w:sz w:val="20"/>
        </w:rPr>
        <w:t>1:13:27  yani unhone apna soul concern bana rakha hai ke paisa kamayein, family banayein, aur comfortable life ikhtiyar karein.</w:t>
      </w:r>
      <w:r>
        <w:br/>
      </w:r>
      <w:r>
        <w:rPr>
          <w:sz w:val="20"/>
        </w:rPr>
        <w:t>1:13:37  bas aur kuch un ka, kuch un ka, kuch wahi nahi hai. yani kuch un ka zindagi ka purpose yeh nahi hai. to yeh yeh khatam ho, aur dunya ko sirf is qadar hasil karein jitna un ki, yani jin ki zaroorat hai, yani waqt need,</w:t>
      </w:r>
      <w:r>
        <w:br/>
      </w:r>
      <w:r>
        <w:rPr>
          <w:sz w:val="20"/>
        </w:rPr>
        <w:t>1:13:58  aur baqi jo kuch bhi aap ka paisa hai, ya aap ka time hai, ya aap ka energy hai, woh sab lagayein da'wati mission mein. sab se bari qurbani yeh matloob hai.</w:t>
      </w:r>
    </w:p>
    <w:p>
      <w:pPr>
        <w:pStyle w:val="Heading2"/>
      </w:pPr>
      <w:r>
        <w:t>Explain hadith about best place mosque</w:t>
      </w:r>
    </w:p>
    <w:p>
      <w:r>
        <w:rPr>
          <w:color w:val="666666"/>
          <w:sz w:val="18"/>
        </w:rPr>
        <w:t>Hadith · Age of Consumerism January 6, 2013 · 2m 32s · at 1:29:36 · https://youtu.be/zJRZ1OKUhgA?t=5376</w:t>
      </w:r>
    </w:p>
    <w:p>
      <w:r>
        <w:rPr>
          <w:i/>
        </w:rPr>
        <w:t>“In today's talk, you narrated the hadith about the best and the worst place on earth. Please explain the second part of the hadith, that is the mosque being the best place on earth.”</w:t>
      </w:r>
    </w:p>
    <w:p>
      <w:r>
        <w:rPr>
          <w:sz w:val="20"/>
        </w:rPr>
        <w:t>1:29:36  maulana, agla sawal dilli se hai, maulana zikwan nadvi ka. unhon ne likha hai: "maulana sahib, in today talk, you narrated the hadith about the best and the worst place in earth.</w:t>
      </w:r>
      <w:r>
        <w:br/>
      </w:r>
      <w:r>
        <w:rPr>
          <w:sz w:val="20"/>
        </w:rPr>
        <w:t>1:29:50  please explain the second part of the hadith, that is the masjid being the best place in earth."</w:t>
      </w:r>
      <w:r>
        <w:br/>
      </w:r>
      <w:r>
        <w:rPr>
          <w:sz w:val="20"/>
        </w:rPr>
        <w:t>1:29:58  haan, dekhiye, masjid behtareen jagah ka matlab yeh nahi ke aaj kal jo masjidon ka haal hai,</w:t>
      </w:r>
      <w:r>
        <w:br/>
      </w:r>
      <w:r>
        <w:rPr>
          <w:sz w:val="20"/>
        </w:rPr>
        <w:t>1:30:06  woh woh matlab is hadith ka nahi hai.</w:t>
      </w:r>
      <w:r>
        <w:br/>
      </w:r>
      <w:r>
        <w:rPr>
          <w:sz w:val="20"/>
        </w:rPr>
        <w:t>1:30:10  masjid ka matlab yeh hai ke woh jagah jahan Allah ka zikr ho, Allah ki soch le kar baithe hain log, Allah ko acknowledge karne wale log wahan hon.</w:t>
      </w:r>
      <w:r>
        <w:br/>
      </w:r>
      <w:r>
        <w:rPr>
          <w:sz w:val="20"/>
        </w:rPr>
        <w:t>1:30:19  to wahan jahan taqwa ho. to ek hadith hai ke "al masajid buyoot al muttaqeen" masjidain al taqwa ka markaz hain.</w:t>
      </w:r>
      <w:r>
        <w:br/>
      </w:r>
      <w:r>
        <w:rPr>
          <w:sz w:val="20"/>
        </w:rPr>
        <w:t>1:30:33  jo jab taqwa wahan hoga to woh masjidain hongi. lekin aaj kal taqwa wali masjidain</w:t>
      </w:r>
      <w:r>
        <w:br/>
      </w:r>
      <w:r>
        <w:rPr>
          <w:sz w:val="20"/>
        </w:rPr>
        <w:t>1:30:39  nahi hain. woh to wohi hain jo woh hadith maine sunai aap ko ke "masajid muammarah" masjidon mein bheed khoob dikhai deti hai, lekin hidayat se khali hain woh masjidain.</w:t>
      </w:r>
      <w:r>
        <w:br/>
      </w:r>
      <w:r>
        <w:rPr>
          <w:sz w:val="20"/>
        </w:rPr>
        <w:t>1:30:50  to yahan jis jis cheez ka zikr hai, yani potential sense mein hai, actual sense mein hai,</w:t>
      </w:r>
      <w:r>
        <w:br/>
      </w:r>
      <w:r>
        <w:rPr>
          <w:sz w:val="20"/>
        </w:rPr>
        <w:t>1:30:58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1:31:16  to masjid hi ki baat nahi hai, aap kahin bhi ikattha hon, Allah ke haqeeqi matlab mein Allah ki yaad ke liye, to is ka darja wohi ho jayega.</w:t>
      </w:r>
      <w:r>
        <w:br/>
      </w:r>
      <w:r>
        <w:rPr>
          <w:sz w:val="20"/>
        </w:rPr>
        <w:t>1:31:25  kyun ke hadith mein aata hai ke "mere liye sari zameen masjid bana di gayi." Islam mein poori poori zameen hi masjid hai.</w:t>
      </w:r>
      <w:r>
        <w:br/>
      </w:r>
      <w:r>
        <w:rPr>
          <w:sz w:val="20"/>
        </w:rPr>
        <w:t>1:31:37  to asal cheez is mein hai ke woh is part jahan log jama hon, is liye ke woh Allah ka par tadabbur karein, tafakkur karein,</w:t>
      </w:r>
      <w:r>
        <w:br/>
      </w:r>
      <w:r>
        <w:rPr>
          <w:sz w:val="20"/>
        </w:rPr>
        <w:t>1:31:50  Allah ka charcha karein, aur haqeeqi maano mein zikr aur shukr karein. aur jahan taqwa ka mahol ho, woh jo maqam hai, woh bilashuba sab se acha maqam hai.</w:t>
      </w:r>
      <w:r>
        <w:br/>
      </w:r>
      <w:r>
        <w:rPr>
          <w:sz w:val="20"/>
        </w:rPr>
        <w:t>1:32:05  yeh matlab hai is ka.</w:t>
      </w:r>
    </w:p>
    <w:p>
      <w:pPr>
        <w:pStyle w:val="Heading2"/>
      </w:pPr>
      <w:r>
        <w:t>Explain hadith about funeral and people's testimony</w:t>
      </w:r>
    </w:p>
    <w:p>
      <w:r>
        <w:rPr>
          <w:color w:val="666666"/>
          <w:sz w:val="18"/>
        </w:rPr>
        <w:t>Hadith · Journey of History December 23, 2012 · 2m 06s · at 1:03:40 · https://youtu.be/bvjWl3U3Dmw?t=3820</w:t>
      </w:r>
    </w:p>
    <w:p>
      <w:r>
        <w:rPr>
          <w:i/>
        </w:rPr>
        <w:t>“Can you please explain this hadith which is narrated by Anas bin Malik? A funeral procession passed and the people praised the deceased. The Prophet said, 'It has been affirmed to him.' Then another funeral procession passed and the people spoke badly of the deceased. The Prophet said, 'It has been affirmed to him.'”</w:t>
      </w:r>
    </w:p>
    <w:p>
      <w:r>
        <w:rPr>
          <w:sz w:val="20"/>
        </w:rPr>
        <w:t>1:03:40  maulana, agla sawal maryland usa se aya hai miss gulzeeba ahmed ka. unhon ne likha hai: "maulana sahib, can you please explain this hadith which is narrated by anas bin malik?" aur maulana, woh hadith is tarah hai:</w:t>
      </w:r>
      <w:r>
        <w:br/>
      </w:r>
      <w:r>
        <w:rPr>
          <w:sz w:val="20"/>
        </w:rPr>
        <w:t>1:03:56  "a funeral procession passed and the people praised the deceased. the prophet said it has been affirmed to him.</w:t>
      </w:r>
      <w:r>
        <w:br/>
      </w:r>
      <w:r>
        <w:rPr>
          <w:sz w:val="20"/>
        </w:rPr>
        <w:t>1:04:07  then another funeral procession passed and the people spoke badly of the deceased. the prophet said it has been affirmed to him.</w:t>
      </w:r>
      <w:r>
        <w:br/>
      </w:r>
      <w:r>
        <w:rPr>
          <w:sz w:val="20"/>
        </w:rPr>
        <w:t>1:04:18  umar bin al-khattab asked prophet what has been affirmed?</w:t>
      </w:r>
      <w:r>
        <w:br/>
      </w:r>
      <w:r>
        <w:rPr>
          <w:sz w:val="20"/>
        </w:rPr>
        <w:t>1:04:24  prophet replied: "you praised this so paradise has been affirmed to him and you spoke badly of this so hell has been affirmed to him.</w:t>
      </w:r>
      <w:r>
        <w:br/>
      </w:r>
      <w:r>
        <w:rPr>
          <w:sz w:val="20"/>
        </w:rPr>
        <w:t>1:04:37  you people are allah witnesses on earth." dekhiye, is mein jo pehla hissa hai, woh is mein asal baat nahi hai.</w:t>
      </w:r>
      <w:r>
        <w:br/>
      </w:r>
      <w:r>
        <w:rPr>
          <w:sz w:val="20"/>
        </w:rPr>
        <w:t>1:04:47  asal baat to hai aakhri hisse mein: "antum shuhada allah fi al-ard.</w:t>
      </w:r>
      <w:r>
        <w:br/>
      </w:r>
      <w:r>
        <w:rPr>
          <w:sz w:val="20"/>
        </w:rPr>
        <w:t>1:04:52  " shuhada ka matlab hai dua daai. is par mein likh chuka hoon. is se pehle aap parhiye is is hadith ka asal juz yeh hai ke tum dunya mein allah ke gadai ho, gawah ho.</w:t>
      </w:r>
      <w:r>
        <w:br/>
      </w:r>
      <w:r>
        <w:rPr>
          <w:sz w:val="20"/>
        </w:rPr>
        <w:t>1:05:10  to matlab yeh ke jab jinke paas yeh quran ho, quran ki quran ki wirasat hai, wohi to dawat ka kaam karenge.</w:t>
      </w:r>
      <w:r>
        <w:br/>
      </w:r>
      <w:r>
        <w:rPr>
          <w:sz w:val="20"/>
        </w:rPr>
        <w:t>1:05:23  to yeh hadith dawat ki zimmedari ko batati hai. is se jo jis ne lena hai humein, woh sirf yeh lena hai ke humein dawat ka kaam karna hai.</w:t>
      </w:r>
      <w:r>
        <w:br/>
      </w:r>
      <w:r>
        <w:rPr>
          <w:sz w:val="20"/>
        </w:rPr>
        <w:t>1:05:33  agar hum dawat ka kaam na karein to pakde jayenge.</w:t>
      </w:r>
    </w:p>
    <w:p>
      <w:pPr>
        <w:pStyle w:val="Heading2"/>
      </w:pPr>
      <w:r>
        <w:t>Explain hadith on love and hate for Allah</w:t>
      </w:r>
    </w:p>
    <w:p>
      <w:r>
        <w:rPr>
          <w:color w:val="666666"/>
          <w:sz w:val="18"/>
        </w:rPr>
        <w:t>Hadith · Formula of Human Life | March 13, 2016 · 3m 25s · at 1:19:30 · https://youtu.be/Et_ZQTYZzjU?t=4770</w:t>
      </w:r>
    </w:p>
    <w:p>
      <w:r>
        <w:rPr>
          <w:i/>
        </w:rPr>
        <w:t>“Kindly explain the hadith which says: Al-hubbu fiLlahi wa al-bughdu fiLlahi (love for the sake of Allah and hate for the sake of Allah).”</w:t>
      </w:r>
    </w:p>
    <w:p>
      <w:r>
        <w:rPr>
          <w:sz w:val="20"/>
        </w:rPr>
        <w:t>1:19:30  Maulana, the next question has been asked by Rafi Chougley Sahib from Mumbai. He has written: "Maulana,</w:t>
      </w:r>
      <w:r>
        <w:br/>
      </w:r>
      <w:r>
        <w:rPr>
          <w:sz w:val="20"/>
        </w:rPr>
        <w:t>1:19:38  kindly explain this hadith wich sees: Al hubbu fillah wa al bughzu fillah. us ko wazeh karen.</w:t>
      </w:r>
      <w:r>
        <w:br/>
      </w:r>
      <w:r>
        <w:rPr>
          <w:sz w:val="20"/>
        </w:rPr>
        <w:t>1:19:46  bhai, yeh to bilkul clear hai. aap</w:t>
      </w:r>
      <w:r>
        <w:br/>
      </w:r>
      <w:r>
        <w:rPr>
          <w:sz w:val="20"/>
        </w:rPr>
        <w:t>1:19:53  kisi se, chahe family ka mamla ho ya family ke bahar ka mamla ho, kisi ke bare mein</w:t>
      </w:r>
      <w:r>
        <w:br/>
      </w:r>
      <w:r>
        <w:rPr>
          <w:sz w:val="20"/>
        </w:rPr>
        <w:t>1:19:59  aap positive hain to is ka bhi aap ko dekhna chahiye ke main positive jo hoon to kya</w:t>
      </w:r>
      <w:r>
        <w:br/>
      </w:r>
      <w:r>
        <w:rPr>
          <w:sz w:val="20"/>
        </w:rPr>
        <w:t>1:20:06  Quran o hadith ke mutabiq hai.</w:t>
      </w:r>
      <w:r>
        <w:br/>
      </w:r>
      <w:r>
        <w:rPr>
          <w:sz w:val="20"/>
        </w:rPr>
        <w:t>1:20:12  agar negative ho jayen tab bhi sochna chahiye ke kya main Quran o hadith ke mutabiq hoon.</w:t>
      </w:r>
      <w:r>
        <w:br/>
      </w:r>
      <w:r>
        <w:rPr>
          <w:sz w:val="20"/>
        </w:rPr>
        <w:t>1:20:18  yeh meri negative thinking bas itni si baat hai aur is mein koi mysterious meaning nahi hai.</w:t>
      </w:r>
      <w:r>
        <w:br/>
      </w:r>
      <w:r>
        <w:rPr>
          <w:sz w:val="20"/>
        </w:rPr>
        <w:t>1:20:25  Maulana, agla ek comment hai jo hum parhna chahenge jo doctor Safeena Tasneem ne bheja hai Ajmer se.</w:t>
      </w:r>
      <w:r>
        <w:br/>
      </w:r>
      <w:r>
        <w:rPr>
          <w:sz w:val="20"/>
        </w:rPr>
        <w:t>1:20:32  She has written: "Maulana, it is said that biggest sacrifice is sacrifice of opinion."</w:t>
      </w:r>
      <w:r>
        <w:br/>
      </w:r>
      <w:r>
        <w:rPr>
          <w:sz w:val="20"/>
        </w:rPr>
        <w:t>1:20:40  "What would you say in this?" ہاں، رائے کی قربانی سب سے بڑی قربانی ہے، یہ میں مانتا</w:t>
      </w:r>
      <w:r>
        <w:br/>
      </w:r>
      <w:r>
        <w:rPr>
          <w:sz w:val="20"/>
        </w:rPr>
        <w:t>1:20:47  hoon us ko kyunke wahan ego ego involve hota hai.</w:t>
      </w:r>
      <w:r>
        <w:br/>
      </w:r>
      <w:r>
        <w:rPr>
          <w:sz w:val="20"/>
        </w:rPr>
        <w:t>1:20:55  جب میں ایک رائے دے دوں اور دوسرا اس سے differ کر رہا ہے تو میری ego وہاں</w:t>
      </w:r>
      <w:r>
        <w:br/>
      </w:r>
      <w:r>
        <w:rPr>
          <w:sz w:val="20"/>
        </w:rPr>
        <w:t>1:21:01  par kehti hai ke nahi, meri rai to sab se achi hai, main kyun manun? to rai ki</w:t>
      </w:r>
      <w:r>
        <w:br/>
      </w:r>
      <w:r>
        <w:rPr>
          <w:sz w:val="20"/>
        </w:rPr>
        <w:t>1:21:07  qurbani ke mani hain ego ki qurbani.</w:t>
      </w:r>
      <w:r>
        <w:br/>
      </w:r>
      <w:r>
        <w:rPr>
          <w:sz w:val="20"/>
        </w:rPr>
        <w:t>1:21:13  rai ki qurbani ke mani hain ego ki qurbani, yani ego ko sacrifice karna.</w:t>
      </w:r>
      <w:r>
        <w:br/>
      </w:r>
      <w:r>
        <w:rPr>
          <w:sz w:val="20"/>
        </w:rPr>
        <w:t>1:21:19  to main manta hoon is baat ko</w:t>
      </w:r>
      <w:r>
        <w:br/>
      </w:r>
      <w:r>
        <w:rPr>
          <w:sz w:val="20"/>
        </w:rPr>
        <w:t>1:21:26  ke sab se bari jo value hai insan mein woh hai modesty. Modesty, arrogance nahi hai. Ego se arrogance aata hai jo yani source of all evil hai. Modest aadmi kabhi bhi apni ego ko le kar ke yani ukhdega nahi. To rai ki</w:t>
      </w:r>
      <w:r>
        <w:br/>
      </w:r>
      <w:r>
        <w:rPr>
          <w:sz w:val="20"/>
        </w:rPr>
        <w:t>1:21:56  qurbani bila shakk sab bari qurbani hai is sense mein ke rai qurbani ka matlab hai apne ego ko ego ko qurban kar dena.</w:t>
      </w:r>
    </w:p>
    <w:p>
      <w:pPr>
        <w:pStyle w:val="Heading2"/>
      </w:pPr>
      <w:r>
        <w:t>Explain the best place on earth hadith</w:t>
      </w:r>
    </w:p>
    <w:p>
      <w:r>
        <w:rPr>
          <w:color w:val="666666"/>
          <w:sz w:val="18"/>
        </w:rPr>
        <w:t>Hadith · Question &amp; Answer Jan 6th 2013 - Maulana Wahiduddin Kahn · 2m 32s · at 30:56 · https://youtu.be/1FAK1QuHEpw?t=1856</w:t>
      </w:r>
    </w:p>
    <w:p>
      <w:r>
        <w:rPr>
          <w:i/>
        </w:rPr>
        <w:t>“Molana sahib, in today's talk you narrated the hadith about the best and the worst place on earth. Please explain the second part of the hadith that is the mosque being the best place on earth. Yes, see, the meaning of mosque being the best place is not the condition of mosques today.”</w:t>
      </w:r>
    </w:p>
    <w:p>
      <w:r>
        <w:rPr>
          <w:sz w:val="20"/>
        </w:rPr>
        <w:t>30:56  molana, agla sawal dilli se hai, molana zakwan nadvi ka. unhon ne likha hai: "Molana sahib, in today's talk you narrated the hadith about the best and the worst place on earth.</w:t>
      </w:r>
      <w:r>
        <w:br/>
      </w:r>
      <w:r>
        <w:rPr>
          <w:sz w:val="20"/>
        </w:rPr>
        <w:t>31:10  Please explain the second part of the hadith that is the mosque being the best place on earth."</w:t>
      </w:r>
      <w:r>
        <w:br/>
      </w:r>
      <w:r>
        <w:rPr>
          <w:sz w:val="20"/>
        </w:rPr>
        <w:t>31:18  haan, dekhiye, masjid behtareen jagah ka matlab yeh nahi ke aaj kal jo masjidon ka haal hai</w:t>
      </w:r>
      <w:r>
        <w:br/>
      </w:r>
      <w:r>
        <w:rPr>
          <w:sz w:val="20"/>
        </w:rPr>
        <w:t>31:26  woh woh matlab is hadith ka nahi hai. masjid ka matlab yeh hai ke woh jagah jahan Allah ka zikr ho, Allah ki soch le kar baithe hain log, Allah ko acknowledge karne wale log wahan hon.</w:t>
      </w:r>
      <w:r>
        <w:br/>
      </w:r>
      <w:r>
        <w:rPr>
          <w:sz w:val="20"/>
        </w:rPr>
        <w:t>31:39  to wahan jahan taqwa ho. to ek hadith hai ke al masajid buyoot al muttaqeen. masjidain ahl e taqwa ka markaz hain.</w:t>
      </w:r>
      <w:r>
        <w:br/>
      </w:r>
      <w:r>
        <w:rPr>
          <w:sz w:val="20"/>
        </w:rPr>
        <w:t>31:53  jo jab taqwa wahan hoga to woh masjidain hongi. lekin aaj kal taqwa wali masjidain nahi hain. woh to wohi hain jo woh hadith maine sunai aap ko ke masajid mu'ammara masjidon mein bheed khoob dikhai deti hai lekin hidayat se khali hain woh masjidain.</w:t>
      </w:r>
      <w:r>
        <w:br/>
      </w:r>
      <w:r>
        <w:rPr>
          <w:sz w:val="20"/>
        </w:rPr>
        <w:t>32:10  to yahan jis jis cheez ka zikr hai yani potential sense mein hai, actual sense mein hai yani haqeeqi masjid agar hai jo buyoot al muttaqeen ke matlab mein jahan hai, jahan Allah se darne wale, Allah se mohabbat karne wale, Allah ko acknowledge karne wale log ikattha hote hain to waqai behtareen jagah is se behtar to koi jagah nahi hai.</w:t>
      </w:r>
      <w:r>
        <w:br/>
      </w:r>
      <w:r>
        <w:rPr>
          <w:sz w:val="20"/>
        </w:rPr>
        <w:t>32:36  to masjid hi ki baat nahi hai. aap kahin bhi ikattha hon Allah ke haqeeqi matlab mein Allah ki yaad ke liye to is ka darja wohi ho jayega.</w:t>
      </w:r>
      <w:r>
        <w:br/>
      </w:r>
      <w:r>
        <w:rPr>
          <w:sz w:val="20"/>
        </w:rPr>
        <w:t>32:46  kyun ke hadith mein aata hai ke mere liye sari zameen masjid bana di gayi. Islam mein poori poori zameen hi masjid hai.</w:t>
      </w:r>
      <w:r>
        <w:br/>
      </w:r>
      <w:r>
        <w:rPr>
          <w:sz w:val="20"/>
        </w:rPr>
        <w:t>32:57  to asal cheez is mein hai ke woh is part jahan log jama hon is liye ke woh Allah ka par tadabbur karein, tafakkur karein,</w:t>
      </w:r>
      <w:r>
        <w:br/>
      </w:r>
      <w:r>
        <w:rPr>
          <w:sz w:val="20"/>
        </w:rPr>
        <w:t>33:10  Allah ka charcha karein aur haqeeqi matlab mein zikr aur shukr karein aur jahan taqwa ka mahol ho woh jo maqam hai woh bilashuba sab se acha maqam hai.</w:t>
      </w:r>
      <w:r>
        <w:br/>
      </w:r>
      <w:r>
        <w:rPr>
          <w:sz w:val="20"/>
        </w:rPr>
        <w:t>33:25  yeh matlab hai is ka.</w:t>
      </w:r>
    </w:p>
    <w:p>
      <w:pPr>
        <w:pStyle w:val="Heading2"/>
      </w:pPr>
      <w:r>
        <w:t>Explain the hadith about mosque as best place</w:t>
      </w:r>
    </w:p>
    <w:p>
      <w:r>
        <w:rPr>
          <w:color w:val="666666"/>
          <w:sz w:val="18"/>
        </w:rPr>
        <w:t>Hadith · Age Of Consumerism I January 6, 2013 Maulana Wahiduddin Khan · 2m 32s · at 1:30:30 · https://youtu.be/CuRYFl7JuEM?t=5430</w:t>
      </w:r>
    </w:p>
    <w:p>
      <w:r>
        <w:rPr>
          <w:i/>
        </w:rPr>
        <w:t>“In today's talk, you narrated the hadith about the best and the worst place on earth. Please explain the second part of the hadith, that is the mosque being the best place on earth.”</w:t>
      </w:r>
    </w:p>
    <w:p>
      <w:r>
        <w:rPr>
          <w:sz w:val="20"/>
        </w:rPr>
        <w:t>1:30:30  maulana, agla sawal Dilli se hai, Maulana Zakwan Nadvi ka. unhon ne likha hai: "Maulana sahib, in today's talk, you narrated the hadith about the best and the worst place on earth.</w:t>
      </w:r>
      <w:r>
        <w:br/>
      </w:r>
      <w:r>
        <w:rPr>
          <w:sz w:val="20"/>
        </w:rPr>
        <w:t>1:30:44  please explain the second part of the hadith, that is the mosque being the best place on earth."</w:t>
      </w:r>
      <w:r>
        <w:br/>
      </w:r>
      <w:r>
        <w:rPr>
          <w:sz w:val="20"/>
        </w:rPr>
        <w:t>1:30:52  haan, dekhiye, masjid behtareen jagah ka matlab yeh nahin ke aaj kal jo masjidon ka haal hai,</w:t>
      </w:r>
      <w:r>
        <w:br/>
      </w:r>
      <w:r>
        <w:rPr>
          <w:sz w:val="20"/>
        </w:rPr>
        <w:t>1:31:00  woh woh matlab is hadith ka nahin hai. masjid ka matlab yeh hai ke woh jagah jahan Allah ka zikr ho, Allah ki soch le kar baithe hain log, Allah ko acknowledge karne wale log wahan hon.</w:t>
      </w:r>
      <w:r>
        <w:br/>
      </w:r>
      <w:r>
        <w:rPr>
          <w:sz w:val="20"/>
        </w:rPr>
        <w:t>1:31:13  to wahan jahan taqwa ho.</w:t>
      </w:r>
      <w:r>
        <w:br/>
      </w:r>
      <w:r>
        <w:rPr>
          <w:sz w:val="20"/>
        </w:rPr>
        <w:t>1:31:16  to ek hadith hai ke "Al Masajid Buyoot Ul Muttaqin" masjidain al taqwa ka markaz hain.</w:t>
      </w:r>
      <w:r>
        <w:br/>
      </w:r>
      <w:r>
        <w:rPr>
          <w:sz w:val="20"/>
        </w:rPr>
        <w:t>1:31:27  jo jab taqwa wahan hoga, tab woh masjidain hongi. lekin aaj kal taqwa wali masjidain nahin hain. woh to wahi hain jo woh hadith maine sunai aap ko ke "Masajid M'amara"</w:t>
      </w:r>
      <w:r>
        <w:br/>
      </w:r>
      <w:r>
        <w:rPr>
          <w:sz w:val="20"/>
        </w:rPr>
        <w:t>1:31:39  masjidon mein bheed khoob dikhai deti hai, lekin hidayat se khali hain woh masjidain. to yahan jis jis cheez ka zikr hai, yani potential sense mein hai, actual sense mein hai, yani haqeeqi masjid agar hai,</w:t>
      </w:r>
      <w:r>
        <w:br/>
      </w:r>
      <w:r>
        <w:rPr>
          <w:sz w:val="20"/>
        </w:rPr>
        <w:t>1:31:54  jo beut al-muttaqin ke mani mein jahan hai, jahan</w:t>
      </w:r>
      <w:r>
        <w:br/>
      </w:r>
      <w:r>
        <w:rPr>
          <w:sz w:val="20"/>
        </w:rPr>
        <w:t>1:31:59  Allah se darne wale, Allah se mohabbat karne wale, Allah ko acknowledge karne wale log ekatha hote hain, to waqai behtareen jagah is se behtar to koi jagah nahi hai.</w:t>
      </w:r>
      <w:r>
        <w:br/>
      </w:r>
      <w:r>
        <w:rPr>
          <w:sz w:val="20"/>
        </w:rPr>
        <w:t>1:32:10  to masjid hi ki baat nahi hai, aap kahin bhi ekatha hon Allah ke</w:t>
      </w:r>
      <w:r>
        <w:br/>
      </w:r>
      <w:r>
        <w:rPr>
          <w:sz w:val="20"/>
        </w:rPr>
        <w:t>1:32:16  haqeeqi mani mein, Allah ki yaad ke liye, to is ka darja wahi ho jayega. Kyunke hadith mein aata hai ke "mere liye sari zameen masjid bana di gayi." Islam mein poori poori zameen hi masjid hai.</w:t>
      </w:r>
      <w:r>
        <w:br/>
      </w:r>
      <w:r>
        <w:rPr>
          <w:sz w:val="20"/>
        </w:rPr>
        <w:t>1:32:31  to asal cheez is mein hai ke woh is part jahan log jama hon, is liye ke woh Allah ka par tadabbur karen, tafakkur karen,</w:t>
      </w:r>
      <w:r>
        <w:br/>
      </w:r>
      <w:r>
        <w:rPr>
          <w:sz w:val="20"/>
        </w:rPr>
        <w:t>1:32:44  Allah ko ka charcha karen,</w:t>
      </w:r>
      <w:r>
        <w:br/>
      </w:r>
      <w:r>
        <w:rPr>
          <w:sz w:val="20"/>
        </w:rPr>
        <w:t>1:32:49  aur haqeeqi mani mein zikr aur shukr karen. Aur jahan taqwa ka mahaul ho, woh jo maqam hai, woh bilashuba sab se acha maqam hai.</w:t>
      </w:r>
      <w:r>
        <w:br/>
      </w:r>
      <w:r>
        <w:rPr>
          <w:sz w:val="20"/>
        </w:rPr>
        <w:t>1:32:58  yeh matlab hai is ka.</w:t>
      </w:r>
    </w:p>
    <w:p>
      <w:pPr>
        <w:pStyle w:val="Heading2"/>
      </w:pPr>
      <w:r>
        <w:t>Explanation of 'Muslim is Mirror of Muslim'</w:t>
      </w:r>
    </w:p>
    <w:p>
      <w:r>
        <w:rPr>
          <w:color w:val="666666"/>
          <w:sz w:val="18"/>
        </w:rPr>
        <w:t>Hadith · Living In Falsehood I December 15, 2013 · 2m 01s · at 53:04 · https://youtu.be/yD-ZtvlrFDw?t=3184</w:t>
      </w:r>
    </w:p>
    <w:p>
      <w:r>
        <w:rPr>
          <w:i/>
        </w:rPr>
        <w:t>“A hadith says that a Muslim is a mirror of a Muslim. Please explain this hadith.”</w:t>
      </w:r>
    </w:p>
    <w:p>
      <w:r>
        <w:rPr>
          <w:sz w:val="20"/>
        </w:rPr>
        <w:t>53:04  maulana, agla sawal dhampur se kya hai mehtab ahmad sahib ne.</w:t>
      </w:r>
      <w:r>
        <w:br/>
      </w:r>
      <w:r>
        <w:rPr>
          <w:sz w:val="20"/>
        </w:rPr>
        <w:t>53:08  unhon ne likha hai: "maulana, ek hadith mein bataya gaya hai ke musalman musalman ka aaina hai." woh</w:t>
      </w:r>
      <w:r>
        <w:br/>
      </w:r>
      <w:r>
        <w:rPr>
          <w:sz w:val="20"/>
        </w:rPr>
        <w:t>53:16  chahte hain ke aap is hadith ke ko wazeh karen.</w:t>
      </w:r>
      <w:r>
        <w:br/>
      </w:r>
      <w:r>
        <w:rPr>
          <w:sz w:val="20"/>
        </w:rPr>
        <w:t>53:20  hadith ke alfaaz yeh hain: "momin marat ul momin".</w:t>
      </w:r>
      <w:r>
        <w:br/>
      </w:r>
      <w:r>
        <w:rPr>
          <w:sz w:val="20"/>
        </w:rPr>
        <w:t>53:24  aaina kya karta hai? aaina mein aap dekhen apna chehra to agar kahin kuch mitti lag lag gayi</w:t>
      </w:r>
      <w:r>
        <w:br/>
      </w:r>
      <w:r>
        <w:rPr>
          <w:sz w:val="20"/>
        </w:rPr>
        <w:t>53:32  hai, koi koi baat hai to woh aaina dikhata hai.</w:t>
      </w:r>
      <w:r>
        <w:br/>
      </w:r>
      <w:r>
        <w:rPr>
          <w:sz w:val="20"/>
        </w:rPr>
        <w:t>53:36  phir is ko aap saaf karte hain.</w:t>
      </w:r>
      <w:r>
        <w:br/>
      </w:r>
      <w:r>
        <w:rPr>
          <w:sz w:val="20"/>
        </w:rPr>
        <w:t>53:39  to aaina goya wahi karta hai jis ko hum kehte hain criticism.</w:t>
      </w:r>
      <w:r>
        <w:br/>
      </w:r>
      <w:r>
        <w:rPr>
          <w:sz w:val="20"/>
        </w:rPr>
        <w:t>53:44  wahi to hai aaina, yani ghalati ki nishandahi.</w:t>
      </w:r>
      <w:r>
        <w:br/>
      </w:r>
      <w:r>
        <w:rPr>
          <w:sz w:val="20"/>
        </w:rPr>
        <w:t>53:47  criticism ka matlab hota hai ghalati ki nishandahi.</w:t>
      </w:r>
      <w:r>
        <w:br/>
      </w:r>
      <w:r>
        <w:rPr>
          <w:sz w:val="20"/>
        </w:rPr>
        <w:t>53:51  to momin ka kaam kya hai? theek theek nishandahi kare aur jo suna hai woh theek theek is</w:t>
      </w:r>
      <w:r>
        <w:br/>
      </w:r>
      <w:r>
        <w:rPr>
          <w:sz w:val="20"/>
        </w:rPr>
        <w:t>53:59  ko sahi tareeqe se response de ke bhai tum ne bohat acha kiya, mujhe ghalati bata di, mein</w:t>
      </w:r>
      <w:r>
        <w:br/>
      </w:r>
      <w:r>
        <w:rPr>
          <w:sz w:val="20"/>
        </w:rPr>
        <w:t>54:06  is ko ab islaah karta hoon.</w:t>
      </w:r>
      <w:r>
        <w:br/>
      </w:r>
      <w:r>
        <w:rPr>
          <w:sz w:val="20"/>
        </w:rPr>
        <w:t>54:09  to is mein dono ki baat batayi gayi hai, yani jo bataye aur jo sune, dono ki baat</w:t>
      </w:r>
      <w:r>
        <w:br/>
      </w:r>
      <w:r>
        <w:rPr>
          <w:sz w:val="20"/>
        </w:rPr>
        <w:t>54:17  hai ke ke aaina kabhi bhi koi ghalat nishandahi nahi karta.</w:t>
      </w:r>
      <w:r>
        <w:br/>
      </w:r>
      <w:r>
        <w:rPr>
          <w:sz w:val="20"/>
        </w:rPr>
        <w:t>54:21  matlab yeh ke agar yahan par daagh na ho, tab bhi dikha de woh daagh aap ko.</w:t>
      </w:r>
      <w:r>
        <w:br/>
      </w:r>
      <w:r>
        <w:rPr>
          <w:sz w:val="20"/>
        </w:rPr>
        <w:t>54:29  aisa koi aaina nahi karega.</w:t>
      </w:r>
      <w:r>
        <w:br/>
      </w:r>
      <w:r>
        <w:rPr>
          <w:sz w:val="20"/>
        </w:rPr>
        <w:t>54:31  to true picture jo hai woh dikhata hai aaina.</w:t>
      </w:r>
      <w:r>
        <w:br/>
      </w:r>
      <w:r>
        <w:rPr>
          <w:sz w:val="20"/>
        </w:rPr>
        <w:t>54:35  to momin ko chahiye ke woh kisi nafsaniyat ke tehat, kisi zid ke tehat, kisi yani negative thinking</w:t>
      </w:r>
      <w:r>
        <w:br/>
      </w:r>
      <w:r>
        <w:rPr>
          <w:sz w:val="20"/>
        </w:rPr>
        <w:t>54:43  ke tehat kisi par kuch na kahe, balkeh wahi kahe jo bilkul objectively woh correct ho, woh kahe</w:t>
      </w:r>
      <w:r>
        <w:br/>
      </w:r>
      <w:r>
        <w:rPr>
          <w:sz w:val="20"/>
        </w:rPr>
        <w:t>54:50  bilkul sahi sahi.</w:t>
      </w:r>
      <w:r>
        <w:br/>
      </w:r>
      <w:r>
        <w:rPr>
          <w:sz w:val="20"/>
        </w:rPr>
        <w:t>54:52  aur sunne wale ko chahiye ke jaldi se qabool kar le, haan bhai tum ne meri ghalati bata</w:t>
      </w:r>
      <w:r>
        <w:br/>
      </w:r>
      <w:r>
        <w:rPr>
          <w:sz w:val="20"/>
        </w:rPr>
        <w:t>55:00  di, ab mein is ki islaah karunga.</w:t>
      </w:r>
      <w:r>
        <w:br/>
      </w:r>
      <w:r>
        <w:rPr>
          <w:sz w:val="20"/>
        </w:rPr>
        <w:t>55:03  yeh matlab hai is hadith ka.</w:t>
      </w:r>
    </w:p>
    <w:p>
      <w:pPr>
        <w:pStyle w:val="Heading2"/>
      </w:pPr>
      <w:r>
        <w:t>Explanation of apostasy hadiths in Bukhari</w:t>
      </w:r>
    </w:p>
    <w:p>
      <w:r>
        <w:rPr>
          <w:color w:val="666666"/>
          <w:sz w:val="18"/>
        </w:rPr>
        <w:t>Hadith · God Oriented Life (In Conversation with Maulana) 23 10 11 · 3m 52s · at 15:40 · https://youtu.be/E_LWwsWww2U?t=940</w:t>
      </w:r>
    </w:p>
    <w:p>
      <w:r>
        <w:rPr>
          <w:i/>
        </w:rPr>
        <w:t>“In Sahih Bukhari, chapter 9, hadith numbers 84 and 57, it is mentioned that whoever changes his religion, kill him, and there is another hadith number 83 where it is mentioned the blood of a Muslim. Please explain the meaning.”</w:t>
      </w:r>
    </w:p>
    <w:p>
      <w:r>
        <w:rPr>
          <w:sz w:val="20"/>
        </w:rPr>
        <w:t>15:40  molana agla sawal kya hai miss sadia ne dilli se unhon ne likha hai ke in sahih al bukhari</w:t>
      </w:r>
      <w:r>
        <w:br/>
      </w:r>
      <w:r>
        <w:rPr>
          <w:sz w:val="20"/>
        </w:rPr>
        <w:t>15:48  chapter number nine hadith number 84 and 57 it is mentioned whoever changes his religion</w:t>
      </w:r>
      <w:r>
        <w:br/>
      </w:r>
      <w:r>
        <w:rPr>
          <w:sz w:val="20"/>
        </w:rPr>
        <w:t>15:57  kill him and there is an other hadith number 83 where it is mentioned the blood of a</w:t>
      </w:r>
      <w:r>
        <w:br/>
      </w:r>
      <w:r>
        <w:rPr>
          <w:sz w:val="20"/>
        </w:rPr>
        <w:t>16:04  muslim who confesses that none has the right to be worshipped but god and that i am his</w:t>
      </w:r>
      <w:r>
        <w:br/>
      </w:r>
      <w:r>
        <w:rPr>
          <w:sz w:val="20"/>
        </w:rPr>
        <w:t>16:11  messenger cannot be shed except in three cases one of which is when he leaves the Muslims</w:t>
      </w:r>
      <w:r>
        <w:br/>
      </w:r>
      <w:r>
        <w:rPr>
          <w:sz w:val="20"/>
        </w:rPr>
        <w:t>16:20  kindly throw light on this following two often quoted hadith regarding apostasy</w:t>
      </w:r>
      <w:r>
        <w:br/>
      </w:r>
      <w:r>
        <w:rPr>
          <w:sz w:val="20"/>
        </w:rPr>
        <w:t>16:27  dekhiye yeh hadith hai khabar wahid ke taur par hai woh mun badla deen faqtaloo mein ne is</w:t>
      </w:r>
      <w:r>
        <w:br/>
      </w:r>
      <w:r>
        <w:rPr>
          <w:sz w:val="20"/>
        </w:rPr>
        <w:t>16:34  peh kitaab likhi hai woh maqala likha hai thirty pages ka meri kitaab hikmat-e-islam mein ne is</w:t>
      </w:r>
      <w:r>
        <w:br/>
      </w:r>
      <w:r>
        <w:rPr>
          <w:sz w:val="20"/>
        </w:rPr>
        <w:t>16:42  mein likha hai ke haan lafz deen jo hai mazhab maani mein nahi hai dekhiye is zamane mein</w:t>
      </w:r>
      <w:r>
        <w:br/>
      </w:r>
      <w:r>
        <w:rPr>
          <w:sz w:val="20"/>
        </w:rPr>
        <w:t>16:50  jo aaj kal jo term bolte hain hum is tarah se is tarah terminology nahi bani thi is</w:t>
      </w:r>
      <w:r>
        <w:br/>
      </w:r>
      <w:r>
        <w:rPr>
          <w:sz w:val="20"/>
        </w:rPr>
        <w:t>16:56  tarah se nahi bani thi misaal ke taur par dekhiye aaj hum bolte hain woh</w:t>
      </w:r>
      <w:r>
        <w:br/>
      </w:r>
      <w:r>
        <w:rPr>
          <w:sz w:val="20"/>
        </w:rPr>
        <w:t>17:01  yaani baghavat ka lafz bolte hain state se baghavat</w:t>
      </w:r>
      <w:r>
        <w:br/>
      </w:r>
      <w:r>
        <w:rPr>
          <w:sz w:val="20"/>
        </w:rPr>
        <w:t>17:06  is zamane mein state se baghavat ka lafz nahi hua karta tha toh yahi deen hi ka lafz</w:t>
      </w:r>
      <w:r>
        <w:br/>
      </w:r>
      <w:r>
        <w:rPr>
          <w:sz w:val="20"/>
        </w:rPr>
        <w:t>17:10  bola jata tha toh yahan</w:t>
      </w:r>
      <w:r>
        <w:br/>
      </w:r>
      <w:r>
        <w:rPr>
          <w:sz w:val="20"/>
        </w:rPr>
        <w:t>17:12  jo lafz deen hai woh state se baghavat ke maani mein hai woh mazhab badalne ke maani mein</w:t>
      </w:r>
      <w:r>
        <w:br/>
      </w:r>
      <w:r>
        <w:rPr>
          <w:sz w:val="20"/>
        </w:rPr>
        <w:t>17:17  nahi hai woh ek poori kahani hai is ke woh aisa nahi hai ke sirf ek hadith ho</w:t>
      </w:r>
      <w:r>
        <w:br/>
      </w:r>
      <w:r>
        <w:rPr>
          <w:sz w:val="20"/>
        </w:rPr>
        <w:t>17:22  ek poora waqia hai is ka is poore waqie ki taraf bhi dekhiye aap</w:t>
      </w:r>
      <w:r>
        <w:br/>
      </w:r>
      <w:r>
        <w:rPr>
          <w:sz w:val="20"/>
        </w:rPr>
        <w:t>17:27  toh jo yeh jo log is ko lete hain woh yeh samajhte nahi is cheez ko ke woh</w:t>
      </w:r>
      <w:r>
        <w:br/>
      </w:r>
      <w:r>
        <w:rPr>
          <w:sz w:val="20"/>
        </w:rPr>
        <w:t>17:33  mazhab maani mein nahi hai woh state se wafadari badalne ke maani mein hai yaani dushman woh woh</w:t>
      </w:r>
      <w:r>
        <w:br/>
      </w:r>
      <w:r>
        <w:rPr>
          <w:sz w:val="20"/>
        </w:rPr>
        <w:t>17:40  jang ke waqt ka maamla hai dekhiye jang ke waqt agar koi shakhs wafadari ko badle aur dushman</w:t>
      </w:r>
      <w:r>
        <w:br/>
      </w:r>
      <w:r>
        <w:rPr>
          <w:sz w:val="20"/>
        </w:rPr>
        <w:t>17:46  se mil jaye toh aaj bhi yeh maana jata hai ke woh qabil-e-gurd badal nahi hai</w:t>
      </w:r>
      <w:r>
        <w:br/>
      </w:r>
      <w:r>
        <w:rPr>
          <w:sz w:val="20"/>
        </w:rPr>
        <w:t>17:52  mazhab badalne par agar maarne ko ho toh Quran mein saaf saaf kyun nahi hukum aaya</w:t>
      </w:r>
      <w:r>
        <w:br/>
      </w:r>
      <w:r>
        <w:rPr>
          <w:sz w:val="20"/>
        </w:rPr>
        <w:t>17:58  yeh bhi yaad rakhiye ke Quran jo hai capital punishment ke maani mein sirf Quran se sabit hona</w:t>
      </w:r>
      <w:r>
        <w:br/>
      </w:r>
      <w:r>
        <w:rPr>
          <w:sz w:val="20"/>
        </w:rPr>
        <w:t>18:06  chahiye ab capital punishment ka usool jo hai hadith se nahi nikaal sakte aap</w:t>
      </w:r>
      <w:r>
        <w:br/>
      </w:r>
      <w:r>
        <w:rPr>
          <w:sz w:val="20"/>
        </w:rPr>
        <w:t>18:12  yaani itni badi baat jo hai yaani saare jo Quran majeed mein jitne basic teachings hain woh sab</w:t>
      </w:r>
      <w:r>
        <w:br/>
      </w:r>
      <w:r>
        <w:rPr>
          <w:sz w:val="20"/>
        </w:rPr>
        <w:t>18:18  Quran mein hai koi basic teaching aisi nahi jo Quran mein na ho hadith mein detail hai basic</w:t>
      </w:r>
      <w:r>
        <w:br/>
      </w:r>
      <w:r>
        <w:rPr>
          <w:sz w:val="20"/>
        </w:rPr>
        <w:t>18:24  teaching hai sab hadith Quran mein sab maujood hai toh yeh capital punishment ki cheez ka taalluq basic</w:t>
      </w:r>
      <w:r>
        <w:br/>
      </w:r>
      <w:r>
        <w:rPr>
          <w:sz w:val="20"/>
        </w:rPr>
        <w:t>18:30  teaching se hai woh Quran mein milna chahiye toh usool yeh hai dekhiye ke agar Quran aur hadith</w:t>
      </w:r>
      <w:r>
        <w:br/>
      </w:r>
      <w:r>
        <w:rPr>
          <w:sz w:val="20"/>
        </w:rPr>
        <w:t>18:37  ke darmiyan bazahir koi takrao dikhai de jaye toh hadith ki taweel ki jayegi Quran ki</w:t>
      </w:r>
      <w:r>
        <w:br/>
      </w:r>
      <w:r>
        <w:rPr>
          <w:sz w:val="20"/>
        </w:rPr>
        <w:t>18:43  taweel</w:t>
      </w:r>
      <w:r>
        <w:br/>
      </w:r>
      <w:r>
        <w:rPr>
          <w:sz w:val="20"/>
        </w:rPr>
        <w:t>18:43  nahi ki jayegi yani hadith ko quran ke tabe kiya jayega na ke na ke hadith</w:t>
      </w:r>
      <w:r>
        <w:br/>
      </w:r>
      <w:r>
        <w:rPr>
          <w:sz w:val="20"/>
        </w:rPr>
        <w:t>18:48  ko quran ke tabe kiya jayega yani ulta nahi kiya jayega hadith ko quran ke tabe</w:t>
      </w:r>
      <w:r>
        <w:br/>
      </w:r>
      <w:r>
        <w:rPr>
          <w:sz w:val="20"/>
        </w:rPr>
        <w:t>18:54  kiya jayega quran ko hadith ke tabe nahi kiya jayega isi liye main yeh kehta hoon</w:t>
      </w:r>
      <w:r>
        <w:br/>
      </w:r>
      <w:r>
        <w:rPr>
          <w:sz w:val="20"/>
        </w:rPr>
        <w:t>18:58  ke yahan par jo lafz deen hai</w:t>
      </w:r>
      <w:r>
        <w:br/>
      </w:r>
      <w:r>
        <w:rPr>
          <w:sz w:val="20"/>
        </w:rPr>
        <w:t>19:02  wo mazhab ke mani mein nahi is mein maine bahut se logon ke naqal kiya hai apne</w:t>
      </w:r>
      <w:r>
        <w:br/>
      </w:r>
      <w:r>
        <w:rPr>
          <w:sz w:val="20"/>
        </w:rPr>
        <w:t>19:06  maqale mein doosre logon ki</w:t>
      </w:r>
      <w:r>
        <w:br/>
      </w:r>
      <w:r>
        <w:rPr>
          <w:sz w:val="20"/>
        </w:rPr>
        <w:t>19:10  ara yani aasani se main akela keh raha hoon wahan bahut se maine naqal kiya is ko</w:t>
      </w:r>
      <w:r>
        <w:br/>
      </w:r>
      <w:r>
        <w:rPr>
          <w:sz w:val="20"/>
        </w:rPr>
        <w:t>19:15  aap padh lijiye mera maqala jo hai thirty pages ka bahut zyada is mein hawale diye hain main</w:t>
      </w:r>
      <w:r>
        <w:br/>
      </w:r>
      <w:r>
        <w:rPr>
          <w:sz w:val="20"/>
        </w:rPr>
        <w:t>19:21  ne to is hadith se mera hadith sabit nahi hota ke koi aadmi agar murtad ho jaye to</w:t>
      </w:r>
      <w:r>
        <w:br/>
      </w:r>
      <w:r>
        <w:rPr>
          <w:sz w:val="20"/>
        </w:rPr>
        <w:t>19:26  wahan dalo is ko yeh sabit nahi hota is se</w:t>
      </w:r>
    </w:p>
    <w:p>
      <w:pPr>
        <w:pStyle w:val="Heading2"/>
      </w:pPr>
      <w:r>
        <w:t>Explanation of hadith about rectangle</w:t>
      </w:r>
    </w:p>
    <w:p>
      <w:r>
        <w:rPr>
          <w:color w:val="666666"/>
          <w:sz w:val="18"/>
        </w:rPr>
        <w:t>Hadith · Three levels of Realization July 4, 2010 · 3m 02s · at 1:35:22 · https://youtu.be/NtCTVVov3Nw?t=5722</w:t>
      </w:r>
    </w:p>
    <w:p>
      <w:r>
        <w:rPr>
          <w:i/>
        </w:rPr>
        <w:t>“There is a hadith in Bukhari which mentions that the Prophet drew a rectangle in the earth and a line in the middle reaching outside, and small lines inside. He said the middle line is man, the rectangle is his death, the line outside is his wishes, and the small lines are problems. Please explain this hadith.”</w:t>
      </w:r>
    </w:p>
    <w:p>
      <w:r>
        <w:rPr>
          <w:sz w:val="20"/>
        </w:rPr>
        <w:t>1:35:22  mein samajhta hoon ke islami qanoon mein hindu qanoon mein koi zyada farq nahi hai maulana agla sawal kya hai miss ayesha ne new delhi se</w:t>
      </w:r>
      <w:r>
        <w:br/>
      </w:r>
      <w:r>
        <w:rPr>
          <w:sz w:val="20"/>
        </w:rPr>
        <w:t>1:35:33  unhone likha hai ke there is a hadith in bukhari which has mentioned that prophet drew a rectangle on earth and a line in the middle of the rectangle which was reaching out side the rectangle and then he drew some lines small lines inside the rectangle the</w:t>
      </w:r>
      <w:r>
        <w:br/>
      </w:r>
      <w:r>
        <w:rPr>
          <w:sz w:val="20"/>
        </w:rPr>
        <w:t>1:35:55  then the prophet said the middle big line is man and the rectangle is his death which has encircled him and the line reaching out side is his wishes reaching out of his life and the small lines are the problems if he escapes from one another reaches to him</w:t>
      </w:r>
      <w:r>
        <w:br/>
      </w:r>
      <w:r>
        <w:rPr>
          <w:sz w:val="20"/>
        </w:rPr>
        <w:t>1:36:19  maulana my question is can we use presentations documentaries and motion pictures to do the dawah work</w:t>
      </w:r>
      <w:r>
        <w:br/>
      </w:r>
      <w:r>
        <w:rPr>
          <w:sz w:val="20"/>
        </w:rPr>
        <w:t>1:36:29  haan kar sakte hain islam mein sirf duty haram hai duty baqi sab theek hai</w:t>
      </w:r>
      <w:r>
        <w:br/>
      </w:r>
      <w:r>
        <w:rPr>
          <w:sz w:val="20"/>
        </w:rPr>
        <w:t>1:36:42  baqi sab theek hai</w:t>
      </w:r>
      <w:r>
        <w:br/>
      </w:r>
      <w:r>
        <w:rPr>
          <w:sz w:val="20"/>
        </w:rPr>
        <w:t>1:36:44  include picture jo hoti hai aaj kal bohat chala hua hai wo islam mein jaiz nahi hai</w:t>
      </w:r>
      <w:r>
        <w:br/>
      </w:r>
      <w:r>
        <w:rPr>
          <w:sz w:val="20"/>
        </w:rPr>
        <w:t>1:36:53  baqi theek hai maulana this question is from mr john mohammad butt from afghanistan could you possibly also explain the three levels of spiritual knowledge in tradition</w:t>
      </w:r>
      <w:r>
        <w:br/>
      </w:r>
      <w:r>
        <w:rPr>
          <w:sz w:val="20"/>
        </w:rPr>
        <w:t>1:37:09  for example yaqeen and ilm al-yaqeen and the quranic term which says worship allah until you reach the stage of yaqeen bhai dekhiye jahan tak mein janta hoon ye sufism ki term hai tasawwuf ki term hai mein is ko bohat zyada nahi manta</w:t>
      </w:r>
      <w:r>
        <w:br/>
      </w:r>
      <w:r>
        <w:rPr>
          <w:sz w:val="20"/>
        </w:rPr>
        <w:t>1:37:32  is ke darje jo hain in ke haan wo yani quantitative practices ke base pe kiye gaye hain itna karo to ye hoga itna karo to ye itna karo to ye hoga to mein is ko mera mind is ko nahi manta hai</w:t>
      </w:r>
      <w:r>
        <w:br/>
      </w:r>
      <w:r>
        <w:rPr>
          <w:sz w:val="20"/>
        </w:rPr>
        <w:t>1:37:48  mein samajhta hoon ke ek process zaroor hai ek process lekin aisa is ko darja nahi bana sakte aap ke itna ho gaya to phir itna ho gaya phir yani matlab ye nahi ke agar first step bana liya to second step ban jayegi bana third ban jayegi aisa kuch mere khayal se hai nahi ye to intellectual process hai</w:t>
      </w:r>
      <w:r>
        <w:br/>
      </w:r>
      <w:r>
        <w:rPr>
          <w:sz w:val="20"/>
        </w:rPr>
        <w:t>1:38:10  is qism ka jo darja banate hain ye log to wo tasawwuf mein aisa hota hai lekin mere tajrube mein mere experience mein to aisa kuch hai nahi</w:t>
      </w:r>
    </w:p>
    <w:p>
      <w:pPr>
        <w:pStyle w:val="Heading2"/>
      </w:pPr>
      <w:r>
        <w:t>Explanation of wisdom hadith</w:t>
      </w:r>
    </w:p>
    <w:p>
      <w:r>
        <w:rPr>
          <w:color w:val="666666"/>
          <w:sz w:val="18"/>
        </w:rPr>
        <w:t>Hadith · Realisation of God January 19, 2014 · 2m 10s · at 1:00:11 · https://youtu.be/uIn3AfDkk6Y?t=3611</w:t>
      </w:r>
    </w:p>
    <w:p>
      <w:r>
        <w:rPr>
          <w:i/>
        </w:rPr>
        <w:t>“Maulana, I have read a hadith which is: 'Hikmah (wisdom) is the lost property of the believer. Wherever he finds it, he takes it.' Please explain this hadith.”</w:t>
      </w:r>
    </w:p>
    <w:p>
      <w:r>
        <w:rPr>
          <w:sz w:val="20"/>
        </w:rPr>
        <w:t>1:00:11  molana, agla sawal dilli se hai muhammad ans sahib ka. unhon ne likha hai: "molana sahib, mein ne aik hadith parhi hai jo is tarah hai: hikmat momin ka khoya hua سرمایہ hai.</w:t>
      </w:r>
      <w:r>
        <w:br/>
      </w:r>
      <w:r>
        <w:rPr>
          <w:sz w:val="20"/>
        </w:rPr>
        <w:t>1:00:25  woh is ko jahan paye, use le lein." molana, is ki wazahat karein.</w:t>
      </w:r>
      <w:r>
        <w:br/>
      </w:r>
      <w:r>
        <w:rPr>
          <w:sz w:val="20"/>
        </w:rPr>
        <w:t>1:00:33  is ke alfaaz hain: "al hikmat al momin</w:t>
      </w:r>
      <w:r>
        <w:br/>
      </w:r>
      <w:r>
        <w:rPr>
          <w:sz w:val="20"/>
        </w:rPr>
        <w:t>1:00:40  muhaddiseen is ki sanad par woh sawal karte hain kyunke mein is ko sahi samajhta hoon." yani muhaddiseen ke haan yeh hadith jo hai, is pe bohat se sawalat kiye gaye hain.</w:t>
      </w:r>
      <w:r>
        <w:br/>
      </w:r>
      <w:r>
        <w:rPr>
          <w:sz w:val="20"/>
        </w:rPr>
        <w:t>1:00:52  mein is ko sahi samajhta hoon aur is par bhi mein likh chuka hoon.</w:t>
      </w:r>
      <w:r>
        <w:br/>
      </w:r>
      <w:r>
        <w:rPr>
          <w:sz w:val="20"/>
        </w:rPr>
        <w:t>1:00:57  aap parhiye, aap hamare yani al risala jo hamara nikalta hai, maani yeh sab baatein bar bar is mein aati rehti hain.</w:t>
      </w:r>
      <w:r>
        <w:br/>
      </w:r>
      <w:r>
        <w:rPr>
          <w:sz w:val="20"/>
        </w:rPr>
        <w:t>1:01:08  to behtar hai ke in mazameen ko parh kar sawal kiya jaye. phir zyada acha sawal hoga, zyada acha jawab hoga.</w:t>
      </w:r>
      <w:r>
        <w:br/>
      </w:r>
      <w:r>
        <w:rPr>
          <w:sz w:val="20"/>
        </w:rPr>
        <w:t>1:01:21  molana, yeh sawal zuhaib sahib ne kiya hai mumbai se.</w:t>
      </w:r>
      <w:r>
        <w:br/>
      </w:r>
      <w:r>
        <w:rPr>
          <w:sz w:val="20"/>
        </w:rPr>
        <w:t>1:01:25  unhon ne likha hai: "molana, how can we find marifat in this negative world? please tell us what is the practical formula for it?" bhai, yahi to yahi to hum lecture mein kehte hain har har hafte aur kitabon mein risala mein yeh baatein kehte hain.</w:t>
      </w:r>
      <w:r>
        <w:br/>
      </w:r>
      <w:r>
        <w:rPr>
          <w:sz w:val="20"/>
        </w:rPr>
        <w:t>1:01:41  mein phir kahoon ga ke aap log kya parh kar hi sawal nahin karte? yeh to hamara mustaqil mozu hai. tazkir-ul-quran mein hai, hamari kitabon mein hai, al risala mein hai, is lecture mein hota hai.</w:t>
      </w:r>
      <w:r>
        <w:br/>
      </w:r>
      <w:r>
        <w:rPr>
          <w:sz w:val="20"/>
        </w:rPr>
        <w:t>1:01:55  to abstract sawal mat kijiye, balkay yeh sawal yeh sawal kar sakte hain aap kay falan falan baat jo aap nay kahi, us mein yeh kami hai, yeh khala hai, is ki nishandahi kijiye.</w:t>
      </w:r>
      <w:r>
        <w:br/>
      </w:r>
      <w:r>
        <w:rPr>
          <w:sz w:val="20"/>
        </w:rPr>
        <w:t>1:02:07  phir mein us ko mazeed wazahat karunga. yeh to mera bohat hi mehboob yani top topic hai, is pe bolta bhi hoon, likhta bhi hoon. is par hamari kitabon mein se bhara hua hai, is yahi sab baatein bhari hui hain.</w:t>
      </w:r>
    </w:p>
    <w:p>
      <w:pPr>
        <w:pStyle w:val="Heading2"/>
      </w:pPr>
      <w:r>
        <w:t>Hadith about fly in drink</w:t>
      </w:r>
    </w:p>
    <w:p>
      <w:r>
        <w:rPr>
          <w:color w:val="666666"/>
          <w:sz w:val="18"/>
        </w:rPr>
        <w:t>Hadith · Prophetic Wisdom | May 01, 2016 · 2m 22s · at 51:13 · https://youtu.be/KrjwjAw03zw?t=3073</w:t>
      </w:r>
    </w:p>
    <w:p>
      <w:r>
        <w:rPr>
          <w:i/>
        </w:rPr>
        <w:t>“There is a hadith in Sahih Bukhari that if a fly falls in your cup of tea or milk, then we must dip it properly and then the tea or milk can be taken. Please explain.”</w:t>
      </w:r>
    </w:p>
    <w:p>
      <w:r>
        <w:rPr>
          <w:sz w:val="20"/>
        </w:rPr>
        <w:t>51:13  phir aam aadmi Maulana agla sawal kya hai Saharanpur se Fazal Karim Sahab ne aur unhone likha hai</w:t>
      </w:r>
      <w:r>
        <w:br/>
      </w:r>
      <w:r>
        <w:rPr>
          <w:sz w:val="20"/>
        </w:rPr>
        <w:t>51:21  molana sahib there is one hadith in bukhari shareef that if a fly falls in your cup of</w:t>
      </w:r>
      <w:r>
        <w:br/>
      </w:r>
      <w:r>
        <w:rPr>
          <w:sz w:val="20"/>
        </w:rPr>
        <w:t>51:29  tea or milk then we must dip it properly and then tea or milk can be taken as</w:t>
      </w:r>
      <w:r>
        <w:br/>
      </w:r>
      <w:r>
        <w:rPr>
          <w:sz w:val="20"/>
        </w:rPr>
        <w:t>51:37  per this hadith there are benefits in one feather of the fly molana sahib this is not digestible</w:t>
      </w:r>
      <w:r>
        <w:br/>
      </w:r>
      <w:r>
        <w:rPr>
          <w:sz w:val="20"/>
        </w:rPr>
        <w:t>51:44  to me kindly guide me on the message of this hadith dekhiye yeh hadith literal sense mein nahi hai</w:t>
      </w:r>
      <w:r>
        <w:br/>
      </w:r>
      <w:r>
        <w:rPr>
          <w:sz w:val="20"/>
        </w:rPr>
        <w:t>51:52  literal sense mein nahi hai yeh aik to aik bashar convey karne ke liye aik usloob hai aik</w:t>
      </w:r>
      <w:r>
        <w:br/>
      </w:r>
      <w:r>
        <w:rPr>
          <w:sz w:val="20"/>
        </w:rPr>
        <w:t>52:00  bashar convey karne ke liye apne halaat ke lehaz se aap is ko aap samjhiye is ki makhi</w:t>
      </w:r>
      <w:r>
        <w:br/>
      </w:r>
      <w:r>
        <w:rPr>
          <w:sz w:val="20"/>
        </w:rPr>
        <w:t>52:07  ke makhi ki tarah maine socha hai is ko apne halaat ke lehaz se yani aap ki</w:t>
      </w:r>
      <w:r>
        <w:br/>
      </w:r>
      <w:r>
        <w:rPr>
          <w:sz w:val="20"/>
        </w:rPr>
        <w:t>52:15  makhi kya hai jaise aaj hi</w:t>
      </w:r>
      <w:r>
        <w:br/>
      </w:r>
      <w:r>
        <w:rPr>
          <w:sz w:val="20"/>
        </w:rPr>
        <w:t>52:22  aik sahib se mulaqat hui woh saudi arab mein bees saal rahe hain to unhon ne kaha ke</w:t>
      </w:r>
      <w:r>
        <w:br/>
      </w:r>
      <w:r>
        <w:rPr>
          <w:sz w:val="20"/>
        </w:rPr>
        <w:t>52:30  wahan yeh haal hai ke agar doodh aaya aur is mein zara sa aik koi zara gir gaya</w:t>
      </w:r>
      <w:r>
        <w:br/>
      </w:r>
      <w:r>
        <w:rPr>
          <w:sz w:val="20"/>
        </w:rPr>
        <w:t>52:38  hawa hawa se chal kar ke ya roti ka tukra gir gaya to foran is ko hata dete</w:t>
      </w:r>
      <w:r>
        <w:br/>
      </w:r>
      <w:r>
        <w:rPr>
          <w:sz w:val="20"/>
        </w:rPr>
        <w:t>52:46  hain to is is mentality ko main samajhta hoon ke</w:t>
      </w:r>
      <w:r>
        <w:br/>
      </w:r>
      <w:r>
        <w:rPr>
          <w:sz w:val="20"/>
        </w:rPr>
        <w:t>52:54  check karne ke liye hadith hai un se maine poocha to unhon ne bataya ke main bees</w:t>
      </w:r>
      <w:r>
        <w:br/>
      </w:r>
      <w:r>
        <w:rPr>
          <w:sz w:val="20"/>
        </w:rPr>
        <w:t>53:00  saal raha hoon aur wahan par khana itna waste kiya jata hai itna waste kiya jata hai jis</w:t>
      </w:r>
      <w:r>
        <w:br/>
      </w:r>
      <w:r>
        <w:rPr>
          <w:sz w:val="20"/>
        </w:rPr>
        <w:t>53:06  ka koi hisab nahi to main samajhta hoon ke zyada zor is par yeh hai ke khane ko</w:t>
      </w:r>
      <w:r>
        <w:br/>
      </w:r>
      <w:r>
        <w:rPr>
          <w:sz w:val="20"/>
        </w:rPr>
        <w:t>53:12  waste na karo zahir si baat hai to is ko is ko literal mani mein mat lije ke</w:t>
      </w:r>
      <w:r>
        <w:br/>
      </w:r>
      <w:r>
        <w:rPr>
          <w:sz w:val="20"/>
        </w:rPr>
        <w:t>53:18  makhi ke par bhi yeh hai makhi ke par bhi woh hai nahi woh aap ke mind mein hai</w:t>
      </w:r>
      <w:r>
        <w:br/>
      </w:r>
      <w:r>
        <w:rPr>
          <w:sz w:val="20"/>
        </w:rPr>
        <w:t>53:24  aap khane ko waste kar rahe hain is ki is ko rizq ke khuda nahi samajhte yeh nahi</w:t>
      </w:r>
      <w:r>
        <w:br/>
      </w:r>
      <w:r>
        <w:rPr>
          <w:sz w:val="20"/>
        </w:rPr>
        <w:t>53:30  sochte ke is ke baghair hum zinda nahi reh sakte rizq ki ahmiyat batayi gayi hai na ke</w:t>
      </w:r>
    </w:p>
    <w:p>
      <w:pPr>
        <w:pStyle w:val="Heading2"/>
      </w:pPr>
      <w:r>
        <w:t>Hadith about saving from evil times</w:t>
      </w:r>
    </w:p>
    <w:p>
      <w:r>
        <w:rPr>
          <w:color w:val="666666"/>
          <w:sz w:val="18"/>
        </w:rPr>
        <w:t>Hadith · Principle of Loss | May 31, 2015 · 3m 37s · at 53:29 · https://youtu.be/IEf7QfU3BmY?t=3209</w:t>
      </w:r>
    </w:p>
    <w:p>
      <w:r>
        <w:rPr>
          <w:i/>
        </w:rPr>
        <w:t>“Maulana, there is a hadith that says a time will come when no one will be able to save oneself from the evil of that time.”</w:t>
      </w:r>
    </w:p>
    <w:p>
      <w:r>
        <w:rPr>
          <w:sz w:val="20"/>
        </w:rPr>
        <w:t>53:29  molana agla sawal merit se farooqi sahib ne kiya hai, aur unhone likha hai ke molana der</w:t>
      </w:r>
      <w:r>
        <w:br/>
      </w:r>
      <w:r>
        <w:rPr>
          <w:sz w:val="20"/>
        </w:rPr>
        <w:t>53:35  Is it a hadith that a time will come when no one would be able to</w:t>
      </w:r>
      <w:r>
        <w:br/>
      </w:r>
      <w:r>
        <w:rPr>
          <w:sz w:val="20"/>
        </w:rPr>
        <w:t>53:41  save one self from the evil of time.</w:t>
      </w:r>
      <w:r>
        <w:br/>
      </w:r>
      <w:r>
        <w:rPr>
          <w:sz w:val="20"/>
        </w:rPr>
        <w:t>53:48  Maulana, in such a case, how can a person save oneself from the evil of the times?</w:t>
      </w:r>
      <w:r>
        <w:br/>
      </w:r>
      <w:r>
        <w:rPr>
          <w:sz w:val="20"/>
        </w:rPr>
        <w:t>53:56  dekhen, is ka jawab quran mein maujood hai, wo ayat ayat hai: in alhasanat yuzhibn al sayyiat.</w:t>
      </w:r>
      <w:r>
        <w:br/>
      </w:r>
      <w:r>
        <w:rPr>
          <w:sz w:val="20"/>
        </w:rPr>
        <w:t>54:03  yani yeh bataya gaya hai ek tareeqa ke ke jab aap ko ehsas ho</w:t>
      </w:r>
      <w:r>
        <w:br/>
      </w:r>
      <w:r>
        <w:rPr>
          <w:sz w:val="20"/>
        </w:rPr>
        <w:t>54:11  ke aap ek aise evil mein hain ke is se aap, yani is se apne ko bacha nahi</w:t>
      </w:r>
      <w:r>
        <w:br/>
      </w:r>
      <w:r>
        <w:rPr>
          <w:sz w:val="20"/>
        </w:rPr>
        <w:t>54:18  pate, to koi achhai kijiye.</w:t>
      </w:r>
      <w:r>
        <w:br/>
      </w:r>
      <w:r>
        <w:rPr>
          <w:sz w:val="20"/>
        </w:rPr>
        <w:t>54:26  jaise mujhe ek waqia yaad aata hai, rampur mein ek sahib the, abdul hayi sahib, bahut mukhlis aadmi the</w:t>
      </w:r>
      <w:r>
        <w:br/>
      </w:r>
      <w:r>
        <w:rPr>
          <w:sz w:val="20"/>
        </w:rPr>
        <w:t>54:34  wo, to wo jo government ka department hota hai, uska excise department</w:t>
      </w:r>
      <w:r>
        <w:br/>
      </w:r>
      <w:r>
        <w:rPr>
          <w:sz w:val="20"/>
        </w:rPr>
        <w:t>54:41  , to excise department mein woh service karte thay, to un ko ehsas hua ke excise department jo</w:t>
      </w:r>
      <w:r>
        <w:br/>
      </w:r>
      <w:r>
        <w:rPr>
          <w:sz w:val="20"/>
        </w:rPr>
        <w:t>54:47  hai woh sahi nahi hai, aur mein is mein mulawwis hoon, to is ko unhon ne chhor diya.</w:t>
      </w:r>
      <w:r>
        <w:br/>
      </w:r>
      <w:r>
        <w:rPr>
          <w:sz w:val="20"/>
        </w:rPr>
        <w:t>54:53  Is ke baad un ko aik khayal hua ke mein ab kya karoon, to unhon ne aik percha</w:t>
      </w:r>
      <w:r>
        <w:br/>
      </w:r>
      <w:r>
        <w:rPr>
          <w:sz w:val="20"/>
        </w:rPr>
        <w:t>54:59  nikala, is ka naam tha Alhasnat, Alhasnat isi se liya tha unhon ne, in Alhasnat yudhbun Alsujjad ke</w:t>
      </w:r>
      <w:r>
        <w:br/>
      </w:r>
      <w:r>
        <w:rPr>
          <w:sz w:val="20"/>
        </w:rPr>
        <w:t>55:05  ab tak mein ne siyah kiya hai,</w:t>
      </w:r>
      <w:r>
        <w:br/>
      </w:r>
      <w:r>
        <w:rPr>
          <w:sz w:val="20"/>
        </w:rPr>
        <w:t>55:11  mein ne to ab percha nikal kar ke mein is ko, yani hasna karoon ga, logon ko sachai</w:t>
      </w:r>
      <w:r>
        <w:br/>
      </w:r>
      <w:r>
        <w:rPr>
          <w:sz w:val="20"/>
        </w:rPr>
        <w:t>55:17  pohanchaoon ga, is se mein door ho jaye gi meri.</w:t>
      </w:r>
      <w:r>
        <w:br/>
      </w:r>
      <w:r>
        <w:rPr>
          <w:sz w:val="20"/>
        </w:rPr>
        <w:t>55:23  تو میں سمجھتا ہوں کہ اکثر لوگ مجھ سے پوچھتے ہیں کہ ہم بینک کی ملازمت جائز</w:t>
      </w:r>
      <w:r>
        <w:br/>
      </w:r>
      <w:r>
        <w:rPr>
          <w:sz w:val="20"/>
        </w:rPr>
        <w:t>55:29  hai, hum bank mein kaam karte hain, main logon se kehta hoon ke yeh soch, yeh poochhna ghalat</w:t>
      </w:r>
      <w:r>
        <w:br/>
      </w:r>
      <w:r>
        <w:rPr>
          <w:sz w:val="20"/>
        </w:rPr>
        <w:t>55:35  hai, bank ke bahir bhi bank hai, koi jagah bain</w:t>
      </w:r>
      <w:r>
        <w:br/>
      </w:r>
      <w:r>
        <w:rPr>
          <w:sz w:val="20"/>
        </w:rPr>
        <w:t>55:41  k se khali nahi hai, jo masjid hai, masjidain hain, madaris hain, jamaatein hain, har jagah woh chhaya</w:t>
      </w:r>
      <w:r>
        <w:br/>
      </w:r>
      <w:r>
        <w:rPr>
          <w:sz w:val="20"/>
        </w:rPr>
        <w:t>55:48  ہوا ہے، اور حدیث میں تو یہاں تک اتا ہے کہ ایک زمانہ ائے گا کہ interest جو</w:t>
      </w:r>
      <w:r>
        <w:br/>
      </w:r>
      <w:r>
        <w:rPr>
          <w:sz w:val="20"/>
        </w:rPr>
        <w:t>55:54  hai hawa aur pani mein shamil ho jaye ga, tum pani piyo ge, tab bhi is ka aik</w:t>
      </w:r>
      <w:r>
        <w:br/>
      </w:r>
      <w:r>
        <w:rPr>
          <w:sz w:val="20"/>
        </w:rPr>
        <w:t>56:00  hissa tumhare andar jaye ga, sans lo ge to is ka aik hissa jaye ga, to aap kaise</w:t>
      </w:r>
      <w:r>
        <w:br/>
      </w:r>
      <w:r>
        <w:rPr>
          <w:sz w:val="20"/>
        </w:rPr>
        <w:t>56:06  bach jayen ge? To is se yeh</w:t>
      </w:r>
      <w:r>
        <w:br/>
      </w:r>
      <w:r>
        <w:rPr>
          <w:sz w:val="20"/>
        </w:rPr>
        <w:t>56:12  mat sochiye ke aap is se bachen, bachna possible nahi hai, yeh sochiye ke aap kuch acha kaam</w:t>
      </w:r>
      <w:r>
        <w:br/>
      </w:r>
      <w:r>
        <w:rPr>
          <w:sz w:val="20"/>
        </w:rPr>
        <w:t>56:18  karen, aur woh sab se acha kaam hai dawat, yani bank ka, mein logon se kaha karta hoon</w:t>
      </w:r>
      <w:r>
        <w:br/>
      </w:r>
      <w:r>
        <w:rPr>
          <w:sz w:val="20"/>
        </w:rPr>
        <w:t>56:24  ke bank se aap raza mat kijiye, dawat ka kaam kijiye, mislan yeh ke aap apni mez par</w:t>
      </w:r>
      <w:r>
        <w:br/>
      </w:r>
      <w:r>
        <w:rPr>
          <w:sz w:val="20"/>
        </w:rPr>
        <w:t>56:31  ya apni bag mein literature rakhiye, Islami literature un ko dete rahey.</w:t>
      </w:r>
      <w:r>
        <w:br/>
      </w:r>
      <w:r>
        <w:rPr>
          <w:sz w:val="20"/>
        </w:rPr>
        <w:t>56:37  To is zamane mein khas tor par</w:t>
      </w:r>
      <w:r>
        <w:br/>
      </w:r>
      <w:r>
        <w:rPr>
          <w:sz w:val="20"/>
        </w:rPr>
        <w:t>56:43  yahi karna hai ke bajaye is ke ke aap resign karen, is se chhor ke bhagen, use chhor</w:t>
      </w:r>
      <w:r>
        <w:br/>
      </w:r>
      <w:r>
        <w:rPr>
          <w:sz w:val="20"/>
        </w:rPr>
        <w:t>56:51  ke bhagen, yeh mat kijiye, jahan bhi aap hain wahin kaam kijiye, lekin sath sath dawat ka kaam</w:t>
      </w:r>
      <w:r>
        <w:br/>
      </w:r>
      <w:r>
        <w:rPr>
          <w:sz w:val="20"/>
        </w:rPr>
        <w:t>56:59  kijiye, dawat ko apni zindagi mein shamil kar lijiye, wahi hai in Alhasnat yudhbun Alsujjad.</w:t>
      </w:r>
    </w:p>
    <w:p>
      <w:pPr>
        <w:pStyle w:val="Heading2"/>
      </w:pPr>
      <w:r>
        <w:t>Hadith about saying Salah upon Prophet's name</w:t>
      </w:r>
    </w:p>
    <w:p>
      <w:r>
        <w:rPr>
          <w:color w:val="666666"/>
          <w:sz w:val="18"/>
        </w:rPr>
        <w:t>Hadith · Hadith Prediction November 3, 2013 · 2m 21s · at 53:26 · https://youtu.be/cb5Lzw9c8aE?t=3206</w:t>
      </w:r>
    </w:p>
    <w:p>
      <w:r>
        <w:rPr>
          <w:i/>
        </w:rPr>
        <w:t>“I used to watch your live lectures every Sunday, and I am very much interested in reading your literature. My question is, in one of the hadiths that I had read, it was mentioned that whenever we hear the Prophet Muhammad's name, we should say 'صلی اللہ علیہ وسلم', and any person who does not do that invites Allah's curse. By taking the above hadith, if an author does not mention 'صلی اللہ علیہ وسلم' after the Prophet Muhammad's name in his book, will he be considered one of the wrongdoers?”</w:t>
      </w:r>
    </w:p>
    <w:p>
      <w:r>
        <w:rPr>
          <w:sz w:val="20"/>
        </w:rPr>
        <w:t>53:26  maulana, agla sawal hyderabad se aaya hai, mr. jeent ka. unhon ne likha hai: "maulana, I used to watch your live lectures every sunday, and I am very much interested in reading your literature.</w:t>
      </w:r>
      <w:r>
        <w:br/>
      </w:r>
      <w:r>
        <w:rPr>
          <w:sz w:val="20"/>
        </w:rPr>
        <w:t>53:41  My question is, in one of the hadiths that I had read, it was mentioned that whenever we hear the Prophet Muhammad's name, we should say 'salallaho alaihi wasallam', and any person who does not do that invites Allah's curse.</w:t>
      </w:r>
      <w:r>
        <w:br/>
      </w:r>
      <w:r>
        <w:rPr>
          <w:sz w:val="20"/>
        </w:rPr>
        <w:t>53:59  By taking the above hadith, if an author does not mention 'salallaho alaihi wasallam' after the Prophet Muhammad's name in his book, will he be considered one of the wrongdoers?</w:t>
      </w:r>
      <w:r>
        <w:br/>
      </w:r>
      <w:r>
        <w:rPr>
          <w:sz w:val="20"/>
        </w:rPr>
        <w:t>54:11  What is the real and correct interpretation of the above hadith? Please clarify this to me." dekhen, is par maine likha hai, meri kitab hai, is ka naam hai "zuhur-e-islam".</w:t>
      </w:r>
      <w:r>
        <w:br/>
      </w:r>
      <w:r>
        <w:rPr>
          <w:sz w:val="20"/>
        </w:rPr>
        <w:t>54:23  isko aap padh lijiye. khulasa yeh hai ke salallaho alaihi wasallam dil se matloob hai. yeh ulama ka mauqaf hai, yeh jo main keh raha hoon aap ko.</w:t>
      </w:r>
      <w:r>
        <w:br/>
      </w:r>
      <w:r>
        <w:rPr>
          <w:sz w:val="20"/>
        </w:rPr>
        <w:t>54:32  bade bade ulama ne is sarahat kiye ke asal cheez mauqaf dil, yani innamal a'malu binniyat aur salallaho alaihi wasallam ke ma'ni kya hain?</w:t>
      </w:r>
      <w:r>
        <w:br/>
      </w:r>
      <w:r>
        <w:rPr>
          <w:sz w:val="20"/>
        </w:rPr>
        <w:t>54:41  acknowledge karna. yeh koi prasarar kalma nahi hai, koi mysterious mantra nahi hai. yeh</w:t>
      </w:r>
      <w:r>
        <w:br/>
      </w:r>
      <w:r>
        <w:rPr>
          <w:sz w:val="20"/>
        </w:rPr>
        <w:t>54:48  acknowledge karna, yani</w:t>
      </w:r>
      <w:r>
        <w:br/>
      </w:r>
      <w:r>
        <w:rPr>
          <w:sz w:val="20"/>
        </w:rPr>
        <w:t>54:52  muhammad salallaho alaihi wasallam ke zariye hamein quran mila, hamein allah ki hidayat mili, hamein sirat-e-mustaqeem mila.</w:t>
      </w:r>
      <w:r>
        <w:br/>
      </w:r>
      <w:r>
        <w:rPr>
          <w:sz w:val="20"/>
        </w:rPr>
        <w:t>55:02  to hamein shor karna hai, hamein acknowledge karna hai. isi acknowledgement ka tareeqa hai ke sallallahu alaihi wasallam ek dua ka kalma hai,</w:t>
      </w:r>
      <w:r>
        <w:br/>
      </w:r>
      <w:r>
        <w:rPr>
          <w:sz w:val="20"/>
        </w:rPr>
        <w:t>55:11  yani aye paighambar, aap par Allah ki rehmaten hon. aap ke zariye se hamein quran pahuncha, hidayat pahunchi. to sallallahu alaihi wasallam koi mysterious mantra nahi hai, yeh acknowledgement hai.</w:t>
      </w:r>
      <w:r>
        <w:br/>
      </w:r>
      <w:r>
        <w:rPr>
          <w:sz w:val="20"/>
        </w:rPr>
        <w:t>55:23  acknowledgement dil se hota hai, lafz service ke taur par nahi. acknowledgement lafz service ke taur par nahi hota hai, dil se hota hai. dil mein agar hai to wohi asal hai.</w:t>
      </w:r>
      <w:r>
        <w:br/>
      </w:r>
      <w:r>
        <w:rPr>
          <w:sz w:val="20"/>
        </w:rPr>
        <w:t>55:35  is ke bare mein maine likha hai, meri ek ek chapter is mein "zuhur-e-islam" hai, us ko aap padh lijiyye.</w:t>
      </w:r>
      <w:r>
        <w:br/>
      </w:r>
      <w:r>
        <w:rPr>
          <w:sz w:val="20"/>
        </w:rPr>
        <w:t>55:41  baqi khulasa is ka yahi hai.</w:t>
      </w:r>
    </w:p>
    <w:p>
      <w:pPr>
        <w:pStyle w:val="Heading2"/>
      </w:pPr>
      <w:r>
        <w:t>Hadith on Surah Baqarah and Satan</w:t>
      </w:r>
    </w:p>
    <w:p>
      <w:r>
        <w:rPr>
          <w:color w:val="666666"/>
          <w:sz w:val="18"/>
        </w:rPr>
        <w:t>Hadith · Three levels of Realization 4 July 2010 - Maulana Wahiduddin Khan · 3m 15s · at 1:03:39 · https://youtu.be/H-kx5TldzfQ?t=3819</w:t>
      </w:r>
    </w:p>
    <w:p>
      <w:r>
        <w:rPr>
          <w:i/>
        </w:rPr>
        <w:t>“In Sahih Muslim and other books it is recorded that the Prophet said: 'Do not turn your houses into graves. Verily Satan does not enter the house where Surah Al-Baqarah is recited.' Also Abdullah ibn Mas'ud said: 'Satan flees from the house where Surah Al-Baqarah is heard.' Kindly explain this.”</w:t>
      </w:r>
    </w:p>
    <w:p>
      <w:r>
        <w:rPr>
          <w:sz w:val="20"/>
        </w:rPr>
        <w:t>1:03:39  maulana un ka aik aur sawal hai unhon ne likha hai ke "do not there is in sahih muslim and in other books it is recorded that the prophet of islam had said: 'do not turn your houses into graves.</w:t>
      </w:r>
      <w:r>
        <w:br/>
      </w:r>
      <w:r>
        <w:rPr>
          <w:sz w:val="20"/>
        </w:rPr>
        <w:t>1:03:56  very shaitan does not enter the house where surah al-baqarah is recited.' also abdullah bin masood said: 'shaitan flees from the house where surah al-baqarah is heard.' kindly explain this.</w:t>
      </w:r>
      <w:r>
        <w:br/>
      </w:r>
      <w:r>
        <w:rPr>
          <w:sz w:val="20"/>
        </w:rPr>
        <w:t>1:04:13  dekh</w:t>
      </w:r>
      <w:r>
        <w:br/>
      </w:r>
      <w:r>
        <w:rPr>
          <w:sz w:val="20"/>
        </w:rPr>
        <w:t>1:04:14  hee ye is ka matlab yeh nahi ke bas surah baqarah parhi jaye ya ghar mein namaz parhi jaye aik musalla ho aik musalla ho aik aik janamaz ho nahi is mein charche ho charche tab aisa hoga log samajhte hain ke quran lo tilawat kar do zor zor se to shaitan bhag jayega ya aik kone mein kahin musalla rakha hua ho wahan namaz parho ja kar ke to shaitan bhag jayega</w:t>
      </w:r>
      <w:r>
        <w:br/>
      </w:r>
      <w:r>
        <w:rPr>
          <w:sz w:val="20"/>
        </w:rPr>
        <w:t>1:04:42  nahi is ghar mein khuda ka charche ho is khutba khuda ki soch pai jati hai is ghar mein logon ka haal mein ne dekha hai ke charche to hota hai doosri doosri cheezon ka kone mein aik aik musalla bhi rakha rehta hai aur aik quran bhi rakha rehta hai</w:t>
      </w:r>
      <w:r>
        <w:br/>
      </w:r>
      <w:r>
        <w:rPr>
          <w:sz w:val="20"/>
        </w:rPr>
        <w:t>1:05:05  gharon mein charche hona chahiye deen ka khuda ka sachai ka rohaniyat ka tab aisa hoga ke shaitan bhag jayega to charche kisi aur cheez ka ho aur ritual tor par aap kuch parh lein ya to is se shaitan nahi bhagta.</w:t>
      </w:r>
      <w:r>
        <w:br/>
      </w:r>
      <w:r>
        <w:rPr>
          <w:sz w:val="20"/>
        </w:rPr>
        <w:t>1:05:28  maulana yeh sawal kiya hai stuti malhotra ne new delhi se. she is written: "today you explained three levels the third level being the intuition level</w:t>
      </w:r>
      <w:r>
        <w:br/>
      </w:r>
      <w:r>
        <w:rPr>
          <w:sz w:val="20"/>
        </w:rPr>
        <w:t>1:05:39  . my question is that are there different intuition levels also among people and if yes how do we come to know which one is correct?" ji is mein correct ki baat nahi hai is mein.</w:t>
      </w:r>
      <w:r>
        <w:br/>
      </w:r>
      <w:r>
        <w:rPr>
          <w:sz w:val="20"/>
        </w:rPr>
        <w:t>1:05:55  yani degree ki baat hai degree degree mein farq rahega</w:t>
      </w:r>
      <w:r>
        <w:br/>
      </w:r>
      <w:r>
        <w:rPr>
          <w:sz w:val="20"/>
        </w:rPr>
        <w:t>1:06:04  mein manta hoon</w:t>
      </w:r>
      <w:r>
        <w:br/>
      </w:r>
      <w:r>
        <w:rPr>
          <w:sz w:val="20"/>
        </w:rPr>
        <w:t>1:06:08  yani institutional level jo hai is mein degree ke aitbar se bohat se farq ho sakte hain aik aadmi bohat devote kare kam devote kare aik aadmi aik aadmi bohat parha likha ho aik aadmi kam parha likha ho aik aadmi zyada sochta ho aik aadmi kam sochta ho to degree mein to farq ho jayega</w:t>
      </w:r>
      <w:r>
        <w:br/>
      </w:r>
      <w:r>
        <w:rPr>
          <w:sz w:val="20"/>
        </w:rPr>
        <w:t>1:06:28  lekin behrahal is ko apne intuition se layer ko hatana parega warna khuda ki marifat nahi milegi ab jo bohat zyada bohat zyada hatayega to oonchi degree ka is ko mil jayega realization nahi to kam degree ka milega to jo difference hai wo in terms of degree hai jahan tak mein samajhta hoon.</w:t>
      </w:r>
    </w:p>
    <w:p>
      <w:pPr>
        <w:pStyle w:val="Heading2"/>
      </w:pPr>
      <w:r>
        <w:t>Hadith on reciting Surah Baqarah</w:t>
      </w:r>
    </w:p>
    <w:p>
      <w:r>
        <w:rPr>
          <w:color w:val="666666"/>
          <w:sz w:val="18"/>
        </w:rPr>
        <w:t>Hadith · Three levels of Realization July 4, 2010 · 2m 47s · at 1:04:11 · https://youtu.be/NtCTVVov3Nw?t=3851</w:t>
      </w:r>
    </w:p>
    <w:p>
      <w:r>
        <w:rPr>
          <w:i/>
        </w:rPr>
        <w:t>“Do not turn your houses into graves, for Satan does not enter a house where Surah Al-Baqarah is recited.”</w:t>
      </w:r>
    </w:p>
    <w:p>
      <w:r>
        <w:rPr>
          <w:sz w:val="20"/>
        </w:rPr>
        <w:t>1:04:11  سوال ہے انہوں نے لکھا ہے کہ do not there is in Sahih Muslim and in other books</w:t>
      </w:r>
      <w:r>
        <w:br/>
      </w:r>
      <w:r>
        <w:rPr>
          <w:sz w:val="20"/>
        </w:rPr>
        <w:t>1:04:18  It is recorded that the prophet of Islam had said, "Do not turn your houses into graves." Very</w:t>
      </w:r>
      <w:r>
        <w:br/>
      </w:r>
      <w:r>
        <w:rPr>
          <w:sz w:val="20"/>
        </w:rPr>
        <w:t>1:04:26  Satan does not enter the house where Surah Al-Baqarah is recited.</w:t>
      </w:r>
      <w:r>
        <w:br/>
      </w:r>
      <w:r>
        <w:rPr>
          <w:sz w:val="20"/>
        </w:rPr>
        <w:t>1:04:32  Also Abdullah ibn Masud said, "Satan flees from the house where Surah Al-Baqarah is heard." Kindly explain this.</w:t>
      </w:r>
      <w:r>
        <w:br/>
      </w:r>
      <w:r>
        <w:rPr>
          <w:sz w:val="20"/>
        </w:rPr>
        <w:t>1:04:43  dekhen iska matlab yeh nahi ke bas surah baqarah parh di jaye ya ghar mein namaz parhi jaye ek musalla ho ek musalla ho ek ek jaan namaz ho nahi ismein chircha ho chircha tab aisa hoga log samajhte hain ke quran lo tilawat kar do zor zor se toh shaitan bhag jayega ya ek kone mein kahin musalla rakha hua ho wahan namaz parho ja kar ke toh shaitan bhag jayega</w:t>
      </w:r>
      <w:r>
        <w:br/>
      </w:r>
      <w:r>
        <w:rPr>
          <w:sz w:val="20"/>
        </w:rPr>
        <w:t>1:05:10  nahi is ghar mein khuda ka chircha ho is ghar mein khuda ki soch pai jati hai is ghar mein logon ka haal maine dekha hai ke chircha toh hota hai doosri doosri cheezon ka kone mein ek ek musalla bhi rakha rehta hai aur ek quran bhi rakha rehta hai</w:t>
      </w:r>
      <w:r>
        <w:br/>
      </w:r>
      <w:r>
        <w:rPr>
          <w:sz w:val="20"/>
        </w:rPr>
        <w:t>1:05:33  gharoon mein chircha hona chahiye deen ka khuda ka sachai ka roohaniyat ka tab aisa hoga ke shaitan bhag jayega toh chircha kisi aur cheez ka ho aur ritual tor par aap kuch parh len ya toh is se shaitan nahi bhagta</w:t>
      </w:r>
      <w:r>
        <w:br/>
      </w:r>
      <w:r>
        <w:rPr>
          <w:sz w:val="20"/>
        </w:rPr>
        <w:t>1:05:54  molana yeh sawal kiya hai stuti malhotra ne new delhi se</w:t>
      </w:r>
      <w:r>
        <w:br/>
      </w:r>
      <w:r>
        <w:rPr>
          <w:sz w:val="20"/>
        </w:rPr>
        <w:t>1:05:58  she is written today you explained three levels the third level being the intuition level my question is that are there different intuition levels also among people and if yes how do we come to know which one is correct yeh ismein correct ki baat nahi hai ismein yani degree ki baat hai degree degree mein farq rahega</w:t>
      </w:r>
      <w:r>
        <w:br/>
      </w:r>
      <w:r>
        <w:rPr>
          <w:sz w:val="20"/>
        </w:rPr>
        <w:t>1:06:28  main manta hoon</w:t>
      </w:r>
      <w:r>
        <w:br/>
      </w:r>
      <w:r>
        <w:rPr>
          <w:sz w:val="20"/>
        </w:rPr>
        <w:t>1:06:32  yani institutional level jo hai usmein degree ke aitbar se bohat se farq ho sakte hain ek aadmi bohat devote kare kam devote kare ek aadmi ek aadmi bohat parha likha ho ek aadmi kam parha likha ho ek aadmi zyada sochta ho ek aadmi kam sochta ho toh degree pe toh farq ho jayega lekin behal isko apne intuition se layer ko hatwana parega</w:t>
      </w:r>
    </w:p>
    <w:p>
      <w:pPr>
        <w:pStyle w:val="Heading2"/>
      </w:pPr>
      <w:r>
        <w:t>Hadith rejection using Quran verse</w:t>
      </w:r>
    </w:p>
    <w:p>
      <w:r>
        <w:rPr>
          <w:color w:val="666666"/>
          <w:sz w:val="18"/>
        </w:rPr>
        <w:t>Hadith · Eid-al-Azha I October 13, 2013 · 3m 42s · at 1:17:42 · https://youtu.be/oy7zn-uODcU?t=4662</w:t>
      </w:r>
    </w:p>
    <w:p>
      <w:r>
        <w:rPr>
          <w:i/>
        </w:rPr>
        <w:t>“Those who do not believe in Hadith give evidence from the Quran, like in chapter 6 verse 38 it is said: 'We have not left anything in this book that we have not explained.' What do you say about this?”</w:t>
      </w:r>
    </w:p>
    <w:p>
      <w:r>
        <w:rPr>
          <w:sz w:val="20"/>
        </w:rPr>
        <w:t>1:17:42  sawal hai unhon ne likha hai jo log hadith ko nahi mante woh Quran se daleel dete hain</w:t>
      </w:r>
      <w:r>
        <w:br/>
      </w:r>
      <w:r>
        <w:rPr>
          <w:sz w:val="20"/>
        </w:rPr>
        <w:t>1:17:50  jaise chapter number six verse number 38 mein kaha gaya hai ke hum ne is kitab mein koi</w:t>
      </w:r>
      <w:r>
        <w:br/>
      </w:r>
      <w:r>
        <w:rPr>
          <w:sz w:val="20"/>
        </w:rPr>
        <w:t>1:17:58  baat aisi nahi chhori hai jo bayan kar di ho is ke bare mein ap kuch kahein kiya</w:t>
      </w:r>
      <w:r>
        <w:br/>
      </w:r>
      <w:r>
        <w:rPr>
          <w:sz w:val="20"/>
        </w:rPr>
        <w:t>1:18:06  alfaaz hain sir ma faratna fil kitab min shai hain ma faratna fil kitab min shai dekhiye is</w:t>
      </w:r>
      <w:r>
        <w:br/>
      </w:r>
      <w:r>
        <w:rPr>
          <w:sz w:val="20"/>
        </w:rPr>
        <w:t>1:18:13  is hadith is ayat ka woh matlab nahi hai jo hazrat lete hain is ka matlab hai sirf</w:t>
      </w:r>
      <w:r>
        <w:br/>
      </w:r>
      <w:r>
        <w:rPr>
          <w:sz w:val="20"/>
        </w:rPr>
        <w:t>1:18:21  basics jo basics hain jo buniyadi cheezein hain woh hain warna ap mujhe bataiye yeh to Islam ka</w:t>
      </w:r>
      <w:r>
        <w:br/>
      </w:r>
      <w:r>
        <w:rPr>
          <w:sz w:val="20"/>
        </w:rPr>
        <w:t>1:18:29  yani Quran ka manna hai ke dawat do dawat do acha Quran mein kahan par bataya gaya hai</w:t>
      </w:r>
      <w:r>
        <w:br/>
      </w:r>
      <w:r>
        <w:rPr>
          <w:sz w:val="20"/>
        </w:rPr>
        <w:t>1:18:36  ke jab koi dawat ke baad Islam qabool karna chahe to kiya tareeqa hai is ka kiya tareeqa</w:t>
      </w:r>
      <w:r>
        <w:br/>
      </w:r>
      <w:r>
        <w:rPr>
          <w:sz w:val="20"/>
        </w:rPr>
        <w:t>1:18:44  hai kaise ap is ko Islam mein dakhil karein kahin likha hua hai kahin hajj karo likha hua</w:t>
      </w:r>
      <w:r>
        <w:br/>
      </w:r>
      <w:r>
        <w:rPr>
          <w:sz w:val="20"/>
        </w:rPr>
        <w:t>1:18:52  hai kiya tareeqa bataya kaise hajj karein hum yani Quran mein hajj ka hukm hai magar hajj ka</w:t>
      </w:r>
      <w:r>
        <w:br/>
      </w:r>
      <w:r>
        <w:rPr>
          <w:sz w:val="20"/>
        </w:rPr>
        <w:t>1:19:00  tareeqa nahi Quran mein roze ka hukm hai roze ka tareeqa nahi Quran mein dawat ka hukm hai</w:t>
      </w:r>
      <w:r>
        <w:br/>
      </w:r>
      <w:r>
        <w:rPr>
          <w:sz w:val="20"/>
        </w:rPr>
        <w:t>1:19:07  lekin aadmi jab Islam qabool karna chahe to is ka kaise kiya jaye is ka tareeqa nahi to</w:t>
      </w:r>
      <w:r>
        <w:br/>
      </w:r>
      <w:r>
        <w:rPr>
          <w:sz w:val="20"/>
        </w:rPr>
        <w:t>1:19:15  Quran buniyadi cheezon asasiyat ki kitab hai basics ki kitab hai tafseelat nahi hain Quran majeed mein woh</w:t>
      </w:r>
      <w:r>
        <w:br/>
      </w:r>
      <w:r>
        <w:rPr>
          <w:sz w:val="20"/>
        </w:rPr>
        <w:t>1:19:23  hum ko hadith mein milti hain yeh to ab ghair sanjeeda zehan yeh sab baatein bolte hain dekhiye</w:t>
      </w:r>
      <w:r>
        <w:br/>
      </w:r>
      <w:r>
        <w:rPr>
          <w:sz w:val="20"/>
        </w:rPr>
        <w:t>1:19:30  bohat se sawalat jo hain woh sawalat nahi hote woh ghair sanjeeda zehan ka phenomena hote hain farq</w:t>
      </w:r>
      <w:r>
        <w:br/>
      </w:r>
      <w:r>
        <w:rPr>
          <w:sz w:val="20"/>
        </w:rPr>
        <w:t>1:19:38  samjhiye ek hota hai sawal ek hota hai ghair sanjeeda zehan ki yani khayal arai to is ko</w:t>
      </w:r>
      <w:r>
        <w:br/>
      </w:r>
      <w:r>
        <w:rPr>
          <w:sz w:val="20"/>
        </w:rPr>
        <w:t>1:19:46  ap sawal na samjhiye is ko ghair sanjedgi ka zahira samjhiye aur jab tak is ko woh sanjeeda</w:t>
      </w:r>
      <w:r>
        <w:br/>
      </w:r>
      <w:r>
        <w:rPr>
          <w:sz w:val="20"/>
        </w:rPr>
        <w:t>1:19:54  na ho is ko koi ap mutmaeen nahi kar sakte aur is ko aise aise logon ke bare</w:t>
      </w:r>
      <w:r>
        <w:br/>
      </w:r>
      <w:r>
        <w:rPr>
          <w:sz w:val="20"/>
        </w:rPr>
        <w:t>1:20:01  میں صرف دعا کرنا چاہیے بس اور کچھ نہیں Okay, we would like to tell our viewers that</w:t>
      </w:r>
      <w:r>
        <w:br/>
      </w:r>
      <w:r>
        <w:rPr>
          <w:sz w:val="20"/>
        </w:rPr>
        <w:t>1:20:09  If they want to join the CPS mission, then they can write to us with their</w:t>
      </w:r>
      <w:r>
        <w:br/>
      </w:r>
      <w:r>
        <w:rPr>
          <w:sz w:val="20"/>
        </w:rPr>
        <w:t>1:20:17  complete details and info at CPS global dot org we end the session now</w:t>
      </w:r>
      <w:r>
        <w:br/>
      </w:r>
      <w:r>
        <w:rPr>
          <w:sz w:val="20"/>
        </w:rPr>
        <w:t>1:20:24  thank you.</w:t>
      </w:r>
    </w:p>
    <w:p>
      <w:pPr>
        <w:pStyle w:val="Heading2"/>
      </w:pPr>
      <w:r>
        <w:t>How to save from evil of times</w:t>
      </w:r>
    </w:p>
    <w:p>
      <w:r>
        <w:rPr>
          <w:color w:val="666666"/>
          <w:sz w:val="18"/>
        </w:rPr>
        <w:t>Hadith · Principle of Loss May 31, 2015 · 3m 27s · at 54:44 · https://youtu.be/vM-CUyBiDkc?t=3284</w:t>
      </w:r>
    </w:p>
    <w:p>
      <w:r>
        <w:rPr>
          <w:i/>
        </w:rPr>
        <w:t>“There is a hadith that a time will come when no one will be able to save oneself from the evil of the times. In such a case, how can a person save oneself from the evil of the times?”</w:t>
      </w:r>
    </w:p>
    <w:p>
      <w:r>
        <w:rPr>
          <w:sz w:val="20"/>
        </w:rPr>
        <w:t>54:44  maulana, agla sawal merit se farooqi sahib ne kiya hai, aur unhone likha hai ke maulana, there is a hadith that a time will come when no one would be able to save oneself from the evil of time.</w:t>
      </w:r>
      <w:r>
        <w:br/>
      </w:r>
      <w:r>
        <w:rPr>
          <w:sz w:val="20"/>
        </w:rPr>
        <w:t>55:00  maulana, in such a case, how can a person save one self from the evil of the times? dekhiye, is ka jawab Quran mein maujood hai.</w:t>
      </w:r>
      <w:r>
        <w:br/>
      </w:r>
      <w:r>
        <w:rPr>
          <w:sz w:val="20"/>
        </w:rPr>
        <w:t>55:13  woh aayat aayat hai: "إن الحسنات ابن الصياد" . yaani yeh bataya gaya hai ek tareeqa ke ke jab aap ko ehsas ho ke aap ek aisi evil mein mein hain ke is se aap yaani is se apne ko bacha nahi paate, to koi achhai kijiye.</w:t>
      </w:r>
      <w:r>
        <w:br/>
      </w:r>
      <w:r>
        <w:rPr>
          <w:sz w:val="20"/>
        </w:rPr>
        <w:t>55:38  jaise mujhe ek waqia yaad aata hai, rampur mein ek sahib thay, abdul hayi sahib, bohat mukhlis aadmi thay. woh to woh jo government ka department hota hai,</w:t>
      </w:r>
      <w:r>
        <w:br/>
      </w:r>
      <w:r>
        <w:rPr>
          <w:sz w:val="20"/>
        </w:rPr>
        <w:t>55:54  us ka excise department, to excise department mein woh service karte thay.</w:t>
      </w:r>
      <w:r>
        <w:br/>
      </w:r>
      <w:r>
        <w:rPr>
          <w:sz w:val="20"/>
        </w:rPr>
        <w:t>56:01  to un ko ehsas hua ke excise department jo hai, woh sahi nahi hai, aur main is mein mulawwis hoon. to is ko unhone chhod diya.</w:t>
      </w:r>
      <w:r>
        <w:br/>
      </w:r>
      <w:r>
        <w:rPr>
          <w:sz w:val="20"/>
        </w:rPr>
        <w:t>56:11  is ke baad in ko aik khayal hua ke main ab kya karoon. to unhon ne aik parcha nikala, is ka naam tha "al-hasanat".</w:t>
      </w:r>
      <w:r>
        <w:br/>
      </w:r>
      <w:r>
        <w:rPr>
          <w:sz w:val="20"/>
        </w:rPr>
        <w:t>56:20  al-hasanat isi se liya tha unhon ne: "in al-hasanat ibn al-sayyad" ke ab tak main ne siyah kiya hai main ne. to ab parcha nikaal kar ke main is ko yaani hasna karoon ga, logon ko sachai pohnchaoon ga, is se bay door ho jaye gi meri.</w:t>
      </w:r>
      <w:r>
        <w:br/>
      </w:r>
      <w:r>
        <w:rPr>
          <w:sz w:val="20"/>
        </w:rPr>
        <w:t>56:40  to main samajhta hoon ke aksar log mujh se poochte hain ke hum bank pe ke matlab jaiz hai ke najaaiz, hum bank mein kaam</w:t>
      </w:r>
      <w:r>
        <w:br/>
      </w:r>
      <w:r>
        <w:rPr>
          <w:sz w:val="20"/>
        </w:rPr>
        <w:t>56:48  karte hain. main logon se kehta hoon ke yeh soch, yeh pooch poochhna galat hai. bank ke bahir bhi bank hai, koi jagah bank se khaali nahi hai.</w:t>
      </w:r>
      <w:r>
        <w:br/>
      </w:r>
      <w:r>
        <w:rPr>
          <w:sz w:val="20"/>
        </w:rPr>
        <w:t>57:00  jo masjid hai, masjidain hain, madaris hain, jamaatein hain, har jagah woh woh chhaya hua hai. aur hadith mein to yahan tak aata hai ke aik zamana aaye ga ke interest jo hai,</w:t>
      </w:r>
      <w:r>
        <w:br/>
      </w:r>
      <w:r>
        <w:rPr>
          <w:sz w:val="20"/>
        </w:rPr>
        <w:t>57:14  hawa aur pani mein shamil ho jaye ga.</w:t>
      </w:r>
      <w:r>
        <w:br/>
      </w:r>
      <w:r>
        <w:rPr>
          <w:sz w:val="20"/>
        </w:rPr>
        <w:t>57:17  to pani piyo ge, tab bhi is ka aik aik hissa tumhare andar jaye ga. saans loge to is ka aik hissa jaye ga. to aap kaise bacho ge? to is se yeh mat sochiye ke aap is se bachen.</w:t>
      </w:r>
      <w:r>
        <w:br/>
      </w:r>
      <w:r>
        <w:rPr>
          <w:sz w:val="20"/>
        </w:rPr>
        <w:t>57:30  bachna pasibal nahi hai. yeh sochiye ke aap kuch acha kaam karen. aur woh sab se acha kaam hai dawat. yaani bank ka main logon se kaha karta hoon ke bank se aap raza nahi mat kijiye, dawat ka kaam kijiye.</w:t>
      </w:r>
      <w:r>
        <w:br/>
      </w:r>
      <w:r>
        <w:rPr>
          <w:sz w:val="20"/>
        </w:rPr>
        <w:t>57:45  misalan yeh ke aap apni mez par ya apni bag mein literature likhiye, islami literature ko dete rahiye. to is zamane mein khaas taur par yahi karna hai ke bajaye is ke ke aap resign karen, is se chhod ke bhagen, idhar chhod ke bhagen, yeh mat kijiye.</w:t>
      </w:r>
      <w:r>
        <w:br/>
      </w:r>
      <w:r>
        <w:rPr>
          <w:sz w:val="20"/>
        </w:rPr>
        <w:t>58:07  jahan bhi aap hain, wahin kaam kijiye. lekin sath sath dawat ka kaam kiji</w:t>
      </w:r>
      <w:r>
        <w:br/>
      </w:r>
      <w:r>
        <w:rPr>
          <w:sz w:val="20"/>
        </w:rPr>
        <w:t>58:12  ye. dawat ko apni zindagi mein shamil kar lijiye. wohi hai "in al-hasanat ibn al-sayyad". maulana, agla sawal doctor aslam khan ne kiya hai saharanpur se, aur unhon ne likha hai:</w:t>
      </w:r>
    </w:p>
    <w:p>
      <w:pPr>
        <w:pStyle w:val="Heading2"/>
      </w:pPr>
      <w:r>
        <w:t>Interpretation of hadith on being killed repeatedly</w:t>
      </w:r>
    </w:p>
    <w:p>
      <w:r>
        <w:rPr>
          <w:color w:val="666666"/>
          <w:sz w:val="18"/>
        </w:rPr>
        <w:t>Hadith · Spirit of Ramadan June 14, 2015 · 2m 49s · at 1:06:46 · https://youtu.be/mKQdhE2rhdQ?t=4006</w:t>
      </w:r>
    </w:p>
    <w:p>
      <w:r>
        <w:rPr>
          <w:i/>
        </w:rPr>
        <w:t>“Muslims, to prove their concept of war correct, narrate this hadith: "I love that I be killed in the way of Allah, then brought to life, then killed, then given life, then killed." Mawlana, what is the correct interpretation of this hadith?”</w:t>
      </w:r>
    </w:p>
    <w:p>
      <w:r>
        <w:rPr>
          <w:sz w:val="20"/>
        </w:rPr>
        <w:t>1:06:46  Maulana, yeh agla sawal aaya hai Maulana Farhad Umri sahib ka Delhi se.</w:t>
      </w:r>
      <w:r>
        <w:br/>
      </w:r>
      <w:r>
        <w:rPr>
          <w:sz w:val="20"/>
        </w:rPr>
        <w:t>1:06:51  musalman apne waar concept ko sahi sabit karne ke liye yeh hadith bayan karte hain: "mein yeh pasand karta hoon ke mein Allah ke raste mein qatl kiya jaon,</w:t>
      </w:r>
      <w:r>
        <w:br/>
      </w:r>
      <w:r>
        <w:rPr>
          <w:sz w:val="20"/>
        </w:rPr>
        <w:t>1:07:04  phir zinda kiya jaon, phir qatl kiya jaon, phir mujhe zindagi mile, phir qatl kiya jaon." Maulana, is hadith ka sahi interpretation kya hai?</w:t>
      </w:r>
      <w:r>
        <w:br/>
      </w:r>
      <w:r>
        <w:rPr>
          <w:sz w:val="20"/>
        </w:rPr>
        <w:t>1:07:17  dekhiye, yeh sochiye ke kya Rasool Allah salallaho alaihi wasallam nauzubillah nauzubillah munafiq the? Aap aap yeh keh sakte hain ke jab aap ko pasand tha to aisa kiya kyun nahi?</w:t>
      </w:r>
      <w:r>
        <w:br/>
      </w:r>
      <w:r>
        <w:rPr>
          <w:sz w:val="20"/>
        </w:rPr>
        <w:t>1:07:29  kitabon se padhiye, aap Rasool Allah salallaho alaihi wasallam kabhi bhi jang mein shareek nahi hote the. Bahar un ka ek areesh lafz aata hai, areesh kehte hain jhopra.</w:t>
      </w:r>
      <w:r>
        <w:br/>
      </w:r>
      <w:r>
        <w:rPr>
          <w:sz w:val="20"/>
        </w:rPr>
        <w:t>1:07:39  battlefield se bahar ek areesh banta tha, jhopra. Is mein rehte the. Aap kabhi talwar le kar Uhud mein ya Badr mein kabhi khud se nahi lade?</w:t>
      </w:r>
      <w:r>
        <w:br/>
      </w:r>
      <w:r>
        <w:rPr>
          <w:sz w:val="20"/>
        </w:rPr>
        <w:t>1:07:50  to nauzubillah ke aap kahein ke nauzubillah nauzubillah Rasool Allah munafiq the</w:t>
      </w:r>
      <w:r>
        <w:br/>
      </w:r>
      <w:r>
        <w:rPr>
          <w:sz w:val="20"/>
        </w:rPr>
        <w:t>1:07:55  ? Kaha to yeh aur kiya? Un ka ulta kabhi lade nahi? Aap kitabon mein padh lijiye, aap battlefield mein nahi hote the, areesh mein hote the jo bahar banta tha, wahan se dekh dekhte the bas aur dua karte the, sajde mein dua karte the.</w:t>
      </w:r>
      <w:r>
        <w:br/>
      </w:r>
      <w:r>
        <w:rPr>
          <w:sz w:val="20"/>
        </w:rPr>
        <w:t>1:08:13  jo log is hadith ko le kar kehte hain, unhein sab se pehle sochna chahiye ke kya nauzubillah nauzubillah Rasool Allah munafiq the? Kaha kuch kiya kuch.</w:t>
      </w:r>
      <w:r>
        <w:br/>
      </w:r>
      <w:r>
        <w:rPr>
          <w:sz w:val="20"/>
        </w:rPr>
        <w:t>1:08:23  is liye aap ko is hadith ki aisi tafsir karni padegi jis mein Rasool Allah yeh yeh sabit na hota ke nauzubillah Rasool Allah munafiq the.</w:t>
      </w:r>
      <w:r>
        <w:br/>
      </w:r>
      <w:r>
        <w:rPr>
          <w:sz w:val="20"/>
        </w:rPr>
        <w:t>1:08:35  yeh sab mein likh chuka hoon is hadith ke bare mein, mein likh chuka hoon, aap padh sakte hain.</w:t>
      </w:r>
    </w:p>
    <w:p>
      <w:pPr>
        <w:pStyle w:val="Heading2"/>
      </w:pPr>
      <w:r>
        <w:t>Islam becoming stranger explanation</w:t>
      </w:r>
    </w:p>
    <w:p>
      <w:r>
        <w:rPr>
          <w:color w:val="666666"/>
          <w:sz w:val="18"/>
        </w:rPr>
        <w:t>Hadith · Discovery of God (In Conversation with Maulana) December 25, 2011 · 4m 59s · at 21:34 · https://youtu.be/-1c1d7cFj0s?t=1294</w:t>
      </w:r>
    </w:p>
    <w:p>
      <w:r>
        <w:rPr>
          <w:i/>
        </w:rPr>
        <w:t>“In hadith it is said that Islam will become a stranger, as it was a stranger at the beginning. Please explain this.”</w:t>
      </w:r>
    </w:p>
    <w:p>
      <w:r>
        <w:rPr>
          <w:sz w:val="20"/>
        </w:rPr>
        <w:t>21:34  maulana, agla sawal bhi tamil nadu se hai. maulana iqbal umri ka. unhon ne poocha hai: "hadith mein aya hai ke islam ajnabi ho jayega, jaisa ke woh pehle ajnabi tha.</w:t>
      </w:r>
      <w:r>
        <w:br/>
      </w:r>
      <w:r>
        <w:rPr>
          <w:sz w:val="20"/>
        </w:rPr>
        <w:t>21:46  is ki wazahat farmayein."</w:t>
      </w:r>
      <w:r>
        <w:br/>
      </w:r>
      <w:r>
        <w:rPr>
          <w:sz w:val="20"/>
        </w:rPr>
        <w:t>21:55  main samajhta hoon ke yeh ek ek allah rasool allah ne ek warning di thi, warning ek intibah tha ke jo</w:t>
      </w:r>
      <w:r>
        <w:br/>
      </w:r>
      <w:r>
        <w:rPr>
          <w:sz w:val="20"/>
        </w:rPr>
        <w:t>22:11  aam taur par insan jin cheezon ka shikar hota hai, us se musalman shikar na hon. lekin wahi ho gaya amalan, kyunke dekhiye, islam shuru hua to woh dawat tha, dawat, dawat, dawat.</w:t>
      </w:r>
      <w:r>
        <w:br/>
      </w:r>
      <w:r>
        <w:rPr>
          <w:sz w:val="20"/>
        </w:rPr>
        <w:t>22:26  us ke baad kya hua ke islam ki hukumatain hukumatain ban gayeen. to ab political activism shuru ho gaya. islam shuru hua to daawa activism se shuru hua, daawa activism.</w:t>
      </w:r>
      <w:r>
        <w:br/>
      </w:r>
      <w:r>
        <w:rPr>
          <w:sz w:val="20"/>
        </w:rPr>
        <w:t>22:38  phir aage political activism, yani political expansion, hukm, yani hukm mulkon ko qabza karo aur futuhat ko badhao.</w:t>
      </w:r>
      <w:r>
        <w:br/>
      </w:r>
      <w:r>
        <w:rPr>
          <w:sz w:val="20"/>
        </w:rPr>
        <w:t>22:47  yeh agaya to islam abdan tha, daawa activism. us ke baad banda kaha political activism. jab political activism hua to daawa khatam ho gayi.</w:t>
      </w:r>
      <w:r>
        <w:br/>
      </w:r>
      <w:r>
        <w:rPr>
          <w:sz w:val="20"/>
        </w:rPr>
        <w:t>22:57  ab sara nishana badal gaya, nishana ek hukumat ka kaam karna aur mulkon ko fateh karna, yeh nishana ho gaya. yahi ajnabi hone ka matlab yeh hai ke dawat chali, khatam ho gayi.</w:t>
      </w:r>
      <w:r>
        <w:br/>
      </w:r>
      <w:r>
        <w:rPr>
          <w:sz w:val="20"/>
        </w:rPr>
        <w:t>23:10  islam kabhi ajnabi is silsile mein nahi hua ke quran na rahe, islam ka charcha na rahe, log apne ko musalman na kahein. is sense mein kabhi khatam nahi hua.</w:t>
      </w:r>
      <w:r>
        <w:br/>
      </w:r>
      <w:r>
        <w:rPr>
          <w:sz w:val="20"/>
        </w:rPr>
        <w:t>23:19  jo cheez khatm hui, woh dawat. to mein samajhta hoon ke jo ajnabi jo cheez hui thi, woh dawat ajnabi hui thi. kabhi bhi aisa nahi hua ke musalman namaz ajnabi ho jaye, hajj ajnabi ho jaye, roza ajnabi ho jaye,</w:t>
      </w:r>
      <w:r>
        <w:br/>
      </w:r>
      <w:r>
        <w:rPr>
          <w:sz w:val="20"/>
        </w:rPr>
        <w:t>23:34  quran ajnabi ho jaye. aisa to kabhi hua nahi. jo ajnabi hui, woh dawat. kyun? dawat ke liye ek doosre ki khair khwahi karna chahiye.</w:t>
      </w:r>
      <w:r>
        <w:br/>
      </w:r>
      <w:r>
        <w:rPr>
          <w:sz w:val="20"/>
        </w:rPr>
        <w:t>23:43  aur political activism, sargharmiyan jab aati hain to khair khwahi khatm ho jati hai. kis ke liye hum dawat dein?</w:t>
      </w:r>
      <w:r>
        <w:br/>
      </w:r>
      <w:r>
        <w:rPr>
          <w:sz w:val="20"/>
        </w:rPr>
        <w:t>23:52  is ko to hum maar kar ke is ka is ko qabza karna hai, is ke upar. to dawat ki jo nafsiyat hoti hain, woh sab hoti hain mabni par khair khwahi.</w:t>
      </w:r>
      <w:r>
        <w:br/>
      </w:r>
      <w:r>
        <w:rPr>
          <w:sz w:val="20"/>
        </w:rPr>
        <w:t>24:02  aur jab politics aa jati hai to khair khwahi khatm ho jati hai. to khair khwahi jab khatm ho gayi to dawat ajnabi ban jayegi.</w:t>
      </w:r>
      <w:r>
        <w:br/>
      </w:r>
      <w:r>
        <w:rPr>
          <w:sz w:val="20"/>
        </w:rPr>
        <w:t>24:11  to mein samajhta hoon ke is mein rasool ALLAH sallallahu alaihi wasallam ne warning di thi, peshangoi ke andaaz mein ke baad ko islam musalmanon ko hukumatain mil jayengi to dawat ka zehan un ka khatm ho jayega.</w:t>
      </w:r>
      <w:r>
        <w:br/>
      </w:r>
      <w:r>
        <w:rPr>
          <w:sz w:val="20"/>
        </w:rPr>
        <w:t>24:25  dawti islam un ke liye ajnabi ban jayega. ab musalmanon mein kya hua ke pehle to yaani political activism, political sargharmiyan aayin, is se dawat ajnabi ho gayi.</w:t>
      </w:r>
      <w:r>
        <w:br/>
      </w:r>
      <w:r>
        <w:rPr>
          <w:sz w:val="20"/>
        </w:rPr>
        <w:t>24:38  ab jab in ka empire toota, yaani western nations ke urooj ke baad, to ab kya hua ke negative activism aa gayi, yaani ladna in se apni hukumaton ko chheen ne ke liye.</w:t>
      </w:r>
      <w:r>
        <w:br/>
      </w:r>
      <w:r>
        <w:rPr>
          <w:sz w:val="20"/>
        </w:rPr>
        <w:t>24:54  ladai, ladai, ladai chal rahi hai. to islam pehla tha daawa activism, phir hua political activism. ab aa gaya negative activism, negative activism.</w:t>
      </w:r>
      <w:r>
        <w:br/>
      </w:r>
      <w:r>
        <w:rPr>
          <w:sz w:val="20"/>
        </w:rPr>
        <w:t>25:08  to ab ab jo revolve karna hai, revolve yeh karein ke daawa activism phir se laya jaye, phir se is daawa activism ka daur laya jaye.</w:t>
      </w:r>
      <w:r>
        <w:br/>
      </w:r>
      <w:r>
        <w:rPr>
          <w:sz w:val="20"/>
        </w:rPr>
        <w:t>25:18  to mein samajhta hoon ke muslim tareekh inhi chaar dauron mein bati hui hai: daawa activism, political activism, negative activism. ab jo ek hisse mein hum hain, ab hamein lotna hai is ki taraf, dawat ki taraf.</w:t>
      </w:r>
      <w:r>
        <w:br/>
      </w:r>
      <w:r>
        <w:rPr>
          <w:sz w:val="20"/>
        </w:rPr>
        <w:t>25:33  dobara hum ko daawa activism par lagana hai. yahi hai fateh al gharaab, jahan tak mein samajhta hoon. kyunke aap ghor kijiye ke musalmanon mein ajnabi hui kya cheez?</w:t>
      </w:r>
      <w:r>
        <w:br/>
      </w:r>
      <w:r>
        <w:rPr>
          <w:sz w:val="20"/>
        </w:rPr>
        <w:t>25:44  ek hi cheez ajnabi hui, is se dawat. aur to kuch bhi ajnabi nahi hua, sab bilkul well known hai. to baad ko jo halaat paida hue, un halaat mein musalmanon ne woh nafsiyat kho di, jis nafsiyat ke tehat dawti kaam hua karta hai.</w:t>
      </w:r>
      <w:r>
        <w:br/>
      </w:r>
      <w:r>
        <w:rPr>
          <w:sz w:val="20"/>
        </w:rPr>
        <w:t>26:03  to is nafsiyat ko phir zinda karna aur phir se ummat ko dawat par khada karna, jo log karenge, unhi ke liye hai fateh al gharaab.</w:t>
      </w:r>
      <w:r>
        <w:br/>
      </w:r>
      <w:r>
        <w:rPr>
          <w:sz w:val="20"/>
        </w:rPr>
        <w:t>26:15  to islam shuru hua to dawat par tha, woh baad ko woh politics par aa gaya, phir negative activities par aa gaya. ab hamein karna hai ke phir do bar hum ko, yaani is dawat wale islam ko zinda karna hai.</w:t>
      </w:r>
      <w:r>
        <w:br/>
      </w:r>
      <w:r>
        <w:rPr>
          <w:sz w:val="20"/>
        </w:rPr>
        <w:t>26:30  yeh mein samjhao.</w:t>
      </w:r>
    </w:p>
    <w:p>
      <w:pPr>
        <w:pStyle w:val="Heading2"/>
      </w:pPr>
      <w:r>
        <w:t>Knowing increase or decrease of faith</w:t>
      </w:r>
    </w:p>
    <w:p>
      <w:r>
        <w:rPr>
          <w:color w:val="666666"/>
          <w:sz w:val="18"/>
        </w:rPr>
        <w:t>Hadith · Principle of Loss | May 31, 2015 · 2m 19s · at 51:09 · https://youtu.be/IEf7QfU3BmY?t=3069</w:t>
      </w:r>
    </w:p>
    <w:p>
      <w:r>
        <w:rPr>
          <w:i/>
        </w:rPr>
        <w:t>“There is a hadith that the faith of a person increases and decreases. How can I know that my faith is decreasing or increasing? Is there a way to find that?”</w:t>
      </w:r>
    </w:p>
    <w:p>
      <w:r>
        <w:rPr>
          <w:sz w:val="20"/>
        </w:rPr>
        <w:t>51:09  molana agla sawal kya hai abdul ghani sahib ne mysore se, aur unhone likha hai ke molana der</w:t>
      </w:r>
      <w:r>
        <w:br/>
      </w:r>
      <w:r>
        <w:rPr>
          <w:sz w:val="20"/>
        </w:rPr>
        <w:t>51:15  as a hadith that iman of a person increases and decreases.</w:t>
      </w:r>
      <w:r>
        <w:br/>
      </w:r>
      <w:r>
        <w:rPr>
          <w:sz w:val="20"/>
        </w:rPr>
        <w:t>51:21  How can I know that my iman is decreasing or increasing? Is there a way to find that</w:t>
      </w:r>
      <w:r>
        <w:br/>
      </w:r>
      <w:r>
        <w:rPr>
          <w:sz w:val="20"/>
        </w:rPr>
        <w:t>51:28  out? please advice.</w:t>
      </w:r>
      <w:r>
        <w:br/>
      </w:r>
      <w:r>
        <w:rPr>
          <w:sz w:val="20"/>
        </w:rPr>
        <w:t>51:34  dekhen, is ko aap lafz badlie, samajh mein aa jayega,</w:t>
      </w:r>
      <w:r>
        <w:br/>
      </w:r>
      <w:r>
        <w:rPr>
          <w:sz w:val="20"/>
        </w:rPr>
        <w:t>51:40  یعنی increase اور decrease کی جگہ ایک لفظ دوسرا استعمال کیجئے، explanatory لفظ وہ ہے spirit، یعنی spirit</w:t>
      </w:r>
      <w:r>
        <w:br/>
      </w:r>
      <w:r>
        <w:rPr>
          <w:sz w:val="20"/>
        </w:rPr>
        <w:t>51:45  ghatti hai aur badhti hai.</w:t>
      </w:r>
      <w:r>
        <w:br/>
      </w:r>
      <w:r>
        <w:rPr>
          <w:sz w:val="20"/>
        </w:rPr>
        <w:t>51:50  iman form ka naam nahi hai ke ek kuch alfaaz hum munh se bol diya to iman hasil</w:t>
      </w:r>
      <w:r>
        <w:br/>
      </w:r>
      <w:r>
        <w:rPr>
          <w:sz w:val="20"/>
        </w:rPr>
        <w:t>51:55  ho gaya, iman haqeeqat mein spirit ka naam hai.</w:t>
      </w:r>
      <w:r>
        <w:br/>
      </w:r>
      <w:r>
        <w:rPr>
          <w:sz w:val="20"/>
        </w:rPr>
        <w:t>52:00  to spirit jo hai ghatti badhti hai, ghatti badhti hai ka matlab kya hai ke jaise aaj mein</w:t>
      </w:r>
      <w:r>
        <w:br/>
      </w:r>
      <w:r>
        <w:rPr>
          <w:sz w:val="20"/>
        </w:rPr>
        <w:t>52:05  ne ek cheez d</w:t>
      </w:r>
      <w:r>
        <w:br/>
      </w:r>
      <w:r>
        <w:rPr>
          <w:sz w:val="20"/>
        </w:rPr>
        <w:t>52:10  discover ki, yani principle of yeh jo maine bataya aap ko, principle of loss, principle of truncation. To main bohat zabardast, mujhe ek aah ki Allah taala ne kaisi kaisi baatein batai hain insaan ko, ek ajeeb qism ki nayi is pe paida ho gayi. To yeh matlab hai ke ke aap ka experience, aap ki study, aap ka ghaur o fikr, is se aap</w:t>
      </w:r>
      <w:r>
        <w:br/>
      </w:r>
      <w:r>
        <w:rPr>
          <w:sz w:val="20"/>
        </w:rPr>
        <w:t>52:40  کو نئے نئے ائٹم ملتے ہیں جو آپ کی اسپیڈ کو بڑھاتے ہیں، اور جب آپ نہ سوچیں</w:t>
      </w:r>
      <w:r>
        <w:br/>
      </w:r>
      <w:r>
        <w:rPr>
          <w:sz w:val="20"/>
        </w:rPr>
        <w:t>52:46  to speed ghatti rahegi, to us waqt kami ke level par rahega aap ka iman.</w:t>
      </w:r>
      <w:r>
        <w:br/>
      </w:r>
      <w:r>
        <w:rPr>
          <w:sz w:val="20"/>
        </w:rPr>
        <w:t>52:52  to wo hadith mein jo lafz aayi hai, jo lafz aaya hai, us lafz ko aap badlie ke</w:t>
      </w:r>
      <w:r>
        <w:br/>
      </w:r>
      <w:r>
        <w:rPr>
          <w:sz w:val="20"/>
        </w:rPr>
        <w:t>52:58  speed mein kami beshi hoti rehti hai, aur is ke sabab yeh hota hai ke aap hamesha is</w:t>
      </w:r>
      <w:r>
        <w:br/>
      </w:r>
      <w:r>
        <w:rPr>
          <w:sz w:val="20"/>
        </w:rPr>
        <w:t>53:04  tarah se nahi kar pate, g</w:t>
      </w:r>
      <w:r>
        <w:br/>
      </w:r>
      <w:r>
        <w:rPr>
          <w:sz w:val="20"/>
        </w:rPr>
        <w:t>53:10  or o fikr aur zyada cheezon mein zyada dhyan dena, distract ho jate hain.</w:t>
      </w:r>
      <w:r>
        <w:br/>
      </w:r>
      <w:r>
        <w:rPr>
          <w:sz w:val="20"/>
        </w:rPr>
        <w:t>53:16  to jab aap distract ho jayenge to kami ho jayegi, jab ghor o fikr karenge</w:t>
      </w:r>
      <w:r>
        <w:br/>
      </w:r>
      <w:r>
        <w:rPr>
          <w:sz w:val="20"/>
        </w:rPr>
        <w:t>53:23  to speed pe izafa ho jayega, yeh matlab hai is ka.</w:t>
      </w:r>
    </w:p>
    <w:p>
      <w:pPr>
        <w:pStyle w:val="Heading2"/>
      </w:pPr>
      <w:r>
        <w:t>Meaning and Identification of Sunnah</w:t>
      </w:r>
    </w:p>
    <w:p>
      <w:r>
        <w:rPr>
          <w:color w:val="666666"/>
          <w:sz w:val="18"/>
        </w:rPr>
        <w:t>Hadith · The Importance of the Quran May 15, 2016 Maulana Wahiduddin Khan · 2m 31s · at 51:58 · https://youtu.be/9a-OOUR_bLg?t=3118</w:t>
      </w:r>
    </w:p>
    <w:p>
      <w:r>
        <w:rPr>
          <w:i/>
        </w:rPr>
        <w:t>“You mentioned about one Hadith of Prophet Muhammad saying that I am leaving two things for you: Quran and Sunnah. In that hadith, what is meant by Sunnah? How can one identify the Sunnah of the Prophet? Some say using miswak is Sunnah, applying perfume and kohl in the eyes are also Sunnah. Please elaborate what is Sunnah.”</w:t>
      </w:r>
    </w:p>
    <w:p>
      <w:r>
        <w:rPr>
          <w:sz w:val="20"/>
        </w:rPr>
        <w:t>51:58  maulana, agla sawal bheja hai danish fazal sahib ne lucknow se aur unhon ne likha hai: "you mentioned about one hadith of prophet muhammad saying that i am leaving two things for you: quran and sunnah." maulana, in this hadith what is meant by sunnah</w:t>
      </w:r>
      <w:r>
        <w:br/>
      </w:r>
      <w:r>
        <w:rPr>
          <w:sz w:val="20"/>
        </w:rPr>
        <w:t>52:21  ? how can one identify sunnah of the prophet? some says using miswak is sunnah, putting perfume or surma in eyes etc is also sunnah.</w:t>
      </w:r>
      <w:r>
        <w:br/>
      </w:r>
      <w:r>
        <w:rPr>
          <w:sz w:val="20"/>
        </w:rPr>
        <w:t>52:34  please elaborate what is sunnah? dekhein, sunnah ka lafzi matlab hai tareeqa, yani rasool Allah ka tareeqa.</w:t>
      </w:r>
      <w:r>
        <w:br/>
      </w:r>
      <w:r>
        <w:rPr>
          <w:sz w:val="20"/>
        </w:rPr>
        <w:t>52:44  to koi bhi cheez jo rasool Allah sabit ho jaye, woh sunnah kahi jayegi. lekin lekin shah Allah sahib ne likha hai ke sunnah ke do qismein hain:</w:t>
      </w:r>
      <w:r>
        <w:br/>
      </w:r>
      <w:r>
        <w:rPr>
          <w:sz w:val="20"/>
        </w:rPr>
        <w:t>52:59  sunnat aadiyah, sunnat saabitah. to surmah lagana ya miswak karna, yeh sunnat arab hai.</w:t>
      </w:r>
      <w:r>
        <w:br/>
      </w:r>
      <w:r>
        <w:rPr>
          <w:sz w:val="20"/>
        </w:rPr>
        <w:t>53:10  yeh yeh isi liye rasool Allah bhi bhejey gaye thay ke surmah log lagayein, khizab lagayein log. to agar aap ne khizab lagaya ho ya aap ne</w:t>
      </w:r>
      <w:r>
        <w:br/>
      </w:r>
      <w:r>
        <w:rPr>
          <w:sz w:val="20"/>
        </w:rPr>
        <w:t>53:28  itar lagaya ho waghera jo cheezein hain, to woh sunnat hongi lekin sunnat aadiyah hongi.</w:t>
      </w:r>
      <w:r>
        <w:br/>
      </w:r>
      <w:r>
        <w:rPr>
          <w:sz w:val="20"/>
        </w:rPr>
        <w:t>53:37  yani aadatan arab ke mein chounke aap jab paida hue to arab ke aadat ke mutabiq aap yeh aisa karne lage. lekin sunnat saabitah jo hai, woh hai jo jis ke liye rasool Allah bhejey gaye aur woh is quran se maloom hogi.</w:t>
      </w:r>
      <w:r>
        <w:br/>
      </w:r>
      <w:r>
        <w:rPr>
          <w:sz w:val="20"/>
        </w:rPr>
        <w:t>53:56  to sunnat rasool Allah ki kya thi? usooli tor par is ka maqsad quran hai. misaal tor par rasool Allah Allah ta'ala ne farmaya ke: "ya ayyuhal rasool, balagh ilaik rabbuk." yeh sunnat hai, sunnat dawat.</w:t>
      </w:r>
      <w:r>
        <w:br/>
      </w:r>
      <w:r>
        <w:rPr>
          <w:sz w:val="20"/>
        </w:rPr>
        <w:t>54:13  sunnat dawat jin logon ko jin cheezon ko log sunnat kehte hain, woh aam tor par is ke liye kitaabein likhi gayi hain. shama'il, shama'il is mein bhi baatein hoti hain.</w:t>
      </w:r>
      <w:r>
        <w:br/>
      </w:r>
      <w:r>
        <w:rPr>
          <w:sz w:val="20"/>
        </w:rPr>
        <w:t>54:23  to shama'il alag cheez hai, sunnat alag cheez hai.</w:t>
      </w:r>
    </w:p>
    <w:p>
      <w:pPr>
        <w:pStyle w:val="Heading2"/>
      </w:pPr>
      <w:r>
        <w:t>Meaning of 'Do Not Curse Time'</w:t>
      </w:r>
    </w:p>
    <w:p>
      <w:r>
        <w:rPr>
          <w:color w:val="666666"/>
          <w:sz w:val="18"/>
        </w:rPr>
        <w:t>Hadith · Paradise Culture January 12, 2014 · 2m 52s · at 57:00 · https://youtu.be/Z3A6r7XjE00?t=3420</w:t>
      </w:r>
    </w:p>
    <w:p>
      <w:r>
        <w:rPr>
          <w:i/>
        </w:rPr>
        <w:t>“In a hadith it is said: 'Do not curse time.' Does this mean that we should turn negatives into positives, rather than making negative remarks?”</w:t>
      </w:r>
    </w:p>
    <w:p>
      <w:r>
        <w:rPr>
          <w:sz w:val="20"/>
        </w:rPr>
        <w:t>57:00  Maulana, agla sawal Chennai se hai, Maulana Iqbal Umri ka. unhon ne likha hai: "Maulana, hadith mein aaya hai ke zamanay ko gaali mat do.</w:t>
      </w:r>
      <w:r>
        <w:br/>
      </w:r>
      <w:r>
        <w:rPr>
          <w:sz w:val="20"/>
        </w:rPr>
        <w:t>57:14  mera sawal yeh hai ke kya is ka matlab hai ke negative ko positive mein badlo, na ke negative remark do?" is ke baray mein kuch batayein.</w:t>
      </w:r>
      <w:r>
        <w:br/>
      </w:r>
      <w:r>
        <w:rPr>
          <w:sz w:val="20"/>
        </w:rPr>
        <w:t>57:25  woh hadith hai ke "la tasubbu al-dahr</w:t>
      </w:r>
      <w:r>
        <w:br/>
      </w:r>
      <w:r>
        <w:rPr>
          <w:sz w:val="20"/>
        </w:rPr>
        <w:t>57:28  " to yeh is se kuch logon ne is mein yeh bhi hai ke "anta al-dahr". to is se kuch logon ne wahy wajood ka maslak nikal liya, woh bilkul galat hai.</w:t>
      </w:r>
      <w:r>
        <w:br/>
      </w:r>
      <w:r>
        <w:rPr>
          <w:sz w:val="20"/>
        </w:rPr>
        <w:t>57:40  sach poochhen to is zamane mein jo musalman jo chala rahe hain, politics, woh woh woh hai bura hadith se ke doosron ke khilaaf shikayaten karna, doosron ke khilaaf protest karna, logon ko zalim bata kar hangama karna, un ke khilaaf</w:t>
      </w:r>
      <w:r>
        <w:br/>
      </w:r>
      <w:r>
        <w:rPr>
          <w:sz w:val="20"/>
        </w:rPr>
        <w:t>57:59  is ki is ki is ko mana kiya gaya hai. Yani politics of opposition, sari duniya mein musalman politics of opposition chala rahe hain.</w:t>
      </w:r>
      <w:r>
        <w:br/>
      </w:r>
      <w:r>
        <w:rPr>
          <w:sz w:val="20"/>
        </w:rPr>
        <w:t>58:14  negative hangame opposition ki politics jahan bhi dekhen, chahe muslim mulk ho ya ghair muslim mulk ho, har jagah hangame hain.</w:t>
      </w:r>
      <w:r>
        <w:br/>
      </w:r>
      <w:r>
        <w:rPr>
          <w:sz w:val="20"/>
        </w:rPr>
        <w:t>58:23  to main samajhta hoon ke is se mana kiya gaya hai aur wahi is ka matlab hai ke tareekh mein positive item talash karo, waqeyat ke darmiyan positive ai</w:t>
      </w:r>
      <w:r>
        <w:br/>
      </w:r>
      <w:r>
        <w:rPr>
          <w:sz w:val="20"/>
        </w:rPr>
        <w:t>58:37  tem talash karo. Kyun ke agar negativity mein phanse rahoge to to negativity khatam hone wali nahin hai. Kyun ke aap achhi tarah samajh lena chahiye logon ko ke jo yani nakhushgawar waqeyat ho rahe hain, jis ko aap zulm kehte hain, woh insan woh kisi zalim ke navy se nahin hai.</w:t>
      </w:r>
      <w:r>
        <w:br/>
      </w:r>
      <w:r>
        <w:rPr>
          <w:sz w:val="20"/>
        </w:rPr>
        <w:t>58:58  is liye hai ke Allah ke kesh plan ke mutabiq insan ko azadi azadi di gayi. Azadi ko misuse karta hai, woh misuse kar ke woh paighambar ko qatl karta hai, woh khalifa ko qatl karta hai,</w:t>
      </w:r>
      <w:r>
        <w:br/>
      </w:r>
      <w:r>
        <w:rPr>
          <w:sz w:val="20"/>
        </w:rPr>
        <w:t>59:13  woh jangain chhedta hai. To jab tak insan ki azadi na chheen li jaye, tab tak yeh sab baqi rahega.</w:t>
      </w:r>
      <w:r>
        <w:br/>
      </w:r>
      <w:r>
        <w:rPr>
          <w:sz w:val="20"/>
        </w:rPr>
        <w:t>59:20  to chheen ki azadi chheegi sirf qayamat mein. To yeh waqt yeh west of time hai. Mere khayal se aisi aisi sahafat, aisi leadership, aisi tehrikein, yeh sab time ka west karna hai.</w:t>
      </w:r>
      <w:r>
        <w:br/>
      </w:r>
      <w:r>
        <w:rPr>
          <w:sz w:val="20"/>
        </w:rPr>
        <w:t>59:36  logon ko yahi karna chahiye ke woh jin yani is duniya mein jo jannat ka item hai, us ko talash karen, us ko talash kar ke us se positive food len apne liye.</w:t>
      </w:r>
      <w:r>
        <w:br/>
      </w:r>
      <w:r>
        <w:rPr>
          <w:sz w:val="20"/>
        </w:rPr>
        <w:t>59:48  yeh yahi karna hai har ek ko.</w:t>
      </w:r>
    </w:p>
    <w:p>
      <w:pPr>
        <w:pStyle w:val="Heading2"/>
      </w:pPr>
      <w:r>
        <w:t>Meaning of 'fajr' in hypocrisy hadith</w:t>
      </w:r>
    </w:p>
    <w:p>
      <w:r>
        <w:rPr>
          <w:color w:val="666666"/>
          <w:sz w:val="18"/>
        </w:rPr>
        <w:t>Hadith · Lessons and Experiences May 22, 2011 Maulana Wahiduddin Khan · 3m 41s · at 1:44:09 · https://youtu.be/j4Qx-MsDQWc?t=6249</w:t>
      </w:r>
    </w:p>
    <w:p>
      <w:r>
        <w:rPr>
          <w:i/>
        </w:rPr>
        <w:t>“In a hadith, four signs of hypocrisy are mentioned. One of them is 'when he disputes, he becomes abusive' (إذا خاصم فجر). What does 'fajr' mean?”</w:t>
      </w:r>
    </w:p>
    <w:p>
      <w:r>
        <w:rPr>
          <w:sz w:val="20"/>
        </w:rPr>
        <w:t>1:44:09  maulana un ka ek aur sawal hai unhon ne likha hai nifaq ki char alamat batayi gayi hain is mein se ek cheez hai khusumat ke waqt fazoor idha khasma fazra is ka matlab kya hai fajr ka mani ladna jhagadna dekhen ladna jhagadne ka mani yeh nahi ke aap hath hath paon chalane lagen yeh matlab nahi hai</w:t>
      </w:r>
      <w:r>
        <w:br/>
      </w:r>
      <w:r>
        <w:rPr>
          <w:sz w:val="20"/>
        </w:rPr>
        <w:t>1:44:38  matlab hai ke aap ek reason pesh karein woh aadmi aap par woh allegation ki zuban bolay</w:t>
      </w:r>
      <w:r>
        <w:br/>
      </w:r>
      <w:r>
        <w:rPr>
          <w:sz w:val="20"/>
        </w:rPr>
        <w:t>1:44:46  yeh hai fajar</w:t>
      </w:r>
      <w:r>
        <w:br/>
      </w:r>
      <w:r>
        <w:rPr>
          <w:sz w:val="20"/>
        </w:rPr>
        <w:t>1:44:49  yani aap logic pesh karein reason pesh karein daleel pesh karein woh aadmi kya kare koi shair parhay</w:t>
      </w:r>
      <w:r>
        <w:br/>
      </w:r>
      <w:r>
        <w:rPr>
          <w:sz w:val="20"/>
        </w:rPr>
        <w:t>1:44:57  koi joke chhoday</w:t>
      </w:r>
      <w:r>
        <w:br/>
      </w:r>
      <w:r>
        <w:rPr>
          <w:sz w:val="20"/>
        </w:rPr>
        <w:t>1:44:59  koi aap par ilzaam lagaye kahe ke aap to yahudiyon ke agent hain aap to America ke agent</w:t>
      </w:r>
      <w:r>
        <w:br/>
      </w:r>
      <w:r>
        <w:rPr>
          <w:sz w:val="20"/>
        </w:rPr>
        <w:t>1:45:04  hain is tarah ki wali bolay wahi fajar hai</w:t>
      </w:r>
      <w:r>
        <w:br/>
      </w:r>
      <w:r>
        <w:rPr>
          <w:sz w:val="20"/>
        </w:rPr>
        <w:t>1:45:09  fajr yeh mujhe to bohat tajurba hota hai is ka</w:t>
      </w:r>
      <w:r>
        <w:br/>
      </w:r>
      <w:r>
        <w:rPr>
          <w:sz w:val="20"/>
        </w:rPr>
        <w:t>1:45:17  to aise log mein ne bohat kam paaye ke jab un ke paas daleel na ho to chup ho jaayen woh daleel jab nahi hoti hai to kuch aur baatein bolne lagte hain idhar udhar ki baatein</w:t>
      </w:r>
      <w:r>
        <w:br/>
      </w:r>
      <w:r>
        <w:rPr>
          <w:sz w:val="20"/>
        </w:rPr>
        <w:t>1:45:30  taake aap ko daba len</w:t>
      </w:r>
      <w:r>
        <w:br/>
      </w:r>
      <w:r>
        <w:rPr>
          <w:sz w:val="20"/>
        </w:rPr>
        <w:t>1:45:37  yeh woh log hotay hain jin ke dil mein Allah ka darr nahi munafiq kaun hai munafiq wahi</w:t>
      </w:r>
      <w:r>
        <w:br/>
      </w:r>
      <w:r>
        <w:rPr>
          <w:sz w:val="20"/>
        </w:rPr>
        <w:t>1:45:41  jis ke andar Allah ka darr nahi</w:t>
      </w:r>
      <w:r>
        <w:br/>
      </w:r>
      <w:r>
        <w:rPr>
          <w:sz w:val="20"/>
        </w:rPr>
        <w:t>1:45:44  Allah ka darr aap ko kya karta hai modest banata hai aap ka nature submissive nature ban jata</w:t>
      </w:r>
      <w:r>
        <w:br/>
      </w:r>
      <w:r>
        <w:rPr>
          <w:sz w:val="20"/>
        </w:rPr>
        <w:t>1:45:50  hai aap surrender karne walay ho jatay hain aap reality ke agay jhuk janay walay bantay hain</w:t>
      </w:r>
      <w:r>
        <w:br/>
      </w:r>
      <w:r>
        <w:rPr>
          <w:sz w:val="20"/>
        </w:rPr>
        <w:t>1:45:58  dekhein ek sacha insan jo Allah se darne wala hai woh afford nahi kar sakta ke sachai agay</w:t>
      </w:r>
      <w:r>
        <w:br/>
      </w:r>
      <w:r>
        <w:rPr>
          <w:sz w:val="20"/>
        </w:rPr>
        <w:t>1:46:05  woh na jhuke woh</w:t>
      </w:r>
      <w:r>
        <w:br/>
      </w:r>
      <w:r>
        <w:rPr>
          <w:sz w:val="20"/>
        </w:rPr>
        <w:t>1:46:09  sachai is ke aage aagaye sachai ka matlab jo mein le raha hoon yahan par ek ek reasoned baat ek bohat hi logical baat</w:t>
      </w:r>
      <w:r>
        <w:br/>
      </w:r>
      <w:r>
        <w:rPr>
          <w:sz w:val="20"/>
        </w:rPr>
        <w:t>1:46:22  to ek aadmi jo Allah se darta ho jis ke andar sachai dil ke dil mein utri hui ho woh afford nahi kar sakta ke ek logical baat aaye ek us ke haath ek ek ek reason wali baat aaye ek daleel wali baat aaye aur woh jhuke nahi yeh matlab hai is is hadees ka ke na jhuk kar kya karega woh fazool baatein karega woh idhar udhar ki baatein kareg</w:t>
      </w:r>
      <w:r>
        <w:br/>
      </w:r>
      <w:r>
        <w:rPr>
          <w:sz w:val="20"/>
        </w:rPr>
        <w:t>1:46:51  a ilzaam lagana shuru karega yeh matlab nahi ke haath paon chalayega woh.</w:t>
      </w:r>
    </w:p>
    <w:p>
      <w:pPr>
        <w:pStyle w:val="Heading2"/>
      </w:pPr>
      <w:r>
        <w:t>Meaning of Hadith on Youth under Throne's Shade</w:t>
      </w:r>
    </w:p>
    <w:p>
      <w:r>
        <w:rPr>
          <w:color w:val="666666"/>
          <w:sz w:val="18"/>
        </w:rPr>
        <w:t>Hadith · Concept of Death in Islam August 26, 2012 · 2m 24s · at 1:23:09 · https://youtu.be/y0TJxKi0L94?t=4989</w:t>
      </w:r>
    </w:p>
    <w:p>
      <w:r>
        <w:rPr>
          <w:i/>
        </w:rPr>
        <w:t>“In a hadith it is said that a young person who spent his life in Allah's worship will get a place under the Throne's shade on the Day of Judgment. What is the meaning of this hadith, especially of spending one's life in Allah's worship?”</w:t>
      </w:r>
    </w:p>
    <w:p>
      <w:r>
        <w:rPr>
          <w:sz w:val="20"/>
        </w:rPr>
        <w:t>1:23:09  maulana, agla sawal delhi se hai, maulana zikwan nadvi sahab ka.</w:t>
      </w:r>
      <w:r>
        <w:br/>
      </w:r>
      <w:r>
        <w:rPr>
          <w:sz w:val="20"/>
        </w:rPr>
        <w:t>1:23:14  unhon ne likha hai: hadith mein aaya hai ke woh naujawan jis ne Allah ki ibadat mein apni zindagi basar ki, us ko qayamat ke din arsh ke saaye mein jagah milegi.</w:t>
      </w:r>
      <w:r>
        <w:br/>
      </w:r>
      <w:r>
        <w:rPr>
          <w:sz w:val="20"/>
        </w:rPr>
        <w:t>1:23:27  is hadith ka matlab kya hai? khaas taur par Allah ki ibadat mein zindagi basar karne ka matlab kya hai, us ke bare mein bataein.</w:t>
      </w:r>
      <w:r>
        <w:br/>
      </w:r>
      <w:r>
        <w:rPr>
          <w:sz w:val="20"/>
        </w:rPr>
        <w:t>1:23:38  us ke alfaaz hain ke is mein ek shabb nasha fi ibadat Allah</w:t>
      </w:r>
      <w:r>
        <w:br/>
      </w:r>
      <w:r>
        <w:rPr>
          <w:sz w:val="20"/>
        </w:rPr>
        <w:t>1:23:45  asal mein dekhein, yeh koi mysterious baat nahi hai. hamari zindagi ka jo life span hai, us mein shuru mein bachpan hai, baad ko barhapa hai, beech mein youth age hai.</w:t>
      </w:r>
      <w:r>
        <w:br/>
      </w:r>
      <w:r>
        <w:rPr>
          <w:sz w:val="20"/>
        </w:rPr>
        <w:t>1:24:00  hamara sab se bara asset woh youth age hota hai. bachpan mein koi bara kaam aap nahi kar sakte, barhapa mein to immature hote hain aap.</w:t>
      </w:r>
      <w:r>
        <w:br/>
      </w:r>
      <w:r>
        <w:rPr>
          <w:sz w:val="20"/>
        </w:rPr>
        <w:t>1:24:12  jawani mein poori maturity par hote hain aap, ab barhapa mein degeneration ho chuka hota hai. to yeh jo behtareen umar hai aap ki, jo best part of your age hai,</w:t>
      </w:r>
      <w:r>
        <w:br/>
      </w:r>
      <w:r>
        <w:rPr>
          <w:sz w:val="20"/>
        </w:rPr>
        <w:t>1:24:26  aap ki zindagi ke jo saal hain, un ka jo sab se achhe saal hain, us mein agar aap ne Allah ka kaam kiya to zahir hai ke Allah ka bohat bara darja milega aap ko.</w:t>
      </w:r>
      <w:r>
        <w:br/>
      </w:r>
      <w:r>
        <w:rPr>
          <w:sz w:val="20"/>
        </w:rPr>
        <w:t>1:24:42  yeh yahi matlab hai is ka. to jo best part hamari life ka hai, us ko hamein batana chahiye Allah ke kaam mein, Allah ki marzi par chalne mein, taake tab ziyada se ziyada reward wahan mile hamein.</w:t>
      </w:r>
      <w:r>
        <w:br/>
      </w:r>
      <w:r>
        <w:rPr>
          <w:sz w:val="20"/>
        </w:rPr>
        <w:t>1:25:00  kyun ke na to bachpan mein aap koi bara kaam kar sakte, na barhapa mein kar sakte. wahi to hai asal kaam karne ka zamana, bara kaam karne ka zamana.</w:t>
      </w:r>
      <w:r>
        <w:br/>
      </w:r>
      <w:r>
        <w:rPr>
          <w:sz w:val="20"/>
        </w:rPr>
        <w:t>1:25:11  is hadith ka matlab hai ke yeh jo Allah ne tum ko diya hai, zamana jawani wala, us mein ziyada se ziyada us ko istemal karo Allah ke Allah ke kaam mein, taake wahan ziyada se ziyada reward pao.</w:t>
      </w:r>
    </w:p>
    <w:p>
      <w:pPr>
        <w:pStyle w:val="Heading2"/>
      </w:pPr>
      <w:r>
        <w:t>Meaning of Hukm and Salah in hadith</w:t>
      </w:r>
    </w:p>
    <w:p>
      <w:r>
        <w:rPr>
          <w:color w:val="666666"/>
          <w:sz w:val="18"/>
        </w:rPr>
        <w:t>Hadith · Islam and Politics November 17, 2013 · 3m 00s · at 45:15 · https://youtu.be/LgKA8wg4NPc?t=2715</w:t>
      </w:r>
    </w:p>
    <w:p>
      <w:r>
        <w:rPr>
          <w:i/>
        </w:rPr>
        <w:t>“In a narration in Musnad Ahmad, it is mentioned that the first link of Islam to break will be 'Hukm' and 'Salah'. What is the meaning of 'Hukm' and 'Salah' in this context?”</w:t>
      </w:r>
    </w:p>
    <w:p>
      <w:r>
        <w:rPr>
          <w:sz w:val="20"/>
        </w:rPr>
        <w:t>45:15  maulana ye sawal dilli se hai maulana zikwan nadvi ka unhon ne likha hai musnad ahmad ki ek riwayat mein bataya gaya hai ke sab se pehle islam ki jo kadi toote gi wo hai hukm aur salat is riwayat mein hukm aur salat ka matlab kya hai is ke bare mein batayen</w:t>
      </w:r>
      <w:r>
        <w:br/>
      </w:r>
      <w:r>
        <w:rPr>
          <w:sz w:val="20"/>
        </w:rPr>
        <w:t>45:39  dekhen hukm ka matlab to hota hai political power salat ka matlab hai namaz to lekin ye lafz jo dono lafz jo hain wo apne spirit ke aitbar se istemal hue hain literal mani mein nahi istemal hue hain ye</w:t>
      </w:r>
      <w:r>
        <w:br/>
      </w:r>
      <w:r>
        <w:rPr>
          <w:sz w:val="20"/>
        </w:rPr>
        <w:t>46:02  ani kyunke ap dekhen kisi bhi ummat mein kabhi aisa nahi hua hai ke koi ka nizam hi na rahe ka namaz roza na rahe ye to har ummat mein rehta hai musalmanon bhi baki dhanche ke aitbar se to ek hai siyasat power ka dhanche ek hai namaz ka dhanche</w:t>
      </w:r>
      <w:r>
        <w:br/>
      </w:r>
      <w:r>
        <w:rPr>
          <w:sz w:val="20"/>
        </w:rPr>
        <w:t>46:30  to is hadith mein ye nahi kaha gaya hai ke siyasat dhanche hi khatam ho jaye ga ya namaz ka dhanche khatam ho jaye ga aisa nahi kaha gaya hai balke spirit ke aitbar se khatam ho jaye ga yani hukumat spirit ke aitbar se kya hai wo hai adl</w:t>
      </w:r>
      <w:r>
        <w:br/>
      </w:r>
      <w:r>
        <w:rPr>
          <w:sz w:val="20"/>
        </w:rPr>
        <w:t>46:51  adl par qaim ho to wo wo sachi spirit par qaim hoga aur namaz ka jo spirit hai wo hai khushu to khud quran khud hadith hi sabit hai ke namaz nahi khatam ho jaye gi dhanche baki rahe ga rooh khatam ho jaye</w:t>
      </w:r>
      <w:r>
        <w:br/>
      </w:r>
      <w:r>
        <w:rPr>
          <w:sz w:val="20"/>
        </w:rPr>
        <w:t>47:10  gi mislan dekhen ek hadith hai ke bad ke zamaney mein ye wahi zamana hai jis mein jis ke bare mein is hadith mein is ka ishara kiya gaya hai is zamaney mein kya hoga masajid mamra wahe kharab min al huda un ki masjidain bhari hui hongi lekin wo hidayat se khali hongi</w:t>
      </w:r>
      <w:r>
        <w:br/>
      </w:r>
      <w:r>
        <w:rPr>
          <w:sz w:val="20"/>
        </w:rPr>
        <w:t>47:39  to</w:t>
      </w:r>
      <w:r>
        <w:br/>
      </w:r>
      <w:r>
        <w:rPr>
          <w:sz w:val="20"/>
        </w:rPr>
        <w:t>47:40  is ka matlab kya hua ke in ka bazahir ek political structure bhi hoga in ke haan hukumat bhi in ke haan hogi lekin adl ke spirit se khali hogi aise bazahir ke masjidon mein khoob namazi bhare hue honge lekin wahan bhi khushu ki spirit maujood nahi hogi ye matlab hai is ka to khulasa ye hai ke is ka matlab ye hai ke islam bait bar form to baki rahe ga lekin bait bar spirit wo khatam ho jaye ga</w:t>
      </w:r>
      <w:r>
        <w:br/>
      </w:r>
      <w:r>
        <w:rPr>
          <w:sz w:val="20"/>
        </w:rPr>
        <w:t>48:09  ek ke baad ek</w:t>
      </w:r>
    </w:p>
    <w:p>
      <w:pPr>
        <w:pStyle w:val="Heading2"/>
      </w:pPr>
      <w:r>
        <w:t>Meaning of hadith about poor people building big houses</w:t>
      </w:r>
    </w:p>
    <w:p>
      <w:r>
        <w:rPr>
          <w:color w:val="666666"/>
          <w:sz w:val="18"/>
        </w:rPr>
        <w:t>Hadith · Age Of Consumerism I January 6, 2013 Maulana Wahiduddin Khan · 2m 27s · at 1:01:40 · https://youtu.be/CuRYFl7JuEM?t=3700</w:t>
      </w:r>
    </w:p>
    <w:p>
      <w:r>
        <w:rPr>
          <w:i/>
        </w:rPr>
        <w:t>“A hadith says that poor people will start building big houses. What does this mean?”</w:t>
      </w:r>
    </w:p>
    <w:p>
      <w:r>
        <w:rPr>
          <w:sz w:val="20"/>
        </w:rPr>
        <w:t>1:01:40  maulana, agla sawal dilli se hai, shah imran hasan sahib ka. unhon nay aap se poocha hai: "hadith mein aya hai ke kam paisay walay baray baray makan bananay lagen gay, is ka kya matlab hai?" hadith mein lafz hai ke "tural urat al huft taawun fi al bunyan"</w:t>
      </w:r>
      <w:r>
        <w:br/>
      </w:r>
      <w:r>
        <w:rPr>
          <w:sz w:val="20"/>
        </w:rPr>
        <w:t>1:02:06  keh aik zamanay aye ga ke jab</w:t>
      </w:r>
      <w:r>
        <w:br/>
      </w:r>
      <w:r>
        <w:rPr>
          <w:sz w:val="20"/>
        </w:rPr>
        <w:t>1:02:12  yani urat o huffaat kehte hain nangay aur yani nangay badan aur nangay paon, bila joote aur bila kapray walay.</w:t>
      </w:r>
      <w:r>
        <w:br/>
      </w:r>
      <w:r>
        <w:rPr>
          <w:sz w:val="20"/>
        </w:rPr>
        <w:t>1:02:21  matlab yeh hai ke ghareeb log baray baray makan banayengay. Yani ghareeb log</w:t>
      </w:r>
      <w:r>
        <w:br/>
      </w:r>
      <w:r>
        <w:rPr>
          <w:sz w:val="20"/>
        </w:rPr>
        <w:t>1:02:28  pehlay zamanay mein dekhiye, kamanay ka koi zariya nahi hua karta tha. Yeh yeh peshangoi hai ke agriculture ka dour khatam hoga, industry ka dour aayega.</w:t>
      </w:r>
      <w:r>
        <w:br/>
      </w:r>
      <w:r>
        <w:rPr>
          <w:sz w:val="20"/>
        </w:rPr>
        <w:t>1:02:46  mojudah zamanay ki jo industry hai, woh kya hai? Woh</w:t>
      </w:r>
      <w:r>
        <w:br/>
      </w:r>
      <w:r>
        <w:rPr>
          <w:sz w:val="20"/>
        </w:rPr>
        <w:t>1:02:50  decentralization of economy hai. Yeh pehlay land based economy hua karti thi, jis ke paas zameen hai, usi ke paas paisa hai, baqi log ghareeb hain.</w:t>
      </w:r>
      <w:r>
        <w:br/>
      </w:r>
      <w:r>
        <w:rPr>
          <w:sz w:val="20"/>
        </w:rPr>
        <w:t>1:03:01  ab jo hai, industry ne kya kiya ke har aadmi kuch na kuch kama sakta hai, har aadmi kuch na kuch. Yeh dekhen, million billion item naye barh gaye, pehlay koi item nahi tha.</w:t>
      </w:r>
      <w:r>
        <w:br/>
      </w:r>
      <w:r>
        <w:rPr>
          <w:sz w:val="20"/>
        </w:rPr>
        <w:t>1:03:10  pehlay zamanay mein</w:t>
      </w:r>
      <w:r>
        <w:br/>
      </w:r>
      <w:r>
        <w:rPr>
          <w:sz w:val="20"/>
        </w:rPr>
        <w:t>1:03:16  koi item nahi hua karta tha. Pehlay zamanay mein to yeh yeh industrial growth ka is mein prediction hai ke aik zamanay aayega ke jab industrial growth hoga, nai nai kamai ki sooraten banengi, aur</w:t>
      </w:r>
      <w:r>
        <w:br/>
      </w:r>
      <w:r>
        <w:rPr>
          <w:sz w:val="20"/>
        </w:rPr>
        <w:t>1:03:33  woh log jo mojudah zamanay mein, is zamanay mein, un ke paas koi source nahi hai, to woh wohi source pa lenge.</w:t>
      </w:r>
      <w:r>
        <w:br/>
      </w:r>
      <w:r>
        <w:rPr>
          <w:sz w:val="20"/>
        </w:rPr>
        <w:t>1:03:46  har aadmi kamayega, har aadmi kamayega. Jin ke baap dada</w:t>
      </w:r>
      <w:r>
        <w:br/>
      </w:r>
      <w:r>
        <w:rPr>
          <w:sz w:val="20"/>
        </w:rPr>
        <w:t>1:03:50  nangay bhookay rehtay thay, woh baray baray ghar banayenge. Woh yeh peshangoi hai baad ke zamanay ke baray mein, aur jo aaj waqea ban chuki hai, us zamanay mein yeh cheez waqea ban chuki hai.</w:t>
      </w:r>
    </w:p>
    <w:p>
      <w:pPr>
        <w:pStyle w:val="Heading2"/>
      </w:pPr>
      <w:r>
        <w:t>Meaning of hadith on poor building big houses</w:t>
      </w:r>
    </w:p>
    <w:p>
      <w:r>
        <w:rPr>
          <w:color w:val="666666"/>
          <w:sz w:val="18"/>
        </w:rPr>
        <w:t>Hadith · Age of Consumerism January 6, 2013 · 2m 27s · at 1:00:46 · https://youtu.be/zJRZ1OKUhgA?t=3646</w:t>
      </w:r>
    </w:p>
    <w:p>
      <w:r>
        <w:rPr>
          <w:i/>
        </w:rPr>
        <w:t>“In a hadith it is mentioned that poor people will start building big houses. What does this mean?”</w:t>
      </w:r>
    </w:p>
    <w:p>
      <w:r>
        <w:rPr>
          <w:sz w:val="20"/>
        </w:rPr>
        <w:t>1:00:46  maulana, agla sawal Delhi se hai, Shah Imran Hasan sahib ka. unhon ne aap se poocha hai: "hadith mein aaya hai ke kam paisay walay baray baray makan bananay lagen gay, is ka kya matlab hai?" hadith mein yeh lafz hai ke "ترل اورات الحفات تعول فی البنیان"</w:t>
      </w:r>
      <w:r>
        <w:br/>
      </w:r>
      <w:r>
        <w:rPr>
          <w:sz w:val="20"/>
        </w:rPr>
        <w:t>1:01:12  ke aik zamanay aye ga ke jab</w:t>
      </w:r>
      <w:r>
        <w:br/>
      </w:r>
      <w:r>
        <w:rPr>
          <w:sz w:val="20"/>
        </w:rPr>
        <w:t>1:01:18  yani aurat o huffaat kehtay hain nangay aur yani nangay badan aur nangay paon, bla joote aur bla kapray walay.</w:t>
      </w:r>
      <w:r>
        <w:br/>
      </w:r>
      <w:r>
        <w:rPr>
          <w:sz w:val="20"/>
        </w:rPr>
        <w:t>1:01:27  matlab yeh hai ke ghareeb log baray baray makan banayen gay. yani ghareeb log puray zamanay mein dekhiye, kamanay ka koi zariya nahin hua karta tha.</w:t>
      </w:r>
      <w:r>
        <w:br/>
      </w:r>
      <w:r>
        <w:rPr>
          <w:sz w:val="20"/>
        </w:rPr>
        <w:t>1:01:42  yeh yeh peshangoi hai ke agriculture ka daur khatam hoga, industry ka daur aye ga. maujooda zamanay ki jo industry hai, woh kya hai?</w:t>
      </w:r>
      <w:r>
        <w:br/>
      </w:r>
      <w:r>
        <w:rPr>
          <w:sz w:val="20"/>
        </w:rPr>
        <w:t>1:01:55  woh decentralization of economy hai. yani pehlay land based economy hua karti thi, jis ke pas zameen hai, usi ke pas paisa hai, baqi log ghareeb hain.</w:t>
      </w:r>
      <w:r>
        <w:br/>
      </w:r>
      <w:r>
        <w:rPr>
          <w:sz w:val="20"/>
        </w:rPr>
        <w:t>1:02:07  ab jo hai, industry ne kya kiya ke har aadmi kuch na kuch kama sakta hai,</w:t>
      </w:r>
      <w:r>
        <w:br/>
      </w:r>
      <w:r>
        <w:rPr>
          <w:sz w:val="20"/>
        </w:rPr>
        <w:t>1:02:12  har aadmi kuch na kuch. yeh dekhen, million billion item naye barh gaye, puray koi item nahin tha. pehlay zamanay mein</w:t>
      </w:r>
      <w:r>
        <w:br/>
      </w:r>
      <w:r>
        <w:rPr>
          <w:sz w:val="20"/>
        </w:rPr>
        <w:t>1:02:22  koi item nahin hua karta tha. pehlay zamanay mein to</w:t>
      </w:r>
      <w:r>
        <w:br/>
      </w:r>
      <w:r>
        <w:rPr>
          <w:sz w:val="20"/>
        </w:rPr>
        <w:t>1:02:26  yeh yeh industrial growth ka is mein prediction hai ke aik zamanay aye ga ke jab industrial growth hoga, nayi nayi kamai ki sooraten banen gi, aur woh log jo maujooda zamanay mein, is zamanay mein, un ke pas koi source nahin hai,</w:t>
      </w:r>
      <w:r>
        <w:br/>
      </w:r>
      <w:r>
        <w:rPr>
          <w:sz w:val="20"/>
        </w:rPr>
        <w:t>1:02:48  to woh wohi source pa len gay. har aadmi kamaye ga, har aadmi kamaye ga.</w:t>
      </w:r>
      <w:r>
        <w:br/>
      </w:r>
      <w:r>
        <w:rPr>
          <w:sz w:val="20"/>
        </w:rPr>
        <w:t>1:02:54  jin ke baap dada nangay bhookay rehtay thay, woh baray baray ghar banayen gay. woh yeh peshangoi hai baad ke zamanay ke baray mein, aur jo aaj waqia ban chuki hai, is zamanay mein yeh cheez waqia ban chuki hai.</w:t>
      </w:r>
    </w:p>
    <w:p>
      <w:pPr>
        <w:pStyle w:val="Heading2"/>
      </w:pPr>
      <w:r>
        <w:t>Meaning of hadith on poor building large houses</w:t>
      </w:r>
    </w:p>
    <w:p>
      <w:r>
        <w:rPr>
          <w:color w:val="666666"/>
          <w:sz w:val="18"/>
        </w:rPr>
        <w:t>Hadith · Question &amp; Answer Jan 6th 2013 - Maulana Wahiduddin Kahn · 2m 27s · at 2:06 · https://youtu.be/1FAK1QuHEpw?t=126</w:t>
      </w:r>
    </w:p>
    <w:p>
      <w:r>
        <w:rPr>
          <w:i/>
        </w:rPr>
        <w:t>“What is the meaning of the hadith that poor people will build large houses? The hadith words are: 'تَرَى الأَرَامِلَ الْحُفَاةَ يَتَعَاوَلُونَ فِي الْبُنْيَانِ'.”</w:t>
      </w:r>
    </w:p>
    <w:p>
      <w:r>
        <w:rPr>
          <w:sz w:val="20"/>
        </w:rPr>
        <w:t>2:06  maulana, agla sawal dilli se hai, shah imran hasan sahib ka. unhon ne aap se poocha hai: hadith mein aya hai ke kam paise walay baray baray makan bananay lagen ge.</w:t>
      </w:r>
      <w:r>
        <w:br/>
      </w:r>
      <w:r>
        <w:rPr>
          <w:sz w:val="20"/>
        </w:rPr>
        <w:t>2:18  is ka kya matlab hai?</w:t>
      </w:r>
      <w:r>
        <w:br/>
      </w:r>
      <w:r>
        <w:rPr>
          <w:sz w:val="20"/>
        </w:rPr>
        <w:t>2:21  hadees mein yeh lafz hai ke: "ترل اورات الحفات یتعولون فی البنیان"۔</w:t>
      </w:r>
      <w:r>
        <w:br/>
      </w:r>
      <w:r>
        <w:rPr>
          <w:sz w:val="20"/>
        </w:rPr>
        <w:t>2:33  ke ek zamana aaye ga ke jab,</w:t>
      </w:r>
      <w:r>
        <w:br/>
      </w:r>
      <w:r>
        <w:rPr>
          <w:sz w:val="20"/>
        </w:rPr>
        <w:t>2:38  yani, اورات الحفات kehte hain nangay aur, yani, nangay badan aur nangay paon, bila joote aur bila kapray walay.</w:t>
      </w:r>
      <w:r>
        <w:br/>
      </w:r>
      <w:r>
        <w:rPr>
          <w:sz w:val="20"/>
        </w:rPr>
        <w:t>2:47  matlab yeh hai ke ghareeb log baray baray makan banayen gay. Yani ghareeb log, pehlay zamanay mein dekhiye, kamanay ka koi zariya nahi hua karta tha.</w:t>
      </w:r>
      <w:r>
        <w:br/>
      </w:r>
      <w:r>
        <w:rPr>
          <w:sz w:val="20"/>
        </w:rPr>
        <w:t>3:02  yeh yeh peshangoi hai ke agriculture ka daur khatam hoga, industry ka daur aaye ga. Mojooda zamanay ki jo industry hai woh kya hai?</w:t>
      </w:r>
      <w:r>
        <w:br/>
      </w:r>
      <w:r>
        <w:rPr>
          <w:sz w:val="20"/>
        </w:rPr>
        <w:t>3:15  woh decentralization of economy hai. Yani pehlay land based economy hua karti thi. Jis ke paas zameen hai usi ke paas paisa hai, baqi log ghareeb hain.</w:t>
      </w:r>
      <w:r>
        <w:br/>
      </w:r>
      <w:r>
        <w:rPr>
          <w:sz w:val="20"/>
        </w:rPr>
        <w:t>3:27  ab jo hai industry ne kya kiya ke har aadmi kuch na kuch kama sakta hai. Har aadmi kuch na kuch. Yeh dekhiye, million billion item naye barh gaye pehlay koi item nahi tha pehlay zamanay mein.</w:t>
      </w:r>
      <w:r>
        <w:br/>
      </w:r>
      <w:r>
        <w:rPr>
          <w:sz w:val="20"/>
        </w:rPr>
        <w:t>3:42  koi item nahi hua karta tha pehlay zamanay mein. To yeh yeh industrial growth ka is mein prediction hai ke ek zamana aaye ga ke jab industrial growth hoga, nayi nayi kamai ki sooraten banen gi aur woh log jo moojooda zamanay mein, is zamanay mein,</w:t>
      </w:r>
      <w:r>
        <w:br/>
      </w:r>
      <w:r>
        <w:rPr>
          <w:sz w:val="20"/>
        </w:rPr>
        <w:t>4:05  un ke paas koi source nahi hai to woh wohi source pa len gay. Har aadmi kamaye ga, har aadmi kamaye ga.</w:t>
      </w:r>
      <w:r>
        <w:br/>
      </w:r>
      <w:r>
        <w:rPr>
          <w:sz w:val="20"/>
        </w:rPr>
        <w:t>4:15  jin ke baap dada nangay bhookay rehtay thay woh baray baray ghar banayen gay. Yeh peshangoi hai baad ke zamanay ke baray mein.</w:t>
      </w:r>
      <w:r>
        <w:br/>
      </w:r>
      <w:r>
        <w:rPr>
          <w:sz w:val="20"/>
        </w:rPr>
        <w:t>4:25  aur jo aaj waqea ban chuki hai. Is zamanay mein yeh cheez waqea ban chuki hai.</w:t>
      </w:r>
    </w:p>
    <w:p>
      <w:pPr>
        <w:pStyle w:val="Heading2"/>
      </w:pPr>
      <w:r>
        <w:t>Meaning of hadith on ummah not uniting on error</w:t>
      </w:r>
    </w:p>
    <w:p>
      <w:r>
        <w:rPr>
          <w:color w:val="666666"/>
          <w:sz w:val="18"/>
        </w:rPr>
        <w:t>Hadith · Islamic Pacifism Q&amp;A 8 May 2011 · 2m 59s · at 10:43 · https://youtu.be/5ZersGDNVcw?t=643</w:t>
      </w:r>
    </w:p>
    <w:p>
      <w:r>
        <w:rPr>
          <w:i/>
        </w:rPr>
        <w:t>“In a hadith it says that my ummah will not unite upon error. What does it mean? Explain.”</w:t>
      </w:r>
    </w:p>
    <w:p>
      <w:r>
        <w:rPr>
          <w:sz w:val="20"/>
        </w:rPr>
        <w:t>10:43  Maulana Fayyaz Umri ne Gulbarga se sawal kiya hai. Unhone likha hai: "Maulana, Hadees mein aata hai ke meri ummat gumrahi par jama nahi ho sakti.</w:t>
      </w:r>
      <w:r>
        <w:br/>
      </w:r>
      <w:r>
        <w:rPr>
          <w:sz w:val="20"/>
        </w:rPr>
        <w:t>10:55  is ka kya matlab hai? Is ke baray mein batayein."</w:t>
      </w:r>
      <w:r>
        <w:br/>
      </w:r>
      <w:r>
        <w:rPr>
          <w:sz w:val="20"/>
        </w:rPr>
        <w:t>10:58  haan, dekhein, aik Hadees hai ke "la tasubbu ummati al-dhar". Is se ulta matlab nikalte hain log. Is ka matlab yeh nikalte hain bilkul galat taur par ke majority jidhar hogi udhar haq hoga.</w:t>
      </w:r>
      <w:r>
        <w:br/>
      </w:r>
      <w:r>
        <w:rPr>
          <w:sz w:val="20"/>
        </w:rPr>
        <w:t>11:13  yeh Hadees mein hai hi nahi.</w:t>
      </w:r>
      <w:r>
        <w:br/>
      </w:r>
      <w:r>
        <w:rPr>
          <w:sz w:val="20"/>
        </w:rPr>
        <w:t>11:16  yeh Hadees mein hai nahi ke jidhar majority udhar haq hoga. Is ka matlab sirf yeh hai ke aisa zamana kabhi nahi aayega ke ummat ke saare afraad hi gumrah ho jayein aur koi aik bhi aadmi sachai par na rahe.</w:t>
      </w:r>
      <w:r>
        <w:br/>
      </w:r>
      <w:r>
        <w:rPr>
          <w:sz w:val="20"/>
        </w:rPr>
        <w:t>11:28  yeh matlab hai is ka. Is mein istithna ka zikr hai. Umoom ka zikr nahi hai.</w:t>
      </w:r>
      <w:r>
        <w:br/>
      </w:r>
      <w:r>
        <w:rPr>
          <w:sz w:val="20"/>
        </w:rPr>
        <w:t>11:38  "la tasubbu ummati al-dhar". Meri ummat mujtama nahi hogi dalalat par. Mujtama nahi hogi. Yani saare ke saare bhatak jayein, yeh nahi hoga kabhi bhi.</w:t>
      </w:r>
      <w:r>
        <w:br/>
      </w:r>
      <w:r>
        <w:rPr>
          <w:sz w:val="20"/>
        </w:rPr>
        <w:t>11:49  bohat hi ajeeb o ghareeb baat hai ke jo jo bhi Arabi janta ho, achhi woh woh</w:t>
      </w:r>
      <w:r>
        <w:br/>
      </w:r>
      <w:r>
        <w:rPr>
          <w:sz w:val="20"/>
        </w:rPr>
        <w:t>11:56  woh is ko kabhi tasleem nahi karega ke is ka matlab yeh hai. Kabhi is ka matlab yeh nahi manega woh. Yani Arabi ya yeh Arabi zaban jab janta hoga, woh is ko bilkul galat batayega is ko.</w:t>
      </w:r>
      <w:r>
        <w:br/>
      </w:r>
      <w:r>
        <w:rPr>
          <w:sz w:val="20"/>
        </w:rPr>
        <w:t>12:13  is Hadees ka matlab sirf yeh hai ke meri ummat ke saare log, aisa kabhi nahi hoga ke sab ke sab bhatak jayein.</w:t>
      </w:r>
      <w:r>
        <w:br/>
      </w:r>
      <w:r>
        <w:rPr>
          <w:sz w:val="20"/>
        </w:rPr>
        <w:t>12:24  hamesha kuch na kuch baqi rahenge.</w:t>
      </w:r>
      <w:r>
        <w:br/>
      </w:r>
      <w:r>
        <w:rPr>
          <w:sz w:val="20"/>
        </w:rPr>
        <w:t>12:30  jo sachai par honge aur jo doosron ko sachai batate rahenge. doosri hadishen bhi is ki tasdeeq karti hain. doosri hadishen is ki tasdeeq karti hain.</w:t>
      </w:r>
      <w:r>
        <w:br/>
      </w:r>
      <w:r>
        <w:rPr>
          <w:sz w:val="20"/>
        </w:rPr>
        <w:t>12:41  to bohat ajeeb o ghareeb hain woh log jo is se yeh matlab nikalte hain. yani majority jo hai sachai ki</w:t>
      </w:r>
      <w:r>
        <w:br/>
      </w:r>
      <w:r>
        <w:rPr>
          <w:sz w:val="20"/>
        </w:rPr>
        <w:t>12:49  kamyab hai. yeh to democracy ka nazariya hai. democracy ka. islam ka nazariya nahi hai. yani kaisi ajeeb baat hai yeh woh log hain jo iqbal ko puchte hain jinhon ne kaha tha ke jamhooriyat ek tarz-e-siyasat hai ke jis mein bando ko gunah karte hain, tola nahi karte.</w:t>
      </w:r>
      <w:r>
        <w:br/>
      </w:r>
      <w:r>
        <w:rPr>
          <w:sz w:val="20"/>
        </w:rPr>
        <w:t>13:08  wohi log yeh yeh matlab nikal rahe hain is se. behrhaal is hadis ka hargiz hargiz yeh matlab nahi hai ke majority jo hai, aksariyat jo hai, woh miyar hai haq ka.</w:t>
      </w:r>
      <w:r>
        <w:br/>
      </w:r>
      <w:r>
        <w:rPr>
          <w:sz w:val="20"/>
        </w:rPr>
        <w:t>13:19  hargiz nahi. is ka matlab sirf yeh hai ke chounke quran maujood hai, chounke quran mehfooz hai, chounke sunnat sunnat-e-rasool mehfooz hai,</w:t>
      </w:r>
      <w:r>
        <w:br/>
      </w:r>
      <w:r>
        <w:rPr>
          <w:sz w:val="20"/>
        </w:rPr>
        <w:t>13:29  is bina par aisa mumkin nahi hai ke sab log ek taraf se bhatak jayen. kuch na kuch ahle ilm, kuch na kuch Allah ke bande jo hain, quran o hadis se sachai daryaft karenge aur woh qaim rahenge sachai par.</w:t>
      </w:r>
      <w:r>
        <w:br/>
      </w:r>
      <w:r>
        <w:rPr>
          <w:sz w:val="20"/>
        </w:rPr>
        <w:t>13:42  yeh matlab hai is</w:t>
      </w:r>
    </w:p>
    <w:p>
      <w:pPr>
        <w:pStyle w:val="Heading2"/>
      </w:pPr>
      <w:r>
        <w:t>Meaning of hadith on unqualified leaders and Judgment Day</w:t>
      </w:r>
    </w:p>
    <w:p>
      <w:r>
        <w:rPr>
          <w:color w:val="666666"/>
          <w:sz w:val="18"/>
        </w:rPr>
        <w:t>Hadith · Sahaba and Muhaddithin 24th June 2012 - Maulana Wahiduddin Khan · 3m 02s · at 1:18:28 · https://youtu.be/tUPo7MI0Bdo?t=4708</w:t>
      </w:r>
    </w:p>
    <w:p>
      <w:r>
        <w:rPr>
          <w:i/>
        </w:rPr>
        <w:t>“Maulana, while mentioning an incident you referred to a hadith: 'When unqualified people are appointed to positions, then wait for the Hour.' What is said in this hadith? I have not fully understood it. The words of the hadith are: 'Idha ussida al-amru ila ghairi ahlihi fa intaziri al-sa'ah.' When matters are placed in the hands of unqualified people...”</w:t>
      </w:r>
    </w:p>
    <w:p>
      <w:r>
        <w:rPr>
          <w:sz w:val="20"/>
        </w:rPr>
        <w:t>1:18:28  Maulana, agla sawal Delhi se hai, Nafees sahib ne likha hai. unhon ne poocha hai ke kisi waqea ka zikr karte hue aap ne ek hadith ka hawala diya tha, jo is tareeqay, is tareeqay, is tareeqay, is tarah thi: "jab nahaal log ohde daar banaye jaane lagein toh qayamat ka intezar karo." is hadith mein kya baat kahi gayi hai?</w:t>
      </w:r>
      <w:r>
        <w:br/>
      </w:r>
      <w:r>
        <w:rPr>
          <w:sz w:val="20"/>
        </w:rPr>
        <w:t>1:18:55  main ise poori tareeqay se samajh nahi paaya hoon. is hadith ke alfaaz hain: "إذا أسست الأمر إلى غير أهله فادض الساعة" ۔</w:t>
      </w:r>
      <w:r>
        <w:br/>
      </w:r>
      <w:r>
        <w:rPr>
          <w:sz w:val="20"/>
        </w:rPr>
        <w:t>1:19:10  jab mamlaat jo hain, nahaalon ke haath mein</w:t>
      </w:r>
      <w:r>
        <w:br/>
      </w:r>
      <w:r>
        <w:rPr>
          <w:sz w:val="20"/>
        </w:rPr>
        <w:t>1:19:17  jane lagein toh intezar karo qayamat ka. toh main samajhta hoon ke yeh jo hadith thi, is ki paishangoee, yeh duaen poori ho chuki hain.</w:t>
      </w:r>
      <w:r>
        <w:br/>
      </w:r>
      <w:r>
        <w:rPr>
          <w:sz w:val="20"/>
        </w:rPr>
        <w:t>1:19:32  aaj jis jagah dekhen, nahaal log baithe hue hain,</w:t>
      </w:r>
      <w:r>
        <w:br/>
      </w:r>
      <w:r>
        <w:rPr>
          <w:sz w:val="20"/>
        </w:rPr>
        <w:t>1:19:36  har seat par ek nahaal aadmi baitha hua hai.</w:t>
      </w:r>
      <w:r>
        <w:br/>
      </w:r>
      <w:r>
        <w:rPr>
          <w:sz w:val="20"/>
        </w:rPr>
        <w:t>1:19:43  is ka sabab kya hai? kyun aisa hua ke nahaal log baith gaye, woh ja ja kar ke? toh is ko aap dhoondiye. lekin yeh toh waqea hai ke is zamane mein jitni seat hai, sab par nahaal log baithe hue hain.</w:t>
      </w:r>
      <w:r>
        <w:br/>
      </w:r>
      <w:r>
        <w:rPr>
          <w:sz w:val="20"/>
        </w:rPr>
        <w:t>1:19:58  jahan tak main jaanta hoon, woh yeh hai ke nahaal log baatein khoob bolte hain, nahaal aadmi munafiq, munafiqat khoob dikhata hai, khoob achhi achhi baatein karega.</w:t>
      </w:r>
      <w:r>
        <w:br/>
      </w:r>
      <w:r>
        <w:rPr>
          <w:sz w:val="20"/>
        </w:rPr>
        <w:t>1:20:13  toh log samjhen ke yeh bohat mozu hai is ohde ke liye. aur jo aadmi sachcha hoga, Allah se darta hoga, badh badh kar baatein nahi bolega.</w:t>
      </w:r>
      <w:r>
        <w:br/>
      </w:r>
      <w:r>
        <w:rPr>
          <w:sz w:val="20"/>
        </w:rPr>
        <w:t>1:20:25  woh language, woh language of understatement sawal karega. kyunke ek hai language of overstatement, ek hai language of understatement.</w:t>
      </w:r>
      <w:r>
        <w:br/>
      </w:r>
      <w:r>
        <w:rPr>
          <w:sz w:val="20"/>
        </w:rPr>
        <w:t>1:20:37  toh munafiq jo hota hai, woh language of overstatement bolta hai.</w:t>
      </w:r>
      <w:r>
        <w:br/>
      </w:r>
      <w:r>
        <w:rPr>
          <w:sz w:val="20"/>
        </w:rPr>
        <w:t>1:20:42  aur jo sachcha aadmi hoga, woh language of understatement bolega. toh log tajziya kar nahi paate. toh is ki baaton ke dhoke mein aa jaate hain, kehte hain ke yeh hai, is ko seat par bithao.</w:t>
      </w:r>
      <w:r>
        <w:br/>
      </w:r>
      <w:r>
        <w:rPr>
          <w:sz w:val="20"/>
        </w:rPr>
        <w:t>1:20:57  yeh daur toh poora isi ka hai.</w:t>
      </w:r>
      <w:r>
        <w:br/>
      </w:r>
      <w:r>
        <w:rPr>
          <w:sz w:val="20"/>
        </w:rPr>
        <w:t>1:20:59  hadith mein aata hai ke "tarf al aman" . ek zamana aaye ga jab honesty uth jayegi. honesty uthne ka matlab kya hai?</w:t>
      </w:r>
      <w:r>
        <w:br/>
      </w:r>
      <w:r>
        <w:rPr>
          <w:sz w:val="20"/>
        </w:rPr>
        <w:t>1:21:10  munafiqat ka daur aa jayega. khoob baatein karenge log. wahi to hai aaj kal.</w:t>
      </w:r>
      <w:r>
        <w:br/>
      </w:r>
      <w:r>
        <w:rPr>
          <w:sz w:val="20"/>
        </w:rPr>
        <w:t>1:21:18  har aadmi baaton ka badshah bana hua hai. to sachche log jo hain, woh baatein bana nahi paate. to unko seat bhi nahi milti.</w:t>
      </w:r>
    </w:p>
    <w:p>
      <w:pPr>
        <w:pStyle w:val="Heading2"/>
      </w:pPr>
      <w:r>
        <w:t>Meaning of hadith: Poetry is from Iblis</w:t>
      </w:r>
    </w:p>
    <w:p>
      <w:r>
        <w:rPr>
          <w:color w:val="666666"/>
          <w:sz w:val="18"/>
        </w:rPr>
        <w:t>Hadith · Life After Death January 22, 2012 · 2m 12s · at 1:39:23 · https://youtu.be/5hVH1BLKBF4?t=5963</w:t>
      </w:r>
    </w:p>
    <w:p>
      <w:r>
        <w:rPr>
          <w:i/>
        </w:rPr>
        <w:t>“In a hadith it is said that poetry is the work of Iblis: 'الشیرو من مزامیری ابلیس'. What does this mean?”</w:t>
      </w:r>
    </w:p>
    <w:p>
      <w:r>
        <w:rPr>
          <w:sz w:val="20"/>
        </w:rPr>
        <w:t>1:39:23  Mr. Daniyal ka Patna Bihar se sawal hai. Unhon ne likha hai: "Hadees mein aaya hai ke shero shayari Iblees ka kaam hai</w:t>
      </w:r>
      <w:r>
        <w:br/>
      </w:r>
      <w:r>
        <w:rPr>
          <w:sz w:val="20"/>
        </w:rPr>
        <w:t>1:39:33  . Ash-shiru min mazamir Iblees. Iska matlab kya hai?</w:t>
      </w:r>
      <w:r>
        <w:br/>
      </w:r>
      <w:r>
        <w:rPr>
          <w:sz w:val="20"/>
        </w:rPr>
        <w:t>1:39:54  Iska matlab hai ek aadmi romantic ban jaata hai. Kisi bhi shair ko dekh ke woh romantic rehta hai.</w:t>
      </w:r>
      <w:r>
        <w:br/>
      </w:r>
      <w:r>
        <w:rPr>
          <w:sz w:val="20"/>
        </w:rPr>
        <w:t>1:40:01  Hamari family mein ek sahab thay, shair thay woh. Unka shair hai: "Shayari kya hai farogh-e-husn-e-peh'han dekhna khak-dan-e-aab-o-gul mein aalam-e-jaan dekhna." Matlab khayali duniya mein rehte hain, tasawwuri duniya mein rehte hain.</w:t>
      </w:r>
      <w:r>
        <w:br/>
      </w:r>
      <w:r>
        <w:rPr>
          <w:sz w:val="20"/>
        </w:rPr>
        <w:t>1:40:18  Huqaaq se unko matlab nahi hota.</w:t>
      </w:r>
      <w:r>
        <w:br/>
      </w:r>
      <w:r>
        <w:rPr>
          <w:sz w:val="20"/>
        </w:rPr>
        <w:t>1:40:24  Ya kisi bhi shair ko dekhiye. Hamare haan bohat mashhoor tareen shair hain Allama Iqbal ka. Woh romantic insaan, aadmi ko romantic is mein daal diya.</w:t>
      </w:r>
      <w:r>
        <w:br/>
      </w:r>
      <w:r>
        <w:rPr>
          <w:sz w:val="20"/>
        </w:rPr>
        <w:t>1:40:34  Yaani romantic world mein. Misaal ke taur par ke woh. "Din nahi tera nashiman qasr-e-sultani gumbad par.</w:t>
      </w:r>
      <w:r>
        <w:br/>
      </w:r>
      <w:r>
        <w:rPr>
          <w:sz w:val="20"/>
        </w:rPr>
        <w:t>1:40:47  Toh shahi hai basar kar pahadon ke chattan'on mein." Yeh koi koi baat hai yeh? Toh ek romantic Thinking hai bas.</w:t>
      </w:r>
      <w:r>
        <w:br/>
      </w:r>
      <w:r>
        <w:rPr>
          <w:sz w:val="20"/>
        </w:rPr>
        <w:t>1:40:55  to shair, dekhiye Europe mein bohat shairi galat thi. jab science aai to shairi khatam ho gai. isi tarah Arab mein shairi bohat thi.</w:t>
      </w:r>
      <w:r>
        <w:br/>
      </w:r>
      <w:r>
        <w:rPr>
          <w:sz w:val="20"/>
        </w:rPr>
        <w:t>1:41:04  lekin Islamabad mein shairi khatam ho gai. ab to yeh daur-e-zawaal hai jis mein shairi ki baatein karte hain log. yeh zawaal ki alamat hai shairi.</w:t>
      </w:r>
      <w:r>
        <w:br/>
      </w:r>
      <w:r>
        <w:rPr>
          <w:sz w:val="20"/>
        </w:rPr>
        <w:t>1:41:14  ji haan. zinda qaum mein haqeeqat hoti hai, haqaa'iq par un ka zehn chalta hai. yeh romantic ideas par nahin.</w:t>
      </w:r>
      <w:r>
        <w:br/>
      </w:r>
      <w:r>
        <w:rPr>
          <w:sz w:val="20"/>
        </w:rPr>
        <w:t>1:41:25  yeh to main samajhta hoon ke zawaal ki alamat hai. yeh zindagi ki alamat nahin hai, shairi waghera kuch.</w:t>
      </w:r>
    </w:p>
    <w:p>
      <w:pPr>
        <w:pStyle w:val="Heading2"/>
      </w:pPr>
      <w:r>
        <w:t>Meaning of rewards for Quran recitation</w:t>
      </w:r>
    </w:p>
    <w:p>
      <w:r>
        <w:rPr>
          <w:color w:val="666666"/>
          <w:sz w:val="18"/>
        </w:rPr>
        <w:t>Hadith · The Crises Management September 18, 2011 · 2m 22s · at 1:15:10 · https://youtu.be/s3cYFtQZwzw?t=4510</w:t>
      </w:r>
    </w:p>
    <w:p>
      <w:r>
        <w:rPr>
          <w:i/>
        </w:rPr>
        <w:t>“Mawlana, there is a hadith about reciting the Quran that for each letter one gets thirty rewards. Does this hadith mean that we only earn thirty rewards for each letter, or is this a style of speaking, meaning the reward is for the spirit, not the letter?”</w:t>
      </w:r>
    </w:p>
    <w:p>
      <w:r>
        <w:rPr>
          <w:sz w:val="20"/>
        </w:rPr>
        <w:t>1:15:10  maulana abdul basit umri ne doha qatar se sawal kiya hai unhon ne likha hai maulana quran majeed ki tilawat ke baray mein hadith hai ke aik aik harf par tees tees nekiyaan milein gi maulana kya is hadith ka matlab sirf aik aik harf par tees tees nekiyaan kamana hai</w:t>
      </w:r>
      <w:r>
        <w:br/>
      </w:r>
      <w:r>
        <w:rPr>
          <w:sz w:val="20"/>
        </w:rPr>
        <w:t>1:15:37  yeh aik usloob hai kehne ka</w:t>
      </w:r>
      <w:r>
        <w:br/>
      </w:r>
      <w:r>
        <w:rPr>
          <w:sz w:val="20"/>
        </w:rPr>
        <w:t>1:15:41  yani iska matlab nahi ke is harf par neki hai is is spirit par neki hai</w:t>
      </w:r>
      <w:r>
        <w:br/>
      </w:r>
      <w:r>
        <w:rPr>
          <w:sz w:val="20"/>
        </w:rPr>
        <w:t>1:15:47  yani jaise alhamdulillah hai alhamdulillah rabbil alameen is mein kuch harf hain to is par kaha jaye ke</w:t>
      </w:r>
      <w:r>
        <w:br/>
      </w:r>
      <w:r>
        <w:rPr>
          <w:sz w:val="20"/>
        </w:rPr>
        <w:t>1:15:56  itna neki milegi iska matlab nahi ke in harfon ko ada karne par balkeh alhamdulillah rabb</w:t>
      </w:r>
      <w:r>
        <w:br/>
      </w:r>
      <w:r>
        <w:rPr>
          <w:sz w:val="20"/>
        </w:rPr>
        <w:t>1:16:01  alameen ki jo spirit hai is is spirit ke sath apne andar is ko utaren hum aur is is</w:t>
      </w:r>
      <w:r>
        <w:br/>
      </w:r>
      <w:r>
        <w:rPr>
          <w:sz w:val="20"/>
        </w:rPr>
        <w:t>1:16:08  cheez ke sath kar saken woh bhi itni zyada neki hai woh kehne ka ek usloob hai ke</w:t>
      </w:r>
      <w:r>
        <w:br/>
      </w:r>
      <w:r>
        <w:rPr>
          <w:sz w:val="20"/>
        </w:rPr>
        <w:t>1:16:14  aap ne harfon ka ke reference mein woh baat kahi harfon reference ke baghair bhi keh sakte hain</w:t>
      </w:r>
      <w:r>
        <w:br/>
      </w:r>
      <w:r>
        <w:rPr>
          <w:sz w:val="20"/>
        </w:rPr>
        <w:t>1:16:19  jaise aur hadith hain jahan harfon ka reference nahi hai</w:t>
      </w:r>
      <w:r>
        <w:br/>
      </w:r>
      <w:r>
        <w:rPr>
          <w:sz w:val="20"/>
        </w:rPr>
        <w:t>1:16:23  to harfon ke reference mein ek haqeeqat ko bataya gaya hai</w:t>
      </w:r>
      <w:r>
        <w:br/>
      </w:r>
      <w:r>
        <w:rPr>
          <w:sz w:val="20"/>
        </w:rPr>
        <w:t>1:16:26  bas ke das harf par neki hai aik tareeqa kehne ka yeh hai aik aap yeh kahein ke bhai is kalma ko ada karne par neki hai</w:t>
      </w:r>
      <w:r>
        <w:br/>
      </w:r>
      <w:r>
        <w:rPr>
          <w:sz w:val="20"/>
        </w:rPr>
        <w:t>1:16:37  donon ko farq nahi hai reference ka farq hai sirf aik jagah aap ne kalma ka reference diya aik jagah harfon ka reference de diya</w:t>
      </w:r>
      <w:r>
        <w:br/>
      </w:r>
      <w:r>
        <w:rPr>
          <w:sz w:val="20"/>
        </w:rPr>
        <w:t>1:16:48  harf matlab letters</w:t>
      </w:r>
      <w:r>
        <w:br/>
      </w:r>
      <w:r>
        <w:rPr>
          <w:sz w:val="20"/>
        </w:rPr>
        <w:t>1:16:54  maulana abhi abhi aik sawal aya hai poochne wale ka naam hai mister arif jilani unhon ne apni location nahi batayi hai</w:t>
      </w:r>
      <w:r>
        <w:br/>
      </w:r>
      <w:r>
        <w:rPr>
          <w:sz w:val="20"/>
        </w:rPr>
        <w:t>1:17:02  unka sawal yeh hai</w:t>
      </w:r>
      <w:r>
        <w:br/>
      </w:r>
      <w:r>
        <w:rPr>
          <w:sz w:val="20"/>
        </w:rPr>
        <w:t>1:17:04  woh likh rahe hain ke molana tahir ul qadri of pakistan ne haal hi mein ek lecture mein kaha</w:t>
      </w:r>
      <w:r>
        <w:br/>
      </w:r>
      <w:r>
        <w:rPr>
          <w:sz w:val="20"/>
        </w:rPr>
        <w:t>1:17:11  ke sirf dawat hi asal maqsad hai islam ko phailane ka agarche pehle woh kuch aur kehte the</w:t>
      </w:r>
      <w:r>
        <w:br/>
      </w:r>
      <w:r>
        <w:rPr>
          <w:sz w:val="20"/>
        </w:rPr>
        <w:t>1:17:20  is se pata chalta hai ke ab ulama ka mizaj bhi badal raha hai aap ki kya rai</w:t>
      </w:r>
      <w:r>
        <w:br/>
      </w:r>
      <w:r>
        <w:rPr>
          <w:sz w:val="20"/>
        </w:rPr>
        <w:t>1:17:26  hai badal raha hai to acha hai aur is mein rai ki baat kya hai</w:t>
      </w:r>
    </w:p>
    <w:p>
      <w:pPr>
        <w:pStyle w:val="Heading2"/>
      </w:pPr>
      <w:r>
        <w:t>Meaning of worship in youth hadith</w:t>
      </w:r>
    </w:p>
    <w:p>
      <w:r>
        <w:rPr>
          <w:color w:val="666666"/>
          <w:sz w:val="18"/>
        </w:rPr>
        <w:t>Hadith · Concept of Death in Islam 26th Aug 12 SLOW · 2m 24s · at 31:13 · https://youtu.be/8dsos0OBM6M?t=1873</w:t>
      </w:r>
    </w:p>
    <w:p>
      <w:r>
        <w:rPr>
          <w:i/>
        </w:rPr>
        <w:t>“A hadith says that the young person who spent his life in the worship of God will be given a place in the shade of the Throne on the Day of Judgment. What is the meaning of this hadith? Especially, what does it mean to spend one's life in the worship of God?”</w:t>
      </w:r>
    </w:p>
    <w:p>
      <w:r>
        <w:rPr>
          <w:sz w:val="20"/>
        </w:rPr>
        <w:t>31:13  Maulana, agla sawal Delhi se hai Maulana Zakwan Nadvi sahib ka. unhon ne likha hai: "Hadees mein aaya hai ke woh naujawan jis ne Allah ki ibadat mein apni zindagi basar ki, us ko qayamat ke din arsh ke saaye mein jagah mile gi." is hadees ka matlab kya hai? khaas tor par Allah ki ibadat mein zindagi basar karne ka matlab kya hai, is ke bare mein bataein.</w:t>
      </w:r>
      <w:r>
        <w:br/>
      </w:r>
      <w:r>
        <w:rPr>
          <w:sz w:val="20"/>
        </w:rPr>
        <w:t>31:41  is ke alfaaz hain ke is mein aik sab al nasha fi ibadat Allah.</w:t>
      </w:r>
      <w:r>
        <w:br/>
      </w:r>
      <w:r>
        <w:rPr>
          <w:sz w:val="20"/>
        </w:rPr>
        <w:t>31:47  asal mein dekhen, yeh koi mysterious baat nahi hai.</w:t>
      </w:r>
      <w:r>
        <w:br/>
      </w:r>
      <w:r>
        <w:rPr>
          <w:sz w:val="20"/>
        </w:rPr>
        <w:t>31:53  hamari zindagi ka jo life span hai, is mein shuru mein bachpan hai, baad ko barhapa hai, beech</w:t>
      </w:r>
      <w:r>
        <w:br/>
      </w:r>
      <w:r>
        <w:rPr>
          <w:sz w:val="20"/>
        </w:rPr>
        <w:t>32:00  mein youth age hai.</w:t>
      </w:r>
      <w:r>
        <w:br/>
      </w:r>
      <w:r>
        <w:rPr>
          <w:sz w:val="20"/>
        </w:rPr>
        <w:t>32:06  hamara sab se bara asset woh youth age hota hai.</w:t>
      </w:r>
      <w:r>
        <w:br/>
      </w:r>
      <w:r>
        <w:rPr>
          <w:sz w:val="20"/>
        </w:rPr>
        <w:t>32:13  bachpan mein koi bara kaam aap nahi kar sakte, bachay to immature hote hain.</w:t>
      </w:r>
      <w:r>
        <w:br/>
      </w:r>
      <w:r>
        <w:rPr>
          <w:sz w:val="20"/>
        </w:rPr>
        <w:t>32:19  aap jawani mein poori maturity par hote hain, aap ab barhapay mein degeneration ho chuka hota hai.</w:t>
      </w:r>
      <w:r>
        <w:br/>
      </w:r>
      <w:r>
        <w:rPr>
          <w:sz w:val="20"/>
        </w:rPr>
        <w:t>32:26  to yeh jo behtareen umar hai, aap ki jo best part of our age hai, aap ki zindagi</w:t>
      </w:r>
      <w:r>
        <w:br/>
      </w:r>
      <w:r>
        <w:rPr>
          <w:sz w:val="20"/>
        </w:rPr>
        <w:t>32:32  ke jo saal hain, un ka jo sab se acha achay saal hain, is mein agar aap ne</w:t>
      </w:r>
      <w:r>
        <w:br/>
      </w:r>
      <w:r>
        <w:rPr>
          <w:sz w:val="20"/>
        </w:rPr>
        <w:t>32:39  Allah ka kaam kiya to zahir hai ke Allah ka bohat bara darja milega aap ko.</w:t>
      </w:r>
      <w:r>
        <w:br/>
      </w:r>
      <w:r>
        <w:rPr>
          <w:sz w:val="20"/>
        </w:rPr>
        <w:t>32:45  yeh yahi matlab hai is ka.</w:t>
      </w:r>
      <w:r>
        <w:br/>
      </w:r>
      <w:r>
        <w:rPr>
          <w:sz w:val="20"/>
        </w:rPr>
        <w:t>32:51  to jo best part hamari life ka hai, us ko hamein batana chahiye Allah ke kaam mein, Allah</w:t>
      </w:r>
      <w:r>
        <w:br/>
      </w:r>
      <w:r>
        <w:rPr>
          <w:sz w:val="20"/>
        </w:rPr>
        <w:t>32:58  ki marzi pe chalne mein, taake tab ziyada se ziyada reward wahan mile hamein.</w:t>
      </w:r>
      <w:r>
        <w:br/>
      </w:r>
      <w:r>
        <w:rPr>
          <w:sz w:val="20"/>
        </w:rPr>
        <w:t>33:04  kyun ke na to bachpan mein aap koi bara kaam kar sakte, na barhapay mein kar sakte.</w:t>
      </w:r>
      <w:r>
        <w:br/>
      </w:r>
      <w:r>
        <w:rPr>
          <w:sz w:val="20"/>
        </w:rPr>
        <w:t>33:11  wahi to hai asal kaam karne ka zamana, bara kaam karne ka zamana.</w:t>
      </w:r>
      <w:r>
        <w:br/>
      </w:r>
      <w:r>
        <w:rPr>
          <w:sz w:val="20"/>
        </w:rPr>
        <w:t>33:17  to is hadith ka matlab hai ke yeh jo Allah ne tum ko diya hai, zamana jawani wala,</w:t>
      </w:r>
      <w:r>
        <w:br/>
      </w:r>
      <w:r>
        <w:rPr>
          <w:sz w:val="20"/>
        </w:rPr>
        <w:t>33:24  is mein ziyada se ziyada is ko istemal karo Allah ke Allah ke kaam mein, taake wahan ziyada</w:t>
      </w:r>
      <w:r>
        <w:br/>
      </w:r>
      <w:r>
        <w:rPr>
          <w:sz w:val="20"/>
        </w:rPr>
        <w:t>33:30  se ziyada reward pao.</w:t>
      </w:r>
      <w:r>
        <w:br/>
      </w:r>
      <w:r>
        <w:rPr>
          <w:sz w:val="20"/>
        </w:rPr>
        <w:t>33:37  Maulana, agla sawal Maulana Israr Umri sahib ka hai Tamil Nadu se. unhon ne likha hai: "Moulana, the news item with respect to Neil Armstrong's death said in one of the papers that he lived in the Cincinnati area with his wife Carol. We are heartbroken to share the news that Neil Armstrong has passed away.</w:t>
      </w:r>
    </w:p>
    <w:p>
      <w:pPr>
        <w:pStyle w:val="Heading2"/>
      </w:pPr>
      <w:r>
        <w:t>Preparing for Old Age in Youth</w:t>
      </w:r>
    </w:p>
    <w:p>
      <w:r>
        <w:rPr>
          <w:color w:val="666666"/>
          <w:sz w:val="18"/>
        </w:rPr>
        <w:t>Hadith · Importance of Creative Thinking December 11, 2011 · 2m 43s · at 1:40:59 · https://youtu.be/jfML9Arb0S4?t=6059</w:t>
      </w:r>
    </w:p>
    <w:p>
      <w:r>
        <w:rPr>
          <w:i/>
        </w:rPr>
        <w:t>“There is a Hadith: 'Let the one among you who is youthful prepare for his old age.' Please explain the meaning of this Hadith.”</w:t>
      </w:r>
    </w:p>
    <w:p>
      <w:r>
        <w:rPr>
          <w:sz w:val="20"/>
        </w:rPr>
        <w:t>1:40:59  ah Maulana, agla sawal aya hai Mr Mumtaz Alam ka Delhi se. unhon ne likha hai: "Hadith mein aya hai ke falyazawwad abdun min shababih li kibratih." is hadith ka matlab wazeh farmayen.</w:t>
      </w:r>
      <w:r>
        <w:br/>
      </w:r>
      <w:r>
        <w:rPr>
          <w:sz w:val="20"/>
        </w:rPr>
        <w:t>1:41:17  yani apni jawani se apni barhape ke liye ah zakhira karna. is ka matlab yeh hai to jab aadmi jawani ki umar mein hota hai to us ke andar zyada energy hoti hai,</w:t>
      </w:r>
      <w:r>
        <w:br/>
      </w:r>
      <w:r>
        <w:rPr>
          <w:sz w:val="20"/>
        </w:rPr>
        <w:t>1:41:33  zyada us ke andar taqat hoti hai. to aadmi ko chahiye ke jawani ki umar ko avail karen.</w:t>
      </w:r>
      <w:r>
        <w:br/>
      </w:r>
      <w:r>
        <w:rPr>
          <w:sz w:val="20"/>
        </w:rPr>
        <w:t>1:41:39  jawani ki umar ek opportunity hai, ek mauqa hai. is ko avail karo kyunke barhape mein to tumhari taqat nahi rahe gi. baqi kya karo ge?</w:t>
      </w:r>
      <w:r>
        <w:br/>
      </w:r>
      <w:r>
        <w:rPr>
          <w:sz w:val="20"/>
        </w:rPr>
        <w:t>1:41:49  yeh matlab is ka hai ke Allah taala jawani ki umar deta hai insan ko to bohat energy hoti hai is jawani mein. jaise main jawani ke umar mein kaha karta tha ke main kankar ke upar bhi sound sleep le sakta hoon.</w:t>
      </w:r>
      <w:r>
        <w:br/>
      </w:r>
      <w:r>
        <w:rPr>
          <w:sz w:val="20"/>
        </w:rPr>
        <w:t>1:42:07  yani kankar ho, wahan koi bhi bistar na ho, is mein mujhe lita dijiye. aap na takiya ho, na kuch ho to main sound sleep le sakta hoon. wahan aaj main aisa nahi kar sakta.</w:t>
      </w:r>
      <w:r>
        <w:br/>
      </w:r>
      <w:r>
        <w:rPr>
          <w:sz w:val="20"/>
        </w:rPr>
        <w:t>1:42:18  to yeh bilkul nature ka mamla hai ke jawani ke umar mein aap ke andar bohat energy hoti hai. to is ko aap fazool zaya na karen.</w:t>
      </w:r>
      <w:r>
        <w:br/>
      </w:r>
      <w:r>
        <w:rPr>
          <w:sz w:val="20"/>
        </w:rPr>
        <w:t>1:42:29  yani is energy ko zaya na karen tafreeh mein, yani aise kamon mein jis ka taluq aap ki akhirat se na ho, jis jis ka taluq aap ke yani eternal life se na ho.</w:t>
      </w:r>
      <w:r>
        <w:br/>
      </w:r>
      <w:r>
        <w:rPr>
          <w:sz w:val="20"/>
        </w:rPr>
        <w:t>1:42:42  yeh matlab hai is ka. Okay, we will end the session here. Thank you.</w:t>
      </w:r>
    </w:p>
    <w:p>
      <w:pPr>
        <w:pStyle w:val="Heading2"/>
      </w:pPr>
      <w:r>
        <w:t>Principle to distinguish authentic hadith textually</w:t>
      </w:r>
    </w:p>
    <w:p>
      <w:r>
        <w:rPr>
          <w:color w:val="666666"/>
          <w:sz w:val="18"/>
        </w:rPr>
        <w:t>Hadith · Quran A Miracle June 01, 2014 · 2m 28s · at 1:08:36 · https://youtu.be/8KM3lDsj4PY?t=4116</w:t>
      </w:r>
    </w:p>
    <w:p>
      <w:r>
        <w:rPr>
          <w:i/>
        </w:rPr>
        <w:t>“Maulana, in hadith there are strange things mentioned about the Prophet that upon hearing seem impossible to be his words. If we do not accept such hadith, scholars consider us deniers of hadith. Please give a principle by which we can understand what a correct hadith is. Scholars only know the authenticity through the chain. How can we know the authenticity of the text? Please explain.”</w:t>
      </w:r>
    </w:p>
    <w:p>
      <w:r>
        <w:rPr>
          <w:sz w:val="20"/>
        </w:rPr>
        <w:t>1:08:36  molana agla sawal bangalore se hai. faseehullah sahib ne kiya hai. unhon ne likha hai ke molana hadith mein rasool allah ke hawale se aisi ajeeb baatein aayi hain jise sunte hi lagta hai ke rasool allah ka kalam nahin ho sakta.</w:t>
      </w:r>
      <w:r>
        <w:br/>
      </w:r>
      <w:r>
        <w:rPr>
          <w:sz w:val="20"/>
        </w:rPr>
        <w:t>1:08:55  agar hum is tarah ki hadith ko nahin mante hain to ulama hum ko munkireen hadith samajh lete hain. molana ek usool batayein ke hum samajh sakein ke sahi hadith kya hai.</w:t>
      </w:r>
      <w:r>
        <w:br/>
      </w:r>
      <w:r>
        <w:rPr>
          <w:sz w:val="20"/>
        </w:rPr>
        <w:t>1:09:10  ulama sirf sanad ki hadith ki sehat ko jante hain. hum text ki sehat ko kaise janein? is ke baray mein batayein.</w:t>
      </w:r>
      <w:r>
        <w:br/>
      </w:r>
      <w:r>
        <w:rPr>
          <w:sz w:val="20"/>
        </w:rPr>
        <w:t>1:09:20  nahin aap ne sahi ulama ki sahi numaindagi nahin ki hai. yeh mere nazdeek durust nahin hai yeh baat. aur hadith ki ahmiyat bilashuba bohat hi zyada hai deen mein.</w:t>
      </w:r>
      <w:r>
        <w:br/>
      </w:r>
      <w:r>
        <w:rPr>
          <w:sz w:val="20"/>
        </w:rPr>
        <w:t>1:09:36  hadith ke baghair deen deen hi nahin hoga. to is silsile mein mein sirf yeh keh sakta hoon ke aap hamara jo parcha hai december ka jo hadisi par tha wo is ko aap parhiye.</w:t>
      </w:r>
      <w:r>
        <w:br/>
      </w:r>
      <w:r>
        <w:rPr>
          <w:sz w:val="20"/>
        </w:rPr>
        <w:t>1:09:51  december do hazar terah ka jo hamara mahana hamara risala hai wo sara ka sara hadith par hai. ab hadisi par ek aur hum ne shumarah tayyar kiya hai.</w:t>
      </w:r>
      <w:r>
        <w:br/>
      </w:r>
      <w:r>
        <w:rPr>
          <w:sz w:val="20"/>
        </w:rPr>
        <w:t>1:10:01  woh bhi ek poora ek shumarah hai woh bhi chhapega ek do mahine mein. is ko bhi parhiye aap. aap ne jo ulama ke bare mein kaha hai woh sahi mein nahin samajhta is ko.</w:t>
      </w:r>
      <w:r>
        <w:br/>
      </w:r>
      <w:r>
        <w:rPr>
          <w:sz w:val="20"/>
        </w:rPr>
        <w:t>1:10:13  yeh galat fehmi ki baat hai. phir bhi is masle ki wazahat ke liye aap hamare yeh dono shumaray aur risale ko parhiye. molana yeh comment aaya hai doctor farida khanoom ka dilli se aur woh chahti hain ke aap is pe kahein apni baat.</w:t>
      </w:r>
      <w:r>
        <w:br/>
      </w:r>
      <w:r>
        <w:rPr>
          <w:sz w:val="20"/>
        </w:rPr>
        <w:t>1:10:29  un ka comment is tarike se hai ke muslims of today are not following sahaba model. sahaba dead not commit aggression.</w:t>
      </w:r>
      <w:r>
        <w:br/>
      </w:r>
      <w:r>
        <w:rPr>
          <w:sz w:val="20"/>
        </w:rPr>
        <w:t>1:10:39  they dead fight in self defence. sahaba dead not fight for worldly interest like position of some land etsetra.</w:t>
      </w:r>
      <w:r>
        <w:br/>
      </w:r>
      <w:r>
        <w:rPr>
          <w:sz w:val="20"/>
        </w:rPr>
        <w:t>1:10:49  they were engaged in dawah work peacefully.</w:t>
      </w:r>
      <w:r>
        <w:br/>
      </w:r>
      <w:r>
        <w:rPr>
          <w:sz w:val="20"/>
        </w:rPr>
        <w:t>1:10:54  only at times they had to do battle in self defence under the command of their ruler. they never indulged in guerrilla war.</w:t>
      </w:r>
    </w:p>
    <w:p>
      <w:pPr>
        <w:pStyle w:val="Heading2"/>
      </w:pPr>
      <w:r>
        <w:t>Query about a hadith in Bukhari</w:t>
      </w:r>
    </w:p>
    <w:p>
      <w:r>
        <w:rPr>
          <w:color w:val="666666"/>
          <w:sz w:val="18"/>
        </w:rPr>
        <w:t>Hadith · Importance of Ijtihad December 21,2014 · 2m 47s · at 55:07 · https://youtu.be/6AgisKQ8V7s?t=3307</w:t>
      </w:r>
    </w:p>
    <w:p>
      <w:r>
        <w:rPr>
          <w:i/>
        </w:rPr>
        <w:t>“I have a query regarding a hadith in Bukhari. The hadith is as follows: Ibn Mas'ud said, 'The messenger of Allah whose truthfulness is confirmed said, 'The...'”</w:t>
      </w:r>
    </w:p>
    <w:p>
      <w:r>
        <w:rPr>
          <w:sz w:val="20"/>
        </w:rPr>
        <w:t>55:07  Maulana, agla sawal bheja hai Imran Khalid sahab ne, unhon ne location nahi likhi apni.</w:t>
      </w:r>
      <w:r>
        <w:br/>
      </w:r>
      <w:r>
        <w:rPr>
          <w:sz w:val="20"/>
        </w:rPr>
        <w:t>55:13  مولانا، ان کا سوال اس طرح ہے: مولانا، I have a query regarding a hadith in Bukhari.</w:t>
      </w:r>
      <w:r>
        <w:br/>
      </w:r>
      <w:r>
        <w:rPr>
          <w:sz w:val="20"/>
        </w:rPr>
        <w:t>55:19  The hadith is as follows: Ibn Masud said, "The messenger of Allah whose truthfulness is confirmed said, 'The</w:t>
      </w:r>
      <w:r>
        <w:br/>
      </w:r>
      <w:r>
        <w:rPr>
          <w:sz w:val="20"/>
        </w:rPr>
        <w:t>55:25  way that each of you is created is that he is gathered in his mother's womb for forty</w:t>
      </w:r>
      <w:r>
        <w:br/>
      </w:r>
      <w:r>
        <w:rPr>
          <w:sz w:val="20"/>
        </w:rPr>
        <w:t>55:30  days as a sperm drop and then for a similar length of time as a blood clot and</w:t>
      </w:r>
      <w:r>
        <w:br/>
      </w:r>
      <w:r>
        <w:rPr>
          <w:sz w:val="20"/>
        </w:rPr>
        <w:t>55:36  then for a similar length of time as a lump of flesh.</w:t>
      </w:r>
      <w:r>
        <w:br/>
      </w:r>
      <w:r>
        <w:rPr>
          <w:sz w:val="20"/>
        </w:rPr>
        <w:t>55:42  Then an angel is sent and he breathes the spirit into the fetus and is charged with four</w:t>
      </w:r>
      <w:r>
        <w:br/>
      </w:r>
      <w:r>
        <w:rPr>
          <w:sz w:val="20"/>
        </w:rPr>
        <w:t>55:48  commands: to write down his provision, his lifespan, his actions, and whether he will be wretched or happy.</w:t>
      </w:r>
      <w:r>
        <w:br/>
      </w:r>
      <w:r>
        <w:rPr>
          <w:sz w:val="20"/>
        </w:rPr>
        <w:t>55:54  By the one besides whom there is no other God, one of you may do the deeds of</w:t>
      </w:r>
      <w:r>
        <w:br/>
      </w:r>
      <w:r>
        <w:rPr>
          <w:sz w:val="20"/>
        </w:rPr>
        <w:t>56:00  the people of Paradise until he is just a qubit away from entering it.</w:t>
      </w:r>
      <w:r>
        <w:br/>
      </w:r>
      <w:r>
        <w:rPr>
          <w:sz w:val="20"/>
        </w:rPr>
        <w:t>56:06  Then his fate will overtake him and he will begin to do the deeds of the people of Hell. So he will enter Hell and one of you may do the deeds of the people of Hell until he is just a qubit away from entering it.</w:t>
      </w:r>
      <w:r>
        <w:br/>
      </w:r>
      <w:r>
        <w:rPr>
          <w:sz w:val="20"/>
        </w:rPr>
        <w:t>56:23  Then his fate will overtake him and he will begin to do the deeds of the people of Paradise.</w:t>
      </w:r>
      <w:r>
        <w:br/>
      </w:r>
      <w:r>
        <w:rPr>
          <w:sz w:val="20"/>
        </w:rPr>
        <w:t>56:28  So he will enter Paradise.</w:t>
      </w:r>
      <w:r>
        <w:br/>
      </w:r>
      <w:r>
        <w:rPr>
          <w:sz w:val="20"/>
        </w:rPr>
        <w:t>56:33  Maulana Sahab, my question is that according to this Hadith, if it is written in my fate that</w:t>
      </w:r>
      <w:r>
        <w:br/>
      </w:r>
      <w:r>
        <w:rPr>
          <w:sz w:val="20"/>
        </w:rPr>
        <w:t>56:39  I am from the people of Hell, then no matter how many good deeds I do, I would</w:t>
      </w:r>
      <w:r>
        <w:br/>
      </w:r>
      <w:r>
        <w:rPr>
          <w:sz w:val="20"/>
        </w:rPr>
        <w:t>56:44  eventually end up in Hell and vice versa.</w:t>
      </w:r>
      <w:r>
        <w:br/>
      </w:r>
      <w:r>
        <w:rPr>
          <w:sz w:val="20"/>
        </w:rPr>
        <w:t>56:50  Maulana, please explain this hadith.</w:t>
      </w:r>
      <w:r>
        <w:br/>
      </w:r>
      <w:r>
        <w:rPr>
          <w:sz w:val="20"/>
        </w:rPr>
        <w:t>56:55  Musalmanon ki ajeeb o ghareeb mizaj hai ke bohat tedious qism ki baatein le kar ke is ko</w:t>
      </w:r>
      <w:r>
        <w:br/>
      </w:r>
      <w:r>
        <w:rPr>
          <w:sz w:val="20"/>
        </w:rPr>
        <w:t>57:01  sawal bana dete hain.</w:t>
      </w:r>
      <w:r>
        <w:br/>
      </w:r>
      <w:r>
        <w:rPr>
          <w:sz w:val="20"/>
        </w:rPr>
        <w:t>57:06  Main kehta hoon ke jo khuli khuli hidayatein Quran mein hain ke logon ko dawat do, sab log</w:t>
      </w:r>
      <w:r>
        <w:br/>
      </w:r>
      <w:r>
        <w:rPr>
          <w:sz w:val="20"/>
        </w:rPr>
        <w:t>57:11  insan hain, is ko kyun nahi karte? Aap is ke peeche kyun pade hue hain? Yeh dekhiye, Islam</w:t>
      </w:r>
      <w:r>
        <w:br/>
      </w:r>
      <w:r>
        <w:rPr>
          <w:sz w:val="20"/>
        </w:rPr>
        <w:t>57:17  mein mana kiya gaya hai ke aap is tarah ke question ke peeche paden.</w:t>
      </w:r>
      <w:r>
        <w:br/>
      </w:r>
      <w:r>
        <w:rPr>
          <w:sz w:val="20"/>
        </w:rPr>
        <w:t>57:22  Na un ka to main un se kahunga ke aap chhoden in sawalat ko, aap dua work kijiye.</w:t>
      </w:r>
      <w:r>
        <w:br/>
      </w:r>
      <w:r>
        <w:rPr>
          <w:sz w:val="20"/>
        </w:rPr>
        <w:t>57:28  Har jagah aise log hain jo sachai par nahi qaim hain, unhein bekhabar hain sachai se.</w:t>
      </w:r>
      <w:r>
        <w:br/>
      </w:r>
      <w:r>
        <w:rPr>
          <w:sz w:val="20"/>
        </w:rPr>
        <w:t>57:33  in ko sachai ka paigham dijiye.</w:t>
      </w:r>
      <w:r>
        <w:br/>
      </w:r>
      <w:r>
        <w:rPr>
          <w:sz w:val="20"/>
        </w:rPr>
        <w:t>57:39  is se koi, is se is ke bare mein kyun aap itni zyada pareshani hai? main is tarah</w:t>
      </w:r>
      <w:r>
        <w:br/>
      </w:r>
      <w:r>
        <w:rPr>
          <w:sz w:val="20"/>
        </w:rPr>
        <w:t>57:44  ke sawal karne ko samajhta hoon ke islamic, nahin nahin, islami zehn ka phenomena nahin hai, yeh confusion</w:t>
      </w:r>
      <w:r>
        <w:br/>
      </w:r>
      <w:r>
        <w:rPr>
          <w:sz w:val="20"/>
        </w:rPr>
        <w:t>57:50  ka phenomena hai.</w:t>
      </w:r>
    </w:p>
    <w:p>
      <w:pPr>
        <w:pStyle w:val="Heading2"/>
      </w:pPr>
      <w:r>
        <w:t>Reconciling hadith on apostasy punishment</w:t>
      </w:r>
    </w:p>
    <w:p>
      <w:r>
        <w:rPr>
          <w:color w:val="666666"/>
          <w:sz w:val="18"/>
        </w:rPr>
        <w:t>Hadith · Freedom of Thought in Islam 23 October, 2011 · 4m 01s · at 1:13:28 · https://youtu.be/aGbxRNNOKzo?t=4408</w:t>
      </w:r>
    </w:p>
    <w:p>
      <w:r>
        <w:rPr>
          <w:i/>
        </w:rPr>
        <w:t>“In Sahih Bukhari, chapter 9, hadith numbers 84 and 57, it is mentioned: 'Whoever changes his religion, kill him.' Yet there is another hadith number 83 where it is mentioned: 'The blood of a Muslim who confesses that none has the right to be worshipped but God and that I am His messenger cannot be shed except in three cases...' How can these two hadiths be reconciled?”</w:t>
      </w:r>
    </w:p>
    <w:p>
      <w:r>
        <w:rPr>
          <w:sz w:val="20"/>
        </w:rPr>
        <w:t>1:13:28  to is se bachiye ke aap ka case double standard case ban jaye. Double thinking ka case ban jaye. is se bachiye. Maulana, agla sawal kya hai Miss Saadia ne Dil se.</w:t>
      </w:r>
      <w:r>
        <w:br/>
      </w:r>
      <w:r>
        <w:rPr>
          <w:sz w:val="20"/>
        </w:rPr>
        <w:t>1:13:42  unhon ne likha hai ke in sahih al bukhari chapter number nine hadith number eighty four and fifty seven it is mentioned whoever changes his religion kill him</w:t>
      </w:r>
      <w:r>
        <w:br/>
      </w:r>
      <w:r>
        <w:rPr>
          <w:sz w:val="20"/>
        </w:rPr>
        <w:t>1:13:56  yet there is another hadith number eighty three where it is mentioned the blood of a muslim who confesses that none has theright to be worshipped but god and that i am his messenger cannot be shed except in three cases,</w:t>
      </w:r>
      <w:r>
        <w:br/>
      </w:r>
      <w:r>
        <w:rPr>
          <w:sz w:val="20"/>
        </w:rPr>
        <w:t>1:14:14  one of which is when he leaves the muslims. kindly throw light on this following two often quoted hadith regarding apostasy.</w:t>
      </w:r>
      <w:r>
        <w:br/>
      </w:r>
      <w:r>
        <w:rPr>
          <w:sz w:val="20"/>
        </w:rPr>
        <w:t>1:14:25  dekhiye, hadith hai, khabar wahid ke taur par hai woh. mun badala dinnah faqtuluni main ne is par kitab likhi hai.</w:t>
      </w:r>
      <w:r>
        <w:br/>
      </w:r>
      <w:r>
        <w:rPr>
          <w:sz w:val="20"/>
        </w:rPr>
        <w:t>1:14:34  woh maqala likha hai, thirty pages ka. meri kitab hikmat e islam. main ne is mein likha hai ke haan, lafz deen jo hai, mazhab ke mani mein nahin hai.</w:t>
      </w:r>
      <w:r>
        <w:br/>
      </w:r>
      <w:r>
        <w:rPr>
          <w:sz w:val="20"/>
        </w:rPr>
        <w:t>1:14:45  lekin is zamane mein, jo aaj kal jo term bolte hain hum, is tarah se is tarah terminology nahin bani thi. is tarah se nahin bani thi.</w:t>
      </w:r>
      <w:r>
        <w:br/>
      </w:r>
      <w:r>
        <w:rPr>
          <w:sz w:val="20"/>
        </w:rPr>
        <w:t>1:14:55  misalan dekhiye, aaj hum bolte hain, woh yaani baghavat ka lafz bolte hain. state se baghavat. is zamane mein state se baghavat ka lafz nahin hua karta tha.</w:t>
      </w:r>
      <w:r>
        <w:br/>
      </w:r>
      <w:r>
        <w:rPr>
          <w:sz w:val="20"/>
        </w:rPr>
        <w:t>1:15:07  to yahi deen hi ka lafz bola jata tha. to yahan jo lafz deen hai, woh state se baghavat ke ma</w:t>
      </w:r>
      <w:r>
        <w:br/>
      </w:r>
      <w:r>
        <w:rPr>
          <w:sz w:val="20"/>
        </w:rPr>
        <w:t>1:15:13  ni mein hai. woh mazhab badalne ke mani mein nahin hai. woh ek poori kahani hai is ki. woh aisa nahin hai ke sirf ek hadith ho. ek poora waqea hai is ka.</w:t>
      </w:r>
      <w:r>
        <w:br/>
      </w:r>
      <w:r>
        <w:rPr>
          <w:sz w:val="20"/>
        </w:rPr>
        <w:t>1:15:21  is poore waqeye ki taraf bhi dekhiye aap. to jo yeh jo log is ko lete hain, woh yeh samajhte nahin is cheez ko ke woh mazhab ke mani mein nahin hai.</w:t>
      </w:r>
      <w:r>
        <w:br/>
      </w:r>
      <w:r>
        <w:rPr>
          <w:sz w:val="20"/>
        </w:rPr>
        <w:t>1:15:32  woh state se wafadari badalne ke mani mein hai. yaani dushman, woh woh jang ke waqt ka mamla hai.</w:t>
      </w:r>
      <w:r>
        <w:br/>
      </w:r>
      <w:r>
        <w:rPr>
          <w:sz w:val="20"/>
        </w:rPr>
        <w:t>1:15:40  dekhiye, jang ke waqt agar koi shakhs wafadari ko badle aur dushman se mil jaye to aaj bhi yeh mana jata hai ke woh qabil e gardan nahin hai. mazhab badalne par agar marne ko ho to quran mein saaf saaf kyun nahin hukum aaya?</w:t>
      </w:r>
      <w:r>
        <w:br/>
      </w:r>
      <w:r>
        <w:rPr>
          <w:sz w:val="20"/>
        </w:rPr>
        <w:t>1:15:56  yeh bhi yaad rakhiye ke quran jo hai, capital punishment ke mani mein sirf quran se sabit hona chahiye.</w:t>
      </w:r>
      <w:r>
        <w:br/>
      </w:r>
      <w:r>
        <w:rPr>
          <w:sz w:val="20"/>
        </w:rPr>
        <w:t>1:16:05  ab capital punishment ka usool jo hai, hadith se nahin nikal sakte aap. yaani itni badi baat jo hai, yaani saare jo quran majeed mein jitne basic teachings hain, woh sab quran mein hain.</w:t>
      </w:r>
      <w:r>
        <w:br/>
      </w:r>
      <w:r>
        <w:rPr>
          <w:sz w:val="20"/>
        </w:rPr>
        <w:t>1:16:17  koi basic teaching aisi nahin jo quran mein na ho. hadith mein detail hai. basic teachings hadith quran mein sab maujood hain. to yeh capital punishment ki cheez ka taalluq basic teachings se hai.</w:t>
      </w:r>
      <w:r>
        <w:br/>
      </w:r>
      <w:r>
        <w:rPr>
          <w:sz w:val="20"/>
        </w:rPr>
        <w:t>1:16:29  woh quran mein milna chahiye.</w:t>
      </w:r>
      <w:r>
        <w:br/>
      </w:r>
      <w:r>
        <w:rPr>
          <w:sz w:val="20"/>
        </w:rPr>
        <w:t>1:16:31  to usool yeh hai, dekhiye ke agar quran aur hadith ke darmiyan bazahir koi takrao dikhai de diya de to hadith ki taweel ki jayegi.</w:t>
      </w:r>
      <w:r>
        <w:br/>
      </w:r>
      <w:r>
        <w:rPr>
          <w:sz w:val="20"/>
        </w:rPr>
        <w:t>1:16:41  quran ki taweel nahin ki jayegi. yaani hadith ko quran ke tabe kiya jayega. na ke na ke hadith ko quran ke tabe kiya jaye. ulta nahin kiya jayega.</w:t>
      </w:r>
      <w:r>
        <w:br/>
      </w:r>
      <w:r>
        <w:rPr>
          <w:sz w:val="20"/>
        </w:rPr>
        <w:t>1:16:50  hadith ko quran ke tabe kiya jayega. quran ko hadith ke tabe nahin kiya jayega.</w:t>
      </w:r>
      <w:r>
        <w:br/>
      </w:r>
      <w:r>
        <w:rPr>
          <w:sz w:val="20"/>
        </w:rPr>
        <w:t>1:16:55  isi liye main yeh kehta hoon ke yahan par jo lafz deen hai, woh mazhab ke mani mein nahin. is mein main ne bohat se logon ke naqal kiya hua apne maqale mein, doosre logon ki aara.</w:t>
      </w:r>
      <w:r>
        <w:br/>
      </w:r>
      <w:r>
        <w:rPr>
          <w:sz w:val="20"/>
        </w:rPr>
        <w:t>1:17:09  yaani aasani se main akela keh raha hoon. wahan bohat se main ne naqal kiya, is ko aap padh lijiye. mera maqala jo hai, thirty pages ka. yeh bohat zyada is mein hawale diye hain main ne.</w:t>
      </w:r>
      <w:r>
        <w:br/>
      </w:r>
      <w:r>
        <w:rPr>
          <w:sz w:val="20"/>
        </w:rPr>
        <w:t>1:17:20  to is hadith se mera hadith sabit nahin hota ke koi aadmi agar murtad ho jaye to maar dalo is ko. yeh sabit nahin hota is se.</w:t>
      </w:r>
    </w:p>
    <w:p>
      <w:pPr>
        <w:pStyle w:val="Heading2"/>
      </w:pPr>
      <w:r>
        <w:t>Response to Hadith rejection claim</w:t>
      </w:r>
    </w:p>
    <w:p>
      <w:r>
        <w:rPr>
          <w:color w:val="666666"/>
          <w:sz w:val="18"/>
        </w:rPr>
        <w:t>Hadith · Living In Falsehood I December 15, 2013 · 2m 09s · at 1:09:01 · https://youtu.be/yD-ZtvlrFDw?t=4141</w:t>
      </w:r>
    </w:p>
    <w:p>
      <w:r>
        <w:rPr>
          <w:i/>
        </w:rPr>
        <w:t>“A person says that on the basis of the greatness of the Quran and God, we do not accept Hadith. What is your response?”</w:t>
      </w:r>
    </w:p>
    <w:p>
      <w:r>
        <w:rPr>
          <w:sz w:val="20"/>
        </w:rPr>
        <w:t>1:09:01  maulana, agla sawal bhi chennai se hai, nadeem sahib ne kiya hai, unhon ne likha hai: "maulana, aik</w:t>
      </w:r>
      <w:r>
        <w:br/>
      </w:r>
      <w:r>
        <w:rPr>
          <w:sz w:val="20"/>
        </w:rPr>
        <w:t>1:09:09  sahib ne kaha jo hadith ko nahi mante ke azmat quran aur azmat khuda ki buniyad par hum</w:t>
      </w:r>
      <w:r>
        <w:br/>
      </w:r>
      <w:r>
        <w:rPr>
          <w:sz w:val="20"/>
        </w:rPr>
        <w:t>1:09:17  hadith ko nahi mante hain.</w:t>
      </w:r>
      <w:r>
        <w:br/>
      </w:r>
      <w:r>
        <w:rPr>
          <w:sz w:val="20"/>
        </w:rPr>
        <w:t>1:09:19  maulana, is mein kahan falsehood hai, is ko wazeh karein." mein samajhta hoon ke aap aisa karein</w:t>
      </w:r>
      <w:r>
        <w:br/>
      </w:r>
      <w:r>
        <w:rPr>
          <w:sz w:val="20"/>
        </w:rPr>
        <w:t>1:09:27  ke hamara jo rasool allah salallahu alaihi wasallam ka tasawwur ka issue hai, woh poora ka poora</w:t>
      </w:r>
      <w:r>
        <w:br/>
      </w:r>
      <w:r>
        <w:rPr>
          <w:sz w:val="20"/>
        </w:rPr>
        <w:t>1:09:34  hadith par hai, is ko un ko parhwaiye.</w:t>
      </w:r>
      <w:r>
        <w:br/>
      </w:r>
      <w:r>
        <w:rPr>
          <w:sz w:val="20"/>
        </w:rPr>
        <w:t>1:09:38  mein samajhta hoon ke hadith ke baray mein logon ko jo ghalat fehmiyan hain, woh sari ki sari</w:t>
      </w:r>
      <w:r>
        <w:br/>
      </w:r>
      <w:r>
        <w:rPr>
          <w:sz w:val="20"/>
        </w:rPr>
        <w:t>1:09:46  is mein aa gayi hain.</w:t>
      </w:r>
      <w:r>
        <w:br/>
      </w:r>
      <w:r>
        <w:rPr>
          <w:sz w:val="20"/>
        </w:rPr>
        <w:t>1:09:48  to kuch chand jumlon mein jawab nahi hoga, un ke zehan address nahi hoga.</w:t>
      </w:r>
      <w:r>
        <w:br/>
      </w:r>
      <w:r>
        <w:rPr>
          <w:sz w:val="20"/>
        </w:rPr>
        <w:t>1:09:54  aap woh december ka jo risala hai, yani december 2013 ka jo risala hai, is ko parhwaiye.</w:t>
      </w:r>
      <w:r>
        <w:br/>
      </w:r>
      <w:r>
        <w:rPr>
          <w:sz w:val="20"/>
        </w:rPr>
        <w:t>1:10:01  inshallah, mujhe qawi umeed hai ke un ka zehan jo hai, mutmaeen ho jaye ga.</w:t>
      </w:r>
      <w:r>
        <w:br/>
      </w:r>
      <w:r>
        <w:rPr>
          <w:sz w:val="20"/>
        </w:rPr>
        <w:t>1:10:07  okay, we will end the session now.</w:t>
      </w:r>
      <w:r>
        <w:br/>
      </w:r>
      <w:r>
        <w:rPr>
          <w:sz w:val="20"/>
        </w:rPr>
        <w:t>1:10:10  thank you.</w:t>
      </w:r>
    </w:p>
    <w:p>
      <w:pPr>
        <w:pStyle w:val="Heading2"/>
      </w:pPr>
      <w:r>
        <w:t>Using Hadith for success across sects</w:t>
      </w:r>
    </w:p>
    <w:p>
      <w:r>
        <w:rPr>
          <w:color w:val="666666"/>
          <w:sz w:val="18"/>
        </w:rPr>
        <w:t>Hadith · Example of the Prophet March 20, 2016 · 2m 27s · at 1:04:21 · https://youtu.be/79HmhzXU41w?t=3861</w:t>
      </w:r>
    </w:p>
    <w:p>
      <w:r>
        <w:rPr>
          <w:i/>
        </w:rPr>
        <w:t>“Different sects of Muslims consider themselves correct. How can a common Muslim adopt Hadith to achieve worldly and hereafter success and salvation?”</w:t>
      </w:r>
    </w:p>
    <w:p>
      <w:r>
        <w:rPr>
          <w:sz w:val="20"/>
        </w:rPr>
        <w:t>1:04:21  Maulana, agla sawal Tariq Badr Sahab ne kiya hai Lahore se aur unhon ne likha hai ke Musalmanon</w:t>
      </w:r>
      <w:r>
        <w:br/>
      </w:r>
      <w:r>
        <w:rPr>
          <w:sz w:val="20"/>
        </w:rPr>
        <w:t>1:04:29  ke different firqay khud ko sahi samajhte hain, ek aam Musalman kis tarah hadees ko ikhtiyar kar ke</w:t>
      </w:r>
      <w:r>
        <w:br/>
      </w:r>
      <w:r>
        <w:rPr>
          <w:sz w:val="20"/>
        </w:rPr>
        <w:t>1:04:37  apni dunyavi aur akhravi falah o nijat hasil kar sakta hai?</w:t>
      </w:r>
      <w:r>
        <w:br/>
      </w:r>
      <w:r>
        <w:rPr>
          <w:sz w:val="20"/>
        </w:rPr>
        <w:t>1:04:44  sahi samajhta hai, aap samajhne dijiye.</w:t>
      </w:r>
      <w:r>
        <w:br/>
      </w:r>
      <w:r>
        <w:rPr>
          <w:sz w:val="20"/>
        </w:rPr>
        <w:t>1:04:47  sahi samajhna evil nahin hai,</w:t>
      </w:r>
      <w:r>
        <w:br/>
      </w:r>
      <w:r>
        <w:rPr>
          <w:sz w:val="20"/>
        </w:rPr>
        <w:t>1:04:51  ghalu karna evil hai.</w:t>
      </w:r>
      <w:r>
        <w:br/>
      </w:r>
      <w:r>
        <w:rPr>
          <w:sz w:val="20"/>
        </w:rPr>
        <w:t>1:04:56  donon mein farq hai.</w:t>
      </w:r>
      <w:r>
        <w:br/>
      </w:r>
      <w:r>
        <w:rPr>
          <w:sz w:val="20"/>
        </w:rPr>
        <w:t>1:04:57  agar mein apne ko sahi samajhta hoon to yeh koi evil nahi hai.</w:t>
      </w:r>
      <w:r>
        <w:br/>
      </w:r>
      <w:r>
        <w:rPr>
          <w:sz w:val="20"/>
        </w:rPr>
        <w:t>1:05:01  evil yeh hai ke mein samajhta hoon doosra aadmi jahanum mein jaye ga,</w:t>
      </w:r>
      <w:r>
        <w:br/>
      </w:r>
      <w:r>
        <w:rPr>
          <w:sz w:val="20"/>
        </w:rPr>
        <w:t>1:05:06  mein elahi ko mera saath de, yeh ghalu hai.</w:t>
      </w:r>
      <w:r>
        <w:br/>
      </w:r>
      <w:r>
        <w:rPr>
          <w:sz w:val="20"/>
        </w:rPr>
        <w:t>1:05:09  to koi samajhta hai sahi, samajhne dijiye us ko.</w:t>
      </w:r>
      <w:r>
        <w:br/>
      </w:r>
      <w:r>
        <w:rPr>
          <w:sz w:val="20"/>
        </w:rPr>
        <w:t>1:05:12  aap is se baat cheet kar sakte hain, lekin kisi ko yeh right nahi hai ke mein</w:t>
      </w:r>
      <w:r>
        <w:br/>
      </w:r>
      <w:r>
        <w:rPr>
          <w:sz w:val="20"/>
        </w:rPr>
        <w:t>1:05:18  jannat mein jaon ga aur doosre sab jahanum mein jayen ga.</w:t>
      </w:r>
      <w:r>
        <w:br/>
      </w:r>
      <w:r>
        <w:rPr>
          <w:sz w:val="20"/>
        </w:rPr>
        <w:t>1:05:21  mein muslim hoon, baqi sab kafir hain, yeh sab ghalu hai.</w:t>
      </w:r>
      <w:r>
        <w:br/>
      </w:r>
      <w:r>
        <w:rPr>
          <w:sz w:val="20"/>
        </w:rPr>
        <w:t>1:05:24  to jo cheez buri hai woh ghalu hai, na ke</w:t>
      </w:r>
      <w:r>
        <w:br/>
      </w:r>
      <w:r>
        <w:rPr>
          <w:sz w:val="20"/>
        </w:rPr>
        <w:t>1:05:29  difference. koi apne ko sahi samajhta hai to woh bhi koi right nahi, samajhne dijiye.</w:t>
      </w:r>
      <w:r>
        <w:br/>
      </w:r>
      <w:r>
        <w:rPr>
          <w:sz w:val="20"/>
        </w:rPr>
        <w:t>1:05:35  jab tak woh extremist na bane,</w:t>
      </w:r>
      <w:r>
        <w:br/>
      </w:r>
      <w:r>
        <w:rPr>
          <w:sz w:val="20"/>
        </w:rPr>
        <w:t>1:05:39  extremist na ban jaye, ghali na ban jaye.</w:t>
      </w:r>
      <w:r>
        <w:br/>
      </w:r>
      <w:r>
        <w:rPr>
          <w:sz w:val="20"/>
        </w:rPr>
        <w:t>1:05:43  log ghair zaroori tor par in cheezon ko masla bana dete hain.</w:t>
      </w:r>
      <w:r>
        <w:br/>
      </w:r>
      <w:r>
        <w:rPr>
          <w:sz w:val="20"/>
        </w:rPr>
        <w:t>1:05:47  masla jo cheez hai, us ko samajh lijiye ke masla ghalu hai.</w:t>
      </w:r>
      <w:r>
        <w:br/>
      </w:r>
      <w:r>
        <w:rPr>
          <w:sz w:val="20"/>
        </w:rPr>
        <w:t>1:05:51  yeh sab cheezein masla nahi hain.</w:t>
      </w:r>
      <w:r>
        <w:br/>
      </w:r>
      <w:r>
        <w:rPr>
          <w:sz w:val="20"/>
        </w:rPr>
        <w:t>1:05:58  koi agar sahi samajhta hai apne aap ko, tabhi to us ke andar determination aye ga, tabhi to</w:t>
      </w:r>
      <w:r>
        <w:br/>
      </w:r>
      <w:r>
        <w:rPr>
          <w:sz w:val="20"/>
        </w:rPr>
        <w:t>1:06:03  kuch kaam kare ga woh.</w:t>
      </w:r>
      <w:r>
        <w:br/>
      </w:r>
      <w:r>
        <w:rPr>
          <w:sz w:val="20"/>
        </w:rPr>
        <w:t>1:06:06  to samajhne dijiye us ko.</w:t>
      </w:r>
      <w:r>
        <w:br/>
      </w:r>
      <w:r>
        <w:rPr>
          <w:sz w:val="20"/>
        </w:rPr>
        <w:t>1:06:09  us ko jis cheez se rok rahi hai, woh yahi ke cheezon ko logical end tak na pahunchao,</w:t>
      </w:r>
      <w:r>
        <w:br/>
      </w:r>
      <w:r>
        <w:rPr>
          <w:sz w:val="20"/>
        </w:rPr>
        <w:t>1:06:15  ghalu mat karo, extremist mat bano, violent mat karo,</w:t>
      </w:r>
      <w:r>
        <w:br/>
      </w:r>
      <w:r>
        <w:rPr>
          <w:sz w:val="20"/>
        </w:rPr>
        <w:t>1:06:20  intolerance ko chhod do.</w:t>
      </w:r>
      <w:r>
        <w:br/>
      </w:r>
      <w:r>
        <w:rPr>
          <w:sz w:val="20"/>
        </w:rPr>
        <w:t>1:06:21  yeh kahiye. yani bajaye yeh kehne ke ke tum different, yani tum ko doosri rai rakhne ka haq</w:t>
      </w:r>
      <w:r>
        <w:br/>
      </w:r>
      <w:r>
        <w:rPr>
          <w:sz w:val="20"/>
        </w:rPr>
        <w:t>1:06:30  nahi hai, yeh mat kahiye.</w:t>
      </w:r>
      <w:r>
        <w:br/>
      </w:r>
      <w:r>
        <w:rPr>
          <w:sz w:val="20"/>
        </w:rPr>
        <w:t>1:06:32  doosri rai rakhne ka us ko ijazat de dijiye, lekin us ki ijazat mat dijiye ke woh cheezon</w:t>
      </w:r>
      <w:r>
        <w:br/>
      </w:r>
      <w:r>
        <w:rPr>
          <w:sz w:val="20"/>
        </w:rPr>
        <w:t>1:06:38  ko logical end tak pahunchaye aur apne ko muslim, doosre ko kafir kehne lage, yeh ghalu hai.</w:t>
      </w:r>
    </w:p>
    <w:p>
      <w:pPr>
        <w:pStyle w:val="Heading2"/>
      </w:pPr>
      <w:r>
        <w:t>What is your opinion on Hadith-Sunnah distinction?</w:t>
      </w:r>
    </w:p>
    <w:p>
      <w:r>
        <w:rPr>
          <w:color w:val="666666"/>
          <w:sz w:val="18"/>
        </w:rPr>
        <w:t>Hadith · Present Day Muslims Jan 13, 2013 · 2m 32s · at 1:03:45 · https://youtu.be/CVcbWVYitog?t=3825</w:t>
      </w:r>
    </w:p>
    <w:p>
      <w:r>
        <w:rPr>
          <w:i/>
        </w:rPr>
        <w:t>“Some people differentiate between Hadith and Sunnah and are firmly committed to their position. What is your opinion about this?”</w:t>
      </w:r>
    </w:p>
    <w:p>
      <w:r>
        <w:rPr>
          <w:sz w:val="20"/>
        </w:rPr>
        <w:t>1:03:45  maulana, agla sawal karachi pakistan se hai abdul latif sahab ka. unhone likha hai: "kuch log hadith aur sunnat mein farq karte hain aur is mamle mein woh apne moaqqaf par sakhti se qaim hain.</w:t>
      </w:r>
      <w:r>
        <w:br/>
      </w:r>
      <w:r>
        <w:rPr>
          <w:sz w:val="20"/>
        </w:rPr>
        <w:t>1:04:02  maulana sahab, is bare mein aap ki kya rai hai?"</w:t>
      </w:r>
      <w:r>
        <w:br/>
      </w:r>
      <w:r>
        <w:rPr>
          <w:sz w:val="20"/>
        </w:rPr>
        <w:t>1:04:07  yeh ek technical farq hai, yaani yeh koi real farq nahi hai. is mein is ko behas ki baat hi nahi. koi farq hai to karta rahe.</w:t>
      </w:r>
      <w:r>
        <w:br/>
      </w:r>
      <w:r>
        <w:rPr>
          <w:sz w:val="20"/>
        </w:rPr>
        <w:t>1:04:17  hadith aur sunnat mein jo farq hai, woh technical farq hai, fanni farq hai. haqeeqat ke aitbar se koi farq nahi hai. is tarah ki behason mein jo uljhe hue hain, unhe chhod diya, rehne diya unhe behason mein.</w:t>
      </w:r>
      <w:r>
        <w:br/>
      </w:r>
      <w:r>
        <w:rPr>
          <w:sz w:val="20"/>
        </w:rPr>
        <w:t>1:04:31  aap unhe sahi kijiye, na galat kijiye.</w:t>
      </w:r>
      <w:r>
        <w:br/>
      </w:r>
      <w:r>
        <w:rPr>
          <w:sz w:val="20"/>
        </w:rPr>
        <w:t>1:04:36  yeh sab baatein jo hain, wohi hain jo quran o hadith mein aaya hai ke nahina ankathir sawalan wa ankathirathil qeel wal qal.</w:t>
      </w:r>
      <w:r>
        <w:br/>
      </w:r>
      <w:r>
        <w:rPr>
          <w:sz w:val="20"/>
        </w:rPr>
        <w:t>1:04:46  Allah taala ne mana kiya tha ke is tarah ki behasein mat karo. lekin kar rahe hain to karne dijiye unhe. aap to apna jo misbat kaam hai, woh karte rahiye. jo usooli taleem hai islam ki, woh phailate rahiye.</w:t>
      </w:r>
      <w:r>
        <w:br/>
      </w:r>
      <w:r>
        <w:rPr>
          <w:sz w:val="20"/>
        </w:rPr>
        <w:t>1:04:58  dheere dheere sab theek ho jayega.</w:t>
      </w:r>
      <w:r>
        <w:br/>
      </w:r>
      <w:r>
        <w:rPr>
          <w:sz w:val="20"/>
        </w:rPr>
        <w:t>1:05:02  Maulana, agla ek comment aaya hai Ammar sahab ka Saharanpur se. Unhone likha hai "Since so-called Muslims live in hate and materialism among themselves, I have found that there is no evidence of Jews killing one another like we see in the case of Muslims in present case in Pakistan."</w:t>
      </w:r>
      <w:r>
        <w:br/>
      </w:r>
      <w:r>
        <w:rPr>
          <w:sz w:val="20"/>
        </w:rPr>
        <w:t>1:05:28  . dekhiye, hadith mein aata hai ke tumhara bigad yahoodiyon se hi zyada badh jayega.</w:t>
      </w:r>
      <w:r>
        <w:br/>
      </w:r>
      <w:r>
        <w:rPr>
          <w:sz w:val="20"/>
        </w:rPr>
        <w:t>1:05:36  wohi hai yeh. yahoodi doosron ko to marte hain, aapas mein bahut kam aisa hota hai ke koi aapas mein mare. to hadith mein aaya hai tum se hi badh jayega aage.</w:t>
      </w:r>
      <w:r>
        <w:br/>
      </w:r>
      <w:r>
        <w:rPr>
          <w:sz w:val="20"/>
        </w:rPr>
        <w:t>1:05:47  to wohi haal ho raha hai.</w:t>
      </w:r>
      <w:r>
        <w:br/>
      </w:r>
      <w:r>
        <w:rPr>
          <w:sz w:val="20"/>
        </w:rPr>
        <w:t>1:05:51  is mein koi taajjub ki baat to nahi hai ke hadith ki peshangoi ke mutabiq.</w:t>
      </w:r>
      <w:r>
        <w:br/>
      </w:r>
      <w:r>
        <w:rPr>
          <w:sz w:val="20"/>
        </w:rPr>
        <w:t>1:06:00  beh'r'haal, is ka jo hal hai, woh yeh hai ke woh jo musalmanon ki saiki ban gayi hai ke apne liye Pride, doosre ke liye Hate, is ko khatam karein hum.</w:t>
      </w:r>
      <w:r>
        <w:br/>
      </w:r>
      <w:r>
        <w:rPr>
          <w:sz w:val="20"/>
        </w:rPr>
        <w:t>1:06:10  jab tak yeh khatam nahi hoga, tab tak koi Reform nahi aa sakta hai.</w:t>
      </w:r>
    </w:p>
    <w:p>
      <w:pPr>
        <w:pStyle w:val="Heading2"/>
      </w:pPr>
      <w:r>
        <w:t>World as prison for believer explained</w:t>
      </w:r>
    </w:p>
    <w:p>
      <w:r>
        <w:rPr>
          <w:color w:val="666666"/>
          <w:sz w:val="18"/>
        </w:rPr>
        <w:t>Hadith · Lessons and Experiences May 22, 2011 Maulana Wahiduddin Khan · 2m 18s · at 1:41:50 · https://youtu.be/j4Qx-MsDQWc?t=6110</w:t>
      </w:r>
    </w:p>
    <w:p>
      <w:r>
        <w:rPr>
          <w:i/>
        </w:rPr>
        <w:t>“The hadith says that this world is a prison for the believer. The question is: should a believer consider this world as a prison or as paradise? 'The world is a prison for the believer' means a psychological prison, not a material prison. Psychological prison means that you will find no pleasure in it, no happiness. If you have discovered God, you remember paradise, you live in an angelic world, then nothing of this world will seem important to you. You will always feel...”</w:t>
      </w:r>
    </w:p>
    <w:p>
      <w:r>
        <w:rPr>
          <w:sz w:val="20"/>
        </w:rPr>
        <w:t>1:41:50  unhon ne likha hai hadith mein hai ke yeh dunya momin ke liye qaid khana hai sawal yeh hai ke ek momin is dunya ko apne liye qaid khana tasawwur kare ya jannat dekhen qaid khane ke mani hain ad-dunya sil al-momin woh psychological prison ke mani mein hai material prison ke mani mein nahi hai</w:t>
      </w:r>
      <w:r>
        <w:br/>
      </w:r>
      <w:r>
        <w:rPr>
          <w:sz w:val="20"/>
        </w:rPr>
        <w:t>1:42:17  psychological prison ke mani yeh hain ke aap ko is mein koi test nahi milega aap ko koi khushi nahi hogi agar aap ka aap ne Khuda ko discover kar rakha hai aap ko jannat yaad aati rehti hai aap farishton wali dunya mein jeete hain to dunya ki se aap ko kuch bhi ahmiyat nahi nazar ayegi</w:t>
      </w:r>
      <w:r>
        <w:br/>
      </w:r>
      <w:r>
        <w:rPr>
          <w:sz w:val="20"/>
        </w:rPr>
        <w:t>1:42:45  har waqt aap ko</w:t>
      </w:r>
      <w:r>
        <w:br/>
      </w:r>
      <w:r>
        <w:rPr>
          <w:sz w:val="20"/>
        </w:rPr>
        <w:t>1:42:46  woh aaye aaye ga mujhe yani aisa waqea mere sath barabar hota hi rehta hai jaise main gaya ek dafa bahar to ek bohat hi zabardast hotel mein mujhe thahraya gaya tha bohat shandar hotel mere samne jo breakfast laya gaya bohat hi umda qism ki khane ki cheezein to woh dekh kar rone laga main der tak rota hi raha main socha ke Khuda ka kitna bara ajeeb mamla hai insan ke liye Khuda ne cheezein paida ki hain</w:t>
      </w:r>
      <w:r>
        <w:br/>
      </w:r>
      <w:r>
        <w:rPr>
          <w:sz w:val="20"/>
        </w:rPr>
        <w:t>1:43:15  insan hai kya yani yeh jo Khuda ne phal aur aur doodh aur itni sari khane peene ki cheezein hain to kaisa ajeeb ho woh Khuda jis ne baghair mange hamein itni sari cheezein de dein to ehsas shukr jo hai woh aansuon mein dhal gaya us waqt jab bajaye is ke woh khoob khane lagta jaldi jaldi</w:t>
      </w:r>
      <w:r>
        <w:br/>
      </w:r>
      <w:r>
        <w:rPr>
          <w:sz w:val="20"/>
        </w:rPr>
        <w:t>1:43:42  is is sis mein hai woh ke aadmi jab Khuda ko yaad karega jannat ko yaad karega to us ke andar ek us ke andar ek ek ek aur hi ehsas jaagega isi ko kaha gaya psychological prison woh negative sense mat lijiye is ko is ko positive sense mein lijiye bohat bari woh marifat ki baat hai woh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