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59 questions · category Hadith · full transcripts with timestamps · exported 2026-09-22</w:t>
      </w:r>
    </w:p>
    <w:p>
      <w:pPr>
        <w:pStyle w:val="Heading2"/>
      </w:pPr>
      <w:r>
        <w:t>Companions Counting Tasbih on Date Pits</w:t>
      </w:r>
    </w:p>
    <w:p>
      <w:r>
        <w:rPr>
          <w:color w:val="666666"/>
          <w:sz w:val="18"/>
        </w:rPr>
        <w:t>Hadith · Jihad Fillah June 23, 2013 · 33s · at 56:32 · https://youtu.be/NRTno1eQTos?t=3392</w:t>
      </w:r>
    </w:p>
    <w:p>
      <w:r>
        <w:rPr>
          <w:i/>
        </w:rPr>
        <w:t>“It is proven about the companions (Sahaba) that they used to count tasbih (glorifications) on date pits. Please explain this.”</w:t>
      </w:r>
    </w:p>
    <w:p>
      <w:r>
        <w:rPr>
          <w:sz w:val="20"/>
        </w:rPr>
        <w:t>56:32  maulana, un ka ek aur sawal hai. unhon ne likha hai: "sahaba ke bare mein yeh sabit hai ke woh khajoor ki gutli par tasbeeh ginte thay." is ki wazahat karein.</w:t>
      </w:r>
      <w:r>
        <w:br/>
      </w:r>
      <w:r>
        <w:rPr>
          <w:sz w:val="20"/>
        </w:rPr>
        <w:t>56:43  nahi, nahi, bilkul galat hai. koi sabit nahi hai. yeh sab jhooti baat hai. koi saboot is ka nahi. yeh sab jhooti qisse kahaniyan hain. aap is mein parhiye, yaani woh jo kitaab hai Shah Allah ki khilafat aur khulafa par, is mein unhon ne ek waqea likha hai.</w:t>
      </w:r>
      <w:r>
        <w:br/>
      </w:r>
      <w:r>
        <w:rPr>
          <w:sz w:val="20"/>
        </w:rPr>
        <w:t>57:00  mein ne naqal kiya is mein apni, is mein ghaleeb tajdeed deen ji,</w:t>
      </w:r>
    </w:p>
    <w:p>
      <w:pPr>
        <w:pStyle w:val="Heading2"/>
      </w:pPr>
      <w:r>
        <w:t>Contemporary style in Hadith interpretation</w:t>
      </w:r>
    </w:p>
    <w:p>
      <w:r>
        <w:rPr>
          <w:color w:val="666666"/>
          <w:sz w:val="18"/>
        </w:rPr>
        <w:t>Hadith · Hadith-e-Jibril, April 21, 2013 · 1m 03s · at 1:41:08 · https://youtu.be/0rF6Ou0pDog?t=6068</w:t>
      </w:r>
    </w:p>
    <w:p>
      <w:r>
        <w:rPr>
          <w:i/>
        </w:rPr>
        <w:t>“What is the contemporary style in the interpretation of Hadith?”</w:t>
      </w:r>
    </w:p>
    <w:p>
      <w:r>
        <w:rPr>
          <w:sz w:val="20"/>
        </w:rPr>
        <w:t>1:41:08  maulana, agla sawal bhi chennai se hai maulana israr umri ka. unhon ne aap se poocha hai ke hadith ki tashreeh mein asri usloob kya hai?</w:t>
      </w:r>
      <w:r>
        <w:br/>
      </w:r>
      <w:r>
        <w:rPr>
          <w:sz w:val="20"/>
        </w:rPr>
        <w:t>1:41:19  dekhiye, asri usloob basically hai rational usloob ka naam.</w:t>
      </w:r>
      <w:r>
        <w:br/>
      </w:r>
      <w:r>
        <w:rPr>
          <w:sz w:val="20"/>
        </w:rPr>
        <w:t>1:41:25  jise aap dekhen ke log hadithon ki tashreeh karte hain to aur fazail sunate hain us ko. fazail ki zaban mein. to fazail ki zaban jo hai, woh rational zaban nahin hoti hai.</w:t>
      </w:r>
      <w:r>
        <w:br/>
      </w:r>
      <w:r>
        <w:rPr>
          <w:sz w:val="20"/>
        </w:rPr>
        <w:t>1:41:39  fazail ki zaban mein agar aap tashreeh karen to woh aaj ke insan ka mind address nahin hoga. aaj ka insan jo hai, woh chahta hai rational andaaz mein.</w:t>
      </w:r>
      <w:r>
        <w:br/>
      </w:r>
      <w:r>
        <w:rPr>
          <w:sz w:val="20"/>
        </w:rPr>
        <w:t>1:41:50  tab is ka mind address hoga.</w:t>
      </w:r>
      <w:r>
        <w:br/>
      </w:r>
      <w:r>
        <w:rPr>
          <w:sz w:val="20"/>
        </w:rPr>
        <w:t>1:41:55  to mein to yahi samajh paya hoon ke aik hai fazail ki zaban, aik hai yani reason ki zaban. to reason ki zaban agar aap istemal karen to woh asli usloob hai.</w:t>
      </w:r>
      <w:r>
        <w:br/>
      </w:r>
      <w:r>
        <w:rPr>
          <w:sz w:val="20"/>
        </w:rPr>
        <w:t>1:42:06  aur fazail ki zaban istemal karen to woh qadeem usloob hai.</w:t>
      </w:r>
    </w:p>
    <w:p>
      <w:pPr>
        <w:pStyle w:val="Heading2"/>
      </w:pPr>
      <w:r>
        <w:t>Definition of fitnah in hadith</w:t>
      </w:r>
    </w:p>
    <w:p>
      <w:r>
        <w:rPr>
          <w:color w:val="666666"/>
          <w:sz w:val="18"/>
        </w:rPr>
        <w:t>Hadith · Age of Alternatives April 05, 2015 · 50s · at 1:18:37 · https://youtu.be/4v0uCM2BZuA?t=4717</w:t>
      </w:r>
    </w:p>
    <w:p>
      <w:r>
        <w:rPr>
          <w:i/>
        </w:rPr>
        <w:t>“What is the fitnah that is mentioned in many hadith? Can we say that not adopting the alternative way would also be considered a fitnah?”</w:t>
      </w:r>
    </w:p>
    <w:p>
      <w:r>
        <w:rPr>
          <w:sz w:val="20"/>
        </w:rPr>
        <w:t>1:18:37  le focused hain. To dono ki zarurat hai apne apne apne aitbar se. Ji Maulana, agla sawal Delhi se kiya hai Maulana Maulana Farhad Umri ne, aur unhone likha hai ke Maulana, what is fitna that is mentioned in many hadith?</w:t>
      </w:r>
      <w:r>
        <w:br/>
      </w:r>
      <w:r>
        <w:rPr>
          <w:sz w:val="20"/>
        </w:rPr>
        <w:t>1:18:57  can we say that not adopting alternative way would also be considered as a fitna?</w:t>
      </w:r>
      <w:r>
        <w:br/>
      </w:r>
      <w:r>
        <w:rPr>
          <w:sz w:val="20"/>
        </w:rPr>
        <w:t>1:19:05  sahi hai, nateeje ke aitbar se fitna ban jayega, aur ye fitna sare muslim mulkon mein phaila hua hai. Yani chunke wo alternative istemal nahi kar pate, ladne lagte hain, to bahut sari buraiyan paida ho gayi hain.</w:t>
      </w:r>
      <w:r>
        <w:br/>
      </w:r>
      <w:r>
        <w:rPr>
          <w:sz w:val="20"/>
        </w:rPr>
        <w:t>1:19:21  wo fitna hai, to aap sahi keh rahe hain. Ji</w:t>
      </w:r>
    </w:p>
    <w:p>
      <w:pPr>
        <w:pStyle w:val="Heading2"/>
      </w:pPr>
      <w:r>
        <w:t>Delay in hadith collection</w:t>
      </w:r>
    </w:p>
    <w:p>
      <w:r>
        <w:rPr>
          <w:color w:val="666666"/>
          <w:sz w:val="18"/>
        </w:rPr>
        <w:t>Hadith · Wisdom of Hadith Maulana Wahiduddin Khan February 23, 2014 · 1m 40s · at 1:30:15 · https://youtu.be/5E_MIQpToK4?t=5415</w:t>
      </w:r>
    </w:p>
    <w:p>
      <w:r>
        <w:rPr>
          <w:i/>
        </w:rPr>
        <w:t>“The systematic collection of ahadith came into existence approximately after two centuries of the Prophet, except the Muwatta of Imam Malik. My question is: Why did the Companions not make the arrangement to...”</w:t>
      </w:r>
    </w:p>
    <w:p>
      <w:r>
        <w:rPr>
          <w:sz w:val="20"/>
        </w:rPr>
        <w:t>1:30:15  maulana, agla sawal lucknow se hai ajmal hassan sahab ka.</w:t>
      </w:r>
      <w:r>
        <w:br/>
      </w:r>
      <w:r>
        <w:rPr>
          <w:sz w:val="20"/>
        </w:rPr>
        <w:t>1:30:19  انہوں نے لکھا ہے: "The systematic collection of Ahadith came into existence approximately after two centuries of Prophet,</w:t>
      </w:r>
      <w:r>
        <w:br/>
      </w:r>
      <w:r>
        <w:rPr>
          <w:sz w:val="20"/>
        </w:rPr>
        <w:t>1:30:27  "accept Muwatta of Imam Malik." Maulana, my question is: Why Sahaba Ikram did not make the arrangement to</w:t>
      </w:r>
      <w:r>
        <w:br/>
      </w:r>
      <w:r>
        <w:rPr>
          <w:sz w:val="20"/>
        </w:rPr>
        <w:t>1:30:35  preserve Ahadith in the same way as was done for the preservation? یہ بالکل مجھے وحشت ہوتی ہے</w:t>
      </w:r>
      <w:r>
        <w:br/>
      </w:r>
      <w:r>
        <w:rPr>
          <w:sz w:val="20"/>
        </w:rPr>
        <w:t>1:30:43  is sawalat se.</w:t>
      </w:r>
      <w:r>
        <w:br/>
      </w:r>
      <w:r>
        <w:rPr>
          <w:sz w:val="20"/>
        </w:rPr>
        <w:t>1:30:44  yeh bilkul un logon ke sawalat hain jin ka koi talluq nahi.</w:t>
      </w:r>
      <w:r>
        <w:br/>
      </w:r>
      <w:r>
        <w:rPr>
          <w:sz w:val="20"/>
        </w:rPr>
        <w:t>1:30:49  is par bohat kuch likha gaya hai, un ko aap parhiye.</w:t>
      </w:r>
      <w:r>
        <w:br/>
      </w:r>
      <w:r>
        <w:rPr>
          <w:sz w:val="20"/>
        </w:rPr>
        <w:t>1:30:54  doctor hafeezullah ki kitab parhiye aap ke sahaba ke zaman mein bhi likha gaya, ab abu huraira</w:t>
      </w:r>
      <w:r>
        <w:br/>
      </w:r>
      <w:r>
        <w:rPr>
          <w:sz w:val="20"/>
        </w:rPr>
        <w:t>1:31:02  ke zaman mein bhi likha gaya.</w:t>
      </w:r>
      <w:r>
        <w:br/>
      </w:r>
      <w:r>
        <w:rPr>
          <w:sz w:val="20"/>
        </w:rPr>
        <w:t>1:31:04  baghair parhe hue log sawalat karte hain.</w:t>
      </w:r>
      <w:r>
        <w:br/>
      </w:r>
      <w:r>
        <w:rPr>
          <w:sz w:val="20"/>
        </w:rPr>
        <w:t>1:31:07  doctor hafeezullah jo the, bohat qabil aadmi the.</w:t>
      </w:r>
      <w:r>
        <w:br/>
      </w:r>
      <w:r>
        <w:rPr>
          <w:sz w:val="20"/>
        </w:rPr>
        <w:t>1:31:11  aap un ki kitab parhiye aur doosron ki kitabein parhiye.</w:t>
      </w:r>
      <w:r>
        <w:br/>
      </w:r>
      <w:r>
        <w:rPr>
          <w:sz w:val="20"/>
        </w:rPr>
        <w:t>1:31:15  baghair parhe hue sawalat kyun karte hain? yeh bilkul galat hai yeh kehna ke rasool Allah ke zaman</w:t>
      </w:r>
      <w:r>
        <w:br/>
      </w:r>
      <w:r>
        <w:rPr>
          <w:sz w:val="20"/>
        </w:rPr>
        <w:t>1:31:23  mein kitab hadithain likhi gayi nahin gayi theen.</w:t>
      </w:r>
      <w:r>
        <w:br/>
      </w:r>
      <w:r>
        <w:rPr>
          <w:sz w:val="20"/>
        </w:rPr>
        <w:t>1:31:26  rasool Allah ke zamanay mein likhi gayi hain, sahaba ke zamanay mein likhi gayi hain, tabayeen ke zamanay</w:t>
      </w:r>
      <w:r>
        <w:br/>
      </w:r>
      <w:r>
        <w:rPr>
          <w:sz w:val="20"/>
        </w:rPr>
        <w:t>1:31:34  mein likhi gayi hain.</w:t>
      </w:r>
      <w:r>
        <w:br/>
      </w:r>
      <w:r>
        <w:rPr>
          <w:sz w:val="20"/>
        </w:rPr>
        <w:t>1:31:36  aap in kitabon ko parhiye ya jo idhar udhar kitabein logon ne chhaap rakhi hain, shafa'at daalne walay</w:t>
      </w:r>
      <w:r>
        <w:br/>
      </w:r>
      <w:r>
        <w:rPr>
          <w:sz w:val="20"/>
        </w:rPr>
        <w:t>1:31:44  logon ki kitabein shayad parhte hain.</w:t>
      </w:r>
      <w:r>
        <w:br/>
      </w:r>
      <w:r>
        <w:rPr>
          <w:sz w:val="20"/>
        </w:rPr>
        <w:t>1:31:46  aap in ki kitabein parhiye jo jo is par jin par tehqeeq kiya ho, jaise doctor Hafiz Ullah,</w:t>
      </w:r>
      <w:r>
        <w:br/>
      </w:r>
      <w:r>
        <w:rPr>
          <w:sz w:val="20"/>
        </w:rPr>
        <w:t>1:31:54  unki kitab parhiye aap.</w:t>
      </w:r>
    </w:p>
    <w:p>
      <w:pPr>
        <w:pStyle w:val="Heading2"/>
      </w:pPr>
      <w:r>
        <w:t>Did Allah reveal about 73 sects hadith?</w:t>
      </w:r>
    </w:p>
    <w:p>
      <w:r>
        <w:rPr>
          <w:color w:val="666666"/>
          <w:sz w:val="18"/>
        </w:rPr>
        <w:t>Hadith · Universal outlook April 09, 2017 · 56s · at 46:11 · https://youtu.be/n3HAPCpom5c?t=2771</w:t>
      </w:r>
    </w:p>
    <w:p>
      <w:r>
        <w:rPr>
          <w:i/>
        </w:rPr>
        <w:t>“Prophet Muhammad (peace be upon him) said that the Children of Israel had 72 sects and my Ummah will have 73 sects, and one sect will be in Paradise. Now my question is: Did Allah reveal any revelation regarding this?”</w:t>
      </w:r>
    </w:p>
    <w:p>
      <w:r>
        <w:rPr>
          <w:sz w:val="20"/>
        </w:rPr>
        <w:t>46:11  Maulana agla sawal bheja hai Mansoob Ali sahib ne. unhon ne location nahin likha hai. un ka sawal yeh hai Maulana sahib mera naam Mansoob Ali hai.</w:t>
      </w:r>
      <w:r>
        <w:br/>
      </w:r>
      <w:r>
        <w:rPr>
          <w:sz w:val="20"/>
        </w:rPr>
        <w:t>46:21  mera sawal hai Muhammad sallallahu alaihi wasallam ne farmaya ke Bani Israel ke seventy two firqe hue aur meri ummat mein seventy three firqe honge.</w:t>
      </w:r>
      <w:r>
        <w:br/>
      </w:r>
      <w:r>
        <w:rPr>
          <w:sz w:val="20"/>
        </w:rPr>
        <w:t>46:33  aur ek firqa jannati hoga. ab sawal yeh hai ke kya Allah ne koi wahi nazil ki thi is ke mutalliq?</w:t>
      </w:r>
      <w:r>
        <w:br/>
      </w:r>
      <w:r>
        <w:rPr>
          <w:sz w:val="20"/>
        </w:rPr>
        <w:t>46:42  kyunke jahan tak mujhe jankari hai Allah ne Quran mein firqa parasti guthon mein bantne ko sakht mana farmaya hai. barah-e-meharbani wazahat karen.</w:t>
      </w:r>
      <w:r>
        <w:br/>
      </w:r>
      <w:r>
        <w:rPr>
          <w:sz w:val="20"/>
        </w:rPr>
        <w:t>46:56  is ke baray mein meri kitab parhiye aap Tajdeed-e-Deen. pehle is ko parh lijiye phir sawal kijiye. Tajdeed-e-Deen jo kitab hai us mein is ka jawab maujood hai.</w:t>
      </w:r>
    </w:p>
    <w:p>
      <w:pPr>
        <w:pStyle w:val="Heading2"/>
      </w:pPr>
      <w:r>
        <w:t>Difference between Sunnah and Hadith</w:t>
      </w:r>
    </w:p>
    <w:p>
      <w:r>
        <w:rPr>
          <w:color w:val="666666"/>
          <w:sz w:val="18"/>
        </w:rPr>
        <w:t>Hadith · Model of Paradise June 22, 2014 · 29s · at 48:15 · https://youtu.be/7jXD8E_dN-E?t=2895</w:t>
      </w:r>
    </w:p>
    <w:p>
      <w:r>
        <w:rPr>
          <w:i/>
        </w:rPr>
        <w:t>“Do Sunnah and Hadith have different meanings?”</w:t>
      </w:r>
    </w:p>
    <w:p>
      <w:r>
        <w:rPr>
          <w:sz w:val="20"/>
        </w:rPr>
        <w:t>48:15  Maulana, agla sawal lene se pehle ek comment padhna chahenge. jo Maulana Iqbal Umri ne bheja hai, Chennai se. aur unhon ne likha hai ke Maulana, jannat ka intellectual tasawwur Quran aur Hadees ke baad sirf Al-Risala Mission ki tehreer aur taqreer mein milta hai.</w:t>
      </w:r>
      <w:r>
        <w:br/>
      </w:r>
      <w:r>
        <w:rPr>
          <w:sz w:val="20"/>
        </w:rPr>
        <w:t>48:36  jo aaj ke insaan ko address kar sakta hai.</w:t>
      </w:r>
    </w:p>
    <w:p>
      <w:pPr>
        <w:pStyle w:val="Heading2"/>
      </w:pPr>
      <w:r>
        <w:t>Difference between Sunnah and Hadith</w:t>
      </w:r>
    </w:p>
    <w:p>
      <w:r>
        <w:rPr>
          <w:color w:val="666666"/>
          <w:sz w:val="18"/>
        </w:rPr>
        <w:t>Hadith · Model of Paradise June 22, 2014 · 1m 02s · at 48:44 · https://youtu.be/7jXD8E_dN-E?t=2924</w:t>
      </w:r>
    </w:p>
    <w:p>
      <w:r>
        <w:rPr>
          <w:i/>
        </w:rPr>
        <w:t>“What are the distinct meanings of Sunnah and Hadith? Please explain.”</w:t>
      </w:r>
    </w:p>
    <w:p>
      <w:r>
        <w:rPr>
          <w:sz w:val="20"/>
        </w:rPr>
        <w:t>48:44  Maulana, agla sawal Jameel Akhtar Sahab ne kiya hai, Delhi se. aur unhon ne likha hai ke sunnat aur Hadees ke kya alag alag mafhoom hain?</w:t>
      </w:r>
      <w:r>
        <w:br/>
      </w:r>
      <w:r>
        <w:rPr>
          <w:sz w:val="20"/>
        </w:rPr>
        <w:t>48:58  is ki wazahat karen. dekhen, ek fiqhi sawal hai. yahan hum fiqhi sawal ijazat nahin let</w:t>
      </w:r>
      <w:r>
        <w:br/>
      </w:r>
      <w:r>
        <w:rPr>
          <w:sz w:val="20"/>
        </w:rPr>
        <w:t>49:07  e hain. beshak aap janna chahen to meri do maqalay main ne tayyar kiye hain isi mauzu par. is ko aap padh lijiyye.</w:t>
      </w:r>
      <w:r>
        <w:br/>
      </w:r>
      <w:r>
        <w:rPr>
          <w:sz w:val="20"/>
        </w:rPr>
        <w:t>49:16  ek to December mein chhap chuka hai, Hadees ke mauzu par. ek ab agle mahine shayad chhap jayega, woh bhi isi mauzu par hai.</w:t>
      </w:r>
      <w:r>
        <w:br/>
      </w:r>
      <w:r>
        <w:rPr>
          <w:sz w:val="20"/>
        </w:rPr>
        <w:t>49:26  is ko aap padh lijiyye. aur is par to bahut kitaben likhi gayi hain. aap doosron ka nuqta nazar janna chahte hon to is mein bhi kitaben maujood hain.</w:t>
      </w:r>
      <w:r>
        <w:br/>
      </w:r>
      <w:r>
        <w:rPr>
          <w:sz w:val="20"/>
        </w:rPr>
        <w:t>49:36  baqi mera nuqta nazar janna chahte hon to aap Al-Risala ke do shumaray padh lijiyye.</w:t>
      </w:r>
    </w:p>
    <w:p>
      <w:pPr>
        <w:pStyle w:val="Heading2"/>
      </w:pPr>
      <w:r>
        <w:t>Disagreement among followers of four imams</w:t>
      </w:r>
    </w:p>
    <w:p>
      <w:r>
        <w:rPr>
          <w:color w:val="666666"/>
          <w:sz w:val="18"/>
        </w:rPr>
        <w:t>Hadith · Study of The Quran November 30, 2014 · 35s · at 1:06:15 · https://youtu.be/x3fcJ2nlDow?t=3975</w:t>
      </w:r>
    </w:p>
    <w:p>
      <w:r>
        <w:rPr>
          <w:i/>
        </w:rPr>
        <w:t>“If the four imams are on the truth, then why do their followers reject each other's hadith and tafsir?”</w:t>
      </w:r>
    </w:p>
    <w:p>
      <w:r>
        <w:rPr>
          <w:sz w:val="20"/>
        </w:rPr>
        <w:t>1:06:15  Maulana, agla sawal Muinuddin sahib ne kiya hai Delhi se, aur unhon ne likha hai: "Agar char imam barhaq hain to phir un ke followers ek doosre ki ahadees aur tafseer ko radd kyon karte hain?" is ke baray mein batayen.</w:t>
      </w:r>
      <w:r>
        <w:br/>
      </w:r>
      <w:r>
        <w:rPr>
          <w:sz w:val="20"/>
        </w:rPr>
        <w:t>1:06:32  dekhiye, is par meri kitab maujood hai, is ko parh lijiye aap: "Tajdeed-e-Deen". phir sawal kijiye. is kitab, is qism ke sawalat par hamari ek mustaqil kitab hai, is ka naam hai "Tajdeed-e-Deen".</w:t>
      </w:r>
      <w:r>
        <w:br/>
      </w:r>
      <w:r>
        <w:rPr>
          <w:sz w:val="20"/>
        </w:rPr>
        <w:t>1:06:45  is ko parhiye, phir agle Sunday ko sawal kijiye aap.</w:t>
      </w:r>
    </w:p>
    <w:p>
      <w:pPr>
        <w:pStyle w:val="Heading2"/>
      </w:pPr>
      <w:r>
        <w:t>Discrepancy between Hadith on Syria and current situation</w:t>
      </w:r>
    </w:p>
    <w:p>
      <w:r>
        <w:rPr>
          <w:color w:val="666666"/>
          <w:sz w:val="18"/>
        </w:rPr>
        <w:t>Hadith · Dars-e-Quran, Ch. 2 Verse 50-52 |  March 11, 2018 · 1m 23s · at 55:32 · https://youtu.be/ShSyMy4LPfc?t=3332</w:t>
      </w:r>
    </w:p>
    <w:p>
      <w:r>
        <w:rPr>
          <w:i/>
        </w:rPr>
        <w:t>“There are so many Hadith related to Syria that it is very blissful and angels are spreading their wings to save it, but now there is bl...”</w:t>
      </w:r>
    </w:p>
    <w:p>
      <w:r>
        <w:rPr>
          <w:sz w:val="20"/>
        </w:rPr>
        <w:t>55:32  maulana agla sawal ishaq kamal sahab ne likha hai ah unhon ne apni location nahin likhi hai in</w:t>
      </w:r>
      <w:r>
        <w:br/>
      </w:r>
      <w:r>
        <w:rPr>
          <w:sz w:val="20"/>
        </w:rPr>
        <w:t>55:39  کا سوال ہے مولانا there are so many hadith related to Syria that it is very blissful</w:t>
      </w:r>
      <w:r>
        <w:br/>
      </w:r>
      <w:r>
        <w:rPr>
          <w:sz w:val="20"/>
        </w:rPr>
        <w:t>55:47  and angels are spreading their wings to save it but now there is bl</w:t>
      </w:r>
      <w:r>
        <w:br/>
      </w:r>
      <w:r>
        <w:rPr>
          <w:sz w:val="20"/>
        </w:rPr>
        <w:t>55:54  ood shed everywhere. Maulana some time it seems that there is a contradiction between hadith and the situation that is present in syria today. what is your opinion on this? contradiction nahi hai yeh is baat ka saboot hai ke musalman na sirf syria ke balkeh sari dunya ke wo debate kar rahe hain allah ki hidayat se kyun ke syria wale direct involve hain to doosre</w:t>
      </w:r>
      <w:r>
        <w:br/>
      </w:r>
      <w:r>
        <w:rPr>
          <w:sz w:val="20"/>
        </w:rPr>
        <w:t>56:24  musalman jo hain kyun un ki himayat karte hain kyun ke un ko rokte kyun nahin yani jis</w:t>
      </w:r>
      <w:r>
        <w:br/>
      </w:r>
      <w:r>
        <w:rPr>
          <w:sz w:val="20"/>
        </w:rPr>
        <w:t>56:32  ko dekhiye us ki himayat mein bol raha hai sab log chalayein ke kya kar rahe ho tum</w:t>
      </w:r>
      <w:r>
        <w:br/>
      </w:r>
      <w:r>
        <w:rPr>
          <w:sz w:val="20"/>
        </w:rPr>
        <w:t>56:39  positive ko negative mein badal rahe ho chhod do yeh sab bomb chhod do gun chhod do negative soch chhod do aur</w:t>
      </w:r>
      <w:r>
        <w:br/>
      </w:r>
      <w:r>
        <w:rPr>
          <w:sz w:val="20"/>
        </w:rPr>
        <w:t>56:47  quran ko le kar utho</w:t>
      </w:r>
    </w:p>
    <w:p>
      <w:pPr>
        <w:pStyle w:val="Heading2"/>
      </w:pPr>
      <w:r>
        <w:t>Does hadith predict return of caliphate?</w:t>
      </w:r>
    </w:p>
    <w:p>
      <w:r>
        <w:rPr>
          <w:color w:val="666666"/>
          <w:sz w:val="18"/>
        </w:rPr>
        <w:t>Hadith · Social Reform | December 22, 2013 | Maulana Wahiduddin Khan · 1m 46s · at 1:17:30 · https://youtu.be/kGP903BvDto?t=4650</w:t>
      </w:r>
    </w:p>
    <w:p>
      <w:r>
        <w:rPr>
          <w:i/>
        </w:rPr>
        <w:t>“In hadith, there is a prediction of the return of caliphate. Does that mean the coming of democratic conditions? Please explain.”</w:t>
      </w:r>
    </w:p>
    <w:p>
      <w:r>
        <w:rPr>
          <w:sz w:val="20"/>
        </w:rPr>
        <w:t>1:17:30  aur ye insān khud hī samajh saktā hai. koī dūsrā nahīñ batā saktā is ko. maulānā, aglā savāl maulānā iliyās ne kiyā hai channai se. unhoñ ne likhā hai: "Maulānā, ḥadīth mein khilāfat kī vāpasī kā prediction āyā hai. kyā is kā matlab jamhūriyyat kī ḥālāt kā ānā hai? is ke bāre mein batāeñ." bhaī, duniyā mein kaun sī ḥadīth mein khilāfat kī vāpasī kī prediction hai? aisā to</w:t>
      </w:r>
      <w:r>
        <w:br/>
      </w:r>
      <w:r>
        <w:rPr>
          <w:sz w:val="20"/>
        </w:rPr>
        <w:t>1:18:00  koi hadith hai nahin.</w:t>
      </w:r>
      <w:r>
        <w:br/>
      </w:r>
      <w:r>
        <w:rPr>
          <w:sz w:val="20"/>
        </w:rPr>
        <w:t>1:18:04  kehta hai, koi hadith hai aisi? khilafat wapas aye gi? mujhe to pata nahi.</w:t>
      </w:r>
      <w:r>
        <w:br/>
      </w:r>
      <w:r>
        <w:rPr>
          <w:sz w:val="20"/>
        </w:rPr>
        <w:t>1:18:08  beh-haal, yeh yeh agar in ke koi hadith hadith jante honge to agle itwar ko batayein woh.</w:t>
      </w:r>
      <w:r>
        <w:br/>
      </w:r>
      <w:r>
        <w:rPr>
          <w:sz w:val="20"/>
        </w:rPr>
        <w:t>1:18:12  ji, main nahi janta kisi aisi hadith ko jis mein ke khilafat wapas aye gi.</w:t>
      </w:r>
      <w:r>
        <w:br/>
      </w:r>
      <w:r>
        <w:rPr>
          <w:sz w:val="20"/>
        </w:rPr>
        <w:t>1:18:15  yeh to koi mere to yeh ghair maloom baat hai.</w:t>
      </w:r>
      <w:r>
        <w:br/>
      </w:r>
      <w:r>
        <w:rPr>
          <w:sz w:val="20"/>
        </w:rPr>
        <w:t>1:18:19  ek se ek khilafat ka lafz aa gaya to bas aap samajh lein ke khilafat wapas aye gi.</w:t>
      </w:r>
      <w:r>
        <w:br/>
      </w:r>
      <w:r>
        <w:rPr>
          <w:sz w:val="20"/>
        </w:rPr>
        <w:t>1:18:23  wapas aye gi.</w:t>
      </w:r>
      <w:r>
        <w:br/>
      </w:r>
      <w:r>
        <w:rPr>
          <w:sz w:val="20"/>
        </w:rPr>
        <w:t>1:18:27  log lafzon yeh bhi</w:t>
      </w:r>
      <w:r>
        <w:br/>
      </w:r>
      <w:r>
        <w:rPr>
          <w:sz w:val="20"/>
        </w:rPr>
        <w:t>1:18:30  bohat bari logon ke andar ajeeb-o-ghareeb kamzori hai.</w:t>
      </w:r>
      <w:r>
        <w:br/>
      </w:r>
      <w:r>
        <w:rPr>
          <w:sz w:val="20"/>
        </w:rPr>
        <w:t>1:18:34  ek lafz le lenge, aap samajhte hain ke falan baat wahan maujood hai.</w:t>
      </w:r>
      <w:r>
        <w:br/>
      </w:r>
      <w:r>
        <w:rPr>
          <w:sz w:val="20"/>
        </w:rPr>
        <w:t>1:18:38  lafz se sabit nahi hota ke falan baat wahan maujood hai.</w:t>
      </w:r>
      <w:r>
        <w:br/>
      </w:r>
      <w:r>
        <w:rPr>
          <w:sz w:val="20"/>
        </w:rPr>
        <w:t>1:18:42  kahin lafz khalifa aa gaya to bas khilafat tasawwur maujood hai.</w:t>
      </w:r>
      <w:r>
        <w:br/>
      </w:r>
      <w:r>
        <w:rPr>
          <w:sz w:val="20"/>
        </w:rPr>
        <w:t>1:18:45  aisa kuch nahi.</w:t>
      </w:r>
      <w:r>
        <w:br/>
      </w:r>
      <w:r>
        <w:rPr>
          <w:sz w:val="20"/>
        </w:rPr>
        <w:t>1:18:49  aap poora is is poore bayan ko dekhiye ke wahan kis ma'ne mein woh lafz aaya hai.</w:t>
      </w:r>
      <w:r>
        <w:br/>
      </w:r>
      <w:r>
        <w:rPr>
          <w:sz w:val="20"/>
        </w:rPr>
        <w:t>1:18:53  to jab tak main poori hadith na dekh loon, main koi rai nahi de sakta is ke bare mein.</w:t>
      </w:r>
      <w:r>
        <w:br/>
      </w:r>
      <w:r>
        <w:rPr>
          <w:sz w:val="20"/>
        </w:rPr>
        <w:t>1:18:57  in ka ek aur sawal hai</w:t>
      </w:r>
      <w:r>
        <w:br/>
      </w:r>
      <w:r>
        <w:rPr>
          <w:sz w:val="20"/>
        </w:rPr>
        <w:t>1:19:01  maulana, unhon ne likha hai: "lafzi dekhiye, lafzi mushabihat par istadlal karne ka bohat poori tareekh mein raha hai.</w:t>
      </w:r>
      <w:r>
        <w:br/>
      </w:r>
      <w:r>
        <w:rPr>
          <w:sz w:val="20"/>
        </w:rPr>
        <w:t>1:19:09  lafzi mushabihat se.</w:t>
      </w:r>
    </w:p>
    <w:p>
      <w:pPr>
        <w:pStyle w:val="Heading2"/>
      </w:pPr>
      <w:r>
        <w:t>Does hadith teach universal outlook</w:t>
      </w:r>
    </w:p>
    <w:p>
      <w:r>
        <w:rPr>
          <w:color w:val="666666"/>
          <w:sz w:val="18"/>
        </w:rPr>
        <w:t>Hadith · Universal outlook April 09, 2017 · 45s · at 54:50 · https://youtu.be/n3HAPCpom5c?t=3290</w:t>
      </w:r>
    </w:p>
    <w:p>
      <w:r>
        <w:rPr>
          <w:i/>
        </w:rPr>
        <w:t>“Maulana, there is a hadith which says 'تقلق بي اخلاق الا' (Takhallaqu bi akhlaq Allah?). Does this hadith teach the same universal outlook? The wording suggests that, but...”</w:t>
      </w:r>
    </w:p>
    <w:p>
      <w:r>
        <w:rPr>
          <w:sz w:val="20"/>
        </w:rPr>
        <w:t>54:50  Maulana agla sawal bheja hai Pakistan se Miss Shabana Ansari ne unhon ne likha hai Maulana there is</w:t>
      </w:r>
      <w:r>
        <w:br/>
      </w:r>
      <w:r>
        <w:rPr>
          <w:sz w:val="20"/>
        </w:rPr>
        <w:t>54:58  a hadith which says taqallu bi akhlaq al does this hadith teaches the same universal outlook</w:t>
      </w:r>
      <w:r>
        <w:br/>
      </w:r>
      <w:r>
        <w:rPr>
          <w:sz w:val="20"/>
        </w:rPr>
        <w:t>55:09  yani jo is ke jo wording hai us mein to yahi baat hai lekin yeh is hadith ko</w:t>
      </w:r>
      <w:r>
        <w:br/>
      </w:r>
      <w:r>
        <w:rPr>
          <w:sz w:val="20"/>
        </w:rPr>
        <w:t>55:16  muhaddiseen mante nahi muhaddiseen ne is ko hadith nahi mana hai yeh kisi ki saying hai kisi ka</w:t>
      </w:r>
      <w:r>
        <w:br/>
      </w:r>
      <w:r>
        <w:rPr>
          <w:sz w:val="20"/>
        </w:rPr>
        <w:t>55:24  qol hai baat to achhi hai is ke andar</w:t>
      </w:r>
      <w:r>
        <w:br/>
      </w:r>
      <w:r>
        <w:rPr>
          <w:sz w:val="20"/>
        </w:rPr>
        <w:t>55:29  baat to bohat achhi hai lekin yeh qol Rasool nahi hai muhaddiseen ke nazdeek</w:t>
      </w:r>
    </w:p>
    <w:p>
      <w:pPr>
        <w:pStyle w:val="Heading2"/>
      </w:pPr>
      <w:r>
        <w:t>Dua for the dead in hadith</w:t>
      </w:r>
    </w:p>
    <w:p>
      <w:r>
        <w:rPr>
          <w:color w:val="666666"/>
          <w:sz w:val="18"/>
        </w:rPr>
        <w:t>Hadith · Art of Crisis Management I 3 October, 2010 Maulana Wahiduddin Khan · 1m 52s · at 1:42:20 · https://youtu.be/mcJZ0YEOolk?t=6140</w:t>
      </w:r>
    </w:p>
    <w:p>
      <w:r>
        <w:rPr>
          <w:i/>
        </w:rPr>
        <w:t>“Abu Huraira reported that Allah's Messenger said: 'When a human being dies, all of his deeds are terminated except for three types: an ongoing charity, knowledge of Islam from which others benefit, and thirdly a righteous child who makes dua for him.' Does this hadith clearly indicate that dua is helpful to the dead?”</w:t>
      </w:r>
    </w:p>
    <w:p>
      <w:r>
        <w:rPr>
          <w:sz w:val="20"/>
        </w:rPr>
        <w:t>1:42:20  Maulana, yeh sawal kiya hai Mr. Faiq ne California se. unhone poocha hai ke Abu Hurairah, Abu Hurairah reported that Allah Messenger once said:</w:t>
      </w:r>
      <w:r>
        <w:br/>
      </w:r>
      <w:r>
        <w:rPr>
          <w:sz w:val="20"/>
        </w:rPr>
        <w:t>1:42:36  "When a human being dies, all of his deeds are terminated, except for three types:</w:t>
      </w:r>
      <w:r>
        <w:br/>
      </w:r>
      <w:r>
        <w:rPr>
          <w:sz w:val="20"/>
        </w:rPr>
        <w:t>1:42:43  an ongoing charity, a knowledge of Islam from which others benefit, and thirdly a righteous child who makes dua for him." The Abu Hadith clearly indicates that dua is helpful to the dead.</w:t>
      </w:r>
      <w:r>
        <w:br/>
      </w:r>
      <w:r>
        <w:rPr>
          <w:sz w:val="20"/>
        </w:rPr>
        <w:t>1:43:00  What is your comment on this? Nahi, nahi, woh aap ne sahih hadith nahi naqal ki hai. is tarah nahi hai,</w:t>
      </w:r>
      <w:r>
        <w:br/>
      </w:r>
      <w:r>
        <w:rPr>
          <w:sz w:val="20"/>
        </w:rPr>
        <w:t>1:43:08  woh hadith is tareeqe se hai ke woh beta jis ke banane mein baap ka haath ho, to chunke is bete ko baap ne banaya hai,</w:t>
      </w:r>
      <w:r>
        <w:br/>
      </w:r>
      <w:r>
        <w:rPr>
          <w:sz w:val="20"/>
        </w:rPr>
        <w:t>1:43:21  saalih banaya hai, naik banaya hai, to is wajah se is ko sawab milta rahega. yeh nahi ke woh beta dua kar dega to is ko sawab mil jayega. yeh matlab nahi hai.</w:t>
      </w:r>
      <w:r>
        <w:br/>
      </w:r>
      <w:r>
        <w:rPr>
          <w:sz w:val="20"/>
        </w:rPr>
        <w:t>1:43:30  is hadith ko phir se padhiye. hmm, yaani woh cheez jo</w:t>
      </w:r>
      <w:r>
        <w:br/>
      </w:r>
      <w:r>
        <w:rPr>
          <w:sz w:val="20"/>
        </w:rPr>
        <w:t>1:43:35  baap ke marne ke baad baqi rahi, woh ek saalih beta hai jis ke banane mein baap ka hissa tha. agar baap ki niyat na ho shaamil, apne aap woh saalih hoga, tab bhi nahi kuch milega is ko.</w:t>
      </w:r>
      <w:r>
        <w:br/>
      </w:r>
      <w:r>
        <w:rPr>
          <w:sz w:val="20"/>
        </w:rPr>
        <w:t>1:43:46  yaad rakhiye, yaani baap ka intention agar shaamil hai bete ko banane mein,</w:t>
      </w:r>
      <w:r>
        <w:br/>
      </w:r>
      <w:r>
        <w:rPr>
          <w:sz w:val="20"/>
        </w:rPr>
        <w:t>1:43:54  to chunke baap ne banaya hai bete ko, to yeh is ka ek amal qarar payega. yeh baap ka ek amal qarar payega ke is ne bete ko saalih banaya.</w:t>
      </w:r>
      <w:r>
        <w:br/>
      </w:r>
      <w:r>
        <w:rPr>
          <w:sz w:val="20"/>
        </w:rPr>
        <w:t>1:44:03  is amal ka is ko ajar milega. ya yeh unhone naqal kiya hai na? yeh un ko mein kahunga ke phir se is ke</w:t>
      </w:r>
    </w:p>
    <w:p>
      <w:pPr>
        <w:pStyle w:val="Heading2"/>
      </w:pPr>
      <w:r>
        <w:t>Dying without knowing the Imam</w:t>
      </w:r>
    </w:p>
    <w:p>
      <w:r>
        <w:rPr>
          <w:color w:val="666666"/>
          <w:sz w:val="18"/>
        </w:rPr>
        <w:t>Hadith · The Process of Personality Development June 30, 2013 · 1m 24s · at 49:31 · https://youtu.be/CSSFRydcJlo?t=2971</w:t>
      </w:r>
    </w:p>
    <w:p>
      <w:r>
        <w:rPr>
          <w:i/>
        </w:rPr>
        <w:t>“If a person dies without recognizing the Imam of his time, he dies in ignorance. Please explain this hadith.”</w:t>
      </w:r>
    </w:p>
    <w:p>
      <w:r>
        <w:rPr>
          <w:sz w:val="20"/>
        </w:rPr>
        <w:t>49:31  hamara agla sawal hai mahboob sahab ka shurapur yadgir, karnataka se. unhon ne apne aik saathi ka sawal likha hai ke agar koi shakhs waqt ke imam ko pehchanay baghair mar jaye, woh jahalat ki halat mein mar gaya.</w:t>
      </w:r>
      <w:r>
        <w:br/>
      </w:r>
      <w:r>
        <w:rPr>
          <w:sz w:val="20"/>
        </w:rPr>
        <w:t>49:48  siyah sitah, is hadith ki tashreeh kijiye. dekhein, pehchan ka to mujhe yaad nahin aata, unhon ne alfaaz nahin likhe, nahin hain, ghaliban itaat ka lafz hai.</w:t>
      </w:r>
      <w:r>
        <w:br/>
      </w:r>
      <w:r>
        <w:rPr>
          <w:sz w:val="20"/>
        </w:rPr>
        <w:t>49:59  to yeh yeh baat jo hai, yeh sahi hai, lekin yeh is mani mein sahi hai ke nizam duniya ke mani mein sahi hai, kyunke agar aap itaat na karein to kya hota hai?</w:t>
      </w:r>
      <w:r>
        <w:br/>
      </w:r>
      <w:r>
        <w:rPr>
          <w:sz w:val="20"/>
        </w:rPr>
        <w:t>50:16  nizam khalal waqe hota hai, aapas mein ladaaiyan hoti hain, jis tarah ke aap dekh rahe hain, muslim mulkon mein log aapas mein lad rahe hain, kyunke imam ko mante nahin, imam ki itaat nahin karte.</w:t>
      </w:r>
      <w:r>
        <w:br/>
      </w:r>
      <w:r>
        <w:rPr>
          <w:sz w:val="20"/>
        </w:rPr>
        <w:t>50:27  to imam ki itaat woh woh is aitbar se aham hai ke agar aap itaat nahin kareinge to bahami ladaaiyan hongi, tashaddud aayega, nafratein aayengi, aur phir sara mamla jabrtize ho jayega.</w:t>
      </w:r>
      <w:r>
        <w:br/>
      </w:r>
      <w:r>
        <w:rPr>
          <w:sz w:val="20"/>
        </w:rPr>
        <w:t>50:41  na marifat ka kaam hoga, na taleem ka kaam hoga, na dawat ka kaam hoga. is aitbar se is ki ahmiyat hai, yaani ke amli ahmiyat is ki, amli, yaani is ki ahmiyat eitiqadi nahin hai, balkay amli</w:t>
      </w:r>
    </w:p>
    <w:p>
      <w:pPr>
        <w:pStyle w:val="Heading2"/>
      </w:pPr>
      <w:r>
        <w:t>Explain fear of God as source of wisdom</w:t>
      </w:r>
    </w:p>
    <w:p>
      <w:r>
        <w:rPr>
          <w:color w:val="666666"/>
          <w:sz w:val="18"/>
        </w:rPr>
        <w:t>Hadith · Islamic Wisdom July 17, 2016 · 1m 25s · at 57:29 · https://youtu.be/jB4ugN0K-AM?t=3449</w:t>
      </w:r>
    </w:p>
    <w:p>
      <w:r>
        <w:rPr>
          <w:i/>
        </w:rPr>
        <w:t>“The Prophet had once said that fear of God is the source of wisdom. Kindly explain this saying of the Prophet.”</w:t>
      </w:r>
    </w:p>
    <w:p>
      <w:r>
        <w:rPr>
          <w:sz w:val="20"/>
        </w:rPr>
        <w:t>57:28  Jazakumullah.</w:t>
      </w:r>
      <w:r>
        <w:br/>
      </w:r>
      <w:r>
        <w:rPr>
          <w:sz w:val="20"/>
        </w:rPr>
        <w:t>57:29  Maulana, agla sawal Mr. Ajay Dwivedi ne kiya hai Delhi se aur unhon ne aap se poocha hai</w:t>
      </w:r>
      <w:r>
        <w:br/>
      </w:r>
      <w:r>
        <w:rPr>
          <w:sz w:val="20"/>
        </w:rPr>
        <w:t>57:37  کہ: "The Prophet had once said that fear of God is the source of wisdom." مولانا صاحب، کائنڈلی</w:t>
      </w:r>
      <w:r>
        <w:br/>
      </w:r>
      <w:r>
        <w:rPr>
          <w:sz w:val="20"/>
        </w:rPr>
        <w:t>57:45  explain this saying of the Prophet.</w:t>
      </w:r>
      <w:r>
        <w:br/>
      </w:r>
      <w:r>
        <w:rPr>
          <w:sz w:val="20"/>
        </w:rPr>
        <w:t>57:47  Haan, woh hadith hai: "Rusl hikmat makawat Allah." Dekhein, is ka matlab yeh hai ke jab Allah ka</w:t>
      </w:r>
      <w:r>
        <w:br/>
      </w:r>
      <w:r>
        <w:rPr>
          <w:sz w:val="20"/>
        </w:rPr>
        <w:t>57:55  dar hoga to aadmi ke andar modesty aayegi, woh criticize ho jayega, woh as it is</w:t>
      </w:r>
      <w:r>
        <w:br/>
      </w:r>
      <w:r>
        <w:rPr>
          <w:sz w:val="20"/>
        </w:rPr>
        <w:t>58:03  sochne ka is ke andar yani paida ho jayega, as it is sochne lagega.</w:t>
      </w:r>
      <w:r>
        <w:br/>
      </w:r>
      <w:r>
        <w:rPr>
          <w:sz w:val="20"/>
        </w:rPr>
        <w:t>58:10  jab dar hoga Allah ki pakar ka to sochega ke main agar galat baat kahunga to</w:t>
      </w:r>
      <w:r>
        <w:br/>
      </w:r>
      <w:r>
        <w:rPr>
          <w:sz w:val="20"/>
        </w:rPr>
        <w:t>58:17  galat baat sochunga to Allah ki pakar ho jayegi.</w:t>
      </w:r>
      <w:r>
        <w:br/>
      </w:r>
      <w:r>
        <w:rPr>
          <w:sz w:val="20"/>
        </w:rPr>
        <w:t>58:22  to Allah ka dar aadmi ko right thinking, right speaking wala banata hai, kyunke criticize jo ho chuka</w:t>
      </w:r>
      <w:r>
        <w:br/>
      </w:r>
      <w:r>
        <w:rPr>
          <w:sz w:val="20"/>
        </w:rPr>
        <w:t>58:30  hoga, woh woh woh kya kare? Yahi karega.</w:t>
      </w:r>
      <w:r>
        <w:br/>
      </w:r>
      <w:r>
        <w:rPr>
          <w:sz w:val="20"/>
        </w:rPr>
        <w:t>58:34  woh to Allah ka dar aadmi ko criticize banata hai aur criticize jab ban gaya aadmi to is</w:t>
      </w:r>
      <w:r>
        <w:br/>
      </w:r>
      <w:r>
        <w:rPr>
          <w:sz w:val="20"/>
        </w:rPr>
        <w:t>58:41  ke andar right thinking aa jati hai.</w:t>
      </w:r>
      <w:r>
        <w:br/>
      </w:r>
      <w:r>
        <w:rPr>
          <w:sz w:val="20"/>
        </w:rPr>
        <w:t>58:44  woh afford nahi kar sakta ke woh galat thinking is ke andar ho.</w:t>
      </w:r>
      <w:r>
        <w:br/>
      </w:r>
      <w:r>
        <w:rPr>
          <w:sz w:val="20"/>
        </w:rPr>
        <w:t>58:50  isi ka naam wisdom hai.</w:t>
      </w:r>
      <w:r>
        <w:br/>
      </w:r>
      <w:r>
        <w:rPr>
          <w:sz w:val="20"/>
        </w:rPr>
        <w:t>58:52  right thinking ke doosra naam wisdom hai.</w:t>
      </w:r>
    </w:p>
    <w:p>
      <w:pPr>
        <w:pStyle w:val="Heading2"/>
      </w:pPr>
      <w:r>
        <w:t>Explain hadith on loss of honesty</w:t>
      </w:r>
    </w:p>
    <w:p>
      <w:r>
        <w:rPr>
          <w:color w:val="666666"/>
          <w:sz w:val="18"/>
        </w:rPr>
        <w:t>Hadith · Opportunities of the Modern Age | March 05, 2017 · 1m 15s · at 55:24 · https://youtu.be/Cv8QEwvQ_fY?t=3324</w:t>
      </w:r>
    </w:p>
    <w:p>
      <w:r>
        <w:rPr>
          <w:i/>
        </w:rPr>
        <w:t>“Please explain the hadith recorded by Bukhari where the Prophet predicted that the Day of Judgment will be established when honesty will be lost and...”</w:t>
      </w:r>
    </w:p>
    <w:p>
      <w:r>
        <w:rPr>
          <w:sz w:val="20"/>
        </w:rPr>
        <w:t>55:24  min teen is ka matlab yahi to hai ke allah sab se kaha ke discrimination kya hai yeh shaitan ki boli hai is ka taluq na profits se hai na allah se hai na quran se hai na sunnat se hai ise mein kabhi bhi discrimination ki boli nahi bolta main is ko gunah samajhta hoon maulana agla sawal mumbai se bheja hai muhammad rafiq choo</w:t>
      </w:r>
      <w:r>
        <w:br/>
      </w:r>
      <w:r>
        <w:rPr>
          <w:sz w:val="20"/>
        </w:rPr>
        <w:t>55:54  le sahab ne unhon ne likha hai: "maulana please explain da hadith recorded by bukhari veer in da</w:t>
      </w:r>
      <w:r>
        <w:br/>
      </w:r>
      <w:r>
        <w:rPr>
          <w:sz w:val="20"/>
        </w:rPr>
        <w:t>56:02  Prophet has predicted that the Dooms Day will be established when honesty will be lost and the honesty</w:t>
      </w:r>
      <w:r>
        <w:br/>
      </w:r>
      <w:r>
        <w:rPr>
          <w:sz w:val="20"/>
        </w:rPr>
        <w:t>56:09  will be lost when the power and authority will be in the hands of unfit person. What</w:t>
      </w:r>
      <w:r>
        <w:br/>
      </w:r>
      <w:r>
        <w:rPr>
          <w:sz w:val="20"/>
        </w:rPr>
        <w:t>56:17  is your comment on this?" dekhiye aap hadith ke arabi alfaaz ko</w:t>
      </w:r>
      <w:r>
        <w:br/>
      </w:r>
      <w:r>
        <w:rPr>
          <w:sz w:val="20"/>
        </w:rPr>
        <w:t>56:24  naqal kar ke hamein bhejiye to hum inshallah jo magazine hai us mein chhapen ge is ka jawab</w:t>
      </w:r>
      <w:r>
        <w:br/>
      </w:r>
      <w:r>
        <w:rPr>
          <w:sz w:val="20"/>
        </w:rPr>
        <w:t>56:32  arabi jo matan hai woh bhi bhejiye aap ko sawal jo hai woh bhejiye ji to inshallah hum</w:t>
      </w:r>
    </w:p>
    <w:p>
      <w:pPr>
        <w:pStyle w:val="Heading2"/>
      </w:pPr>
      <w:r>
        <w:t>Explain teaching Hadith as independent discipline</w:t>
      </w:r>
    </w:p>
    <w:p>
      <w:r>
        <w:rPr>
          <w:color w:val="666666"/>
          <w:sz w:val="18"/>
        </w:rPr>
        <w:t>Hadith · Personality Building January 05, 2014 · 1m 16s · at 53:05 · https://youtu.be/3Zppdm2K4ug?t=3185</w:t>
      </w:r>
    </w:p>
    <w:p>
      <w:r>
        <w:rPr>
          <w:i/>
        </w:rPr>
        <w:t>“Maulana, in your book Tajdeed-e-Deen, page 10, you have written: 'Now the need is to establish the practice of teaching Hadith as an independent discipline.' Maulana, please explain the meaning of this statement with an example.”</w:t>
      </w:r>
    </w:p>
    <w:p>
      <w:r>
        <w:rPr>
          <w:sz w:val="20"/>
        </w:rPr>
        <w:t>53:05  maulana, agla sawal chennai se aya hai maulana ilyas ka.</w:t>
      </w:r>
      <w:r>
        <w:br/>
      </w:r>
      <w:r>
        <w:rPr>
          <w:sz w:val="20"/>
        </w:rPr>
        <w:t>53:09  unhon ne likha hai: "maulana, in your book tajdid-e-deen, page number 10, you have written: ab zarurat hai ke hadith ko khud ek mustaqil ilm ki hesiyat se parhane ka rivaj dala jaye.</w:t>
      </w:r>
      <w:r>
        <w:br/>
      </w:r>
      <w:r>
        <w:rPr>
          <w:sz w:val="20"/>
        </w:rPr>
        <w:t>53:26  maulana, please explain the meaning of this statement with an example. dekhen, woh woh jo statement hai.</w:t>
      </w:r>
      <w:r>
        <w:br/>
      </w:r>
      <w:r>
        <w:rPr>
          <w:sz w:val="20"/>
        </w:rPr>
        <w:t>53:35  to aisa ho gaya hai baad ke zamane mein,</w:t>
      </w:r>
      <w:r>
        <w:br/>
      </w:r>
      <w:r>
        <w:rPr>
          <w:sz w:val="20"/>
        </w:rPr>
        <w:t>53:39  baad ke zamane mein aisa hoga ke hadith ko fiqh ke tabe kar diya jayega. yani pehle fiqh hai, uske baad hadith.</w:t>
      </w:r>
      <w:r>
        <w:br/>
      </w:r>
      <w:r>
        <w:rPr>
          <w:sz w:val="20"/>
        </w:rPr>
        <w:t>53:50  fiqh mein kuch masail banaye aur hadith se usko nikalne lage. to main ne yeh kaha hai ke yeh "putting the card before the heart"</w:t>
      </w:r>
      <w:r>
        <w:br/>
      </w:r>
      <w:r>
        <w:rPr>
          <w:sz w:val="20"/>
        </w:rPr>
        <w:t>53:59  sahih hai. yani abhi hadith ko yeh darja dena chahiye ke fiqh uske tabe ho. ulta kar diya gaya hai, ulta kar diya gaya hai.</w:t>
      </w:r>
      <w:r>
        <w:br/>
      </w:r>
      <w:r>
        <w:rPr>
          <w:sz w:val="20"/>
        </w:rPr>
        <w:t>54:09  is ki wajah is misalein di hain, is kitab aap parh lijiye, is ko aap ne shayad is ko ghaur se nahi parha. isi kitab mein, isi kitab mein misal mil jayegi aap ko dobara agar parhen aap to.</w:t>
      </w:r>
    </w:p>
    <w:p>
      <w:pPr>
        <w:pStyle w:val="Heading2"/>
      </w:pPr>
      <w:r>
        <w:t>Explanation of Hadith Qudsi and its narration</w:t>
      </w:r>
    </w:p>
    <w:p>
      <w:r>
        <w:rPr>
          <w:color w:val="666666"/>
          <w:sz w:val="18"/>
        </w:rPr>
        <w:t>Hadith · Pillars of Western Thought October 6, 2013 · 51s · at 1:00:43 · https://youtu.be/o4WfPvju5_M?t=3643</w:t>
      </w:r>
    </w:p>
    <w:p>
      <w:r>
        <w:rPr>
          <w:i/>
        </w:rPr>
        <w:t>“Explain Hadith Qudsi. Did the Prophet used to say that this is a Qudsi Hadith before narrating it?”</w:t>
      </w:r>
    </w:p>
    <w:p>
      <w:r>
        <w:rPr>
          <w:sz w:val="20"/>
        </w:rPr>
        <w:t>1:00:43  agla sawal dilli se hai. jami ul qatra sahab ka. unhon ne likha hai: "hadith qudsi ki wazahat kari</w:t>
      </w:r>
      <w:r>
        <w:br/>
      </w:r>
      <w:r>
        <w:rPr>
          <w:sz w:val="20"/>
        </w:rPr>
        <w:t>1:00:50  n. kya hadith bayan karne se pehle prophet yeh farmate the ke yeh yeh qudsi hadith hai?" dekhiye, yeh usloob ki baat hai.</w:t>
      </w:r>
      <w:r>
        <w:br/>
      </w:r>
      <w:r>
        <w:rPr>
          <w:sz w:val="20"/>
        </w:rPr>
        <w:t>1:01:02  yeh yeh dekhein, rasool allah farmate the ke hadith qudsi hai. is ka usloob batata hai ke hadith qudsi hai. yaani jab woh hadith allah ki taraf se ho to woh hadith qudsi hai.</w:t>
      </w:r>
      <w:r>
        <w:br/>
      </w:r>
      <w:r>
        <w:rPr>
          <w:sz w:val="20"/>
        </w:rPr>
        <w:t>1:01:14  rasool allah ki taraf se ho to aam hadith hai. woh</w:t>
      </w:r>
      <w:r>
        <w:br/>
      </w:r>
      <w:r>
        <w:rPr>
          <w:sz w:val="20"/>
        </w:rPr>
        <w:t>1:01:19  yaani kai hadisein aisi aati hain kitabon mein jo rasool allah ne bayan farmayin, lekin woh allah ki taraf se hain. to woh is ko hadith qudsi kaha jata hai.</w:t>
      </w:r>
    </w:p>
    <w:p>
      <w:pPr>
        <w:pStyle w:val="Heading2"/>
      </w:pPr>
      <w:r>
        <w:t>Explanation of Prophet's saying on middle course</w:t>
      </w:r>
    </w:p>
    <w:p>
      <w:r>
        <w:rPr>
          <w:color w:val="666666"/>
          <w:sz w:val="18"/>
        </w:rPr>
        <w:t>Hadith · Three levels of Realization July 4, 2010 · 1m 28s · at 1:02:42 · https://youtu.be/NtCTVVov3Nw?t=3762</w:t>
      </w:r>
    </w:p>
    <w:p>
      <w:r>
        <w:rPr>
          <w:i/>
        </w:rPr>
        <w:t>“Please explain the saying of the Prophet: 'Do good deeds sincerely and moderately and always adopt a middle course, for by that you will reach Paradise.'”</w:t>
      </w:r>
    </w:p>
    <w:p>
      <w:r>
        <w:rPr>
          <w:sz w:val="20"/>
        </w:rPr>
        <w:t>1:02:42  molana agla sawal poocha hai muhammad zikwan nadvi ne nai dilli se</w:t>
      </w:r>
      <w:r>
        <w:br/>
      </w:r>
      <w:r>
        <w:rPr>
          <w:sz w:val="20"/>
        </w:rPr>
        <w:t>1:02:49  abu huraia narrated hadith which is also recorded in sahih bukhari where the prophet of islam had said do good deeds sincerely and moderately and always adopt a middle course whereby you will reach the paradise molana he wants you to explain this saying of the prophet</w:t>
      </w:r>
      <w:r>
        <w:br/>
      </w:r>
      <w:r>
        <w:rPr>
          <w:sz w:val="20"/>
        </w:rPr>
        <w:t>1:03:14  dekhen middle course jo hai woh practical mamlaat ke liye hai yani aqeedah aur ibadat ke liye nahi hai ke aqeedah mein aap middle course len yeh matlab nahi hai iska rozmarah ki zindagi ke mamlaat hain ismein aap extreme extreme par na jayen kyunke step jane se kya hota hai ke aap chal nahi paate agay yeh jo practicable hai usko lijiye</w:t>
      </w:r>
      <w:r>
        <w:br/>
      </w:r>
      <w:r>
        <w:rPr>
          <w:sz w:val="20"/>
        </w:rPr>
        <w:t>1:03:43  beech ke maani hain practicable</w:t>
      </w:r>
      <w:r>
        <w:br/>
      </w:r>
      <w:r>
        <w:rPr>
          <w:sz w:val="20"/>
        </w:rPr>
        <w:t>1:03:48  toh intellectual maamle mein aap ko perfect hona chahiye practical maamle mein aap ko woh cheez lena chahiye jo ke practically possible hai is tarah chalte hue chalte hue chalte hue aap pride tak pahunch jaate hain</w:t>
      </w:r>
      <w:r>
        <w:br/>
      </w:r>
      <w:r>
        <w:rPr>
          <w:sz w:val="20"/>
        </w:rPr>
        <w:t>1:04:07  yeh mera tajurba hai molana unka ek aur</w:t>
      </w:r>
    </w:p>
    <w:p>
      <w:pPr>
        <w:pStyle w:val="Heading2"/>
      </w:pPr>
      <w:r>
        <w:t>Explanation of a hadith from Bukhari</w:t>
      </w:r>
    </w:p>
    <w:p>
      <w:r>
        <w:rPr>
          <w:color w:val="666666"/>
          <w:sz w:val="18"/>
        </w:rPr>
        <w:t>Hadith · Three levels of Realization 4 July 2010 - Maulana Wahiduddin Khan · 1m 30s · at 1:02:09 · https://youtu.be/H-kx5TldzfQ?t=3729</w:t>
      </w:r>
    </w:p>
    <w:p>
      <w:r>
        <w:rPr>
          <w:i/>
        </w:rPr>
        <w:t>“Abu Huraira narrated a hadith which is also recorded in Sahih Bukhari where the Prophet of Islam said: ...”</w:t>
      </w:r>
    </w:p>
    <w:p>
      <w:r>
        <w:rPr>
          <w:sz w:val="20"/>
        </w:rPr>
        <w:t>1:02:09  maulana yeh sawal poocha hai</w:t>
      </w:r>
      <w:r>
        <w:br/>
      </w:r>
      <w:r>
        <w:rPr>
          <w:sz w:val="20"/>
        </w:rPr>
        <w:t>1:02:12  Muhammad Zikwan Nadvi ne New Delhi se.</w:t>
      </w:r>
      <w:r>
        <w:br/>
      </w:r>
      <w:r>
        <w:rPr>
          <w:sz w:val="20"/>
        </w:rPr>
        <w:t>1:02:16  Abu Hurairah narrated a hadith which is also recorded in Sahih Al-Bukhari where the Prophet of Islam had said:</w:t>
      </w:r>
      <w:r>
        <w:br/>
      </w:r>
      <w:r>
        <w:rPr>
          <w:sz w:val="20"/>
        </w:rPr>
        <w:t>1:02:26  Do good deeds sincerely and moderately</w:t>
      </w:r>
      <w:r>
        <w:br/>
      </w:r>
      <w:r>
        <w:rPr>
          <w:sz w:val="20"/>
        </w:rPr>
        <w:t>1:02:30  "and always adopt a middle course whereby you will reach the paradise."</w:t>
      </w:r>
      <w:r>
        <w:br/>
      </w:r>
      <w:r>
        <w:rPr>
          <w:sz w:val="20"/>
        </w:rPr>
        <w:t>1:02:37  Maulana he wants you to explain this saying</w:t>
      </w:r>
      <w:r>
        <w:br/>
      </w:r>
      <w:r>
        <w:rPr>
          <w:sz w:val="20"/>
        </w:rPr>
        <w:t>1:02:40  of the prophet. dekhiye middle course jo hai wo practical mamlaat ke liye hai. yani aqeedah aur ibadat ke liye nahi hai ke aqeedah mein aap middle course len ye matlab nahi hai is ka.</w:t>
      </w:r>
      <w:r>
        <w:br/>
      </w:r>
      <w:r>
        <w:rPr>
          <w:sz w:val="20"/>
        </w:rPr>
        <w:t>1:02:55  rozmarra ki zindagi ke mamlaat hain is mein aap extreme extreme par na jayen. kyunke extreme jaane se kya hota hai ke aap chal nahi pate aage.</w:t>
      </w:r>
      <w:r>
        <w:br/>
      </w:r>
      <w:r>
        <w:rPr>
          <w:sz w:val="20"/>
        </w:rPr>
        <w:t>1:03:08  jo practicable hai us ko lijiyye. beech ke maane hain practicable.</w:t>
      </w:r>
      <w:r>
        <w:br/>
      </w:r>
      <w:r>
        <w:rPr>
          <w:sz w:val="20"/>
        </w:rPr>
        <w:t>1:03:16  to intellectual maamle mein aap ko perfect hona chahiye. practical maamle mein aap ko wo cheez leni chahiye jo ke practically possible hai.</w:t>
      </w:r>
      <w:r>
        <w:br/>
      </w:r>
      <w:r>
        <w:rPr>
          <w:sz w:val="20"/>
        </w:rPr>
        <w:t>1:03:29  is tarah chalte hue chalte hue chalte hue aap pride tak pahunch jate hain.</w:t>
      </w:r>
      <w:r>
        <w:br/>
      </w:r>
      <w:r>
        <w:rPr>
          <w:sz w:val="20"/>
        </w:rPr>
        <w:t>1:03:36  yeh mera tajruba hai.</w:t>
      </w:r>
    </w:p>
    <w:p>
      <w:pPr>
        <w:pStyle w:val="Heading2"/>
      </w:pPr>
      <w:r>
        <w:t>Explanation of hadith on excessive questioning</w:t>
      </w:r>
    </w:p>
    <w:p>
      <w:r>
        <w:rPr>
          <w:color w:val="666666"/>
          <w:sz w:val="18"/>
        </w:rPr>
        <w:t>Hadith · Material Science and Spiritual Science 20 May 2012 · 1m 38s · at 1:20:53 · https://youtu.be/4K6CxjThlxQ?t=4853</w:t>
      </w:r>
    </w:p>
    <w:p>
      <w:r>
        <w:rPr>
          <w:i/>
        </w:rPr>
        <w:t>“Please explain the hadith that says those before you were destroyed by excessive questioning and disagreement with prophets.”</w:t>
      </w:r>
    </w:p>
    <w:p>
      <w:r>
        <w:rPr>
          <w:sz w:val="20"/>
        </w:rPr>
        <w:t>1:20:53  Maulana agla sawal Mr Nafees Siddiqui sahab ka hai Delhi</w:t>
      </w:r>
      <w:r>
        <w:br/>
      </w:r>
      <w:r>
        <w:rPr>
          <w:sz w:val="20"/>
        </w:rPr>
        <w:t>1:20:56  se unhon ne likha hai Maulana Maulana unhon ne ek Hadith ke bare mein likha hai ke jis mein aaya hai tum se pehle ke logon ko sawalon ki kasrat aur nabiyon se ikhtilaf ne halak kar diya woh chahte hain ke aap is Hadith ko explain karein</w:t>
      </w:r>
      <w:r>
        <w:br/>
      </w:r>
      <w:r>
        <w:rPr>
          <w:sz w:val="20"/>
        </w:rPr>
        <w:t>1:21:17  dekhein question do qism ke hote hain ek question falsafiya ka question hota hai to woh bura hai</w:t>
      </w:r>
      <w:r>
        <w:br/>
      </w:r>
      <w:r>
        <w:rPr>
          <w:sz w:val="20"/>
        </w:rPr>
        <w:t>1:21:26  baqi ek sawal kare aadmi yani apni apni learning ko badhane ke liye apni marifat ko badhane ke liye to bahut achhi cheez hai woh to is Hadith mein sawal ka matlab absolute sense nahi lena chahiye ke sawal karna hi galat hai absolute sense mein nahi hai lekin bas sawal kar rahe hain khwamkhwah idhar udhar ki bekar ki baatein waqt zaya karte hain apna bhi doosre ka to woh galat hai aur doosra</w:t>
      </w:r>
      <w:r>
        <w:br/>
      </w:r>
      <w:r>
        <w:rPr>
          <w:sz w:val="20"/>
        </w:rPr>
        <w:t>1:21:54  kya hai aur nabiyon se ikhtilaf ne halak kar diya ikhtilaf dekhein ikhtilaf ikhtilaf ka matlab agar yeh hai ke yani clarification ke liye poochna to bilkul bahut achhi cheez hai woh ikhtilaf hota hai ek ek ke bilawaja kathurti khwamkhwah ki bahtein takrar woh buri cheez hai</w:t>
      </w:r>
      <w:r>
        <w:br/>
      </w:r>
      <w:r>
        <w:rPr>
          <w:sz w:val="20"/>
        </w:rPr>
        <w:t>1:22:18  lekin agar aap ikhtilaf karein is liye ke kisi baat ko clear karna chahte hain sach ko janne ke liye to bahut achhi cheez hai woh absolute sense mein galat nahi hai woh</w:t>
      </w:r>
    </w:p>
    <w:p>
      <w:pPr>
        <w:pStyle w:val="Heading2"/>
      </w:pPr>
      <w:r>
        <w:t>Explanation of hadith on fighting until shahada</w:t>
      </w:r>
    </w:p>
    <w:p>
      <w:r>
        <w:rPr>
          <w:color w:val="666666"/>
          <w:sz w:val="18"/>
        </w:rPr>
        <w:t>Hadith · Paradise Culture January 12, 2014 · 1m 42s · at 59:53 · https://youtu.be/Z3A6r7XjE00?t=3593</w:t>
      </w:r>
    </w:p>
    <w:p>
      <w:r>
        <w:rPr>
          <w:i/>
        </w:rPr>
        <w:t>“In Bukhari's Book of Faith, it is mentioned that Prophet Muhammad said: 'I will fight with people till they testify that God is one.' Please elaborate and explain this hadith.”</w:t>
      </w:r>
    </w:p>
    <w:p>
      <w:r>
        <w:rPr>
          <w:sz w:val="20"/>
        </w:rPr>
        <w:t>59:53  Maulana, agla sawal Jammu Kashmir se Junaid Hassan sahib ka hai. Unhon ne likha hai: "In Bukhari Book of Faith, it is mentioned that Prophet Muhammad had said: 'I will fight with people till they testify that God is one.'" Maulana, please elaborate and explain this hadith.</w:t>
      </w:r>
      <w:r>
        <w:br/>
      </w:r>
      <w:r>
        <w:rPr>
          <w:sz w:val="20"/>
        </w:rPr>
        <w:t>1:00:20  yeh hadith hai ke "umartun naas hatta yaqoolu Allah." To dekhen, yeh jo hadith hai, is ke mutaliq hum likh chuke hain kitab mein.</w:t>
      </w:r>
      <w:r>
        <w:br/>
      </w:r>
      <w:r>
        <w:rPr>
          <w:sz w:val="20"/>
        </w:rPr>
        <w:t>1:00:33  is ka matlab yeh koi aam hukum nahin hai ke lad lad kar ke aap logon ko kalma padhwaen. Yeh sirf yeh Rasool Allah ke zamane mein jo aap ke muasir the, contemporary, un ke bare mein yeh hai.</w:t>
      </w:r>
      <w:r>
        <w:br/>
      </w:r>
      <w:r>
        <w:rPr>
          <w:sz w:val="20"/>
        </w:rPr>
        <w:t>1:00:49  ab aap ko sirf dawat dena hai, lad kar kalma nahin padhwana hai. To is ke bare mein main likh chuke hain, hum aap us ko padh lijie.</w:t>
      </w:r>
      <w:r>
        <w:br/>
      </w:r>
      <w:r>
        <w:rPr>
          <w:sz w:val="20"/>
        </w:rPr>
        <w:t>1:01:00  lekin is ka khulasa yahi hai ke is hadith mein jis cheez ka zikr hai, woh Rasool Allah ke contemporary ke bare mein hai jin par aap ne barah-e-rast dawat di thi, jis ko hum Banu Ismail kehte hain.</w:t>
      </w:r>
      <w:r>
        <w:br/>
      </w:r>
      <w:r>
        <w:rPr>
          <w:sz w:val="20"/>
        </w:rPr>
        <w:t>1:01:13  waqti taur par yeh</w:t>
      </w:r>
      <w:r>
        <w:br/>
      </w:r>
      <w:r>
        <w:rPr>
          <w:sz w:val="20"/>
        </w:rPr>
        <w:t>1:01:15  to ab jo hai, us ko aap general application nahin kar sakte ke aaj kahein ke hum logon ko maar mar ke kalma padhwaenge. Yeh bilkul hi sarkashi hogi, Islam nahin hoga.</w:t>
      </w:r>
      <w:r>
        <w:br/>
      </w:r>
      <w:r>
        <w:rPr>
          <w:sz w:val="20"/>
        </w:rPr>
        <w:t>1:01:25  yeh tafseel janna chahen to yeh mere is ke bare mein main ne likh chuka hoon is se pehle.</w:t>
      </w:r>
    </w:p>
    <w:p>
      <w:pPr>
        <w:pStyle w:val="Heading2"/>
      </w:pPr>
      <w:r>
        <w:t>Explanation of hadith on praising</w:t>
      </w:r>
    </w:p>
    <w:p>
      <w:r>
        <w:rPr>
          <w:color w:val="666666"/>
          <w:sz w:val="18"/>
        </w:rPr>
        <w:t>Hadith · Divine Ideology of Life I 11 July 2010 · 1m 21s · at 1:06:10 · https://youtu.be/wOmHVfyjMJY?t=3970</w:t>
      </w:r>
    </w:p>
    <w:p>
      <w:r>
        <w:rPr>
          <w:i/>
        </w:rPr>
        <w:t>“Imam Bukhari, Muslim, Abu Dawood, and Ibn Majah have collected a hadith where it is mentioned: 'Do not praise your friend, Allah knows best about him.' Maulana, he wants you to explain this hadith.”</w:t>
      </w:r>
    </w:p>
    <w:p>
      <w:r>
        <w:rPr>
          <w:sz w:val="20"/>
        </w:rPr>
        <w:t>1:06:10  Maulana, agla sawal Maulana Zakariya Nadvi ne kiya hai New Delhi se.</w:t>
      </w:r>
      <w:r>
        <w:br/>
      </w:r>
      <w:r>
        <w:rPr>
          <w:sz w:val="20"/>
        </w:rPr>
        <w:t>1:06:17  An Al Bukhari Muslim Abu Dawood and Ibn Majah has collected a hadith where it is mentioned: "Do not praise your friend, Allah knows best about him." Maulana, he wants you to explain this hadith.</w:t>
      </w:r>
      <w:r>
        <w:br/>
      </w:r>
      <w:r>
        <w:rPr>
          <w:sz w:val="20"/>
        </w:rPr>
        <w:t>1:06:40  dekhiye, aik hai praise yani tareef karna, aik hai qadr-dani.</w:t>
      </w:r>
      <w:r>
        <w:br/>
      </w:r>
      <w:r>
        <w:rPr>
          <w:sz w:val="20"/>
        </w:rPr>
        <w:t>1:06:46  to qadr-dani ka talluq hai etraf se, acknowledge karne se. agar kisi mein koi khoobi ho to us ko acknowledge kijiye. jo acknowledge na kare, woh bakheel hai.</w:t>
      </w:r>
      <w:r>
        <w:br/>
      </w:r>
      <w:r>
        <w:rPr>
          <w:sz w:val="20"/>
        </w:rPr>
        <w:t>1:06:56  lekin praise to koi na beta bari karna chahiye, na kisi karna chahiye. praise to koi achi cheez nahi, matlab woh to koi achi cheez nahi.</w:t>
      </w:r>
      <w:r>
        <w:br/>
      </w:r>
      <w:r>
        <w:rPr>
          <w:sz w:val="20"/>
        </w:rPr>
        <w:t>1:07:08  lekin acknowledge zaroor karna chahiye aadmi ko.</w:t>
      </w:r>
      <w:r>
        <w:br/>
      </w:r>
      <w:r>
        <w:rPr>
          <w:sz w:val="20"/>
        </w:rPr>
        <w:t>1:07:11  kisi mein aap koi koi khoobi paen, koi waqai to us ko etraf kijiye, us ko acknowledge kijiye, us ko due respect dijiye.</w:t>
      </w:r>
      <w:r>
        <w:br/>
      </w:r>
      <w:r>
        <w:rPr>
          <w:sz w:val="20"/>
        </w:rPr>
        <w:t>1:07:22  yeh karna hai.</w:t>
      </w:r>
      <w:r>
        <w:br/>
      </w:r>
      <w:r>
        <w:rPr>
          <w:sz w:val="20"/>
        </w:rPr>
        <w:t>1:07:25  It is nothing.</w:t>
      </w:r>
    </w:p>
    <w:p>
      <w:pPr>
        <w:pStyle w:val="Heading2"/>
      </w:pPr>
      <w:r>
        <w:t>Explanation of hadith on praising friends</w:t>
      </w:r>
    </w:p>
    <w:p>
      <w:r>
        <w:rPr>
          <w:color w:val="666666"/>
          <w:sz w:val="18"/>
        </w:rPr>
        <w:t>Hadith · Q&amp;A 11 Jul 2010 Maulana Wahiduddin Khan · 1m 21s · at 8:01 · https://youtu.be/UHtdtzGGwFQ?t=481</w:t>
      </w:r>
    </w:p>
    <w:p>
      <w:r>
        <w:rPr>
          <w:i/>
        </w:rPr>
        <w:t>“Al-Bukhari, Muslim, Abu Dawood, and Ibn Majah have collected a hadith where it is mentioned: 'Do not praise your friend, Allah knows best about him.' Please explain this hadith.”</w:t>
      </w:r>
    </w:p>
    <w:p>
      <w:r>
        <w:rPr>
          <w:sz w:val="20"/>
        </w:rPr>
        <w:t>8:01  maulana, agla sawal maulana zakariya nadvi ne kiya hai, nai dilli se.</w:t>
      </w:r>
      <w:r>
        <w:br/>
      </w:r>
      <w:r>
        <w:rPr>
          <w:sz w:val="20"/>
        </w:rPr>
        <w:t>8:08  In Bukhari, Muslim, Abu Dawood and Ibn Majah has collected a hadith where it is mentioned: "Do not</w:t>
      </w:r>
      <w:r>
        <w:br/>
      </w:r>
      <w:r>
        <w:rPr>
          <w:sz w:val="20"/>
        </w:rPr>
        <w:t>8:18  pray for your friend, allah knows best about him.</w:t>
      </w:r>
      <w:r>
        <w:br/>
      </w:r>
      <w:r>
        <w:rPr>
          <w:sz w:val="20"/>
        </w:rPr>
        <w:t>8:23  مولانا، he wants you to explain this hadith.</w:t>
      </w:r>
      <w:r>
        <w:br/>
      </w:r>
      <w:r>
        <w:rPr>
          <w:sz w:val="20"/>
        </w:rPr>
        <w:t>8:31  dekhen, ek hai preiz yaani tareef karna, ek hai qadrdaani. to qadrdaani ka talluq hai etraaf se, acknowledge karne se.</w:t>
      </w:r>
      <w:r>
        <w:br/>
      </w:r>
      <w:r>
        <w:rPr>
          <w:sz w:val="20"/>
        </w:rPr>
        <w:t>8:41  agar kisi mein koi khoobi hai to us ko acknowledge kijiye. jo acknowledge na kare, woh bakheel hai. lekin preiz to na beta beedi karna chahiye, na kisi karna chahiye.</w:t>
      </w:r>
      <w:r>
        <w:br/>
      </w:r>
      <w:r>
        <w:rPr>
          <w:sz w:val="20"/>
        </w:rPr>
        <w:t>8:52  preiz to koi achhi cheez nahin hai. matlab, woh to koi achhi cheez nahin hai. lekin acknowledge zaroor karna chahiye aadmi ko.</w:t>
      </w:r>
      <w:r>
        <w:br/>
      </w:r>
      <w:r>
        <w:rPr>
          <w:sz w:val="20"/>
        </w:rPr>
        <w:t>9:02  kisi mein aap koi koi khoobi paayen, koi waaqai, to us ko etraaf kijiye, us ko acknowledge kijiye, us ko due respect dijiye.</w:t>
      </w:r>
      <w:r>
        <w:br/>
      </w:r>
      <w:r>
        <w:rPr>
          <w:sz w:val="20"/>
        </w:rPr>
        <w:t>9:12  yeh karna hai.</w:t>
      </w:r>
      <w:r>
        <w:br/>
      </w:r>
      <w:r>
        <w:rPr>
          <w:sz w:val="20"/>
        </w:rPr>
        <w:t>9:16  is nothing.</w:t>
      </w:r>
    </w:p>
    <w:p>
      <w:pPr>
        <w:pStyle w:val="Heading2"/>
      </w:pPr>
      <w:r>
        <w:t>Explanation of hadith on worldly heat and Hell</w:t>
      </w:r>
    </w:p>
    <w:p>
      <w:r>
        <w:rPr>
          <w:color w:val="666666"/>
          <w:sz w:val="18"/>
        </w:rPr>
        <w:t>Hadith · From The Spiritual Tree September 8, 2013 · 1m 44s · at 1:04:47 · https://youtu.be/Vv6vf2N8YQA?t=3887</w:t>
      </w:r>
    </w:p>
    <w:p>
      <w:r>
        <w:rPr>
          <w:i/>
        </w:rPr>
        <w:t>“There is a hadith: 'The heat of the world is from a puff of Hell.' Please explain.”</w:t>
      </w:r>
    </w:p>
    <w:p>
      <w:r>
        <w:rPr>
          <w:sz w:val="20"/>
        </w:rPr>
        <w:t>1:04:47  maulana yeh agla sawal bhi doctor muslima siddiqui ka hai dehli se. yeh likhti hain there is a hadith duniya ki garmi jahannum ki phoonk se hai.</w:t>
      </w:r>
      <w:r>
        <w:br/>
      </w:r>
      <w:r>
        <w:rPr>
          <w:sz w:val="20"/>
        </w:rPr>
        <w:t>1:04:59  please explain. dekhiye yeh to tamseel hai symbolic sense mein hai. yeh matlab nahi hai ke sach much hi jahannum phoonk marti hai.</w:t>
      </w:r>
      <w:r>
        <w:br/>
      </w:r>
      <w:r>
        <w:rPr>
          <w:sz w:val="20"/>
        </w:rPr>
        <w:t>1:05:11  is ka matlab yeh hai ke jab garmi ki shiddat tum ko sataye to tum yaad karo ke jahannum ki ki garmi kitni sakht hogi.</w:t>
      </w:r>
      <w:r>
        <w:br/>
      </w:r>
      <w:r>
        <w:rPr>
          <w:sz w:val="20"/>
        </w:rPr>
        <w:t>1:05:21  aur apni islaah karo. Apne aap ko aakhirat ke pakad se bachane ki fikr karo. Yeh matlab hai is ka. Yeh nahi ke woh sach much koi phoonkti hai aur yahan is ki saans aati hai.</w:t>
      </w:r>
      <w:r>
        <w:br/>
      </w:r>
      <w:r>
        <w:rPr>
          <w:sz w:val="20"/>
        </w:rPr>
        <w:t>1:05:32  Literal Sense mein nahi hai woh Symbolic Sense mein hai.</w:t>
      </w:r>
    </w:p>
    <w:p>
      <w:pPr>
        <w:pStyle w:val="Heading2"/>
      </w:pPr>
      <w:r>
        <w:t>Falsehood in Rejecting Hadith Argument</w:t>
      </w:r>
    </w:p>
    <w:p>
      <w:r>
        <w:rPr>
          <w:color w:val="666666"/>
          <w:sz w:val="18"/>
        </w:rPr>
        <w:t>Hadith · Living in Falsehood December 15, 2013 · 1m 48s · at 1:09:47 · https://youtu.be/UvboK59uF6s?t=4187</w:t>
      </w:r>
    </w:p>
    <w:p>
      <w:r>
        <w:rPr>
          <w:i/>
        </w:rPr>
        <w:t>“A gentleman said that those who do not accept Hadith argue that on the basis of the greatness of Quran and God we do not accept Hadith. Where is the falsehood in this? Please clarify.”</w:t>
      </w:r>
    </w:p>
    <w:p>
      <w:r>
        <w:rPr>
          <w:sz w:val="20"/>
        </w:rPr>
        <w:t>1:09:47  Maulana, agla sawal bhi Chennai se hai. Nadeem sahab ne kiya hai. Unhon ne likha hai: "Maulana, ek sahab ne kaha jo hadith ko nahi mante ke azmat-e-Quran aur azmat-e-Khuda ki buniyad par hum hadith ko nahi mante hain.</w:t>
      </w:r>
      <w:r>
        <w:br/>
      </w:r>
      <w:r>
        <w:rPr>
          <w:sz w:val="20"/>
        </w:rPr>
        <w:t>1:10:05  Maulana, is mein kahan Falsehood hai, is ko wazeh karein."</w:t>
      </w:r>
      <w:r>
        <w:br/>
      </w:r>
      <w:r>
        <w:rPr>
          <w:sz w:val="20"/>
        </w:rPr>
        <w:t>1:10:12  Main samajhta hoon ke aap aisa karein ke hamara jo Rasool Allah Salallahu Alaihi Wasallam ka tasawwur ka Issue hai, woh poora ka poora hadith par hai. Is ko un ko parhwaiye.</w:t>
      </w:r>
      <w:r>
        <w:br/>
      </w:r>
      <w:r>
        <w:rPr>
          <w:sz w:val="20"/>
        </w:rPr>
        <w:t>1:10:22  Main samajhta hoon ke hadith ke bare mein logon ko jo galat fehmiyan hain, woh sari ki sari is mein aa gayi hain. To kuch chand jumlon mein jawab nahi hoga, un ke zehan Address nahi hoga.</w:t>
      </w:r>
      <w:r>
        <w:br/>
      </w:r>
      <w:r>
        <w:rPr>
          <w:sz w:val="20"/>
        </w:rPr>
        <w:t>1:10:35  Aap woh December ka jo risala hai, yani December do hazar terah ka jo risala hai, is ko parhwaiye. Inshallah mujhe qawi umeed hai ke un ka zehan jo hai mutma'in ho jayega.</w:t>
      </w:r>
    </w:p>
    <w:p>
      <w:pPr>
        <w:pStyle w:val="Heading2"/>
      </w:pPr>
      <w:r>
        <w:t>Guarantee for those praying salah</w:t>
      </w:r>
    </w:p>
    <w:p>
      <w:r>
        <w:rPr>
          <w:color w:val="666666"/>
          <w:sz w:val="18"/>
        </w:rPr>
        <w:t>Hadith · Unseen God July 30, 2017 Maulana Wahiduddin Khan · 1m 46s · at 58:41 · https://youtu.be/MOkCdGFAVR4?t=3521</w:t>
      </w:r>
    </w:p>
    <w:p>
      <w:r>
        <w:rPr>
          <w:i/>
        </w:rPr>
        <w:t>“Maulana sahib, I have a question here. What about the people who quote Hadith regarding prayer and say that those who are praying salah are guaranteed in the path of truth?”</w:t>
      </w:r>
    </w:p>
    <w:p>
      <w:r>
        <w:rPr>
          <w:sz w:val="20"/>
        </w:rPr>
        <w:t>58:41  maulana agla sawal isi se juda hua hai jo ah bhopal se bheja hai rizwan arif sahab ne</w:t>
      </w:r>
      <w:r>
        <w:br/>
      </w:r>
      <w:r>
        <w:rPr>
          <w:sz w:val="20"/>
        </w:rPr>
        <w:t>58:49  انہوں نے لکھا ہے کہ مولانا صاحب I have a question here. What about the people who quote</w:t>
      </w:r>
      <w:r>
        <w:br/>
      </w:r>
      <w:r>
        <w:rPr>
          <w:sz w:val="20"/>
        </w:rPr>
        <w:t>58:55  hadith regarding namaz and say that those who are praying salat are guaranteed on the path of truth</w:t>
      </w:r>
      <w:r>
        <w:br/>
      </w:r>
      <w:r>
        <w:rPr>
          <w:sz w:val="20"/>
        </w:rPr>
        <w:t>59:03  and islam</w:t>
      </w:r>
      <w:r>
        <w:br/>
      </w:r>
      <w:r>
        <w:rPr>
          <w:sz w:val="20"/>
        </w:rPr>
        <w:t>59:05  does merely offering namaz make them virtuous over all others giving physical worship to much importance over all other could you please clarify in this</w:t>
      </w:r>
      <w:r>
        <w:br/>
      </w:r>
      <w:r>
        <w:rPr>
          <w:sz w:val="20"/>
        </w:rPr>
        <w:t>59:17  dekhiye physical worship ka naam ibadat hai hi nahi woh to circus hai</w:t>
      </w:r>
      <w:r>
        <w:br/>
      </w:r>
      <w:r>
        <w:rPr>
          <w:sz w:val="20"/>
        </w:rPr>
        <w:t>59:24  spiritual spiritual ibadat ka naam ibadat hai</w:t>
      </w:r>
      <w:r>
        <w:br/>
      </w:r>
      <w:r>
        <w:rPr>
          <w:sz w:val="20"/>
        </w:rPr>
        <w:t>59:30  ache se samajh lijiye ibadat mein ek hai form ek hai spirit to form ke aitbar se aap</w:t>
      </w:r>
      <w:r>
        <w:br/>
      </w:r>
      <w:r>
        <w:rPr>
          <w:sz w:val="20"/>
        </w:rPr>
        <w:t>59:37  qatai ibadat karein is ki koi value nahi hai value hai is namaz ki jis mein is jo</w:t>
      </w:r>
      <w:r>
        <w:br/>
      </w:r>
      <w:r>
        <w:rPr>
          <w:sz w:val="20"/>
        </w:rPr>
        <w:t>59:43  spirit se bhara hua ho</w:t>
      </w:r>
      <w:r>
        <w:br/>
      </w:r>
      <w:r>
        <w:rPr>
          <w:sz w:val="20"/>
        </w:rPr>
        <w:t>59:46  kyunke hadith mein aata hai ek aadmi ne form wali namaz padhi bohat woh sahabi the lekin form</w:t>
      </w:r>
      <w:r>
        <w:br/>
      </w:r>
      <w:r>
        <w:rPr>
          <w:sz w:val="20"/>
        </w:rPr>
        <w:t>59:54  wali namaz thi spirit nahi thi to us ne farmaya ke arjao fasal le fun ka lam tusal</w:t>
      </w:r>
      <w:r>
        <w:br/>
      </w:r>
      <w:r>
        <w:rPr>
          <w:sz w:val="20"/>
        </w:rPr>
        <w:t>1:00:00  le arjao fasal</w:t>
      </w:r>
      <w:r>
        <w:br/>
      </w:r>
      <w:r>
        <w:rPr>
          <w:sz w:val="20"/>
        </w:rPr>
        <w:t>1:00:03  le fun ka lam tusal le ke jao phir se namaz padho koi to tum ne namaz nahi</w:t>
      </w:r>
      <w:r>
        <w:br/>
      </w:r>
      <w:r>
        <w:rPr>
          <w:sz w:val="20"/>
        </w:rPr>
        <w:t>1:00:07  padhi yeh ek sahabi ka qissa hai</w:t>
      </w:r>
      <w:r>
        <w:br/>
      </w:r>
      <w:r>
        <w:rPr>
          <w:sz w:val="20"/>
        </w:rPr>
        <w:t>1:00:11  aaj kal jo dhoom machi hui masjidon mein woh woh kuch nahi woh to hadith mein aata hai</w:t>
      </w:r>
      <w:r>
        <w:br/>
      </w:r>
      <w:r>
        <w:rPr>
          <w:sz w:val="20"/>
        </w:rPr>
        <w:t>1:00:16  ke masjidain muamara kharab ek dam mun aayega ke jab masjidain log bhari hongi namaziyon se</w:t>
      </w:r>
      <w:r>
        <w:br/>
      </w:r>
      <w:r>
        <w:rPr>
          <w:sz w:val="20"/>
        </w:rPr>
        <w:t>1:00:23  lekin is ki koi value nahi hogi allah ki nazar mein yeh sab baatein hadith mein likhi hui</w:t>
      </w:r>
    </w:p>
    <w:p>
      <w:pPr>
        <w:pStyle w:val="Heading2"/>
      </w:pPr>
      <w:r>
        <w:t>Hadith about true dreams in end times</w:t>
      </w:r>
    </w:p>
    <w:p>
      <w:r>
        <w:rPr>
          <w:color w:val="666666"/>
          <w:sz w:val="18"/>
        </w:rPr>
        <w:t>Hadith · Discovery of Modern Age I 10th Feb. 13 · 1m 13s · at 1:09:25 · https://youtu.be/Yp5T0KacY84?t=4165</w:t>
      </w:r>
    </w:p>
    <w:p>
      <w:r>
        <w:rPr>
          <w:i/>
        </w:rPr>
        <w:t>“Maulana, you had narrated a hadith that in the last times, the believer who will be, he will see true dreams.”</w:t>
      </w:r>
    </w:p>
    <w:p>
      <w:r>
        <w:rPr>
          <w:sz w:val="20"/>
        </w:rPr>
        <w:t>1:09:25  maulana, agla sawal hyderabad se hai zubair ahmad sahab ka.</w:t>
      </w:r>
      <w:r>
        <w:br/>
      </w:r>
      <w:r>
        <w:rPr>
          <w:sz w:val="20"/>
        </w:rPr>
        <w:t>1:09:30  unhone likha hai: "maulana, aap ne ek hadith bayan ki thi ke aakhri zamane mein jo momin</w:t>
      </w:r>
      <w:r>
        <w:br/>
      </w:r>
      <w:r>
        <w:rPr>
          <w:sz w:val="20"/>
        </w:rPr>
        <w:t>1:09:36  hoga, wo sacha khwab dekhe ga.</w:t>
      </w:r>
      <w:r>
        <w:br/>
      </w:r>
      <w:r>
        <w:rPr>
          <w:sz w:val="20"/>
        </w:rPr>
        <w:t>1:09:42  baraye karam is ka khulasa kijiye ke is ka talluq kis type ke khwab se hai?" mujhe to</w:t>
      </w:r>
      <w:r>
        <w:br/>
      </w:r>
      <w:r>
        <w:rPr>
          <w:sz w:val="20"/>
        </w:rPr>
        <w:t>1:09:48  yaad nahi ke main ne kaha hua tha bayan kiya tha.</w:t>
      </w:r>
      <w:r>
        <w:br/>
      </w:r>
      <w:r>
        <w:rPr>
          <w:sz w:val="20"/>
        </w:rPr>
        <w:t>1:09:53  ab sachhe khwab ka koi, koi mathematical formula to hai nahi.</w:t>
      </w:r>
      <w:r>
        <w:br/>
      </w:r>
      <w:r>
        <w:rPr>
          <w:sz w:val="20"/>
        </w:rPr>
        <w:t>1:09:59  kyun ke hadith mein aata hai ke khwab teen qism ke hote hain: "hadith al nafs", "tafweeh al shaitan" aur "busharat".</w:t>
      </w:r>
      <w:r>
        <w:br/>
      </w:r>
      <w:r>
        <w:rPr>
          <w:sz w:val="20"/>
        </w:rPr>
        <w:t>1:10:05  yani apne dil ki baat ko khwab mein dekh lena aur shaitan ka darawa ho, is se khwab</w:t>
      </w:r>
      <w:r>
        <w:br/>
      </w:r>
      <w:r>
        <w:rPr>
          <w:sz w:val="20"/>
        </w:rPr>
        <w:t>1:10:10  aaye aur ya allah ki basharat.</w:t>
      </w:r>
      <w:r>
        <w:br/>
      </w:r>
      <w:r>
        <w:rPr>
          <w:sz w:val="20"/>
        </w:rPr>
        <w:t>1:10:16  to khwab teen qism ke hote hain.</w:t>
      </w:r>
      <w:r>
        <w:br/>
      </w:r>
      <w:r>
        <w:rPr>
          <w:sz w:val="20"/>
        </w:rPr>
        <w:t>1:10:22  to ab wo bahut, yani is khwab ke nature, is ke ko ghor kar ke samajh mein aa</w:t>
      </w:r>
      <w:r>
        <w:br/>
      </w:r>
      <w:r>
        <w:rPr>
          <w:sz w:val="20"/>
        </w:rPr>
        <w:t>1:10:27  sakta hai ke kis category ka hai khwab is ka.</w:t>
      </w:r>
      <w:r>
        <w:br/>
      </w:r>
      <w:r>
        <w:rPr>
          <w:sz w:val="20"/>
        </w:rPr>
        <w:t>1:10:33  kis ka hai? is ke liye koi hard words rule nahi hai.</w:t>
      </w:r>
    </w:p>
    <w:p>
      <w:pPr>
        <w:pStyle w:val="Heading2"/>
      </w:pPr>
      <w:r>
        <w:t>Hadith confusion and abandonment of Quran</w:t>
      </w:r>
    </w:p>
    <w:p>
      <w:r>
        <w:rPr>
          <w:color w:val="666666"/>
          <w:sz w:val="18"/>
        </w:rPr>
        <w:t>Hadith · Dars e Quran, Ch 2 Vs 80 82, July 01, 2018 · 1m 19s · at 49:28 · https://youtu.be/BuLkoCE6j18?t=2968</w:t>
      </w:r>
    </w:p>
    <w:p>
      <w:r>
        <w:rPr>
          <w:i/>
        </w:rPr>
        <w:t>“Hadith literature has confused the Muslim Ummah and they have completely left the Quran and its understanding. So are we making the claim true that the cry of the Prophet on the Day of Resurrection will be 'My Lord, my people have abandoned my book'?”</w:t>
      </w:r>
    </w:p>
    <w:p>
      <w:r>
        <w:rPr>
          <w:sz w:val="20"/>
        </w:rPr>
        <w:t>49:28  Maulana, agla saval Syed Mubin Bukhari sahib ne bheja hai Dammam, Saudi Arabia se. Unhon ne likha hai: "Hadith literature has confused Muslim ummah and they have completely left the Quran and its understanding.</w:t>
      </w:r>
      <w:r>
        <w:br/>
      </w:r>
      <w:r>
        <w:rPr>
          <w:sz w:val="20"/>
        </w:rPr>
        <w:t>49:45  so are we making "the cry of the prophet in the day of resurrection will be, 'My Lord, my people have abandoned my book.'"</w:t>
      </w:r>
      <w:r>
        <w:br/>
      </w:r>
      <w:r>
        <w:rPr>
          <w:sz w:val="20"/>
        </w:rPr>
        <w:t>50:00  hadith ko mat kahiye, balkeh history ko kahiye. hadith to bohat hi positive cheez hai musalmanon ke liye,</w:t>
      </w:r>
      <w:r>
        <w:br/>
      </w:r>
      <w:r>
        <w:rPr>
          <w:sz w:val="20"/>
        </w:rPr>
        <w:t>50:15  lekin musalman jo hain, guzri hui tareekh mein jeete hain. isi ka naam hai glory. to hadith mein masroof hona to bilkul sahi hai,</w:t>
      </w:r>
      <w:r>
        <w:br/>
      </w:r>
      <w:r>
        <w:rPr>
          <w:sz w:val="20"/>
        </w:rPr>
        <w:t>50:31  lekin musalman hadith se masroof nahi hain, balkeh tareekh mein masroof hain, jo ke sirf false glory ka zun banta hai.</w:t>
      </w:r>
      <w:r>
        <w:br/>
      </w:r>
      <w:r>
        <w:rPr>
          <w:sz w:val="20"/>
        </w:rPr>
        <w:t>50:43  iski wajah se</w:t>
      </w:r>
    </w:p>
    <w:p>
      <w:pPr>
        <w:pStyle w:val="Heading2"/>
      </w:pPr>
      <w:r>
        <w:t>Hadith on Loss of Intelligence</w:t>
      </w:r>
    </w:p>
    <w:p>
      <w:r>
        <w:rPr>
          <w:color w:val="666666"/>
          <w:sz w:val="18"/>
        </w:rPr>
        <w:t>Hadith · Islamic Wisdom July 17, 2016 · 34s · at 56:54 · https://youtu.be/jB4ugN0K-AM?t=3414</w:t>
      </w:r>
    </w:p>
    <w:p>
      <w:r>
        <w:rPr>
          <w:i/>
        </w:rPr>
        <w:t>“You mentioned a hadith that says intelligence will be taken away. Could this mean that leaders and scholars will be dominated by self-interest, because of their personal...?”</w:t>
      </w:r>
    </w:p>
    <w:p>
      <w:r>
        <w:rPr>
          <w:sz w:val="20"/>
        </w:rPr>
        <w:t>56:54  Maulana, agla sawal Dhampur se Mahtab Sahab ne kiya hai aur unhon ne likha hai ke: "Maulana Sahab,</w:t>
      </w:r>
      <w:r>
        <w:br/>
      </w:r>
      <w:r>
        <w:rPr>
          <w:sz w:val="20"/>
        </w:rPr>
        <w:t>57:02  aap ne jo hadith bayan ki hai ke aqal chhin jayegi, is ka matlab yeh bhi to</w:t>
      </w:r>
      <w:r>
        <w:br/>
      </w:r>
      <w:r>
        <w:rPr>
          <w:sz w:val="20"/>
        </w:rPr>
        <w:t>57:10  ho sakta hai ke leader aur ulama par mafad parasti havi ho jayegi, kyunke woh apne niji</w:t>
      </w:r>
      <w:r>
        <w:br/>
      </w:r>
      <w:r>
        <w:rPr>
          <w:sz w:val="20"/>
        </w:rPr>
        <w:t>57:17  muamlat mein to bohat aqal se kaam lete hain." Haan, bilkul sahi kaha aap ne, bohat hi sahi</w:t>
      </w:r>
      <w:r>
        <w:br/>
      </w:r>
      <w:r>
        <w:rPr>
          <w:sz w:val="20"/>
        </w:rPr>
        <w:t>57:25  baat hai, bohat sahi baat hai.</w:t>
      </w:r>
      <w:r>
        <w:br/>
      </w:r>
      <w:r>
        <w:rPr>
          <w:sz w:val="20"/>
        </w:rPr>
        <w:t>57:28  Jazakumullah.</w:t>
      </w:r>
    </w:p>
    <w:p>
      <w:pPr>
        <w:pStyle w:val="Heading2"/>
      </w:pPr>
      <w:r>
        <w:t>Hadith on Muslims emerging from degenerate phase</w:t>
      </w:r>
    </w:p>
    <w:p>
      <w:r>
        <w:rPr>
          <w:color w:val="666666"/>
          <w:sz w:val="18"/>
        </w:rPr>
        <w:t>Hadith · The Age of Alternative April 24, 2016 · 1m 43s · at 56:24 · https://youtu.be/JoilI-TK4Ig?t=3384</w:t>
      </w:r>
    </w:p>
    <w:p>
      <w:r>
        <w:rPr>
          <w:i/>
        </w:rPr>
        <w:t>“You narrated a hadith mentioning the degenerate leadership of scholars in the future, but is there any hadith of Muslims coming out of this phase?”</w:t>
      </w:r>
    </w:p>
    <w:p>
      <w:r>
        <w:rPr>
          <w:sz w:val="20"/>
        </w:rPr>
        <w:t>56:24  Maulana, agla sawal Ramish Siddiqui sahib ne bheja hai Delhi se, aur unhone likha hai: "Maulana, you narrated a hadith mentioning the degenerated leadership in ulema in future, but is there any hadith of Muslims coming out of this phase?"</w:t>
      </w:r>
      <w:r>
        <w:br/>
      </w:r>
      <w:r>
        <w:rPr>
          <w:sz w:val="20"/>
        </w:rPr>
        <w:t>56:44  Yeh hadith hai iski bhi, aur ek bohat bade Imam the, Imam Malik, unka qaul hai ke: "Lan yuslih akhiru hazihil ummata illa bima salaka bihi awwaluha." Unhone kaha ke Rasool aur Sahaba Rasool ka jo pattern tha, us pattern ki taraf lotto,</w:t>
      </w:r>
      <w:r>
        <w:br/>
      </w:r>
      <w:r>
        <w:rPr>
          <w:sz w:val="20"/>
        </w:rPr>
        <w:t>57:08  tab tum is se bahar aaogey. To phir dobara tum ko Allah ki rehmat mile gi</w:t>
      </w:r>
    </w:p>
    <w:p>
      <w:pPr>
        <w:pStyle w:val="Heading2"/>
      </w:pPr>
      <w:r>
        <w:t>Hadith on Ummah Splitting into 73 Sects</w:t>
      </w:r>
    </w:p>
    <w:p>
      <w:r>
        <w:rPr>
          <w:color w:val="666666"/>
          <w:sz w:val="18"/>
        </w:rPr>
        <w:t>Hadith · Self Correction November 09, 2014 Maulana Wahiduddin Khan · 37s · at 1:12:15 · https://youtu.be/PpwTmeCQkSQ?t=4335</w:t>
      </w:r>
    </w:p>
    <w:p>
      <w:r>
        <w:rPr>
          <w:i/>
        </w:rPr>
        <w:t>“In a hadith it is mentioned that the Jews split into 72 sects, and my Ummah will split into 73 sects.”</w:t>
      </w:r>
    </w:p>
    <w:p>
      <w:r>
        <w:rPr>
          <w:sz w:val="20"/>
        </w:rPr>
        <w:t>1:12:15  maulana, agla sawal Gulbarga se hai.</w:t>
      </w:r>
      <w:r>
        <w:br/>
      </w:r>
      <w:r>
        <w:rPr>
          <w:sz w:val="20"/>
        </w:rPr>
        <w:t>1:12:20  Ghousuddin sahib ne kiya hai, unhon ne likha hai ke Maulana, hadith mein aaya hai ke Yahood</w:t>
      </w:r>
      <w:r>
        <w:br/>
      </w:r>
      <w:r>
        <w:rPr>
          <w:sz w:val="20"/>
        </w:rPr>
        <w:t>1:12:25  72 firqon mein bat gaye, aur meri ummat 73 firqon mein bat jayegi.</w:t>
      </w:r>
      <w:r>
        <w:br/>
      </w:r>
      <w:r>
        <w:rPr>
          <w:sz w:val="20"/>
        </w:rPr>
        <w:t>1:12:31  maulana, is ka kya matlab hai? is ko wazeh karen.</w:t>
      </w:r>
      <w:r>
        <w:br/>
      </w:r>
      <w:r>
        <w:rPr>
          <w:sz w:val="20"/>
        </w:rPr>
        <w:t>1:12:36  is par main likh chuka hoon, aap parhiye.</w:t>
      </w:r>
      <w:r>
        <w:br/>
      </w:r>
      <w:r>
        <w:rPr>
          <w:sz w:val="20"/>
        </w:rPr>
        <w:t>1:12:41  tajdeed deen, jo hamari kitab hai, is ko parhiye.</w:t>
      </w:r>
      <w:r>
        <w:br/>
      </w:r>
      <w:r>
        <w:rPr>
          <w:sz w:val="20"/>
        </w:rPr>
        <w:t>1:12:47  is mein aap ko jawab mil jaye ga.</w:t>
      </w:r>
    </w:p>
    <w:p>
      <w:pPr>
        <w:pStyle w:val="Heading2"/>
      </w:pPr>
      <w:r>
        <w:t>Hadith on iman increasing and decreasing</w:t>
      </w:r>
    </w:p>
    <w:p>
      <w:r>
        <w:rPr>
          <w:color w:val="666666"/>
          <w:sz w:val="18"/>
        </w:rPr>
        <w:t>Hadith · Principle of Loss May 31, 2015 · 31s · at 51:44 · https://youtu.be/vM-CUyBiDkc?t=3104</w:t>
      </w:r>
    </w:p>
    <w:p>
      <w:r>
        <w:rPr>
          <w:i/>
        </w:rPr>
        <w:t>“There is a hadith that iman of a person increases and decreases.”</w:t>
      </w:r>
    </w:p>
    <w:p>
      <w:r>
        <w:rPr>
          <w:sz w:val="20"/>
        </w:rPr>
        <w:t>51:44  maulana, agla sawal lene se pehle ek aur comment padhna chahenge jo maulana farhad umri sahib ne bheja hai dilli se, aur unhone likha hai ke maulana, i was not feeling good after reading news regarding muslims violent activities, but your talk today on principle of loss gave me peace of mind.</w:t>
      </w:r>
      <w:r>
        <w:br/>
      </w:r>
      <w:r>
        <w:rPr>
          <w:sz w:val="20"/>
        </w:rPr>
        <w:t>52:10  shukriya maulana. masha Allah.</w:t>
      </w:r>
    </w:p>
    <w:p>
      <w:pPr>
        <w:pStyle w:val="Heading2"/>
      </w:pPr>
      <w:r>
        <w:t>Hadith on obeying parents and elders</w:t>
      </w:r>
    </w:p>
    <w:p>
      <w:r>
        <w:rPr>
          <w:color w:val="666666"/>
          <w:sz w:val="18"/>
        </w:rPr>
        <w:t>Hadith · Importance of Wisdom | August 24, 2014 · 1m 49s · at 1:10:57 · https://youtu.be/ZVPLm7fV0t0?t=4257</w:t>
      </w:r>
    </w:p>
    <w:p>
      <w:r>
        <w:rPr>
          <w:i/>
        </w:rPr>
        <w:t>“Molana, is there anything in the Hadith literature that makes the younger generation bound to obey their parents' order and their elder siblings and close relatives?”</w:t>
      </w:r>
    </w:p>
    <w:p>
      <w:r>
        <w:rPr>
          <w:sz w:val="20"/>
        </w:rPr>
        <w:t>1:10:57  is ka koi taalluq nahi hai. yeh ek siyasi issue hai. constitution ka ek ek masla hai. Maulana, agla sawal Mansoor Tirmizi sahib ne poocha hai. unhone apni location nahi batai hai. un ka sawal yeh hai ke: Maulana, is there anything in the hadith literature that makes the young generation bound to obey their parents order or their elder siblings or close relatives? bhai,</w:t>
      </w:r>
      <w:r>
        <w:br/>
      </w:r>
      <w:r>
        <w:rPr>
          <w:sz w:val="20"/>
        </w:rPr>
        <w:t>1:11:27  is mein hadith ki kya zaroorat hai? hadith hai bhi, lekin is mein barhon ko nahi manenge</w:t>
      </w:r>
      <w:r>
        <w:br/>
      </w:r>
      <w:r>
        <w:rPr>
          <w:sz w:val="20"/>
        </w:rPr>
        <w:t>1:11:31  to aap barhon ke paas experience hota hai.</w:t>
      </w:r>
      <w:r>
        <w:br/>
      </w:r>
      <w:r>
        <w:rPr>
          <w:sz w:val="20"/>
        </w:rPr>
        <w:t>1:11:36  aap ke paas to is se jazba hota hai.</w:t>
      </w:r>
      <w:r>
        <w:br/>
      </w:r>
      <w:r>
        <w:rPr>
          <w:sz w:val="20"/>
        </w:rPr>
        <w:t>1:11:41  yeh maujooda zamanay ki sab se bari kami hai ke jo nai generation hai, woh is baat ko</w:t>
      </w:r>
      <w:r>
        <w:br/>
      </w:r>
      <w:r>
        <w:rPr>
          <w:sz w:val="20"/>
        </w:rPr>
        <w:t>1:11:45  jante nahi ke pichlay log jo hain, senior log hain, un ke paas experience hai.</w:t>
      </w:r>
      <w:r>
        <w:br/>
      </w:r>
      <w:r>
        <w:rPr>
          <w:sz w:val="20"/>
        </w:rPr>
        <w:t>1:11:50  un ke experience se hamein seekhna chahiye.</w:t>
      </w:r>
      <w:r>
        <w:br/>
      </w:r>
      <w:r>
        <w:rPr>
          <w:sz w:val="20"/>
        </w:rPr>
        <w:t>1:11:54  yeh jo yani</w:t>
      </w:r>
      <w:r>
        <w:br/>
      </w:r>
      <w:r>
        <w:rPr>
          <w:sz w:val="20"/>
        </w:rPr>
        <w:t>1:11:59  agli generation, naujawanon mein aur senior logon mein jo doori ho gayi hai, woh saada baat nahi hai. is ka maene yeh hai ke naujawan jo hain, pichle logon ke experience se kuch faida nahi utha rahe hain. hadith bhi yeh hai jo aap farma rahe hain ke jo baron ki izzat na kare, woh hum mein se nahi. lekin main samajhta hoon ke is ke liye aap ke aqli kaafi hai janne ke liye ke naujawanon ke paas kabhi bhi exper</w:t>
      </w:r>
      <w:r>
        <w:br/>
      </w:r>
      <w:r>
        <w:rPr>
          <w:sz w:val="20"/>
        </w:rPr>
        <w:t>1:12:29  yence nahi hoga.</w:t>
      </w:r>
      <w:r>
        <w:br/>
      </w:r>
      <w:r>
        <w:rPr>
          <w:sz w:val="20"/>
        </w:rPr>
        <w:t>1:12:33  aur jo senior log hain, un ke paas experience hoga.</w:t>
      </w:r>
      <w:r>
        <w:br/>
      </w:r>
      <w:r>
        <w:rPr>
          <w:sz w:val="20"/>
        </w:rPr>
        <w:t>1:12:37  to un ke experience ko lijiye un se taake zyada achi tarah aap apni zindagi ki planning kar saken.</w:t>
      </w:r>
      <w:r>
        <w:br/>
      </w:r>
      <w:r>
        <w:rPr>
          <w:sz w:val="20"/>
        </w:rPr>
        <w:t>1:12:42  yeh koi aqeeday ka masla nahi hai, yeh to aql ka masla hai.</w:t>
      </w:r>
    </w:p>
    <w:p>
      <w:pPr>
        <w:pStyle w:val="Heading2"/>
      </w:pPr>
      <w:r>
        <w:t>How to Qualify for Levels of Paradise</w:t>
      </w:r>
    </w:p>
    <w:p>
      <w:r>
        <w:rPr>
          <w:color w:val="666666"/>
          <w:sz w:val="18"/>
        </w:rPr>
        <w:t>Hadith · Natural Warning April 17, 2016 · 1m 15s · at 50:32 · https://youtu.be/fSNOpwgzcss?t=3032</w:t>
      </w:r>
    </w:p>
    <w:p>
      <w:r>
        <w:rPr>
          <w:i/>
        </w:rPr>
        <w:t>“In Al Bukhari it is mentioned that verily Paradise has one hundred levels, and between each level is a distance like the distance between the earth and the sky. How is one eligible to enter a certain level of Jannah?”</w:t>
      </w:r>
    </w:p>
    <w:p>
      <w:r>
        <w:rPr>
          <w:sz w:val="20"/>
        </w:rPr>
        <w:t>50:32  Aur jo log imaan ko spirit ke maani mein lein to un ke liye is ko samajhna kuch mushkil nahi hai. Maulana, unhone ek aur sawal aap se poocha hai, unhone likha hai ke in Al Bukhari it is mentioned verily paradise has one hundred levels and between each level is a distance like the distance between the earth and the sky.</w:t>
      </w:r>
      <w:r>
        <w:br/>
      </w:r>
      <w:r>
        <w:rPr>
          <w:sz w:val="20"/>
        </w:rPr>
        <w:t>50:57  Maulana sahib, how is one eligible to enter certain level of jannah?</w:t>
      </w:r>
      <w:r>
        <w:br/>
      </w:r>
      <w:r>
        <w:rPr>
          <w:sz w:val="20"/>
        </w:rPr>
        <w:t>51:02  Is ke baray mein batayein. Dekhiye, ek hai ke kalma padh kar apne ko</w:t>
      </w:r>
      <w:r>
        <w:br/>
      </w:r>
      <w:r>
        <w:rPr>
          <w:sz w:val="20"/>
        </w:rPr>
        <w:t>51:11  Islam ki fold mein shamil kar lena. Doosri cheez yeh hai ke amal, qurbani, sacrifice yeh cheezein to jitna sacrifice karega aadmi,</w:t>
      </w:r>
      <w:r>
        <w:br/>
      </w:r>
      <w:r>
        <w:rPr>
          <w:sz w:val="20"/>
        </w:rPr>
        <w:t>51:25  Jitna qurbani dega aadmi apni jaan ki, apne maal ki, us ke lihaaz se uska darja baṛhega.</w:t>
      </w:r>
      <w:r>
        <w:br/>
      </w:r>
      <w:r>
        <w:rPr>
          <w:sz w:val="20"/>
        </w:rPr>
        <w:t>51:39  Yaani qurbani se darja baṛhta hai, ji ji ji ji ji ji ji ji ji ji. Jaisi qurbani, waisa darja. Ji</w:t>
      </w:r>
    </w:p>
    <w:p>
      <w:pPr>
        <w:pStyle w:val="Heading2"/>
      </w:pPr>
      <w:r>
        <w:t>Identification of the Saved Sect</w:t>
      </w:r>
    </w:p>
    <w:p>
      <w:r>
        <w:rPr>
          <w:color w:val="666666"/>
          <w:sz w:val="18"/>
        </w:rPr>
        <w:t>Hadith · The Purpose of Life | April 30, 2017 · 1m 00s · at 37:31 · https://youtu.be/ue3I3uQEYb8?t=2251</w:t>
      </w:r>
    </w:p>
    <w:p>
      <w:r>
        <w:rPr>
          <w:i/>
        </w:rPr>
        <w:t>“Regarding the hadith about 73 sects, in which 72 sects are said to be in hell and one sect is said to be of paradise, now which is that correct sect of paradise and what is its identification?”</w:t>
      </w:r>
    </w:p>
    <w:p>
      <w:r>
        <w:rPr>
          <w:sz w:val="20"/>
        </w:rPr>
        <w:t>37:31  dam ne nature se lekin paradise is dunya mein nahi hai akhirat mein hai yeh aap ko discover karna parta hai isi discovery isi discovery mein jo fail ho jaye woh fail hai jo us ko discover kar le woh pass hai. maulana agla sawal bheja hai muhammad adil chaudhry sahib ne dilli se unhon ne likha hai 73 firqon ke mutaliq</w:t>
      </w:r>
      <w:r>
        <w:br/>
      </w:r>
      <w:r>
        <w:rPr>
          <w:sz w:val="20"/>
        </w:rPr>
        <w:t>38:01  jo hadith hai jismein 72 firqon ko jahannami kaha gaya hai aur ek hi firqa jannat wala</w:t>
      </w:r>
      <w:r>
        <w:br/>
      </w:r>
      <w:r>
        <w:rPr>
          <w:sz w:val="20"/>
        </w:rPr>
        <w:t>38:09  bataya gaya hai ab is sahih firqa jannat wala kaun sa hai aur iski kya pehchan hai</w:t>
      </w:r>
      <w:r>
        <w:br/>
      </w:r>
      <w:r>
        <w:rPr>
          <w:sz w:val="20"/>
        </w:rPr>
        <w:t>38:16  is ke bare mein bataen.</w:t>
      </w:r>
      <w:r>
        <w:br/>
      </w:r>
      <w:r>
        <w:rPr>
          <w:sz w:val="20"/>
        </w:rPr>
        <w:t>38:24  is ko janne ke liye aap meri kitab padhiye tajdeed deen is hadith ki sharah maine</w:t>
      </w:r>
    </w:p>
    <w:p>
      <w:pPr>
        <w:pStyle w:val="Heading2"/>
      </w:pPr>
      <w:r>
        <w:t>Interpreting the Hadith on Changing Evil</w:t>
      </w:r>
    </w:p>
    <w:p>
      <w:r>
        <w:rPr>
          <w:color w:val="666666"/>
          <w:sz w:val="18"/>
        </w:rPr>
        <w:t>Hadith · Importance of Patience October 26, 2014 · 1m 27s · at 1:08:42 · https://youtu.be/XdOlp9-fPG0?t=4122</w:t>
      </w:r>
    </w:p>
    <w:p>
      <w:r>
        <w:rPr>
          <w:i/>
        </w:rPr>
        <w:t>“Please interpret this statement: 'If a person is being oppressed, then if you have power, stop it with your hand, and if not, then with your tongue, otherwise dislike it with your heart.'”</w:t>
      </w:r>
    </w:p>
    <w:p>
      <w:r>
        <w:rPr>
          <w:sz w:val="20"/>
        </w:rPr>
        <w:t>1:08:42  theek, jazak allah. maulana, agla sawal delhi se kiya hai sikandar saifi sahib ne, aur unhon ne ek statement likhi hai, aur woh chahtay hain ke aap is ki tashreeh karen.</w:t>
      </w:r>
      <w:r>
        <w:br/>
      </w:r>
      <w:r>
        <w:rPr>
          <w:sz w:val="20"/>
        </w:rPr>
        <w:t>1:08:56  aur woh statement is tareeqay se hai: "agar kisi shakhs par zulm ho raha hai to agar aap mein taqat hai to usay hath se rokiye, aur agar nahi hai to zaban se, warna dil se bura maan lijie."</w:t>
      </w:r>
      <w:r>
        <w:br/>
      </w:r>
      <w:r>
        <w:rPr>
          <w:sz w:val="20"/>
        </w:rPr>
        <w:t>1:09:12  yeh galat quote kiya hai unhon ne. is mein zulm ka lafz hi nahi hai. is mein hai: "man ra minkum munkar". aap ne zulm kahan se bana lia?</w:t>
      </w:r>
      <w:r>
        <w:br/>
      </w:r>
      <w:r>
        <w:rPr>
          <w:sz w:val="20"/>
        </w:rPr>
        <w:t>1:09:23  sab se pehlay aap phir se ja kar hadith ko parhiye, aur is par toba kijiye ke aap ne galat quote kiya. jis par zulm ho raha hai to is mein is mein lafz yeh nahi hai.</w:t>
      </w:r>
      <w:r>
        <w:br/>
      </w:r>
      <w:r>
        <w:rPr>
          <w:sz w:val="20"/>
        </w:rPr>
        <w:t>1:09:35  is mein "man ra munkar" hai.</w:t>
      </w:r>
      <w:r>
        <w:br/>
      </w:r>
      <w:r>
        <w:rPr>
          <w:sz w:val="20"/>
        </w:rPr>
        <w:t>1:09:37  to main aap se kahoon ga ke sab se pehlay aap ja kar dekhiye kitab mein, aur jab aap payen ke is mein zulm ka lafz nahi to aap sab se pehlay toba kijiye.</w:t>
      </w:r>
      <w:r>
        <w:br/>
      </w:r>
      <w:r>
        <w:rPr>
          <w:sz w:val="20"/>
        </w:rPr>
        <w:t>1:09:47  do rakat namaz parh kar allah se maafii mangiye. hadith quran is tarah se quote karna galat, bohat hi gunah ki baat hai. aap ja ke dekhiye ga, phir aglay itwar ko mujhe bataiye ke is is is kahan yeh hai zulm ka lafz.</w:t>
      </w:r>
      <w:r>
        <w:br/>
      </w:r>
      <w:r>
        <w:rPr>
          <w:sz w:val="20"/>
        </w:rPr>
        <w:t>1:10:03  wahan zulm ka lafz nahi hai, wahan "man ra munkar" ka lafz hai.</w:t>
      </w:r>
    </w:p>
    <w:p>
      <w:pPr>
        <w:pStyle w:val="Heading2"/>
      </w:pPr>
      <w:r>
        <w:t>Is intention to take arms Sunnah?</w:t>
      </w:r>
    </w:p>
    <w:p>
      <w:r>
        <w:rPr>
          <w:color w:val="666666"/>
          <w:sz w:val="18"/>
        </w:rPr>
        <w:t>Hadith · Islam and Peace August 25, 2013 · 1m 22s · at 49:55 · https://youtu.be/WbBu4W6AUUs?t=2995</w:t>
      </w:r>
    </w:p>
    <w:p>
      <w:r>
        <w:rPr>
          <w:i/>
        </w:rPr>
        <w:t>“A person said that having the intention to take up arms is also a Sunnah. Is this correct?”</w:t>
      </w:r>
    </w:p>
    <w:p>
      <w:r>
        <w:rPr>
          <w:sz w:val="20"/>
        </w:rPr>
        <w:t>49:55  maulana, agla sawal chennai se hai maulana iqbal umri ka.</w:t>
      </w:r>
      <w:r>
        <w:br/>
      </w:r>
      <w:r>
        <w:rPr>
          <w:sz w:val="20"/>
        </w:rPr>
        <w:t>49:59  unhone likha hai: "maulana, ek sahib ne farmaya ke hathiyar uthane ki niyat rakhna bhi sunnat hai. kya yeh sahi hai?" sahi kahein ya jhoot hai, sahi to bohat door ki baat hai.</w:t>
      </w:r>
      <w:r>
        <w:br/>
      </w:r>
      <w:r>
        <w:rPr>
          <w:sz w:val="20"/>
        </w:rPr>
        <w:t>50:12  is liye ke dekhiye, musalman is baat ko bhool gaye hain ke criteria sirf quran o sunnat hai.</w:t>
      </w:r>
      <w:r>
        <w:br/>
      </w:r>
      <w:r>
        <w:rPr>
          <w:sz w:val="20"/>
        </w:rPr>
        <w:t>50:23  yaani yeh jo aap farma rahe hain, to yeh batana padega aap ko quran o hadees mein kahan likha hua hai. ek muhaddis ne bohat sahi kaha tha ke is tarah ke maamle mein aatuni shaam min kitab Allah hatta qul imam muhammad bin hanbal jo mashhoor muhaddis hain, isi tarah ke soorat e haal mein unhone kaha tha ke ai</w:t>
      </w:r>
      <w:r>
        <w:br/>
      </w:r>
      <w:r>
        <w:rPr>
          <w:sz w:val="20"/>
        </w:rPr>
        <w:t>50:43  atuni shaam min kitab Allah hatta qul mere paas quran se koi cheez lao, tab mein bolunga, warna us ko yaani us qabil nahin samjhunga ke us ko mein answer karoon.</w:t>
      </w:r>
      <w:r>
        <w:br/>
      </w:r>
      <w:r>
        <w:rPr>
          <w:sz w:val="20"/>
        </w:rPr>
        <w:t>50:57  wohi mein kehta hoon ke jis ko kuch kehna hai, us se pehle woh quran pesh kare, hadees pesh kare,</w:t>
      </w:r>
      <w:r>
        <w:br/>
      </w:r>
      <w:r>
        <w:rPr>
          <w:sz w:val="20"/>
        </w:rPr>
        <w:t>51:05  nahin to us ki baat sunne ke qabil nahin hai. maloom woh woh woh letter bin mein daal di jayegi, kooday khaane mein daal di jayegi.</w:t>
      </w:r>
    </w:p>
    <w:p>
      <w:pPr>
        <w:pStyle w:val="Heading2"/>
      </w:pPr>
      <w:r>
        <w:t>Legitimacy of using hadith to justify luxury</w:t>
      </w:r>
    </w:p>
    <w:p>
      <w:r>
        <w:rPr>
          <w:color w:val="666666"/>
          <w:sz w:val="18"/>
        </w:rPr>
        <w:t>Hadith · God Particle July 8, 2012 · 1m 50s · at 1:08:59 · https://youtu.be/30Ulu10c2nA?t=4139</w:t>
      </w:r>
    </w:p>
    <w:p>
      <w:r>
        <w:rPr>
          <w:i/>
        </w:rPr>
        <w:t>“Those who accumulate more material possessions and live a life of ease and comfort argue that the Prophet, peace be upon him, said that God likes to see the effect of His blessings on His servant. To what extent is it correct to use this kind of argument regarding material possessions?”</w:t>
      </w:r>
    </w:p>
    <w:p>
      <w:r>
        <w:rPr>
          <w:sz w:val="20"/>
        </w:rPr>
        <w:t>1:08:59  Maulana, agla sawal Karachi Pakistan se hai Abdul Latif sahab ka. Unhon ne likha hai: "Jo log apne ird gird ziyada maadi saaz o saman jama kar lete hain aur aaram o suhoolat ki zindagi guzarte hain,</w:t>
      </w:r>
      <w:r>
        <w:br/>
      </w:r>
      <w:r>
        <w:rPr>
          <w:sz w:val="20"/>
        </w:rPr>
        <w:t>1:09:15  wo log yeh daleel dete hain ke Nabi اکرم صلی اللہ علیہ وسلم ne farmaya ke Allah is baat ko pasand karta hai ke woh apne bando par un nematon ka asar dekhe jo us ne apne bando par kiya hai." Maulana sahab, maadi saaz o saman ke mutaliq is qism ki daleel dena kis had tak sahi hai?</w:t>
      </w:r>
      <w:r>
        <w:br/>
      </w:r>
      <w:r>
        <w:rPr>
          <w:sz w:val="20"/>
        </w:rPr>
        <w:t>1:09:39  Yeh daleel nahi hai, to mazak hai. Yeh koi daleel hai</w:t>
      </w:r>
      <w:r>
        <w:br/>
      </w:r>
      <w:r>
        <w:rPr>
          <w:sz w:val="20"/>
        </w:rPr>
        <w:t>1:09:45  ? Bilkul yeh sab jhooti baat hai. Ek hadith mein, ek hadith ko misuse karna hai, yeh ek hadith ko yeh misuse karna hai.</w:t>
      </w:r>
      <w:r>
        <w:br/>
      </w:r>
      <w:r>
        <w:rPr>
          <w:sz w:val="20"/>
        </w:rPr>
        <w:t>1:09:57  Bahut hi ziyada yeh log jo hain, yani Allah Ta'ala ke, hum mein samajhta hoon ke in ki flogging hogi bas aur kuch nahi.</w:t>
      </w:r>
      <w:r>
        <w:br/>
      </w:r>
      <w:r>
        <w:rPr>
          <w:sz w:val="20"/>
        </w:rPr>
        <w:t>1:10:06  Koi poocha nahi jayega, sirf flogging hogi ke tum ne ajeeb o ghareeb tor par apni khwahish ko Quran se kaise nikal liya? Yani is ka poocha nahi jayega, kuch sirf khara khara kar ke flogging ki jayegi.</w:t>
      </w:r>
      <w:r>
        <w:br/>
      </w:r>
      <w:r>
        <w:rPr>
          <w:sz w:val="20"/>
        </w:rPr>
        <w:t>1:10:20  Kyunke woh sincere nahi hain, warna aise aise huzoor baatein na kare. Woh</w:t>
      </w:r>
      <w:r>
        <w:br/>
      </w:r>
      <w:r>
        <w:rPr>
          <w:sz w:val="20"/>
        </w:rPr>
        <w:t>1:10:25  Yeh sab dekhiye, jo in sincerity ke in sincere mind se jo baatein nikalti hain, is ka jawab flogging hota hai, is ka jawab daleel nahi hua karta hai.</w:t>
      </w:r>
      <w:r>
        <w:br/>
      </w:r>
      <w:r>
        <w:rPr>
          <w:sz w:val="20"/>
        </w:rPr>
        <w:t>1:10:36  Mujhe is mein zara bhi shaq nahi ke jo log aisi baat kehte hain, Allah Ta'ala ke haan jab woh pohnchen ge to wahan un ki flogging ki jayegi aur aur koi un ko jawab nahi diya jayega.</w:t>
      </w:r>
    </w:p>
    <w:p>
      <w:pPr>
        <w:pStyle w:val="Heading2"/>
      </w:pPr>
      <w:r>
        <w:t>Love and Hate for God's Sake</w:t>
      </w:r>
    </w:p>
    <w:p>
      <w:r>
        <w:rPr>
          <w:color w:val="666666"/>
          <w:sz w:val="18"/>
        </w:rPr>
        <w:t>Hadith · Importance of Creative Thinking December 11, 2011 · 1m 24s · at 1:39:34 · https://youtu.be/jfML9Arb0S4?t=5974</w:t>
      </w:r>
    </w:p>
    <w:p>
      <w:r>
        <w:rPr>
          <w:i/>
        </w:rPr>
        <w:t>“What is the meaning of "Al-hubbu lillahi wal-bughdu lillah"? Does this hadith apply specifically to the Muslim community, or do those who are against Islam also fall under it?”</w:t>
      </w:r>
    </w:p>
    <w:p>
      <w:r>
        <w:rPr>
          <w:sz w:val="20"/>
        </w:rPr>
        <w:t>1:39:34  ah Maulana, agla sawal aya hai Maulana Abdul Basit Umri ka Doha Qatar se. unhon ne likha hai: "Maulana, al hubbu lillah wal bughdu lillah ka matlab kya hai?</w:t>
      </w:r>
      <w:r>
        <w:br/>
      </w:r>
      <w:r>
        <w:rPr>
          <w:sz w:val="20"/>
        </w:rPr>
        <w:t>1:39:49  kya is hadith ka itlaq Muslim community ke liye khaas hai ya phir woh log bhi is mein dakhil hain jo Islam ke mukhalif hain?"</w:t>
      </w:r>
      <w:r>
        <w:br/>
      </w:r>
      <w:r>
        <w:rPr>
          <w:sz w:val="20"/>
        </w:rPr>
        <w:t>1:40:02  maafi aur mukhalif ki baat yahan nahi hai. aur is ko aap jaise bughz ka literacy se mat lijie. aap yeh matlab nahi ke Allah Rasool Allah ka matlab yeh nahi ke aap kisi se bughz rakhen, kisi se dushmani rakhen.</w:t>
      </w:r>
      <w:r>
        <w:br/>
      </w:r>
      <w:r>
        <w:rPr>
          <w:sz w:val="20"/>
        </w:rPr>
        <w:t>1:40:15  yeh matlab nahi hai hargiz.</w:t>
      </w:r>
      <w:r>
        <w:br/>
      </w:r>
      <w:r>
        <w:rPr>
          <w:sz w:val="20"/>
        </w:rPr>
        <w:t>1:40:18  yeh to ek usloob hai samjhane ka. bas is yani aap aap ka jo talluqat hain woh Allah ke hukum ke mutabiq bane.</w:t>
      </w:r>
      <w:r>
        <w:br/>
      </w:r>
      <w:r>
        <w:rPr>
          <w:sz w:val="20"/>
        </w:rPr>
        <w:t>1:40:30  is ka matlab yeh hai warna sab se zyada mohabbat to aap ko honi chahiye Allah taala se. to insan se talluqat ki jo base hai woh honi chahiye ke Allah ki marzi kya hai, Allah ka jo kisi plan hai woh kya</w:t>
      </w:r>
      <w:r>
        <w:br/>
      </w:r>
      <w:r>
        <w:rPr>
          <w:sz w:val="20"/>
        </w:rPr>
        <w:t>1:40:47  hai, yeh hona chahiye. is ko aap bilkul lafzi maene mein na len. main main jahan tak main samajhta hoon balkeh is ko zyada phaila ke is ka mafhoom samjhen.</w:t>
      </w:r>
    </w:p>
    <w:p>
      <w:pPr>
        <w:pStyle w:val="Heading2"/>
      </w:pPr>
      <w:r>
        <w:t>Meaning of 'question is half knowledge' hadith</w:t>
      </w:r>
    </w:p>
    <w:p>
      <w:r>
        <w:rPr>
          <w:color w:val="666666"/>
          <w:sz w:val="18"/>
        </w:rPr>
        <w:t>Hadith · The Expression of Faith (Izhar e Deen) September 1, 2013 · 1m 23s · at 1:16:47 · https://youtu.be/muBDJ8a_8-0?t=4607</w:t>
      </w:r>
    </w:p>
    <w:p>
      <w:r>
        <w:rPr>
          <w:i/>
        </w:rPr>
        <w:t>“It is mentioned in a hadith that 'question is half knowledge.' What does this mean?”</w:t>
      </w:r>
    </w:p>
    <w:p>
      <w:r>
        <w:rPr>
          <w:sz w:val="20"/>
        </w:rPr>
        <w:t>1:16:47  maulana agla sawal Dilli se hai, Anas sahib ka. unhon ne likha hai: "hadees mein aaya hai ke question half knowledge hai, is ka kya matlab hai?" is ka matlab hai ke sacha saail kaun hai, yeh hadees bata rahi hai.</w:t>
      </w:r>
      <w:r>
        <w:br/>
      </w:r>
      <w:r>
        <w:rPr>
          <w:sz w:val="20"/>
        </w:rPr>
        <w:t>1:17:05  aaj kal sawal ka jo riwaj hai, woh hai ke mind mein koi khayal rahe ga, woh dhar se sawal kar diya.</w:t>
      </w:r>
      <w:r>
        <w:br/>
      </w:r>
      <w:r>
        <w:rPr>
          <w:sz w:val="20"/>
        </w:rPr>
        <w:t>1:17:13  aam taur par yahi hota hai ke aap ke dimagh mein ek baat aayi, bas dhar se us ko sawal kar diya. lekin momin woh hai, is sawal par homework pehle khud kare.</w:t>
      </w:r>
      <w:r>
        <w:br/>
      </w:r>
      <w:r>
        <w:rPr>
          <w:sz w:val="20"/>
        </w:rPr>
        <w:t>1:17:24  woh apna, yaani homework karne ka matlab yeh hai ke khud pehle sochein, aap us ko is sawal ka matlab kya hai, khud daryaft karein, khud tehqeeq karein, khud mutala karein.</w:t>
      </w:r>
      <w:r>
        <w:br/>
      </w:r>
      <w:r>
        <w:rPr>
          <w:sz w:val="20"/>
        </w:rPr>
        <w:t>1:17:36  to homework jab aap kar chuke hon ge to aadha kaam to ho chuka hoga.</w:t>
      </w:r>
      <w:r>
        <w:br/>
      </w:r>
      <w:r>
        <w:rPr>
          <w:sz w:val="20"/>
        </w:rPr>
        <w:t>1:17:41  to phir doosra aadmi jab bataye ga to aap paper and mind hon ge us ko samajhne ke liye. jo homework na kare, woh paper and mind nahi hai.</w:t>
      </w:r>
      <w:r>
        <w:br/>
      </w:r>
      <w:r>
        <w:rPr>
          <w:sz w:val="20"/>
        </w:rPr>
        <w:t>1:17:50  woh sawal kare ga aur jawab diya jaye ga to pakre ga bhi nahi woh. to mera ek sahi sawal yeh hai ke aadmi pehle homework kare aur phir sawal kare, warna na na na sawal karne ka koi faida hai, na jawab dene ka koi faida hai.</w:t>
      </w:r>
    </w:p>
    <w:p>
      <w:pPr>
        <w:pStyle w:val="Heading2"/>
      </w:pPr>
      <w:r>
        <w:t>Meaning of Quran and Sultan Hadith</w:t>
      </w:r>
    </w:p>
    <w:p>
      <w:r>
        <w:rPr>
          <w:color w:val="666666"/>
          <w:sz w:val="18"/>
        </w:rPr>
        <w:t>Hadith · The Purpose of Existence-9th September 2012 · 45s · at 1:35:16 · https://youtu.be/KxCy8m6k_MQ?t=5716</w:t>
      </w:r>
    </w:p>
    <w:p>
      <w:r>
        <w:rPr>
          <w:i/>
        </w:rPr>
        <w:t>“In a hadith it is mentioned that the Quran and sultan are food, and know that the book and sultan will separate. What is the meaning of these hadiths? Please clarify.”</w:t>
      </w:r>
    </w:p>
    <w:p>
      <w:r>
        <w:rPr>
          <w:sz w:val="20"/>
        </w:rPr>
        <w:t>1:35:16  Maulana, in ka doosra sawal yeh hai, unhon ne likha hai: "Hadees mein aaya hai ke Quran aur</w:t>
      </w:r>
      <w:r>
        <w:br/>
      </w:r>
      <w:r>
        <w:rPr>
          <w:sz w:val="20"/>
        </w:rPr>
        <w:t>1:35:24  Sultan ta'am hain, aur sun lo ke kitab aur Sultan juda ho jayenge." In hadees in hadeeson</w:t>
      </w:r>
      <w:r>
        <w:br/>
      </w:r>
      <w:r>
        <w:rPr>
          <w:sz w:val="20"/>
        </w:rPr>
        <w:t>1:35:32  ka matlab kya hai? Is ko wazeh karen.</w:t>
      </w:r>
      <w:r>
        <w:br/>
      </w:r>
      <w:r>
        <w:rPr>
          <w:sz w:val="20"/>
        </w:rPr>
        <w:t>1:35:35  Is waqt mein likh chuka hoon, yeh hadees khule ke aisa logon ne ajeeb o ghareeb matlab nikaal</w:t>
      </w:r>
      <w:r>
        <w:br/>
      </w:r>
      <w:r>
        <w:rPr>
          <w:sz w:val="20"/>
        </w:rPr>
        <w:t>1:35:43  rakha hai.</w:t>
      </w:r>
      <w:r>
        <w:br/>
      </w:r>
      <w:r>
        <w:rPr>
          <w:sz w:val="20"/>
        </w:rPr>
        <w:t>1:35:44  Khud sahib ka yeh chhap chuka hai risale mein.</w:t>
      </w:r>
      <w:r>
        <w:br/>
      </w:r>
      <w:r>
        <w:rPr>
          <w:sz w:val="20"/>
        </w:rPr>
        <w:t>1:35:48  Aap ko yaad hai kis pe nahi chhapayi? Ji ji, bata doon mein is mein.</w:t>
      </w:r>
      <w:r>
        <w:br/>
      </w:r>
      <w:r>
        <w:rPr>
          <w:sz w:val="20"/>
        </w:rPr>
        <w:t>1:35:55  Ji ji, theek hai.</w:t>
      </w:r>
      <w:r>
        <w:br/>
      </w:r>
      <w:r>
        <w:rPr>
          <w:sz w:val="20"/>
        </w:rPr>
        <w:t>1:35:56  Maulana, woh baad mein un ko bata denge.</w:t>
      </w:r>
      <w:r>
        <w:br/>
      </w:r>
      <w:r>
        <w:rPr>
          <w:sz w:val="20"/>
        </w:rPr>
        <w:t>1:36:00  Baad ko haan ji.</w:t>
      </w:r>
    </w:p>
    <w:p>
      <w:pPr>
        <w:pStyle w:val="Heading2"/>
      </w:pPr>
      <w:r>
        <w:t>Meaning of apostasy punishment hadith</w:t>
      </w:r>
    </w:p>
    <w:p>
      <w:r>
        <w:rPr>
          <w:color w:val="666666"/>
          <w:sz w:val="18"/>
        </w:rPr>
        <w:t>Hadith · Islam &amp; Prophet of Islam 21 Oct, 2012 - Maulana Wahiduddin Khan · 1m 19s · at 59:03 · https://youtu.be/2hwtfOyNeS0?t=3543</w:t>
      </w:r>
    </w:p>
    <w:p>
      <w:r>
        <w:rPr>
          <w:i/>
        </w:rPr>
        <w:t>“You say the punishment for apostasy is not death, but there is a hadith that says whoever changes his religion should be killed. What does this hadith mean?”</w:t>
      </w:r>
    </w:p>
    <w:p>
      <w:r>
        <w:rPr>
          <w:sz w:val="20"/>
        </w:rPr>
        <w:t>59:03  maine yeh sawal aaya hai karachi pakistan se miss saira latif ka. unhon ne likha hai: "aap kehte hain ke murtad ki saza qatl nahin hai, jab ke ek hadith mein aaya hai ke jo koi apne deen ko badal dale to use qatl kar do.</w:t>
      </w:r>
      <w:r>
        <w:br/>
      </w:r>
      <w:r>
        <w:rPr>
          <w:sz w:val="20"/>
        </w:rPr>
        <w:t>59:23  maulana sahib, phir is hadith ka matlab kya hai? is ke bare mein bataen." haan, dekhiye, meri kitab hai, is ka naam hai "hikmat-e-islam".</w:t>
      </w:r>
      <w:r>
        <w:br/>
      </w:r>
      <w:r>
        <w:rPr>
          <w:sz w:val="20"/>
        </w:rPr>
        <w:t>59:37  to is mein maine is mamle mein, yani jis ko kaha jata hai irtidad ki saza, is ke mamle mein 30 safhe ka ek ek chapter likha hai, thirty page ka.</w:t>
      </w:r>
      <w:r>
        <w:br/>
      </w:r>
      <w:r>
        <w:rPr>
          <w:sz w:val="20"/>
        </w:rPr>
        <w:t>59:51  to aap is kitab ko padhiye, is mein is thirty page ko padhiye. is mein is hadith ko maine baqayda le kar ke is par guftagu ki hai, is ka tajziya kiya hai.</w:t>
      </w:r>
      <w:r>
        <w:br/>
      </w:r>
      <w:r>
        <w:rPr>
          <w:sz w:val="20"/>
        </w:rPr>
        <w:t>1:00:03  is ko pehle padhiye, is ke baad bhi agar aap ka ishkāl baki rahe to aap dobara ek sawal kar sakte hain. filhal main yahi kahunga ke aap hikmat-e-islam ke is bab ko padhiye jis ka unwan hai "murtad aur irtidad".</w:t>
      </w:r>
      <w:r>
        <w:br/>
      </w:r>
      <w:r>
        <w:rPr>
          <w:sz w:val="20"/>
        </w:rPr>
        <w:t>1:00:18  yeh hai is ka unwan.</w:t>
      </w:r>
    </w:p>
    <w:p>
      <w:pPr>
        <w:pStyle w:val="Heading2"/>
      </w:pPr>
      <w:r>
        <w:t>Meaning of fitna warned by Prophet</w:t>
      </w:r>
    </w:p>
    <w:p>
      <w:r>
        <w:rPr>
          <w:color w:val="666666"/>
          <w:sz w:val="18"/>
        </w:rPr>
        <w:t>Hadith · Deeper Meaning of The Quran May 17, 2015 · 1m 59s · at 53:24 · https://youtu.be/CoTUNYxSRiI?t=3204</w:t>
      </w:r>
    </w:p>
    <w:p>
      <w:r>
        <w:rPr>
          <w:i/>
        </w:rPr>
        <w:t>“What is the fitna that the Prophet used to say to keep away from it?”</w:t>
      </w:r>
    </w:p>
    <w:p>
      <w:r>
        <w:rPr>
          <w:sz w:val="20"/>
        </w:rPr>
        <w:t>53:24  maulana, agla sawal dilli se kiya hai maulana farhad ahmed sahib ne. aur unhon ne likha hai: "maulana, what is fitna that the prophet used to say to keep away from it?" dekhiye fitna ke lafzi mani hain azmaish, test.</w:t>
      </w:r>
      <w:r>
        <w:br/>
      </w:r>
      <w:r>
        <w:rPr>
          <w:sz w:val="20"/>
        </w:rPr>
        <w:t>53:45  to har cheez dunya mein jo paida ki gayi hai is mein fitne ka aspect hota hai.</w:t>
      </w:r>
      <w:r>
        <w:br/>
      </w:r>
      <w:r>
        <w:rPr>
          <w:sz w:val="20"/>
        </w:rPr>
        <w:t>53:58  har cheez misal ke taur par aap ko kamyabi mile aap ko paisa mile aap ko building mile woh bhi fitna hai. kyun ke woh pa kar ke aap ke andar agar pride aa jaye fakhar aa jaye gharoor aa jaye ke tumhare fitne mein fail ho gaye.</w:t>
      </w:r>
      <w:r>
        <w:br/>
      </w:r>
      <w:r>
        <w:rPr>
          <w:sz w:val="20"/>
        </w:rPr>
        <w:t>54:17  aise hi agar koi museebat par jaye aap lagen aao bhala karne</w:t>
      </w:r>
      <w:r>
        <w:br/>
      </w:r>
      <w:r>
        <w:rPr>
          <w:sz w:val="20"/>
        </w:rPr>
        <w:t>54:24  mayoos ho jayen to woh aap bhi fail ho gaye. kyun ke aap ko dua karna chahiye tha allah se umeed rakhna chahiye thi ke aaj nahi to kal allah meri madad farmayega.</w:t>
      </w:r>
      <w:r>
        <w:br/>
      </w:r>
      <w:r>
        <w:rPr>
          <w:sz w:val="20"/>
        </w:rPr>
        <w:t>54:37  to har cheez fitna hai chahe aap kamyab bhi hon ya nakam bhi.</w:t>
      </w:r>
      <w:r>
        <w:br/>
      </w:r>
      <w:r>
        <w:rPr>
          <w:sz w:val="20"/>
        </w:rPr>
        <w:t>54:41  milna ho ya khona. kyun ke is mein jo response hai wohi response batata hai ke aap ne fitne par aap thehray ke nahi thehray.</w:t>
      </w:r>
      <w:r>
        <w:br/>
      </w:r>
      <w:r>
        <w:rPr>
          <w:sz w:val="20"/>
        </w:rPr>
        <w:t>54:54  jab bhi koi waqea ho to us waqt aap ka response kya ho us par depend karta hai. response agar positive ho to aap fitne mein pure utar</w:t>
      </w:r>
      <w:r>
        <w:br/>
      </w:r>
      <w:r>
        <w:rPr>
          <w:sz w:val="20"/>
        </w:rPr>
        <w:t>55:06  e. response agar negative hai to aap fitne mein pure nahi azmaish mein pure nahi utre. to everything depends upon response.</w:t>
      </w:r>
    </w:p>
    <w:p>
      <w:pPr>
        <w:pStyle w:val="Heading2"/>
      </w:pPr>
      <w:r>
        <w:t>Meaning of fitnah to avoid</w:t>
      </w:r>
    </w:p>
    <w:p>
      <w:r>
        <w:rPr>
          <w:color w:val="666666"/>
          <w:sz w:val="18"/>
        </w:rPr>
        <w:t>Hadith · Deeper Meaning of Quran 17 05 2015 · 1m 58s · at 52:22 · https://youtu.be/_Cj6gds7nWI?t=3142</w:t>
      </w:r>
    </w:p>
    <w:p>
      <w:r>
        <w:rPr>
          <w:i/>
        </w:rPr>
        <w:t>“What is fitnah that the Prophet used to say to keep away from it?”</w:t>
      </w:r>
    </w:p>
    <w:p>
      <w:r>
        <w:rPr>
          <w:sz w:val="20"/>
        </w:rPr>
        <w:t>52:22  maulana, agla sawal dilli se kiya hai maulana farad ahmad sahab ne aur unhon ne likha hai: "maulana,</w:t>
      </w:r>
      <w:r>
        <w:br/>
      </w:r>
      <w:r>
        <w:rPr>
          <w:sz w:val="20"/>
        </w:rPr>
        <w:t>52:27  What is fitnah that the Prophet used to say to keep away from it?</w:t>
      </w:r>
      <w:r>
        <w:br/>
      </w:r>
      <w:r>
        <w:rPr>
          <w:sz w:val="20"/>
        </w:rPr>
        <w:t>52:33  " dekhen, fitna ke lafzi maani hain azmaish, test.</w:t>
      </w:r>
      <w:r>
        <w:br/>
      </w:r>
      <w:r>
        <w:rPr>
          <w:sz w:val="20"/>
        </w:rPr>
        <w:t>52:39  to har cheez dunya mein jo paida ki gayi hai, us mein fitne ka aspect hota hai.</w:t>
      </w:r>
      <w:r>
        <w:br/>
      </w:r>
      <w:r>
        <w:rPr>
          <w:sz w:val="20"/>
        </w:rPr>
        <w:t>52:46  har cheez, misaal ke tor par, aap ko kamyabi mile, aap ko paisa mile, aap ko building mile,</w:t>
      </w:r>
      <w:r>
        <w:br/>
      </w:r>
      <w:r>
        <w:rPr>
          <w:sz w:val="20"/>
        </w:rPr>
        <w:t>52:53  woh bhi fitna hai.</w:t>
      </w:r>
      <w:r>
        <w:br/>
      </w:r>
      <w:r>
        <w:rPr>
          <w:sz w:val="20"/>
        </w:rPr>
        <w:t>52:59  kyun ke woh pa kar ke aap ke andar agar pride aa jaye, fakhar aa jaye, gharoor aa jaye,</w:t>
      </w:r>
      <w:r>
        <w:br/>
      </w:r>
      <w:r>
        <w:rPr>
          <w:sz w:val="20"/>
        </w:rPr>
        <w:t>53:06  kisi bande ka fitne mein fail ho gaye.</w:t>
      </w:r>
      <w:r>
        <w:br/>
      </w:r>
      <w:r>
        <w:rPr>
          <w:sz w:val="20"/>
        </w:rPr>
        <w:t>53:13  aise hi agar koi musibat pad jaye, aap lagen aag wala karne, mayos ho jayen, to wahan bhi</w:t>
      </w:r>
      <w:r>
        <w:br/>
      </w:r>
      <w:r>
        <w:rPr>
          <w:sz w:val="20"/>
        </w:rPr>
        <w:t>53:19  fail ho gaye.</w:t>
      </w:r>
      <w:r>
        <w:br/>
      </w:r>
      <w:r>
        <w:rPr>
          <w:sz w:val="20"/>
        </w:rPr>
        <w:t>53:26  kyunke aap ko dua karna chahiye tha, Allah se umeed rakhna chahiye thi, ke aaj nahi to kal</w:t>
      </w:r>
      <w:r>
        <w:br/>
      </w:r>
      <w:r>
        <w:rPr>
          <w:sz w:val="20"/>
        </w:rPr>
        <w:t>53:33  Allah meri madad farmayega.</w:t>
      </w:r>
      <w:r>
        <w:br/>
      </w:r>
      <w:r>
        <w:rPr>
          <w:sz w:val="20"/>
        </w:rPr>
        <w:t>53:40  to har cheez fitna hai, chahe aap kamyabi ho ya nakami, milna ho ya khona.</w:t>
      </w:r>
      <w:r>
        <w:br/>
      </w:r>
      <w:r>
        <w:rPr>
          <w:sz w:val="20"/>
        </w:rPr>
        <w:t>53:46  kyunke is mein jo response hai, wahi response batata hai ke aap ne fitne par aap thehre ke nahi thehre.</w:t>
      </w:r>
      <w:r>
        <w:br/>
      </w:r>
      <w:r>
        <w:rPr>
          <w:sz w:val="20"/>
        </w:rPr>
        <w:t>53:53  jab bhi koi waqea ho, to us waqt aap ka response kya ho, us par depend karta hai.</w:t>
      </w:r>
      <w:r>
        <w:br/>
      </w:r>
      <w:r>
        <w:rPr>
          <w:sz w:val="20"/>
        </w:rPr>
        <w:t>54:00  response agar positive ho to aap fitne mein poore utre, response agar negative ho to aap fitne mein</w:t>
      </w:r>
      <w:r>
        <w:br/>
      </w:r>
      <w:r>
        <w:rPr>
          <w:sz w:val="20"/>
        </w:rPr>
        <w:t>54:06  poore nahi, azmaish mein poore nahi utre.</w:t>
      </w:r>
      <w:r>
        <w:br/>
      </w:r>
      <w:r>
        <w:rPr>
          <w:sz w:val="20"/>
        </w:rPr>
        <w:t>54:13  Everything depends upon response.</w:t>
      </w:r>
    </w:p>
    <w:p>
      <w:pPr>
        <w:pStyle w:val="Heading2"/>
      </w:pPr>
      <w:r>
        <w:t>Meaning of hadith on 73 Muslim sects</w:t>
      </w:r>
    </w:p>
    <w:p>
      <w:r>
        <w:rPr>
          <w:color w:val="666666"/>
          <w:sz w:val="18"/>
        </w:rPr>
        <w:t>Hadith · Collective Repentance I Feb 24, 2013 Maulana Wahiduddin Khan · 1m 38s · at 1:09:41 · https://youtu.be/lkkolxAL38c?t=4181</w:t>
      </w:r>
    </w:p>
    <w:p>
      <w:r>
        <w:rPr>
          <w:i/>
        </w:rPr>
        <w:t>“Maulana, a hadith says that the Jews will split into 71 sects, Christians into 72 sects, and Muslims into 73 sects, meaning Muslims will be more than Jews and Christians. What does this mean?”</w:t>
      </w:r>
    </w:p>
    <w:p>
      <w:r>
        <w:rPr>
          <w:sz w:val="20"/>
        </w:rPr>
        <w:t>1:09:41  maulana, agla sawal maulana iqbal umri ka aya hai tamil nadu se. unhon ne likha hai: "maulana, ek hadith mein aya hai ke yahood 71, nasari 72 sects aur musalman 73 sects ho jayenge, yani musalman yahood aur nasari plus ho jayenge.</w:t>
      </w:r>
      <w:r>
        <w:br/>
      </w:r>
      <w:r>
        <w:rPr>
          <w:sz w:val="20"/>
        </w:rPr>
        <w:t>1:10:02  is ka kya matlab hai?"</w:t>
      </w:r>
      <w:r>
        <w:br/>
      </w:r>
      <w:r>
        <w:rPr>
          <w:sz w:val="20"/>
        </w:rPr>
        <w:t>1:10:07  dekhen, yeh ginti ka muamla nahi hai. 71, 72, 73 jo hai yeh yeh to ek ilamati gintiyan hain.</w:t>
      </w:r>
      <w:r>
        <w:br/>
      </w:r>
      <w:r>
        <w:rPr>
          <w:sz w:val="20"/>
        </w:rPr>
        <w:t>1:10:18  matlab ke musalmanon mein jo bigad aayega woh yahood o nasari se bhi zyada aayega.</w:t>
      </w:r>
      <w:r>
        <w:br/>
      </w:r>
      <w:r>
        <w:rPr>
          <w:sz w:val="20"/>
        </w:rPr>
        <w:t>1:10:30  aur yeh aap dekhte the, waqea yeh waqea aaj ban chuka hai. is ki wajah hai ke yahood o nasari ka jo mazhab aya, us waqt mawaqe bahut kam hote the.</w:t>
      </w:r>
      <w:r>
        <w:br/>
      </w:r>
      <w:r>
        <w:rPr>
          <w:sz w:val="20"/>
        </w:rPr>
        <w:t>1:10:40  ab mawaqe bahut badh gaye aur logon ke paas paisa bhi hai, power bhi hai, communication bhi hai, har cheez</w:t>
      </w:r>
      <w:r>
        <w:br/>
      </w:r>
      <w:r>
        <w:rPr>
          <w:sz w:val="20"/>
        </w:rPr>
        <w:t>1:10:47  bahut zyada, bahut zyada ho gayi. to jab mawaqe badhenge to zahir hai ke bigad bhi badhega, azadi ko wasool karna bhi badhega.</w:t>
      </w:r>
      <w:r>
        <w:br/>
      </w:r>
      <w:r>
        <w:rPr>
          <w:sz w:val="20"/>
        </w:rPr>
        <w:t>1:10:58  yeh ummat ek aise daur mein pahunchne wali thi jab ke mawaqe ki farawani ho jayegi.</w:t>
      </w:r>
      <w:r>
        <w:br/>
      </w:r>
      <w:r>
        <w:rPr>
          <w:sz w:val="20"/>
        </w:rPr>
        <w:t>1:11:05  to mawaqe ki jab farawani hogi to bigad bhi bahut zyada badh jayega. it is but natural, yeh koi purasrar cheez nahi hai.</w:t>
      </w:r>
    </w:p>
    <w:p>
      <w:pPr>
        <w:pStyle w:val="Heading2"/>
      </w:pPr>
      <w:r>
        <w:t>Meaning of hadith on ummah not uniting on error</w:t>
      </w:r>
    </w:p>
    <w:p>
      <w:r>
        <w:rPr>
          <w:color w:val="666666"/>
          <w:sz w:val="18"/>
        </w:rPr>
        <w:t>Hadith · Jihad Fillah June 23, 2013 · 52s · at 1:01:13 · https://youtu.be/NRTno1eQTos?t=3673</w:t>
      </w:r>
    </w:p>
    <w:p>
      <w:r>
        <w:rPr>
          <w:i/>
        </w:rPr>
        <w:t>“A hadith says: 'My ummah will not unite upon error.' What is the meaning of this hadith?”</w:t>
      </w:r>
    </w:p>
    <w:p>
      <w:r>
        <w:rPr>
          <w:sz w:val="20"/>
        </w:rPr>
        <w:t>1:01:13  molana, agla sawal dilli se hai jameel akhtar sahib ka.</w:t>
      </w:r>
      <w:r>
        <w:br/>
      </w:r>
      <w:r>
        <w:rPr>
          <w:sz w:val="20"/>
        </w:rPr>
        <w:t>1:01:17  unhon ne likha hai: "hadith mein aya hai ke meri ummat gumrahi par jama nahi hogi." is hadith ka matlab kya hai?</w:t>
      </w:r>
      <w:r>
        <w:br/>
      </w:r>
      <w:r>
        <w:rPr>
          <w:sz w:val="20"/>
        </w:rPr>
        <w:t>1:01:28  is ka matlab sirf yeh hai ke hamesha kuch afraad aise honge jo sahi raste par rah</w:t>
      </w:r>
      <w:r>
        <w:br/>
      </w:r>
      <w:r>
        <w:rPr>
          <w:sz w:val="20"/>
        </w:rPr>
        <w:t>1:01:35  ein ge. is ka matlab nahi hai ke sari ummat jo hai, sari ummat hamesha sahi rahe gi. yeh matlab nahi hai. yani poori jo ummat mujtami hai, ek billion, woh sab ke sab sahi honge.</w:t>
      </w:r>
      <w:r>
        <w:br/>
      </w:r>
      <w:r>
        <w:rPr>
          <w:sz w:val="20"/>
        </w:rPr>
        <w:t>1:01:45  yeh matlab nahi hai is ka. balke ek billion musalmanon mein aise afraad hamesha zaroor paye jayenge har daur mein. ga deen fard ki satah par hamesha sahi sahi baki rahe ga, agarche ijtima ki satah par bigar aa jaye ga.</w:t>
      </w:r>
      <w:r>
        <w:br/>
      </w:r>
      <w:r>
        <w:rPr>
          <w:sz w:val="20"/>
        </w:rPr>
        <w:t>1:02:01  yeh matlab hai.</w:t>
      </w:r>
    </w:p>
    <w:p>
      <w:pPr>
        <w:pStyle w:val="Heading2"/>
      </w:pPr>
      <w:r>
        <w:t>Meaning of iman increasing and decreasing</w:t>
      </w:r>
    </w:p>
    <w:p>
      <w:r>
        <w:rPr>
          <w:color w:val="666666"/>
          <w:sz w:val="18"/>
        </w:rPr>
        <w:t>Hadith · Natural Warning April 17, 2016 · 1m 28s · at 49:03 · https://youtu.be/fSNOpwgzcss?t=2943</w:t>
      </w:r>
    </w:p>
    <w:p>
      <w:r>
        <w:rPr>
          <w:i/>
        </w:rPr>
        <w:t>“Hadith mentions that iman gets reduced and increased. What does that mean? Please clarify.”</w:t>
      </w:r>
    </w:p>
    <w:p>
      <w:r>
        <w:rPr>
          <w:sz w:val="20"/>
        </w:rPr>
        <w:t>49:03  Is mein aap ke personality ka development hota hai. Maulana, agla sawal lene se pehle ek comment padhna chahenge jo Dr. Safeena ne bheja hai Ajmer se aur unhone likha hai ke Maulana sahib only you are showing mirror to the Muslim community.</w:t>
      </w:r>
      <w:r>
        <w:br/>
      </w:r>
      <w:r>
        <w:rPr>
          <w:sz w:val="20"/>
        </w:rPr>
        <w:t>49:22  May our efforts be accepted. Jazak Allah. Maulana, agla sawal California se Faiq sahib ne bheja hai aur unhone likha hai Hadith mentions that imaan gets reduced and increased yaani imaan ghaṭta hai aur baṛhta hai.</w:t>
      </w:r>
      <w:r>
        <w:br/>
      </w:r>
      <w:r>
        <w:rPr>
          <w:sz w:val="20"/>
        </w:rPr>
        <w:t>49:44  Maulana, is ka kya matlab hai? Is ko wazeh karein. Dekhiye, imaan ko agar log maante hain ke bas kalma padh liya to imaan mil gaya to samajh mein nahi aata ke kaise ghaṭta baṛhta hai.</w:t>
      </w:r>
      <w:r>
        <w:br/>
      </w:r>
      <w:r>
        <w:rPr>
          <w:sz w:val="20"/>
        </w:rPr>
        <w:t>49:56  Kya imaan ek qualitative cheez ka naam hai, spirit ka naam hai, yaqeen ka naam hai.</w:t>
      </w:r>
      <w:r>
        <w:br/>
      </w:r>
      <w:r>
        <w:rPr>
          <w:sz w:val="20"/>
        </w:rPr>
        <w:t>50:05  To yeh to ghaṭe baṛhega kyun ke dunya mein hum challenges ke beech mein rehte hain, tarah tarah ke odds pesh aate hain. To is mein jo spirit hai, jo yaqeen hai, woh kabhi zyada hoga, kabhi kam hoga, yeh to hoga hi hoga.</w:t>
      </w:r>
      <w:r>
        <w:br/>
      </w:r>
      <w:r>
        <w:rPr>
          <w:sz w:val="20"/>
        </w:rPr>
        <w:t>50:22  It is but natural. To jo log imaan ka matlab samajhte hain ke kalma padh liya to imaan mil gaya, woh un ke saamne yeh baat nahi aati.</w:t>
      </w:r>
    </w:p>
    <w:p>
      <w:pPr>
        <w:pStyle w:val="Heading2"/>
      </w:pPr>
      <w:r>
        <w:t>Meaning of paradise under mother's feet</w:t>
      </w:r>
    </w:p>
    <w:p>
      <w:r>
        <w:rPr>
          <w:color w:val="666666"/>
          <w:sz w:val="18"/>
        </w:rPr>
        <w:t>Hadith · Revival and Revivalist June 7, 2015 · 54s · at 57:32 · https://youtu.be/MCY8AJ87BXc?t=3452</w:t>
      </w:r>
    </w:p>
    <w:p>
      <w:r>
        <w:rPr>
          <w:i/>
        </w:rPr>
        <w:t>“Please explain the meaning of the saying 'Paradise lies under the feet of mothers.' If taken literally, it seems wrong.”</w:t>
      </w:r>
    </w:p>
    <w:p>
      <w:r>
        <w:rPr>
          <w:sz w:val="20"/>
        </w:rPr>
        <w:t>57:32  yeh yeh hai dono ka farq. Maulana, yeh agla sawal kiya hai? Mahtab sahib ne Dhampur se. Maulana sahib, maa ke pairon ke neeche jannat hai.</w:t>
      </w:r>
      <w:r>
        <w:br/>
      </w:r>
      <w:r>
        <w:rPr>
          <w:sz w:val="20"/>
        </w:rPr>
        <w:t>57:44  please expl</w:t>
      </w:r>
      <w:r>
        <w:br/>
      </w:r>
      <w:r>
        <w:rPr>
          <w:sz w:val="20"/>
        </w:rPr>
        <w:t>57:45  ain. yeh yeh to ek yani maa ke pairon ke jannat hai. is ki koi yani is ka lafzi mani mein koi le lein to yeh bilkul galat hai.</w:t>
      </w:r>
      <w:r>
        <w:br/>
      </w:r>
      <w:r>
        <w:rPr>
          <w:sz w:val="20"/>
        </w:rPr>
        <w:t>57:57  woh aik usoolon pe kerne ka ke barhon ki barhon ki khidmat karo. Maa baap bhi barhon mein shamil hain, barhon mein se hotay hain.</w:t>
      </w:r>
      <w:r>
        <w:br/>
      </w:r>
      <w:r>
        <w:rPr>
          <w:sz w:val="20"/>
        </w:rPr>
        <w:t>58:07  Maa barhon ki khidmat karo, barhon ka adab karo, barhon se naseehat lo.</w:t>
      </w:r>
      <w:r>
        <w:br/>
      </w:r>
      <w:r>
        <w:rPr>
          <w:sz w:val="20"/>
        </w:rPr>
        <w:t>58:13  baqi aisa nahi ke bas is ke paon ke neeche jannat hai. Ab maa ne kaha jannat mile gi, nahi kaha jannat nahi mile gi. Yeh sab is ka talluq deen se kuch bhi nahi hai.</w:t>
      </w:r>
    </w:p>
    <w:p>
      <w:pPr>
        <w:pStyle w:val="Heading2"/>
      </w:pPr>
      <w:r>
        <w:t>Meaning of sleeping in morning stopping rizq</w:t>
      </w:r>
    </w:p>
    <w:p>
      <w:r>
        <w:rPr>
          <w:color w:val="666666"/>
          <w:sz w:val="18"/>
        </w:rPr>
        <w:t>Hadith · From The Spiritual Tree September 8, 2013 · 1m 55s · at 56:45 · https://youtu.be/Vv6vf2N8YQA?t=3405</w:t>
      </w:r>
    </w:p>
    <w:p>
      <w:r>
        <w:rPr>
          <w:i/>
        </w:rPr>
        <w:t>“A tradition says that sleeping in the morning stops sustenance (rizq). What does this mean?”</w:t>
      </w:r>
    </w:p>
    <w:p>
      <w:r>
        <w:rPr>
          <w:sz w:val="20"/>
        </w:rPr>
        <w:t>56:45  maulana yeh agla sawal aya hai jameel ahmad sahab ka dilli se. ek riwayat mein bataya gaya hai ke subah ko sona rizq ko rok deta hai.</w:t>
      </w:r>
      <w:r>
        <w:br/>
      </w:r>
      <w:r>
        <w:rPr>
          <w:sz w:val="20"/>
        </w:rPr>
        <w:t>56:58  iska matlab kya hai?</w:t>
      </w:r>
      <w:r>
        <w:br/>
      </w:r>
      <w:r>
        <w:rPr>
          <w:sz w:val="20"/>
        </w:rPr>
        <w:t>57:07  dekhen rizq ke maani yahan par paisa nahi hai. rizq ke maani hain yani allah ke jo taraf se jo aata hai rizq woh murad hai.</w:t>
      </w:r>
      <w:r>
        <w:br/>
      </w:r>
      <w:r>
        <w:rPr>
          <w:sz w:val="20"/>
        </w:rPr>
        <w:t>57:20  to asal mein aur bhi doosri hadeesein hain is hisse mein.</w:t>
      </w:r>
      <w:r>
        <w:br/>
      </w:r>
      <w:r>
        <w:rPr>
          <w:sz w:val="20"/>
        </w:rPr>
        <w:t>57:24  to islam ke mutabiq sahi tareeqa yeh hai ke aadmi isha ke baad foran so jaye aur fajar ke baad dobara na soye woh.</w:t>
      </w:r>
      <w:r>
        <w:br/>
      </w:r>
      <w:r>
        <w:rPr>
          <w:sz w:val="20"/>
        </w:rPr>
        <w:t>57:37  kyun ke behtareen waqt woh hota hai. fajar ke baad ka jo waqt hai woh behtareen waqt hai. is waqt aap acha soch sakte hain, acha mutala kar sakte hain, achi planning kar sakte hain.</w:t>
      </w:r>
      <w:r>
        <w:br/>
      </w:r>
      <w:r>
        <w:rPr>
          <w:sz w:val="20"/>
        </w:rPr>
        <w:t>57:48  to is ko aap kho dete hain sone agar sote hain to.</w:t>
      </w:r>
      <w:r>
        <w:br/>
      </w:r>
      <w:r>
        <w:rPr>
          <w:sz w:val="20"/>
        </w:rPr>
        <w:t>57:51  yani fajar ke baad jo aadmi sota hai ya subah ko jo sota hai woh be allah ne jo apne naam fitrat ke tehat is ko jo behtareen waqt diya tha golden time use isi ko kho deta hai woh.</w:t>
      </w:r>
      <w:r>
        <w:br/>
      </w:r>
      <w:r>
        <w:rPr>
          <w:sz w:val="20"/>
        </w:rPr>
        <w:t>58:10  isi liye hum apni tip mein logon ko yeh kehte hain ke aap log is formula ka pakrein jo bohat hi mashhoor formula hai ke early to bed early to rise.</w:t>
      </w:r>
      <w:r>
        <w:br/>
      </w:r>
      <w:r>
        <w:rPr>
          <w:sz w:val="20"/>
        </w:rPr>
        <w:t>58:24  sawere soiye aur sawere uthiye. yeh formula yeh sirf secular formula nahi hai balkeh hi islam ka formula bhi hai.</w:t>
      </w:r>
      <w:r>
        <w:br/>
      </w:r>
      <w:r>
        <w:rPr>
          <w:sz w:val="20"/>
        </w:rPr>
        <w:t>58:35  early to bed early to rise.</w:t>
      </w:r>
    </w:p>
    <w:p>
      <w:pPr>
        <w:pStyle w:val="Heading2"/>
      </w:pPr>
      <w:r>
        <w:t>Meaning of wisdom being lost property of believer</w:t>
      </w:r>
    </w:p>
    <w:p>
      <w:r>
        <w:rPr>
          <w:color w:val="666666"/>
          <w:sz w:val="18"/>
        </w:rPr>
        <w:t>Hadith · Realization of God May 07, 2017 Maulana Wahiduddin Khan · 1m 38s · at 46:03 · https://youtu.be/sXmJShRfWKs?t=2763</w:t>
      </w:r>
    </w:p>
    <w:p>
      <w:r>
        <w:rPr>
          <w:i/>
        </w:rPr>
        <w:t>“What is meant by 'Al-Hikmatu dhallatu al-mu'min'? Explain it. It means wisdom is the lost property of a believer, that people accept from their own but not from others.”</w:t>
      </w:r>
    </w:p>
    <w:p>
      <w:r>
        <w:rPr>
          <w:sz w:val="20"/>
        </w:rPr>
        <w:t>46:03  Maulana ab sawal lena chahenge pehla sawal bheja hai Miss Shabana Ansari ne Pakistan se unhon ne</w:t>
      </w:r>
      <w:r>
        <w:br/>
      </w:r>
      <w:r>
        <w:rPr>
          <w:sz w:val="20"/>
        </w:rPr>
        <w:t>46:12  likha hai keh al hikmat zalim al momin se kya murad hai is ke baray mein batayen</w:t>
      </w:r>
      <w:r>
        <w:br/>
      </w:r>
      <w:r>
        <w:rPr>
          <w:sz w:val="20"/>
        </w:rPr>
        <w:t>46:28  is ka matlab yeh hai ke wisdom momin ka khoya hua saman hai yani yeh jo log logon ke andar hai ke apne logon se koi baat mile to lete hain wahi baat doosron se aave to nahi lenge</w:t>
      </w:r>
      <w:r>
        <w:br/>
      </w:r>
      <w:r>
        <w:rPr>
          <w:sz w:val="20"/>
        </w:rPr>
        <w:t>46:51  yeh galat mizaj hai taassub ka mizaj hai taassub ka koi achi baat chahe Israel se aa rahi hai America se aa rahi hai kahin se aa rahi hai is ko liijiye is ko achi baat apne aap mein achi baat hai kahin se aa rahi hai yeh is ka lehaz nahi karna hai</w:t>
      </w:r>
      <w:r>
        <w:br/>
      </w:r>
      <w:r>
        <w:rPr>
          <w:sz w:val="20"/>
        </w:rPr>
        <w:t>47:12  matlab ke momin ka mizaj bataya gaya hai is mein momin ka mizaj</w:t>
      </w:r>
      <w:r>
        <w:br/>
      </w:r>
      <w:r>
        <w:rPr>
          <w:sz w:val="20"/>
        </w:rPr>
        <w:t>47:20  momin ka mizaj keh momin ke mizaj mein taassub nahi hota</w:t>
      </w:r>
      <w:r>
        <w:br/>
      </w:r>
      <w:r>
        <w:rPr>
          <w:sz w:val="20"/>
        </w:rPr>
        <w:t>47:24  momin ke mizaj mein apne aur ghair ka concept nahi hota momin ke mizaj mein universality hoti hai</w:t>
      </w:r>
      <w:r>
        <w:br/>
      </w:r>
      <w:r>
        <w:rPr>
          <w:sz w:val="20"/>
        </w:rPr>
        <w:t>47:34  wo cheezon ko dekhte hi apna leta hai koi taassub is ke liye rukawat nahi banta yeh matlab</w:t>
      </w:r>
    </w:p>
    <w:p>
      <w:pPr>
        <w:pStyle w:val="Heading2"/>
      </w:pPr>
      <w:r>
        <w:t>Paradise under mother's feet</w:t>
      </w:r>
    </w:p>
    <w:p>
      <w:r>
        <w:rPr>
          <w:color w:val="666666"/>
          <w:sz w:val="18"/>
        </w:rPr>
        <w:t>Hadith · Revival and Revivalist | June 7, 2015 · 54s · at 57:50 · https://youtu.be/tJqheiPlZ94?t=3470</w:t>
      </w:r>
    </w:p>
    <w:p>
      <w:r>
        <w:rPr>
          <w:i/>
        </w:rPr>
        <w:t>“Maulana, 'Paradise lies under the feet of the mother.' Please explain. If someone takes this literally, it is completely wrong. It is a principle to serve elders, and parents are among the elders.”</w:t>
      </w:r>
    </w:p>
    <w:p>
      <w:r>
        <w:rPr>
          <w:sz w:val="20"/>
        </w:rPr>
        <w:t>57:50  hai. maulana, yeh agla sawal kiya hai mehtab sahab ne dhampur se. maulana sahab, maa ke pairon ke neeche jannat hai. please explain. yeh yeh to ek maa ke pairon ke jannat hai. is ki koi is ka lafzi maani mein koi le le to bilkul galat hai. woh ek usoolon pe karne ka ke baron ki baron ki khidmat karo. maa baap bhi baron mein shamil</w:t>
      </w:r>
      <w:r>
        <w:br/>
      </w:r>
      <w:r>
        <w:rPr>
          <w:sz w:val="20"/>
        </w:rPr>
        <w:t>58:20  hain.</w:t>
      </w:r>
      <w:r>
        <w:br/>
      </w:r>
      <w:r>
        <w:rPr>
          <w:sz w:val="20"/>
        </w:rPr>
        <w:t>58:22  badon mein se hote hain.</w:t>
      </w:r>
      <w:r>
        <w:br/>
      </w:r>
      <w:r>
        <w:rPr>
          <w:sz w:val="20"/>
        </w:rPr>
        <w:t>58:25  badon ki khidmat karo.</w:t>
      </w:r>
      <w:r>
        <w:br/>
      </w:r>
      <w:r>
        <w:rPr>
          <w:sz w:val="20"/>
        </w:rPr>
        <w:t>58:28  badon ka adab karo.</w:t>
      </w:r>
      <w:r>
        <w:br/>
      </w:r>
      <w:r>
        <w:rPr>
          <w:sz w:val="20"/>
        </w:rPr>
        <w:t>58:31  badon se naseehat lo.</w:t>
      </w:r>
      <w:r>
        <w:br/>
      </w:r>
      <w:r>
        <w:rPr>
          <w:sz w:val="20"/>
        </w:rPr>
        <w:t>58:33  baqi aisa nahi ke uske paon ke neeche jannat hai.</w:t>
      </w:r>
      <w:r>
        <w:br/>
      </w:r>
      <w:r>
        <w:rPr>
          <w:sz w:val="20"/>
        </w:rPr>
        <w:t>58:36  ab maan ne keh diya jannat mein le gaye.</w:t>
      </w:r>
      <w:r>
        <w:br/>
      </w:r>
      <w:r>
        <w:rPr>
          <w:sz w:val="20"/>
        </w:rPr>
        <w:t>58:39  nahi kaha jannat nahi milegi.</w:t>
      </w:r>
      <w:r>
        <w:br/>
      </w:r>
      <w:r>
        <w:rPr>
          <w:sz w:val="20"/>
        </w:rPr>
        <w:t>58:41  yeh sab iska taluq deen se kuch bhi nahi.</w:t>
      </w:r>
    </w:p>
    <w:p>
      <w:pPr>
        <w:pStyle w:val="Heading2"/>
      </w:pPr>
      <w:r>
        <w:t>Status differences among Muslim groups?</w:t>
      </w:r>
    </w:p>
    <w:p>
      <w:r>
        <w:rPr>
          <w:color w:val="666666"/>
          <w:sz w:val="18"/>
        </w:rPr>
        <w:t>Hadith · Islam in A New Age March 18, 2012 · 1m 17s · at 1:18:13 · https://youtu.be/P5hzq_NheY0?t=4693</w:t>
      </w:r>
    </w:p>
    <w:p>
      <w:r>
        <w:rPr>
          <w:i/>
        </w:rPr>
        <w:t>“Is there any difference of status or rank among the Sayyids, Sheikhs, Pathans, Ansaris, or Malik according to the Hadith?”</w:t>
      </w:r>
    </w:p>
    <w:p>
      <w:r>
        <w:rPr>
          <w:sz w:val="20"/>
        </w:rPr>
        <w:t>1:18:13  aur yeh hum chahte hain ke hamare sathiyon mein yeh mizaj aaye. Maulana, agla sawal Dilli se hai, aah Miss Parveen Sultana ka.</w:t>
      </w:r>
      <w:r>
        <w:br/>
      </w:r>
      <w:r>
        <w:rPr>
          <w:sz w:val="20"/>
        </w:rPr>
        <w:t>1:18:24  unhon ne aapse poocha hai: Maulana, is there any difference of status or rank or anything among the Sayyids, Sheikhs, Pathans, Ansaris or Malik according to the Hadith?</w:t>
      </w:r>
      <w:r>
        <w:br/>
      </w:r>
      <w:r>
        <w:rPr>
          <w:sz w:val="20"/>
        </w:rPr>
        <w:t>1:18:37  kya phir se parhiye?</w:t>
      </w:r>
      <w:r>
        <w:br/>
      </w:r>
      <w:r>
        <w:rPr>
          <w:sz w:val="20"/>
        </w:rPr>
        <w:t>1:18:39  Is there any difference of status or rank among the Sayyids, Sheikhs, Pathans, Ansaris or Maliks according to the Hadith?</w:t>
      </w:r>
      <w:r>
        <w:br/>
      </w:r>
      <w:r>
        <w:rPr>
          <w:sz w:val="20"/>
        </w:rPr>
        <w:t>1:18:50  nahin, nahin, yeh sab kuch nahin. yeh to Musalman ne bana rakha hai. yeh sab aur ziyada tar yeh Indian subcontinent ka qissa hai, yeh sab hai ziyada tar.</w:t>
      </w:r>
      <w:r>
        <w:br/>
      </w:r>
      <w:r>
        <w:rPr>
          <w:sz w:val="20"/>
        </w:rPr>
        <w:t>1:19:00  aur mulkon mein ab bhi yeh sab baatein nahin hain.</w:t>
      </w:r>
      <w:r>
        <w:br/>
      </w:r>
      <w:r>
        <w:rPr>
          <w:sz w:val="20"/>
        </w:rPr>
        <w:t>1:19:03  yeh to yeh to sach poochhen to jo yahan India mein jo zaat system tha, caste system, is caste system ke asar se yeh baatein paida hui hain.</w:t>
      </w:r>
      <w:r>
        <w:br/>
      </w:r>
      <w:r>
        <w:rPr>
          <w:sz w:val="20"/>
        </w:rPr>
        <w:t>1:19:14  abhi bhi yani Indian subcontinent jo hai, is ke bahar yeh baat abhi bhi nahin kehte. aap chahiye Arab mein chalen, yeh sab kuch nahin. to yeh India mein caste system tha, is ko Musalmanon ne Islamize kar liya.</w:t>
      </w:r>
      <w:r>
        <w:br/>
      </w:r>
      <w:r>
        <w:rPr>
          <w:sz w:val="20"/>
        </w:rPr>
        <w:t>1:19:28  bas. is ka Islam se koi talluq</w:t>
      </w:r>
    </w:p>
    <w:p>
      <w:pPr>
        <w:pStyle w:val="Heading2"/>
      </w:pPr>
      <w:r>
        <w:t>Status of Sunnah: virtues or rulings?</w:t>
      </w:r>
    </w:p>
    <w:p>
      <w:r>
        <w:rPr>
          <w:color w:val="666666"/>
          <w:sz w:val="18"/>
        </w:rPr>
        <w:t>Hadith · Islah e Ummat August 10, 2014 · 1m 27s · at 1:01:24 · https://youtu.be/a7ohKq4Xf0Y?t=3684</w:t>
      </w:r>
    </w:p>
    <w:p>
      <w:r>
        <w:rPr>
          <w:i/>
        </w:rPr>
        <w:t>“I understand the level of ma'rifat, but what is the status of following the Prophet and the Sunnah in Islam? Does the Sunnah relate to virtues or to rulings? Please explain.”</w:t>
      </w:r>
    </w:p>
    <w:p>
      <w:r>
        <w:rPr>
          <w:sz w:val="20"/>
        </w:rPr>
        <w:t>1:01:24  molana agla sawal himachal pradesh se muhammad ashique elahi sahib ne kiya hai aur unho ne likha hai ke marifat ka darja samajh mein aata hai lekin itba rasool aur sunnat rasool ka islam mein kya darja hai sunnat rasool ka talluq fazail se hai ya masail se is ke bary mein batayein</w:t>
      </w:r>
      <w:r>
        <w:br/>
      </w:r>
      <w:r>
        <w:rPr>
          <w:sz w:val="20"/>
        </w:rPr>
        <w:t>1:01:50  aap hamara ek abhi chupa hai</w:t>
      </w:r>
      <w:r>
        <w:br/>
      </w:r>
      <w:r>
        <w:rPr>
          <w:sz w:val="20"/>
        </w:rPr>
        <w:t>1:01:54  ek number hadith par aur ek aur number chupa hai quran o hadith is ka unwan hai</w:t>
      </w:r>
      <w:r>
        <w:br/>
      </w:r>
      <w:r>
        <w:rPr>
          <w:sz w:val="20"/>
        </w:rPr>
        <w:t>1:02:02  do parche is ko parhiye aap abhi do char mahine ke andar andar dono parche chappe hain to</w:t>
      </w:r>
      <w:r>
        <w:br/>
      </w:r>
      <w:r>
        <w:rPr>
          <w:sz w:val="20"/>
        </w:rPr>
        <w:t>1:02:09  is mein is par tafseel se baat aayi hai is ko parhiye aur parhne ke baad phir koi</w:t>
      </w:r>
      <w:r>
        <w:br/>
      </w:r>
      <w:r>
        <w:rPr>
          <w:sz w:val="20"/>
        </w:rPr>
        <w:t>1:02:16  nuqta aap clear na ho to woh sawal kijiye aap</w:t>
      </w:r>
      <w:r>
        <w:br/>
      </w:r>
      <w:r>
        <w:rPr>
          <w:sz w:val="20"/>
        </w:rPr>
        <w:t>1:02:24  abhi chand mahine ke andar yeh dono mazmoon aaye hain aik hadith par hai aik aik quran par dono sach poochein to yani hadith quran par hai aur is ka mozu yahi hai is ko aap parhiye aur phir is ko parhne ke baad aap apne sawal ko dobara likhiye</w:t>
      </w:r>
    </w:p>
    <w:p>
      <w:pPr>
        <w:pStyle w:val="Heading2"/>
      </w:pPr>
      <w:r>
        <w:t>Tazkiyah and the heart contradiction</w:t>
      </w:r>
    </w:p>
    <w:p>
      <w:r>
        <w:rPr>
          <w:color w:val="666666"/>
          <w:sz w:val="18"/>
        </w:rPr>
        <w:t>Hadith · Deeper Meaning of The Quran May 17, 2015 · 1m 58s · at 1:05:54 · https://youtu.be/CoTUNYxSRiI?t=3954</w:t>
      </w:r>
    </w:p>
    <w:p>
      <w:r>
        <w:rPr>
          <w:i/>
        </w:rPr>
        <w:t>“Moulana, you said that tazkiyah (purification) is not related to the heart. But there is a hadith: 'There is a piece of flesh in the body, the heart. When it is sound, all is sound; when it is corrupt, all is corrupt.' Please clarify.”</w:t>
      </w:r>
    </w:p>
    <w:p>
      <w:r>
        <w:rPr>
          <w:sz w:val="20"/>
        </w:rPr>
        <w:t>1:05:54  maulana, agla sawal punay se zahid khan sahab ne kiya hai. aur unhon ne likha hai: "maulana, aap ne kaha ke tazkiya ka talluq qalb se nahin hai.</w:t>
      </w:r>
      <w:r>
        <w:br/>
      </w:r>
      <w:r>
        <w:rPr>
          <w:sz w:val="20"/>
        </w:rPr>
        <w:t>1:06:06  halankay hadees hai: 'jism mein ek tukra hai yani dil. jab woh theek ho to sab durust hai. jab kharab ho to sab kharab hai.' is ko wazeh karen."</w:t>
      </w:r>
      <w:r>
        <w:br/>
      </w:r>
      <w:r>
        <w:rPr>
          <w:sz w:val="20"/>
        </w:rPr>
        <w:t>1:06:21  dekhiye tamseel ki zaban mein. tamseel ki zaban mein. insani bolta hai quran mein bhi tamseel ki zaban hai.</w:t>
      </w:r>
      <w:r>
        <w:br/>
      </w:r>
      <w:r>
        <w:rPr>
          <w:sz w:val="20"/>
        </w:rPr>
        <w:t>1:06:33  jaise kaboot ankaboot. koi ghar kisi ka koi bakri ghar ki tarah hota nahin jaale se bana hua.</w:t>
      </w:r>
      <w:r>
        <w:br/>
      </w:r>
      <w:r>
        <w:rPr>
          <w:sz w:val="20"/>
        </w:rPr>
        <w:t>1:06:45  to bakri ke jaale ka bakri jala tan kar jab ghar banati hai us ki misaal di gayi hai. kaboot ankaboot.</w:t>
      </w:r>
      <w:r>
        <w:br/>
      </w:r>
      <w:r>
        <w:rPr>
          <w:sz w:val="20"/>
        </w:rPr>
        <w:t>1:06:55  to is ka matlab yeh nahin ke woh jaale ka ghar. to yeh tamseel ko kehte hain hum tamseel yani symbolic language.</w:t>
      </w:r>
      <w:r>
        <w:br/>
      </w:r>
      <w:r>
        <w:rPr>
          <w:sz w:val="20"/>
        </w:rPr>
        <w:t>1:07:08  aur doosri baat yeh hai ke aap arabi zaban ki dictionaries dekhen to aap paen ke arabi zaban mein qalb ke matlab heart ke nahin hote.</w:t>
      </w:r>
      <w:r>
        <w:br/>
      </w:r>
      <w:r>
        <w:rPr>
          <w:sz w:val="20"/>
        </w:rPr>
        <w:t>1:07:20  dil dil ke matlab samajhte hain log. qalb ke matlab wahi hain jo aql ke hain. aap risala al-rab mein parhiye jo arabi zaban ka mashhoor lughat hai.</w:t>
      </w:r>
      <w:r>
        <w:br/>
      </w:r>
      <w:r>
        <w:rPr>
          <w:sz w:val="20"/>
        </w:rPr>
        <w:t>1:07:30  qalb ke matlab wahi hain jo aql ke matlab hote hain. aur quran mein char chah alfaz istemal hue hain:</w:t>
      </w:r>
      <w:r>
        <w:br/>
      </w:r>
      <w:r>
        <w:rPr>
          <w:sz w:val="20"/>
        </w:rPr>
        <w:t>1:07:38  qalb, aql, fuad, nuha, hijr waghera. yeh sab aql ke matlab mein hain. is par maine likha hai bohat aap parh lijie meri kitabon mein.</w:t>
      </w:r>
    </w:p>
    <w:p>
      <w:pPr>
        <w:pStyle w:val="Heading2"/>
      </w:pPr>
      <w:r>
        <w:t>True dreams of believers in end times</w:t>
      </w:r>
    </w:p>
    <w:p>
      <w:r>
        <w:rPr>
          <w:color w:val="666666"/>
          <w:sz w:val="18"/>
        </w:rPr>
        <w:t>Hadith · Discovery of Modern Age February 10, 2013 · 1m 21s · at 1:08:11 · https://youtu.be/qYGA53ii7E4?t=4091</w:t>
      </w:r>
    </w:p>
    <w:p>
      <w:r>
        <w:rPr>
          <w:i/>
        </w:rPr>
        <w:t>“You mentioned a hadith that in the end times, a believer will see true dreams. Please explain what type of dream this refers to.”</w:t>
      </w:r>
    </w:p>
    <w:p>
      <w:r>
        <w:rPr>
          <w:sz w:val="20"/>
        </w:rPr>
        <w:t>1:08:11  hamara agla sawal hyderabad se hai zubair ahmad sahab ka</w:t>
      </w:r>
      <w:r>
        <w:br/>
      </w:r>
      <w:r>
        <w:rPr>
          <w:sz w:val="20"/>
        </w:rPr>
        <w:t>1:08:15  . unhon ne likha hai: "maulana, aap ne ek hadith bayan ki thi ke aakhri zamane mein jo momin hoga, woh sacha khwab dekhega.</w:t>
      </w:r>
      <w:r>
        <w:br/>
      </w:r>
      <w:r>
        <w:rPr>
          <w:sz w:val="20"/>
        </w:rPr>
        <w:t>1:08:26  baraye karam is ka khulasa kijiye ke is ka talluq kis type ke khwab se hai?"</w:t>
      </w:r>
      <w:r>
        <w:br/>
      </w:r>
      <w:r>
        <w:rPr>
          <w:sz w:val="20"/>
        </w:rPr>
        <w:t>1:08:34  mujhe to yaad nahi, main ne kab aakhri band kiya tha.</w:t>
      </w:r>
      <w:r>
        <w:br/>
      </w:r>
      <w:r>
        <w:rPr>
          <w:sz w:val="20"/>
        </w:rPr>
        <w:t>1:08:37  ab sache khwab ka koi koi mathematical formula to hai nahi, kyunke hadith mein aata hai ke khwab teen qism ke hote hain:</w:t>
      </w:r>
      <w:r>
        <w:br/>
      </w:r>
      <w:r>
        <w:rPr>
          <w:sz w:val="20"/>
        </w:rPr>
        <w:t>1:08:51  hadith, hadith al-nafs, takhawwuf al-shaitan, bushra min Allah.</w:t>
      </w:r>
      <w:r>
        <w:br/>
      </w:r>
      <w:r>
        <w:rPr>
          <w:sz w:val="20"/>
        </w:rPr>
        <w:t>1:08:57  yani apne dil ki baat ko khwab mein dekh lena aur shaitan ka darawa ho, us ke khwab aaye aur yeh Allah ki basharat.</w:t>
      </w:r>
      <w:r>
        <w:br/>
      </w:r>
      <w:r>
        <w:rPr>
          <w:sz w:val="20"/>
        </w:rPr>
        <w:t>1:09:09  to khwab teen qism ke hote hain. to ab woh bohat, yani is khwab ke nature, is ke ko ghor kar ke samajh aa sakta hai ke kis category ka hai khwab.</w:t>
      </w:r>
      <w:r>
        <w:br/>
      </w:r>
      <w:r>
        <w:rPr>
          <w:sz w:val="20"/>
        </w:rPr>
        <w:t>1:09:24  is ka teenon kis ka hai?</w:t>
      </w:r>
      <w:r>
        <w:br/>
      </w:r>
      <w:r>
        <w:rPr>
          <w:sz w:val="20"/>
        </w:rPr>
        <w:t>1:09:26  is ke liye koi hard aur fast rule nahi hai.</w:t>
      </w:r>
    </w:p>
    <w:p>
      <w:pPr>
        <w:pStyle w:val="Heading2"/>
      </w:pPr>
      <w:r>
        <w:t>Waiting for Allah's Process to Complete</w:t>
      </w:r>
    </w:p>
    <w:p>
      <w:r>
        <w:rPr>
          <w:color w:val="666666"/>
          <w:sz w:val="18"/>
        </w:rPr>
        <w:t>Hadith · Divine Help March 31, 2019 Maulana Wahiduddin Khan · 48s · at 36:00 · https://youtu.be/o5-R5Rjs5Cw?t=2160</w:t>
      </w:r>
    </w:p>
    <w:p>
      <w:r>
        <w:rPr>
          <w:i/>
        </w:rPr>
        <w:t>“Moulana, today there was also clarification about this hadith that waiting for good conditions is also a reward. From this I understood that waiting means waiting for Allah's process to reach completion. Is my thinking correct?”</w:t>
      </w:r>
    </w:p>
    <w:p>
      <w:r>
        <w:rPr>
          <w:sz w:val="20"/>
        </w:rPr>
        <w:t>36:00  maulana, agla sawal bheja hai doctor safina tabassum ne, unhon ne likha hai: "maulana sahib aaj is hadith ke bare mein bhi wazahat aai ke kyun achhe halaat ka intezar karna bhi sawab hai.</w:t>
      </w:r>
      <w:r>
        <w:br/>
      </w:r>
      <w:r>
        <w:rPr>
          <w:sz w:val="20"/>
        </w:rPr>
        <w:t>36:18  is se maine, is se main yeh samjhi hoon ke intezar se murad Allah ke chalaye hue process ko takmeel hone ka intezar karna hai.</w:t>
      </w:r>
      <w:r>
        <w:br/>
      </w:r>
      <w:r>
        <w:rPr>
          <w:sz w:val="20"/>
        </w:rPr>
        <w:t>36:28  kya mera yeh sochna theek hai? bahut zyada theek hai. yahi to matlab hai, aap theek nuqte ko pakad liya aap ne.</w:t>
      </w:r>
      <w:r>
        <w:br/>
      </w:r>
      <w:r>
        <w:rPr>
          <w:sz w:val="20"/>
        </w:rPr>
        <w:t>36:40  main dua karta hoon ke Allah taala aap ko is ka khoob khoob sawab ata farmaye.</w:t>
      </w:r>
    </w:p>
    <w:p>
      <w:pPr>
        <w:pStyle w:val="Heading2"/>
      </w:pPr>
      <w:r>
        <w:t>What does 'suratih' mean in hadith?</w:t>
      </w:r>
    </w:p>
    <w:p>
      <w:r>
        <w:rPr>
          <w:color w:val="666666"/>
          <w:sz w:val="18"/>
        </w:rPr>
        <w:t>Hadith · Politics and Nation Building May 19, 2013 · 1m 42s · at 57:19 · https://youtu.be/kmiMGq0Ki2Q?t=3439</w:t>
      </w:r>
    </w:p>
    <w:p>
      <w:r>
        <w:rPr>
          <w:i/>
        </w:rPr>
        <w:t>“What are the meanings of 'suratih' in the reference 'Khalaq Allah Adam ala suratih'?”</w:t>
      </w:r>
    </w:p>
    <w:p>
      <w:r>
        <w:rPr>
          <w:sz w:val="20"/>
        </w:rPr>
        <w:t>57:19  leejiye maulana agla sawal dilli se hai doctor safeena ka unhon ne likha hai unhon ne ek ayat</w:t>
      </w:r>
      <w:r>
        <w:br/>
      </w:r>
      <w:r>
        <w:rPr>
          <w:sz w:val="20"/>
        </w:rPr>
        <w:t>57:26  ka maulana reference diya hai jo is tarah hai khalaq Allah adama ala suratihi</w:t>
      </w:r>
      <w:r>
        <w:br/>
      </w:r>
      <w:r>
        <w:rPr>
          <w:sz w:val="20"/>
        </w:rPr>
        <w:t>57:33  woh janna chahti hain ke suratihi ka ke maani kya hain</w:t>
      </w:r>
      <w:r>
        <w:br/>
      </w:r>
      <w:r>
        <w:rPr>
          <w:sz w:val="20"/>
        </w:rPr>
        <w:t>57:39  haan dekhiye yeh hadith hai yeh bukhari mein aayi hai tarjuma to is ka yeh hai ke allah ne paida kiya insan ko apni surat par to seerat ka maani yeh nahi ke haath paon jaise insan ke hain aisi allah ke bhi hain naoozubillah aisa nahi hai</w:t>
      </w:r>
      <w:r>
        <w:br/>
      </w:r>
      <w:r>
        <w:rPr>
          <w:sz w:val="20"/>
        </w:rPr>
        <w:t>58:00  asal yeh hai ke allah ke jo sifat hain uska ek shama allah ne insan ko de diya hai</w:t>
      </w:r>
      <w:r>
        <w:br/>
      </w:r>
      <w:r>
        <w:rPr>
          <w:sz w:val="20"/>
        </w:rPr>
        <w:t>58:08  misal dekhna allah ki sifat hai sunna allah ki sifat hai sochna allah ki sifat hai to yeh baatein allah mein khudaWandi satah par hain kamil satah par rab ul alameen ki satah par to yeh sifat khudaWandi jo hain woh allah ne insan ko abd ki satah par de diya hai</w:t>
      </w:r>
      <w:r>
        <w:br/>
      </w:r>
      <w:r>
        <w:rPr>
          <w:sz w:val="20"/>
        </w:rPr>
        <w:t>58:33  ap jante hain ke yeh baatein pathar mein nahi hain lohe mein nahi hain hathi aur sher mein nahi hain doosri jo makhlooqat zameen par hain suraj chand mein nahi hain to woh insan mein hai to yeh jo insan mein hai woh haqeeqat mein allah ke sifat ka ek shama hai ek bohat hi mamooli sa hissa hai bas yeh matlab hai is hadith ka</w:t>
      </w:r>
    </w:p>
    <w:p>
      <w:pPr>
        <w:pStyle w:val="Heading2"/>
      </w:pPr>
      <w:r>
        <w:t>Why Scholars Begin with Hadith Rather Than Quran</w:t>
      </w:r>
    </w:p>
    <w:p>
      <w:r>
        <w:rPr>
          <w:color w:val="666666"/>
          <w:sz w:val="18"/>
        </w:rPr>
        <w:t>Hadith · Material Science and Spiritual Science 20 May 2012 · 51s · at 1:18:22 · https://youtu.be/4K6CxjThlxQ?t=4702</w:t>
      </w:r>
    </w:p>
    <w:p>
      <w:r>
        <w:rPr>
          <w:i/>
        </w:rPr>
        <w:t>“Why do most of the Muslim ulama start their talk from Hadith rather than starting from the Quran? Kindly explain.”</w:t>
      </w:r>
    </w:p>
    <w:p>
      <w:r>
        <w:rPr>
          <w:sz w:val="20"/>
        </w:rPr>
        <w:t>1:18:22  dekhein main kahunga sab se pehle aap hamari tafseer jo hai Tazkirul Quran is mein is ki sharah padhiye is ko padhne ke baad agar aap ko koi baqi raha hai sawal to bataiye abhi to yeh sawal nakafi hai pehle Tazkir Tazkirul Quran mein is aayat ko padhiye is ki jo sharah hai phir sawal kijiye Maulana agla sawal Delhi se hai Mr Muhammad Asif Riyaz sahab ka</w:t>
      </w:r>
      <w:r>
        <w:br/>
      </w:r>
      <w:r>
        <w:rPr>
          <w:sz w:val="20"/>
        </w:rPr>
        <w:t>1:18:47  unhon ne likha hai Maulana sahab why most of the Muslim ulama start their talk from Hadith rather than starting from the Quran kindly explain nahi is mein koi harj nahi hai yani Hadith bhi source hai Quran bhi source hai teesre to koi harj nahi aap aap yeh yeh yeh sawal mat uthaiye</w:t>
      </w:r>
    </w:p>
    <w:p>
      <w:pPr>
        <w:pStyle w:val="Heading2"/>
      </w:pPr>
      <w:r>
        <w:t>World's worth and unanswered prayers</w:t>
      </w:r>
    </w:p>
    <w:p>
      <w:r>
        <w:rPr>
          <w:color w:val="666666"/>
          <w:sz w:val="18"/>
        </w:rPr>
        <w:t>Hadith · Peaceful Islamic Mission December 28, 2014 · 47s · at 1:03:47 · https://youtu.be/aLacalXEtRA?t=3827</w:t>
      </w:r>
    </w:p>
    <w:p>
      <w:r>
        <w:rPr>
          <w:i/>
        </w:rPr>
        <w:t>“A hadith says that the value of this world is not even equal to the wing of a fly. Now a person asks Allah according to his need, but he does not get it.”</w:t>
      </w:r>
    </w:p>
    <w:p>
      <w:r>
        <w:rPr>
          <w:sz w:val="20"/>
        </w:rPr>
        <w:t>1:03:47  maulana, agla sawal dilli se hai raj malik sahib ka, aur unhon ne likha hai ke: "hadith mein</w:t>
      </w:r>
      <w:r>
        <w:br/>
      </w:r>
      <w:r>
        <w:rPr>
          <w:sz w:val="20"/>
        </w:rPr>
        <w:t>1:03:53  hai ke is dunya ki qeemat makhi ke par ke barabar bhi nahin hai.</w:t>
      </w:r>
      <w:r>
        <w:br/>
      </w:r>
      <w:r>
        <w:rPr>
          <w:sz w:val="20"/>
        </w:rPr>
        <w:t>1:03:59  ab ek insaan apni zaroorat ke mutabiq Allah se mangta hai, magar woh use nahin milta.</w:t>
      </w:r>
      <w:r>
        <w:br/>
      </w:r>
      <w:r>
        <w:rPr>
          <w:sz w:val="20"/>
        </w:rPr>
        <w:t>1:04:05  to jo Allah itni choti cheez nahin deta, woh jannat jaisi qeemti cheez kaise dega?" bhai, yeh</w:t>
      </w:r>
      <w:r>
        <w:br/>
      </w:r>
      <w:r>
        <w:rPr>
          <w:sz w:val="20"/>
        </w:rPr>
        <w:t>1:04:11  ek anokha, anokha sawal hai.</w:t>
      </w:r>
      <w:r>
        <w:br/>
      </w:r>
      <w:r>
        <w:rPr>
          <w:sz w:val="20"/>
        </w:rPr>
        <w:t>1:04:17  is ka to aap bhi jawab de dijiye.</w:t>
      </w:r>
      <w:r>
        <w:br/>
      </w:r>
      <w:r>
        <w:rPr>
          <w:sz w:val="20"/>
        </w:rPr>
        <w:t>1:04:23  yeh meri samajh nahin aati, kya sawal hai yeh? un se kahiye ke mujh se mile, woh ji,</w:t>
      </w:r>
      <w:r>
        <w:br/>
      </w:r>
      <w:r>
        <w:rPr>
          <w:sz w:val="20"/>
        </w:rPr>
        <w:t>1:04:29  mujh se mulaqat karein, woh ji.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