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434 questions · category Life &amp; Wisdom · full transcripts with timestamps · exported 2026-09-21</w:t>
      </w:r>
    </w:p>
    <w:p>
      <w:pPr>
        <w:pStyle w:val="Heading2"/>
      </w:pPr>
      <w:r>
        <w:t>Ability mentioned in earlier talks</w:t>
      </w:r>
    </w:p>
    <w:p>
      <w:r>
        <w:rPr>
          <w:color w:val="666666"/>
          <w:sz w:val="18"/>
        </w:rPr>
        <w:t>Life &amp; Wisdom · Dars-e-Quran, Chapter 2, Verse 35 | December 17, 2017 · 3m 12s · at 1:00:59 · https://youtu.be/Cd8MlWM7B9w?t=3659</w:t>
      </w:r>
    </w:p>
    <w:p>
      <w:r>
        <w:rPr>
          <w:i/>
        </w:rPr>
        <w:t>“In your earlier talks you have mentioned that one should be able to...”</w:t>
      </w:r>
    </w:p>
    <w:p>
      <w:r>
        <w:rPr>
          <w:sz w:val="20"/>
        </w:rPr>
        <w:t>1:00:59  vail kare hi ga. Hum false footprint banna ji hain. Agar apne aap ko bachayenge false footprint se to truth apne aap prevail karega. Yeh hi hai. Apne aap ko bachaiye distraction se. Is ke baad jo cheez hai woh apne aap prevail karegi. Maulana, agla sawal bheja hai Jam</w:t>
      </w:r>
      <w:r>
        <w:br/>
      </w:r>
      <w:r>
        <w:rPr>
          <w:sz w:val="20"/>
        </w:rPr>
        <w:t>1:01:29  sheed pur se azhar sahib ne.</w:t>
      </w:r>
      <w:r>
        <w:br/>
      </w:r>
      <w:r>
        <w:rPr>
          <w:sz w:val="20"/>
        </w:rPr>
        <w:t>1:01:33  انہوں نے لکھا ہے، مولانا، in your earlier talks you have mentioned that one should be able to</w:t>
      </w:r>
      <w:r>
        <w:br/>
      </w:r>
      <w:r>
        <w:rPr>
          <w:sz w:val="20"/>
        </w:rPr>
        <w:t>1:01:37  Discover one's role and then play that role.</w:t>
      </w:r>
      <w:r>
        <w:br/>
      </w:r>
      <w:r>
        <w:rPr>
          <w:sz w:val="20"/>
        </w:rPr>
        <w:t>1:01:42  Maulana, I have been thinking about this for last eight months but I am still not able to</w:t>
      </w:r>
      <w:r>
        <w:br/>
      </w:r>
      <w:r>
        <w:rPr>
          <w:sz w:val="20"/>
        </w:rPr>
        <w:t>1:01:46  discover my role.</w:t>
      </w:r>
      <w:r>
        <w:br/>
      </w:r>
      <w:r>
        <w:rPr>
          <w:sz w:val="20"/>
        </w:rPr>
        <w:t>1:01:50  This has made me very restless and I am not at peace.</w:t>
      </w:r>
      <w:r>
        <w:br/>
      </w:r>
      <w:r>
        <w:rPr>
          <w:sz w:val="20"/>
        </w:rPr>
        <w:t>1:01:55  please tell me what should i do</w:t>
      </w:r>
      <w:r>
        <w:br/>
      </w:r>
      <w:r>
        <w:rPr>
          <w:sz w:val="20"/>
        </w:rPr>
        <w:t>1:01:59  to find the role that God has kept for me so I can play my role as long</w:t>
      </w:r>
      <w:r>
        <w:br/>
      </w:r>
      <w:r>
        <w:rPr>
          <w:sz w:val="20"/>
        </w:rPr>
        <w:t>1:02:09  as i am alive? dekhiye, apna role janne ke liye ek prerequisite hai.</w:t>
      </w:r>
      <w:r>
        <w:br/>
      </w:r>
      <w:r>
        <w:rPr>
          <w:sz w:val="20"/>
        </w:rPr>
        <w:t>1:02:19  pre-requisite ایک پیشگی شرط وہ یہ ہے کہ آدمی اپنے آپ میں</w:t>
      </w:r>
      <w:r>
        <w:br/>
      </w:r>
      <w:r>
        <w:rPr>
          <w:sz w:val="20"/>
        </w:rPr>
        <w:t>1:02:29  apne aap apne aap apne aap ko discover kare ke kahan mein kaun si meri habit hai, kaun sa mera andar kuch cheez develop kar gayi aisi jo mujhe derail karti rehti hai apne baray mein khud. maine apne aap ko main keh sakta hoon ke poori zindagi mujhe</w:t>
      </w:r>
      <w:r>
        <w:br/>
      </w:r>
      <w:r>
        <w:rPr>
          <w:sz w:val="20"/>
        </w:rPr>
        <w:t>1:02:59  ڈھونڈتا رہتا ہوں کہ کہاں میرا کوئی realignment ہو رہا ہے، کہاں۔</w:t>
      </w:r>
      <w:r>
        <w:br/>
      </w:r>
      <w:r>
        <w:rPr>
          <w:sz w:val="20"/>
        </w:rPr>
        <w:t>1:03:09  aur isko main bacha kar ke woh is tarah se apni personality ko nature based personality ko bachata hai.</w:t>
      </w:r>
      <w:r>
        <w:br/>
      </w:r>
      <w:r>
        <w:rPr>
          <w:sz w:val="20"/>
        </w:rPr>
        <w:t>1:03:19  hamari personality jo jo hai jo khaliq ne creator ne nature based banaya hai</w:t>
      </w:r>
      <w:r>
        <w:br/>
      </w:r>
      <w:r>
        <w:rPr>
          <w:sz w:val="20"/>
        </w:rPr>
        <w:t>1:03:29  to woh kahan kahan woh derailment ho raha hai, is ka kahan woh distract ho rahi hai, is ko dhoondta rehta hoon. main samajhta hoon ke yahi ek hi tareeqa hai ke jab aap dher dher ke is ko is ko find out kar lenge to truth apne aap prevail karega. nature ab nature apne aap prevail karegi. let</w:t>
      </w:r>
      <w:r>
        <w:br/>
      </w:r>
      <w:r>
        <w:rPr>
          <w:sz w:val="20"/>
        </w:rPr>
        <w:t>1:03:59  Truth prevail jo kaha jata hai to ye aadhi baat hai.</w:t>
      </w:r>
      <w:r>
        <w:br/>
      </w:r>
      <w:r>
        <w:rPr>
          <w:sz w:val="20"/>
        </w:rPr>
        <w:t>1:04:05  yani false foot se bachao to truth apne aap prevail karega.</w:t>
      </w:r>
    </w:p>
    <w:p>
      <w:pPr>
        <w:pStyle w:val="Heading2"/>
      </w:pPr>
      <w:r>
        <w:t>Achieving Objectivity in Understanding</w:t>
      </w:r>
    </w:p>
    <w:p>
      <w:r>
        <w:rPr>
          <w:color w:val="666666"/>
          <w:sz w:val="18"/>
        </w:rPr>
        <w:t>Life &amp; Wisdom · God Particle July 8, 2012 · 1m 59s · at 1:06:59 · https://youtu.be/30Ulu10c2nA?t=4019</w:t>
      </w:r>
    </w:p>
    <w:p>
      <w:r>
        <w:rPr>
          <w:i/>
        </w:rPr>
        <w:t>“How can one gain objectivity in one's reading and understanding of things?”</w:t>
      </w:r>
    </w:p>
    <w:p>
      <w:r>
        <w:rPr>
          <w:sz w:val="20"/>
        </w:rPr>
        <w:t>1:06:59  Maulana, agla sawal Delhi se hai Ms. Shalini ka. unhon ne likha hai: "How can one get objectivity in one's reading and understanding of things?"</w:t>
      </w:r>
      <w:r>
        <w:br/>
      </w:r>
      <w:r>
        <w:rPr>
          <w:sz w:val="20"/>
        </w:rPr>
        <w:t>1:07:14  Dekhein, objectivity aati hai sincerity se. jis maamle mein aadmi sincere ho, apne aap objective ban jata hai,</w:t>
      </w:r>
      <w:r>
        <w:br/>
      </w:r>
      <w:r>
        <w:rPr>
          <w:sz w:val="20"/>
        </w:rPr>
        <w:t>1:07:27  apne aap ban jata hai. misaal ke taur par dekhiye, ek sahab ne mujh se kaha ke: "Sahab, itne saare mazahib hain, itne saare firqe hain, to humein kya pata kaun sahi hai, kaun galat hai?"</w:t>
      </w:r>
      <w:r>
        <w:br/>
      </w:r>
      <w:r>
        <w:rPr>
          <w:sz w:val="20"/>
        </w:rPr>
        <w:t>1:07:42  " To hum to sab ko chhod diya. hum ne to unhon ne kaha: "Achha, yeh bataiye ke aap ka bachcha jab beemar hota hai to yahi wahan apply karte hain formula?</w:t>
      </w:r>
      <w:r>
        <w:br/>
      </w:r>
      <w:r>
        <w:rPr>
          <w:sz w:val="20"/>
        </w:rPr>
        <w:t>1:07:53  itne saare doctor hain, hazaron doctor, hum hum kis ke chakkar mein pade hain? chhod do, chhod do. wahan aap, wahan aap sincere chunke hain, to use aap yeh yeh yeh formula wahan apply nahi karte.</w:t>
      </w:r>
      <w:r>
        <w:br/>
      </w:r>
      <w:r>
        <w:rPr>
          <w:sz w:val="20"/>
        </w:rPr>
        <w:t>1:08:06  kisi doctor tak pahunchte hain.</w:t>
      </w:r>
      <w:r>
        <w:br/>
      </w:r>
      <w:r>
        <w:rPr>
          <w:sz w:val="20"/>
        </w:rPr>
        <w:t>1:08:09  " To mein samajhta hoon ke objectivity jo hai, woh direct result hai sincerity ka. aadmi agar sincere hoga to apne aap woh objective ban jayega.</w:t>
      </w:r>
      <w:r>
        <w:br/>
      </w:r>
      <w:r>
        <w:rPr>
          <w:sz w:val="20"/>
        </w:rPr>
        <w:t>1:08:22  us ke andar objective thinking aa jayegi. hoga sincere nahi hai to phir objectivity bhi us ke andar nahi hogi.</w:t>
      </w:r>
      <w:r>
        <w:br/>
      </w:r>
      <w:r>
        <w:rPr>
          <w:sz w:val="20"/>
        </w:rPr>
        <w:t>1:08:32  to aisi cheez hai ke aadmi kitna kisi ko concern banata hai, kehta hai is ke baray mein serious hai, kehta hai is ke baray mein sanjeeda hai.</w:t>
      </w:r>
      <w:r>
        <w:br/>
      </w:r>
      <w:r>
        <w:rPr>
          <w:sz w:val="20"/>
        </w:rPr>
        <w:t>1:08:41  yahan masla hai ke is cheez ko aap sach much concern banayein, apna sach much banayein concern, to zaroor aap serious ho jayenge.</w:t>
      </w:r>
      <w:r>
        <w:br/>
      </w:r>
      <w:r>
        <w:rPr>
          <w:sz w:val="20"/>
        </w:rPr>
        <w:t>1:08:51  aur jab serious ho jayen ge to zaroor aap ki taraf objectivity aa jayegi.</w:t>
      </w:r>
    </w:p>
    <w:p>
      <w:pPr>
        <w:pStyle w:val="Heading2"/>
      </w:pPr>
      <w:r>
        <w:t>Acquired or innate responsibility</w:t>
      </w:r>
    </w:p>
    <w:p>
      <w:r>
        <w:rPr>
          <w:color w:val="666666"/>
          <w:sz w:val="18"/>
        </w:rPr>
        <w:t>Life &amp; Wisdom · Study of The Quran 23 June 2019 - Maulana Wahiduddin Khan · 3m 21s · at 44:19 · https://youtu.be/tFQnqhFtPko?t=2659</w:t>
      </w:r>
    </w:p>
    <w:p>
      <w:r>
        <w:rPr>
          <w:i/>
        </w:rPr>
        <w:t>“How can a person become more responsible in life? Is being responsible an acquired trait, or is a person born with such a quality?”</w:t>
      </w:r>
    </w:p>
    <w:p>
      <w:r>
        <w:rPr>
          <w:sz w:val="20"/>
        </w:rPr>
        <w:t>44:19  maulana, agla sawal Ahmedabad se Waseem Ahmed sahib ne bheja hai. unhone likha hai: "maulana, how can a person become more responsible in life?</w:t>
      </w:r>
      <w:r>
        <w:br/>
      </w:r>
      <w:r>
        <w:rPr>
          <w:sz w:val="20"/>
        </w:rPr>
        <w:t>44:31  my question is, is being responsible an acquired trait, or a person is born with such a quality." dekhiye, aaj hi ki baat hai, aaj hamare ek, hamari jo team hai,</w:t>
      </w:r>
      <w:r>
        <w:br/>
      </w:r>
      <w:r>
        <w:rPr>
          <w:sz w:val="20"/>
        </w:rPr>
        <w:t>44:48  is team ke ek saathi aaj maujood nahi hain</w:t>
      </w:r>
      <w:r>
        <w:br/>
      </w:r>
      <w:r>
        <w:rPr>
          <w:sz w:val="20"/>
        </w:rPr>
        <w:t>44:53  kyun ke un ke uncle ka inteqal ho gaya. abhi subah mujhe khabar mili. mein chahta tha ke un se telephone par baat karoon lekin baat nahi ho saki.</w:t>
      </w:r>
      <w:r>
        <w:br/>
      </w:r>
      <w:r>
        <w:rPr>
          <w:sz w:val="20"/>
        </w:rPr>
        <w:t>45:06  to ab har har maut, chahe ab kisi ki bhi ho, yeh batati hai ke waqt bohat kam hai.</w:t>
      </w:r>
      <w:r>
        <w:br/>
      </w:r>
      <w:r>
        <w:rPr>
          <w:sz w:val="20"/>
        </w:rPr>
        <w:t>45:20  serious ho jao, waqt bohat kam hai. serious ho jao. agar aadmi yahi soche ke waqt bohat kam hai, mujhe serious banna hai, to har aadmi serious ho jaye.</w:t>
      </w:r>
      <w:r>
        <w:br/>
      </w:r>
      <w:r>
        <w:rPr>
          <w:sz w:val="20"/>
        </w:rPr>
        <w:t>45:32  koi masla hi na rahe. sab log bilkul right way mein sochein. to log aam taur par be khabar rehte hain ke ab hamare paas time bohat kam hai.</w:t>
      </w:r>
      <w:r>
        <w:br/>
      </w:r>
      <w:r>
        <w:rPr>
          <w:sz w:val="20"/>
        </w:rPr>
        <w:t>45:45  is se be khabar rehte hain. agar is se ba khabar ho jayein ke time bohat kam hai, bohat time bohat kam hai,</w:t>
      </w:r>
      <w:r>
        <w:br/>
      </w:r>
      <w:r>
        <w:rPr>
          <w:sz w:val="20"/>
        </w:rPr>
        <w:t>45:55  to har aadmi bilkul right way mein soche. koi mushkil cheez nahi hai. yeh</w:t>
      </w:r>
      <w:r>
        <w:br/>
      </w:r>
      <w:r>
        <w:rPr>
          <w:sz w:val="20"/>
        </w:rPr>
        <w:t>46:06  jaise mein ne socha, aaj jab khabar suni ke hamari team ke ek member ke uncle ke dete hue, yeh to mein ne socha ke mein meri umar, mein 90 plus ho chuka hoon.</w:t>
      </w:r>
      <w:r>
        <w:br/>
      </w:r>
      <w:r>
        <w:rPr>
          <w:sz w:val="20"/>
        </w:rPr>
        <w:t>46:20  to meri umar bhi waise hi hai ke subah ya shaam kisi bhi waqt mere liye paigham-e-ajal aa sakta hai.</w:t>
      </w:r>
      <w:r>
        <w:br/>
      </w:r>
      <w:r>
        <w:rPr>
          <w:sz w:val="20"/>
        </w:rPr>
        <w:t>46:30  to mein bohat hi serious ho gaya. har aadmi aise hi karta hai, kar kar sakta hai.</w:t>
      </w:r>
      <w:r>
        <w:br/>
      </w:r>
      <w:r>
        <w:rPr>
          <w:sz w:val="20"/>
        </w:rPr>
        <w:t>46:43  maulana, agla comment bheja hai Maulana Israr Khatib sahib ne Chennai se. unhone likha hai: "maulana, i agree totally with you that what you said that traditional knowledge is only not enough to understand the Quran.</w:t>
      </w:r>
      <w:r>
        <w:br/>
      </w:r>
      <w:r>
        <w:rPr>
          <w:sz w:val="20"/>
        </w:rPr>
        <w:t>47:01  knowledge about modern age is also very necessary to understand Quran. i think that no one in Islamic world who knows modern age except you." Dr. Junaid Sheikh ne Mumbai se likha hai: "maulana, from today's class, i got new incentive to be open minded, unbiased and creative so that i can understand Quran in true sense.</w:t>
      </w:r>
      <w:r>
        <w:br/>
      </w:r>
      <w:r>
        <w:rPr>
          <w:sz w:val="20"/>
        </w:rPr>
        <w:t>47:29  jazak Allah Maulana sahib. "Maulana Yaqoob Umri ne Dilli se likha hai: "Maulana, da only condition to understand Quran is creative mind.</w:t>
      </w:r>
    </w:p>
    <w:p>
      <w:pPr>
        <w:pStyle w:val="Heading2"/>
      </w:pPr>
      <w:r>
        <w:t>Admitting Wrong as First Intellectual Development Step</w:t>
      </w:r>
    </w:p>
    <w:p>
      <w:r>
        <w:rPr>
          <w:color w:val="666666"/>
          <w:sz w:val="18"/>
        </w:rPr>
        <w:t>Life &amp; Wisdom · Dars-e-Quran, Chapter 2, Verse 37 | January  07, 2018 · 56s · at 50:25 · https://youtu.be/ao6Cr57KuEM?t=3025</w:t>
      </w:r>
    </w:p>
    <w:p>
      <w:r>
        <w:rPr>
          <w:i/>
        </w:rPr>
        <w:t>“Maulana sahib, is it right to say that the very first step for intellectual development is to say that 'I was wrong'?”</w:t>
      </w:r>
    </w:p>
    <w:p>
      <w:r>
        <w:rPr>
          <w:sz w:val="20"/>
        </w:rPr>
        <w:t>50:25  maulana, inhi ka ek sawal bhi hai, unhon ne in se, unhon ne aap se poocha hai: "maulana</w:t>
      </w:r>
      <w:r>
        <w:br/>
      </w:r>
      <w:r>
        <w:rPr>
          <w:sz w:val="20"/>
        </w:rPr>
        <w:t>50:32  Sahib, is it right to say that the very first step for intellectual development is to say that</w:t>
      </w:r>
      <w:r>
        <w:br/>
      </w:r>
      <w:r>
        <w:rPr>
          <w:sz w:val="20"/>
        </w:rPr>
        <w:t>50:40  i was wrong?" bilkul theek kaha aap ne, bilkul sahi hai yeh.</w:t>
      </w:r>
      <w:r>
        <w:br/>
      </w:r>
      <w:r>
        <w:rPr>
          <w:sz w:val="20"/>
        </w:rPr>
        <w:t>50:47  kyun ke jaisa ke maine arz kiya ke agar aap yeh samjhen ke i am right, phir to</w:t>
      </w:r>
      <w:r>
        <w:br/>
      </w:r>
      <w:r>
        <w:rPr>
          <w:sz w:val="20"/>
        </w:rPr>
        <w:t>50:54  jahan hain wahin rahen ge, koi nai baat aap nahi pa saken ge.</w:t>
      </w:r>
      <w:r>
        <w:br/>
      </w:r>
      <w:r>
        <w:rPr>
          <w:sz w:val="20"/>
        </w:rPr>
        <w:t>51:01  kyun ke jab aap yeh kehte hain ke i was wrong to aap regain karte hain, nai nai baton</w:t>
      </w:r>
      <w:r>
        <w:br/>
      </w:r>
      <w:r>
        <w:rPr>
          <w:sz w:val="20"/>
        </w:rPr>
        <w:t>51:07  ko daryaft karte hain.</w:t>
      </w:r>
      <w:r>
        <w:br/>
      </w:r>
      <w:r>
        <w:rPr>
          <w:sz w:val="20"/>
        </w:rPr>
        <w:t>51:14  is liye koi shaq nahi ke i was wrong kehna ziyada se ziyada bari baat hai.</w:t>
      </w:r>
    </w:p>
    <w:p>
      <w:pPr>
        <w:pStyle w:val="Heading2"/>
      </w:pPr>
      <w:r>
        <w:t>Adopting indifference towards people</w:t>
      </w:r>
    </w:p>
    <w:p>
      <w:r>
        <w:rPr>
          <w:color w:val="666666"/>
          <w:sz w:val="18"/>
        </w:rPr>
        <w:t>Life &amp; Wisdom · Divine Ideology of Life I 11 July 2010 · 4m 50s · at 1:33:52 · https://youtu.be/wOmHVfyjMJY?t=5632</w:t>
      </w:r>
    </w:p>
    <w:p>
      <w:r>
        <w:rPr>
          <w:i/>
        </w:rPr>
        <w:t>“How can one adopt indifference towards people? What is its simple formula?”</w:t>
      </w:r>
    </w:p>
    <w:p>
      <w:r>
        <w:rPr>
          <w:sz w:val="20"/>
        </w:rPr>
        <w:t>1:33:52  bol kar ke isko justify karein, yeh galat hai yeh. Maulana, unka ek aur sawal hai. unhon ne likha hai ke logon se be-niazi kaise ikhtiyar ki jayegi?</w:t>
      </w:r>
      <w:r>
        <w:br/>
      </w:r>
      <w:r>
        <w:rPr>
          <w:sz w:val="20"/>
        </w:rPr>
        <w:t>1:34:04  Iska simple formula kya hai? mujhe dekh lijiye, mein hoon. saari zindagi mein aise hi raha bas.</w:t>
      </w:r>
      <w:r>
        <w:br/>
      </w:r>
      <w:r>
        <w:rPr>
          <w:sz w:val="20"/>
        </w:rPr>
        <w:t>1:34:15  Be-niazi ki zindagi. kahin se lena na lena, dena.</w:t>
      </w:r>
      <w:r>
        <w:br/>
      </w:r>
      <w:r>
        <w:rPr>
          <w:sz w:val="20"/>
        </w:rPr>
        <w:t>1:34:23  Is ki ek price deni padti hai. abhi dekhein, mein gaya tha ek bahut bade ek adare mein. ek bahut bada institution, yaani taleem ka bahut bada institution.</w:t>
      </w:r>
      <w:r>
        <w:br/>
      </w:r>
      <w:r>
        <w:rPr>
          <w:sz w:val="20"/>
        </w:rPr>
        <w:t>1:34:38  Wahan gaya tha mein. toh wahan par kya tha, unka ek farm house hai. toh mere theherne ke intezam farm house kiya tha unhon ne.</w:t>
      </w:r>
      <w:r>
        <w:br/>
      </w:r>
      <w:r>
        <w:rPr>
          <w:sz w:val="20"/>
        </w:rPr>
        <w:t>1:34:48  Aur mere khane ke intezam ek bahut bade paise wale aadmi ka kiya gaya tha.</w:t>
      </w:r>
      <w:r>
        <w:br/>
      </w:r>
      <w:r>
        <w:rPr>
          <w:sz w:val="20"/>
        </w:rPr>
        <w:t>1:34:53  Yaani unke haan da'wati khana khao aur farm house par raho. aur phir chale aao. jaate hi maine kaha ke yeh mein nahi kar sakta. maine farm house nahi rehna hai.</w:t>
      </w:r>
      <w:r>
        <w:br/>
      </w:r>
      <w:r>
        <w:rPr>
          <w:sz w:val="20"/>
        </w:rPr>
        <w:t>1:35:04  Woh khana bhi nahi khana hai mujhe. toh maine kaha yahan jo kitchen hota hai talaba ka, student ka, isi mein mujhe khana khana hai.</w:t>
      </w:r>
      <w:r>
        <w:br/>
      </w:r>
      <w:r>
        <w:rPr>
          <w:sz w:val="20"/>
        </w:rPr>
        <w:t>1:35:14  Yeh baat hai South India ki. wahan par log chawal khate hain. toh wahan unka khana kya tha? chawal aur daal, chawal aur daal bas.</w:t>
      </w:r>
      <w:r>
        <w:br/>
      </w:r>
      <w:r>
        <w:rPr>
          <w:sz w:val="20"/>
        </w:rPr>
        <w:t>1:35:21  Toh wahan mein chaar din raha. mein breakfast, lunch aur dinner teeno mein kya karta tha? chawal, daal. bas.</w:t>
      </w:r>
      <w:r>
        <w:br/>
      </w:r>
      <w:r>
        <w:rPr>
          <w:sz w:val="20"/>
        </w:rPr>
        <w:t>1:35:30  Woh khana jo tha wahan par biryani aur paratha aur tarah tarah ki sweet aur yeh woh sab se pehle chhod diya. farm house bhi nahi gaya mein.</w:t>
      </w:r>
      <w:r>
        <w:br/>
      </w:r>
      <w:r>
        <w:rPr>
          <w:sz w:val="20"/>
        </w:rPr>
        <w:t>1:35:40  Toh be-niazi aisi thodi hoti hai. be-niazi ki price deni padti hai.</w:t>
      </w:r>
      <w:r>
        <w:br/>
      </w:r>
      <w:r>
        <w:rPr>
          <w:sz w:val="20"/>
        </w:rPr>
        <w:t>1:35:46  Be-niazi kya cheez hai?</w:t>
      </w:r>
      <w:r>
        <w:br/>
      </w:r>
      <w:r>
        <w:rPr>
          <w:sz w:val="20"/>
        </w:rPr>
        <w:t>1:35:49  Aap ko distraction se bachati hai. tab aala marifat milti hai. distraction ki ek hazar ek qismein hain.</w:t>
      </w:r>
      <w:r>
        <w:br/>
      </w:r>
      <w:r>
        <w:rPr>
          <w:sz w:val="20"/>
        </w:rPr>
        <w:t>1:35:59  yaad rakhiye ke distraction koi ek cheez ka naam hai. bohat si cheezein jo aap ko distract kiye rehti hain. ego bhi distraction hai. ego bhi ek distraction hai.</w:t>
      </w:r>
      <w:r>
        <w:br/>
      </w:r>
      <w:r>
        <w:rPr>
          <w:sz w:val="20"/>
        </w:rPr>
        <w:t>1:36:12  apne ko bachaye rakhna. main kisi tareeqay se mere par harf na lagne paaye. meri shakhsiyat bani rahe. woh bhi distraction hai. mujhe ek himmat hai kehne ki ke main jaaun bhaad mein.</w:t>
      </w:r>
      <w:r>
        <w:br/>
      </w:r>
      <w:r>
        <w:rPr>
          <w:sz w:val="20"/>
        </w:rPr>
        <w:t>1:36:25  khuda ke fazal se mujhe himmat hai kehne ki ke main jaaun bhaad mein. sachai baqi rahe.</w:t>
      </w:r>
      <w:r>
        <w:br/>
      </w:r>
      <w:r>
        <w:rPr>
          <w:sz w:val="20"/>
        </w:rPr>
        <w:t>1:36:32  allah ne mujhe himmat di hai ke main keh sakta hoon ke main jaaun bhaad mein. sachai jo hai prevail kare. yeh hai be niyazi.</w:t>
      </w:r>
      <w:r>
        <w:br/>
      </w:r>
      <w:r>
        <w:rPr>
          <w:sz w:val="20"/>
        </w:rPr>
        <w:t>1:36:41  be niyazi ka matlab hai aap yeh keh sakein ke main jaaun bhaad mein. sachai ko prevail karna chahiye.</w:t>
      </w:r>
      <w:r>
        <w:br/>
      </w:r>
      <w:r>
        <w:rPr>
          <w:sz w:val="20"/>
        </w:rPr>
        <w:t>1:36:49  to be niyazi bohat bari cheez hai. lekin be niyazi ki price hai. jab tak price na dein aap ko, woh be niyazi milne wali nahi hai.</w:t>
      </w:r>
      <w:r>
        <w:br/>
      </w:r>
      <w:r>
        <w:rPr>
          <w:sz w:val="20"/>
        </w:rPr>
        <w:t>1:37:00  maulana, yeh sawal aaya hai mr khawaja kaleemuddin ka from pennsylvania</w:t>
      </w:r>
      <w:r>
        <w:br/>
      </w:r>
      <w:r>
        <w:rPr>
          <w:sz w:val="20"/>
        </w:rPr>
        <w:t>1:37:06  . unhon ne likha hai ke "Is it appropriate to invite Christians or people of other religions to come to our mosque and deliver lectures on their religion as they ask us to do?" haan bilkul.</w:t>
      </w:r>
      <w:r>
        <w:br/>
      </w:r>
      <w:r>
        <w:rPr>
          <w:sz w:val="20"/>
        </w:rPr>
        <w:t>1:37:22  main koi harj nahi hai is mein.</w:t>
      </w:r>
      <w:r>
        <w:br/>
      </w:r>
      <w:r>
        <w:rPr>
          <w:sz w:val="20"/>
        </w:rPr>
        <w:t>1:37:27  mujh se discussion kijiye, is se dialogue kijiye.</w:t>
      </w:r>
      <w:r>
        <w:br/>
      </w:r>
      <w:r>
        <w:rPr>
          <w:sz w:val="20"/>
        </w:rPr>
        <w:t>1:37:30  rasool allah ke zamane mein ek aisi ho chuki hai conference. woh trial aa gaya is ko. woh dialogue nahi tha, woh ek trial aa gaya tha.</w:t>
      </w:r>
      <w:r>
        <w:br/>
      </w:r>
      <w:r>
        <w:rPr>
          <w:sz w:val="20"/>
        </w:rPr>
        <w:t>1:37:40  teen mazhab. mere paas kitaab maujood hai, ek arab sheikh ki likhi hui. is ka naam hai "Mawt Amr Al Adyan Al Thulatha".</w:t>
      </w:r>
      <w:r>
        <w:br/>
      </w:r>
      <w:r>
        <w:rPr>
          <w:sz w:val="20"/>
        </w:rPr>
        <w:t>1:37:49  mawt amr maani hote hain conference, seminar.</w:t>
      </w:r>
      <w:r>
        <w:br/>
      </w:r>
      <w:r>
        <w:rPr>
          <w:sz w:val="20"/>
        </w:rPr>
        <w:t>1:37:53  teen mazhabon ki mo'tabar, teen mazhabon ka seminar. arab ne yahi is ka title banaya hai. "Mawt Amr Al Adyan Al Thulatha".</w:t>
      </w:r>
      <w:r>
        <w:br/>
      </w:r>
      <w:r>
        <w:rPr>
          <w:sz w:val="20"/>
        </w:rPr>
        <w:t>1:38:04  is mein kya hota hai? madine ki masjid, jo hum masjid nabwi kehte hain, us ke andar aaye teen mazhab ke log. christian aur muslim.</w:t>
      </w:r>
      <w:r>
        <w:br/>
      </w:r>
      <w:r>
        <w:rPr>
          <w:sz w:val="20"/>
        </w:rPr>
        <w:t>1:38:14  aur teesra jante hain kaun tha?</w:t>
      </w:r>
      <w:r>
        <w:br/>
      </w:r>
      <w:r>
        <w:rPr>
          <w:sz w:val="20"/>
        </w:rPr>
        <w:t>1:38:17  yahoodi. jisko aap samajhte hain ke is ka hazar meel door rehna chahiye in ko hamari masjid se.</w:t>
      </w:r>
      <w:r>
        <w:br/>
      </w:r>
      <w:r>
        <w:rPr>
          <w:sz w:val="20"/>
        </w:rPr>
        <w:t>1:38:27  main samajhta hoon ke yeh musalmanon ki apni bid'at hai, apna innovation hai ke unhon ne masjidon ko tamasha bana rakha hai. masjid kholiye jaise restaurant khola tha, ab kholiye waise hi.</w:t>
      </w:r>
    </w:p>
    <w:p>
      <w:pPr>
        <w:pStyle w:val="Heading2"/>
      </w:pPr>
      <w:r>
        <w:t>Advice for Daily Household Arguments Between Spouses</w:t>
      </w:r>
    </w:p>
    <w:p>
      <w:r>
        <w:rPr>
          <w:color w:val="666666"/>
          <w:sz w:val="18"/>
        </w:rPr>
        <w:t>Life &amp; Wisdom · How to Become Deserving of Paradise August 16, 2020 Maulana Wahiduddin Khan · 2m 11s · at 27:36 · https://youtu.be/jFXK3TMiqtA?t=1656</w:t>
      </w:r>
    </w:p>
    <w:p>
      <w:r>
        <w:rPr>
          <w:i/>
        </w:rPr>
        <w:t>“In our house, arguments occur every day between the woman and me over every other issue. Please give us your advice for them as well as for me.”</w:t>
      </w:r>
    </w:p>
    <w:p>
      <w:r>
        <w:rPr>
          <w:sz w:val="20"/>
        </w:rPr>
        <w:t>27:36  maulana, yeh sawal bheja hai poland se shahid khan sahib ne. unhon ne likha hai: "in our house everyday arguments occur between the women in every other issue.</w:t>
      </w:r>
      <w:r>
        <w:br/>
      </w:r>
      <w:r>
        <w:rPr>
          <w:sz w:val="20"/>
        </w:rPr>
        <w:t>27:54  please give us your advice for them as well as for me." dekhen, jo zindagi ke problem hain, woh to bohat hi peace, bohat hi ziyada qeemat wale hain.</w:t>
      </w:r>
      <w:r>
        <w:br/>
      </w:r>
      <w:r>
        <w:rPr>
          <w:sz w:val="20"/>
        </w:rPr>
        <w:t>28:12  har problem aap ko lesson dene ke liye aata hai aur kaise manage kiya jaye, yeh batane ke liye aata hai.</w:t>
      </w:r>
      <w:r>
        <w:br/>
      </w:r>
      <w:r>
        <w:rPr>
          <w:sz w:val="20"/>
        </w:rPr>
        <w:t>28:27  aap problem ko bas aik hi nazar se dekhiye ke kaise us ko manage kiya jaye, kaise us ko manage kiya jaye.</w:t>
      </w:r>
      <w:r>
        <w:br/>
      </w:r>
      <w:r>
        <w:rPr>
          <w:sz w:val="20"/>
        </w:rPr>
        <w:t>28:37  bas agar problem na ho zindagi mein to aap kaise seekhenge?</w:t>
      </w:r>
      <w:r>
        <w:br/>
      </w:r>
      <w:r>
        <w:rPr>
          <w:sz w:val="20"/>
        </w:rPr>
        <w:t>28:44  manage karne ka method kaise seekhenge? aap apni aql ko istemal kijiye,</w:t>
      </w:r>
      <w:r>
        <w:br/>
      </w:r>
      <w:r>
        <w:rPr>
          <w:sz w:val="20"/>
        </w:rPr>
        <w:t>28:53  study kijiye, react kabhi mat kijiye, ghussa kabhi mat kijiye, balkeh Sochiye.</w:t>
      </w:r>
      <w:r>
        <w:br/>
      </w:r>
      <w:r>
        <w:rPr>
          <w:sz w:val="20"/>
        </w:rPr>
        <w:t>29:05  to problem aap ke liye boon hai. boon agar problem na ho to aap ka development ruk jayega.</w:t>
      </w:r>
      <w:r>
        <w:br/>
      </w:r>
      <w:r>
        <w:rPr>
          <w:sz w:val="20"/>
        </w:rPr>
        <w:t>29:19  maulana, yeh comment bheja hai doctor naghma siddiqui ne dilli se. unhon ne likha hai: "in making us a self-made person, our critics are truly our benefactors." maulana, this is a new way of thinking.</w:t>
      </w:r>
      <w:r>
        <w:br/>
      </w:r>
      <w:r>
        <w:rPr>
          <w:sz w:val="20"/>
        </w:rPr>
        <w:t>29:36  i did not know this before today. i will follow your advice, inshallah, from today onwards. inshallah.</w:t>
      </w:r>
    </w:p>
    <w:p>
      <w:pPr>
        <w:pStyle w:val="Heading2"/>
      </w:pPr>
      <w:r>
        <w:t>Advice for Madrasa Students and Book Fair</w:t>
      </w:r>
    </w:p>
    <w:p>
      <w:r>
        <w:rPr>
          <w:color w:val="666666"/>
          <w:sz w:val="18"/>
        </w:rPr>
        <w:t>Life &amp; Wisdom · In Conversation on Maulana Wahiduddin Khan with Omries October 9, 2022 · 20m 57s · at 56:29 · https://youtu.be/zMfnWSEr95I?t=3389</w:t>
      </w:r>
    </w:p>
    <w:p>
      <w:r>
        <w:rPr>
          <w:i/>
        </w:rPr>
        <w:t>“What should madrasa students do? Also, you recently participated in the International Book Fair in Lucknow where CPS and Goodword Books had a stall. What was your experience?”</w:t>
      </w:r>
    </w:p>
    <w:p>
      <w:r>
        <w:rPr>
          <w:sz w:val="20"/>
        </w:rPr>
        <w:t>56:29  lekin ek sawal mujhe important laga. ah yeh Tariq Bader sahib ne Lahore Pakistan se bheja hai, wahan pe un ka poora group yeh program ko dekh raha hai.</w:t>
      </w:r>
      <w:r>
        <w:br/>
      </w:r>
      <w:r>
        <w:rPr>
          <w:sz w:val="20"/>
        </w:rPr>
        <w:t>56:39  to unhon ne kaha ke madrasa ke students ko kya karna chahiye? ah is ke saath hi main yeh bhi jodna chahunga ke aap ne zikr bhi kiya Maulana Israr sahib, haal hi mein aap ne ah Lucknow mein International Book Fair mein participate kiya jis mein CPS aur Good Word Books ka</w:t>
      </w:r>
      <w:r>
        <w:br/>
      </w:r>
      <w:r>
        <w:rPr>
          <w:sz w:val="20"/>
        </w:rPr>
        <w:t>56:57  stall tha. ah to aap ka kya experience raha? to in dono ah sawalon ko aap ek jawab mein main chahunga ke yeh hum sab ko batayein.</w:t>
      </w:r>
      <w:r>
        <w:br/>
      </w:r>
      <w:r>
        <w:rPr>
          <w:sz w:val="20"/>
        </w:rPr>
        <w:t>57:06  is ke baad phir main aapse aakhri sawal poochna chahunga aaj ke session ke liye. ji ah madrasay ke talaba ke liye umooman jab madrasay ke talaba ke silsile mein baat hoti hai to log kehte hain ke is ke syllabus ko change kiya jaye, yeh kiya jaye.</w:t>
      </w:r>
      <w:r>
        <w:br/>
      </w:r>
      <w:r>
        <w:rPr>
          <w:sz w:val="20"/>
        </w:rPr>
        <w:t>57:22  to Maulana se ek sahib ne yeh baat ki to Maulana ne un ko khoob daanta, hammering ki.</w:t>
      </w:r>
      <w:r>
        <w:br/>
      </w:r>
      <w:r>
        <w:rPr>
          <w:sz w:val="20"/>
        </w:rPr>
        <w:t>57:27  dekhein, jo cheez hum badla nahin sakte us ke bare mein hum soch nahin sakte hain, lekin ek kaam zaroor kar sakte hain, woh hai ke hum Maulana ka literature un ko pahuncha sakte hain aur padha sakte hain.</w:t>
      </w:r>
      <w:r>
        <w:br/>
      </w:r>
      <w:r>
        <w:rPr>
          <w:sz w:val="20"/>
        </w:rPr>
        <w:t>57:36  yeh jo Maulana ka literature hai, yeh madrasay ke talaba ke liye ek bridging role ada kar sakta hai. Ji bilkul, in ko madrasay ki jo, kyunke madrasay mein jo Quran o Hadees padhaye jatay hain aur traditional knowledge bhi ek Islamic scholar ke liye zaroori hai.</w:t>
      </w:r>
      <w:r>
        <w:br/>
      </w:r>
      <w:r>
        <w:rPr>
          <w:sz w:val="20"/>
        </w:rPr>
        <w:t>57:51  Ji is ke liye sath is ko Hadees mein aata hai: "in yakun baseeran bi</w:t>
      </w:r>
      <w:r>
        <w:br/>
      </w:r>
      <w:r>
        <w:rPr>
          <w:sz w:val="20"/>
        </w:rPr>
        <w:t>57:55  zamani" . Yeh hai ke aadmi apne zamane se bhi aware ho. Hmm to Maulana ka literature is ko zamane se aware karega. Ab mein samajhta hoon ke ab madaris mein is ka shaoor, is ka ek awaken aaya hai ke hum ah door jadeed ko jaane baghair kuch kar nahi sakte hain.</w:t>
      </w:r>
      <w:r>
        <w:br/>
      </w:r>
      <w:r>
        <w:rPr>
          <w:sz w:val="20"/>
        </w:rPr>
        <w:t>58:11  Ji to is ke hisab se in ke paas koi literature nahi hai, ek khala, ek yeh paida hua hai. To hum is ko bhar sak, pur kar sak</w:t>
      </w:r>
      <w:r>
        <w:br/>
      </w:r>
      <w:r>
        <w:rPr>
          <w:sz w:val="20"/>
        </w:rPr>
        <w:t>58:19  te hain. Maulana ke jo literatures hain, is ko agar hum pahunchayen, خصوصاً teen kitaben ek beginners madrasay ke students ke liye bohat zaroori hain.</w:t>
      </w:r>
      <w:r>
        <w:br/>
      </w:r>
      <w:r>
        <w:rPr>
          <w:sz w:val="20"/>
        </w:rPr>
        <w:t>58:28  Woh mere hisab se ek Maulana ki mutala, mutala Quran, mutala Hadees, mutala Seerat. Ji chuna ke teen basic reference hain. Ji Ji Quran, Hadees aur Seerah.</w:t>
      </w:r>
      <w:r>
        <w:br/>
      </w:r>
      <w:r>
        <w:rPr>
          <w:sz w:val="20"/>
        </w:rPr>
        <w:t>58:38  To in par Maulana ne bohat achhi teen kitaben likhi hain. Ji is ko padhenge to is ko woh samajh mein aa jayegi ke Quran, Hadees aur Seerat ka hum kaise applied way mein layen. Ji is ko kaise aap apne zamane ke mutabiq le sakte hain.</w:t>
      </w:r>
      <w:r>
        <w:br/>
      </w:r>
      <w:r>
        <w:rPr>
          <w:sz w:val="20"/>
        </w:rPr>
        <w:t>58:50  To yeh teen kitaben har madrasay ke students ko aur aalim ko padhna chahiye. Pehli baat yeh, yeh bohat impor</w:t>
      </w:r>
      <w:r>
        <w:br/>
      </w:r>
      <w:r>
        <w:rPr>
          <w:sz w:val="20"/>
        </w:rPr>
        <w:t>58:56  tant hai. Yahan pe mein yeh bhi kehna chahunga ke CPS International bhi reach out kar raha hai. Ah tamam madaris mein jo students hain aur jo un ke principals hain, yeh ek hamari koshish hai.</w:t>
      </w:r>
      <w:r>
        <w:br/>
      </w:r>
      <w:r>
        <w:rPr>
          <w:sz w:val="20"/>
        </w:rPr>
        <w:t>59:08  Ah agar aap madrasa ke student hain aur aap ko yeh kitaben chahiye jo abhi Maulana Israr sahib ne kaha to aap zaroor humein likhen: info@cpsglobal.org pe apni thori si detail aur poora address, pincode aur phone number ke sath to hum aap ko yeh kitaben zaroor pahuncha denge.</w:t>
      </w:r>
      <w:r>
        <w:br/>
      </w:r>
      <w:r>
        <w:rPr>
          <w:sz w:val="20"/>
        </w:rPr>
        <w:t>59:26  Ah Ji Maulana Israr sahib, aap kuch aur bhi add karna chah rahe the. Is book fair ke silsilay mein bhi aap ka sawal tha. To book fairs mein jab hum shamil hotay the to pehle mujhe khayal hota tha ke book fairs mein ah shamil ho ke kiya karen.</w:t>
      </w:r>
      <w:r>
        <w:br/>
      </w:r>
      <w:r>
        <w:rPr>
          <w:sz w:val="20"/>
        </w:rPr>
        <w:t>59:39  Kyun? Lekin ek yeh hai ke book fairs ek bohat hi</w:t>
      </w:r>
      <w:r>
        <w:br/>
      </w:r>
      <w:r>
        <w:rPr>
          <w:sz w:val="20"/>
        </w:rPr>
        <w:t>59:42  achhi field hai jahan par ek dam serious aur parhe likhe log atay hain. Ji to wahan hum bohat hi achhe jin ko intellectuals log kehte hain, serious people tak hum Khuda ke message ko pahuncha sakte hain.</w:t>
      </w:r>
      <w:r>
        <w:br/>
      </w:r>
      <w:r>
        <w:rPr>
          <w:sz w:val="20"/>
        </w:rPr>
        <w:t>59:53  Aur yeh baat yeh bhi hai ke yeh Rasool Allah ki Sunnat ka hi ek extension hai. Kyun ke Rasool Allah jab Makay mein thay, Seerat ki kitabon mein aata tha ke us waqt do teen tarah ke is tarah ke festivals hotay thay jis ko Souq Ukaz kehte hain.</w:t>
      </w:r>
      <w:r>
        <w:br/>
      </w:r>
      <w:r>
        <w:rPr>
          <w:sz w:val="20"/>
        </w:rPr>
        <w:t>1:00:06  Ah Ukaz ka jo market tha, woh Hajj ke mausam ke lihaz se lagta tha. Aur ek market hai, abhi mein naam bhool raha hoon, woh</w:t>
      </w:r>
      <w:r>
        <w:br/>
      </w:r>
      <w:r>
        <w:rPr>
          <w:sz w:val="20"/>
        </w:rPr>
        <w:t>1:00:13  woh Eid yani Arafah ke din se pehle teen din ke liye lagta tha. Is mein jo Arab ke poets rehte thay, woh log aa ke apna jo shairi kalam pesh karte thay.</w:t>
      </w:r>
      <w:r>
        <w:br/>
      </w:r>
      <w:r>
        <w:rPr>
          <w:sz w:val="20"/>
        </w:rPr>
        <w:t>1:00:23  Ji to goya ek literature festival tha. To Hadeeson mein aata hai ke in dono mein Rasool Allah jatay thay, in ko Quran padh ke sunate thay. Ji to wahi hum samajhte hain ke ab jo book fairs hain, Ji ya jo jaisa literature festivals hotay hain, Jaipur hai, Ji Chennai hai, Bangalore ke festivals hotay hain, to hum ja ke jab un ko Quran dete hain to goya Rasool Allah ki isi Sunnat ki tasdeeq hai, yeh isi par hum amal kar rahe hain.</w:t>
      </w:r>
      <w:r>
        <w:br/>
      </w:r>
      <w:r>
        <w:rPr>
          <w:sz w:val="20"/>
        </w:rPr>
        <w:t>1:00:45  Hmm to woh woh samajh mein jab Lucknow book fair mein bhi tha to mujhe yahi ehsas hua ke Maulana kaha karte thay ke jab tum Quran ki koi ayat padhte ho to ehsas karo goya Rasool Allah ne bhi aisa hi padha hai.</w:t>
      </w:r>
      <w:r>
        <w:br/>
      </w:r>
      <w:r>
        <w:rPr>
          <w:sz w:val="20"/>
        </w:rPr>
        <w:t>1:00:57  Ji kyun ke is mein koi changes nahi hue hain. Ji to isi tarah jo hamara da'wah work hai, jo festivals mein karte hain, book fairs mein karte hain, to goya hum Rasool Allah ki isi Sunnat ko baghair change karein ada kar rahe hain.</w:t>
      </w:r>
      <w:r>
        <w:br/>
      </w:r>
      <w:r>
        <w:rPr>
          <w:sz w:val="20"/>
        </w:rPr>
        <w:t>1:01:07  Masha</w:t>
      </w:r>
      <w:r>
        <w:br/>
      </w:r>
      <w:r>
        <w:rPr>
          <w:sz w:val="20"/>
        </w:rPr>
        <w:t>1:01:08  Allah to yeh ek is book fair ke silsilay mein meri ek. Ji mujhe yaad hai ke Maulana Iqbal sahib, hamari networking meeting chal rahi thi CPS International ki aur saade saat aath baje ka waqt tha.</w:t>
      </w:r>
      <w:r>
        <w:br/>
      </w:r>
      <w:r>
        <w:rPr>
          <w:sz w:val="20"/>
        </w:rPr>
        <w:t>1:01:20  Ah to</w:t>
      </w:r>
      <w:r>
        <w:br/>
      </w:r>
      <w:r>
        <w:rPr>
          <w:sz w:val="20"/>
        </w:rPr>
        <w:t>1:01:21  us waqt aap stall pe hi thay Lucknow mein. Ji aur mein sahi mein yeh dil se kehna chah raha hoon ke aap dono bohat hi inspiration hain CPS Ulama team ke liye bhi aur tamam CPS members ke liye ke ah agar ah time allow nahi bhi kar raha to kaise aap time ah time se time nikal lete hain.</w:t>
      </w:r>
      <w:r>
        <w:br/>
      </w:r>
      <w:r>
        <w:rPr>
          <w:sz w:val="20"/>
        </w:rPr>
        <w:t>1:01:41  Ah yeh mein ne us din bhi dekha ke aap stall mein thay lekin aap ne networking meeting mein ah participate kiya. Mein ne Maulana Iqbal sahib se kaha ke ek nazara dikh</w:t>
      </w:r>
      <w:r>
        <w:br/>
      </w:r>
      <w:r>
        <w:rPr>
          <w:sz w:val="20"/>
        </w:rPr>
        <w:t>1:01:49  aiye to unhon ne foran ah jo phone tha us ko stall ki taraf kar diya. To jitne bhi log juray hue thay different countries se, India se, to unhon ne dekha ke kis tarah se interaction ho raha hai aur jo book stall hai woh kitabon se bhara hua tha.</w:t>
      </w:r>
      <w:r>
        <w:br/>
      </w:r>
      <w:r>
        <w:rPr>
          <w:sz w:val="20"/>
        </w:rPr>
        <w:t>1:02:05  boht hi sundar nazara tha. to Maulana Iqbal sahib, koi agar ek interaction agar aap ko yaad ho, agar aap share karna chahein ya kuch aur aap add karna chahein jo Maulana Israr sahib ne kaha.</w:t>
      </w:r>
      <w:r>
        <w:br/>
      </w:r>
      <w:r>
        <w:rPr>
          <w:sz w:val="20"/>
        </w:rPr>
        <w:t>1:02:17  ah</w:t>
      </w:r>
      <w:r>
        <w:br/>
      </w:r>
      <w:r>
        <w:rPr>
          <w:sz w:val="20"/>
        </w:rPr>
        <w:t>1:02:18  dekhiye, yaqeenan jaisa ke Maulana Israr sahib ne kaha ke book fair ek boht bari dawah opportunity hai.</w:t>
      </w:r>
      <w:r>
        <w:br/>
      </w:r>
      <w:r>
        <w:rPr>
          <w:sz w:val="20"/>
        </w:rPr>
        <w:t>1:02:27  aur isi tarah mein jo ek ah is bar Lucknow book fair mein achaanak ek naujawan aaye, naujawan aa ke Maulana ki kitabein dhoondh rahe the idhar udhar se, idhar udhar se.</w:t>
      </w:r>
      <w:r>
        <w:br/>
      </w:r>
      <w:r>
        <w:rPr>
          <w:sz w:val="20"/>
        </w:rPr>
        <w:t>1:02:41  woh thay, un ka naam Prasad, is koi naam tha. to maine kaha kya chahiye? to maine Maulana ki fawafat ke bare mein boht news dekhi.</w:t>
      </w:r>
      <w:r>
        <w:br/>
      </w:r>
      <w:r>
        <w:rPr>
          <w:sz w:val="20"/>
        </w:rPr>
        <w:t>1:02:52  is ke baad se yeh kaun shakhsiyat thay, yeh janne ki koshish kiya. to yeh Maulana hain. to mein is ke baad se video follow kar raha hoon, sun raha hoon. to mein ab aaj kal woh Kerala mein journalism kar rahe hain.</w:t>
      </w:r>
      <w:r>
        <w:br/>
      </w:r>
      <w:r>
        <w:rPr>
          <w:sz w:val="20"/>
        </w:rPr>
        <w:t>1:03:06  to woh yahan isi liye aaye hue hain ke Maulana ki kitabein</w:t>
      </w:r>
      <w:r>
        <w:br/>
      </w:r>
      <w:r>
        <w:rPr>
          <w:sz w:val="20"/>
        </w:rPr>
        <w:t>1:03:09  lein ke book fair laga hua hai, Lucknow ke hain woh. to unhone kaha ke mein Maulana ki falan kitab, falan kitab, falan kitab parhna chahta hoon. to is se mujhe ehsaas hua ke waqai mein book fair mein aise boht se waqiat hue ke mein isi liye aaya hoon ke mujhe Quran mile.</w:t>
      </w:r>
      <w:r>
        <w:br/>
      </w:r>
      <w:r>
        <w:rPr>
          <w:sz w:val="20"/>
        </w:rPr>
        <w:t>1:03:25  ji mein isi liye aaya hoon ke Maulana ki kitabein mile. to is qism se jo ah jo waqai mein readers rehte hain, woh apni intellectual zaroorat ko poori karne ke liye sirf net par hi nahi jaate balkeh aise book fair mein bhi jaate hain.</w:t>
      </w:r>
      <w:r>
        <w:br/>
      </w:r>
      <w:r>
        <w:rPr>
          <w:sz w:val="20"/>
        </w:rPr>
        <w:t>1:03:38  to aise boht se seekers rehte hain jo book fair mein aate hain. to yeh ek acha yeh tha ke Maulana ke inteqal ke baad log Maulana ke bare mein zyada sun rahe hain ab aur logon ko jo hai na baatein samajh mein aa rahi hain.</w:t>
      </w:r>
      <w:r>
        <w:br/>
      </w:r>
      <w:r>
        <w:rPr>
          <w:sz w:val="20"/>
        </w:rPr>
        <w:t>1:03:51  boht se log contact kar rahe hain, boht se log jo hai na ah samajh rahe hain. ji jazak Allah. ah Maulana Israr sahib, aaj ka aakhri sawal session ka.</w:t>
      </w:r>
      <w:r>
        <w:br/>
      </w:r>
      <w:r>
        <w:rPr>
          <w:sz w:val="20"/>
        </w:rPr>
        <w:t>1:04:01  ah aaj Maulana Wahiduddin Khan sahib hamare beech mein nahi hain. ah</w:t>
      </w:r>
      <w:r>
        <w:br/>
      </w:r>
      <w:r>
        <w:rPr>
          <w:sz w:val="20"/>
        </w:rPr>
        <w:t>1:04:07  to CPS risala mission ke hawale se, ah jo dunya bhar mein jo log dawah kaam kar rahe hain, un ke liye koi message aap dena chahenge?</w:t>
      </w:r>
      <w:r>
        <w:br/>
      </w:r>
      <w:r>
        <w:rPr>
          <w:sz w:val="20"/>
        </w:rPr>
        <w:t>1:04:16  aap dono. ji ah waise to mein is laiq nahi hoon ke koi message doon lekin Maulana ki ek baat mein yahan pe woh baat ko message ke taur par dena chahunga.</w:t>
      </w:r>
      <w:r>
        <w:br/>
      </w:r>
      <w:r>
        <w:rPr>
          <w:sz w:val="20"/>
        </w:rPr>
        <w:t>1:04:27  ji ah Maulana se mein 2001 mein mila tha lekin is se ek saal pehle mere kuch senior saathi Maulana se milne ke liye aaye thay. ji</w:t>
      </w:r>
      <w:r>
        <w:br/>
      </w:r>
      <w:r>
        <w:rPr>
          <w:sz w:val="20"/>
        </w:rPr>
        <w:t>1:04:35  to woh bhi dawah team thi. to unhone Maulana se poocha ke aap kuch naseehat karein. ji aur woh log record kar ke la ke mujhe sunayein. ji kyunke mein Maulana ko parhne wala tha to mein Maulana ki awaaz ko boht ghaur se sun raha tha.</w:t>
      </w:r>
      <w:r>
        <w:br/>
      </w:r>
      <w:r>
        <w:rPr>
          <w:sz w:val="20"/>
        </w:rPr>
        <w:t>1:04:47  mujhe achi tarah yaad hai ke mein us waqt dopehar ka waqt tha, dhoop thi. to hamare madrasay mein hi jo classroom ko jaate hue woh garden mein Ashoka trees hote hain to us ke neeche shadow rehta hai.</w:t>
      </w:r>
      <w:r>
        <w:br/>
      </w:r>
      <w:r>
        <w:rPr>
          <w:sz w:val="20"/>
        </w:rPr>
        <w:t>1:04:59  to us par chalte hue hum aage jaate hain. ji to isi saaye mein thehra hua tha to record suna mein. to Maulana ne un logon se kaha dekhein dawah kaam duaon ke saaye mein chalta hai.</w:t>
      </w:r>
      <w:r>
        <w:br/>
      </w:r>
      <w:r>
        <w:rPr>
          <w:sz w:val="20"/>
        </w:rPr>
        <w:t>1:05:09  ji yaqeenan to yeh hamara jo bhi dawah kaam hai woh bas duaon ke saaye mein chalta hai. ji to dua, dua, dua hi message hai hamare liye.</w:t>
      </w:r>
      <w:r>
        <w:br/>
      </w:r>
      <w:r>
        <w:rPr>
          <w:sz w:val="20"/>
        </w:rPr>
        <w:t>1:05:18  jazak Allah. jazak Allah. ji Maulana Iqbal sahib. ah mashaa Allah Maulana ne boht kuch jo bhi likha hai woh sab CPS team ke liye ek dam har baat Maulana ki ah sunhari baat hai.</w:t>
      </w:r>
      <w:r>
        <w:br/>
      </w:r>
      <w:r>
        <w:rPr>
          <w:sz w:val="20"/>
        </w:rPr>
        <w:t>1:05:33  to mein ek zehni taur se kyunke intellectuals ka tabqa zyada samajhna aur parhna chahta hai to ek cheez mein yeh kehna chahta hoon jaisa ke Maulana ne khud likha hai ke ke hum logon ko ah mission culture aur academic culture dono mein is mein farq kar ke chalna chahiye ke mission kya chahta hai, academic kya chahti hai.</w:t>
      </w:r>
      <w:r>
        <w:br/>
      </w:r>
      <w:r>
        <w:rPr>
          <w:sz w:val="20"/>
        </w:rPr>
        <w:t>1:05:55  to hum ek maqsad par lage hue hain, yeh mission ka maqsad hai yaani tauheed ka paigham pohanchana, dawah ke liye khara yeh mission hai ek.</w:t>
      </w:r>
      <w:r>
        <w:br/>
      </w:r>
      <w:r>
        <w:rPr>
          <w:sz w:val="20"/>
        </w:rPr>
        <w:t>1:06:03  ji to hamara har amal mission ke oriented hoga, hamari har baat mission ki nisbat se ki jayegi. hum ko koi jo hai na academic yeh woh aisi waisi baaton se hum ko pareshan nahi hona chahiye.</w:t>
      </w:r>
      <w:r>
        <w:br/>
      </w:r>
      <w:r>
        <w:rPr>
          <w:sz w:val="20"/>
        </w:rPr>
        <w:t>1:06:15  dusra Maulana ka sara literature insan focus hai yaani fard focus hai. to apne liye marifat, doosron ke liye ablagh Quran yaani mass mein hum jo kaam karenge woh Quran pohanchayenge.</w:t>
      </w:r>
      <w:r>
        <w:br/>
      </w:r>
      <w:r>
        <w:rPr>
          <w:sz w:val="20"/>
        </w:rPr>
        <w:t>1:06:26  ji aur apne liye Maulana ki kitabein jitna ho sake parhenge taake in kitabon ko parhne ki wajah se aap ki shakhsiyat banegi. is mein kya aap ko apne aap ko jo hai na izafa iman ka kaam karna hai, yeh sari cheezein is mein maujood hain.</w:t>
      </w:r>
      <w:r>
        <w:br/>
      </w:r>
      <w:r>
        <w:rPr>
          <w:sz w:val="20"/>
        </w:rPr>
        <w:t>1:06:39  to allah taala se dua hai ke allah taala hum ko</w:t>
      </w:r>
      <w:r>
        <w:br/>
      </w:r>
      <w:r>
        <w:rPr>
          <w:sz w:val="20"/>
        </w:rPr>
        <w:t>1:06:42  amal karne ki tofeeq ata farmaye. bahut bahut shukriya molana syed iqbal umri, molana khateeb asrar umri. aaj aap ne bahut achhe se ah cps alrisala mission aur molana wahiduddin khan sahab ke thoughts ko wazeh kiya.</w:t>
      </w:r>
      <w:r>
        <w:br/>
      </w:r>
      <w:r>
        <w:rPr>
          <w:sz w:val="20"/>
        </w:rPr>
        <w:t>1:06:58  jazak allah. a</w:t>
      </w:r>
      <w:r>
        <w:br/>
      </w:r>
      <w:r>
        <w:rPr>
          <w:sz w:val="20"/>
        </w:rPr>
        <w:t>1:07:00  h agar aap dayen hain aur ulma hain aur aap cps alrisala ulma team ko join karna chahte hain to aap apni puri details contact ke sath zarur likhen at info@cpsglobal.org.</w:t>
      </w:r>
      <w:r>
        <w:br/>
      </w:r>
      <w:r>
        <w:rPr>
          <w:sz w:val="20"/>
        </w:rPr>
        <w:t>1:07:16  i will repeat info at cpsglobal.org. hamari team aap ko zarur contact karegi.</w:t>
      </w:r>
      <w:r>
        <w:br/>
      </w:r>
      <w:r>
        <w:rPr>
          <w:sz w:val="20"/>
        </w:rPr>
        <w:t>1:07:26  ah to aaj ka session khatm karne se pehle ek aur bahut ah ah important announcement hai. ah jise ah announce karte hue mujhe behad khushi ho rahi hai.</w:t>
      </w:r>
      <w:r>
        <w:br/>
      </w:r>
      <w:r>
        <w:rPr>
          <w:sz w:val="20"/>
        </w:rPr>
        <w:t>1:07:36  jaisa ke molana asrar sahab aur molana iqbal sahab ne bhi bataya ke kis tarah molana ke literature ko tamil mein laya ja raha hai,</w:t>
      </w:r>
      <w:r>
        <w:br/>
      </w:r>
      <w:r>
        <w:rPr>
          <w:sz w:val="20"/>
        </w:rPr>
        <w:t>1:07:45  isi tarah cps team members ah different ah parts of india and world mein wahi kaam kar rahe hain ke wo molana ke literature ko doosri zubanon mein le ke aa rahe hain.</w:t>
      </w:r>
      <w:r>
        <w:br/>
      </w:r>
      <w:r>
        <w:rPr>
          <w:sz w:val="20"/>
        </w:rPr>
        <w:t>1:07:57  haal hi mein telugu zuban mein molana ka kafi literature translate ho chuka hai aur aaj hum usi ko launch karne ja rahe hain.</w:t>
      </w:r>
      <w:r>
        <w:br/>
      </w:r>
      <w:r>
        <w:rPr>
          <w:sz w:val="20"/>
        </w:rPr>
        <w:t>1:08:05  yeh molana ki taqreeban ah 22 kitaben aur 11 leaflets telugu zuban mein translate ho chuki hain jis ko hum cps ah website pe upload kar chuke hain.</w:t>
      </w:r>
      <w:r>
        <w:br/>
      </w:r>
      <w:r>
        <w:rPr>
          <w:sz w:val="20"/>
        </w:rPr>
        <w:t>1:08:18  ah yeh kaam ah andhra aur telangana cps team ne kiya hai under the supervision of molana fayyaz uddin umri sahab.</w:t>
      </w:r>
      <w:r>
        <w:br/>
      </w:r>
      <w:r>
        <w:rPr>
          <w:sz w:val="20"/>
        </w:rPr>
        <w:t>1:08:28  ah to main chahunga ke doctor saniya hasnain khan sahab ah is ko launch karen.</w:t>
      </w:r>
      <w:r>
        <w:br/>
      </w:r>
      <w:r>
        <w:rPr>
          <w:sz w:val="20"/>
        </w:rPr>
        <w:t>1:08:51  bismillah rahman rahim. ah mujhe bahut hi khushi ho rahi hai yeh leaflets aur pamphlets ah launch karte hue.</w:t>
      </w:r>
      <w:r>
        <w:br/>
      </w:r>
      <w:r>
        <w:rPr>
          <w:sz w:val="20"/>
        </w:rPr>
        <w:t>1:09:02  jaisa ke doctor rajat bhallotara ne abhi bataya ke south india mein ah jo languages hain us pe kaam ho raha hai.</w:t>
      </w:r>
      <w:r>
        <w:br/>
      </w:r>
      <w:r>
        <w:rPr>
          <w:sz w:val="20"/>
        </w:rPr>
        <w:t>1:09:11  molana ki kitaben, kitabeh, leaflets is mein translate ho rahi hain.</w:t>
      </w:r>
      <w:r>
        <w:br/>
      </w:r>
      <w:r>
        <w:rPr>
          <w:sz w:val="20"/>
        </w:rPr>
        <w:t>1:09:17  bahut hi zarurat thi is ki chunke south india mein log zahir hai apni language hi padhte hain. tamil mein abhi kaam hua hai jaisa bataya asrar sahab ne aur molana iqbal umri sahab ne.</w:t>
      </w:r>
      <w:r>
        <w:br/>
      </w:r>
      <w:r>
        <w:rPr>
          <w:sz w:val="20"/>
        </w:rPr>
        <w:t>1:09:31  to yeh jo leaflets hain yeh kafi hain. ah taqreeban ah 22 leaflets hain aur 11 leaflets, 22, 11 leaflets hain aur 22 booklets hain.</w:t>
      </w:r>
      <w:r>
        <w:br/>
      </w:r>
      <w:r>
        <w:rPr>
          <w:sz w:val="20"/>
        </w:rPr>
        <w:t>1:09:45  ji jo ke molana ke kafi had tak jo thoughts hain us pe cover ho jate hain aur is ko ah siraj ur rahman umri sahab ne ah is mein bahut bada hissa liya hai aur jo log is ke translators hain un ke naam hain ah muhammad aziz ur rahman sahab, ghous morya sahab, muhammad aqeel ali sahab, muhammad qasim sahab aur mushtaq ahmed sahab.</w:t>
      </w:r>
      <w:r>
        <w:br/>
      </w:r>
      <w:r>
        <w:rPr>
          <w:sz w:val="20"/>
        </w:rPr>
        <w:t>1:10:13  to main dua karta hoon allah taala in sab logon ko ajr e azeem ata farmaye aur is ki bahut zarurat hai ke wahan par molana ke thoughts ah pahunchaye jayen aur alhamdulillah yeh ek kaam bahut achha shuru hua hai.</w:t>
      </w:r>
      <w:r>
        <w:br/>
      </w:r>
      <w:r>
        <w:rPr>
          <w:sz w:val="20"/>
        </w:rPr>
        <w:t>1:10:28  inshallah is se bahut hi ah faida pahunchega. achha</w:t>
      </w:r>
      <w:r>
        <w:br/>
      </w:r>
      <w:r>
        <w:rPr>
          <w:sz w:val="20"/>
        </w:rPr>
        <w:t>1:10:33  ah jazak allah doctor sahab. ah is ah booklets aur leaflets ka jo link hai woh aaj ke talk ke comment section mein bhi post kar diya gaya hai.</w:t>
      </w:r>
      <w:r>
        <w:br/>
      </w:r>
      <w:r>
        <w:rPr>
          <w:sz w:val="20"/>
        </w:rPr>
        <w:t>1:10:43  to aaj ka session hum yahin khatm karte hain. hum phir lotenge. ah achha sir, i am sorry, ah ek aur launch hai aaj. ah urdu alrisala by monthly ko bhi main doctor sahab se kahunga ke woh is ko bhi launch karen.</w:t>
      </w:r>
      <w:r>
        <w:br/>
      </w:r>
      <w:r>
        <w:rPr>
          <w:sz w:val="20"/>
        </w:rPr>
        <w:t>1:11:03  yeh ah alrisala ka special issue hai, khusoosi shumarah "shukr ek azeem ibadat". to is mein bahut hi achhe mazameen hain.</w:t>
      </w:r>
      <w:r>
        <w:br/>
      </w:r>
      <w:r>
        <w:rPr>
          <w:sz w:val="20"/>
        </w:rPr>
        <w:t>1:11:13  main aise hi abhi sarsari taur par dekh raha tha chunke molana ka yeh bahut hi mehboob topic hai "shukr" aur is mein ek mazmoon jo main aap ko padh ke suna sunata hoon, us se pata chalega ke is is mein mazameen kis tarah ke hain.</w:t>
      </w:r>
      <w:r>
        <w:br/>
      </w:r>
      <w:r>
        <w:rPr>
          <w:sz w:val="20"/>
        </w:rPr>
        <w:t>1:11:31  is ka jo is ki jo heading hai woh hai "shukr na ke shikayat". is mein do waqeat hain balke teen hain, main do leta hoon. ah is ko main padh raha hoon.</w:t>
      </w:r>
      <w:r>
        <w:br/>
      </w:r>
      <w:r>
        <w:rPr>
          <w:sz w:val="20"/>
        </w:rPr>
        <w:t>1:11:43  paanch sitambar 2003 ko juma ka din tha. maine nizamuddin ki kala masjid mein namaz a</w:t>
      </w:r>
      <w:r>
        <w:br/>
      </w:r>
      <w:r>
        <w:rPr>
          <w:sz w:val="20"/>
        </w:rPr>
        <w:t>1:11:52  da ki. imam sahib ne khutbe se pehle apni taqreer mein bataya ke 1947 mein yeh masjid kuch hinduo ke kabze mein chali gayi thi.</w:t>
      </w:r>
      <w:r>
        <w:br/>
      </w:r>
      <w:r>
        <w:rPr>
          <w:sz w:val="20"/>
        </w:rPr>
        <w:t>1:12:02  hum ne dobara chuki yahan se sab log chale gaye the to woh jis ko bhi ah woh abad thi nahi masjid to log aa ke rehne lage aur gaaye bhains paalne lage.</w:t>
      </w:r>
      <w:r>
        <w:br/>
      </w:r>
      <w:r>
        <w:rPr>
          <w:sz w:val="20"/>
        </w:rPr>
        <w:t>1:12:14  to yeh qareeb hi hai hamare yahan se center se bilkul paas mein yeh masjid hai. maine bhi is ko dekha hai bilkul shuru se.</w:t>
      </w:r>
      <w:r>
        <w:br/>
      </w:r>
      <w:r>
        <w:rPr>
          <w:sz w:val="20"/>
        </w:rPr>
        <w:t>1:12:21  to maulana likhte hain ke imam sahib ne bataya ke hum ne dobara kabza kar ke is ko abad karna chaha to police case ban gaya aur adalti karrawai ki nobat aa gayi.</w:t>
      </w:r>
      <w:r>
        <w:br/>
      </w:r>
      <w:r>
        <w:rPr>
          <w:sz w:val="20"/>
        </w:rPr>
        <w:t>1:12:34  adalaat ke samne yeh sawal tha ke kya 15 august 1947 se pehle yeh imarat ek masjid thi aur woh masjid ke taur par istemal hoti thi?</w:t>
      </w:r>
      <w:r>
        <w:br/>
      </w:r>
      <w:r>
        <w:rPr>
          <w:sz w:val="20"/>
        </w:rPr>
        <w:t>1:12:46  to hindu judge ne teen aadmiyo ki gawahi par masjid ke haq mein apna faisla kar diya. yeh teeno deli ke teen hindu the.</w:t>
      </w:r>
      <w:r>
        <w:br/>
      </w:r>
      <w:r>
        <w:rPr>
          <w:sz w:val="20"/>
        </w:rPr>
        <w:t>1:12:55  in mein se ek brahman tha, doosra baniya tha aur teesra harijan tha. kala masjid taqreeban aath so saal pehle tughlaq daur mein banai gayi thi.</w:t>
      </w:r>
      <w:r>
        <w:br/>
      </w:r>
      <w:r>
        <w:rPr>
          <w:sz w:val="20"/>
        </w:rPr>
        <w:t>1:13:06  mein 1983 se is masjid mein namaz padhta raha hoon.</w:t>
      </w:r>
      <w:r>
        <w:br/>
      </w:r>
      <w:r>
        <w:rPr>
          <w:sz w:val="20"/>
        </w:rPr>
        <w:t>1:13:11  pehle yeh masjid taqreeban khaddar ki halat mein thi. ab yahan masjid ki shandar imarat khadi hui hai. yeh ek alamat hai jo batati hai ke is mulk mein millat musalma ka mustaqbil din bad din behtar halat ki taraf ja raha hai.</w:t>
      </w:r>
      <w:r>
        <w:br/>
      </w:r>
      <w:r>
        <w:rPr>
          <w:sz w:val="20"/>
        </w:rPr>
        <w:t>1:13:28  to is tarah ke bohat hi positive baatein is mein maulana ne likhi hain. ah aur ek aur waqea is mein likha hai jo ke hamare gaon se hai.</w:t>
      </w:r>
      <w:r>
        <w:br/>
      </w:r>
      <w:r>
        <w:rPr>
          <w:sz w:val="20"/>
        </w:rPr>
        <w:t>1:13:38  ah azam garh se</w:t>
      </w:r>
      <w:r>
        <w:br/>
      </w:r>
      <w:r>
        <w:rPr>
          <w:sz w:val="20"/>
        </w:rPr>
        <w:t>1:13:40  mujhe yaad aata hai ke chalis saal pehle chuki yeh likha hoga bohat pehle, ab to pachaas saath saal pehle ki baat hai. yeh to maulana likhte hain ke mujhe yaad aata hai ke chalis saal pehle main up mein apne aabai gaon badhdia zila azam garh mein rehta tha.</w:t>
      </w:r>
      <w:r>
        <w:br/>
      </w:r>
      <w:r>
        <w:rPr>
          <w:sz w:val="20"/>
        </w:rPr>
        <w:t>1:13:58  mere ghar ke qareeb ek masjid thi. yeh jo masjid thi yeh hamare ghar ka hi hissa tha lekin sadak paar kar ke thi. woh hamari jagah thi. abhi bhi woh masjid hai, bohat choti si.</w:t>
      </w:r>
      <w:r>
        <w:br/>
      </w:r>
      <w:r>
        <w:rPr>
          <w:sz w:val="20"/>
        </w:rPr>
        <w:t>1:14:09  to mere ghar ke qareeb ek masjid thi. is mein aksar aisa hota tha ke main muazzin hota tha aur main imam aur muqtadi yani koi wahan aata nahi tha.</w:t>
      </w:r>
      <w:r>
        <w:br/>
      </w:r>
      <w:r>
        <w:rPr>
          <w:sz w:val="20"/>
        </w:rPr>
        <w:t>1:14:18  sirf maulana ja ke azan dete the aur khud hi takbeer padhte the aur khud hi namaz padhate the yani akele hi namaz padhte the.</w:t>
      </w:r>
      <w:r>
        <w:br/>
      </w:r>
      <w:r>
        <w:rPr>
          <w:sz w:val="20"/>
        </w:rPr>
        <w:t>1:14:28  khas taur pe isha ki namaz mujhe is tarah padhna hota tha ke main lalten le kar masjid jata jo gaon ke bahar kheton ke kinare waqe tha.</w:t>
      </w:r>
      <w:r>
        <w:br/>
      </w:r>
      <w:r>
        <w:rPr>
          <w:sz w:val="20"/>
        </w:rPr>
        <w:t>1:14:39  raat ke sunsaan mahaul mein isha ki namaz padhna bada ajeeb tajurba tha. mujhe bhi maulana le jaya karte the. mujhe yaad hai main bohat chota tha, shayad teen char saal ka.</w:t>
      </w:r>
      <w:r>
        <w:br/>
      </w:r>
      <w:r>
        <w:rPr>
          <w:sz w:val="20"/>
        </w:rPr>
        <w:t>1:14:51  to baitha dete the aur namaz padhte the. baad mein jab namaz khatam ho jati thi to meri gardan pakad ke ek do sajda kara dete the. aise to is tarah se shuruaat hui meri namaz ki.</w:t>
      </w:r>
      <w:r>
        <w:br/>
      </w:r>
      <w:r>
        <w:rPr>
          <w:sz w:val="20"/>
        </w:rPr>
        <w:t>1:15:02  to us waqt wahan mere sath koi aur namazi nahi hota tha. main khud hi azan deta, khud hi takbeer keh kar jamaat ke taur par namaz ada karta aur phir lalten le kar wapas ghar aa jata.</w:t>
      </w:r>
      <w:r>
        <w:br/>
      </w:r>
      <w:r>
        <w:rPr>
          <w:sz w:val="20"/>
        </w:rPr>
        <w:t>1:15:16  magar ab chalis saal ke baad masjid samet yeh poori jagah nihayat baronaq ho gayi hai. ab wahan masjid se mutasir sadak guzar rahi hai, bijli aur telephone aa chuka hai.</w:t>
      </w:r>
      <w:r>
        <w:br/>
      </w:r>
      <w:r>
        <w:rPr>
          <w:sz w:val="20"/>
        </w:rPr>
        <w:t>1:15:27  masjid ke bilkul samne ek mayari school qaim ho gaya hai.</w:t>
      </w:r>
      <w:r>
        <w:br/>
      </w:r>
      <w:r>
        <w:rPr>
          <w:sz w:val="20"/>
        </w:rPr>
        <w:t>1:15:31  ab yahan raat din chahal pehal rehti hai. is qism ke waqeyat har jagah pesh aa rahe hain. in waqeyat mein nihayat ummeed afza paigham chupa hua hai.</w:t>
      </w:r>
      <w:r>
        <w:br/>
      </w:r>
      <w:r>
        <w:rPr>
          <w:sz w:val="20"/>
        </w:rPr>
        <w:t>1:15:41  magar ajeeb baat yeh hai ke maujooda zamane mein tamam musalman mazhabi aur ghair mazhabi dono shikayat ki boli bolte hain.</w:t>
      </w:r>
      <w:r>
        <w:br/>
      </w:r>
      <w:r>
        <w:rPr>
          <w:sz w:val="20"/>
        </w:rPr>
        <w:t>1:15:49  mujhe apne tajurbe mein poori muslim dunya mein koi shakhs nahi mila jo shikayat se khali ho aur haqeeqi taur par shukr ke jazbe se sarshar ho kar hamd culture ya misbat soch, positive soch mein jeeta ho.</w:t>
      </w:r>
      <w:r>
        <w:br/>
      </w:r>
      <w:r>
        <w:rPr>
          <w:sz w:val="20"/>
        </w:rPr>
        <w:t>1:16:04  to yeh bohat hi aham ah shumarah hai.</w:t>
      </w:r>
      <w:r>
        <w:br/>
      </w:r>
      <w:r>
        <w:rPr>
          <w:sz w:val="20"/>
        </w:rPr>
        <w:t>1:16:08  shukr aik azeem ibadat aur is mein Maulana ne is tarah ke bohat sare achhe mazameen jo likhe the woh ikattha ah kiye hain hum logon ne.</w:t>
      </w:r>
      <w:r>
        <w:br/>
      </w:r>
      <w:r>
        <w:rPr>
          <w:sz w:val="20"/>
        </w:rPr>
        <w:t>1:16:17  aur to mein chahunga ke aap sab is ko is ka mutala karen. bohat hi umda ah yeh ah khusoosi shumarah hai Al-Risalah ka.</w:t>
      </w:r>
      <w:r>
        <w:br/>
      </w:r>
      <w:r>
        <w:rPr>
          <w:sz w:val="20"/>
        </w:rPr>
        <w:t>1:16:27  jazak Allah. ji, thank you doctor sahib. so aaj ka session hum khatam karte hain. hum phir lotenge agle Sunday saade das baje.</w:t>
      </w:r>
    </w:p>
    <w:p>
      <w:pPr>
        <w:pStyle w:val="Heading2"/>
      </w:pPr>
      <w:r>
        <w:t>Advice for a Failed Person</w:t>
      </w:r>
    </w:p>
    <w:p>
      <w:r>
        <w:rPr>
          <w:color w:val="666666"/>
          <w:sz w:val="18"/>
        </w:rPr>
        <w:t>Life &amp; Wisdom · Angle of Vision February 28, 2016 · 4m 12s · at 1:03:02 · https://youtu.be/dFZ7_x1Ul7A?t=3782</w:t>
      </w:r>
    </w:p>
    <w:p>
      <w:r>
        <w:rPr>
          <w:i/>
        </w:rPr>
        <w:t>“I think I am a failed person. I don't have higher education nor a permanent job.”</w:t>
      </w:r>
    </w:p>
    <w:p>
      <w:r>
        <w:rPr>
          <w:sz w:val="20"/>
        </w:rPr>
        <w:t>1:03:02  Maulana agla sawal Zia ur Rehman sahib ka hai unhon ne apni location nahi bheji hai un ka sawal</w:t>
      </w:r>
      <w:r>
        <w:br/>
      </w:r>
      <w:r>
        <w:rPr>
          <w:sz w:val="20"/>
        </w:rPr>
        <w:t>1:03:08  hai I think I am a failed person.</w:t>
      </w:r>
      <w:r>
        <w:br/>
      </w:r>
      <w:r>
        <w:rPr>
          <w:sz w:val="20"/>
        </w:rPr>
        <w:t>1:03:15  I don't have higher education nor a permanent job.</w:t>
      </w:r>
      <w:r>
        <w:br/>
      </w:r>
      <w:r>
        <w:rPr>
          <w:sz w:val="20"/>
        </w:rPr>
        <w:t>1:03:20  So I am thinking to go abroad to get myself a chance for a good life for my</w:t>
      </w:r>
      <w:r>
        <w:br/>
      </w:r>
      <w:r>
        <w:rPr>
          <w:sz w:val="20"/>
        </w:rPr>
        <w:t>1:03:26  children and family.</w:t>
      </w:r>
      <w:r>
        <w:br/>
      </w:r>
      <w:r>
        <w:rPr>
          <w:sz w:val="20"/>
        </w:rPr>
        <w:t>1:03:31  Maulana sahib kindly guide me in this regard.</w:t>
      </w:r>
      <w:r>
        <w:br/>
      </w:r>
      <w:r>
        <w:rPr>
          <w:sz w:val="20"/>
        </w:rPr>
        <w:t>1:03:37  dekhiye, bahar jana koi choice nahi hai kyunke bahar ke mulkon mein yaani developed countries mein jo hai</w:t>
      </w:r>
      <w:r>
        <w:br/>
      </w:r>
      <w:r>
        <w:rPr>
          <w:sz w:val="20"/>
        </w:rPr>
        <w:t>1:03:42  bahut sakht competition hota hai.</w:t>
      </w:r>
      <w:r>
        <w:br/>
      </w:r>
      <w:r>
        <w:rPr>
          <w:sz w:val="20"/>
        </w:rPr>
        <w:t>1:03:48  sirf merit par wahan milte hain.</w:t>
      </w:r>
      <w:r>
        <w:br/>
      </w:r>
      <w:r>
        <w:rPr>
          <w:sz w:val="20"/>
        </w:rPr>
        <w:t>1:03:54  ameer jab aap ke paas deen India mein nahi kaam kare toh wahan kya kaam kare gi? jitne</w:t>
      </w:r>
      <w:r>
        <w:br/>
      </w:r>
      <w:r>
        <w:rPr>
          <w:sz w:val="20"/>
        </w:rPr>
        <w:t>1:03:59  bhi developed countries hain wahan sirf merit kaam kaam aati hai aur koi cheez kaam nahi aati.</w:t>
      </w:r>
      <w:r>
        <w:br/>
      </w:r>
      <w:r>
        <w:rPr>
          <w:sz w:val="20"/>
        </w:rPr>
        <w:t>1:04:05  aur koi cheez kaam nahi aati wahan toh jab aap ke paas koi aisi yaani aisi koi degree</w:t>
      </w:r>
      <w:r>
        <w:br/>
      </w:r>
      <w:r>
        <w:rPr>
          <w:sz w:val="20"/>
        </w:rPr>
        <w:t>1:04:10  nahi hai, expertise nahi hai toh wahan jaane ka koi koi matlab hi nahi banta.</w:t>
      </w:r>
      <w:r>
        <w:br/>
      </w:r>
      <w:r>
        <w:rPr>
          <w:sz w:val="20"/>
        </w:rPr>
        <w:t>1:04:16  aap ko sirf yeh karna hai ke India hi mein yeh sochein ke kaun si skill apne andar paida karun.</w:t>
      </w:r>
      <w:r>
        <w:br/>
      </w:r>
      <w:r>
        <w:rPr>
          <w:sz w:val="20"/>
        </w:rPr>
        <w:t>1:04:21  kisi skill ko apne andar develop karna pare ga training ke zariye se ya ya phir yeh ke</w:t>
      </w:r>
      <w:r>
        <w:br/>
      </w:r>
      <w:r>
        <w:rPr>
          <w:sz w:val="20"/>
        </w:rPr>
        <w:t>1:04:27  boht choti job par aadi ho jae.</w:t>
      </w:r>
      <w:r>
        <w:br/>
      </w:r>
      <w:r>
        <w:rPr>
          <w:sz w:val="20"/>
        </w:rPr>
        <w:t>1:04:33  aap dekhen, aaj ki society jo hai is mein do hi option hain aadmi ke liye: ya to</w:t>
      </w:r>
      <w:r>
        <w:br/>
      </w:r>
      <w:r>
        <w:rPr>
          <w:sz w:val="20"/>
        </w:rPr>
        <w:t>1:04:38  choti job par aadi ho jae ya phir skill paida kare apne andar.</w:t>
      </w:r>
      <w:r>
        <w:br/>
      </w:r>
      <w:r>
        <w:rPr>
          <w:sz w:val="20"/>
        </w:rPr>
        <w:t>1:04:44  jaise is dilli mein lakhon lakh log larkay aur larkiyan kaam karte hain, dharu gharon mein jharoo dete</w:t>
      </w:r>
      <w:r>
        <w:br/>
      </w:r>
      <w:r>
        <w:rPr>
          <w:sz w:val="20"/>
        </w:rPr>
        <w:t>1:04:49  hain, safai karte hain, wo un ko kaam lia hua hai.</w:t>
      </w:r>
      <w:r>
        <w:br/>
      </w:r>
      <w:r>
        <w:rPr>
          <w:sz w:val="20"/>
        </w:rPr>
        <w:t>1:04:55  har aadmi abhi ab koi chahe to kaam mil mil jae ga to lekin log chahte hain koi</w:t>
      </w:r>
      <w:r>
        <w:br/>
      </w:r>
      <w:r>
        <w:rPr>
          <w:sz w:val="20"/>
        </w:rPr>
        <w:t>1:05:00  kisi base par baith ke baithne wala job.</w:t>
      </w:r>
      <w:r>
        <w:br/>
      </w:r>
      <w:r>
        <w:rPr>
          <w:sz w:val="20"/>
        </w:rPr>
        <w:t>1:05:06  to dekhiye, job hamesha har har haal mein mojood rehta hai.</w:t>
      </w:r>
      <w:r>
        <w:br/>
      </w:r>
      <w:r>
        <w:rPr>
          <w:sz w:val="20"/>
        </w:rPr>
        <w:t>1:05:12  sirf yeh hai ke aap chahte hain zyada honorable job, wo nahi mil raha hai.</w:t>
      </w:r>
      <w:r>
        <w:br/>
      </w:r>
      <w:r>
        <w:rPr>
          <w:sz w:val="20"/>
        </w:rPr>
        <w:t>1:05:17  warna job to kia hai, agar aadmi derdi ho jae ghar ki safai par karne ka to sankron</w:t>
      </w:r>
      <w:r>
        <w:br/>
      </w:r>
      <w:r>
        <w:rPr>
          <w:sz w:val="20"/>
        </w:rPr>
        <w:t>1:05:23  job mojood hain aise aadmi ke liye.</w:t>
      </w:r>
      <w:r>
        <w:br/>
      </w:r>
      <w:r>
        <w:rPr>
          <w:sz w:val="20"/>
        </w:rPr>
        <w:t>1:05:28  to aap ko ya to choti job par raazi hona pare ga ya aap aisa karen ke koi</w:t>
      </w:r>
      <w:r>
        <w:br/>
      </w:r>
      <w:r>
        <w:rPr>
          <w:sz w:val="20"/>
        </w:rPr>
        <w:t>1:05:34  skill paida karen apne andar.</w:t>
      </w:r>
      <w:r>
        <w:br/>
      </w:r>
      <w:r>
        <w:rPr>
          <w:sz w:val="20"/>
        </w:rPr>
        <w:t>1:05:40  skill aik baat yeh hai, doosri baat yeh hai ke yeh tasawwur ghalat hai ke aap kaam kamain</w:t>
      </w:r>
      <w:r>
        <w:br/>
      </w:r>
      <w:r>
        <w:rPr>
          <w:sz w:val="20"/>
        </w:rPr>
        <w:t>1:05:45  ge to bachon ka kaam chle ga.</w:t>
      </w:r>
      <w:r>
        <w:br/>
      </w:r>
      <w:r>
        <w:rPr>
          <w:sz w:val="20"/>
        </w:rPr>
        <w:t>1:05:51  aap ki kamai se bachon ka koi talluq nahi hai.</w:t>
      </w:r>
      <w:r>
        <w:br/>
      </w:r>
      <w:r>
        <w:rPr>
          <w:sz w:val="20"/>
        </w:rPr>
        <w:t>1:05:56  bachon ke andar aap instinct bhi paida kiye mehnat mehnat ka.</w:t>
      </w:r>
      <w:r>
        <w:br/>
      </w:r>
      <w:r>
        <w:rPr>
          <w:sz w:val="20"/>
        </w:rPr>
        <w:t>1:06:02  abhi mein qissa bata chuka hoon shayad aap se.</w:t>
      </w:r>
      <w:r>
        <w:br/>
      </w:r>
      <w:r>
        <w:rPr>
          <w:sz w:val="20"/>
        </w:rPr>
        <w:t>1:06:07  hamare office mein aik sahab thay jo yahan kaam karte thay yani mamooli kaam tha un ka.</w:t>
      </w:r>
      <w:r>
        <w:br/>
      </w:r>
      <w:r>
        <w:rPr>
          <w:sz w:val="20"/>
        </w:rPr>
        <w:t>1:06:13  achanak uth ke death ho gai achanak to un ke kai chote chote bache thay.</w:t>
      </w:r>
      <w:r>
        <w:br/>
      </w:r>
      <w:r>
        <w:rPr>
          <w:sz w:val="20"/>
        </w:rPr>
        <w:t>1:06:19  to hum sab logon ne socha ke ab kia hoga, kia hoga lekin kia hoga? nature ne kaam</w:t>
      </w:r>
      <w:r>
        <w:br/>
      </w:r>
      <w:r>
        <w:rPr>
          <w:sz w:val="20"/>
        </w:rPr>
        <w:t>1:06:24  kia, nature ne har bache ke andar instinct jaag para ke mera baap mar gaya, ab mujhe kaam karna hai.</w:t>
      </w:r>
      <w:r>
        <w:br/>
      </w:r>
      <w:r>
        <w:rPr>
          <w:sz w:val="20"/>
        </w:rPr>
        <w:t>1:06:30  mera baap mar gaya, ab mujhe kaam karna hai.</w:t>
      </w:r>
      <w:r>
        <w:br/>
      </w:r>
      <w:r>
        <w:rPr>
          <w:sz w:val="20"/>
        </w:rPr>
        <w:t>1:06:35  to sab bachon ne parh dala aur aur job bhi mil gaya un ko aur mujhe pata chala</w:t>
      </w:r>
      <w:r>
        <w:br/>
      </w:r>
      <w:r>
        <w:rPr>
          <w:sz w:val="20"/>
        </w:rPr>
        <w:t>1:06:41  ke baqayda wo apne zaati ghar bana lia unhon ne.</w:t>
      </w:r>
      <w:r>
        <w:br/>
      </w:r>
      <w:r>
        <w:rPr>
          <w:sz w:val="20"/>
        </w:rPr>
        <w:t>1:06:46  zati ghar halankay baap nay kuch paisa nahi chora tha in kay liye, instinct chora tha.</w:t>
      </w:r>
      <w:r>
        <w:br/>
      </w:r>
      <w:r>
        <w:rPr>
          <w:sz w:val="20"/>
        </w:rPr>
        <w:t>1:06:52  Instinct to aap ko mein do baatein kahoon ga: aap khud apnay andar skill paida kijiye aur yeh</w:t>
      </w:r>
      <w:r>
        <w:br/>
      </w:r>
      <w:r>
        <w:rPr>
          <w:sz w:val="20"/>
        </w:rPr>
        <w:t>1:06:58  sochna chor dijiye ke aap kamayein gay to bachon ka kaam chalay ga.</w:t>
      </w:r>
      <w:r>
        <w:br/>
      </w:r>
      <w:r>
        <w:rPr>
          <w:sz w:val="20"/>
        </w:rPr>
        <w:t>1:07:03  Bachon kay liye tum mehnat karo, un kay liye instinct paida kijiye.</w:t>
      </w:r>
      <w:r>
        <w:br/>
      </w:r>
      <w:r>
        <w:rPr>
          <w:sz w:val="20"/>
        </w:rPr>
        <w:t>1:07:09  Yeh do baatein mein arz karoon ga aap say.</w:t>
      </w:r>
    </w:p>
    <w:p>
      <w:pPr>
        <w:pStyle w:val="Heading2"/>
      </w:pPr>
      <w:r>
        <w:t>Advice for young children</w:t>
      </w:r>
    </w:p>
    <w:p>
      <w:r>
        <w:rPr>
          <w:color w:val="666666"/>
          <w:sz w:val="18"/>
        </w:rPr>
        <w:t>Life &amp; Wisdom · The Art of Thinking January 28, 2024 · 9m 14s · at 38:39 · https://youtu.be/lpUsTrs0ulo?t=2319</w:t>
      </w:r>
    </w:p>
    <w:p>
      <w:r>
        <w:rPr>
          <w:i/>
        </w:rPr>
        <w:t>“Respected Apa and all CPS members, what should young children like us do? Please give us some advice from Maulana Sahib.”</w:t>
      </w:r>
    </w:p>
    <w:p>
      <w:r>
        <w:rPr>
          <w:sz w:val="20"/>
        </w:rPr>
        <w:t>38:39  ". Rohit Kumar ji ne Amritsar se likha hai: "Respected Apa ji and all CPS members, hum jaise—" achha, inka sawal hai apa yeh ke hum jaise naujawan bachchon ko kya karna chahiye?</w:t>
      </w:r>
      <w:r>
        <w:br/>
      </w:r>
      <w:r>
        <w:rPr>
          <w:sz w:val="20"/>
        </w:rPr>
        <w:t>38:53  please humein Maulana sahab ki kuch naseehat kardi jiye.</w:t>
      </w:r>
      <w:r>
        <w:br/>
      </w:r>
      <w:r>
        <w:rPr>
          <w:sz w:val="20"/>
        </w:rPr>
        <w:t>39:00  aap hi kar dijiye.</w:t>
      </w:r>
      <w:r>
        <w:br/>
      </w:r>
      <w:r>
        <w:rPr>
          <w:sz w:val="20"/>
        </w:rPr>
        <w:t>39:02  apa woh basically youth ke point of view se keh rahe hain. to Maulana to hamesha is baat pe hi emphasize karte the ke always remain positive and aap apni study badhaiye.</w:t>
      </w:r>
      <w:r>
        <w:br/>
      </w:r>
      <w:r>
        <w:rPr>
          <w:sz w:val="20"/>
        </w:rPr>
        <w:t>39:15  study pe bahut emphasize karte the kyunke isi se ek zehan khulta hai. a person is able to look at different aspects to a same such</w:t>
      </w:r>
      <w:r>
        <w:br/>
      </w:r>
      <w:r>
        <w:rPr>
          <w:sz w:val="20"/>
        </w:rPr>
        <w:t>39:27  situation. to intellectual development jo hai, Maulana kehte the ke isko apni prime jo hai target apna banaiye.</w:t>
      </w:r>
      <w:r>
        <w:br/>
      </w:r>
      <w:r>
        <w:rPr>
          <w:sz w:val="20"/>
        </w:rPr>
        <w:t>39:35  to isi cheez ko apa emphasize bahut karte the. agar aap is pe kuch add karna chahein. apna time bilkul waste na karen. ji, zyada tar log apna time waste karte hain.</w:t>
      </w:r>
      <w:r>
        <w:br/>
      </w:r>
      <w:r>
        <w:rPr>
          <w:sz w:val="20"/>
        </w:rPr>
        <w:t>39:49  kuch ghar mein waste karte hain, idhar udhar ki baatein karne, irrelevant baatein karna, phir doston mein waste karte hain. Maulana bahut zyada khilaf the doston ke.</w:t>
      </w:r>
      <w:r>
        <w:br/>
      </w:r>
      <w:r>
        <w:rPr>
          <w:sz w:val="20"/>
        </w:rPr>
        <w:t>39:58  to jo bhi time bache, jo bhi koi business hai, kar raha hai, koi job kar raha hai, koi student hai, to jo bhi time bache, usko sahi sahi istemal karen.</w:t>
      </w:r>
      <w:r>
        <w:br/>
      </w:r>
      <w:r>
        <w:rPr>
          <w:sz w:val="20"/>
        </w:rPr>
        <w:t>40:08  acchi kitabein padhen aur apne aise logon se milen jin jo log inko kuch sahi rehnumai dein.</w:t>
      </w:r>
      <w:r>
        <w:br/>
      </w:r>
      <w:r>
        <w:rPr>
          <w:sz w:val="20"/>
        </w:rPr>
        <w:t>40:17  guide achha inke paas hona chahiye. to yahi apne aap ko tayyar karen. tayyar karenge to mauqe to bahut zyada hain. aur aur isko koi koi bhi achha kaam karen aaj kal jis se inko dilchaspi hai, inko social work se dilchaspi hai, social work karen.</w:t>
      </w:r>
      <w:r>
        <w:br/>
      </w:r>
      <w:r>
        <w:rPr>
          <w:sz w:val="20"/>
        </w:rPr>
        <w:t>40:34  kuch bhi achha kaam karen, apne time ko ka sahi istemal karen. bal</w:t>
      </w:r>
      <w:r>
        <w:br/>
      </w:r>
      <w:r>
        <w:rPr>
          <w:sz w:val="20"/>
        </w:rPr>
        <w:t>40:39  kal. I think apa yeh bahut important guidance di aapne. kyunke time is very precious aur insan jis tarike se apna samay bitayega, woh waisa hi ban jayega.</w:t>
      </w:r>
      <w:r>
        <w:br/>
      </w:r>
      <w:r>
        <w:rPr>
          <w:sz w:val="20"/>
        </w:rPr>
        <w:t>40:50  to Maulana se jab log poochte the ke kya picture dekh sakte hain, kya entertainment kar sakte hain, to woh yeh kehte the ke ise aap haram halal ka masla mat banayen.</w:t>
      </w:r>
      <w:r>
        <w:br/>
      </w:r>
      <w:r>
        <w:rPr>
          <w:sz w:val="20"/>
        </w:rPr>
        <w:t>41:00  aap ise yeh dekhen ke aap is time mein kya apna intellectual development kar sakte hain ya phir aap sirf entertainment karna chahenge.</w:t>
      </w:r>
      <w:r>
        <w:br/>
      </w:r>
      <w:r>
        <w:rPr>
          <w:sz w:val="20"/>
        </w:rPr>
        <w:t>41:07  to aaj kal to jaise mobile phone mein sab log gum ho jate hain, to woh bhi wastage of time hai. It's the biggest time stealer. to yeh bahut achha aap ne kaha.</w:t>
      </w:r>
      <w:r>
        <w:br/>
      </w:r>
      <w:r>
        <w:rPr>
          <w:sz w:val="20"/>
        </w:rPr>
        <w:t>41:17  time jo hai, us ko constructive cheez pe, khaas kar apnay zehn ko bananay mein agar hum lagayein, to woh zyada long term mein humain benefit de ga.</w:t>
      </w:r>
      <w:r>
        <w:br/>
      </w:r>
      <w:r>
        <w:rPr>
          <w:sz w:val="20"/>
        </w:rPr>
        <w:t>41:31  Riaz Bhatt sahib ka bhi Srinagar se comment hai, unhon ne likha hai: "Thought and actions have a common origin, that is feeling. So one should start with feeling good, because feeling positive in every state is a godly feeling." Ins Ahmed sahib, unhon ne apnay location nahi likha hai, unhon ne likha hai: "Respect to all human beings, love to each other."</w:t>
      </w:r>
      <w:r>
        <w:br/>
      </w:r>
      <w:r>
        <w:rPr>
          <w:sz w:val="20"/>
        </w:rPr>
        <w:t>41:54  Miss Carothlin ne Srinagar se likha hai: "The process of positive, unbiased, critical thinking and learning from the experience of others is the essence of intellectual development.</w:t>
      </w:r>
      <w:r>
        <w:br/>
      </w:r>
      <w:r>
        <w:rPr>
          <w:sz w:val="20"/>
        </w:rPr>
        <w:t>42:06  This art of thinking led Newton to discover the law of gravity and brought a revolution." Professor Najma Siddiqui ne Dubai se likha hai: "Jazakallah, it is such an important topic being discussed very nicely."</w:t>
      </w:r>
      <w:r>
        <w:br/>
      </w:r>
      <w:r>
        <w:rPr>
          <w:sz w:val="20"/>
        </w:rPr>
        <w:t>42:22  Faiz Qadri sahib ne Coimbatore se likha hai: "Merciless self-hammering Maulana hi ne humein sikhai jo ain Quran aur Sunnat ke mutabiq hai." Dr. Aslam Khan sahib ne Saharanpur se likha hai: "Agar hum kisi maslay mein haq par hain lekin haq par amal karne se result oriented yani fasad paida ho raha hai, to aisay haq par amal na karein.</w:t>
      </w:r>
      <w:r>
        <w:br/>
      </w:r>
      <w:r>
        <w:rPr>
          <w:sz w:val="20"/>
        </w:rPr>
        <w:t>42:47  Yehi Quran ki pasandeeda ideology hai. Lekin aaj ke Muslims in fact ko nahi jantay jabkay Rasool Allah ne isi tareeqay ko apnaya." Apa aik martaba mein ne Maulana se hi suna tha, unhon ne kaha ke bara acha saying tha ke "A foolish man also does what a wise man does, but after a lot of damage."</w:t>
      </w:r>
      <w:r>
        <w:br/>
      </w:r>
      <w:r>
        <w:rPr>
          <w:sz w:val="20"/>
        </w:rPr>
        <w:t>43:14  To aik foolish, aik foolish insan jo hai, woh hamesha apnay action ko dekhta hai. "But a wise man not only looks at his action, but also looks at its consequences, its result." To Maulana hamesha yeh William Ralph ka jo quote hai, us ko batatay thay ke "A wise man is one who sees the relative value of things." To apa yeh bohat important hai, yeh jo quote</w:t>
      </w:r>
      <w:r>
        <w:br/>
      </w:r>
      <w:r>
        <w:rPr>
          <w:sz w:val="20"/>
        </w:rPr>
        <w:t>43:42  hai. Mein chahoon ga is ke baray mein bhi aap hum sab ko wazeh karein. Haan, ye bohat zyada ye cheez important hai, relative value. Kyunke jo real value hai ya absolute value hai, to woh to bohat hi kam aisa hota hai ke humain real value jo hai har cheez ki mil</w:t>
      </w:r>
      <w:r>
        <w:br/>
      </w:r>
      <w:r>
        <w:rPr>
          <w:sz w:val="20"/>
        </w:rPr>
        <w:t>44:03  jaye. Kyunke aam taur par kya hota hai, jis ko Maulana indirect benefit bhi kehtay thay, ke direct benefit kam hota hai, indirect benefit bohat zyada hota hai, lekin log us ko samajh nahi patay. To is ka mein is se us waqt sirf Sulah Hudaibiyah ki misaal doon gi</w:t>
      </w:r>
      <w:r>
        <w:br/>
      </w:r>
      <w:r>
        <w:rPr>
          <w:sz w:val="20"/>
        </w:rPr>
        <w:t>44:22  ke Sulah Hudaibiyah ki jo misaal, woh jo Rasool Allah Salallahu Alaihi Wasallam ne sulah ki, dab kar ke tamam un ke enemy ki sharaait ko accept kar ke, to ab Sahaba ke bhi kisi kisi bhi Sahabi ko samajh mein nahi aa raha tha.</w:t>
      </w:r>
      <w:r>
        <w:br/>
      </w:r>
      <w:r>
        <w:rPr>
          <w:sz w:val="20"/>
        </w:rPr>
        <w:t>44:40  Sab Sahabi bohat zyada ghamgeen thay ke itna zillat amaiz muahida hua hai. Matlab hai ke Hazrat Umar, Hazrat Abu Bakr jaisay Sahabi bhi sab pareshan thay.</w:t>
      </w:r>
      <w:r>
        <w:br/>
      </w:r>
      <w:r>
        <w:rPr>
          <w:sz w:val="20"/>
        </w:rPr>
        <w:t>44:53  Lekin woh jo us ka woh tha, jo hidden aspect tha, jis ko hum kahain ge relative value jo tha, woh Rasool Allah Salallahu Alaihi Wasallam ko angels ne bataya ya aap ko khud aap ne samjha.</w:t>
      </w:r>
      <w:r>
        <w:br/>
      </w:r>
      <w:r>
        <w:rPr>
          <w:sz w:val="20"/>
        </w:rPr>
        <w:t>45:07  Beharhaal to woh jo hidden aspect tha, woh zabardast tha kyunke jab muahida ho jaye ga aur aman qaim ho jaye ga, saray jo hain bahami takrao khatam ho jaye ga, jang-i halaat khatam ho jayein ge</w:t>
      </w:r>
      <w:r>
        <w:br/>
      </w:r>
      <w:r>
        <w:rPr>
          <w:sz w:val="20"/>
        </w:rPr>
        <w:t>45:24  , log aik doosray se milnay lagen ge to zabardast jo hai is ka faida hoga. Jo paigham Rasool Allah Salallahu Alaihi Wasallam, jo paigham phailanay mein jo itni rukawatein aa rahi theen, to woh sari rukawatein khatam ho jayein gi.</w:t>
      </w:r>
      <w:r>
        <w:br/>
      </w:r>
      <w:r>
        <w:rPr>
          <w:sz w:val="20"/>
        </w:rPr>
        <w:t>45:40  To isi wajah se Quran mein aaya ke Allah ne woh baat jani jo tum ne nahi jani, Surah Al-Fatah mein ke us ke baad achaanak saray pooray Arab mein achaanak jo hai woh Rasool Allah Salallahu Alaihi Wasallam ka paigham phunch gaya, sari dushmaniayn khatam ho gaein.</w:t>
      </w:r>
      <w:r>
        <w:br/>
      </w:r>
      <w:r>
        <w:rPr>
          <w:sz w:val="20"/>
        </w:rPr>
        <w:t>46:02  To</w:t>
      </w:r>
      <w:r>
        <w:br/>
      </w:r>
      <w:r>
        <w:rPr>
          <w:sz w:val="20"/>
        </w:rPr>
        <w:t>46:03  isi par woh hai ke Hazrat Umar ne kaha hai ke aqalmand woh nahi hai jo shar ke muqablay mein khair ko janay.</w:t>
      </w:r>
      <w:r>
        <w:br/>
      </w:r>
      <w:r>
        <w:rPr>
          <w:sz w:val="20"/>
        </w:rPr>
        <w:t>46:12  To hamesha hi shar aur khair dono hota hai. Haan, aqalmand woh hai jo lesser evil ko janay, do shar mein se kon shar kam hai, woh janay.</w:t>
      </w:r>
      <w:r>
        <w:br/>
      </w:r>
      <w:r>
        <w:rPr>
          <w:sz w:val="20"/>
        </w:rPr>
        <w:t>46:23  Matlab aik tha ke un ki sari dushmani ki sari conditions ko accept karna aur doosra tha ke tamam jo hai halaat normalize, normalize ho jayein aur paigham phochanay mein sari jo hain rastay khul jayein.</w:t>
      </w:r>
      <w:r>
        <w:br/>
      </w:r>
      <w:r>
        <w:rPr>
          <w:sz w:val="20"/>
        </w:rPr>
        <w:t>46:40  To woh zyada behtar tha ya yeh zyada behtar hai. To</w:t>
      </w:r>
      <w:r>
        <w:br/>
      </w:r>
      <w:r>
        <w:rPr>
          <w:sz w:val="20"/>
        </w:rPr>
        <w:t>46:44  yeh jo hai agar hum sirf aik baat ko yeh rakhein ke hamara har action jo hai woh result oriented hona chahiye aur sochien, agar hum gehrai se to humain samajh mein aa jata hai ke hum aisa karein ge to is ka result yeh hoga, aisa karein ge to is ka result yeh hoga.</w:t>
      </w:r>
      <w:r>
        <w:br/>
      </w:r>
      <w:r>
        <w:rPr>
          <w:sz w:val="20"/>
        </w:rPr>
        <w:t>47:04  Sirf sochne ka dair hai,</w:t>
      </w:r>
      <w:r>
        <w:br/>
      </w:r>
      <w:r>
        <w:rPr>
          <w:sz w:val="20"/>
        </w:rPr>
        <w:t>47:06  chunki hum sochtay nahi hain, is wajah se humain samajh mein nahi aata. Kyunke Allah Tala ne har aik ko itni aqal di hai ke agar woh sochay to us ki samajh mein aa jati hai baat.</w:t>
      </w:r>
      <w:r>
        <w:br/>
      </w:r>
      <w:r>
        <w:rPr>
          <w:sz w:val="20"/>
        </w:rPr>
        <w:t>47:17  To humain chahiye ke har qadam uthanay se pehlay hum sochien aur soch samajh kar faisla karein.</w:t>
      </w:r>
      <w:r>
        <w:br/>
      </w:r>
      <w:r>
        <w:rPr>
          <w:sz w:val="20"/>
        </w:rPr>
        <w:t>47:28  To</w:t>
      </w:r>
      <w:r>
        <w:br/>
      </w:r>
      <w:r>
        <w:rPr>
          <w:sz w:val="20"/>
        </w:rPr>
        <w:t>47:29  yeh jo hai bohat aasani se hamein woh samajh mein aa jaye ga ke kya step sahi hai, kya step galat hai. Ji, apa yeh comment bheja hai Miss Zahida Abroo ne Sindh Hyderabad se.</w:t>
      </w:r>
      <w:r>
        <w:br/>
      </w:r>
      <w:r>
        <w:rPr>
          <w:sz w:val="20"/>
        </w:rPr>
        <w:t>47:45  Unhon ne likha hai: "This is the first time I'm listening to your talk. It is an intellectual and a wonderful talk."</w:t>
      </w:r>
    </w:p>
    <w:p>
      <w:pPr>
        <w:pStyle w:val="Heading2"/>
      </w:pPr>
      <w:r>
        <w:t>Advice on delayed installment due to fraud</w:t>
      </w:r>
    </w:p>
    <w:p>
      <w:r>
        <w:rPr>
          <w:color w:val="666666"/>
          <w:sz w:val="18"/>
        </w:rPr>
        <w:t>Life &amp; Wisdom · Collective Repentance I Feb 24, 2013 Maulana Wahiduddin Khan · 4m 02s · at 1:12:37 · https://youtu.be/lkkolxAL38c?t=4357</w:t>
      </w:r>
    </w:p>
    <w:p>
      <w:r>
        <w:rPr>
          <w:i/>
        </w:rPr>
        <w:t>“I have bought a flat in Gurgaon on an installment plan from a builder. I could not pay the third installment on time because my money got stuck due to someone cheating me in Dubai. Kindly advise.”</w:t>
      </w:r>
    </w:p>
    <w:p>
      <w:r>
        <w:rPr>
          <w:sz w:val="20"/>
        </w:rPr>
        <w:t>1:12:37  maulana, yeh sawal aya hai doha qatar se mister rahul bhatia ka. unhon ne likha hai: "maulana, when i was in delhi, i had attended some of your classes.</w:t>
      </w:r>
      <w:r>
        <w:br/>
      </w:r>
      <w:r>
        <w:rPr>
          <w:sz w:val="20"/>
        </w:rPr>
        <w:t>1:12:50  i have a question to ask. my question is:</w:t>
      </w:r>
      <w:r>
        <w:br/>
      </w:r>
      <w:r>
        <w:rPr>
          <w:sz w:val="20"/>
        </w:rPr>
        <w:t>1:12:53  i have bought a flat in gurgaon on installment plan from builder. i could not pay the third installment in time, as my money got stuck due to somebody cheating me in dubai.</w:t>
      </w:r>
      <w:r>
        <w:br/>
      </w:r>
      <w:r>
        <w:rPr>
          <w:sz w:val="20"/>
        </w:rPr>
        <w:t>1:13:07  due to the delayed payment, the builder has put an interest on me amounting to rupees 20 thousand.</w:t>
      </w:r>
      <w:r>
        <w:br/>
      </w:r>
      <w:r>
        <w:rPr>
          <w:sz w:val="20"/>
        </w:rPr>
        <w:t>1:13:14  i requested them to cancel the interest, but they refused. on the other hand, the bank where i hold my account have paid me an interest of rupees 13 thousand.</w:t>
      </w:r>
      <w:r>
        <w:br/>
      </w:r>
      <w:r>
        <w:rPr>
          <w:sz w:val="20"/>
        </w:rPr>
        <w:t>1:13:27  the builder is adamant to collect the interest from me.</w:t>
      </w:r>
      <w:r>
        <w:br/>
      </w:r>
      <w:r>
        <w:rPr>
          <w:sz w:val="20"/>
        </w:rPr>
        <w:t>1:13:30  would it be permissible to use the interest earned from the bank to pay the interest penalty to the builder? or should i must use my fresh salary money to pay the interest to the builder?</w:t>
      </w:r>
      <w:r>
        <w:br/>
      </w:r>
      <w:r>
        <w:rPr>
          <w:sz w:val="20"/>
        </w:rPr>
        <w:t>1:13:44  i understand that interest is haram, paying as well as receiving, but because i am in a trap, please let me know what would be the right way in the light of islam. "dekhen, yeh islam ka masla nahi hai.</w:t>
      </w:r>
      <w:r>
        <w:br/>
      </w:r>
      <w:r>
        <w:rPr>
          <w:sz w:val="20"/>
        </w:rPr>
        <w:t>1:14:02  yeh aap apni hi ghalati ki price de rahe hain. yeh jo aap ne bataya, yeh ghalati sari aap ki hai.</w:t>
      </w:r>
      <w:r>
        <w:br/>
      </w:r>
      <w:r>
        <w:rPr>
          <w:sz w:val="20"/>
        </w:rPr>
        <w:t>1:14:12  yeh zamana dekhiye, bohat hi zyada yani mukhtalif zamana hai.</w:t>
      </w:r>
      <w:r>
        <w:br/>
      </w:r>
      <w:r>
        <w:rPr>
          <w:sz w:val="20"/>
        </w:rPr>
        <w:t>1:14:21  aap ne bohat zyada law ke mutabiq kaam nahi kiya, legal framework ke mutabiq kaam nahi kiya. aap ke is mein loopholes the, is ki wajah se yeh sab gadbad hua.</w:t>
      </w:r>
      <w:r>
        <w:br/>
      </w:r>
      <w:r>
        <w:rPr>
          <w:sz w:val="20"/>
        </w:rPr>
        <w:t>1:14:33  to you have to discover your own wrong policies. yeh sab mat sochiye aap</w:t>
      </w:r>
      <w:r>
        <w:br/>
      </w:r>
      <w:r>
        <w:rPr>
          <w:sz w:val="20"/>
        </w:rPr>
        <w:t>1:14:39  ke yeh sab sochna hi galat hai. aap ka dobara aap ek nai ghalati kar rahe hain, dobara aap ek nai ghalati kar rahe hain. aap sirf yeh sochiye ke maine kahan kahan ghalati ki, jis ki wajah se woh is ki price deni pad rahi hai.</w:t>
      </w:r>
      <w:r>
        <w:br/>
      </w:r>
      <w:r>
        <w:rPr>
          <w:sz w:val="20"/>
        </w:rPr>
        <w:t>1:14:52  mujhe where i was wrong, where i was wrong, is ko daryaft kijiye.</w:t>
      </w:r>
      <w:r>
        <w:br/>
      </w:r>
      <w:r>
        <w:rPr>
          <w:sz w:val="20"/>
        </w:rPr>
        <w:t>1:14:59  aap mat yeh sab sochiye, sirf yeh sochiye, ek hi baat sochiye aur objective tor par sochiye. kisi ko blame mat dijiye ke falan ne cheat kiya, yeh mat kahiye.</w:t>
      </w:r>
      <w:r>
        <w:br/>
      </w:r>
      <w:r>
        <w:rPr>
          <w:sz w:val="20"/>
        </w:rPr>
        <w:t>1:15:10  falan ne aap ki weakness se faida uthaya, kisi ne cheat nahi kiya aap ko.</w:t>
      </w:r>
      <w:r>
        <w:br/>
      </w:r>
      <w:r>
        <w:rPr>
          <w:sz w:val="20"/>
        </w:rPr>
        <w:t>1:15:17  to apni is is soch ko badliye aur is is ko riba ke term mein mat sochiye. aap sirf yeh sochiye ke where i was wrong, kahan maine ghalati ki ke doosron ko mauqa mila ke mujhe aisi pareshani mein daal dein.</w:t>
      </w:r>
      <w:r>
        <w:br/>
      </w:r>
      <w:r>
        <w:rPr>
          <w:sz w:val="20"/>
        </w:rPr>
        <w:t>1:15:34  bas ek hi point hai</w:t>
      </w:r>
      <w:r>
        <w:br/>
      </w:r>
      <w:r>
        <w:rPr>
          <w:sz w:val="20"/>
        </w:rPr>
        <w:t>1:15:37  aap ke liye, where i was wrong, is ko daryaft kijiye aur kuch nahi.</w:t>
      </w:r>
      <w:r>
        <w:br/>
      </w:r>
      <w:r>
        <w:rPr>
          <w:sz w:val="20"/>
        </w:rPr>
        <w:t>1:15:43  dekhen, yeh duniya competition ki duniya hai. yaad rakhiye, har aadmi doosre ki weakness se faida uthata hai. achi tarah samajh lijiye, yeh duniya koi ideal duniya nahi hai, koi perfect duniya nahi hai.</w:t>
      </w:r>
      <w:r>
        <w:br/>
      </w:r>
      <w:r>
        <w:rPr>
          <w:sz w:val="20"/>
        </w:rPr>
        <w:t>1:16:01  is poori duniya ka jo jo culture hai, woh that is based on competition. jab aap ghalati karenge, doosra is ka imply karega.</w:t>
      </w:r>
      <w:r>
        <w:br/>
      </w:r>
      <w:r>
        <w:rPr>
          <w:sz w:val="20"/>
        </w:rPr>
        <w:t>1:16:15  bas to yeh ghalati dobara mat kijiye ke aap ne ghalati ki wajah se jo paida hui situation, dobara is ko kahein ke is ne cheat kiya. mujhe koi cheat nahi karta, aap ki weakness ko woh exploit karta hai.</w:t>
      </w:r>
      <w:r>
        <w:br/>
      </w:r>
      <w:r>
        <w:rPr>
          <w:sz w:val="20"/>
        </w:rPr>
        <w:t>1:16:29  to mera mashwara sirf yahi ek hai ke you have to discover your own mistake, bas aur kuch nahi.</w:t>
      </w:r>
    </w:p>
    <w:p>
      <w:pPr>
        <w:pStyle w:val="Heading2"/>
      </w:pPr>
      <w:r>
        <w:t>Age at which man makes history</w:t>
      </w:r>
    </w:p>
    <w:p>
      <w:r>
        <w:rPr>
          <w:color w:val="666666"/>
          <w:sz w:val="18"/>
        </w:rPr>
        <w:t>Life &amp; Wisdom · Hadith Word of Wisdom August 31, 2014 · 5m 52s · at 47:57 · https://youtu.be/fv4eRJRe8dk?t=2877</w:t>
      </w:r>
    </w:p>
    <w:p>
      <w:r>
        <w:rPr>
          <w:i/>
        </w:rPr>
        <w:t>“According to biopsychology, what is the age during which man makes his history?”</w:t>
      </w:r>
    </w:p>
    <w:p>
      <w:r>
        <w:rPr>
          <w:sz w:val="20"/>
        </w:rPr>
        <w:t>47:57  maulana, agla sawal dilli se hai miss naghma siddiqi ka, aur unhon ne aap se poocha hai ke</w:t>
      </w:r>
      <w:r>
        <w:br/>
      </w:r>
      <w:r>
        <w:rPr>
          <w:sz w:val="20"/>
        </w:rPr>
        <w:t>48:03  according to biopsychology, what is the age during which man makes his history? دیکھئے, research جو ہوئی ہے,</w:t>
      </w:r>
      <w:r>
        <w:br/>
      </w:r>
      <w:r>
        <w:rPr>
          <w:sz w:val="20"/>
        </w:rPr>
        <w:t>48:09  aaj kal har cheez ki research hoti hai, choti ki bhi research hoti hai, har cheez ki research.</w:t>
      </w:r>
      <w:r>
        <w:br/>
      </w:r>
      <w:r>
        <w:rPr>
          <w:sz w:val="20"/>
        </w:rPr>
        <w:t>48:15  to insaan ke baray mein jo research hui hai, us se pata chalta hai ke ek to hota</w:t>
      </w:r>
      <w:r>
        <w:br/>
      </w:r>
      <w:r>
        <w:rPr>
          <w:sz w:val="20"/>
        </w:rPr>
        <w:t>48:21  hai bachpan ka zamana, wo biological maturity hasil karne ka zamana hota hai, wo.</w:t>
      </w:r>
      <w:r>
        <w:br/>
      </w:r>
      <w:r>
        <w:rPr>
          <w:sz w:val="20"/>
        </w:rPr>
        <w:t>48:27  aur jo mature hone ke baad jo kaam, muddat kar jo insaan ki hai, wo kal bees saal</w:t>
      </w:r>
      <w:r>
        <w:br/>
      </w:r>
      <w:r>
        <w:rPr>
          <w:sz w:val="20"/>
        </w:rPr>
        <w:t>48:33  is mein aadmi, yani apni full strength par hota hai, poori taqat ke sath kaam karne ki position</w:t>
      </w:r>
      <w:r>
        <w:br/>
      </w:r>
      <w:r>
        <w:rPr>
          <w:sz w:val="20"/>
        </w:rPr>
        <w:t>48:39  mein hota hai, wo bees saal hota hai kal.</w:t>
      </w:r>
      <w:r>
        <w:br/>
      </w:r>
      <w:r>
        <w:rPr>
          <w:sz w:val="20"/>
        </w:rPr>
        <w:t>48:45  wo hai, wo hai pachees saal se pentalis saal tak, bas.</w:t>
      </w:r>
      <w:r>
        <w:br/>
      </w:r>
      <w:r>
        <w:rPr>
          <w:sz w:val="20"/>
        </w:rPr>
        <w:t>48:51  yani poori strength ke sath kaam karne ki position mein aadmi sirf bees saal hota hai, wo hai</w:t>
      </w:r>
      <w:r>
        <w:br/>
      </w:r>
      <w:r>
        <w:rPr>
          <w:sz w:val="20"/>
        </w:rPr>
        <w:t>48:57  pachees se, pachees saal se pentalis saal tak.</w:t>
      </w:r>
      <w:r>
        <w:br/>
      </w:r>
      <w:r>
        <w:rPr>
          <w:sz w:val="20"/>
        </w:rPr>
        <w:t>49:04  is ke baad decline, pentalis saal ke baad decline shuru ho jata hai.</w:t>
      </w:r>
      <w:r>
        <w:br/>
      </w:r>
      <w:r>
        <w:rPr>
          <w:sz w:val="20"/>
        </w:rPr>
        <w:t>49:10  ye law of nature hai, jaise decay hota hai na, decay machineon mein aur cheezon mein, to is</w:t>
      </w:r>
      <w:r>
        <w:br/>
      </w:r>
      <w:r>
        <w:rPr>
          <w:sz w:val="20"/>
        </w:rPr>
        <w:t>49:16  mein decay hone lagta hai.</w:t>
      </w:r>
      <w:r>
        <w:br/>
      </w:r>
      <w:r>
        <w:rPr>
          <w:sz w:val="20"/>
        </w:rPr>
        <w:t>49:22  to is ka matlab ye hai ke aadmi jo hai, aadmi ko chahiye ke is bees saal ko</w:t>
      </w:r>
      <w:r>
        <w:br/>
      </w:r>
      <w:r>
        <w:rPr>
          <w:sz w:val="20"/>
        </w:rPr>
        <w:t>49:28  bohat bharpoor tor par istemal kare.</w:t>
      </w:r>
      <w:r>
        <w:br/>
      </w:r>
      <w:r>
        <w:rPr>
          <w:sz w:val="20"/>
        </w:rPr>
        <w:t>49:34  agar nahi istemal karta, to kya us ne to baat ko to moqa hi nahi mile ga.</w:t>
      </w:r>
      <w:r>
        <w:br/>
      </w:r>
      <w:r>
        <w:rPr>
          <w:sz w:val="20"/>
        </w:rPr>
        <w:t>49:40  aur ek baat mein is mein ye izafa karta hoon ke isi bees saal mein aadmi apni history banata hai.</w:t>
      </w:r>
      <w:r>
        <w:br/>
      </w:r>
      <w:r>
        <w:rPr>
          <w:sz w:val="20"/>
        </w:rPr>
        <w:t>49:46  baad ka jo zamana hai, wo is history ko wo catch karta hai ke aap jo hai, aap</w:t>
      </w:r>
      <w:r>
        <w:br/>
      </w:r>
      <w:r>
        <w:rPr>
          <w:sz w:val="20"/>
        </w:rPr>
        <w:t>49:52  baadab, pakay aadmi hain, aap honest aadmi hain, aap hard worker hain, aap samajh boojh aap ke andar</w:t>
      </w:r>
      <w:r>
        <w:br/>
      </w:r>
      <w:r>
        <w:rPr>
          <w:sz w:val="20"/>
        </w:rPr>
        <w:t>49:58  hai, aap planning ke sath kaam karte hain, ya aap doston mein gup shup karte rehte hain.</w:t>
      </w:r>
      <w:r>
        <w:br/>
      </w:r>
      <w:r>
        <w:rPr>
          <w:sz w:val="20"/>
        </w:rPr>
        <w:t>50:04  ye sari baton ka naam history hai.</w:t>
      </w:r>
      <w:r>
        <w:br/>
      </w:r>
      <w:r>
        <w:rPr>
          <w:sz w:val="20"/>
        </w:rPr>
        <w:t>50:10  ek image aap ki banti hai, ek image banti hai ke ye aadmi aisa hai, ye aadmi aisa hai.</w:t>
      </w:r>
      <w:r>
        <w:br/>
      </w:r>
      <w:r>
        <w:rPr>
          <w:sz w:val="20"/>
        </w:rPr>
        <w:t>50:16  to wo isi bees saal ke darmiyan hota hai.</w:t>
      </w:r>
      <w:r>
        <w:br/>
      </w:r>
      <w:r>
        <w:rPr>
          <w:sz w:val="20"/>
        </w:rPr>
        <w:t>50:22  to is mein aap ne jo apni image banai, jo apni history banai, usi ke mutabiq dunya aap</w:t>
      </w:r>
      <w:r>
        <w:br/>
      </w:r>
      <w:r>
        <w:rPr>
          <w:sz w:val="20"/>
        </w:rPr>
        <w:t>50:29  ko moqa deti hai, na is se kam, na is se ziyada.</w:t>
      </w:r>
      <w:r>
        <w:br/>
      </w:r>
      <w:r>
        <w:rPr>
          <w:sz w:val="20"/>
        </w:rPr>
        <w:t>50:35  اس کا مطلب کیا ہے کہ اگر آپ کی عمر فرض کیجئے کہ پینتیس سال ہے، thirty-five</w:t>
      </w:r>
      <w:r>
        <w:br/>
      </w:r>
      <w:r>
        <w:rPr>
          <w:sz w:val="20"/>
        </w:rPr>
        <w:t>50:41  years, aap ki umar agar is waqt thirty five years hai ek aadmi ki, jiske baad kya</w:t>
      </w:r>
      <w:r>
        <w:br/>
      </w:r>
      <w:r>
        <w:rPr>
          <w:sz w:val="20"/>
        </w:rPr>
        <w:t>50:47  hoyi hai, aur usne kuch kaam kar nahi paaya, to goya ke aap ne bees saal ke</w:t>
      </w:r>
      <w:r>
        <w:br/>
      </w:r>
      <w:r>
        <w:rPr>
          <w:sz w:val="20"/>
        </w:rPr>
        <w:t>50:53  qeemti jo uska woh tha, period, is mein aadha usne zaya kar diya, aadha waste kar diya.</w:t>
      </w:r>
      <w:r>
        <w:br/>
      </w:r>
      <w:r>
        <w:rPr>
          <w:sz w:val="20"/>
        </w:rPr>
        <w:t>50:59  usne bees saal ke qeemti period jo mila tha us ko nature ki taraf se, is mein</w:t>
      </w:r>
      <w:r>
        <w:br/>
      </w:r>
      <w:r>
        <w:rPr>
          <w:sz w:val="20"/>
        </w:rPr>
        <w:t>51:05  se aadha woh zaya kar chuka hai, ab aadha hi baqi hai.</w:t>
      </w:r>
      <w:r>
        <w:br/>
      </w:r>
      <w:r>
        <w:rPr>
          <w:sz w:val="20"/>
        </w:rPr>
        <w:t>51:11  to yaad rakhiye, koi aadmi bhi law of nature ke khilaaf nahi ja sakta.</w:t>
      </w:r>
      <w:r>
        <w:br/>
      </w:r>
      <w:r>
        <w:rPr>
          <w:sz w:val="20"/>
        </w:rPr>
        <w:t>51:17  yeh impossible hai, yaani bachpan ki umar mein koi jawani ka kaam nahi kar sakta.</w:t>
      </w:r>
      <w:r>
        <w:br/>
      </w:r>
      <w:r>
        <w:rPr>
          <w:sz w:val="20"/>
        </w:rPr>
        <w:t>51:23  jawani ki umar mein us ko toh woh maturity nahi aa sakti, jo baad ko aati hai.</w:t>
      </w:r>
      <w:r>
        <w:br/>
      </w:r>
      <w:r>
        <w:rPr>
          <w:sz w:val="20"/>
        </w:rPr>
        <w:t>51:29  badhapa agar shuru hogaya toh us ko aap lota nahi sakte, aap yeh sab nature hai.</w:t>
      </w:r>
      <w:r>
        <w:br/>
      </w:r>
      <w:r>
        <w:rPr>
          <w:sz w:val="20"/>
        </w:rPr>
        <w:t>51:35  toh us ko samjhiye ke nature ne aap ko jo jis qanoon ke tehat paida kiya hai, us</w:t>
      </w:r>
      <w:r>
        <w:br/>
      </w:r>
      <w:r>
        <w:rPr>
          <w:sz w:val="20"/>
        </w:rPr>
        <w:t>51:41  mein aap ko us ne jo qeemti saal diye hain, woh sirf bees saal hain, pachees se le</w:t>
      </w:r>
      <w:r>
        <w:br/>
      </w:r>
      <w:r>
        <w:rPr>
          <w:sz w:val="20"/>
        </w:rPr>
        <w:t>51:48  kar pentalis tak.</w:t>
      </w:r>
      <w:r>
        <w:br/>
      </w:r>
      <w:r>
        <w:rPr>
          <w:sz w:val="20"/>
        </w:rPr>
        <w:t>51:54  us ko kabhi aisa mat kijiye ke us ko aap kho dein.</w:t>
      </w:r>
      <w:r>
        <w:br/>
      </w:r>
      <w:r>
        <w:rPr>
          <w:sz w:val="20"/>
        </w:rPr>
        <w:t>52:00  us ko khona jo hai, sone ke pahaad ko khone se bhi zyada sakht hai.</w:t>
      </w:r>
      <w:r>
        <w:br/>
      </w:r>
      <w:r>
        <w:rPr>
          <w:sz w:val="20"/>
        </w:rPr>
        <w:t>52:06  sone ke pahaad ko kho dein toh kuch nahi khoya aap ne, lekin yeh jo bees saal hain,</w:t>
      </w:r>
      <w:r>
        <w:br/>
      </w:r>
      <w:r>
        <w:rPr>
          <w:sz w:val="20"/>
        </w:rPr>
        <w:t>52:12  is mein se ek din bhi kho diya toh bohat bari cheez kho diya aap ne.</w:t>
      </w:r>
      <w:r>
        <w:br/>
      </w:r>
      <w:r>
        <w:rPr>
          <w:sz w:val="20"/>
        </w:rPr>
        <w:t>52:18  yeh bohat ajeeb cheez hai, aur maine apni zindagi mein dekha hai jin logon ko, toh beshtar</w:t>
      </w:r>
      <w:r>
        <w:br/>
      </w:r>
      <w:r>
        <w:rPr>
          <w:sz w:val="20"/>
        </w:rPr>
        <w:t>52:24  log is se bekhabar rehte hain, beshtar log bekhabar rehte hain.</w:t>
      </w:r>
      <w:r>
        <w:br/>
      </w:r>
      <w:r>
        <w:rPr>
          <w:sz w:val="20"/>
        </w:rPr>
        <w:t>52:30  beh-haal, main aap logon ko jo meri baatein sun rahe hain, un ko, aur jin ko aap log</w:t>
      </w:r>
      <w:r>
        <w:br/>
      </w:r>
      <w:r>
        <w:rPr>
          <w:sz w:val="20"/>
        </w:rPr>
        <w:t>52:36  meri baaton ko pohnchainge, un sab ko yeh darkhwast karunga ke Khuda ka jo qanoon-e-takhleeq</w:t>
      </w:r>
      <w:r>
        <w:br/>
      </w:r>
      <w:r>
        <w:rPr>
          <w:sz w:val="20"/>
        </w:rPr>
        <w:t>52:42  hai, us ko jaaniye.</w:t>
      </w:r>
      <w:r>
        <w:br/>
      </w:r>
      <w:r>
        <w:rPr>
          <w:sz w:val="20"/>
        </w:rPr>
        <w:t>52:48  qanoon-e-takhleeq ke mutabiq aap ke paas sirf bees saal hain, us ke baad toh decay hai, bees</w:t>
      </w:r>
      <w:r>
        <w:br/>
      </w:r>
      <w:r>
        <w:rPr>
          <w:sz w:val="20"/>
        </w:rPr>
        <w:t>52:54  saal se pehle immaturity hai, yaad rakhiye, yaani pachees saal ki umar se pehle jo hai, immaturity hai,</w:t>
      </w:r>
      <w:r>
        <w:br/>
      </w:r>
      <w:r>
        <w:rPr>
          <w:sz w:val="20"/>
        </w:rPr>
        <w:t>53:00  aur pentalis saal ke baad decay hai.</w:t>
      </w:r>
      <w:r>
        <w:br/>
      </w:r>
      <w:r>
        <w:rPr>
          <w:sz w:val="20"/>
        </w:rPr>
        <w:t>53:06  yaani aap ki umar ka jo pachees saal jab ho jaate hain aap, toh toh us se pehle</w:t>
      </w:r>
      <w:r>
        <w:br/>
      </w:r>
      <w:r>
        <w:rPr>
          <w:sz w:val="20"/>
        </w:rPr>
        <w:t>53:13  ka jo zamana hai, immaturity ka zamana hota hai.</w:t>
      </w:r>
      <w:r>
        <w:br/>
      </w:r>
      <w:r>
        <w:rPr>
          <w:sz w:val="20"/>
        </w:rPr>
        <w:t>53:19  Immaturity se maturity ke age mein aap dakhil hote hain, aur paintalis saal ke baad ka jo zamana</w:t>
      </w:r>
      <w:r>
        <w:br/>
      </w:r>
      <w:r>
        <w:rPr>
          <w:sz w:val="20"/>
        </w:rPr>
        <w:t>53:25  hai, woh decay ka zamana hai.</w:t>
      </w:r>
      <w:r>
        <w:br/>
      </w:r>
      <w:r>
        <w:rPr>
          <w:sz w:val="20"/>
        </w:rPr>
        <w:t>53:31  toh yahi bees saal aap ke sab se zyada qeemti saal hain, is ko kabhi aisi baat kijiye</w:t>
      </w:r>
      <w:r>
        <w:br/>
      </w:r>
      <w:r>
        <w:rPr>
          <w:sz w:val="20"/>
        </w:rPr>
        <w:t>53:37  jis ko aap utilize na karein, kyunke phir is ke baad aap ko waqt nahi milega, mauqa</w:t>
      </w:r>
      <w:r>
        <w:br/>
      </w:r>
      <w:r>
        <w:rPr>
          <w:sz w:val="20"/>
        </w:rPr>
        <w:t>53:43  nahi milega apne aap ko istemal karne ka.</w:t>
      </w:r>
    </w:p>
    <w:p>
      <w:pPr>
        <w:pStyle w:val="Heading2"/>
      </w:pPr>
      <w:r>
        <w:t>Applying law of loss to individuals</w:t>
      </w:r>
    </w:p>
    <w:p>
      <w:r>
        <w:rPr>
          <w:color w:val="666666"/>
          <w:sz w:val="18"/>
        </w:rPr>
        <w:t>Life &amp; Wisdom · Principle of Loss | May 31, 2015 · 48s · at 46:48 · https://youtu.be/IEf7QfU3BmY?t=2808</w:t>
      </w:r>
    </w:p>
    <w:p>
      <w:r>
        <w:rPr>
          <w:i/>
        </w:rPr>
        <w:t>“Thank you Maulana, you very well explained the law of loss and the law of truncation. I want to ask whether the same principle can be applied to individuals in...”</w:t>
      </w:r>
    </w:p>
    <w:p>
      <w:r>
        <w:rPr>
          <w:sz w:val="20"/>
        </w:rPr>
        <w:t>46:48  maulana agla sawal doctor Owais Siddiqui ne Delhi se kiya hai, aur unhon ne likha hai ke thank</w:t>
      </w:r>
      <w:r>
        <w:br/>
      </w:r>
      <w:r>
        <w:rPr>
          <w:sz w:val="20"/>
        </w:rPr>
        <w:t>46:53  You, Maulana, you very well explain the loss, the law of loss or the law of truncation.</w:t>
      </w:r>
      <w:r>
        <w:br/>
      </w:r>
      <w:r>
        <w:rPr>
          <w:sz w:val="20"/>
        </w:rPr>
        <w:t>46:57  I want to ask that if the whether the same principle can be applied to the individuals in</w:t>
      </w:r>
      <w:r>
        <w:br/>
      </w:r>
      <w:r>
        <w:rPr>
          <w:sz w:val="20"/>
        </w:rPr>
        <w:t>47:02  you for personal life.</w:t>
      </w:r>
      <w:r>
        <w:br/>
      </w:r>
      <w:r>
        <w:rPr>
          <w:sz w:val="20"/>
        </w:rPr>
        <w:t>47:06  please comment.</w:t>
      </w:r>
      <w:r>
        <w:br/>
      </w:r>
      <w:r>
        <w:rPr>
          <w:sz w:val="20"/>
        </w:rPr>
        <w:t>47:10  yeh to bohat hi reversal hai, yeh individual ke liye hai, nation ke liye hai, sab ke liye</w:t>
      </w:r>
      <w:r>
        <w:br/>
      </w:r>
      <w:r>
        <w:rPr>
          <w:sz w:val="20"/>
        </w:rPr>
        <w:t>47:15  hai, mere liye hai, sab ke liye hai.</w:t>
      </w:r>
      <w:r>
        <w:br/>
      </w:r>
      <w:r>
        <w:rPr>
          <w:sz w:val="20"/>
        </w:rPr>
        <w:t>47:19  یہ تو یونیورسل لاء اف نیچر ہے، اور میں کہوں تو یہ سب بڑی wisdom ہے جس کو</w:t>
      </w:r>
      <w:r>
        <w:br/>
      </w:r>
      <w:r>
        <w:rPr>
          <w:sz w:val="20"/>
        </w:rPr>
        <w:t>47:24  جانیں گے تو success ملیں گے، نہیں جانیں گے تو stress، tension میں جئیں گے، frustration میں جئیں</w:t>
      </w:r>
      <w:r>
        <w:br/>
      </w:r>
      <w:r>
        <w:rPr>
          <w:sz w:val="20"/>
        </w:rPr>
        <w:t>47:28  ge, mar jayenge.</w:t>
      </w:r>
      <w:r>
        <w:br/>
      </w:r>
      <w:r>
        <w:rPr>
          <w:sz w:val="20"/>
        </w:rPr>
        <w:t>47:33  greatest wisdom of life mere nazdeek yahi hai.</w:t>
      </w:r>
    </w:p>
    <w:p>
      <w:pPr>
        <w:pStyle w:val="Heading2"/>
      </w:pPr>
      <w:r>
        <w:t>Applying loss principle to personal life</w:t>
      </w:r>
    </w:p>
    <w:p>
      <w:r>
        <w:rPr>
          <w:color w:val="666666"/>
          <w:sz w:val="18"/>
        </w:rPr>
        <w:t>Life &amp; Wisdom · Principle of Loss May 31, 2015 · 1m 00s · at 47:21 · https://youtu.be/vM-CUyBiDkc?t=2841</w:t>
      </w:r>
    </w:p>
    <w:p>
      <w:r>
        <w:rPr>
          <w:i/>
        </w:rPr>
        <w:t>“I want to ask whether the same principle can be applied to individuals in their personal life.”</w:t>
      </w:r>
    </w:p>
    <w:p>
      <w:r>
        <w:rPr>
          <w:sz w:val="20"/>
        </w:rPr>
        <w:t>47:21  maulana, agla sawal doctor owais siddiqui ne dilli se kiya hai, aur unhon ne likha hai ke thank you maulana, you very well explain the loss, the law of loss, and the law of truncation.</w:t>
      </w:r>
      <w:r>
        <w:br/>
      </w:r>
      <w:r>
        <w:rPr>
          <w:sz w:val="20"/>
        </w:rPr>
        <w:t>47:36  i want to ask that if the whether the same principle can be applied to the individuals in their personal life. yeh to bohat universal hai, yeh individual ke liye hai, nation ke liye hai, sab ke liye hai,</w:t>
      </w:r>
      <w:r>
        <w:br/>
      </w:r>
      <w:r>
        <w:rPr>
          <w:sz w:val="20"/>
        </w:rPr>
        <w:t>47:51  mere liye hai, sab ke liye hai. yeh to universal law of nature hai, aur main kahoon to ke yeh sab bari wisdom hai jis ko janenge to success milenge, nahi janenge to stress, tension mein jiyenge, pressure mein jiyenge, mar jayenge.</w:t>
      </w:r>
      <w:r>
        <w:br/>
      </w:r>
      <w:r>
        <w:rPr>
          <w:sz w:val="20"/>
        </w:rPr>
        <w:t>48:12  greatest wisdom of life mere nazdeek yahi hai.</w:t>
      </w:r>
    </w:p>
    <w:p>
      <w:pPr>
        <w:pStyle w:val="Heading2"/>
      </w:pPr>
      <w:r>
        <w:t>Approach to daily mishaps</w:t>
      </w:r>
    </w:p>
    <w:p>
      <w:r>
        <w:rPr>
          <w:color w:val="666666"/>
          <w:sz w:val="18"/>
        </w:rPr>
        <w:t>Life &amp; Wisdom · Divine Crusades December 14, 2014 · 42s · at 48:36 · https://youtu.be/qZhY00S5LQg?t=2916</w:t>
      </w:r>
    </w:p>
    <w:p>
      <w:r>
        <w:rPr>
          <w:i/>
        </w:rPr>
        <w:t>“What should be the approach of a believer towards mis-happening that occurs in daily life?”</w:t>
      </w:r>
    </w:p>
    <w:p>
      <w:r>
        <w:rPr>
          <w:sz w:val="20"/>
        </w:rPr>
        <w:t>48:36  maulana, agla sawal doctor safina ne kiya hai, ajmer se.</w:t>
      </w:r>
      <w:r>
        <w:br/>
      </w:r>
      <w:r>
        <w:rPr>
          <w:sz w:val="20"/>
        </w:rPr>
        <w:t>48:41  unhon ne aap se poocha hai ke what should be the approach of a believer towards mis-happening that</w:t>
      </w:r>
      <w:r>
        <w:br/>
      </w:r>
      <w:r>
        <w:rPr>
          <w:sz w:val="20"/>
        </w:rPr>
        <w:t>48:46  occurs in daily life?</w:t>
      </w:r>
      <w:r>
        <w:br/>
      </w:r>
      <w:r>
        <w:rPr>
          <w:sz w:val="20"/>
        </w:rPr>
        <w:t>48:52  do point formula hai.</w:t>
      </w:r>
      <w:r>
        <w:br/>
      </w:r>
      <w:r>
        <w:rPr>
          <w:sz w:val="20"/>
        </w:rPr>
        <w:t>48:57  Ignore the unwanted things.</w:t>
      </w:r>
      <w:r>
        <w:br/>
      </w:r>
      <w:r>
        <w:rPr>
          <w:sz w:val="20"/>
        </w:rPr>
        <w:t>49:02  aur apne aap ko lagaye raho marifat mein aur dawat mein.</w:t>
      </w:r>
      <w:r>
        <w:br/>
      </w:r>
      <w:r>
        <w:rPr>
          <w:sz w:val="20"/>
        </w:rPr>
        <w:t>49:08  toh ignore toh karna hi padega, avoid toh karna hi padega.</w:t>
      </w:r>
      <w:r>
        <w:br/>
      </w:r>
      <w:r>
        <w:rPr>
          <w:sz w:val="20"/>
        </w:rPr>
        <w:t>49:13  agar aap aisa nahi karenge toh aap opportunity ko avail nahi kar sakte.</w:t>
      </w:r>
    </w:p>
    <w:p>
      <w:pPr>
        <w:pStyle w:val="Heading2"/>
      </w:pPr>
      <w:r>
        <w:t>Are hobby and habit synonymous and are hobbies bad?</w:t>
      </w:r>
    </w:p>
    <w:p>
      <w:r>
        <w:rPr>
          <w:color w:val="666666"/>
          <w:sz w:val="18"/>
        </w:rPr>
        <w:t>Life &amp; Wisdom · Self Correction November 09, 2014 · 1m 49s · at 1:19:12 · https://youtu.be/EgAukdSfGRU?t=4752</w:t>
      </w:r>
    </w:p>
    <w:p>
      <w:r>
        <w:rPr>
          <w:i/>
        </w:rPr>
        <w:t>“Are the words hobby and habit synonymous? If yes, then the hobbies people develop in them are also bad. What is your comment on this?”</w:t>
      </w:r>
    </w:p>
    <w:p>
      <w:r>
        <w:rPr>
          <w:sz w:val="20"/>
        </w:rPr>
        <w:t>1:19:12  maulana, agla sawal pennsylvania, usa se khwaja kaleemuddin sahib ne kiya hai aur unhone likha hai are the words hobby and habit synonymous?</w:t>
      </w:r>
      <w:r>
        <w:br/>
      </w:r>
      <w:r>
        <w:rPr>
          <w:sz w:val="20"/>
        </w:rPr>
        <w:t>1:19:25  if yes, then the hobbies people develop in them are also bad. maulana, what is your comment on this?</w:t>
      </w:r>
      <w:r>
        <w:br/>
      </w:r>
      <w:r>
        <w:rPr>
          <w:sz w:val="20"/>
        </w:rPr>
        <w:t>1:19:36  main to hobby ka qael nahi hoon. na hobby ka, na habit ka.</w:t>
      </w:r>
      <w:r>
        <w:br/>
      </w:r>
      <w:r>
        <w:rPr>
          <w:sz w:val="20"/>
        </w:rPr>
        <w:t>1:19:41  main to sirf ek hi baat jaanta hoon: soch samajh kar kaam karna. jo cheez soch samajh kar mujhe sahi lage, us ko karna.</w:t>
      </w:r>
      <w:r>
        <w:br/>
      </w:r>
      <w:r>
        <w:rPr>
          <w:sz w:val="20"/>
        </w:rPr>
        <w:t>1:19:51  nahi to nahi karna. bator hobby karein ya bator habit karein, dono mujhe yaani dono mujhe yaani value less maloom hote hain.</w:t>
      </w:r>
      <w:r>
        <w:br/>
      </w:r>
      <w:r>
        <w:rPr>
          <w:sz w:val="20"/>
        </w:rPr>
        <w:t>1:20:02  koi value nahi duniya mein, na aakhirat mein.</w:t>
      </w:r>
    </w:p>
    <w:p>
      <w:pPr>
        <w:pStyle w:val="Heading2"/>
      </w:pPr>
      <w:r>
        <w:t>Are negative incidents part of a test?</w:t>
      </w:r>
    </w:p>
    <w:p>
      <w:r>
        <w:rPr>
          <w:color w:val="666666"/>
          <w:sz w:val="18"/>
        </w:rPr>
        <w:t>Life &amp; Wisdom · Journey of History December 23, 2012 · 52s · at 1:12:40 · https://youtu.be/bvjWl3U3Dmw?t=4360</w:t>
      </w:r>
    </w:p>
    <w:p>
      <w:r>
        <w:rPr>
          <w:i/>
        </w:rPr>
        <w:t>“Are negative incidents a part of test?”</w:t>
      </w:r>
    </w:p>
    <w:p>
      <w:r>
        <w:rPr>
          <w:sz w:val="20"/>
        </w:rPr>
        <w:t>1:12:40  maulana, in ka ek aur sawal hai. inhone aap se poocha hai: "are negative incidents a part of test?" is ke bare mein bataein.</w:t>
      </w:r>
      <w:r>
        <w:br/>
      </w:r>
      <w:r>
        <w:rPr>
          <w:sz w:val="20"/>
        </w:rPr>
        <w:t>1:12:50  zahiri hai ek test to hai hi hai. yeh dunya mein sab kuch test hai. negative waqeyat jo hote hain woh is liye hote hain ke aap is par sabr karein, is ko avoid karein, is ko i'raaz karein, is ko is se sabak</w:t>
      </w:r>
      <w:r>
        <w:br/>
      </w:r>
      <w:r>
        <w:rPr>
          <w:sz w:val="20"/>
        </w:rPr>
        <w:t>1:13:06  le, nahi ke is pe ghussa ho jaye aur aur nafrat mein mubtala ho jayein. is se sabak nikaliye. sabak is se har negative waqeyat mein ek sabak hota hai.</w:t>
      </w:r>
      <w:r>
        <w:br/>
      </w:r>
      <w:r>
        <w:rPr>
          <w:sz w:val="20"/>
        </w:rPr>
        <w:t>1:13:19  koi bhi negative experience jo hai us mein ek sabak hota hai. is is sabak ko nikaliye to woh negative waqea aap ke liye ek advantage ban jayega.</w:t>
      </w:r>
    </w:p>
    <w:p>
      <w:pPr>
        <w:pStyle w:val="Heading2"/>
      </w:pPr>
      <w:r>
        <w:t>Are worldly desires against Islam?</w:t>
      </w:r>
    </w:p>
    <w:p>
      <w:r>
        <w:rPr>
          <w:color w:val="666666"/>
          <w:sz w:val="18"/>
        </w:rPr>
        <w:t>Life &amp; Wisdom · Dars-e-Quran, Chapter 2, Verses 67-73, May 6, 2018 · 1m 10s · at 45:39 · https://youtu.be/JAsg4SpiVDU?t=2739</w:t>
      </w:r>
    </w:p>
    <w:p>
      <w:r>
        <w:rPr>
          <w:i/>
        </w:rPr>
        <w:t>“Maulana, is having desire for anything like house, car, good job, becoming rich, against Islam? Or is there no problem? Please clarify.”</w:t>
      </w:r>
    </w:p>
    <w:p>
      <w:r>
        <w:rPr>
          <w:sz w:val="20"/>
        </w:rPr>
        <w:t>45:39  Maulana, agla sawal lete hain jo Kanpur se Muhammad Wajid sahab ne bheja hai. Unhone aapse poocha hai ke: "Maulana, kya hamare andar kisi bhi cheez ka desire hona,</w:t>
      </w:r>
      <w:r>
        <w:br/>
      </w:r>
      <w:r>
        <w:rPr>
          <w:sz w:val="20"/>
        </w:rPr>
        <w:t>45:54  jaise ke ghar, car, achi job, ameer banna, yeh sab Islam ke kya khilaf hai? Ya phir ya phir is mein koi kharabi nahi?</w:t>
      </w:r>
      <w:r>
        <w:br/>
      </w:r>
      <w:r>
        <w:rPr>
          <w:sz w:val="20"/>
        </w:rPr>
        <w:t>46:06  Is ko wazeh karein."</w:t>
      </w:r>
      <w:r>
        <w:br/>
      </w:r>
      <w:r>
        <w:rPr>
          <w:sz w:val="20"/>
        </w:rPr>
        <w:t>46:11  Dekhiye, yeh sawal jo hai vague hai, vague!</w:t>
      </w:r>
      <w:r>
        <w:br/>
      </w:r>
      <w:r>
        <w:rPr>
          <w:sz w:val="20"/>
        </w:rPr>
        <w:t>46:16  Masla desire ka nahi hai, masla hai at the cost of what. Kis cost par aap apne desire ki follow karna chahte hain?</w:t>
      </w:r>
      <w:r>
        <w:br/>
      </w:r>
      <w:r>
        <w:rPr>
          <w:sz w:val="20"/>
        </w:rPr>
        <w:t>46:29  Kis cost par? Yeh aap introspection se janenge. At the cost of what, yeh hai asal masla.</w:t>
      </w:r>
    </w:p>
    <w:p>
      <w:pPr>
        <w:pStyle w:val="Heading2"/>
      </w:pPr>
      <w:r>
        <w:t>Art of questioning and its etiquette</w:t>
      </w:r>
    </w:p>
    <w:p>
      <w:r>
        <w:rPr>
          <w:color w:val="666666"/>
          <w:sz w:val="18"/>
        </w:rPr>
        <w:t>Life &amp; Wisdom · The Straight Path October 30, 2011 Maulana Wahiduddin Khan · 4m 13s · at 1:38:33 · https://youtu.be/PKFHe82Jz58?t=5913</w:t>
      </w:r>
    </w:p>
    <w:p>
      <w:r>
        <w:rPr>
          <w:i/>
        </w:rPr>
        <w:t>“What is the art of questioning and what are its etiquettes? Please shed light on this.”</w:t>
      </w:r>
    </w:p>
    <w:p>
      <w:r>
        <w:rPr>
          <w:sz w:val="20"/>
        </w:rPr>
        <w:t>1:38:33  miss ayesha ne delhi se sawal kiya hai. unhone likha hai: "art of questioning kya hai aur iske aadab kya hain? is par roshni dalein."</w:t>
      </w:r>
      <w:r>
        <w:br/>
      </w:r>
      <w:r>
        <w:rPr>
          <w:sz w:val="20"/>
        </w:rPr>
        <w:t>1:38:46  dekhiye, log jo hain doosre se poochne ko question samajhte hain. sab se pehle apne aap se poochiye.</w:t>
      </w:r>
      <w:r>
        <w:br/>
      </w:r>
      <w:r>
        <w:rPr>
          <w:sz w:val="20"/>
        </w:rPr>
        <w:t>1:38:58  question shuru hota hai apne aap se, phir pahunchta hai doosre tak. apne aap ke maani kya hain? pehle khud sochiye, study kijiye.</w:t>
      </w:r>
      <w:r>
        <w:br/>
      </w:r>
      <w:r>
        <w:rPr>
          <w:sz w:val="20"/>
        </w:rPr>
        <w:t>1:39:13  jab aap apni koshish ko ek had tak pahuncha chuke hon, tab aap wahan pahuncha kar question karen. aap</w:t>
      </w:r>
      <w:r>
        <w:br/>
      </w:r>
      <w:r>
        <w:rPr>
          <w:sz w:val="20"/>
        </w:rPr>
        <w:t>1:39:24  yaani questioning jo hai, 50 percent is aadmi ka hai jo jo question karta hai, 50 percent is aadmi ka jo jawab deta hai.</w:t>
      </w:r>
      <w:r>
        <w:br/>
      </w:r>
      <w:r>
        <w:rPr>
          <w:sz w:val="20"/>
        </w:rPr>
        <w:t>1:39:36  agar aap ne apne ko prepare nahin kiya hai, yaani pre-questioning jo kaam tha woh aap ne nahin kiya hai, to koi jawab dega tab samjhega, samajh bhi nahin aayega kya us ne kaha.</w:t>
      </w:r>
      <w:r>
        <w:br/>
      </w:r>
      <w:r>
        <w:rPr>
          <w:sz w:val="20"/>
        </w:rPr>
        <w:t>1:39:50  is wajah se ek ek questioning hai, ek pre pre-questioning. pre-question yeh hai ki aap sochen, padhen,</w:t>
      </w:r>
      <w:r>
        <w:br/>
      </w:r>
      <w:r>
        <w:rPr>
          <w:sz w:val="20"/>
        </w:rPr>
        <w:t>1:39:59  apne hisse ka kaam karen. apne hisse ka kaam kar ke question karenge, tabhi us questioning ka koi result result niklega, warna kuch nahin niklega.</w:t>
      </w:r>
      <w:r>
        <w:br/>
      </w:r>
      <w:r>
        <w:rPr>
          <w:sz w:val="20"/>
        </w:rPr>
        <w:t>1:40:16  maulana, yeh sawal aaya hai karachi pakistan se mr aamir bin yusuf ka.</w:t>
      </w:r>
      <w:r>
        <w:br/>
      </w:r>
      <w:r>
        <w:rPr>
          <w:sz w:val="20"/>
        </w:rPr>
        <w:t>1:40:22  unhon ne likha hai: "maulana, aap ki kitaab tajdeed deen mein ulama ke uth jaane ka matlab khushu ka khatm hona bataya gaya hai.</w:t>
      </w:r>
      <w:r>
        <w:br/>
      </w:r>
      <w:r>
        <w:rPr>
          <w:sz w:val="20"/>
        </w:rPr>
        <w:t>1:40:33  is ke bare mein kuch bataen."</w:t>
      </w:r>
      <w:r>
        <w:br/>
      </w:r>
      <w:r>
        <w:rPr>
          <w:sz w:val="20"/>
        </w:rPr>
        <w:t>1:40:40  woh to isi mein maujood hai, isi matan mein maujood hai. aisa nahin ki maine kuch apni taraf se kaha hai.</w:t>
      </w:r>
      <w:r>
        <w:br/>
      </w:r>
      <w:r>
        <w:rPr>
          <w:sz w:val="20"/>
        </w:rPr>
        <w:t>1:40:51  matlab ek hai, aalim ka ek matlab yeh hai ki aadmi ke paas information ho.</w:t>
      </w:r>
      <w:r>
        <w:br/>
      </w:r>
      <w:r>
        <w:rPr>
          <w:sz w:val="20"/>
        </w:rPr>
        <w:t>1:41:02  ek hai ki aalim aadmi ke paas wisdom ho. to woh jo hadees hai ki ulama uth jayenge, uska matlab hai ki aise log to rahenge jo jo information wale, lekin jo wisdom wale nahin rahenge.</w:t>
      </w:r>
      <w:r>
        <w:br/>
      </w:r>
      <w:r>
        <w:rPr>
          <w:sz w:val="20"/>
        </w:rPr>
        <w:t>1:41:17  yeh matlab hai is ka.</w:t>
      </w:r>
      <w:r>
        <w:br/>
      </w:r>
      <w:r>
        <w:rPr>
          <w:sz w:val="20"/>
        </w:rPr>
        <w:t>1:41:21  zahab ulama ka matlab yeh nahin ki koi aisa aadmi nahin rahega jo istirahat yafta ulama se hua karte hain. to koi istirahat yafta ulama baqi nahin rahenge.</w:t>
      </w:r>
      <w:r>
        <w:br/>
      </w:r>
      <w:r>
        <w:rPr>
          <w:sz w:val="20"/>
        </w:rPr>
        <w:t>1:41:31  yeh yeh matlab harghiz nahin hai is ka. istirahat yafta ulama ki tadad aur zyada badh jayegi. baseerat wale ulama, wisdom wale ulama, spirit wale ulama nahin rahenge.</w:t>
      </w:r>
      <w:r>
        <w:br/>
      </w:r>
      <w:r>
        <w:rPr>
          <w:sz w:val="20"/>
        </w:rPr>
        <w:t>1:41:45  yeh matlab hai is ka. is mein istirahat yafta ulama bada nahin hain, is se harghiz.</w:t>
      </w:r>
      <w:r>
        <w:br/>
      </w:r>
      <w:r>
        <w:rPr>
          <w:sz w:val="20"/>
        </w:rPr>
        <w:t>1:41:54  ahl-e-baseerat</w:t>
      </w:r>
      <w:r>
        <w:br/>
      </w:r>
      <w:r>
        <w:rPr>
          <w:sz w:val="20"/>
        </w:rPr>
        <w:t>1:41:58  to</w:t>
      </w:r>
      <w:r>
        <w:br/>
      </w:r>
      <w:r>
        <w:rPr>
          <w:sz w:val="20"/>
        </w:rPr>
        <w:t>1:42:02  ek hai yeh ki aap khoob maloomat, aap ko information, aap ko khoob taqreer karna aap ko aata ho.</w:t>
      </w:r>
      <w:r>
        <w:br/>
      </w:r>
      <w:r>
        <w:rPr>
          <w:sz w:val="20"/>
        </w:rPr>
        <w:t>1:42:09  yeh hawale, woh hawale, yeh sab aate hon aap ko. lekin aap ke andar agar yeh baat na ho ki aap tajziya kar saken, analysis kar saken, baseerat is ke andar jo hai, us ko daryaft kar saken, jo wisdom jo hai, us ko aap jaanen,</w:t>
      </w:r>
      <w:r>
        <w:br/>
      </w:r>
      <w:r>
        <w:rPr>
          <w:sz w:val="20"/>
        </w:rPr>
        <w:t>1:42:29  to woh woh woh unhi ka zahab hoga. wahi uth jayenge, wahi chale jayenge.</w:t>
      </w:r>
      <w:r>
        <w:br/>
      </w:r>
      <w:r>
        <w:rPr>
          <w:sz w:val="20"/>
        </w:rPr>
        <w:t>1:42:36  yaani ek ek lafz mein kehta hoon ki ahl-e-baseerat ulama uth jayenge. ahl-e-baseerat ulama.</w:t>
      </w:r>
    </w:p>
    <w:p>
      <w:pPr>
        <w:pStyle w:val="Heading2"/>
      </w:pPr>
      <w:r>
        <w:t>Art of situation management acquisition</w:t>
      </w:r>
    </w:p>
    <w:p>
      <w:r>
        <w:rPr>
          <w:color w:val="666666"/>
          <w:sz w:val="18"/>
        </w:rPr>
        <w:t>Life &amp; Wisdom · Peace of Mind June 29, 2014 · 48s · at 1:06:49 · https://youtu.be/oVwRc_FcAGk?t=4009</w:t>
      </w:r>
    </w:p>
    <w:p>
      <w:r>
        <w:rPr>
          <w:i/>
        </w:rPr>
        <w:t>“Regarding the art of situation management, does it come to a person instantly or gradually? Please explain.”</w:t>
      </w:r>
    </w:p>
    <w:p>
      <w:r>
        <w:rPr>
          <w:sz w:val="20"/>
        </w:rPr>
        <w:t>1:06:49  molana mehtab sahab ne dhampur se sawal bheja hai, aur woh aap se yeh janna chahte hain ke jo art of situation management hai, woh aadmi ke andar foran aata hai ya slowly aur gradually aata hai?</w:t>
      </w:r>
      <w:r>
        <w:br/>
      </w:r>
      <w:r>
        <w:rPr>
          <w:sz w:val="20"/>
        </w:rPr>
        <w:t>1:07:04  is ki is ki vazahat karen. bhai, mera tajurba to yeh hai ke do tarike hain. kabhi foran aa jata hai, kabhi dhire dhire aata hai.</w:t>
      </w:r>
      <w:r>
        <w:br/>
      </w:r>
      <w:r>
        <w:rPr>
          <w:sz w:val="20"/>
        </w:rPr>
        <w:t>1:07:17  ji,</w:t>
      </w:r>
      <w:r>
        <w:br/>
      </w:r>
      <w:r>
        <w:rPr>
          <w:sz w:val="20"/>
        </w:rPr>
        <w:t>1:07:18  agar situeshan jo hai kompleks hai, kompleks hai to dhire dhire aayega. agar situeshan kompleks nahin hai to foran aa sakta hai.</w:t>
      </w:r>
      <w:r>
        <w:br/>
      </w:r>
      <w:r>
        <w:rPr>
          <w:sz w:val="20"/>
        </w:rPr>
        <w:t>1:07:31  it dipands upon da situeshan.</w:t>
      </w:r>
    </w:p>
    <w:p>
      <w:pPr>
        <w:pStyle w:val="Heading2"/>
      </w:pPr>
      <w:r>
        <w:t>Avoiding Emptiness in Family Life</w:t>
      </w:r>
    </w:p>
    <w:p>
      <w:r>
        <w:rPr>
          <w:color w:val="666666"/>
          <w:sz w:val="18"/>
        </w:rPr>
        <w:t>Life &amp; Wisdom · Roza (Fasting) Shock May 26, 2019 · 1m 53s · at 34:32 · https://youtu.be/GXYhGriFRpM?t=2072</w:t>
      </w:r>
    </w:p>
    <w:p>
      <w:r>
        <w:rPr>
          <w:i/>
        </w:rPr>
        <w:t>“You said absolutely right, today everyone is living a family-oriented life and is preoccupied with just making the family happy, but in the end nothing comes in hand. What is the way to avoid this? Please tell us all.”</w:t>
      </w:r>
    </w:p>
    <w:p>
      <w:r>
        <w:rPr>
          <w:sz w:val="20"/>
        </w:rPr>
        <w:t>34:32  maulana, agla sawal bheja hai miss nadia saif ne. unhon ne apni location nahi likhi hai. un ka sawal hai: "maulana sahib, aap ne bilkul sahi kaha, aaj ki aaj ki har koi family oriented zindagi guzar raha hai aur usi fikr mein pada hai ke bas family khush ho jaye, lekin aakhir mein kuch bhi hath mein nahi aata.</w:t>
      </w:r>
      <w:r>
        <w:br/>
      </w:r>
      <w:r>
        <w:rPr>
          <w:sz w:val="20"/>
        </w:rPr>
        <w:t>34:56  is se bachne ka kya tareeqa hai? yeh hum sab ko bataen."</w:t>
      </w:r>
      <w:r>
        <w:br/>
      </w:r>
      <w:r>
        <w:rPr>
          <w:sz w:val="20"/>
        </w:rPr>
        <w:t>35:01  tareeqa yeh hai ke aap chhodiye, allah ko pakdiye, bas aur kya tareeqa hai? ji, jaise main dekhen, aaj subah utha to mere mind mein tha ke aaj koi speech nahi hogi.</w:t>
      </w:r>
      <w:r>
        <w:br/>
      </w:r>
      <w:r>
        <w:rPr>
          <w:sz w:val="20"/>
        </w:rPr>
        <w:t>35:17  main ne rest se keh diya ke bhai, ab koi speech nahi hogi. to rest ka agar nahi, kuch to hona chahiye. to isi soch mein main wahan se yahan aa raha tha.</w:t>
      </w:r>
      <w:r>
        <w:br/>
      </w:r>
      <w:r>
        <w:rPr>
          <w:sz w:val="20"/>
        </w:rPr>
        <w:t>35:30  jab main seven ke gate pe pahuncha to achaanak mere dil mein kaha: "assalam o alaikum ayha al malaika." is ka matlab yeh tha ke main malaika se keh raha hoon ke malaika batao, main kya karoon?</w:t>
      </w:r>
      <w:r>
        <w:br/>
      </w:r>
      <w:r>
        <w:rPr>
          <w:sz w:val="20"/>
        </w:rPr>
        <w:t>35:46  meri samajh mein kuch nahi aa raha. to achaanak unhon ne bataya ke batao logon ko ke som to is liye hai ke logon ka mind trigger ho.</w:t>
      </w:r>
      <w:r>
        <w:br/>
      </w:r>
      <w:r>
        <w:rPr>
          <w:sz w:val="20"/>
        </w:rPr>
        <w:t>35:58  som jo hai, fast shock hai. yeh yeh sab log karein, is mein mushkil kya hai?</w:t>
      </w:r>
      <w:r>
        <w:br/>
      </w:r>
      <w:r>
        <w:rPr>
          <w:sz w:val="20"/>
        </w:rPr>
        <w:t>36:10  aamir mori sahib ne kashmir se apna comment bheja hai. unhon ne likha hai: "maulana sahib, your lectures are the source of mind triggering for all of us.</w:t>
      </w:r>
      <w:r>
        <w:br/>
      </w:r>
      <w:r>
        <w:rPr>
          <w:sz w:val="20"/>
        </w:rPr>
        <w:t>36:21  whenever we listen to you, we feel more connected to god.</w:t>
      </w:r>
    </w:p>
    <w:p>
      <w:pPr>
        <w:pStyle w:val="Heading2"/>
      </w:pPr>
      <w:r>
        <w:t>Avoiding Negative Response and Staying Positive</w:t>
      </w:r>
    </w:p>
    <w:p>
      <w:r>
        <w:rPr>
          <w:color w:val="666666"/>
          <w:sz w:val="18"/>
        </w:rPr>
        <w:t>Life &amp; Wisdom · The Expression of Faith (Izhar e Deen) September 1, 2013 · 2m 24s · at 1:19:07 · https://youtu.be/muBDJ8a_8-0?t=4747</w:t>
      </w:r>
    </w:p>
    <w:p>
      <w:r>
        <w:rPr>
          <w:i/>
        </w:rPr>
        <w:t>“How can I avoid negative response and maintain my positive frame of mind?”</w:t>
      </w:r>
    </w:p>
    <w:p>
      <w:r>
        <w:rPr>
          <w:sz w:val="20"/>
        </w:rPr>
        <w:t>1:19:07  maulana agla sawal Mumbai se hai, Mr Ravi Prakash ka. unhon ne likha hai: "maulana, please tell me how can I avoid negative response and maintain my positive frame of mind?" dekhein,</w:t>
      </w:r>
      <w:r>
        <w:br/>
      </w:r>
      <w:r>
        <w:rPr>
          <w:sz w:val="20"/>
        </w:rPr>
        <w:t>1:19:26  doosre lafzon mein yeh hai realistic approach.</w:t>
      </w:r>
      <w:r>
        <w:br/>
      </w:r>
      <w:r>
        <w:rPr>
          <w:sz w:val="20"/>
        </w:rPr>
        <w:t>1:19:33  doosre lafzon mein isi ka naam hai realistic approach. kyunke jis duniya mein aap hain, is duniya mein har ek ko freedom mila hua hai.</w:t>
      </w:r>
      <w:r>
        <w:br/>
      </w:r>
      <w:r>
        <w:rPr>
          <w:sz w:val="20"/>
        </w:rPr>
        <w:t>1:19:45  to jab freedom mila hua hai to zahir hai ke woh kabhi proper use kare ga, kabhi misuse kare ga. to jab woh misuse kare ga to aap ke against mein jaye ga woh.</w:t>
      </w:r>
      <w:r>
        <w:br/>
      </w:r>
      <w:r>
        <w:rPr>
          <w:sz w:val="20"/>
        </w:rPr>
        <w:t>1:19:56  to aap negative ho jayenge.</w:t>
      </w:r>
      <w:r>
        <w:br/>
      </w:r>
      <w:r>
        <w:rPr>
          <w:sz w:val="20"/>
        </w:rPr>
        <w:t>1:20:00  You have to accept it as a reality.</w:t>
      </w:r>
      <w:r>
        <w:br/>
      </w:r>
      <w:r>
        <w:rPr>
          <w:sz w:val="20"/>
        </w:rPr>
        <w:t>1:20:03  This is the only answer. kyunke aap un ki freedom chheen nahi sakte. woh to creator ne diya hai. to jab un ki freedom ko chheen nahi sakte to aap yeh bhi nahi kar sakte ke woh misuse na karein.</w:t>
      </w:r>
      <w:r>
        <w:br/>
      </w:r>
      <w:r>
        <w:rPr>
          <w:sz w:val="20"/>
        </w:rPr>
        <w:t>1:20:17  misuse to karein ge woh. misuse karein ge to aap ko bura lage ga. to apne apne aap apna correction kijiye. kyunke Khuda ki scheme ko badal nahi sakte aap.</w:t>
      </w:r>
      <w:r>
        <w:br/>
      </w:r>
      <w:r>
        <w:rPr>
          <w:sz w:val="20"/>
        </w:rPr>
        <w:t>1:20:29  You cannot change the Christian plan of God. woh to rahega apni jagah par. When you are not in a position to change the Christian plan of God, you are also not in a position to abolish the people's freedom.</w:t>
      </w:r>
      <w:r>
        <w:br/>
      </w:r>
      <w:r>
        <w:rPr>
          <w:sz w:val="20"/>
        </w:rPr>
        <w:t>1:20:48  is liye aap ko kya karna hai? You have to accept it as a reality.</w:t>
      </w:r>
      <w:r>
        <w:br/>
      </w:r>
      <w:r>
        <w:rPr>
          <w:sz w:val="20"/>
        </w:rPr>
        <w:t>1:20:56  jaise hi aap samjhenge ke bhai yeh to reality hai, foran aap is ko merge kar payenge. negative thought ko merge karne ka ek hi rasta hai ke aap samjhe yeh is baat ko samjh samjh payen ke yeh to reality hai.</w:t>
      </w:r>
      <w:r>
        <w:br/>
      </w:r>
      <w:r>
        <w:rPr>
          <w:sz w:val="20"/>
        </w:rPr>
        <w:t>1:21:09  hum kai ab to lad nahi sakte is se.</w:t>
      </w:r>
      <w:r>
        <w:br/>
      </w:r>
      <w:r>
        <w:rPr>
          <w:sz w:val="20"/>
        </w:rPr>
        <w:t>1:21:15  to sab se bari cheez hai realistic approach.</w:t>
      </w:r>
      <w:r>
        <w:br/>
      </w:r>
      <w:r>
        <w:rPr>
          <w:sz w:val="20"/>
        </w:rPr>
        <w:t>1:21:19  jitna zyada aayega realistic approach, utne zyada aadmi ke andar positive thinking aa jayegi.</w:t>
      </w:r>
    </w:p>
    <w:p>
      <w:pPr>
        <w:pStyle w:val="Heading2"/>
      </w:pPr>
      <w:r>
        <w:t>Avoiding complaints without conflict</w:t>
      </w:r>
    </w:p>
    <w:p>
      <w:r>
        <w:rPr>
          <w:color w:val="666666"/>
          <w:sz w:val="18"/>
        </w:rPr>
        <w:t>Life &amp; Wisdom · Peace of Mind June 29, 2014 · 9m 28s · at 1:08:23 · https://youtu.be/oVwRc_FcAGk?t=4103</w:t>
      </w:r>
    </w:p>
    <w:p>
      <w:r>
        <w:rPr>
          <w:i/>
        </w:rPr>
        <w:t>“Complaints will always come. But can complaints be avoided in such a way that in situations and challenges a person faces, he does not take the objective in a way that creates conflict? Meaning avoid taking two objectives in a situation where conflict can arise.”</w:t>
      </w:r>
    </w:p>
    <w:p>
      <w:r>
        <w:rPr>
          <w:sz w:val="20"/>
        </w:rPr>
        <w:t>1:08:23  Molana, agla sawal Tariq Badar sahab ne kiya hai Pakistan se, aur unhone aap se pucha hai ke Molana, jo aaj ka aap ka lecture tha shikayat ko le ke, to woh yeh janna chahte hain, woh woh keh rahe hain ke complaints jo hain woh hamesha aati rahengi.</w:t>
      </w:r>
      <w:r>
        <w:br/>
      </w:r>
      <w:r>
        <w:rPr>
          <w:sz w:val="20"/>
        </w:rPr>
        <w:t>1:08:43  lekin kya is tarike se complaints ko avoid kiya ja sakta hai ke woh aisi situations aur challenges jo insan face karta hai, woh is mein jo objective hai, woh is tarike ka na len jo conflict create kare?</w:t>
      </w:r>
      <w:r>
        <w:br/>
      </w:r>
      <w:r>
        <w:rPr>
          <w:sz w:val="20"/>
        </w:rPr>
        <w:t>1:09:00  matlab avoid taking two objectives in a situation where conflict can arise. koi if and but nahin chalenge, aap yad rakhiye, shikayat ke mamle mein main bahut sakht hoon.</w:t>
      </w:r>
      <w:r>
        <w:br/>
      </w:r>
      <w:r>
        <w:rPr>
          <w:sz w:val="20"/>
        </w:rPr>
        <w:t>1:09:12  koi kandishan nahin, koi af and bat nahin. shikayat ke mamle hi ka aap self calling. karasi ke ji, aisi shikayat aur waisi shikayat, yeh sab mere dekh bilkul yani in realistic approach hai, chalne wala nahin,</w:t>
      </w:r>
      <w:r>
        <w:br/>
      </w:r>
      <w:r>
        <w:rPr>
          <w:sz w:val="20"/>
        </w:rPr>
        <w:t>1:09:28  chalne wala nahin.</w:t>
      </w:r>
      <w:r>
        <w:br/>
      </w:r>
      <w:r>
        <w:rPr>
          <w:sz w:val="20"/>
        </w:rPr>
        <w:t>1:09:33  main aap ko ek misal deta hoon ke rasul allah ne</w:t>
      </w:r>
      <w:r>
        <w:br/>
      </w:r>
      <w:r>
        <w:rPr>
          <w:sz w:val="20"/>
        </w:rPr>
        <w:t>1:09:40  wahan par yani hijrat ke baad ek ladai hui thi, us ko kehte hain ghazva hunain. ghazva hunain mein us zamane mein woh tarika nahin tha, fauj ko siran nahin milti thi.</w:t>
      </w:r>
      <w:r>
        <w:br/>
      </w:r>
      <w:r>
        <w:rPr>
          <w:sz w:val="20"/>
        </w:rPr>
        <w:t>1:09:55  ji,</w:t>
      </w:r>
      <w:r>
        <w:br/>
      </w:r>
      <w:r>
        <w:rPr>
          <w:sz w:val="20"/>
        </w:rPr>
        <w:t>1:09:56  jang ke baad jo baligh ummat milta tha, wahi bant ke aata tha. to aap batayein ke woh ghazwa hunain hua, is mein muhajir aur ansar ke do guru the, wahan par dono shareek hue, dono ne larr kar ke jang jeeti.</w:t>
      </w:r>
      <w:r>
        <w:br/>
      </w:r>
      <w:r>
        <w:rPr>
          <w:sz w:val="20"/>
        </w:rPr>
        <w:t>1:10:12  lekin rasool Allah ne jo taqseem ki to muhajir ko diya aur ansar ko nahi diya. yani woh musalman jo makka se aaye the, un ko muhajir kaha jata hai,</w:t>
      </w:r>
      <w:r>
        <w:br/>
      </w:r>
      <w:r>
        <w:rPr>
          <w:sz w:val="20"/>
        </w:rPr>
        <w:t>1:10:24  jo madine ke local the, un ko ansar kaha jata hai. to is par cheh magoyan huien, wahan par ansar ke darmiyan cheh magoyan huien ke bhai yeh kya mamla hai ke muzahir ko is ko de diya, yani mujhe mujhe muhajireen ko aur is ko nahi diya.</w:t>
      </w:r>
      <w:r>
        <w:br/>
      </w:r>
      <w:r>
        <w:rPr>
          <w:sz w:val="20"/>
        </w:rPr>
        <w:t>1:10:47  aur ek bohat zabardast taqreer hazrat hazrat rasool Allah ne ki thi wahan par, woh aap padhiye. lekin koi is mein is taqreer mein aap jo rasool Allah ke masterpiece taqreer samani aati hai, woh jo rasool Allah bolay the wahan.</w:t>
      </w:r>
      <w:r>
        <w:br/>
      </w:r>
      <w:r>
        <w:rPr>
          <w:sz w:val="20"/>
        </w:rPr>
        <w:t>1:11:06  lekin aap sab se aham baat yeh hai is mein ke koi tajziya nahi, koi is ka yani is ka koi tawjeeh nahi ke kyun aisa kiya,</w:t>
      </w:r>
      <w:r>
        <w:br/>
      </w:r>
      <w:r>
        <w:rPr>
          <w:sz w:val="20"/>
        </w:rPr>
        <w:t>1:11:16  aisa nahi hai is mein kuch. is ko yani bypass kar ke is mein rasool Allah sallallahu alaihi wasallam ne bolay the jo jo taqreer hai.</w:t>
      </w:r>
      <w:r>
        <w:br/>
      </w:r>
      <w:r>
        <w:rPr>
          <w:sz w:val="20"/>
        </w:rPr>
        <w:t>1:11:29  to yeh tareeqa hi nahi islam ka shikayaton par jo. baz auqat aisa kare, mere nazdeek woh animal level hai, is ka animal level hai. kyunke insani zindagi mein shikayatein kabhi khatam nahi ho sakti, khatam hi nahi ho sakti kabhi bhi.</w:t>
      </w:r>
      <w:r>
        <w:br/>
      </w:r>
      <w:r>
        <w:rPr>
          <w:sz w:val="20"/>
        </w:rPr>
        <w:t>1:11:44  impaas bolay ke shikayatein khatam hon to aap chahein ke koi wazahat kare to khatam ho jayegi. to aap zindagi ko jante nahi hain. kabhi tareekh mein aisa nahi hua ke wazahatton se zid shikayatein khatam hui hon.</w:t>
      </w:r>
      <w:r>
        <w:br/>
      </w:r>
      <w:r>
        <w:rPr>
          <w:sz w:val="20"/>
        </w:rPr>
        <w:t>1:11:57  shikayat hi aadmi khud khatam karega, nahi khatam karega. rasool Allah ki ek taqreer ko masterpiece taqreer mana jata hai aur bari ajeeb taqreer hai, woh hunain ke baad ki thi.</w:t>
      </w:r>
      <w:r>
        <w:br/>
      </w:r>
      <w:r>
        <w:rPr>
          <w:sz w:val="20"/>
        </w:rPr>
        <w:t>1:12:07  lekin sab se aham baat is mein yeh hai ke aap nahi bata sakte ke rasool Allah ne is mein in shikayaton ka tajziya kiya,</w:t>
      </w:r>
      <w:r>
        <w:br/>
      </w:r>
      <w:r>
        <w:rPr>
          <w:sz w:val="20"/>
        </w:rPr>
        <w:t>1:12:14  shikayaton ka yeh wazahat ki, kuch bhi nahi hai. shikayaton ko bypass kar ke aap ne ek taqreer ki hai. islam ka ek tareeqa yeh nahi ke shikayaton ko le kar baatein ki jayen aur wazahat ki jaye.</w:t>
      </w:r>
      <w:r>
        <w:br/>
      </w:r>
      <w:r>
        <w:rPr>
          <w:sz w:val="20"/>
        </w:rPr>
        <w:t>1:12:28  arey bhai yeh nahi hai, woh nahi hai, woh yeh nahi hai, woh yeh nahi hai, woh yeh tareeqa nahi. yak tarfa hota hai, yani unilateral tor par aap ko shikayat ko kill karna padega, nahi to islam se yani islam ke siwa ek aur deen aap ikhtiyar kar li jiye.</w:t>
      </w:r>
      <w:r>
        <w:br/>
      </w:r>
      <w:r>
        <w:rPr>
          <w:sz w:val="20"/>
        </w:rPr>
        <w:t>1:12:43  islam mein to yahi hai.</w:t>
      </w:r>
      <w:r>
        <w:br/>
      </w:r>
      <w:r>
        <w:rPr>
          <w:sz w:val="20"/>
        </w:rPr>
        <w:t>1:12:48  jis ko shakk ho, woh dobara ja kar ke padhe is taqreer ko. har kitab mein seerat ki har kitab maujood hoti hai. jab ansar ke darmiyan jab cheh magoyan huien ke yeh kya mamla hai ke muhajir ko de diya aur ansar ko diya nahi, bari cheh magoyan is mein huien thi.</w:t>
      </w:r>
      <w:r>
        <w:br/>
      </w:r>
      <w:r>
        <w:rPr>
          <w:sz w:val="20"/>
        </w:rPr>
        <w:t>1:13:05  wahan par is par rasool Allah sallallahu alaihi wasallam ne bohat zabardast taqreer ki thi.</w:t>
      </w:r>
      <w:r>
        <w:br/>
      </w:r>
      <w:r>
        <w:rPr>
          <w:sz w:val="20"/>
        </w:rPr>
        <w:t>1:13:11  is taqreer mein mujhe koi bataye ke in shikayaton ka koi rasool Allah sallallahu alaihi wasallam ne koi woh tajziya kiya hai shikayaton ko door karne ke liye, koi is mein koi explain kiya hai, is ko kuch bhi nahi.</w:t>
      </w:r>
      <w:r>
        <w:br/>
      </w:r>
      <w:r>
        <w:rPr>
          <w:sz w:val="20"/>
        </w:rPr>
        <w:t>1:13:24  is ke is ko bypass kar ke aap ne taqreer ki thi. woh jin ko shakk ho, woh ja ke padhe aur agle sunday mein mujhe bataye.</w:t>
      </w:r>
      <w:r>
        <w:br/>
      </w:r>
      <w:r>
        <w:rPr>
          <w:sz w:val="20"/>
        </w:rPr>
        <w:t>1:13:33  jin ko shakk ho is baat par, woh is taqreer ko ja kar padhe aur agle sunday mein mujhe bataye ke rasool Allah ne aap kaise kehte hain, rasool Allah ne shikayaton ki wazahat ki, shikayaton ka tajziya kiya, analysis kiya, is ko aisa kuch bhi nahi.</w:t>
      </w:r>
      <w:r>
        <w:br/>
      </w:r>
      <w:r>
        <w:rPr>
          <w:sz w:val="20"/>
        </w:rPr>
        <w:t>1:13:45  shikayaton ko bypass kiya rasool Allah ne aur ek usooli baat kahi is mein. jis ko shakk ho, mujhe agle sunday mein is ka bataye, mujhe is ka reference</w:t>
      </w:r>
      <w:r>
        <w:br/>
      </w:r>
      <w:r>
        <w:rPr>
          <w:sz w:val="20"/>
        </w:rPr>
        <w:t>1:13:57  . to behal main aql ki roshni mein, apne tajrube ki roshni mein aur quran o hadees ki roshni mein yeh samjha hoon ke shikayat ko khud hi khud kill kijiye.</w:t>
      </w:r>
      <w:r>
        <w:br/>
      </w:r>
      <w:r>
        <w:rPr>
          <w:sz w:val="20"/>
        </w:rPr>
        <w:t>1:14:07  shikayat ki pooch bas pooch gach mat kijiye, wazahat mat mangiye. wazahat kyunke wazahat se kabhi shikayat khatam nahi hoti. apne iman ki hifazat ke liye, apne iman ki hifazat ke liye aap shikayat ko khud khatam kijiye,</w:t>
      </w:r>
      <w:r>
        <w:br/>
      </w:r>
      <w:r>
        <w:rPr>
          <w:sz w:val="20"/>
        </w:rPr>
        <w:t>1:14:22  nahi to aap ka iman hi mujtaba ho jayega Allah ke nazdeek. agar kisi ko shakk ho to mujhe bataye ke ke is ke siwa tareeqa tha rasool Allah ka, yani shikayaton ko le kar wazahat karna, use behas karna.</w:t>
      </w:r>
      <w:r>
        <w:br/>
      </w:r>
      <w:r>
        <w:rPr>
          <w:sz w:val="20"/>
        </w:rPr>
        <w:t>1:14:34  arey yeh nahi, woh yeh nahi, woh yeh nahi, woh mujhe koi waqea bataya jaye,</w:t>
      </w:r>
      <w:r>
        <w:br/>
      </w:r>
      <w:r>
        <w:rPr>
          <w:sz w:val="20"/>
        </w:rPr>
        <w:t>1:14:40  kuch nahi. shikayat ka wahi wal qazi balghiz, andar andar andar idhar kill karna.</w:t>
      </w:r>
      <w:r>
        <w:br/>
      </w:r>
      <w:r>
        <w:rPr>
          <w:sz w:val="20"/>
        </w:rPr>
        <w:t>1:14:52  wa alqazi bilghaiẓ, wlafīn alnās, do lafzon mein sari baat hai, yaani insān ki nisbat se isko, yaani isko koi masla hi na banānā.</w:t>
      </w:r>
      <w:r>
        <w:br/>
      </w:r>
      <w:r>
        <w:rPr>
          <w:sz w:val="20"/>
        </w:rPr>
        <w:t>1:15:05  aafīn alnās ke ma'ni, isko isko koi ishu na banānā,</w:t>
      </w:r>
      <w:r>
        <w:br/>
      </w:r>
      <w:r>
        <w:rPr>
          <w:sz w:val="20"/>
        </w:rPr>
        <w:t>1:15:09  insān ki nisbat se isko ishu na banānā aur apnī nisbat se khud hi khud isko, yaani andar andar isko manage kar len.</w:t>
      </w:r>
      <w:r>
        <w:br/>
      </w:r>
      <w:r>
        <w:rPr>
          <w:sz w:val="20"/>
        </w:rPr>
        <w:t>1:15:21  yeh yeh do tukṛe jo hain is āyat ke hain, bahut aham hain. Waqazi bilghaiẓ, wlafīn alnās, kyunkē lafẓī tarjumā yeh hai ke ghusse ko pī jānē wālē aur logon ko maaf kar dēnē wālē.</w:t>
      </w:r>
      <w:r>
        <w:br/>
      </w:r>
      <w:r>
        <w:rPr>
          <w:sz w:val="20"/>
        </w:rPr>
        <w:t>1:15:37  is ka matlab kya hua?</w:t>
      </w:r>
      <w:r>
        <w:br/>
      </w:r>
      <w:r>
        <w:rPr>
          <w:sz w:val="20"/>
        </w:rPr>
        <w:t>1:15:39  matlab yeh hua ke ke in ka rawaiyya apnē bārē mein yeh hotā hai ke ghusse ko andar hi andar manage kartē hain. Woh ghusse ko discussion ka mauzū' nahin banātē, andar andar manage kar ke diffuse kar dētē hain, diffuse kar dētē hain.</w:t>
      </w:r>
      <w:r>
        <w:br/>
      </w:r>
      <w:r>
        <w:rPr>
          <w:sz w:val="20"/>
        </w:rPr>
        <w:t>1:15:55  aur dūsrā tukṛe ka matlab yeh hai ke in ki taraf repress nahin kartē,</w:t>
      </w:r>
      <w:r>
        <w:br/>
      </w:r>
      <w:r>
        <w:rPr>
          <w:sz w:val="20"/>
        </w:rPr>
        <w:t>1:16:02  dūsrē par ḍāltē nahin, balkē balkē is ko woh kartē hain, yaani ignore kartē hain.</w:t>
      </w:r>
      <w:r>
        <w:br/>
      </w:r>
      <w:r>
        <w:rPr>
          <w:sz w:val="20"/>
        </w:rPr>
        <w:t>1:16:13  dūsrōn ki nisbat se repress na karnā, apnī nisbat se self management, yeh yeh main ne pāyā hai Qur'ān o ḥadīth mein.</w:t>
      </w:r>
      <w:r>
        <w:br/>
      </w:r>
      <w:r>
        <w:rPr>
          <w:sz w:val="20"/>
        </w:rPr>
        <w:t>1:16:22  aur jo shikāyaton ke bārē mein chāhtā hai ke shikāyaton ke ke bas kyā jāē, is ko explain kyā jāē, is ka analysis kyā jāē,</w:t>
      </w:r>
      <w:r>
        <w:br/>
      </w:r>
      <w:r>
        <w:rPr>
          <w:sz w:val="20"/>
        </w:rPr>
        <w:t>1:16:29  main samajhtā hoon ke woh na zindagī ko jāntā hai, na Qur'ān ko, na kisi chīz ko jāntā hai. Woh na zindagī ko jāntā, na Qur'ān ko jāntā, na hān, na Rasūl Allāh ko, aṣḥāb ko se wāqif hai.</w:t>
      </w:r>
      <w:r>
        <w:br/>
      </w:r>
      <w:r>
        <w:rPr>
          <w:sz w:val="20"/>
        </w:rPr>
        <w:t>1:16:42  woh bilkul bekhabar hai. Merā apnā apnē muta'alliq roshnī mein yahī ehsās hai.</w:t>
      </w:r>
      <w:r>
        <w:br/>
      </w:r>
      <w:r>
        <w:rPr>
          <w:sz w:val="20"/>
        </w:rPr>
        <w:t>1:16:52  Maulānā, ek comment paṛhnā chāhēṅ</w:t>
      </w:r>
      <w:r>
        <w:br/>
      </w:r>
      <w:r>
        <w:rPr>
          <w:sz w:val="20"/>
        </w:rPr>
        <w:t>1:16:54  gē jo Maulānā Abdul Bāsiṭ 'Umarī ne bhejā hai, Dūḥa, Qaṭar se, aur unhon ne likhā hai: "Maulānā, main kal kal yahī bāt soch rahā thā ke AlRisāla mission samajhnē ke bād rūḥānī taur par bahut ajīb ajīb tajrubaat mujhe milē aur mil rahē hain,</w:t>
      </w:r>
      <w:r>
        <w:br/>
      </w:r>
      <w:r>
        <w:rPr>
          <w:sz w:val="20"/>
        </w:rPr>
        <w:t>1:17:17  jaisē inspiration ka masla. Yeh bāt main ne pahlī bār AlRisāla mission ko jānnē ke bād jānnā.</w:t>
      </w:r>
      <w:r>
        <w:br/>
      </w:r>
      <w:r>
        <w:rPr>
          <w:sz w:val="20"/>
        </w:rPr>
        <w:t>1:17:25  mislan naī naī bātēñ darayāft honā, Qur'ān aur ḥadīth ki koi bāt samajh mein ānā, is ko lē kar jab hum sōchtē hain to humēñ naī naī bātēñ samajh mein ātī hain, hamārā zehn khultā hai waghaireh.</w:t>
      </w:r>
      <w:r>
        <w:br/>
      </w:r>
      <w:r>
        <w:rPr>
          <w:sz w:val="20"/>
        </w:rPr>
        <w:t>1:17:40  Allāh ka sab se baṛā ehsān hai ke is ne mujhe AlRisāla mission ki daryāft karā dī."</w:t>
      </w:r>
    </w:p>
    <w:p>
      <w:pPr>
        <w:pStyle w:val="Heading2"/>
      </w:pPr>
      <w:r>
        <w:t>Avoiding distractions and staying focused</w:t>
      </w:r>
    </w:p>
    <w:p>
      <w:r>
        <w:rPr>
          <w:color w:val="666666"/>
          <w:sz w:val="18"/>
        </w:rPr>
        <w:t>Life &amp; Wisdom · The Importance of the Quran May 15, 2016 Maulana Wahiduddin Khan · 50s · at 1:01:36 · https://youtu.be/9a-OOUR_bLg?t=3696</w:t>
      </w:r>
    </w:p>
    <w:p>
      <w:r>
        <w:rPr>
          <w:i/>
        </w:rPr>
        <w:t>“How to avoid distractions of the world and be focused?”</w:t>
      </w:r>
    </w:p>
    <w:p>
      <w:r>
        <w:rPr>
          <w:sz w:val="20"/>
        </w:rPr>
        <w:t>1:01:36  ji, maulana, agla sawal rizwan sahib ne bheja hai. unhon ne location nahi likhi hai. un ka sawal yeh hai ke how to avoid distractions of the world and be focused?</w:t>
      </w:r>
      <w:r>
        <w:br/>
      </w:r>
      <w:r>
        <w:rPr>
          <w:sz w:val="20"/>
        </w:rPr>
        <w:t>1:01:52  bhai, is ke liye aap ko apne apne andar yani disciplined thinking laani hogi. disciplined thinking yani munazzam andaaz mein sochna.</w:t>
      </w:r>
      <w:r>
        <w:br/>
      </w:r>
      <w:r>
        <w:rPr>
          <w:sz w:val="20"/>
        </w:rPr>
        <w:t>1:02:09  disciplined thinking aayegi to lazman is mein aayega ke ek focus ban jayega aap ka.</w:t>
      </w:r>
      <w:r>
        <w:br/>
      </w:r>
      <w:r>
        <w:rPr>
          <w:sz w:val="20"/>
        </w:rPr>
        <w:t>1:02:18  mera tajurba yahi hai.</w:t>
      </w:r>
    </w:p>
    <w:p>
      <w:pPr>
        <w:pStyle w:val="Heading2"/>
      </w:pPr>
      <w:r>
        <w:t>Avoiding emotional thinking, developing objective thinking</w:t>
      </w:r>
    </w:p>
    <w:p>
      <w:r>
        <w:rPr>
          <w:color w:val="666666"/>
          <w:sz w:val="18"/>
        </w:rPr>
        <w:t>Life &amp; Wisdom · Creative Solution or Ijtihadi Hal September 16, 2012 · 1m 23s · at 1:26:44 · https://youtu.be/yBKbiu0d_1A?t=5204</w:t>
      </w:r>
    </w:p>
    <w:p>
      <w:r>
        <w:rPr>
          <w:i/>
        </w:rPr>
        <w:t>“How can we avoid emotional thinking and develop objective thinking?”</w:t>
      </w:r>
    </w:p>
    <w:p>
      <w:r>
        <w:rPr>
          <w:sz w:val="20"/>
        </w:rPr>
        <w:t>1:26:44  maulana, agla sawal delhi se hai miss naghma siddiqui ka. unhone aapse poocha hai ke "how can we avoid emotional thinking and develop objective thinking?"</w:t>
      </w:r>
      <w:r>
        <w:br/>
      </w:r>
      <w:r>
        <w:rPr>
          <w:sz w:val="20"/>
        </w:rPr>
        <w:t>1:26:59  bhai, ab result ko dekhna parega.</w:t>
      </w:r>
      <w:r>
        <w:br/>
      </w:r>
      <w:r>
        <w:rPr>
          <w:sz w:val="20"/>
        </w:rPr>
        <w:t>1:27:02  emotional approach ya emotional thinking ka result hamesha ulta hota hai. kabhi bhi aisa nahi ho sakta ke aadmi, yaani jazbat mein aa kar koi karwai kare aur is ka acha result nikle.</w:t>
      </w:r>
      <w:r>
        <w:br/>
      </w:r>
      <w:r>
        <w:rPr>
          <w:sz w:val="20"/>
        </w:rPr>
        <w:t>1:27:19  aisa kabhi hua nahi, na ho sakta hai. to aadmi apni aql ko istemal kare ke jab jazbati karwai ka result ulta niklta hai to hum kyun jazbati banein?</w:t>
      </w:r>
      <w:r>
        <w:br/>
      </w:r>
      <w:r>
        <w:rPr>
          <w:sz w:val="20"/>
        </w:rPr>
        <w:t>1:27:32  to aap soch se hi apne jazbat ko control kar sakte hain. soch se aur soch ko, aur yaani soch hona chahiye result ko le kar ke.</w:t>
      </w:r>
      <w:r>
        <w:br/>
      </w:r>
      <w:r>
        <w:rPr>
          <w:sz w:val="20"/>
        </w:rPr>
        <w:t>1:27:44  result ko le kar sochna chahiye. yeh nahi ke bas, yaani koi waqia suna aur bhadak kar ke lage karwai karne.</w:t>
      </w:r>
      <w:r>
        <w:br/>
      </w:r>
      <w:r>
        <w:rPr>
          <w:sz w:val="20"/>
        </w:rPr>
        <w:t>1:27:57  in every situation you have to see the result.</w:t>
      </w:r>
      <w:r>
        <w:br/>
      </w:r>
      <w:r>
        <w:rPr>
          <w:sz w:val="20"/>
        </w:rPr>
        <w:t>1:28:00  jab bhi aadmi result ko le kar sochega to pacify ho jayega.</w:t>
      </w:r>
    </w:p>
    <w:p>
      <w:pPr>
        <w:pStyle w:val="Heading2"/>
      </w:pPr>
      <w:r>
        <w:t>Avoiding emotional thinking, developing objective thinking</w:t>
      </w:r>
    </w:p>
    <w:p>
      <w:r>
        <w:rPr>
          <w:color w:val="666666"/>
          <w:sz w:val="18"/>
        </w:rPr>
        <w:t>Life &amp; Wisdom · Creative Solution or Ijtihadi Hul 16th Sep '12 SLOW · 1m 11s · at 1:30:05 · https://youtu.be/Ri7r6K65b2Y?t=5405</w:t>
      </w:r>
    </w:p>
    <w:p>
      <w:r>
        <w:rPr>
          <w:i/>
        </w:rPr>
        <w:t>“How can we avoid emotional thinking and develop objective thinking?”</w:t>
      </w:r>
    </w:p>
    <w:p>
      <w:r>
        <w:rPr>
          <w:sz w:val="20"/>
        </w:rPr>
        <w:t>1:30:05  aap maulana, agla sawal dilli se hai miss naghma siddiqui ka.</w:t>
      </w:r>
      <w:r>
        <w:br/>
      </w:r>
      <w:r>
        <w:rPr>
          <w:sz w:val="20"/>
        </w:rPr>
        <w:t>1:30:10  انہوں نے آپ سے پوچھا ہے کہ "How can we avoid emotional thinking and develop objective thinking?" بھئی،</w:t>
      </w:r>
      <w:r>
        <w:br/>
      </w:r>
      <w:r>
        <w:rPr>
          <w:sz w:val="20"/>
        </w:rPr>
        <w:t>1:30:18  ab result ko dekhna parega.</w:t>
      </w:r>
      <w:r>
        <w:br/>
      </w:r>
      <w:r>
        <w:rPr>
          <w:sz w:val="20"/>
        </w:rPr>
        <w:t>1:30:20  emotional approach ya emotional thinking ka result hamesha ulta hota hai.</w:t>
      </w:r>
      <w:r>
        <w:br/>
      </w:r>
      <w:r>
        <w:rPr>
          <w:sz w:val="20"/>
        </w:rPr>
        <w:t>1:30:25  kabhi bhi aisa nahin ho sakta ke aadmi, yani jazbat mein aa kar koi karrawai kare aur is</w:t>
      </w:r>
      <w:r>
        <w:br/>
      </w:r>
      <w:r>
        <w:rPr>
          <w:sz w:val="20"/>
        </w:rPr>
        <w:t>1:30:33  ka acha result nikle.</w:t>
      </w:r>
      <w:r>
        <w:br/>
      </w:r>
      <w:r>
        <w:rPr>
          <w:sz w:val="20"/>
        </w:rPr>
        <w:t>1:30:35  aisa kabhi hua nahin, na ho sakta hai.</w:t>
      </w:r>
      <w:r>
        <w:br/>
      </w:r>
      <w:r>
        <w:rPr>
          <w:sz w:val="20"/>
        </w:rPr>
        <w:t>1:30:38  to aadmi apni aql ko istemal kare ke jab jazbati karrawai ka result ulta nikalta hai to hum</w:t>
      </w:r>
      <w:r>
        <w:br/>
      </w:r>
      <w:r>
        <w:rPr>
          <w:sz w:val="20"/>
        </w:rPr>
        <w:t>1:30:46  kyun jazbati bainen? to aap soch se hi apne jazbat ko control kar sakte hain.</w:t>
      </w:r>
      <w:r>
        <w:br/>
      </w:r>
      <w:r>
        <w:rPr>
          <w:sz w:val="20"/>
        </w:rPr>
        <w:t>1:30:52  soch se aur soch ko, yani soch hona chahiye result ko le kar ke.</w:t>
      </w:r>
      <w:r>
        <w:br/>
      </w:r>
      <w:r>
        <w:rPr>
          <w:sz w:val="20"/>
        </w:rPr>
        <w:t>1:30:58  result ko le kar sochna chahiye.</w:t>
      </w:r>
      <w:r>
        <w:br/>
      </w:r>
      <w:r>
        <w:rPr>
          <w:sz w:val="20"/>
        </w:rPr>
        <w:t>1:31:01  yeh nahi ke bas, yani koi waqia suna aur bhadak kar ke lage karwai karne.</w:t>
      </w:r>
      <w:r>
        <w:br/>
      </w:r>
      <w:r>
        <w:rPr>
          <w:sz w:val="20"/>
        </w:rPr>
        <w:t>1:31:07  In every situation you have to see the result.</w:t>
      </w:r>
      <w:r>
        <w:br/>
      </w:r>
      <w:r>
        <w:rPr>
          <w:sz w:val="20"/>
        </w:rPr>
        <w:t>1:31:11  jab bhi aadmi result ko le kar sochega to pacify ho jayega.</w:t>
      </w:r>
    </w:p>
    <w:p>
      <w:pPr>
        <w:pStyle w:val="Heading2"/>
      </w:pPr>
      <w:r>
        <w:t>Avoiding intellectual fallacies for CPS Mission</w:t>
      </w:r>
    </w:p>
    <w:p>
      <w:r>
        <w:rPr>
          <w:color w:val="666666"/>
          <w:sz w:val="18"/>
        </w:rPr>
        <w:t>Life &amp; Wisdom · Divine Help January 04, 2015 · 1m 54s · at 1:04:37 · https://youtu.be/IsFIb5jI5u8?t=3877</w:t>
      </w:r>
    </w:p>
    <w:p>
      <w:r>
        <w:rPr>
          <w:i/>
        </w:rPr>
        <w:t>“What should the people of the CPS Mission do to avoid intellectual fallacies? Please guide.”</w:t>
      </w:r>
    </w:p>
    <w:p>
      <w:r>
        <w:rPr>
          <w:sz w:val="20"/>
        </w:rPr>
        <w:t>1:04:37  maulana, agla sawal maulana iqbal umri ne bheja hai tamil nadu se aur unhone likha hai ke</w:t>
      </w:r>
      <w:r>
        <w:br/>
      </w:r>
      <w:r>
        <w:rPr>
          <w:sz w:val="20"/>
        </w:rPr>
        <w:t>1:04:43  maulana fikri mughalaton se bachne ke liye cps mission ke logon ko kya karna hoga? is</w:t>
      </w:r>
      <w:r>
        <w:br/>
      </w:r>
      <w:r>
        <w:rPr>
          <w:sz w:val="20"/>
        </w:rPr>
        <w:t>1:04:48  ki rehnumai karen.</w:t>
      </w:r>
      <w:r>
        <w:br/>
      </w:r>
      <w:r>
        <w:rPr>
          <w:sz w:val="20"/>
        </w:rPr>
        <w:t>1:04:54  sirf ek kaam ke jo kitaben chhapi hain, us ko study karna.</w:t>
      </w:r>
      <w:r>
        <w:br/>
      </w:r>
      <w:r>
        <w:rPr>
          <w:sz w:val="20"/>
        </w:rPr>
        <w:t>1:05:00  kal mere paas aaye ek sahab jo kashmir ke the aur der tak woh baaten karte rahe, woh</w:t>
      </w:r>
      <w:r>
        <w:br/>
      </w:r>
      <w:r>
        <w:rPr>
          <w:sz w:val="20"/>
        </w:rPr>
        <w:t>1:05:06  bohat zyada is ke fan hain, is ko bataya unhone magar un ki confusion tha un ke mind mein.</w:t>
      </w:r>
      <w:r>
        <w:br/>
      </w:r>
      <w:r>
        <w:rPr>
          <w:sz w:val="20"/>
        </w:rPr>
        <w:t>1:05:11  to main ne kaha aap kitaben to kam padhi hain aap ne aur apne ko is ka muwafiq</w:t>
      </w:r>
      <w:r>
        <w:br/>
      </w:r>
      <w:r>
        <w:rPr>
          <w:sz w:val="20"/>
        </w:rPr>
        <w:t>1:05:17  bata rahe hain.</w:t>
      </w:r>
      <w:r>
        <w:br/>
      </w:r>
      <w:r>
        <w:rPr>
          <w:sz w:val="20"/>
        </w:rPr>
        <w:t>1:05:23  to mein samajhta hoon ke CPS ke tamam logon ka pehla kaam hai ke hamari kitabon</w:t>
      </w:r>
      <w:r>
        <w:br/>
      </w:r>
      <w:r>
        <w:rPr>
          <w:sz w:val="20"/>
        </w:rPr>
        <w:t>1:05:29  ko bar bar parhein.</w:t>
      </w:r>
      <w:r>
        <w:br/>
      </w:r>
      <w:r>
        <w:rPr>
          <w:sz w:val="20"/>
        </w:rPr>
        <w:t>1:05:34  agar woh bar bar nahin parhein ge to confusion mein rahen ge aur mission ki guideline un ko</w:t>
      </w:r>
      <w:r>
        <w:br/>
      </w:r>
      <w:r>
        <w:rPr>
          <w:sz w:val="20"/>
        </w:rPr>
        <w:t>1:05:40  nahin mile gi ke kaise mission ka kaam karein.</w:t>
      </w:r>
      <w:r>
        <w:br/>
      </w:r>
      <w:r>
        <w:rPr>
          <w:sz w:val="20"/>
        </w:rPr>
        <w:t>1:05:46  mein samajhta hoon ke log is ki ahmiyat nahin samajhte ke risala monthly ko baqayda parhein, speech of</w:t>
      </w:r>
      <w:r>
        <w:br/>
      </w:r>
      <w:r>
        <w:rPr>
          <w:sz w:val="20"/>
        </w:rPr>
        <w:t>1:05:52  Islam ko baqayda parhein, hamari jo kitabein hain, is ko bohat hi baqayda parhein.</w:t>
      </w:r>
      <w:r>
        <w:br/>
      </w:r>
      <w:r>
        <w:rPr>
          <w:sz w:val="20"/>
        </w:rPr>
        <w:t>1:05:57  jab tak aap is tarah nahin karein ge, aap ka mind tayyar nahin hoga, aap prepared mind nahin</w:t>
      </w:r>
      <w:r>
        <w:br/>
      </w:r>
      <w:r>
        <w:rPr>
          <w:sz w:val="20"/>
        </w:rPr>
        <w:t>1:06:03  banen ge to aap kaam kaise karein ge? is ka koi alternative nahin hai, is ka koi doosra</w:t>
      </w:r>
      <w:r>
        <w:br/>
      </w:r>
      <w:r>
        <w:rPr>
          <w:sz w:val="20"/>
        </w:rPr>
        <w:t>1:06:09  option nahin hai.</w:t>
      </w:r>
      <w:r>
        <w:br/>
      </w:r>
      <w:r>
        <w:rPr>
          <w:sz w:val="20"/>
        </w:rPr>
        <w:t>1:06:15  har aadmi ko chahiye, hamare jitne bhi saathi hain ke woh yeh kaam karein ke risala monthly Urdu</w:t>
      </w:r>
      <w:r>
        <w:br/>
      </w:r>
      <w:r>
        <w:rPr>
          <w:sz w:val="20"/>
        </w:rPr>
        <w:t>1:06:20  ko regular tareeqe se parhein, speech of Islam ko baqayda parhein, har mahine mein hamari kitabon ka mutala</w:t>
      </w:r>
      <w:r>
        <w:br/>
      </w:r>
      <w:r>
        <w:rPr>
          <w:sz w:val="20"/>
        </w:rPr>
        <w:t>1:06:26  karein, warna woh kaam ko sahi dhang par nahin kar sakein ge.</w:t>
      </w:r>
    </w:p>
    <w:p>
      <w:pPr>
        <w:pStyle w:val="Heading2"/>
      </w:pPr>
      <w:r>
        <w:t>Awareness of life's temporary nature</w:t>
      </w:r>
    </w:p>
    <w:p>
      <w:r>
        <w:rPr>
          <w:color w:val="666666"/>
          <w:sz w:val="18"/>
        </w:rPr>
        <w:t>Life &amp; Wisdom · Materialism and Intellectual Dwarfism 29th April 2012 · 2m 05s · at 1:03:47 · https://youtu.be/qHzARL_r3I4?t=3827</w:t>
      </w:r>
    </w:p>
    <w:p>
      <w:r>
        <w:rPr>
          <w:i/>
        </w:rPr>
        <w:t>“Why are so few people aware of the temporary and uncertain nature of life?”</w:t>
      </w:r>
    </w:p>
    <w:p>
      <w:r>
        <w:rPr>
          <w:sz w:val="20"/>
        </w:rPr>
        <w:t>1:03:47  Maulana, agla sawal hai Mr Ashish Tiwari ka. unhon ne Kanpur se likha hai. unhon ne sawal mein yeh likha hai: "Maulana! ke Man is a spiritual being undergoing a brief material experience.</w:t>
      </w:r>
      <w:r>
        <w:br/>
      </w:r>
      <w:r>
        <w:rPr>
          <w:sz w:val="20"/>
        </w:rPr>
        <w:t>1:04:03  He lives his life in a material bubble, considers himself the owner of the bubble and makes long-term plans.</w:t>
      </w:r>
      <w:r>
        <w:br/>
      </w:r>
      <w:r>
        <w:rPr>
          <w:sz w:val="20"/>
        </w:rPr>
        <w:t>1:04:12  But the day the bubble bursts, he is confronted with the reality of life. My question is: Why are so few people aware of the temporary and uncertain nature of life?</w:t>
      </w:r>
      <w:r>
        <w:br/>
      </w:r>
      <w:r>
        <w:rPr>
          <w:sz w:val="20"/>
        </w:rPr>
        <w:t>1:04:26  Why such forgetfulness in this age of information?"</w:t>
      </w:r>
      <w:r>
        <w:br/>
      </w:r>
      <w:r>
        <w:rPr>
          <w:sz w:val="20"/>
        </w:rPr>
        <w:t>1:04:33  kya kya just tell the question ka</w:t>
      </w:r>
      <w:r>
        <w:br/>
      </w:r>
      <w:r>
        <w:rPr>
          <w:sz w:val="20"/>
        </w:rPr>
        <w:t>1:04:36  Maulana woh wohi pooch rahe hain ke ah jo material experience jo insaan mehsoos karta hai woh temporary hai lekin woh is cheez ko Maulana understand nahi kar pata aaj ke information age pe to aisa kyun hai ke insaan is cheez ko nahi samajh pata ke marne ke baad jo reality of life hai us ke samne aney wali hai aur woh isi mein mubtala rehta hai is ka information age se koi taluq to mere samajh mein nahi aya</w:t>
      </w:r>
      <w:r>
        <w:br/>
      </w:r>
      <w:r>
        <w:rPr>
          <w:sz w:val="20"/>
        </w:rPr>
        <w:t>1:05:03  is ka talluq sirf is baat se hai ke jo cheez dikhai deti hai jis ko hum foran experience karte hain woh aadmi jald pakar leta hai is baat ko aur jo cheez soch kar janana hota hai jo hidden hai jo discovery kar ke pata hoti hai us se log bekhabar rehte hain</w:t>
      </w:r>
      <w:r>
        <w:br/>
      </w:r>
      <w:r>
        <w:rPr>
          <w:sz w:val="20"/>
        </w:rPr>
        <w:t>1:05:27  to quran mein jo hai ke yalamoon zaahir min al-hayat al-dunya ke zaahir hai jo dikhai deta hai jo abdulrab hai us us mein phanse rehte hain log aur doosri cheez jo soch kar janane wali hai to chunke aap ja kar koi istemal nahi karte to us se bekhabar rehte hain woh</w:t>
      </w:r>
      <w:r>
        <w:br/>
      </w:r>
      <w:r>
        <w:rPr>
          <w:sz w:val="20"/>
        </w:rPr>
        <w:t>1:05:48  yeh main samajhta hoon</w:t>
      </w:r>
    </w:p>
    <w:p>
      <w:pPr>
        <w:pStyle w:val="Heading2"/>
      </w:pPr>
      <w:r>
        <w:t>Balancing dawah and self study</w:t>
      </w:r>
    </w:p>
    <w:p>
      <w:r>
        <w:rPr>
          <w:color w:val="666666"/>
          <w:sz w:val="18"/>
        </w:rPr>
        <w:t>Life &amp; Wisdom · From The Spiritual Tree September 8, 2013 · 1m 21s · at 51:58 · https://youtu.be/Vv6vf2N8YQA?t=3118</w:t>
      </w:r>
    </w:p>
    <w:p>
      <w:r>
        <w:rPr>
          <w:i/>
        </w:rPr>
        <w:t>“Sometimes I find myself between two opposite demands. Whether to engage in a dawah activity or to engage in self study. Please guide how to balance between these conflicting but equally important tasks.”</w:t>
      </w:r>
    </w:p>
    <w:p>
      <w:r>
        <w:rPr>
          <w:sz w:val="20"/>
        </w:rPr>
        <w:t>51:58  Masha Allah. yeh agla sawal aaya hai Sajid Anwar Sahab Karar ki se.</w:t>
      </w:r>
      <w:r>
        <w:br/>
      </w:r>
      <w:r>
        <w:rPr>
          <w:sz w:val="20"/>
        </w:rPr>
        <w:t>52:04  yeh kehte hain Maulana Sometimes I find myself between two opposite demands. Whether to engage in a دعویٰ Activity or to engage in Self Study.</w:t>
      </w:r>
      <w:r>
        <w:br/>
      </w:r>
      <w:r>
        <w:rPr>
          <w:sz w:val="20"/>
        </w:rPr>
        <w:t>52:18  Please guide how to balance between these conflicting but equally important tasks.</w:t>
      </w:r>
      <w:r>
        <w:br/>
      </w:r>
      <w:r>
        <w:rPr>
          <w:sz w:val="20"/>
        </w:rPr>
        <w:t>52:29  dekhen is par to ab bahar se koi aap ko Advice nahi de</w:t>
      </w:r>
      <w:r>
        <w:br/>
      </w:r>
      <w:r>
        <w:rPr>
          <w:sz w:val="20"/>
        </w:rPr>
        <w:t>52:32  sakta. aap ko khud Manage karna parega. kyunke aadmi is dunya mein Different taqazon ke darmiyan jeeta hai.</w:t>
      </w:r>
      <w:r>
        <w:br/>
      </w:r>
      <w:r>
        <w:rPr>
          <w:sz w:val="20"/>
        </w:rPr>
        <w:t>52:41  yeh to har aadmi ko kai taqazon ke beech mein jeena parta. yeh to har aadmi ka mamla hai. to in sab mukhtalif taqazon ko hum kaise Manage karen?</w:t>
      </w:r>
      <w:r>
        <w:br/>
      </w:r>
      <w:r>
        <w:rPr>
          <w:sz w:val="20"/>
        </w:rPr>
        <w:t>52:51  yeh aadmi khud hi samajh sakta hai</w:t>
      </w:r>
      <w:r>
        <w:br/>
      </w:r>
      <w:r>
        <w:rPr>
          <w:sz w:val="20"/>
        </w:rPr>
        <w:t>52:53  ke woh kitna Sacrifice kar sakta hai. kitna bardasht kar sakta hai, kitna sabr kar sakta hai, kitna Afford kar sakta hai. yeh aadmi khud hi jaan sakta hai.</w:t>
      </w:r>
      <w:r>
        <w:br/>
      </w:r>
      <w:r>
        <w:rPr>
          <w:sz w:val="20"/>
        </w:rPr>
        <w:t>53:04  to aap khud apne halaat ke lehaaz se yaani koi formula nikaliye jis se aap manage kar saken.</w:t>
      </w:r>
      <w:r>
        <w:br/>
      </w:r>
      <w:r>
        <w:rPr>
          <w:sz w:val="20"/>
        </w:rPr>
        <w:t>53:13  hum bilkul specific tor par to hum kuch nahi kar sakte.</w:t>
      </w:r>
    </w:p>
    <w:p>
      <w:pPr>
        <w:pStyle w:val="Heading2"/>
      </w:pPr>
      <w:r>
        <w:t>Balancing dawah and self-study</w:t>
      </w:r>
    </w:p>
    <w:p>
      <w:r>
        <w:rPr>
          <w:color w:val="666666"/>
          <w:sz w:val="18"/>
        </w:rPr>
        <w:t>Life &amp; Wisdom · From the Spiritual Tree September 8, 2013 Maulana Wahiduddin Khan · 1m 13s · at 52:35 · https://youtu.be/y4bObH7a_64?t=3155</w:t>
      </w:r>
    </w:p>
    <w:p>
      <w:r>
        <w:rPr>
          <w:i/>
        </w:rPr>
        <w:t>“Sometimes I find myself between two opposite demands, whether to engage in a dawah activity and to engage in self-study. Please guide how to balance between these conflicting but equally important tasks.”</w:t>
      </w:r>
    </w:p>
    <w:p>
      <w:r>
        <w:rPr>
          <w:sz w:val="20"/>
        </w:rPr>
        <w:t>52:35  masha allah. yeh agla sawal aaya hai sajid anwar sahib ka rurki se. yeh kehte hain: "maulana sometimes i find myself between two opposite demands,</w:t>
      </w:r>
      <w:r>
        <w:br/>
      </w:r>
      <w:r>
        <w:rPr>
          <w:sz w:val="20"/>
        </w:rPr>
        <w:t>52:48  whether to engage in a dawah activity or to engage in self study. please guide how to balance between these conflicting but equally important tasks."</w:t>
      </w:r>
    </w:p>
    <w:p>
      <w:pPr>
        <w:pStyle w:val="Heading2"/>
      </w:pPr>
      <w:r>
        <w:t>Balancing housework and Islamic learning</w:t>
      </w:r>
    </w:p>
    <w:p>
      <w:r>
        <w:rPr>
          <w:color w:val="666666"/>
          <w:sz w:val="18"/>
        </w:rPr>
        <w:t>Life &amp; Wisdom · Paradise September 18, 2016 · 4m 33s · at 59:03 · https://youtu.be/R2kZlD0PbGQ?t=3543</w:t>
      </w:r>
    </w:p>
    <w:p>
      <w:r>
        <w:rPr>
          <w:i/>
        </w:rPr>
        <w:t>“I am a mother of three children and a housewife. I am busy with them and housework, but I follow your talks and also read your...”</w:t>
      </w:r>
    </w:p>
    <w:p>
      <w:r>
        <w:rPr>
          <w:sz w:val="20"/>
        </w:rPr>
        <w:t>59:03  maulana, agla sawal miss ayesha khan ne kiya hai kanpur se, aur unhon ne likha hai: "maulana sahib,</w:t>
      </w:r>
      <w:r>
        <w:br/>
      </w:r>
      <w:r>
        <w:rPr>
          <w:sz w:val="20"/>
        </w:rPr>
        <w:t>59:09  i am a mother of three children and a housewife.</w:t>
      </w:r>
      <w:r>
        <w:br/>
      </w:r>
      <w:r>
        <w:rPr>
          <w:sz w:val="20"/>
        </w:rPr>
        <w:t>59:15  aai im bazi vid dem and haus vark, bat aai falo yor taks and al so red yor</w:t>
      </w:r>
      <w:r>
        <w:br/>
      </w:r>
      <w:r>
        <w:rPr>
          <w:sz w:val="20"/>
        </w:rPr>
        <w:t>59:20  baks, vich giv mi lat of pes and pozitiv thinking.</w:t>
      </w:r>
      <w:r>
        <w:br/>
      </w:r>
      <w:r>
        <w:rPr>
          <w:sz w:val="20"/>
        </w:rPr>
        <w:t>59:26  mai kveschan iz dat benig a madar and involvd in haus vark, ai donat gat mach taim to</w:t>
      </w:r>
      <w:r>
        <w:br/>
      </w:r>
      <w:r>
        <w:rPr>
          <w:sz w:val="20"/>
        </w:rPr>
        <w:t>59:32  do vark far da din, and mani taimz ai fil gilati and gat thauts dat allah me nat</w:t>
      </w:r>
      <w:r>
        <w:br/>
      </w:r>
      <w:r>
        <w:rPr>
          <w:sz w:val="20"/>
        </w:rPr>
        <w:t>59:37  giv mi paradiz, bikaz ai am nat duing ani thing far da din.</w:t>
      </w:r>
      <w:r>
        <w:br/>
      </w:r>
      <w:r>
        <w:rPr>
          <w:sz w:val="20"/>
        </w:rPr>
        <w:t>59:43  maulana sahib, pliz advais mi vat shud ai do az ai kant liv haus vark and der iz</w:t>
      </w:r>
      <w:r>
        <w:br/>
      </w:r>
      <w:r>
        <w:rPr>
          <w:sz w:val="20"/>
        </w:rPr>
        <w:t>59:49  nat mach taim laft far mi to do dava vark.</w:t>
      </w:r>
      <w:r>
        <w:br/>
      </w:r>
      <w:r>
        <w:rPr>
          <w:sz w:val="20"/>
        </w:rPr>
        <w:t>59:55  hav kain ai aspair to kvalifai far paradiz?" dekhiye, main is ko koi uzar nahin samajhta.</w:t>
      </w:r>
      <w:r>
        <w:br/>
      </w:r>
      <w:r>
        <w:rPr>
          <w:sz w:val="20"/>
        </w:rPr>
        <w:t>1:00:00  har chiz aap ko kahata hun involv karate hain.</w:t>
      </w:r>
      <w:r>
        <w:br/>
      </w:r>
      <w:r>
        <w:rPr>
          <w:sz w:val="20"/>
        </w:rPr>
        <w:t>1:00:06  aap aap involv bahut zyada karenge to aap ka taim na rahega.</w:t>
      </w:r>
      <w:r>
        <w:br/>
      </w:r>
      <w:r>
        <w:rPr>
          <w:sz w:val="20"/>
        </w:rPr>
        <w:t>1:00:12  kam involv kijie.</w:t>
      </w:r>
      <w:r>
        <w:br/>
      </w:r>
      <w:r>
        <w:rPr>
          <w:sz w:val="20"/>
        </w:rPr>
        <w:t>1:00:17  to tami taim hai.</w:t>
      </w:r>
      <w:r>
        <w:br/>
      </w:r>
      <w:r>
        <w:rPr>
          <w:sz w:val="20"/>
        </w:rPr>
        <w:t>1:00:23  main ne jab padhta tha bachapan mein urdu lider, is mein ek sher tha, ab tak mujhe yad</w:t>
      </w:r>
      <w:r>
        <w:br/>
      </w:r>
      <w:r>
        <w:rPr>
          <w:sz w:val="20"/>
        </w:rPr>
        <w:t>1:00:29  hai: "vakt mein tangi farakhi donon hain, jaise rabar khinchne se padati hai, chhode se jati hai." sakad</w:t>
      </w:r>
      <w:r>
        <w:br/>
      </w:r>
      <w:r>
        <w:rPr>
          <w:sz w:val="20"/>
        </w:rPr>
        <w:t>1:00:34  is ko aj kal ki zaban mein main kahunga ki art of manajmant sikhen.</w:t>
      </w:r>
      <w:r>
        <w:br/>
      </w:r>
      <w:r>
        <w:rPr>
          <w:sz w:val="20"/>
        </w:rPr>
        <w:t>1:00:40  main samajhta hun ki art of manajmant asal hai.</w:t>
      </w:r>
      <w:r>
        <w:br/>
      </w:r>
      <w:r>
        <w:rPr>
          <w:sz w:val="20"/>
        </w:rPr>
        <w:t>1:00:46  apne ko kitna involv aap karate hain, vah asal hai.</w:t>
      </w:r>
      <w:r>
        <w:br/>
      </w:r>
      <w:r>
        <w:rPr>
          <w:sz w:val="20"/>
        </w:rPr>
        <w:t>1:00:51  misal ke taur par dekhiye, main ek qissa main ne bataya logon ko ki main ek sahab ke han gaya.</w:t>
      </w:r>
      <w:r>
        <w:br/>
      </w:r>
      <w:r>
        <w:rPr>
          <w:sz w:val="20"/>
        </w:rPr>
        <w:t>1:00:57  yah bat gujrat ka vaqia hai.</w:t>
      </w:r>
      <w:r>
        <w:br/>
      </w:r>
      <w:r>
        <w:rPr>
          <w:sz w:val="20"/>
        </w:rPr>
        <w:t>1:01:03  to vah har vakt apne bachche ko god mein le lete the.</w:t>
      </w:r>
      <w:r>
        <w:br/>
      </w:r>
      <w:r>
        <w:rPr>
          <w:sz w:val="20"/>
        </w:rPr>
        <w:t>1:01:09  vah to main ne kaha, "bachche god mein kyon lete hain?" aap kahata hai, "hazrat, zyada." kaha, "mera</w:t>
      </w:r>
      <w:r>
        <w:br/>
      </w:r>
      <w:r>
        <w:rPr>
          <w:sz w:val="20"/>
        </w:rPr>
        <w:t>1:01:14  bachcha kamzor hai." to main ne un ko sakht alfaz mein kaha, "bilkul nahin, aap un ko utariye."</w:t>
      </w:r>
      <w:r>
        <w:br/>
      </w:r>
      <w:r>
        <w:rPr>
          <w:sz w:val="20"/>
        </w:rPr>
        <w:t>1:01:20  utarvaya to ladka daudane laga.</w:t>
      </w:r>
      <w:r>
        <w:br/>
      </w:r>
      <w:r>
        <w:rPr>
          <w:sz w:val="20"/>
        </w:rPr>
        <w:t>1:01:26  ladka daudane laga to log ghair zaruri to apne ko masghul karate hain.</w:t>
      </w:r>
      <w:r>
        <w:br/>
      </w:r>
      <w:r>
        <w:rPr>
          <w:sz w:val="20"/>
        </w:rPr>
        <w:t>1:01:31  yani bachche ko daudane dijiye, bachche ko mehnat karane dijiye, bachche ko khud karane dijiye.</w:t>
      </w:r>
      <w:r>
        <w:br/>
      </w:r>
      <w:r>
        <w:rPr>
          <w:sz w:val="20"/>
        </w:rPr>
        <w:t>1:01:37  khawamkhwah har kaam chahte hain ke hum hum hum ka karein to apne ko zyada involve kar lete hain.</w:t>
      </w:r>
      <w:r>
        <w:br/>
      </w:r>
      <w:r>
        <w:rPr>
          <w:sz w:val="20"/>
        </w:rPr>
        <w:t>1:01:43  asal cheez yeh hai, kam involve kijiye, manage karna seekhein.</w:t>
      </w:r>
      <w:r>
        <w:br/>
      </w:r>
      <w:r>
        <w:rPr>
          <w:sz w:val="20"/>
        </w:rPr>
        <w:t>1:01:48  to sab sab sab time hi time hai.</w:t>
      </w:r>
      <w:r>
        <w:br/>
      </w:r>
      <w:r>
        <w:rPr>
          <w:sz w:val="20"/>
        </w:rPr>
        <w:t>1:01:54  mein to samajhta hoon ke sab time hi time hai.</w:t>
      </w:r>
      <w:r>
        <w:br/>
      </w:r>
      <w:r>
        <w:rPr>
          <w:sz w:val="20"/>
        </w:rPr>
        <w:t>1:02:00  khawamkhwah apne ko involve kar ke log time apna khatm kar dete hain.</w:t>
      </w:r>
      <w:r>
        <w:br/>
      </w:r>
      <w:r>
        <w:rPr>
          <w:sz w:val="20"/>
        </w:rPr>
        <w:t>1:02:06  ek sahab hain, mein jaanta hoon, mein in ko.</w:t>
      </w:r>
      <w:r>
        <w:br/>
      </w:r>
      <w:r>
        <w:rPr>
          <w:sz w:val="20"/>
        </w:rPr>
        <w:t>1:02:11  in ka bachcha tha ghaleban barah saal ka.</w:t>
      </w:r>
      <w:r>
        <w:br/>
      </w:r>
      <w:r>
        <w:rPr>
          <w:sz w:val="20"/>
        </w:rPr>
        <w:t>1:02:17  to barah saal ki umar mein unhon ne bachche ko bhej diya bombay.</w:t>
      </w:r>
      <w:r>
        <w:br/>
      </w:r>
      <w:r>
        <w:rPr>
          <w:sz w:val="20"/>
        </w:rPr>
        <w:t>1:02:23  woh andhra pradesh aane wale they.</w:t>
      </w:r>
      <w:r>
        <w:br/>
      </w:r>
      <w:r>
        <w:rPr>
          <w:sz w:val="20"/>
        </w:rPr>
        <w:t>1:02:28  logon ne kaha, "arey, barah bachche ko bombay bhej rahe hain, kahin kahin tasbeeh to seekhega woh."</w:t>
      </w:r>
      <w:r>
        <w:br/>
      </w:r>
      <w:r>
        <w:rPr>
          <w:sz w:val="20"/>
        </w:rPr>
        <w:t>1:02:34  to jeeb mein paisa de diya us ko, kaha ke jao.</w:t>
      </w:r>
      <w:r>
        <w:br/>
      </w:r>
      <w:r>
        <w:rPr>
          <w:sz w:val="20"/>
        </w:rPr>
        <w:t>1:02:40  to wahan par kuch police ka dhakka bhi khaya us ne.</w:t>
      </w:r>
      <w:r>
        <w:br/>
      </w:r>
      <w:r>
        <w:rPr>
          <w:sz w:val="20"/>
        </w:rPr>
        <w:t>1:02:45  kahin us ko khane bhi nahi mila.</w:t>
      </w:r>
      <w:r>
        <w:br/>
      </w:r>
      <w:r>
        <w:rPr>
          <w:sz w:val="20"/>
        </w:rPr>
        <w:t>1:02:51  sab tajrube hue.</w:t>
      </w:r>
      <w:r>
        <w:br/>
      </w:r>
      <w:r>
        <w:rPr>
          <w:sz w:val="20"/>
        </w:rPr>
        <w:t>1:02:57  wohi shakhs, mein jaanta hoon, us aadmi ko bohat bada woh builder bana, bohat paisa kamaya us ne.</w:t>
      </w:r>
      <w:r>
        <w:br/>
      </w:r>
      <w:r>
        <w:rPr>
          <w:sz w:val="20"/>
        </w:rPr>
        <w:t>1:03:03  isi isi ne to us ke us ke us ke baap, us ke dada ne bheja tha us ko bombay.</w:t>
      </w:r>
      <w:r>
        <w:br/>
      </w:r>
      <w:r>
        <w:rPr>
          <w:sz w:val="20"/>
        </w:rPr>
        <w:t>1:03:08  to dada ne kaha tha ke us ko seekhna chahiye na.</w:t>
      </w:r>
      <w:r>
        <w:br/>
      </w:r>
      <w:r>
        <w:rPr>
          <w:sz w:val="20"/>
        </w:rPr>
        <w:t>1:03:14  jayega, koi dhakka khaye to seekhega.</w:t>
      </w:r>
      <w:r>
        <w:br/>
      </w:r>
      <w:r>
        <w:rPr>
          <w:sz w:val="20"/>
        </w:rPr>
        <w:t>1:03:20  to log khawamkhwah chahte hain ke bachchon ki pampering karna hai, us ko us ko khud kuch na karna pade.</w:t>
      </w:r>
      <w:r>
        <w:br/>
      </w:r>
      <w:r>
        <w:rPr>
          <w:sz w:val="20"/>
        </w:rPr>
        <w:t>1:03:25  is mein apne ko involve kar lete hain.</w:t>
      </w:r>
      <w:r>
        <w:br/>
      </w:r>
      <w:r>
        <w:rPr>
          <w:sz w:val="20"/>
        </w:rPr>
        <w:t>1:03:31  to involvement ko kam kijiye, manage karna seekhein, warna koi masla nahi hai.</w:t>
      </w:r>
    </w:p>
    <w:p>
      <w:pPr>
        <w:pStyle w:val="Heading2"/>
      </w:pPr>
      <w:r>
        <w:t>Balancing material life and spiritual goal</w:t>
      </w:r>
    </w:p>
    <w:p>
      <w:r>
        <w:rPr>
          <w:color w:val="666666"/>
          <w:sz w:val="18"/>
        </w:rPr>
        <w:t>Life &amp; Wisdom · Spiritual Goal January 15, 2017 · 1m 46s · at 42:24 · https://youtu.be/D3JYu4p_P34?t=2544</w:t>
      </w:r>
    </w:p>
    <w:p>
      <w:r>
        <w:rPr>
          <w:i/>
        </w:rPr>
        <w:t>“Maulana sahib, our daily material life, like job, family life, social circle, comes in conflict with our spiritual goal. How to resolve this?”</w:t>
      </w:r>
    </w:p>
    <w:p>
      <w:r>
        <w:rPr>
          <w:sz w:val="20"/>
        </w:rPr>
        <w:t>42:24  maulana, pehla sawal lete hain jo moradabad se bheja hai firoz khan sahab ne aur unhon ne</w:t>
      </w:r>
      <w:r>
        <w:br/>
      </w:r>
      <w:r>
        <w:rPr>
          <w:sz w:val="20"/>
        </w:rPr>
        <w:t>42:30  likha hai: "maulana sahab, our daily material life, like job, family life, social circle, comes in conflict with</w:t>
      </w:r>
      <w:r>
        <w:br/>
      </w:r>
      <w:r>
        <w:rPr>
          <w:sz w:val="20"/>
        </w:rPr>
        <w:t>42:36  our spiritual goal.</w:t>
      </w:r>
      <w:r>
        <w:br/>
      </w:r>
      <w:r>
        <w:rPr>
          <w:sz w:val="20"/>
        </w:rPr>
        <w:t>42:42  So will giving up worldly life help us reach our spiritual goal faster?</w:t>
      </w:r>
      <w:r>
        <w:br/>
      </w:r>
      <w:r>
        <w:rPr>
          <w:sz w:val="20"/>
        </w:rPr>
        <w:t>42:48  What is your advice to all of us?</w:t>
      </w:r>
      <w:r>
        <w:br/>
      </w:r>
      <w:r>
        <w:rPr>
          <w:sz w:val="20"/>
        </w:rPr>
        <w:t>42:56  "dekhen, spiritual goal jo hai, is ka safar alag alag nahi hota.</w:t>
      </w:r>
      <w:r>
        <w:br/>
      </w:r>
      <w:r>
        <w:rPr>
          <w:sz w:val="20"/>
        </w:rPr>
        <w:t>43:04  isi duniya mein hota hai.</w:t>
      </w:r>
      <w:r>
        <w:br/>
      </w:r>
      <w:r>
        <w:rPr>
          <w:sz w:val="20"/>
        </w:rPr>
        <w:t>43:12  har cheez mein spiritual item hai.</w:t>
      </w:r>
      <w:r>
        <w:br/>
      </w:r>
      <w:r>
        <w:rPr>
          <w:sz w:val="20"/>
        </w:rPr>
        <w:t>43:21  har cheez mein is spiritual item ko discover karna aur is ke mutabiq apni zindagi banana, yahi spirituality hai.</w:t>
      </w:r>
      <w:r>
        <w:br/>
      </w:r>
      <w:r>
        <w:rPr>
          <w:sz w:val="20"/>
        </w:rPr>
        <w:t>43:29  woh jo maine qissa bataya, the monk who sold his prayer, woh koi spirituality ka rasta nahi hai.</w:t>
      </w:r>
      <w:r>
        <w:br/>
      </w:r>
      <w:r>
        <w:rPr>
          <w:sz w:val="20"/>
        </w:rPr>
        <w:t>43:37  Spirituality ka rasta insanon ke darmiyan se guzarta hai, bar bar nahin.</w:t>
      </w:r>
      <w:r>
        <w:br/>
      </w:r>
      <w:r>
        <w:rPr>
          <w:sz w:val="20"/>
        </w:rPr>
        <w:t>43:46  Aap itna zyada intellectually awakened hon ke baaton ko gehrai mein pakrein, spiritual life item jo nectar ki</w:t>
      </w:r>
      <w:r>
        <w:br/>
      </w:r>
      <w:r>
        <w:rPr>
          <w:sz w:val="20"/>
        </w:rPr>
        <w:t>43:54  tarah har jagah maujood hai, us ko daryaft karen.</w:t>
      </w:r>
      <w:r>
        <w:br/>
      </w:r>
      <w:r>
        <w:rPr>
          <w:sz w:val="20"/>
        </w:rPr>
        <w:t>44:02  Yahi hai spiritual life.</w:t>
      </w:r>
    </w:p>
    <w:p>
      <w:pPr>
        <w:pStyle w:val="Heading2"/>
      </w:pPr>
      <w:r>
        <w:t>Balancing spirituality and worldly life</w:t>
      </w:r>
    </w:p>
    <w:p>
      <w:r>
        <w:rPr>
          <w:color w:val="666666"/>
          <w:sz w:val="18"/>
        </w:rPr>
        <w:t>Life &amp; Wisdom · Spirituality in Simple Living, High Thinking October 27, 2019 Maulana Wahiduddin Khan · 4m 27s · at 31:59 · https://youtu.be/Kr28g15eFr8?t=1919</w:t>
      </w:r>
    </w:p>
    <w:p>
      <w:r>
        <w:rPr>
          <w:i/>
        </w:rPr>
        <w:t>“How can spirituality and worldly life be balanced without tilting too much either on spirituality or worldly life?”</w:t>
      </w:r>
    </w:p>
    <w:p>
      <w:r>
        <w:rPr>
          <w:sz w:val="20"/>
        </w:rPr>
        <w:t>31:59  Maulana, ab sawal lena chahenge. Yeh sawal Ahmedabad se Malik sahib ne bheja hai. Unhone aapse poocha hai ke: "My question is: how spirituality and worldly life be balanced without tilting too much either on spirituality or worldly life?" Maulana sahib, what is your advice for all of us?</w:t>
      </w:r>
      <w:r>
        <w:br/>
      </w:r>
      <w:r>
        <w:rPr>
          <w:sz w:val="20"/>
        </w:rPr>
        <w:t>32:25  Pehli baat toh yeh hai ke main balance ko ek false formula manta hoon, FALS E, false formula.</w:t>
      </w:r>
      <w:r>
        <w:br/>
      </w:r>
      <w:r>
        <w:rPr>
          <w:sz w:val="20"/>
        </w:rPr>
        <w:t>32:42  Jo log balance ka</w:t>
      </w:r>
      <w:r>
        <w:br/>
      </w:r>
      <w:r>
        <w:rPr>
          <w:sz w:val="20"/>
        </w:rPr>
        <w:t>32:46  ke aap</w:t>
      </w:r>
      <w:r>
        <w:br/>
      </w:r>
      <w:r>
        <w:rPr>
          <w:sz w:val="20"/>
        </w:rPr>
        <w:t>32:49  aapas mein jeete hon, woh kabhi spirituality</w:t>
      </w:r>
      <w:r>
        <w:br/>
      </w:r>
      <w:r>
        <w:rPr>
          <w:sz w:val="20"/>
        </w:rPr>
        <w:t>32:57  wali life nahi attend karenge, kabhi nahi. Balance koi cheez nahi hai, balance is nothing.</w:t>
      </w:r>
      <w:r>
        <w:br/>
      </w:r>
      <w:r>
        <w:rPr>
          <w:sz w:val="20"/>
        </w:rPr>
        <w:t>33:10  yeh to ek jhoota formula hai jo pata nahi kis ne yeh banaya tha.</w:t>
      </w:r>
      <w:r>
        <w:br/>
      </w:r>
      <w:r>
        <w:rPr>
          <w:sz w:val="20"/>
        </w:rPr>
        <w:t>33:21  aap kabhi bhi balance ka term mat use kijiye. aap</w:t>
      </w:r>
      <w:r>
        <w:br/>
      </w:r>
      <w:r>
        <w:rPr>
          <w:sz w:val="20"/>
        </w:rPr>
        <w:t>33:27  sirf yeh dekhiye</w:t>
      </w:r>
      <w:r>
        <w:br/>
      </w:r>
      <w:r>
        <w:rPr>
          <w:sz w:val="20"/>
        </w:rPr>
        <w:t>33:31  ke</w:t>
      </w:r>
      <w:r>
        <w:br/>
      </w:r>
      <w:r>
        <w:rPr>
          <w:sz w:val="20"/>
        </w:rPr>
        <w:t>33:36  management ka working formula aap ke liye konsa aaya?</w:t>
      </w:r>
      <w:r>
        <w:br/>
      </w:r>
      <w:r>
        <w:rPr>
          <w:sz w:val="20"/>
        </w:rPr>
        <w:t>33:44  management ka working formula asal ahmiyat working formula ki hai,</w:t>
      </w:r>
      <w:r>
        <w:br/>
      </w:r>
      <w:r>
        <w:rPr>
          <w:sz w:val="20"/>
        </w:rPr>
        <w:t>33:54  asal ahmiyat working formula ki hai jo work kare, jo work kare.</w:t>
      </w:r>
      <w:r>
        <w:br/>
      </w:r>
      <w:r>
        <w:rPr>
          <w:sz w:val="20"/>
        </w:rPr>
        <w:t>34:09  balance koi formula hi nahi hai, woh to ek dhoke ki cheez hai. asal cheez hai workable hona chahiye.</w:t>
      </w:r>
      <w:r>
        <w:br/>
      </w:r>
      <w:r>
        <w:rPr>
          <w:sz w:val="20"/>
        </w:rPr>
        <w:t>34:20  aap koi bhi business karein, shadi karein to work workable daira mein kar, aap sab kuch manage karein.</w:t>
      </w:r>
      <w:r>
        <w:br/>
      </w:r>
      <w:r>
        <w:rPr>
          <w:sz w:val="20"/>
        </w:rPr>
        <w:t>34:32  workable daira mein yeh hai sahi formula.</w:t>
      </w:r>
      <w:r>
        <w:br/>
      </w:r>
      <w:r>
        <w:rPr>
          <w:sz w:val="20"/>
        </w:rPr>
        <w:t>34:39  maulana, workable daira ka matlab kya ke h according to ones capacity? kya yeh keh sakte hain?</w:t>
      </w:r>
      <w:r>
        <w:br/>
      </w:r>
      <w:r>
        <w:rPr>
          <w:sz w:val="20"/>
        </w:rPr>
        <w:t>34:50  ab capacity lafz to theek hai, lekin log apni capacity ka daira barha lete hain.</w:t>
      </w:r>
      <w:r>
        <w:br/>
      </w:r>
      <w:r>
        <w:rPr>
          <w:sz w:val="20"/>
        </w:rPr>
        <w:t>35:04  misal ke taur par woh sochte hain ke qarz le lo, sabhi log qarz lete hain aur kaam chalne ke baad adha kar dena to bazahir lagta hai ke in ko koi workable hai.</w:t>
      </w:r>
      <w:r>
        <w:br/>
      </w:r>
      <w:r>
        <w:rPr>
          <w:sz w:val="20"/>
        </w:rPr>
        <w:t>35:23  workable ka lafz hi bohat clear nahi hai mere khayal se. hmm.</w:t>
      </w:r>
      <w:r>
        <w:br/>
      </w:r>
      <w:r>
        <w:rPr>
          <w:sz w:val="20"/>
        </w:rPr>
        <w:t>35:33  maulana, agla comment lena chahenge. yeh bheja hai doctor naghma siddiqui ne dilli se. unho ne likha hai: "you have given the most compact meaning of spirituality today.</w:t>
      </w:r>
      <w:r>
        <w:br/>
      </w:r>
      <w:r>
        <w:rPr>
          <w:sz w:val="20"/>
        </w:rPr>
        <w:t>35:46  indeed, self control through simple living, high thinking is the clear method to live a spiritual life. this makes you content happy and peaceful."</w:t>
      </w:r>
      <w:r>
        <w:br/>
      </w:r>
      <w:r>
        <w:rPr>
          <w:sz w:val="20"/>
        </w:rPr>
        <w:t>36:01  miss amna nasreen ne bangalore se likha hai: "maulana sahib, i think this was the best explanation of spirituality. thank you." miss shabina ali ne kolkata se likha hai: "how beautifully you have explained with so many examples and with such great wisdom the definition of spirituality in broad sense.</w:t>
      </w:r>
    </w:p>
    <w:p>
      <w:pPr>
        <w:pStyle w:val="Heading2"/>
      </w:pPr>
      <w:r>
        <w:t>Balancing work and spiritual goals</w:t>
      </w:r>
    </w:p>
    <w:p>
      <w:r>
        <w:rPr>
          <w:color w:val="666666"/>
          <w:sz w:val="18"/>
        </w:rPr>
        <w:t>Life &amp; Wisdom · Man and The Paradise August 11, 2013 Maulana Wahiduddin Khan · 4m 52s · at 1:26:50 · https://youtu.be/m8XdpnaS95U?t=5210</w:t>
      </w:r>
    </w:p>
    <w:p>
      <w:r>
        <w:rPr>
          <w:i/>
        </w:rPr>
        <w:t>“How can a working person still aim for the forward group of Paradise, and what does 'working' mean? Can one psychologically keep oneself in this world while working?”</w:t>
      </w:r>
    </w:p>
    <w:p>
      <w:r>
        <w:rPr>
          <w:sz w:val="20"/>
        </w:rPr>
        <w:t>1:26:50  molana, agla sawal dilli se hai miss sethi malhotra ka. unhon ne likha hai: being a working person, we are not able to give hundred percent, but at the same time we wish to qualify for the forward group of paradise.</w:t>
      </w:r>
      <w:r>
        <w:br/>
      </w:r>
      <w:r>
        <w:rPr>
          <w:sz w:val="20"/>
        </w:rPr>
        <w:t>1:27:07  molana sahib, my question is: how can a person while working still aim for the forward group? bhai, working ka matlab kya hai?</w:t>
      </w:r>
      <w:r>
        <w:br/>
      </w:r>
      <w:r>
        <w:rPr>
          <w:sz w:val="20"/>
        </w:rPr>
        <w:t>1:27:21  jab aap work kar rahe hain, tab bhi aap, yani psychologically, aap apne ko isi duniya mein rakh sakte hain.</w:t>
      </w:r>
      <w:r>
        <w:br/>
      </w:r>
      <w:r>
        <w:rPr>
          <w:sz w:val="20"/>
        </w:rPr>
        <w:t>1:27:32  is ka matlab nahi jo jo job na kar raha ho, kahin door jayega to wahan paradise kaam karega. nahi, kuch bhi aap kar rahe hain, job kar rahe hain ya business kar rahe hain, kuch bhi kar rahe hain, isi mein aap ko paradise wali psychology mein jeena hai, paradise wali nafsiyat mein jeena hai,</w:t>
      </w:r>
      <w:r>
        <w:br/>
      </w:r>
      <w:r>
        <w:rPr>
          <w:sz w:val="20"/>
        </w:rPr>
        <w:t>1:27:50  isi mein jeena hai. yeh yeh farq nahi hai. islam mein yeh farq nahi hai ke jo job mein hai ya business mein hai, itni der tak woh alag hai aur phir us ke baad woh jab aata hai duniya mein to woh alag hai.</w:t>
      </w:r>
      <w:r>
        <w:br/>
      </w:r>
      <w:r>
        <w:rPr>
          <w:sz w:val="20"/>
        </w:rPr>
        <w:t>1:28:07  har halat mein isi liye dekhen, sab se bada amal jo bataya gaya hai, woh kya hai? allah ki yaad.</w:t>
      </w:r>
      <w:r>
        <w:br/>
      </w:r>
      <w:r>
        <w:rPr>
          <w:sz w:val="20"/>
        </w:rPr>
        <w:t>1:28:19  allah ki yaad sab se bada amal hai. to woh woh kaun kaun job hai ya kaun business jo rokta hai aap ko allah ki yaad se? kaun rokta hai?</w:t>
      </w:r>
      <w:r>
        <w:br/>
      </w:r>
      <w:r>
        <w:rPr>
          <w:sz w:val="20"/>
        </w:rPr>
        <w:t>1:28:35  koi koi rokta nahi. aap farz kijiye ke aap ek glass ki ki industry khole hue hain, ek factory khole hain glass ki,</w:t>
      </w:r>
      <w:r>
        <w:br/>
      </w:r>
      <w:r>
        <w:rPr>
          <w:sz w:val="20"/>
        </w:rPr>
        <w:t>1:28:45  to aap dekhte hain ke yeh yeh yeh yeh aap jante hain, ek pathar hota hai jis ko khaas tarah ke process se guzarne ke baad woh glass ban jata hai.</w:t>
      </w:r>
      <w:r>
        <w:br/>
      </w:r>
      <w:r>
        <w:rPr>
          <w:sz w:val="20"/>
        </w:rPr>
        <w:t>1:28:55  to aap us waqt dekhen ke kaisa ajeeb muamla hai allah taala ka ke nature mein woh cheez pathar thi. nature mein phir allah taala ne insan ko aisi technology batai,</w:t>
      </w:r>
      <w:r>
        <w:br/>
      </w:r>
      <w:r>
        <w:rPr>
          <w:sz w:val="20"/>
        </w:rPr>
        <w:t>1:29:10  is technology ko apply kar ke woh pathar ko glass bana deta hai.</w:t>
      </w:r>
      <w:r>
        <w:br/>
      </w:r>
      <w:r>
        <w:rPr>
          <w:sz w:val="20"/>
        </w:rPr>
        <w:t>1:29:15  to bas yahi to amal hai, yahi to jannat ka certificate hai. to kuch bhi aap kar rahe hain, kuch bhi aap kar rahe hain, kuch bhi aap kar rahe hain, aap computer par hain, computer par kaam kar rahe hain,</w:t>
      </w:r>
      <w:r>
        <w:br/>
      </w:r>
      <w:r>
        <w:rPr>
          <w:sz w:val="20"/>
        </w:rPr>
        <w:t>1:29:29  aap sochiye ke matter ko allah taala ne, yani insan ke liye yeh kaha hai ke matter move kar raha hai, matter hawa mein ud raha hai, matter insan information de raha hai,</w:t>
      </w:r>
      <w:r>
        <w:br/>
      </w:r>
      <w:r>
        <w:rPr>
          <w:sz w:val="20"/>
        </w:rPr>
        <w:t>1:29:43  matter convert ho gaya hai computer mein. to kaisi ajeeb allah taala ki blessing hai ke sab kuch matter hi to hai.</w:t>
      </w:r>
      <w:r>
        <w:br/>
      </w:r>
      <w:r>
        <w:rPr>
          <w:sz w:val="20"/>
        </w:rPr>
        <w:t>1:29:52  matter hi convert ho kar ke camera ban gaya, matter convert ho ke car ban gaya, matter convert ho ke hawa jahaz ban gaya, matter convert ho kar ke computer ban gaya.</w:t>
      </w:r>
      <w:r>
        <w:br/>
      </w:r>
      <w:r>
        <w:rPr>
          <w:sz w:val="20"/>
        </w:rPr>
        <w:t>1:30:04  to kaisi ajeeb allah taala ki blessing hai insan ke liye ke us ne in aisi aqal di, aisa insan ko mind diya ke is technology ko woh daryaft kare, is technology ke zariye woh matter ko convert kar ke itni sari cheezein bana sake.</w:t>
      </w:r>
      <w:r>
        <w:br/>
      </w:r>
      <w:r>
        <w:rPr>
          <w:sz w:val="20"/>
        </w:rPr>
        <w:t>1:30:22  to bas yeh baat ho gayi, Allah ka zikr ho gaya aur jannat ka certificate mil gaya aap ko. to Islam mein dekhiye, dono cheezein alag alag nahi hain,</w:t>
      </w:r>
      <w:r>
        <w:br/>
      </w:r>
      <w:r>
        <w:rPr>
          <w:sz w:val="20"/>
        </w:rPr>
        <w:t>1:30:37  dono cheezein ek saath chalti hain.</w:t>
      </w:r>
      <w:r>
        <w:br/>
      </w:r>
      <w:r>
        <w:rPr>
          <w:sz w:val="20"/>
        </w:rPr>
        <w:t>1:30:42  okay, we will end the session now. thank you.</w:t>
      </w:r>
    </w:p>
    <w:p>
      <w:pPr>
        <w:pStyle w:val="Heading2"/>
      </w:pPr>
      <w:r>
        <w:t>Balancing worldly development and afterlife</w:t>
      </w:r>
    </w:p>
    <w:p>
      <w:r>
        <w:rPr>
          <w:color w:val="666666"/>
          <w:sz w:val="18"/>
        </w:rPr>
        <w:t>Life &amp; Wisdom · The Importance of Wisdom November 4, 2012 · 2m 00s · at 59:46 · https://youtu.be/7e6FvqRSHic?t=3586</w:t>
      </w:r>
    </w:p>
    <w:p>
      <w:r>
        <w:rPr>
          <w:i/>
        </w:rPr>
        <w:t>“If a person makes the afterlife his concern and focuses entirely on it, then the world and its development are left behind. And if he puts all focus on the world and scientific knowledge, then there is no time to do anything for the afterlife. That is, a person will either develop the world or turn towards the afterlife, because a person cannot do both things. What do you say about this?”</w:t>
      </w:r>
    </w:p>
    <w:p>
      <w:r>
        <w:rPr>
          <w:sz w:val="20"/>
        </w:rPr>
        <w:t>59:46  maulana agla sawal karachi pakistan se hai abdul latif sahib ka</w:t>
      </w:r>
      <w:r>
        <w:br/>
      </w:r>
      <w:r>
        <w:rPr>
          <w:sz w:val="20"/>
        </w:rPr>
        <w:t>59:51  unhon ne likha hai agar insan akhirat ko apna concern banata hai aur sara focus usi ki taraf karta hai to phir dunya aur dunya aur is ki taraqqi reh jati hai aur agar sara focus dunya aur sainsi uloom mein lagata hai to phir phir akhirat ke liye kuch karne ka waqt nahi milta</w:t>
      </w:r>
      <w:r>
        <w:br/>
      </w:r>
      <w:r>
        <w:rPr>
          <w:sz w:val="20"/>
        </w:rPr>
        <w:t>1:00:18  yani insan ya to dunya ki taraqqi karega ya woh akhirat ki taraf mutawajjah hoga kyunke insan do cheezon ko nahi kar sakta is ke baray mein aap kya kahenge yeh dekhiye aisa nahi hai islam mein rehbaniyat nahi hai islam mein jo hai woh ke dunya ke jo mashagil hain jo karobar hain woh karte hue un ke douran allah ko yaad rakhna</w:t>
      </w:r>
      <w:r>
        <w:br/>
      </w:r>
      <w:r>
        <w:rPr>
          <w:sz w:val="20"/>
        </w:rPr>
        <w:t>1:00:48  allah ki yaad se ghafil na hona to aisi cheez yeh nahi ke dunya ko chhod diya jaye nahi dunya mein allah ko yaad rakha jaye maslan aap paisa kamatay hain to us ko aap deen ke liye kharch kijiye yeh nahi ke khali family ke liye kharch karen log khoob khoob paisa kamatay hain lekin kis liye apni family ke liye yeh hai dunya dari</w:t>
      </w:r>
      <w:r>
        <w:br/>
      </w:r>
      <w:r>
        <w:rPr>
          <w:sz w:val="20"/>
        </w:rPr>
        <w:t>1:01:14  yeh dunya dari harghiz nahi hai ke aap paisa kamayen aur waqt zaroorat apni family ke liye kharch karen aur deen ke liye bhi sath sath kharch karen to islam mein yeh usool nahi hai ke aap dunya chhod kar chhod dein akhirat ke naam par nahi dunya mein rehte hue akhirat ko yaad rakhen aur jo taqazay deen ke hain un ko bhi bharpoor tor par ada kar karte rahen</w:t>
      </w:r>
      <w:r>
        <w:br/>
      </w:r>
      <w:r>
        <w:rPr>
          <w:sz w:val="20"/>
        </w:rPr>
        <w:t>1:01:41  tark e dunya ki taleem islam mein nahi hai</w:t>
      </w:r>
    </w:p>
    <w:p>
      <w:pPr>
        <w:pStyle w:val="Heading2"/>
      </w:pPr>
      <w:r>
        <w:t>Balancing worldly life and hereafter in competitive world</w:t>
      </w:r>
    </w:p>
    <w:p>
      <w:r>
        <w:rPr>
          <w:color w:val="666666"/>
          <w:sz w:val="18"/>
        </w:rPr>
        <w:t>Life &amp; Wisdom · Hadith-e-Jibril, April 21, 2013 · 2m 18s · at 1:19:40 · https://youtu.be/0rF6Ou0pDog?t=4780</w:t>
      </w:r>
    </w:p>
    <w:p>
      <w:r>
        <w:rPr>
          <w:i/>
        </w:rPr>
        <w:t>“We are living in a very competitive world where we have to devote most of our time for job and business. My question is how to balance the life of this world and hereafter in such a competitive world. Please advise us.”</w:t>
      </w:r>
    </w:p>
    <w:p>
      <w:r>
        <w:rPr>
          <w:sz w:val="20"/>
        </w:rPr>
        <w:t>1:19:40  Aisa log sab logon ki floging hogi. To woh mujhe koi shaq nahi. Maulana, agla sawal Kashmir se aya hai Aamir Mori</w:t>
      </w:r>
      <w:r>
        <w:br/>
      </w:r>
      <w:r>
        <w:rPr>
          <w:sz w:val="20"/>
        </w:rPr>
        <w:t>1:19:50  Sahab ka. Unhone likha hai Maulana sahib we are living in a very competitive world where we have to devote most of our time for job aur business.</w:t>
      </w:r>
      <w:r>
        <w:br/>
      </w:r>
      <w:r>
        <w:rPr>
          <w:sz w:val="20"/>
        </w:rPr>
        <w:t>1:20:01  My question is how to balance the life of this world and hereafter in such a competitive world. Please advise us. Dekhein competitive world ek beautiful lafz hai.</w:t>
      </w:r>
      <w:r>
        <w:br/>
      </w:r>
      <w:r>
        <w:rPr>
          <w:sz w:val="20"/>
        </w:rPr>
        <w:t>1:20:12  Is ka koi matlab nahi hai. Asal cheez yeh hai ke har aadmi more and more mein jeeta hai.</w:t>
      </w:r>
      <w:r>
        <w:br/>
      </w:r>
      <w:r>
        <w:rPr>
          <w:sz w:val="20"/>
        </w:rPr>
        <w:t>1:20:20  Bas aur kuch nahi. Jisko dekho bas more and more, more and more. Jo Quran mein hai ke Allah ka woh takathur hatta zurtuhul maqabir tum more and more ke is mein jeete nahi rehte ke barkat qabr mein chali gayi.</w:t>
      </w:r>
      <w:r>
        <w:br/>
      </w:r>
      <w:r>
        <w:rPr>
          <w:sz w:val="20"/>
        </w:rPr>
        <w:t>1:20:38  Yeh sara mamla is liye hai ke log jo hain hiras mein jeete hain aur zyada kamai mein jeete hain. Koi qanaat ko janta hi nahi.</w:t>
      </w:r>
      <w:r>
        <w:br/>
      </w:r>
      <w:r>
        <w:rPr>
          <w:sz w:val="20"/>
        </w:rPr>
        <w:t>1:20:48  Koi competitive world</w:t>
      </w:r>
      <w:r>
        <w:br/>
      </w:r>
      <w:r>
        <w:rPr>
          <w:sz w:val="20"/>
        </w:rPr>
        <w:t>1:20:49  nahi hai. Hiras ki duniya hai. Hiras ki. Aap apne yani apni zindagi mein qanaat ko ikhtiyar kijiye.</w:t>
      </w:r>
      <w:r>
        <w:br/>
      </w:r>
      <w:r>
        <w:rPr>
          <w:sz w:val="20"/>
        </w:rPr>
        <w:t>1:20:58  Sadgi ko ikhtiyar kijiye. Apni family ke liye sadgi ka tareeqa ikhtiyar kijiye. To koi masla hi nahi hai. Aaj bhi sadgi zindagi ke liye koi masla nahi hai.</w:t>
      </w:r>
      <w:r>
        <w:br/>
      </w:r>
      <w:r>
        <w:rPr>
          <w:sz w:val="20"/>
        </w:rPr>
        <w:t>1:21:09  Masla un logon ke liye hai jo luxury aur comfort chahte hon.</w:t>
      </w:r>
      <w:r>
        <w:br/>
      </w:r>
      <w:r>
        <w:rPr>
          <w:sz w:val="20"/>
        </w:rPr>
        <w:t>1:21:17  mein mislan saada zindagi guzarta hoon. mere koi maslay hi nahin. kuch bhi nahin. Allah ke fazl se mujhe bilkul koi tension nahin rehta. to yeh to khoobsurat alfaaz logon ne garh rakhe hain.</w:t>
      </w:r>
      <w:r>
        <w:br/>
      </w:r>
      <w:r>
        <w:rPr>
          <w:sz w:val="20"/>
        </w:rPr>
        <w:t>1:21:31  competition kis baat mein ho raha hai? aur ziyada kamai ke liye. yani competition jo ho raha hai kis baat ke liye ho raha hai? aur ziyada kamai, aur ziyada kamai. aap kam kamaiye aur qanaat ke sath rahiye.</w:t>
      </w:r>
      <w:r>
        <w:br/>
      </w:r>
      <w:r>
        <w:rPr>
          <w:sz w:val="20"/>
        </w:rPr>
        <w:t>1:21:44  saadgi ke sath rahiye.</w:t>
      </w:r>
      <w:r>
        <w:br/>
      </w:r>
      <w:r>
        <w:rPr>
          <w:sz w:val="20"/>
        </w:rPr>
        <w:t>1:21:46  to koi masla hi nahin hai. kuch bhi masla nahin hai. sab chhote maslay hain jo hamare yani artificial life yani ghalat life style ki wajah se paida hui hain.</w:t>
      </w:r>
    </w:p>
    <w:p>
      <w:pPr>
        <w:pStyle w:val="Heading2"/>
      </w:pPr>
      <w:r>
        <w:t>Becoming a strong personality like mentor</w:t>
      </w:r>
    </w:p>
    <w:p>
      <w:r>
        <w:rPr>
          <w:color w:val="666666"/>
          <w:sz w:val="18"/>
        </w:rPr>
        <w:t>Life &amp; Wisdom · Dars-e-Quran, Chapter 2, Verse 35 | December 17, 2017 · 2m 33s · at 1:09:38 · https://youtu.be/Cd8MlWM7B9w?t=4178</w:t>
      </w:r>
    </w:p>
    <w:p>
      <w:r>
        <w:rPr>
          <w:i/>
        </w:rPr>
        <w:t>“Please tell us how did you become such a strong personality? We cannot be like you, but please guide us how we can aim to.”</w:t>
      </w:r>
    </w:p>
    <w:p>
      <w:r>
        <w:rPr>
          <w:sz w:val="20"/>
        </w:rPr>
        <w:t>1:09:38  maulana, agla sawal bheja hai assam se umar khan sahab ne.</w:t>
      </w:r>
      <w:r>
        <w:br/>
      </w:r>
      <w:r>
        <w:rPr>
          <w:sz w:val="20"/>
        </w:rPr>
        <w:t>1:09:44  انہوں نے لکھا ہے، مولانا صاحب، پلیز ٹیل اس ہاؤ ڈیڈ یو بگ، ہاؤ ڈیڈ یو बिकम सच</w:t>
      </w:r>
      <w:r>
        <w:br/>
      </w:r>
      <w:r>
        <w:rPr>
          <w:sz w:val="20"/>
        </w:rPr>
        <w:t>1:09:50  a strong personality? We cannot be like you, but please guide us how we can aim to</w:t>
      </w:r>
      <w:r>
        <w:br/>
      </w:r>
      <w:r>
        <w:rPr>
          <w:sz w:val="20"/>
        </w:rPr>
        <w:t>1:09:56  bekam a strong personality</w:t>
      </w:r>
      <w:r>
        <w:br/>
      </w:r>
      <w:r>
        <w:rPr>
          <w:sz w:val="20"/>
        </w:rPr>
        <w:t>1:10:02  and not a weak personality.</w:t>
      </w:r>
      <w:r>
        <w:br/>
      </w:r>
      <w:r>
        <w:rPr>
          <w:sz w:val="20"/>
        </w:rPr>
        <w:t>1:10:10  main bas ek kahoon ke aap mera monthly magazine jo hai woh regular padhiye, us ko har saala.</w:t>
      </w:r>
      <w:r>
        <w:br/>
      </w:r>
      <w:r>
        <w:rPr>
          <w:sz w:val="20"/>
        </w:rPr>
        <w:t>1:10:18  har saala ko regular padhiye.</w:t>
      </w:r>
      <w:r>
        <w:br/>
      </w:r>
      <w:r>
        <w:rPr>
          <w:sz w:val="20"/>
        </w:rPr>
        <w:t>1:10:25  har saala aap jante hain ke shayad dunya mein ek hi aisa periodical hai jo sirf ek shakhs ki</w:t>
      </w:r>
      <w:r>
        <w:br/>
      </w:r>
      <w:r>
        <w:rPr>
          <w:sz w:val="20"/>
        </w:rPr>
        <w:t>1:10:33  writing par chupta hai.</w:t>
      </w:r>
      <w:r>
        <w:br/>
      </w:r>
      <w:r>
        <w:rPr>
          <w:sz w:val="20"/>
        </w:rPr>
        <w:t>1:10:37  ek hi periodical.</w:t>
      </w:r>
      <w:r>
        <w:br/>
      </w:r>
      <w:r>
        <w:rPr>
          <w:sz w:val="20"/>
        </w:rPr>
        <w:t>1:10:41  mujhe nahi maloom ke koi doosra aisa periodical dunya mein maujood hai.</w:t>
      </w:r>
      <w:r>
        <w:br/>
      </w:r>
      <w:r>
        <w:rPr>
          <w:sz w:val="20"/>
        </w:rPr>
        <w:t>1:10:46  aur doosri baat yeh hai ke jo is ke madaman hote hain mere, woh sab yani urdu mein</w:t>
      </w:r>
      <w:r>
        <w:br/>
      </w:r>
      <w:r>
        <w:rPr>
          <w:sz w:val="20"/>
        </w:rPr>
        <w:t>1:10:50  ek lafz hai aurd aur amd.</w:t>
      </w:r>
      <w:r>
        <w:br/>
      </w:r>
      <w:r>
        <w:rPr>
          <w:sz w:val="20"/>
        </w:rPr>
        <w:t>1:10:54  to mere madaman koi bhi aurd nahi hota, sab amd hote hain.</w:t>
      </w:r>
      <w:r>
        <w:br/>
      </w:r>
      <w:r>
        <w:rPr>
          <w:sz w:val="20"/>
        </w:rPr>
        <w:t>1:10:58  matlab meri mere inner voice</w:t>
      </w:r>
      <w:r>
        <w:br/>
      </w:r>
      <w:r>
        <w:rPr>
          <w:sz w:val="20"/>
        </w:rPr>
        <w:t>1:11:03  jo bolti hai, woh main likhta hoon, kisi ke direction pe nahi likhta hoon main.</w:t>
      </w:r>
      <w:r>
        <w:br/>
      </w:r>
      <w:r>
        <w:rPr>
          <w:sz w:val="20"/>
        </w:rPr>
        <w:t>1:11:09  to saare madaman hote hain amd, aurd nahi hote.</w:t>
      </w:r>
      <w:r>
        <w:br/>
      </w:r>
      <w:r>
        <w:rPr>
          <w:sz w:val="20"/>
        </w:rPr>
        <w:t>1:11:15  to sach poochhein to is mein aap is ko padh sakte hain risale mein.</w:t>
      </w:r>
      <w:r>
        <w:br/>
      </w:r>
      <w:r>
        <w:rPr>
          <w:sz w:val="20"/>
        </w:rPr>
        <w:t>1:11:21  to agar aap chahte hain to risala regular padhiye.</w:t>
      </w:r>
      <w:r>
        <w:br/>
      </w:r>
      <w:r>
        <w:rPr>
          <w:sz w:val="20"/>
        </w:rPr>
        <w:t>1:11:27  agar aap farz ke urdu aap ki kam hai to aap padhwa ke suniye,</w:t>
      </w:r>
      <w:r>
        <w:br/>
      </w:r>
      <w:r>
        <w:rPr>
          <w:sz w:val="20"/>
        </w:rPr>
        <w:t>1:11:34  koi padh ke suna dega aap ko.</w:t>
      </w:r>
      <w:r>
        <w:br/>
      </w:r>
      <w:r>
        <w:rPr>
          <w:sz w:val="20"/>
        </w:rPr>
        <w:t>1:11:40  yeh ek hi tareeqa mere samajh mein aata hai.</w:t>
      </w:r>
      <w:r>
        <w:br/>
      </w:r>
      <w:r>
        <w:rPr>
          <w:sz w:val="20"/>
        </w:rPr>
        <w:t>1:11:46  aur english mein agar aap padhna chahte hain, english mein ek kitaab hai simple wisdom.</w:t>
      </w:r>
      <w:r>
        <w:br/>
      </w:r>
      <w:r>
        <w:rPr>
          <w:sz w:val="20"/>
        </w:rPr>
        <w:t>1:11:52  simple wisdom, us ko padhiye.</w:t>
      </w:r>
      <w:r>
        <w:br/>
      </w:r>
      <w:r>
        <w:rPr>
          <w:sz w:val="20"/>
        </w:rPr>
        <w:t>1:11:59  is mein date date wise hai, yani first january se le kar 31 december tak.</w:t>
      </w:r>
      <w:r>
        <w:br/>
      </w:r>
      <w:r>
        <w:rPr>
          <w:sz w:val="20"/>
        </w:rPr>
        <w:t>1:12:05  ek poore saal ka woh is mein hai.</w:t>
      </w:r>
    </w:p>
    <w:p>
      <w:pPr>
        <w:pStyle w:val="Heading2"/>
      </w:pPr>
      <w:r>
        <w:t>Becoming wise and its starting point</w:t>
      </w:r>
    </w:p>
    <w:p>
      <w:r>
        <w:rPr>
          <w:color w:val="666666"/>
          <w:sz w:val="18"/>
        </w:rPr>
        <w:t>Life &amp; Wisdom · Spiritual Goal January 15, 2017 · 3m 40s · at 1:04:58 · https://youtu.be/D3JYu4p_P34?t=3898</w:t>
      </w:r>
    </w:p>
    <w:p>
      <w:r>
        <w:rPr>
          <w:i/>
        </w:rPr>
        <w:t>“How can a person become wise? I want to know what should be the starting point.”</w:t>
      </w:r>
    </w:p>
    <w:p>
      <w:r>
        <w:rPr>
          <w:sz w:val="20"/>
        </w:rPr>
        <w:t>1:04:58  ji, maulana, agla sawal bheja hai tabish sahib ne kanpur se.</w:t>
      </w:r>
      <w:r>
        <w:br/>
      </w:r>
      <w:r>
        <w:rPr>
          <w:sz w:val="20"/>
        </w:rPr>
        <w:t>1:05:04  unhon ne likha hai ke maulana sahib "How can a person become wise?</w:t>
      </w:r>
      <w:r>
        <w:br/>
      </w:r>
      <w:r>
        <w:rPr>
          <w:sz w:val="20"/>
        </w:rPr>
        <w:t>1:05:10  I want to know what should be the starting point." Dekhen, main apna experience arz karta hoon. Wisdom jo tha, wisdom mera subject tha. What is wisdom?</w:t>
      </w:r>
      <w:r>
        <w:br/>
      </w:r>
      <w:r>
        <w:rPr>
          <w:sz w:val="20"/>
        </w:rPr>
        <w:t>1:05:29  mera apna mani yeh hai ke wisdom ki bohat hi sahi definition koi kar nahi saka poori history</w:t>
      </w:r>
      <w:r>
        <w:br/>
      </w:r>
      <w:r>
        <w:rPr>
          <w:sz w:val="20"/>
        </w:rPr>
        <w:t>1:05:35  mein, jahan tak mera apna tajurba hai.</w:t>
      </w:r>
      <w:r>
        <w:br/>
      </w:r>
      <w:r>
        <w:rPr>
          <w:sz w:val="20"/>
        </w:rPr>
        <w:t>1:05:42  to wisdom ki lafzi definition bhi mile hi nahi kehen.</w:t>
      </w:r>
      <w:r>
        <w:br/>
      </w:r>
      <w:r>
        <w:rPr>
          <w:sz w:val="20"/>
        </w:rPr>
        <w:t>1:05:49  phir sehat rasool jo hai, is ka maine gehra mutala kiya.</w:t>
      </w:r>
      <w:r>
        <w:br/>
      </w:r>
      <w:r>
        <w:rPr>
          <w:sz w:val="20"/>
        </w:rPr>
        <w:t>1:05:56  تو صحت رسول پوری کی پوری a blood wisdom ہے۔</w:t>
      </w:r>
      <w:r>
        <w:br/>
      </w:r>
      <w:r>
        <w:rPr>
          <w:sz w:val="20"/>
        </w:rPr>
        <w:t>1:06:02  poori ki poori har cheez mein wisdom hai.</w:t>
      </w:r>
      <w:r>
        <w:br/>
      </w:r>
      <w:r>
        <w:rPr>
          <w:sz w:val="20"/>
        </w:rPr>
        <w:t>1:06:09  صحت رسول کا دوسرا نام میں سمجھتا ہوں کہ applied wisdom۔</w:t>
      </w:r>
      <w:r>
        <w:br/>
      </w:r>
      <w:r>
        <w:rPr>
          <w:sz w:val="20"/>
        </w:rPr>
        <w:t>1:06:16  tu agarche definition ki term jo hai, is mein mujhe koi hadith nahi maloom, lekin sehat rasool mein</w:t>
      </w:r>
      <w:r>
        <w:br/>
      </w:r>
      <w:r>
        <w:rPr>
          <w:sz w:val="20"/>
        </w:rPr>
        <w:t>1:06:23  mein ne wisdom ka essence daryaft kiya.</w:t>
      </w:r>
      <w:r>
        <w:br/>
      </w:r>
      <w:r>
        <w:rPr>
          <w:sz w:val="20"/>
        </w:rPr>
        <w:t>1:06:29  Wisdom ka essence hai.</w:t>
      </w:r>
      <w:r>
        <w:br/>
      </w:r>
      <w:r>
        <w:rPr>
          <w:sz w:val="20"/>
        </w:rPr>
        <w:t>1:06:36  phir is ko mein ne phrase surat di, aik phrase banaya.</w:t>
      </w:r>
      <w:r>
        <w:br/>
      </w:r>
      <w:r>
        <w:rPr>
          <w:sz w:val="20"/>
        </w:rPr>
        <w:t>1:06:43  tu yeh jo phrase mein ne banaya, yeh definition woh derived hai sunnat rasool se, lekin lafzan nahi balkeh ma'nan.</w:t>
      </w:r>
      <w:r>
        <w:br/>
      </w:r>
      <w:r>
        <w:rPr>
          <w:sz w:val="20"/>
        </w:rPr>
        <w:t>1:06:50  woh hai "Wisdom is the ability to discover the relevant by sorting out the irrelevant." mein ne dekha,</w:t>
      </w:r>
      <w:r>
        <w:br/>
      </w:r>
      <w:r>
        <w:rPr>
          <w:sz w:val="20"/>
        </w:rPr>
        <w:t>1:06:56  yehi wisdom hai.</w:t>
      </w:r>
      <w:r>
        <w:br/>
      </w:r>
      <w:r>
        <w:rPr>
          <w:sz w:val="20"/>
        </w:rPr>
        <w:t>1:07:03  is wisdom ko janne ke liye aap ko study karni pare gi.</w:t>
      </w:r>
      <w:r>
        <w:br/>
      </w:r>
      <w:r>
        <w:rPr>
          <w:sz w:val="20"/>
        </w:rPr>
        <w:t>1:07:10  aur study bohat hi ziyada honestly.</w:t>
      </w:r>
      <w:r>
        <w:br/>
      </w:r>
      <w:r>
        <w:rPr>
          <w:sz w:val="20"/>
        </w:rPr>
        <w:t>1:07:17  mera tajurba yeh hai ke study karte hain log, lekin honestly ke sath study nahi karte.</w:t>
      </w:r>
      <w:r>
        <w:br/>
      </w:r>
      <w:r>
        <w:rPr>
          <w:sz w:val="20"/>
        </w:rPr>
        <w:t>1:07:24  apne mind ke sath parhte hain.</w:t>
      </w:r>
      <w:r>
        <w:br/>
      </w:r>
      <w:r>
        <w:rPr>
          <w:sz w:val="20"/>
        </w:rPr>
        <w:t>1:07:30  apne mind set ko jab tak aap alag alag na karein, tab tak study aap ke kaam nahi aye gi.</w:t>
      </w:r>
      <w:r>
        <w:br/>
      </w:r>
      <w:r>
        <w:rPr>
          <w:sz w:val="20"/>
        </w:rPr>
        <w:t>1:07:37  apne mind set ko alag kar ke, apne ko empathy mind bana kar ke study karein ge, tab</w:t>
      </w:r>
      <w:r>
        <w:br/>
      </w:r>
      <w:r>
        <w:rPr>
          <w:sz w:val="20"/>
        </w:rPr>
        <w:t>1:07:44  samajh mein aye ga.</w:t>
      </w:r>
      <w:r>
        <w:br/>
      </w:r>
      <w:r>
        <w:rPr>
          <w:sz w:val="20"/>
        </w:rPr>
        <w:t>1:07:51  tu aap jo aur cheezein parhna chahte hain, parhein.</w:t>
      </w:r>
      <w:r>
        <w:br/>
      </w:r>
      <w:r>
        <w:rPr>
          <w:sz w:val="20"/>
        </w:rPr>
        <w:t>1:07:57  sehat rasool ko is wajah se parhiye ke sehat rasool mein kis tarah se wisdom ka assessment maujood hai.</w:t>
      </w:r>
      <w:r>
        <w:br/>
      </w:r>
      <w:r>
        <w:rPr>
          <w:sz w:val="20"/>
        </w:rPr>
        <w:t>1:08:04  har cheez mein wisdom, har cheez mein wisdom.</w:t>
      </w:r>
      <w:r>
        <w:br/>
      </w:r>
      <w:r>
        <w:rPr>
          <w:sz w:val="20"/>
        </w:rPr>
        <w:t>1:08:11  tu aap bhi isi tarah daryaft karein ge jis tarah se mein ne daryaft kiya.</w:t>
      </w:r>
      <w:r>
        <w:br/>
      </w:r>
      <w:r>
        <w:rPr>
          <w:sz w:val="20"/>
        </w:rPr>
        <w:t>1:08:18  is ke baad is ko follow karne ki baat hai.</w:t>
      </w:r>
      <w:r>
        <w:br/>
      </w:r>
      <w:r>
        <w:rPr>
          <w:sz w:val="20"/>
        </w:rPr>
        <w:t>1:08:24  tu wisdom ko follow karna, yeh aik yeh daryaft ke baad shuru hota hai.</w:t>
      </w:r>
      <w:r>
        <w:br/>
      </w:r>
      <w:r>
        <w:rPr>
          <w:sz w:val="20"/>
        </w:rPr>
        <w:t>1:08:31  is ka safar tu pehle aap daryaft kijiye, phir inshallah aap is ko follow karne wale ban jayein ge.</w:t>
      </w:r>
    </w:p>
    <w:p>
      <w:pPr>
        <w:pStyle w:val="Heading2"/>
      </w:pPr>
      <w:r>
        <w:t>Benefits of reducing TV and increasing rest</w:t>
      </w:r>
    </w:p>
    <w:p>
      <w:r>
        <w:rPr>
          <w:color w:val="666666"/>
          <w:sz w:val="18"/>
        </w:rPr>
        <w:t>Life &amp; Wisdom · Self Correction November 09, 2014 · 4m 28s · at 56:50 · https://youtu.be/EgAukdSfGRU?t=3410</w:t>
      </w:r>
    </w:p>
    <w:p>
      <w:r>
        <w:rPr>
          <w:i/>
        </w:rPr>
        <w:t>“Kindly elaborate on the merits of cutting down TV time and increasing the resting time.”</w:t>
      </w:r>
    </w:p>
    <w:p>
      <w:r>
        <w:rPr>
          <w:sz w:val="20"/>
        </w:rPr>
        <w:t>56:50  maulana, dilli se agla sawal kya hai doctor farhat naseeren ne, aur unhon ne likha hai ke "Kindly elaborate on the merits of cutting down TV time and increasing the resting time." kya matlab is ka</w:t>
      </w:r>
      <w:r>
        <w:br/>
      </w:r>
      <w:r>
        <w:rPr>
          <w:sz w:val="20"/>
        </w:rPr>
        <w:t>57:09  ? ke maulana, jo aksar time jo television dekhnay mein lag jata hai, to woh yeh aap se poochna chahti hain ke is ke kya merits hain agar hum television time kam karen aur is ki bajaye resting time ko increase karen?</w:t>
      </w:r>
      <w:r>
        <w:br/>
      </w:r>
      <w:r>
        <w:rPr>
          <w:sz w:val="20"/>
        </w:rPr>
        <w:t>57:25  rest karnay ke liye jo time. bhai, resting time ko aap study kijiye.</w:t>
      </w:r>
      <w:r>
        <w:br/>
      </w:r>
      <w:r>
        <w:rPr>
          <w:sz w:val="20"/>
        </w:rPr>
        <w:t>57:29  mein jab bhi TV dekhta hoon, mujhe to lagta hai ke mein apna time waste kar raha hoon. kyunke TV mein siwa BBC London ke, sahib, itna distraction hota hai ke mein to hairaan hoon kaun dekhte hain ke log TV.</w:t>
      </w:r>
      <w:r>
        <w:br/>
      </w:r>
      <w:r>
        <w:rPr>
          <w:sz w:val="20"/>
        </w:rPr>
        <w:t>57:45  sirf khurafat maloom hoti hain TV mein.</w:t>
      </w:r>
      <w:r>
        <w:br/>
      </w:r>
      <w:r>
        <w:rPr>
          <w:sz w:val="20"/>
        </w:rPr>
        <w:t>57:50  woh to TV dekhna hi bilkul. mein zindagi bhar akhbar parta raha news ke liye.</w:t>
      </w:r>
      <w:r>
        <w:br/>
      </w:r>
      <w:r>
        <w:rPr>
          <w:sz w:val="20"/>
        </w:rPr>
        <w:t>57:57  kabhi mein TV se news nahi liya mein ne. to mein samajhta hoon ke ab, ab, ab akhbar ke baad koi cheez agar hai to mere paas to radio hai.</w:t>
      </w:r>
      <w:r>
        <w:br/>
      </w:r>
      <w:r>
        <w:rPr>
          <w:sz w:val="20"/>
        </w:rPr>
        <w:t>58:08  TV ko to mein samajhta hoon ke koi entertainment ke liye dekha hai to dekha hai. baqi is ka koi, koi yani koi taameeri faida to mujhe, mujhe samajh mein nahi aata TV ka.</w:t>
      </w:r>
      <w:r>
        <w:br/>
      </w:r>
      <w:r>
        <w:rPr>
          <w:sz w:val="20"/>
        </w:rPr>
        <w:t>58:26  haan, kuch, kuch atay hain. woh aisi cheez hai jaise jo geography society hai, us ke koi document, woh, woh to mufeed hotay hain.</w:t>
      </w:r>
      <w:r>
        <w:br/>
      </w:r>
      <w:r>
        <w:rPr>
          <w:sz w:val="20"/>
        </w:rPr>
        <w:t>58:39  woh mein, mein dekhta hoon is ko. geography society ke document. baqi aam tor par jo TV aata hai, woh har waqt distraction, har waqt distraction, har waqt is mein advertisement.</w:t>
      </w:r>
      <w:r>
        <w:br/>
      </w:r>
      <w:r>
        <w:rPr>
          <w:sz w:val="20"/>
        </w:rPr>
        <w:t>58:51  mujhe to bilkul wehshat hoti hai is se.</w:t>
      </w:r>
      <w:r>
        <w:br/>
      </w:r>
      <w:r>
        <w:rPr>
          <w:sz w:val="20"/>
        </w:rPr>
        <w:t>58:56  to beh-haal, mein yeh kahoon ga ke har aadmi ko chahiye ke woh art of time management seekhe. masla na TV ka hai, na kisi aur cheez ka.</w:t>
      </w:r>
      <w:r>
        <w:br/>
      </w:r>
      <w:r>
        <w:rPr>
          <w:sz w:val="20"/>
        </w:rPr>
        <w:t>59:06  masla hai art of time management ka. aap khud janiye ke aap ne jo time kisi kaam mein lagaya, us se aap ko achievement kya hua.</w:t>
      </w:r>
      <w:r>
        <w:br/>
      </w:r>
      <w:r>
        <w:rPr>
          <w:sz w:val="20"/>
        </w:rPr>
        <w:t>59:18  in terms of achievement, is ko aap judge kijiye. koi doosra nahi bata sakta aap ko</w:t>
      </w:r>
      <w:r>
        <w:br/>
      </w:r>
      <w:r>
        <w:rPr>
          <w:sz w:val="20"/>
        </w:rPr>
        <w:t>59:23  ۔ aap khud, yani soch kar jaan sakte hain ke jo time mein ne lagaya TV mein ya kisi aur kaam mein, to</w:t>
      </w:r>
      <w:r>
        <w:br/>
      </w:r>
      <w:r>
        <w:rPr>
          <w:sz w:val="20"/>
        </w:rPr>
        <w:t>59:37  is mein mein ne achieve kiya kiya? yeh hai kraytiriya. to chounkay mein ne daikha ke mein TV daikhta hoon to kuch achieve nahi kar pata, to mein ne is ko chor diya.</w:t>
      </w:r>
      <w:r>
        <w:br/>
      </w:r>
      <w:r>
        <w:rPr>
          <w:sz w:val="20"/>
        </w:rPr>
        <w:t>59:50  mein</w:t>
      </w:r>
      <w:r>
        <w:br/>
      </w:r>
      <w:r>
        <w:rPr>
          <w:sz w:val="20"/>
        </w:rPr>
        <w:t>59:51  bas chotay, chotay, chotay government. hamaray kuch saathi thay, mujhe le gaye, cinema bhi le gaye. is waqt mein jawanpur mein tha. to mein ne daikha ke mujhe koi is waqt koi achieve to hota nahi, kuch.</w:t>
      </w:r>
      <w:r>
        <w:br/>
      </w:r>
      <w:r>
        <w:rPr>
          <w:sz w:val="20"/>
        </w:rPr>
        <w:t>1:00:02  yeh waqti tafreeh hai. to mein ne is ko chor diya. to meri aadat hai ke har cheez ko mein result ke aitbaar se janchta hoon.</w:t>
      </w:r>
      <w:r>
        <w:br/>
      </w:r>
      <w:r>
        <w:rPr>
          <w:sz w:val="20"/>
        </w:rPr>
        <w:t>1:00:11  har cheez ko result ke aitbaar se. yaani pani bhi peeta hoon to yeh soch kar ke is ka result kiya hai?</w:t>
      </w:r>
      <w:r>
        <w:br/>
      </w:r>
      <w:r>
        <w:rPr>
          <w:sz w:val="20"/>
        </w:rPr>
        <w:t>1:00:18  yeh meri aadat ban gayi hai. yaani aadat ka lafz mein bola hoon, matlab mera tareeqa ban gaya hai. aadat nahi kahiye is ko. mera tareeqa yeh ban gaya hai ke mein kisi bhi cheez ko is ko result ke aitbaar se sochta hoon.</w:t>
      </w:r>
      <w:r>
        <w:br/>
      </w:r>
      <w:r>
        <w:rPr>
          <w:sz w:val="20"/>
        </w:rPr>
        <w:t>1:00:35  misalan yahan mein aata hoon sunday ko, is ko mein, is ko mein sochta hoon ke mujhe is mein kiya mila? yaani mein ne is mein kiya achieve kiya?</w:t>
      </w:r>
      <w:r>
        <w:br/>
      </w:r>
      <w:r>
        <w:rPr>
          <w:sz w:val="20"/>
        </w:rPr>
        <w:t>1:00:47  to har cheez ko, yaani result ke kraytiriya se naapna yeh mera tareeqa hai. aur isi ko mein Islam ka tareeqa samajhta hoon.</w:t>
      </w:r>
      <w:r>
        <w:br/>
      </w:r>
      <w:r>
        <w:rPr>
          <w:sz w:val="20"/>
        </w:rPr>
        <w:t>1:00:57  chounkay hadees mein aata hai ke man hasan al-islam mar'u tarukahu ma la yani. yaani aadmi ko chahiye ke is kaam ko chor de jis ka koi faida na ho.</w:t>
      </w:r>
      <w:r>
        <w:br/>
      </w:r>
      <w:r>
        <w:rPr>
          <w:sz w:val="20"/>
        </w:rPr>
        <w:t>1:01:08  matlab jis ka koi result na ho. to is ko chor do.</w:t>
      </w:r>
    </w:p>
    <w:p>
      <w:pPr>
        <w:pStyle w:val="Heading2"/>
      </w:pPr>
      <w:r>
        <w:t>Benefits of reducing TV and resting</w:t>
      </w:r>
    </w:p>
    <w:p>
      <w:r>
        <w:rPr>
          <w:color w:val="666666"/>
          <w:sz w:val="18"/>
        </w:rPr>
        <w:t>Life &amp; Wisdom · Self Correction November 09, 2014 Maulana Wahiduddin Khan · 4m 24s · at 56:51 · https://youtu.be/PpwTmeCQkSQ?t=3411</w:t>
      </w:r>
    </w:p>
    <w:p>
      <w:r>
        <w:rPr>
          <w:i/>
        </w:rPr>
        <w:t>“Kindly elaborate on the merits of cutting down TV time and increasing the resting time.”</w:t>
      </w:r>
    </w:p>
    <w:p>
      <w:r>
        <w:rPr>
          <w:sz w:val="20"/>
        </w:rPr>
        <w:t>56:51  maulana, dilli se agla sawal kya hai doctor farhat naseereen ne, aur unhon ne likha hai ke "Kindly</w:t>
      </w:r>
      <w:r>
        <w:br/>
      </w:r>
      <w:r>
        <w:rPr>
          <w:sz w:val="20"/>
        </w:rPr>
        <w:t>56:56  elaborate on the merits of cutting down TV time and increasing the resting time." yeh jo time hai,</w:t>
      </w:r>
      <w:r>
        <w:br/>
      </w:r>
      <w:r>
        <w:rPr>
          <w:sz w:val="20"/>
        </w:rPr>
        <w:t>57:02  bhai, resting time ko aap study kijiye.</w:t>
      </w:r>
      <w:r>
        <w:br/>
      </w:r>
      <w:r>
        <w:rPr>
          <w:sz w:val="20"/>
        </w:rPr>
        <w:t>57:07  mein jab bhi TV dekhta hoon, mujhe to lagta hai ke mein apna time zaya kar raha</w:t>
      </w:r>
      <w:r>
        <w:br/>
      </w:r>
      <w:r>
        <w:rPr>
          <w:sz w:val="20"/>
        </w:rPr>
        <w:t>57:13  hoon, kyunke TV mein siwa BBC London ke.</w:t>
      </w:r>
      <w:r>
        <w:br/>
      </w:r>
      <w:r>
        <w:rPr>
          <w:sz w:val="20"/>
        </w:rPr>
        <w:t>57:18  sahib, itna distraction hota hai ke mein to hairaan hoon ke kaun log dekhte hain ke log TV.</w:t>
      </w:r>
      <w:r>
        <w:br/>
      </w:r>
      <w:r>
        <w:rPr>
          <w:sz w:val="20"/>
        </w:rPr>
        <w:t>57:24  sirf khurafaat maloom hoti hain.</w:t>
      </w:r>
      <w:r>
        <w:br/>
      </w:r>
      <w:r>
        <w:rPr>
          <w:sz w:val="20"/>
        </w:rPr>
        <w:t>57:29  TV, woh to TV dekhna hi bilkul.</w:t>
      </w:r>
      <w:r>
        <w:br/>
      </w:r>
      <w:r>
        <w:rPr>
          <w:sz w:val="20"/>
        </w:rPr>
        <w:t>57:35  mein zindagi bhar akhbar parhta raha news ke liye.</w:t>
      </w:r>
      <w:r>
        <w:br/>
      </w:r>
      <w:r>
        <w:rPr>
          <w:sz w:val="20"/>
        </w:rPr>
        <w:t>57:40  kabhi mein TV se news nahi liya.</w:t>
      </w:r>
      <w:r>
        <w:br/>
      </w:r>
      <w:r>
        <w:rPr>
          <w:sz w:val="20"/>
        </w:rPr>
        <w:t>57:46  mein ne to mein samajhta hoon ke ab, ab, ab akhbar ke baad koi cheez agar hai to</w:t>
      </w:r>
      <w:r>
        <w:br/>
      </w:r>
      <w:r>
        <w:rPr>
          <w:sz w:val="20"/>
        </w:rPr>
        <w:t>57:51  mere paas to radio hai.</w:t>
      </w:r>
      <w:r>
        <w:br/>
      </w:r>
      <w:r>
        <w:rPr>
          <w:sz w:val="20"/>
        </w:rPr>
        <w:t>57:57  TV ko to mein samajhta hoon ke koi entertainment ke liye dekha hai to dekha hai, baqi</w:t>
      </w:r>
      <w:r>
        <w:br/>
      </w:r>
      <w:r>
        <w:rPr>
          <w:sz w:val="20"/>
        </w:rPr>
        <w:t>58:02  iska koi taameeri faida to mujhe samajh mein nahi aata.</w:t>
      </w:r>
      <w:r>
        <w:br/>
      </w:r>
      <w:r>
        <w:rPr>
          <w:sz w:val="20"/>
        </w:rPr>
        <w:t>58:08  TV ka to haan, kuch, kuch aate hain.</w:t>
      </w:r>
      <w:r>
        <w:br/>
      </w:r>
      <w:r>
        <w:rPr>
          <w:sz w:val="20"/>
        </w:rPr>
        <w:t>58:14  woh aisi cheez hai jise jo jighrafiyai society hai, us ke kuch document, woh, woh to mufeed hote hain.</w:t>
      </w:r>
      <w:r>
        <w:br/>
      </w:r>
      <w:r>
        <w:rPr>
          <w:sz w:val="20"/>
        </w:rPr>
        <w:t>58:19  woh mein, mein dekhta hoon.</w:t>
      </w:r>
      <w:r>
        <w:br/>
      </w:r>
      <w:r>
        <w:rPr>
          <w:sz w:val="20"/>
        </w:rPr>
        <w:t>58:25  isko jighrafiyai society ke document, baqi aam taur par jo TV aata hai, woh har waqt</w:t>
      </w:r>
      <w:r>
        <w:br/>
      </w:r>
      <w:r>
        <w:rPr>
          <w:sz w:val="20"/>
        </w:rPr>
        <w:t>58:30  distrakshan, har waqt distrakshan, har waqt is mein advertisement.</w:t>
      </w:r>
      <w:r>
        <w:br/>
      </w:r>
      <w:r>
        <w:rPr>
          <w:sz w:val="20"/>
        </w:rPr>
        <w:t>58:36  mujhe to bilkul wehshat hoti hai is se.</w:t>
      </w:r>
      <w:r>
        <w:br/>
      </w:r>
      <w:r>
        <w:rPr>
          <w:sz w:val="20"/>
        </w:rPr>
        <w:t>58:41  to behr-haal, main yeh kahunga ke har aadmi ko chahiye ke woh art of time management seekhe.</w:t>
      </w:r>
      <w:r>
        <w:br/>
      </w:r>
      <w:r>
        <w:rPr>
          <w:sz w:val="20"/>
        </w:rPr>
        <w:t>58:47  masla na TV ka hai, na kisi aur cheez ka.</w:t>
      </w:r>
      <w:r>
        <w:br/>
      </w:r>
      <w:r>
        <w:rPr>
          <w:sz w:val="20"/>
        </w:rPr>
        <w:t>58:52  masla hai art of time management ka.</w:t>
      </w:r>
      <w:r>
        <w:br/>
      </w:r>
      <w:r>
        <w:rPr>
          <w:sz w:val="20"/>
        </w:rPr>
        <w:t>58:58  aap khud janiye ke aap ne jo time kisi kaam mein lagaya, us se aap ko achievement kya hua.</w:t>
      </w:r>
      <w:r>
        <w:br/>
      </w:r>
      <w:r>
        <w:rPr>
          <w:sz w:val="20"/>
        </w:rPr>
        <w:t>59:03  in terms of achievement, is ko aap judge kijiye.</w:t>
      </w:r>
      <w:r>
        <w:br/>
      </w:r>
      <w:r>
        <w:rPr>
          <w:sz w:val="20"/>
        </w:rPr>
        <w:t>59:09  koi doosra nahi bata sakta aap ko.</w:t>
      </w:r>
      <w:r>
        <w:br/>
      </w:r>
      <w:r>
        <w:rPr>
          <w:sz w:val="20"/>
        </w:rPr>
        <w:t>59:14  aap khud, yaani soch kar jaan sakte hain ke jo time maine lagaya TV mein ya</w:t>
      </w:r>
      <w:r>
        <w:br/>
      </w:r>
      <w:r>
        <w:rPr>
          <w:sz w:val="20"/>
        </w:rPr>
        <w:t>59:20  kisi aur kaam mein, to is mein maine achieve kiya kiya.</w:t>
      </w:r>
      <w:r>
        <w:br/>
      </w:r>
      <w:r>
        <w:rPr>
          <w:sz w:val="20"/>
        </w:rPr>
        <w:t>59:25  yeh hai criteria.</w:t>
      </w:r>
      <w:r>
        <w:br/>
      </w:r>
      <w:r>
        <w:rPr>
          <w:sz w:val="20"/>
        </w:rPr>
        <w:t>59:31  to chunaanche maine dekha ke main TV dekhta hoon to kuch achieve nahi kar pata, to</w:t>
      </w:r>
      <w:r>
        <w:br/>
      </w:r>
      <w:r>
        <w:rPr>
          <w:sz w:val="20"/>
        </w:rPr>
        <w:t>59:36  maine is ko chhod diya.</w:t>
      </w:r>
      <w:r>
        <w:br/>
      </w:r>
      <w:r>
        <w:rPr>
          <w:sz w:val="20"/>
        </w:rPr>
        <w:t>59:42  main chhote government, hamare kuch saathi the, mujhe le gaye cinema bhi le gaye.</w:t>
      </w:r>
      <w:r>
        <w:br/>
      </w:r>
      <w:r>
        <w:rPr>
          <w:sz w:val="20"/>
        </w:rPr>
        <w:t>59:47  us waqt main jawanpur mein tha, to maine dekha ke mujhe koi us waqt koi achieve</w:t>
      </w:r>
      <w:r>
        <w:br/>
      </w:r>
      <w:r>
        <w:rPr>
          <w:sz w:val="20"/>
        </w:rPr>
        <w:t>59:53  to hota nahi.</w:t>
      </w:r>
      <w:r>
        <w:br/>
      </w:r>
      <w:r>
        <w:rPr>
          <w:sz w:val="20"/>
        </w:rPr>
        <w:t>59:58  kuch yeh waqti tafreeh hai, to maine is ko chhod diya.</w:t>
      </w:r>
      <w:r>
        <w:br/>
      </w:r>
      <w:r>
        <w:rPr>
          <w:sz w:val="20"/>
        </w:rPr>
        <w:t>1:00:04  to meri aadat hai ke har cheez ko main result ke aitbaar se jaanchta hoon.</w:t>
      </w:r>
      <w:r>
        <w:br/>
      </w:r>
      <w:r>
        <w:rPr>
          <w:sz w:val="20"/>
        </w:rPr>
        <w:t>1:00:09  har cheez ko result ke aitbaar se, yaani paani bhi peeta hoon to yeh soch kar ke is</w:t>
      </w:r>
      <w:r>
        <w:br/>
      </w:r>
      <w:r>
        <w:rPr>
          <w:sz w:val="20"/>
        </w:rPr>
        <w:t>1:00:15  ka result kya hai.</w:t>
      </w:r>
      <w:r>
        <w:br/>
      </w:r>
      <w:r>
        <w:rPr>
          <w:sz w:val="20"/>
        </w:rPr>
        <w:t>1:00:20  yeh meri aadat ban gayi hai, yaani aadat ka lafz main bola hoon, matlab mera tareeqa ban gaya hai.</w:t>
      </w:r>
      <w:r>
        <w:br/>
      </w:r>
      <w:r>
        <w:rPr>
          <w:sz w:val="20"/>
        </w:rPr>
        <w:t>1:00:26  aadat nahi kahiye is ko, mera tareeqa yeh ban gaya hai ke main kisi bhi cheez ko is</w:t>
      </w:r>
      <w:r>
        <w:br/>
      </w:r>
      <w:r>
        <w:rPr>
          <w:sz w:val="20"/>
        </w:rPr>
        <w:t>1:00:31  ko result ke aitbaar se sochta hoon.</w:t>
      </w:r>
      <w:r>
        <w:br/>
      </w:r>
      <w:r>
        <w:rPr>
          <w:sz w:val="20"/>
        </w:rPr>
        <w:t>1:00:37  misal ke taur par, yahan main aata hoon Sunday ko, is ko bhi, is ko bhi main sochta hoon ke mujhe</w:t>
      </w:r>
      <w:r>
        <w:br/>
      </w:r>
      <w:r>
        <w:rPr>
          <w:sz w:val="20"/>
        </w:rPr>
        <w:t>1:00:42  is mein kya mila, yaani maine is mein kya achieve kiya.</w:t>
      </w:r>
      <w:r>
        <w:br/>
      </w:r>
      <w:r>
        <w:rPr>
          <w:sz w:val="20"/>
        </w:rPr>
        <w:t>1:00:48  to har cheez ko, yaani result ke criteria se naapna yeh mera tareeqa hai, aur isi ko mein</w:t>
      </w:r>
      <w:r>
        <w:br/>
      </w:r>
      <w:r>
        <w:rPr>
          <w:sz w:val="20"/>
        </w:rPr>
        <w:t>1:00:53  islam ka tareeqa samajhta hoon.</w:t>
      </w:r>
      <w:r>
        <w:br/>
      </w:r>
      <w:r>
        <w:rPr>
          <w:sz w:val="20"/>
        </w:rPr>
        <w:t>1:00:59  kyunke hadees mein aata hai ke "man husn islami mar tarka mala yani", yaani aadmi ko kuch chahiye</w:t>
      </w:r>
      <w:r>
        <w:br/>
      </w:r>
      <w:r>
        <w:rPr>
          <w:sz w:val="20"/>
        </w:rPr>
        <w:t>1:01:04  ke usko aap ko chhod de, jiska koi faida na ho, matlab jiska koi result</w:t>
      </w:r>
      <w:r>
        <w:br/>
      </w:r>
      <w:r>
        <w:rPr>
          <w:sz w:val="20"/>
        </w:rPr>
        <w:t>1:01:10  na ho, to usko chhod do.</w:t>
      </w:r>
    </w:p>
    <w:p>
      <w:pPr>
        <w:pStyle w:val="Heading2"/>
      </w:pPr>
      <w:r>
        <w:t>Big work requires big heart explanation</w:t>
      </w:r>
    </w:p>
    <w:p>
      <w:r>
        <w:rPr>
          <w:color w:val="666666"/>
          <w:sz w:val="18"/>
        </w:rPr>
        <w:t>Life &amp; Wisdom · Replanning | February 26, 2017 · 2m 56s · at 50:35 · https://youtu.be/E120hwMH9x8?t=3035</w:t>
      </w:r>
    </w:p>
    <w:p>
      <w:r>
        <w:rPr>
          <w:i/>
        </w:rPr>
        <w:t>“You always say that for big work, a big heart is needed. Please explain this for all of us.”</w:t>
      </w:r>
    </w:p>
    <w:p>
      <w:r>
        <w:rPr>
          <w:sz w:val="20"/>
        </w:rPr>
        <w:t>50:35  hain pehla sawal bheja hai Maulana Farhad Umri sahib ne Delhi se aur unhon ne aap se poocha</w:t>
      </w:r>
      <w:r>
        <w:br/>
      </w:r>
      <w:r>
        <w:rPr>
          <w:sz w:val="20"/>
        </w:rPr>
        <w:t>50:43  hai Maulana you always say that bara kaam karne ke liye bara dil chahiye Maulana please is ko</w:t>
      </w:r>
      <w:r>
        <w:br/>
      </w:r>
      <w:r>
        <w:rPr>
          <w:sz w:val="20"/>
        </w:rPr>
        <w:t>50:50  hum sab ke liye</w:t>
      </w:r>
      <w:r>
        <w:br/>
      </w:r>
      <w:r>
        <w:rPr>
          <w:sz w:val="20"/>
        </w:rPr>
        <w:t>50:58  elaborate karke bataiye dekhiye yeh duniya jo hai is ko Allah Ta'ala ne freedom ke usool par</w:t>
      </w:r>
      <w:r>
        <w:br/>
      </w:r>
      <w:r>
        <w:rPr>
          <w:sz w:val="20"/>
        </w:rPr>
        <w:t>51:09  banaya hai har insaan ko freedom hai total freedom to jab freedom hai to aadmi apni freedom ko</w:t>
      </w:r>
      <w:r>
        <w:br/>
      </w:r>
      <w:r>
        <w:rPr>
          <w:sz w:val="20"/>
        </w:rPr>
        <w:t>51:20  apni marzi ke mutabiq istemal karega aap se puchne nahi aayega wo</w:t>
      </w:r>
      <w:r>
        <w:br/>
      </w:r>
      <w:r>
        <w:rPr>
          <w:sz w:val="20"/>
        </w:rPr>
        <w:t>51:31  to is waja se dunya mein hamesha problem rehta hai aap jante hain ke bohat se bare bare</w:t>
      </w:r>
      <w:r>
        <w:br/>
      </w:r>
      <w:r>
        <w:rPr>
          <w:sz w:val="20"/>
        </w:rPr>
        <w:t>51:38  farmer yeh kehte hain ke dunya mein sab se bara masla problem of evil hai sab se bara</w:t>
      </w:r>
      <w:r>
        <w:br/>
      </w:r>
      <w:r>
        <w:rPr>
          <w:sz w:val="20"/>
        </w:rPr>
        <w:t>51:46  masla problem of evil hai mein kehta hoon bhook ho raha tha yeh baat dunya mein jo masla</w:t>
      </w:r>
      <w:r>
        <w:br/>
      </w:r>
      <w:r>
        <w:rPr>
          <w:sz w:val="20"/>
        </w:rPr>
        <w:t>51:54  hai misuse of freedom ka hai dunya mein jo masla hai wo</w:t>
      </w:r>
      <w:r>
        <w:br/>
      </w:r>
      <w:r>
        <w:rPr>
          <w:sz w:val="20"/>
        </w:rPr>
        <w:t>52:02  problem of evil nahi hai wo hai misuse of freedom har aadmi apni freedom ko istemal karega</w:t>
      </w:r>
      <w:r>
        <w:br/>
      </w:r>
      <w:r>
        <w:rPr>
          <w:sz w:val="20"/>
        </w:rPr>
        <w:t>52:09  to kisi na kisi ke khilaf ho jayega wo to is ko aap take it easy ka</w:t>
      </w:r>
      <w:r>
        <w:br/>
      </w:r>
      <w:r>
        <w:rPr>
          <w:sz w:val="20"/>
        </w:rPr>
        <w:t>52:17  aap formula apnaiye is ko normal samjhiye aur phir re planning kijiye re planning kijiye is dunya mein</w:t>
      </w:r>
      <w:r>
        <w:br/>
      </w:r>
      <w:r>
        <w:rPr>
          <w:sz w:val="20"/>
        </w:rPr>
        <w:t>52:24  aap ke liye koi option hi nahi hai is ke siwa ke aap</w:t>
      </w:r>
      <w:r>
        <w:br/>
      </w:r>
      <w:r>
        <w:rPr>
          <w:sz w:val="20"/>
        </w:rPr>
        <w:t>52:32  re plan karein lekin is ke liye bara dil chahiye bara dil ka matlab yeh hai ke aap aap choti choti baton se oopar uthein real aur unreal ko real aur non-real ko alag kar ke sochein koi offend karta hai aap ko koi aap ko takleef pohanchata hai is se oopar uth kar sochein wohi jis cheez ko kehte hain quran mein khalq e azeem y</w:t>
      </w:r>
      <w:r>
        <w:br/>
      </w:r>
      <w:r>
        <w:rPr>
          <w:sz w:val="20"/>
        </w:rPr>
        <w:t>53:02  yani khalq e azeem ka character apnana yeh hai bara dil bara dil ke baghair is dunya mein koi</w:t>
      </w:r>
      <w:r>
        <w:br/>
      </w:r>
      <w:r>
        <w:rPr>
          <w:sz w:val="20"/>
        </w:rPr>
        <w:t>53:10  bari kamyabi nahi ho sakti kyunke dunya mein log aazad rahenge dunya mein competition rahega dunya</w:t>
      </w:r>
      <w:r>
        <w:br/>
      </w:r>
      <w:r>
        <w:rPr>
          <w:sz w:val="20"/>
        </w:rPr>
        <w:t>53:17  mein challenges rahenge to jab tak aap ka bara dil na ho tab tak aap kaise apni</w:t>
      </w:r>
      <w:r>
        <w:br/>
      </w:r>
      <w:r>
        <w:rPr>
          <w:sz w:val="20"/>
        </w:rPr>
        <w:t>53:25  planning karenge uljhe rahenge aap shikayaton mein uljhe rahenge yeh mat</w:t>
      </w:r>
    </w:p>
    <w:p>
      <w:pPr>
        <w:pStyle w:val="Heading2"/>
      </w:pPr>
      <w:r>
        <w:t>Book recommendation on freedom of thought</w:t>
      </w:r>
    </w:p>
    <w:p>
      <w:r>
        <w:rPr>
          <w:color w:val="666666"/>
          <w:sz w:val="18"/>
        </w:rPr>
        <w:t>Life &amp; Wisdom · Freedom of Thought in Islam 23 October, 2011 · 4m 14s · at 1:17:30 · https://youtu.be/aGbxRNNOKzo?t=4650</w:t>
      </w:r>
    </w:p>
    <w:p>
      <w:r>
        <w:rPr>
          <w:i/>
        </w:rPr>
        <w:t>“Today's discussion on freedom of thought was very enlightening. Could you please suggest me any of your books devoted to this topic to further my knowledge?”</w:t>
      </w:r>
    </w:p>
    <w:p>
      <w:r>
        <w:rPr>
          <w:sz w:val="20"/>
        </w:rPr>
        <w:t>1:17:30  maulana, agla sawal misster zeeshan yousaf ka hai, hyderabad se. unhon ne likha hai: "maulana, today discussion on freedom of thought was very enlightening.</w:t>
      </w:r>
      <w:r>
        <w:br/>
      </w:r>
      <w:r>
        <w:rPr>
          <w:sz w:val="20"/>
        </w:rPr>
        <w:t>1:17:43  could you please suggest me any of your books devoted to this topic to further my knowledge?" ek kitab hai "deen e insaniyat".</w:t>
      </w:r>
      <w:r>
        <w:br/>
      </w:r>
      <w:r>
        <w:rPr>
          <w:sz w:val="20"/>
        </w:rPr>
        <w:t>1:17:53  is mein kai chapter hain.</w:t>
      </w:r>
      <w:r>
        <w:br/>
      </w:r>
      <w:r>
        <w:rPr>
          <w:sz w:val="20"/>
        </w:rPr>
        <w:t>1:17:55  aik chapter fifty pages ka hai, "huriyat-e-fikr". yaani fikr ki azaadi. is ko aap parh sakte hain.</w:t>
      </w:r>
      <w:r>
        <w:br/>
      </w:r>
      <w:r>
        <w:rPr>
          <w:sz w:val="20"/>
        </w:rPr>
        <w:t>1:18:07  kitaab ka naam hai "deen-e-insaniyat". is chapter ka naam hai "huriyat-e-fikr", jo pachas pages ka hai. Maulana, unhon ne aik apna doubt bhi likha hai, jo woh chahte hain ke aap clear karen.</w:t>
      </w:r>
      <w:r>
        <w:br/>
      </w:r>
      <w:r>
        <w:rPr>
          <w:sz w:val="20"/>
        </w:rPr>
        <w:t>1:18:19  unhon ne likha hai ke: "If a man who is living in an Islamic state uses abusive language about the Prophet of Islam, then how should that very Islamic administration deal with that man?</w:t>
      </w:r>
      <w:r>
        <w:br/>
      </w:r>
      <w:r>
        <w:rPr>
          <w:sz w:val="20"/>
        </w:rPr>
        <w:t>1:18:34  The question I guess could be asked to me while I am doing my da'wa work. Please suggest me your valuable answer." dekhiye, yeh masla law and order ka hai nahin.</w:t>
      </w:r>
      <w:r>
        <w:br/>
      </w:r>
      <w:r>
        <w:rPr>
          <w:sz w:val="20"/>
        </w:rPr>
        <w:t>1:18:47  administration ka hai nahin yeh masla. yeh masla dawat-o-tabligh ka hai. yaani aap is ko ja ke miliye, is se baat kijiye. agar is ne kitaab likhi hai to aap bhi aik kitaab likhiye.</w:t>
      </w:r>
      <w:r>
        <w:br/>
      </w:r>
      <w:r>
        <w:rPr>
          <w:sz w:val="20"/>
        </w:rPr>
        <w:t>1:18:58  aap bhi kijiye. yeh law and order ka masla hi nahin hai. law and order ka masla kab hoga? jab ke woh koi social crime kare. kisi ko physical injury pahunchaye.</w:t>
      </w:r>
      <w:r>
        <w:br/>
      </w:r>
      <w:r>
        <w:rPr>
          <w:sz w:val="20"/>
        </w:rPr>
        <w:t>1:19:09  kisi ka maal chheen le. kisi ka haath paon tode.</w:t>
      </w:r>
      <w:r>
        <w:br/>
      </w:r>
      <w:r>
        <w:rPr>
          <w:sz w:val="20"/>
        </w:rPr>
        <w:t>1:19:13  woh sirf agar zabaan se aik baat bolta hai. woh koi mazmoon chhapta hai. to woh hargiz hargiz administration ka masla nahin hai.</w:t>
      </w:r>
      <w:r>
        <w:br/>
      </w:r>
      <w:r>
        <w:rPr>
          <w:sz w:val="20"/>
        </w:rPr>
        <w:t>1:19:24  woh woh masla hai da'i-o-mu'alliq ka. yaani da'i-o-mu'alliq is se mil kar ke is ke doubt clear karen. is par khud bhi mazmoon likhen, kitaab likhen.</w:t>
      </w:r>
      <w:r>
        <w:br/>
      </w:r>
      <w:r>
        <w:rPr>
          <w:sz w:val="20"/>
        </w:rPr>
        <w:t>1:19:34  yahi</w:t>
      </w:r>
      <w:r>
        <w:br/>
      </w:r>
      <w:r>
        <w:rPr>
          <w:sz w:val="20"/>
        </w:rPr>
        <w:t>1:19:35  karen. is ki misaal yeh hai, dekhiye. ke Madine mein Rasool Allah Sal Allahu Alaihi Wa Sallam ke zamane mein state qaim ho chuka tha. yaani administration qaim ho chuka tha wahan par Madine mein.</w:t>
      </w:r>
      <w:r>
        <w:br/>
      </w:r>
      <w:r>
        <w:rPr>
          <w:sz w:val="20"/>
        </w:rPr>
        <w:t>1:19:49  to is zamane mein wahan par aisa tha ke kuch log Rasool Allah ke khilaaf ya Islam ke khilaaf bolte the. to aik sahabi the, un ka naam tha Hassan bin Sabit.</w:t>
      </w:r>
      <w:r>
        <w:br/>
      </w:r>
      <w:r>
        <w:rPr>
          <w:sz w:val="20"/>
        </w:rPr>
        <w:t>1:20:02  woh shayar the.</w:t>
      </w:r>
      <w:r>
        <w:br/>
      </w:r>
      <w:r>
        <w:rPr>
          <w:sz w:val="20"/>
        </w:rPr>
        <w:t>1:20:05  is zamane mein, dekhiye, jab printing press nahin tha. to sher-o-shairi, yeh shairi jo thi, woh aaj kal ke tareeqe se samjhiye ke woh journalism thi is zamane ki.</w:t>
      </w:r>
      <w:r>
        <w:br/>
      </w:r>
      <w:r>
        <w:rPr>
          <w:sz w:val="20"/>
        </w:rPr>
        <w:t>1:20:17  sahafat, journalism. kyunke chhap chhap kar ke phaila nahin sakte the aap kisi cheez ko. kyunke naqab-e-tanaffus tha. to aap sher ke roop mein jab aap karte the to bohat jald logon ko yaad hota hota tha.</w:t>
      </w:r>
      <w:r>
        <w:br/>
      </w:r>
      <w:r>
        <w:rPr>
          <w:sz w:val="20"/>
        </w:rPr>
        <w:t>1:20:29  woh phailate the is ko.</w:t>
      </w:r>
      <w:r>
        <w:br/>
      </w:r>
      <w:r>
        <w:rPr>
          <w:sz w:val="20"/>
        </w:rPr>
        <w:t>1:20:31  to aap ne Hassan bin Sabit se kaha ke tum is ka jawab do. yeh jo log Islam ke khilaaf ya Quran ke khilaaf baatein karte hain.</w:t>
      </w:r>
      <w:r>
        <w:br/>
      </w:r>
      <w:r>
        <w:rPr>
          <w:sz w:val="20"/>
        </w:rPr>
        <w:t>1:20:43  to aata hai aik kitaab um mein ke Hassan bin Sabit ke liye mimbar rakha gaya Masjid-e-Nabwi mein. yaani Madine ki Masjid-e-Nabwi mein un ke liye mimbar rakha gaya.</w:t>
      </w:r>
      <w:r>
        <w:br/>
      </w:r>
      <w:r>
        <w:rPr>
          <w:sz w:val="20"/>
        </w:rPr>
        <w:t>1:20:54  is par baithe aur baith kar unhon ne ashaar kahe un ke khilaaf.</w:t>
      </w:r>
      <w:r>
        <w:br/>
      </w:r>
      <w:r>
        <w:rPr>
          <w:sz w:val="20"/>
        </w:rPr>
        <w:t>1:20:58  woh ashaar jaise akhbar phailte hain, ise woh phailaya gaya woh. yeh jawab to aik tareeqa hai yeh. to main saaf arz karta hoon ke agar koi Rasool ke khilaaf, Khuda ke khilaaf, Quran ke khilaaf, Islam ke khilaaf bolta hai to woh hargiz hargiz intezamia ka masla nahin hai.</w:t>
      </w:r>
      <w:r>
        <w:br/>
      </w:r>
      <w:r>
        <w:rPr>
          <w:sz w:val="20"/>
        </w:rPr>
        <w:t>1:21:18  woh law and order ka masla nahin hai. woh police ka masla nahin hai.</w:t>
      </w:r>
      <w:r>
        <w:br/>
      </w:r>
      <w:r>
        <w:rPr>
          <w:sz w:val="20"/>
        </w:rPr>
        <w:t>1:21:21  woh masla hai is baat ka ke aap is ko samjhaen, is ke khilaaf, is ke is ke is par kitaab likhen, is par mazmoon likhen, is par yeh karen.</w:t>
      </w:r>
      <w:r>
        <w:br/>
      </w:r>
      <w:r>
        <w:rPr>
          <w:sz w:val="20"/>
        </w:rPr>
        <w:t>1:21:33  yaani kitaab ke jawab mein kitaab, qalam ke jawab mein qalam, taqreer ke jawab mein taqreer. yeh hai Islam ka tareeqa.</w:t>
      </w:r>
    </w:p>
    <w:p>
      <w:pPr>
        <w:pStyle w:val="Heading2"/>
      </w:pPr>
      <w:r>
        <w:t>Breaking conditioning and re-engineering mind</w:t>
      </w:r>
    </w:p>
    <w:p>
      <w:r>
        <w:rPr>
          <w:color w:val="666666"/>
          <w:sz w:val="18"/>
        </w:rPr>
        <w:t>Life &amp; Wisdom · Principle of Loss May 31, 2015 · 1m 33s · at 48:22 · https://youtu.be/vM-CUyBiDkc?t=2902</w:t>
      </w:r>
    </w:p>
    <w:p>
      <w:r>
        <w:rPr>
          <w:i/>
        </w:rPr>
        <w:t>“What is the starting point of breaking one's conditioning so that the person can re-engineer his or her mind? What is your advice in this?”</w:t>
      </w:r>
    </w:p>
    <w:p>
      <w:r>
        <w:rPr>
          <w:sz w:val="20"/>
        </w:rPr>
        <w:t>48:22  maulana, agla sawal fohad sahib ne kiya hai bhopal se, aur unhon ne likha hai ke maulana, what is the starting point of breaking ones conditioning so that the person can re engineer his or her mind?</w:t>
      </w:r>
      <w:r>
        <w:br/>
      </w:r>
      <w:r>
        <w:rPr>
          <w:sz w:val="20"/>
        </w:rPr>
        <w:t>48:38  what is your advice in this?</w:t>
      </w:r>
      <w:r>
        <w:br/>
      </w:r>
      <w:r>
        <w:rPr>
          <w:sz w:val="20"/>
        </w:rPr>
        <w:t>48:51  dekhiye, yeh kaam aadmi ko apne aap hi karna padta hai, aur main kai baar yeh baat kahi ke is ka raaz hai introspection, yaani shariyat mein is ke liye jo lafz bola gaya hai woh muhasba hai,</w:t>
      </w:r>
      <w:r>
        <w:br/>
      </w:r>
      <w:r>
        <w:rPr>
          <w:sz w:val="20"/>
        </w:rPr>
        <w:t>49:06  aur secular term hai is ka introspection.</w:t>
      </w:r>
      <w:r>
        <w:br/>
      </w:r>
      <w:r>
        <w:rPr>
          <w:sz w:val="20"/>
        </w:rPr>
        <w:t>49:09  apne aap mein, apne apne bare mein apni scrutiny karna, apne bare mein bohat zyada sochna, dispassionatey sochna, yeh to aadmi ka jo chahta ho apne aap ko develop karna, us ko hi karna padega.</w:t>
      </w:r>
      <w:r>
        <w:br/>
      </w:r>
      <w:r>
        <w:rPr>
          <w:sz w:val="20"/>
        </w:rPr>
        <w:t>49:31  koi doosra aadmi nahi kar sakta.</w:t>
      </w:r>
      <w:r>
        <w:br/>
      </w:r>
      <w:r>
        <w:rPr>
          <w:sz w:val="20"/>
        </w:rPr>
        <w:t>49:33  pehlay zamanay mein jo samjha jata tha ke ke khanqah mein jao, wahan par buzurg kar denge, to yeh bilkul main is ko is ko west less samajhta hoon.</w:t>
      </w:r>
      <w:r>
        <w:br/>
      </w:r>
      <w:r>
        <w:rPr>
          <w:sz w:val="20"/>
        </w:rPr>
        <w:t>49:44  koi buzurg nahi kar dega, aap ko khud karna padega.</w:t>
      </w:r>
    </w:p>
    <w:p>
      <w:pPr>
        <w:pStyle w:val="Heading2"/>
      </w:pPr>
      <w:r>
        <w:t>Breaking conditioning to re-engineer mind</w:t>
      </w:r>
    </w:p>
    <w:p>
      <w:r>
        <w:rPr>
          <w:color w:val="666666"/>
          <w:sz w:val="18"/>
        </w:rPr>
        <w:t>Life &amp; Wisdom · Principle of Loss | May 31, 2015 · 1m 20s · at 47:37 · https://youtu.be/IEf7QfU3BmY?t=2857</w:t>
      </w:r>
    </w:p>
    <w:p>
      <w:r>
        <w:rPr>
          <w:i/>
        </w:rPr>
        <w:t>“What is the starting point of breaking one's conditioning so that the person can re-engineer his or her mind? What is your advice in this?”</w:t>
      </w:r>
    </w:p>
    <w:p>
      <w:r>
        <w:rPr>
          <w:sz w:val="20"/>
        </w:rPr>
        <w:t>47:37  Maulana agla sawal Fawad Sahab ne kiya hai Bhopal se, aur unhone likha hai ke Maulana what is the starting point of breaking one's conditioning so that the person can re engineer his or her mind? What is your advice on this? Dekhiye, yeh kaam aadmi ko apne aap hi karna padta hai, aur main kai baar yeh baat kahi ke iska araz hai introspection, yani</w:t>
      </w:r>
      <w:r>
        <w:br/>
      </w:r>
      <w:r>
        <w:rPr>
          <w:sz w:val="20"/>
        </w:rPr>
        <w:t>48:07  ni shariat mein is ke jo lafz bola gaya hai woh muhasba hai, aur secular term hai is ka introspection.</w:t>
      </w:r>
      <w:r>
        <w:br/>
      </w:r>
      <w:r>
        <w:rPr>
          <w:sz w:val="20"/>
        </w:rPr>
        <w:t>48:15  اپنے آپ میں، اپنے اپنے بارے میں، اپنی self-pity کرنا، اپنے بارے میں بہت زیادہ سوچنا، dispassionately سوچنا،</w:t>
      </w:r>
      <w:r>
        <w:br/>
      </w:r>
      <w:r>
        <w:rPr>
          <w:sz w:val="20"/>
        </w:rPr>
        <w:t>48:22  یہ تو آدمی کا جو چاہتا ہو اپنے آپ کو develop کرنا، اس کو ہی کرنا پڑے گا،</w:t>
      </w:r>
      <w:r>
        <w:br/>
      </w:r>
      <w:r>
        <w:rPr>
          <w:sz w:val="20"/>
        </w:rPr>
        <w:t>48:30  koi doosra aadmi</w:t>
      </w:r>
      <w:r>
        <w:br/>
      </w:r>
      <w:r>
        <w:rPr>
          <w:sz w:val="20"/>
        </w:rPr>
        <w:t>48:37  nahin kar sakta.</w:t>
      </w:r>
      <w:r>
        <w:br/>
      </w:r>
      <w:r>
        <w:rPr>
          <w:sz w:val="20"/>
        </w:rPr>
        <w:t>48:42  pehlay zamanay jo samjha jata tha ke khanqah mein jao, wahan par buzurg kar dain gay, to yeh</w:t>
      </w:r>
      <w:r>
        <w:br/>
      </w:r>
      <w:r>
        <w:rPr>
          <w:sz w:val="20"/>
        </w:rPr>
        <w:t>48:47  bilkul mein is ko is ko baseless samajhta hoon, koi buzurg nahin kar de ga, aap ko khud</w:t>
      </w:r>
      <w:r>
        <w:br/>
      </w:r>
      <w:r>
        <w:rPr>
          <w:sz w:val="20"/>
        </w:rPr>
        <w:t>48:52  karna paray ga.</w:t>
      </w:r>
    </w:p>
    <w:p>
      <w:pPr>
        <w:pStyle w:val="Heading2"/>
      </w:pPr>
      <w:r>
        <w:t>Breaking the cycle of ever-increasing desires</w:t>
      </w:r>
    </w:p>
    <w:p>
      <w:r>
        <w:rPr>
          <w:color w:val="666666"/>
          <w:sz w:val="18"/>
        </w:rPr>
        <w:t>Life &amp; Wisdom · Age of Democracy May 25, 2014 · 1m 19s · at 55:04 · https://youtu.be/pyZy1-EhW1Q?t=3304</w:t>
      </w:r>
    </w:p>
    <w:p>
      <w:r>
        <w:rPr>
          <w:i/>
        </w:rPr>
        <w:t>“We are living in a world where a person's desires increase with time; when a person tests one desire, he develops a feeling of testing another desire, and it goes on. How can one break this cycle of ever-increasing desires?”</w:t>
      </w:r>
    </w:p>
    <w:p>
      <w:r>
        <w:rPr>
          <w:sz w:val="20"/>
        </w:rPr>
        <w:t>55:04  Maulana, agla sawal Kashmir se hai. Aamir Jan Sa</w:t>
      </w:r>
      <w:r>
        <w:br/>
      </w:r>
      <w:r>
        <w:rPr>
          <w:sz w:val="20"/>
        </w:rPr>
        <w:t>55:08  hab ne kiya hai, unhone likha hai: "We are living in a world of, we are living in a world where desires of a person increase with the time.</w:t>
      </w:r>
      <w:r>
        <w:br/>
      </w:r>
      <w:r>
        <w:rPr>
          <w:sz w:val="20"/>
        </w:rPr>
        <w:t>55:20  when a person tests one desire, he develops a feeling of testing another desire, and it goes on.</w:t>
      </w:r>
      <w:r>
        <w:br/>
      </w:r>
      <w:r>
        <w:rPr>
          <w:sz w:val="20"/>
        </w:rPr>
        <w:t>55:29  there is no end to to his desires. Maulana, please guide us how to manage a desire."</w:t>
      </w:r>
      <w:r>
        <w:br/>
      </w:r>
      <w:r>
        <w:rPr>
          <w:sz w:val="20"/>
        </w:rPr>
        <w:t>55:38  hamaari ek kitaab hai, is ka naam hai "Islami Zindagi". is ko padhein, inshallah is mein un ko poora jawab mil jayega.</w:t>
      </w:r>
      <w:r>
        <w:br/>
      </w:r>
      <w:r>
        <w:rPr>
          <w:sz w:val="20"/>
        </w:rPr>
        <w:t>55:50  aur doosri cheez yeh hai ke "Tazkir ul Quran" jo hamaari kitaab hai, Quran ki commentary, is ko padhein.</w:t>
      </w:r>
      <w:r>
        <w:br/>
      </w:r>
      <w:r>
        <w:rPr>
          <w:sz w:val="20"/>
        </w:rPr>
        <w:t>55:59  baghair study ke in baaton ka islaah nahin ho sakti.</w:t>
      </w:r>
      <w:r>
        <w:br/>
      </w:r>
      <w:r>
        <w:rPr>
          <w:sz w:val="20"/>
        </w:rPr>
        <w:t>56:07  sirf sawal o jawab se yeh baat clear nahin ho sakti. aap ko study karni padegi. to main do cheezon ko padhne ke liye kahunga: ek "Islami Zindagi" jo kitaab hai, woh aur doosri "Tazkir ul Quran" jo hai, jo Quran ki commentary hai.</w:t>
      </w:r>
    </w:p>
    <w:p>
      <w:pPr>
        <w:pStyle w:val="Heading2"/>
      </w:pPr>
      <w:r>
        <w:t>Brilliant personality not appearing in this world</w:t>
      </w:r>
    </w:p>
    <w:p>
      <w:r>
        <w:rPr>
          <w:color w:val="666666"/>
          <w:sz w:val="18"/>
        </w:rPr>
        <w:t>Life &amp; Wisdom · Brilliant Personality November 27, 2016 · 3m 20s · at 47:30 · https://youtu.be/268O3sgnjC0?t=2850</w:t>
      </w:r>
    </w:p>
    <w:p>
      <w:r>
        <w:rPr>
          <w:i/>
        </w:rPr>
        <w:t>“Moulana Sahib, I loved your talk today and will try to apply the lesson in my life. But Moulana, as you said, that brilliant personality will not show in this world but would be...”</w:t>
      </w:r>
    </w:p>
    <w:p>
      <w:r>
        <w:rPr>
          <w:sz w:val="20"/>
        </w:rPr>
        <w:t>47:30  sawal lete hain jo Farooq Khan sahib ne bheja hai Ahmedabad se, unhon ne likha hai "Moulana</w:t>
      </w:r>
      <w:r>
        <w:br/>
      </w:r>
      <w:r>
        <w:rPr>
          <w:sz w:val="20"/>
        </w:rPr>
        <w:t>47:37  Sahib, I loved your talk today and will try to apply the lesson in my life.</w:t>
      </w:r>
      <w:r>
        <w:br/>
      </w:r>
      <w:r>
        <w:rPr>
          <w:sz w:val="20"/>
        </w:rPr>
        <w:t>47:44  But Maulana Sahib, as you said, that brilliant personality will not show in this world but would be</w:t>
      </w:r>
      <w:r>
        <w:br/>
      </w:r>
      <w:r>
        <w:rPr>
          <w:sz w:val="20"/>
        </w:rPr>
        <w:t>47:52  revealed in the hereafter.</w:t>
      </w:r>
      <w:r>
        <w:br/>
      </w:r>
      <w:r>
        <w:rPr>
          <w:sz w:val="20"/>
        </w:rPr>
        <w:t>47:59  My question is, how can I know whether I am in the right direction in making myself a brilliant personality?</w:t>
      </w:r>
      <w:r>
        <w:br/>
      </w:r>
      <w:r>
        <w:rPr>
          <w:sz w:val="20"/>
        </w:rPr>
        <w:t>48:07  I am asking this so that we can keep a check on ourselves from time to time.</w:t>
      </w:r>
      <w:r>
        <w:br/>
      </w:r>
      <w:r>
        <w:rPr>
          <w:sz w:val="20"/>
        </w:rPr>
        <w:t>48:16  Maulana Sahib, please advise all of us." dekhiye, main ne aik martaba aik mazmoon parha tha kisi ka</w:t>
      </w:r>
      <w:r>
        <w:br/>
      </w:r>
      <w:r>
        <w:rPr>
          <w:sz w:val="20"/>
        </w:rPr>
        <w:t>48:25  ke do aadmi jatay hain aik park mein, aik mein aik is mein businessman hai aur doosra</w:t>
      </w:r>
      <w:r>
        <w:br/>
      </w:r>
      <w:r>
        <w:rPr>
          <w:sz w:val="20"/>
        </w:rPr>
        <w:t>48:34  jo hai woh aik scholar hai.</w:t>
      </w:r>
      <w:r>
        <w:br/>
      </w:r>
      <w:r>
        <w:rPr>
          <w:sz w:val="20"/>
        </w:rPr>
        <w:t>48:43  to business man jo hai wahan gulab ke phool ko dekhega to wo sochega ke gul</w:t>
      </w:r>
      <w:r>
        <w:br/>
      </w:r>
      <w:r>
        <w:rPr>
          <w:sz w:val="20"/>
        </w:rPr>
        <w:t>48:52  qand mein kaise banaun? aur jo scholar hai, wo is ke andar jo botany ka scholar hai, us</w:t>
      </w:r>
      <w:r>
        <w:br/>
      </w:r>
      <w:r>
        <w:rPr>
          <w:sz w:val="20"/>
        </w:rPr>
        <w:t>49:01  ke andar jo scientific gehraiyan hain, wo sochne lagega.</w:t>
      </w:r>
      <w:r>
        <w:br/>
      </w:r>
      <w:r>
        <w:rPr>
          <w:sz w:val="20"/>
        </w:rPr>
        <w:t>49:10  to teesra insan momin hota hai, wo jab gulab ke phool dekhega to wo sochega ke</w:t>
      </w:r>
      <w:r>
        <w:br/>
      </w:r>
      <w:r>
        <w:rPr>
          <w:sz w:val="20"/>
        </w:rPr>
        <w:t>49:19  kaisa ajeeb hoga wo Khuda jis ne wo gulab ka phool banaya.</w:t>
      </w:r>
      <w:r>
        <w:br/>
      </w:r>
      <w:r>
        <w:rPr>
          <w:sz w:val="20"/>
        </w:rPr>
        <w:t>49:28  to Khuda ko daryaft karega wo, yani creator ko daryaft karega.</w:t>
      </w:r>
      <w:r>
        <w:br/>
      </w:r>
      <w:r>
        <w:rPr>
          <w:sz w:val="20"/>
        </w:rPr>
        <w:t>49:37  creation mein creator ko daryaft karna ye hai is se noor lena aur creation mein commercial interest daryaft</w:t>
      </w:r>
      <w:r>
        <w:br/>
      </w:r>
      <w:r>
        <w:rPr>
          <w:sz w:val="20"/>
        </w:rPr>
        <w:t>49:46  karna, koi aur scientific doobta daryaft karna, ye sab secular observation hai cheezon ka.</w:t>
      </w:r>
      <w:r>
        <w:br/>
      </w:r>
      <w:r>
        <w:rPr>
          <w:sz w:val="20"/>
        </w:rPr>
        <w:t>49:56  to ek hota hai cheezon ka secular observation, ek hota hai cheezon ka arifana observation.</w:t>
      </w:r>
      <w:r>
        <w:br/>
      </w:r>
      <w:r>
        <w:rPr>
          <w:sz w:val="20"/>
        </w:rPr>
        <w:t>50:05  to hamein apne andar wo nazar paida karna hai ke hum cheezon ko arifana nazar se dekhen.</w:t>
      </w:r>
      <w:r>
        <w:br/>
      </w:r>
      <w:r>
        <w:rPr>
          <w:sz w:val="20"/>
        </w:rPr>
        <w:t>50:14  ye ek sacrifice ki baat hai, yani marifat ka usool bhi ek sacrifice ki baat hai, qurbani ki baat hai.</w:t>
      </w:r>
      <w:r>
        <w:br/>
      </w:r>
      <w:r>
        <w:rPr>
          <w:sz w:val="20"/>
        </w:rPr>
        <w:t>50:23  jab doosre aspect maujood hon jis mein aap ko shohrat milti hai, paisa milta hai, us ko chhoden</w:t>
      </w:r>
      <w:r>
        <w:br/>
      </w:r>
      <w:r>
        <w:rPr>
          <w:sz w:val="20"/>
        </w:rPr>
        <w:t>50:32  aap aur marifat ki nazar se dekhen cheezon ko to ye sab se badi qurbani hai mere nazdeek.</w:t>
      </w:r>
      <w:r>
        <w:br/>
      </w:r>
      <w:r>
        <w:rPr>
          <w:sz w:val="20"/>
        </w:rPr>
        <w:t>50:41  lekin isi qurbani mein aap ko yehi qurbani aap ko jannat ke gate tak pahunchati hai.</w:t>
      </w:r>
    </w:p>
    <w:p>
      <w:pPr>
        <w:pStyle w:val="Heading2"/>
      </w:pPr>
      <w:r>
        <w:t>Can a da'ee save money for children's future?</w:t>
      </w:r>
    </w:p>
    <w:p>
      <w:r>
        <w:rPr>
          <w:color w:val="666666"/>
          <w:sz w:val="18"/>
        </w:rPr>
        <w:t>Life &amp; Wisdom · God and Man I February 19, 2012 Maulana Wahiduddin Khan · 2m 23s · at 1:06:54 · https://youtu.be/8TP3nlGRZek?t=4014</w:t>
      </w:r>
    </w:p>
    <w:p>
      <w:r>
        <w:rPr>
          <w:i/>
        </w:rPr>
        <w:t>“Parents, considering the future needs of their children, set aside some money each month into a committee. Can a da'ee (one who invites to Islam) do this?”</w:t>
      </w:r>
    </w:p>
    <w:p>
      <w:r>
        <w:rPr>
          <w:sz w:val="20"/>
        </w:rPr>
        <w:t>1:06:54  maulana agla sawal aaya hai karachi pakistan se mister abdul lateef ka. unhon ne poocha hai waldein apne bachon ke mustaqbil ki zaroorat ko madenazar rakhte hue apni raqam mein se kuch raqam</w:t>
      </w:r>
      <w:r>
        <w:br/>
      </w:r>
      <w:r>
        <w:rPr>
          <w:sz w:val="20"/>
        </w:rPr>
        <w:t>1:07:12  har mahine nikaal kar committee dalte hain. kya is tarah ka amal aik daai kar sakta hai? dekhiye jo maa baap hain aam tor par mein ne dekha hai ke un ke dunya ke mustaqbil ke liye to bohat</w:t>
      </w:r>
      <w:r>
        <w:br/>
      </w:r>
      <w:r>
        <w:rPr>
          <w:sz w:val="20"/>
        </w:rPr>
        <w:t>1:07:30  woh sochte hain. asal mein sirf sirf to aakhirat ka mustaqbil hai. is ke liye sochna chahiye. bohat ajeeb baat hai ke quran majeed mein hai do aayatein mein aap ke samne pesh karta hoon.</w:t>
      </w:r>
      <w:r>
        <w:br/>
      </w:r>
      <w:r>
        <w:rPr>
          <w:sz w:val="20"/>
        </w:rPr>
        <w:t>1:07:46  wa ma min dabat fil ardh illa allahi rizquha</w:t>
      </w:r>
      <w:r>
        <w:br/>
      </w:r>
      <w:r>
        <w:rPr>
          <w:sz w:val="20"/>
        </w:rPr>
        <w:t>1:07:51  yeh dunya ke baray mein hai ke is dunya mein har aadmi ka rizq Allah ki taraf se muqarrar hai. woh mil kar rahe ga is ko. dunya ke rizq ke baray mein Allah taala ne yeh zimma le liya hai ke woh zaroor woh har har aik ko rizq pohanchaye ga is ko.</w:t>
      </w:r>
      <w:r>
        <w:br/>
      </w:r>
      <w:r>
        <w:rPr>
          <w:sz w:val="20"/>
        </w:rPr>
        <w:t>1:08:10  acha aakhirat ke baray mein kya hai? aakhirat ke baray mein yeh hai ke laysa lil insani illa ma sa'a wahan aakhirat mein insaan ko sirf wohi mile ga jis ke liye khud us ne koshish ki ho.</w:t>
      </w:r>
      <w:r>
        <w:br/>
      </w:r>
      <w:r>
        <w:rPr>
          <w:sz w:val="20"/>
        </w:rPr>
        <w:t>1:08:23  yani Allah ki taraf se kuch nahin diya jaye ga is ko. siwaye koshish ka anjaam, koshish ka badla.</w:t>
      </w:r>
      <w:r>
        <w:br/>
      </w:r>
      <w:r>
        <w:rPr>
          <w:sz w:val="20"/>
        </w:rPr>
        <w:t>1:08:31  yani yeh ghore kijiye ke dunya mein insaan ke liye khuda ne zimma le rakha hai ke us ko zaroor us ka rizq pohanchaya jaye ga. aur aakhirat ke baray mein farma raha hai Allah taala ke wahan tum apne amal ko bhugtana pare ga tum ko.</w:t>
      </w:r>
      <w:r>
        <w:br/>
      </w:r>
      <w:r>
        <w:rPr>
          <w:sz w:val="20"/>
        </w:rPr>
        <w:t>1:08:44  to kaise ajeeb log hain ke apne liye bachon ke liye</w:t>
      </w:r>
      <w:r>
        <w:br/>
      </w:r>
      <w:r>
        <w:rPr>
          <w:sz w:val="20"/>
        </w:rPr>
        <w:t>1:08:49  un ko hona chahiye fikarmand aakhirat ke liye. aur fikarmand hote hain dunya ke liye. bohat ajeeb baat hai yeh. mein is maslay ko yani fiqhi aitbaar se kuch jawab nahin doon ga mein.</w:t>
      </w:r>
      <w:r>
        <w:br/>
      </w:r>
      <w:r>
        <w:rPr>
          <w:sz w:val="20"/>
        </w:rPr>
        <w:t>1:09:01  fiqhi aitbaar se kya hai kya nahin hai woh mein is par kuch nahin boloon ga. mein is is is soch par koi taajjub karta hoon ke dunya ke mustaqbil ki fikr aur aakhirat ke mustaqbil ke liye koi fikr nahin.</w:t>
      </w:r>
    </w:p>
    <w:p>
      <w:pPr>
        <w:pStyle w:val="Heading2"/>
      </w:pPr>
      <w:r>
        <w:t>Can bad habits be changed at age 48?</w:t>
      </w:r>
    </w:p>
    <w:p>
      <w:r>
        <w:rPr>
          <w:color w:val="666666"/>
          <w:sz w:val="18"/>
        </w:rPr>
        <w:t>Life &amp; Wisdom · Realization of God May 5, 2019 · 3m 15s · at 34:16 · https://youtu.be/5X-vCFqiR4U?t=2056</w:t>
      </w:r>
    </w:p>
    <w:p>
      <w:r>
        <w:rPr>
          <w:i/>
        </w:rPr>
        <w:t>“Maulana, I am forty eight years old, and I discovered you through a friend of mine. I want to know if I try to change my bad habits at this age, then will I be able to become a better person? By nature, I am a very distracted person who lives in anxiety and restlessness all the time. I have started to read and listen to you, and it has had a coming effect in my personality.”</w:t>
      </w:r>
    </w:p>
    <w:p>
      <w:r>
        <w:rPr>
          <w:sz w:val="20"/>
        </w:rPr>
        <w:t>34:16  maulana, agla sawal bheja hai lucknow se muhammad habib sahib ne. unhon ne likha hai: "maulana, i am forty eight years old, and i discovered you through a friend of mine.</w:t>
      </w:r>
      <w:r>
        <w:br/>
      </w:r>
      <w:r>
        <w:rPr>
          <w:sz w:val="20"/>
        </w:rPr>
        <w:t>34:31  i want to know if i try to change my bad habits at this age, then will i be able to become a better person?</w:t>
      </w:r>
      <w:r>
        <w:br/>
      </w:r>
      <w:r>
        <w:rPr>
          <w:sz w:val="20"/>
        </w:rPr>
        <w:t>34:41  by nature, i am a very distracted person who lives in anxiety and restlessness all the time. i have started to read and listen to you, and it has had a calming effect on my personality.</w:t>
      </w:r>
      <w:r>
        <w:br/>
      </w:r>
      <w:r>
        <w:rPr>
          <w:sz w:val="20"/>
        </w:rPr>
        <w:t>34:56  but i fear that my personality has become permanently negative. i desperately need your advice."</w:t>
      </w:r>
      <w:r>
        <w:br/>
      </w:r>
      <w:r>
        <w:rPr>
          <w:sz w:val="20"/>
        </w:rPr>
        <w:t>35:06  dekhiye, aap ne yeh jo kaha ke by nature,</w:t>
      </w:r>
      <w:r>
        <w:br/>
      </w:r>
      <w:r>
        <w:rPr>
          <w:sz w:val="20"/>
        </w:rPr>
        <w:t>35:12  yeh yahi aap ki bhool hai.</w:t>
      </w:r>
      <w:r>
        <w:br/>
      </w:r>
      <w:r>
        <w:rPr>
          <w:sz w:val="20"/>
        </w:rPr>
        <w:t>35:17  aap samajhte hain ke by nature aap aise hain? nahin, by conditioning aap aise ho gaye hain. is cheez ko daryaft daryaft kijiye ke aap by nature aise nahin hain.</w:t>
      </w:r>
      <w:r>
        <w:br/>
      </w:r>
      <w:r>
        <w:rPr>
          <w:sz w:val="20"/>
        </w:rPr>
        <w:t>35:31  by conditioning aap aise ho gaye hain. aur yaad rakhiye, nature to yaani</w:t>
      </w:r>
      <w:r>
        <w:br/>
      </w:r>
      <w:r>
        <w:rPr>
          <w:sz w:val="20"/>
        </w:rPr>
        <w:t>35:41  pehlay zamanay mein do lafz hua karte thay: nature aur nurture. nature aur nurture. ab woh behas khatam ho gayi hai.</w:t>
      </w:r>
      <w:r>
        <w:br/>
      </w:r>
      <w:r>
        <w:rPr>
          <w:sz w:val="20"/>
        </w:rPr>
        <w:t>35:52  ab jo hai, jo aakhri baat jo saansani study sabit hui hai, woh yahi hai: conditioning ke aadmi paida hota hai ek hi nature, ek hi fitrat par, lekin mahol ka product ban jata hai.</w:t>
      </w:r>
      <w:r>
        <w:br/>
      </w:r>
      <w:r>
        <w:rPr>
          <w:sz w:val="20"/>
        </w:rPr>
        <w:t>36:10  woh mahol ka product. to ab is se bachaiye apne aap ko. mislan, main joharpur mein tha, naujawani ki umar mein, to wahan par ek doctor sahib thay, mbbs thay.</w:t>
      </w:r>
      <w:r>
        <w:br/>
      </w:r>
      <w:r>
        <w:rPr>
          <w:sz w:val="20"/>
        </w:rPr>
        <w:t>36:27  woh un ke paas mein gaya ke mujhe constipation ka. to unhon ne bataya ke cigarette piya karo.</w:t>
      </w:r>
      <w:r>
        <w:br/>
      </w:r>
      <w:r>
        <w:rPr>
          <w:sz w:val="20"/>
        </w:rPr>
        <w:t>36:39  to main ne waqe'atan cigarette peena shuru kar diya. bohat jald main ne apni aql se socha. mujhe laga ke bilkul galat mashwara diya unhon ne mujhe.</w:t>
      </w:r>
      <w:r>
        <w:br/>
      </w:r>
      <w:r>
        <w:rPr>
          <w:sz w:val="20"/>
        </w:rPr>
        <w:t>36:49  aur aakhri ek hi packet mein ne khareeda tha. isi packet ko main ne thora sa piya tha, us waqt us ko phenk diya.</w:t>
      </w:r>
      <w:r>
        <w:br/>
      </w:r>
      <w:r>
        <w:rPr>
          <w:sz w:val="20"/>
        </w:rPr>
        <w:t>37:00  yeh thi de-conditioning. to aap yeh na kahiye ke by nature. aap yeh kahiye ke by conditioning. aap apni conditioning ko discover kijiye.</w:t>
      </w:r>
      <w:r>
        <w:br/>
      </w:r>
      <w:r>
        <w:rPr>
          <w:sz w:val="20"/>
        </w:rPr>
        <w:t>37:11  is ko cigarette ke packet ki taraf phenk diya dardi ki tokri mein. apni conditioning ko discover kijiye aur us conditioning ko aap litter bin mein phenk dijiye.</w:t>
      </w:r>
      <w:r>
        <w:br/>
      </w:r>
      <w:r>
        <w:rPr>
          <w:sz w:val="20"/>
        </w:rPr>
        <w:t>37:28  yahi hal hai aur koi hal doosra hai nahin.</w:t>
      </w:r>
    </w:p>
    <w:p>
      <w:pPr>
        <w:pStyle w:val="Heading2"/>
      </w:pPr>
      <w:r>
        <w:t>Can circumstances change history?</w:t>
      </w:r>
    </w:p>
    <w:p>
      <w:r>
        <w:rPr>
          <w:color w:val="666666"/>
          <w:sz w:val="18"/>
        </w:rPr>
        <w:t>Life &amp; Wisdom · History of Kaaba March 19, 2017 · 1m 35s · at 49:17 · https://youtu.be/HPvWnoueeqg?t=2957</w:t>
      </w:r>
    </w:p>
    <w:p>
      <w:r>
        <w:rPr>
          <w:i/>
        </w:rPr>
        <w:t>“You say that no one person can change history but it is the circumstances and situations which make history. Can you please elaborate this for us?”</w:t>
      </w:r>
    </w:p>
    <w:p>
      <w:r>
        <w:rPr>
          <w:sz w:val="20"/>
        </w:rPr>
        <w:t>49:17  yeh sawal bheja hai dilli se miss satti malhotra ne unhon ne likha hai Maulana you say that</w:t>
      </w:r>
      <w:r>
        <w:br/>
      </w:r>
      <w:r>
        <w:rPr>
          <w:sz w:val="20"/>
        </w:rPr>
        <w:t>49:24  no one person can change history but it is the circumstances and situations</w:t>
      </w:r>
      <w:r>
        <w:br/>
      </w:r>
      <w:r>
        <w:rPr>
          <w:sz w:val="20"/>
        </w:rPr>
        <w:t>49:31  which make history can you please elaborate this for us dekhiye ek aadmi jo hai</w:t>
      </w:r>
      <w:r>
        <w:br/>
      </w:r>
      <w:r>
        <w:rPr>
          <w:sz w:val="20"/>
        </w:rPr>
        <w:t>49:40  kuch mazhabi rasam waza kar sakta hai ke masjid mein ja ke aap namaz parhen koi mandir mein</w:t>
      </w:r>
      <w:r>
        <w:br/>
      </w:r>
      <w:r>
        <w:rPr>
          <w:sz w:val="20"/>
        </w:rPr>
        <w:t>49:47  ja ke ghanti bajaye yeh to kar sakta hai ek aadmi</w:t>
      </w:r>
      <w:r>
        <w:br/>
      </w:r>
      <w:r>
        <w:rPr>
          <w:sz w:val="20"/>
        </w:rPr>
        <w:t>49:50  lekin ek pure samaj mein pure system mein puri history mein koi change lana</w:t>
      </w:r>
      <w:r>
        <w:br/>
      </w:r>
      <w:r>
        <w:rPr>
          <w:sz w:val="20"/>
        </w:rPr>
        <w:t>49:57  hai to is ke liye long long effort chahiye</w:t>
      </w:r>
      <w:r>
        <w:br/>
      </w:r>
      <w:r>
        <w:rPr>
          <w:sz w:val="20"/>
        </w:rPr>
        <w:t>50:02  ek ek ek ek process chalta hai bahut der tak tab ja ke is ko conversion par koi</w:t>
      </w:r>
      <w:r>
        <w:br/>
      </w:r>
      <w:r>
        <w:rPr>
          <w:sz w:val="20"/>
        </w:rPr>
        <w:t>50:08  waqia pesh aata hai ye nahi ke do char saal mein aap ye karein woh karein aisa kabhi</w:t>
      </w:r>
      <w:r>
        <w:br/>
      </w:r>
      <w:r>
        <w:rPr>
          <w:sz w:val="20"/>
        </w:rPr>
        <w:t>50:13  hota nahi to leader log taliyan bajti hain in ke liye</w:t>
      </w:r>
      <w:r>
        <w:br/>
      </w:r>
      <w:r>
        <w:rPr>
          <w:sz w:val="20"/>
        </w:rPr>
        <w:t>50:21  bade bade alfaaz bolte hain jis ko main kehta hoon rhetoric activism</w:t>
      </w:r>
      <w:r>
        <w:br/>
      </w:r>
      <w:r>
        <w:rPr>
          <w:sz w:val="20"/>
        </w:rPr>
        <w:t>50:26  har leader rhetoric activist ka waris raha hai</w:t>
      </w:r>
      <w:r>
        <w:br/>
      </w:r>
      <w:r>
        <w:rPr>
          <w:sz w:val="20"/>
        </w:rPr>
        <w:t>50:33  halankay rhetoric activist se kuch hone wala nahi hai bahut hi serious planning karni parti hai aur long</w:t>
      </w:r>
      <w:r>
        <w:br/>
      </w:r>
      <w:r>
        <w:rPr>
          <w:sz w:val="20"/>
        </w:rPr>
        <w:t>50:40  term basis par karni parti hai tab</w:t>
      </w:r>
      <w:r>
        <w:br/>
      </w:r>
      <w:r>
        <w:rPr>
          <w:sz w:val="20"/>
        </w:rPr>
        <w:t>50:43  koi bada waqea pesh aata hai rhetoric activism mein sirf taliyan bajti hain aur kuch nahi</w:t>
      </w:r>
    </w:p>
    <w:p>
      <w:pPr>
        <w:pStyle w:val="Heading2"/>
      </w:pPr>
      <w:r>
        <w:t>Challenge after failure as part of creation plan</w:t>
      </w:r>
    </w:p>
    <w:p>
      <w:r>
        <w:rPr>
          <w:color w:val="666666"/>
          <w:sz w:val="18"/>
        </w:rPr>
        <w:t>Life &amp; Wisdom · Modern Age June 9, 2019 Maulana Wahiduddin Khan · 3m 24s · at 51:23 · https://youtu.be/7mjCvAvHEdA?t=3083</w:t>
      </w:r>
    </w:p>
    <w:p>
      <w:r>
        <w:rPr>
          <w:i/>
        </w:rPr>
        <w:t>“We see some people who after good planning and hard work failed multiple times and created challenges in their lives. Is this challenge a part of the creation plan and what advice should we give to such people?”</w:t>
      </w:r>
    </w:p>
    <w:p>
      <w:r>
        <w:rPr>
          <w:sz w:val="20"/>
        </w:rPr>
        <w:t>51:23  Maulana, agla sawal bheja hai Tariq Badar sahib ne Pakistan se. Unhon ne likha hai, "My question is, we see some people who after good planning and hard work failed multiple times and created challenge in their lives.</w:t>
      </w:r>
      <w:r>
        <w:br/>
      </w:r>
      <w:r>
        <w:rPr>
          <w:sz w:val="20"/>
        </w:rPr>
        <w:t>51:41  My question is, is this challenge a part of creation plan and what advice we should give to</w:t>
      </w:r>
      <w:r>
        <w:br/>
      </w:r>
      <w:r>
        <w:rPr>
          <w:sz w:val="20"/>
        </w:rPr>
        <w:t>51:49  such people؟"</w:t>
      </w:r>
      <w:r>
        <w:br/>
      </w:r>
      <w:r>
        <w:rPr>
          <w:sz w:val="20"/>
        </w:rPr>
        <w:t>51:53  dekhiye, main is ko nahi manta ke good planning ke bawajood aadmi nakaam raha. jis cheez ko aadmi samajh leta hai good planning, woh good planning thi hi nahi.</w:t>
      </w:r>
      <w:r>
        <w:br/>
      </w:r>
      <w:r>
        <w:rPr>
          <w:sz w:val="20"/>
        </w:rPr>
        <w:t>52:07  thi hi nahi. jaise misaal ke tor par dekhiye, india mein ek bohat baray sanat kar ne, industry ne ek planning ki,</w:t>
      </w:r>
      <w:r>
        <w:br/>
      </w:r>
      <w:r>
        <w:rPr>
          <w:sz w:val="20"/>
        </w:rPr>
        <w:t>52:21  nano car ki. Nano car bohat bara, is mein raqam laga di. main kahoon ke main awwal din se is plan ko hawai samajhta tha.</w:t>
      </w:r>
      <w:r>
        <w:br/>
      </w:r>
      <w:r>
        <w:rPr>
          <w:sz w:val="20"/>
        </w:rPr>
        <w:t>52:36  main samajhta tha ke yeh reality par behas nahi karta. awwal din se main nahi manta tha is ko ke nano car jo hai,</w:t>
      </w:r>
      <w:r>
        <w:br/>
      </w:r>
      <w:r>
        <w:rPr>
          <w:sz w:val="20"/>
        </w:rPr>
        <w:t>52:51  realistic buniyad par planning hai. yeh khush fehmi aur woh fail ho gaya. to aap apne apne dimagh se samajh lein ke bohat achi planning mein kar raha hoon.</w:t>
      </w:r>
      <w:r>
        <w:br/>
      </w:r>
      <w:r>
        <w:rPr>
          <w:sz w:val="20"/>
        </w:rPr>
        <w:t>53:07  isi wajah se woh achi planning nahi ho jaye gi.</w:t>
      </w:r>
      <w:r>
        <w:br/>
      </w:r>
      <w:r>
        <w:rPr>
          <w:sz w:val="20"/>
        </w:rPr>
        <w:t>53:12  nahi ho jaye gi. aap ko yeh shart apne andar paida karni parhe gi ke aap criticism ko invite karein.</w:t>
      </w:r>
      <w:r>
        <w:br/>
      </w:r>
      <w:r>
        <w:rPr>
          <w:sz w:val="20"/>
        </w:rPr>
        <w:t>53:24  Criticism ko invite karein. sab se bari cheez aadmi ke liye sahi planning ke liye zaroori hai ke woh criticism ko invite karein.</w:t>
      </w:r>
      <w:r>
        <w:br/>
      </w:r>
      <w:r>
        <w:rPr>
          <w:sz w:val="20"/>
        </w:rPr>
        <w:t>53:41  Criticism ko invite karein. doosra jo aadmi hai, woh jo kuch bol raha hai, us ko zaroor koi sachai hoti hai us ke andar jis ko maniye.</w:t>
      </w:r>
      <w:r>
        <w:br/>
      </w:r>
      <w:r>
        <w:rPr>
          <w:sz w:val="20"/>
        </w:rPr>
        <w:t>53:55  mera to yeh bohat se waqiat bata sakta hoon main aap ko ke criticism ko accept karna yeh shart hai right planning ke liye.</w:t>
      </w:r>
      <w:r>
        <w:br/>
      </w:r>
      <w:r>
        <w:rPr>
          <w:sz w:val="20"/>
        </w:rPr>
        <w:t>54:11  maulana, agla comment chennai se umm irshad sahibah ne bheja hai. unhon ne likha hai, "is saal ke ramzan ka har din shukr ke ehsas ke sath guzra hai aur tazkir ul quran ke char paray mukammal kiye aur saum ramzan ki kitab se daroos bhi diya khawateen mein jo bohat ziyada pasand kiya gaya aur log bohat mutasir hue.</w:t>
      </w:r>
      <w:r>
        <w:br/>
      </w:r>
      <w:r>
        <w:rPr>
          <w:sz w:val="20"/>
        </w:rPr>
        <w:t>54:37  jazak allah maulana, agar mujhe aap na milte to main andhere mein hi rehti." masha allah, masha allah, masha allah.</w:t>
      </w:r>
    </w:p>
    <w:p>
      <w:pPr>
        <w:pStyle w:val="Heading2"/>
      </w:pPr>
      <w:r>
        <w:t>Choosing between health peace and money</w:t>
      </w:r>
    </w:p>
    <w:p>
      <w:r>
        <w:rPr>
          <w:color w:val="666666"/>
          <w:sz w:val="18"/>
        </w:rPr>
        <w:t>Life &amp; Wisdom · Double Standards of Present-Day Muslims August 6, 2017 · 54s · at 42:41 · https://youtu.be/k1NcZQpHTyg?t=2561</w:t>
      </w:r>
    </w:p>
    <w:p>
      <w:r>
        <w:rPr>
          <w:i/>
        </w:rPr>
        <w:t>“If I could choose only one out of many: health and peace, which should I choose? Actually, among three: money, health, and peace, which is number one?”</w:t>
      </w:r>
    </w:p>
    <w:p>
      <w:r>
        <w:rPr>
          <w:sz w:val="20"/>
        </w:rPr>
        <w:t>42:41  agla sawal hai molana miss ankhi ki taraf se. wo likhti hain "if i could choose only one out of money, health and peace, what should i make a choice in favor of?" kin do ke beech mein?</w:t>
      </w:r>
      <w:r>
        <w:br/>
      </w:r>
      <w:r>
        <w:rPr>
          <w:sz w:val="20"/>
        </w:rPr>
        <w:t>42:58  teen ke beech mein. molana, paisa, health aur peace. teen? ji molana, paisa, health aur peace.</w:t>
      </w:r>
      <w:r>
        <w:br/>
      </w:r>
      <w:r>
        <w:rPr>
          <w:sz w:val="20"/>
        </w:rPr>
        <w:t>43:07  number one health hai. health nahi to kuch bhi nahi. is mein koi shaq nahi ke number one health hai.</w:t>
      </w:r>
      <w:r>
        <w:br/>
      </w:r>
      <w:r>
        <w:rPr>
          <w:sz w:val="20"/>
        </w:rPr>
        <w:t>43:19  aaj hi mein case keh raha tha ke dekhen, boorha ho gaya hoon mein to mein yaad karta hoon apni jawani ki umar ko to lagta hoon ke mein kuch tha us waqt, aaj kuch hoon.</w:t>
      </w:r>
      <w:r>
        <w:br/>
      </w:r>
      <w:r>
        <w:rPr>
          <w:sz w:val="20"/>
        </w:rPr>
        <w:t>43:30  to yaad rakhen, health nahi to kuch bhi nahi.</w:t>
      </w:r>
    </w:p>
    <w:p>
      <w:pPr>
        <w:pStyle w:val="Heading2"/>
      </w:pPr>
      <w:r>
        <w:t>Choosing between rich and educated husband</w:t>
      </w:r>
    </w:p>
    <w:p>
      <w:r>
        <w:rPr>
          <w:color w:val="666666"/>
          <w:sz w:val="18"/>
        </w:rPr>
        <w:t>Life &amp; Wisdom · Revival of Islam March 23, 2014 · 2m 45s · at 1:06:03 · https://youtu.be/Wc4Vsc4u1JI?t=3963</w:t>
      </w:r>
    </w:p>
    <w:p>
      <w:r>
        <w:rPr>
          <w:i/>
        </w:rPr>
        <w:t>“My father wants me to marry a rich husband, but I want to marry an educated husband. Please advise me what is important to make a marriage successful.”</w:t>
      </w:r>
    </w:p>
    <w:p>
      <w:r>
        <w:rPr>
          <w:sz w:val="20"/>
        </w:rPr>
        <w:t>1:06:03  is se apne ko bachaiye. Maulana, agla sawal Miss Shaheen ka hai, Mumbai se. unhon ne likha hai: "Moulana sahib, my father wants me to marry a rich husband, whereas I want to marry an educated husband.</w:t>
      </w:r>
      <w:r>
        <w:br/>
      </w:r>
      <w:r>
        <w:rPr>
          <w:sz w:val="20"/>
        </w:rPr>
        <w:t>1:06:23  Please advise me what is important to make a marriage successful." dekhiye, yeh koi criterion nahi hai.</w:t>
      </w:r>
      <w:r>
        <w:br/>
      </w:r>
      <w:r>
        <w:rPr>
          <w:sz w:val="20"/>
        </w:rPr>
        <w:t>1:06:35  yani aaj ka rich kal ka poor ho jata hai. educated log jo hain, woh har qism ke evil phailate hain.</w:t>
      </w:r>
      <w:r>
        <w:br/>
      </w:r>
      <w:r>
        <w:rPr>
          <w:sz w:val="20"/>
        </w:rPr>
        <w:t>1:06:45  to yeh koi criterion nahi hai. criterion yeh hai ke aadmi ke andar wisdom ho.</w:t>
      </w:r>
      <w:r>
        <w:br/>
      </w:r>
      <w:r>
        <w:rPr>
          <w:sz w:val="20"/>
        </w:rPr>
        <w:t>1:06:54  wisdom ki importance hai. importance wisdom ki hai, na rich hone ki, na educated hone ki.</w:t>
      </w:r>
      <w:r>
        <w:br/>
      </w:r>
      <w:r>
        <w:rPr>
          <w:sz w:val="20"/>
        </w:rPr>
        <w:t>1:07:05  history mein aap dekhiye, sare jo evil hain, phailaye kis ne? jo educated log the. sare evil educated logon ne phailaye hain.</w:t>
      </w:r>
      <w:r>
        <w:br/>
      </w:r>
      <w:r>
        <w:rPr>
          <w:sz w:val="20"/>
        </w:rPr>
        <w:t>1:07:16  aur rich dekhiye, aap bhi. America mein ek aadmi is ke pas aath so billion, yeh kitna paisa tha is</w:t>
      </w:r>
      <w:r>
        <w:br/>
      </w:r>
      <w:r>
        <w:rPr>
          <w:sz w:val="20"/>
        </w:rPr>
        <w:t>1:07:23  ke pas? million. is ne suicide kar liya is ne. abhi this is through the suicide kar liya. aur bohat paisa is ke pas tha. to yeh koi criterion nahi hai.</w:t>
      </w:r>
      <w:r>
        <w:br/>
      </w:r>
      <w:r>
        <w:rPr>
          <w:sz w:val="20"/>
        </w:rPr>
        <w:t>1:07:33  asal cheez hai wisdom. wisdom marriage life mein bhi kaam ati hai, job mein bhi kaam ati hai, aur business mein.</w:t>
      </w:r>
      <w:r>
        <w:br/>
      </w:r>
      <w:r>
        <w:rPr>
          <w:sz w:val="20"/>
        </w:rPr>
        <w:t>1:07:44  har jagah wisdom kaam ati hai.</w:t>
      </w:r>
      <w:r>
        <w:br/>
      </w:r>
      <w:r>
        <w:rPr>
          <w:sz w:val="20"/>
        </w:rPr>
        <w:t>1:07:47  ghar ki life, society ki life, aur job, workplace, business. har jagah jo kaam ati hai, wisdom.</w:t>
      </w:r>
      <w:r>
        <w:br/>
      </w:r>
      <w:r>
        <w:rPr>
          <w:sz w:val="20"/>
        </w:rPr>
        <w:t>1:08:00  to is mamle ko aap detail waghera samajhna chahen to hamari kuch kitaben parhiye. English mein do kitaben hain: "Simple Wisdom" aur "Moral Vision".</w:t>
      </w:r>
      <w:r>
        <w:br/>
      </w:r>
      <w:r>
        <w:rPr>
          <w:sz w:val="20"/>
        </w:rPr>
        <w:t>1:08:13  Urdu mein char kitaben hain:</w:t>
      </w:r>
      <w:r>
        <w:br/>
      </w:r>
      <w:r>
        <w:rPr>
          <w:sz w:val="20"/>
        </w:rPr>
        <w:t>1:08:17  "Raja Hayat", "Tameer Hayat", "Rehnuma Hayat", "Kitab Zindagi". to aap yeh is se bilkul is ko irrelevant samjhiye.</w:t>
      </w:r>
      <w:r>
        <w:br/>
      </w:r>
      <w:r>
        <w:rPr>
          <w:sz w:val="20"/>
        </w:rPr>
        <w:t>1:08:26  koi matlab is ko zindagi ke success se nahi hai. na education ki ahmiyat koi hai, na rich hone ki ahmiyat koi hai. ahmiyat jo hai, wisdom ki hai. to aap in kitabon ko parhiye.</w:t>
      </w:r>
      <w:r>
        <w:br/>
      </w:r>
      <w:r>
        <w:rPr>
          <w:sz w:val="20"/>
        </w:rPr>
        <w:t>1:08:37  is se inshallah aap ko is ka, yani is answer ka, is is question ka answer mil jaye ga.</w:t>
      </w:r>
    </w:p>
    <w:p>
      <w:pPr>
        <w:pStyle w:val="Heading2"/>
      </w:pPr>
      <w:r>
        <w:t>Clarify personality as changelessness in change</w:t>
      </w:r>
    </w:p>
    <w:p>
      <w:r>
        <w:rPr>
          <w:color w:val="666666"/>
          <w:sz w:val="18"/>
        </w:rPr>
        <w:t>Life &amp; Wisdom · Man and the Laws of Nature April 1, 2012 · 42s · at 1:10:45 · https://youtu.be/coIrwYQgb6Y?t=4245</w:t>
      </w:r>
    </w:p>
    <w:p>
      <w:r>
        <w:rPr>
          <w:i/>
        </w:rPr>
        <w:t>“In today's lecture, personality was defined as changelessness in change. However, the concept of personality development is based on the assumption that personality is also subject to change. Kindly clarify this.”</w:t>
      </w:r>
    </w:p>
    <w:p>
      <w:r>
        <w:rPr>
          <w:sz w:val="20"/>
        </w:rPr>
        <w:t>1:10:45  maulana, agla sawal rai pur se hai mr idrees ka.</w:t>
      </w:r>
      <w:r>
        <w:br/>
      </w:r>
      <w:r>
        <w:rPr>
          <w:sz w:val="20"/>
        </w:rPr>
        <w:t>1:10:48  unhon ne likha hai: "maulana sahib, in today lecture personality was defined as changelessness in change.</w:t>
      </w:r>
      <w:r>
        <w:br/>
      </w:r>
      <w:r>
        <w:rPr>
          <w:sz w:val="20"/>
        </w:rPr>
        <w:t>1:10:57  however, the concept of personality development is based on assumption that personality is also subject to change. kindly clarify this." nahi, doosre muamle mein development ka sahi lafz hai personality ko develop karna.</w:t>
      </w:r>
      <w:r>
        <w:br/>
      </w:r>
      <w:r>
        <w:rPr>
          <w:sz w:val="20"/>
        </w:rPr>
        <w:t>1:11:13  change to mani to ek aur cheez, change ek alag lafz hai.</w:t>
      </w:r>
      <w:r>
        <w:br/>
      </w:r>
      <w:r>
        <w:rPr>
          <w:sz w:val="20"/>
        </w:rPr>
        <w:t>1:11:17  to material jo aspect hai hamari zindagi ka, woh hai subject to change. lekin jo doosra aspect hai, intellectual aspect jo hai, woh development ka subject hai.</w:t>
      </w:r>
    </w:p>
    <w:p>
      <w:pPr>
        <w:pStyle w:val="Heading2"/>
      </w:pPr>
      <w:r>
        <w:t>Coexistence of good and evil in humans</w:t>
      </w:r>
    </w:p>
    <w:p>
      <w:r>
        <w:rPr>
          <w:color w:val="666666"/>
          <w:sz w:val="18"/>
        </w:rPr>
        <w:t>Life &amp; Wisdom · War and Peace August 28, 2016 Maulana Wahiduddin Khan · 56s · at 1:00:39 · https://youtu.be/8ViacW5xI3w?t=3639</w:t>
      </w:r>
    </w:p>
    <w:p>
      <w:r>
        <w:rPr>
          <w:i/>
        </w:rPr>
        <w:t>“Why are good and evil often found together in a human? Please tell about it.”</w:t>
      </w:r>
    </w:p>
    <w:p>
      <w:r>
        <w:rPr>
          <w:sz w:val="20"/>
        </w:rPr>
        <w:t>1:00:39  ji, Maulana sahib, agla sawal Islamabad Pakistan se Muhammad Bilal Usman sahib ne kiya hai aur unhon</w:t>
      </w:r>
      <w:r>
        <w:br/>
      </w:r>
      <w:r>
        <w:rPr>
          <w:sz w:val="20"/>
        </w:rPr>
        <w:t>1:00:46  ne aap se poocha hai ke insaan mein achhai aur burai aksar ek sath kyun pai jati hai?</w:t>
      </w:r>
      <w:r>
        <w:br/>
      </w:r>
      <w:r>
        <w:rPr>
          <w:sz w:val="20"/>
        </w:rPr>
        <w:t>1:00:52  is ke bare mein batain.</w:t>
      </w:r>
      <w:r>
        <w:br/>
      </w:r>
      <w:r>
        <w:rPr>
          <w:sz w:val="20"/>
        </w:rPr>
        <w:t>1:00:58  aksar nahi, hamesha pai jati hai.</w:t>
      </w:r>
      <w:r>
        <w:br/>
      </w:r>
      <w:r>
        <w:rPr>
          <w:sz w:val="20"/>
        </w:rPr>
        <w:t>1:01:05  har insaan ke andar do cheezein hain: fazool o taqwa, yaani insaan ke andar Khudaai ne dono cheezein</w:t>
      </w:r>
      <w:r>
        <w:br/>
      </w:r>
      <w:r>
        <w:rPr>
          <w:sz w:val="20"/>
        </w:rPr>
        <w:t>1:01:11  rakh di hain, fazool bhi aur taqwa bhi, achha bhi aur bura bhi.</w:t>
      </w:r>
      <w:r>
        <w:br/>
      </w:r>
      <w:r>
        <w:rPr>
          <w:sz w:val="20"/>
        </w:rPr>
        <w:t>1:01:17  agar na hote, phir aap ka test kaise hoga? agar ye na ho to test kaise hoga? ye</w:t>
      </w:r>
      <w:r>
        <w:br/>
      </w:r>
      <w:r>
        <w:rPr>
          <w:sz w:val="20"/>
        </w:rPr>
        <w:t>1:01:24  aap ko karni hai, wo dono cheezein to rahe gi.</w:t>
      </w:r>
      <w:r>
        <w:br/>
      </w:r>
      <w:r>
        <w:rPr>
          <w:sz w:val="20"/>
        </w:rPr>
        <w:t>1:01:30  aap ko karna hai ke aap taqwa ka tareeqa ikhtiyar karein aur fazool tareeqa chhod dein.</w:t>
      </w:r>
    </w:p>
    <w:p>
      <w:pPr>
        <w:pStyle w:val="Heading2"/>
      </w:pPr>
      <w:r>
        <w:t>Comparing ongoing situations to unattainable ideal</w:t>
      </w:r>
    </w:p>
    <w:p>
      <w:r>
        <w:rPr>
          <w:color w:val="666666"/>
          <w:sz w:val="18"/>
        </w:rPr>
        <w:t>Life &amp; Wisdom · The Companions and the Hadith Scholars June 24, 2012 · 1m 39s · at 1:16:02 · https://youtu.be/Dj4QiYnxgBs?t=4562</w:t>
      </w:r>
    </w:p>
    <w:p>
      <w:r>
        <w:rPr>
          <w:i/>
        </w:rPr>
        <w:t>“If ideal society is never possible to achieve, so is it also wrong to compare ongoing situations against the ideal, keeping in mind the fact that we would never achieve the ideal?”</w:t>
      </w:r>
    </w:p>
    <w:p>
      <w:r>
        <w:rPr>
          <w:sz w:val="20"/>
        </w:rPr>
        <w:t>1:16:02  maulana, agla sawal Melbourne, Australia se aaya hai, Mr. Shantanu Mehra ka. unhon ne likha hai: "If ideal society is never possible to achieve, so is it also wrong to compare ongoing situations against the ideal,</w:t>
      </w:r>
      <w:r>
        <w:br/>
      </w:r>
      <w:r>
        <w:rPr>
          <w:sz w:val="20"/>
        </w:rPr>
        <w:t>1:16:21  keeping in mind the fact that we would never achieve the ideal?"</w:t>
      </w:r>
      <w:r>
        <w:br/>
      </w:r>
      <w:r>
        <w:rPr>
          <w:sz w:val="20"/>
        </w:rPr>
        <w:t>1:16:27  dekhen,</w:t>
      </w:r>
      <w:r>
        <w:br/>
      </w:r>
      <w:r>
        <w:rPr>
          <w:sz w:val="20"/>
        </w:rPr>
        <w:t>1:16:31  jo soorat-e-haal hai, jo existing situation hai, us ko idealist hai, na aap ka kab aqdar karte hain aap. ek mafroza ideal, ek ek fardi idealist naam nahin.</w:t>
      </w:r>
      <w:r>
        <w:br/>
      </w:r>
      <w:r>
        <w:rPr>
          <w:sz w:val="20"/>
        </w:rPr>
        <w:t>1:16:42  is ke bajaye aap yeh dekhiye ke jo bhi situation hai, us mein phir bhi opportunities maujood</w:t>
      </w:r>
      <w:r>
        <w:br/>
      </w:r>
      <w:r>
        <w:rPr>
          <w:sz w:val="20"/>
        </w:rPr>
        <w:t>1:16:48  hain. to main yahan samjha hai main ne ke aadmi ko chahiye ke woh apne zamane ko in terms of ideal na naape, in terms of opportunity dekhe.</w:t>
      </w:r>
      <w:r>
        <w:br/>
      </w:r>
      <w:r>
        <w:rPr>
          <w:sz w:val="20"/>
        </w:rPr>
        <w:t>1:17:01  yani jo situation hai jis mein aadmi hai, us ko idealist na judge kare. us aitbaar se dekhe ke kya opportunities maujood hain.</w:t>
      </w:r>
      <w:r>
        <w:br/>
      </w:r>
      <w:r>
        <w:rPr>
          <w:sz w:val="20"/>
        </w:rPr>
        <w:t>1:17:10  to maloom hua ke bohat maujood hain, enormous opportunities. to bas isi par focus kar de. aur ideal ke liye woh jannat ka, yani woh samjhe ke jannat ki duaen kare, jannat ke liye woh ishtiyaq is ke andar ho.</w:t>
      </w:r>
      <w:r>
        <w:br/>
      </w:r>
      <w:r>
        <w:rPr>
          <w:sz w:val="20"/>
        </w:rPr>
        <w:t>1:17:26  to idealism jannat ke liye hai. aur duniya mein jo hai, woh opportunities ko talash kar ke us ka avail karna. yeh hai sahi tareeqa kar.</w:t>
      </w:r>
    </w:p>
    <w:p>
      <w:pPr>
        <w:pStyle w:val="Heading2"/>
      </w:pPr>
      <w:r>
        <w:t>Comparing reality with ideal society</w:t>
      </w:r>
    </w:p>
    <w:p>
      <w:r>
        <w:rPr>
          <w:color w:val="666666"/>
          <w:sz w:val="18"/>
        </w:rPr>
        <w:t>Life &amp; Wisdom · Sahaba and Muhaddithin 24th June 2012 - Maulana Wahiduddin Khan · 1m 49s · at 1:21:31 · https://youtu.be/tUPo7MI0Bdo?t=4891</w:t>
      </w:r>
    </w:p>
    <w:p>
      <w:r>
        <w:rPr>
          <w:i/>
        </w:rPr>
        <w:t>“If ideal society is never possible to achieve, so is it also wrong to compare ongoing situations against the ideal, keeping in mind the fact that we would never achieve the ideal?”</w:t>
      </w:r>
    </w:p>
    <w:p>
      <w:r>
        <w:rPr>
          <w:sz w:val="20"/>
        </w:rPr>
        <w:t>1:21:31  maulana, agla sawal melbourne, australia se aaya hai, mr shantanu mehra ka. unhone likha hai: "If ideal society is never possible to achieve,</w:t>
      </w:r>
      <w:r>
        <w:br/>
      </w:r>
      <w:r>
        <w:rPr>
          <w:sz w:val="20"/>
        </w:rPr>
        <w:t>1:21:44  so is it also wrong to compare ongoing situations</w:t>
      </w:r>
      <w:r>
        <w:br/>
      </w:r>
      <w:r>
        <w:rPr>
          <w:sz w:val="20"/>
        </w:rPr>
        <w:t>1:21:49  against the ideal, keeping in mind the fact that we would never achieve the ideal?" dekhein,</w:t>
      </w:r>
      <w:r>
        <w:br/>
      </w:r>
      <w:r>
        <w:rPr>
          <w:sz w:val="20"/>
        </w:rPr>
        <w:t>1:22:01  jo soorat-e-haal hai, jo existing situation hai, usko ideal se naap ka kab akhaz karte hain aap? ek mufrada ideal, ek fardi ideal se naapni.</w:t>
      </w:r>
      <w:r>
        <w:br/>
      </w:r>
      <w:r>
        <w:rPr>
          <w:sz w:val="20"/>
        </w:rPr>
        <w:t>1:22:13  iske bajaye aap yeh dekhiye ke jo bhi situation hai, usmein phir bhi opportunities maujood hain.</w:t>
      </w:r>
      <w:r>
        <w:br/>
      </w:r>
      <w:r>
        <w:rPr>
          <w:sz w:val="20"/>
        </w:rPr>
        <w:t>1:22:22  to main yahan samjha hai, main ne ke aadmi ko chahiye ke woh apne zamane ko in terms of ideal na naape, in terms of opportunity dekhe.</w:t>
      </w:r>
      <w:r>
        <w:br/>
      </w:r>
      <w:r>
        <w:rPr>
          <w:sz w:val="20"/>
        </w:rPr>
        <w:t>1:22:38  yani jo</w:t>
      </w:r>
      <w:r>
        <w:br/>
      </w:r>
      <w:r>
        <w:rPr>
          <w:sz w:val="20"/>
        </w:rPr>
        <w:t>1:22:39  situation hai jis mein aadmi hai, usko ideals na judge kare. is aitbaar se dekhe ke kya opportunities maujood hain. to maloom hua ke bahut maujood hain, enormous opportunities.</w:t>
      </w:r>
      <w:r>
        <w:br/>
      </w:r>
      <w:r>
        <w:rPr>
          <w:sz w:val="20"/>
        </w:rPr>
        <w:t>1:22:50  to bas isi par focus kar de. aur ideal ke liye woh jannat ka, yani</w:t>
      </w:r>
      <w:r>
        <w:br/>
      </w:r>
      <w:r>
        <w:rPr>
          <w:sz w:val="20"/>
        </w:rPr>
        <w:t>1:22:58  woh samjhe ke jannat ke liye duaayein kare, jannat ke liye woh ishtiyaq iske andar ho. to idealism jannat ke liye hai. aur duniya mein jo hai, woh opportunities ko talash kar ke usko avail karna.</w:t>
      </w:r>
      <w:r>
        <w:br/>
      </w:r>
      <w:r>
        <w:rPr>
          <w:sz w:val="20"/>
        </w:rPr>
        <w:t>1:23:14  yeh hai sahi tareeqa-kaar.</w:t>
      </w:r>
    </w:p>
    <w:p>
      <w:pPr>
        <w:pStyle w:val="Heading2"/>
      </w:pPr>
      <w:r>
        <w:t>Controlling distractions about future</w:t>
      </w:r>
    </w:p>
    <w:p>
      <w:r>
        <w:rPr>
          <w:color w:val="666666"/>
          <w:sz w:val="18"/>
        </w:rPr>
        <w:t>Life &amp; Wisdom · Wisdom of Hadith September 11, 2016 · 2m 54s · at 49:43 · https://youtu.be/XPxlLv2_q1o?t=2983</w:t>
      </w:r>
    </w:p>
    <w:p>
      <w:r>
        <w:rPr>
          <w:i/>
        </w:rPr>
        <w:t>“We are often worried about our future and get distracted. My question is, how to control such distractions concerning our future?”</w:t>
      </w:r>
    </w:p>
    <w:p>
      <w:r>
        <w:rPr>
          <w:sz w:val="20"/>
        </w:rPr>
        <w:t>49:43  maulana, agla sawal pakistan se kiya hai muhammad faisal sahab ne aur unhon ne likha hai ke maulana</w:t>
      </w:r>
      <w:r>
        <w:br/>
      </w:r>
      <w:r>
        <w:rPr>
          <w:sz w:val="20"/>
        </w:rPr>
        <w:t>49:49  sahab we are often worried about our future and get distracted.</w:t>
      </w:r>
      <w:r>
        <w:br/>
      </w:r>
      <w:r>
        <w:rPr>
          <w:sz w:val="20"/>
        </w:rPr>
        <w:t>49:55  My question is, how to control such distractions concerning our future?</w:t>
      </w:r>
      <w:r>
        <w:br/>
      </w:r>
      <w:r>
        <w:rPr>
          <w:sz w:val="20"/>
        </w:rPr>
        <w:t>50:02  Please advise us.</w:t>
      </w:r>
      <w:r>
        <w:br/>
      </w:r>
      <w:r>
        <w:rPr>
          <w:sz w:val="20"/>
        </w:rPr>
        <w:t>50:08  dekhiye, isi qism ka sawal mujh se kai logon ne kiya.</w:t>
      </w:r>
      <w:r>
        <w:br/>
      </w:r>
      <w:r>
        <w:rPr>
          <w:sz w:val="20"/>
        </w:rPr>
        <w:t>50:15  to mein ne poocha ke quran kitab-e-hidayat hai, book of guidance.</w:t>
      </w:r>
      <w:r>
        <w:br/>
      </w:r>
      <w:r>
        <w:rPr>
          <w:sz w:val="20"/>
        </w:rPr>
        <w:t>50:21  to kya aap ne jo tareekh chala rahe hain, jo aap hangame kar rahe hain, kya aap ne</w:t>
      </w:r>
      <w:r>
        <w:br/>
      </w:r>
      <w:r>
        <w:rPr>
          <w:sz w:val="20"/>
        </w:rPr>
        <w:t>50:28  aisa kiya ke is shuru se karne se pehle quran ko aik bar is had tak parha yeh</w:t>
      </w:r>
      <w:r>
        <w:br/>
      </w:r>
      <w:r>
        <w:rPr>
          <w:sz w:val="20"/>
        </w:rPr>
        <w:t>50:34  janne ke liye ke jo meri soch hai, jo meri planning hai, is ke baray mein quran ki</w:t>
      </w:r>
      <w:r>
        <w:br/>
      </w:r>
      <w:r>
        <w:rPr>
          <w:sz w:val="20"/>
        </w:rPr>
        <w:t>50:41  guidance kya hai? to kisi ne aaj tak mujhe jawab nahi diya ke haan, mein ne aisa kiya hai.</w:t>
      </w:r>
      <w:r>
        <w:br/>
      </w:r>
      <w:r>
        <w:rPr>
          <w:sz w:val="20"/>
        </w:rPr>
        <w:t>50:47  to yeh sab futile planning hai musalmanon ki.</w:t>
      </w:r>
      <w:r>
        <w:br/>
      </w:r>
      <w:r>
        <w:rPr>
          <w:sz w:val="20"/>
        </w:rPr>
        <w:t>50:54  kisi leader ne mujhe yeh jawab nahi diya, kisi aam aadmi ne bhi ke mein ne apni jo</w:t>
      </w:r>
      <w:r>
        <w:br/>
      </w:r>
      <w:r>
        <w:rPr>
          <w:sz w:val="20"/>
        </w:rPr>
        <w:t>51:00  shuru ki, mein ne apna mission, apne tehreek, is se pehle mein ne aitkaf kar ke aik bar</w:t>
      </w:r>
      <w:r>
        <w:br/>
      </w:r>
      <w:r>
        <w:rPr>
          <w:sz w:val="20"/>
        </w:rPr>
        <w:t>51:07  bohat hi ghaur se, tadabbur se quran ko parha yeh janne ke liye ke quran ki guidance kya hai.</w:t>
      </w:r>
      <w:r>
        <w:br/>
      </w:r>
      <w:r>
        <w:rPr>
          <w:sz w:val="20"/>
        </w:rPr>
        <w:t>51:13  to jab yahi nahi kiya to sab sab galat hi rahe ga.</w:t>
      </w:r>
      <w:r>
        <w:br/>
      </w:r>
      <w:r>
        <w:rPr>
          <w:sz w:val="20"/>
        </w:rPr>
        <w:t>51:20  quran shuru hi mein kehta hai ke هُدًى لِلْمُتَّقِينَ yani quran book of guidance hai.</w:t>
      </w:r>
      <w:r>
        <w:br/>
      </w:r>
      <w:r>
        <w:rPr>
          <w:sz w:val="20"/>
        </w:rPr>
        <w:t>51:26  to yahi nahi kiya kisi ne, mere ilm mein to kisi ne kiya nahi.</w:t>
      </w:r>
      <w:r>
        <w:br/>
      </w:r>
      <w:r>
        <w:rPr>
          <w:sz w:val="20"/>
        </w:rPr>
        <w:t>51:33  mein ne bohat se logon se poocha to kisi ne is ka jawab mein yeh nahi kaha ke</w:t>
      </w:r>
      <w:r>
        <w:br/>
      </w:r>
      <w:r>
        <w:rPr>
          <w:sz w:val="20"/>
        </w:rPr>
        <w:t>51:39  haan, mein ne aisa kiya hai.</w:t>
      </w:r>
      <w:r>
        <w:br/>
      </w:r>
      <w:r>
        <w:rPr>
          <w:sz w:val="20"/>
        </w:rPr>
        <w:t>51:46  to mein samajhta hoon ke jo shakhs ijtamai zindagi mein koodna chahta hai, jo ji national life mein</w:t>
      </w:r>
      <w:r>
        <w:br/>
      </w:r>
      <w:r>
        <w:rPr>
          <w:sz w:val="20"/>
        </w:rPr>
        <w:t>51:52  koodna chahta hai, jo koi bara bara dollar le kar khara ho jata hai, us ko farz hai</w:t>
      </w:r>
      <w:r>
        <w:br/>
      </w:r>
      <w:r>
        <w:rPr>
          <w:sz w:val="20"/>
        </w:rPr>
        <w:t>51:59  ke pehle poore quran ko aik bar is nazar se parhe ke wahan kya guidance mil rahi hai.</w:t>
      </w:r>
      <w:r>
        <w:br/>
      </w:r>
      <w:r>
        <w:rPr>
          <w:sz w:val="20"/>
        </w:rPr>
        <w:t>52:05  nahi to phir kya, kis liye aap ko? aap ko right hi nahi ke aap ko shuru karen.</w:t>
      </w:r>
      <w:r>
        <w:br/>
      </w:r>
      <w:r>
        <w:rPr>
          <w:sz w:val="20"/>
        </w:rPr>
        <w:t>52:12  koi quran ko parh kar ke jab aap ne pata nahi kiya to aap ko right hi nahi</w:t>
      </w:r>
      <w:r>
        <w:br/>
      </w:r>
      <w:r>
        <w:rPr>
          <w:sz w:val="20"/>
        </w:rPr>
        <w:t>52:18  ke aap naarah aur jhanda le ke khare ho jate hain.</w:t>
      </w:r>
      <w:r>
        <w:br/>
      </w:r>
      <w:r>
        <w:rPr>
          <w:sz w:val="20"/>
        </w:rPr>
        <w:t>52:25  to baharhal aap sab musalmanon ko is ka correction karna chahiye aur sab se pehle yeh karna chahiye</w:t>
      </w:r>
      <w:r>
        <w:br/>
      </w:r>
      <w:r>
        <w:rPr>
          <w:sz w:val="20"/>
        </w:rPr>
        <w:t>52:31  ke quran se pehle hidayat len, phir apna kaam shuru karen.</w:t>
      </w:r>
    </w:p>
    <w:p>
      <w:pPr>
        <w:pStyle w:val="Heading2"/>
      </w:pPr>
      <w:r>
        <w:t>Converting Problems into Opportunities</w:t>
      </w:r>
    </w:p>
    <w:p>
      <w:r>
        <w:rPr>
          <w:color w:val="666666"/>
          <w:sz w:val="18"/>
        </w:rPr>
        <w:t>Life &amp; Wisdom · Don't Be Angry Culture January 15, 2012 · 2m 05s · at 1:21:13 · https://youtu.be/NrA3X8y_FLY?t=4873</w:t>
      </w:r>
    </w:p>
    <w:p>
      <w:r>
        <w:rPr>
          <w:i/>
        </w:rPr>
        <w:t>“How can problems be converted into opportunity? Kindly comment.”</w:t>
      </w:r>
    </w:p>
    <w:p>
      <w:r>
        <w:rPr>
          <w:sz w:val="20"/>
        </w:rPr>
        <w:t>1:21:13  Maulana, agla sawal Mr Muhammad Samiullah sahab ka hai</w:t>
      </w:r>
      <w:r>
        <w:br/>
      </w:r>
      <w:r>
        <w:rPr>
          <w:sz w:val="20"/>
        </w:rPr>
        <w:t>1:21:17  Delhi se. unhon ne likha hai: "How can problems be converted into opportunity? Kindly comment."</w:t>
      </w:r>
      <w:r>
        <w:br/>
      </w:r>
      <w:r>
        <w:rPr>
          <w:sz w:val="20"/>
        </w:rPr>
        <w:t>1:21:34  dekhiye, yeh can ki baat nahin hai, yeh karna hi karna hai. kyunke zindagi jo hai, woh problem se hi bhari hui hai.</w:t>
      </w:r>
      <w:r>
        <w:br/>
      </w:r>
      <w:r>
        <w:rPr>
          <w:sz w:val="20"/>
        </w:rPr>
        <w:t>1:21:46  agar aap problem se uljhein to kuch nahin kar sakte. yani zindagi ki misaal aisi hai jaise ek gulab ka phool hai, us ki shakh mein kaante hain aur phool bhi isi mein.</w:t>
      </w:r>
      <w:r>
        <w:br/>
      </w:r>
      <w:r>
        <w:rPr>
          <w:sz w:val="20"/>
        </w:rPr>
        <w:t>1:21:59  ek hi shakh mein kaante bhi hain, ek hi shakh mein phool bhi hain. to aap kaanton ko avoid karte hain, tab phool milta hai aap ko. agar kaanton ko na avoid karein to phool nahin milega aap ko.</w:t>
      </w:r>
      <w:r>
        <w:br/>
      </w:r>
      <w:r>
        <w:rPr>
          <w:sz w:val="20"/>
        </w:rPr>
        <w:t>1:22:11  yeh Allah taala ne zindagi ka namoona dikha diya hai ke zindagi mein kaante rahenge, problem rahenge. tum ko ek hi kaam karna hai ke problem ko avoid karo, ko ignore karo.</w:t>
      </w:r>
      <w:r>
        <w:br/>
      </w:r>
      <w:r>
        <w:rPr>
          <w:sz w:val="20"/>
        </w:rPr>
        <w:t>1:22:26  aur quran mein dekhiye, fitrat ka usool bataya gaya hai: "la of nature, ana ma osra". yeh la of nature hai. is ka matlab hai ke "Where there are problems, there are opportunities."</w:t>
      </w:r>
      <w:r>
        <w:br/>
      </w:r>
      <w:r>
        <w:rPr>
          <w:sz w:val="20"/>
        </w:rPr>
        <w:t>1:22:40  yeh la of nature hai. kabhi bhi aisa nahi ho sakta zindagi mein ke problem ho, opportunity na ho. to aap problem ko ignore kijiye aur to wohin wohin dekhenge aap opportunity maujood hai.</w:t>
      </w:r>
      <w:r>
        <w:br/>
      </w:r>
      <w:r>
        <w:rPr>
          <w:sz w:val="20"/>
        </w:rPr>
        <w:t>1:22:56  yeh koi is par mein ne bohat ziyada likha hai. meri jo kitabein hain, yeh raaz hayat, taabeer hayat, rehnuma hayat, kitaab zindagi, woh sab yahi to hai.</w:t>
      </w:r>
      <w:r>
        <w:br/>
      </w:r>
      <w:r>
        <w:rPr>
          <w:sz w:val="20"/>
        </w:rPr>
        <w:t>1:23:06  is mein</w:t>
      </w:r>
      <w:r>
        <w:br/>
      </w:r>
      <w:r>
        <w:rPr>
          <w:sz w:val="20"/>
        </w:rPr>
        <w:t>1:23:08  is ki tafseel jis ko janna hai, woh in kitabon ko parhe. english mein bhi ek kitaab hai: "Moral Vision", is ko aap parh sakte hain.</w:t>
      </w:r>
    </w:p>
    <w:p>
      <w:pPr>
        <w:pStyle w:val="Heading2"/>
      </w:pPr>
      <w:r>
        <w:t>Converting Problems into Opportunity</w:t>
      </w:r>
    </w:p>
    <w:p>
      <w:r>
        <w:rPr>
          <w:color w:val="666666"/>
          <w:sz w:val="18"/>
        </w:rPr>
        <w:t>Life &amp; Wisdom · Don't Be Angry Culture January 15, 2012 Maulana Wahiduddin Khan · 1m 55s · at 1:22:52 · https://youtu.be/rY1Ikwmwwdk?t=4972</w:t>
      </w:r>
    </w:p>
    <w:p>
      <w:r>
        <w:rPr>
          <w:i/>
        </w:rPr>
        <w:t>“How can problems be converted into opportunity? Kindly comment.”</w:t>
      </w:r>
    </w:p>
    <w:p>
      <w:r>
        <w:rPr>
          <w:sz w:val="20"/>
        </w:rPr>
        <w:t>1:22:52  Maulana, agla sawal Mr. Muhammad Samiullah Sahab ka hai Delhi se. unhon ne likha hai: "How can problems be converted into opportunity?</w:t>
      </w:r>
      <w:r>
        <w:br/>
      </w:r>
      <w:r>
        <w:rPr>
          <w:sz w:val="20"/>
        </w:rPr>
        <w:t>1:23:01  Kindly comment." dekhiye, yeh kaine ki baat nahi hai. yeh karna hi karna hai. kyunke kyunke zindagi jo hai woh problem se hi bhari hui hai.</w:t>
      </w:r>
      <w:r>
        <w:br/>
      </w:r>
      <w:r>
        <w:rPr>
          <w:sz w:val="20"/>
        </w:rPr>
        <w:t>1:23:15  agar aap problem se uljhein to kuch nahi kar sakte.</w:t>
      </w:r>
      <w:r>
        <w:br/>
      </w:r>
      <w:r>
        <w:rPr>
          <w:sz w:val="20"/>
        </w:rPr>
        <w:t>1:23:20  yaani zindagi ki misaal aisi hai jaise ek gulab ka phool hai. us ke shakh mein kaante hain aur phool bhi isi mein. ek hi shakh mein kaante bhi hain, ek hi shakh mein phool bhi hain.</w:t>
      </w:r>
      <w:r>
        <w:br/>
      </w:r>
      <w:r>
        <w:rPr>
          <w:sz w:val="20"/>
        </w:rPr>
        <w:t>1:23:31  to aap kaanton ko avoid karte hain, tab phool milta hai aap ko. agar kaanton ko na avoid karein to phool nahi mile ga aap ko. yeh Allah taala ne zindagi ka namoona dikha diya hai ke zindagi mein kaante rahenge, problem rahenge.</w:t>
      </w:r>
      <w:r>
        <w:br/>
      </w:r>
      <w:r>
        <w:rPr>
          <w:sz w:val="20"/>
        </w:rPr>
        <w:t>1:23:49  tum ko ek hi kaam karna hai ke problem ko avoid karo, ignore karo. aur Quran mein dekhiye, fitrat ka usool bataya gaya: "Law of nature." inna ma'al 'usri yusra.</w:t>
      </w:r>
      <w:r>
        <w:br/>
      </w:r>
      <w:r>
        <w:rPr>
          <w:sz w:val="20"/>
        </w:rPr>
        <w:t>1:24:01  yeh Law of nature hai. is ka matlab hai ke "Where there are problems, there are opportunities." yeh Law of nature hai.</w:t>
      </w:r>
      <w:r>
        <w:br/>
      </w:r>
      <w:r>
        <w:rPr>
          <w:sz w:val="20"/>
        </w:rPr>
        <w:t>1:24:11  kabhi bhi aisa nahi ho sakta zindagi mein ke problem ho, opportunity na ho.</w:t>
      </w:r>
      <w:r>
        <w:br/>
      </w:r>
      <w:r>
        <w:rPr>
          <w:sz w:val="20"/>
        </w:rPr>
        <w:t>1:24:17  to aap problem ko ignore kijiye aur to wohin wohin dekhenge aap opportunity maujood hai. yeh koi is par mein ne bohat ziyada likha hai.</w:t>
      </w:r>
      <w:r>
        <w:br/>
      </w:r>
      <w:r>
        <w:rPr>
          <w:sz w:val="20"/>
        </w:rPr>
        <w:t>1:24:28  meri jo kitabein hain, yeh raaz hayat, taabeer hayat, rehnuma hayat, kitaab-e-zindagi, woh sab yahi to hai is mein. is ki tafseel jis ko jaanna hai, woh in kitabon ko parhe.</w:t>
      </w:r>
      <w:r>
        <w:br/>
      </w:r>
      <w:r>
        <w:rPr>
          <w:sz w:val="20"/>
        </w:rPr>
        <w:t>1:24:41  English mein bhi ek kitaab hai: "Moral Vision." is ko aap parh sakte hain.</w:t>
      </w:r>
    </w:p>
    <w:p>
      <w:pPr>
        <w:pStyle w:val="Heading2"/>
      </w:pPr>
      <w:r>
        <w:t>Creativity ends with ancestor role models</w:t>
      </w:r>
    </w:p>
    <w:p>
      <w:r>
        <w:rPr>
          <w:color w:val="666666"/>
          <w:sz w:val="18"/>
        </w:rPr>
        <w:t>Life &amp; Wisdom · Creative Thinking February 19, 2017 · 2m 05s · at 49:27 · https://youtu.be/L-x1xNJc__8?t=2967</w:t>
      </w:r>
    </w:p>
    <w:p>
      <w:r>
        <w:rPr>
          <w:i/>
        </w:rPr>
        <w:t>“Will it be right to say that creativity of mind ends when we create role models out of our ancestors? What is your opinion on this?”</w:t>
      </w:r>
    </w:p>
    <w:p>
      <w:r>
        <w:rPr>
          <w:sz w:val="20"/>
        </w:rPr>
        <w:t>49:27  ji, Maulana, agla sawal Riyaz Bhatt sahib ne bheja hai Srinagar se, unhon ne aap se poocha</w:t>
      </w:r>
      <w:r>
        <w:br/>
      </w:r>
      <w:r>
        <w:rPr>
          <w:sz w:val="20"/>
        </w:rPr>
        <w:t>49:34  hai ke Maulana sahib, will it be right to say that creativity of mind ends when we create</w:t>
      </w:r>
      <w:r>
        <w:br/>
      </w:r>
      <w:r>
        <w:rPr>
          <w:sz w:val="20"/>
        </w:rPr>
        <w:t>49:40  role models out of our ancestors؟ What is your opinion on this؟ haan, to sahi hai, sahi yeh baat hai.</w:t>
      </w:r>
      <w:r>
        <w:br/>
      </w:r>
      <w:r>
        <w:rPr>
          <w:sz w:val="20"/>
        </w:rPr>
        <w:t>49:47  ji, Maulana, agla sawal Dhampur se bheja hai Mehtab sahib ne, unhon ne likha hai: "Maulana sahib, I</w:t>
      </w:r>
      <w:r>
        <w:br/>
      </w:r>
      <w:r>
        <w:rPr>
          <w:sz w:val="20"/>
        </w:rPr>
        <w:t>49:54  want to know that how can a person maintain his positivity always?</w:t>
      </w:r>
      <w:r>
        <w:br/>
      </w:r>
      <w:r>
        <w:rPr>
          <w:sz w:val="20"/>
        </w:rPr>
        <w:t>50:01  Please give me your guidance on this subject." bhai, mera jo simple formula hai apni satah par, woh</w:t>
      </w:r>
      <w:r>
        <w:br/>
      </w:r>
      <w:r>
        <w:rPr>
          <w:sz w:val="20"/>
        </w:rPr>
        <w:t>50:09  yeh hai ke jab bhi mere andar koi negative thought aa jaye, offend hone lagun, ghussa ho jaye</w:t>
      </w:r>
      <w:r>
        <w:br/>
      </w:r>
      <w:r>
        <w:rPr>
          <w:sz w:val="20"/>
        </w:rPr>
        <w:t>50:17  to main sochta hoon ke is ka safar kaun karega? agar main apni negative thinking ko zahir</w:t>
      </w:r>
      <w:r>
        <w:br/>
      </w:r>
      <w:r>
        <w:rPr>
          <w:sz w:val="20"/>
        </w:rPr>
        <w:t>50:25  karun, ghussa karun, offend ho jaaun to safar kaun karega? to har baar main yeh jaan pata</w:t>
      </w:r>
      <w:r>
        <w:br/>
      </w:r>
      <w:r>
        <w:rPr>
          <w:sz w:val="20"/>
        </w:rPr>
        <w:t>50:34  hoon ke main khud safar karunga, woh insaan safar nahin karega.</w:t>
      </w:r>
      <w:r>
        <w:br/>
      </w:r>
      <w:r>
        <w:rPr>
          <w:sz w:val="20"/>
        </w:rPr>
        <w:t>50:42  to jab safar karna main khud hoon to main kyun, kyun apna dushman banun? kyun apne ko kill</w:t>
      </w:r>
      <w:r>
        <w:br/>
      </w:r>
      <w:r>
        <w:rPr>
          <w:sz w:val="20"/>
        </w:rPr>
        <w:t>50:50  karun? bas yeh cheez mujhe, meri positive thinking ko main hamesha maintain rakhti hai.</w:t>
      </w:r>
      <w:r>
        <w:br/>
      </w:r>
      <w:r>
        <w:rPr>
          <w:sz w:val="20"/>
        </w:rPr>
        <w:t>50:59  ji, jab bhi aap kisi bhi mamle mein sochiye ke ghussa hona, offend hona, jitni bhi negative baatein</w:t>
      </w:r>
      <w:r>
        <w:br/>
      </w:r>
      <w:r>
        <w:rPr>
          <w:sz w:val="20"/>
        </w:rPr>
        <w:t>51:07  hoti hain, is mein hamesha hum khud safar karte hain, doosra safar nahin karta.</w:t>
      </w:r>
      <w:r>
        <w:br/>
      </w:r>
      <w:r>
        <w:rPr>
          <w:sz w:val="20"/>
        </w:rPr>
        <w:t>51:15  to hum kyun aisa karen? apne aap ko khud hi kyun kill karen? bas yeh mujhe, yeh baat</w:t>
      </w:r>
      <w:r>
        <w:br/>
      </w:r>
      <w:r>
        <w:rPr>
          <w:sz w:val="20"/>
        </w:rPr>
        <w:t>51:24  mujhe thanda kar deti hai.</w:t>
      </w:r>
    </w:p>
    <w:p>
      <w:pPr>
        <w:pStyle w:val="Heading2"/>
      </w:pPr>
      <w:r>
        <w:t>Criteria for choosing an intellectual partner</w:t>
      </w:r>
    </w:p>
    <w:p>
      <w:r>
        <w:rPr>
          <w:color w:val="666666"/>
          <w:sz w:val="18"/>
        </w:rPr>
        <w:t>Life &amp; Wisdom · Hadith Word of Wisdom August 31, 2014 · 3m 24s · at 1:14:36 · https://youtu.be/fv4eRJRe8dk?t=4476</w:t>
      </w:r>
    </w:p>
    <w:p>
      <w:r>
        <w:rPr>
          <w:i/>
        </w:rPr>
        <w:t>“What is the criteria to choose our intellectual partner?”</w:t>
      </w:r>
    </w:p>
    <w:p>
      <w:r>
        <w:rPr>
          <w:sz w:val="20"/>
        </w:rPr>
        <w:t>1:14:36  ke aisa na ho to phir imtehan kaise liya jaye ga? Maulana, agla sawal Anas sahib ne kiya</w:t>
      </w:r>
      <w:r>
        <w:br/>
      </w:r>
      <w:r>
        <w:rPr>
          <w:sz w:val="20"/>
        </w:rPr>
        <w:t>1:14:41  hai Delhi se, aur unhon ne aap se poocha hai ke "Maulana, what is the criteria to choose</w:t>
      </w:r>
      <w:r>
        <w:br/>
      </w:r>
      <w:r>
        <w:rPr>
          <w:sz w:val="20"/>
        </w:rPr>
        <w:t>1:14:45  our intellectual partner?</w:t>
      </w:r>
      <w:r>
        <w:br/>
      </w:r>
      <w:r>
        <w:rPr>
          <w:sz w:val="20"/>
        </w:rPr>
        <w:t>1:14:50  How can we select our intellectual partner?</w:t>
      </w:r>
      <w:r>
        <w:br/>
      </w:r>
      <w:r>
        <w:rPr>
          <w:sz w:val="20"/>
        </w:rPr>
        <w:t>1:14:55  Please advice." dekhen, yeh selection ki baat nahi hai, yeh banane ki baat hai.</w:t>
      </w:r>
      <w:r>
        <w:br/>
      </w:r>
      <w:r>
        <w:rPr>
          <w:sz w:val="20"/>
        </w:rPr>
        <w:t>1:15:00  har aurat aap ke liye intellectual partner ban sakti hai.</w:t>
      </w:r>
      <w:r>
        <w:br/>
      </w:r>
      <w:r>
        <w:rPr>
          <w:sz w:val="20"/>
        </w:rPr>
        <w:t>1:15:05  aisa nahi hai ke kuch hain, kuch nahi hain.</w:t>
      </w:r>
      <w:r>
        <w:br/>
      </w:r>
      <w:r>
        <w:rPr>
          <w:sz w:val="20"/>
        </w:rPr>
        <w:t>1:15:10  yeh selection ki baat nahi hai.</w:t>
      </w:r>
      <w:r>
        <w:br/>
      </w:r>
      <w:r>
        <w:rPr>
          <w:sz w:val="20"/>
        </w:rPr>
        <w:t>1:15:16  aap ko, yani is ko apna intellectual partner banana hoga.</w:t>
      </w:r>
      <w:r>
        <w:br/>
      </w:r>
      <w:r>
        <w:rPr>
          <w:sz w:val="20"/>
        </w:rPr>
        <w:t>1:15:21  nahi banayenge to nahi banegi, banayenge to ban jayegi.</w:t>
      </w:r>
      <w:r>
        <w:br/>
      </w:r>
      <w:r>
        <w:rPr>
          <w:sz w:val="20"/>
        </w:rPr>
        <w:t>1:15:26  koi selection ka masla hi nahi hai.</w:t>
      </w:r>
      <w:r>
        <w:br/>
      </w:r>
      <w:r>
        <w:rPr>
          <w:sz w:val="20"/>
        </w:rPr>
        <w:t>1:15:31  Allah taala ne har aurat ko, har mard ko perfect paida kiya.</w:t>
      </w:r>
      <w:r>
        <w:br/>
      </w:r>
      <w:r>
        <w:rPr>
          <w:sz w:val="20"/>
        </w:rPr>
        <w:t>1:15:37  har aurat apni jagah perfect hai, har mard apni jagah perfect hai.</w:t>
      </w:r>
      <w:r>
        <w:br/>
      </w:r>
      <w:r>
        <w:rPr>
          <w:sz w:val="20"/>
        </w:rPr>
        <w:t>1:15:42  Hadees mein aata hai ke "kal yani insan paida hota hai fitrat par.</w:t>
      </w:r>
      <w:r>
        <w:br/>
      </w:r>
      <w:r>
        <w:rPr>
          <w:sz w:val="20"/>
        </w:rPr>
        <w:t>1:15:47  har aadmi mister nature hota hai, lekin mahaul mein is ko, yaani condition hoti hai aur kuch na</w:t>
      </w:r>
      <w:r>
        <w:br/>
      </w:r>
      <w:r>
        <w:rPr>
          <w:sz w:val="20"/>
        </w:rPr>
        <w:t>1:15:52  kuch ho jata hai. " Maulana, yeh sawal kiya hai Dr. Farida Khanam ne Delhi se.</w:t>
      </w:r>
      <w:r>
        <w:br/>
      </w:r>
      <w:r>
        <w:rPr>
          <w:sz w:val="20"/>
        </w:rPr>
        <w:t>1:15:58  unhon ne likha hai ke "ikhtilaf is good, but often we see that ikhtilaf leads to extremism and violence.</w:t>
      </w:r>
      <w:r>
        <w:br/>
      </w:r>
      <w:r>
        <w:rPr>
          <w:sz w:val="20"/>
        </w:rPr>
        <w:t>1:16:03  What is the solution to this problem?" meri to samajh mein yeh hai ke aadmi jaane ke ikhtilaf</w:t>
      </w:r>
      <w:r>
        <w:br/>
      </w:r>
      <w:r>
        <w:rPr>
          <w:sz w:val="20"/>
        </w:rPr>
        <w:t>1:16:08  jo hai, yeh law of nature ke tehat hota hai.</w:t>
      </w:r>
      <w:r>
        <w:br/>
      </w:r>
      <w:r>
        <w:rPr>
          <w:sz w:val="20"/>
        </w:rPr>
        <w:t>1:16:13  yaani aadmi mukhtalif, yaani mental mind alag alag hota hai, logon ka taste alag alag hota hai.</w:t>
      </w:r>
      <w:r>
        <w:br/>
      </w:r>
      <w:r>
        <w:rPr>
          <w:sz w:val="20"/>
        </w:rPr>
        <w:t>1:16:19  to is ki wajah se aapas mein ikhtilafat paida hote hain.</w:t>
      </w:r>
      <w:r>
        <w:br/>
      </w:r>
      <w:r>
        <w:rPr>
          <w:sz w:val="20"/>
        </w:rPr>
        <w:t>1:16:24  to ikhtilafat jo hain, is liye hain taake hum exchange karein, taake hum apna intellectual development karein.</w:t>
      </w:r>
      <w:r>
        <w:br/>
      </w:r>
      <w:r>
        <w:rPr>
          <w:sz w:val="20"/>
        </w:rPr>
        <w:t>1:16:29  yaani ikhtilaf ko hum aik aik aik mauqa samjhein apne zehni irtqa ka.</w:t>
      </w:r>
      <w:r>
        <w:br/>
      </w:r>
      <w:r>
        <w:rPr>
          <w:sz w:val="20"/>
        </w:rPr>
        <w:t>1:16:34  main to yahi sochta hoon.</w:t>
      </w:r>
      <w:r>
        <w:br/>
      </w:r>
      <w:r>
        <w:rPr>
          <w:sz w:val="20"/>
        </w:rPr>
        <w:t>1:16:40  Okay, so we will end this session.</w:t>
      </w:r>
      <w:r>
        <w:br/>
      </w:r>
      <w:r>
        <w:rPr>
          <w:sz w:val="20"/>
        </w:rPr>
        <w:t>1:16:45  One announcement: as you know that the Delhi Dawa Field team is doing Dawa work at Delhi Book</w:t>
      </w:r>
      <w:r>
        <w:br/>
      </w:r>
      <w:r>
        <w:rPr>
          <w:sz w:val="20"/>
        </w:rPr>
        <w:t>1:16:50  Fair, which is being held at Pragati Medan.</w:t>
      </w:r>
      <w:r>
        <w:br/>
      </w:r>
      <w:r>
        <w:rPr>
          <w:sz w:val="20"/>
        </w:rPr>
        <w:t>1:16:55  So today is the last day.</w:t>
      </w:r>
      <w:r>
        <w:br/>
      </w:r>
      <w:r>
        <w:rPr>
          <w:sz w:val="20"/>
        </w:rPr>
        <w:t>1:17:01  If anyone of you wants to volunteer and join the Dawa Field team, then that person can stay back and talk to Mr. Anas and Dr. Pradhan. Thank you.</w:t>
      </w:r>
    </w:p>
    <w:p>
      <w:pPr>
        <w:pStyle w:val="Heading2"/>
      </w:pPr>
      <w:r>
        <w:t>Criterion for traditional vs scientific reasoning</w:t>
      </w:r>
    </w:p>
    <w:p>
      <w:r>
        <w:rPr>
          <w:color w:val="666666"/>
          <w:sz w:val="18"/>
        </w:rPr>
        <w:t>Life &amp; Wisdom · Importance of Peace August 17, 2014 · 1m 29s · at 49:33 · https://youtu.be/ifxSwh2Jckw?t=2973</w:t>
      </w:r>
    </w:p>
    <w:p>
      <w:r>
        <w:rPr>
          <w:i/>
        </w:rPr>
        <w:t>“Maulana, in your books it is repeatedly mentioned that the ancient age was the age of traditional reasoning, and the modern age is the age of scientific reasoning. My question in this regard is: what is the criterion to know the difference between traditional and scientific reasoning?”</w:t>
      </w:r>
    </w:p>
    <w:p>
      <w:r>
        <w:rPr>
          <w:sz w:val="20"/>
        </w:rPr>
        <w:t>49:33  maulana, agla sawal badr se kya hai yunusuddin sahib ne</w:t>
      </w:r>
      <w:r>
        <w:br/>
      </w:r>
      <w:r>
        <w:rPr>
          <w:sz w:val="20"/>
        </w:rPr>
        <w:t>49:38  . unhon ne likha hai ke maulana, aap ki kitabon mein yeh baat bar bar parhne mein aati hai ke qadeem zamana yani ancient age rawaiyati istidlal ka zamana tha.</w:t>
      </w:r>
      <w:r>
        <w:br/>
      </w:r>
      <w:r>
        <w:rPr>
          <w:sz w:val="20"/>
        </w:rPr>
        <w:t>49:52  aur maujooda zamana yani modern age scientific istidlal ka zamana hai. mera sawal is silsile mein hai ke rawaiyati aur scientific istidlal ke farq ko janne ka kya meyar hai?</w:t>
      </w:r>
      <w:r>
        <w:br/>
      </w:r>
      <w:r>
        <w:rPr>
          <w:sz w:val="20"/>
        </w:rPr>
        <w:t>50:09  is ko wazeh karen.</w:t>
      </w:r>
      <w:r>
        <w:br/>
      </w:r>
      <w:r>
        <w:rPr>
          <w:sz w:val="20"/>
        </w:rPr>
        <w:t>50:13  bhai, is par to bohat kitabein likhi gayi hain. bara ek, yani science of knowledge ek poora discipline hai. is ko aap parh sakte hain.</w:t>
      </w:r>
      <w:r>
        <w:br/>
      </w:r>
      <w:r>
        <w:rPr>
          <w:sz w:val="20"/>
        </w:rPr>
        <w:t>50:24  is par to sankron kitabein hain. to ya to aap direct ja kar kisi library mein parhiye. nahi to meri jo kitab abhi haal mein chhapi hai, izhar-e-deen, us ko parh lijiye.</w:t>
      </w:r>
      <w:r>
        <w:br/>
      </w:r>
      <w:r>
        <w:rPr>
          <w:sz w:val="20"/>
        </w:rPr>
        <w:t>50:38  aap ke paas kam waqt hai to aap izhar-e-deen parh lijiye. zyada waqt hai to library mein ja kar ke aap, yani jo knowledge par jo kitabein likhi gayi hain, us ko parhiye.</w:t>
      </w:r>
      <w:r>
        <w:br/>
      </w:r>
      <w:r>
        <w:rPr>
          <w:sz w:val="20"/>
        </w:rPr>
        <w:t>50:53  misal ke taur par, bertrand russell ki kitab hai "Human Knowledge". aisi bohat si kitabein hain. to ya to aap library mein ja kar ke study kijiye.</w:t>
      </w:r>
    </w:p>
    <w:p>
      <w:pPr>
        <w:pStyle w:val="Heading2"/>
      </w:pPr>
      <w:r>
        <w:t>Crying over lost ones and patience</w:t>
      </w:r>
    </w:p>
    <w:p>
      <w:r>
        <w:rPr>
          <w:color w:val="666666"/>
          <w:sz w:val="18"/>
        </w:rPr>
        <w:t>Life &amp; Wisdom · Patience and Crisis 22 Dec 2019 - Maulana Wahiduddin Khan · 55s · at 47:36 · https://youtu.be/ddnUKbhEoCI?t=2856</w:t>
      </w:r>
    </w:p>
    <w:p>
      <w:r>
        <w:rPr>
          <w:i/>
        </w:rPr>
        <w:t>“Sometimes we remember someone whom we have lost and we often cry. Is it all a demonstration of lacking in patience?”</w:t>
      </w:r>
    </w:p>
    <w:p>
      <w:r>
        <w:rPr>
          <w:sz w:val="20"/>
        </w:rPr>
        <w:t>47:36  Maulana agla sawal Peshawar se Muhammad Tufail sahib ne likha hai. unhon ne aap se poocha hai: "some times we remember someone ah whom we have lost and we often cry.</w:t>
      </w:r>
      <w:r>
        <w:br/>
      </w:r>
      <w:r>
        <w:rPr>
          <w:sz w:val="20"/>
        </w:rPr>
        <w:t>47:50  is it all so a demonstration of lacking in sabr?" aap khud sochiye, main to samajhta hoon ke yeh hai isi isi tarah ki cheez hai.</w:t>
      </w:r>
      <w:r>
        <w:br/>
      </w:r>
      <w:r>
        <w:rPr>
          <w:sz w:val="20"/>
        </w:rPr>
        <w:t>48:05  aap khud sochiye ke aap ke jazbat us waqt kya hote hain.</w:t>
      </w:r>
      <w:r>
        <w:br/>
      </w:r>
      <w:r>
        <w:rPr>
          <w:sz w:val="20"/>
        </w:rPr>
        <w:t>48:18  Irshad Ali sahib ne Rampur se comment likha hai: "Maulana aaj aap ne bohat hi ahem baat batai hai. dunya ki zindagi hamare liye advance training hai jannat mein basne ke liye.</w:t>
      </w:r>
    </w:p>
    <w:p>
      <w:pPr>
        <w:pStyle w:val="Heading2"/>
      </w:pPr>
      <w:r>
        <w:t>Cultural conditioning harm and self-removal</w:t>
      </w:r>
    </w:p>
    <w:p>
      <w:r>
        <w:rPr>
          <w:color w:val="666666"/>
          <w:sz w:val="18"/>
        </w:rPr>
        <w:t>Life &amp; Wisdom · Man and Paradise August 18, 2013 · 4m 08s · at 49:28 · https://youtu.be/v7eX25YAjDU?t=2968</w:t>
      </w:r>
    </w:p>
    <w:p>
      <w:r>
        <w:rPr>
          <w:i/>
        </w:rPr>
        <w:t>“Experience shows that every person lives in cultural conditioning. What is the harm of this cultural conditioning, and how can a person remove himself from this cultural conditioning?”</w:t>
      </w:r>
    </w:p>
    <w:p>
      <w:r>
        <w:rPr>
          <w:sz w:val="20"/>
        </w:rPr>
        <w:t>49:28  maulana, agla sawal dilli se hai ans sahib ka. unhon ne likha hai: "tajurba batata hai ke har har aadmi cultural conditioning mein jeeta hai.</w:t>
      </w:r>
      <w:r>
        <w:br/>
      </w:r>
      <w:r>
        <w:rPr>
          <w:sz w:val="20"/>
        </w:rPr>
        <w:t>49:40  is cultural conditioning ka nuqsan kya hai, aur is cultural conditioning se aadmi apne aap ko kaise nikale?"</w:t>
      </w:r>
      <w:r>
        <w:br/>
      </w:r>
      <w:r>
        <w:rPr>
          <w:sz w:val="20"/>
        </w:rPr>
        <w:t>49:51  yeh baat sahi hai ke har aadmi cultural conditioning mein jeeta hai, kyunke jab paida hua to aik culture mein paida hua.</w:t>
      </w:r>
      <w:r>
        <w:br/>
      </w:r>
      <w:r>
        <w:rPr>
          <w:sz w:val="20"/>
        </w:rPr>
        <w:t>49:59  paida hote hi us ko aik culture mil jata hai. paida hote hi us ko aik culture mil jata hai. samajhta hoon ke har insan, har insan, har insan ka pehla kaam yeh hai ke woh daryaft kare ke jis culture ko maine unhen inherit kiya hai,</w:t>
      </w:r>
      <w:r>
        <w:br/>
      </w:r>
      <w:r>
        <w:rPr>
          <w:sz w:val="20"/>
        </w:rPr>
        <w:t>50:17  woh sacha culture hai ya jhoota culture hai. sahi culture hai, ghalat culture hai.</w:t>
      </w:r>
      <w:r>
        <w:br/>
      </w:r>
      <w:r>
        <w:rPr>
          <w:sz w:val="20"/>
        </w:rPr>
        <w:t>50:23  pehla kaam, kyunke daikhen, jab jo culture aap ko paida hote hi mile, us mein aap ki conditioning ho jati hai.</w:t>
      </w:r>
      <w:r>
        <w:br/>
      </w:r>
      <w:r>
        <w:rPr>
          <w:sz w:val="20"/>
        </w:rPr>
        <w:t>50:35  to bila soche samjhe us us ke aadi ban jaate hain aap.</w:t>
      </w:r>
      <w:r>
        <w:br/>
      </w:r>
      <w:r>
        <w:rPr>
          <w:sz w:val="20"/>
        </w:rPr>
        <w:t>50:42  to main samajhta hoon ke har insan ka pehla kaam yeh hai ke woh is baat ko daryaft kare ke jis culture mein parha barha, jis culture mein us ki conditioning ho gayi, jo culture us ki aadat ban gayi, us ka mizaj ban gaya,</w:t>
      </w:r>
      <w:r>
        <w:br/>
      </w:r>
      <w:r>
        <w:rPr>
          <w:sz w:val="20"/>
        </w:rPr>
        <w:t>50:57  woh sahi tha ya ghalat. aur apni is aitbar se apni deconditioning kare. jo aadmi aisa nahin karega, to phir us ko kabhi bhi sachai nahin milegi.</w:t>
      </w:r>
      <w:r>
        <w:br/>
      </w:r>
      <w:r>
        <w:rPr>
          <w:sz w:val="20"/>
        </w:rPr>
        <w:t>51:13  woh hamesha haqeeqaton se bekhabar rahega.</w:t>
      </w:r>
      <w:r>
        <w:br/>
      </w:r>
      <w:r>
        <w:rPr>
          <w:sz w:val="20"/>
        </w:rPr>
        <w:t>51:20  maulana, un ka aik aur sawal hai, woh aap se janna chahte hain ke quran mein parents ki farmanbardari ka hukum diya gaya hai ya husn sulook ka?</w:t>
      </w:r>
      <w:r>
        <w:br/>
      </w:r>
      <w:r>
        <w:rPr>
          <w:sz w:val="20"/>
        </w:rPr>
        <w:t>51:30  is ke baray mein bataen. sirf sulook ka, farmanbardari ka nahin. quran mein fal tat'i'u</w:t>
      </w:r>
      <w:r>
        <w:br/>
      </w:r>
      <w:r>
        <w:rPr>
          <w:sz w:val="20"/>
        </w:rPr>
        <w:t>51:40  sulook, yani sulook ka matlab kya hai?</w:t>
      </w:r>
      <w:r>
        <w:br/>
      </w:r>
      <w:r>
        <w:rPr>
          <w:sz w:val="20"/>
        </w:rPr>
        <w:t>51:43  sulook ka matlab yeh bhi yeh nahin hai ke aap, yani aaj kal jo sulook ke matlab liye jaate hain, woh baray nahin hain. sulook ke real need ko pura karna, haqeeqi zaroorat ko pura karna, bas yeh hai sulook.</w:t>
      </w:r>
      <w:r>
        <w:br/>
      </w:r>
      <w:r>
        <w:rPr>
          <w:sz w:val="20"/>
        </w:rPr>
        <w:t>52:02  aaj kal is logon par yeh baat wazeh nahin hai ke ke apne waldein ke baray mein, woh un ki sirf yeh zimmedari hai ke woh un ki real need ko poori karen.</w:t>
      </w:r>
      <w:r>
        <w:br/>
      </w:r>
      <w:r>
        <w:rPr>
          <w:sz w:val="20"/>
        </w:rPr>
        <w:t>52:13  bas is se ziyada nahin hai.</w:t>
      </w:r>
      <w:r>
        <w:br/>
      </w:r>
      <w:r>
        <w:rPr>
          <w:sz w:val="20"/>
        </w:rPr>
        <w:t>52:18  aam taur par main dekhta hoon, main koi real need se siwa log is ko samajhte hain sulook. woh har giz har giz aisa nahin hai.</w:t>
      </w:r>
      <w:r>
        <w:br/>
      </w:r>
      <w:r>
        <w:rPr>
          <w:sz w:val="20"/>
        </w:rPr>
        <w:t>52:29  jo real need hai, real need, haqeeqi zaroorat,</w:t>
      </w:r>
      <w:r>
        <w:br/>
      </w:r>
      <w:r>
        <w:rPr>
          <w:sz w:val="20"/>
        </w:rPr>
        <w:t>52:32  woh aap pura karen to yeh aap, yeh aap ki zimmedari hai. lekin is ke siwa agar maa baap se aap se mutalba karte hain to aap hargiz aap ki zimmedari nahi ke is ko aap pura karen.</w:t>
      </w:r>
      <w:r>
        <w:br/>
      </w:r>
      <w:r>
        <w:rPr>
          <w:sz w:val="20"/>
        </w:rPr>
        <w:t>52:45  aur balkeh main yahi kahunga ke agar aap real need se zyada aap maa baap ke fikrmand hain to woh aap ke liye kya hoga ke aap apni apni dawat ka kaam nahi kar sakenge, aakhirat ki tayari nahi kar sakenge, apne deen mein kami karenge</w:t>
      </w:r>
      <w:r>
        <w:br/>
      </w:r>
      <w:r>
        <w:rPr>
          <w:sz w:val="20"/>
        </w:rPr>
        <w:t>53:03  to apna nuqsan karenge woh. aur is ka misdaq ban jayenge. jo ek hadith hai ke sab se zyada ghaate par woh hai mun adhr akhirtahu bidunya ghair jo doosre ki duniya ki khatir apni aakhirat ka nuqsan kar le,</w:t>
      </w:r>
      <w:r>
        <w:br/>
      </w:r>
      <w:r>
        <w:rPr>
          <w:sz w:val="20"/>
        </w:rPr>
        <w:t>53:24  is ka case ban jayenge aap. to behal aap sirf real need ke baghair zimmedar hain, is se zyada ke zimmedar aap nahi hain.</w:t>
      </w:r>
    </w:p>
    <w:p>
      <w:pPr>
        <w:pStyle w:val="Heading2"/>
      </w:pPr>
      <w:r>
        <w:t>Cultural conditioning harms and how to escape it</w:t>
      </w:r>
    </w:p>
    <w:p>
      <w:r>
        <w:rPr>
          <w:color w:val="666666"/>
          <w:sz w:val="18"/>
        </w:rPr>
        <w:t>Life &amp; Wisdom · Man &amp; Paradise Aug 18, 2013 - Maulana Wahiduddin Khan · 4m 08s · at 50:34 · https://youtu.be/yKy1suwbP8o?t=3034</w:t>
      </w:r>
    </w:p>
    <w:p>
      <w:r>
        <w:rPr>
          <w:i/>
        </w:rPr>
        <w:t>“Experience shows that every person lives in cultural conditioning. What is the harm of this cultural conditioning, and how can a person extricate himself from it?”</w:t>
      </w:r>
    </w:p>
    <w:p>
      <w:r>
        <w:rPr>
          <w:sz w:val="20"/>
        </w:rPr>
        <w:t>50:34  maulana, agla sawal dilli se hai ans sahib ka. unhon ne likha hai: "tajruba batata hai ke har hath har aadmi cultural conditioning mein jeeta hai.</w:t>
      </w:r>
      <w:r>
        <w:br/>
      </w:r>
      <w:r>
        <w:rPr>
          <w:sz w:val="20"/>
        </w:rPr>
        <w:t>50:46  is cultural conditioning ka nuqsan kya hai, aur is cultural conditioning se aadmi apne aap ko kaise nikale?"</w:t>
      </w:r>
      <w:r>
        <w:br/>
      </w:r>
      <w:r>
        <w:rPr>
          <w:sz w:val="20"/>
        </w:rPr>
        <w:t>50:57  yeh baat sahi hai ke har aadmi cultural conditioning mein jeeta hai, kyunke jab paida hua to ek culture mein paida hua. paida hote hi us ko ek culture mil jata hai.</w:t>
      </w:r>
      <w:r>
        <w:br/>
      </w:r>
      <w:r>
        <w:rPr>
          <w:sz w:val="20"/>
        </w:rPr>
        <w:t>51:09  paida hote hi us ko ek culture mil jata hai. samajhta hoon ke har insaan, har insaan, har insaan ka pehla kaam yeh hai ke woh daryaft kare ke jis culture ko main ne inhe inherit kiya hai,</w:t>
      </w:r>
      <w:r>
        <w:br/>
      </w:r>
      <w:r>
        <w:rPr>
          <w:sz w:val="20"/>
        </w:rPr>
        <w:t>51:23  woh sacha culture hai ya jhoota culture hai, sahi culture hai ya galat culture hai. pehla kaam, kyunke dekhiye, jab jo culture aap ko paida hote hi mile,</w:t>
      </w:r>
      <w:r>
        <w:br/>
      </w:r>
      <w:r>
        <w:rPr>
          <w:sz w:val="20"/>
        </w:rPr>
        <w:t>51:38  us mein aap ki conditioning ho jati hai, to bila soche samjhe us us ke aadi ban jate hain aap. to main samajhta hoon ke har insaan ka pehla kaam yeh hai ke woh is baat ko daryaft kare ke jis culture mein parha barha, jis culture mein us ki conditioning ho gayi,</w:t>
      </w:r>
      <w:r>
        <w:br/>
      </w:r>
      <w:r>
        <w:rPr>
          <w:sz w:val="20"/>
        </w:rPr>
        <w:t>51:59  jis culture us ki aadat ban gayi, us ka mizaj ban gaya, woh sahi tha ya galat, aur apni is aitbar se apni deconditioning kare.</w:t>
      </w:r>
      <w:r>
        <w:br/>
      </w:r>
      <w:r>
        <w:rPr>
          <w:sz w:val="20"/>
        </w:rPr>
        <w:t>52:12  jo aadmi aisa nahin karega, to phir us ko kabhi bhi sachai nahin milegi. woh hamesha haqeeqaton se bekhabar rahega.</w:t>
      </w:r>
      <w:r>
        <w:br/>
      </w:r>
      <w:r>
        <w:rPr>
          <w:sz w:val="20"/>
        </w:rPr>
        <w:t>52:27  maulana, un ka ek aur sawal hai, woh aap se janna chahte hain ke Quran mein parents ki farmanbardari ka hukum diya gaya hai ya husn sulook ka?</w:t>
      </w:r>
      <w:r>
        <w:br/>
      </w:r>
      <w:r>
        <w:rPr>
          <w:sz w:val="20"/>
        </w:rPr>
        <w:t>52:37  is ke baray mein bataen. sirf sulook ka, farmanbardari ka nahin. Quran mein falan tote honge.</w:t>
      </w:r>
      <w:r>
        <w:br/>
      </w:r>
      <w:r>
        <w:rPr>
          <w:sz w:val="20"/>
        </w:rPr>
        <w:t>52:46  sulook, yani sulook ka matlab kya hai? sulook ka matlab yeh bhi yeh nahin hai ke aap, yani aaj kal jo sulook ke matlab liye jate hain, woh baray nahin hain.</w:t>
      </w:r>
      <w:r>
        <w:br/>
      </w:r>
      <w:r>
        <w:rPr>
          <w:sz w:val="20"/>
        </w:rPr>
        <w:t>52:56  sulook ke real need ko poora karna, haqeeqi zaroorat ko poora karna, bas yeh hai sulook.</w:t>
      </w:r>
      <w:r>
        <w:br/>
      </w:r>
      <w:r>
        <w:rPr>
          <w:sz w:val="20"/>
        </w:rPr>
        <w:t>53:08  aaj kal is logon par yeh baat wazeh nahi hai ke ke apne waldein ke baray mein woh un ki sirf yeh zimmedari hai ke woh un ki real need ko poori karein, bas is se zyada nahi.</w:t>
      </w:r>
      <w:r>
        <w:br/>
      </w:r>
      <w:r>
        <w:rPr>
          <w:sz w:val="20"/>
        </w:rPr>
        <w:t>53:25  aam taur par mein dekhta hoon, mein koi real need se siwa log is ko samajhte hain sulook. woh har giz har giz aisa nahi hai.</w:t>
      </w:r>
      <w:r>
        <w:br/>
      </w:r>
      <w:r>
        <w:rPr>
          <w:sz w:val="20"/>
        </w:rPr>
        <w:t>53:35  jo real need hai, real need, haqeeqi zaroorat, woh aap poora karein to yeh aap, yeh aap ki zimmedari hai. lekin is ke siwa agar maan baap se aap se mutalba karte hain to aap har giz aap ki zimmedari nahi ke is ko aap poora karein.</w:t>
      </w:r>
      <w:r>
        <w:br/>
      </w:r>
      <w:r>
        <w:rPr>
          <w:sz w:val="20"/>
        </w:rPr>
        <w:t>53:51  aur balkay mein yeh kahoon ga ke agar aap real need se zyada aap maan baap ke fikrmand hain to woh aap ke liye kya hoga ke aap apni apni dawat ka kaam nahi kar sakein ge, aakhirat ki tayari nahi kar sakein ge, apne deen mein kami karein ge, to apna nuqsan karein ge woh, aur is ka misdaq ban jayein ge.</w:t>
      </w:r>
      <w:r>
        <w:br/>
      </w:r>
      <w:r>
        <w:rPr>
          <w:sz w:val="20"/>
        </w:rPr>
        <w:t>54:14  jo aik hadees hai ke sab se zyada ghaate par woh hai: "man adrak akhiratahu bidunya ghair".</w:t>
      </w:r>
      <w:r>
        <w:br/>
      </w:r>
      <w:r>
        <w:rPr>
          <w:sz w:val="20"/>
        </w:rPr>
        <w:t>54:25  jo doosre ki duniya ki khatir apni aakhirat ka nuqsan kar le, is ka case ban jayein ge aap. to behal aap sirf real need ke baghair zimmedar hain, is se zyada ke zimmedar aap nahi hain.</w:t>
      </w:r>
    </w:p>
    <w:p>
      <w:pPr>
        <w:pStyle w:val="Heading2"/>
      </w:pPr>
      <w:r>
        <w:t>Dealing with Family Discord and Anger</w:t>
      </w:r>
    </w:p>
    <w:p>
      <w:r>
        <w:rPr>
          <w:color w:val="666666"/>
          <w:sz w:val="18"/>
        </w:rPr>
        <w:t>Life &amp; Wisdom · God and Man February 19, 2012 · 2m 18s · at 1:28:27 · https://youtu.be/rL4g0LOU3wo?t=5307</w:t>
      </w:r>
    </w:p>
    <w:p>
      <w:r>
        <w:rPr>
          <w:i/>
        </w:rPr>
        <w:t>“My mother has passed away. My elder brother lives separately. There is always discord between my brother and father. They fight a lot. Both are very angry. The peace of the house is destroyed. I have prayed a lot but no benefit. What should I do?”</w:t>
      </w:r>
    </w:p>
    <w:p>
      <w:r>
        <w:rPr>
          <w:sz w:val="20"/>
        </w:rPr>
        <w:t>1:28:27  aur har da'i ke andar yeh jazba hona chahiye. Maulana, agla sawal Ms. Nazneen ka hai Delhi se.</w:t>
      </w:r>
      <w:r>
        <w:br/>
      </w:r>
      <w:r>
        <w:rPr>
          <w:sz w:val="20"/>
        </w:rPr>
        <w:t>1:28:36  unho'n ne likha hai: "maulana, meri walida ki death ho chuki hai. bare bhai ghar se alag rehte hain.</w:t>
      </w:r>
      <w:r>
        <w:br/>
      </w:r>
      <w:r>
        <w:rPr>
          <w:sz w:val="20"/>
        </w:rPr>
        <w:t>1:28:45  mere bhai aur walid ke beech hamesha anban rehti hai. wo dono jab bhi milte hain, bohat jhagda karte hain. aur dono hi bohat ghusse wale hain. is wajah se ghar ka sukoon garat ho chuka hai. is ke liye maine logon se khoob dua'en karwai'n aur khud bhi dua'on ka khoob khoob wird kiya. lekin kuch faida nahi hua. k</w:t>
      </w:r>
      <w:r>
        <w:br/>
      </w:r>
      <w:r>
        <w:rPr>
          <w:sz w:val="20"/>
        </w:rPr>
        <w:t>1:29:13  ya aap ke nazdeek is ka koi hal hai, meharbani karke bata'en?" dekhiye, dua dosre ke islaah ke liye nahi hoti.</w:t>
      </w:r>
      <w:r>
        <w:br/>
      </w:r>
      <w:r>
        <w:rPr>
          <w:sz w:val="20"/>
        </w:rPr>
        <w:t>1:29:24  apni islaah ke liye hoti hai. aap jo hai dua'en karwa'en is liye ke wo log jo hain wo jhagda na kare'n. yeh to koi dua hi nahi hai.</w:t>
      </w:r>
      <w:r>
        <w:br/>
      </w:r>
      <w:r>
        <w:rPr>
          <w:sz w:val="20"/>
        </w:rPr>
        <w:t>1:29:33  yeh to wird hai.</w:t>
      </w:r>
      <w:r>
        <w:br/>
      </w:r>
      <w:r>
        <w:rPr>
          <w:sz w:val="20"/>
        </w:rPr>
        <w:t>1:29:36  nahi nahi, aap par jo negative thought ate hain, aap jo mutasir ho jati hain, to hadith mein aata hai ke "alaika nafsak" save your self.</w:t>
      </w:r>
      <w:r>
        <w:br/>
      </w:r>
      <w:r>
        <w:rPr>
          <w:sz w:val="20"/>
        </w:rPr>
        <w:t>1:29:49  to mein kaise bachao'n? apne apne ko bachane ke liye dua kijiye khuda se. wo jo dua karwai aap ne, quran khwani karai hogi, aap ne pata nahi kya karwaya hoga ke dosre logon ki islaah ho ja'e.</w:t>
      </w:r>
      <w:r>
        <w:br/>
      </w:r>
      <w:r>
        <w:rPr>
          <w:sz w:val="20"/>
        </w:rPr>
        <w:t>1:30:01  yeh kuch nahi.</w:t>
      </w:r>
      <w:r>
        <w:br/>
      </w:r>
      <w:r>
        <w:rPr>
          <w:sz w:val="20"/>
        </w:rPr>
        <w:t>1:30:04  aap ko in ko kitabein parhwa'iye. dua se is ki islaah nahi hua karti. in ko kitabein parhwa'iye. yani in ke mind ki re-engineering darkar hai, tab ja ke wo theek ho'nge.</w:t>
      </w:r>
      <w:r>
        <w:br/>
      </w:r>
      <w:r>
        <w:rPr>
          <w:sz w:val="20"/>
        </w:rPr>
        <w:t>1:30:18  dua se yeh sab batein islaah nahi hua karti. in ko kitabein parhwa'iye. aur jahan tak aap ka ta'alluq hai, aap sirf is baat ke liye dua kijiye ke aap mutasir na ho'n is se.</w:t>
      </w:r>
      <w:r>
        <w:br/>
      </w:r>
      <w:r>
        <w:rPr>
          <w:sz w:val="20"/>
        </w:rPr>
        <w:t>1:30:28  yani sare hangamo'n ke beech mein aap ki positivity bhang na ho.</w:t>
      </w:r>
      <w:r>
        <w:br/>
      </w:r>
      <w:r>
        <w:rPr>
          <w:sz w:val="20"/>
        </w:rPr>
        <w:t>1:30:34  yeh yeh is ke liye dua kijiye, is ki koshish kijiye. to save your self ka formula apna'iye. in ke liye formula hai ke in ko kitabein parhwa'iye. apne liye formula hai ke save your self.</w:t>
      </w:r>
    </w:p>
    <w:p>
      <w:pPr>
        <w:pStyle w:val="Heading2"/>
      </w:pPr>
      <w:r>
        <w:t>Dealing with criticism and mockery</w:t>
      </w:r>
    </w:p>
    <w:p>
      <w:r>
        <w:rPr>
          <w:color w:val="666666"/>
          <w:sz w:val="18"/>
        </w:rPr>
        <w:t>Life &amp; Wisdom · Importance of Peace August 17, 2014 · 3m 42s · at 41:04 · https://youtu.be/ifxSwh2Jckw?t=2464</w:t>
      </w:r>
    </w:p>
    <w:p>
      <w:r>
        <w:rPr>
          <w:i/>
        </w:rPr>
        <w:t>“People's negative criticism or mockery of me is very painful. What is the way to avoid this pain? Can we ignore it and continue our work? But in this path we have to suffer these pains repeatedly. Is it possible that we develop ourselves to such an extent that no one's rudeness has any effect on us?”</w:t>
      </w:r>
    </w:p>
    <w:p>
      <w:r>
        <w:rPr>
          <w:sz w:val="20"/>
        </w:rPr>
        <w:t>41:04  maulana, yeh sawal aaya hai shahnawaz zafar sahab ka, dilli se, aur unhon ne likha hai ke logon ka apne upar negative tanqeed ya mazak bohat hi takleef deh hota hai.</w:t>
      </w:r>
      <w:r>
        <w:br/>
      </w:r>
      <w:r>
        <w:rPr>
          <w:sz w:val="20"/>
        </w:rPr>
        <w:t>41:19  is takleef se bachne ka kya rasta hai? kya hum ise ignore kar ke apna kaam karte rahen? lekin is raste mein bar bar humein in takleefon se dochar hona parta hai.</w:t>
      </w:r>
      <w:r>
        <w:br/>
      </w:r>
      <w:r>
        <w:rPr>
          <w:sz w:val="20"/>
        </w:rPr>
        <w:t>41:33  kya aisa mumkin hai ke hum itne develop ho jayen ke kisi ki badtameezi ka hamare upar koi asar na ho?</w:t>
      </w:r>
      <w:r>
        <w:br/>
      </w:r>
      <w:r>
        <w:rPr>
          <w:sz w:val="20"/>
        </w:rPr>
        <w:t>41:44  dekhen, islam ka jo principle hai is mamle mein ke jo critique hai, jo tanqeed kar raha hai, us ko chahiye ke woh allegation ki zuban na bole, ilzam tarashi ki zuban na bole.</w:t>
      </w:r>
      <w:r>
        <w:br/>
      </w:r>
      <w:r>
        <w:rPr>
          <w:sz w:val="20"/>
        </w:rPr>
        <w:t>42:04  balkeh facts ko le kar ke comment de apna. yani sabit shuda fact, aisa fact jo dono fareeq ke darmiyan tasleem shuda ho, us ko le kar ke bole woh.</w:t>
      </w:r>
      <w:r>
        <w:br/>
      </w:r>
      <w:r>
        <w:rPr>
          <w:sz w:val="20"/>
        </w:rPr>
        <w:t>42:22  aur niyat par hamla karna, aib lagana, yeh islam mein haram hai. lekin ab dunya mein jab hota hai to ab sawal yeh hai ke woh aadmi kya kare jis ki tanqeed ki gayi hai?</w:t>
      </w:r>
      <w:r>
        <w:br/>
      </w:r>
      <w:r>
        <w:rPr>
          <w:sz w:val="20"/>
        </w:rPr>
        <w:t>42:37  yeh usool to hum dunya ko bata sakte hain ke bhai aisa karo. kuch log manenge, kuch log na manenge. ab is is insan ke liye kya hai jo jis par criticize kiya gaya hai?</w:t>
      </w:r>
      <w:r>
        <w:br/>
      </w:r>
      <w:r>
        <w:rPr>
          <w:sz w:val="20"/>
        </w:rPr>
        <w:t>42:51  to us ke liye tareeqa islam mein yeh bataya gaya hai ke aap bajaye is ke ke aap provoke hon, ghussa ho jayen, react karen, aap sirf yeh kijiye ke dekhen ke us ne jo baat kahi hai, us mein kuch sachai hai.</w:t>
      </w:r>
      <w:r>
        <w:br/>
      </w:r>
      <w:r>
        <w:rPr>
          <w:sz w:val="20"/>
        </w:rPr>
        <w:t>43:11  agar sachai hai to us ko seriously lijiye aur apni islaah kar lijiye.</w:t>
      </w:r>
      <w:r>
        <w:br/>
      </w:r>
      <w:r>
        <w:rPr>
          <w:sz w:val="20"/>
        </w:rPr>
        <w:t>43:20  agar sachai nahi hai, woh allegation hai to phir aaraaz kijiye, avoid kijiye. uljhiye mat.</w:t>
      </w:r>
      <w:r>
        <w:br/>
      </w:r>
      <w:r>
        <w:rPr>
          <w:sz w:val="20"/>
        </w:rPr>
        <w:t>43:32  yani agar is ne jo baat kahi hai, woh yani is qabil hai ke aap is ko manen, apni ghalti ki islaah karen to aap zaroor is ko maniye aur is ki islaah kar lijie apni ghalti ki.</w:t>
      </w:r>
      <w:r>
        <w:br/>
      </w:r>
      <w:r>
        <w:rPr>
          <w:sz w:val="20"/>
        </w:rPr>
        <w:t>43:50  agar aap dekhte hain ke is ne to ek jhoota ilzaam laga rakha hai ke woh character assassination kar raha hai to character assassination to islam mein haraam hai.</w:t>
      </w:r>
      <w:r>
        <w:br/>
      </w:r>
      <w:r>
        <w:rPr>
          <w:sz w:val="20"/>
        </w:rPr>
        <w:t>44:03  lekin aap agar provoke hon, aap react karen to aap ka waqt zaya hota hai.</w:t>
      </w:r>
      <w:r>
        <w:br/>
      </w:r>
      <w:r>
        <w:rPr>
          <w:sz w:val="20"/>
        </w:rPr>
        <w:t>44:11  to is ko main kehta hoon ke</w:t>
      </w:r>
      <w:r>
        <w:br/>
      </w:r>
      <w:r>
        <w:rPr>
          <w:sz w:val="20"/>
        </w:rPr>
        <w:t>44:15  by time strategy, B-U-Y, by time strategy. yani jab aap aaraaz karte hain, jab chup ho jate hain to aap time avail karte hain.</w:t>
      </w:r>
      <w:r>
        <w:br/>
      </w:r>
      <w:r>
        <w:rPr>
          <w:sz w:val="20"/>
        </w:rPr>
        <w:t>44:30  aur jab ulajh jate hain to aap ka time waste hota hai.</w:t>
      </w:r>
      <w:r>
        <w:br/>
      </w:r>
      <w:r>
        <w:rPr>
          <w:sz w:val="20"/>
        </w:rPr>
        <w:t>44:37  to ya to apni islaah kar lijie ya phir by time strategy ko apnaie.</w:t>
      </w:r>
    </w:p>
    <w:p>
      <w:pPr>
        <w:pStyle w:val="Heading2"/>
      </w:pPr>
      <w:r>
        <w:t>Dealing with failed change plans</w:t>
      </w:r>
    </w:p>
    <w:p>
      <w:r>
        <w:rPr>
          <w:color w:val="666666"/>
          <w:sz w:val="18"/>
        </w:rPr>
        <w:t>Life &amp; Wisdom · Modern Age June 9, 2019 Maulana Wahiduddin Khan · 3m 20s · at 44:34 · https://youtu.be/7mjCvAvHEdA?t=2674</w:t>
      </w:r>
    </w:p>
    <w:p>
      <w:r>
        <w:rPr>
          <w:i/>
        </w:rPr>
        <w:t>“After repeatedly planning change, if change is not happening and success is not achieved, what should be done? Please advise us.”</w:t>
      </w:r>
    </w:p>
    <w:p>
      <w:r>
        <w:rPr>
          <w:sz w:val="20"/>
        </w:rPr>
        <w:t>44:34  Maulana, agla sawal Saharanpur se Adeel Shams sahib ne kiya hai. Unhon ne likha hai, "Bar bar planning change karne ke baad bhi agar change nahi aa raha hai aur kamyabi nahi mil rahi hai to aise mein kya karna chahiye?</w:t>
      </w:r>
      <w:r>
        <w:br/>
      </w:r>
      <w:r>
        <w:rPr>
          <w:sz w:val="20"/>
        </w:rPr>
        <w:t>44:51  Hamein is ke bare mein advice karein." Nahi, dekhiye, yeh sawal hi galat hai.</w:t>
      </w:r>
      <w:r>
        <w:br/>
      </w:r>
      <w:r>
        <w:rPr>
          <w:sz w:val="20"/>
        </w:rPr>
        <w:t>44:59  Aisa koi case mere ilm mein nahi hai. Aap ke ilm mein hai to naam le kar is ko bataiye is ke case ko. Yeh change karna aap ek ek ambiguous term hai.</w:t>
      </w:r>
      <w:r>
        <w:br/>
      </w:r>
      <w:r>
        <w:rPr>
          <w:sz w:val="20"/>
        </w:rPr>
        <w:t>45:12  Sahi hai change karna, nahi sahi hai correction karna. Change karne se kya ho jayega?</w:t>
      </w:r>
      <w:r>
        <w:br/>
      </w:r>
      <w:r>
        <w:rPr>
          <w:sz w:val="20"/>
        </w:rPr>
        <w:t>45:22  Change karne se kuch nahi ho jayega. Aap ko tayyar rehna chahiye apni soch mein badlao lana,</w:t>
      </w:r>
      <w:r>
        <w:br/>
      </w:r>
      <w:r>
        <w:rPr>
          <w:sz w:val="20"/>
        </w:rPr>
        <w:t>45:33  chahe aap ko galat manna pade, chahe apne aap ko galat manna pade to lekin badlao laiye. To correction aisi cheez hai.</w:t>
      </w:r>
      <w:r>
        <w:br/>
      </w:r>
      <w:r>
        <w:rPr>
          <w:sz w:val="20"/>
        </w:rPr>
        <w:t>45:46  Aap correction kar ke dekhiye, aap zaroor kamyab honge. Maulana Meer Faheem sahib ne Sher Nagar se likha hai, "Is it necessary to identify with any sect in Islam</w:t>
      </w:r>
      <w:r>
        <w:br/>
      </w:r>
      <w:r>
        <w:rPr>
          <w:sz w:val="20"/>
        </w:rPr>
        <w:t>46:03  ? Wouldn't it be great if we call ourselves Muslims only?" Sect kya cheez? Sect aisi city?</w:t>
      </w:r>
      <w:r>
        <w:br/>
      </w:r>
      <w:r>
        <w:rPr>
          <w:sz w:val="20"/>
        </w:rPr>
        <w:t>46:12  aisi si ti? Sect? nahin, yeh yeh sect to sab sab bidat hai. Ji, saare sect jitne bhi banaye gaye hain sab bidat hain.</w:t>
      </w:r>
      <w:r>
        <w:br/>
      </w:r>
      <w:r>
        <w:rPr>
          <w:sz w:val="20"/>
        </w:rPr>
        <w:t>46:22  is ka Islam se koi talluq nahin hai. To Maulana, woh yeh keh rahe hain ke kya hum apne aap ko sirf Muslims kahein to kya yeh?</w:t>
      </w:r>
      <w:r>
        <w:br/>
      </w:r>
      <w:r>
        <w:rPr>
          <w:sz w:val="20"/>
        </w:rPr>
        <w:t>46:30  kehne ki baat nahin hai, discover kijiye. Kehne se kya hota hai? Sachay Islam ko Quran aur Hadees ke mutale se discover kijiye.</w:t>
      </w:r>
      <w:r>
        <w:br/>
      </w:r>
      <w:r>
        <w:rPr>
          <w:sz w:val="20"/>
        </w:rPr>
        <w:t>46:40  shakhs shakhs se se kuch nahin hota.</w:t>
      </w:r>
      <w:r>
        <w:br/>
      </w:r>
      <w:r>
        <w:rPr>
          <w:sz w:val="20"/>
        </w:rPr>
        <w:t>46:47  aap Quran ko Hadees ko barah-e-rast parhiye, barah-e-rast parhiye. Hamari kitabein parhiye, aap sakht koi cheez nahin.</w:t>
      </w:r>
      <w:r>
        <w:br/>
      </w:r>
      <w:r>
        <w:rPr>
          <w:sz w:val="20"/>
        </w:rPr>
        <w:t>46:58  firqa jo hai, firqa woh bidat hai. Sab phir sab firqay bidat mein khare hue hain. In ki koi ahmiyat nahin hai. Aap apni jis apni tehqeeq se, apne mutale se discover kijiye ke sachai kya hai.</w:t>
      </w:r>
      <w:r>
        <w:br/>
      </w:r>
      <w:r>
        <w:rPr>
          <w:sz w:val="20"/>
        </w:rPr>
        <w:t>47:20  hamari kitabein aap har jagah available hain, is ko parhiye. InshaAllah aap ko rasta khul jaye ga.</w:t>
      </w:r>
      <w:r>
        <w:br/>
      </w:r>
      <w:r>
        <w:rPr>
          <w:sz w:val="20"/>
        </w:rPr>
        <w:t>47:34  Maulana Yaqoob Umri ne Delhi se comment bheja hai. Unhon ne likha hai, "Maulana, the news of Mukesh Ambani and Azeem Hashim Premji won to all take such events in terms of community pride, but Maulana, you gave us a wider and real stick approach to such events that is planning.</w:t>
      </w:r>
    </w:p>
    <w:p>
      <w:pPr>
        <w:pStyle w:val="Heading2"/>
      </w:pPr>
      <w:r>
        <w:t>Dealing with fear of losing motivation</w:t>
      </w:r>
    </w:p>
    <w:p>
      <w:r>
        <w:rPr>
          <w:color w:val="666666"/>
          <w:sz w:val="18"/>
        </w:rPr>
        <w:t>Life &amp; Wisdom · Islam Ideology, Team and Method October 09, 2011 · 2m 00s · at 1:35:46 · https://youtu.be/zRilc1fG6c0?t=5746</w:t>
      </w:r>
    </w:p>
    <w:p>
      <w:r>
        <w:rPr>
          <w:i/>
        </w:rPr>
        <w:t>“If there is a thing which motivates us and there is a fear of losing that thing, so what should we do if losing that thing causes destruction to the mind?”</w:t>
      </w:r>
    </w:p>
    <w:p>
      <w:r>
        <w:rPr>
          <w:sz w:val="20"/>
        </w:rPr>
        <w:t>1:35:46  Molana, yeh sawal aya hai Mr. Shoaib Khan ka Lucknow se. Unhon ne likha hai: "Molana, if there is a thing which motivates us and there is a fear of losing that thing, so what should we do if losing of that thing causes distraction to the mind?" Yeh to main kar chuka hoon ke yeh sab immaturity hai.</w:t>
      </w:r>
      <w:r>
        <w:br/>
      </w:r>
      <w:r>
        <w:rPr>
          <w:sz w:val="20"/>
        </w:rPr>
        <w:t>1:36:08  Am immature mind jo hai, yeh kaun se inke yeh sab fana hai? Immaturity jab tak aayegi, yeh sab khatam hote chale aayega.</w:t>
      </w:r>
      <w:r>
        <w:br/>
      </w:r>
      <w:r>
        <w:rPr>
          <w:sz w:val="20"/>
        </w:rPr>
        <w:t>1:36:17  mat kabhi sochta nahi. yeh sab mera yani concern hi nahi hai. yeh sab cheezein,</w:t>
      </w:r>
      <w:r>
        <w:br/>
      </w:r>
      <w:r>
        <w:rPr>
          <w:sz w:val="20"/>
        </w:rPr>
        <w:t>1:36:26  yeh sab mera</w:t>
      </w:r>
      <w:r>
        <w:br/>
      </w:r>
      <w:r>
        <w:rPr>
          <w:sz w:val="20"/>
        </w:rPr>
        <w:t>1:36:27  concern nahi hai. log jo hain, apne ko imechor nahi banate, zyada study nahi karte, zyada baaton ko guide se samajhte nahi, apne shaoor ki develop develop nahi karte.</w:t>
      </w:r>
      <w:r>
        <w:br/>
      </w:r>
      <w:r>
        <w:rPr>
          <w:sz w:val="20"/>
        </w:rPr>
        <w:t>1:36:40  to yeh sab baatein hoti hain.</w:t>
      </w:r>
      <w:r>
        <w:br/>
      </w:r>
      <w:r>
        <w:rPr>
          <w:sz w:val="20"/>
        </w:rPr>
        <w:t>1:36:47  you have to develop your mind, then all these yani things will disappear. yeh main kahunga.</w:t>
      </w:r>
    </w:p>
    <w:p>
      <w:pPr>
        <w:pStyle w:val="Heading2"/>
      </w:pPr>
      <w:r>
        <w:t>Dealing with grief after losing children</w:t>
      </w:r>
    </w:p>
    <w:p>
      <w:r>
        <w:rPr>
          <w:color w:val="666666"/>
          <w:sz w:val="18"/>
        </w:rPr>
        <w:t>Life &amp; Wisdom · Realization of God May 07, 2017 Maulana Wahiduddin Khan · 1m 30s · at 50:55 · https://youtu.be/sXmJShRfWKs?t=3055</w:t>
      </w:r>
    </w:p>
    <w:p>
      <w:r>
        <w:rPr>
          <w:i/>
        </w:rPr>
        <w:t>“I am in great grief. I was educating and training four small children alone. When I got some peace, Allah took away two children together. Now from this grief, what should I do?”</w:t>
      </w:r>
    </w:p>
    <w:p>
      <w:r>
        <w:rPr>
          <w:sz w:val="20"/>
        </w:rPr>
        <w:t>50:55  molana agla sawal miss fardous shareef ne kiya hai unho ne location nahi likhi hai apni un ka</w:t>
      </w:r>
      <w:r>
        <w:br/>
      </w:r>
      <w:r>
        <w:rPr>
          <w:sz w:val="20"/>
        </w:rPr>
        <w:t>51:00  sawal yeh hai molana sahib mein bohat gham mein hoon char chote bachon ki akele taleem aur tarbiyat</w:t>
      </w:r>
      <w:r>
        <w:br/>
      </w:r>
      <w:r>
        <w:rPr>
          <w:sz w:val="20"/>
        </w:rPr>
        <w:t>51:09  ki jab kuch sukoon mila to do bachhe ek sath allah ne bula liye ab is gham se</w:t>
      </w:r>
      <w:r>
        <w:br/>
      </w:r>
      <w:r>
        <w:rPr>
          <w:sz w:val="20"/>
        </w:rPr>
        <w:t>51:17  kaise niklun mere charon bachhe bohat naik aur farmanbardar the ab do bachhon ke sath hoon</w:t>
      </w:r>
      <w:r>
        <w:br/>
      </w:r>
      <w:r>
        <w:rPr>
          <w:sz w:val="20"/>
        </w:rPr>
        <w:t>51:26  jo aap khud hi keh rahe hain ke allah ne bula liye tab bhi gham aap ko</w:t>
      </w:r>
      <w:r>
        <w:br/>
      </w:r>
      <w:r>
        <w:rPr>
          <w:sz w:val="20"/>
        </w:rPr>
        <w:t>51:30  yani bulane wala jo khuda hai to to khush hona chahiye gham kyu</w:t>
      </w:r>
      <w:r>
        <w:br/>
      </w:r>
      <w:r>
        <w:rPr>
          <w:sz w:val="20"/>
        </w:rPr>
        <w:t>51:37  contradiction zara dekhiye ek taraf to aap keh rahe hain ke Allah ne bula hai doosri taraf gham</w:t>
      </w:r>
      <w:r>
        <w:br/>
      </w:r>
      <w:r>
        <w:rPr>
          <w:sz w:val="20"/>
        </w:rPr>
        <w:t>51:45  khula hua contradiction hai</w:t>
      </w:r>
      <w:r>
        <w:br/>
      </w:r>
      <w:r>
        <w:rPr>
          <w:sz w:val="20"/>
        </w:rPr>
        <w:t>51:48  contradiction nahi hai to munafiqat hai</w:t>
      </w:r>
      <w:r>
        <w:br/>
      </w:r>
      <w:r>
        <w:rPr>
          <w:sz w:val="20"/>
        </w:rPr>
        <w:t>51:51  baat to yeh hai ke dil mein ke bete mar gaye lekin keh rahe hain ke khuda ne</w:t>
      </w:r>
      <w:r>
        <w:br/>
      </w:r>
      <w:r>
        <w:rPr>
          <w:sz w:val="20"/>
        </w:rPr>
        <w:t>51:55  bila lia yeh to munafiqat ki baat hai</w:t>
      </w:r>
      <w:r>
        <w:br/>
      </w:r>
      <w:r>
        <w:rPr>
          <w:sz w:val="20"/>
        </w:rPr>
        <w:t>51:59  to aap kam se kam is se nikliye munafqat se wahi kahiye jo aap ke dil mein hai</w:t>
      </w:r>
      <w:r>
        <w:br/>
      </w:r>
      <w:r>
        <w:rPr>
          <w:sz w:val="20"/>
        </w:rPr>
        <w:t>52:07  aap agar aap ke dil mein yeh hai ke Allah ne bila lia to gham mat kijiye</w:t>
      </w:r>
      <w:r>
        <w:br/>
      </w:r>
      <w:r>
        <w:rPr>
          <w:sz w:val="20"/>
        </w:rPr>
        <w:t>52:13  agar yeh dil mein nahi hai to kahiye ke mar gaye yeh kyun kehte hain ke bila lia</w:t>
      </w:r>
      <w:r>
        <w:br/>
      </w:r>
      <w:r>
        <w:rPr>
          <w:sz w:val="20"/>
        </w:rPr>
        <w:t>52:19  sab se pehle apni islaah kijiye</w:t>
      </w:r>
    </w:p>
    <w:p>
      <w:pPr>
        <w:pStyle w:val="Heading2"/>
      </w:pPr>
      <w:r>
        <w:t>Dealing with incompatible life partner</w:t>
      </w:r>
    </w:p>
    <w:p>
      <w:r>
        <w:rPr>
          <w:color w:val="666666"/>
          <w:sz w:val="18"/>
        </w:rPr>
        <w:t>Life &amp; Wisdom · Paradise as a Goal April 26, 2015 · 1m 31s · at 1:02:01 · https://youtu.be/hnHqhmSJZXA?t=3721</w:t>
      </w:r>
    </w:p>
    <w:p>
      <w:r>
        <w:rPr>
          <w:i/>
        </w:rPr>
        <w:t>“If a life partner is not compatible, does not support my spiritual food gain, and when I give relevant talk they give irrelevant talk, what should I do?”</w:t>
      </w:r>
    </w:p>
    <w:p>
      <w:r>
        <w:rPr>
          <w:sz w:val="20"/>
        </w:rPr>
        <w:t>1:02:01  maulana yeh agla sawal aya hai muhammad abrar sahib ka allahabad se</w:t>
      </w:r>
      <w:r>
        <w:br/>
      </w:r>
      <w:r>
        <w:rPr>
          <w:sz w:val="20"/>
        </w:rPr>
        <w:t>1:02:07  maulana agar life partner hum mizaj na ho aur hamare spiritual food ko gain karne mein hamara sath</w:t>
      </w:r>
      <w:r>
        <w:br/>
      </w:r>
      <w:r>
        <w:rPr>
          <w:sz w:val="20"/>
        </w:rPr>
        <w:t>1:02:15  na de aur jab hum relevant talk karein woh irrelevant talk kare to hamein kya karna chahiye kyunke</w:t>
      </w:r>
      <w:r>
        <w:br/>
      </w:r>
      <w:r>
        <w:rPr>
          <w:sz w:val="20"/>
        </w:rPr>
        <w:t>1:02:25  is ki waja se hamare mission mein disturbance hota hai</w:t>
      </w:r>
      <w:r>
        <w:br/>
      </w:r>
      <w:r>
        <w:rPr>
          <w:sz w:val="20"/>
        </w:rPr>
        <w:t>1:02:32  nahi dekhiye yeh baat sahi nahi hai</w:t>
      </w:r>
      <w:r>
        <w:br/>
      </w:r>
      <w:r>
        <w:rPr>
          <w:sz w:val="20"/>
        </w:rPr>
        <w:t>1:02:35  har aurat har mard</w:t>
      </w:r>
      <w:r>
        <w:br/>
      </w:r>
      <w:r>
        <w:rPr>
          <w:sz w:val="20"/>
        </w:rPr>
        <w:t>1:02:38  Allah ke paida ki hui hain aisa nahi kisi ko shaitan ne paida kiya hai kisi ko Khuda</w:t>
      </w:r>
      <w:r>
        <w:br/>
      </w:r>
      <w:r>
        <w:rPr>
          <w:sz w:val="20"/>
        </w:rPr>
        <w:t>1:02:42  ne paida kiya hai</w:t>
      </w:r>
      <w:r>
        <w:br/>
      </w:r>
      <w:r>
        <w:rPr>
          <w:sz w:val="20"/>
        </w:rPr>
        <w:t>1:02:45  to aap jis darje mein aap ka saathi aap ke aap se mawafqat kar raha hai us par</w:t>
      </w:r>
      <w:r>
        <w:br/>
      </w:r>
      <w:r>
        <w:rPr>
          <w:sz w:val="20"/>
        </w:rPr>
        <w:t>1:02:54  shukr kijiye agar kami hai to us ke liye koshish kijiye dua kijiye koshish kijiye</w:t>
      </w:r>
      <w:r>
        <w:br/>
      </w:r>
      <w:r>
        <w:rPr>
          <w:sz w:val="20"/>
        </w:rPr>
        <w:t>1:03:00  aisa nahi hai ke woh bas</w:t>
      </w:r>
      <w:r>
        <w:br/>
      </w:r>
      <w:r>
        <w:rPr>
          <w:sz w:val="20"/>
        </w:rPr>
        <w:t>1:03:03  woh saathi aap ka bigra hai bigra hi rahega aisa nahi apni kamiyon ko daryaft kijiye ho</w:t>
      </w:r>
      <w:r>
        <w:br/>
      </w:r>
      <w:r>
        <w:rPr>
          <w:sz w:val="20"/>
        </w:rPr>
        <w:t>1:03:09  sakta hai ke aap ki koi kami ho jise aap jhel dete hon ghussa hote hon sakhti se</w:t>
      </w:r>
      <w:r>
        <w:br/>
      </w:r>
      <w:r>
        <w:rPr>
          <w:sz w:val="20"/>
        </w:rPr>
        <w:t>1:03:14  baat karte hon to us woh reaction reaction aata hai is ke andar yeh bhi ho</w:t>
      </w:r>
      <w:r>
        <w:br/>
      </w:r>
      <w:r>
        <w:rPr>
          <w:sz w:val="20"/>
        </w:rPr>
        <w:t>1:03:18  sakta hai main is ko nahi manta ke koi aurat ya mard</w:t>
      </w:r>
      <w:r>
        <w:br/>
      </w:r>
      <w:r>
        <w:rPr>
          <w:sz w:val="20"/>
        </w:rPr>
        <w:t>1:03:24  paidaishi taur par bure hain</w:t>
      </w:r>
      <w:r>
        <w:br/>
      </w:r>
      <w:r>
        <w:rPr>
          <w:sz w:val="20"/>
        </w:rPr>
        <w:t>1:03:27  main is ko nahi manta</w:t>
      </w:r>
    </w:p>
    <w:p>
      <w:pPr>
        <w:pStyle w:val="Heading2"/>
      </w:pPr>
      <w:r>
        <w:t>Dealing with insincere friendships</w:t>
      </w:r>
    </w:p>
    <w:p>
      <w:r>
        <w:rPr>
          <w:color w:val="666666"/>
          <w:sz w:val="18"/>
        </w:rPr>
        <w:t>Life &amp; Wisdom · Modern Age June 9, 2019 Maulana Wahiduddin Khan · 1m 37s · at 49:46 · https://youtu.be/7mjCvAvHEdA?t=2986</w:t>
      </w:r>
    </w:p>
    <w:p>
      <w:r>
        <w:rPr>
          <w:i/>
        </w:rPr>
        <w:t>“In my life I have made many friends, but none have been true to me. I feel that everyone wants something from me. What should I do in this situation?”</w:t>
      </w:r>
    </w:p>
    <w:p>
      <w:r>
        <w:rPr>
          <w:sz w:val="20"/>
        </w:rPr>
        <w:t>49:46  Maulana Yunus Chandiyon sahib ne Karachi Pakistan se sawal bheja hai. Unhon ne likha hai, "Maulana sahib, mera aik sawal hai.</w:t>
      </w:r>
      <w:r>
        <w:br/>
      </w:r>
      <w:r>
        <w:rPr>
          <w:sz w:val="20"/>
        </w:rPr>
        <w:t>49:56  meri apni zindagi mein bohat se dost bane magar un mein se koi aisa dost na bana jo mujh se sacha ho. Goiya mujhe aisa lagta hai ke har shakhs mujh se apna matlab chah raha hai.</w:t>
      </w:r>
      <w:r>
        <w:br/>
      </w:r>
      <w:r>
        <w:rPr>
          <w:sz w:val="20"/>
        </w:rPr>
        <w:t>50:11  to mujhe is halat mein kya karna chahiye? Is ke baray mein batayein." Jis cheez ko aap dosti keh rahe hain, woh to kuch bhi nahin.</w:t>
      </w:r>
      <w:r>
        <w:br/>
      </w:r>
      <w:r>
        <w:rPr>
          <w:sz w:val="20"/>
        </w:rPr>
        <w:t>50:21  khush fehmi mein jeena hai. To aap sari zindagi aap khush fehmi mein jeete rahe. Yeh dunya ka nizam yaad rakhein, interest par chal raha hai, dosti par nahin.</w:t>
      </w:r>
      <w:r>
        <w:br/>
      </w:r>
      <w:r>
        <w:rPr>
          <w:sz w:val="20"/>
        </w:rPr>
        <w:t>50:36  yeh dunya ka nizam</w:t>
      </w:r>
      <w:r>
        <w:br/>
      </w:r>
      <w:r>
        <w:rPr>
          <w:sz w:val="20"/>
        </w:rPr>
        <w:t>50:42  is par chal hi nahin raha jo hum farz kar lete hain ke dosti dosti kya cheez hai. Koi dost nahin kisi ka. Koi kisi ka dost nahin.</w:t>
      </w:r>
      <w:r>
        <w:br/>
      </w:r>
      <w:r>
        <w:rPr>
          <w:sz w:val="20"/>
        </w:rPr>
        <w:t>50:52  aap ne jin logon ko dost banaya samjha, woh aap falsehood mein jee rahe thay, khush fehmi mein jee rahe thay. To sab se pehle apni ghalti ko maaniye.</w:t>
      </w:r>
      <w:r>
        <w:br/>
      </w:r>
      <w:r>
        <w:rPr>
          <w:sz w:val="20"/>
        </w:rPr>
        <w:t>51:03  sab se pehle apni ghalti ko maniye. You have to discover your own fault.</w:t>
      </w:r>
      <w:r>
        <w:br/>
      </w:r>
      <w:r>
        <w:rPr>
          <w:sz w:val="20"/>
        </w:rPr>
        <w:t>51:12  tab aap ko naya daur mile ga.</w:t>
      </w:r>
    </w:p>
    <w:p>
      <w:pPr>
        <w:pStyle w:val="Heading2"/>
      </w:pPr>
      <w:r>
        <w:t>Dealing with negative people and behavior</w:t>
      </w:r>
    </w:p>
    <w:p>
      <w:r>
        <w:rPr>
          <w:color w:val="666666"/>
          <w:sz w:val="18"/>
        </w:rPr>
        <w:t>Life &amp; Wisdom · God in the Age of Science January 08, 2017 · 1m 36s · at 53:40 · https://youtu.be/au1bRdQDZ0U?t=3220</w:t>
      </w:r>
    </w:p>
    <w:p>
      <w:r>
        <w:rPr>
          <w:i/>
        </w:rPr>
        <w:t>“We often get surrounded by negative people and sometimes we get derailed by their negative behavior. Kindly guide us how we can save our self under these circumstances.”</w:t>
      </w:r>
    </w:p>
    <w:p>
      <w:r>
        <w:rPr>
          <w:sz w:val="20"/>
        </w:rPr>
        <w:t>53:40  yani meaning less comparison hota hai kuch bhi nahi Maulana agla sawal Kashmir se kiya hai aamir mori</w:t>
      </w:r>
      <w:r>
        <w:br/>
      </w:r>
      <w:r>
        <w:rPr>
          <w:sz w:val="20"/>
        </w:rPr>
        <w:t>53:47  sahib ne unhon ne likha hai ofen we get surrounded by negative people and sometimes we get</w:t>
      </w:r>
      <w:r>
        <w:br/>
      </w:r>
      <w:r>
        <w:rPr>
          <w:sz w:val="20"/>
        </w:rPr>
        <w:t>53:55  derailed by seeing their negative behavior kindly guide us how we can save our self under those circumstances</w:t>
      </w:r>
      <w:r>
        <w:br/>
      </w:r>
      <w:r>
        <w:rPr>
          <w:sz w:val="20"/>
        </w:rPr>
        <w:t>54:02  sab se aasan tareeqa bohat hi aasan hai aap yeh sochen ke Allah taala ka talba ehsan hai</w:t>
      </w:r>
      <w:r>
        <w:br/>
      </w:r>
      <w:r>
        <w:rPr>
          <w:sz w:val="20"/>
        </w:rPr>
        <w:t>54:09  ke main is se bach gaya agar aap positive hain aur doosri taraf log bheer hai negative logon</w:t>
      </w:r>
      <w:r>
        <w:br/>
      </w:r>
      <w:r>
        <w:rPr>
          <w:sz w:val="20"/>
        </w:rPr>
        <w:t>54:17  ki to yeh to bohat mashhoor ka item hai ke Allah ne mujhe negative hone se bacha liya</w:t>
      </w:r>
      <w:r>
        <w:br/>
      </w:r>
      <w:r>
        <w:rPr>
          <w:sz w:val="20"/>
        </w:rPr>
        <w:t>54:24  to jahan shukr ka mauqa hai wahan aap nashukri kar rahe hain main to kisi bhi cheez ko</w:t>
      </w:r>
      <w:r>
        <w:br/>
      </w:r>
      <w:r>
        <w:rPr>
          <w:sz w:val="20"/>
        </w:rPr>
        <w:t>54:32  dekhta hoon ek kaate ko dekhta hoon to shor karta hoon ke mujhe mujhe bhi khuda kaata bana</w:t>
      </w:r>
      <w:r>
        <w:br/>
      </w:r>
      <w:r>
        <w:rPr>
          <w:sz w:val="20"/>
        </w:rPr>
        <w:t>54:39  sakta tha mujhe kaata nahi banaya mujhe machhar bana sakta tha har lamha shukr ka lamha hai ke</w:t>
      </w:r>
      <w:r>
        <w:br/>
      </w:r>
      <w:r>
        <w:rPr>
          <w:sz w:val="20"/>
        </w:rPr>
        <w:t>54:47  Allah ne mujhe insan banaya positive thinker banaya to shukr ke item itne zyada hain itne zyada hain</w:t>
      </w:r>
      <w:r>
        <w:br/>
      </w:r>
      <w:r>
        <w:rPr>
          <w:sz w:val="20"/>
        </w:rPr>
        <w:t>54:54  itne zyada hain ke agar aadmi soche to shukr hi shukr mein woh gharaq rahega nashukri is</w:t>
      </w:r>
      <w:r>
        <w:br/>
      </w:r>
      <w:r>
        <w:rPr>
          <w:sz w:val="20"/>
        </w:rPr>
        <w:t>55:02  کے دل میں آئے گی نہیں negative thinking آئے گی نہیں ٹوٹل سینس میں وہ positive thinker بن</w:t>
      </w:r>
      <w:r>
        <w:br/>
      </w:r>
      <w:r>
        <w:rPr>
          <w:sz w:val="20"/>
        </w:rPr>
        <w:t>55:09  جائے گا یہ سب سوچ کا معاملہ ہے لوگوں کو سوچ کو develop کیجئے right thinking کو develop</w:t>
      </w:r>
    </w:p>
    <w:p>
      <w:pPr>
        <w:pStyle w:val="Heading2"/>
      </w:pPr>
      <w:r>
        <w:t>Dealing with negative thinking due to inequality</w:t>
      </w:r>
    </w:p>
    <w:p>
      <w:r>
        <w:rPr>
          <w:color w:val="666666"/>
          <w:sz w:val="18"/>
        </w:rPr>
        <w:t>Life &amp; Wisdom · God in the Age of Science January 08, 2017 · 2m 06s · at 51:33 · https://youtu.be/au1bRdQDZ0U?t=3093</w:t>
      </w:r>
    </w:p>
    <w:p>
      <w:r>
        <w:rPr>
          <w:i/>
        </w:rPr>
        <w:t>“In this world, some have more share and some have less. This is the situation which results in negative thinking. What can be done to save ourselves from such negative reaction?”</w:t>
      </w:r>
    </w:p>
    <w:p>
      <w:r>
        <w:rPr>
          <w:sz w:val="20"/>
        </w:rPr>
        <w:t>51:33  maulana in ka ek aur sawal hai unhon ne likha hai in this world some have more share</w:t>
      </w:r>
      <w:r>
        <w:br/>
      </w:r>
      <w:r>
        <w:rPr>
          <w:sz w:val="20"/>
        </w:rPr>
        <w:t>51:40  and some have less this is the situation which results in negative thinking what can be done to</w:t>
      </w:r>
      <w:r>
        <w:br/>
      </w:r>
      <w:r>
        <w:rPr>
          <w:sz w:val="20"/>
        </w:rPr>
        <w:t>51:48  save our self from such negative reaction dekhein yeh jo hai log yani material cheezon ke lehaz</w:t>
      </w:r>
      <w:r>
        <w:br/>
      </w:r>
      <w:r>
        <w:rPr>
          <w:sz w:val="20"/>
        </w:rPr>
        <w:t>51:55  se compare karte hain is sab se bari cheez jo har insan ko mili hui hai woh mind</w:t>
      </w:r>
      <w:r>
        <w:br/>
      </w:r>
      <w:r>
        <w:rPr>
          <w:sz w:val="20"/>
        </w:rPr>
        <w:t>52:03  hai jo material cheez mili hui hai logon ko woh to kuch bhi nahi hai is ke muqable</w:t>
      </w:r>
      <w:r>
        <w:br/>
      </w:r>
      <w:r>
        <w:rPr>
          <w:sz w:val="20"/>
        </w:rPr>
        <w:t>52:10  mein hamara jo mind hai is ke muqable mein to jo aadmi material cheezon mein jeeta ho woh</w:t>
      </w:r>
      <w:r>
        <w:br/>
      </w:r>
      <w:r>
        <w:rPr>
          <w:sz w:val="20"/>
        </w:rPr>
        <w:t>52:18  bohat hi zyada stripper aadmi hai kyunke is ko jo khuda ne de rakha hai mind itna bara</w:t>
      </w:r>
      <w:r>
        <w:br/>
      </w:r>
      <w:r>
        <w:rPr>
          <w:sz w:val="20"/>
        </w:rPr>
        <w:t>52:25  mind is ko bhoola hua hai woh to jo log is lehaz se kam zyada mane ke kisi</w:t>
      </w:r>
      <w:r>
        <w:br/>
      </w:r>
      <w:r>
        <w:rPr>
          <w:sz w:val="20"/>
        </w:rPr>
        <w:t>52:33  ko kam mila hai kisi ko zyada mila hai kisi ke pas kai car hai kisi ke pas</w:t>
      </w:r>
      <w:r>
        <w:br/>
      </w:r>
      <w:r>
        <w:rPr>
          <w:sz w:val="20"/>
        </w:rPr>
        <w:t>52:40  ek hi car hai yeh to bohat hi zyada yani meaning less comparison hai yeh comparison hi bilkul</w:t>
      </w:r>
      <w:r>
        <w:br/>
      </w:r>
      <w:r>
        <w:rPr>
          <w:sz w:val="20"/>
        </w:rPr>
        <w:t>52:47  meaning less hai comparison is par hona chahiye ke kitna bara mind diya hai Allah taala ne insan</w:t>
      </w:r>
      <w:r>
        <w:br/>
      </w:r>
      <w:r>
        <w:rPr>
          <w:sz w:val="20"/>
        </w:rPr>
        <w:t>52:55  ko yani aisa mind jo poore universe tak apni soch pohncha sakta hai koi duniya mein doosri makhluqat</w:t>
      </w:r>
      <w:r>
        <w:br/>
      </w:r>
      <w:r>
        <w:rPr>
          <w:sz w:val="20"/>
        </w:rPr>
        <w:t>53:02  se nahi hai jo poore universe ke bare mein soche koi bhi na sher hai na hathi hai</w:t>
      </w:r>
      <w:r>
        <w:br/>
      </w:r>
      <w:r>
        <w:rPr>
          <w:sz w:val="20"/>
        </w:rPr>
        <w:t>53:10  na na pahad hai na samandar hai na galaxy hai jo poore universe ke bare mein soche yeh</w:t>
      </w:r>
      <w:r>
        <w:br/>
      </w:r>
      <w:r>
        <w:rPr>
          <w:sz w:val="20"/>
        </w:rPr>
        <w:t>53:17  yani kitni bari cheez mili hai yeh isi ko kaha hai quran mein amanat amanat ka matlab hai</w:t>
      </w:r>
      <w:r>
        <w:br/>
      </w:r>
      <w:r>
        <w:rPr>
          <w:sz w:val="20"/>
        </w:rPr>
        <w:t>53:25  ke khudai level ki cheez hai yeh aap ko khudai level ki cheez mili hui hai ke aap</w:t>
      </w:r>
      <w:r>
        <w:br/>
      </w:r>
      <w:r>
        <w:rPr>
          <w:sz w:val="20"/>
        </w:rPr>
        <w:t>53:32  poori kainat ke bare mein soch sakte hain to yeh comparison jo log karte hain bohat hi zyada</w:t>
      </w:r>
    </w:p>
    <w:p>
      <w:pPr>
        <w:pStyle w:val="Heading2"/>
      </w:pPr>
      <w:r>
        <w:t>Dealing with negative thoughts</w:t>
      </w:r>
    </w:p>
    <w:p>
      <w:r>
        <w:rPr>
          <w:color w:val="666666"/>
          <w:sz w:val="18"/>
        </w:rPr>
        <w:t>Life &amp; Wisdom · Spirit of the Age Nov 6, 2016 · 1m 37s · at 55:08 · https://youtu.be/QAW9LP53xQk?t=3308</w:t>
      </w:r>
    </w:p>
    <w:p>
      <w:r>
        <w:rPr>
          <w:i/>
        </w:rPr>
        <w:t>“I often get negative thoughts which I am not able to suppress or control, and as a result I end up taking wrong decisions. How can I overcome this?”</w:t>
      </w:r>
    </w:p>
    <w:p>
      <w:r>
        <w:rPr>
          <w:sz w:val="20"/>
        </w:rPr>
        <w:t>55:08  maulana, agla sawal jamshed pur se bheja hai abdul sahib ne, aur unhon ne likha hai: maulana sahib, I</w:t>
      </w:r>
      <w:r>
        <w:br/>
      </w:r>
      <w:r>
        <w:rPr>
          <w:sz w:val="20"/>
        </w:rPr>
        <w:t>55:13  often get negative thoughts which I am not able to suppress or control, and as a result I</w:t>
      </w:r>
      <w:r>
        <w:br/>
      </w:r>
      <w:r>
        <w:rPr>
          <w:sz w:val="20"/>
        </w:rPr>
        <w:t>55:18  end up taking wrong decisions.</w:t>
      </w:r>
      <w:r>
        <w:br/>
      </w:r>
      <w:r>
        <w:rPr>
          <w:sz w:val="20"/>
        </w:rPr>
        <w:t>55:23  my problem is that I know myself that I am getting wrong thoughts, but I am unable to control myself.</w:t>
      </w:r>
      <w:r>
        <w:br/>
      </w:r>
      <w:r>
        <w:rPr>
          <w:sz w:val="20"/>
        </w:rPr>
        <w:t>55:29  For example, I am very short-tempered. I also become greedy at times, and sometimes I get depressed. I really want to change myself and want to become a better person. Can you please advise me a practical way, or what should I do which will help me become mentally stronger?</w:t>
      </w:r>
      <w:r>
        <w:br/>
      </w:r>
      <w:r>
        <w:rPr>
          <w:sz w:val="20"/>
        </w:rPr>
        <w:t>55:52  is there any dua? maulana sahib, please help me.</w:t>
      </w:r>
      <w:r>
        <w:br/>
      </w:r>
      <w:r>
        <w:rPr>
          <w:sz w:val="20"/>
        </w:rPr>
        <w:t>55:57  yeh dua ka masla nahi hai, yeh apne mind ki re-engineering ka masla hai.</w:t>
      </w:r>
      <w:r>
        <w:br/>
      </w:r>
      <w:r>
        <w:rPr>
          <w:sz w:val="20"/>
        </w:rPr>
        <w:t>56:02  آپ ہمارا monthly magazine اردو میں پڑھیے، رسالہ انگلش میں ہے، Spirit of Islam اس کو پڑھیے۔</w:t>
      </w:r>
      <w:r>
        <w:br/>
      </w:r>
      <w:r>
        <w:rPr>
          <w:sz w:val="20"/>
        </w:rPr>
        <w:t>56:08  ہماری کئی کتابیں ہیں، English میں ہیں، World Vision، Simple Wisdom اس کو پڑھیے۔</w:t>
      </w:r>
      <w:r>
        <w:br/>
      </w:r>
      <w:r>
        <w:rPr>
          <w:sz w:val="20"/>
        </w:rPr>
        <w:t>56:13  hamari char kitabein urdu mein hain, raaz hayat, taabeer hayat, rehnuma hayat, kitab zindagi aap parhiye.</w:t>
      </w:r>
      <w:r>
        <w:br/>
      </w:r>
      <w:r>
        <w:rPr>
          <w:sz w:val="20"/>
        </w:rPr>
        <w:t>56:19  aur mujhe yaqeen hai ke aap ka yeh mizaj khatam ho jayega.</w:t>
      </w:r>
      <w:r>
        <w:br/>
      </w:r>
      <w:r>
        <w:rPr>
          <w:sz w:val="20"/>
        </w:rPr>
        <w:t>56:24  phir koi har insan insan hai.</w:t>
      </w:r>
      <w:r>
        <w:br/>
      </w:r>
      <w:r>
        <w:rPr>
          <w:sz w:val="20"/>
        </w:rPr>
        <w:t>56:30  aap aap ka jo wrong way of thinking hai, woh woh khatam ho jayega, bas sab theek</w:t>
      </w:r>
      <w:r>
        <w:br/>
      </w:r>
      <w:r>
        <w:rPr>
          <w:sz w:val="20"/>
        </w:rPr>
        <w:t>56:35  ho jayega.</w:t>
      </w:r>
      <w:r>
        <w:br/>
      </w:r>
      <w:r>
        <w:rPr>
          <w:sz w:val="20"/>
        </w:rPr>
        <w:t>56:40  aap hamari kitabein parhiye.</w:t>
      </w:r>
    </w:p>
    <w:p>
      <w:pPr>
        <w:pStyle w:val="Heading2"/>
      </w:pPr>
      <w:r>
        <w:t>Decision-making art from Quran and Hadith</w:t>
      </w:r>
    </w:p>
    <w:p>
      <w:r>
        <w:rPr>
          <w:color w:val="666666"/>
          <w:sz w:val="18"/>
        </w:rPr>
        <w:t>Life &amp; Wisdom · Dars-e-Quran, Ch. 2 Verse 50-52 |  March 11, 2018 · 1m 45s · at 58:10 · https://youtu.be/ShSyMy4LPfc?t=3490</w:t>
      </w:r>
    </w:p>
    <w:p>
      <w:r>
        <w:rPr>
          <w:i/>
        </w:rPr>
        <w:t>“Please tell us how to develop the art of decision-making as per Quran and Hadith?”</w:t>
      </w:r>
    </w:p>
    <w:p>
      <w:r>
        <w:rPr>
          <w:sz w:val="20"/>
        </w:rPr>
        <w:t>58:10  maulana agla sawal lete hain jo karachi sindh pakistan se bheja hai mehran jo waseem ahmed sahab ne unhon</w:t>
      </w:r>
      <w:r>
        <w:br/>
      </w:r>
      <w:r>
        <w:rPr>
          <w:sz w:val="20"/>
        </w:rPr>
        <w:t>58:17  نے لکھا ہے مولانا پلیز ٹیل اس ہاؤ ٹو ڈیویلپ دی آرٹ آف ڈی</w:t>
      </w:r>
      <w:r>
        <w:br/>
      </w:r>
      <w:r>
        <w:rPr>
          <w:sz w:val="20"/>
        </w:rPr>
        <w:t>58:25  cision making as per quran and hadith? simple si baat hai simple si ke quran aur hadith ko sirf quran o hadith ko len baqi jo aap ne maani bhar rakha hai political baat hai nafrat ki baat hai use nikal dijiye bilkul jaise gard o gubar ka aadmi nikalta hai simple</w:t>
      </w:r>
      <w:r>
        <w:br/>
      </w:r>
      <w:r>
        <w:rPr>
          <w:sz w:val="20"/>
        </w:rPr>
        <w:t>58:55  baat hai sirf quran aur hadith ke thought jo hai apne maani rakhiye baqi thought ko bilkul nikal dijiye haram samajh kar ke bas aur kuch nahi. okay so we will end today session thank you.</w:t>
      </w:r>
    </w:p>
    <w:p>
      <w:pPr>
        <w:pStyle w:val="Heading2"/>
      </w:pPr>
      <w:r>
        <w:t>Deconditioning and increasing grasp after forty</w:t>
      </w:r>
    </w:p>
    <w:p>
      <w:r>
        <w:rPr>
          <w:color w:val="666666"/>
          <w:sz w:val="18"/>
        </w:rPr>
        <w:t>Life &amp; Wisdom · Realization of God May 07, 2017 Maulana Wahiduddin Khan · 1m 53s · at 56:35 · https://youtu.be/sXmJShRfWKs?t=3395</w:t>
      </w:r>
    </w:p>
    <w:p>
      <w:r>
        <w:rPr>
          <w:i/>
        </w:rPr>
        <w:t>“Most people get conditioned and form habits as they grow old. Can a person forty years or older still decondition himself or increase the power of grasp? If yes, how can he become a prepared mind?”</w:t>
      </w:r>
    </w:p>
    <w:p>
      <w:r>
        <w:rPr>
          <w:sz w:val="20"/>
        </w:rPr>
        <w:t>56:35  har aadmi superman hai sirf ek hi kaam karna hai distraction se bachana to nature jab aap distraction se bachate hain to nature zinda ho jata hai nature alive ho jata hai phir sab kuch pa lete hain aap maulana agla sawal irfan sahib ne kiya hai bhopal se unhone likha hai maulana sahib most of the people get conditioned in life and form habits as they grow old</w:t>
      </w:r>
      <w:r>
        <w:br/>
      </w:r>
      <w:r>
        <w:rPr>
          <w:sz w:val="20"/>
        </w:rPr>
        <w:t>57:04  my question is can a person who is forty years old or more still be able to decondition himself or can he increase the power of grasp that you mentioned today if yes how can he do that so he becomes a prepared mind like you advised in today's talk</w:t>
      </w:r>
      <w:r>
        <w:br/>
      </w:r>
      <w:r>
        <w:rPr>
          <w:sz w:val="20"/>
        </w:rPr>
        <w:t>57:30  dekhiye</w:t>
      </w:r>
      <w:r>
        <w:br/>
      </w:r>
      <w:r>
        <w:rPr>
          <w:sz w:val="20"/>
        </w:rPr>
        <w:t>57:34  zindagi mein koi late nahi hota haan it's never too late</w:t>
      </w:r>
      <w:r>
        <w:br/>
      </w:r>
      <w:r>
        <w:rPr>
          <w:sz w:val="20"/>
        </w:rPr>
        <w:t>57:40  is insan ka mind itna alive hai itna itna zyada bari capacity is ke andar hai ke late</w:t>
      </w:r>
      <w:r>
        <w:br/>
      </w:r>
      <w:r>
        <w:rPr>
          <w:sz w:val="20"/>
        </w:rPr>
        <w:t>57:48  koi cheez nahi jab bhi aap zinda kar lein apne mind ko jab bhi tayyar kar lein to</w:t>
      </w:r>
      <w:r>
        <w:br/>
      </w:r>
      <w:r>
        <w:rPr>
          <w:sz w:val="20"/>
        </w:rPr>
        <w:t>57:54  bas shuru ho gaya</w:t>
      </w:r>
      <w:r>
        <w:br/>
      </w:r>
      <w:r>
        <w:rPr>
          <w:sz w:val="20"/>
        </w:rPr>
        <w:t>57:57  yaani excuse lete rehte hain log mein bara tajurba yeh hai ke log khwamkhwah excuse lete hain excuse</w:t>
      </w:r>
      <w:r>
        <w:br/>
      </w:r>
      <w:r>
        <w:rPr>
          <w:sz w:val="20"/>
        </w:rPr>
        <w:t>58:03  jisko dekhein woh excuse leta hai</w:t>
      </w:r>
      <w:r>
        <w:br/>
      </w:r>
      <w:r>
        <w:rPr>
          <w:sz w:val="20"/>
        </w:rPr>
        <w:t>58:06  is liye pehli baat yeh hai ke aap is ko pakrein ke if you have good excuse don't</w:t>
      </w:r>
      <w:r>
        <w:br/>
      </w:r>
      <w:r>
        <w:rPr>
          <w:sz w:val="20"/>
        </w:rPr>
        <w:t>58:11  use it</w:t>
      </w:r>
      <w:r>
        <w:br/>
      </w:r>
      <w:r>
        <w:rPr>
          <w:sz w:val="20"/>
        </w:rPr>
        <w:t>58:13  agar aap chahte hain bari taraqqi to is ko pakad lejiye ke if you have good excuse dont use it</w:t>
      </w:r>
      <w:r>
        <w:br/>
      </w:r>
      <w:r>
        <w:rPr>
          <w:sz w:val="20"/>
        </w:rPr>
        <w:t>58:22  phir koi rukawat nahi rahegi</w:t>
      </w:r>
    </w:p>
    <w:p>
      <w:pPr>
        <w:pStyle w:val="Heading2"/>
      </w:pPr>
      <w:r>
        <w:t>Defining the limit of necessity</w:t>
      </w:r>
    </w:p>
    <w:p>
      <w:r>
        <w:rPr>
          <w:color w:val="666666"/>
          <w:sz w:val="18"/>
        </w:rPr>
        <w:t>Life &amp; Wisdom · God and Man February 19, 2012 · 3m 06s · at 1:20:13 · https://youtu.be/rL4g0LOU3wo?t=4813</w:t>
      </w:r>
    </w:p>
    <w:p>
      <w:r>
        <w:rPr>
          <w:i/>
        </w:rPr>
        <w:t>“What is the limit of necessity? One person says his necessity is a house and a car, another says his necessity is a house, car, and a motorbike, and a third adds two more things. Please explain this.”</w:t>
      </w:r>
    </w:p>
    <w:p>
      <w:r>
        <w:rPr>
          <w:sz w:val="20"/>
        </w:rPr>
        <w:t>1:20:13  to whisper jo hai, kya yeh dua to hai yeh? to wo ek continuous amal hai, koi waqti cheez nahi hai. Maulana, agla sawal miss Saira Latif ka hai Karachi, Pakistan se</w:t>
      </w:r>
      <w:r>
        <w:br/>
      </w:r>
      <w:r>
        <w:rPr>
          <w:sz w:val="20"/>
        </w:rPr>
        <w:t>1:20:28  . unhon ne likha hai: "zarurat ki had kya hai?" ek shakhs kehta hai ke meri zarurat makan aur gari hai, doosra shakhs kehta hai ke meri zarurat makan, gari aur motor cycle hai,</w:t>
      </w:r>
      <w:r>
        <w:br/>
      </w:r>
      <w:r>
        <w:rPr>
          <w:sz w:val="20"/>
        </w:rPr>
        <w:t>1:20:44  teesra shakhs is mein do cheezon ka aur izafa karta hai. is ko is ke baray mein batayen.</w:t>
      </w:r>
      <w:r>
        <w:br/>
      </w:r>
      <w:r>
        <w:rPr>
          <w:sz w:val="20"/>
        </w:rPr>
        <w:t>1:20:53  dekhiye, zarurat ko koi ginti mein aap had bandi nahi kar sakte ke list banayen aap. aisa nahi ho sakta. koi list nahi ban sakti aap.</w:t>
      </w:r>
      <w:r>
        <w:br/>
      </w:r>
      <w:r>
        <w:rPr>
          <w:sz w:val="20"/>
        </w:rPr>
        <w:t>1:21:08  ke mez, kursi, qalam, pencil, aap char list banayen. aisa nahi ho sakta. aadmi ka khud apna kaam hai ke wo jane ke zarurat kya hai.</w:t>
      </w:r>
      <w:r>
        <w:br/>
      </w:r>
      <w:r>
        <w:rPr>
          <w:sz w:val="20"/>
        </w:rPr>
        <w:t>1:21:23  zarurat ke angrezi mein hota hai need. Need yani yeh yani bare need, jis ke baghair zindagi mumkin na ho.</w:t>
      </w:r>
      <w:r>
        <w:br/>
      </w:r>
      <w:r>
        <w:rPr>
          <w:sz w:val="20"/>
        </w:rPr>
        <w:t>1:21:36  to ek hadith mein is tarah aaya hai is silsilay mein ke jis aadmi ke paas ek ghar ho, bas rehne ke qabil ghar,</w:t>
      </w:r>
      <w:r>
        <w:br/>
      </w:r>
      <w:r>
        <w:rPr>
          <w:sz w:val="20"/>
        </w:rPr>
        <w:t>1:21:50  aur roti ka ek tukra aur pani ho, ek khadim ho, to goya ke is ko sab cheez mil gayi. goya ke sab kuch mil gaya.</w:t>
      </w:r>
      <w:r>
        <w:br/>
      </w:r>
      <w:r>
        <w:rPr>
          <w:sz w:val="20"/>
        </w:rPr>
        <w:t>1:22:03  to yeh ek ek is se andaza kar sakte hain ke zarurat ka matlab kya hai. phir bhi koi list nahi bana sakte aap.</w:t>
      </w:r>
      <w:r>
        <w:br/>
      </w:r>
      <w:r>
        <w:rPr>
          <w:sz w:val="20"/>
        </w:rPr>
        <w:t>1:22:12  is aadmi ko jitna zyada ehsas hoga is baat ka ke dunya jo hai aish karne ki nahi hai, yeh dunya is liye hai ke haan hum aisa amal karen jo akhirat mein kaam aaye.</w:t>
      </w:r>
      <w:r>
        <w:br/>
      </w:r>
      <w:r>
        <w:rPr>
          <w:sz w:val="20"/>
        </w:rPr>
        <w:t>1:22:28  to wo har us cheez se bachega jo akhirat ki tayari mein record banay. Basic baat yeh hai ke akhirat ke hisab se jo mufeed aaye, wo zarurat hai.</w:t>
      </w:r>
      <w:r>
        <w:br/>
      </w:r>
      <w:r>
        <w:rPr>
          <w:sz w:val="20"/>
        </w:rPr>
        <w:t>1:22:41  akhirat ke aitbar se is ki jis ki ahmiyat na ho, wo fazil hai. to yeh criterion yeh banay ga. criterion koi finish nahi hai.</w:t>
      </w:r>
      <w:r>
        <w:br/>
      </w:r>
      <w:r>
        <w:rPr>
          <w:sz w:val="20"/>
        </w:rPr>
        <w:t>1:22:51  koi list nahi ko</w:t>
      </w:r>
      <w:r>
        <w:br/>
      </w:r>
      <w:r>
        <w:rPr>
          <w:sz w:val="20"/>
        </w:rPr>
        <w:t>1:22:52  i. criterion yeh hai ke wo kaam jo safar akhirat mein mere liye zaroori ho, akhirat ki kamyabi ke liye zaroori ho, to wo to hai need.</w:t>
      </w:r>
      <w:r>
        <w:br/>
      </w:r>
      <w:r>
        <w:rPr>
          <w:sz w:val="20"/>
        </w:rPr>
        <w:t>1:23:02  jo zaroori na ho, to wo luxury hai, wo aish hai, wo fazool cheezon mein apna paisa kharch karna hai.</w:t>
      </w:r>
      <w:r>
        <w:br/>
      </w:r>
      <w:r>
        <w:rPr>
          <w:sz w:val="20"/>
        </w:rPr>
        <w:t>1:23:13  to is ka sahi taayun aadmi khud kar sakta hai, koi doosra aadmi bahar se nahi kar sakta.</w:t>
      </w:r>
    </w:p>
    <w:p>
      <w:pPr>
        <w:pStyle w:val="Heading2"/>
      </w:pPr>
      <w:r>
        <w:t>Defining the limit of personal necessity</w:t>
      </w:r>
    </w:p>
    <w:p>
      <w:r>
        <w:rPr>
          <w:color w:val="666666"/>
          <w:sz w:val="18"/>
        </w:rPr>
        <w:t>Life &amp; Wisdom · God and Man I February 19, 2012 Maulana Wahiduddin Khan · 2m 59s · at 1:21:03 · https://youtu.be/8TP3nlGRZek?t=4863</w:t>
      </w:r>
    </w:p>
    <w:p>
      <w:r>
        <w:rPr>
          <w:i/>
        </w:rPr>
        <w:t>“What is the limit of need? One person says his need is a house and a car. Another says house, car, and motorcycle. A third adds two more things. Please explain.”</w:t>
      </w:r>
    </w:p>
    <w:p>
      <w:r>
        <w:rPr>
          <w:sz w:val="20"/>
        </w:rPr>
        <w:t>1:21:03  maulana agla sawal miss saira latif ka hai karachi pakistan se. unhon ne likha hai zaroorat ki had kya hai?</w:t>
      </w:r>
      <w:r>
        <w:br/>
      </w:r>
      <w:r>
        <w:rPr>
          <w:sz w:val="20"/>
        </w:rPr>
        <w:t>1:21:14  ek shakhs kehta hai ke meri zaroorat makan aur gari hai. doosra shakhs kehta hai ke meri zaroorat</w:t>
      </w:r>
      <w:r>
        <w:br/>
      </w:r>
      <w:r>
        <w:rPr>
          <w:sz w:val="20"/>
        </w:rPr>
        <w:t>1:21:22  makan, gari aur motor cycle hai. teesra shakhs is mein do cheezon ka aur izafa karta hai. is ko is ke bare mein bataein.</w:t>
      </w:r>
      <w:r>
        <w:br/>
      </w:r>
      <w:r>
        <w:rPr>
          <w:sz w:val="20"/>
        </w:rPr>
        <w:t>1:21:34  dekhiye zaroorat ko koi ginti mein aap had bandi nahi kar sakte ke list banayein aap.</w:t>
      </w:r>
      <w:r>
        <w:br/>
      </w:r>
      <w:r>
        <w:rPr>
          <w:sz w:val="20"/>
        </w:rPr>
        <w:t>1:21:41  aisa nahi ho sakta. koi list nahi ban sakti aap.</w:t>
      </w:r>
      <w:r>
        <w:br/>
      </w:r>
      <w:r>
        <w:rPr>
          <w:sz w:val="20"/>
        </w:rPr>
        <w:t>1:21:49  ke mez, kursi, qalam, pencil aap char list banayein. aisa nahi ho sakta. aadmi ka khud apna kaam hai ke wo jaane ke zaroorat kya hai.</w:t>
      </w:r>
      <w:r>
        <w:br/>
      </w:r>
      <w:r>
        <w:rPr>
          <w:sz w:val="20"/>
        </w:rPr>
        <w:t>1:22:04  zaroorat ke angrezi mein hota hai need. need yaani</w:t>
      </w:r>
      <w:r>
        <w:br/>
      </w:r>
      <w:r>
        <w:rPr>
          <w:sz w:val="20"/>
        </w:rPr>
        <w:t>1:22:09  ye yaani bare need jis ke baghair zindagi mumkin na ho. to ek hadith mein is tarah aaya hai is silsile mein ke jis aadmi ke paas</w:t>
      </w:r>
      <w:r>
        <w:br/>
      </w:r>
      <w:r>
        <w:rPr>
          <w:sz w:val="20"/>
        </w:rPr>
        <w:t>1:22:27  ek ghar ho, bas rehne ke qabil ghar aur roti ka ek tukra aur pani ho, ek khadim ho to goya ke us ko sab cheez mil gayi.</w:t>
      </w:r>
      <w:r>
        <w:br/>
      </w:r>
      <w:r>
        <w:rPr>
          <w:sz w:val="20"/>
        </w:rPr>
        <w:t>1:22:41  goya ke sab kuch mil gaya. to ye ek ek</w:t>
      </w:r>
      <w:r>
        <w:br/>
      </w:r>
      <w:r>
        <w:rPr>
          <w:sz w:val="20"/>
        </w:rPr>
        <w:t>1:22:46  is se andaza kar sakte hain ke zaroorat ka matlab kya hai. phir bhi koi list nahi bana sakte aap. is aadmi ko jitna zyada ehsas hoga is baat ka ke dunya jo hai aish karne ki nahi hai, ye dunya is liye hai ke haan hum</w:t>
      </w:r>
      <w:r>
        <w:br/>
      </w:r>
      <w:r>
        <w:rPr>
          <w:sz w:val="20"/>
        </w:rPr>
        <w:t>1:23:05  aisa amal karein jo akhirat mein kaam aaye. to wo har us cheez se bachega jo akhirat ki tayyari mein record bane.</w:t>
      </w:r>
      <w:r>
        <w:br/>
      </w:r>
      <w:r>
        <w:rPr>
          <w:sz w:val="20"/>
        </w:rPr>
        <w:t>1:23:17  basic baat ye hai ke akhirat ke hisab se jo mufeed aaye wo zaroorat hai.</w:t>
      </w:r>
      <w:r>
        <w:br/>
      </w:r>
      <w:r>
        <w:rPr>
          <w:sz w:val="20"/>
        </w:rPr>
        <w:t>1:23:22  akhirat ke aitbar se is ki jis ki ahmiyat na ho wo fazil hai. to ye criterion ye banega. criterion koi face nahi hai.</w:t>
      </w:r>
      <w:r>
        <w:br/>
      </w:r>
      <w:r>
        <w:rPr>
          <w:sz w:val="20"/>
        </w:rPr>
        <w:t>1:23:32  phir list nahi koi. criterion ye hai ke wo kaam jo safar akhirat mein mere liye zaroori ho,</w:t>
      </w:r>
      <w:r>
        <w:br/>
      </w:r>
      <w:r>
        <w:rPr>
          <w:sz w:val="20"/>
        </w:rPr>
        <w:t>1:23:39  akhirat ki kamyabi ke liye zaroori ho to wo to hai need. jo zaroori na ho to wo luxury hai, wo aish hai, wo fazool cheezon mein apna paisa kharch karna hai.</w:t>
      </w:r>
      <w:r>
        <w:br/>
      </w:r>
      <w:r>
        <w:rPr>
          <w:sz w:val="20"/>
        </w:rPr>
        <w:t>1:23:54  to is ka sahi taayun aadmi khud kar sakta hai. koi doosra aadmi bahar se nahi kar sakta. maulana agle sawal se pehle ek comment parhna chahenge jo</w:t>
      </w:r>
    </w:p>
    <w:p>
      <w:pPr>
        <w:pStyle w:val="Heading2"/>
      </w:pPr>
      <w:r>
        <w:t>Definition and scope of high thinking</w:t>
      </w:r>
    </w:p>
    <w:p>
      <w:r>
        <w:rPr>
          <w:color w:val="666666"/>
          <w:sz w:val="18"/>
        </w:rPr>
        <w:t>Life &amp; Wisdom · Question &amp; Answer Jan 6th 2013 - Maulana Wahiduddin Kahn · 44s · at 12:40 · https://youtu.be/1FAK1QuHEpw?t=760</w:t>
      </w:r>
    </w:p>
    <w:p>
      <w:r>
        <w:rPr>
          <w:i/>
        </w:rPr>
        <w:t>“After listening to your talk, I have given a definition of high thinking based on my understanding. I want to know what else can be included in this definition. High thinking converts material thinking into divine thinking, hate thinking into positive thinking, political thinking into dawah thinking, and luxury life into need-based life.”</w:t>
      </w:r>
    </w:p>
    <w:p>
      <w:r>
        <w:rPr>
          <w:sz w:val="20"/>
        </w:rPr>
        <w:t>12:40  maulana, agla sawal tamil nadu se hai, maulana iqbal umri ka. maulana, unhone talk sunne ke baad ek high thinking ki apne understanding ke hisab se ek definition di hai.</w:t>
      </w:r>
      <w:r>
        <w:br/>
      </w:r>
      <w:r>
        <w:rPr>
          <w:sz w:val="20"/>
        </w:rPr>
        <w:t>12:53  to woh yeh janna chahte hain ke yeh definition mein aur kya cheezein ho sakti hain. unhone likha hai: "High definition ki thinking convert material thinking into divine thinking.</w:t>
      </w:r>
      <w:r>
        <w:br/>
      </w:r>
      <w:r>
        <w:rPr>
          <w:sz w:val="20"/>
        </w:rPr>
        <w:t>13:05  Hate thinking into positive thinking. Political thinking into Dawa thinking. Luxury life into need based life</w:t>
      </w:r>
      <w:r>
        <w:br/>
      </w:r>
      <w:r>
        <w:rPr>
          <w:sz w:val="20"/>
        </w:rPr>
        <w:t>13:14  " . theek to hai? ji. achha hai. mera khayal hai achha hai. ji. kaisa hai? ji bilkul theek hai. achha hai.</w:t>
      </w:r>
    </w:p>
    <w:p>
      <w:pPr>
        <w:pStyle w:val="Heading2"/>
      </w:pPr>
      <w:r>
        <w:t>Definition of Finding and Discovery</w:t>
      </w:r>
    </w:p>
    <w:p>
      <w:r>
        <w:rPr>
          <w:color w:val="666666"/>
          <w:sz w:val="18"/>
        </w:rPr>
        <w:t>Life &amp; Wisdom · Age Of Consumerism I January 6, 2013 Maulana Wahiduddin Khan · 1m 56s · at 1:04:07 · https://youtu.be/CuRYFl7JuEM?t=3847</w:t>
      </w:r>
    </w:p>
    <w:p>
      <w:r>
        <w:rPr>
          <w:i/>
        </w:rPr>
        <w:t>“Maulana, you mentioned in today's talk about asking from other people about their finding and their discovery. Maulana sahib, I want to know what is your definition of finding and discovery. I am asking this because when we ask people, they give us some answer which is of negative experience and complaint in nature. Please tell me.”</w:t>
      </w:r>
    </w:p>
    <w:p>
      <w:r>
        <w:rPr>
          <w:sz w:val="20"/>
        </w:rPr>
        <w:t>1:04:07  Maulana, agla sawal Kolkatta se hai, Farooq Sahab ka. Unhon ne likha hai: "Maulana, you mentioned in today talk about asking from other people about their finding or their discovery." Maulana Sahab, I want to know what is your definition of</w:t>
      </w:r>
      <w:r>
        <w:br/>
      </w:r>
      <w:r>
        <w:rPr>
          <w:sz w:val="20"/>
        </w:rPr>
        <w:t>1:04:25  finding or discovery. I am asking this because when we ask people, they give us some answer which is of negative experience or complaint in nature.</w:t>
      </w:r>
      <w:r>
        <w:br/>
      </w:r>
      <w:r>
        <w:rPr>
          <w:sz w:val="20"/>
        </w:rPr>
        <w:t>1:04:37  Please tell me. Woh woh discovery nahi kaha jayega, discovery honi chahiye positive. Agar koi positive finding nahi hai aap ke paas, to discovery nahi hai, woh to reaction hai.</w:t>
      </w:r>
      <w:r>
        <w:br/>
      </w:r>
      <w:r>
        <w:rPr>
          <w:sz w:val="20"/>
        </w:rPr>
        <w:t>1:04:48  There is difference between reaction and discovery. Jo aadmi bataye ke dekho bhai, aasman mein zulm ho raha hai, dekho bhai, Israel mein aisa zulm hua, woh discovery nahi us ki kahi jayegi, woh to reaction kaha jayega.</w:t>
      </w:r>
      <w:r>
        <w:br/>
      </w:r>
      <w:r>
        <w:rPr>
          <w:sz w:val="20"/>
        </w:rPr>
        <w:t>1:05:02  So there is difference between reaction and discovery. Discovery aik creative word hai,</w:t>
      </w:r>
      <w:r>
        <w:br/>
      </w:r>
      <w:r>
        <w:rPr>
          <w:sz w:val="20"/>
        </w:rPr>
        <w:t>1:05:08  aik positive word hai, aik wisdom se bhara hua word hai. Jo aadmi protest ki baaten kare, complaint ki baaten kare, woh to just like animal jee raha hai.</w:t>
      </w:r>
      <w:r>
        <w:br/>
      </w:r>
      <w:r>
        <w:rPr>
          <w:sz w:val="20"/>
        </w:rPr>
        <w:t>1:05:18  Woh animal ko danda mara hai to woh chalayega, woh discovery nahi hai.</w:t>
      </w:r>
      <w:r>
        <w:br/>
      </w:r>
      <w:r>
        <w:rPr>
          <w:sz w:val="20"/>
        </w:rPr>
        <w:t>1:05:27  Discovery woh hai ke jis ko koi wisdom ki baat daryaft kare, koi hikmat ki baat daryaft kare, koi positive baat daryaft kare, koi creative baat daryaft kare, to woh us se log khali hain.</w:t>
      </w:r>
      <w:r>
        <w:br/>
      </w:r>
      <w:r>
        <w:rPr>
          <w:sz w:val="20"/>
        </w:rPr>
        <w:t>1:05:41  Shikayaten karte hain, khali shikayaten karte hain. Jaise ke mein ne arz kiya, aik sahib dunya bhar ghoome hain,</w:t>
      </w:r>
      <w:r>
        <w:br/>
      </w:r>
      <w:r>
        <w:rPr>
          <w:sz w:val="20"/>
        </w:rPr>
        <w:t>1:05:46  unhon ne kaha ke sari dunya ke Musalmanon mein do hi baaten hain: apne liye fakhr, doosre ki nafrat. Yeh discovery nahi hai, yeh yeh to bilkul animal behavior hai, animal hai.</w:t>
      </w:r>
      <w:r>
        <w:br/>
      </w:r>
      <w:r>
        <w:rPr>
          <w:sz w:val="20"/>
        </w:rPr>
        <w:t>1:05:58  Us ko kuch bhi haqeeqat us ki nahi hai.</w:t>
      </w:r>
    </w:p>
    <w:p>
      <w:pPr>
        <w:pStyle w:val="Heading2"/>
      </w:pPr>
      <w:r>
        <w:t>Definition of Finding or Discovery</w:t>
      </w:r>
    </w:p>
    <w:p>
      <w:r>
        <w:rPr>
          <w:color w:val="666666"/>
          <w:sz w:val="18"/>
        </w:rPr>
        <w:t>Life &amp; Wisdom · Question &amp; Answer Jan 6th 2013 - Maulana Wahiduddin Kahn · 1m 56s · at 4:33 · https://youtu.be/1FAK1QuHEpw?t=273</w:t>
      </w:r>
    </w:p>
    <w:p>
      <w:r>
        <w:rPr>
          <w:i/>
        </w:rPr>
        <w:t>“I want to know what is your definition of finding or discovery? I am asking this because when we ask people they give us some answer which is of negative experience or complaint in nature. Please tell me.”</w:t>
      </w:r>
    </w:p>
    <w:p>
      <w:r>
        <w:rPr>
          <w:sz w:val="20"/>
        </w:rPr>
        <w:t>4:33  maulana, agla sawal kolkata se hai, farooq sahib ka. Unhon ne likha hai: "maulana, you mentioned in today's talk about asking from other people about their finding or their discovery." Maulana sahib, I want to know what is your definition of finding or discovery</w:t>
      </w:r>
      <w:r>
        <w:br/>
      </w:r>
      <w:r>
        <w:rPr>
          <w:sz w:val="20"/>
        </w:rPr>
        <w:t>4:53  ? I am asking this because when we ask people they give us some answer which is of negative experience or complaint in nature.</w:t>
      </w:r>
      <w:r>
        <w:br/>
      </w:r>
      <w:r>
        <w:rPr>
          <w:sz w:val="20"/>
        </w:rPr>
        <w:t>5:03  Please tell me.</w:t>
      </w:r>
      <w:r>
        <w:br/>
      </w:r>
      <w:r>
        <w:rPr>
          <w:sz w:val="20"/>
        </w:rPr>
        <w:t>5:05  woh woh discovery nahi kaha jaye ga. Discovery honi chahiye positive. Agar koi positive finding nahi hai aap ke paas to discovery nahi hai. Woh to reaction hai. There is difference between reaction and discovery.</w:t>
      </w:r>
      <w:r>
        <w:br/>
      </w:r>
      <w:r>
        <w:rPr>
          <w:sz w:val="20"/>
        </w:rPr>
        <w:t>5:18  jo aadmi bataye ke dekho bhai aasman mein zulm ho raha hai, dekho bhai falasteen mein aisa zulm hua, woh discovery nahi is ki kahi jaye gi. Woh to reaction kaha jaye ga.</w:t>
      </w:r>
      <w:r>
        <w:br/>
      </w:r>
      <w:r>
        <w:rPr>
          <w:sz w:val="20"/>
        </w:rPr>
        <w:t>5:28  So there is difference between reaction and discovery. Discovery aik creative word hai. Aik positive word hai. Aik wisdom se bhara hua word hai.</w:t>
      </w:r>
      <w:r>
        <w:br/>
      </w:r>
      <w:r>
        <w:rPr>
          <w:sz w:val="20"/>
        </w:rPr>
        <w:t>5:40  jo aadmi protest ki baaten kare, complaint ki baaten kare, woh to just like animal jee raha hai woh. Animal ko danda mara hai to woh chalaye ga.</w:t>
      </w:r>
      <w:r>
        <w:br/>
      </w:r>
      <w:r>
        <w:rPr>
          <w:sz w:val="20"/>
        </w:rPr>
        <w:t>5:51  woh discovery nahi hai. Discovery woh hai ke jis jo koi wisdom ki baat daryaft kare, koi hikmat ki baat daryaft kare, koi positive baat daryaft kare, koi creative baat daryaft kare.</w:t>
      </w:r>
      <w:r>
        <w:br/>
      </w:r>
      <w:r>
        <w:rPr>
          <w:sz w:val="20"/>
        </w:rPr>
        <w:t>6:04  to woh us se log khali hain. Shikayaten karte hain, khali shikayaten karte hain. Jaise ke mein ne arz kiya, ek sahib dunya bhar ghoome hain. Unhon ne kaha ke sari dunya ke musalmanon mein do hi baaten hain: apne liye fakhr, doosre ki nafrat.</w:t>
      </w:r>
      <w:r>
        <w:br/>
      </w:r>
      <w:r>
        <w:rPr>
          <w:sz w:val="20"/>
        </w:rPr>
        <w:t>6:19  yeh discovery nahi hai yeh. Yeh to bilkul animal behavior hai, animal hai. Is ko kuch bhi haqeeqat is ki nahi hai.</w:t>
      </w:r>
    </w:p>
    <w:p>
      <w:pPr>
        <w:pStyle w:val="Heading2"/>
      </w:pPr>
      <w:r>
        <w:t>Definition of High Thinking Correctness</w:t>
      </w:r>
    </w:p>
    <w:p>
      <w:r>
        <w:rPr>
          <w:color w:val="666666"/>
          <w:sz w:val="18"/>
        </w:rPr>
        <w:t>Life &amp; Wisdom · Age of Consumerism January 6, 2013 · 44s · at 1:11:19 · https://youtu.be/zJRZ1OKUhgA?t=4279</w:t>
      </w:r>
    </w:p>
    <w:p>
      <w:r>
        <w:rPr>
          <w:i/>
        </w:rPr>
        <w:t>“After listening to the talk, I did high thinking and gave a definition based on my understanding: 'High definition thinking converts material thinking into divine thinking, hate thinking into positive thinking, political thinking into Dawah thinking, luxury life into need-based life.' Is this correct, and what else can be added?”</w:t>
      </w:r>
    </w:p>
    <w:p>
      <w:r>
        <w:rPr>
          <w:sz w:val="20"/>
        </w:rPr>
        <w:t>1:11:19  ah, maulana, agla sawal tamil nadu se hai, maulana iqbal umri ka. maulana, unhon ne talk sunne ke baad ek high high thinking ki, ah, apne understanding ke hisab se ek definition di hai.</w:t>
      </w:r>
      <w:r>
        <w:br/>
      </w:r>
      <w:r>
        <w:rPr>
          <w:sz w:val="20"/>
        </w:rPr>
        <w:t>1:11:33  to woh yeh janna chahte hain ke yeh definition mein aur kya cheezein ho sak</w:t>
      </w:r>
      <w:r>
        <w:br/>
      </w:r>
      <w:r>
        <w:rPr>
          <w:sz w:val="20"/>
        </w:rPr>
        <w:t>1:11:37  ti hain. unhon ne likha hai: "high definition ki thinking convert material thinking into divine thinking, hate thinking into positive thinking, politic political thinking into da'wah thinking, luxury life into need based life." theek to hai?</w:t>
      </w:r>
      <w:r>
        <w:br/>
      </w:r>
      <w:r>
        <w:rPr>
          <w:sz w:val="20"/>
        </w:rPr>
        <w:t>1:11:55  ji, acha hai, mera khayal se acha hai. ji, theek hai sahib, ji bilkul theek hai. acha</w:t>
      </w:r>
    </w:p>
    <w:p>
      <w:pPr>
        <w:pStyle w:val="Heading2"/>
      </w:pPr>
      <w:r>
        <w:t>Definition of a Thinker and His Guidance</w:t>
      </w:r>
    </w:p>
    <w:p>
      <w:r>
        <w:rPr>
          <w:color w:val="666666"/>
          <w:sz w:val="18"/>
        </w:rPr>
        <w:t>Life &amp; Wisdom · Conversation with Maulana Wahiduddin Khan | October 01, 2017 · 3m 54s · at 12:09 · https://youtu.be/TmOYGd3rp2M?t=729</w:t>
      </w:r>
    </w:p>
    <w:p>
      <w:r>
        <w:rPr>
          <w:i/>
        </w:rPr>
        <w:t>“Who is a thinker in your opinion and how should he guide people?”</w:t>
      </w:r>
    </w:p>
    <w:p>
      <w:r>
        <w:rPr>
          <w:sz w:val="20"/>
        </w:rPr>
        <w:t>12:09  agla sawal Pakistan se Miss Shabana Ansari ne likha hai.</w:t>
      </w:r>
      <w:r>
        <w:br/>
      </w:r>
      <w:r>
        <w:rPr>
          <w:sz w:val="20"/>
        </w:rPr>
        <w:t>12:16  انہوں نے آپ سے پوچھا ہے کہ "مولانا صاحب، who is a thinker in your opinion?"</w:t>
      </w:r>
      <w:r>
        <w:br/>
      </w:r>
      <w:r>
        <w:rPr>
          <w:sz w:val="20"/>
        </w:rPr>
        <w:t>12:24  ion and how should he guide people?" is ke bare mein batayen.</w:t>
      </w:r>
      <w:r>
        <w:br/>
      </w:r>
      <w:r>
        <w:rPr>
          <w:sz w:val="20"/>
        </w:rPr>
        <w:t>12:31  bhai dekhen, naam le kar main nahin keh sakta ke kaun thinker hai.</w:t>
      </w:r>
      <w:r>
        <w:br/>
      </w:r>
      <w:r>
        <w:rPr>
          <w:sz w:val="20"/>
        </w:rPr>
        <w:t>12:39  meri definition kya hai, woh bata sakta hoon.</w:t>
      </w:r>
      <w:r>
        <w:br/>
      </w:r>
      <w:r>
        <w:rPr>
          <w:sz w:val="20"/>
        </w:rPr>
        <w:t>12:47  kisi ka naam main nahin le sakta.</w:t>
      </w:r>
      <w:r>
        <w:br/>
      </w:r>
      <w:r>
        <w:rPr>
          <w:sz w:val="20"/>
        </w:rPr>
        <w:t>12:55  to dekhen, maine bahut janna chaha ke wisdom kya hai. Wisdom.</w:t>
      </w:r>
      <w:r>
        <w:br/>
      </w:r>
      <w:r>
        <w:rPr>
          <w:sz w:val="20"/>
        </w:rPr>
        <w:t>13:10  to maine yeh discover kiya, yeh jaana ke "wisdom is the ability to discover the relevant by</w:t>
      </w:r>
      <w:r>
        <w:br/>
      </w:r>
      <w:r>
        <w:rPr>
          <w:sz w:val="20"/>
        </w:rPr>
        <w:t>13:26  sorting out the irrelevant." "Wisdom is the ability to discover the relevant by sorting out the irrelevant." to</w:t>
      </w:r>
      <w:r>
        <w:br/>
      </w:r>
      <w:r>
        <w:rPr>
          <w:sz w:val="20"/>
        </w:rPr>
        <w:t>13:33  main isi ko thinker manta hoon jo yeh kaam kar sake.</w:t>
      </w:r>
      <w:r>
        <w:br/>
      </w:r>
      <w:r>
        <w:rPr>
          <w:sz w:val="20"/>
        </w:rPr>
        <w:t>13:41  kyunke is duniya mein dekhen, afkar ka jangall hai.</w:t>
      </w:r>
      <w:r>
        <w:br/>
      </w:r>
      <w:r>
        <w:rPr>
          <w:sz w:val="20"/>
        </w:rPr>
        <w:t>13:48  duniya jo hai, hamesha afkar ka jang</w:t>
      </w:r>
      <w:r>
        <w:br/>
      </w:r>
      <w:r>
        <w:rPr>
          <w:sz w:val="20"/>
        </w:rPr>
        <w:t>13:56  l rahi hai.</w:t>
      </w:r>
      <w:r>
        <w:br/>
      </w:r>
      <w:r>
        <w:rPr>
          <w:sz w:val="20"/>
        </w:rPr>
        <w:t>14:01  har aadmi apni apni baat kehta hai.</w:t>
      </w:r>
      <w:r>
        <w:br/>
      </w:r>
      <w:r>
        <w:rPr>
          <w:sz w:val="20"/>
        </w:rPr>
        <w:t>14:06  har aadmi ki apni ek way of thinking hai, woh apni baat kehta hai.</w:t>
      </w:r>
      <w:r>
        <w:br/>
      </w:r>
      <w:r>
        <w:rPr>
          <w:sz w:val="20"/>
        </w:rPr>
        <w:t>14:11  to thinker woh hai jis ke andar yeh salahiyat ho ke bahut sari baaton ke jangall mein alag</w:t>
      </w:r>
      <w:r>
        <w:br/>
      </w:r>
      <w:r>
        <w:rPr>
          <w:sz w:val="20"/>
        </w:rPr>
        <w:t>14:16  kar ke dekh sake cheezon ko.</w:t>
      </w:r>
      <w:r>
        <w:br/>
      </w:r>
      <w:r>
        <w:rPr>
          <w:sz w:val="20"/>
        </w:rPr>
        <w:t>14:21  yani jo irrelevant baaten hain, us ko alag kar sake</w:t>
      </w:r>
      <w:r>
        <w:br/>
      </w:r>
      <w:r>
        <w:rPr>
          <w:sz w:val="20"/>
        </w:rPr>
        <w:t>14:26  aur jo relevant baat hai, us ko jaankar pakad sake.</w:t>
      </w:r>
      <w:r>
        <w:br/>
      </w:r>
      <w:r>
        <w:rPr>
          <w:sz w:val="20"/>
        </w:rPr>
        <w:t>14:31  to bade azeem thinker wahi hai jis ke mind mein sari baaten aayen, sari baaton ka jangall ho.</w:t>
      </w:r>
      <w:r>
        <w:br/>
      </w:r>
      <w:r>
        <w:rPr>
          <w:sz w:val="20"/>
        </w:rPr>
        <w:t>14:36  yeh baat, woh baat, yeh baat, woh baat.</w:t>
      </w:r>
      <w:r>
        <w:br/>
      </w:r>
      <w:r>
        <w:rPr>
          <w:sz w:val="20"/>
        </w:rPr>
        <w:t>14:41  to woh thinker nahin hai.</w:t>
      </w:r>
      <w:r>
        <w:br/>
      </w:r>
      <w:r>
        <w:rPr>
          <w:sz w:val="20"/>
        </w:rPr>
        <w:t>14:46  thinker wohi hai jis ke andar clarity ho.</w:t>
      </w:r>
      <w:r>
        <w:br/>
      </w:r>
      <w:r>
        <w:rPr>
          <w:sz w:val="20"/>
        </w:rPr>
        <w:t>14:51  aur clarity usi waqt aati hai jab</w:t>
      </w:r>
      <w:r>
        <w:br/>
      </w:r>
      <w:r>
        <w:rPr>
          <w:sz w:val="20"/>
        </w:rPr>
        <w:t>14:56  ke aap relevant ko irrelevant se alag kar saken. Logon ki baaton mein, aap logon ki baaton mein, logon ki tehreeron mein aap dekhenge ke aksar clarity nahin hoti hai. Is ki wajah kya hai? Is ki wajah yeh hai ke woh relevant aur irrelevant ko alag kar ke dekh nahin paate. To dono mila rahte</w:t>
      </w:r>
      <w:r>
        <w:br/>
      </w:r>
      <w:r>
        <w:rPr>
          <w:sz w:val="20"/>
        </w:rPr>
        <w:t>15:26  hain, dono baatein un ke ham mili rehti hain.</w:t>
      </w:r>
      <w:r>
        <w:br/>
      </w:r>
      <w:r>
        <w:rPr>
          <w:sz w:val="20"/>
        </w:rPr>
        <w:t>15:32  Isi liye woh confusion aata hai.</w:t>
      </w:r>
      <w:r>
        <w:br/>
      </w:r>
      <w:r>
        <w:rPr>
          <w:sz w:val="20"/>
        </w:rPr>
        <w:t>15:38  Toh jab aap relevant aur irrelevant ko alag kar ke dekh sakein, tab clarity hogi aap ki baat mein.</w:t>
      </w:r>
      <w:r>
        <w:br/>
      </w:r>
      <w:r>
        <w:rPr>
          <w:sz w:val="20"/>
        </w:rPr>
        <w:t>15:45  Agar aap alag na kar paayein toh aap ki baat mein confusion hoga.</w:t>
      </w:r>
      <w:r>
        <w:br/>
      </w:r>
      <w:r>
        <w:rPr>
          <w:sz w:val="20"/>
        </w:rPr>
        <w:t>15:51  Toh mere aziz, yahi hai thinker ki tareef.</w:t>
      </w:r>
      <w:r>
        <w:br/>
      </w:r>
      <w:r>
        <w:rPr>
          <w:sz w:val="20"/>
        </w:rPr>
        <w:t>15:57  Baaki kaun thinker hai, kaun thinker nahi hai, yeh aap khud ghaur kar ke samjhein.</w:t>
      </w:r>
    </w:p>
    <w:p>
      <w:pPr>
        <w:pStyle w:val="Heading2"/>
      </w:pPr>
      <w:r>
        <w:t>Definition of cheap test and how to overcome it</w:t>
      </w:r>
    </w:p>
    <w:p>
      <w:r>
        <w:rPr>
          <w:color w:val="666666"/>
          <w:sz w:val="18"/>
        </w:rPr>
        <w:t>Life &amp; Wisdom · Q&amp;A 11 Jul 2010 Maulana Wahiduddin Khan · 2m 54s · at 9:22 · https://youtu.be/UHtdtzGGwFQ?t=562</w:t>
      </w:r>
    </w:p>
    <w:p>
      <w:r>
        <w:rPr>
          <w:i/>
        </w:rPr>
        <w:t>“Maulana, you always say that one should save oneself from the 'cheap test.' Kindly tell us what is your definition of the 'cheap test' and how one knows if he or she has developed it. Also tell us how one can come out of it.”</w:t>
      </w:r>
    </w:p>
    <w:p>
      <w:r>
        <w:rPr>
          <w:sz w:val="20"/>
        </w:rPr>
        <w:t>9:22  maulana, agla sawal kya hai? stuti malhotra ne, delhi se. she has written: "maulana, you always say that one should save oneself from the cheap test.</w:t>
      </w:r>
      <w:r>
        <w:br/>
      </w:r>
      <w:r>
        <w:rPr>
          <w:sz w:val="20"/>
        </w:rPr>
        <w:t>9:33  kindly tell us what is your definition of cheap test and how one knows if he or she has developed the cheap test.</w:t>
      </w:r>
      <w:r>
        <w:br/>
      </w:r>
      <w:r>
        <w:rPr>
          <w:sz w:val="20"/>
        </w:rPr>
        <w:t>9:43  also tell us how one can come out of it."</w:t>
      </w:r>
      <w:r>
        <w:br/>
      </w:r>
      <w:r>
        <w:rPr>
          <w:sz w:val="20"/>
        </w:rPr>
        <w:t>9:47  dekhen, cheap test ka koi technical definition available nahin hai. koi bhi started plato aap ko cheap test ka koi technical definition nahin de sakte.</w:t>
      </w:r>
      <w:r>
        <w:br/>
      </w:r>
      <w:r>
        <w:rPr>
          <w:sz w:val="20"/>
        </w:rPr>
        <w:t>10:00  yeh aap ko jaanna padega ke what is cheap test. main misaal de sakta hoon aap ko. misaal de sakta hoon ke cheap test kya hai.</w:t>
      </w:r>
      <w:r>
        <w:br/>
      </w:r>
      <w:r>
        <w:rPr>
          <w:sz w:val="20"/>
        </w:rPr>
        <w:t>10:11  lekin main yeh definition define nahin kar sakta aap ko technical shabdon mein. yaani koi aap se pooche ke bhai tumhari salary kya hai?</w:t>
      </w:r>
      <w:r>
        <w:br/>
      </w:r>
      <w:r>
        <w:rPr>
          <w:sz w:val="20"/>
        </w:rPr>
        <w:t>10:22  there is a cheap test. koi kahe us waqt to breakfast kha liya? there is a cheap test.</w:t>
      </w:r>
      <w:r>
        <w:br/>
      </w:r>
      <w:r>
        <w:rPr>
          <w:sz w:val="20"/>
        </w:rPr>
        <w:t>10:29  koi kahe tumhare bachche kitne hain? there is a cheap test.</w:t>
      </w:r>
      <w:r>
        <w:br/>
      </w:r>
      <w:r>
        <w:rPr>
          <w:sz w:val="20"/>
        </w:rPr>
        <w:t>10:35  haan, koi yeh pooche ke bhai tumhara intelligence development kaise hua hai? There is high test.</w:t>
      </w:r>
      <w:r>
        <w:br/>
      </w:r>
      <w:r>
        <w:rPr>
          <w:sz w:val="20"/>
        </w:rPr>
        <w:t>10:44  to chip test ki koi definition available nahin hai. na main kar sakta, na koi koi kar sakta. albattah aap ke andar khud agar</w:t>
      </w:r>
      <w:r>
        <w:br/>
      </w:r>
      <w:r>
        <w:rPr>
          <w:sz w:val="20"/>
        </w:rPr>
        <w:t>10:58  woh quality hai to aap samajh sakte hain ke kya cheap test hai aur kya high test hai. main by nature cheap test se bohat hi allergic hoon, bohat allergic hoon.</w:t>
      </w:r>
      <w:r>
        <w:br/>
      </w:r>
      <w:r>
        <w:rPr>
          <w:sz w:val="20"/>
        </w:rPr>
        <w:t>11:11  aur high test ko bohat pasand karta hoon,</w:t>
      </w:r>
      <w:r>
        <w:br/>
      </w:r>
      <w:r>
        <w:rPr>
          <w:sz w:val="20"/>
        </w:rPr>
        <w:t>11:14  bohat ziyada.</w:t>
      </w:r>
      <w:r>
        <w:br/>
      </w:r>
      <w:r>
        <w:rPr>
          <w:sz w:val="20"/>
        </w:rPr>
        <w:t>11:18  maulana, agar koi apne aap ko cheap test mein paata hai to is mein se kaise bahar nikal sakta hai?</w:t>
      </w:r>
      <w:r>
        <w:br/>
      </w:r>
      <w:r>
        <w:rPr>
          <w:sz w:val="20"/>
        </w:rPr>
        <w:t>11:24  pa jaate hi bahar nikalna hai. bechaini to paate nahin log. paane ke baad to bilkul aasaan hai. log cheap test rehte hain aur samajhte hain ke hum cheap test nahin hain.</w:t>
      </w:r>
      <w:r>
        <w:br/>
      </w:r>
      <w:r>
        <w:rPr>
          <w:sz w:val="20"/>
        </w:rPr>
        <w:t>11:34  asal problem yahan hai. sab se bada problem yeh hai ke apne problem ko aadmi jaanta nahin. apne andar jo coming hai, jo weakness hai,</w:t>
      </w:r>
      <w:r>
        <w:br/>
      </w:r>
      <w:r>
        <w:rPr>
          <w:sz w:val="20"/>
        </w:rPr>
        <w:t>11:47  us weakness se woh unaware rehta hai. problem yahan hai. agar aap jaan len to phir to phir bilkul aasaan hai. jab aap jaan len ke yeh switch hai, is ko dabane se light ho jayegi to phir kya mushkil kya hai?</w:t>
      </w:r>
      <w:r>
        <w:br/>
      </w:r>
      <w:r>
        <w:rPr>
          <w:sz w:val="20"/>
        </w:rPr>
        <w:t>12:00  bhai daba dijiye is ko.</w:t>
      </w:r>
      <w:r>
        <w:br/>
      </w:r>
      <w:r>
        <w:rPr>
          <w:sz w:val="20"/>
        </w:rPr>
        <w:t>12:04  awareness to yaani ho jaye. agar sach poochhen to aap is ki key per pahunch gaye.</w:t>
      </w:r>
    </w:p>
    <w:p>
      <w:pPr>
        <w:pStyle w:val="Heading2"/>
      </w:pPr>
      <w:r>
        <w:t>Definition of finding and discovery</w:t>
      </w:r>
    </w:p>
    <w:p>
      <w:r>
        <w:rPr>
          <w:color w:val="666666"/>
          <w:sz w:val="18"/>
        </w:rPr>
        <w:t>Life &amp; Wisdom · Age of Consumerism January 6, 2013 · 1m 56s · at 1:03:13 · https://youtu.be/zJRZ1OKUhgA?t=3793</w:t>
      </w:r>
    </w:p>
    <w:p>
      <w:r>
        <w:rPr>
          <w:i/>
        </w:rPr>
        <w:t>“Maulana, you mentioned in today's talk about asking people about their finding and discovery. I want to know your definition of finding and discovery, because when we ask, we get negative and complaint answers.”</w:t>
      </w:r>
    </w:p>
    <w:p>
      <w:r>
        <w:rPr>
          <w:sz w:val="20"/>
        </w:rPr>
        <w:t>1:03:13  maulana, agla sawal Kolkata se hai, Farooq sahib ka.</w:t>
      </w:r>
      <w:r>
        <w:br/>
      </w:r>
      <w:r>
        <w:rPr>
          <w:sz w:val="20"/>
        </w:rPr>
        <w:t>1:03:17  unhon ne likha hai: "maulana, you mentioned in today's talk about asking from other people about their finding or their discovery." maulana sahib, I want to know what is your definition of finding or discovery.</w:t>
      </w:r>
      <w:r>
        <w:br/>
      </w:r>
      <w:r>
        <w:rPr>
          <w:sz w:val="20"/>
        </w:rPr>
        <w:t>1:03:33  I am asking this because when we ask people, they give us some answer which is of negative experience or complaint in nature.</w:t>
      </w:r>
      <w:r>
        <w:br/>
      </w:r>
      <w:r>
        <w:rPr>
          <w:sz w:val="20"/>
        </w:rPr>
        <w:t>1:03:43  please tell me. woh woh discovery nahin kaha jaye ga,</w:t>
      </w:r>
      <w:r>
        <w:br/>
      </w:r>
      <w:r>
        <w:rPr>
          <w:sz w:val="20"/>
        </w:rPr>
        <w:t>1:03:47  discovery honi chahiye positive. agar koi positive finding nahi hai aap ke paas to discovery nahi hai, woh to reaction hai. there is difference between reaction and discovery.</w:t>
      </w:r>
      <w:r>
        <w:br/>
      </w:r>
      <w:r>
        <w:rPr>
          <w:sz w:val="20"/>
        </w:rPr>
        <w:t>1:03:58  jo aadmi bataye ke dekho bhai, aasman aasman mein zulm ho raha hai, dekho bhai, israel mein aisa zulm hua, woh discovery nahi us ki kahi jayegi, woh to reaction kaha jayega.</w:t>
      </w:r>
      <w:r>
        <w:br/>
      </w:r>
      <w:r>
        <w:rPr>
          <w:sz w:val="20"/>
        </w:rPr>
        <w:t>1:04:08  to there is difference between reaction and discovery</w:t>
      </w:r>
      <w:r>
        <w:br/>
      </w:r>
      <w:r>
        <w:rPr>
          <w:sz w:val="20"/>
        </w:rPr>
        <w:t>1:04:11  . discovery ek creative word hai, ek positive word hai, ek wisdom se bhara hua word hai.</w:t>
      </w:r>
      <w:r>
        <w:br/>
      </w:r>
      <w:r>
        <w:rPr>
          <w:sz w:val="20"/>
        </w:rPr>
        <w:t>1:04:20  jo aadmi protest ki baatein kare, complaint ki baatein kare, woh to just like animal jee raha hai. woh animal ko danda mara hai to woh chalayega, woh discovery nahi hai.</w:t>
      </w:r>
      <w:r>
        <w:br/>
      </w:r>
      <w:r>
        <w:rPr>
          <w:sz w:val="20"/>
        </w:rPr>
        <w:t>1:04:33  discovery woh hai ke jis jo koi wisdom ki baat daryaft kare, koi hikmat ki baat daryaft kare, koi positive baat daryaft kare, koi creative baat daryaft kare, to woh us se log khali hain.</w:t>
      </w:r>
      <w:r>
        <w:br/>
      </w:r>
      <w:r>
        <w:rPr>
          <w:sz w:val="20"/>
        </w:rPr>
        <w:t>1:04:47  shikayatein karte hain, khali shikayatein karte hain. jaise ke maine arz kiya, ek sahab dunya bhar ghoome hain, unhone kaha ke sari dunya ke musalmanon mein do hi baatein hain: apne liye fakhr, doosre ki nafrat.</w:t>
      </w:r>
      <w:r>
        <w:br/>
      </w:r>
      <w:r>
        <w:rPr>
          <w:sz w:val="20"/>
        </w:rPr>
        <w:t>1:04:59  yeh discovery nahi hai, yeh</w:t>
      </w:r>
      <w:r>
        <w:br/>
      </w:r>
      <w:r>
        <w:rPr>
          <w:sz w:val="20"/>
        </w:rPr>
        <w:t>1:05:01  yeh to bilkul animal behaviour hai, animal hai. is ko kuch bhi haqeeqat us ki nahi hai.</w:t>
      </w:r>
    </w:p>
    <w:p>
      <w:pPr>
        <w:pStyle w:val="Heading2"/>
      </w:pPr>
      <w:r>
        <w:t>Definition of rational thought</w:t>
      </w:r>
    </w:p>
    <w:p>
      <w:r>
        <w:rPr>
          <w:color w:val="666666"/>
          <w:sz w:val="18"/>
        </w:rPr>
        <w:t>Life &amp; Wisdom · Spiritual Light of The Believers (Itmam-E-Noor ) May 12, 2013 · 1m 23s · at 52:30 · https://youtu.be/SmjmddWA1Jo?t=3150</w:t>
      </w:r>
    </w:p>
    <w:p>
      <w:r>
        <w:rPr>
          <w:i/>
        </w:rPr>
        <w:t>“What is meant by rational thought?”</w:t>
      </w:r>
    </w:p>
    <w:p>
      <w:r>
        <w:rPr>
          <w:sz w:val="20"/>
        </w:rPr>
        <w:t>52:30  maulana, agla sawal mumbai se hai, mister vikas mehta ka.</w:t>
      </w:r>
      <w:r>
        <w:br/>
      </w:r>
      <w:r>
        <w:rPr>
          <w:sz w:val="20"/>
        </w:rPr>
        <w:t>52:34  unhon ne aap se poocha hai: "what is meant by rational thought?" is ke baray mein batayen. dekhiye, yeh ek ek</w:t>
      </w:r>
      <w:r>
        <w:br/>
      </w:r>
      <w:r>
        <w:rPr>
          <w:sz w:val="20"/>
        </w:rPr>
        <w:t>52:46  is baat ko yoon samjhein ke scientific daur se pehle dunya mein greek logic chalti thi.</w:t>
      </w:r>
      <w:r>
        <w:br/>
      </w:r>
      <w:r>
        <w:rPr>
          <w:sz w:val="20"/>
        </w:rPr>
        <w:t>52:56  greek logic jo base karti thi syllogism par. syllogism ka matlab hai, yaani crossy argument.</w:t>
      </w:r>
      <w:r>
        <w:br/>
      </w:r>
      <w:r>
        <w:rPr>
          <w:sz w:val="20"/>
        </w:rPr>
        <w:t>53:06  pehlay zamanay mein crossy argument hua karte thay, lekin science ne aisa kiya ke jo haqiqatein chhupi hui theen, un ko is ne khol diya.</w:t>
      </w:r>
      <w:r>
        <w:br/>
      </w:r>
      <w:r>
        <w:rPr>
          <w:sz w:val="20"/>
        </w:rPr>
        <w:t>53:17  to scientific daur ke baad aik nai logic aai, scientific logic. to scientific logic yeh hai, yeh rational argument yeh hai ke jo well established facts jo hain, jo well known fact hain, un ki un ki base par kisi baat ko kehna pehle qiyas ki buniyad par baatein kahi jaati theen.</w:t>
      </w:r>
      <w:r>
        <w:br/>
      </w:r>
      <w:r>
        <w:rPr>
          <w:sz w:val="20"/>
        </w:rPr>
        <w:t>53:43  ab, yaani established fact ki buniyad par baat kahi jaati hai. yahi hai rational argument.</w:t>
      </w:r>
    </w:p>
    <w:p>
      <w:pPr>
        <w:pStyle w:val="Heading2"/>
      </w:pPr>
      <w:r>
        <w:t>Definition of wisdom and intellect</w:t>
      </w:r>
    </w:p>
    <w:p>
      <w:r>
        <w:rPr>
          <w:color w:val="666666"/>
          <w:sz w:val="18"/>
        </w:rPr>
        <w:t>Life &amp; Wisdom · Age of Consumerism January 6, 2013 · 48s · at 1:17:32 · https://youtu.be/zJRZ1OKUhgA?t=4652</w:t>
      </w:r>
    </w:p>
    <w:p>
      <w:r>
        <w:rPr>
          <w:i/>
        </w:rPr>
        <w:t>“What is wisdom and intellect?”</w:t>
      </w:r>
    </w:p>
    <w:p>
      <w:r>
        <w:rPr>
          <w:sz w:val="20"/>
        </w:rPr>
        <w:t>1:17:32  maulana, agla sawal dilli se hai, shail sahib ka. unhone sawal kiya hai: "what is wisdom and intellect?"</w:t>
      </w:r>
      <w:r>
        <w:br/>
      </w:r>
      <w:r>
        <w:rPr>
          <w:sz w:val="20"/>
        </w:rPr>
        <w:t>1:17:47  ab intellect ka matlab to hota hai zehanat, wisdom ka matlab hota hai hikmat.</w:t>
      </w:r>
      <w:r>
        <w:br/>
      </w:r>
      <w:r>
        <w:rPr>
          <w:sz w:val="20"/>
        </w:rPr>
        <w:t>1:17:53  to wisdom to intellect se nikalti hai, yaani intellect jo hai, woh is is se wisdom haasil hoti hai.</w:t>
      </w:r>
      <w:r>
        <w:br/>
      </w:r>
      <w:r>
        <w:rPr>
          <w:sz w:val="20"/>
        </w:rPr>
        <w:t>1:18:03  aur intellect to salahiyat ka naam hai. zehanat aap ka aap ke andar hai, to aap ke andar woh salahiyat maujood hai. to intellect jo hai, woh salahiyat ko bata rahi hai aur wisdom nateejay ko bata rahi hai.</w:t>
      </w:r>
      <w:r>
        <w:br/>
      </w:r>
      <w:r>
        <w:rPr>
          <w:sz w:val="20"/>
        </w:rPr>
        <w:t>1:18:17  yeh main samajhta hoon. phir ab theek hai ji.</w:t>
      </w:r>
    </w:p>
    <w:p>
      <w:pPr>
        <w:pStyle w:val="Heading2"/>
      </w:pPr>
      <w:r>
        <w:t>Depression despite wealth: Quranic explanation</w:t>
      </w:r>
    </w:p>
    <w:p>
      <w:r>
        <w:rPr>
          <w:color w:val="666666"/>
          <w:sz w:val="18"/>
        </w:rPr>
        <w:t>Life &amp; Wisdom · Q&amp;A 13 Nov 2011 · 1m 32s · at 14:07 · https://youtu.be/oOZ9h37_pL8?t=847</w:t>
      </w:r>
    </w:p>
    <w:p>
      <w:r>
        <w:rPr>
          <w:i/>
        </w:rPr>
        <w:t>“Why does today's human die in depression while today's human has immense wealth?”</w:t>
      </w:r>
    </w:p>
    <w:p>
      <w:r>
        <w:rPr>
          <w:sz w:val="20"/>
        </w:rPr>
        <w:t>14:07  maulana agla sawal miss saira latif ne kiya hai karachi pakistan se. unhon ne likha hai ke mera sawal yeh hai ke aaj ka insan kyun desperation mein marta hai jabke aaj insan ke paas bepanah daulat hai?</w:t>
      </w:r>
      <w:r>
        <w:br/>
      </w:r>
      <w:r>
        <w:rPr>
          <w:sz w:val="20"/>
        </w:rPr>
        <w:t>14:26  is ka jawab to quran mein hai. alhakum-ut-takathur hatta zurtum-ul-maqabir. yani takathur ka mizaj.</w:t>
      </w:r>
      <w:r>
        <w:br/>
      </w:r>
      <w:r>
        <w:rPr>
          <w:sz w:val="20"/>
        </w:rPr>
        <w:t>14:34  yani mor aur mor, mor aur mor ka mizaj. to insan ka yeh mizaj mor aur mor ka jo hai yeh sach poochien to jannat ke liye hai. jannat mein aap ko mor aur mor milega.</w:t>
      </w:r>
      <w:r>
        <w:br/>
      </w:r>
      <w:r>
        <w:rPr>
          <w:sz w:val="20"/>
        </w:rPr>
        <w:t>14:45  is ko dunya mein chahte hain</w:t>
      </w:r>
      <w:r>
        <w:br/>
      </w:r>
      <w:r>
        <w:rPr>
          <w:sz w:val="20"/>
        </w:rPr>
        <w:t>14:48  apply karna. yahan to mor aur mor nahi mil sakta. yahan to limited hi milega. to takathur jo lafz hai quran majeed mein bohat hi sahi batata hai insan ke yani is mizaj jo insan ke andar hai.</w:t>
      </w:r>
      <w:r>
        <w:br/>
      </w:r>
      <w:r>
        <w:rPr>
          <w:sz w:val="20"/>
        </w:rPr>
        <w:t>15:05  takathur ka matlab yahi hota hai ke mor aur mor chahna aur zyada aur zyada ka hiras karna. lafz hiras is ka sahi explanation karta hai.</w:t>
      </w:r>
      <w:r>
        <w:br/>
      </w:r>
      <w:r>
        <w:rPr>
          <w:sz w:val="20"/>
        </w:rPr>
        <w:t>15:15  logon ke andar qanaat nahi hai, hiras hai. sara mamla jo hai in do lafzon mein hai.</w:t>
      </w:r>
      <w:r>
        <w:br/>
      </w:r>
      <w:r>
        <w:rPr>
          <w:sz w:val="20"/>
        </w:rPr>
        <w:t>15:22  qanaat agar aap ke andar aa jaye qanaat to aap ko sukoon hoga. aur hiras agar rahe to aap hamesha aap isi mein pareshani mein rahenge hatta ke is pareshani mein mar jayenge.</w:t>
      </w:r>
    </w:p>
    <w:p>
      <w:pPr>
        <w:pStyle w:val="Heading2"/>
      </w:pPr>
      <w:r>
        <w:t>Destruction and taqwa explanation</w:t>
      </w:r>
    </w:p>
    <w:p>
      <w:r>
        <w:rPr>
          <w:color w:val="666666"/>
          <w:sz w:val="18"/>
        </w:rPr>
        <w:t>Life &amp; Wisdom · Dars-e-Quran, Chapter 2, Verse 35 | December 17, 2017 · 1m 26s · at 1:14:12 · https://youtu.be/Cd8MlWM7B9w?t=4452</w:t>
      </w:r>
    </w:p>
    <w:p>
      <w:r>
        <w:rPr>
          <w:i/>
        </w:rPr>
        <w:t>“Is the explanation you gave for destruction the same as for taqwa? Please clarify.”</w:t>
      </w:r>
    </w:p>
    <w:p>
      <w:r>
        <w:rPr>
          <w:sz w:val="20"/>
        </w:rPr>
        <w:t>1:14:12  good for others and find the secondary role in terms of others. Maulana, agla sawal kiya hai Shamim Ahmed Khan sahib ne Kolkata se. unhon ne aap se poocha hai ke distraction ki jo wazahat aap ne ki hai, kya yahi wazahat taqwa ki bhi hogi? is ke baray mein batayen.</w:t>
      </w:r>
      <w:r>
        <w:br/>
      </w:r>
      <w:r>
        <w:rPr>
          <w:sz w:val="20"/>
        </w:rPr>
        <w:t>1:14:42  haan, ek aitbaar se wahi hai.</w:t>
      </w:r>
      <w:r>
        <w:br/>
      </w:r>
      <w:r>
        <w:rPr>
          <w:sz w:val="20"/>
        </w:rPr>
        <w:t>1:14:46  taqwa ke mani hain bachna.</w:t>
      </w:r>
      <w:r>
        <w:br/>
      </w:r>
      <w:r>
        <w:rPr>
          <w:sz w:val="20"/>
        </w:rPr>
        <w:t>1:14:51  lafzi mani taqwa ke hain bachna.</w:t>
      </w:r>
      <w:r>
        <w:br/>
      </w:r>
      <w:r>
        <w:rPr>
          <w:sz w:val="20"/>
        </w:rPr>
        <w:t>1:14:55  ise wiqaya kehte hain dhaal ko jis se aadmi bachta hai takraao ke waqt.</w:t>
      </w:r>
      <w:r>
        <w:br/>
      </w:r>
      <w:r>
        <w:rPr>
          <w:sz w:val="20"/>
        </w:rPr>
        <w:t>1:14:59  to taqwa ke mani hain bachna.</w:t>
      </w:r>
      <w:r>
        <w:br/>
      </w:r>
      <w:r>
        <w:rPr>
          <w:sz w:val="20"/>
        </w:rPr>
        <w:t>1:15:04  bachne ke mani hain ke apne aap ko derailment se bachana.</w:t>
      </w:r>
      <w:r>
        <w:br/>
      </w:r>
      <w:r>
        <w:rPr>
          <w:sz w:val="20"/>
        </w:rPr>
        <w:t>1:15:08  baqi derailment to hazaron qism</w:t>
      </w:r>
      <w:r>
        <w:br/>
      </w:r>
      <w:r>
        <w:rPr>
          <w:sz w:val="20"/>
        </w:rPr>
        <w:t>1:15:12  ke ho sakte hain.</w:t>
      </w:r>
      <w:r>
        <w:br/>
      </w:r>
      <w:r>
        <w:rPr>
          <w:sz w:val="20"/>
        </w:rPr>
        <w:t>1:15:16  to taqwa mein aap ko iski list nahi milegi.</w:t>
      </w:r>
      <w:r>
        <w:br/>
      </w:r>
      <w:r>
        <w:rPr>
          <w:sz w:val="20"/>
        </w:rPr>
        <w:t>1:15:20  woh list to aap ko khud hi banana padega.</w:t>
      </w:r>
      <w:r>
        <w:br/>
      </w:r>
      <w:r>
        <w:rPr>
          <w:sz w:val="20"/>
        </w:rPr>
        <w:t>1:15:24  taqwa ek usool deta hai lekin jo list hai woh aap khud bana banate hain apni.</w:t>
      </w:r>
      <w:r>
        <w:br/>
      </w:r>
      <w:r>
        <w:rPr>
          <w:sz w:val="20"/>
        </w:rPr>
        <w:t>1:15:27  balkeh detect karte hain.</w:t>
      </w:r>
      <w:r>
        <w:br/>
      </w:r>
      <w:r>
        <w:rPr>
          <w:sz w:val="20"/>
        </w:rPr>
        <w:t>1:15:31  har mauqa par aap ja apni list mein kuch add karni parti hai ke is waqt mein kya</w:t>
      </w:r>
      <w:r>
        <w:br/>
      </w:r>
      <w:r>
        <w:rPr>
          <w:sz w:val="20"/>
        </w:rPr>
        <w:t>1:15:35  le kar aaun.</w:t>
      </w:r>
    </w:p>
    <w:p>
      <w:pPr>
        <w:pStyle w:val="Heading2"/>
      </w:pPr>
      <w:r>
        <w:t>Developing Contentment in Self</w:t>
      </w:r>
    </w:p>
    <w:p>
      <w:r>
        <w:rPr>
          <w:color w:val="666666"/>
          <w:sz w:val="18"/>
        </w:rPr>
        <w:t>Life &amp; Wisdom · Dars-e-Quran, Ch. 2 Verse 54 | March 18, 2018 · 1m 18s · at 1:07:41 · https://youtu.be/xQ2LXsz1oTw?t=4061</w:t>
      </w:r>
    </w:p>
    <w:p>
      <w:r>
        <w:rPr>
          <w:i/>
        </w:rPr>
        <w:t>“How can we develop contentment in our self? Please give us your advice.”</w:t>
      </w:r>
    </w:p>
    <w:p>
      <w:r>
        <w:rPr>
          <w:sz w:val="20"/>
        </w:rPr>
        <w:t>1:07:41  ek roots deconditioning hai. Is tarah dua kijiye to phir zaroor qabool hogi. Ji, Maulana, agla sawal lete hain jo Bahrain se Mukhtar sahib ne bheja hai. unhon ne aapse poocha hai ke: "How can we develop contentment in our self? Please give us your advice." Kya matlab? Show Maulana, matlab apne andar qana'at, satisfac</w:t>
      </w:r>
      <w:r>
        <w:br/>
      </w:r>
      <w:r>
        <w:rPr>
          <w:sz w:val="20"/>
        </w:rPr>
        <w:t>1:08:11  شن kaise hum develop karen? Is pe kya advice denge aap? Bas apna kharcha ghaṭāiye.</w:t>
      </w:r>
      <w:r>
        <w:br/>
      </w:r>
      <w:r>
        <w:rPr>
          <w:sz w:val="20"/>
        </w:rPr>
        <w:t>1:08:16  kharcha barhate hain biwi kehne par, bachon kehne par, family kehne par.</w:t>
      </w:r>
      <w:r>
        <w:br/>
      </w:r>
      <w:r>
        <w:rPr>
          <w:sz w:val="20"/>
        </w:rPr>
        <w:t>1:08:21  is ko khatam kijiye.</w:t>
      </w:r>
      <w:r>
        <w:br/>
      </w:r>
      <w:r>
        <w:rPr>
          <w:sz w:val="20"/>
        </w:rPr>
        <w:t>1:08:26  seedhi baat hai.</w:t>
      </w:r>
      <w:r>
        <w:br/>
      </w:r>
      <w:r>
        <w:rPr>
          <w:sz w:val="20"/>
        </w:rPr>
        <w:t>1:08:31  ji, seedhi baat hai.</w:t>
      </w:r>
      <w:r>
        <w:br/>
      </w:r>
      <w:r>
        <w:rPr>
          <w:sz w:val="20"/>
        </w:rPr>
        <w:t>1:08:36  ji, bachon ke bachon ko khush karne ke liye,</w:t>
      </w:r>
      <w:r>
        <w:br/>
      </w:r>
      <w:r>
        <w:rPr>
          <w:sz w:val="20"/>
        </w:rPr>
        <w:t>1:08:42  biwi ko khush karne ke liye, khandan ko khush karne ke liye kharcha barhana hai.</w:t>
      </w:r>
      <w:r>
        <w:br/>
      </w:r>
      <w:r>
        <w:rPr>
          <w:sz w:val="20"/>
        </w:rPr>
        <w:t>1:08:46  to barhate hain log, barhate hain, barhate hain.</w:t>
      </w:r>
      <w:r>
        <w:br/>
      </w:r>
      <w:r>
        <w:rPr>
          <w:sz w:val="20"/>
        </w:rPr>
        <w:t>1:08:50  is ko khatam kijiye.</w:t>
      </w:r>
      <w:r>
        <w:br/>
      </w:r>
      <w:r>
        <w:rPr>
          <w:sz w:val="20"/>
        </w:rPr>
        <w:t>1:08:55  bas dua karte hain aur decondition karte nahin.</w:t>
      </w:r>
    </w:p>
    <w:p>
      <w:pPr>
        <w:pStyle w:val="Heading2"/>
      </w:pPr>
      <w:r>
        <w:t>Developing Right Angle Thinking</w:t>
      </w:r>
    </w:p>
    <w:p>
      <w:r>
        <w:rPr>
          <w:color w:val="666666"/>
          <w:sz w:val="18"/>
        </w:rPr>
        <w:t>Life &amp; Wisdom · Angle of Vision February 28, 2016 · 3m 19s · at 44:35 · https://youtu.be/dFZ7_x1Ul7A?t=2675</w:t>
      </w:r>
    </w:p>
    <w:p>
      <w:r>
        <w:rPr>
          <w:i/>
        </w:rPr>
        <w:t>“How can we develop the right angle of thinking? What should be the starting point for all of us? Please advise.”</w:t>
      </w:r>
    </w:p>
    <w:p>
      <w:r>
        <w:rPr>
          <w:sz w:val="20"/>
        </w:rPr>
        <w:t>44:35  maulana, yeh sawal bhopal se kiya hai zakir sahab ne, aur unhon ne likha hai ke how can</w:t>
      </w:r>
      <w:r>
        <w:br/>
      </w:r>
      <w:r>
        <w:rPr>
          <w:sz w:val="20"/>
        </w:rPr>
        <w:t>44:42  we develop right angle of thinking maulana sahib, what should be the starting point for all of us?</w:t>
      </w:r>
      <w:r>
        <w:br/>
      </w:r>
      <w:r>
        <w:rPr>
          <w:sz w:val="20"/>
        </w:rPr>
        <w:t>44:49  please advise.</w:t>
      </w:r>
      <w:r>
        <w:br/>
      </w:r>
      <w:r>
        <w:rPr>
          <w:sz w:val="20"/>
        </w:rPr>
        <w:t>44:54  bohat simple hai, bohat simple hai.</w:t>
      </w:r>
      <w:r>
        <w:br/>
      </w:r>
      <w:r>
        <w:rPr>
          <w:sz w:val="20"/>
        </w:rPr>
        <w:t>44:59  ہوتا یہ ہے کہ جب کوئی ڈیفرنس آتا ہے تو فوراً آپ blame the self شروع کر دیتے</w:t>
      </w:r>
      <w:r>
        <w:br/>
      </w:r>
      <w:r>
        <w:rPr>
          <w:sz w:val="20"/>
        </w:rPr>
        <w:t>45:04  hain ke ghalti doosre ki, ghalti doosre ki.</w:t>
      </w:r>
      <w:r>
        <w:br/>
      </w:r>
      <w:r>
        <w:rPr>
          <w:sz w:val="20"/>
        </w:rPr>
        <w:t>45:10  jaise hi difference aaya, foran doosre ko le kar sochne lagte hain.</w:t>
      </w:r>
      <w:r>
        <w:br/>
      </w:r>
      <w:r>
        <w:rPr>
          <w:sz w:val="20"/>
        </w:rPr>
        <w:t>45:15  aap yeh badal dijiye, apne ko le kar sochiye, apne ko le kar.</w:t>
      </w:r>
      <w:r>
        <w:br/>
      </w:r>
      <w:r>
        <w:rPr>
          <w:sz w:val="20"/>
        </w:rPr>
        <w:t>45:20  bas simple formula hai, kyunke dekhiye, jahan se aap start lenge, wahi wahi line chalti rahegi.</w:t>
      </w:r>
      <w:r>
        <w:br/>
      </w:r>
      <w:r>
        <w:rPr>
          <w:sz w:val="20"/>
        </w:rPr>
        <w:t>45:26  آپ نے اسٹارٹ لیا یہاں سے کہ غلطی دوسرے کی ہے، تو blame others پہ پٹی چل پڑے گی۔</w:t>
      </w:r>
      <w:r>
        <w:br/>
      </w:r>
      <w:r>
        <w:rPr>
          <w:sz w:val="20"/>
        </w:rPr>
        <w:t>45:31  پوری ٹرین جو ہے، blame others کے رخ پر چل پڑے گی۔</w:t>
      </w:r>
      <w:r>
        <w:br/>
      </w:r>
      <w:r>
        <w:rPr>
          <w:sz w:val="20"/>
        </w:rPr>
        <w:t>45:36  nahin, aap yeh sochen ke is mein meri kaun si kotahi hai, to chalegi doosre rukh par.</w:t>
      </w:r>
      <w:r>
        <w:br/>
      </w:r>
      <w:r>
        <w:rPr>
          <w:sz w:val="20"/>
        </w:rPr>
        <w:t>45:41  to aap discover karenge apni ghalti ko.</w:t>
      </w:r>
      <w:r>
        <w:br/>
      </w:r>
      <w:r>
        <w:rPr>
          <w:sz w:val="20"/>
        </w:rPr>
        <w:t>45:47  main ab kal ek sahib se maine kaha ke main rozana apni ghalti dhoondta rehta hoon, roz daily.</w:t>
      </w:r>
      <w:r>
        <w:br/>
      </w:r>
      <w:r>
        <w:rPr>
          <w:sz w:val="20"/>
        </w:rPr>
        <w:t>45:52  aur kal maine apni ghalti daryaft ki, jo jo poori zindagi mein jis mein mubtala tha, aur</w:t>
      </w:r>
      <w:r>
        <w:br/>
      </w:r>
      <w:r>
        <w:rPr>
          <w:sz w:val="20"/>
        </w:rPr>
        <w:t>45:57  kal discover hui.</w:t>
      </w:r>
      <w:r>
        <w:br/>
      </w:r>
      <w:r>
        <w:rPr>
          <w:sz w:val="20"/>
        </w:rPr>
        <w:t>46:03  woh ghalti discover hui.</w:t>
      </w:r>
      <w:r>
        <w:br/>
      </w:r>
      <w:r>
        <w:rPr>
          <w:sz w:val="20"/>
        </w:rPr>
        <w:t>46:08  mera apna yeh habit hai, aap poochhen mujh se, bata sakta hoon ke kya kya ghaltiyan main discover</w:t>
      </w:r>
      <w:r>
        <w:br/>
      </w:r>
      <w:r>
        <w:rPr>
          <w:sz w:val="20"/>
        </w:rPr>
        <w:t>46:13  karta rehta hoon.</w:t>
      </w:r>
      <w:r>
        <w:br/>
      </w:r>
      <w:r>
        <w:rPr>
          <w:sz w:val="20"/>
        </w:rPr>
        <w:t>46:18  aur kal maine discover ki, yeh to bohat hi ibadat hai.</w:t>
      </w:r>
      <w:r>
        <w:br/>
      </w:r>
      <w:r>
        <w:rPr>
          <w:sz w:val="20"/>
        </w:rPr>
        <w:t>46:24  ibadat kaise hai? aap log dawat ka mission ke uthe hain, yeh nahin jante aap? yeh dawat, yeh</w:t>
      </w:r>
      <w:r>
        <w:br/>
      </w:r>
      <w:r>
        <w:rPr>
          <w:sz w:val="20"/>
        </w:rPr>
        <w:t>46:29  ibadat hai apni ghalti ko dhoondna.</w:t>
      </w:r>
      <w:r>
        <w:br/>
      </w:r>
      <w:r>
        <w:rPr>
          <w:sz w:val="20"/>
        </w:rPr>
        <w:t>46:34  yeh ibadat hai, super ibadat hai, super!</w:t>
      </w:r>
      <w:r>
        <w:br/>
      </w:r>
      <w:r>
        <w:rPr>
          <w:sz w:val="20"/>
        </w:rPr>
        <w:t>46:40  yeh to super ibadat hai apni ghalti ko dhoondna.</w:t>
      </w:r>
      <w:r>
        <w:br/>
      </w:r>
      <w:r>
        <w:rPr>
          <w:sz w:val="20"/>
        </w:rPr>
        <w:t>46:46  aap dekhiye, jo quran mein iblis ka jo qissa bayan hua, aur angel ka jo qissa bayan hua</w:t>
      </w:r>
      <w:r>
        <w:br/>
      </w:r>
      <w:r>
        <w:rPr>
          <w:sz w:val="20"/>
        </w:rPr>
        <w:t>46:52  hai, is mein aap dekhiye, dono mein farq dekhiye.</w:t>
      </w:r>
      <w:r>
        <w:br/>
      </w:r>
      <w:r>
        <w:rPr>
          <w:sz w:val="20"/>
        </w:rPr>
        <w:t>46:58  aap compare kijiye, yaani angels ka aur iblis ka farq.</w:t>
      </w:r>
      <w:r>
        <w:br/>
      </w:r>
      <w:r>
        <w:rPr>
          <w:sz w:val="20"/>
        </w:rPr>
        <w:t>47:05  iblis ne yeh adam par laga diya, yaani sari baat adam par daal di.</w:t>
      </w:r>
      <w:r>
        <w:br/>
      </w:r>
      <w:r>
        <w:rPr>
          <w:sz w:val="20"/>
        </w:rPr>
        <w:t>47:11  ana khairun min aur aur aur firishtoon ne kya kiya? foran maan liya ke hum hamare paas ilm</w:t>
      </w:r>
      <w:r>
        <w:br/>
      </w:r>
      <w:r>
        <w:rPr>
          <w:sz w:val="20"/>
        </w:rPr>
        <w:t>47:17  ilm kam tha, is liye hum samajh nahin paaye muamle ko.</w:t>
      </w:r>
      <w:r>
        <w:br/>
      </w:r>
      <w:r>
        <w:rPr>
          <w:sz w:val="20"/>
        </w:rPr>
        <w:t>47:23  معاملے کو، یعنی فرشتوں نے blame the self قبول کیا، اور ابلیس نے blame others قبول کیا۔</w:t>
      </w:r>
      <w:r>
        <w:br/>
      </w:r>
      <w:r>
        <w:rPr>
          <w:sz w:val="20"/>
        </w:rPr>
        <w:t>47:30  blame others, simple formula hai ke jab bhi difference aaye to aap farishton ka tariqa ikhtiyar kijiye, aur</w:t>
      </w:r>
      <w:r>
        <w:br/>
      </w:r>
      <w:r>
        <w:rPr>
          <w:sz w:val="20"/>
        </w:rPr>
        <w:t>47:36  iblis ka tareeqa mat ikhtiyar kijiye.</w:t>
      </w:r>
      <w:r>
        <w:br/>
      </w:r>
      <w:r>
        <w:rPr>
          <w:sz w:val="20"/>
        </w:rPr>
        <w:t>47:42  یعنی blame others کو چھوڑیے، blame the self پر عمل کیجئے۔</w:t>
      </w:r>
      <w:r>
        <w:br/>
      </w:r>
      <w:r>
        <w:rPr>
          <w:sz w:val="20"/>
        </w:rPr>
        <w:t>47:49  bas ek second, masla khatam ho jayega.</w:t>
      </w:r>
    </w:p>
    <w:p>
      <w:pPr>
        <w:pStyle w:val="Heading2"/>
      </w:pPr>
      <w:r>
        <w:t>Developing a Complex-Free Personality</w:t>
      </w:r>
    </w:p>
    <w:p>
      <w:r>
        <w:rPr>
          <w:color w:val="666666"/>
          <w:sz w:val="18"/>
        </w:rPr>
        <w:t>Life &amp; Wisdom · Q&amp;A 04 Mar 2012 Maulana Wahiduddin Khan · 2m 39s · at 18:50 · https://youtu.be/txRmutuvWQI?t=1130</w:t>
      </w:r>
    </w:p>
    <w:p>
      <w:r>
        <w:rPr>
          <w:i/>
        </w:rPr>
        <w:t>“What is the importance of a complex-free personality and what is the formula to develop it? Kindly advise.”</w:t>
      </w:r>
    </w:p>
    <w:p>
      <w:r>
        <w:rPr>
          <w:sz w:val="20"/>
        </w:rPr>
        <w:t>18:50  maulana, agla sawal misster sajid anwar ka hai roodki se. unhon ne poocha hai: "what is the importance of complex free personality and what is the formula to develop this?</w:t>
      </w:r>
      <w:r>
        <w:br/>
      </w:r>
      <w:r>
        <w:rPr>
          <w:sz w:val="20"/>
        </w:rPr>
        <w:t>19:03  kindly advice."</w:t>
      </w:r>
      <w:r>
        <w:br/>
      </w:r>
      <w:r>
        <w:rPr>
          <w:sz w:val="20"/>
        </w:rPr>
        <w:t>19:16  dekhiye, surah alfajr mein aap parhen to is mein aap ko is ka formula milega.</w:t>
      </w:r>
      <w:r>
        <w:br/>
      </w:r>
      <w:r>
        <w:rPr>
          <w:sz w:val="20"/>
        </w:rPr>
        <w:t>19:26  surah alfajr mein do kirdaar bataye gaye hain: aik akram, aik ahaan. aik woh insaan jis par Allah taala ne rehmatain keen, jis ko sahoolatain mileen, ashaish mili, aaram mila, dunya ke faiday milay.</w:t>
      </w:r>
      <w:r>
        <w:br/>
      </w:r>
      <w:r>
        <w:rPr>
          <w:sz w:val="20"/>
        </w:rPr>
        <w:t>19:46  to woh kya hua is ka ke woh akram ki nafsiyat mein mubtala ho gaya hai. yani apnay ko samjha ke mein koi bari cheez houn.</w:t>
      </w:r>
      <w:r>
        <w:br/>
      </w:r>
      <w:r>
        <w:rPr>
          <w:sz w:val="20"/>
        </w:rPr>
        <w:t>19:57  aur kisi ko agar kam mila, koi tangi ho gayi to woh ahant ki nafsiyat mein mubtala ho gaya ke khuda ne meri</w:t>
      </w:r>
      <w:r>
        <w:br/>
      </w:r>
      <w:r>
        <w:rPr>
          <w:sz w:val="20"/>
        </w:rPr>
        <w:t>20:06  mujh ko haqeer bana diya. to is se bachna ke ziyada milay, tab bhi aap shukr mein, shukr ke maani mein len is ko, na ke zaati barhai kamane mein.</w:t>
      </w:r>
      <w:r>
        <w:br/>
      </w:r>
      <w:r>
        <w:rPr>
          <w:sz w:val="20"/>
        </w:rPr>
        <w:t>20:21  yani ziyada milay aap ko to aap shukr mein gharaq ho jayen. kam milay aap ko, tab bhi aap kahain ke jo Allah ne muqaddar kiya tha, woh mujhe mila, mein is par raazi houn.</w:t>
      </w:r>
      <w:r>
        <w:br/>
      </w:r>
      <w:r>
        <w:rPr>
          <w:sz w:val="20"/>
        </w:rPr>
        <w:t>20:35  to yes, jo aadmi</w:t>
      </w:r>
      <w:r>
        <w:br/>
      </w:r>
      <w:r>
        <w:rPr>
          <w:sz w:val="20"/>
        </w:rPr>
        <w:t>20:38  sabr aur shukr ke is imtehan mein poora utray, wahi hai complex free soul. na nashukri mein mubtala ho, na bay sabri mein mubtala ho.</w:t>
      </w:r>
      <w:r>
        <w:br/>
      </w:r>
      <w:r>
        <w:rPr>
          <w:sz w:val="20"/>
        </w:rPr>
        <w:t>20:48  kam milay, tab bhi raazi. ziyada milay, tab bhi raazi. har haal mein woh Allah ka Allah ko yaad karay</w:t>
      </w:r>
      <w:r>
        <w:br/>
      </w:r>
      <w:r>
        <w:rPr>
          <w:sz w:val="20"/>
        </w:rPr>
        <w:t>20:58  aur yeh samjhay ke jo Allah ne muqaddar kiya hai, usi mein faida hoga, usi mein mere liye faida hoga. tab woh woh shakhsiyat banti hai.</w:t>
      </w:r>
      <w:r>
        <w:br/>
      </w:r>
      <w:r>
        <w:rPr>
          <w:sz w:val="20"/>
        </w:rPr>
        <w:t>21:09  matlab khulasa quran ke lafzon mein khulasa yeh hai ke jo ahant ki nafsiyat se bachaye apnay ko,</w:t>
      </w:r>
      <w:r>
        <w:br/>
      </w:r>
      <w:r>
        <w:rPr>
          <w:sz w:val="20"/>
        </w:rPr>
        <w:t>21:15  akram ki nafsiyat se bataye bachaye apnay ko. surah alfajr mein dekh lijiyay, woh hai complex free soul. is ko quran mein kaha gaya: "an nafs al mutmainnah".</w:t>
      </w:r>
    </w:p>
    <w:p>
      <w:pPr>
        <w:pStyle w:val="Heading2"/>
      </w:pPr>
      <w:r>
        <w:t>Developing a complex-free personality</w:t>
      </w:r>
    </w:p>
    <w:p>
      <w:r>
        <w:rPr>
          <w:color w:val="666666"/>
          <w:sz w:val="18"/>
        </w:rPr>
        <w:t>Life &amp; Wisdom · The Character of a Dayee 4 March 2012 - Maulana Wahiduddin Khan · 2m 42s · at 1:21:35 · https://youtu.be/YtavJpVNbEM?t=4895</w:t>
      </w:r>
    </w:p>
    <w:p>
      <w:r>
        <w:rPr>
          <w:i/>
        </w:rPr>
        <w:t>“What is the importance of a complex-free personality and what is the formula to develop this?”</w:t>
      </w:r>
    </w:p>
    <w:p>
      <w:r>
        <w:rPr>
          <w:sz w:val="20"/>
        </w:rPr>
        <w:t>1:21:35  yeh baat quran mein batai gayi hai. is ko Hazrat Loot ki jo qom thi, us us ke silsile mein. Maulana, agla sawal mr Sajid Anwar ka hai Roorkee se.</w:t>
      </w:r>
      <w:r>
        <w:br/>
      </w:r>
      <w:r>
        <w:rPr>
          <w:sz w:val="20"/>
        </w:rPr>
        <w:t>1:21:49  unho'n ne poocha hai: "What is the importance of complex free personality and what is the formula to develop this?" dekhiye, surah alfajr mein</w:t>
      </w:r>
      <w:r>
        <w:br/>
      </w:r>
      <w:r>
        <w:rPr>
          <w:sz w:val="20"/>
        </w:rPr>
        <w:t>1:22:00  aap parhein To is mein aap ko is ka formula mile ga.</w:t>
      </w:r>
      <w:r>
        <w:br/>
      </w:r>
      <w:r>
        <w:rPr>
          <w:sz w:val="20"/>
        </w:rPr>
        <w:t>1:22:09  surah alfajr mein do kirdar bataye gaye hain: aik akramand, aik ahan. aik woh insan jis par Allah taala ne rehmaten keen,</w:t>
      </w:r>
      <w:r>
        <w:br/>
      </w:r>
      <w:r>
        <w:rPr>
          <w:sz w:val="20"/>
        </w:rPr>
        <w:t>1:22:22  jis ko sahoolaten milen, aasahish mili, aaram mila, dunya ke faayde mile.</w:t>
      </w:r>
      <w:r>
        <w:br/>
      </w:r>
      <w:r>
        <w:rPr>
          <w:sz w:val="20"/>
        </w:rPr>
        <w:t>1:22:29  To woh kya hua? is ka ke woh akramand ki nafsiyat mein mubtala ho gaya, ya'ni apne ko samjha ke main koi bari cheez hoon.</w:t>
      </w:r>
      <w:r>
        <w:br/>
      </w:r>
      <w:r>
        <w:rPr>
          <w:sz w:val="20"/>
        </w:rPr>
        <w:t>1:22:41  aur kisi ko agar kam mila, koi tangi ho gayi To woh ahant ki nafsiyat mein mubtala ho gaya ke Khuda ne meri</w:t>
      </w:r>
      <w:r>
        <w:br/>
      </w:r>
      <w:r>
        <w:rPr>
          <w:sz w:val="20"/>
        </w:rPr>
        <w:t>1:22:51  mujh ko haqeer bana diya. To is se bachna ke zyada mile, tab bhi aap shukr mein, shukr ke ma'ne mein len is ko, na ke zaati barhai kamane mein.</w:t>
      </w:r>
      <w:r>
        <w:br/>
      </w:r>
      <w:r>
        <w:rPr>
          <w:sz w:val="20"/>
        </w:rPr>
        <w:t>1:23:06  ya'ni zyada mile aap ko To aap shukr mein gharaq ho jayen, kam mile aap ko, tab bhi aap kahen ke jo Allah ne muqaddar kiya tha, woh mujhe mila, main is par raazi hoon.</w:t>
      </w:r>
      <w:r>
        <w:br/>
      </w:r>
      <w:r>
        <w:rPr>
          <w:sz w:val="20"/>
        </w:rPr>
        <w:t>1:23:20  To yeh</w:t>
      </w:r>
      <w:r>
        <w:br/>
      </w:r>
      <w:r>
        <w:rPr>
          <w:sz w:val="20"/>
        </w:rPr>
        <w:t>1:23:22  jo aadmi sabr aur shukr ke is imtehan mein poora utre, wohi hai complex free soul. na nashukri mein mubtala ho, na be sabri mein mubtala ho.</w:t>
      </w:r>
      <w:r>
        <w:br/>
      </w:r>
      <w:r>
        <w:rPr>
          <w:sz w:val="20"/>
        </w:rPr>
        <w:t>1:23:34  kam mile, tab bhi raazi, zyada mile, tab bhi raazi.</w:t>
      </w:r>
      <w:r>
        <w:br/>
      </w:r>
      <w:r>
        <w:rPr>
          <w:sz w:val="20"/>
        </w:rPr>
        <w:t>1:23:38  har haal mein woh Allah ka, Allah ko yaad kare aur yeh samjhe ke jo Allah ne muqaddar kiya hai, woh usi mein faayda hoga, usi mein mere liye faayda hoga.</w:t>
      </w:r>
      <w:r>
        <w:br/>
      </w:r>
      <w:r>
        <w:rPr>
          <w:sz w:val="20"/>
        </w:rPr>
        <w:t>1:23:53  tab woh woh shakhsiyat banti hai.</w:t>
      </w:r>
      <w:r>
        <w:br/>
      </w:r>
      <w:r>
        <w:rPr>
          <w:sz w:val="20"/>
        </w:rPr>
        <w:t>1:23:56  matlab khulasa Quran ke lafzon mein khulasa yeh hai ke jo ahant ki nafsiyat se bachaye apne ko, akramand ki nafsiyat se bataye, bachaye apne ko.</w:t>
      </w:r>
      <w:r>
        <w:br/>
      </w:r>
      <w:r>
        <w:rPr>
          <w:sz w:val="20"/>
        </w:rPr>
        <w:t>1:24:05  surah alfajr mein dekh lijiyey, woh hai complex free soul. is ko Quran mein kaha gaya: "an-nafs al-mutma'innah".</w:t>
      </w:r>
    </w:p>
    <w:p>
      <w:pPr>
        <w:pStyle w:val="Heading2"/>
      </w:pPr>
      <w:r>
        <w:t>Developing analytical ability for events</w:t>
      </w:r>
    </w:p>
    <w:p>
      <w:r>
        <w:rPr>
          <w:color w:val="666666"/>
          <w:sz w:val="18"/>
        </w:rPr>
        <w:t>Life &amp; Wisdom · History of Kaaba March 19, 2017 · 34s · at 1:00:10 · https://youtu.be/HPvWnoueeqg?t=3610</w:t>
      </w:r>
    </w:p>
    <w:p>
      <w:r>
        <w:rPr>
          <w:i/>
        </w:rPr>
        <w:t>“Your analysis about historical events and contemporary events is par excellence. How can we develop similar ability of analyzing things in the right perspective? We all need your guidance.”</w:t>
      </w:r>
    </w:p>
    <w:p>
      <w:r>
        <w:rPr>
          <w:sz w:val="20"/>
        </w:rPr>
        <w:t>1:00:10  maulana agla sawal farooq sahib ne bheja hai lucknow se unhon ne likha hai maulana you your analysis about historical events and contemporary events is par excellence</w:t>
      </w:r>
      <w:r>
        <w:br/>
      </w:r>
      <w:r>
        <w:rPr>
          <w:sz w:val="20"/>
        </w:rPr>
        <w:t>1:00:25  how can we develop similar ability of analyzing things in right perspective we all need your guidance</w:t>
      </w:r>
      <w:r>
        <w:br/>
      </w:r>
      <w:r>
        <w:rPr>
          <w:sz w:val="20"/>
        </w:rPr>
        <w:t>1:00:34  bhai study kijiye maine bhi study karke paya hai aur dua kijiye</w:t>
      </w:r>
      <w:r>
        <w:br/>
      </w:r>
      <w:r>
        <w:rPr>
          <w:sz w:val="20"/>
        </w:rPr>
        <w:t>1:00:40  study kijiye aur dua kijiye study kijiye aur dua kijiye</w:t>
      </w:r>
    </w:p>
    <w:p>
      <w:pPr>
        <w:pStyle w:val="Heading2"/>
      </w:pPr>
      <w:r>
        <w:t>Developing art of thinking amidst distractions</w:t>
      </w:r>
    </w:p>
    <w:p>
      <w:r>
        <w:rPr>
          <w:color w:val="666666"/>
          <w:sz w:val="18"/>
        </w:rPr>
        <w:t>Life &amp; Wisdom · The Importance of Thinking November 10, 2013 · 1m 58s · at 1:07:16 · https://youtu.be/y16CddTHoqE?t=4036</w:t>
      </w:r>
    </w:p>
    <w:p>
      <w:r>
        <w:rPr>
          <w:i/>
        </w:rPr>
        <w:t>“One reason a person is not able to develop the art of thinking is distraction. Today, office and family life make it difficult to save oneself from distraction. How can one develop the art of thinking in the jungle of distraction?”</w:t>
      </w:r>
    </w:p>
    <w:p>
      <w:r>
        <w:rPr>
          <w:sz w:val="20"/>
        </w:rPr>
        <w:t>1:07:16  Maulana, agla sawal Faraz sahib ne kiya hai Bhopal se. unhon ne likha hai: "Maulana, one of the reasons for a person not to be able to develop art of thinking is distraction.</w:t>
      </w:r>
      <w:r>
        <w:br/>
      </w:r>
      <w:r>
        <w:rPr>
          <w:sz w:val="20"/>
        </w:rPr>
        <w:t>1:07:31  Today office and family life makes it difficult to save oneself from distraction.</w:t>
      </w:r>
      <w:r>
        <w:br/>
      </w:r>
      <w:r>
        <w:rPr>
          <w:sz w:val="20"/>
        </w:rPr>
        <w:t>1:07:37  How can one develop art of thinking in the jungle of distraction?" is ke bare mein bhai to Allah ka yahi nizam hai.</w:t>
      </w:r>
      <w:r>
        <w:br/>
      </w:r>
      <w:r>
        <w:rPr>
          <w:sz w:val="20"/>
        </w:rPr>
        <w:t>1:07:47  Aap chahte hain ke naya nizam aap kaise pa len to woh to possible nahin hai. Quran mein hai ke: "Laqad khalaqnal insana fi kabad".</w:t>
      </w:r>
      <w:r>
        <w:br/>
      </w:r>
      <w:r>
        <w:rPr>
          <w:sz w:val="20"/>
        </w:rPr>
        <w:t>1:07:57  Hum ne insaan ko paida kiya hai problem ke jungle mein. to</w:t>
      </w:r>
      <w:r>
        <w:br/>
      </w:r>
      <w:r>
        <w:rPr>
          <w:sz w:val="20"/>
        </w:rPr>
        <w:t>1:08:01  aap apni aqal ko develop kijiye, manage karna seekhiye, apne andar woh siftat paida kijiye jo jis se aap is challenge ka muqabla kar saken.</w:t>
      </w:r>
      <w:r>
        <w:br/>
      </w:r>
      <w:r>
        <w:rPr>
          <w:sz w:val="20"/>
        </w:rPr>
        <w:t>1:08:14  yani take it as a challenge rather than as a problem. yahi hai formula.</w:t>
      </w:r>
    </w:p>
    <w:p>
      <w:pPr>
        <w:pStyle w:val="Heading2"/>
      </w:pPr>
      <w:r>
        <w:t>Developing creativity despite distractions</w:t>
      </w:r>
    </w:p>
    <w:p>
      <w:r>
        <w:rPr>
          <w:color w:val="666666"/>
          <w:sz w:val="18"/>
        </w:rPr>
        <w:t>Life &amp; Wisdom · Studying The Quran with Open Mind October 20, 2019 Maulana Wahiduddin Khan · 4m 53s · at 40:03 · https://youtu.be/OPyJO5TP_wI?t=2403</w:t>
      </w:r>
    </w:p>
    <w:p>
      <w:r>
        <w:rPr>
          <w:i/>
        </w:rPr>
        <w:t>“Maulana, how can creativity be developed? I have heard your earlier lectures where you said save yourself from distraction, but Maulana, in today's competitive world you cannot be hundred percent distraction free. So does that mean that developing creativity is not possible?”</w:t>
      </w:r>
    </w:p>
    <w:p>
      <w:r>
        <w:rPr>
          <w:sz w:val="20"/>
        </w:rPr>
        <w:t>40:03  Maulana agla sawal lete hain</w:t>
      </w:r>
      <w:r>
        <w:br/>
      </w:r>
      <w:r>
        <w:rPr>
          <w:sz w:val="20"/>
        </w:rPr>
        <w:t>40:07  yeh sawal abhi jo aap ne jawab diya isi se isi ko le ke hai aur jinhon ne sawal kiya un ka naam hai Muhammad Akram sahib Kanpur se hain unhon ne likha hai Maulana how can creativity be developed</w:t>
      </w:r>
      <w:r>
        <w:br/>
      </w:r>
      <w:r>
        <w:rPr>
          <w:sz w:val="20"/>
        </w:rPr>
        <w:t>40:23  I have heard your earlier lectures where you said save yourself from distraction but Maulana sahib in today's competitive world you cannot be hundred percent distraction free so does that mean that developing creativity is not possible</w:t>
      </w:r>
      <w:r>
        <w:br/>
      </w:r>
      <w:r>
        <w:rPr>
          <w:sz w:val="20"/>
        </w:rPr>
        <w:t>40:41  please elaborate on your guidance to all of us</w:t>
      </w:r>
      <w:r>
        <w:br/>
      </w:r>
      <w:r>
        <w:rPr>
          <w:sz w:val="20"/>
        </w:rPr>
        <w:t>40:48  dekhen koi baat bhi</w:t>
      </w:r>
      <w:r>
        <w:br/>
      </w:r>
      <w:r>
        <w:rPr>
          <w:sz w:val="20"/>
        </w:rPr>
        <w:t>40:54  total stress mein nahi kahi jati</w:t>
      </w:r>
      <w:r>
        <w:br/>
      </w:r>
      <w:r>
        <w:rPr>
          <w:sz w:val="20"/>
        </w:rPr>
        <w:t>40:57  koi bhi baat nahi</w:t>
      </w:r>
      <w:r>
        <w:br/>
      </w:r>
      <w:r>
        <w:rPr>
          <w:sz w:val="20"/>
        </w:rPr>
        <w:t>40:59  hata ke agar koi aadmi aap ko bataye ke namaz mein khushbakhata karo is ka matlab yeh</w:t>
      </w:r>
      <w:r>
        <w:br/>
      </w:r>
      <w:r>
        <w:rPr>
          <w:sz w:val="20"/>
        </w:rPr>
        <w:t>41:06  nahi hai ke total stress mein khasha ban jao yeh hota hi nahi</w:t>
      </w:r>
      <w:r>
        <w:br/>
      </w:r>
      <w:r>
        <w:rPr>
          <w:sz w:val="20"/>
        </w:rPr>
        <w:t>41:12  to distraction se bachana</w:t>
      </w:r>
      <w:r>
        <w:br/>
      </w:r>
      <w:r>
        <w:rPr>
          <w:sz w:val="20"/>
        </w:rPr>
        <w:t>41:16  qabil-e-amal daira mein hota hai</w:t>
      </w:r>
      <w:r>
        <w:br/>
      </w:r>
      <w:r>
        <w:rPr>
          <w:sz w:val="20"/>
        </w:rPr>
        <w:t>41:22  jahan jahan aap</w:t>
      </w:r>
      <w:r>
        <w:br/>
      </w:r>
      <w:r>
        <w:rPr>
          <w:sz w:val="20"/>
        </w:rPr>
        <w:t>41:25  ke bas mein hai aap ke ikhtiyar mein hai wahan wahan bachaiye</w:t>
      </w:r>
      <w:r>
        <w:br/>
      </w:r>
      <w:r>
        <w:rPr>
          <w:sz w:val="20"/>
        </w:rPr>
        <w:t>41:31  jahan aap ke bas mein nahi hai</w:t>
      </w:r>
      <w:r>
        <w:br/>
      </w:r>
      <w:r>
        <w:rPr>
          <w:sz w:val="20"/>
        </w:rPr>
        <w:t>41:35  to is ko chhodie</w:t>
      </w:r>
      <w:r>
        <w:br/>
      </w:r>
      <w:r>
        <w:rPr>
          <w:sz w:val="20"/>
        </w:rPr>
        <w:t>41:40  misal ke taur par dekhen main jahan baith kar kaam karta hoon woh road ke kinare hai to wahan par barabar traffic chalta hai horn bajta hai yeh sab baatein hoti hain to shuru mein maine</w:t>
      </w:r>
      <w:r>
        <w:br/>
      </w:r>
      <w:r>
        <w:rPr>
          <w:sz w:val="20"/>
        </w:rPr>
        <w:t>42:06  bahut zyada disturb hota tha phir maine socha ke yeh to hoga</w:t>
      </w:r>
      <w:r>
        <w:br/>
      </w:r>
      <w:r>
        <w:rPr>
          <w:sz w:val="20"/>
        </w:rPr>
        <w:t>42:16  yeh sadak koi badi sadak to hai nahi to dheere dheere mein used to ho gaya ab is</w:t>
      </w:r>
      <w:r>
        <w:br/>
      </w:r>
      <w:r>
        <w:rPr>
          <w:sz w:val="20"/>
        </w:rPr>
        <w:t>42:23  same road par ab mein kaam karta rehta hoon distraction ke baghair to jab distraction ki baat ki</w:t>
      </w:r>
      <w:r>
        <w:br/>
      </w:r>
      <w:r>
        <w:rPr>
          <w:sz w:val="20"/>
        </w:rPr>
        <w:t>42:32  jati hai to is ka matlab yeh nahi hota yaad rakhiye</w:t>
      </w:r>
      <w:r>
        <w:br/>
      </w:r>
      <w:r>
        <w:rPr>
          <w:sz w:val="20"/>
        </w:rPr>
        <w:t>42:37  ke distraction ka khatma</w:t>
      </w:r>
      <w:r>
        <w:br/>
      </w:r>
      <w:r>
        <w:rPr>
          <w:sz w:val="20"/>
        </w:rPr>
        <w:t>42:41  distraction ko manage karna</w:t>
      </w:r>
      <w:r>
        <w:br/>
      </w:r>
      <w:r>
        <w:rPr>
          <w:sz w:val="20"/>
        </w:rPr>
        <w:t>42:47  aap ko yeh yeh janna chahiye yeh art ke kaise distraction ko</w:t>
      </w:r>
      <w:r>
        <w:br/>
      </w:r>
      <w:r>
        <w:rPr>
          <w:sz w:val="20"/>
        </w:rPr>
        <w:t>42:56  manage kiya jaye</w:t>
      </w:r>
      <w:r>
        <w:br/>
      </w:r>
      <w:r>
        <w:rPr>
          <w:sz w:val="20"/>
        </w:rPr>
        <w:t>43:01  kaise distraction ko manage kiya jaye woh har ek ke bas mein hai woh kisi ke liye bas se bahar nahi hai</w:t>
      </w:r>
      <w:r>
        <w:br/>
      </w:r>
      <w:r>
        <w:rPr>
          <w:sz w:val="20"/>
        </w:rPr>
        <w:t>43:15  maulana kuch aur comments aaye hain woh lena chahenge aamir mori sahab ne guwa se likha hai</w:t>
      </w:r>
      <w:r>
        <w:br/>
      </w:r>
      <w:r>
        <w:rPr>
          <w:sz w:val="20"/>
        </w:rPr>
        <w:t>43:21  i got to know something today which was bothering me a lot and i was not able to</w:t>
      </w:r>
      <w:r>
        <w:br/>
      </w:r>
      <w:r>
        <w:rPr>
          <w:sz w:val="20"/>
        </w:rPr>
        <w:t>43:27  get answers to my problems</w:t>
      </w:r>
      <w:r>
        <w:br/>
      </w:r>
      <w:r>
        <w:rPr>
          <w:sz w:val="20"/>
        </w:rPr>
        <w:t>43:29  maulana i was not aware about the concept of non-crippling challenges i am delighted to understand this concept</w:t>
      </w:r>
      <w:r>
        <w:br/>
      </w:r>
      <w:r>
        <w:rPr>
          <w:sz w:val="20"/>
        </w:rPr>
        <w:t>43:38  for the first time that non-crippling challenges are actually the blessings from god to make us strong and</w:t>
      </w:r>
      <w:r>
        <w:br/>
      </w:r>
      <w:r>
        <w:rPr>
          <w:sz w:val="20"/>
        </w:rPr>
        <w:t>43:45  more developed to face the bigger challenges of life also I got to know today that essence of</w:t>
      </w:r>
      <w:r>
        <w:br/>
      </w:r>
      <w:r>
        <w:rPr>
          <w:sz w:val="20"/>
        </w:rPr>
        <w:t>43:52  style of the quran is to make a reader creative so that he discovers hidden wisdom from the</w:t>
      </w:r>
      <w:r>
        <w:br/>
      </w:r>
      <w:r>
        <w:rPr>
          <w:sz w:val="20"/>
        </w:rPr>
        <w:t>43:59  divine message thank</w:t>
      </w:r>
      <w:r>
        <w:br/>
      </w:r>
      <w:r>
        <w:rPr>
          <w:sz w:val="20"/>
        </w:rPr>
        <w:t>44:00  you so much Maulana your every talk is like a spiritual medicine for all</w:t>
      </w:r>
      <w:r>
        <w:br/>
      </w:r>
      <w:r>
        <w:rPr>
          <w:sz w:val="20"/>
        </w:rPr>
        <w:t>44:06  of us may God bless you</w:t>
      </w:r>
      <w:r>
        <w:br/>
      </w:r>
      <w:r>
        <w:rPr>
          <w:sz w:val="20"/>
        </w:rPr>
        <w:t>44:10  iqbal je iqbal faraz sahib ne likha hai comment un ki location hai west bengal unhon ne likha</w:t>
      </w:r>
      <w:r>
        <w:br/>
      </w:r>
      <w:r>
        <w:rPr>
          <w:sz w:val="20"/>
        </w:rPr>
        <w:t>44:17  hai muslim sirf traditional ban kar reh gaye hain is liye tadabbur aur tafakkur ki salahiyat khatm ho</w:t>
      </w:r>
      <w:r>
        <w:br/>
      </w:r>
      <w:r>
        <w:rPr>
          <w:sz w:val="20"/>
        </w:rPr>
        <w:t>44:25  chuki hai aap ki books mind ko unfold karne ke liye bohat zaroori hai madrasa ko aap ki</w:t>
      </w:r>
      <w:r>
        <w:br/>
      </w:r>
      <w:r>
        <w:rPr>
          <w:sz w:val="20"/>
        </w:rPr>
        <w:t>44:33  kitabein apne nisaab mein shamil karni chahiye</w:t>
      </w:r>
      <w:r>
        <w:br/>
      </w:r>
      <w:r>
        <w:rPr>
          <w:sz w:val="20"/>
        </w:rPr>
        <w:t>44:39  Fahad Khan Sahab ne Noida se likha hai, my takeaway from today's lectures are we have to</w:t>
      </w:r>
      <w:r>
        <w:br/>
      </w:r>
      <w:r>
        <w:rPr>
          <w:sz w:val="20"/>
        </w:rPr>
        <w:t>44:45  read the quran with creativity and uncover its hidden meanings so that we can seek correct guidance from</w:t>
      </w:r>
      <w:r>
        <w:br/>
      </w:r>
      <w:r>
        <w:rPr>
          <w:sz w:val="20"/>
        </w:rPr>
        <w:t>44:53  the quran second we have to</w:t>
      </w:r>
    </w:p>
    <w:p>
      <w:pPr>
        <w:pStyle w:val="Heading2"/>
      </w:pPr>
      <w:r>
        <w:t>Developing high thinking for positive perspective</w:t>
      </w:r>
    </w:p>
    <w:p>
      <w:r>
        <w:rPr>
          <w:color w:val="666666"/>
          <w:sz w:val="18"/>
        </w:rPr>
        <w:t>Life &amp; Wisdom · The Problem of Conditioning April 22, 2012 · 1m 40s · at 1:01:26 · https://youtu.be/j-kJQzOz46g?t=3686</w:t>
      </w:r>
    </w:p>
    <w:p>
      <w:r>
        <w:rPr>
          <w:i/>
        </w:rPr>
        <w:t>“Taking negative things in a positive sense requires high thinking. How do we develop such high thinking?”</w:t>
      </w:r>
    </w:p>
    <w:p>
      <w:r>
        <w:rPr>
          <w:sz w:val="20"/>
        </w:rPr>
        <w:t>1:01:26  molana, agla sawal Dilli se hai, miss naghma siddiqui ka. unhon ne likha hai: "Taking negative things in a positive sense requires high thinking.</w:t>
      </w:r>
      <w:r>
        <w:br/>
      </w:r>
      <w:r>
        <w:rPr>
          <w:sz w:val="20"/>
        </w:rPr>
        <w:t>1:01:37  How do we develop such high thinking?"</w:t>
      </w:r>
      <w:r>
        <w:br/>
      </w:r>
      <w:r>
        <w:rPr>
          <w:sz w:val="20"/>
        </w:rPr>
        <w:t>1:01:44  dekhen, asal cheez wohi hai: deconditioning. aadmi jo hai, keh paida hota hai fitrat par, to goya ke woh ab woh high thinking hi paida hota hai.</w:t>
      </w:r>
      <w:r>
        <w:br/>
      </w:r>
      <w:r>
        <w:rPr>
          <w:sz w:val="20"/>
        </w:rPr>
        <w:t>1:01:55  woh high thinking hi is ki nature hai, lekin conditioning ki wajah se woh phans jata hai negative thinking mein.</w:t>
      </w:r>
      <w:r>
        <w:br/>
      </w:r>
      <w:r>
        <w:rPr>
          <w:sz w:val="20"/>
        </w:rPr>
        <w:t>1:02:05  to main samajhta hoon ke asal kaam jo hai islah ka, woh yahi hai ke deconditioning ki jaye.</w:t>
      </w:r>
      <w:r>
        <w:br/>
      </w:r>
      <w:r>
        <w:rPr>
          <w:sz w:val="20"/>
        </w:rPr>
        <w:t>1:02:13  aap ne soch soch kar ke apne andar se woh jo fitrat ke upar jo parde par gaye hain, us ko hataya jaye. yeh mamla bilkul aise hi hai jaise onion hoti hai.</w:t>
      </w:r>
      <w:r>
        <w:br/>
      </w:r>
      <w:r>
        <w:rPr>
          <w:sz w:val="20"/>
        </w:rPr>
        <w:t>1:02:24  onion, piaz. piaz mein aap jante hain ke aakhir mein ek maghz hota hai, us ke upar parat hoti hai, cover hota hai, layer hota hai.</w:t>
      </w:r>
      <w:r>
        <w:br/>
      </w:r>
      <w:r>
        <w:rPr>
          <w:sz w:val="20"/>
        </w:rPr>
        <w:t>1:02:33  to agar har har har har parat ko aap nikalein to aakhir mein maghz baqi rehta hai. is ka aise hi mamla fitrat ka bhi hai. fitrat ke aitbar se insan hai hi high thinker.</w:t>
      </w:r>
      <w:r>
        <w:br/>
      </w:r>
      <w:r>
        <w:rPr>
          <w:sz w:val="20"/>
        </w:rPr>
        <w:t>1:02:45  upar jo parat chal gayi hai nafrat ki aur negativity ki, us ko hataiye. decondition kar ke us ko hataiye.</w:t>
      </w:r>
      <w:r>
        <w:br/>
      </w:r>
      <w:r>
        <w:rPr>
          <w:sz w:val="20"/>
        </w:rPr>
        <w:t>1:02:54  is ke baad jo shakhsiyat bachegi, woh shakhsiyat wohi hogi. high thinking wali shakhsiyat hogi.</w:t>
      </w:r>
    </w:p>
    <w:p>
      <w:pPr>
        <w:pStyle w:val="Heading2"/>
      </w:pPr>
      <w:r>
        <w:t>Developing objective thinking for daily affairs</w:t>
      </w:r>
    </w:p>
    <w:p>
      <w:r>
        <w:rPr>
          <w:color w:val="666666"/>
          <w:sz w:val="18"/>
        </w:rPr>
        <w:t>Life &amp; Wisdom · Conversation with Maulana Wahiduddin Khan | October 01, 2017 · 1m 21s · at 6:15 · https://youtu.be/TmOYGd3rp2M?t=375</w:t>
      </w:r>
    </w:p>
    <w:p>
      <w:r>
        <w:rPr>
          <w:i/>
        </w:rPr>
        <w:t>“How can we develop objective thinking to manage our day to day affairs?”</w:t>
      </w:r>
    </w:p>
    <w:p>
      <w:r>
        <w:rPr>
          <w:sz w:val="20"/>
        </w:rPr>
        <w:t>6:15  Maulana, agla sawal bheja hai Muradabad se Miss Sakeena ne, aur unhon ne aap se poocha hai</w:t>
      </w:r>
      <w:r>
        <w:br/>
      </w:r>
      <w:r>
        <w:rPr>
          <w:sz w:val="20"/>
        </w:rPr>
        <w:t>6:25  ke "How can we develop objective thinking to manage our day to day affairs?" is ke bare mein bataein.</w:t>
      </w:r>
      <w:r>
        <w:br/>
      </w:r>
      <w:r>
        <w:rPr>
          <w:sz w:val="20"/>
        </w:rPr>
        <w:t>6:35  dekhein, main to jahan tak samjha hoon,</w:t>
      </w:r>
      <w:r>
        <w:br/>
      </w:r>
      <w:r>
        <w:rPr>
          <w:sz w:val="20"/>
        </w:rPr>
        <w:t>6:45  is ka mamla hai to aam taur par depend karta hai introspection par.</w:t>
      </w:r>
      <w:r>
        <w:br/>
      </w:r>
      <w:r>
        <w:rPr>
          <w:sz w:val="20"/>
        </w:rPr>
        <w:t>6:54  yani is ka kehte hain muhasba, apne bare mein sochna.</w:t>
      </w:r>
      <w:r>
        <w:br/>
      </w:r>
      <w:r>
        <w:rPr>
          <w:sz w:val="20"/>
        </w:rPr>
        <w:t>7:02  to jitna zyada aadmi sochega apne bare mein, utni zyada yeh sifat is ke andar paida hogi.</w:t>
      </w:r>
      <w:r>
        <w:br/>
      </w:r>
      <w:r>
        <w:rPr>
          <w:sz w:val="20"/>
        </w:rPr>
        <w:t>7:10  to muhasba ya introspection yeh momin ki aam sifat hai.</w:t>
      </w:r>
      <w:r>
        <w:br/>
      </w:r>
      <w:r>
        <w:rPr>
          <w:sz w:val="20"/>
        </w:rPr>
        <w:t>7:18  wo barabar is andaz mein sochta rehta hai.</w:t>
      </w:r>
      <w:r>
        <w:br/>
      </w:r>
      <w:r>
        <w:rPr>
          <w:sz w:val="20"/>
        </w:rPr>
        <w:t>7:24  to isi se woh cheez aati hai.</w:t>
      </w:r>
      <w:r>
        <w:br/>
      </w:r>
      <w:r>
        <w:rPr>
          <w:sz w:val="20"/>
        </w:rPr>
        <w:t>7:30  to asal cheez hai introspection ya muhasba.</w:t>
      </w:r>
    </w:p>
    <w:p>
      <w:pPr>
        <w:pStyle w:val="Heading2"/>
      </w:pPr>
      <w:r>
        <w:t>Developing rational thinking skills</w:t>
      </w:r>
    </w:p>
    <w:p>
      <w:r>
        <w:rPr>
          <w:color w:val="666666"/>
          <w:sz w:val="18"/>
        </w:rPr>
        <w:t>Life &amp; Wisdom · Problem of Dajjal 29 sept, 2019 - Maulana Wahiduddin Khan · 4m 20s · at 54:12 · https://youtu.be/PL-Kv-sE68w?t=3252</w:t>
      </w:r>
    </w:p>
    <w:p>
      <w:r>
        <w:rPr>
          <w:i/>
        </w:rPr>
        <w:t>“How to develop rational thinking? Please explain.”</w:t>
      </w:r>
    </w:p>
    <w:p>
      <w:r>
        <w:rPr>
          <w:sz w:val="20"/>
        </w:rPr>
        <w:t>54:12  Maulana, agla sawal Sajid Anwar Sahab ka hai Delhi se. Unhone aap se poocha hai ke "how to develop rational thinking" is ke bare mein bataein.</w:t>
      </w:r>
      <w:r>
        <w:br/>
      </w:r>
      <w:r>
        <w:rPr>
          <w:sz w:val="20"/>
        </w:rPr>
        <w:t>54:26  bhai, yeh to bohat aasan hai. Aap zyada study kijiye, zyada study se apne aap mein develop hoti hai. Aap zyada study kijiye.</w:t>
      </w:r>
      <w:r>
        <w:br/>
      </w:r>
      <w:r>
        <w:rPr>
          <w:sz w:val="20"/>
        </w:rPr>
        <w:t>54:38  jo log yeh sab baatein karte hain na, un ki zyada study hoti hi nahi. Aisi taqreer sun liya, kuch hawaai baatein un ke mind mein aa gayi, lage bolne.</w:t>
      </w:r>
      <w:r>
        <w:br/>
      </w:r>
      <w:r>
        <w:rPr>
          <w:sz w:val="20"/>
        </w:rPr>
        <w:t>54:50  yeh yaad rakhiye, poora yeh yeh dajali jo nazariya hai, yeh poora qaim hai khitabat par, nash-o-numa par, yeh logic par, scientific analysis par hai hi nahi.</w:t>
      </w:r>
      <w:r>
        <w:br/>
      </w:r>
      <w:r>
        <w:rPr>
          <w:sz w:val="20"/>
        </w:rPr>
        <w:t>55:14  Maulana, agla comment bheja hai Delhi se Professor Najma Siddiqui ne. Unhone likha hai: "Maulana, today you have very meaningfully explained the process of Dajjalit and why misinterpretation of Islam as a complete religion can be called Dajjalit.</w:t>
      </w:r>
      <w:r>
        <w:br/>
      </w:r>
      <w:r>
        <w:rPr>
          <w:sz w:val="20"/>
        </w:rPr>
        <w:t>55:34  You stress the objective of a mission. May Allah help us in achieving it in a more focused way." Inshallah.</w:t>
      </w:r>
      <w:r>
        <w:br/>
      </w:r>
      <w:r>
        <w:rPr>
          <w:sz w:val="20"/>
        </w:rPr>
        <w:t>55:46  Abdul Salam Sahab ne Hyderabad se likha hai: "Maulana, mujhe Al-Risala mission na mil mila hota to mein bhi tashaddud wale ghalat deen ka shikar ho jata." Bangalore, Bangalore team ne apna message bheja hai jo is waqt sare is program ko dekh rahe hain.</w:t>
      </w:r>
      <w:r>
        <w:br/>
      </w:r>
      <w:r>
        <w:rPr>
          <w:sz w:val="20"/>
        </w:rPr>
        <w:t>56:10  Maulana, aaj yeh baat samajh mein aayi ke mukammal Islam ke naam par violence ko Islam, Islamize kar liya gaya.</w:t>
      </w:r>
      <w:r>
        <w:br/>
      </w:r>
      <w:r>
        <w:rPr>
          <w:sz w:val="20"/>
        </w:rPr>
        <w:t>56:18  yahi Dajjalit hai, aur jo deen-e-atba ka subject tha, woh nafiz ka subject ban gaya, aur nafiz ke zehan se ummat ko apni hi mad'u ke khilaf hreef bana kar khada kar diya.</w:t>
      </w:r>
      <w:r>
        <w:br/>
      </w:r>
      <w:r>
        <w:rPr>
          <w:sz w:val="20"/>
        </w:rPr>
        <w:t>56:33  Jazak Allah Maulana. Mashallah.</w:t>
      </w:r>
      <w:r>
        <w:br/>
      </w:r>
      <w:r>
        <w:rPr>
          <w:sz w:val="20"/>
        </w:rPr>
        <w:t>56:44  Muhammad Bilal Shafee Sahab ne Kolkata se comment bheja hai. Unhone likha hai: "Maulana, today you help us understand one of the most common misconceptions that Islam is a complete system and not accepting it meant reducing the importance of Islam.</w:t>
      </w:r>
      <w:r>
        <w:br/>
      </w:r>
      <w:r>
        <w:rPr>
          <w:sz w:val="20"/>
        </w:rPr>
        <w:t>57:05  I was wrong in today's lecture, open my eyes to this error I was living in. I do tauba, may God forgive us and guide us in this correct path further."</w:t>
      </w:r>
      <w:r>
        <w:br/>
      </w:r>
      <w:r>
        <w:rPr>
          <w:sz w:val="20"/>
        </w:rPr>
        <w:t>57:22  ek sahab se baat hui meri isi mauzu par to unhone kaha ke Quran mein hukm-e-deen ke sahab kehte hain to maine kaha hukm-e-deen ke maani hain deen ki pervi karo.</w:t>
      </w:r>
      <w:r>
        <w:br/>
      </w:r>
      <w:r>
        <w:rPr>
          <w:sz w:val="20"/>
        </w:rPr>
        <w:t>57:35  yeh lazim ka saza hai, mutadd ka saza nahi hai.</w:t>
      </w:r>
      <w:r>
        <w:br/>
      </w:r>
      <w:r>
        <w:rPr>
          <w:sz w:val="20"/>
        </w:rPr>
        <w:t>57:41  ajeeb yaani log kam parhe likhe log dorrte hain is ke peeche, jo zyada parh likha hua ho woh kabhi dorrayega nahi, kyunke hukum deen ke maani hain deen ki pairwi karo, deen ko naafiz karo, hukoomat qaim kar ke logon ko dande maaro.</w:t>
      </w:r>
      <w:r>
        <w:br/>
      </w:r>
      <w:r>
        <w:rPr>
          <w:sz w:val="20"/>
        </w:rPr>
        <w:t>57:58  yeh yeh is mein hai hi nahi hai.</w:t>
      </w:r>
      <w:r>
        <w:br/>
      </w:r>
      <w:r>
        <w:rPr>
          <w:sz w:val="20"/>
        </w:rPr>
        <w:t>58:02  toh deen ki pairwi kijiye, kaun rokta hai aap ko? aap namaz roze ki jiye, haj umra ki jiye, zakat dijiye, lekin doosron ke oopar naafiz karna, implement karna yeh toh hai hi nahi quran mein ke.</w:t>
      </w:r>
      <w:r>
        <w:br/>
      </w:r>
      <w:r>
        <w:rPr>
          <w:sz w:val="20"/>
        </w:rPr>
        <w:t>58:18  is ko mein kahunga grammar ki zabaan mein ke yeh laazim ko mutaddi banana hai.</w:t>
      </w:r>
    </w:p>
    <w:p>
      <w:pPr>
        <w:pStyle w:val="Heading2"/>
      </w:pPr>
      <w:r>
        <w:t>Developing scientific temperament</w:t>
      </w:r>
    </w:p>
    <w:p>
      <w:r>
        <w:rPr>
          <w:color w:val="666666"/>
          <w:sz w:val="18"/>
        </w:rPr>
        <w:t>Life &amp; Wisdom · Dars-e-Quran, Chapter 2, Verse 63-71 April 15, 2018 · 2m 36s · at 50:42 · https://youtu.be/4QSHnsRshnI?t=3042</w:t>
      </w:r>
    </w:p>
    <w:p>
      <w:r>
        <w:rPr>
          <w:i/>
        </w:rPr>
        <w:t>“How can an individual develop scientific temperament like you have? What is your advice?”</w:t>
      </w:r>
    </w:p>
    <w:p>
      <w:r>
        <w:rPr>
          <w:sz w:val="20"/>
        </w:rPr>
        <w:t>50:42  unhon ne Islam ko pesh karne ka mawaqe diya, mawaqe diye." Maulana, agla sawal.</w:t>
      </w:r>
      <w:r>
        <w:br/>
      </w:r>
      <w:r>
        <w:rPr>
          <w:sz w:val="20"/>
        </w:rPr>
        <w:t>50:50  maulana, agla sawal ahmad abad se hai. muntazir sahib ne bheja hai. unhon ne ap se poocha hai ke: "maulana, how can an individual develop scientific temperament like you have?</w:t>
      </w:r>
      <w:r>
        <w:br/>
      </w:r>
      <w:r>
        <w:rPr>
          <w:sz w:val="20"/>
        </w:rPr>
        <w:t>51:04  what is your advice?" dekhen, bohat pehle, bohat pehle maine jo aur naalo kitaab parhi thi, "discovery of india", bohat pehle ki baat hai</w:t>
      </w:r>
      <w:r>
        <w:br/>
      </w:r>
      <w:r>
        <w:rPr>
          <w:sz w:val="20"/>
        </w:rPr>
        <w:t>51:22  kyunke yeh kitaab chapi thi jab british rule kaam par india mein tha. to</w:t>
      </w:r>
      <w:r>
        <w:br/>
      </w:r>
      <w:r>
        <w:rPr>
          <w:sz w:val="20"/>
        </w:rPr>
        <w:t>51:33  is mein unhon ne kaha tha aur nehru ne ke india mein sab se zyada kami jis cheez ki hai, india ke logon mein sab se zyada jis ki kami hai, woh hai scientific temper.</w:t>
      </w:r>
      <w:r>
        <w:br/>
      </w:r>
      <w:r>
        <w:rPr>
          <w:sz w:val="20"/>
        </w:rPr>
        <w:t>51:50  tab se yeh lafz mere maan par chhaya raha ke scientific temper paida karna hai kyunke scientific temper se kya hota hai?</w:t>
      </w:r>
      <w:r>
        <w:br/>
      </w:r>
      <w:r>
        <w:rPr>
          <w:sz w:val="20"/>
        </w:rPr>
        <w:t>52:02  realistic approach aata hai.</w:t>
      </w:r>
      <w:r>
        <w:br/>
      </w:r>
      <w:r>
        <w:rPr>
          <w:sz w:val="20"/>
        </w:rPr>
        <w:t>52:06  realistic approach to tamam jo tareeqe hain, woh realistic approach ke baad hi insan ko milti hain.</w:t>
      </w:r>
      <w:r>
        <w:br/>
      </w:r>
      <w:r>
        <w:rPr>
          <w:sz w:val="20"/>
        </w:rPr>
        <w:t>52:20  tab se main is ko samajhne ke liye parhta raha, is ko adopt karne ki koshish karta raha. scientific temper kya cheez hai?</w:t>
      </w:r>
      <w:r>
        <w:br/>
      </w:r>
      <w:r>
        <w:rPr>
          <w:sz w:val="20"/>
        </w:rPr>
        <w:t>52:33  to yeh main bataoon ke koi kuch bhi mushkil kaam nahi hai. har aadmi is ko adopt kar sakta hai</w:t>
      </w:r>
      <w:r>
        <w:br/>
      </w:r>
      <w:r>
        <w:rPr>
          <w:sz w:val="20"/>
        </w:rPr>
        <w:t>52:46  kyunke is mein sirf aap ke nature ko jagana parta hai. nature, aap nature par aa jayen to aap ko kehte hain scientific temper pe aa gaya.</w:t>
      </w:r>
      <w:r>
        <w:br/>
      </w:r>
      <w:r>
        <w:rPr>
          <w:sz w:val="20"/>
        </w:rPr>
        <w:t>52:59  to yeh kaam to aadmi khud hi kar sakta hai. har aadmi apne nature ko mehfooz rakhiye, nature ko broot na hone dijiye, aur phir apna aap aap ke andar scientific temper aa jayega.</w:t>
      </w:r>
    </w:p>
    <w:p>
      <w:pPr>
        <w:pStyle w:val="Heading2"/>
      </w:pPr>
      <w:r>
        <w:t>Developing scientific thinking: starting point</w:t>
      </w:r>
    </w:p>
    <w:p>
      <w:r>
        <w:rPr>
          <w:color w:val="666666"/>
          <w:sz w:val="18"/>
        </w:rPr>
        <w:t>Life &amp; Wisdom · Mission of Tajdeed (Revival of Islam) September 15, 2019 Maulana Wahiduddin Khan · 1m 42s · at 51:05 · https://youtu.be/jGfoAffJ4-8?t=3065</w:t>
      </w:r>
    </w:p>
    <w:p>
      <w:r>
        <w:rPr>
          <w:i/>
        </w:rPr>
        <w:t>“How can scientific thinking be developed? What is the starting point?”</w:t>
      </w:r>
    </w:p>
    <w:p>
      <w:r>
        <w:rPr>
          <w:sz w:val="20"/>
        </w:rPr>
        <w:t>51:05  molana, agla sawal bheja hai ahmedabad se sanaullah sahab ne. unhone aap se poocha hai ke "How can scientific thinking be developed</w:t>
      </w:r>
      <w:r>
        <w:br/>
      </w:r>
      <w:r>
        <w:rPr>
          <w:sz w:val="20"/>
        </w:rPr>
        <w:t>51:18  ? What is the starting point?" bhai, yeh sawal bohat hi zyada aham hai, bohat zyada. lekin ab mein kya karoon?</w:t>
      </w:r>
      <w:r>
        <w:br/>
      </w:r>
      <w:r>
        <w:rPr>
          <w:sz w:val="20"/>
        </w:rPr>
        <w:t>51:27  mujhe yeh kehna padega ke is subject par hamare literature ke siwa koi kitab hi nahi likhi gayi. toh mein kya karoon?</w:t>
      </w:r>
      <w:r>
        <w:br/>
      </w:r>
      <w:r>
        <w:rPr>
          <w:sz w:val="20"/>
        </w:rPr>
        <w:t>51:36  mein yahi kahunga ke bhai, hamare mission mein jo kitabein chhapi hain, un ko padhiye. kyunke doosron ke haan jo kitabein likhi gayi hain, woh sachi baat hai ke is mauzu par hain hi nahi.</w:t>
      </w:r>
      <w:r>
        <w:br/>
      </w:r>
      <w:r>
        <w:rPr>
          <w:sz w:val="20"/>
        </w:rPr>
        <w:t>51:48  hata ke allama iqbal ki kitabein bhi is mauzu par nahi hain. misaal ke taur par, allama iqbal ka mashhoor sher hai: "in taaza khudaon mein sab se bada watan hai." yeh bilkul ghair scientific statement hai,</w:t>
      </w:r>
      <w:r>
        <w:br/>
      </w:r>
      <w:r>
        <w:rPr>
          <w:sz w:val="20"/>
        </w:rPr>
        <w:t>52:08  bilkul ghair scientific statement hai. aisi bohat si baatein hain, shalam ke phool phoonk de, khasa ke ghairullah ko, yeh sab ghair scientific, ghair scientific baatein hain.</w:t>
      </w:r>
      <w:r>
        <w:br/>
      </w:r>
      <w:r>
        <w:rPr>
          <w:sz w:val="20"/>
        </w:rPr>
        <w:t>52:24  toh jo top ka aadmi hai, aap ka iqbal, woh bhi scientific baat karna jaanta nahi. toh is liye mein kahunga ke aap hamari jo kitabein hain, hamara jo literature hai, literature hai, us ko phailiye, padhiye, aur logon ko padhne ki dijiye.</w:t>
      </w:r>
      <w:r>
        <w:br/>
      </w:r>
      <w:r>
        <w:rPr>
          <w:sz w:val="20"/>
        </w:rPr>
        <w:t>52:41  hamare paas koi option nahi hai doosra.</w:t>
      </w:r>
    </w:p>
    <w:p>
      <w:pPr>
        <w:pStyle w:val="Heading2"/>
      </w:pPr>
      <w:r>
        <w:t>Developing thinking for a universal approach</w:t>
      </w:r>
    </w:p>
    <w:p>
      <w:r>
        <w:rPr>
          <w:color w:val="666666"/>
          <w:sz w:val="18"/>
        </w:rPr>
        <w:t>Life &amp; Wisdom · Freedom of Expression in Islam 30 Sept 2012 - Maulana Wahiduddin Khan · 1m 07s · at 1:10:50 · https://youtu.be/WLlXSyxX8Q4?t=4250</w:t>
      </w:r>
    </w:p>
    <w:p>
      <w:r>
        <w:rPr>
          <w:i/>
        </w:rPr>
        <w:t>“What thinking should be developed in our self for a universal approach? Kindly advise.”</w:t>
      </w:r>
    </w:p>
    <w:p>
      <w:r>
        <w:rPr>
          <w:sz w:val="20"/>
        </w:rPr>
        <w:t>1:10:50  maulana, agla sawal dilli se hai miss naghma siddiqui ka. unhon ne likha hai: "what thinks should be develop in our self for a universal approach?</w:t>
      </w:r>
      <w:r>
        <w:br/>
      </w:r>
      <w:r>
        <w:rPr>
          <w:sz w:val="20"/>
        </w:rPr>
        <w:t>1:11:00  kindly advice." ab main to samajhta hoon ke jaise aadmi ke andar objective thinking aye gi, woh itni hi universal approach aye gi.</w:t>
      </w:r>
      <w:r>
        <w:br/>
      </w:r>
      <w:r>
        <w:rPr>
          <w:sz w:val="20"/>
        </w:rPr>
        <w:t>1:11:11  sara mamla hai ke logon ke andar subjective thinking hoti hai, yani apne aap ko le kar samajhna, apni family ko le kar samajhna, apni qaum ko le kar samajhna, poori mankind ko le kar nahi sochte log aam taur par.</w:t>
      </w:r>
      <w:r>
        <w:br/>
      </w:r>
      <w:r>
        <w:rPr>
          <w:sz w:val="20"/>
        </w:rPr>
        <w:t>1:11:26  to is soch ko aadmi jab tak badle ga ke woh poori mankind ko le kar soche ga, to universal approach apne aap aa jaye gi.</w:t>
      </w:r>
      <w:r>
        <w:br/>
      </w:r>
      <w:r>
        <w:rPr>
          <w:sz w:val="20"/>
        </w:rPr>
        <w:t>1:11:36  to har aadmi ko chahiye ke woh apna introspection kare. ab woh jaane ke meri soch kya hai, self centered soch hai ya universal soch hai.</w:t>
      </w:r>
      <w:r>
        <w:br/>
      </w:r>
      <w:r>
        <w:rPr>
          <w:sz w:val="20"/>
        </w:rPr>
        <w:t>1:11:50  yeh khud hi aadmi apne ko jaan sakta hai, khud hi aadmi apne ko theek bhi kar sakta hai.</w:t>
      </w:r>
    </w:p>
    <w:p>
      <w:pPr>
        <w:pStyle w:val="Heading2"/>
      </w:pPr>
      <w:r>
        <w:t>Developing wisdom in crisis situations</w:t>
      </w:r>
    </w:p>
    <w:p>
      <w:r>
        <w:rPr>
          <w:color w:val="666666"/>
          <w:sz w:val="18"/>
        </w:rPr>
        <w:t>Life &amp; Wisdom · The Age of Giving Global Thanks Dec 15. 2019—Maulana Wahiduddin Khan · 3m 34s · at 35:34 · https://youtu.be/254Pgn6Ldts?t=2134</w:t>
      </w:r>
    </w:p>
    <w:p>
      <w:r>
        <w:rPr>
          <w:i/>
        </w:rPr>
        <w:t>“To be able to see opportunity in a crisis situation requires great wisdom. Today, what you shared with all of us was pure wisdom. My question is: How can Muslims develop this ability to be able to act with wisdom in crisis-like situations?”</w:t>
      </w:r>
    </w:p>
    <w:p>
      <w:r>
        <w:rPr>
          <w:sz w:val="20"/>
        </w:rPr>
        <w:t>35:34  maulana, agla sawal aah kanpur se hai, usman saeed sahab ne bheja hai. unhon ne likha hai: "maulana, to be able to see opportunity in a crisis situation requires great wisdom.</w:t>
      </w:r>
      <w:r>
        <w:br/>
      </w:r>
      <w:r>
        <w:rPr>
          <w:sz w:val="20"/>
        </w:rPr>
        <w:t>35:50  today, what you shared with all of us was pure wisdom.</w:t>
      </w:r>
      <w:r>
        <w:br/>
      </w:r>
      <w:r>
        <w:rPr>
          <w:sz w:val="20"/>
        </w:rPr>
        <w:t>35:55  my question is: how can muslims develop this ability to be able to act with wisdom in crisis like situations</w:t>
      </w:r>
      <w:r>
        <w:br/>
      </w:r>
      <w:r>
        <w:rPr>
          <w:sz w:val="20"/>
        </w:rPr>
        <w:t>36:04  ? we all need your continuous guidance." dekhiye, wisdom jo hai, wisdom allah taala ne sirf insan ko di hai, kisi aur ko nahi.</w:t>
      </w:r>
      <w:r>
        <w:br/>
      </w:r>
      <w:r>
        <w:rPr>
          <w:sz w:val="20"/>
        </w:rPr>
        <w:t>36:18  kis liye? planning ko karne, planning ke liye thode ko zyada karna. wisdom is liye di gayi hai insan ko ke woh thode ko zyada kar sake.</w:t>
      </w:r>
      <w:r>
        <w:br/>
      </w:r>
      <w:r>
        <w:rPr>
          <w:sz w:val="20"/>
        </w:rPr>
        <w:t>36:34  woh panch ekad ka poori zameen bana de.</w:t>
      </w:r>
      <w:r>
        <w:br/>
      </w:r>
      <w:r>
        <w:rPr>
          <w:sz w:val="20"/>
        </w:rPr>
        <w:t>36:39  is ka, is ka demonstration christian community ne diya hai ke ise poora europe le liya gaya.</w:t>
      </w:r>
      <w:r>
        <w:br/>
      </w:r>
      <w:r>
        <w:rPr>
          <w:sz w:val="20"/>
        </w:rPr>
        <w:t>36:51  poore europe ka crowned king bana hua tha, pope. poore europe ka crowned king, us ko chheen liya gaya.</w:t>
      </w:r>
      <w:r>
        <w:br/>
      </w:r>
      <w:r>
        <w:rPr>
          <w:sz w:val="20"/>
        </w:rPr>
        <w:t>37:01  diya gaya kiya? 110 ekad. wahan unhon ne itna zabardast banaya hai. main khud wahan do bar gaya hoon.</w:t>
      </w:r>
      <w:r>
        <w:br/>
      </w:r>
      <w:r>
        <w:rPr>
          <w:sz w:val="20"/>
        </w:rPr>
        <w:t>37:12  ek namuna hai.</w:t>
      </w:r>
      <w:r>
        <w:br/>
      </w:r>
      <w:r>
        <w:rPr>
          <w:sz w:val="20"/>
        </w:rPr>
        <w:t>37:18  wahi musalmanon ko karna chahiye. thode ko zyada karna, yahi to hai wisdom.</w:t>
      </w:r>
      <w:r>
        <w:br/>
      </w:r>
      <w:r>
        <w:rPr>
          <w:sz w:val="20"/>
        </w:rPr>
        <w:t>37:27  thode ko thode ki shakal mein dekhna, yeh wisdom nahi hai. thode ko thode ki shakal mein dekhna, yeh wisdom nahi hai. thode ko zyada ki shakal mein dekhna, yeh wisdom hai.</w:t>
      </w:r>
      <w:r>
        <w:br/>
      </w:r>
      <w:r>
        <w:rPr>
          <w:sz w:val="20"/>
        </w:rPr>
        <w:t>37:42  rasool Allah jab makka mein the, bilkul ibtidai zamane mein, to wahan ek martaba makka ke log akha hue aur un se poocha ke kiya maqsad hai aap ka?</w:t>
      </w:r>
      <w:r>
        <w:br/>
      </w:r>
      <w:r>
        <w:rPr>
          <w:sz w:val="20"/>
        </w:rPr>
        <w:t>37:56  bataiye, kiya chahte hain aap hum se? to aap ne farmaya tha: "kalima wahida tamlikoon bila alam." haan,</w:t>
      </w:r>
      <w:r>
        <w:br/>
      </w:r>
      <w:r>
        <w:rPr>
          <w:sz w:val="20"/>
        </w:rPr>
        <w:t>38:17  yeh yeh pure arab o ajam ki ke empire ka message hai.</w:t>
      </w:r>
      <w:r>
        <w:br/>
      </w:r>
      <w:r>
        <w:rPr>
          <w:sz w:val="20"/>
        </w:rPr>
        <w:t>38:28  to aap thode mein zyada ko dekhiye, thode mein thode ko mat dekhiye. yeh wisdom hai, yeh islami hikmat hai.</w:t>
      </w:r>
      <w:r>
        <w:br/>
      </w:r>
      <w:r>
        <w:rPr>
          <w:sz w:val="20"/>
        </w:rPr>
        <w:t>38:44  gufran shaikh sahib ne mumbai se comment bheja hai, unhon ne likha hai: "i think CPS is the best as far as distributing Quran in different languages to all the people residing on this globe.</w:t>
      </w:r>
      <w:r>
        <w:br/>
      </w:r>
      <w:r>
        <w:rPr>
          <w:sz w:val="20"/>
        </w:rPr>
        <w:t>39:00  goes truly fulfilling God's command of spreading his word to all the mankind." mashallah.</w:t>
      </w:r>
    </w:p>
    <w:p>
      <w:pPr>
        <w:pStyle w:val="Heading2"/>
      </w:pPr>
      <w:r>
        <w:t>Developing wise thinking</w:t>
      </w:r>
    </w:p>
    <w:p>
      <w:r>
        <w:rPr>
          <w:color w:val="666666"/>
          <w:sz w:val="18"/>
        </w:rPr>
        <w:t>Life &amp; Wisdom · The Method of Planning August 14, 2016 · 1m 09s · at 52:21 · https://youtu.be/84WV8NS2VKQ?t=3141</w:t>
      </w:r>
    </w:p>
    <w:p>
      <w:r>
        <w:rPr>
          <w:i/>
        </w:rPr>
        <w:t>“How can we develop wise thinking? As bad planning is a result of not developing wise thinking in ourselves. Maulana, as you rightly said today, that we are not realistic in approach. So kindly advise how to develop wise thinking.”</w:t>
      </w:r>
    </w:p>
    <w:p>
      <w:r>
        <w:rPr>
          <w:sz w:val="20"/>
        </w:rPr>
        <w:t>52:21  Maulana, agla sawal Jammu se kya hai Zubair sahab ne, aur unhon ne aap se poocha hai ke how can we develop wise thinking as bad planning is a result of not developing wise thinking in ourselves? Maulana sahib, as you rightly said today, that we are not realistic in approach.</w:t>
      </w:r>
      <w:r>
        <w:br/>
      </w:r>
      <w:r>
        <w:rPr>
          <w:sz w:val="20"/>
        </w:rPr>
        <w:t>52:40  So kindly advise how to develop wise thinking.</w:t>
      </w:r>
      <w:r>
        <w:br/>
      </w:r>
      <w:r>
        <w:rPr>
          <w:sz w:val="20"/>
        </w:rPr>
        <w:t>52:46  bhai, hamari kitaben parhiye aur parhwaiye, yahi ek kaam hai.</w:t>
      </w:r>
      <w:r>
        <w:br/>
      </w:r>
      <w:r>
        <w:rPr>
          <w:sz w:val="20"/>
        </w:rPr>
        <w:t>52:52  ek kitab hai "Simple Wisdom".</w:t>
      </w:r>
      <w:r>
        <w:br/>
      </w:r>
      <w:r>
        <w:rPr>
          <w:sz w:val="20"/>
        </w:rPr>
        <w:t>52:58  "Simple Wisdom" ko aap parhiye aur doosron ko parhwaiye, bhai, yahi kaam hai.</w:t>
      </w:r>
      <w:r>
        <w:br/>
      </w:r>
      <w:r>
        <w:rPr>
          <w:sz w:val="20"/>
        </w:rPr>
        <w:t>53:05  hazaron logon ki soch badli hai inhi kitabon se.</w:t>
      </w:r>
      <w:r>
        <w:br/>
      </w:r>
      <w:r>
        <w:rPr>
          <w:sz w:val="20"/>
        </w:rPr>
        <w:t>53:11  hum to yahi kahen ge ke jo yeh hamare jo lecture hote hain, un ke jo concert bante</w:t>
      </w:r>
      <w:r>
        <w:br/>
      </w:r>
      <w:r>
        <w:rPr>
          <w:sz w:val="20"/>
        </w:rPr>
        <w:t>53:17  hain, us ko phailaiye.</w:t>
      </w:r>
      <w:r>
        <w:br/>
      </w:r>
      <w:r>
        <w:rPr>
          <w:sz w:val="20"/>
        </w:rPr>
        <w:t>53:24  yeh sab kijiye.</w:t>
      </w:r>
    </w:p>
    <w:p>
      <w:pPr>
        <w:pStyle w:val="Heading2"/>
      </w:pPr>
      <w:r>
        <w:t>Deviated young boy seeking guidance</w:t>
      </w:r>
    </w:p>
    <w:p>
      <w:r>
        <w:rPr>
          <w:color w:val="666666"/>
          <w:sz w:val="18"/>
        </w:rPr>
        <w:t>Life &amp; Wisdom · Divine Guidance November 20, 2016 · 5m 03s · at 55:16 · https://youtu.be/tbcloc-fvSE?t=3316</w:t>
      </w:r>
    </w:p>
    <w:p>
      <w:r>
        <w:rPr>
          <w:i/>
        </w:rPr>
        <w:t>“I am a deviated young boy from Pakistan.”</w:t>
      </w:r>
    </w:p>
    <w:p>
      <w:r>
        <w:rPr>
          <w:sz w:val="20"/>
        </w:rPr>
        <w:t>55:16  Maulana, agla sawal lete hain jo Pakistan se ek naujawan ne bheja hai.</w:t>
      </w:r>
      <w:r>
        <w:br/>
      </w:r>
      <w:r>
        <w:rPr>
          <w:sz w:val="20"/>
        </w:rPr>
        <w:t>55:21  is ne apna naam nahin likha hai.</w:t>
      </w:r>
      <w:r>
        <w:br/>
      </w:r>
      <w:r>
        <w:rPr>
          <w:sz w:val="20"/>
        </w:rPr>
        <w:t>55:26  sawal jo hai woh is tarah hai: "Moulana صاحb, I am a deviated young boy from Pakistan.</w:t>
      </w:r>
      <w:r>
        <w:br/>
      </w:r>
      <w:r>
        <w:rPr>
          <w:sz w:val="20"/>
        </w:rPr>
        <w:t>55:32  I want to commit suicide.</w:t>
      </w:r>
      <w:r>
        <w:br/>
      </w:r>
      <w:r>
        <w:rPr>
          <w:sz w:val="20"/>
        </w:rPr>
        <w:t>55:37  I am physically and mentally fit, but I am helpless and alone.</w:t>
      </w:r>
      <w:r>
        <w:br/>
      </w:r>
      <w:r>
        <w:rPr>
          <w:sz w:val="20"/>
        </w:rPr>
        <w:t>55:42  I can't handle this hard life and feel defeated.</w:t>
      </w:r>
      <w:r>
        <w:br/>
      </w:r>
      <w:r>
        <w:rPr>
          <w:sz w:val="20"/>
        </w:rPr>
        <w:t>55:48  I cant win because I dont have potential. My parents and relatives say that I would never be a successful man. They are right. I have no brain and I am weak. My question is: can I commit suicide? No one needs me. I am a burden on this earth. Will God forgive me if I commit suicide? I am totally helpless.</w:t>
      </w:r>
      <w:r>
        <w:br/>
      </w:r>
      <w:r>
        <w:rPr>
          <w:sz w:val="20"/>
        </w:rPr>
        <w:t>56:15  Please guide me." dekhen, mera jo experience hai woh bataon ga ke aise kai se mujhe maloom hai</w:t>
      </w:r>
      <w:r>
        <w:br/>
      </w:r>
      <w:r>
        <w:rPr>
          <w:sz w:val="20"/>
        </w:rPr>
        <w:t>56:20  jin ka yeh halat thi.</w:t>
      </w:r>
      <w:r>
        <w:br/>
      </w:r>
      <w:r>
        <w:rPr>
          <w:sz w:val="20"/>
        </w:rPr>
        <w:t>56:25  lekin jab maine in ko study ki to woh halat is liye thi ke woh apne aap</w:t>
      </w:r>
      <w:r>
        <w:br/>
      </w:r>
      <w:r>
        <w:rPr>
          <w:sz w:val="20"/>
        </w:rPr>
        <w:t>56:30  ko discover nahi kar sake.</w:t>
      </w:r>
      <w:r>
        <w:br/>
      </w:r>
      <w:r>
        <w:rPr>
          <w:sz w:val="20"/>
        </w:rPr>
        <w:t>56:36  apne aap ko discover nahi kar sake.</w:t>
      </w:r>
      <w:r>
        <w:br/>
      </w:r>
      <w:r>
        <w:rPr>
          <w:sz w:val="20"/>
        </w:rPr>
        <w:t>56:41  kisi cheez ko khwamkhwah bohat zyada important de di.</w:t>
      </w:r>
      <w:r>
        <w:br/>
      </w:r>
      <w:r>
        <w:rPr>
          <w:sz w:val="20"/>
        </w:rPr>
        <w:t>56:46  misalan, ek meri aankhon ke samne ek shakhs hai.</w:t>
      </w:r>
      <w:r>
        <w:br/>
      </w:r>
      <w:r>
        <w:rPr>
          <w:sz w:val="20"/>
        </w:rPr>
        <w:t>56:52  maine is ko dekha hai ke woh itna zyada mayoos the apni zindagi se ke woh samajhte</w:t>
      </w:r>
      <w:r>
        <w:br/>
      </w:r>
      <w:r>
        <w:rPr>
          <w:sz w:val="20"/>
        </w:rPr>
        <w:t>56:57  the, un ko log kehte the ke tum munhoos ho.</w:t>
      </w:r>
      <w:r>
        <w:br/>
      </w:r>
      <w:r>
        <w:rPr>
          <w:sz w:val="20"/>
        </w:rPr>
        <w:t>57:02  log un ko munhoos samajhte the kyunke kamyab nahi the zindagi mein.</w:t>
      </w:r>
      <w:r>
        <w:br/>
      </w:r>
      <w:r>
        <w:rPr>
          <w:sz w:val="20"/>
        </w:rPr>
        <w:t>57:08  woh to waqeatan unhon ne suicide kar liya.</w:t>
      </w:r>
      <w:r>
        <w:br/>
      </w:r>
      <w:r>
        <w:rPr>
          <w:sz w:val="20"/>
        </w:rPr>
        <w:t>57:13  main aankhon ke samne un ka body dekh, mere samne hai ke ke ek cheez kha li thi</w:t>
      </w:r>
      <w:r>
        <w:br/>
      </w:r>
      <w:r>
        <w:rPr>
          <w:sz w:val="20"/>
        </w:rPr>
        <w:t>57:18  unhon ne zeher ki aur gir pade the.</w:t>
      </w:r>
      <w:r>
        <w:br/>
      </w:r>
      <w:r>
        <w:rPr>
          <w:sz w:val="20"/>
        </w:rPr>
        <w:t>57:24  woh dekhen, fori doctor bulaya gaya aur woh Allah ke fazl se woh woh zeher khatm ho gaya</w:t>
      </w:r>
      <w:r>
        <w:br/>
      </w:r>
      <w:r>
        <w:rPr>
          <w:sz w:val="20"/>
        </w:rPr>
        <w:t>57:29  aur woh zinda ho gaye.</w:t>
      </w:r>
      <w:r>
        <w:br/>
      </w:r>
      <w:r>
        <w:rPr>
          <w:sz w:val="20"/>
        </w:rPr>
        <w:t>57:34  wohi shakhs baad ko hero ban gaya.</w:t>
      </w:r>
      <w:r>
        <w:br/>
      </w:r>
      <w:r>
        <w:rPr>
          <w:sz w:val="20"/>
        </w:rPr>
        <w:t>57:40  bohat zabardast kamyabi hasil ki is ne kyunke jo jab unhon ne suicide kar liya to woh super</w:t>
      </w:r>
      <w:r>
        <w:br/>
      </w:r>
      <w:r>
        <w:rPr>
          <w:sz w:val="20"/>
        </w:rPr>
        <w:t>57:45  shock tha un ke liye.</w:t>
      </w:r>
      <w:r>
        <w:br/>
      </w:r>
      <w:r>
        <w:rPr>
          <w:sz w:val="20"/>
        </w:rPr>
        <w:t>57:50  jab super shock laga to mind aap ka bohat zyada active ho jata hai.</w:t>
      </w:r>
      <w:r>
        <w:br/>
      </w:r>
      <w:r>
        <w:rPr>
          <w:sz w:val="20"/>
        </w:rPr>
        <w:t>57:55  suicide kar ke jab woh gir pade zameen par aur woh sab qissa hua un ke sath to</w:t>
      </w:r>
      <w:r>
        <w:br/>
      </w:r>
      <w:r>
        <w:rPr>
          <w:sz w:val="20"/>
        </w:rPr>
        <w:t>58:01  woh un ke liye super shock tha.</w:t>
      </w:r>
      <w:r>
        <w:br/>
      </w:r>
      <w:r>
        <w:rPr>
          <w:sz w:val="20"/>
        </w:rPr>
        <w:t>58:06  yaad rakhiye, mind ke andar bohat zyada potential hai.</w:t>
      </w:r>
      <w:r>
        <w:br/>
      </w:r>
      <w:r>
        <w:rPr>
          <w:sz w:val="20"/>
        </w:rPr>
        <w:t>58:11  bohat bohat aate hain dormant position mein soye hue hote hain.</w:t>
      </w:r>
      <w:r>
        <w:br/>
      </w:r>
      <w:r>
        <w:rPr>
          <w:sz w:val="20"/>
        </w:rPr>
        <w:t>58:17  mind ke potential soye rehte hain to un ko jab suicide ka waqea aur super shock laga un</w:t>
      </w:r>
      <w:r>
        <w:br/>
      </w:r>
      <w:r>
        <w:rPr>
          <w:sz w:val="20"/>
        </w:rPr>
        <w:t>58:22  ko to sara mind khul gaya un ka aur bohat zabardast kamyabi hasil ki unhon ne.</w:t>
      </w:r>
      <w:r>
        <w:br/>
      </w:r>
      <w:r>
        <w:rPr>
          <w:sz w:val="20"/>
        </w:rPr>
        <w:t>58:27  bohat bare bare kaam kiye unhon ne.</w:t>
      </w:r>
      <w:r>
        <w:br/>
      </w:r>
      <w:r>
        <w:rPr>
          <w:sz w:val="20"/>
        </w:rPr>
        <w:t>58:33  to aap jo hai, aap is ko nikal diye apne mind se.</w:t>
      </w:r>
      <w:r>
        <w:br/>
      </w:r>
      <w:r>
        <w:rPr>
          <w:sz w:val="20"/>
        </w:rPr>
        <w:t>58:38  mein aap ko kahoon ga, hamari kitabein parhiye.</w:t>
      </w:r>
      <w:r>
        <w:br/>
      </w:r>
      <w:r>
        <w:rPr>
          <w:sz w:val="20"/>
        </w:rPr>
        <w:t>58:43  hamari kitabein hain: raaz hayat, taabeer hayat, rehnuma hayat, kitab zindagi.</w:t>
      </w:r>
      <w:r>
        <w:br/>
      </w:r>
      <w:r>
        <w:rPr>
          <w:sz w:val="20"/>
        </w:rPr>
        <w:t>58:49  in kitabon ko parhiye aap aur inshallah aap ka sara mamla khatm ho jaye ga.</w:t>
      </w:r>
      <w:r>
        <w:br/>
      </w:r>
      <w:r>
        <w:rPr>
          <w:sz w:val="20"/>
        </w:rPr>
        <w:t>58:54  maulana, in ke sawal ka aik hissa yeh bhi tha ke will God forgive me if I commit</w:t>
      </w:r>
      <w:r>
        <w:br/>
      </w:r>
      <w:r>
        <w:rPr>
          <w:sz w:val="20"/>
        </w:rPr>
        <w:t>58:59  suicide hargiz nahin.</w:t>
      </w:r>
      <w:r>
        <w:br/>
      </w:r>
      <w:r>
        <w:rPr>
          <w:sz w:val="20"/>
        </w:rPr>
        <w:t>59:05  ji, hadith mein aata hai ke suicide karne ke baad aadmi jahannum mein ho jata hai.</w:t>
      </w:r>
      <w:r>
        <w:br/>
      </w:r>
      <w:r>
        <w:rPr>
          <w:sz w:val="20"/>
        </w:rPr>
        <w:t>59:10  baqayda bukhari mein riwayat maujood hai ke suicide karne ke baad jahannum mein ho jata hai aadmi.</w:t>
      </w:r>
      <w:r>
        <w:br/>
      </w:r>
      <w:r>
        <w:rPr>
          <w:sz w:val="20"/>
        </w:rPr>
        <w:t>59:15  yeh to yeh option aap ke liye khula nahin hai.</w:t>
      </w:r>
      <w:r>
        <w:br/>
      </w:r>
      <w:r>
        <w:rPr>
          <w:sz w:val="20"/>
        </w:rPr>
        <w:t>59:20  yeh option hai hi nahin aap ke liye.</w:t>
      </w:r>
      <w:r>
        <w:br/>
      </w:r>
      <w:r>
        <w:rPr>
          <w:sz w:val="20"/>
        </w:rPr>
        <w:t>59:26  aap ke liye sirf yeh hai ke apne potential ko daryaft karein aur zindagi restart karein.</w:t>
      </w:r>
      <w:r>
        <w:br/>
      </w:r>
      <w:r>
        <w:rPr>
          <w:sz w:val="20"/>
        </w:rPr>
        <w:t>59:31  phir se zindagi.</w:t>
      </w:r>
      <w:r>
        <w:br/>
      </w:r>
      <w:r>
        <w:rPr>
          <w:sz w:val="20"/>
        </w:rPr>
        <w:t>59:36  bukhari mein bhi hai aur hadith ki doosri kitabon mein bhi hai ke aik aadmi ne suicide kar</w:t>
      </w:r>
      <w:r>
        <w:br/>
      </w:r>
      <w:r>
        <w:rPr>
          <w:sz w:val="20"/>
        </w:rPr>
        <w:t>59:42  liya tha halanke woh musalman tha.</w:t>
      </w:r>
      <w:r>
        <w:br/>
      </w:r>
      <w:r>
        <w:rPr>
          <w:sz w:val="20"/>
        </w:rPr>
        <w:t>59:47  woh to rasool Allah ne farmaya ke إِنْ دَهُوْا بِنِ أَهْلِ النَّارِ to suicide karna Allah ke khilaf</w:t>
      </w:r>
      <w:r>
        <w:br/>
      </w:r>
      <w:r>
        <w:rPr>
          <w:sz w:val="20"/>
        </w:rPr>
        <w:t>59:52  yani negative vote dena hai.</w:t>
      </w:r>
      <w:r>
        <w:br/>
      </w:r>
      <w:r>
        <w:rPr>
          <w:sz w:val="20"/>
        </w:rPr>
        <w:t>59:58  kese maafi hogi? jis ko kehte hain adab aitmad ka vote.</w:t>
      </w:r>
      <w:r>
        <w:br/>
      </w:r>
      <w:r>
        <w:rPr>
          <w:sz w:val="20"/>
        </w:rPr>
        <w:t>1:00:03  vote of no confidence jo suicide karta hai woh Allah ke khilaf adab aitmad ka vote deta hai.</w:t>
      </w:r>
      <w:r>
        <w:br/>
      </w:r>
      <w:r>
        <w:rPr>
          <w:sz w:val="20"/>
        </w:rPr>
        <w:t>1:00:08  vote of no confidence to woh kese maaf kiya jaye ga? woh ji, aap hamari kitabein parhiye.</w:t>
      </w:r>
      <w:r>
        <w:br/>
      </w:r>
      <w:r>
        <w:rPr>
          <w:sz w:val="20"/>
        </w:rPr>
        <w:t>1:00:14  inshallah aap aik naye aik insan aap ke andar emerge kare ga.</w:t>
      </w:r>
    </w:p>
    <w:p>
      <w:pPr>
        <w:pStyle w:val="Heading2"/>
      </w:pPr>
      <w:r>
        <w:t>Difference between adjustment and compromise</w:t>
      </w:r>
    </w:p>
    <w:p>
      <w:r>
        <w:rPr>
          <w:color w:val="666666"/>
          <w:sz w:val="18"/>
        </w:rPr>
        <w:t>Life &amp; Wisdom · Journey of History December 23, 2012 · 2m 50s · at 1:25:33 · https://youtu.be/bvjWl3U3Dmw?t=5133</w:t>
      </w:r>
    </w:p>
    <w:p>
      <w:r>
        <w:rPr>
          <w:i/>
        </w:rPr>
        <w:t>“What is the difference between adjustment and compromise?”</w:t>
      </w:r>
    </w:p>
    <w:p>
      <w:r>
        <w:rPr>
          <w:sz w:val="20"/>
        </w:rPr>
        <w:t>1:25:33  maulana, agla sawal haiderabad se hai. ah, jis ne sawal kiya hai unhon ne apna naam nahi diya hai but sawal likha hai ke "what is the difference between adjustment and compromise?" is ke baray mein batayen.</w:t>
      </w:r>
      <w:r>
        <w:br/>
      </w:r>
      <w:r>
        <w:rPr>
          <w:sz w:val="20"/>
        </w:rPr>
        <w:t>1:25:50  dekhen, difference in word word lafzon mein nahi hai. yeh dono alfaaz jo hain woh similar hain.</w:t>
      </w:r>
      <w:r>
        <w:br/>
      </w:r>
      <w:r>
        <w:rPr>
          <w:sz w:val="20"/>
        </w:rPr>
        <w:t>1:26:00  to difference is mein nahi hai jis mein hamari niyat mein hai. hum kis liye karte hain? adjustment ya compromise agar hum karte hain kisi khair ke liye, bhalai ke liye to woh sawab hai.</w:t>
      </w:r>
      <w:r>
        <w:br/>
      </w:r>
      <w:r>
        <w:rPr>
          <w:sz w:val="20"/>
        </w:rPr>
        <w:t>1:26:14  agar hum karte hain ke dunya ke interest ke liye to woh munaafiqat hai. to aam taur par mein dekhta hoon ke dunya ke interest ke liye har aadmi foran kar leta hai adjustment, foran compromise kar leta hai.</w:t>
      </w:r>
      <w:r>
        <w:br/>
      </w:r>
      <w:r>
        <w:rPr>
          <w:sz w:val="20"/>
        </w:rPr>
        <w:t>1:26:25  lekin jab Allah ka maamla aata hai, aakhirat ka maamla aata hai to compro</w:t>
      </w:r>
      <w:r>
        <w:br/>
      </w:r>
      <w:r>
        <w:rPr>
          <w:sz w:val="20"/>
        </w:rPr>
        <w:t>1:26:29  mise nahi karta. woh wahan akarr jata hai. woh to yaad rakhiye, adjustment aur compromise yani dictionary ke aitbaar se dono ek hi hain.</w:t>
      </w:r>
      <w:r>
        <w:br/>
      </w:r>
      <w:r>
        <w:rPr>
          <w:sz w:val="20"/>
        </w:rPr>
        <w:t>1:26:40  niyat ke aitbaar se farq ho jata hai. aam taur par logon ka haal hai ke jahan un ka interest ka masla aa jaye to foran woh compromise kar lenge, foran adjust kar</w:t>
      </w:r>
      <w:r>
        <w:br/>
      </w:r>
      <w:r>
        <w:rPr>
          <w:sz w:val="20"/>
        </w:rPr>
        <w:t>1:26:51  lenge. zaati interest ka masla aur jab masla ho deen ka, Allah ka, aakhirat ka to wahan akarr dikhate hain.</w:t>
      </w:r>
      <w:r>
        <w:br/>
      </w:r>
      <w:r>
        <w:rPr>
          <w:sz w:val="20"/>
        </w:rPr>
        <w:t>1:27:00  yeh bohat bara gunah hai. yeh munaafiqat hai. munaafiqat yani zaati maamle mein compromise kar lena aur jab maamla ho deen ka to wahan compromise na karna.</w:t>
      </w:r>
      <w:r>
        <w:br/>
      </w:r>
      <w:r>
        <w:rPr>
          <w:sz w:val="20"/>
        </w:rPr>
        <w:t>1:27:13  isi ka naam to munaafiqat hai. yeh to bohat bara gunah hai Allah ke nazdeek.</w:t>
      </w:r>
      <w:r>
        <w:br/>
      </w:r>
      <w:r>
        <w:rPr>
          <w:sz w:val="20"/>
        </w:rPr>
        <w:t>1:27:18  is qism ki duality jo hai, duality yani double standard, isi ka naam munaafiqat hai. aadmi ko is se bachna chahiye. Maulana, un ka ek aur sawal hai.</w:t>
      </w:r>
      <w:r>
        <w:br/>
      </w:r>
      <w:r>
        <w:rPr>
          <w:sz w:val="20"/>
        </w:rPr>
        <w:t>1:27:30  unhon ne aap se poocha hai: "can we be free of negative feelings like self doubt?" dekhen, self doubt koi word nahi hai.</w:t>
      </w:r>
      <w:r>
        <w:br/>
      </w:r>
      <w:r>
        <w:rPr>
          <w:sz w:val="20"/>
        </w:rPr>
        <w:t>1:27:39  yeh to ek ek bra galat naam dena hai. self doubt ko kehte hain is ko.</w:t>
      </w:r>
      <w:r>
        <w:br/>
      </w:r>
      <w:r>
        <w:rPr>
          <w:sz w:val="20"/>
        </w:rPr>
        <w:t>1:27:46  introspection kahiye. doubt karne ki kya zaroorat hai? aap doubt kyun karte hain? introspection kijiye, muhasba kijiye, sochiye.</w:t>
      </w:r>
      <w:r>
        <w:br/>
      </w:r>
      <w:r>
        <w:rPr>
          <w:sz w:val="20"/>
        </w:rPr>
        <w:t>1:27:58  self doubt bas kahoon ke koi word nahi hai. asal jo cheez hai woh hai introspection, muhasba, apne baray, apne khilaaf sochna.</w:t>
      </w:r>
      <w:r>
        <w:br/>
      </w:r>
      <w:r>
        <w:rPr>
          <w:sz w:val="20"/>
        </w:rPr>
        <w:t>1:28:10  aadmi ko yaqeen par jeena chahiye lekin saath saath muhasba bhi karna chahiye.</w:t>
      </w:r>
      <w:r>
        <w:br/>
      </w:r>
      <w:r>
        <w:rPr>
          <w:sz w:val="20"/>
        </w:rPr>
        <w:t>1:28:14  yaqeen par jeete hue introspection bhi karna chahiye. yeh hai sahi baat.</w:t>
      </w:r>
    </w:p>
    <w:p>
      <w:pPr>
        <w:pStyle w:val="Heading2"/>
      </w:pPr>
      <w:r>
        <w:t>Difference between adjustment and compromise</w:t>
      </w:r>
    </w:p>
    <w:p>
      <w:r>
        <w:rPr>
          <w:color w:val="666666"/>
          <w:sz w:val="18"/>
        </w:rPr>
        <w:t>Life &amp; Wisdom · Lessons from My Journey to Agra October 27, 2013 · 1m 14s · at 54:41 · https://youtu.be/Gg2N0h4ETH8?t=3281</w:t>
      </w:r>
    </w:p>
    <w:p>
      <w:r>
        <w:rPr>
          <w:i/>
        </w:rPr>
        <w:t>“Maulana, you often tell us to do adjustment. I want to know from you, what is the difference between adjustment and compromise?”</w:t>
      </w:r>
    </w:p>
    <w:p>
      <w:r>
        <w:rPr>
          <w:sz w:val="20"/>
        </w:rPr>
        <w:t>54:41  maulana, agla sawal aaya hai bhopal se. firoz sahib ne likha hai, unhone likha hai ke "maulana, aap aksar hum logon ko adjustment karne ke liye kehte hain.</w:t>
      </w:r>
      <w:r>
        <w:br/>
      </w:r>
      <w:r>
        <w:rPr>
          <w:sz w:val="20"/>
        </w:rPr>
        <w:t>54:52  "i want to know from you, what is the difference between adjustment and compromise? dekhen, yeh niyat ka mamla hai.</w:t>
      </w:r>
      <w:r>
        <w:br/>
      </w:r>
      <w:r>
        <w:rPr>
          <w:sz w:val="20"/>
        </w:rPr>
        <w:t>55:02  shakal ke aitbar se dono mein koi khaas farq nahi hai. shakal ke aitbar se farq koi khaas nahi hai. agar aap sirf zaati interest ke liye karen to woh compromise hai.</w:t>
      </w:r>
      <w:r>
        <w:br/>
      </w:r>
      <w:r>
        <w:rPr>
          <w:sz w:val="20"/>
        </w:rPr>
        <w:t>55:14  usool ke liye karen to woh adjustment hai.</w:t>
      </w:r>
      <w:r>
        <w:br/>
      </w:r>
      <w:r>
        <w:rPr>
          <w:sz w:val="20"/>
        </w:rPr>
        <w:t>55:18  yani principle ke liye agar karen, principle ke liye as a principle, then it is adjustment. lekin agar aap self interest ke liye karen to woh compromise hai.</w:t>
      </w:r>
      <w:r>
        <w:br/>
      </w:r>
      <w:r>
        <w:rPr>
          <w:sz w:val="20"/>
        </w:rPr>
        <w:t>55:32  to self interest ke tehat kuch bhi karen, ghalt hota hai. woh aur principle ke liye jo bhi karen, aap sahi hoga. woh</w:t>
      </w:r>
      <w:r>
        <w:br/>
      </w:r>
      <w:r>
        <w:rPr>
          <w:sz w:val="20"/>
        </w:rPr>
        <w:t>55:42  to difference jo hai, woh self interest aur principle ke darmiyan hai.</w:t>
      </w:r>
      <w:r>
        <w:br/>
      </w:r>
      <w:r>
        <w:rPr>
          <w:sz w:val="20"/>
        </w:rPr>
        <w:t>55:48  warna shakal shakal ke aitbar se dono bohat milte julte hote hain.</w:t>
      </w:r>
    </w:p>
    <w:p>
      <w:pPr>
        <w:pStyle w:val="Heading2"/>
      </w:pPr>
      <w:r>
        <w:t>Difference between criticism and reaction</w:t>
      </w:r>
    </w:p>
    <w:p>
      <w:r>
        <w:rPr>
          <w:color w:val="666666"/>
          <w:sz w:val="18"/>
        </w:rPr>
        <w:t>Life &amp; Wisdom · Living in Falsehood December 15, 2013 · 4m 03s · at 52:30 · https://youtu.be/UvboK59uF6s?t=3150</w:t>
      </w:r>
    </w:p>
    <w:p>
      <w:r>
        <w:rPr>
          <w:i/>
        </w:rPr>
        <w:t>“What is the difference between criticism and reaction?”</w:t>
      </w:r>
    </w:p>
    <w:p>
      <w:r>
        <w:rPr>
          <w:sz w:val="20"/>
        </w:rPr>
        <w:t>52:30  maulana, agla sawal tamil nadu se hai maulana iqbal um</w:t>
      </w:r>
      <w:r>
        <w:br/>
      </w:r>
      <w:r>
        <w:rPr>
          <w:sz w:val="20"/>
        </w:rPr>
        <w:t>52:34  ri ka. unhon ne likha hai: "tanqeed aur radd-e-amal mein farq kya hai?" maulana, aap ki ilmi tanqeed ko aur rational tajziye ko ek sahab radd-e-amal ke naam de rahe the.</w:t>
      </w:r>
      <w:r>
        <w:br/>
      </w:r>
      <w:r>
        <w:rPr>
          <w:sz w:val="20"/>
        </w:rPr>
        <w:t>52:49  maulana, aisa kyun hai? main khas taur par radd-e-amal ka matlab nahi samajhta, yahi hai. radd-e-amal ka matlab hai reaction.</w:t>
      </w:r>
      <w:r>
        <w:br/>
      </w:r>
      <w:r>
        <w:rPr>
          <w:sz w:val="20"/>
        </w:rPr>
        <w:t>53:00  reaction kya hai?</w:t>
      </w:r>
      <w:r>
        <w:br/>
      </w:r>
      <w:r>
        <w:rPr>
          <w:sz w:val="20"/>
        </w:rPr>
        <w:t>53:03  yani jaise restaurant mein farmaya ke la taghzab ghussa na karo. to ghussa kya hai?</w:t>
      </w:r>
      <w:r>
        <w:br/>
      </w:r>
      <w:r>
        <w:rPr>
          <w:sz w:val="20"/>
        </w:rPr>
        <w:t>53:11  radd-e-amal hai, reaction hai. kisi ne aap ko provoke kiya, aap ghussa ho kar aap ko patthar marien, that is radeamal.</w:t>
      </w:r>
      <w:r>
        <w:br/>
      </w:r>
      <w:r>
        <w:rPr>
          <w:sz w:val="20"/>
        </w:rPr>
        <w:t>53:22  hum jo kehte hain woh to analysis hota hai. yani hamari baat ko aap yeh keh kar agar radd karen to aap ek gunah kar rahe hain.</w:t>
      </w:r>
      <w:r>
        <w:br/>
      </w:r>
      <w:r>
        <w:rPr>
          <w:sz w:val="20"/>
        </w:rPr>
        <w:t>53:31  kyunke hum ek daleel de rahe hain, quran o hadith se ek daleel de rahe hain. to aap quran o hadith se is ko radd kijiye. agar aap quran o hadith daleel na den aur kahen ke radd-e-amal hai to yeh to shat b shat mein hai, gaali karo jo jo ke haram hai islam mein.</w:t>
      </w:r>
      <w:r>
        <w:br/>
      </w:r>
      <w:r>
        <w:rPr>
          <w:sz w:val="20"/>
        </w:rPr>
        <w:t>53:49  haram hai islam mein.</w:t>
      </w:r>
      <w:r>
        <w:br/>
      </w:r>
      <w:r>
        <w:rPr>
          <w:sz w:val="20"/>
        </w:rPr>
        <w:t>53:52  misal ke taur par main ek misal deta hoon aap ko ke min husn islami al-birr tarkuhu mala yani ek hadith hai min husn islami al-birr tarkuhu mala yani islam ki ki khubi yeh hai ke aadmi us cheez ko chhod de jis mein koi faida nahi.</w:t>
      </w:r>
      <w:r>
        <w:br/>
      </w:r>
      <w:r>
        <w:rPr>
          <w:sz w:val="20"/>
        </w:rPr>
        <w:t>54:17  islam ki khubi yeh hai ke aadmi us ki cheezon hain jis mein koi faida</w:t>
      </w:r>
      <w:r>
        <w:br/>
      </w:r>
      <w:r>
        <w:rPr>
          <w:sz w:val="20"/>
        </w:rPr>
        <w:t>54:21  nahi. is ka matlab kya hua?</w:t>
      </w:r>
      <w:r>
        <w:br/>
      </w:r>
      <w:r>
        <w:rPr>
          <w:sz w:val="20"/>
        </w:rPr>
        <w:t>54:28  yani mabni bar result aap ka aap aap ki activity honi chahiye. You have in in every situation you have to see the result.</w:t>
      </w:r>
      <w:r>
        <w:br/>
      </w:r>
      <w:r>
        <w:rPr>
          <w:sz w:val="20"/>
        </w:rPr>
        <w:t>54:39  result hai to karna hai, nahi to nahi karna hai.</w:t>
      </w:r>
      <w:r>
        <w:br/>
      </w:r>
      <w:r>
        <w:rPr>
          <w:sz w:val="20"/>
        </w:rPr>
        <w:t>54:41  ab ek hadith maine pesh ki ke is ko le kar ke musalman jo hain palestine se le kar kashmir tak jo ladai kar rahe hain, woh result less hai.</w:t>
      </w:r>
      <w:r>
        <w:br/>
      </w:r>
      <w:r>
        <w:rPr>
          <w:sz w:val="20"/>
        </w:rPr>
        <w:t>54:50  koi nateeja nahin, mar rahe hain, kat rahe hain. abhi jo bangla desh ka maine bataya, koi result iska nahin. aapas mein mar rahe hain, kat rahe hain. aap aap ek aur ayat pesh kijiye iske jawab mein ke nahin, chahe result ho ya na ho, hamein to ladna hai.</w:t>
      </w:r>
      <w:r>
        <w:br/>
      </w:r>
      <w:r>
        <w:rPr>
          <w:sz w:val="20"/>
        </w:rPr>
        <w:t>55:06  ab aap kahein ke reaction hai to yeh to aap to aap to gunah ka kaam kar rahe hain.</w:t>
      </w:r>
      <w:r>
        <w:br/>
      </w:r>
      <w:r>
        <w:rPr>
          <w:sz w:val="20"/>
        </w:rPr>
        <w:t>55:11  yaani hum ek daleel pesh kar rahe hain aur aap keh rahe hain ke yeh radd radd amal hai. to aap gaali galoch kar rahe hain.</w:t>
      </w:r>
      <w:r>
        <w:br/>
      </w:r>
      <w:r>
        <w:rPr>
          <w:sz w:val="20"/>
        </w:rPr>
        <w:t>55:20  yeh to maine dekha. hadees mein aata hai, dekhiye ke hadees mein aata hai ke</w:t>
      </w:r>
      <w:r>
        <w:br/>
      </w:r>
      <w:r>
        <w:rPr>
          <w:sz w:val="20"/>
        </w:rPr>
        <w:t>55:32  man kan yoman billahi wal yawm al-akhir fa la yaqul khayran aw li yusmut</w:t>
      </w:r>
      <w:r>
        <w:br/>
      </w:r>
      <w:r>
        <w:rPr>
          <w:sz w:val="20"/>
        </w:rPr>
        <w:t>55:41  jo aadmi Allah par aur aakhirat par imaan rakhta ho, to usko chahiye ke woh baat kahe to khair ki baat kahe ya chup rahe.</w:t>
      </w:r>
      <w:r>
        <w:br/>
      </w:r>
      <w:r>
        <w:rPr>
          <w:sz w:val="20"/>
        </w:rPr>
        <w:t>55:53  khair ke ma'ne kya hain? mudallal baat, rational baat, jo Quran o hadees par mabni baat. to aap aap jo keh rahe hain radd amal, yeh kaun si ayat par mabni hai?</w:t>
      </w:r>
      <w:r>
        <w:br/>
      </w:r>
      <w:r>
        <w:rPr>
          <w:sz w:val="20"/>
        </w:rPr>
        <w:t>56:07  kis ayat se nikalta hai yeh?</w:t>
      </w:r>
      <w:r>
        <w:br/>
      </w:r>
      <w:r>
        <w:rPr>
          <w:sz w:val="20"/>
        </w:rPr>
        <w:t>56:09  ke koi shakhs daleel se guftagu kar raha ho, aap kahein radd amal, yeh kaun si ayat se nikalta hai? aisa yeh to gaali galoch hai, sab o shat hai, gunah hai, haram hai.</w:t>
      </w:r>
      <w:r>
        <w:br/>
      </w:r>
      <w:r>
        <w:rPr>
          <w:sz w:val="20"/>
        </w:rPr>
        <w:t>56:21  to unhein khud apne bare mein, yaani apne is ko revise karna chahiye, na ke mujh se taqaza karein ke tum revise karo.</w:t>
      </w:r>
    </w:p>
    <w:p>
      <w:pPr>
        <w:pStyle w:val="Heading2"/>
      </w:pPr>
      <w:r>
        <w:t>Difference between hikmah and aql in Islam</w:t>
      </w:r>
    </w:p>
    <w:p>
      <w:r>
        <w:rPr>
          <w:color w:val="666666"/>
          <w:sz w:val="18"/>
        </w:rPr>
        <w:t>Life &amp; Wisdom · Fear of God February 21, 2016 · 2m 37s · at 59:10 · https://youtu.be/T-w1IDIeCV4?t=3550</w:t>
      </w:r>
    </w:p>
    <w:p>
      <w:r>
        <w:rPr>
          <w:i/>
        </w:rPr>
        <w:t>“Is there any difference between hikmah and aql? Because many ulema do not appreciate aql and say that it makes people wrong. What is your opinion on this?”</w:t>
      </w:r>
    </w:p>
    <w:p>
      <w:r>
        <w:rPr>
          <w:sz w:val="20"/>
        </w:rPr>
        <w:t>59:10  maulana, agla sawal kya hai dilli se maulana farhad umri ne, aur unhon ne likha hai is there</w:t>
      </w:r>
      <w:r>
        <w:br/>
      </w:r>
      <w:r>
        <w:rPr>
          <w:sz w:val="20"/>
        </w:rPr>
        <w:t>59:16  any difference between hikmat and aql?</w:t>
      </w:r>
      <w:r>
        <w:br/>
      </w:r>
      <w:r>
        <w:rPr>
          <w:sz w:val="20"/>
        </w:rPr>
        <w:t>59:22  Because many ulema do not appreciate aql and say that it makes people wrong. Maulana, What is your opinion on this?</w:t>
      </w:r>
      <w:r>
        <w:br/>
      </w:r>
      <w:r>
        <w:rPr>
          <w:sz w:val="20"/>
        </w:rPr>
        <w:t>59:32  bhai, aql to khuda ki ek takhleeq hai.</w:t>
      </w:r>
      <w:r>
        <w:br/>
      </w:r>
      <w:r>
        <w:rPr>
          <w:sz w:val="20"/>
        </w:rPr>
        <w:t>59:38  khuda ne paida kiya.</w:t>
      </w:r>
      <w:r>
        <w:br/>
      </w:r>
      <w:r>
        <w:rPr>
          <w:sz w:val="20"/>
        </w:rPr>
        <w:t>59:44  hadith mein aata hai ke Allah ne aql ko paida kiya.</w:t>
      </w:r>
      <w:r>
        <w:br/>
      </w:r>
      <w:r>
        <w:rPr>
          <w:sz w:val="20"/>
        </w:rPr>
        <w:t>59:50  to is mein appreciate na karne ki koi baat hi nahin.</w:t>
      </w:r>
      <w:r>
        <w:br/>
      </w:r>
      <w:r>
        <w:rPr>
          <w:sz w:val="20"/>
        </w:rPr>
        <w:t>59:56  yeh hadith sabit hai ke aql ko Allah ne paida kiya.</w:t>
      </w:r>
      <w:r>
        <w:br/>
      </w:r>
      <w:r>
        <w:rPr>
          <w:sz w:val="20"/>
        </w:rPr>
        <w:t>1:00:02  to jab Allah ne paida kiya to bilashuba woh woh ek aisi cheez hai jis ko hamein manna hi hoga.</w:t>
      </w:r>
      <w:r>
        <w:br/>
      </w:r>
      <w:r>
        <w:rPr>
          <w:sz w:val="20"/>
        </w:rPr>
        <w:t>1:00:09  baqi woh ek alag cheez hai ke aql ka galat istemal.</w:t>
      </w:r>
      <w:r>
        <w:br/>
      </w:r>
      <w:r>
        <w:rPr>
          <w:sz w:val="20"/>
        </w:rPr>
        <w:t>1:00:15  jo kaha jata hai ke man tamman taqee tazill taqee to man tamman taqee tazill taqee yeh yeh</w:t>
      </w:r>
      <w:r>
        <w:br/>
      </w:r>
      <w:r>
        <w:rPr>
          <w:sz w:val="20"/>
        </w:rPr>
        <w:t>1:00:21  aql ka galat istemal hai.</w:t>
      </w:r>
      <w:r>
        <w:br/>
      </w:r>
      <w:r>
        <w:rPr>
          <w:sz w:val="20"/>
        </w:rPr>
        <w:t>1:00:27  lekin aql ka sahi istemal jo hai, woh to zahir hai ke bohat bari aur sawab ka kaam hai.</w:t>
      </w:r>
      <w:r>
        <w:br/>
      </w:r>
      <w:r>
        <w:rPr>
          <w:sz w:val="20"/>
        </w:rPr>
        <w:t>1:00:33  quran mein bhara hua hai is se ke ke aql ko istemal karo, tafkeer karo.</w:t>
      </w:r>
      <w:r>
        <w:br/>
      </w:r>
      <w:r>
        <w:rPr>
          <w:sz w:val="20"/>
        </w:rPr>
        <w:t>1:00:39  yeh to bohat bohat zyada quran mein bar bar aa raha hai: afala taqiloon afala taqiloon yeh to</w:t>
      </w:r>
      <w:r>
        <w:br/>
      </w:r>
      <w:r>
        <w:rPr>
          <w:sz w:val="20"/>
        </w:rPr>
        <w:t>1:00:46  aql ko istemal karo, yeh to Allah ko matlab hai ke log aql ko istemal karen.</w:t>
      </w:r>
      <w:r>
        <w:br/>
      </w:r>
      <w:r>
        <w:rPr>
          <w:sz w:val="20"/>
        </w:rPr>
        <w:t>1:00:52  is liye aql bohat bari nemat hai, albattah misuse kar ke aadmi apne ko is ka yaani ulta</w:t>
      </w:r>
      <w:r>
        <w:br/>
      </w:r>
      <w:r>
        <w:rPr>
          <w:sz w:val="20"/>
        </w:rPr>
        <w:t>1:00:58  bana leta hai.</w:t>
      </w:r>
      <w:r>
        <w:br/>
      </w:r>
      <w:r>
        <w:rPr>
          <w:sz w:val="20"/>
        </w:rPr>
        <w:t>1:01:04  maulana, in ka pehla hissa jo sawal ka tha, woh yeh bhi tha ke kya hikmat aur aql</w:t>
      </w:r>
      <w:r>
        <w:br/>
      </w:r>
      <w:r>
        <w:rPr>
          <w:sz w:val="20"/>
        </w:rPr>
        <w:t>1:01:10  mein koi difference hai? main is baat se to koi difference nahin hai.</w:t>
      </w:r>
      <w:r>
        <w:br/>
      </w:r>
      <w:r>
        <w:rPr>
          <w:sz w:val="20"/>
        </w:rPr>
        <w:t>1:01:16  hikmat ke lafzi mani to wisdom hain, aur wisdom ka aql jo hai, woh source of wisdom hai.</w:t>
      </w:r>
      <w:r>
        <w:br/>
      </w:r>
      <w:r>
        <w:rPr>
          <w:sz w:val="20"/>
        </w:rPr>
        <w:t>1:01:23  wisdom jo hai, woh kahan se aati hai? aql se aati hai.</w:t>
      </w:r>
      <w:r>
        <w:br/>
      </w:r>
      <w:r>
        <w:rPr>
          <w:sz w:val="20"/>
        </w:rPr>
        <w:t>1:01:29  aur hikmat ka lafzi matlab wisdom hai.</w:t>
      </w:r>
      <w:r>
        <w:br/>
      </w:r>
      <w:r>
        <w:rPr>
          <w:sz w:val="20"/>
        </w:rPr>
        <w:t>1:01:35  donon mein koi yaani safed aur yaani black aur black aur white ka farq nahin hai.</w:t>
      </w:r>
      <w:r>
        <w:br/>
      </w:r>
      <w:r>
        <w:rPr>
          <w:sz w:val="20"/>
        </w:rPr>
        <w:t>1:01:41  donon mere nazdeek ek doosre ka hissa hain.</w:t>
      </w:r>
    </w:p>
    <w:p>
      <w:pPr>
        <w:pStyle w:val="Heading2"/>
      </w:pPr>
      <w:r>
        <w:t>Difference between hobby and habit</w:t>
      </w:r>
    </w:p>
    <w:p>
      <w:r>
        <w:rPr>
          <w:color w:val="666666"/>
          <w:sz w:val="18"/>
        </w:rPr>
        <w:t>Life &amp; Wisdom · Self Correction November 09, 2014 Maulana Wahiduddin Khan · 1m 52s · at 1:20:01 · https://youtu.be/PpwTmeCQkSQ?t=4801</w:t>
      </w:r>
    </w:p>
    <w:p>
      <w:r>
        <w:rPr>
          <w:i/>
        </w:rPr>
        <w:t>“Are the words hobby and habit synonymous? If yes, then the hobbies people develop in them are also bad. Maulana, what is your comment on this?”</w:t>
      </w:r>
    </w:p>
    <w:p>
      <w:r>
        <w:rPr>
          <w:sz w:val="20"/>
        </w:rPr>
        <w:t>1:20:01  maulana, agla sawal pensilvaniya, USA se khawaja kaleemuddin sahib ne kiya hai, aur unhon ne</w:t>
      </w:r>
      <w:r>
        <w:br/>
      </w:r>
      <w:r>
        <w:rPr>
          <w:sz w:val="20"/>
        </w:rPr>
        <w:t>1:20:07  likha hai are the words hobby and habit synonymous?</w:t>
      </w:r>
      <w:r>
        <w:br/>
      </w:r>
      <w:r>
        <w:rPr>
          <w:sz w:val="20"/>
        </w:rPr>
        <w:t>1:20:13  If yes, then the hobbies people develop in them are also bad. Maulana, What is your comment on this?</w:t>
      </w:r>
      <w:r>
        <w:br/>
      </w:r>
      <w:r>
        <w:rPr>
          <w:sz w:val="20"/>
        </w:rPr>
        <w:t>1:20:24  main to hobby ka qail nahi hoon, na hobby ka, na habit ka. main to sirf aik hi baat janta hoon: soch samajh kar kaam karna. jo cheez soch samajh kar mujhe sahi lage, us ko karna, nahi to nahi karna. bator hobby karein ya bator habit karein, dono mujhe, yani dono mujhe, yani value less maloom hote hain. koi value nahi dunya mein, na akhirat mein. Okay, we will end this session now.</w:t>
      </w:r>
      <w:r>
        <w:br/>
      </w:r>
      <w:r>
        <w:rPr>
          <w:sz w:val="20"/>
        </w:rPr>
        <w:t>1:20:54  We would also like to tell our viewers that Maulana's article has appeared today in Times of India's Speaking Tree Supplement. The article is titled "Violence at Wagah." You can read this article from the Speaking Tree portal or from the CPS website. Thank you.</w:t>
      </w:r>
    </w:p>
    <w:p>
      <w:pPr>
        <w:pStyle w:val="Heading2"/>
      </w:pPr>
      <w:r>
        <w:t>Difference between physical and intellectual action</w:t>
      </w:r>
    </w:p>
    <w:p>
      <w:r>
        <w:rPr>
          <w:color w:val="666666"/>
          <w:sz w:val="18"/>
        </w:rPr>
        <w:t>Life &amp; Wisdom · The Expression of Faith (Izhar e Deen) September 1, 2013 · 2m 00s · at 1:21:32 · https://youtu.be/muBDJ8a_8-0?t=4892</w:t>
      </w:r>
    </w:p>
    <w:p>
      <w:r>
        <w:rPr>
          <w:i/>
        </w:rPr>
        <w:t>“You mentioned the importance of action. What is meant by 'action'? Only physical action or intellectual action is also included? Please explain.”</w:t>
      </w:r>
    </w:p>
    <w:p>
      <w:r>
        <w:rPr>
          <w:sz w:val="20"/>
        </w:rPr>
        <w:t>1:21:32  Maulana agla sawal Delhi se hai, Maulana Zakwan Nadvi ka. unhon ne likha hai: "Aapne amal ki importance batai. amal se kya murad hai</w:t>
      </w:r>
      <w:r>
        <w:br/>
      </w:r>
      <w:r>
        <w:rPr>
          <w:sz w:val="20"/>
        </w:rPr>
        <w:t>1:21:43  ? sirf physical amal ya amal mein intellectual amal bhi shamil hai? is ke bare mein bataen." physical amal to ek percent se bhi kam hai, is ka hissa hai.</w:t>
      </w:r>
      <w:r>
        <w:br/>
      </w:r>
      <w:r>
        <w:rPr>
          <w:sz w:val="20"/>
        </w:rPr>
        <w:t>1:21:54  asal to intellectual amal hi hai.</w:t>
      </w:r>
      <w:r>
        <w:br/>
      </w:r>
      <w:r>
        <w:rPr>
          <w:sz w:val="20"/>
        </w:rPr>
        <w:t>1:21:59  hamara jo intellectual being hai aur jo hamari intellectual personality hai, wahan jo activities hoti hain, woh sab se bara amal wahi hai.</w:t>
      </w:r>
      <w:r>
        <w:br/>
      </w:r>
      <w:r>
        <w:rPr>
          <w:sz w:val="20"/>
        </w:rPr>
        <w:t>1:22:08  haath hilaya, paon hilaya, yeh to is ka bohat hi thoda hissa hai.</w:t>
      </w:r>
      <w:r>
        <w:br/>
      </w:r>
      <w:r>
        <w:rPr>
          <w:sz w:val="20"/>
        </w:rPr>
        <w:t>1:22:16  to spirituality ke satah par ya mind ke satah par ya rooh ki satah par jo activities hoti hain, sab se bara amal wahi hai. agar wahan par na ho aur body par ho raha ho to yeh to munafiqat ho jayegi.</w:t>
      </w:r>
      <w:r>
        <w:br/>
      </w:r>
      <w:r>
        <w:rPr>
          <w:sz w:val="20"/>
        </w:rPr>
        <w:t>1:22:32  yeh to munafiqat ho jayegi.</w:t>
      </w:r>
    </w:p>
    <w:p>
      <w:pPr>
        <w:pStyle w:val="Heading2"/>
      </w:pPr>
      <w:r>
        <w:t>Difference between reshaping and availing history</w:t>
      </w:r>
    </w:p>
    <w:p>
      <w:r>
        <w:rPr>
          <w:color w:val="666666"/>
          <w:sz w:val="18"/>
        </w:rPr>
        <w:t>Life &amp; Wisdom · History of Kaaba March 19, 2017 · 1m 12s · at 58:57 · https://youtu.be/HPvWnoueeqg?t=3537</w:t>
      </w:r>
    </w:p>
    <w:p>
      <w:r>
        <w:rPr>
          <w:i/>
        </w:rPr>
        <w:t>“Kindly explain the difference between reshaping and availing of the history. I am little confused—if we all avail the history and follow its process, then it would eventually lead to reshaping of the history.”</w:t>
      </w:r>
    </w:p>
    <w:p>
      <w:r>
        <w:rPr>
          <w:sz w:val="20"/>
        </w:rPr>
        <w:t>58:57  maulana agla sawal baroda se bheja hai fawad ahmed sahib ne unhone aap se poocha hai ke</w:t>
      </w:r>
      <w:r>
        <w:br/>
      </w:r>
      <w:r>
        <w:rPr>
          <w:sz w:val="20"/>
        </w:rPr>
        <w:t>59:04  Maulana, kindly explain the difference between reshaping and availing of the history. I am a little confused as if</w:t>
      </w:r>
      <w:r>
        <w:br/>
      </w:r>
      <w:r>
        <w:rPr>
          <w:sz w:val="20"/>
        </w:rPr>
        <w:t>59:13  we all avail the history and follow its process then it would eventually lead to reshaping of the</w:t>
      </w:r>
      <w:r>
        <w:br/>
      </w:r>
      <w:r>
        <w:rPr>
          <w:sz w:val="20"/>
        </w:rPr>
        <w:t>59:20  history please clarify this doubt jaise dekhiye</w:t>
      </w:r>
      <w:r>
        <w:br/>
      </w:r>
      <w:r>
        <w:rPr>
          <w:sz w:val="20"/>
        </w:rPr>
        <w:t>59:26  pakistan ke leaderon ke paas mauqa tha ke india mein dawat dein woh lad rahe hain khwamkhwah ke</w:t>
      </w:r>
      <w:r>
        <w:br/>
      </w:r>
      <w:r>
        <w:rPr>
          <w:sz w:val="20"/>
        </w:rPr>
        <w:t>59:31  humein alag karo humein alag pakad padhana do ek shape bana tha history ke zariye se lambi history</w:t>
      </w:r>
      <w:r>
        <w:br/>
      </w:r>
      <w:r>
        <w:rPr>
          <w:sz w:val="20"/>
        </w:rPr>
        <w:t>59:39  se india ka ek shape bana tha us ko accept karo</w:t>
      </w:r>
      <w:r>
        <w:br/>
      </w:r>
      <w:r>
        <w:rPr>
          <w:sz w:val="20"/>
        </w:rPr>
        <w:t>59:43  partition</w:t>
      </w:r>
      <w:r>
        <w:br/>
      </w:r>
      <w:r>
        <w:rPr>
          <w:sz w:val="20"/>
        </w:rPr>
        <w:t>59:44  kya wo reshape karna aisi falasteen mein lad rahe hain ke reshape karne ke liye ke falasteen par dobara qabza hua hamara ab jo ho ho gaya hone dijiye us ko jo opportunity hai us ko avail kijiye maine bataya ke wahan dawat ki opportunity bahut zyada hai us ki jiye</w:t>
      </w:r>
    </w:p>
    <w:p>
      <w:pPr>
        <w:pStyle w:val="Heading2"/>
      </w:pPr>
      <w:r>
        <w:t>Difference between theoretical and practical wisdom</w:t>
      </w:r>
    </w:p>
    <w:p>
      <w:r>
        <w:rPr>
          <w:color w:val="666666"/>
          <w:sz w:val="18"/>
        </w:rPr>
        <w:t>Life &amp; Wisdom · How to Develop Pratical Wisdom May 5, 2024 · 9m 22s · at 31:10 · https://youtu.be/QIKxtH-MyMM?t=1870</w:t>
      </w:r>
    </w:p>
    <w:p>
      <w:r>
        <w:rPr>
          <w:i/>
        </w:rPr>
        <w:t>“What is the difference between theoretical wisdom and practical wisdom? Please explain this to all of us.”</w:t>
      </w:r>
    </w:p>
    <w:p>
      <w:r>
        <w:rPr>
          <w:sz w:val="20"/>
        </w:rPr>
        <w:t>31:10  lekin yeh kitne aasani se ek practical wisdom ka unhone example diya. to apa yahan pe mera agla sawal bhi yahi aata hai ke aap ne starting mein zikr bhi kiya tha theoretical wisdom ka.</w:t>
      </w:r>
      <w:r>
        <w:br/>
      </w:r>
      <w:r>
        <w:rPr>
          <w:sz w:val="20"/>
        </w:rPr>
        <w:t>31:22  to theoretical wisdom aur practical wisdom mein kya farq hai? kya difference hai? iske bare mein aap hum sab ko bataein.</w:t>
      </w:r>
      <w:r>
        <w:br/>
      </w:r>
      <w:r>
        <w:rPr>
          <w:sz w:val="20"/>
        </w:rPr>
        <w:t>31:34  to yeh greek philosophers ne hi yeh jis ko differentiate kiya tha to sufis jo unke haan jo lafz bola jata tha us se yahi murad thi ke universal sachaiyan aur universal usool aur uska practical application.</w:t>
      </w:r>
      <w:r>
        <w:br/>
      </w:r>
      <w:r>
        <w:rPr>
          <w:sz w:val="20"/>
        </w:rPr>
        <w:t>31:51  to ek to dekhein universal sachaiyan hoti hain jo ultimate truth hota hai lekin usko kaise apply karein real life situation par.</w:t>
      </w:r>
      <w:r>
        <w:br/>
      </w:r>
      <w:r>
        <w:rPr>
          <w:sz w:val="20"/>
        </w:rPr>
        <w:t>32:01  to jo naye naye situation pesh amadah surat haal jo hoti hai us mein jo situation aati hai us mein in cheezon ko, in usoolon ko kaise woh apply karein to usko effectively kaise usko istemal kiya jaye.</w:t>
      </w:r>
      <w:r>
        <w:br/>
      </w:r>
      <w:r>
        <w:rPr>
          <w:sz w:val="20"/>
        </w:rPr>
        <w:t>32:18  to theoretical jo wisdom hai woh hamari aqal mein to izafa karti hai lekin yeh usko practical wisdom mein convert karne ke liye to hum ko usko usko develop karna padta hai.</w:t>
      </w:r>
      <w:r>
        <w:br/>
      </w:r>
      <w:r>
        <w:rPr>
          <w:sz w:val="20"/>
        </w:rPr>
        <w:t>32:36  iske liye bohat saari nayi cheezon ki, bohat saari cheezon ki zaroorat hoti hai. maslan sabr hai,</w:t>
      </w:r>
      <w:r>
        <w:br/>
      </w:r>
      <w:r>
        <w:rPr>
          <w:sz w:val="20"/>
        </w:rPr>
        <w:t>32:43  matlab koi situation aayi aur us mein thoda humein wait karna padega, foran result nahi nikal raha hai. to agar hum besabri karenge to hum us mein hum nuksan uthayenge.</w:t>
      </w:r>
      <w:r>
        <w:br/>
      </w:r>
      <w:r>
        <w:rPr>
          <w:sz w:val="20"/>
        </w:rPr>
        <w:t>32:56  to yeh is tareeqe se hikmat, wisdom aur sabr jo hai woh inter related ho jate hain. aur sabr par isi liye islam mein bhi, quran mein, rasool Allah sal Allah alaihi wasallam ki zindagi mein, sunnat mein hum dekhte hain ke bohat zyada zor diya gaya</w:t>
      </w:r>
      <w:r>
        <w:br/>
      </w:r>
      <w:r>
        <w:rPr>
          <w:sz w:val="20"/>
        </w:rPr>
        <w:t>33:12  hai ke sabr ka matlab hai ke hum reaction, reactionary approach hamari na ho balkeh soch samajh kar, objectively hum planning karein.</w:t>
      </w:r>
      <w:r>
        <w:br/>
      </w:r>
      <w:r>
        <w:rPr>
          <w:sz w:val="20"/>
        </w:rPr>
        <w:t>33:23  to bohat zyada yeh cheez hamein rasool Allah sal Allah alaihi wasallam ki zindagi mein milti hai. kabhi bhi aap ne react nahi kiya balkeh soch samajh kar, plan kar ke phir aap koi qadam uthate the.</w:t>
      </w:r>
      <w:r>
        <w:br/>
      </w:r>
      <w:r>
        <w:rPr>
          <w:sz w:val="20"/>
        </w:rPr>
        <w:t>33:35  to asal mein situation itna different hoti hai.</w:t>
      </w:r>
      <w:r>
        <w:br/>
      </w:r>
      <w:r>
        <w:rPr>
          <w:sz w:val="20"/>
        </w:rPr>
        <w:t>33:38  kabhi bolna zaroori ho jata hai, kabhi chup rehna zaroori ho jata hai, kabhi iqdam karna zaroori hota hai, kabhi peechay hatna zaroori hota hai.</w:t>
      </w:r>
      <w:r>
        <w:br/>
      </w:r>
      <w:r>
        <w:rPr>
          <w:sz w:val="20"/>
        </w:rPr>
        <w:t>33:47  to isi farq ko janne ka naam jo hai wo hikmat hai. misaal ke taur par jo ke har aadmi ko iska tajurba hota hai ke koi sarak par hum wo gaari daura rahe hain to achanak koi doosri gaari aa jati hai ya green light ho gayi lekin doosri gaari chal chuki hai.</w:t>
      </w:r>
      <w:r>
        <w:br/>
      </w:r>
      <w:r>
        <w:rPr>
          <w:sz w:val="20"/>
        </w:rPr>
        <w:t>34:07  to is waqt to hum jo hain is waqt apni gaari nahi daurayenge balkay sabr ke sath thora sa rukenge ke jab tak hamare liye rasta na khali ho jaye tab tak hum gaari nahi daurayenge.</w:t>
      </w:r>
      <w:r>
        <w:br/>
      </w:r>
      <w:r>
        <w:rPr>
          <w:sz w:val="20"/>
        </w:rPr>
        <w:t>34:20  to yeh jo hai halankay hum hum jab green light ho gayi to hum apni gaari daura sakte hain lekin wahan par rasta khali nahi hai to hum wait karenge, sabr kari</w:t>
      </w:r>
      <w:r>
        <w:br/>
      </w:r>
      <w:r>
        <w:rPr>
          <w:sz w:val="20"/>
        </w:rPr>
        <w:t>34:34  nge. to isi tarah se yeh to ek aisi misaal hai jo har aadmi ko face karta hai, har aadmi. to isi tarah se rasool ALLAH صلی اللہ علیہ وسلم ne kiya ke makkah mein dekhiye, makkah mein itna zyada aap ke upar zulm kiya gaya lekin aap ne react nahi kiya, aap ne koi muqabla nahi kiya.</w:t>
      </w:r>
      <w:r>
        <w:br/>
      </w:r>
      <w:r>
        <w:rPr>
          <w:sz w:val="20"/>
        </w:rPr>
        <w:t>34:51  lekin jab madinah gaye to kai baar muqabla karna pada aap ko.</w:t>
      </w:r>
      <w:r>
        <w:br/>
      </w:r>
      <w:r>
        <w:rPr>
          <w:sz w:val="20"/>
        </w:rPr>
        <w:t>34:57  to is tarah se yeh halaat ko samajhna aur halaat ko samajhne ke liye experience bhi bohat zaroori hai.</w:t>
      </w:r>
      <w:r>
        <w:br/>
      </w:r>
      <w:r>
        <w:rPr>
          <w:sz w:val="20"/>
        </w:rPr>
        <w:t>35:06  jo aap ne kaha tha na ke zyada umar wale logon ko wise log samajhte hain to asal mein kai baar aisa hota hai ke unke paas experience zyada hota hai na.</w:t>
      </w:r>
      <w:r>
        <w:br/>
      </w:r>
      <w:r>
        <w:rPr>
          <w:sz w:val="20"/>
        </w:rPr>
        <w:t>35:16  ab naujawan aadmi ke paas to degree wala ilm hota hai aur boorhay aadmi ke paas experience</w:t>
      </w:r>
      <w:r>
        <w:br/>
      </w:r>
      <w:r>
        <w:rPr>
          <w:sz w:val="20"/>
        </w:rPr>
        <w:t>35:22  hota hai. to apne experience se jo batata hai to is mein kai baar wo sahi is ki rai hoti hai. to is liye hamein samajhna hota hai ke ideal jo hai wo har jagah is is is ko applicable nahi hota, har jagah achievable nahi hota.</w:t>
      </w:r>
      <w:r>
        <w:br/>
      </w:r>
      <w:r>
        <w:rPr>
          <w:sz w:val="20"/>
        </w:rPr>
        <w:t>35:41  to ideal ko achieve karne ke liye hum jo hai thora wait karna parta hai, samajh lijiyay. to is wo wait karna jo hai wahi sabr o barda</w:t>
      </w:r>
      <w:r>
        <w:br/>
      </w:r>
      <w:r>
        <w:rPr>
          <w:sz w:val="20"/>
        </w:rPr>
        <w:t>35:52  sht hai. ji to is ke liye bohat zyada emphasis se wo is ka zikr aya hai quran o hadith mein sabr par.</w:t>
      </w:r>
      <w:r>
        <w:br/>
      </w:r>
      <w:r>
        <w:rPr>
          <w:sz w:val="20"/>
        </w:rPr>
        <w:t>36:02  ji jazak ALLAH aap ka. kuch chapak comments aur questions bhi aaye hain, mein lena chahunga. yeh oman se likha hai fatin ashraf siddiqui sahab ne, unhone likha hai bohat hi fikr angrez baatein hain.</w:t>
      </w:r>
      <w:r>
        <w:br/>
      </w:r>
      <w:r>
        <w:rPr>
          <w:sz w:val="20"/>
        </w:rPr>
        <w:t>36:17  muhammad asif khan sahab ne lucknow se likha hai quran ki rehnumai mein ghor o fikar se hi hum wisdom ko hasil kar sakte hain aur is ki misaal hamein nabi ki poori zindagi se milti hai.</w:t>
      </w:r>
      <w:r>
        <w:br/>
      </w:r>
      <w:r>
        <w:rPr>
          <w:sz w:val="20"/>
        </w:rPr>
        <w:t>36:30  aap practice wisdom ke ki sab se bari misaal thay. miss farida kamran ne pakistan se likha hai jazak ALLAH very effective and meaningful lecture with beautiful examples.</w:t>
      </w:r>
      <w:r>
        <w:br/>
      </w:r>
      <w:r>
        <w:rPr>
          <w:sz w:val="20"/>
        </w:rPr>
        <w:t>36:43  may ALLAH bless you all and accept your efforts. amin.</w:t>
      </w:r>
      <w:r>
        <w:br/>
      </w:r>
      <w:r>
        <w:rPr>
          <w:sz w:val="20"/>
        </w:rPr>
        <w:t>36:47  yeh ek koi community group hai enlighten your mind, unhone naam nahi likha hai apna jinhone bhi is ko bheja hai. unhone likha hai practical wisdom is the ability to make sound judgments and decisions in practical matters based on deep understanding and experience.</w:t>
      </w:r>
      <w:r>
        <w:br/>
      </w:r>
      <w:r>
        <w:rPr>
          <w:sz w:val="20"/>
        </w:rPr>
        <w:t>37:03  it involves having a good sense of what is morally right or virtuous and knowing how to apply general principles to specific situations.</w:t>
      </w:r>
      <w:r>
        <w:br/>
      </w:r>
      <w:r>
        <w:rPr>
          <w:sz w:val="20"/>
        </w:rPr>
        <w:t>37:14  the real teaching of the quran is only to apply practical wisdom. doctor farida really described it nicely. bahrain se saifuddin sahab ne likha hai ke mein swat pakistan se hoon.</w:t>
      </w:r>
      <w:r>
        <w:br/>
      </w:r>
      <w:r>
        <w:rPr>
          <w:sz w:val="20"/>
        </w:rPr>
        <w:t>37:27  ALLAH pak aap sab ko salamat rakhe. amin. faiz qadri sahab ne coimbatore se likha hai maulana man of wisdom thay, un ke har sentence mein wisdom hua karti</w:t>
      </w:r>
      <w:r>
        <w:br/>
      </w:r>
      <w:r>
        <w:rPr>
          <w:sz w:val="20"/>
        </w:rPr>
        <w:t>37:42  thi. practical wisdom ke baray mein maulana ke paas jo clarity thi wo door hazir mein kisi ke paas nahi thi. musalman jab tak maulana ki is wisdom se faida nahi uthayenge masail se bahar nahi aa sakte.</w:t>
      </w:r>
      <w:r>
        <w:br/>
      </w:r>
      <w:r>
        <w:rPr>
          <w:sz w:val="20"/>
        </w:rPr>
        <w:t>37:57  CPS mission ka ek aham kaam logon ko practical wisdom ko batana bhi hai. apa yeh kuch teen sawal hain jo online</w:t>
      </w:r>
      <w:r>
        <w:br/>
      </w:r>
      <w:r>
        <w:rPr>
          <w:sz w:val="20"/>
        </w:rPr>
        <w:t>38:07  aaye hain. arman khan sahab ne likha hai yeh shayad dubai se hain, unhone likha hai apa grasshopper mind se sanjeedgi kaise layein is ke baray mein batayen.</w:t>
      </w:r>
      <w:r>
        <w:br/>
      </w:r>
      <w:r>
        <w:rPr>
          <w:sz w:val="20"/>
        </w:rPr>
        <w:t>38:24  yeh to wahi ho gaya na ladri nasb al ilm. jab aap ko maloom hai ke aap grasshopper mind hain to phir to aap ka aadha rasta to aadha safar to tay</w:t>
      </w:r>
      <w:r>
        <w:br/>
      </w:r>
      <w:r>
        <w:rPr>
          <w:sz w:val="20"/>
        </w:rPr>
        <w:t>38:34  ho gaya. ab aap koshish kariye, thora study kariye, thora ghor o fikar kariye. to study karna zaroori hai aur sab se zyada zaroori jo hai maulana ki kitabon ki study kariye.</w:t>
      </w:r>
      <w:r>
        <w:br/>
      </w:r>
      <w:r>
        <w:rPr>
          <w:sz w:val="20"/>
        </w:rPr>
        <w:t>38:45  aap is mein bohat hi simplify kar ke saare usoolon ko bata diya gaya hai. ab aap sochiye ke kitni kam muddat hamein is dunya mein mili hui hai to hamare paas time hi nahi hai zaya karne ka</w:t>
      </w:r>
      <w:r>
        <w:br/>
      </w:r>
      <w:r>
        <w:rPr>
          <w:sz w:val="20"/>
        </w:rPr>
        <w:t>38:59  . to hum ko kya kehte hain? der is no better time den this very minute. aap foran serious ho jaiye aur apne aap ko tayyar kariye kyunke hamari ek eternal life hai.</w:t>
      </w:r>
      <w:r>
        <w:br/>
      </w:r>
      <w:r>
        <w:rPr>
          <w:sz w:val="20"/>
        </w:rPr>
        <w:t>39:15  bas aap itna sochiye to aap ko bohat hi kitna aap serious ho jayenge. eternal life hai aur is ke liye hamein isi dunya mein apne aap ko prepare karna hai.</w:t>
      </w:r>
      <w:r>
        <w:br/>
      </w:r>
      <w:r>
        <w:rPr>
          <w:sz w:val="20"/>
        </w:rPr>
        <w:t>39:25  jitna hum prepare karenge isi ke mutabiq hamein akhirat mein is ka badla milega. ji to ab hamein kya pata hamari kitni umar hai, kisi ko bhi pata nahi.</w:t>
      </w:r>
      <w:r>
        <w:br/>
      </w:r>
      <w:r>
        <w:rPr>
          <w:sz w:val="20"/>
        </w:rPr>
        <w:t>39:35  to hum ko bas is zara bhi apna time waste nahi karna hai.</w:t>
      </w:r>
      <w:r>
        <w:br/>
      </w:r>
      <w:r>
        <w:rPr>
          <w:sz w:val="20"/>
        </w:rPr>
        <w:t>39:41  aur apa yeh bhi hai ke jaise Maulana hum sab ko bohat kaha karte the ke aap ko ek sincere person ban ke rehna hai kyunke agar aap ke andar sincerity nahi to phir Allah taala, Allah taala ki taraf se bhi madad nahi aayegi.</w:t>
      </w:r>
      <w:r>
        <w:br/>
      </w:r>
      <w:r>
        <w:rPr>
          <w:sz w:val="20"/>
        </w:rPr>
        <w:t>39:56  aur aap sincerity ke ilawa aap afford nahi kar sakte kyunke in sincere person is like moving on the direction of psychological suicide kyunke woh apne conscious ke khilaaf ja raha hai.</w:t>
      </w:r>
      <w:r>
        <w:br/>
      </w:r>
      <w:r>
        <w:rPr>
          <w:sz w:val="20"/>
        </w:rPr>
        <w:t>40:07  woh is dunya se bhi jayega aur akhirat se bhi.</w:t>
      </w:r>
      <w:r>
        <w:br/>
      </w:r>
      <w:r>
        <w:rPr>
          <w:sz w:val="20"/>
        </w:rPr>
        <w:t>40:10  to sab se jo mushkil cheez hai aur jo rare cheez hai, Maulana kehte the jo pai jati hai woh hai sincerity.</w:t>
      </w:r>
      <w:r>
        <w:br/>
      </w:r>
      <w:r>
        <w:rPr>
          <w:sz w:val="20"/>
        </w:rPr>
        <w:t>40:18  so the process, the beginning process is sincerity and following the principles in a disciplined manner. tab aap ko ek khaas madad bhi aane lagti hai.</w:t>
      </w:r>
      <w:r>
        <w:br/>
      </w:r>
      <w:r>
        <w:rPr>
          <w:sz w:val="20"/>
        </w:rPr>
        <w:t>40:29  to yeh bohat aham cheez hai. apa</w:t>
      </w:r>
    </w:p>
    <w:p>
      <w:pPr>
        <w:pStyle w:val="Heading2"/>
      </w:pPr>
      <w:r>
        <w:t>Difference between wisdom and intellect</w:t>
      </w:r>
    </w:p>
    <w:p>
      <w:r>
        <w:rPr>
          <w:color w:val="666666"/>
          <w:sz w:val="18"/>
        </w:rPr>
        <w:t>Life &amp; Wisdom · Question &amp; Answer Jan 6th 2013 - Maulana Wahiduddin Kahn · 47s · at 18:52 · https://youtu.be/1FAK1QuHEpw?t=1132</w:t>
      </w:r>
    </w:p>
    <w:p>
      <w:r>
        <w:rPr>
          <w:i/>
        </w:rPr>
        <w:t>“What is wisdom and intellect? Intellect means intelligence. Wisdom means wisdom. Wisdom comes from intellect. That is, intellect is the ability. Intelligence is within you, so the ability is present in you.”</w:t>
      </w:r>
    </w:p>
    <w:p>
      <w:r>
        <w:rPr>
          <w:sz w:val="20"/>
        </w:rPr>
        <w:t>18:52  maulana, agla sawal dilli se hai, shail sahib ka. unhon ne sawal kiya hai: "what is wisdom and intellect؟"</w:t>
      </w:r>
      <w:r>
        <w:br/>
      </w:r>
      <w:r>
        <w:rPr>
          <w:sz w:val="20"/>
        </w:rPr>
        <w:t>19:08  ab intellect ka matlab to hota hai zehanat. wisdom ka matlab hota hai hikmat. to wisdom to intellect se nikalti hai.</w:t>
      </w:r>
      <w:r>
        <w:br/>
      </w:r>
      <w:r>
        <w:rPr>
          <w:sz w:val="20"/>
        </w:rPr>
        <w:t>19:18  yani intellect jo hai woh is is se wisdom hasil hoti hai. aur intellect to salahiyat ka naam hai. zehanat aap ka aap ke andar hai to aap ke andar woh salahiyat maujood hai.</w:t>
      </w:r>
      <w:r>
        <w:br/>
      </w:r>
      <w:r>
        <w:rPr>
          <w:sz w:val="20"/>
        </w:rPr>
        <w:t>19:31  to intellect jo hai woh salahiyat ko bata rahi hai. aur wisdom nateeje ko bata rahi hai. yeh mein samajhta hoon. phir</w:t>
      </w:r>
    </w:p>
    <w:p>
      <w:pPr>
        <w:pStyle w:val="Heading2"/>
      </w:pPr>
      <w:r>
        <w:t>Difference between worrying and thinking</w:t>
      </w:r>
    </w:p>
    <w:p>
      <w:r>
        <w:rPr>
          <w:color w:val="666666"/>
          <w:sz w:val="18"/>
        </w:rPr>
        <w:t>Life &amp; Wisdom · Dars-e-Quran, Chapter 2, Verse 61 February 11, 2018 · 1m 21s · at 56:19 · https://youtu.be/rgoE0nvFJJI?t=3379</w:t>
      </w:r>
    </w:p>
    <w:p>
      <w:r>
        <w:rPr>
          <w:i/>
        </w:rPr>
        <w:t>“What is the difference between worrying and thinking? Thinking means to think, and worrying means to be anxious. How does he equate them? I don't understand.”</w:t>
      </w:r>
    </w:p>
    <w:p>
      <w:r>
        <w:rPr>
          <w:sz w:val="20"/>
        </w:rPr>
        <w:t>56:19  molana agla sawal lete hain jo bilal mir sahab ne bheja hai gwahati se</w:t>
      </w:r>
      <w:r>
        <w:br/>
      </w:r>
      <w:r>
        <w:rPr>
          <w:sz w:val="20"/>
        </w:rPr>
        <w:t>56:27  unho ne aap se poocha hai molana sahab what is the difference between worrying and thinking thinking</w:t>
      </w:r>
      <w:r>
        <w:br/>
      </w:r>
      <w:r>
        <w:rPr>
          <w:sz w:val="20"/>
        </w:rPr>
        <w:t>56:36  matlab sochna worrying matlab pareshan hona to is ko kaise wo equate kar rahe hain mere samajh nahi</w:t>
      </w:r>
      <w:r>
        <w:br/>
      </w:r>
      <w:r>
        <w:rPr>
          <w:sz w:val="20"/>
        </w:rPr>
        <w:t>56:44  aaya</w:t>
      </w:r>
      <w:r>
        <w:br/>
      </w:r>
      <w:r>
        <w:rPr>
          <w:sz w:val="20"/>
        </w:rPr>
        <w:t>56:50  dil dil karni ki kitab hai is ka nam hai Stop Worrying and Start Living pareshan hona band karo aur kam karna sikho to yah equate kaisay kiya unhon ne mere samajh nahi aya ji wo to pareshan honay ka worry ka matlab hota hai pareshan hona aur thinking ke mani ik peaceful phenomena hai thinking</w:t>
      </w:r>
      <w:r>
        <w:br/>
      </w:r>
      <w:r>
        <w:rPr>
          <w:sz w:val="20"/>
        </w:rPr>
        <w:t>57:20  phenomena, yani thinking, ek physical phenomena hai aur free jo hai wo to yani ulta ulta hai</w:t>
      </w:r>
      <w:r>
        <w:br/>
      </w:r>
      <w:r>
        <w:rPr>
          <w:sz w:val="20"/>
        </w:rPr>
        <w:t>57:34  to agle sunday mein apna yeh sawal dobara kar sakte hain wo ji</w:t>
      </w:r>
    </w:p>
    <w:p>
      <w:pPr>
        <w:pStyle w:val="Heading2"/>
      </w:pPr>
      <w:r>
        <w:t>Different aspects of practical wisdom</w:t>
      </w:r>
    </w:p>
    <w:p>
      <w:r>
        <w:rPr>
          <w:color w:val="666666"/>
          <w:sz w:val="18"/>
        </w:rPr>
        <w:t>Life &amp; Wisdom · How to Develop Pratical Wisdom May 5, 2024 · 5m 39s · at 25:31 · https://youtu.be/QIKxtH-MyMM?t=1531</w:t>
      </w:r>
    </w:p>
    <w:p>
      <w:r>
        <w:rPr>
          <w:i/>
        </w:rPr>
        <w:t>“What are the different aspects of wisdom? Please explain practical wisdom, because every situation is different—how do we apply the principles of wisdom in a new situation?”</w:t>
      </w:r>
    </w:p>
    <w:p>
      <w:r>
        <w:rPr>
          <w:sz w:val="20"/>
        </w:rPr>
        <w:t>25:31  acha, apa mera agla sawal yahi hai ke what are the different aspects of wisdom? is ke bare mein bhi aap batayein. different aspect of wisdom matlab practical wisdom, kyunke har situation alag hoti hai.</w:t>
      </w:r>
      <w:r>
        <w:br/>
      </w:r>
      <w:r>
        <w:rPr>
          <w:sz w:val="20"/>
        </w:rPr>
        <w:t>25:48  to is nai situation par kis tarike se wisdom ke jo usool hain, woh apply karte hain? woh jo aap ne bataya tha ke wisdom, yeh Maulana ne is ko define kiya hai:</w:t>
      </w:r>
      <w:r>
        <w:br/>
      </w:r>
      <w:r>
        <w:rPr>
          <w:sz w:val="20"/>
        </w:rPr>
        <w:t>26:01  "wisdom is the ability to discover the relevant by sorting out the irrelevant". to bohat sare aise aspect hotay hain jis ko humein ignore karna parta hai, jis ko humein zyada importance nahi deni parti hai.</w:t>
      </w:r>
      <w:r>
        <w:br/>
      </w:r>
      <w:r>
        <w:rPr>
          <w:sz w:val="20"/>
        </w:rPr>
        <w:t>26:17  lekin jo log is baat ko nahi samajhte, woh jaise kisi ne koi zulm kiya hai hamare upar, to hum wahin bharr jayenge. woh yeh nahi sochenge is ko bharrne ka nateeja kya hoga.</w:t>
      </w:r>
      <w:r>
        <w:br/>
      </w:r>
      <w:r>
        <w:rPr>
          <w:sz w:val="20"/>
        </w:rPr>
        <w:t>26:28  to Maulana ne result oriented action par bohat hi zyada zor diya hai. to humein har situation mein humein is ke ghair mutaliq pehlu ko, irrelevant pehluon ko alag kar ke humein relevant pehlu ko dekhna hai.</w:t>
      </w:r>
      <w:r>
        <w:br/>
      </w:r>
      <w:r>
        <w:rPr>
          <w:sz w:val="20"/>
        </w:rPr>
        <w:t>26:44  aur is ki misalein itni zyada Rasool Allah salallaho alaihi wasallam ki zindagi mein milti hain ke Rasool Allah salallaho alaihi wasallam ne jab Makah mein kaam shuru kiya to society mein tarah tarah ki buraiyan theen.</w:t>
      </w:r>
      <w:r>
        <w:br/>
      </w:r>
      <w:r>
        <w:rPr>
          <w:sz w:val="20"/>
        </w:rPr>
        <w:t>26:57  wahan tarah tarah ke jurm hotay thay, wahan tarah tarah ke jo hain aik doosre par log zulm karte thay. das das bees bees saal tak jangain ladte rehte thay.</w:t>
      </w:r>
      <w:r>
        <w:br/>
      </w:r>
      <w:r>
        <w:rPr>
          <w:sz w:val="20"/>
        </w:rPr>
        <w:t>27:08  tribal society mein yahi hota tha. Rome o Iran ki siyasi intervention barabar rehta tha. to tarah tarah se Ka'bah mein but rakhe hue thay.</w:t>
      </w:r>
      <w:r>
        <w:br/>
      </w:r>
      <w:r>
        <w:rPr>
          <w:sz w:val="20"/>
        </w:rPr>
        <w:t>27:18  lekin Rasool Allah salallaho alaihi wasallam in tamam cheezon se nahi disturb</w:t>
      </w:r>
      <w:r>
        <w:br/>
      </w:r>
      <w:r>
        <w:rPr>
          <w:sz w:val="20"/>
        </w:rPr>
        <w:t>27:25  huye. unhon ne dekha ke sirf aik root cause dekha. root cause kya hai? ke un ko tauheed ka message nahi mila hua hai.</w:t>
      </w:r>
      <w:r>
        <w:br/>
      </w:r>
      <w:r>
        <w:rPr>
          <w:sz w:val="20"/>
        </w:rPr>
        <w:t>27:34  un ko Khuda se taluq, Khuda se mohabbat, Khuda ka khauf, yeh sab cheezein un ke andar paida karna hai. aakhirat ka shauq, to yeh sab paida ho jayega.</w:t>
      </w:r>
      <w:r>
        <w:br/>
      </w:r>
      <w:r>
        <w:rPr>
          <w:sz w:val="20"/>
        </w:rPr>
        <w:t>27:45  to yeh sari cheezein jo hain khud ba khud khatam ho jayen gi.</w:t>
      </w:r>
      <w:r>
        <w:br/>
      </w:r>
      <w:r>
        <w:rPr>
          <w:sz w:val="20"/>
        </w:rPr>
        <w:t>27:48  to wahi hua. Rasool Allah salallaho alaihi wasallam ne aik taraf to tauheed par bohat zyada zor diya, aur phir ilm par bohat zyada zor diya.</w:t>
      </w:r>
      <w:r>
        <w:br/>
      </w:r>
      <w:r>
        <w:rPr>
          <w:sz w:val="20"/>
        </w:rPr>
        <w:t>27:58  yahan tak ke auraton ki taleem ka bhi bohat achhe tareeqe se intezam kiya taake kyunke auratein jo hain kisi bhi society ka taqreeban aadha hissa hoti hain, to agar woh educated nahi hain to phir bohat mushkil ho jayegi society mein education phail nahi payegi.</w:t>
      </w:r>
      <w:r>
        <w:br/>
      </w:r>
      <w:r>
        <w:rPr>
          <w:sz w:val="20"/>
        </w:rPr>
        <w:t>28:18  to phir rasool Allah sal Allah alaihi wasallam ne status ko dekha ke status ko agar hai koi prevail kar raha hai to usko khatam nahi karein, kyunke khatam karne se bohat zyada disturbance hoti hai.</w:t>
      </w:r>
      <w:r>
        <w:br/>
      </w:r>
      <w:r>
        <w:rPr>
          <w:sz w:val="20"/>
        </w:rPr>
        <w:t>28:31  to rasool Allah sal Allah alaihi wasallam ka jo sab se zyada yeh tha ke peace aur normal situation prevail kare taake jo woh kaam kar rahe hain, us kaam mein disturbance na ho.</w:t>
      </w:r>
      <w:r>
        <w:br/>
      </w:r>
      <w:r>
        <w:rPr>
          <w:sz w:val="20"/>
        </w:rPr>
        <w:t>28:43  to is liye aap status ko nahi todte the.</w:t>
      </w:r>
      <w:r>
        <w:br/>
      </w:r>
      <w:r>
        <w:rPr>
          <w:sz w:val="20"/>
        </w:rPr>
        <w:t>28:46  iski ek misaal wahi hai jo kaba jab kai baar jab flood mein kaba gir gaya tha, to dobara jab banaya gaya to itna unke paas quraish ke paas itna material nahi tha, kyunke kaba lamba tha aur ab chokor hai.</w:t>
      </w:r>
      <w:r>
        <w:br/>
      </w:r>
      <w:r>
        <w:rPr>
          <w:sz w:val="20"/>
        </w:rPr>
        <w:t>29:02  to material unka khatam ho gaya, to unhone chokor building bana di. to</w:t>
      </w:r>
      <w:r>
        <w:br/>
      </w:r>
      <w:r>
        <w:rPr>
          <w:sz w:val="20"/>
        </w:rPr>
        <w:t>29:07  jab aap ne makka conquer kar liya to aap ne chaha ke hum jo original kaba tha hazrat ibrahim alaihi wasallam ka banaya hua, uske upar usko dobara se bana dein.</w:t>
      </w:r>
      <w:r>
        <w:br/>
      </w:r>
      <w:r>
        <w:rPr>
          <w:sz w:val="20"/>
        </w:rPr>
        <w:t>29:20  to phir hazrat aisha ne kaha: "bhai to aap chahte hain to kyun nahi bana dete?" to aap ne kaha ke yeh qaum jo hai nayi nayi islam layi hai, woh kahegi ke yeh kaisa mazhab hai ke aate hi yeh log kaba ko todne lag</w:t>
      </w:r>
      <w:r>
        <w:br/>
      </w:r>
      <w:r>
        <w:rPr>
          <w:sz w:val="20"/>
        </w:rPr>
        <w:t>29:33  e. to yeh bohat zyada jo hai na ulta iska nateeja niklega. to is tareeqe se bohat saare waqiyat hain jo ke rasool Allah sal Allah alaihi wasallam ne status ko barqarar rakha aur root cause ko dekha ke root cause par kaam karne se khud ba khud doosre tamam masail hal ho jate hain.</w:t>
      </w:r>
      <w:r>
        <w:br/>
      </w:r>
      <w:r>
        <w:rPr>
          <w:sz w:val="20"/>
        </w:rPr>
        <w:t>29:55  ji apa aur molana se ek yeh bhi cheez seekhi ke woh kehte the: "wise person is one who lives in remembrance of God and in wise person is one who lives in material world because he is not aware of the creation plan of God." apa agar sahaba ki zindagi se bhi dekhein to bohat examples milte hain.</w:t>
      </w:r>
      <w:r>
        <w:br/>
      </w:r>
      <w:r>
        <w:rPr>
          <w:sz w:val="20"/>
        </w:rPr>
        <w:t>30:17  jaise um daradah ne ek martaba hazrat abu dardah ke bare mein bataya</w:t>
      </w:r>
      <w:r>
        <w:br/>
      </w:r>
      <w:r>
        <w:rPr>
          <w:sz w:val="20"/>
        </w:rPr>
        <w:t>30:22  Jab un ke baray mein poocha gaya ke un ki favorite</w:t>
      </w:r>
      <w:r>
        <w:br/>
      </w:r>
      <w:r>
        <w:rPr>
          <w:sz w:val="20"/>
        </w:rPr>
        <w:t>30:25  favorite deed kya thi to wo kehte the ke "He would contemplate and seek wisdom."</w:t>
      </w:r>
      <w:r>
        <w:br/>
      </w:r>
      <w:r>
        <w:rPr>
          <w:sz w:val="20"/>
        </w:rPr>
        <w:t>30:32  Aur aap wo is cheez se bhi aik example se pata chalta hai ke kitni practical wisdom thi</w:t>
      </w:r>
      <w:r>
        <w:br/>
      </w:r>
      <w:r>
        <w:rPr>
          <w:sz w:val="20"/>
        </w:rPr>
        <w:t>30:38  Sahaba mein ke unhon ne aik martaba aik Sahabi ko kaha ke "Remember</w:t>
      </w:r>
      <w:r>
        <w:br/>
      </w:r>
      <w:r>
        <w:rPr>
          <w:sz w:val="20"/>
        </w:rPr>
        <w:t>30:44  God while you are enjoying happiness because then God will remember you while you are in trouble."</w:t>
      </w:r>
      <w:r>
        <w:br/>
      </w:r>
      <w:r>
        <w:rPr>
          <w:sz w:val="20"/>
        </w:rPr>
        <w:t>30:50  And whenever you see a worldly thing, remember its transitory nature, its temporary nature, and tell your</w:t>
      </w:r>
      <w:r>
        <w:br/>
      </w:r>
      <w:r>
        <w:rPr>
          <w:sz w:val="20"/>
        </w:rPr>
        <w:t>30:58  self that this world will soon get over.</w:t>
      </w:r>
      <w:r>
        <w:br/>
      </w:r>
      <w:r>
        <w:rPr>
          <w:sz w:val="20"/>
        </w:rPr>
        <w:t>31:01  to yeh bohat hi practical tip hai kyunke apa jab hum chaka chaundh dekhte hain, worldly cheezon ko dekhte hain to bilkul uski taraf drawn ho jate hain, usi mein jeene lagte hain.</w:t>
      </w:r>
    </w:p>
    <w:p>
      <w:pPr>
        <w:pStyle w:val="Heading2"/>
      </w:pPr>
      <w:r>
        <w:t>Differentiating Greed from Need</w:t>
      </w:r>
    </w:p>
    <w:p>
      <w:r>
        <w:rPr>
          <w:color w:val="666666"/>
          <w:sz w:val="18"/>
        </w:rPr>
        <w:t>Life &amp; Wisdom · Journey of History December 23, 2012 · 1m 10s · at 1:16:07 · https://youtu.be/bvjWl3U3Dmw?t=4567</w:t>
      </w:r>
    </w:p>
    <w:p>
      <w:r>
        <w:rPr>
          <w:i/>
        </w:rPr>
        <w:t>“How can we differentiate between material greed and material need?”</w:t>
      </w:r>
    </w:p>
    <w:p>
      <w:r>
        <w:rPr>
          <w:sz w:val="20"/>
        </w:rPr>
        <w:t>1:16:07  maulana, ahmedabad se salman sahib ka sawal hai. inhone aap se poocha hai: "how can we differentiate between material greed and material need?" bohat asan hai.</w:t>
      </w:r>
      <w:r>
        <w:br/>
      </w:r>
      <w:r>
        <w:rPr>
          <w:sz w:val="20"/>
        </w:rPr>
        <w:t>1:16:20  yeh to bohat hi asan hai. har aadmi jaan sakta hai ke meri need kahan khatam ho gayi, meri need kahan khatam ho gayi.</w:t>
      </w:r>
      <w:r>
        <w:br/>
      </w:r>
      <w:r>
        <w:rPr>
          <w:sz w:val="20"/>
        </w:rPr>
        <w:t>1:16:31  yeh to koi mushkil nahi hai. koi aap ko bataye, koi doosra tab jaane. is ki zaroorat nahi hai.</w:t>
      </w:r>
      <w:r>
        <w:br/>
      </w:r>
      <w:r>
        <w:rPr>
          <w:sz w:val="20"/>
        </w:rPr>
        <w:t>1:16:39  koi bataye, tab jaane. is ki zaroorat nahi hai.</w:t>
      </w:r>
      <w:r>
        <w:br/>
      </w:r>
      <w:r>
        <w:rPr>
          <w:sz w:val="20"/>
        </w:rPr>
        <w:t>1:16:45  aap pani peete hain to ek had par lagta hai ke aap ki pyas bujh gai. aap khana khate hain to ek had par lagta hai ke aap ka pet bhar gaya. aise hi woh mamla hai.</w:t>
      </w:r>
      <w:r>
        <w:br/>
      </w:r>
      <w:r>
        <w:rPr>
          <w:sz w:val="20"/>
        </w:rPr>
        <w:t>1:16:56  yeh kisi yeh intezam mat chahiye ke koi bataye to aap janiye.</w:t>
      </w:r>
      <w:r>
        <w:br/>
      </w:r>
      <w:r>
        <w:rPr>
          <w:sz w:val="20"/>
        </w:rPr>
        <w:t>1:17:01  khud aap sochiye, aap soch kar jaan lenge ke kahan meri need khatm ho gai aur kahan se meri greed shuru ho rahi hai.</w:t>
      </w:r>
      <w:r>
        <w:br/>
      </w:r>
      <w:r>
        <w:rPr>
          <w:sz w:val="20"/>
        </w:rPr>
        <w:t>1:17:11  yeh bohat aasan hai. is mein koi mushkil baat nahi hai.</w:t>
      </w:r>
    </w:p>
    <w:p>
      <w:pPr>
        <w:pStyle w:val="Heading2"/>
      </w:pPr>
      <w:r>
        <w:t>Differentiating and controlling thoughts</w:t>
      </w:r>
    </w:p>
    <w:p>
      <w:r>
        <w:rPr>
          <w:color w:val="666666"/>
          <w:sz w:val="18"/>
        </w:rPr>
        <w:t>Life &amp; Wisdom · The Culture of People of Paradise January 06, 2019 Maulana Wahiduddin Khan · 57s · at 52:03 · https://youtu.be/rFExua9zntM?t=3123</w:t>
      </w:r>
    </w:p>
    <w:p>
      <w:r>
        <w:rPr>
          <w:i/>
        </w:rPr>
        <w:t>“We get so many thoughts every second, including positive and negative thoughts. How to differentiate and control thoughts and stay positive? What is your guidance in this?”</w:t>
      </w:r>
    </w:p>
    <w:p>
      <w:r>
        <w:rPr>
          <w:sz w:val="20"/>
        </w:rPr>
        <w:t>52:03  maulana, agla sawal dilli se kiya hai mr vikrant dagar ne. unhon ne likha hai: "maulana, we get so many, maulana, we get so many thoughts every second, including positive and negative thoughts.</w:t>
      </w:r>
      <w:r>
        <w:br/>
      </w:r>
      <w:r>
        <w:rPr>
          <w:sz w:val="20"/>
        </w:rPr>
        <w:t>52:21  how to differentiate and control thoughts and stay positive? what is your guidance on this?" dekhiye, positivity to chahiye, positive thinking to chahiye.</w:t>
      </w:r>
      <w:r>
        <w:br/>
      </w:r>
      <w:r>
        <w:rPr>
          <w:sz w:val="20"/>
        </w:rPr>
        <w:t>52:37  lekin is ka matlab yeh nahi ke negative thought bilkul khatam ho jaye, sirf positive thought baqi rahe. aisa matlab nahi hai, balkeh dono mein struggle hoti hai.</w:t>
      </w:r>
      <w:r>
        <w:br/>
      </w:r>
      <w:r>
        <w:rPr>
          <w:sz w:val="20"/>
        </w:rPr>
        <w:t>52:47  har lamha struggle, positive thinking aur negative thinking mein struggle hoti hai. ab woh struggle hi to jo personality development ka zariya hai, yeh struggle jo hai,</w:t>
      </w:r>
    </w:p>
    <w:p>
      <w:pPr>
        <w:pStyle w:val="Heading2"/>
      </w:pPr>
      <w:r>
        <w:t>Differentiating between destruction and necessity</w:t>
      </w:r>
    </w:p>
    <w:p>
      <w:r>
        <w:rPr>
          <w:color w:val="666666"/>
          <w:sz w:val="18"/>
        </w:rPr>
        <w:t>Life &amp; Wisdom · The Road to Paradise December 30, 2012 Maulana Wahiduddin Khan · 1m 38s · at 1:17:22 · https://youtu.be/vUiaPsYF4Tk?t=4642</w:t>
      </w:r>
    </w:p>
    <w:p>
      <w:r>
        <w:rPr>
          <w:i/>
        </w:rPr>
        <w:t>“What is how to differentiate between destruction and necessity?”</w:t>
      </w:r>
    </w:p>
    <w:p>
      <w:r>
        <w:rPr>
          <w:sz w:val="20"/>
        </w:rPr>
        <w:t>1:17:22  yahi spirituality meri samajh se yahi hai. maulana, agla sawal roorkee se hai, sajid anwar sahab ka.</w:t>
      </w:r>
      <w:r>
        <w:br/>
      </w:r>
      <w:r>
        <w:rPr>
          <w:sz w:val="20"/>
        </w:rPr>
        <w:t>1:17:32  unhon ne aapse poocha hai: "what is how to differentiate between distraction and necessity?"</w:t>
      </w:r>
      <w:r>
        <w:br/>
      </w:r>
      <w:r>
        <w:rPr>
          <w:sz w:val="20"/>
        </w:rPr>
        <w:t>1:17:44  jo bohat aasan hai.</w:t>
      </w:r>
      <w:r>
        <w:br/>
      </w:r>
      <w:r>
        <w:rPr>
          <w:sz w:val="20"/>
        </w:rPr>
        <w:t>1:17:47  aap need jo hai, haqeeqi need, us ko define kar lijiye. to need ke waqt jab aap kahin involve karein apne aap ko, to woh distraction nikal jayega.</w:t>
      </w:r>
      <w:r>
        <w:br/>
      </w:r>
      <w:r>
        <w:rPr>
          <w:sz w:val="20"/>
        </w:rPr>
        <w:t>1:18:01  lekin jab need se alawa jo cheez hoti hai, wahan aap daur padein to woh distraction khana aa jayega.</w:t>
      </w:r>
      <w:r>
        <w:br/>
      </w:r>
      <w:r>
        <w:rPr>
          <w:sz w:val="20"/>
        </w:rPr>
        <w:t>1:18:14  dekhen, is mein koi hard nafz rule doosra nahi bata sakta hai. khud har aadmi soch kar ke jaan sakta hai ke yeh mere liye necessity hai ya distraction hai.</w:t>
      </w:r>
      <w:r>
        <w:br/>
      </w:r>
      <w:r>
        <w:rPr>
          <w:sz w:val="20"/>
        </w:rPr>
        <w:t>1:18:25  is ke is ka koi yani external koi role nahi bana sakta. is ka har aadmi khud hi jaan sakta hai ke ke kab aisa hai, kab waisa hai.</w:t>
      </w:r>
      <w:r>
        <w:br/>
      </w:r>
      <w:r>
        <w:rPr>
          <w:sz w:val="20"/>
        </w:rPr>
        <w:t>1:18:44  jo aadmi bohat ziyada apna jo samajh chuka ho, purpose of life, kisi plan of god achhe tareeqe se, to us ko koi mushkil nahi hota yeh samajhna.</w:t>
      </w:r>
      <w:r>
        <w:br/>
      </w:r>
      <w:r>
        <w:rPr>
          <w:sz w:val="20"/>
        </w:rPr>
        <w:t>1:18:56  wo jaan leta hai.</w:t>
      </w:r>
    </w:p>
    <w:p>
      <w:pPr>
        <w:pStyle w:val="Heading2"/>
      </w:pPr>
      <w:r>
        <w:t>Differentiating material greed from need</w:t>
      </w:r>
    </w:p>
    <w:p>
      <w:r>
        <w:rPr>
          <w:color w:val="666666"/>
          <w:sz w:val="18"/>
        </w:rPr>
        <w:t>Life &amp; Wisdom · Materialism and Intellectual Dwarfism 29th April 2012 · 1m 43s · at 1:15:23 · https://youtu.be/qHzARL_r3I4?t=4523</w:t>
      </w:r>
    </w:p>
    <w:p>
      <w:r>
        <w:rPr>
          <w:i/>
        </w:rPr>
        <w:t>“How can we differentiate between material greed and material need?”</w:t>
      </w:r>
    </w:p>
    <w:p>
      <w:r>
        <w:rPr>
          <w:sz w:val="20"/>
        </w:rPr>
        <w:t>1:15:23  aql hi se ghor o fikr hota hai aur ghor o fikr hi se aadmi badi badi baton ko daryaft karta hai to ye bilkul galat nazariya hai maulana agla sawal miss naghma siddiqui ka hai dilli se unhone poocha hai How can we differentiate between material greed and material need?</w:t>
      </w:r>
      <w:r>
        <w:br/>
      </w:r>
      <w:r>
        <w:rPr>
          <w:sz w:val="20"/>
        </w:rPr>
        <w:t>1:15:48  dekhiye iski koi hard and fast line nahi kheench sakte hum</w:t>
      </w:r>
      <w:r>
        <w:br/>
      </w:r>
      <w:r>
        <w:rPr>
          <w:sz w:val="20"/>
        </w:rPr>
        <w:t>1:15:53  yeh aap ke apne upar hai</w:t>
      </w:r>
      <w:r>
        <w:br/>
      </w:r>
      <w:r>
        <w:rPr>
          <w:sz w:val="20"/>
        </w:rPr>
        <w:t>1:15:56  iski definition mere aziz yeh hai ke</w:t>
      </w:r>
      <w:r>
        <w:br/>
      </w:r>
      <w:r>
        <w:rPr>
          <w:sz w:val="20"/>
        </w:rPr>
        <w:t>1:16:00  zinda rehne ke liye itna zaroori ho</w:t>
      </w:r>
      <w:r>
        <w:br/>
      </w:r>
      <w:r>
        <w:rPr>
          <w:sz w:val="20"/>
        </w:rPr>
        <w:t>1:16:04  lazat ke liye aur tafreeh ke liye aur aaram ke liye jab aap jiyenge to woh phir</w:t>
      </w:r>
      <w:r>
        <w:br/>
      </w:r>
      <w:r>
        <w:rPr>
          <w:sz w:val="20"/>
        </w:rPr>
        <w:t>1:16:12  comfort aayega luxury aayegi aur baqat zaroorat aap jab ekta karenge to isi ko na</w:t>
      </w:r>
      <w:r>
        <w:br/>
      </w:r>
      <w:r>
        <w:rPr>
          <w:sz w:val="20"/>
        </w:rPr>
        <w:t>1:16:21  need kaha jata hai</w:t>
      </w:r>
      <w:r>
        <w:br/>
      </w:r>
      <w:r>
        <w:rPr>
          <w:sz w:val="20"/>
        </w:rPr>
        <w:t>1:16:23  lekin koi doosra aadmi aapko fehrist iski list nahi de sakta aapko khud iski list banani padegi koi bhi list nahi de sakta aap</w:t>
      </w:r>
      <w:r>
        <w:br/>
      </w:r>
      <w:r>
        <w:rPr>
          <w:sz w:val="20"/>
        </w:rPr>
        <w:t>1:16:34  aap ko khud yeh</w:t>
      </w:r>
      <w:r>
        <w:br/>
      </w:r>
      <w:r>
        <w:rPr>
          <w:sz w:val="20"/>
        </w:rPr>
        <w:t>1:16:36  sochna hai ke woh kaun si meri</w:t>
      </w:r>
      <w:r>
        <w:br/>
      </w:r>
      <w:r>
        <w:rPr>
          <w:sz w:val="20"/>
        </w:rPr>
        <w:t>1:16:40  yani masroofiyatein hain jo kal kar rahi hain mere time ko jo jo mere energy ko salo kar</w:t>
      </w:r>
      <w:r>
        <w:br/>
      </w:r>
      <w:r>
        <w:rPr>
          <w:sz w:val="20"/>
        </w:rPr>
        <w:t>1:16:50  rahi hain jo mujhe distract kar rahi hain</w:t>
      </w:r>
      <w:r>
        <w:br/>
      </w:r>
      <w:r>
        <w:rPr>
          <w:sz w:val="20"/>
        </w:rPr>
        <w:t>1:16:55  to har aadmi ko khud hi is ka faisla lena hai koi doosra aadmi us ko line nahi</w:t>
      </w:r>
      <w:r>
        <w:br/>
      </w:r>
      <w:r>
        <w:rPr>
          <w:sz w:val="20"/>
        </w:rPr>
        <w:t>1:17:01  kheencha sakta</w:t>
      </w:r>
    </w:p>
    <w:p>
      <w:pPr>
        <w:pStyle w:val="Heading2"/>
      </w:pPr>
      <w:r>
        <w:t>Difficulty focusing during reflection</w:t>
      </w:r>
    </w:p>
    <w:p>
      <w:r>
        <w:rPr>
          <w:color w:val="666666"/>
          <w:sz w:val="18"/>
        </w:rPr>
        <w:t>Life &amp; Wisdom · Revival of Islam March 23, 2014 · 2m 23s · at 48:06 · https://youtu.be/Wc4Vsc4u1JI?t=2886</w:t>
      </w:r>
    </w:p>
    <w:p>
      <w:r>
        <w:rPr>
          <w:i/>
        </w:rPr>
        <w:t>“During reflection, I cannot focus on one point; many different thoughts come to my mind. Please guide me on how to concentrate.”</w:t>
      </w:r>
    </w:p>
    <w:p>
      <w:r>
        <w:rPr>
          <w:sz w:val="20"/>
        </w:rPr>
        <w:t>48:06  maulana, agla sawal Pakistan se hai, sajjad nawaz sahib ka. Unhon ne likha hai: "ghor-o-fikr ke douran mein ek point par focus nahi kar pata.</w:t>
      </w:r>
      <w:r>
        <w:br/>
      </w:r>
      <w:r>
        <w:rPr>
          <w:sz w:val="20"/>
        </w:rPr>
        <w:t>48:18  different type ke kai khayalat mere mind mein aa jate hain. Maulana sahib, mere ko guide karein." dekhiye, aap hi ki baat nahi hai, yeh har shakhs ki baat hai.</w:t>
      </w:r>
      <w:r>
        <w:br/>
      </w:r>
      <w:r>
        <w:rPr>
          <w:sz w:val="20"/>
        </w:rPr>
        <w:t>48:33  yeh har shakhs ki baat hai.</w:t>
      </w:r>
      <w:r>
        <w:br/>
      </w:r>
      <w:r>
        <w:rPr>
          <w:sz w:val="20"/>
        </w:rPr>
        <w:t>48:35  kyunke aap jis duniya mein hain, wahan</w:t>
      </w:r>
      <w:r>
        <w:br/>
      </w:r>
      <w:r>
        <w:rPr>
          <w:sz w:val="20"/>
        </w:rPr>
        <w:t>48:42  bahut beshumar qism ki cheezen hain. Aap beshumar cheezon ko dekhte hain, beshumar cheezon ko sunte hain, beshumar cheezon ka tajruba hota hai, beshumar cheezen parhte hain.</w:t>
      </w:r>
      <w:r>
        <w:br/>
      </w:r>
      <w:r>
        <w:rPr>
          <w:sz w:val="20"/>
        </w:rPr>
        <w:t>48:54  woh sab aap ke mind mein jangla ban jata hai. To ek cheez mein focus karne ke ma'ani hain cheezon ko sort out karna.</w:t>
      </w:r>
      <w:r>
        <w:br/>
      </w:r>
      <w:r>
        <w:rPr>
          <w:sz w:val="20"/>
        </w:rPr>
        <w:t>49:04  to yeh aasan kaam nahi, is liye aap logon ko train karna parta hai. jo baat aap ki hai, woh sab ki hai. kyun k sab logon ka dimagh jungal hota hai.</w:t>
      </w:r>
      <w:r>
        <w:br/>
      </w:r>
      <w:r>
        <w:rPr>
          <w:sz w:val="20"/>
        </w:rPr>
        <w:t>49:14  jungal hota hi hota hai. agar aap sort out na kar sakein to jungal hi rahega woh. to yeh to aap ko karna hai.</w:t>
      </w:r>
      <w:r>
        <w:br/>
      </w:r>
      <w:r>
        <w:rPr>
          <w:sz w:val="20"/>
        </w:rPr>
        <w:t>49:24  is jungal se bahir aana hai. cheezon ko sort out karna hai. Allah se dua karna hai.</w:t>
      </w:r>
      <w:r>
        <w:br/>
      </w:r>
      <w:r>
        <w:rPr>
          <w:sz w:val="20"/>
        </w:rPr>
        <w:t>49:30  to aap ka case koi alag case nahi hai. wahi sab ka case hai. isi wajah se logon ki cheezein parhiye, aap sab k haan confusion hota hai.</w:t>
      </w:r>
      <w:r>
        <w:br/>
      </w:r>
      <w:r>
        <w:rPr>
          <w:sz w:val="20"/>
        </w:rPr>
        <w:t>49:42  logon k article parhiye, logon ki kitabein parhiye, logon ki taqreerein sunne. confusion hi confusion, confusion hi confusion.</w:t>
      </w:r>
      <w:r>
        <w:br/>
      </w:r>
      <w:r>
        <w:rPr>
          <w:sz w:val="20"/>
        </w:rPr>
        <w:t>49:53  kyun? log sort out nahi kar paate.</w:t>
      </w:r>
      <w:r>
        <w:br/>
      </w:r>
      <w:r>
        <w:rPr>
          <w:sz w:val="20"/>
        </w:rPr>
        <w:t>49:55  to aap yeh na samjhiye k aap ka case yeh hai. yeh sab ka case hai. aur is k liye aap logon ko train karna hai. apne ko yani woh salahiyat paida karna hai apne andar.</w:t>
      </w:r>
      <w:r>
        <w:br/>
      </w:r>
      <w:r>
        <w:rPr>
          <w:sz w:val="20"/>
        </w:rPr>
        <w:t>50:07  jis jis ko mein kehta hoon sort out karna. to to yeh yeh aik aik is ka aik is ko is ka talluq apne ko train karne se hai.</w:t>
      </w:r>
      <w:r>
        <w:br/>
      </w:r>
      <w:r>
        <w:rPr>
          <w:sz w:val="20"/>
        </w:rPr>
        <w:t>50:20  jab jab tak aap apne ko train nahi karein ge, tab tak kaifiyat baqi rahegi.</w:t>
      </w:r>
    </w:p>
    <w:p>
      <w:pPr>
        <w:pStyle w:val="Heading2"/>
      </w:pPr>
      <w:r>
        <w:t>Distinguishing Test from Punishment</w:t>
      </w:r>
    </w:p>
    <w:p>
      <w:r>
        <w:rPr>
          <w:color w:val="666666"/>
          <w:sz w:val="18"/>
        </w:rPr>
        <w:t>Life &amp; Wisdom · Peace of Mind April 19, 2015 Maulana Wahiduddin Khan · 59s · at 55:20 · https://youtu.be/bGLY0ALNtjw?t=3320</w:t>
      </w:r>
    </w:p>
    <w:p>
      <w:r>
        <w:rPr>
          <w:i/>
        </w:rPr>
        <w:t>“How to know whether the trouble that has come upon us is a test or a punishment? Please clarify.”</w:t>
      </w:r>
    </w:p>
    <w:p>
      <w:r>
        <w:rPr>
          <w:sz w:val="20"/>
        </w:rPr>
        <w:t>55:20  maulana agla sawal ajmer se kya hai doctor safina tabassum ne.</w:t>
      </w:r>
      <w:r>
        <w:br/>
      </w:r>
      <w:r>
        <w:rPr>
          <w:sz w:val="20"/>
        </w:rPr>
        <w:t>55:24  aur unhone aap se pucha hai ki Maulana Sahab ye kaise jaane ki jo pareshani hum par</w:t>
      </w:r>
      <w:r>
        <w:br/>
      </w:r>
      <w:r>
        <w:rPr>
          <w:sz w:val="20"/>
        </w:rPr>
        <w:t>55:31  aayi hai woh bator-e-imtihaan hai ya bator-e-punishment? is ko wazeh karen.</w:t>
      </w:r>
      <w:r>
        <w:br/>
      </w:r>
      <w:r>
        <w:rPr>
          <w:sz w:val="20"/>
        </w:rPr>
        <w:t>55:43  main dekh to na bator-e-imtihaan hai, na bator-e-punishment hai.</w:t>
      </w:r>
      <w:r>
        <w:br/>
      </w:r>
      <w:r>
        <w:rPr>
          <w:sz w:val="20"/>
        </w:rPr>
        <w:t>55:47  woh due to,</w:t>
      </w:r>
      <w:r>
        <w:br/>
      </w:r>
      <w:r>
        <w:rPr>
          <w:sz w:val="20"/>
        </w:rPr>
        <w:t>55:49  due to the creation plan of god hai.</w:t>
      </w:r>
      <w:r>
        <w:br/>
      </w:r>
      <w:r>
        <w:rPr>
          <w:sz w:val="20"/>
        </w:rPr>
        <w:t>55:51  woh hai challenge.</w:t>
      </w:r>
      <w:r>
        <w:br/>
      </w:r>
      <w:r>
        <w:rPr>
          <w:sz w:val="20"/>
        </w:rPr>
        <w:t>55:53  khuda ne is duniya ko banaya hai challenge par base karke bhi.</w:t>
      </w:r>
      <w:r>
        <w:br/>
      </w:r>
      <w:r>
        <w:rPr>
          <w:sz w:val="20"/>
        </w:rPr>
        <w:t>55:58  is ki wajah se kisi ko kuch milta hai, kisi ko kuch milta hai.</w:t>
      </w:r>
      <w:r>
        <w:br/>
      </w:r>
      <w:r>
        <w:rPr>
          <w:sz w:val="20"/>
        </w:rPr>
        <w:t>56:01  to main samajhta hoon ke</w:t>
      </w:r>
      <w:r>
        <w:br/>
      </w:r>
      <w:r>
        <w:rPr>
          <w:sz w:val="20"/>
        </w:rPr>
        <w:t>56:05  مصیبت یا آرام دونوں relative term ہیں۔</w:t>
      </w:r>
      <w:r>
        <w:br/>
      </w:r>
      <w:r>
        <w:rPr>
          <w:sz w:val="20"/>
        </w:rPr>
        <w:t>56:10  relative terms hain.</w:t>
      </w:r>
      <w:r>
        <w:br/>
      </w:r>
      <w:r>
        <w:rPr>
          <w:sz w:val="20"/>
        </w:rPr>
        <w:t>56:11  asal cheez yeh hai ke duniya mein challenge rahega, azaadi rahegi, compression rahega.</w:t>
      </w:r>
      <w:r>
        <w:br/>
      </w:r>
      <w:r>
        <w:rPr>
          <w:sz w:val="20"/>
        </w:rPr>
        <w:t>56:16  is beech mein aap apni duty anjaam dete rahen.</w:t>
      </w:r>
    </w:p>
    <w:p>
      <w:pPr>
        <w:pStyle w:val="Heading2"/>
      </w:pPr>
      <w:r>
        <w:t>Distinguishing need from comfort for better life</w:t>
      </w:r>
    </w:p>
    <w:p>
      <w:r>
        <w:rPr>
          <w:color w:val="666666"/>
          <w:sz w:val="18"/>
        </w:rPr>
        <w:t>Life &amp; Wisdom · The Secret of Divine Wisdom September 2, 2012 · 4m 01s · at 1:11:20 · https://youtu.be/ZXQlrW7PqAE?t=4280</w:t>
      </w:r>
    </w:p>
    <w:p>
      <w:r>
        <w:rPr>
          <w:i/>
        </w:rPr>
        <w:t>“We often confuse needs with comforts, spending all our time pursuing the latter and neglecting higher goals. Please explain how distinguishing between need and comfort can solve our problems.”</w:t>
      </w:r>
    </w:p>
    <w:p>
      <w:r>
        <w:rPr>
          <w:sz w:val="20"/>
        </w:rPr>
        <w:t>1:11:20  molana agla sawal karachi pakistan se hai abdul latif sahib</w:t>
      </w:r>
      <w:r>
        <w:br/>
      </w:r>
      <w:r>
        <w:rPr>
          <w:sz w:val="20"/>
        </w:rPr>
        <w:t>1:11:25  b ka unhone likha hai hum bohat si aisi cheezon ko apni zaroorat samajhte rehte hain jo haqeeqatan hamari zaroorat nahi hoti balkeh aaram o sahulat ke saman hote hain aur phir hum un ke husool ke liye din raat mehnat karte rehte hain aur aala maqsad ke liye waqt nahi nikal paate</w:t>
      </w:r>
      <w:r>
        <w:br/>
      </w:r>
      <w:r>
        <w:rPr>
          <w:sz w:val="20"/>
        </w:rPr>
        <w:t>1:11:49  maulana sahib aj ka insan agar zarurat aur sahulat ke darmiyan farq samajh le to is ke bohat se masle apne aap hal ho jayen ge baraye karam aap is masle par roshni dalen woh to aap ne khud hi achi tarike se batati hai yahi baat hai zarurat se zyada jab aap chahen ge to is ki ek price hogi</w:t>
      </w:r>
      <w:r>
        <w:br/>
      </w:r>
      <w:r>
        <w:rPr>
          <w:sz w:val="20"/>
        </w:rPr>
        <w:t>1:12:17  woh price yeh hai ke aap koi bara kaam nahi kar sakte</w:t>
      </w:r>
      <w:r>
        <w:br/>
      </w:r>
      <w:r>
        <w:rPr>
          <w:sz w:val="20"/>
        </w:rPr>
        <w:t>1:12:23  bas sahoolaton mein aur comfort mein aur luxury mein phanse rahenge</w:t>
      </w:r>
      <w:r>
        <w:br/>
      </w:r>
      <w:r>
        <w:rPr>
          <w:sz w:val="20"/>
        </w:rPr>
        <w:t>1:12:29  jo man of mission hota hai jis ko koi bara kaam karna hai</w:t>
      </w:r>
      <w:r>
        <w:br/>
      </w:r>
      <w:r>
        <w:rPr>
          <w:sz w:val="20"/>
        </w:rPr>
        <w:t>1:12:34  woh hamesha sadgi ko pasand karta hai</w:t>
      </w:r>
      <w:r>
        <w:br/>
      </w:r>
      <w:r>
        <w:rPr>
          <w:sz w:val="20"/>
        </w:rPr>
        <w:t>1:12:38  zarurat par ektafa karta hai</w:t>
      </w:r>
      <w:r>
        <w:br/>
      </w:r>
      <w:r>
        <w:rPr>
          <w:sz w:val="20"/>
        </w:rPr>
        <w:t>1:12:43  tamam jo unhon ne bare bare kaam kiye hain woh un ka muamla aise hi hua</w:t>
      </w:r>
      <w:r>
        <w:br/>
      </w:r>
      <w:r>
        <w:rPr>
          <w:sz w:val="20"/>
        </w:rPr>
        <w:t>1:12:49  mein aik martaba aik aadmi mein aik martaba rajasthan gaya aik qissa apna arz karta hoon rajasthan mein maine suna ke yahan aik shakhs hai jis ne aik aik naye andaz ka hospital khola hai tb ke patient ke liye to unhon ne kaha ke wahan woh aisa hai ke agar wahan ja ke khwahish kuch din rahe tabhi acha ho jayega to woh bilkul yani baghon ke darmiyan tha woh</w:t>
      </w:r>
      <w:r>
        <w:br/>
      </w:r>
      <w:r>
        <w:rPr>
          <w:sz w:val="20"/>
        </w:rPr>
        <w:t>1:13:19  har qism ke</w:t>
      </w:r>
      <w:r>
        <w:br/>
      </w:r>
      <w:r>
        <w:rPr>
          <w:sz w:val="20"/>
        </w:rPr>
        <w:t>1:13:21  phaldar drakht har qism ke phool har qism ke yani behtareen yani sabza daar</w:t>
      </w:r>
      <w:r>
        <w:br/>
      </w:r>
      <w:r>
        <w:rPr>
          <w:sz w:val="20"/>
        </w:rPr>
        <w:t>1:13:30  is qism ka woh hospital tha woh tha TB ke logon ke liye</w:t>
      </w:r>
      <w:r>
        <w:br/>
      </w:r>
      <w:r>
        <w:rPr>
          <w:sz w:val="20"/>
        </w:rPr>
        <w:t>1:13:35  to main ne kaha bhai woh kaun aadmi hai jis ne aisa hospital banaya hai ke woh hospital</w:t>
      </w:r>
      <w:r>
        <w:br/>
      </w:r>
      <w:r>
        <w:rPr>
          <w:sz w:val="20"/>
        </w:rPr>
        <w:t>1:13:42  kya hai ek bahut umda qism ka garden hai bahut bada</w:t>
      </w:r>
      <w:r>
        <w:br/>
      </w:r>
      <w:r>
        <w:rPr>
          <w:sz w:val="20"/>
        </w:rPr>
        <w:t>1:13:47  to main ne kaha main ne kaha is se main milunga main</w:t>
      </w:r>
      <w:r>
        <w:br/>
      </w:r>
      <w:r>
        <w:rPr>
          <w:sz w:val="20"/>
        </w:rPr>
        <w:t>1:13:51  to main gaya is ke haan</w:t>
      </w:r>
      <w:r>
        <w:br/>
      </w:r>
      <w:r>
        <w:rPr>
          <w:sz w:val="20"/>
        </w:rPr>
        <w:t>1:13:55  is se mila to bohat zabardast hospital tha woh abhi bhi woh hospital hai maine abhi daryaft kiya is aadmi ke baray mein to maloom hua ke woh bohat boorha ho gaya woh aadmi ab jab main is kamre mein dakhil hua to yaqeen ki jiye ke is mein aik bhi na kursi thi na mez tha na sofa set tha sirf mamooli qism ka farsh bicha hua tha</w:t>
      </w:r>
      <w:r>
        <w:br/>
      </w:r>
      <w:r>
        <w:rPr>
          <w:sz w:val="20"/>
        </w:rPr>
        <w:t>1:14:20  isi par baitha hua tha woh aadmi</w:t>
      </w:r>
      <w:r>
        <w:br/>
      </w:r>
      <w:r>
        <w:rPr>
          <w:sz w:val="20"/>
        </w:rPr>
        <w:t>1:14:24  mamooli qism ka farsh</w:t>
      </w:r>
      <w:r>
        <w:br/>
      </w:r>
      <w:r>
        <w:rPr>
          <w:sz w:val="20"/>
        </w:rPr>
        <w:t>1:14:29  isi par mujhe hi baithna para to ab bohat kam bolta tha woh aadmi kapre is ke jism pe bohat hi sada kapre bohat hi sada</w:t>
      </w:r>
      <w:r>
        <w:br/>
      </w:r>
      <w:r>
        <w:rPr>
          <w:sz w:val="20"/>
        </w:rPr>
        <w:t>1:14:43  woh aik aik poori tasweer tha kis tarah se ke bara kaam karne wala jo hota hai woh is ki zindagi sada hoti hai</w:t>
      </w:r>
      <w:r>
        <w:br/>
      </w:r>
      <w:r>
        <w:rPr>
          <w:sz w:val="20"/>
        </w:rPr>
        <w:t>1:14:52  abhi maine telephone kar ke poocha tha ke woh aadmi ke baray mein maloom hua ke woh bohat boorhe ho gaye hain ab ab woh kaam nahi kar sakte hain to yeh to poori tareekh mein jinhon ne koi bara kaam kiya hai un ki zindagi hum sada rahi hai jitne scientist hote hain aap dekhiye har scientist bilkul sada zindagi guzarta hai yeh to bekar log hain jin ko koi kaam nahi karna hai khali kha kha ke mote hona hai woh yeh sab baaten karte hain</w:t>
      </w:r>
    </w:p>
    <w:p>
      <w:pPr>
        <w:pStyle w:val="Heading2"/>
      </w:pPr>
      <w:r>
        <w:t>Diversity and different roles of humans</w:t>
      </w:r>
    </w:p>
    <w:p>
      <w:r>
        <w:rPr>
          <w:color w:val="666666"/>
          <w:sz w:val="18"/>
        </w:rPr>
        <w:t>Life &amp; Wisdom · Social Reform | December 22, 2013 | Maulana Wahiduddin Khan · 2m 59s · at 1:14:31 · https://youtu.be/kGP903BvDto?t=4471</w:t>
      </w:r>
    </w:p>
    <w:p>
      <w:r>
        <w:rPr>
          <w:i/>
        </w:rPr>
        <w:t>“Molana, does diversity among human beings mean that each human has a different role?”</w:t>
      </w:r>
    </w:p>
    <w:p>
      <w:r>
        <w:rPr>
          <w:sz w:val="20"/>
        </w:rPr>
        <w:t>1:14:31  maulana, agla sawal dilli se hai.</w:t>
      </w:r>
      <w:r>
        <w:br/>
      </w:r>
      <w:r>
        <w:rPr>
          <w:sz w:val="20"/>
        </w:rPr>
        <w:t>1:14:36  miss aisha ne kiya hai.</w:t>
      </w:r>
      <w:r>
        <w:br/>
      </w:r>
      <w:r>
        <w:rPr>
          <w:sz w:val="20"/>
        </w:rPr>
        <w:t>1:14:41  انہوں نے لکھا ہے: "Maulana, does diversity among human beings mean that each human has a different role</w:t>
      </w:r>
      <w:r>
        <w:br/>
      </w:r>
      <w:r>
        <w:rPr>
          <w:sz w:val="20"/>
        </w:rPr>
        <w:t>1:14:47  in this life?</w:t>
      </w:r>
      <w:r>
        <w:br/>
      </w:r>
      <w:r>
        <w:rPr>
          <w:sz w:val="20"/>
        </w:rPr>
        <w:t>1:14:52  what is your comment on this? dekhiye, yeh is sawal ka</w:t>
      </w:r>
      <w:r>
        <w:br/>
      </w:r>
      <w:r>
        <w:rPr>
          <w:sz w:val="20"/>
        </w:rPr>
        <w:t>1:14:57  jawab mein samajhta hoon ke itna aasan nahi hai.</w:t>
      </w:r>
      <w:r>
        <w:br/>
      </w:r>
      <w:r>
        <w:rPr>
          <w:sz w:val="20"/>
        </w:rPr>
        <w:t>1:15:01  bohat hi aik complex cheez hai, bohat hi ziyada.</w:t>
      </w:r>
      <w:r>
        <w:br/>
      </w:r>
      <w:r>
        <w:rPr>
          <w:sz w:val="20"/>
        </w:rPr>
        <w:t>1:15:06  kyun ke main samajhta hoon ke sab se bari cheez yeh hai ke insaan akhirat mein allah ki blessing</w:t>
      </w:r>
      <w:r>
        <w:br/>
      </w:r>
      <w:r>
        <w:rPr>
          <w:sz w:val="20"/>
        </w:rPr>
        <w:t>1:15:10  ko paye, jannat mein uska dakhla ho.</w:t>
      </w:r>
      <w:r>
        <w:br/>
      </w:r>
      <w:r>
        <w:rPr>
          <w:sz w:val="20"/>
        </w:rPr>
        <w:t>1:15:15  aur is ke liye ke woh apna tazkiya kar sakay.</w:t>
      </w:r>
      <w:r>
        <w:br/>
      </w:r>
      <w:r>
        <w:rPr>
          <w:sz w:val="20"/>
        </w:rPr>
        <w:t>1:15:19  muzakhar shakhsiyat uski banay.</w:t>
      </w:r>
      <w:r>
        <w:br/>
      </w:r>
      <w:r>
        <w:rPr>
          <w:sz w:val="20"/>
        </w:rPr>
        <w:t>1:15:23  to main focus is par hai.</w:t>
      </w:r>
      <w:r>
        <w:br/>
      </w:r>
      <w:r>
        <w:rPr>
          <w:sz w:val="20"/>
        </w:rPr>
        <w:t>1:15:28  kya role karega, kya role nahi karega.</w:t>
      </w:r>
      <w:r>
        <w:br/>
      </w:r>
      <w:r>
        <w:rPr>
          <w:sz w:val="20"/>
        </w:rPr>
        <w:t>1:15:32  is role ke darmiyan bhi apna tazkiya kar payega, nahi kar payega.</w:t>
      </w:r>
      <w:r>
        <w:br/>
      </w:r>
      <w:r>
        <w:rPr>
          <w:sz w:val="20"/>
        </w:rPr>
        <w:t>1:15:36  koi bhi role hai jo aap karen.</w:t>
      </w:r>
      <w:r>
        <w:br/>
      </w:r>
      <w:r>
        <w:rPr>
          <w:sz w:val="20"/>
        </w:rPr>
        <w:t>1:15:39  koi bhi role aap karen.</w:t>
      </w:r>
      <w:r>
        <w:br/>
      </w:r>
      <w:r>
        <w:rPr>
          <w:sz w:val="20"/>
        </w:rPr>
        <w:t>1:15:43  misalan masjid mein namaz padhayen, madrasah mein kitaben padhayen logon ko.</w:t>
      </w:r>
      <w:r>
        <w:br/>
      </w:r>
      <w:r>
        <w:rPr>
          <w:sz w:val="20"/>
        </w:rPr>
        <w:t>1:15:47  koi bhi doosra kaam karen.</w:t>
      </w:r>
      <w:r>
        <w:br/>
      </w:r>
      <w:r>
        <w:rPr>
          <w:sz w:val="20"/>
        </w:rPr>
        <w:t>1:15:51  to asal cheez role nahin hai.</w:t>
      </w:r>
      <w:r>
        <w:br/>
      </w:r>
      <w:r>
        <w:rPr>
          <w:sz w:val="20"/>
        </w:rPr>
        <w:t>1:15:55  asal cheez hai different activities ke darmiyan apna tazkiyah kar sakna. to masla</w:t>
      </w:r>
      <w:r>
        <w:br/>
      </w:r>
      <w:r>
        <w:rPr>
          <w:sz w:val="20"/>
        </w:rPr>
        <w:t>1:15:59  different role bilashubah ho sakta hai.</w:t>
      </w:r>
      <w:r>
        <w:br/>
      </w:r>
      <w:r>
        <w:rPr>
          <w:sz w:val="20"/>
        </w:rPr>
        <w:t>1:16:02  bohat sare kaam hote hain.</w:t>
      </w:r>
      <w:r>
        <w:br/>
      </w:r>
      <w:r>
        <w:rPr>
          <w:sz w:val="20"/>
        </w:rPr>
        <w:t>1:16:05  lekin khud role asal maqsood nahin hai.</w:t>
      </w:r>
      <w:r>
        <w:br/>
      </w:r>
      <w:r>
        <w:rPr>
          <w:sz w:val="20"/>
        </w:rPr>
        <w:t>1:16:09  asal maqsood hai apni apni shakhsiyat ki taameer.</w:t>
      </w:r>
      <w:r>
        <w:br/>
      </w:r>
      <w:r>
        <w:rPr>
          <w:sz w:val="20"/>
        </w:rPr>
        <w:t>1:16:12  yani jannati shakhsiyat ki taameer.</w:t>
      </w:r>
      <w:r>
        <w:br/>
      </w:r>
      <w:r>
        <w:rPr>
          <w:sz w:val="20"/>
        </w:rPr>
        <w:t>1:16:15  muzakkar shakhsiyat ki taameer.</w:t>
      </w:r>
      <w:r>
        <w:br/>
      </w:r>
      <w:r>
        <w:rPr>
          <w:sz w:val="20"/>
        </w:rPr>
        <w:t>1:16:19  to mukhtalif role ada karte hue aadmi yeh jaane ke main kya woh tazkiyah kar pa raha hoon</w:t>
      </w:r>
      <w:r>
        <w:br/>
      </w:r>
      <w:r>
        <w:rPr>
          <w:sz w:val="20"/>
        </w:rPr>
        <w:t>1:16:22  ke nahin kar pa raha hoon.</w:t>
      </w:r>
      <w:r>
        <w:br/>
      </w:r>
      <w:r>
        <w:rPr>
          <w:sz w:val="20"/>
        </w:rPr>
        <w:t>1:16:25  badqismati se yeh hai ke tazkiyah ke baray mein poori tareekh mein</w:t>
      </w:r>
      <w:r>
        <w:br/>
      </w:r>
      <w:r>
        <w:rPr>
          <w:sz w:val="20"/>
        </w:rPr>
        <w:t>1:16:29  , muslim tareekh jo hai, koi wazeh tasawwur nahin maujood hai.</w:t>
      </w:r>
      <w:r>
        <w:br/>
      </w:r>
      <w:r>
        <w:rPr>
          <w:sz w:val="20"/>
        </w:rPr>
        <w:t>1:16:34  shayad koi ek kitab bhi nahin likhi gayi.</w:t>
      </w:r>
      <w:r>
        <w:br/>
      </w:r>
      <w:r>
        <w:rPr>
          <w:sz w:val="20"/>
        </w:rPr>
        <w:t>1:16:39  aur tazkiyah ka jo tasawwur sufia ne diya, woh to bilkul hi sahi nahin hai.</w:t>
      </w:r>
      <w:r>
        <w:br/>
      </w:r>
      <w:r>
        <w:rPr>
          <w:sz w:val="20"/>
        </w:rPr>
        <w:t>1:16:44  iska main ise islami tasawwur nahin samajhta.</w:t>
      </w:r>
      <w:r>
        <w:br/>
      </w:r>
      <w:r>
        <w:rPr>
          <w:sz w:val="20"/>
        </w:rPr>
        <w:t>1:16:49  woh to ek qism ka mazahkhat hai.</w:t>
      </w:r>
      <w:r>
        <w:br/>
      </w:r>
      <w:r>
        <w:rPr>
          <w:sz w:val="20"/>
        </w:rPr>
        <w:t>1:16:54  to jo tazkiyah qurani hai, jis ke mutabiq shakhsiyat banti hai, to asal matloob wahi hai. aap</w:t>
      </w:r>
      <w:r>
        <w:br/>
      </w:r>
      <w:r>
        <w:rPr>
          <w:sz w:val="20"/>
        </w:rPr>
        <w:t>1:16:59  koi bhi role karen, misalan aap university mein farz kiye hain, aap ek industry chala rahe hain, aap</w:t>
      </w:r>
      <w:r>
        <w:br/>
      </w:r>
      <w:r>
        <w:rPr>
          <w:sz w:val="20"/>
        </w:rPr>
        <w:t>1:17:05  masjid chala rahe hain, aap ek adarah chala rahe hain, kuch bhi kar rahe hon aap, lekin asal</w:t>
      </w:r>
      <w:r>
        <w:br/>
      </w:r>
      <w:r>
        <w:rPr>
          <w:sz w:val="20"/>
        </w:rPr>
        <w:t>1:17:11  jo jo jo asal maqsad aap ka rehna chahiye, woh hai ke aap ke andar kya woh shakhsiyat</w:t>
      </w:r>
      <w:r>
        <w:br/>
      </w:r>
      <w:r>
        <w:rPr>
          <w:sz w:val="20"/>
        </w:rPr>
        <w:t>1:17:18  ban rahi hai jo jannati shakhsiyat hai, jo Allah taala ki rehmaton ke mustahiq qarar paaye aakhirat mein.</w:t>
      </w:r>
      <w:r>
        <w:br/>
      </w:r>
      <w:r>
        <w:rPr>
          <w:sz w:val="20"/>
        </w:rPr>
        <w:t>1:17:24  yeh main samajh paya hoon.</w:t>
      </w:r>
    </w:p>
    <w:p>
      <w:pPr>
        <w:pStyle w:val="Heading2"/>
      </w:pPr>
      <w:r>
        <w:t>Does Being Emotional Mean Being Weak?</w:t>
      </w:r>
    </w:p>
    <w:p>
      <w:r>
        <w:rPr>
          <w:color w:val="666666"/>
          <w:sz w:val="18"/>
        </w:rPr>
        <w:t>Life &amp; Wisdom · Jihad Fillah June 23, 2013 · 1m 30s · at 1:04:19 · https://youtu.be/NRTno1eQTos?t=3859</w:t>
      </w:r>
    </w:p>
    <w:p>
      <w:r>
        <w:rPr>
          <w:i/>
        </w:rPr>
        <w:t>“Moulana, I am a very emotional person. Does this mean that I am a weak person?”</w:t>
      </w:r>
    </w:p>
    <w:p>
      <w:r>
        <w:rPr>
          <w:sz w:val="20"/>
        </w:rPr>
        <w:t>1:04:19  maulana, agla sawal mumbai se hai mr vineet kashyap ka. unhon ne aap se poocha hai: "maulana sahib, i am a very emotional person.</w:t>
      </w:r>
      <w:r>
        <w:br/>
      </w:r>
      <w:r>
        <w:rPr>
          <w:sz w:val="20"/>
        </w:rPr>
        <w:t>1:04:31  does this mean that i am a weak person?" nahi, dekhiye, main khud emotional hoon.</w:t>
      </w:r>
      <w:r>
        <w:br/>
      </w:r>
      <w:r>
        <w:rPr>
          <w:sz w:val="20"/>
        </w:rPr>
        <w:t>1:04:41  emotion jo hai part of nature hai,</w:t>
      </w:r>
      <w:r>
        <w:br/>
      </w:r>
      <w:r>
        <w:rPr>
          <w:sz w:val="20"/>
        </w:rPr>
        <w:t>1:04:44  hamare nature ka hissa hai. woh har cheez jo hai hamare andar woh nature ka hissa hi hai. agar na ho to hum us ko kahin se export kar ke nahi la sakte.</w:t>
      </w:r>
      <w:r>
        <w:br/>
      </w:r>
      <w:r>
        <w:rPr>
          <w:sz w:val="20"/>
        </w:rPr>
        <w:t>1:04:57  to emotion na ho aadmi ke andar to aadmi to bilkul pathar ho jaye ga. emotions hona chahiye. lekin basic cheez yeh hai ke emotion ka misuse karna yeh bura hai.</w:t>
      </w:r>
      <w:r>
        <w:br/>
      </w:r>
      <w:r>
        <w:rPr>
          <w:sz w:val="20"/>
        </w:rPr>
        <w:t>1:05:13  asal mein emotion ka ek proper use hai, ek misuse hai. bas is baat ko janna chahiye ke main agar emotion aa gaya to main us ko misuse karne lagoon ya yeh yeh yeh buri cheez hai.</w:t>
      </w:r>
      <w:r>
        <w:br/>
      </w:r>
      <w:r>
        <w:rPr>
          <w:sz w:val="20"/>
        </w:rPr>
        <w:t>1:05:29  to main samajhta hoon ke emotion ek ek blessing hai, is mein koi apne aap mein koi burai nahi hai. lekin emotion emotion ko apne control mein rakhna chahiye.</w:t>
      </w:r>
      <w:r>
        <w:br/>
      </w:r>
      <w:r>
        <w:rPr>
          <w:sz w:val="20"/>
        </w:rPr>
        <w:t>1:05:41  you have to control your emotions. bas itni si baat hai.</w:t>
      </w:r>
    </w:p>
    <w:p>
      <w:pPr>
        <w:pStyle w:val="Heading2"/>
      </w:pPr>
      <w:r>
        <w:t>Does discovering truth end frustration?</w:t>
      </w:r>
    </w:p>
    <w:p>
      <w:r>
        <w:rPr>
          <w:color w:val="666666"/>
          <w:sz w:val="18"/>
        </w:rPr>
        <w:t>Life &amp; Wisdom · Surah Al-'Asr I November 23, 2014 Maulana Wahiduddin Khan · 1m 55s · at 1:16:24 · https://youtu.be/3dBMIUC0Dqw?t=4584</w:t>
      </w:r>
    </w:p>
    <w:p>
      <w:r>
        <w:rPr>
          <w:i/>
        </w:rPr>
        <w:t>“Can we say that our frustration will be over if we discover the truth?”</w:t>
      </w:r>
    </w:p>
    <w:p>
      <w:r>
        <w:rPr>
          <w:sz w:val="20"/>
        </w:rPr>
        <w:t>1:16:24  maulana, agla sawal dilli se aaya hai, unhon ne apna naam nahin likha hai. aa sawal unhon ne jo poocha hai woh is tarah hai: Maulana, can we say that our frustration will be over if we discover the truth?</w:t>
      </w:r>
      <w:r>
        <w:br/>
      </w:r>
      <w:r>
        <w:rPr>
          <w:sz w:val="20"/>
        </w:rPr>
        <w:t>1:16:47  ji, truth ko mehdood, agar limited ma'ne mein na lein aap</w:t>
      </w:r>
      <w:r>
        <w:br/>
      </w:r>
      <w:r>
        <w:rPr>
          <w:sz w:val="20"/>
        </w:rPr>
        <w:t>1:16:53  to yaqeenan is se khatm ho jayega aap ka frustration. truth mein is ko bhi shamil kijiye ke allah ka creation plan of god allah ke jo scheme of things hain, is ko bhi jaanen aap.</w:t>
      </w:r>
      <w:r>
        <w:br/>
      </w:r>
      <w:r>
        <w:rPr>
          <w:sz w:val="20"/>
        </w:rPr>
        <w:t>1:17:09  to is mein to yeh hai hi ke jin cheezon ko le kar aap ko frustration aata hai, woh to wahi hai, akhatte wali baatein hoti hain. woh to akhatta to hoga hi hoga. dekhen, frustration aata hai sirf is liye ke log chahte hain ke sab kuch unhein milta rahe,</w:t>
      </w:r>
      <w:r>
        <w:br/>
      </w:r>
      <w:r>
        <w:rPr>
          <w:sz w:val="20"/>
        </w:rPr>
        <w:t>1:17:27  ideal tareeqe par. to woh to milne hi wala nahin hai. That is also a part of truth.</w:t>
      </w:r>
      <w:r>
        <w:br/>
      </w:r>
      <w:r>
        <w:rPr>
          <w:sz w:val="20"/>
        </w:rPr>
        <w:t>1:17:36  is silsile mein agar aap is se woh karein to bilkul sahi baat hai ke jab aap truth ko daryaft karenge to allah ke scheme of things ko bhi daryaft karenge.</w:t>
      </w:r>
      <w:r>
        <w:br/>
      </w:r>
      <w:r>
        <w:rPr>
          <w:sz w:val="20"/>
        </w:rPr>
        <w:t>1:17:48  par nahi ke is ke plan ko bhi daryaft karein ge. to is ka to yeh part hai. dunya ko ikhatta hona hai, nuqsan uthana hai,</w:t>
      </w:r>
      <w:r>
        <w:br/>
      </w:r>
      <w:r>
        <w:rPr>
          <w:sz w:val="20"/>
        </w:rPr>
        <w:t>1:17:56  dunya mein problem aa rahi hai. yeh, yeh, yeh that is part of creation. to bilkul sukoon aa jaye ga aap ko, phir pressure nahi ho ga. to truth ko agar aap is tareeqe se, yaani is mani mein lein to yaqeenan truth</w:t>
      </w:r>
      <w:r>
        <w:br/>
      </w:r>
      <w:r>
        <w:rPr>
          <w:sz w:val="20"/>
        </w:rPr>
        <w:t>1:18:12  ki discovery ka yeh faida hasil ho ga aap ko.</w:t>
      </w:r>
    </w:p>
    <w:p>
      <w:pPr>
        <w:pStyle w:val="Heading2"/>
      </w:pPr>
      <w:r>
        <w:t>Doubt about modern consumerism</w:t>
      </w:r>
    </w:p>
    <w:p>
      <w:r>
        <w:rPr>
          <w:color w:val="666666"/>
          <w:sz w:val="18"/>
        </w:rPr>
        <w:t>Life &amp; Wisdom · Age Of Consumerism I January 6, 2013 Maulana Wahiduddin Khan · 5m 34s · at 1:12:51 · https://youtu.be/CuRYFl7JuEM?t=4371</w:t>
      </w:r>
    </w:p>
    <w:p>
      <w:r>
        <w:rPr>
          <w:i/>
        </w:rPr>
        <w:t>“Thanks a lot for explaining modern consumerism and making us rethink the whole idea of shopping. However, I have a little doubt. My question is...”</w:t>
      </w:r>
    </w:p>
    <w:p>
      <w:r>
        <w:rPr>
          <w:sz w:val="20"/>
        </w:rPr>
        <w:t>1:12:51  maqsad achha hai. ji, kaisa hai? ji, bilkul theek hai. achha, maulana, agla sawal delhi se hai, ah, miss s ahmad ka.</w:t>
      </w:r>
      <w:r>
        <w:br/>
      </w:r>
      <w:r>
        <w:rPr>
          <w:sz w:val="20"/>
        </w:rPr>
        <w:t>1:13:03  "maulana, thanks a lot for explaining the modern consumerism and making us rethink the whole idea of shopping.</w:t>
      </w:r>
      <w:r>
        <w:br/>
      </w:r>
      <w:r>
        <w:rPr>
          <w:sz w:val="20"/>
        </w:rPr>
        <w:t>1:13:15  however, i have a little doubt. my question is</w:t>
      </w:r>
      <w:r>
        <w:br/>
      </w:r>
      <w:r>
        <w:rPr>
          <w:sz w:val="20"/>
        </w:rPr>
        <w:t>1:13:19  the fine line between need based consumerism and comfort based consumerism. it is disappearing so quickly that it is often, it often becomes difficult to define what is need and what is comfort, especially if parents provide the need full to children.</w:t>
      </w:r>
      <w:r>
        <w:br/>
      </w:r>
      <w:r>
        <w:rPr>
          <w:sz w:val="20"/>
        </w:rPr>
        <w:t>1:13:40  the children often demands or sometimes complain for extra comfort. so what should one do? how should a person</w:t>
      </w:r>
      <w:r>
        <w:br/>
      </w:r>
      <w:r>
        <w:rPr>
          <w:sz w:val="20"/>
        </w:rPr>
        <w:t>1:13:50  plan a strategy for it?" bhai, dekhiye, na bachche criterion hain, na parent criterion hain. jo log is se phanse rahein ge, toh woh toh isi se phanse rahein ge.</w:t>
      </w:r>
      <w:r>
        <w:br/>
      </w:r>
      <w:r>
        <w:rPr>
          <w:sz w:val="20"/>
        </w:rPr>
        <w:t>1:14:01  woh toh kabhi unko chhutti nahi mile gi marne se pehle. main toh logon se kehta hoon ke dekhiye, quran mein aaya hai</w:t>
      </w:r>
      <w:r>
        <w:br/>
      </w:r>
      <w:r>
        <w:rPr>
          <w:sz w:val="20"/>
        </w:rPr>
        <w:t>1:14:10  ke</w:t>
      </w:r>
      <w:r>
        <w:br/>
      </w:r>
      <w:r>
        <w:rPr>
          <w:sz w:val="20"/>
        </w:rPr>
        <w:t>1:14:13  do aayatein hain quran majeed ki. aaj kal saare log family mein phanse rehte hain. do aayatein hain, woh padhein. woh ek aayat yeh hai ke jahannami log jo hain, unke bare mein woh aayat hai:</w:t>
      </w:r>
      <w:r>
        <w:br/>
      </w:r>
      <w:r>
        <w:rPr>
          <w:sz w:val="20"/>
        </w:rPr>
        <w:t>1:14:28  "kana fi ahli masroorah"</w:t>
      </w:r>
      <w:r>
        <w:br/>
      </w:r>
      <w:r>
        <w:rPr>
          <w:sz w:val="20"/>
        </w:rPr>
        <w:t>1:14:32  ke apne family mein khoob khush rehte the. woh yaani family ki demand poori karna aur family ki ko khush rakhna, unki pampani karna, unke liye har item dala ke dena unko.</w:t>
      </w:r>
      <w:r>
        <w:br/>
      </w:r>
      <w:r>
        <w:rPr>
          <w:sz w:val="20"/>
        </w:rPr>
        <w:t>1:14:45  toh "kana fi ahli masroorah" woh aadmi family mein jeeta tha, family ke mein khush</w:t>
      </w:r>
      <w:r>
        <w:br/>
      </w:r>
      <w:r>
        <w:rPr>
          <w:sz w:val="20"/>
        </w:rPr>
        <w:t>1:14:51  khurram rehta tha. woh jahannam mein jaye ga, yeh jahannam ke liye hai. aur jannat ke liye kya hai? "ana kunna fi ahelna mushrikeen" mushrik maani khauf zada,</w:t>
      </w:r>
      <w:r>
        <w:br/>
      </w:r>
      <w:r>
        <w:rPr>
          <w:sz w:val="20"/>
        </w:rPr>
        <w:t>1:15:07  dara hua ke</w:t>
      </w:r>
      <w:r>
        <w:br/>
      </w:r>
      <w:r>
        <w:rPr>
          <w:sz w:val="20"/>
        </w:rPr>
        <w:t>1:15:09  jannat walay kahain ge ke hum apnay family mein, apnay ghar mein khauf zada ban ke rehtay thay, andesha naak ban ke rehtay thay, Allah ki pakar se dar, jahannam se dar, qayamat ki accountability se dar.</w:t>
      </w:r>
      <w:r>
        <w:br/>
      </w:r>
      <w:r>
        <w:rPr>
          <w:sz w:val="20"/>
        </w:rPr>
        <w:t>1:15:22  is mein jeetay thay hum. yeh do tasveerein hain, aap daikh lijiye. yeh zamanay ke musalmanon mein shayad hi koi ghar ho jo aap ko milay, woh is ka namona.</w:t>
      </w:r>
      <w:r>
        <w:br/>
      </w:r>
      <w:r>
        <w:rPr>
          <w:sz w:val="20"/>
        </w:rPr>
        <w:t>1:15:32  is sab wohi ab family mein khush hain, family ke liye saman la rahay hain, kama kama kar un ko de rahay hain ta ke woh bachay khush rahain, ghar walay khush rahain, family walay khush rahain.</w:t>
      </w:r>
      <w:r>
        <w:br/>
      </w:r>
      <w:r>
        <w:rPr>
          <w:sz w:val="20"/>
        </w:rPr>
        <w:t>1:15:46  to yeh to aap yeh raha, yani yeh yeh mat sochiye ke bachay kya kya chahtay hain, parent kya chahtay hain.</w:t>
      </w:r>
      <w:r>
        <w:br/>
      </w:r>
      <w:r>
        <w:rPr>
          <w:sz w:val="20"/>
        </w:rPr>
        <w:t>1:15:53  aap daikhiye ke jannat walon ki tasveer Quran mein kya hai aur jahannam walon ki tasveer Quran majeed mein kya hai. is se faisla kijiye. Maulana, un ka aik hissa question ka yeh bhi tha ke woh difference janna chah rahi thi ke between need based consumerism and comfort based consumerism.</w:t>
      </w:r>
      <w:r>
        <w:br/>
      </w:r>
      <w:r>
        <w:rPr>
          <w:sz w:val="20"/>
        </w:rPr>
        <w:t>1:16:14  daikhiye, haan, is ka bohat asaan hai.</w:t>
      </w:r>
      <w:r>
        <w:br/>
      </w:r>
      <w:r>
        <w:rPr>
          <w:sz w:val="20"/>
        </w:rPr>
        <w:t>1:16:18  woh jo hadith sunai mein ne aap ko, usi hadith samajh lijiye ke dunya mein zinda rehne ke liye jo zaroori ho, wohi need based hai.</w:t>
      </w:r>
      <w:r>
        <w:br/>
      </w:r>
      <w:r>
        <w:rPr>
          <w:sz w:val="20"/>
        </w:rPr>
        <w:t>1:16:29  aur jo jab aap aap jhootay hain, lazzat dhoondh rahay hain, aaram dhoondh rahay hain aur ronak dhoondh rahay hain aur</w:t>
      </w:r>
      <w:r>
        <w:br/>
      </w:r>
      <w:r>
        <w:rPr>
          <w:sz w:val="20"/>
        </w:rPr>
        <w:t>1:16:39  shandar dhoondh rahay hain, to wahan par woh consumerism aa gaya, consumerism aa gaya. bohat asaan hai, bohat asaan hai.</w:t>
      </w:r>
      <w:r>
        <w:br/>
      </w:r>
      <w:r>
        <w:rPr>
          <w:sz w:val="20"/>
        </w:rPr>
        <w:t>1:16:50  mein to daikhiye, yahan rehta hoon jahan 1983 se us waqt jo mera jo</w:t>
      </w:r>
      <w:r>
        <w:br/>
      </w:r>
      <w:r>
        <w:rPr>
          <w:sz w:val="20"/>
        </w:rPr>
        <w:t>1:16:57  kursi thi ya jo furniture tha, wohi aaj bhi hai. is beech mein aap colony mein ghoomiye, doosron ke haan kitni baar badal chukay hon ge. woh to badal zaroorat hi nahi badla.</w:t>
      </w:r>
      <w:r>
        <w:br/>
      </w:r>
      <w:r>
        <w:rPr>
          <w:sz w:val="20"/>
        </w:rPr>
        <w:t>1:17:07  unhon ne market mein gaye, daikha ke naye qism ka sofa chataiya hai, naye qism ki kursiyan aayi hain, to woh khareed liya, pichla wala hata diya.</w:t>
      </w:r>
      <w:r>
        <w:br/>
      </w:r>
      <w:r>
        <w:rPr>
          <w:sz w:val="20"/>
        </w:rPr>
        <w:t>1:17:17  to aadmi bohat aasani se samajh sakta hai ke dunya mein jeenay ke liye waqai zaroorat meri kya hai, bas isi par raazi ho jaoon.</w:t>
      </w:r>
      <w:r>
        <w:br/>
      </w:r>
      <w:r>
        <w:rPr>
          <w:sz w:val="20"/>
        </w:rPr>
        <w:t>1:17:27  aur doosri ke shauq ke liye aur khwahish ke liye, lazzat ke liye, ronak ke liye, logon ko khush karne ke liye</w:t>
      </w:r>
      <w:r>
        <w:br/>
      </w:r>
      <w:r>
        <w:rPr>
          <w:sz w:val="20"/>
        </w:rPr>
        <w:t>1:17:39  ziyadah tar is liye hota hai. yeh yeh social status ka maamla hota hai ke log kya kahain ge. social status ke aap aap choti gari mein bethay hain, doosra wala parosi bari gari mein beth ta hai, to aap ko lagta hai ke mera darja ghat gaya.</w:t>
      </w:r>
      <w:r>
        <w:br/>
      </w:r>
      <w:r>
        <w:rPr>
          <w:sz w:val="20"/>
        </w:rPr>
        <w:t>1:17:55  aap flat mein rehtay hain, doosra kothi mein rehta hai, to aap samajhtay hain mera darja ghat gaya.</w:t>
      </w:r>
      <w:r>
        <w:br/>
      </w:r>
      <w:r>
        <w:rPr>
          <w:sz w:val="20"/>
        </w:rPr>
        <w:t>1:18:01  aap ke kamray mein sirf maamooli kursiyan hain, is ke sofa set hai, to aap samajhtay hain mera darja ghat gaya. to social status jo hai, woh logon ke zehan mein basa hua rehta hai, bachon ke zehan mein aur parent ke zehan mein.</w:t>
      </w:r>
      <w:r>
        <w:br/>
      </w:r>
      <w:r>
        <w:rPr>
          <w:sz w:val="20"/>
        </w:rPr>
        <w:t>1:18:14  yeh sab jahili soch hai, jahili. bas zindagi guzarne ke liye jo zaroori cheez hai, woh har aadmi samajh sakta hai bohat aasani se. bas isi par raazi ho jaiye.</w:t>
      </w:r>
    </w:p>
    <w:p>
      <w:pPr>
        <w:pStyle w:val="Heading2"/>
      </w:pPr>
      <w:r>
        <w:t>Duty of parents for mentally ill child</w:t>
      </w:r>
    </w:p>
    <w:p>
      <w:r>
        <w:rPr>
          <w:color w:val="666666"/>
          <w:sz w:val="18"/>
        </w:rPr>
        <w:t>Life &amp; Wisdom · Self Correction November 09, 2014 Maulana Wahiduddin Khan · 1m 43s · at 54:01 · https://youtu.be/PpwTmeCQkSQ?t=3241</w:t>
      </w:r>
    </w:p>
    <w:p>
      <w:r>
        <w:rPr>
          <w:i/>
        </w:rPr>
        <w:t>“If taste and habits are due to psychiatric illness like mania or schizophrenia, then definitely medicines are required. In such cases, counseling has a very limited role. What is the duty of parents for such an individual? How long parents must support the individual?”</w:t>
      </w:r>
    </w:p>
    <w:p>
      <w:r>
        <w:rPr>
          <w:sz w:val="20"/>
        </w:rPr>
        <w:t>54:01  maulana, agla sawal doctor gajdhar ne kiya hai dilli se, aur unhon ne likha hai "If taste and</w:t>
      </w:r>
      <w:r>
        <w:br/>
      </w:r>
      <w:r>
        <w:rPr>
          <w:sz w:val="20"/>
        </w:rPr>
        <w:t>54:09  habits are due to psychiatric illness like mania or schizophrenia, then definitely medicines are required.</w:t>
      </w:r>
      <w:r>
        <w:br/>
      </w:r>
      <w:r>
        <w:rPr>
          <w:sz w:val="20"/>
        </w:rPr>
        <w:t>54:17  In such cases, counseling has a very limited role. What is the duty of parents for such an individual? How long parents must support the individual?"</w:t>
      </w:r>
      <w:r>
        <w:br/>
      </w:r>
      <w:r>
        <w:rPr>
          <w:sz w:val="20"/>
        </w:rPr>
        <w:t>54:28  " dekhiye, yeh ek mutanaza baat hai.</w:t>
      </w:r>
      <w:r>
        <w:br/>
      </w:r>
      <w:r>
        <w:rPr>
          <w:sz w:val="20"/>
        </w:rPr>
        <w:t>54:33  mera apna manna yeh hai ke zehni bimari ka koi ilaaj nahi hota.</w:t>
      </w:r>
      <w:r>
        <w:br/>
      </w:r>
      <w:r>
        <w:rPr>
          <w:sz w:val="20"/>
        </w:rPr>
        <w:t>54:39  nafsiyaati ilaaj is ka hota hai, yaani doctor log is ko shayad nahi manenge, lekin zehni, yaani</w:t>
      </w:r>
      <w:r>
        <w:br/>
      </w:r>
      <w:r>
        <w:rPr>
          <w:sz w:val="20"/>
        </w:rPr>
        <w:t>54:44  dimagh ke aitbaar se jo insaan ke andar jo, yaani woh bimari nahi hoti, woh nafsiyaati kharabi hoti hai.</w:t>
      </w:r>
      <w:r>
        <w:br/>
      </w:r>
      <w:r>
        <w:rPr>
          <w:sz w:val="20"/>
        </w:rPr>
        <w:t>54:50  to hamari medicine jo hai, hamari jismani jism ke liye, hamare zehan ke liye koi medicine nahi hai.</w:t>
      </w:r>
      <w:r>
        <w:br/>
      </w:r>
      <w:r>
        <w:rPr>
          <w:sz w:val="20"/>
        </w:rPr>
        <w:t>54:55  yeh medical science is ko nahi manegi, kyunke aaj kal aap jante hain ke neuro science bohat</w:t>
      </w:r>
      <w:r>
        <w:br/>
      </w:r>
      <w:r>
        <w:rPr>
          <w:sz w:val="20"/>
        </w:rPr>
        <w:t>55:01  zyada taraqqi yafta ban rahi hai, lekin mein is ko nahi manta zaati taur par ke dimagh ka</w:t>
      </w:r>
      <w:r>
        <w:br/>
      </w:r>
      <w:r>
        <w:rPr>
          <w:sz w:val="20"/>
        </w:rPr>
        <w:t>55:06  koi ilaaj nahi hai, koi medical ilaaj nahi hai.</w:t>
      </w:r>
      <w:r>
        <w:br/>
      </w:r>
      <w:r>
        <w:rPr>
          <w:sz w:val="20"/>
        </w:rPr>
        <w:t>55:12  dimagh ka aap soch kar ke apne ko bigadenge ya soch kar ke banayenge, yeh mera</w:t>
      </w:r>
      <w:r>
        <w:br/>
      </w:r>
      <w:r>
        <w:rPr>
          <w:sz w:val="20"/>
        </w:rPr>
        <w:t>55:17  zaati khayal hai.</w:t>
      </w:r>
      <w:r>
        <w:br/>
      </w:r>
      <w:r>
        <w:rPr>
          <w:sz w:val="20"/>
        </w:rPr>
        <w:t>55:23  agarche medical science is ki taeed nahi karegi.</w:t>
      </w:r>
      <w:r>
        <w:br/>
      </w:r>
      <w:r>
        <w:rPr>
          <w:sz w:val="20"/>
        </w:rPr>
        <w:t>55:28  maulana, agla ek comment aur sawal hai mazhar sahab ka dilli se.</w:t>
      </w:r>
      <w:r>
        <w:br/>
      </w:r>
      <w:r>
        <w:rPr>
          <w:sz w:val="20"/>
        </w:rPr>
        <w:t>55:34  unhon ne likha hai comment ke taur par: "maulana, please aaj ke mauzu par agar ek kitaab likhein</w:t>
      </w:r>
      <w:r>
        <w:br/>
      </w:r>
      <w:r>
        <w:rPr>
          <w:sz w:val="20"/>
        </w:rPr>
        <w:t>55:39  to yeh samaaj mein bohat faida mand hogi.</w:t>
      </w:r>
    </w:p>
    <w:p>
      <w:pPr>
        <w:pStyle w:val="Heading2"/>
      </w:pPr>
      <w:r>
        <w:t>Earning and Saving Money for the Future</w:t>
      </w:r>
    </w:p>
    <w:p>
      <w:r>
        <w:rPr>
          <w:color w:val="666666"/>
          <w:sz w:val="18"/>
        </w:rPr>
        <w:t>Life &amp; Wisdom · Dars-e-Quran, Chapter 2, Verse 61 February 11, 2018 · 2m 28s · at 51:33 · https://youtu.be/rgoE0nvFJJI?t=3093</w:t>
      </w:r>
    </w:p>
    <w:p>
      <w:r>
        <w:rPr>
          <w:i/>
        </w:rPr>
        <w:t>“Normally people these days want to earn more and more money; they work day and night and save money for their future.”</w:t>
      </w:r>
    </w:p>
    <w:p>
      <w:r>
        <w:rPr>
          <w:sz w:val="20"/>
        </w:rPr>
        <w:t>51:33  Maulana agla sawal bheja hai aamir mori sahib ne kashmir se unhone likha hai</w:t>
      </w:r>
      <w:r>
        <w:br/>
      </w:r>
      <w:r>
        <w:rPr>
          <w:sz w:val="20"/>
        </w:rPr>
        <w:t>51:44  normally people these days want to earn more and more money they work day and night and save</w:t>
      </w:r>
      <w:r>
        <w:br/>
      </w:r>
      <w:r>
        <w:rPr>
          <w:sz w:val="20"/>
        </w:rPr>
        <w:t>51:53  money for their future</w:t>
      </w:r>
      <w:r>
        <w:br/>
      </w:r>
      <w:r>
        <w:rPr>
          <w:sz w:val="20"/>
        </w:rPr>
        <w:t>51:55  and hence refrain themselves from getting involved in dawah mission</w:t>
      </w:r>
      <w:r>
        <w:br/>
      </w:r>
      <w:r>
        <w:rPr>
          <w:sz w:val="20"/>
        </w:rPr>
        <w:t>52:02  Maulana sahib how we can tackle this problem kindly through some light on this</w:t>
      </w:r>
      <w:r>
        <w:br/>
      </w:r>
      <w:r>
        <w:rPr>
          <w:sz w:val="20"/>
        </w:rPr>
        <w:t>52:11  dekhein yeh jo culture aaj kal chal raha hai yeh</w:t>
      </w:r>
      <w:r>
        <w:br/>
      </w:r>
      <w:r>
        <w:rPr>
          <w:sz w:val="20"/>
        </w:rPr>
        <w:t>52:20  god ka jo creation plan hai uske khilaf hai</w:t>
      </w:r>
      <w:r>
        <w:br/>
      </w:r>
      <w:r>
        <w:rPr>
          <w:sz w:val="20"/>
        </w:rPr>
        <w:t>52:25  aur jab bhi aap god ke creation plan ke khilaf chalenge toh aap ko aap ka jo</w:t>
      </w:r>
      <w:r>
        <w:br/>
      </w:r>
      <w:r>
        <w:rPr>
          <w:sz w:val="20"/>
        </w:rPr>
        <w:t>52:33  goal hai woh milne wala nahi hai wahi aap dekh lijiye goal jo hai logon ka woh sirf</w:t>
      </w:r>
      <w:r>
        <w:br/>
      </w:r>
      <w:r>
        <w:rPr>
          <w:sz w:val="20"/>
        </w:rPr>
        <w:t>52:40  money nahi hai woh hai peace of mind</w:t>
      </w:r>
      <w:r>
        <w:br/>
      </w:r>
      <w:r>
        <w:rPr>
          <w:sz w:val="20"/>
        </w:rPr>
        <w:t>52:45  toh peace of mind kahan hai</w:t>
      </w:r>
      <w:r>
        <w:br/>
      </w:r>
      <w:r>
        <w:rPr>
          <w:sz w:val="20"/>
        </w:rPr>
        <w:t>52:49  yani peace of mind jab na mile toh more and more money ke kya faida</w:t>
      </w:r>
      <w:r>
        <w:br/>
      </w:r>
      <w:r>
        <w:rPr>
          <w:sz w:val="20"/>
        </w:rPr>
        <w:t>52:56  kya hai is ka</w:t>
      </w:r>
      <w:r>
        <w:br/>
      </w:r>
      <w:r>
        <w:rPr>
          <w:sz w:val="20"/>
        </w:rPr>
        <w:t>52:58  kyun is liye ke log jo hain jo krishan plan of god hai us ko samjhe baghair kood</w:t>
      </w:r>
      <w:r>
        <w:br/>
      </w:r>
      <w:r>
        <w:rPr>
          <w:sz w:val="20"/>
        </w:rPr>
        <w:t>53:05  pade hain to we have to rediscover the krishan plan of god</w:t>
      </w:r>
      <w:r>
        <w:br/>
      </w:r>
      <w:r>
        <w:rPr>
          <w:sz w:val="20"/>
        </w:rPr>
        <w:t>53:13  here is the solution</w:t>
      </w:r>
      <w:r>
        <w:br/>
      </w:r>
      <w:r>
        <w:rPr>
          <w:sz w:val="20"/>
        </w:rPr>
        <w:t>53:16  we have to rediscover the</w:t>
      </w:r>
      <w:r>
        <w:br/>
      </w:r>
      <w:r>
        <w:rPr>
          <w:sz w:val="20"/>
        </w:rPr>
        <w:t>53:21  krishan plan of god here is the</w:t>
      </w:r>
      <w:r>
        <w:br/>
      </w:r>
      <w:r>
        <w:rPr>
          <w:sz w:val="20"/>
        </w:rPr>
        <w:t>53:26  answer of this question</w:t>
      </w:r>
      <w:r>
        <w:br/>
      </w:r>
      <w:r>
        <w:rPr>
          <w:sz w:val="20"/>
        </w:rPr>
        <w:t>53:32  maulana agla comment bheja hai dr waqar alam sahab ne new york se unhone likha hai maulana sahib you very intelligently related this quranic story of bani israel to our present situation and made it very clear to cps team workers that how allah's help will come for us while doing the dawah work</w:t>
      </w:r>
    </w:p>
    <w:p>
      <w:pPr>
        <w:pStyle w:val="Heading2"/>
      </w:pPr>
      <w:r>
        <w:t>Elaborate on self-actor vs non-self-actor</w:t>
      </w:r>
    </w:p>
    <w:p>
      <w:r>
        <w:rPr>
          <w:color w:val="666666"/>
          <w:sz w:val="18"/>
        </w:rPr>
        <w:t>Life &amp; Wisdom · Discovery of God (In Conversation with Maulana) December 25, 2011 · 3m 37s · at 3:25 · https://youtu.be/-1c1d7cFj0s?t=205</w:t>
      </w:r>
    </w:p>
    <w:p>
      <w:r>
        <w:rPr>
          <w:i/>
        </w:rPr>
        <w:t>“In one of your lectures you had mentioned the difference between a self-actor and a non-self-actor. Can you please elaborate on this?”</w:t>
      </w:r>
    </w:p>
    <w:p>
      <w:r>
        <w:rPr>
          <w:sz w:val="20"/>
        </w:rPr>
        <w:t>3:25  maulana, ye sawal aaya hai miss naghma siddiqui ka, dilli se. unhon ne likha hai: "in one of your lectures you had mentioned the difference between a self actor and a non self actor.</w:t>
      </w:r>
      <w:r>
        <w:br/>
      </w:r>
      <w:r>
        <w:rPr>
          <w:sz w:val="20"/>
        </w:rPr>
        <w:t>3:40  can you please elaborate on this?</w:t>
      </w:r>
      <w:r>
        <w:br/>
      </w:r>
      <w:r>
        <w:rPr>
          <w:sz w:val="20"/>
        </w:rPr>
        <w:t>3:43  " dekhiye, ye dunya mein zindagi ki do sooraten hain. aik ye hai ke aap ne khud kuch daryaft kiya ho, khud apni soch aap ki bani ho,</w:t>
      </w:r>
      <w:r>
        <w:br/>
      </w:r>
      <w:r>
        <w:rPr>
          <w:sz w:val="20"/>
        </w:rPr>
        <w:t>3:58  khud aap ki aik shakhsiyat develop hui ho, is ke mutabiq dunya mein rahein aap. aur aik ye hai ke jo dunya mein jo system hai, qaim system, us se apne ko jor lein aur jo wo jo wo chahe, wahi karein aap.</w:t>
      </w:r>
      <w:r>
        <w:br/>
      </w:r>
      <w:r>
        <w:rPr>
          <w:sz w:val="20"/>
        </w:rPr>
        <w:t>4:17  is ki khuli hui misaal jo hai, ye film industry hai. film industry kya hai? film industry mein jo viewers hain, un ke lehaz se aadmi ko act karna parta hai.</w:t>
      </w:r>
      <w:r>
        <w:br/>
      </w:r>
      <w:r>
        <w:rPr>
          <w:sz w:val="20"/>
        </w:rPr>
        <w:t>4:29  viewers ke lehaz se, apne lehaz se nahi. khud apni soch kya hai, apne nazdeek sahi kaha hai, ghalat kaha hai, ye nahi, balkay viewers kya chahtay hain dekhna, wo kya chahtay hain sunna, is ke mutabiq aadmi act karta hai.</w:t>
      </w:r>
      <w:r>
        <w:br/>
      </w:r>
      <w:r>
        <w:rPr>
          <w:sz w:val="20"/>
        </w:rPr>
        <w:t>4:45  aisay baray baray uhday jo hain, wahan bhi kya hai? baray baray uhdon mein aadmi lagta hai shandar mahaloon mein, lekin</w:t>
      </w:r>
      <w:r>
        <w:br/>
      </w:r>
      <w:r>
        <w:rPr>
          <w:sz w:val="20"/>
        </w:rPr>
        <w:t>4:56  wo bhi kisi yani apne apne apni buniyad par nahi jeeta hai. wo doosray ki buniyad par jeeta hai. mislan aik leader voter kya kehtay hain, voter kya chahtay hain, is ke mutabiq wo chalta hai.</w:t>
      </w:r>
      <w:r>
        <w:br/>
      </w:r>
      <w:r>
        <w:rPr>
          <w:sz w:val="20"/>
        </w:rPr>
        <w:t>5:11  to aik bohat mushkil kaam hai, kyunkay agar aap non self, isi ko main kehta hoon non self actor, yani apne siwa kisi aur ke liye jeena, to non self actor mein aap bazahir bohat achi zindagi hasil kar letay hain.</w:t>
      </w:r>
      <w:r>
        <w:br/>
      </w:r>
      <w:r>
        <w:rPr>
          <w:sz w:val="20"/>
        </w:rPr>
        <w:t>5:29  kyunkay jis jis ke liye aap kaam karte hain, wo aap ko bari bari cheezein deta hai. lekin jab khud apne oopar jeena chahein aap, to aap ko sacrifice karni parti hain.</w:t>
      </w:r>
      <w:r>
        <w:br/>
      </w:r>
      <w:r>
        <w:rPr>
          <w:sz w:val="20"/>
        </w:rPr>
        <w:t>5:42  phir aap ko saada zindagi, kam par qanaat karna, mushkil halaat mein rehna, ye sab bardasht karna parta hai.</w:t>
      </w:r>
      <w:r>
        <w:br/>
      </w:r>
      <w:r>
        <w:rPr>
          <w:sz w:val="20"/>
        </w:rPr>
        <w:t>5:52  lekin jo jo self self actor hain, haqeeqat mein wahi jee rahay hain dunya mein.</w:t>
      </w:r>
      <w:r>
        <w:br/>
      </w:r>
      <w:r>
        <w:rPr>
          <w:sz w:val="20"/>
        </w:rPr>
        <w:t>6:01  kyunkay wo apne aap mein jeetay hain. wo jo non self actor hain, wo jee jo jee rahay hain, wo to wo to moortiyan hain, samjhiye, well dressed moortiyan.</w:t>
      </w:r>
      <w:r>
        <w:br/>
      </w:r>
      <w:r>
        <w:rPr>
          <w:sz w:val="20"/>
        </w:rPr>
        <w:t>6:13  to main bataoon ke aadmi ko chahiye ke wo self actor banay, yani apne aap mein jeena, jeenay ki koshish kare, chahe koi bhi price deni paray is ki.</w:t>
      </w:r>
      <w:r>
        <w:br/>
      </w:r>
      <w:r>
        <w:rPr>
          <w:sz w:val="20"/>
        </w:rPr>
        <w:t>6:28  aur non self actor na banay, kyunkay wo to apni apne aap kho diya us ne. apne aap ko kho kar ke to kisi doosray ke liye jee raha hai wo.</w:t>
      </w:r>
      <w:r>
        <w:br/>
      </w:r>
      <w:r>
        <w:rPr>
          <w:sz w:val="20"/>
        </w:rPr>
        <w:t>6:39  to hum to yahi kahain ge aap logon se ke aap log non self actor na banen, balkay self actor banen.</w:t>
      </w:r>
      <w:r>
        <w:br/>
      </w:r>
      <w:r>
        <w:rPr>
          <w:sz w:val="20"/>
        </w:rPr>
        <w:t>6:51  apni daryaft par jeena seekhein, na ke doosron ke direction pe jeena seekhein.</w:t>
      </w:r>
    </w:p>
    <w:p>
      <w:pPr>
        <w:pStyle w:val="Heading2"/>
      </w:pPr>
      <w:r>
        <w:t>Elaboration on simple living high thinking</w:t>
      </w:r>
    </w:p>
    <w:p>
      <w:r>
        <w:rPr>
          <w:color w:val="666666"/>
          <w:sz w:val="18"/>
        </w:rPr>
        <w:t>Life &amp; Wisdom · Pillars of Western Thought October 6, 2013 · 3m 34s · at 1:04:45 · https://youtu.be/o4WfPvju5_M?t=3885</w:t>
      </w:r>
    </w:p>
    <w:p>
      <w:r>
        <w:rPr>
          <w:i/>
        </w:rPr>
        <w:t>“You have always advised us to adopt simple living and high thinking. I want to request you today to please elaborate on it.”</w:t>
      </w:r>
    </w:p>
    <w:p>
      <w:r>
        <w:rPr>
          <w:sz w:val="20"/>
        </w:rPr>
        <w:t>1:04:45  maulana, agla sawal bangalore se aaya hai. mister rakesh sharma ne kiya hai. unhon ne likha hai: "maulana, you have always advised us to adopt simple living and high thinking.</w:t>
      </w:r>
      <w:r>
        <w:br/>
      </w:r>
      <w:r>
        <w:rPr>
          <w:sz w:val="20"/>
        </w:rPr>
        <w:t>1:04:58  i want to request you today to please elaborate on it." dekhiye, simple living, high thinking dono ek doosre se interconnected hain.</w:t>
      </w:r>
      <w:r>
        <w:br/>
      </w:r>
      <w:r>
        <w:rPr>
          <w:sz w:val="20"/>
        </w:rPr>
        <w:t>1:05:08  jab simple living hogi, tab hi high thinking hogi. aur high thinking agar hogi to simple living apne aap ho jayegi. dekhiye, simple living ka matlab kya hai?</w:t>
      </w:r>
      <w:r>
        <w:br/>
      </w:r>
      <w:r>
        <w:rPr>
          <w:sz w:val="20"/>
        </w:rPr>
        <w:t>1:05:17  to save yourself from all kind of distraction.</w:t>
      </w:r>
      <w:r>
        <w:br/>
      </w:r>
      <w:r>
        <w:rPr>
          <w:sz w:val="20"/>
        </w:rPr>
        <w:t>1:05:21  bas jab aap simple living par na hon to har waqt aap distract hote rahenge. har waqt distract hote rahenge.</w:t>
      </w:r>
      <w:r>
        <w:br/>
      </w:r>
      <w:r>
        <w:rPr>
          <w:sz w:val="20"/>
        </w:rPr>
        <w:t>1:05:32  aur simple living se kya hota hai? aap distraction se bach jate hain. jaise meri zindagi bilkul hi saada hai. aakhri had tak main saada zindagi guzarta hoon.</w:t>
      </w:r>
      <w:r>
        <w:br/>
      </w:r>
      <w:r>
        <w:rPr>
          <w:sz w:val="20"/>
        </w:rPr>
        <w:t>1:05:43  to meri zindagi mein koi distraction hi nahi.</w:t>
      </w:r>
      <w:r>
        <w:br/>
      </w:r>
      <w:r>
        <w:rPr>
          <w:sz w:val="20"/>
        </w:rPr>
        <w:t>1:05:46  to main 24 ghante, yani agar padhun, likhun, sochun to mere paas time hi time hai. jo log simple living nahi ikhtiyar karte, saada zindagi nahi ikhtiyar karte, to bar bar woh distract hote rehte hain.</w:t>
      </w:r>
      <w:r>
        <w:br/>
      </w:r>
      <w:r>
        <w:rPr>
          <w:sz w:val="20"/>
        </w:rPr>
        <w:t>1:06:04  to phir un ko time nahi hota padhne likhne ka, intellectual development ka. high thinking kahan se aayegi? to main yeh nahi kehta ke simple living, jo hai, koi koi farz hai.</w:t>
      </w:r>
      <w:r>
        <w:br/>
      </w:r>
      <w:r>
        <w:rPr>
          <w:sz w:val="20"/>
        </w:rPr>
        <w:t>1:06:15  yeh main nahi kehta.</w:t>
      </w:r>
      <w:r>
        <w:br/>
      </w:r>
      <w:r>
        <w:rPr>
          <w:sz w:val="20"/>
        </w:rPr>
        <w:t>1:06:16  main yeh kehta hoon ke agar aap chahte hain apne andar high thinking develop karna, apna personality develop, apni personality ko develop karna,</w:t>
      </w:r>
      <w:r>
        <w:br/>
      </w:r>
      <w:r>
        <w:rPr>
          <w:sz w:val="20"/>
        </w:rPr>
        <w:t>1:06:30  intellectual development, yeh sab cheezein agar aap chahte hon to lazim hai ke aap simple living ikhtiyar karen. warna mumkin nahi hoga.</w:t>
      </w:r>
      <w:r>
        <w:br/>
      </w:r>
      <w:r>
        <w:rPr>
          <w:sz w:val="20"/>
        </w:rPr>
        <w:t>1:06:39  yeh main keh raha hoon. yani simple living ko main koi is maane mein nahi leta hoon ke jaise namaz farz hai to yeh bhi farz hai. lekin main yeh sirf keh raha hoon ke simple living ke baghair aap ko time hi nahi milega ke aap apni shakhsiyat ko develop karen.</w:t>
      </w:r>
      <w:r>
        <w:br/>
      </w:r>
      <w:r>
        <w:rPr>
          <w:sz w:val="20"/>
        </w:rPr>
        <w:t>1:06:59  yeh mera manna hai.</w:t>
      </w:r>
      <w:r>
        <w:br/>
      </w:r>
      <w:r>
        <w:rPr>
          <w:sz w:val="20"/>
        </w:rPr>
        <w:t>1:07:03  maulana bhopal se shakeel sahib ne sawal</w:t>
      </w:r>
      <w:r>
        <w:br/>
      </w:r>
      <w:r>
        <w:rPr>
          <w:sz w:val="20"/>
        </w:rPr>
        <w:t>1:07:06  kiya hai. unhon ne likha hai: "maulana sahib, main aap se yeh janna chahta hoon ke main apne andar universal outlook ka zehan kaise banaun?" quran parhiye.</w:t>
      </w:r>
      <w:r>
        <w:br/>
      </w:r>
      <w:r>
        <w:rPr>
          <w:sz w:val="20"/>
        </w:rPr>
        <w:t>1:07:19  quran mein aap dekhiye, bar bar "eha naas, eha naas, eha naas". yani saari insaniyat ko quran khitab karta hai.</w:t>
      </w:r>
      <w:r>
        <w:br/>
      </w:r>
      <w:r>
        <w:rPr>
          <w:sz w:val="20"/>
        </w:rPr>
        <w:t>1:07:31  quran ko agar aap bar bar parhein, samajh kar ke to apne aap hi aap ke andar nuqta nazar aa jayega. pehli ayat dekhiye: "alhamdulillah rabbul alameen".</w:t>
      </w:r>
      <w:r>
        <w:br/>
      </w:r>
      <w:r>
        <w:rPr>
          <w:sz w:val="20"/>
        </w:rPr>
        <w:t>1:07:43  yani rabb, yani allah ka jo is mein tasawwur diya gaya hai, woh sare alam ka rabb hai. pehli ayat aap ko universal bana degi.</w:t>
      </w:r>
      <w:r>
        <w:br/>
      </w:r>
      <w:r>
        <w:rPr>
          <w:sz w:val="20"/>
        </w:rPr>
        <w:t>1:07:53  yani rabbul muslimeen nahi, quran mein rabbul alameen hai.</w:t>
      </w:r>
      <w:r>
        <w:br/>
      </w:r>
      <w:r>
        <w:rPr>
          <w:sz w:val="20"/>
        </w:rPr>
        <w:t>1:07:59  to mein samajhta hoon ke sab se acha nuskha hai universal zehan banane ka ke aap quran ko samajh kar parhein. samajh kar bas is ke baad sab masla hal ho jayega.</w:t>
      </w:r>
      <w:r>
        <w:br/>
      </w:r>
      <w:r>
        <w:rPr>
          <w:sz w:val="20"/>
        </w:rPr>
        <w:t>1:08:09  waise meri aik kitab bhi hai, "deen insaniyat" is ka naam hai. is ko aap parh sakte hain. aap is mein bhi is tarah ki baatein hain.</w:t>
      </w:r>
    </w:p>
    <w:p>
      <w:pPr>
        <w:pStyle w:val="Heading2"/>
      </w:pPr>
      <w:r>
        <w:t>Emotion management and lack of wisdom</w:t>
      </w:r>
    </w:p>
    <w:p>
      <w:r>
        <w:rPr>
          <w:color w:val="666666"/>
          <w:sz w:val="18"/>
        </w:rPr>
        <w:t>Life &amp; Wisdom · How to Manage Controversy 10 Nov 2019 - Maulana Wahiduddin Khan · 3m 37s · at 35:10 · https://youtu.be/UafTzJXHrSA?t=2110</w:t>
      </w:r>
    </w:p>
    <w:p>
      <w:r>
        <w:rPr>
          <w:i/>
        </w:rPr>
        <w:t>“Any emotion management requires wisdom, but wisdom comes with a long process of deconditioning, as you have always been telling us through your lectures and books. But in a controversial situation, most of the people who react are ordinary people with no wisdom.”</w:t>
      </w:r>
    </w:p>
    <w:p>
      <w:r>
        <w:rPr>
          <w:sz w:val="20"/>
        </w:rPr>
        <w:t>35:10  jazak Allah." Maulana, agla sawal kanpur se hai. athar shamsi sahib ne bheja hai. unhone likha hai: "Maulana, any emotion management requires wisdom,</w:t>
      </w:r>
      <w:r>
        <w:br/>
      </w:r>
      <w:r>
        <w:rPr>
          <w:sz w:val="20"/>
        </w:rPr>
        <w:t>35:25  but wisdom comes with a long process of de conditioning, as you have always been telling us through your lectures and books.</w:t>
      </w:r>
      <w:r>
        <w:br/>
      </w:r>
      <w:r>
        <w:rPr>
          <w:sz w:val="20"/>
        </w:rPr>
        <w:t>35:34  but in a controversy situation, most of the people who react are ordinary people with no wisdom.</w:t>
      </w:r>
      <w:r>
        <w:br/>
      </w:r>
      <w:r>
        <w:rPr>
          <w:sz w:val="20"/>
        </w:rPr>
        <w:t>35:43  so my question is: how can a situation at a mass level be managed during controversy? where is the ho</w:t>
      </w:r>
      <w:r>
        <w:br/>
      </w:r>
      <w:r>
        <w:rPr>
          <w:sz w:val="20"/>
        </w:rPr>
        <w:t>35:51  p?"</w:t>
      </w:r>
      <w:r>
        <w:br/>
      </w:r>
      <w:r>
        <w:rPr>
          <w:sz w:val="20"/>
        </w:rPr>
        <w:t>35:56  dekhiye, main aap ko ek ek qissa batata hoon. hazrat umar jab khalifa thay, hazrat umar jab khalifa thay to ek aadmi un ke ghar par us se milne ke liye gaye.</w:t>
      </w:r>
      <w:r>
        <w:br/>
      </w:r>
      <w:r>
        <w:rPr>
          <w:sz w:val="20"/>
        </w:rPr>
        <w:t>36:15  to wahan jo aadmi tha,</w:t>
      </w:r>
      <w:r>
        <w:br/>
      </w:r>
      <w:r>
        <w:rPr>
          <w:sz w:val="20"/>
        </w:rPr>
        <w:t>36:22  bahar waiter ke taur par, aadmi ne us se kaha ke mujhe umar se milna hai. to us ne kaha ke umar to us waqt so rahe hain.</w:t>
      </w:r>
      <w:r>
        <w:br/>
      </w:r>
      <w:r>
        <w:rPr>
          <w:sz w:val="20"/>
        </w:rPr>
        <w:t>36:37  to woh aadmi baith gaya, baatein hone lagi.</w:t>
      </w:r>
      <w:r>
        <w:br/>
      </w:r>
      <w:r>
        <w:rPr>
          <w:sz w:val="20"/>
        </w:rPr>
        <w:t>36:44  to baatein karte hue unhone poocha ke tum umar ke saath rehte ho, batao ke umar ke baray mein tumhari kya rai hai?</w:t>
      </w:r>
      <w:r>
        <w:br/>
      </w:r>
      <w:r>
        <w:rPr>
          <w:sz w:val="20"/>
        </w:rPr>
        <w:t>37:00  to us aadmi ne kaha ke umar bohat achhe aadmi hain, bohat ziyada achhe aadmi hain, lekin jab unhein ghussa aa jata hai to woh bohat sakht ho jatay hain.</w:t>
      </w:r>
      <w:r>
        <w:br/>
      </w:r>
      <w:r>
        <w:rPr>
          <w:sz w:val="20"/>
        </w:rPr>
        <w:t>37:18  to us aadmi ne kaha ke is ka bohat simple formula main tumhein batata hoon.</w:t>
      </w:r>
      <w:r>
        <w:br/>
      </w:r>
      <w:r>
        <w:rPr>
          <w:sz w:val="20"/>
        </w:rPr>
        <w:t>37:29  us ne kaha ke kya? us ne kaha ke bas quran ki koi ayat parh do, jab ghussa aaye un ko to quran ki koi ayat parh do, bas woh chup ho jayenge.</w:t>
      </w:r>
      <w:r>
        <w:br/>
      </w:r>
      <w:r>
        <w:rPr>
          <w:sz w:val="20"/>
        </w:rPr>
        <w:t>37:43  umar usi waqt chup ho jayenge. to masla yeh umar ki baat nahi hai, yeh momin ki baat hai.</w:t>
      </w:r>
      <w:r>
        <w:br/>
      </w:r>
      <w:r>
        <w:rPr>
          <w:sz w:val="20"/>
        </w:rPr>
        <w:t>37:54  har momin ke andar yeh mizaj hona chahiye</w:t>
      </w:r>
      <w:r>
        <w:br/>
      </w:r>
      <w:r>
        <w:rPr>
          <w:sz w:val="20"/>
        </w:rPr>
        <w:t>38:01  ke jab quran ki koi ayat parh di jaye to sunnay wala bilkul khamosh ho jaye.</w:t>
      </w:r>
      <w:r>
        <w:br/>
      </w:r>
      <w:r>
        <w:rPr>
          <w:sz w:val="20"/>
        </w:rPr>
        <w:t>38:12  to aisi society banaiye, aisa ghar banaiye, aisi family banaiye ke log quran ki ayat parh kar chup ho jaya karen.</w:t>
      </w:r>
      <w:r>
        <w:br/>
      </w:r>
      <w:r>
        <w:rPr>
          <w:sz w:val="20"/>
        </w:rPr>
        <w:t>38:29  yani ghussa ka mamla pesh aane se pehle logon ko train kijiye, apne ghar ko, apne samaj ko. inshallah yeh bohat zabardast sabit hoga.</w:t>
      </w:r>
    </w:p>
    <w:p>
      <w:pPr>
        <w:pStyle w:val="Heading2"/>
      </w:pPr>
      <w:r>
        <w:t>Ensuring Success of Second Planning</w:t>
      </w:r>
    </w:p>
    <w:p>
      <w:r>
        <w:rPr>
          <w:color w:val="666666"/>
          <w:sz w:val="18"/>
        </w:rPr>
        <w:t>Life &amp; Wisdom · Realization of God May 07, 2017 Maulana Wahiduddin Khan · 1m 42s · at 58:28 · https://youtu.be/sXmJShRfWKs?t=3508</w:t>
      </w:r>
    </w:p>
    <w:p>
      <w:r>
        <w:rPr>
          <w:i/>
        </w:rPr>
        <w:t>“Maulana, today you gave a wonderful example of Japan by explaining the importance of replanning. Replanning comes with wisdom. So my question is: how to ensure that the second planning also does not fail? I have understood that the beginning is done by accepting one's mistake, but Maulana sahib, please tell us what else is required besides accepting one's mistake so that our second planning becomes successful.”</w:t>
      </w:r>
    </w:p>
    <w:p>
      <w:r>
        <w:rPr>
          <w:sz w:val="20"/>
        </w:rPr>
        <w:t>58:28  maulana agla sawal furqan sahib ne lucknow se bheja hai unhone likha hai maulana today you gave a wonderful example of japan by explaining the importance of replanning replanning comes with wisdom so my question is how to ensure that the second planning also does not fail</w:t>
      </w:r>
      <w:r>
        <w:br/>
      </w:r>
      <w:r>
        <w:rPr>
          <w:sz w:val="20"/>
        </w:rPr>
        <w:t>58:52  i have understood that the beginning is done by accepting ones mistake but maulana sahib please tell us what else is required besides accepting ones mistake so that our second planning becomes successful</w:t>
      </w:r>
      <w:r>
        <w:br/>
      </w:r>
      <w:r>
        <w:rPr>
          <w:sz w:val="20"/>
        </w:rPr>
        <w:t>59:09  dekhiye koi bhi shakhs yeh nahi kahega ke second planning hamesha right planning hoti hai yeh koi</w:t>
      </w:r>
      <w:r>
        <w:br/>
      </w:r>
      <w:r>
        <w:rPr>
          <w:sz w:val="20"/>
        </w:rPr>
        <w:t>59:16  bhi nahi kahega</w:t>
      </w:r>
      <w:r>
        <w:br/>
      </w:r>
      <w:r>
        <w:rPr>
          <w:sz w:val="20"/>
        </w:rPr>
        <w:t>59:19  jitne bare bare log hain unhone second planning ki third planning ki fourth planning ki tab bare</w:t>
      </w:r>
      <w:r>
        <w:br/>
      </w:r>
      <w:r>
        <w:rPr>
          <w:sz w:val="20"/>
        </w:rPr>
        <w:t>59:24  aadmi bane to yeh kaha tha try try try again</w:t>
      </w:r>
      <w:r>
        <w:br/>
      </w:r>
      <w:r>
        <w:rPr>
          <w:sz w:val="20"/>
        </w:rPr>
        <w:t>59:29  to mein yeh koshish yeh nahi kar sakta ke second planning hamesha</w:t>
      </w:r>
      <w:r>
        <w:br/>
      </w:r>
      <w:r>
        <w:rPr>
          <w:sz w:val="20"/>
        </w:rPr>
        <w:t>59:35  successful hoti hai is mein kuch ghalati hogi is ka experience lijiye aur phir agle agle</w:t>
      </w:r>
      <w:r>
        <w:br/>
      </w:r>
      <w:r>
        <w:rPr>
          <w:sz w:val="20"/>
        </w:rPr>
        <w:t>59:42  stage par is ko usay usay usay sabak lijiye</w:t>
      </w:r>
      <w:r>
        <w:br/>
      </w:r>
      <w:r>
        <w:rPr>
          <w:sz w:val="20"/>
        </w:rPr>
        <w:t>59:47  to replan phir phir replanning kijiye</w:t>
      </w:r>
      <w:r>
        <w:br/>
      </w:r>
      <w:r>
        <w:rPr>
          <w:sz w:val="20"/>
        </w:rPr>
        <w:t>59:52  jaise Abraham Blinken jo tha</w:t>
      </w:r>
      <w:r>
        <w:br/>
      </w:r>
      <w:r>
        <w:rPr>
          <w:sz w:val="20"/>
        </w:rPr>
        <w:t>59:54  America ka us ne us ko president banne ka shauq tha to das baar woh election mein gaya</w:t>
      </w:r>
      <w:r>
        <w:br/>
      </w:r>
      <w:r>
        <w:rPr>
          <w:sz w:val="20"/>
        </w:rPr>
        <w:t>1:00:04  das baar daswein baar ja kar jeeta woh Abraham Blinken</w:t>
      </w:r>
    </w:p>
    <w:p>
      <w:pPr>
        <w:pStyle w:val="Heading2"/>
      </w:pPr>
      <w:r>
        <w:t>Establishing discipline and intellectual development</w:t>
      </w:r>
    </w:p>
    <w:p>
      <w:r>
        <w:rPr>
          <w:color w:val="666666"/>
          <w:sz w:val="18"/>
        </w:rPr>
        <w:t>Life &amp; Wisdom · Message of The Quran March 29, 2015 · 3m 52s · at 56:44 · https://youtu.be/u57TpiO8A7Y?t=3404</w:t>
      </w:r>
    </w:p>
    <w:p>
      <w:r>
        <w:rPr>
          <w:i/>
        </w:rPr>
        <w:t>“How can we establish discipline in our daily life? Often most of the people, including me, get involved in day to day things, missing out on intellectual development like reading and thinking. I try hard but I am still not able to do my intellectual development like I should do. Maulana, what formula should I adopt to change myself and also advise others like myself?”</w:t>
      </w:r>
    </w:p>
    <w:p>
      <w:r>
        <w:rPr>
          <w:sz w:val="20"/>
        </w:rPr>
        <w:t>56:44  maulana agla sawal chandi garh se kiya hai aftab sahib ne aur unhon ne likha hai</w:t>
      </w:r>
      <w:r>
        <w:br/>
      </w:r>
      <w:r>
        <w:rPr>
          <w:sz w:val="20"/>
        </w:rPr>
        <w:t>56:52  maulana how can we establish discipline in our daily life</w:t>
      </w:r>
      <w:r>
        <w:br/>
      </w:r>
      <w:r>
        <w:rPr>
          <w:sz w:val="20"/>
        </w:rPr>
        <w:t>56:57  Often most of the people, including me, get involved in day to day things, missing out on intellectual development like reading and thinking. I try hard but I am still not able to do my intellectual development like I should do. Maulana, what formula should I adopt to change myself and also advise others like myself?</w:t>
      </w:r>
      <w:r>
        <w:br/>
      </w:r>
      <w:r>
        <w:rPr>
          <w:sz w:val="20"/>
        </w:rPr>
        <w:t>57:24  dekhiye jahan tak maine samjha hai</w:t>
      </w:r>
      <w:r>
        <w:br/>
      </w:r>
      <w:r>
        <w:rPr>
          <w:sz w:val="20"/>
        </w:rPr>
        <w:t>57:27  woh yeh hai ke log</w:t>
      </w:r>
      <w:r>
        <w:br/>
      </w:r>
      <w:r>
        <w:rPr>
          <w:sz w:val="20"/>
        </w:rPr>
        <w:t>57:31  hamesha distraction mein phanse rehte hain</w:t>
      </w:r>
      <w:r>
        <w:br/>
      </w:r>
      <w:r>
        <w:rPr>
          <w:sz w:val="20"/>
        </w:rPr>
        <w:t>57:35  mera tajurba yahi hai mukhtalif qism ki distraction koi doston mein phansa hua hai koi shopping mein phansa</w:t>
      </w:r>
      <w:r>
        <w:br/>
      </w:r>
      <w:r>
        <w:rPr>
          <w:sz w:val="20"/>
        </w:rPr>
        <w:t>57:42  hua hai koi kahin phansa hua hai to yeh distraction jo mein phanse hote hain log is ki</w:t>
      </w:r>
      <w:r>
        <w:br/>
      </w:r>
      <w:r>
        <w:rPr>
          <w:sz w:val="20"/>
        </w:rPr>
        <w:t>57:49  wajah se in ka focus</w:t>
      </w:r>
      <w:r>
        <w:br/>
      </w:r>
      <w:r>
        <w:rPr>
          <w:sz w:val="20"/>
        </w:rPr>
        <w:t>57:53  sahi banta nahi jo asal focus jahan parhna chahiye wahan se hat jata hai hat jata hai</w:t>
      </w:r>
      <w:r>
        <w:br/>
      </w:r>
      <w:r>
        <w:rPr>
          <w:sz w:val="20"/>
        </w:rPr>
        <w:t>58:02  to mere nazdeek yeh sab cheezein jo hain</w:t>
      </w:r>
      <w:r>
        <w:br/>
      </w:r>
      <w:r>
        <w:rPr>
          <w:sz w:val="20"/>
        </w:rPr>
        <w:t>58:07  is waqt paida hoti hain jab aap apni zindagi mein</w:t>
      </w:r>
      <w:r>
        <w:br/>
      </w:r>
      <w:r>
        <w:rPr>
          <w:sz w:val="20"/>
        </w:rPr>
        <w:t>58:12  distraction se apne aap ko bachayein to agar aap ko apne aap se mohabbat hai agar aap ko</w:t>
      </w:r>
      <w:r>
        <w:br/>
      </w:r>
      <w:r>
        <w:rPr>
          <w:sz w:val="20"/>
        </w:rPr>
        <w:t>58:18  chahte hain ke aap masjid insan ke apne ko develop karein to aap ko</w:t>
      </w:r>
      <w:r>
        <w:br/>
      </w:r>
      <w:r>
        <w:rPr>
          <w:sz w:val="20"/>
        </w:rPr>
        <w:t>58:24  soch soch kar apne ko distraction se nikalna hoga</w:t>
      </w:r>
      <w:r>
        <w:br/>
      </w:r>
      <w:r>
        <w:rPr>
          <w:sz w:val="20"/>
        </w:rPr>
        <w:t>58:28  kyun ke distraction mein hota yeh hai ke aadmi condition ho jata hai</w:t>
      </w:r>
      <w:r>
        <w:br/>
      </w:r>
      <w:r>
        <w:rPr>
          <w:sz w:val="20"/>
        </w:rPr>
        <w:t>58:33  conditioning ki wajah se is ko distraction distraction nazar nahi aata to sochna parta hai</w:t>
      </w:r>
      <w:r>
        <w:br/>
      </w:r>
      <w:r>
        <w:rPr>
          <w:sz w:val="20"/>
        </w:rPr>
        <w:t>58:40  aap ko apni condition ko todna hoga</w:t>
      </w:r>
      <w:r>
        <w:br/>
      </w:r>
      <w:r>
        <w:rPr>
          <w:sz w:val="20"/>
        </w:rPr>
        <w:t>58:43  aur condition ko tod kar ke apni distraction ko discover karna hoga phir apne aap ko focus par</w:t>
      </w:r>
      <w:r>
        <w:br/>
      </w:r>
      <w:r>
        <w:rPr>
          <w:sz w:val="20"/>
        </w:rPr>
        <w:t>58:50  lana hoga aur koi doosra tareeqa is ke liye hai nahi Maulana agla comment aaya hai Khwaja Kaleem</w:t>
      </w:r>
      <w:r>
        <w:br/>
      </w:r>
      <w:r>
        <w:rPr>
          <w:sz w:val="20"/>
        </w:rPr>
        <w:t>58:58  uddin sahib ka Pennsylvania USA se aur unhon ne likha hai</w:t>
      </w:r>
      <w:r>
        <w:br/>
      </w:r>
      <w:r>
        <w:rPr>
          <w:sz w:val="20"/>
        </w:rPr>
        <w:t>59:04  Maulana Saheb, you have already abundantly proved in your number of books that Quran does not either advise</w:t>
      </w:r>
      <w:r>
        <w:br/>
      </w:r>
      <w:r>
        <w:rPr>
          <w:sz w:val="20"/>
        </w:rPr>
        <w:t>59:12  you to establish a system or gives you a well defined system of society but in today's lecture</w:t>
      </w:r>
      <w:r>
        <w:br/>
      </w:r>
      <w:r>
        <w:rPr>
          <w:sz w:val="20"/>
        </w:rPr>
        <w:t>59:20  i have learned a new point that is Quran invites you to be a creative thinker and also</w:t>
      </w:r>
      <w:r>
        <w:br/>
      </w:r>
      <w:r>
        <w:rPr>
          <w:sz w:val="20"/>
        </w:rPr>
        <w:t>59:27  you gave us the details what it means to be a creative thinker and being creative it opens</w:t>
      </w:r>
      <w:r>
        <w:br/>
      </w:r>
      <w:r>
        <w:rPr>
          <w:sz w:val="20"/>
        </w:rPr>
        <w:t>59:34  the door for intellectual development</w:t>
      </w:r>
      <w:r>
        <w:br/>
      </w:r>
      <w:r>
        <w:rPr>
          <w:sz w:val="20"/>
        </w:rPr>
        <w:t>59:37  It is really a very thrilling point. Thank you very much. Okay, so we will end this session now. We will break for tea and then after tea, we will have the namaz in the hall. Thank you.</w:t>
      </w:r>
    </w:p>
    <w:p>
      <w:pPr>
        <w:pStyle w:val="Heading2"/>
      </w:pPr>
      <w:r>
        <w:t>Establishing discipline and intellectual growth</w:t>
      </w:r>
    </w:p>
    <w:p>
      <w:r>
        <w:rPr>
          <w:color w:val="666666"/>
          <w:sz w:val="18"/>
        </w:rPr>
        <w:t>Life &amp; Wisdom · Message of The Quran March 29, 2015 · 3m 53s · at 56:55 · https://youtu.be/61ANCBxSPHs?t=3415</w:t>
      </w:r>
    </w:p>
    <w:p>
      <w:r>
        <w:rPr>
          <w:i/>
        </w:rPr>
        <w:t>“How can we establish discipline in daily life? I miss intellectual development. What formula should I adopt to change myself and advise others?”</w:t>
      </w:r>
    </w:p>
    <w:p>
      <w:r>
        <w:rPr>
          <w:sz w:val="20"/>
        </w:rPr>
        <w:t>56:55  maulana, agla sawal chandi garh se kiya hai aaftab sahib ne. aur unhon ne likha hai: "maulana, How can we establish discipline in our daily life</w:t>
      </w:r>
      <w:r>
        <w:br/>
      </w:r>
      <w:r>
        <w:rPr>
          <w:sz w:val="20"/>
        </w:rPr>
        <w:t>57:07  ? Often most of the people including me get involved in day to day things, missing out on intellectual development like reading and thinking.</w:t>
      </w:r>
      <w:r>
        <w:br/>
      </w:r>
      <w:r>
        <w:rPr>
          <w:sz w:val="20"/>
        </w:rPr>
        <w:t>57:19  I try hard but I am still not able to do my intellectual development like I should do. Maulana, what formula I should adopt to change myself and also advise others like myself؟"</w:t>
      </w:r>
      <w:r>
        <w:br/>
      </w:r>
      <w:r>
        <w:rPr>
          <w:sz w:val="20"/>
        </w:rPr>
        <w:t>57:35  dekhiye, jahan tak mein ne samjha hai woh yeh hai ke log hamesha Distraction mein phanse rehte hain.</w:t>
      </w:r>
      <w:r>
        <w:br/>
      </w:r>
      <w:r>
        <w:rPr>
          <w:sz w:val="20"/>
        </w:rPr>
        <w:t>57:45  mera tajurba yahi hai. mukhtalif qism ki Distraction. koi doston mein phansa hua hai. koi Shopping mein phansa hua hai. koi kahin phansa hua hai.</w:t>
      </w:r>
      <w:r>
        <w:br/>
      </w:r>
      <w:r>
        <w:rPr>
          <w:sz w:val="20"/>
        </w:rPr>
        <w:t>57:56  toh yeh Distraction jo mein phanse hue hote hain log is ki wajah se in ka Focus sahi banta nahi.</w:t>
      </w:r>
      <w:r>
        <w:br/>
      </w:r>
      <w:r>
        <w:rPr>
          <w:sz w:val="20"/>
        </w:rPr>
        <w:t>58:06  jo asal Focus jahan parna chahiye wahan se hat jata hai.</w:t>
      </w:r>
      <w:r>
        <w:br/>
      </w:r>
      <w:r>
        <w:rPr>
          <w:sz w:val="20"/>
        </w:rPr>
        <w:t>58:13  toh mere nazdeek yeh sab cheezein jo hain is waqt paida hoti hain jab aap apni zehan mein Distraction se apne aap ko bachayein.</w:t>
      </w:r>
      <w:r>
        <w:br/>
      </w:r>
      <w:r>
        <w:rPr>
          <w:sz w:val="20"/>
        </w:rPr>
        <w:t>58:25  toh agar aap ko apne aap se mohabbat hai. agar aap ko chahte hain ke aap masjid insan ke apne ko Develop karein. toh aap ko soch soch kar apne ko Distraction se nikalna hoga.</w:t>
      </w:r>
      <w:r>
        <w:br/>
      </w:r>
      <w:r>
        <w:rPr>
          <w:sz w:val="20"/>
        </w:rPr>
        <w:t>58:38  kyun ke Distraction mein hota yeh hai ke aadmi Condition ho jata hai. Conditioning ki wajah se us ko Distraction nazar nahi aata.</w:t>
      </w:r>
      <w:r>
        <w:br/>
      </w:r>
      <w:r>
        <w:rPr>
          <w:sz w:val="20"/>
        </w:rPr>
        <w:t>58:48  toh sochna parta hai. aap ko apni Condition ko todna hoga. aur Condition ko tod kar ke apni Distraction ko Discover karna hoga.</w:t>
      </w:r>
      <w:r>
        <w:br/>
      </w:r>
      <w:r>
        <w:rPr>
          <w:sz w:val="20"/>
        </w:rPr>
        <w:t>58:58  phir apne aap ko Focus par lana hoga. aur koi doosra tareeqa is ke liye hai nahi.</w:t>
      </w:r>
      <w:r>
        <w:br/>
      </w:r>
      <w:r>
        <w:rPr>
          <w:sz w:val="20"/>
        </w:rPr>
        <w:t>59:11  maulana, agla Comment aaya hai khawaja kaleemuddin sahib ka pensilvania, USA se. aur unhon ne likha hai: "maulana sahib, You have already abundantly proved in your number of books that قرآن does not either advise you to establish a system or gives you a well-defined system of society.</w:t>
      </w:r>
      <w:r>
        <w:br/>
      </w:r>
      <w:r>
        <w:rPr>
          <w:sz w:val="20"/>
        </w:rPr>
        <w:t>59:34  But in today's lecture I have learned a new point that is قرآن invites you to be a creative thinker. And also you gave us the details what it means to be a creative thinker.</w:t>
      </w:r>
      <w:r>
        <w:br/>
      </w:r>
      <w:r>
        <w:rPr>
          <w:sz w:val="20"/>
        </w:rPr>
        <w:t>59:48  And being creative it opens the door for intellectual development. It is really a very thrilling point. Thank you very much."</w:t>
      </w:r>
    </w:p>
    <w:p>
      <w:pPr>
        <w:pStyle w:val="Heading2"/>
      </w:pPr>
      <w:r>
        <w:t>Evaluating Reason to Migrate to West</w:t>
      </w:r>
    </w:p>
    <w:p>
      <w:r>
        <w:rPr>
          <w:color w:val="666666"/>
          <w:sz w:val="18"/>
        </w:rPr>
        <w:t>Life &amp; Wisdom · Q&amp;A 04 Mar 2012 Maulana Wahiduddin Khan · 3m 14s · at 0:10 · https://youtu.be/txRmutuvWQI?t=10</w:t>
      </w:r>
    </w:p>
    <w:p>
      <w:r>
        <w:rPr>
          <w:i/>
        </w:rPr>
        <w:t>“People of Asian countries often say that because of poverty and inflation in our countries, we cannot meet our economic needs and have to live in tension, so we turn to Europe and America to meet our needs and live a tension-free life. To what extent is this statement correct?”</w:t>
      </w:r>
    </w:p>
    <w:p>
      <w:r>
        <w:rPr>
          <w:sz w:val="20"/>
        </w:rPr>
        <w:t>0:10  ah, molana, yeh sawal aaya hai karachi, pakistan se mr abdul latif sahib ka. unhone poocha hai: "asiyai mulkon ke log aksar yeh kehte hain ke chunke hamare mulkon mein ghurbat aur mehengai hai,</w:t>
      </w:r>
      <w:r>
        <w:br/>
      </w:r>
      <w:r>
        <w:rPr>
          <w:sz w:val="20"/>
        </w:rPr>
        <w:t>0:26  jis ki wajah se hamari maashi zarooriyat poori nahi ho sakti, aur hamein tension mein jeena padta hai, is liye hum europe aur america jaise mulkon ka rukh karte hain taake hum apni maashi zarooriyat ko poora kar sakein aur tension free life mein reh sakein." molana sahib, yeh baat kis had tak sahi hai?</w:t>
      </w:r>
      <w:r>
        <w:br/>
      </w:r>
      <w:r>
        <w:rPr>
          <w:sz w:val="20"/>
        </w:rPr>
        <w:t>0:53  bilkul galat hai. america mein har aadmi tension mein jeeta hai. wahan ka president bhi tension mein jeeta hai. wahan tension milegi kisi ko?</w:t>
      </w:r>
      <w:r>
        <w:br/>
      </w:r>
      <w:r>
        <w:rPr>
          <w:sz w:val="20"/>
        </w:rPr>
        <w:t>1:05  america mein main ghaliban</w:t>
      </w:r>
      <w:r>
        <w:br/>
      </w:r>
      <w:r>
        <w:rPr>
          <w:sz w:val="20"/>
        </w:rPr>
        <w:t>1:10  10 baar ya 12 baar gaya hoon. koi aadmi wahan aisa nahi jo tension free rehta ho. tension se bachne ka raaz forans nahi hai,</w:t>
      </w:r>
      <w:r>
        <w:br/>
      </w:r>
      <w:r>
        <w:rPr>
          <w:sz w:val="20"/>
        </w:rPr>
        <w:t>1:25  qanaat hai.</w:t>
      </w:r>
      <w:r>
        <w:br/>
      </w:r>
      <w:r>
        <w:rPr>
          <w:sz w:val="20"/>
        </w:rPr>
        <w:t>1:27  zyada kamane se tension nahi khatam hoti kisi ka. ala bi zikrullahi tatmainnul quloob aap jahan hain wohin par aap ke liye mawaqe hain,</w:t>
      </w:r>
      <w:r>
        <w:br/>
      </w:r>
      <w:r>
        <w:rPr>
          <w:sz w:val="20"/>
        </w:rPr>
        <w:t>1:39  kahin ghurbat nahi hai. yeh yeh bhi ek jhooti ek ek hai ke log ghurbat mein</w:t>
      </w:r>
      <w:r>
        <w:br/>
      </w:r>
      <w:r>
        <w:rPr>
          <w:sz w:val="20"/>
        </w:rPr>
        <w:t>1:45  ghurbat mein nahi hain, zyada chahte hain kam mila hua. yeh masla hai.</w:t>
      </w:r>
      <w:r>
        <w:br/>
      </w:r>
      <w:r>
        <w:rPr>
          <w:sz w:val="20"/>
        </w:rPr>
        <w:t>1:54  aur zyada chahne ka zehan jo hai America mein zyada taskeen nahi milti hai. wahan bhi log zyada aur zyada aur zyada ki wajah se wahan phir bhi tension hi baqi rehta hai.</w:t>
      </w:r>
      <w:r>
        <w:br/>
      </w:r>
      <w:r>
        <w:rPr>
          <w:sz w:val="20"/>
        </w:rPr>
        <w:t>2:04  jis ki aakhri had yeh hai ke America mein ek sahab jo rehte hain 20-25 saal se, unhone mujh se kaha</w:t>
      </w:r>
      <w:r>
        <w:br/>
      </w:r>
      <w:r>
        <w:rPr>
          <w:sz w:val="20"/>
        </w:rPr>
        <w:t>2:12  ke America mein bohat zyada stress rehta hai. stress. sab stress mein jeete hain. to jo weekend unka hai, weekend mein unhone yeh socha ke holiday karein, jayein idhar udhar outing karein,</w:t>
      </w:r>
      <w:r>
        <w:br/>
      </w:r>
      <w:r>
        <w:rPr>
          <w:sz w:val="20"/>
        </w:rPr>
        <w:t>2:33  apna stress ko khatam karne ke liye. yaani de-stressing ke liye. to unhone bataya ke ek naya stress paida ho gaya ke wahan jate hain to lotate hain to ek ek ek nayi museebat le kar ke.</w:t>
      </w:r>
      <w:r>
        <w:br/>
      </w:r>
      <w:r>
        <w:rPr>
          <w:sz w:val="20"/>
        </w:rPr>
        <w:t>2:45  iska naam hai holiday stress. holiday stress.</w:t>
      </w:r>
      <w:r>
        <w:br/>
      </w:r>
      <w:r>
        <w:rPr>
          <w:sz w:val="20"/>
        </w:rPr>
        <w:t>2:51  yeh bilkul yeh sab bilkul yaani be-sias baatein hain. yaad rakhiye, tension free life ka jo formula hai Quran majeed mein woh hai ala bi zikrullahi tatmainnul quloob yaani Khuda ko daryaft karein aap.</w:t>
      </w:r>
      <w:r>
        <w:br/>
      </w:r>
      <w:r>
        <w:rPr>
          <w:sz w:val="20"/>
        </w:rPr>
        <w:t>3:07  dollar ko nahi.</w:t>
      </w:r>
      <w:r>
        <w:br/>
      </w:r>
      <w:r>
        <w:rPr>
          <w:sz w:val="20"/>
        </w:rPr>
        <w:t>3:10  dollar ko aur gold aur silver ko jo daryaft karega, woh uska tension kabhi khatam nahi hoga. lekin jo Khuda ko daryaft karega, woh bilashuba tension free life us ko hasil ho jayegi, inshallah.</w:t>
      </w:r>
    </w:p>
    <w:p>
      <w:pPr>
        <w:pStyle w:val="Heading2"/>
      </w:pPr>
      <w:r>
        <w:t>Every person has a role to play</w:t>
      </w:r>
    </w:p>
    <w:p>
      <w:r>
        <w:rPr>
          <w:color w:val="666666"/>
          <w:sz w:val="18"/>
        </w:rPr>
        <w:t>Life &amp; Wisdom · Principle of Loss May 31, 2015 · 26s · at 1:00:12 · https://youtu.be/vM-CUyBiDkc?t=3612</w:t>
      </w:r>
    </w:p>
    <w:p>
      <w:r>
        <w:rPr>
          <w:i/>
        </w:rPr>
        <w:t>“You always say that every person has a role to play”</w:t>
      </w:r>
    </w:p>
    <w:p>
      <w:r>
        <w:rPr>
          <w:sz w:val="20"/>
        </w:rPr>
        <w:t>1:00:11  yeh sahi nahi</w:t>
      </w:r>
      <w:r>
        <w:br/>
      </w:r>
      <w:r>
        <w:rPr>
          <w:sz w:val="20"/>
        </w:rPr>
        <w:t>1:00:12  hai. maulana, agla sawal lene se pehle aik comment parhna chahenge jo doctor najma siddiqui ne bheja hai, aur unhon ne likha hai ke maulana sahib, today you have given such a great example and lesson from kaaba, which could be beautifully applied by focusing towards success and progress,</w:t>
      </w:r>
      <w:r>
        <w:br/>
      </w:r>
      <w:r>
        <w:rPr>
          <w:sz w:val="20"/>
        </w:rPr>
        <w:t>1:00:36  so that we remain stress free.</w:t>
      </w:r>
    </w:p>
    <w:p>
      <w:pPr>
        <w:pStyle w:val="Heading2"/>
      </w:pPr>
      <w:r>
        <w:t>Example of wisdom sorting relevant from irrelevant</w:t>
      </w:r>
    </w:p>
    <w:p>
      <w:r>
        <w:rPr>
          <w:color w:val="666666"/>
          <w:sz w:val="18"/>
        </w:rPr>
        <w:t>Life &amp; Wisdom · Islamic Wisdom July 17, 2016 · 1m 09s · at 48:26 · https://youtu.be/jB4ugN0K-AM?t=2906</w:t>
      </w:r>
    </w:p>
    <w:p>
      <w:r>
        <w:rPr>
          <w:i/>
        </w:rPr>
        <w:t>“In today's talk you mentioned that wisdom is sorting relevant from irrelevant. Can you please give an example so that we can understand it in a better way?”</w:t>
      </w:r>
    </w:p>
    <w:p>
      <w:r>
        <w:rPr>
          <w:sz w:val="20"/>
        </w:rPr>
        <w:t>48:26  maulana, agla sawal ahmadabad se farooq sahib ne kiya hai, aur unhon ne likha hai ke: "maulana</w:t>
      </w:r>
      <w:r>
        <w:br/>
      </w:r>
      <w:r>
        <w:rPr>
          <w:sz w:val="20"/>
        </w:rPr>
        <w:t>48:34  صاحب، in today's talk you mentioned that wisdom is sorting relevant from irrelevant.</w:t>
      </w:r>
      <w:r>
        <w:br/>
      </w:r>
      <w:r>
        <w:rPr>
          <w:sz w:val="20"/>
        </w:rPr>
        <w:t>48:40  Can you please give an example so that we can understand it in a better way?" Maine</w:t>
      </w:r>
      <w:r>
        <w:br/>
      </w:r>
      <w:r>
        <w:rPr>
          <w:sz w:val="20"/>
        </w:rPr>
        <w:t>48:47  misal diya hai ke ek ek muslim speaker ne taqreer karte hue japan ki misal di.</w:t>
      </w:r>
      <w:r>
        <w:br/>
      </w:r>
      <w:r>
        <w:rPr>
          <w:sz w:val="20"/>
        </w:rPr>
        <w:t>48:54  is mein relevant baat jo thi, kya thi? yeh thi ke unhon ne jab dekha ke society bombing</w:t>
      </w:r>
      <w:r>
        <w:br/>
      </w:r>
      <w:r>
        <w:rPr>
          <w:sz w:val="20"/>
        </w:rPr>
        <w:t>49:02  mein jo hai result less hai, to jaldi se wapas aaye.</w:t>
      </w:r>
      <w:r>
        <w:br/>
      </w:r>
      <w:r>
        <w:rPr>
          <w:sz w:val="20"/>
        </w:rPr>
        <w:t>49:07  woh you turn le liya.</w:t>
      </w:r>
      <w:r>
        <w:br/>
      </w:r>
      <w:r>
        <w:rPr>
          <w:sz w:val="20"/>
        </w:rPr>
        <w:t>49:09  unhon ne kya kiya ke society bombing karne ko le liya, halanke chhodne ko lena chahiye.</w:t>
      </w:r>
      <w:r>
        <w:br/>
      </w:r>
      <w:r>
        <w:rPr>
          <w:sz w:val="20"/>
        </w:rPr>
        <w:t>49:16  is poore waqe mein jo jo relevant baat hai hamare liye ke is ka result ulta nikla, to</w:t>
      </w:r>
      <w:r>
        <w:br/>
      </w:r>
      <w:r>
        <w:rPr>
          <w:sz w:val="20"/>
        </w:rPr>
        <w:t>49:23  foran wapas aaye.</w:t>
      </w:r>
      <w:r>
        <w:br/>
      </w:r>
      <w:r>
        <w:rPr>
          <w:sz w:val="20"/>
        </w:rPr>
        <w:t>49:25  woh unhon ne unhon ne kya nikal liya ke nahi, bar bar karo.</w:t>
      </w:r>
      <w:r>
        <w:br/>
      </w:r>
      <w:r>
        <w:rPr>
          <w:sz w:val="20"/>
        </w:rPr>
        <w:t>49:31  yeh to hai yani relevant aur irrelevant ka farq na samajhna.</w:t>
      </w:r>
    </w:p>
    <w:p>
      <w:pPr>
        <w:pStyle w:val="Heading2"/>
      </w:pPr>
      <w:r>
        <w:t>Examples of turning failures into life-changing experiences</w:t>
      </w:r>
    </w:p>
    <w:p>
      <w:r>
        <w:rPr>
          <w:color w:val="666666"/>
          <w:sz w:val="18"/>
        </w:rPr>
        <w:t>Life &amp; Wisdom · Wisdom of Hadith September 11, 2016 · 2m 55s · at 58:29 · https://youtu.be/XPxlLv2_q1o?t=3509</w:t>
      </w:r>
    </w:p>
    <w:p>
      <w:r>
        <w:rPr>
          <w:i/>
        </w:rPr>
        <w:t>“Maulana, can you give us examples from your life as to how you took failures in your individual life as experiences which changed the course of your life for better?”</w:t>
      </w:r>
    </w:p>
    <w:p>
      <w:r>
        <w:rPr>
          <w:sz w:val="20"/>
        </w:rPr>
        <w:t>58:29  ji Maulana, agla sawal Bhopal se bheja hai Farooq sahib ne aur unhon ne aap se poocha hai</w:t>
      </w:r>
      <w:r>
        <w:br/>
      </w:r>
      <w:r>
        <w:rPr>
          <w:sz w:val="20"/>
        </w:rPr>
        <w:t>58:35  ke Maulana sahib Can you give us examples from your life as to how you took failures in</w:t>
      </w:r>
      <w:r>
        <w:br/>
      </w:r>
      <w:r>
        <w:rPr>
          <w:sz w:val="20"/>
        </w:rPr>
        <w:t>58:41  your individual life as experiences which changed the course of your life for better?</w:t>
      </w:r>
      <w:r>
        <w:br/>
      </w:r>
      <w:r>
        <w:rPr>
          <w:sz w:val="20"/>
        </w:rPr>
        <w:t>58:47  meri to poori zindagi isi ki misaal hai.</w:t>
      </w:r>
      <w:r>
        <w:br/>
      </w:r>
      <w:r>
        <w:rPr>
          <w:sz w:val="20"/>
        </w:rPr>
        <w:t>58:53  poori zindagi mein bar bar bata bhi chuka hoon is program mein.</w:t>
      </w:r>
      <w:r>
        <w:br/>
      </w:r>
      <w:r>
        <w:rPr>
          <w:sz w:val="20"/>
        </w:rPr>
        <w:t>58:59  aap kabhi Delhi aain to inshallah mein aap ko aur bataunga ya aap telephone kijiye.</w:t>
      </w:r>
      <w:r>
        <w:br/>
      </w:r>
      <w:r>
        <w:rPr>
          <w:sz w:val="20"/>
        </w:rPr>
        <w:t>59:05  yahan to mein program mein bar bar bata chuka hoon aise waqiat apne.</w:t>
      </w:r>
      <w:r>
        <w:br/>
      </w:r>
      <w:r>
        <w:rPr>
          <w:sz w:val="20"/>
        </w:rPr>
        <w:t>59:11  aap regular agar aap ne suna ho aap ne to aap janenge ke mein ne bar bar bataya aise waqiat.</w:t>
      </w:r>
      <w:r>
        <w:br/>
      </w:r>
      <w:r>
        <w:rPr>
          <w:sz w:val="20"/>
        </w:rPr>
        <w:t>59:17  ek baar nahi hai.</w:t>
      </w:r>
      <w:r>
        <w:br/>
      </w:r>
      <w:r>
        <w:rPr>
          <w:sz w:val="20"/>
        </w:rPr>
        <w:t>59:23  مولانا، باربیل سے مختar ansari sahab ne aap se pucha hai ke maulana sahab How to develop right thinking attitude?</w:t>
      </w:r>
      <w:r>
        <w:br/>
      </w:r>
      <w:r>
        <w:rPr>
          <w:sz w:val="20"/>
        </w:rPr>
        <w:t>59:30  Kindly advise me.</w:t>
      </w:r>
      <w:r>
        <w:br/>
      </w:r>
      <w:r>
        <w:rPr>
          <w:sz w:val="20"/>
        </w:rPr>
        <w:t>59:35  Objective study bas aik hi lafz hai.</w:t>
      </w:r>
      <w:r>
        <w:br/>
      </w:r>
      <w:r>
        <w:rPr>
          <w:sz w:val="20"/>
        </w:rPr>
        <w:t>59:41  Objective study aur bas musalmanon mein yeh hai hi nahin.</w:t>
      </w:r>
      <w:r>
        <w:br/>
      </w:r>
      <w:r>
        <w:rPr>
          <w:sz w:val="20"/>
        </w:rPr>
        <w:t>59:46  Musalmanon mein objective study sarr-e-aam nahin hai.</w:t>
      </w:r>
      <w:r>
        <w:br/>
      </w:r>
      <w:r>
        <w:rPr>
          <w:sz w:val="20"/>
        </w:rPr>
        <w:t>59:52  Baray baray top kay log bhi in kay andar objective study nahin hai.</w:t>
      </w:r>
      <w:r>
        <w:br/>
      </w:r>
      <w:r>
        <w:rPr>
          <w:sz w:val="20"/>
        </w:rPr>
        <w:t>59:57  To apni thinking ko badliey, apni objectivity paida kijiye aur aur study barhaiye.</w:t>
      </w:r>
      <w:r>
        <w:br/>
      </w:r>
      <w:r>
        <w:rPr>
          <w:sz w:val="20"/>
        </w:rPr>
        <w:t>1:00:03  To apnay aap woh is cheez paida ho jaye gi.</w:t>
      </w:r>
      <w:r>
        <w:br/>
      </w:r>
      <w:r>
        <w:rPr>
          <w:sz w:val="20"/>
        </w:rPr>
        <w:t>1:00:08  Aap ko apnay aap.</w:t>
      </w:r>
      <w:r>
        <w:br/>
      </w:r>
      <w:r>
        <w:rPr>
          <w:sz w:val="20"/>
        </w:rPr>
        <w:t>1:00:14  Okay, we will end this session.</w:t>
      </w:r>
      <w:r>
        <w:br/>
      </w:r>
      <w:r>
        <w:rPr>
          <w:sz w:val="20"/>
        </w:rPr>
        <w:t>1:00:19  If you want to join CPS International, then please write to us at info@cpsglobal.org.</w:t>
      </w:r>
      <w:r>
        <w:br/>
      </w:r>
      <w:r>
        <w:rPr>
          <w:sz w:val="20"/>
        </w:rPr>
        <w:t>1:00:25  Kindly advise me. Objective study bas ek hi lafz hai. Objective study aur bas Musalmanon mein yeh hai hi nahi. Musalmanon mein objective study sarr se nahi hai. bare bare top ke log bhi un ke andar objective study nahi hai. to apni thinking ko badliye, apni objectivity paida kijiye aur aur study badhaiye. to apne aap woh is cheez paida ho jayegi. aap ko apne aap. Okay, we will end this session. If you want to join CPS International, then please write to us at info@cpsglobal.org.</w:t>
      </w:r>
    </w:p>
    <w:p>
      <w:pPr>
        <w:pStyle w:val="Heading2"/>
      </w:pPr>
      <w:r>
        <w:t>Explaining importance of thinking for stress-free life</w:t>
      </w:r>
    </w:p>
    <w:p>
      <w:r>
        <w:rPr>
          <w:color w:val="666666"/>
          <w:sz w:val="18"/>
        </w:rPr>
        <w:t>Life &amp; Wisdom · The Importance of Thinking November 10, 2013 · 2m 59s · at 46:09 · https://youtu.be/y16CddTHoqE?t=2769</w:t>
      </w:r>
    </w:p>
    <w:p>
      <w:r>
        <w:rPr>
          <w:i/>
        </w:rPr>
        <w:t>“Today people have a concept that to live a stress-free life, we should stop thinking. How can we explain the importance of thinking to them? Please advise.”</w:t>
      </w:r>
    </w:p>
    <w:p>
      <w:r>
        <w:rPr>
          <w:sz w:val="20"/>
        </w:rPr>
        <w:t>46:09  maulana, yeh sawal ajmer se aya hai doctor safeena tabassum ka. unhon ne likha hai: "maulana sahib, today people have a concept that to live stress free life, we should stop thinking.</w:t>
      </w:r>
      <w:r>
        <w:br/>
      </w:r>
      <w:r>
        <w:rPr>
          <w:sz w:val="20"/>
        </w:rPr>
        <w:t>46:25  how how can we explain the importance of thinking to them? please advise." dekhen, stress free life jo hai, is tarah nahi milti kisi ko ke woh sochna band</w:t>
      </w:r>
      <w:r>
        <w:br/>
      </w:r>
      <w:r>
        <w:rPr>
          <w:sz w:val="20"/>
        </w:rPr>
        <w:t>46:39  kar de. yeh sirf kehne ki baat hai. haqeeqat hai, koi koi sochna band nahi kar sakta. jo ek kehta ho, us se aap dekhen ja kar ke ke us ne sochna band kar rakha hai.</w:t>
      </w:r>
      <w:r>
        <w:br/>
      </w:r>
      <w:r>
        <w:rPr>
          <w:sz w:val="20"/>
        </w:rPr>
        <w:t>46:51  hamare aap ke pasine mein nahi hai ke mind mein thinking process ko rok de. koi suicide to kar sakta hai. koi sa aadmi charhaye to gardan mein kaat de aur sir alag kar de, dhad alag kar de.</w:t>
      </w:r>
      <w:r>
        <w:br/>
      </w:r>
      <w:r>
        <w:rPr>
          <w:sz w:val="20"/>
        </w:rPr>
        <w:t>47:08  yeh sirf kehne ki baat hai.</w:t>
      </w:r>
      <w:r>
        <w:br/>
      </w:r>
      <w:r>
        <w:rPr>
          <w:sz w:val="20"/>
        </w:rPr>
        <w:t>47:13  thinking process apne aap hi chalta rehta hai. is liye stress ka, stress ka hal, stress ko manage karna hai.</w:t>
      </w:r>
      <w:r>
        <w:br/>
      </w:r>
      <w:r>
        <w:rPr>
          <w:sz w:val="20"/>
        </w:rPr>
        <w:t>47:28  you have to learn the art of management, larger than art of stopping, kyunke woh aap ke bas mein nahi hai.</w:t>
      </w:r>
      <w:r>
        <w:br/>
      </w:r>
      <w:r>
        <w:rPr>
          <w:sz w:val="20"/>
        </w:rPr>
        <w:t>47:39  koi bhi shakhs jo aisa kehta ho, us se aap miliye, us se aap ek ghanta us ke pas rahiye. aap dekh rahe hain ke yeh kehne ki baat hai.</w:t>
      </w:r>
      <w:r>
        <w:br/>
      </w:r>
      <w:r>
        <w:rPr>
          <w:sz w:val="20"/>
        </w:rPr>
        <w:t>47:50  yeh law of nature ke khilaf hai. yeh law of nature hai ke aap ka mind bahar think karega.</w:t>
      </w:r>
      <w:r>
        <w:br/>
      </w:r>
      <w:r>
        <w:rPr>
          <w:sz w:val="20"/>
        </w:rPr>
        <w:t>48:00  hata ke jo modern psychology hai, woh batati hai ke agar aap consciously nahi think kar rahe hain to unconsciously think kar rahe honge.</w:t>
      </w:r>
      <w:r>
        <w:br/>
      </w:r>
      <w:r>
        <w:rPr>
          <w:sz w:val="20"/>
        </w:rPr>
        <w:t>48:10  yani thinking process agar conscious level par na chal raha ho, tab bhi unconscious level par chalta rehta hai. to yeh sirf kehne ki baat hai.</w:t>
      </w:r>
      <w:r>
        <w:br/>
      </w:r>
      <w:r>
        <w:rPr>
          <w:sz w:val="20"/>
        </w:rPr>
        <w:t>48:22  sahi baat yeh hai ke main aap is stress ko manage karna seekhiye. aur manage karne ka matlab kya hai?</w:t>
      </w:r>
      <w:r>
        <w:br/>
      </w:r>
      <w:r>
        <w:rPr>
          <w:sz w:val="20"/>
        </w:rPr>
        <w:t>48:34  aap yeh janiye ke duniya mein jo unwanted cheezen hain, jis ki wajah se stress aata hai, woh evil nahi hain, woh blessing hain.</w:t>
      </w:r>
      <w:r>
        <w:br/>
      </w:r>
      <w:r>
        <w:rPr>
          <w:sz w:val="20"/>
        </w:rPr>
        <w:t>48:44  kyun? woh aap ke liye intellectual challenge hain.</w:t>
      </w:r>
      <w:r>
        <w:br/>
      </w:r>
      <w:r>
        <w:rPr>
          <w:sz w:val="20"/>
        </w:rPr>
        <w:t>48:47  is se aap ka mind trigger hota hai, is se aap ka sochne ki taqat barhti hai, is se aap ka intellectual development hota hai. yeh hai manage karna.</w:t>
      </w:r>
      <w:r>
        <w:br/>
      </w:r>
      <w:r>
        <w:rPr>
          <w:sz w:val="20"/>
        </w:rPr>
        <w:t>49:01  is ke siwa koi doosri baat jo kahe, woh sahi nahi kehta hai.</w:t>
      </w:r>
    </w:p>
    <w:p>
      <w:pPr>
        <w:pStyle w:val="Heading2"/>
      </w:pPr>
      <w:r>
        <w:t>Explanation of anti-self thinking concept</w:t>
      </w:r>
    </w:p>
    <w:p>
      <w:r>
        <w:rPr>
          <w:color w:val="666666"/>
          <w:sz w:val="18"/>
        </w:rPr>
        <w:t>Life &amp; Wisdom · Spirituality in Simple Living, High Thinking October 27, 2019 Maulana Wahiduddin Khan · 1m 09s · at 44:57 · https://youtu.be/Kr28g15eFr8?t=2697</w:t>
      </w:r>
    </w:p>
    <w:p>
      <w:r>
        <w:rPr>
          <w:i/>
        </w:rPr>
        <w:t>“Yesterday you told us that you like anti-self thinking and not self-thinking. Could you please elaborate what is anti-self thinking?”</w:t>
      </w:r>
    </w:p>
    <w:p>
      <w:r>
        <w:rPr>
          <w:sz w:val="20"/>
        </w:rPr>
        <w:t>44:57  is ka koi bana banaya formula nahin ho sakta. Maulana Israr Khatib sahab ne Chennai se sawal bheja hai.</w:t>
      </w:r>
      <w:r>
        <w:br/>
      </w:r>
      <w:r>
        <w:rPr>
          <w:sz w:val="20"/>
        </w:rPr>
        <w:t>45:05  Unhon ne likha hai: "Maulana, yesterday you told us that you like anti-self thinking and not self thinking.</w:t>
      </w:r>
      <w:r>
        <w:br/>
      </w:r>
      <w:r>
        <w:rPr>
          <w:sz w:val="20"/>
        </w:rPr>
        <w:t>45:15  Maulana, could you please elaborate what is anti-self thinking?</w:t>
      </w:r>
      <w:r>
        <w:br/>
      </w:r>
      <w:r>
        <w:rPr>
          <w:sz w:val="20"/>
        </w:rPr>
        <w:t>45:20  " Asal mein insaan ke andar jo ego hai, ego us ki kaat ke liye anti-self thinking chahiye.</w:t>
      </w:r>
      <w:r>
        <w:br/>
      </w:r>
      <w:r>
        <w:rPr>
          <w:sz w:val="20"/>
        </w:rPr>
        <w:t>45:33  Ego, is ko aap ego ke reference mein padh samajh lijiye. Koi doosra aap ki ego ko khatam nahin kar sakta, aap khud kar sakte hain.</w:t>
      </w:r>
      <w:r>
        <w:br/>
      </w:r>
      <w:r>
        <w:rPr>
          <w:sz w:val="20"/>
        </w:rPr>
        <w:t>45:51  Aur woh jab jabhi khatam hogi jab ke aap ke andar anti-self thinking aa jaye, warna khatam hi nahin hogi.</w:t>
      </w:r>
    </w:p>
    <w:p>
      <w:pPr>
        <w:pStyle w:val="Heading2"/>
      </w:pPr>
      <w:r>
        <w:t>Explanation of balanced personality term</w:t>
      </w:r>
    </w:p>
    <w:p>
      <w:r>
        <w:rPr>
          <w:color w:val="666666"/>
          <w:sz w:val="18"/>
        </w:rPr>
        <w:t>Life &amp; Wisdom · The Crises Management September 18, 2011 · 2m 53s · at 1:20:51 · https://youtu.be/s3cYFtQZwzw?t=4851</w:t>
      </w:r>
    </w:p>
    <w:p>
      <w:r>
        <w:rPr>
          <w:i/>
        </w:rPr>
        <w:t>“You have used the psychological term 'balanced personality' in your book 'Prophet for all Humanity'. Kindly explain this term. Is it just a name for natural personality?”</w:t>
      </w:r>
    </w:p>
    <w:p>
      <w:r>
        <w:rPr>
          <w:sz w:val="20"/>
        </w:rPr>
        <w:t>1:20:51  Maulana Zikwan Nadvi ne Delhi se sawal kiya hai unhon ne likha hai you have used a psychological term that is balanced personality in your book profit for all humankind kindly explain this term</w:t>
      </w:r>
      <w:r>
        <w:br/>
      </w:r>
      <w:r>
        <w:rPr>
          <w:sz w:val="20"/>
        </w:rPr>
        <w:t>1:21:14  balance personality sirf naam hai natural personality ka</w:t>
      </w:r>
      <w:r>
        <w:br/>
      </w:r>
      <w:r>
        <w:rPr>
          <w:sz w:val="20"/>
        </w:rPr>
        <w:t>1:21:21  alag se koi cheez nahi hai ji nature ne jo aap ko personality di hai us ko aap bacha saken maintain kar saken to isi ka naam hai balance person</w:t>
      </w:r>
      <w:r>
        <w:br/>
      </w:r>
      <w:r>
        <w:rPr>
          <w:sz w:val="20"/>
        </w:rPr>
        <w:t>1:21:34  ality kyunke jab aap bahar external cheezon se asar le lete hain bahar se jate hain aur tarah tarah ke jo factors hain aap ki zaat ke bahar un se affect ho kar ke yani tawazun kho baithte hain is se bachaiye apne aap ko</w:t>
      </w:r>
      <w:r>
        <w:br/>
      </w:r>
      <w:r>
        <w:rPr>
          <w:sz w:val="20"/>
        </w:rPr>
        <w:t>1:21:56  jo aadmi apne aap ko yani external influence se bacha sake to us ke baad jo personality develop karegi woh isi ka naam hai sound personality</w:t>
      </w:r>
      <w:r>
        <w:br/>
      </w:r>
      <w:r>
        <w:rPr>
          <w:sz w:val="20"/>
        </w:rPr>
        <w:t>1:22:13  Maulana Sharq Hussain ne Delhi se sawal kiya hai</w:t>
      </w:r>
      <w:r>
        <w:br/>
      </w:r>
      <w:r>
        <w:rPr>
          <w:sz w:val="20"/>
        </w:rPr>
        <w:t>1:22:18  woh pooch rahe hain ke Maulana kuch log Islam ke kisi bhi mamle par rethinking ke amal se rokte hue kehte hain ke Islam aqal par nahi hai is bare mein aap kya kehna chahenge Quran mein jo kehta hai woh ghalat kehta hai Quran to kehta hai aqal ko istemal karo is se kahe ke tum tumhari soch ghalat hai</w:t>
      </w:r>
      <w:r>
        <w:br/>
      </w:r>
      <w:r>
        <w:rPr>
          <w:sz w:val="20"/>
        </w:rPr>
        <w:t>1:22:45  Quran saaf hai ulul albab ka lafz aata hai aqal ka lafz aata hai bar bar ke apni aqal ko istemal karo lub mani bhi aqal ke hote hain apni lub ko istemal karo bar bar aata hai phir lub ko istemal karo apni aqal ko istemal karo to kaun hai rokne wala jo rokta hai woh khud aap apne ko apne zehn ko sahi kare</w:t>
      </w:r>
    </w:p>
    <w:p>
      <w:pPr>
        <w:pStyle w:val="Heading2"/>
      </w:pPr>
      <w:r>
        <w:t>Explanation of truth's hidden nature</w:t>
      </w:r>
    </w:p>
    <w:p>
      <w:r>
        <w:rPr>
          <w:color w:val="666666"/>
          <w:sz w:val="18"/>
        </w:rPr>
        <w:t>Life &amp; Wisdom · Dars-e-Quran, Chapter 2, Verses 55-57 | March 25, 2018 · 43s · at 58:53 · https://youtu.be/2MykDXfNV_w?t=3533</w:t>
      </w:r>
    </w:p>
    <w:p>
      <w:r>
        <w:rPr>
          <w:i/>
        </w:rPr>
        <w:t>“Maulana, as you said that truth never appears in a naked form, please explain this.”</w:t>
      </w:r>
    </w:p>
    <w:p>
      <w:r>
        <w:rPr>
          <w:sz w:val="20"/>
        </w:rPr>
        <w:t>58:53  maulana, agla sawal mumbai se javed hayat sahab ne bheja hai.</w:t>
      </w:r>
      <w:r>
        <w:br/>
      </w:r>
      <w:r>
        <w:rPr>
          <w:sz w:val="20"/>
        </w:rPr>
        <w:t>58:59  unhon ne likha</w:t>
      </w:r>
      <w:r>
        <w:br/>
      </w:r>
      <w:r>
        <w:rPr>
          <w:sz w:val="20"/>
        </w:rPr>
        <w:t>59:05  hai: "maulana, jaisa ke aap ne kaha ke sachai kabhi burhana shakal mein samne nahi aati, is par</w:t>
      </w:r>
      <w:r>
        <w:br/>
      </w:r>
      <w:r>
        <w:rPr>
          <w:sz w:val="20"/>
        </w:rPr>
        <w:t>59:13  hamesha shubah ka parda hota hai.</w:t>
      </w:r>
      <w:r>
        <w:br/>
      </w:r>
      <w:r>
        <w:rPr>
          <w:sz w:val="20"/>
        </w:rPr>
        <w:t>59:21  aaj jo insan is shubah ke parde ko phaar na sake, is ke liye jahannum kyun? zyada se</w:t>
      </w:r>
      <w:r>
        <w:br/>
      </w:r>
      <w:r>
        <w:rPr>
          <w:sz w:val="20"/>
        </w:rPr>
        <w:t>59:29  zyada is insan ko jannat se mahroom kiya jata hai, aisa kyun?"</w:t>
      </w:r>
    </w:p>
    <w:p>
      <w:pPr>
        <w:pStyle w:val="Heading2"/>
      </w:pPr>
      <w:r>
        <w:t>Extracting wisdom from negative life experiences</w:t>
      </w:r>
    </w:p>
    <w:p>
      <w:r>
        <w:rPr>
          <w:color w:val="666666"/>
          <w:sz w:val="18"/>
        </w:rPr>
        <w:t>Life &amp; Wisdom · How to Lead a Life of Fulfilment September 24, 2017 · 2m 17s · at 48:20 · https://youtu.be/WUoQOo2_zd8?t=2900</w:t>
      </w:r>
    </w:p>
    <w:p>
      <w:r>
        <w:rPr>
          <w:i/>
        </w:rPr>
        <w:t>“How can we extract wisdom from the negative experiences of life? Can you please explain with an example?”</w:t>
      </w:r>
    </w:p>
    <w:p>
      <w:r>
        <w:rPr>
          <w:sz w:val="20"/>
        </w:rPr>
        <w:t>48:20  ah delhi se doctor naghma siddiqui ne sawal bheja hai unhone likha hai</w:t>
      </w:r>
      <w:r>
        <w:br/>
      </w:r>
      <w:r>
        <w:rPr>
          <w:sz w:val="20"/>
        </w:rPr>
        <w:t>48:26  maulana how can we extract wisdom from the negative experiences of life can you please explain with an</w:t>
      </w:r>
      <w:r>
        <w:br/>
      </w:r>
      <w:r>
        <w:rPr>
          <w:sz w:val="20"/>
        </w:rPr>
        <w:t>48:36  example</w:t>
      </w:r>
      <w:r>
        <w:br/>
      </w:r>
      <w:r>
        <w:rPr>
          <w:sz w:val="20"/>
        </w:rPr>
        <w:t>48:44  bhai main mere jo tajurba hai woh yeh hai ke</w:t>
      </w:r>
      <w:r>
        <w:br/>
      </w:r>
      <w:r>
        <w:rPr>
          <w:sz w:val="20"/>
        </w:rPr>
        <w:t>48:52  mind ko mauqa dijiye ke woh trigger ho</w:t>
      </w:r>
      <w:r>
        <w:br/>
      </w:r>
      <w:r>
        <w:rPr>
          <w:sz w:val="20"/>
        </w:rPr>
        <w:t>48:57  main ne lafz naya istemal kiya hai lekin quran mein idea maujood hai quran mein is ke liye</w:t>
      </w:r>
      <w:r>
        <w:br/>
      </w:r>
      <w:r>
        <w:rPr>
          <w:sz w:val="20"/>
        </w:rPr>
        <w:t>49:03  lafz aaya tausim</w:t>
      </w:r>
      <w:r>
        <w:br/>
      </w:r>
      <w:r>
        <w:rPr>
          <w:sz w:val="20"/>
        </w:rPr>
        <w:t>49:06  tausim ka matlab yahi hai ke mind ko mauqa dijiye ke woh trigger ho jaise aaj jo hai</w:t>
      </w:r>
      <w:r>
        <w:br/>
      </w:r>
      <w:r>
        <w:rPr>
          <w:sz w:val="20"/>
        </w:rPr>
        <w:t>49:14  main baitha tha dekh raha tha darakhton ko</w:t>
      </w:r>
      <w:r>
        <w:br/>
      </w:r>
      <w:r>
        <w:rPr>
          <w:sz w:val="20"/>
        </w:rPr>
        <w:t>49:19  yaani subah ko main darakhton ko dekh raha tha</w:t>
      </w:r>
      <w:r>
        <w:br/>
      </w:r>
      <w:r>
        <w:rPr>
          <w:sz w:val="20"/>
        </w:rPr>
        <w:t>49:24  lekin jab mind ko maine mauqa diya trigger hone ka to darakht se main pahuncha</w:t>
      </w:r>
      <w:r>
        <w:br/>
      </w:r>
      <w:r>
        <w:rPr>
          <w:sz w:val="20"/>
        </w:rPr>
        <w:t>49:32  honey bee tak honey bee se pahuncha</w:t>
      </w:r>
      <w:r>
        <w:br/>
      </w:r>
      <w:r>
        <w:rPr>
          <w:sz w:val="20"/>
        </w:rPr>
        <w:t>49:36  nectar of wisdom tak nectar</w:t>
      </w:r>
      <w:r>
        <w:br/>
      </w:r>
      <w:r>
        <w:rPr>
          <w:sz w:val="20"/>
        </w:rPr>
        <w:t>49:38  of wisdom se pohancha paradise tak paradise se pohancha God Almighty tak yeh trigger hona to aap apne mind ko trigger hone ka mauqa dijiye bas us ke baad sare darwazay khulte chale jayenge</w:t>
      </w:r>
      <w:r>
        <w:br/>
      </w:r>
      <w:r>
        <w:rPr>
          <w:sz w:val="20"/>
        </w:rPr>
        <w:t>49:57  ji maulana do logon ne similar sawal bheje hain to hum dono questions padh dete hain firoz sahib</w:t>
      </w:r>
      <w:r>
        <w:br/>
      </w:r>
      <w:r>
        <w:rPr>
          <w:sz w:val="20"/>
        </w:rPr>
        <w:t>50:06  نے دبئی سے لکھا ہے مولانا Today's talk touched my heart. My question is, is it possible for</w:t>
      </w:r>
      <w:r>
        <w:br/>
      </w:r>
      <w:r>
        <w:rPr>
          <w:sz w:val="20"/>
        </w:rPr>
        <w:t>50:15  I to extract this nectar of wisdom even though I am busy in my work I reach office</w:t>
      </w:r>
      <w:r>
        <w:br/>
      </w:r>
      <w:r>
        <w:rPr>
          <w:sz w:val="20"/>
        </w:rPr>
        <w:t>50:23  early and return home late night. Please advise how can I extract wisdom when people like me are</w:t>
      </w:r>
      <w:r>
        <w:br/>
      </w:r>
      <w:r>
        <w:rPr>
          <w:sz w:val="20"/>
        </w:rPr>
        <w:t>50:31  involved in busy schedules of our office and day to day life</w:t>
      </w:r>
    </w:p>
    <w:p>
      <w:pPr>
        <w:pStyle w:val="Heading2"/>
      </w:pPr>
      <w:r>
        <w:t>Factors inhibiting creative thinking development</w:t>
      </w:r>
    </w:p>
    <w:p>
      <w:r>
        <w:rPr>
          <w:color w:val="666666"/>
          <w:sz w:val="18"/>
        </w:rPr>
        <w:t>Life &amp; Wisdom · Creative Solution or Ijtihadi Hal September 16, 2012 · 12m 35s · at 1:07:31 · https://youtu.be/yBKbiu0d_1A?t=4051</w:t>
      </w:r>
    </w:p>
    <w:p>
      <w:r>
        <w:rPr>
          <w:i/>
        </w:rPr>
        <w:t>“What are the factors that inhibit the development of creative thinking in us? Please guide.”</w:t>
      </w:r>
    </w:p>
    <w:p>
      <w:r>
        <w:rPr>
          <w:sz w:val="20"/>
        </w:rPr>
        <w:t>1:07:31  maulana, agla sawal roorkee se hai sajid anwar sahib ka. unhon ne likha hai: "maulana, what are the factors which inhibit the development of creative thinking in us؟</w:t>
      </w:r>
      <w:r>
        <w:br/>
      </w:r>
      <w:r>
        <w:rPr>
          <w:sz w:val="20"/>
        </w:rPr>
        <w:t>1:07:44  please guide us</w:t>
      </w:r>
      <w:r>
        <w:br/>
      </w:r>
      <w:r>
        <w:rPr>
          <w:sz w:val="20"/>
        </w:rPr>
        <w:t>1:07:45  ." mein dekhiye, mera jo experience hai, woh to yeh hai ke creative thinking naam hai natural thinking ka.</w:t>
      </w:r>
      <w:r>
        <w:br/>
      </w:r>
      <w:r>
        <w:rPr>
          <w:sz w:val="20"/>
        </w:rPr>
        <w:t>1:07:59  yani aap agar apne ko distraction se bachayen to apne aap nature unfold hoti hai. apne aap jab nature unfold hoti hai to woh aap ke andar creative thinking aati hai.</w:t>
      </w:r>
      <w:r>
        <w:br/>
      </w:r>
      <w:r>
        <w:rPr>
          <w:sz w:val="20"/>
        </w:rPr>
        <w:t>1:08:12  is ke baad</w:t>
      </w:r>
      <w:r>
        <w:br/>
      </w:r>
      <w:r>
        <w:rPr>
          <w:sz w:val="20"/>
        </w:rPr>
        <w:t>1:08:14  creative thinking koi alag se import karne ki cheez nahi hai. creative thinking ko aap koi import nahi karta, woh already aap ke andar maujood hai nature ke andar.</w:t>
      </w:r>
      <w:r>
        <w:br/>
      </w:r>
      <w:r>
        <w:rPr>
          <w:sz w:val="20"/>
        </w:rPr>
        <w:t>1:08:27  lekin log kya karte hain? conditioning mein pad jate hain, un ke andar bias aa jata hai, nafrat aa jati hai. ab normal tareeqe se sochne lagte hain: ghussa, nafrat, inteqam, tashaddud mein phans jate hain.</w:t>
      </w:r>
      <w:r>
        <w:br/>
      </w:r>
      <w:r>
        <w:rPr>
          <w:sz w:val="20"/>
        </w:rPr>
        <w:t>1:08:42  is ki wajah se nature unfold nahi ho pati. to sirf aik hi shart hai ke aap apne aap ko aisi cheezon se bachayen jo nature ko unfold hone se rokti hain.</w:t>
      </w:r>
      <w:r>
        <w:br/>
      </w:r>
      <w:r>
        <w:rPr>
          <w:sz w:val="20"/>
        </w:rPr>
        <w:t>1:08:56  bas is ke baad creative thinking apne aap develop kare gi. maulana, yeh sawal dilli se aya hai mr hamad ahmad sahib ka.</w:t>
      </w:r>
      <w:r>
        <w:br/>
      </w:r>
      <w:r>
        <w:rPr>
          <w:sz w:val="20"/>
        </w:rPr>
        <w:t>1:09:06  unhon ne aap se poocha hai ke "what is the creative solution of indian riots?" indian riots, acha, "how it can be prevented and what should be the role of indian muslims during the riots?" dekhiye, is ka jawab bohat hi acha diya hai aik sahabi ne.</w:t>
      </w:r>
      <w:r>
        <w:br/>
      </w:r>
      <w:r>
        <w:rPr>
          <w:sz w:val="20"/>
        </w:rPr>
        <w:t>1:09:31  indian riots jo hain, woh woh right nahi hote. muslims are paying the price of their own stupid policies.</w:t>
      </w:r>
      <w:r>
        <w:br/>
      </w:r>
      <w:r>
        <w:rPr>
          <w:sz w:val="20"/>
        </w:rPr>
        <w:t>1:09:41  is ko right kehna hi galat hai. woh stupid policy ki qeemat hoti hai, us ko hum kehte hain right. is ko mein explain karta hoon.</w:t>
      </w:r>
      <w:r>
        <w:br/>
      </w:r>
      <w:r>
        <w:rPr>
          <w:sz w:val="20"/>
        </w:rPr>
        <w:t>1:09:51  dekhiye, aik sahabi kehte hain ke "malayardha bil qaleel mimma yati bihi safi hayardha bil kaseer".</w:t>
      </w:r>
      <w:r>
        <w:br/>
      </w:r>
      <w:r>
        <w:rPr>
          <w:sz w:val="20"/>
        </w:rPr>
        <w:t>1:10:05  yeh sahabi ka qaul hai.</w:t>
      </w:r>
      <w:r>
        <w:br/>
      </w:r>
      <w:r>
        <w:rPr>
          <w:sz w:val="20"/>
        </w:rPr>
        <w:t>1:10:08  is ka translation yeh hai ke jo aadmi</w:t>
      </w:r>
      <w:r>
        <w:br/>
      </w:r>
      <w:r>
        <w:rPr>
          <w:sz w:val="20"/>
        </w:rPr>
        <w:t>1:10:16  nadan ke chote shar ko bardasht nahi kare ga, to us ko nadan ke bare shar ko bardasht karna pare ga.</w:t>
      </w:r>
      <w:r>
        <w:br/>
      </w:r>
      <w:r>
        <w:rPr>
          <w:sz w:val="20"/>
        </w:rPr>
        <w:t>1:10:27  is ka matlab kya hai? zindagi mein chote shar to ate hi ate hain. aap chahen ke chote shar bhi na hon, yeh impossible hai. matlab koi nara laga laga de ga, koi jaloos nikale ga, koi</w:t>
      </w:r>
      <w:r>
        <w:br/>
      </w:r>
      <w:r>
        <w:rPr>
          <w:sz w:val="20"/>
        </w:rPr>
        <w:t>1:10:39  koi holi ka pani phenk de ga aap ki masjid par. yeh chota shar hai, is ko bardasht kijiye. ladte kyun hain is ke liye? aap hazrat umar ne yeh baat is tareeqe se kahi ke "laysal aaqil alladhi ya'riful khair wal sharr, walakinahu alladhi ya'rifu khaira sharrin" ke aqalmand woh nahi hai jo jo</w:t>
      </w:r>
      <w:r>
        <w:br/>
      </w:r>
      <w:r>
        <w:rPr>
          <w:sz w:val="20"/>
        </w:rPr>
        <w:t>1:11:07  khair aur shar ko jaane.</w:t>
      </w:r>
      <w:r>
        <w:br/>
      </w:r>
      <w:r>
        <w:rPr>
          <w:sz w:val="20"/>
        </w:rPr>
        <w:t>1:11:09  aqalmand woh hai jo yeh jaane ke do shar mein se kamtar shar konsa hai. matlab kya hai?</w:t>
      </w:r>
      <w:r>
        <w:br/>
      </w:r>
      <w:r>
        <w:rPr>
          <w:sz w:val="20"/>
        </w:rPr>
        <w:t>1:11:20  zindagi mein choice jo hai, woh good and bad ka nahi hai, lesser evil aur greater evil ka hai.</w:t>
      </w:r>
      <w:r>
        <w:br/>
      </w:r>
      <w:r>
        <w:rPr>
          <w:sz w:val="20"/>
        </w:rPr>
        <w:t>1:11:29  ab aap dekhiye, kamra right ko kya hota hai?</w:t>
      </w:r>
      <w:r>
        <w:br/>
      </w:r>
      <w:r>
        <w:rPr>
          <w:sz w:val="20"/>
        </w:rPr>
        <w:t>1:11:32  99 feesad cases mein kya hota hai ke musalman mutalba karte hain ke route badlo, route badlo.</w:t>
      </w:r>
      <w:r>
        <w:br/>
      </w:r>
      <w:r>
        <w:rPr>
          <w:sz w:val="20"/>
        </w:rPr>
        <w:t>1:11:42  achha, woh route nahi badalne pe tayyar hote ya kehte hain ke sahib, lord square par bhajan band karo. woh band karne pe tayyar nahi hote.</w:t>
      </w:r>
      <w:r>
        <w:br/>
      </w:r>
      <w:r>
        <w:rPr>
          <w:sz w:val="20"/>
        </w:rPr>
        <w:t>1:11:54  to kya karte hain? is ke baad ja ke rokte aur tokte hain. wahan par</w:t>
      </w:r>
      <w:r>
        <w:br/>
      </w:r>
      <w:r>
        <w:rPr>
          <w:sz w:val="20"/>
        </w:rPr>
        <w:t>1:12:00  aap jaise hi aap roka toke ga, jaise hi aap un ko, yani violence karein, koi kisi qism ka ke aap ko pathar maar dein ya aap un ka un ka lord square tod dein, to foran kya hota hai?</w:t>
      </w:r>
      <w:r>
        <w:br/>
      </w:r>
      <w:r>
        <w:rPr>
          <w:sz w:val="20"/>
        </w:rPr>
        <w:t>1:12:17  woh police case ban jata hai. jab juloos nikalta hai, zyada tar juloos hi mein jhagde hote hain.</w:t>
      </w:r>
      <w:r>
        <w:br/>
      </w:r>
      <w:r>
        <w:rPr>
          <w:sz w:val="20"/>
        </w:rPr>
        <w:t>1:12:24  jab juloos nikalta hai to us waqt kya case hota hai? ke masla hota hai, yani juloos versus police.</w:t>
      </w:r>
      <w:r>
        <w:br/>
      </w:r>
      <w:r>
        <w:rPr>
          <w:sz w:val="20"/>
        </w:rPr>
        <w:t>1:12:33  wahan police hoti hai juloos ko control karne ke liye. musalman kya karte hain? ke route badlo. idhar hamari masjid hai, idhar hamara mohalla hai.</w:t>
      </w:r>
      <w:r>
        <w:br/>
      </w:r>
      <w:r>
        <w:rPr>
          <w:sz w:val="20"/>
        </w:rPr>
        <w:t>1:12:44  to woh raazi nahi hote. to police se kehte hain ke in ko badalwao, idhar le jaao in ko. police kehti hai ke hum nahi badal sakte, hamare bas mein nahi</w:t>
      </w:r>
      <w:r>
        <w:br/>
      </w:r>
      <w:r>
        <w:rPr>
          <w:sz w:val="20"/>
        </w:rPr>
        <w:t>1:12:52  hai. to police ko pathar maarte hain. pathar maarte hi kya hota hai? ke jo case pehle tha, juloos versus police, ab ho jata hai Muslim versus police.</w:t>
      </w:r>
      <w:r>
        <w:br/>
      </w:r>
      <w:r>
        <w:rPr>
          <w:sz w:val="20"/>
        </w:rPr>
        <w:t>1:13:06  ab khwamkhwah apne ko aap wale mujhe bar ki situation ban jati hai. wahan par abhi recently jo fasad hua tha UK mein, woh kya hua tha?</w:t>
      </w:r>
      <w:r>
        <w:br/>
      </w:r>
      <w:r>
        <w:rPr>
          <w:sz w:val="20"/>
        </w:rPr>
        <w:t>1:13:19  roze ke zamane mein log ab masjid mein jama hue the iftar karne ke liye. qareeb ke mandir se awaz aane lagi bhajan ki.</w:t>
      </w:r>
      <w:r>
        <w:br/>
      </w:r>
      <w:r>
        <w:rPr>
          <w:sz w:val="20"/>
        </w:rPr>
        <w:t>1:13:30  ab wahan kuch log gaye ja ke sahib, apne loudspeaker ko awaz kam karo, us ko band karo. to unhone yeh band kiya. to kya unhone kiya ke us ko tod phod kar karne lage?</w:t>
      </w:r>
      <w:r>
        <w:br/>
      </w:r>
      <w:r>
        <w:rPr>
          <w:sz w:val="20"/>
        </w:rPr>
        <w:t>1:13:41  to bas fasad ho gaya. aur wahan curfew laga, bohat se log maare gaye.</w:t>
      </w:r>
      <w:r>
        <w:br/>
      </w:r>
      <w:r>
        <w:rPr>
          <w:sz w:val="20"/>
        </w:rPr>
        <w:t>1:13:46  jitne woh commercial right hote hain, woh commercial right nahi hain. woh haqeeqatan musalmanon ki stepped policy ke result hain. woh aap aap kyun juloos ko rokte hain?</w:t>
      </w:r>
      <w:r>
        <w:br/>
      </w:r>
      <w:r>
        <w:rPr>
          <w:sz w:val="20"/>
        </w:rPr>
        <w:t>1:13:56  kyun ke un ke loudspeaker ko band karna chahte hain. un ke slogan, slogan ko nahi band kar sakte aap. woh slogan lagayein ge kyun ke India mein azadi aap ke liye, un ke liye bhi dono ki azadi hai.</w:t>
      </w:r>
      <w:r>
        <w:br/>
      </w:r>
      <w:r>
        <w:rPr>
          <w:sz w:val="20"/>
        </w:rPr>
        <w:t>1:14:10  to sirf ek hi shakal hai ke musalman principle of avoidance ko pakrein, araz karna. araz juloos nikalta hai to kar le dein, naara lagata hai to laga le dein.</w:t>
      </w:r>
      <w:r>
        <w:br/>
      </w:r>
      <w:r>
        <w:rPr>
          <w:sz w:val="20"/>
        </w:rPr>
        <w:t>1:14:25  main aap ko ek dilchasp qissa sunata hoon. ek martaba bohat bara fasad hua tha Bhagalpur mein, Bihar mein.</w:t>
      </w:r>
      <w:r>
        <w:br/>
      </w:r>
      <w:r>
        <w:rPr>
          <w:sz w:val="20"/>
        </w:rPr>
        <w:t>1:14:38  to bohat fasad hua aur musalmanon ko bohat nuksan hua tha is mein. to ek sahib ne ek kitab likhi thi, moti si, isi mauzu par "Bhagalpur ka fasad".</w:t>
      </w:r>
      <w:r>
        <w:br/>
      </w:r>
      <w:r>
        <w:rPr>
          <w:sz w:val="20"/>
        </w:rPr>
        <w:t>1:14:48  yeh kitab mere paas abhi maujood hai, koi shakhs dekh sakta hai is ko. woh khud musannif mere paas woh kitab le aaye.</w:t>
      </w:r>
      <w:r>
        <w:br/>
      </w:r>
      <w:r>
        <w:rPr>
          <w:sz w:val="20"/>
        </w:rPr>
        <w:t>1:14:56  to maine us ko thoda sa parha to phir likha hua tha ke juloos nikla musalmanon ke mohalle mein.</w:t>
      </w:r>
      <w:r>
        <w:br/>
      </w:r>
      <w:r>
        <w:rPr>
          <w:sz w:val="20"/>
        </w:rPr>
        <w:t>1:15:10  to pehle to aman tha, woh phir musalmanon ne ek step liya. yahi lafz tha is mein. step liya, is ke baad fasad shuru ho gaya.</w:t>
      </w:r>
      <w:r>
        <w:br/>
      </w:r>
      <w:r>
        <w:rPr>
          <w:sz w:val="20"/>
        </w:rPr>
        <w:t>1:15:20  to mein ne poocha un se ke bhai step kiya tha? woh to bata nahi rahe the ke step kiya tha.</w:t>
      </w:r>
      <w:r>
        <w:br/>
      </w:r>
      <w:r>
        <w:rPr>
          <w:sz w:val="20"/>
        </w:rPr>
        <w:t>1:15:28  to baat ko bhagal pur ke case ki jo vakalat kar rahe the, woh pairvi kar rahe the, vakeel sahib, un se meri mulaqat hui.</w:t>
      </w:r>
      <w:r>
        <w:br/>
      </w:r>
      <w:r>
        <w:rPr>
          <w:sz w:val="20"/>
        </w:rPr>
        <w:t>1:15:38  to un se poocha ke woh step kiya tha? to unhon ne unhon ne bataya, khud vakeel sahib ne bataya, jo jo case ki pairvi kar rahe the, ke hua yeh ke jaloos nikla aur musalmanon ne kaha ke sahib, root badlo, root badlo, root badlo.</w:t>
      </w:r>
      <w:r>
        <w:br/>
      </w:r>
      <w:r>
        <w:rPr>
          <w:sz w:val="20"/>
        </w:rPr>
        <w:t>1:15:54  root badalne par raazi nahi hue.</w:t>
      </w:r>
      <w:r>
        <w:br/>
      </w:r>
      <w:r>
        <w:rPr>
          <w:sz w:val="20"/>
        </w:rPr>
        <w:t>1:15:56  to musalmanon ne hand grade, hand hand gradenate phenka, dasti bomb. aur khud vakeel sahib ke alfaaz hain ke saare, yaani woh dhuwan phail gaya saare road par.</w:t>
      </w:r>
      <w:r>
        <w:br/>
      </w:r>
      <w:r>
        <w:rPr>
          <w:sz w:val="20"/>
        </w:rPr>
        <w:t>1:16:10  to is ke baad un logon ne retaliate kiya aur phir bara fasaad hua, bara hangama hua, bohat jalaye phoonke gaye log.</w:t>
      </w:r>
      <w:r>
        <w:br/>
      </w:r>
      <w:r>
        <w:rPr>
          <w:sz w:val="20"/>
        </w:rPr>
        <w:t>1:16:18  to bhai, step step liya keh kar ke chhupaye hue hain is baat ko ke musalmanon ne ek nadani ki ke wahan bomb maar diya. jab bomb maarne ka hai to wohi marenge, koi nahi marenge.</w:t>
      </w:r>
      <w:r>
        <w:br/>
      </w:r>
      <w:r>
        <w:rPr>
          <w:sz w:val="20"/>
        </w:rPr>
        <w:t>1:16:31  bhai, to musannif se mein ne poocha, musannif se meri mulaqat hui ke mein ne kaha ke kyun aap itna ghussa ho gaye?</w:t>
      </w:r>
      <w:r>
        <w:br/>
      </w:r>
      <w:r>
        <w:rPr>
          <w:sz w:val="20"/>
        </w:rPr>
        <w:t>1:16:41  aap log to unhon ne kaha kaise ghussa hote hain? hum</w:t>
      </w:r>
      <w:r>
        <w:br/>
      </w:r>
      <w:r>
        <w:rPr>
          <w:sz w:val="20"/>
        </w:rPr>
        <w:t>1:16:46  to unhon ne bataya ke woh is is bohat is ka muhalle ka naam tha tatar pur. unhon ne kaha ke woh log naara laga rahe the ke "jai maa kali tatar pur karo khali".</w:t>
      </w:r>
      <w:r>
        <w:br/>
      </w:r>
      <w:r>
        <w:rPr>
          <w:sz w:val="20"/>
        </w:rPr>
        <w:t>1:17:02  yeh musannif ne bataya "jai maa kali tatar pur kharo khali". to unhon ne kaha kaise hum is ko bardasht kar sakte the?</w:t>
      </w:r>
      <w:r>
        <w:br/>
      </w:r>
      <w:r>
        <w:rPr>
          <w:sz w:val="20"/>
        </w:rPr>
        <w:t>1:17:12  to mein ne kaha acha yeh bataiye ke aap ne bardasht nahi kiya, roka, fasaad hua, karfu laga, log maare gaye, dukanein jalai phoonki gaein.</w:t>
      </w:r>
      <w:r>
        <w:br/>
      </w:r>
      <w:r>
        <w:rPr>
          <w:sz w:val="20"/>
        </w:rPr>
        <w:t>1:17:24  to ab wahan par musalman hain ke nahi hain? kaha alhamdulillah, ab musalman wahan par abhi bhi hain.</w:t>
      </w:r>
      <w:r>
        <w:br/>
      </w:r>
      <w:r>
        <w:rPr>
          <w:sz w:val="20"/>
        </w:rPr>
        <w:t>1:17:31  to mein ne phir un se kaha jab jaloos nikal kar ke fasaad kar ke bhi woh tatar pur ko khali nahi kar sake musalmanon se, to aap ko react karne ki zaroorat kya thi?</w:t>
      </w:r>
      <w:r>
        <w:br/>
      </w:r>
      <w:r>
        <w:rPr>
          <w:sz w:val="20"/>
        </w:rPr>
        <w:t>1:17:44  aap kehte hain ke yeh bewakoofi ke idare hain, is tarah kahin tatar pur khali ho jata hai. aap mein ne kaha ke aap ghor kijiye ke unhon ne jaloos nikala aur wahan par fasaad hua, goliyan chali, dukanein jalai gayin, phir bhi musalman maujood hain wahan par.</w:t>
      </w:r>
      <w:r>
        <w:br/>
      </w:r>
      <w:r>
        <w:rPr>
          <w:sz w:val="20"/>
        </w:rPr>
        <w:t>1:18:01  to jab fasaad jaloos nikalwa kar fasaad karwa kar ke bhi woh tatar pur ko khali nahi kara sake, to aap ab bhadak bhadke kyun?</w:t>
      </w:r>
      <w:r>
        <w:br/>
      </w:r>
      <w:r>
        <w:rPr>
          <w:sz w:val="20"/>
        </w:rPr>
        <w:t>1:18:10  aap ne react kyun kiya? aap ko kehna chahiye tha ke bhai yeh bewakoofi ke idare hain, aise ke tatar pur khali hota hai. yahi nadani hai jis ki wajah se communal right ho rahe hain India mein.</w:t>
      </w:r>
      <w:r>
        <w:br/>
      </w:r>
      <w:r>
        <w:rPr>
          <w:sz w:val="20"/>
        </w:rPr>
        <w:t>1:18:22  aap ko mein arz karunga, meri ek kitab padh li jiye. aap ek kitab hai "hal yahan hai". sirf ek kitab aap padh li jiye "hal yahan", aap ko yeh baat wazeh ho jayegi.</w:t>
      </w:r>
      <w:r>
        <w:br/>
      </w:r>
      <w:r>
        <w:rPr>
          <w:sz w:val="20"/>
        </w:rPr>
        <w:t>1:18:32  "hal yahan hai" yahan mil sakti hai aap ko. hum neeche jab aap jayen to us ko aap dekh sakte hain.</w:t>
      </w:r>
      <w:r>
        <w:br/>
      </w:r>
      <w:r>
        <w:rPr>
          <w:sz w:val="20"/>
        </w:rPr>
        <w:t>1:18:40  "hal yahan hai" Maulana yeh sawal Dilli se aaya hai Dr. Saleha Siddiqui</w:t>
      </w:r>
      <w:r>
        <w:br/>
      </w:r>
      <w:r>
        <w:rPr>
          <w:sz w:val="20"/>
        </w:rPr>
        <w:t>1:18:46  ka. unhon ne likha hai jab sailab e nooh aaya to Hazrat Nooh ka beta Kanan, jo mushrikon ka saathi tha, Allah ne is sailab mein us ko dubo diya.</w:t>
      </w:r>
      <w:r>
        <w:br/>
      </w:r>
      <w:r>
        <w:rPr>
          <w:sz w:val="20"/>
        </w:rPr>
        <w:t>1:18:59  tab Nooh ne Allah ko pukara aur kaha "my lord, my son was a part of my family, your promise was surely true, you are the most just of all judges.</w:t>
      </w:r>
      <w:r>
        <w:br/>
      </w:r>
      <w:r>
        <w:rPr>
          <w:sz w:val="20"/>
        </w:rPr>
        <w:t>1:19:14  God said Noah he was not one of your family, for indeed he was in rights in his conduct." Maulana, kya is ayat ka explanation yeh liya jaye ke Islam mein blood relation asal nahi hai?</w:t>
      </w:r>
      <w:r>
        <w:br/>
      </w:r>
      <w:r>
        <w:rPr>
          <w:sz w:val="20"/>
        </w:rPr>
        <w:t>1:19:29  kyunki Khuda ne criteria rights hona bataya hai, na ke rishtedari. koi insan is liye nahi bachaya jayega ke woh paighambar ka rishtedar hai.</w:t>
      </w:r>
      <w:r>
        <w:br/>
      </w:r>
      <w:r>
        <w:rPr>
          <w:sz w:val="20"/>
        </w:rPr>
        <w:t>1:19:42  abhi yeh to yahi matlab hi hai is ka. woh to khud jo alfaaz hain, woh bol rahe hain. koi doosra explanation is ka ho nahi sakta.</w:t>
      </w:r>
      <w:r>
        <w:br/>
      </w:r>
      <w:r>
        <w:rPr>
          <w:sz w:val="20"/>
        </w:rPr>
        <w:t>1:19:53  clear hai, yeh to is mein koi shakk nahin. ya mein phir mun akhi wa ummi wa abi wa saahibati wa bani quran mein aaya hai to sahi baat hai yeh.</w:t>
      </w:r>
    </w:p>
    <w:p>
      <w:pPr>
        <w:pStyle w:val="Heading2"/>
      </w:pPr>
      <w:r>
        <w:t>Factors inhibiting creative thinking in us</w:t>
      </w:r>
    </w:p>
    <w:p>
      <w:r>
        <w:rPr>
          <w:color w:val="666666"/>
          <w:sz w:val="18"/>
        </w:rPr>
        <w:t>Life &amp; Wisdom · Creative Solution or Ijtihadi Hul 16th Sep '12 SLOW · 12m 59s · at 1:09:47 · https://youtu.be/Ri7r6K65b2Y?t=4187</w:t>
      </w:r>
    </w:p>
    <w:p>
      <w:r>
        <w:rPr>
          <w:i/>
        </w:rPr>
        <w:t>“What are the factors which inhibit the development of creative thinking in us? Please guide us.”</w:t>
      </w:r>
    </w:p>
    <w:p>
      <w:r>
        <w:rPr>
          <w:sz w:val="20"/>
        </w:rPr>
        <w:t>1:09:47  maulana, agla sawal roorki se hai sajid anwar sahib ka.</w:t>
      </w:r>
      <w:r>
        <w:br/>
      </w:r>
      <w:r>
        <w:rPr>
          <w:sz w:val="20"/>
        </w:rPr>
        <w:t>1:09:51  انہوں نے لکھا ہے: "مولانا، what are the factors which inhibits the development of creative thinking in us؟</w:t>
      </w:r>
      <w:r>
        <w:br/>
      </w:r>
      <w:r>
        <w:rPr>
          <w:sz w:val="20"/>
        </w:rPr>
        <w:t>1:09:59  پلیز گائیڈ اس۔" کیا پھر پڑھیے؟ مولانا، What are the factors which inhibits the development of creative thinking</w:t>
      </w:r>
      <w:r>
        <w:br/>
      </w:r>
      <w:r>
        <w:rPr>
          <w:sz w:val="20"/>
        </w:rPr>
        <w:t>1:10:06  ان اس؟ بھائی، دیکھیں، میرا جو ایکسپیرینس ہے، وہ تو یہ ہے کہ creative thinking نام ہے natural</w:t>
      </w:r>
      <w:r>
        <w:br/>
      </w:r>
      <w:r>
        <w:rPr>
          <w:sz w:val="20"/>
        </w:rPr>
        <w:t>1:10:14  thinking ka.</w:t>
      </w:r>
      <w:r>
        <w:br/>
      </w:r>
      <w:r>
        <w:rPr>
          <w:sz w:val="20"/>
        </w:rPr>
        <w:t>1:10:16  یعنی آپ اگر اپنے کو distraction سے بچائیں تو اپنے آپ nature unfold ہوتی ہے۔</w:t>
      </w:r>
      <w:r>
        <w:br/>
      </w:r>
      <w:r>
        <w:rPr>
          <w:sz w:val="20"/>
        </w:rPr>
        <w:t>1:10:22  اپنے آپ جب nature unfolds ہوتی ہے تو وہ آپ کے اندر creative thinking آتی ہے۔</w:t>
      </w:r>
      <w:r>
        <w:br/>
      </w:r>
      <w:r>
        <w:rPr>
          <w:sz w:val="20"/>
        </w:rPr>
        <w:t>1:10:29  اس پر creative thinking کوئی الگ سے import کرنے کی چیز نہیں ہے۔</w:t>
      </w:r>
      <w:r>
        <w:br/>
      </w:r>
      <w:r>
        <w:rPr>
          <w:sz w:val="20"/>
        </w:rPr>
        <w:t>1:10:35  creative thinking ko aap ko import nahi karta, woh already aap ke andar maujood hai nature ke andar.</w:t>
      </w:r>
      <w:r>
        <w:br/>
      </w:r>
      <w:r>
        <w:rPr>
          <w:sz w:val="20"/>
        </w:rPr>
        <w:t>1:10:42  lekin log kya karte hain? conditioning mein pad jaate hain, un ke andar bias aa jata hai, nafrat</w:t>
      </w:r>
      <w:r>
        <w:br/>
      </w:r>
      <w:r>
        <w:rPr>
          <w:sz w:val="20"/>
        </w:rPr>
        <w:t>1:10:50  aa jati hai.</w:t>
      </w:r>
      <w:r>
        <w:br/>
      </w:r>
      <w:r>
        <w:rPr>
          <w:sz w:val="20"/>
        </w:rPr>
        <w:t>1:10:51  ab normal tareeqe se sochne lagte hain, ghussa, nafrat, inteqaam, dahashat pe phans jaate hain.</w:t>
      </w:r>
      <w:r>
        <w:br/>
      </w:r>
      <w:r>
        <w:rPr>
          <w:sz w:val="20"/>
        </w:rPr>
        <w:t>1:10:58  is ki wajah se nature unfold nahi ho paati.</w:t>
      </w:r>
      <w:r>
        <w:br/>
      </w:r>
      <w:r>
        <w:rPr>
          <w:sz w:val="20"/>
        </w:rPr>
        <w:t>1:11:02  to sirf ek hi shart hai ke aap apne aap ko aisi cheezon se bachayein jo nature ko</w:t>
      </w:r>
      <w:r>
        <w:br/>
      </w:r>
      <w:r>
        <w:rPr>
          <w:sz w:val="20"/>
        </w:rPr>
        <w:t>1:11:09  unfold hone se rokti hain.</w:t>
      </w:r>
      <w:r>
        <w:br/>
      </w:r>
      <w:r>
        <w:rPr>
          <w:sz w:val="20"/>
        </w:rPr>
        <w:t>1:11:12  bas is ke baad creative thinking apne aap develop kare gi.</w:t>
      </w:r>
      <w:r>
        <w:br/>
      </w:r>
      <w:r>
        <w:rPr>
          <w:sz w:val="20"/>
        </w:rPr>
        <w:t>1:11:16  theek hai? arey, koi questions? aise hi kuch questions hain? koi hai? mere mere saath? maulana, yeh sawal</w:t>
      </w:r>
      <w:r>
        <w:br/>
      </w:r>
      <w:r>
        <w:rPr>
          <w:sz w:val="20"/>
        </w:rPr>
        <w:t>1:11:24  dilli se aaya hai mr hamd ahmed sahib ka.</w:t>
      </w:r>
      <w:r>
        <w:br/>
      </w:r>
      <w:r>
        <w:rPr>
          <w:sz w:val="20"/>
        </w:rPr>
        <w:t>1:11:28  انہوں نے آپ سے پوچھا ہے کہ "What is the creative solution of Indian rights?" Indian rights? اچھا،</w:t>
      </w:r>
      <w:r>
        <w:br/>
      </w:r>
      <w:r>
        <w:rPr>
          <w:sz w:val="20"/>
        </w:rPr>
        <w:t>1:11:36  "How it can be prevented and what should be the role of Indian Muslims during the riots?" دیکھیے،</w:t>
      </w:r>
      <w:r>
        <w:br/>
      </w:r>
      <w:r>
        <w:rPr>
          <w:sz w:val="20"/>
        </w:rPr>
        <w:t>1:11:43  is ka jawab bohat hi acha diya hai ek sahabi ne.</w:t>
      </w:r>
      <w:r>
        <w:br/>
      </w:r>
      <w:r>
        <w:rPr>
          <w:sz w:val="20"/>
        </w:rPr>
        <w:t>1:11:48  indian rights jo hain, woh woh right nahi hote.</w:t>
      </w:r>
      <w:r>
        <w:br/>
      </w:r>
      <w:r>
        <w:rPr>
          <w:sz w:val="20"/>
        </w:rPr>
        <w:t>1:11:52  Muslims are paying the price of their own stupid policies.</w:t>
      </w:r>
      <w:r>
        <w:br/>
      </w:r>
      <w:r>
        <w:rPr>
          <w:sz w:val="20"/>
        </w:rPr>
        <w:t>1:11:56  is ko right kehna hi galat hai.</w:t>
      </w:r>
      <w:r>
        <w:br/>
      </w:r>
      <w:r>
        <w:rPr>
          <w:sz w:val="20"/>
        </w:rPr>
        <w:t>1:11:59  stepped policies qeemat hoti hai, is ko hum kehte hain right.</w:t>
      </w:r>
      <w:r>
        <w:br/>
      </w:r>
      <w:r>
        <w:rPr>
          <w:sz w:val="20"/>
        </w:rPr>
        <w:t>1:12:04  is ko mein explain karta hoon.</w:t>
      </w:r>
      <w:r>
        <w:br/>
      </w:r>
      <w:r>
        <w:rPr>
          <w:sz w:val="20"/>
        </w:rPr>
        <w:t>1:12:06  dekhiye, ek sahabi kehte hain ke "mula yarada bil qaleel mimma yati bihi safihi yarada bil katheer".</w:t>
      </w:r>
      <w:r>
        <w:br/>
      </w:r>
      <w:r>
        <w:rPr>
          <w:sz w:val="20"/>
        </w:rPr>
        <w:t>1:12:13  kehte hain yeh sahabi qaul hai, tabai qaul hai.</w:t>
      </w:r>
      <w:r>
        <w:br/>
      </w:r>
      <w:r>
        <w:rPr>
          <w:sz w:val="20"/>
        </w:rPr>
        <w:t>1:12:17  sahabi hain, sahabi ka hai.</w:t>
      </w:r>
      <w:r>
        <w:br/>
      </w:r>
      <w:r>
        <w:rPr>
          <w:sz w:val="20"/>
        </w:rPr>
        <w:t>1:12:19  yeh sahabi ka qaul hai.</w:t>
      </w:r>
      <w:r>
        <w:br/>
      </w:r>
      <w:r>
        <w:rPr>
          <w:sz w:val="20"/>
        </w:rPr>
        <w:t>1:12:21  is ka translation yeh hai ke jo aadmi nadan ke chote shar ko bardasht nahi kare ga, to</w:t>
      </w:r>
      <w:r>
        <w:br/>
      </w:r>
      <w:r>
        <w:rPr>
          <w:sz w:val="20"/>
        </w:rPr>
        <w:t>1:12:29  us ko nadan ke bare shar ko bardasht karna pare ga.</w:t>
      </w:r>
      <w:r>
        <w:br/>
      </w:r>
      <w:r>
        <w:rPr>
          <w:sz w:val="20"/>
        </w:rPr>
        <w:t>1:12:34  is ka matlab kya? zindagi mein chote shar to aate hi aate hain.</w:t>
      </w:r>
      <w:r>
        <w:br/>
      </w:r>
      <w:r>
        <w:rPr>
          <w:sz w:val="20"/>
        </w:rPr>
        <w:t>1:12:39  aap chahein ke chote shar bhi na hon, yeh impossible hai.</w:t>
      </w:r>
      <w:r>
        <w:br/>
      </w:r>
      <w:r>
        <w:rPr>
          <w:sz w:val="20"/>
        </w:rPr>
        <w:t>1:12:44  matlab koi nara laga laga de ga, koi jaloos nikaal nikaale ga, koi koi holi ka pani phenk</w:t>
      </w:r>
      <w:r>
        <w:br/>
      </w:r>
      <w:r>
        <w:rPr>
          <w:sz w:val="20"/>
        </w:rPr>
        <w:t>1:12:52  de ga masjid par.</w:t>
      </w:r>
      <w:r>
        <w:br/>
      </w:r>
      <w:r>
        <w:rPr>
          <w:sz w:val="20"/>
        </w:rPr>
        <w:t>1:12:54  yeh chote shar hain, to bardasht ki jiye.</w:t>
      </w:r>
      <w:r>
        <w:br/>
      </w:r>
      <w:r>
        <w:rPr>
          <w:sz w:val="20"/>
        </w:rPr>
        <w:t>1:12:57  ladte kyun is ke liye? Hazrat Umar ne yeh baat is tareeqe se kahi ke "لیس العاقل الذی</w:t>
      </w:r>
      <w:r>
        <w:br/>
      </w:r>
      <w:r>
        <w:rPr>
          <w:sz w:val="20"/>
        </w:rPr>
        <w:t>1:13:04  یعرف الخیر apne sar, walakin alazi yعرف الخیر sar" ke aqalmand woh nahi hai jo jo khair aur</w:t>
      </w:r>
      <w:r>
        <w:br/>
      </w:r>
      <w:r>
        <w:rPr>
          <w:sz w:val="20"/>
        </w:rPr>
        <w:t>1:13:12  shar ko jaane.</w:t>
      </w:r>
      <w:r>
        <w:br/>
      </w:r>
      <w:r>
        <w:rPr>
          <w:sz w:val="20"/>
        </w:rPr>
        <w:t>1:13:14  aqalmand woh hai jo yeh jaane ke do shar mein se kamtar shar konsa hai.</w:t>
      </w:r>
      <w:r>
        <w:br/>
      </w:r>
      <w:r>
        <w:rPr>
          <w:sz w:val="20"/>
        </w:rPr>
        <w:t>1:13:20  matlab kya hai? zindagi mein choice jo hai, woh good and bad ka nahi hai, lesser evil aur</w:t>
      </w:r>
      <w:r>
        <w:br/>
      </w:r>
      <w:r>
        <w:rPr>
          <w:sz w:val="20"/>
        </w:rPr>
        <w:t>1:13:28  greater evil ka hai.</w:t>
      </w:r>
      <w:r>
        <w:br/>
      </w:r>
      <w:r>
        <w:rPr>
          <w:sz w:val="20"/>
        </w:rPr>
        <w:t>1:13:29  ab aap dekhiye, kamra direct kya hota hai? 99 feesad cases kya hota hai ke musalman mutalba karte</w:t>
      </w:r>
      <w:r>
        <w:br/>
      </w:r>
      <w:r>
        <w:rPr>
          <w:sz w:val="20"/>
        </w:rPr>
        <w:t>1:13:37  hain ke route badlo, route badlo.</w:t>
      </w:r>
      <w:r>
        <w:br/>
      </w:r>
      <w:r>
        <w:rPr>
          <w:sz w:val="20"/>
        </w:rPr>
        <w:t>1:13:40  acha, woh route nahi badalte, tayyar hote ya kehte hain ke sahib, lord square par bhajan band karo.</w:t>
      </w:r>
      <w:r>
        <w:br/>
      </w:r>
      <w:r>
        <w:rPr>
          <w:sz w:val="20"/>
        </w:rPr>
        <w:t>1:13:47  woh band karne par tayyar nahi hote.</w:t>
      </w:r>
      <w:r>
        <w:br/>
      </w:r>
      <w:r>
        <w:rPr>
          <w:sz w:val="20"/>
        </w:rPr>
        <w:t>1:13:50  to kya karte hain? is ke baad ya aap rokte ho, tokte hain.</w:t>
      </w:r>
      <w:r>
        <w:br/>
      </w:r>
      <w:r>
        <w:rPr>
          <w:sz w:val="20"/>
        </w:rPr>
        <w:t>1:13:56  wahan pe aap jaise hi aap roke kar toke ga, jaise hi aap un ko, yani violence karein,</w:t>
      </w:r>
      <w:r>
        <w:br/>
      </w:r>
      <w:r>
        <w:rPr>
          <w:sz w:val="20"/>
        </w:rPr>
        <w:t>1:14:04  koi kisi qism par ke aap ko pathar marte hain ya aap un ka un ka lord square</w:t>
      </w:r>
      <w:r>
        <w:br/>
      </w:r>
      <w:r>
        <w:rPr>
          <w:sz w:val="20"/>
        </w:rPr>
        <w:t>1:14:11  tod dein, to foran kya hota hai? woh police case ban jata hai.</w:t>
      </w:r>
      <w:r>
        <w:br/>
      </w:r>
      <w:r>
        <w:rPr>
          <w:sz w:val="20"/>
        </w:rPr>
        <w:t>1:14:17  jab jaloos niklta hai, zyada tar jaloos mein jhagde hote hain.</w:t>
      </w:r>
      <w:r>
        <w:br/>
      </w:r>
      <w:r>
        <w:rPr>
          <w:sz w:val="20"/>
        </w:rPr>
        <w:t>1:14:22  jab jaloos niklta hai to us waqt kya case hota hai? ke masla hota hai, yani jaloos versus</w:t>
      </w:r>
      <w:r>
        <w:br/>
      </w:r>
      <w:r>
        <w:rPr>
          <w:sz w:val="20"/>
        </w:rPr>
        <w:t>1:14:29  police.</w:t>
      </w:r>
      <w:r>
        <w:br/>
      </w:r>
      <w:r>
        <w:rPr>
          <w:sz w:val="20"/>
        </w:rPr>
        <w:t>1:14:31  wahan police hoti hai jaloos ko control karne ke liye.</w:t>
      </w:r>
      <w:r>
        <w:br/>
      </w:r>
      <w:r>
        <w:rPr>
          <w:sz w:val="20"/>
        </w:rPr>
        <w:t>1:14:35  musalman kya karte hain? ke route badlo.</w:t>
      </w:r>
      <w:r>
        <w:br/>
      </w:r>
      <w:r>
        <w:rPr>
          <w:sz w:val="20"/>
        </w:rPr>
        <w:t>1:14:38  idhar hamari masjid hai, idhar hamara mohalla hai.</w:t>
      </w:r>
      <w:r>
        <w:br/>
      </w:r>
      <w:r>
        <w:rPr>
          <w:sz w:val="20"/>
        </w:rPr>
        <w:t>1:14:42  to woh raazi nahi hote.</w:t>
      </w:r>
      <w:r>
        <w:br/>
      </w:r>
      <w:r>
        <w:rPr>
          <w:sz w:val="20"/>
        </w:rPr>
        <w:t>1:14:44  to police se kehte hain ke in ko badalwao, idhar le jao in ko.</w:t>
      </w:r>
      <w:r>
        <w:br/>
      </w:r>
      <w:r>
        <w:rPr>
          <w:sz w:val="20"/>
        </w:rPr>
        <w:t>1:14:50  police kehti hai ke hum nahi badal sakte, hamare bas mein nahi hai.</w:t>
      </w:r>
      <w:r>
        <w:br/>
      </w:r>
      <w:r>
        <w:rPr>
          <w:sz w:val="20"/>
        </w:rPr>
        <w:t>1:14:55  to police ko pathar marte hain.</w:t>
      </w:r>
      <w:r>
        <w:br/>
      </w:r>
      <w:r>
        <w:rPr>
          <w:sz w:val="20"/>
        </w:rPr>
        <w:t>1:14:58  pathar marte hi kya hota hai? ke jo case pehle tha, jaloos versus police, ab ho jata hai</w:t>
      </w:r>
      <w:r>
        <w:br/>
      </w:r>
      <w:r>
        <w:rPr>
          <w:sz w:val="20"/>
        </w:rPr>
        <w:t>1:15:06  muslim versus police.</w:t>
      </w:r>
      <w:r>
        <w:br/>
      </w:r>
      <w:r>
        <w:rPr>
          <w:sz w:val="20"/>
        </w:rPr>
        <w:t>1:15:07  ab khawamkhwa aap dekho, ab majbe ki situation ban jati hai.</w:t>
      </w:r>
      <w:r>
        <w:br/>
      </w:r>
      <w:r>
        <w:rPr>
          <w:sz w:val="20"/>
        </w:rPr>
        <w:t>1:15:12  wahan pe abhi recently jo fasad hua tha UK mein, wo kya hua tha? roze ke zamane</w:t>
      </w:r>
      <w:r>
        <w:br/>
      </w:r>
      <w:r>
        <w:rPr>
          <w:sz w:val="20"/>
        </w:rPr>
        <w:t>1:15:20  mein log ab masjid mein jama hue the iftar karne ke liye.</w:t>
      </w:r>
      <w:r>
        <w:br/>
      </w:r>
      <w:r>
        <w:rPr>
          <w:sz w:val="20"/>
        </w:rPr>
        <w:t>1:15:25  qareeb ke mandir se awaz aane lagi bhajan ki.</w:t>
      </w:r>
      <w:r>
        <w:br/>
      </w:r>
      <w:r>
        <w:rPr>
          <w:sz w:val="20"/>
        </w:rPr>
        <w:t>1:15:29  ab wahan kuch log gaye ja ke sahib, apne loudspeaker ko awaz kam karo, us ko band</w:t>
      </w:r>
      <w:r>
        <w:br/>
      </w:r>
      <w:r>
        <w:rPr>
          <w:sz w:val="20"/>
        </w:rPr>
        <w:t>1:15:36  karo.</w:t>
      </w:r>
      <w:r>
        <w:br/>
      </w:r>
      <w:r>
        <w:rPr>
          <w:sz w:val="20"/>
        </w:rPr>
        <w:t>1:15:38  to unho ne band kiya.</w:t>
      </w:r>
      <w:r>
        <w:br/>
      </w:r>
      <w:r>
        <w:rPr>
          <w:sz w:val="20"/>
        </w:rPr>
        <w:t>1:15:40  to kya unho ne kiya? ke us ko tod phod kar karne lage.</w:t>
      </w:r>
      <w:r>
        <w:br/>
      </w:r>
      <w:r>
        <w:rPr>
          <w:sz w:val="20"/>
        </w:rPr>
        <w:t>1:15:45  to bohat fasad ho gaya.</w:t>
      </w:r>
      <w:r>
        <w:br/>
      </w:r>
      <w:r>
        <w:rPr>
          <w:sz w:val="20"/>
        </w:rPr>
        <w:t>1:15:48  aur wahan crypto laga, bohat se log mare gaye.</w:t>
      </w:r>
      <w:r>
        <w:br/>
      </w:r>
      <w:r>
        <w:rPr>
          <w:sz w:val="20"/>
        </w:rPr>
        <w:t>1:15:51  jitne wo kamre direct hote hain, wo kamre direct nahi hain.</w:t>
      </w:r>
      <w:r>
        <w:br/>
      </w:r>
      <w:r>
        <w:rPr>
          <w:sz w:val="20"/>
        </w:rPr>
        <w:t>1:15:56  wo hote hain musalmanon ki stepped policy ke result hain.</w:t>
      </w:r>
      <w:r>
        <w:br/>
      </w:r>
      <w:r>
        <w:rPr>
          <w:sz w:val="20"/>
        </w:rPr>
        <w:t>1:16:00  wo aap aap kyun jaloos ko rokte hain? kyun ke un ke lord square ko band karna chahte</w:t>
      </w:r>
      <w:r>
        <w:br/>
      </w:r>
      <w:r>
        <w:rPr>
          <w:sz w:val="20"/>
        </w:rPr>
        <w:t>1:16:08  hain.</w:t>
      </w:r>
      <w:r>
        <w:br/>
      </w:r>
      <w:r>
        <w:rPr>
          <w:sz w:val="20"/>
        </w:rPr>
        <w:t>1:16:10  un ke slogan, slogan ko nahi band kar sakte aap.</w:t>
      </w:r>
      <w:r>
        <w:br/>
      </w:r>
      <w:r>
        <w:rPr>
          <w:sz w:val="20"/>
        </w:rPr>
        <w:t>1:16:14  wo slogan lagayenge kyun ke India mein azadi aap ke liye, un ke liye bhi dono ki azadi</w:t>
      </w:r>
      <w:r>
        <w:br/>
      </w:r>
      <w:r>
        <w:rPr>
          <w:sz w:val="20"/>
        </w:rPr>
        <w:t>1:16:22  hai.</w:t>
      </w:r>
      <w:r>
        <w:br/>
      </w:r>
      <w:r>
        <w:rPr>
          <w:sz w:val="20"/>
        </w:rPr>
        <w:t>1:16:23  to sirf ek hi shakal hai ke musalman principle of avoidance ko pakrein, araz karna.</w:t>
      </w:r>
      <w:r>
        <w:br/>
      </w:r>
      <w:r>
        <w:rPr>
          <w:sz w:val="20"/>
        </w:rPr>
        <w:t>1:16:30  araaz jaloos karta hai to kar lete hain, narah lagata hai to laga lete hain.</w:t>
      </w:r>
      <w:r>
        <w:br/>
      </w:r>
      <w:r>
        <w:rPr>
          <w:sz w:val="20"/>
        </w:rPr>
        <w:t>1:16:36  main aap ko ek dilchasp qissa sunata hoon.</w:t>
      </w:r>
      <w:r>
        <w:br/>
      </w:r>
      <w:r>
        <w:rPr>
          <w:sz w:val="20"/>
        </w:rPr>
        <w:t>1:16:39  ek martaba bohat bara fasad hua tha bhagalpur mein, bihar mein.</w:t>
      </w:r>
      <w:r>
        <w:br/>
      </w:r>
      <w:r>
        <w:rPr>
          <w:sz w:val="20"/>
        </w:rPr>
        <w:t>1:16:45  to bohat fasaad hua aur musalmanon ko bohat nuqsaan hua tha.</w:t>
      </w:r>
      <w:r>
        <w:br/>
      </w:r>
      <w:r>
        <w:rPr>
          <w:sz w:val="20"/>
        </w:rPr>
        <w:t>1:16:49  is mein to ek sahab ne ek kitaab likhi thi, moti si.</w:t>
      </w:r>
      <w:r>
        <w:br/>
      </w:r>
      <w:r>
        <w:rPr>
          <w:sz w:val="20"/>
        </w:rPr>
        <w:t>1:16:54  isi maujood bhagalpur ka fasaad, yeh kitaab mere paas abhi maujood hai.</w:t>
      </w:r>
      <w:r>
        <w:br/>
      </w:r>
      <w:r>
        <w:rPr>
          <w:sz w:val="20"/>
        </w:rPr>
        <w:t>1:17:00  koi shakhs dekh sakta hai is ko.</w:t>
      </w:r>
      <w:r>
        <w:br/>
      </w:r>
      <w:r>
        <w:rPr>
          <w:sz w:val="20"/>
        </w:rPr>
        <w:t>1:17:03  woh khud musannif mere paas woh kitaab le aaya.</w:t>
      </w:r>
      <w:r>
        <w:br/>
      </w:r>
      <w:r>
        <w:rPr>
          <w:sz w:val="20"/>
        </w:rPr>
        <w:t>1:17:07  to maine is ko thoda sa padha to woh likha hua tha ke juloos nikla musalmanon ke</w:t>
      </w:r>
      <w:r>
        <w:br/>
      </w:r>
      <w:r>
        <w:rPr>
          <w:sz w:val="20"/>
        </w:rPr>
        <w:t>1:17:15  muhalle mein.</w:t>
      </w:r>
      <w:r>
        <w:br/>
      </w:r>
      <w:r>
        <w:rPr>
          <w:sz w:val="20"/>
        </w:rPr>
        <w:t>1:17:16  to pehle to puraman tha, woh phir musalmanon ne ek step liya.</w:t>
      </w:r>
      <w:r>
        <w:br/>
      </w:r>
      <w:r>
        <w:rPr>
          <w:sz w:val="20"/>
        </w:rPr>
        <w:t>1:17:21  yahi lafz tha is mein.</w:t>
      </w:r>
      <w:r>
        <w:br/>
      </w:r>
      <w:r>
        <w:rPr>
          <w:sz w:val="20"/>
        </w:rPr>
        <w:t>1:17:23  step liya, is ke baad fasaad shuru ho gaya.</w:t>
      </w:r>
      <w:r>
        <w:br/>
      </w:r>
      <w:r>
        <w:rPr>
          <w:sz w:val="20"/>
        </w:rPr>
        <w:t>1:17:27  to maine poocha un se ke bhai step kya tha? woh to bata nahi rahe the ke</w:t>
      </w:r>
      <w:r>
        <w:br/>
      </w:r>
      <w:r>
        <w:rPr>
          <w:sz w:val="20"/>
        </w:rPr>
        <w:t>1:17:35  step kya tha.</w:t>
      </w:r>
      <w:r>
        <w:br/>
      </w:r>
      <w:r>
        <w:rPr>
          <w:sz w:val="20"/>
        </w:rPr>
        <w:t>1:17:36  to baad ko bhagalpur ke case ki jo vakalat kar rahe the, woh pairvi kar rahe the.</w:t>
      </w:r>
      <w:r>
        <w:br/>
      </w:r>
      <w:r>
        <w:rPr>
          <w:sz w:val="20"/>
        </w:rPr>
        <w:t>1:17:44  wakeel sahab un se meri mulaqaat hui to un se poocha ke woh step kya tha? to unhon</w:t>
      </w:r>
      <w:r>
        <w:br/>
      </w:r>
      <w:r>
        <w:rPr>
          <w:sz w:val="20"/>
        </w:rPr>
        <w:t>1:17:52  ne unhon ne bataya, khud wakeel sahab ne bataya jo jo case ki pairvi kar rahe the ke</w:t>
      </w:r>
      <w:r>
        <w:br/>
      </w:r>
      <w:r>
        <w:rPr>
          <w:sz w:val="20"/>
        </w:rPr>
        <w:t>1:18:00  hua yeh ke juloos nikla aur musalmanon ne kaha ke sahab, route badlo, route badlo, route badlo.</w:t>
      </w:r>
      <w:r>
        <w:br/>
      </w:r>
      <w:r>
        <w:rPr>
          <w:sz w:val="20"/>
        </w:rPr>
        <w:t>1:18:07  route badalne par raazi nahi the.</w:t>
      </w:r>
      <w:r>
        <w:br/>
      </w:r>
      <w:r>
        <w:rPr>
          <w:sz w:val="20"/>
        </w:rPr>
        <w:t>1:18:09  to musalmanon ne hand grade, hand hand gradenet phenka, dasty bom.</w:t>
      </w:r>
      <w:r>
        <w:br/>
      </w:r>
      <w:r>
        <w:rPr>
          <w:sz w:val="20"/>
        </w:rPr>
        <w:t>1:18:14  aur khud wakeel sahab ke alfaaz hain ke saare, yaani woh dhuwaan phail gaya saare road par.</w:t>
      </w:r>
      <w:r>
        <w:br/>
      </w:r>
      <w:r>
        <w:rPr>
          <w:sz w:val="20"/>
        </w:rPr>
        <w:t>1:18:21  to is ke baad un logon ne detailiate kiya aur phir bada fasaad hua, bada hangama hua, bohat</w:t>
      </w:r>
      <w:r>
        <w:br/>
      </w:r>
      <w:r>
        <w:rPr>
          <w:sz w:val="20"/>
        </w:rPr>
        <w:t>1:18:29  jalaye phooke gaye log.</w:t>
      </w:r>
      <w:r>
        <w:br/>
      </w:r>
      <w:r>
        <w:rPr>
          <w:sz w:val="20"/>
        </w:rPr>
        <w:t>1:18:31  to bhai, step step liya keh kar ke chhupaye hue hain is baat ko ke musalmanon ne ek</w:t>
      </w:r>
      <w:r>
        <w:br/>
      </w:r>
      <w:r>
        <w:rPr>
          <w:sz w:val="20"/>
        </w:rPr>
        <w:t>1:18:39  nadani ki ke wahan bom maar diya.</w:t>
      </w:r>
      <w:r>
        <w:br/>
      </w:r>
      <w:r>
        <w:rPr>
          <w:sz w:val="20"/>
        </w:rPr>
        <w:t>1:18:42  jab bom maarne ka hai to wohi marenge, poore woh koi nahi marenge.</w:t>
      </w:r>
      <w:r>
        <w:br/>
      </w:r>
      <w:r>
        <w:rPr>
          <w:sz w:val="20"/>
        </w:rPr>
        <w:t>1:18:48  bhai, to musannif se maine poocha, musannif se meri mulaqaat hui ke maine kaha ke kyun</w:t>
      </w:r>
      <w:r>
        <w:br/>
      </w:r>
      <w:r>
        <w:rPr>
          <w:sz w:val="20"/>
        </w:rPr>
        <w:t>1:18:56  aap itna ghussa ho gaye? aap log to unhon ne kaha kaise ghussa hota hai? to unhon ne</w:t>
      </w:r>
      <w:r>
        <w:br/>
      </w:r>
      <w:r>
        <w:rPr>
          <w:sz w:val="20"/>
        </w:rPr>
        <w:t>1:19:03  bataya ke woh is is is is ka mehle ka naam tha tatar pur.</w:t>
      </w:r>
      <w:r>
        <w:br/>
      </w:r>
      <w:r>
        <w:rPr>
          <w:sz w:val="20"/>
        </w:rPr>
        <w:t>1:19:09  unhon ne kaha ke woh log naarah laga rahe the ke "je maan kaali tatar pur karo khaali".</w:t>
      </w:r>
      <w:r>
        <w:br/>
      </w:r>
      <w:r>
        <w:rPr>
          <w:sz w:val="20"/>
        </w:rPr>
        <w:t>1:19:17  yeh musannif ne bataya "je maan kaali tatar pur kharo khaali".</w:t>
      </w:r>
      <w:r>
        <w:br/>
      </w:r>
      <w:r>
        <w:rPr>
          <w:sz w:val="20"/>
        </w:rPr>
        <w:t>1:19:22  to unhon ne kaha kaise hum is ko bardasht karte the? to main ne kaha acha yeh bataiye</w:t>
      </w:r>
      <w:r>
        <w:br/>
      </w:r>
      <w:r>
        <w:rPr>
          <w:sz w:val="20"/>
        </w:rPr>
        <w:t>1:19:30  ke aap ne bardasht nahi kiya, roka, fasaad hua, crypto laga, log maare gaye, dobara jalai phoonk gayi.</w:t>
      </w:r>
      <w:r>
        <w:br/>
      </w:r>
      <w:r>
        <w:rPr>
          <w:sz w:val="20"/>
        </w:rPr>
        <w:t>1:19:37  to ab wahan par musalman hain ke nahi hain? kaha alhamdulillah, ab musalman wahan par abhi bhi hain.</w:t>
      </w:r>
      <w:r>
        <w:br/>
      </w:r>
      <w:r>
        <w:rPr>
          <w:sz w:val="20"/>
        </w:rPr>
        <w:t>1:19:45  to main ne phir un se kaha jab juloos nikaal kar ke fasaad kar ke bhi woh tatar</w:t>
      </w:r>
      <w:r>
        <w:br/>
      </w:r>
      <w:r>
        <w:rPr>
          <w:sz w:val="20"/>
        </w:rPr>
        <w:t>1:19:53  pur ko khaali nahi kar saka musalmanon se, to aap ko react karne ki zaroorat kya thi?</w:t>
      </w:r>
      <w:r>
        <w:br/>
      </w:r>
      <w:r>
        <w:rPr>
          <w:sz w:val="20"/>
        </w:rPr>
        <w:t>1:20:00  aap kehte hain ke yeh bewakoofi ke idare hain, is tarah kahin tatar pur khaali ho jata</w:t>
      </w:r>
      <w:r>
        <w:br/>
      </w:r>
      <w:r>
        <w:rPr>
          <w:sz w:val="20"/>
        </w:rPr>
        <w:t>1:20:08  hai.</w:t>
      </w:r>
      <w:r>
        <w:br/>
      </w:r>
      <w:r>
        <w:rPr>
          <w:sz w:val="20"/>
        </w:rPr>
        <w:t>1:20:10  ab main ne kaha ke aap ghor kijiye ke unhon ne juloos nikala aur wahan par fasaad hua,</w:t>
      </w:r>
      <w:r>
        <w:br/>
      </w:r>
      <w:r>
        <w:rPr>
          <w:sz w:val="20"/>
        </w:rPr>
        <w:t>1:20:17  goliyan chali, dobara jalai gayi, phir bhi musalman maujood hain wahan par.</w:t>
      </w:r>
      <w:r>
        <w:br/>
      </w:r>
      <w:r>
        <w:rPr>
          <w:sz w:val="20"/>
        </w:rPr>
        <w:t>1:20:23  to jab fasaad juloos nikalwa kar fasaad karwa kar ke bhi woh tatar pur ko khaali nahi kara</w:t>
      </w:r>
      <w:r>
        <w:br/>
      </w:r>
      <w:r>
        <w:rPr>
          <w:sz w:val="20"/>
        </w:rPr>
        <w:t>1:20:30  sake, to aap ab bhark bharke kyun? aap ne react kyun kiya? aap ko kehna chahiye tha</w:t>
      </w:r>
      <w:r>
        <w:br/>
      </w:r>
      <w:r>
        <w:rPr>
          <w:sz w:val="20"/>
        </w:rPr>
        <w:t>1:20:38  ke bhai yeh bewakoofi ke idare hain, aise koi tatar pur khaali hota hai? yahi nadani hai</w:t>
      </w:r>
      <w:r>
        <w:br/>
      </w:r>
      <w:r>
        <w:rPr>
          <w:sz w:val="20"/>
        </w:rPr>
        <w:t>1:20:46  jis ki wajah se kamre direct ho rahe hain.</w:t>
      </w:r>
      <w:r>
        <w:br/>
      </w:r>
      <w:r>
        <w:rPr>
          <w:sz w:val="20"/>
        </w:rPr>
        <w:t>1:20:50  to aap ko main arz karunga meri kitab padh lijie.</w:t>
      </w:r>
      <w:r>
        <w:br/>
      </w:r>
      <w:r>
        <w:rPr>
          <w:sz w:val="20"/>
        </w:rPr>
        <w:t>1:20:54  aap is kitab ka naam kya hai? sahib, hal yahan hai.</w:t>
      </w:r>
      <w:r>
        <w:br/>
      </w:r>
      <w:r>
        <w:rPr>
          <w:sz w:val="20"/>
        </w:rPr>
        <w:t>1:20:59  ji, hal yahan hai.</w:t>
      </w:r>
      <w:r>
        <w:br/>
      </w:r>
      <w:r>
        <w:rPr>
          <w:sz w:val="20"/>
        </w:rPr>
        <w:t>1:21:01  ek kitab hai, hal yahan hai.</w:t>
      </w:r>
      <w:r>
        <w:br/>
      </w:r>
      <w:r>
        <w:rPr>
          <w:sz w:val="20"/>
        </w:rPr>
        <w:t>1:21:03  sirf ek kitab aap padh lijie, hal yahan.</w:t>
      </w:r>
      <w:r>
        <w:br/>
      </w:r>
      <w:r>
        <w:rPr>
          <w:sz w:val="20"/>
        </w:rPr>
        <w:t>1:21:07  aap ko yeh baat wazeh ho jayegi, hal yahan hai.</w:t>
      </w:r>
      <w:r>
        <w:br/>
      </w:r>
      <w:r>
        <w:rPr>
          <w:sz w:val="20"/>
        </w:rPr>
        <w:t>1:21:11  yahan mil sakti hai aap ko.</w:t>
      </w:r>
      <w:r>
        <w:br/>
      </w:r>
      <w:r>
        <w:rPr>
          <w:sz w:val="20"/>
        </w:rPr>
        <w:t>1:21:14  hum neeche jab aap jayen to is ko aap dekh sakte hain, hal yahan hai.</w:t>
      </w:r>
      <w:r>
        <w:br/>
      </w:r>
      <w:r>
        <w:rPr>
          <w:sz w:val="20"/>
        </w:rPr>
        <w:t>1:21:20  fasadat ka matlab yeh hai, woh woh shamil hai.</w:t>
      </w:r>
      <w:r>
        <w:br/>
      </w:r>
      <w:r>
        <w:rPr>
          <w:sz w:val="20"/>
        </w:rPr>
        <w:t>1:21:24  is mein Maulana yeh sawal Dilli se aaya hai Dr. Saleema Siddiqui ka.</w:t>
      </w:r>
      <w:r>
        <w:br/>
      </w:r>
      <w:r>
        <w:rPr>
          <w:sz w:val="20"/>
        </w:rPr>
        <w:t>1:21:30  unhon ne likha hai ke jab sailab-e-Nuh aaya to Hazrat Nuh ka beta Kanan, jo mushrikon ka</w:t>
      </w:r>
      <w:r>
        <w:br/>
      </w:r>
      <w:r>
        <w:rPr>
          <w:sz w:val="20"/>
        </w:rPr>
        <w:t>1:21:38  saathi tha, Allah ne is sailab mein us ko dubo diya.</w:t>
      </w:r>
      <w:r>
        <w:br/>
      </w:r>
      <w:r>
        <w:rPr>
          <w:sz w:val="20"/>
        </w:rPr>
        <w:t>1:21:42  تب نوح نے اللہ کو پکارا اور کہا: "My Lord, my son was a part of my family."</w:t>
      </w:r>
      <w:r>
        <w:br/>
      </w:r>
      <w:r>
        <w:rPr>
          <w:sz w:val="20"/>
        </w:rPr>
        <w:t>1:21:50  your promise was surely true.</w:t>
      </w:r>
      <w:r>
        <w:br/>
      </w:r>
      <w:r>
        <w:rPr>
          <w:sz w:val="20"/>
        </w:rPr>
        <w:t>1:21:52  you are the most just of all judges.</w:t>
      </w:r>
      <w:r>
        <w:br/>
      </w:r>
      <w:r>
        <w:rPr>
          <w:sz w:val="20"/>
        </w:rPr>
        <w:t>1:21:56  God said Noah, he was not one of your family, for indeed he was unrighteous in his</w:t>
      </w:r>
      <w:r>
        <w:br/>
      </w:r>
      <w:r>
        <w:rPr>
          <w:sz w:val="20"/>
        </w:rPr>
        <w:t>1:22:03  conduct. Maulana, kya is ayat ka explanation yeh liya jaye ke Islam mein blood relation asal nahi hai?</w:t>
      </w:r>
      <w:r>
        <w:br/>
      </w:r>
      <w:r>
        <w:rPr>
          <w:sz w:val="20"/>
        </w:rPr>
        <w:t>1:22:11  kyun ke Khuda ne criteria righteous hona bataya hai, na ke rishtedari.</w:t>
      </w:r>
      <w:r>
        <w:br/>
      </w:r>
      <w:r>
        <w:rPr>
          <w:sz w:val="20"/>
        </w:rPr>
        <w:t>1:22:16  koi insan is liye nahi bachaya jaye ga ke woh paighambar ka rishtedar hai.</w:t>
      </w:r>
      <w:r>
        <w:br/>
      </w:r>
      <w:r>
        <w:rPr>
          <w:sz w:val="20"/>
        </w:rPr>
        <w:t>1:22:23  ab yeh to yahi matlab hai is ka.</w:t>
      </w:r>
      <w:r>
        <w:br/>
      </w:r>
      <w:r>
        <w:rPr>
          <w:sz w:val="20"/>
        </w:rPr>
        <w:t>1:22:26  woh to khud jo alfaaz hain, woh bol rahe hain aur koi doosra explanation is ka ho nahi</w:t>
      </w:r>
      <w:r>
        <w:br/>
      </w:r>
      <w:r>
        <w:rPr>
          <w:sz w:val="20"/>
        </w:rPr>
        <w:t>1:22:34  sakta.</w:t>
      </w:r>
      <w:r>
        <w:br/>
      </w:r>
      <w:r>
        <w:rPr>
          <w:sz w:val="20"/>
        </w:rPr>
        <w:t>1:22:36  clear hai, yeh is ko pooch sakte hain: "Ya main phir min akhi wa ummi wa abi wa saahibi wa ghani".</w:t>
      </w:r>
      <w:r>
        <w:br/>
      </w:r>
      <w:r>
        <w:rPr>
          <w:sz w:val="20"/>
        </w:rPr>
        <w:t>1:22:43  Quran mein aaya hai, to sahi baat hai.</w:t>
      </w:r>
    </w:p>
    <w:p>
      <w:pPr>
        <w:pStyle w:val="Heading2"/>
      </w:pPr>
      <w:r>
        <w:t>Family as enemy versus unconditional love</w:t>
      </w:r>
    </w:p>
    <w:p>
      <w:r>
        <w:rPr>
          <w:color w:val="666666"/>
          <w:sz w:val="18"/>
        </w:rPr>
        <w:t>Life &amp; Wisdom · Roza (Fasting) Shock May 26, 2019 · 1m 33s · at 22:40 · https://youtu.be/GXYhGriFRpM?t=1360</w:t>
      </w:r>
    </w:p>
    <w:p>
      <w:r>
        <w:rPr>
          <w:i/>
        </w:rPr>
        <w:t>“You said family life is the biggest enemy, then why does unconditional love come only from family members? Please clarify this. Family is a blessing from God. When a child is born, can you create a child? You cannot even create a child's finger. A child with his whole existence shows that there is a God who is a very great giver.”</w:t>
      </w:r>
    </w:p>
    <w:p>
      <w:r>
        <w:rPr>
          <w:sz w:val="20"/>
        </w:rPr>
        <w:t>22:40  Jee, Maulana, agla sawal ah Delhi se bheja hai Prashant Tiwari ji ne. Unhon ne aapse poocha hai: "If family life is biggest enemy, to phir unconditional love family member se hi kyun milta hai?" Maulana sahib, is ko is ko clarify karen.</w:t>
      </w:r>
      <w:r>
        <w:br/>
      </w:r>
      <w:r>
        <w:rPr>
          <w:sz w:val="20"/>
        </w:rPr>
        <w:t>23:02  Yeh to bhool ki baat hai. Family ek nemat hai Allah ki taraf se. Aap bataiye ke ek bachcha aap ka paida hota hai to aap bana sakte hain bachche ko?</w:t>
      </w:r>
      <w:r>
        <w:br/>
      </w:r>
      <w:r>
        <w:rPr>
          <w:sz w:val="20"/>
        </w:rPr>
        <w:t>23:16  Bachche ki ungli bhi nahi bana sakte aap. Bhala bachcha apne poore wajood ke sath batata hai ke koi Khuda hai jo bohat hi bara giver hai.</w:t>
      </w:r>
      <w:r>
        <w:br/>
      </w:r>
      <w:r>
        <w:rPr>
          <w:sz w:val="20"/>
        </w:rPr>
        <w:t>23:28  Lekin main jahan jahan se le kar America tak kisi ko nahi paya jo family par Khuda ko yaad kare, bas family, family, family.</w:t>
      </w:r>
      <w:r>
        <w:br/>
      </w:r>
      <w:r>
        <w:rPr>
          <w:sz w:val="20"/>
        </w:rPr>
        <w:t>23:38  Yeh to shirk hai. Jo cheez mili hai Allah se, us ko attribute kar den aap kisi aur ki taraf, yeh to shirk hai.</w:t>
      </w:r>
      <w:r>
        <w:br/>
      </w:r>
      <w:r>
        <w:rPr>
          <w:sz w:val="20"/>
        </w:rPr>
        <w:t>23:49  To chahe family ho, chahe koi aur cheez ho, aam ke peed par ek phal latak raha ho, ya aap kahan hain, ek Allah ki ek nemat aayi ho, us ka har cheez par Allah ka shukar karna hai.</w:t>
      </w:r>
      <w:r>
        <w:br/>
      </w:r>
      <w:r>
        <w:rPr>
          <w:sz w:val="20"/>
        </w:rPr>
        <w:t>24:06  Lekin isi ko agar aap focus karen to woh shirk ban jata hai.</w:t>
      </w:r>
    </w:p>
    <w:p>
      <w:pPr>
        <w:pStyle w:val="Heading2"/>
      </w:pPr>
      <w:r>
        <w:t>Family as hurdle in discovering truth</w:t>
      </w:r>
    </w:p>
    <w:p>
      <w:r>
        <w:rPr>
          <w:color w:val="666666"/>
          <w:sz w:val="18"/>
        </w:rPr>
        <w:t>Life &amp; Wisdom · Roza (Fasting) Shock May 26, 2019 · 1m 22s · at 36:25 · https://youtu.be/GXYhGriFRpM?t=2185</w:t>
      </w:r>
    </w:p>
    <w:p>
      <w:r>
        <w:rPr>
          <w:i/>
        </w:rPr>
        <w:t>“Maulana, how family becomes a hurdle in the path of discovery of truth? I have not understood this. Please clarify.”</w:t>
      </w:r>
    </w:p>
    <w:p>
      <w:r>
        <w:rPr>
          <w:sz w:val="20"/>
        </w:rPr>
        <w:t>36:25  thank you so much. may god bless you." maulana, agla sawal bhi bheja hai azhar mubarak sahib ne.</w:t>
      </w:r>
      <w:r>
        <w:br/>
      </w:r>
      <w:r>
        <w:rPr>
          <w:sz w:val="20"/>
        </w:rPr>
        <w:t>36:35  unhon ne likha hai: "maulana, how family becomes a hurdle in the path of discovery of truth? i have not understood this.</w:t>
      </w:r>
      <w:r>
        <w:br/>
      </w:r>
      <w:r>
        <w:rPr>
          <w:sz w:val="20"/>
        </w:rPr>
        <w:t>36:44  please clarify." kaun kar raha hai</w:t>
      </w:r>
      <w:r>
        <w:br/>
      </w:r>
      <w:r>
        <w:rPr>
          <w:sz w:val="20"/>
        </w:rPr>
        <w:t>36:47  ? azhar mubarak. how family? bhai, aap introspection kijiye, hisab kijiye ke 24 ghante jo aap ko mile hue hain, is mein real sense mein kitna aap apne khaliq ko yaad karte hain aur kitna kisi aur ko?</w:t>
      </w:r>
      <w:r>
        <w:br/>
      </w:r>
      <w:r>
        <w:rPr>
          <w:sz w:val="20"/>
        </w:rPr>
        <w:t>37:04  yeh kaun sa mushkil kaam hai? misaal ke taur par, meri ek mushkil saamne mere aayi to maine kaha: "assalam o alaikum ayha al malaika." to aap sochiye ke kitni baar aap aisa karte hain?</w:t>
      </w:r>
      <w:r>
        <w:br/>
      </w:r>
      <w:r>
        <w:rPr>
          <w:sz w:val="20"/>
        </w:rPr>
        <w:t>37:22  yaani allah ke jo taraf se jo madadgar khade hue hain, har taraf woh isi intezar mein to hain ke un se koi kahe.</w:t>
      </w:r>
      <w:r>
        <w:br/>
      </w:r>
      <w:r>
        <w:rPr>
          <w:sz w:val="20"/>
        </w:rPr>
        <w:t>37:31  to mujhe bataiye ke aap ko apni zindagi mein koi insaan mila hai? aisa nahi mila hai to samajh ki? here is the rao. yeh kaun sa mushkil kaam hai?</w:t>
      </w:r>
    </w:p>
    <w:p>
      <w:pPr>
        <w:pStyle w:val="Heading2"/>
      </w:pPr>
      <w:r>
        <w:t>Feasibility of alternative formula for all</w:t>
      </w:r>
    </w:p>
    <w:p>
      <w:r>
        <w:rPr>
          <w:color w:val="666666"/>
          <w:sz w:val="18"/>
        </w:rPr>
        <w:t>Life &amp; Wisdom · Age of Alternatives April 05, 2015 · 2m 24s · at 46:42 · https://youtu.be/4v0uCM2BZuA?t=2802</w:t>
      </w:r>
    </w:p>
    <w:p>
      <w:r>
        <w:rPr>
          <w:i/>
        </w:rPr>
        <w:t>“Maulana, today you spoke about adopting an alternative formula, but since it has a long gestation period to materialize, and it requires a person to be positive, practically it may not be possible to implement by everyone. Most people are either negative or they want immediate solutions. What is your comment on this?”</w:t>
      </w:r>
    </w:p>
    <w:p>
      <w:r>
        <w:rPr>
          <w:sz w:val="20"/>
        </w:rPr>
        <w:t>46:42  . Maulana, yeh sawal kolkata se aya hai shaukeen sahib ka aur unhone likha hai: "Maulana sahib, today you spoke about adopting of alternative formula,</w:t>
      </w:r>
      <w:r>
        <w:br/>
      </w:r>
      <w:r>
        <w:rPr>
          <w:sz w:val="20"/>
        </w:rPr>
        <w:t>46:57  but since it has a long gestation period to materialize, and also it requires a person to be positive, hence practically it may not be possible to implement by everyone.</w:t>
      </w:r>
      <w:r>
        <w:br/>
      </w:r>
      <w:r>
        <w:rPr>
          <w:sz w:val="20"/>
        </w:rPr>
        <w:t>47:11  most of the people are either negative or they want immediate solutions. what is your comment on this?" dekhen, mein ne is ki misal di hai abhi ke america ko super power samjha jata hai.</w:t>
      </w:r>
      <w:r>
        <w:br/>
      </w:r>
      <w:r>
        <w:rPr>
          <w:sz w:val="20"/>
        </w:rPr>
        <w:t>47:32  us ne alternative nahi liya balkeh ladai chher di iraq ke khilaf. to result negative nikla.</w:t>
      </w:r>
      <w:r>
        <w:br/>
      </w:r>
      <w:r>
        <w:rPr>
          <w:sz w:val="20"/>
        </w:rPr>
        <w:t>47:40  to yeh to bohat bari eye winner hai america ke anjam ke aap ne parha hoga akhbaron mein ke president obama ne yeh kaha ke "gulf war jo thi, woh hamare liye un intended consequences ka nateeja ban gayi." to is hawale ke doosre kisi pas zyada taqat hai.</w:t>
      </w:r>
      <w:r>
        <w:br/>
      </w:r>
      <w:r>
        <w:rPr>
          <w:sz w:val="20"/>
        </w:rPr>
        <w:t>48:02  to is masla yeh hai ke "we have no other option." "we have no other option."</w:t>
      </w:r>
      <w:r>
        <w:br/>
      </w:r>
      <w:r>
        <w:rPr>
          <w:sz w:val="20"/>
        </w:rPr>
        <w:t>48:09  aap ko pyas bujhana hai to pani peena parega. aap pathar se apni pyas nahi bujha sakte. to apne mind ko badlie, apni soch ko badlie.</w:t>
      </w:r>
      <w:r>
        <w:br/>
      </w:r>
      <w:r>
        <w:rPr>
          <w:sz w:val="20"/>
        </w:rPr>
        <w:t>48:22  negative thinking aur takrao ka mizaj jo hai, woh jab pay nahi karne wala hai, jab work nahi karne wala hai, to to kya faida hai is mein majboor aanay se?</w:t>
      </w:r>
      <w:r>
        <w:br/>
      </w:r>
      <w:r>
        <w:rPr>
          <w:sz w:val="20"/>
        </w:rPr>
        <w:t>48:32  mein samajhta hoon ke Allah taala ne first world war, second world war, aur recently gulf war ko hamare liye eye opener bana diya.</w:t>
      </w:r>
      <w:r>
        <w:br/>
      </w:r>
      <w:r>
        <w:rPr>
          <w:sz w:val="20"/>
        </w:rPr>
        <w:t>48:41  teenon jangon mein jang chherne walon ko kuch bhi nahi mila. to ab kaun hai jo is se zyada taqat is ke paas hai ke wo jang kar ke kuch gain kar sakta hai?</w:t>
      </w:r>
      <w:r>
        <w:br/>
      </w:r>
      <w:r>
        <w:rPr>
          <w:sz w:val="20"/>
        </w:rPr>
        <w:t>48:54  mein samajhta hoon ke yeh yeh to nadani ki soch hai, yeh koi wisdom ki baat nahi hai.</w:t>
      </w:r>
    </w:p>
    <w:p>
      <w:pPr>
        <w:pStyle w:val="Heading2"/>
      </w:pPr>
      <w:r>
        <w:t>Feeling dejected despite working</w:t>
      </w:r>
    </w:p>
    <w:p>
      <w:r>
        <w:rPr>
          <w:color w:val="666666"/>
          <w:sz w:val="18"/>
        </w:rPr>
        <w:t>Life &amp; Wisdom · Spirituality in Simple Living, High Thinking October 27, 2019 Maulana Wahiduddin Khan · 6m 26s · at 38:31 · https://youtu.be/Kr28g15eFr8?t=2311</w:t>
      </w:r>
    </w:p>
    <w:p>
      <w:r>
        <w:rPr>
          <w:i/>
        </w:rPr>
        <w:t>“Although I claim to work, I always feel dejected as if I have done nothing. Please explain this.”</w:t>
      </w:r>
    </w:p>
    <w:p>
      <w:r>
        <w:rPr>
          <w:sz w:val="20"/>
        </w:rPr>
        <w:t>38:31  maulana, agla sawal bijnor, up se kya hai mehtab ali nandro sahib ne. unhon ne likha hai: "halankeh mein daawa work karta hoon magar hamesha dejected feeling mein rehta hoon jaise maine kuch nahi kiya." yeh kya hai maulana?</w:t>
      </w:r>
      <w:r>
        <w:br/>
      </w:r>
      <w:r>
        <w:rPr>
          <w:sz w:val="20"/>
        </w:rPr>
        <w:t>38:49  is ko wazeh karen. dekhen, yeh koi negative baat nahi hai,</w:t>
      </w:r>
      <w:r>
        <w:br/>
      </w:r>
      <w:r>
        <w:rPr>
          <w:sz w:val="20"/>
        </w:rPr>
        <w:t>38:56  yeh to bohat achi baat hai. aur dobara mein aap ko readers digest ka ek ek effort deta hoon.</w:t>
      </w:r>
      <w:r>
        <w:br/>
      </w:r>
      <w:r>
        <w:rPr>
          <w:sz w:val="20"/>
        </w:rPr>
        <w:t>39:07  is zamane ki baat hai jab mein parhta tha to is mein ek article chha tha, ek shakhs ne likha tha ke nobel prize jo jin ko milta hai un ki quality kya hoti hai.</w:t>
      </w:r>
      <w:r>
        <w:br/>
      </w:r>
      <w:r>
        <w:rPr>
          <w:sz w:val="20"/>
        </w:rPr>
        <w:t>39:22  yeh ek shakhs ne research kiya, ek kitaab se bhi thi ke is ne kuch selected log jo jin ko nobel prize mila tha un ka study ki ke un ke andar common sifat kya thi.</w:t>
      </w:r>
      <w:r>
        <w:br/>
      </w:r>
      <w:r>
        <w:rPr>
          <w:sz w:val="20"/>
        </w:rPr>
        <w:t>39:42  common</w:t>
      </w:r>
      <w:r>
        <w:br/>
      </w:r>
      <w:r>
        <w:rPr>
          <w:sz w:val="20"/>
        </w:rPr>
        <w:t>39:44  to is ne likha tha ke ke in logon mein common sifat yeh thi ke har ek ne do, har ek mein do sifat pai jati thi, woh thi curiosity and discontent.</w:t>
      </w:r>
      <w:r>
        <w:br/>
      </w:r>
      <w:r>
        <w:rPr>
          <w:sz w:val="20"/>
        </w:rPr>
        <w:t>40:01  yeh to bari achi baat hai,</w:t>
      </w:r>
      <w:r>
        <w:br/>
      </w:r>
      <w:r>
        <w:rPr>
          <w:sz w:val="20"/>
        </w:rPr>
        <w:t>40:06  ehsas kami jo hai to bari achi baat hai.</w:t>
      </w:r>
      <w:r>
        <w:br/>
      </w:r>
      <w:r>
        <w:rPr>
          <w:sz w:val="20"/>
        </w:rPr>
        <w:t>40:11  hum hamesha aur se better se better, better se better banane ki fikr karte rahenge. curiosity and discontent mein yeh aisi koi negative baat hi nahi hai,</w:t>
      </w:r>
      <w:r>
        <w:br/>
      </w:r>
      <w:r>
        <w:rPr>
          <w:sz w:val="20"/>
        </w:rPr>
        <w:t>40:29  yeh to positive baat hai.</w:t>
      </w:r>
      <w:r>
        <w:br/>
      </w:r>
      <w:r>
        <w:rPr>
          <w:sz w:val="20"/>
        </w:rPr>
        <w:t>40:37  riaz bhat sahib ne bangalore se comment bheja hai. unhon</w:t>
      </w:r>
      <w:r>
        <w:br/>
      </w:r>
      <w:r>
        <w:rPr>
          <w:sz w:val="20"/>
        </w:rPr>
        <w:t>40:40  ne likha hai: "maulana sahib, thanks for giving us a wing of spiritual living. nice explanation of simple living by self management, relieving the mind of unnecessary burden of competitive thinking, leading its way towards spiritual thought process.</w:t>
      </w:r>
      <w:r>
        <w:br/>
      </w:r>
      <w:r>
        <w:rPr>
          <w:sz w:val="20"/>
        </w:rPr>
        <w:t>41:01  praying for all of us to adhere to this advice."</w:t>
      </w:r>
      <w:r>
        <w:br/>
      </w:r>
      <w:r>
        <w:rPr>
          <w:sz w:val="20"/>
        </w:rPr>
        <w:t>41:07  zaheer uddin khwaja sahib ne rai chor se likha hai: "simple living and high thinking is prophetic formula of life.</w:t>
      </w:r>
      <w:r>
        <w:br/>
      </w:r>
      <w:r>
        <w:rPr>
          <w:sz w:val="20"/>
        </w:rPr>
        <w:t>41:17  rasool Allah total life is example of this formula and one can say the greatest sunnah of rasool Allah."</w:t>
      </w:r>
      <w:r>
        <w:br/>
      </w:r>
      <w:r>
        <w:rPr>
          <w:sz w:val="20"/>
        </w:rPr>
        <w:t>41:27  doctor safina tabassum ne saharanpur se likha hai: "maulana sahib, aap ne wazeh kar diya materialism mein rehna apne ko distraction mein daal kar rehna hai.</w:t>
      </w:r>
      <w:r>
        <w:br/>
      </w:r>
      <w:r>
        <w:rPr>
          <w:sz w:val="20"/>
        </w:rPr>
        <w:t>41:39  is mein ulajh kar aap higher goals ko nahi pahunch sakte. jazak Allah."</w:t>
      </w:r>
      <w:r>
        <w:br/>
      </w:r>
      <w:r>
        <w:rPr>
          <w:sz w:val="20"/>
        </w:rPr>
        <w:t>41:47  javed iqbal sahib ne west bengal se likha hai: "muslims ko lip service chhodna padega, tabhi high thinking in ke andar aayegi." sahi hai, mein is se agree karta hoon ke lip service bohat zyada clear habit hai,</w:t>
      </w:r>
      <w:r>
        <w:br/>
      </w:r>
      <w:r>
        <w:rPr>
          <w:sz w:val="20"/>
        </w:rPr>
        <w:t>42:10  clear habit hai. maulana miss shabana ansari ne pakistan se likha hai.</w:t>
      </w:r>
      <w:r>
        <w:br/>
      </w:r>
      <w:r>
        <w:rPr>
          <w:sz w:val="20"/>
        </w:rPr>
        <w:t>42:17  unhon ne aap se poocha hai: "maulana, kya simple living se murad need based zindagi guzarna hai aur materialistic lifestyle se bachna chahiye?</w:t>
      </w:r>
      <w:r>
        <w:br/>
      </w:r>
      <w:r>
        <w:rPr>
          <w:sz w:val="20"/>
        </w:rPr>
        <w:t>42:30  kya yeh sahi hai?"</w:t>
      </w:r>
      <w:r>
        <w:br/>
      </w:r>
      <w:r>
        <w:rPr>
          <w:sz w:val="20"/>
        </w:rPr>
        <w:t>42:33  dekhen, main samajhta hoon ke is ka koi yani</w:t>
      </w:r>
      <w:r>
        <w:br/>
      </w:r>
      <w:r>
        <w:rPr>
          <w:sz w:val="20"/>
        </w:rPr>
        <w:t>42:41  external koi koi</w:t>
      </w:r>
      <w:r>
        <w:br/>
      </w:r>
      <w:r>
        <w:rPr>
          <w:sz w:val="20"/>
        </w:rPr>
        <w:t>42:47  formula nahin hai. Aap khud faisla karte hain ke</w:t>
      </w:r>
      <w:r>
        <w:br/>
      </w:r>
      <w:r>
        <w:rPr>
          <w:sz w:val="20"/>
        </w:rPr>
        <w:t>42:58  mere liye</w:t>
      </w:r>
      <w:r>
        <w:br/>
      </w:r>
      <w:r>
        <w:rPr>
          <w:sz w:val="20"/>
        </w:rPr>
        <w:t>43:02  kya tareeqa sahih hai. Doosra aadmi jo bataye ga woh adhoori knowledge ke base pe bataye ga, poori knowledge sirf aap ko hoti hai.</w:t>
      </w:r>
      <w:r>
        <w:br/>
      </w:r>
      <w:r>
        <w:rPr>
          <w:sz w:val="20"/>
        </w:rPr>
        <w:t>43:18  Mislan dekhen, main apne bare mein kehta hoon ke main bachpan se mera dard tha ke kapre ka shauq nahin, khane ka shauq nahin, kuch nahin.</w:t>
      </w:r>
      <w:r>
        <w:br/>
      </w:r>
      <w:r>
        <w:rPr>
          <w:sz w:val="20"/>
        </w:rPr>
        <w:t>43:30  Mislan meri maa batati thi</w:t>
      </w:r>
      <w:r>
        <w:br/>
      </w:r>
      <w:r>
        <w:rPr>
          <w:sz w:val="20"/>
        </w:rPr>
        <w:t>43:35  ke chhote jab main chhota tha aur eid ke din kapra naya bachchon ke ghar ke bachchon ke liye banaya jata tha to sab log naye kapre pehan kar khush shauq se shauq se pehante the.</w:t>
      </w:r>
      <w:r>
        <w:br/>
      </w:r>
      <w:r>
        <w:rPr>
          <w:sz w:val="20"/>
        </w:rPr>
        <w:t>43:55  main pehanta hi nahin tha,</w:t>
      </w:r>
      <w:r>
        <w:br/>
      </w:r>
      <w:r>
        <w:rPr>
          <w:sz w:val="20"/>
        </w:rPr>
        <w:t>43:59  main pehanta hi nahin tha. Meri maa kehti thi: "Kapra pehan lo, eid ka din hai, eid ka din hai." To main jante hain kya karta tha?</w:t>
      </w:r>
      <w:r>
        <w:br/>
      </w:r>
      <w:r>
        <w:rPr>
          <w:sz w:val="20"/>
        </w:rPr>
        <w:t>44:11  Jaldi kya hai? Jaldi kya hai? Halanke eid ka din hota tha, woh jaldi thi. Aise mein main use padhta tha to har hafte ek baar main ghar aata tha.</w:t>
      </w:r>
      <w:r>
        <w:br/>
      </w:r>
      <w:r>
        <w:rPr>
          <w:sz w:val="20"/>
        </w:rPr>
        <w:t>44:28  To jab bhi aata tha wahan to hamari poochhti thi maa ke aaj khane ke liye kya pakaya hai?</w:t>
      </w:r>
      <w:r>
        <w:br/>
      </w:r>
      <w:r>
        <w:rPr>
          <w:sz w:val="20"/>
        </w:rPr>
        <w:t>44:38  Aise maa poochhti hai aam taur par. To mujhe yaad hai ke ek baar bhi maine nahin kaha ke falan cheez pakaiye, jo jo rahe ga wohi kha len ge.</w:t>
      </w:r>
      <w:r>
        <w:br/>
      </w:r>
      <w:r>
        <w:rPr>
          <w:sz w:val="20"/>
        </w:rPr>
        <w:t>44:53  Yeh mizaj ki baat hai,</w:t>
      </w:r>
    </w:p>
    <w:p>
      <w:pPr>
        <w:pStyle w:val="Heading2"/>
      </w:pPr>
      <w:r>
        <w:t>Focus on need not greed</w:t>
      </w:r>
    </w:p>
    <w:p>
      <w:r>
        <w:rPr>
          <w:color w:val="666666"/>
          <w:sz w:val="18"/>
        </w:rPr>
        <w:t>Life &amp; Wisdom · Between Hell and Paradise January 27, 2013 · 1m 09s · at 1:09:32 · https://youtu.be/0IItFxGXPQ4?t=4172</w:t>
      </w:r>
    </w:p>
    <w:p>
      <w:r>
        <w:rPr>
          <w:i/>
        </w:rPr>
        <w:t>“Instead of focusing on material need, we have aligned ourselves in focusing on material greed. I think this is the main reason that the Muslims of the present day have lost the habit of shukr. Kindly guide us how we can focus only on material need.”</w:t>
      </w:r>
    </w:p>
    <w:p>
      <w:r>
        <w:rPr>
          <w:sz w:val="20"/>
        </w:rPr>
        <w:t>1:09:32  molana, agla sawal aamir mori sahab ka hai, kashmir se. unhone likha hai: "Instead of focusing on material need, we have aligned ourselves in focusing on material greed.</w:t>
      </w:r>
      <w:r>
        <w:br/>
      </w:r>
      <w:r>
        <w:rPr>
          <w:sz w:val="20"/>
        </w:rPr>
        <w:t>1:09:49  I think this is the main reason that the Muslims of the present day have lost the habit of shukr. molana sahab, kindly guide us how we can focus only on material need."</w:t>
      </w:r>
      <w:r>
        <w:br/>
      </w:r>
      <w:r>
        <w:rPr>
          <w:sz w:val="20"/>
        </w:rPr>
        <w:t>1:10:04  bas thinking process jaari kijiye. sara nikal baat depend karti hai thinking process par.</w:t>
      </w:r>
      <w:r>
        <w:br/>
      </w:r>
      <w:r>
        <w:rPr>
          <w:sz w:val="20"/>
        </w:rPr>
        <w:t>1:10:14  unesco ka dictum hai ke "Violence and peace both begin from mind." yeh yahan bhi hai ke shukr aur nashukri dono mind mein paida hote hain.</w:t>
      </w:r>
      <w:r>
        <w:br/>
      </w:r>
      <w:r>
        <w:rPr>
          <w:sz w:val="20"/>
        </w:rPr>
        <w:t>1:10:27  apne mind ko sahi tarah par train kijiye, mind ko tayyar kijiye, to isi se yeh sab cheezen aayengi.</w:t>
      </w:r>
      <w:r>
        <w:br/>
      </w:r>
      <w:r>
        <w:rPr>
          <w:sz w:val="20"/>
        </w:rPr>
        <w:t>1:10:37  aur koi doosra mysterious tareeqa nahi hai.</w:t>
      </w:r>
    </w:p>
    <w:p>
      <w:pPr>
        <w:pStyle w:val="Heading2"/>
      </w:pPr>
      <w:r>
        <w:t>Focusing on opportunities despite complaints</w:t>
      </w:r>
    </w:p>
    <w:p>
      <w:r>
        <w:rPr>
          <w:color w:val="666666"/>
          <w:sz w:val="18"/>
        </w:rPr>
        <w:t>Life &amp; Wisdom · Forget the Grievances, January 01, 2017 · 1m 10s · at 47:34 · https://youtu.be/zW4q8dl2cmw?t=2854</w:t>
      </w:r>
    </w:p>
    <w:p>
      <w:r>
        <w:rPr>
          <w:i/>
        </w:rPr>
        <w:t>“It seems difficult to focus on opportunities when we have complaints. How can we focus on opportunities in such a scenario? Please advise.”</w:t>
      </w:r>
    </w:p>
    <w:p>
      <w:r>
        <w:rPr>
          <w:sz w:val="20"/>
        </w:rPr>
        <w:t>47:34  ji, maulana, agla sawal yasar khan sahab ne kiya hai peshawar se, aur unhon ne aap se poocha</w:t>
      </w:r>
      <w:r>
        <w:br/>
      </w:r>
      <w:r>
        <w:rPr>
          <w:sz w:val="20"/>
        </w:rPr>
        <w:t>47:42  ہے کہ: "It seems difficult to focus on opportunities when we have complaints." Maulana Sahib, how can we</w:t>
      </w:r>
      <w:r>
        <w:br/>
      </w:r>
      <w:r>
        <w:rPr>
          <w:sz w:val="20"/>
        </w:rPr>
        <w:t>47:50  focus on opportunities in such a scenario? please advise us.</w:t>
      </w:r>
      <w:r>
        <w:br/>
      </w:r>
      <w:r>
        <w:rPr>
          <w:sz w:val="20"/>
        </w:rPr>
        <w:t>47:54  sab se aasan kaam hai complaint ko chhodna ke mind mein complaint hoti hai, mind hi mein khatm</w:t>
      </w:r>
      <w:r>
        <w:br/>
      </w:r>
      <w:r>
        <w:rPr>
          <w:sz w:val="20"/>
        </w:rPr>
        <w:t>48:02  hoti hai.</w:t>
      </w:r>
      <w:r>
        <w:br/>
      </w:r>
      <w:r>
        <w:rPr>
          <w:sz w:val="20"/>
        </w:rPr>
        <w:t>48:03  mind se bahar complaint kahin hoti nahi, kahin yaad rakhiye, koi bhi complaint kitni bhi bari ho, woh</w:t>
      </w:r>
      <w:r>
        <w:br/>
      </w:r>
      <w:r>
        <w:rPr>
          <w:sz w:val="20"/>
        </w:rPr>
        <w:t>48:11  mind mein hoti hai.</w:t>
      </w:r>
      <w:r>
        <w:br/>
      </w:r>
      <w:r>
        <w:rPr>
          <w:sz w:val="20"/>
        </w:rPr>
        <w:t>48:13  to jab mind mein ho to apne bas mein hai, jab chahe is ko khatm kar dijiye.</w:t>
      </w:r>
      <w:r>
        <w:br/>
      </w:r>
      <w:r>
        <w:rPr>
          <w:sz w:val="20"/>
        </w:rPr>
        <w:t>48:20  mind ke switch to aap ke hath mein hain, jab chahe mind ke switch ko off kar dijiye,</w:t>
      </w:r>
      <w:r>
        <w:br/>
      </w:r>
      <w:r>
        <w:rPr>
          <w:sz w:val="20"/>
        </w:rPr>
        <w:t>48:28  jab chahe on kar dijiye.</w:t>
      </w:r>
      <w:r>
        <w:br/>
      </w:r>
      <w:r>
        <w:rPr>
          <w:sz w:val="20"/>
        </w:rPr>
        <w:t>48:30  har complaint mind mein hoti hai, har complaint, har protest mind mein hota hai.</w:t>
      </w:r>
      <w:r>
        <w:br/>
      </w:r>
      <w:r>
        <w:rPr>
          <w:sz w:val="20"/>
        </w:rPr>
        <w:t>48:36  to mind ke andar jo switch hai, is ko off kar dijiye, bas baat khatm.</w:t>
      </w:r>
      <w:r>
        <w:br/>
      </w:r>
      <w:r>
        <w:rPr>
          <w:sz w:val="20"/>
        </w:rPr>
        <w:t>48:42  hum to yahi karte hain.</w:t>
      </w:r>
    </w:p>
    <w:p>
      <w:pPr>
        <w:pStyle w:val="Heading2"/>
      </w:pPr>
      <w:r>
        <w:t>Focusing on positivity despite negativity</w:t>
      </w:r>
    </w:p>
    <w:p>
      <w:r>
        <w:rPr>
          <w:color w:val="666666"/>
          <w:sz w:val="18"/>
        </w:rPr>
        <w:t>Life &amp; Wisdom · God Particle July 8, 2012 · 1m 26s · at 1:00:28 · https://youtu.be/30Ulu10c2nA?t=3628</w:t>
      </w:r>
    </w:p>
    <w:p>
      <w:r>
        <w:rPr>
          <w:i/>
        </w:rPr>
        <w:t>“How can we keep our focus on the positive aspects of life when there are many negative things around us? Kindly advise.”</w:t>
      </w:r>
    </w:p>
    <w:p>
      <w:r>
        <w:rPr>
          <w:sz w:val="20"/>
        </w:rPr>
        <w:t>1:00:28  maulana, agla sawal hai miss naghma siddiqui ka delhi se. unhone likha hai: "how can we keep our focus on the positive aspects of life when there are many negative things around us?" kindly advice.</w:t>
      </w:r>
      <w:r>
        <w:br/>
      </w:r>
      <w:r>
        <w:rPr>
          <w:sz w:val="20"/>
        </w:rPr>
        <w:t>1:00:45  dekhein, yeh ek intellectual exercise hai. jis tarah se body ke liye aap physical exercise karte hain,</w:t>
      </w:r>
      <w:r>
        <w:br/>
      </w:r>
      <w:r>
        <w:rPr>
          <w:sz w:val="20"/>
        </w:rPr>
        <w:t>1:00:56  agar aap ko body banana hai toh aap ko physical exercise karni parti hai.</w:t>
      </w:r>
      <w:r>
        <w:br/>
      </w:r>
      <w:r>
        <w:rPr>
          <w:sz w:val="20"/>
        </w:rPr>
        <w:t>1:01:05  isi tarike se agar aap ko spiritual development chahiye toh uske liye intellectual exercise karni hai. yaani is par sochna, apni soch ko distract hone se bachana aur focus hatne na paye,</w:t>
      </w:r>
      <w:r>
        <w:br/>
      </w:r>
      <w:r>
        <w:rPr>
          <w:sz w:val="20"/>
        </w:rPr>
        <w:t>1:01:25  mutale'a ko barhana, observation ko barhana,</w:t>
      </w:r>
      <w:r>
        <w:br/>
      </w:r>
      <w:r>
        <w:rPr>
          <w:sz w:val="20"/>
        </w:rPr>
        <w:t>1:01:29  yeh sab cheezon ko mein kehta hoon intellectual exercise. jis tarah physical exercise ke baghair aadmi ko health nahi milti, isi tarah physical exercise ke baghair health nahi milti.</w:t>
      </w:r>
      <w:r>
        <w:br/>
      </w:r>
      <w:r>
        <w:rPr>
          <w:sz w:val="20"/>
        </w:rPr>
        <w:t>1:01:45  is tarah se intellectual exercise ke baghair aadmi ko aala rohani taraqqi bhi nahi ho sakti.</w:t>
      </w:r>
    </w:p>
    <w:p>
      <w:pPr>
        <w:pStyle w:val="Heading2"/>
      </w:pPr>
      <w:r>
        <w:t>For First Time Knowing We Are Here</w:t>
      </w:r>
    </w:p>
    <w:p>
      <w:r>
        <w:rPr>
          <w:color w:val="666666"/>
          <w:sz w:val="18"/>
        </w:rPr>
        <w:t>Life &amp; Wisdom · Dars-e-Quran, Chapter 2, Verse 35 | December 17, 2017 · 1m 30s · at 57:49 · https://youtu.be/Cd8MlWM7B9w?t=3469</w:t>
      </w:r>
    </w:p>
    <w:p>
      <w:r>
        <w:rPr>
          <w:i/>
        </w:rPr>
        <w:t>“Maulana sahib, for the first time we came to know that we are here...”</w:t>
      </w:r>
    </w:p>
    <w:p>
      <w:r>
        <w:rPr>
          <w:sz w:val="20"/>
        </w:rPr>
        <w:t>57:49  maulana, agla sawal haiderabad se bheja hai ashyaq kamal sahab ne</w:t>
      </w:r>
      <w:r>
        <w:br/>
      </w:r>
      <w:r>
        <w:rPr>
          <w:sz w:val="20"/>
        </w:rPr>
        <w:t>57:54  .</w:t>
      </w:r>
      <w:r>
        <w:br/>
      </w:r>
      <w:r>
        <w:rPr>
          <w:sz w:val="20"/>
        </w:rPr>
        <w:t>58:00  انہوں نے لکھا ہے، مولانا صاحب، for the first time we came to know that we are here</w:t>
      </w:r>
      <w:r>
        <w:br/>
      </w:r>
      <w:r>
        <w:rPr>
          <w:sz w:val="20"/>
        </w:rPr>
        <w:t>58:06  In this world having second golden chance and that we should avoid distraction.</w:t>
      </w:r>
      <w:r>
        <w:br/>
      </w:r>
      <w:r>
        <w:rPr>
          <w:sz w:val="20"/>
        </w:rPr>
        <w:t>58:12  My question is that how can we convince our non-Muslim brothers about this second golden chance? Main</w:t>
      </w:r>
      <w:r>
        <w:br/>
      </w:r>
      <w:r>
        <w:rPr>
          <w:sz w:val="20"/>
        </w:rPr>
        <w:t>58:18  to samajhta hoon ke sirf ek hi baat hai,</w:t>
      </w:r>
      <w:r>
        <w:br/>
      </w:r>
      <w:r>
        <w:rPr>
          <w:sz w:val="20"/>
        </w:rPr>
        <w:t>58:25  مسلمانوں نے hate develop کر رکھی ہے non-Muslim کے لیے۔</w:t>
      </w:r>
      <w:r>
        <w:br/>
      </w:r>
      <w:r>
        <w:rPr>
          <w:sz w:val="20"/>
        </w:rPr>
        <w:t>58:32  sari dunya ke non muslimon se hate, sab se hate.</w:t>
      </w:r>
      <w:r>
        <w:br/>
      </w:r>
      <w:r>
        <w:rPr>
          <w:sz w:val="20"/>
        </w:rPr>
        <w:t>58:40  jis musalman se miliye aap to doosron ko woh kahein kafir hai, jahannami hai, yeh hai, woh hai.</w:t>
      </w:r>
      <w:r>
        <w:br/>
      </w:r>
      <w:r>
        <w:rPr>
          <w:sz w:val="20"/>
        </w:rPr>
        <w:t>58:47  bas hate ko nikal dijiye to apne aap prevail kare gi insani humdardi.</w:t>
      </w:r>
      <w:r>
        <w:br/>
      </w:r>
      <w:r>
        <w:rPr>
          <w:sz w:val="20"/>
        </w:rPr>
        <w:t>58:55  bas yeh ghair ka tasawwur khatam kar dijiye, kafir ka tasawwur khatam kar dijiye.</w:t>
      </w:r>
      <w:r>
        <w:br/>
      </w:r>
      <w:r>
        <w:rPr>
          <w:sz w:val="20"/>
        </w:rPr>
        <w:t>59:01  har ek ko insan samjhiye, dunya ko dar-ul-kafir mat samjhiye balkeh dar-ul-insan samjhiye.</w:t>
      </w:r>
      <w:r>
        <w:br/>
      </w:r>
      <w:r>
        <w:rPr>
          <w:sz w:val="20"/>
        </w:rPr>
        <w:t>59:07  bas sab kuch apne aap hi theek ho jayega.</w:t>
      </w:r>
      <w:r>
        <w:br/>
      </w:r>
      <w:r>
        <w:rPr>
          <w:sz w:val="20"/>
        </w:rPr>
        <w:t>59:13  har cheez apne aap theek ho jayegi.</w:t>
      </w:r>
    </w:p>
    <w:p>
      <w:pPr>
        <w:pStyle w:val="Heading2"/>
      </w:pPr>
      <w:r>
        <w:t>Forcing reflection on death when not spontaneous</w:t>
      </w:r>
    </w:p>
    <w:p>
      <w:r>
        <w:rPr>
          <w:color w:val="666666"/>
          <w:sz w:val="18"/>
        </w:rPr>
        <w:t>Life &amp; Wisdom · Concept of Death in Islam 26th Aug 12 SLOW · 2m 35s · at 23:05 · https://youtu.be/8dsos0OBM6M?t=1385</w:t>
      </w:r>
    </w:p>
    <w:p>
      <w:r>
        <w:rPr>
          <w:i/>
        </w:rPr>
        <w:t>“What if the thought of death does not come to us spontaneously? Should we force ourselves to reflect on death?”</w:t>
      </w:r>
    </w:p>
    <w:p>
      <w:r>
        <w:rPr>
          <w:sz w:val="20"/>
        </w:rPr>
        <w:t>23:05  maulana, agla sawal dilli se hai mr kaif ka.</w:t>
      </w:r>
      <w:r>
        <w:br/>
      </w:r>
      <w:r>
        <w:rPr>
          <w:sz w:val="20"/>
        </w:rPr>
        <w:t>23:11  unhon ne likha hai: "What if the thought of death does not come to us spontaneously?</w:t>
      </w:r>
      <w:r>
        <w:br/>
      </w:r>
      <w:r>
        <w:rPr>
          <w:sz w:val="20"/>
        </w:rPr>
        <w:t>23:17  Should we force ourselves to reflect on death?</w:t>
      </w:r>
      <w:r>
        <w:br/>
      </w:r>
      <w:r>
        <w:rPr>
          <w:sz w:val="20"/>
        </w:rPr>
        <w:t>23:24  Would that reflection be authentic?</w:t>
      </w:r>
      <w:r>
        <w:br/>
      </w:r>
      <w:r>
        <w:rPr>
          <w:sz w:val="20"/>
        </w:rPr>
        <w:t>23:30  Does reflection on death not make us disinterested in our daily activities? "</w:t>
      </w:r>
      <w:r>
        <w:br/>
      </w:r>
      <w:r>
        <w:rPr>
          <w:sz w:val="20"/>
        </w:rPr>
        <w:t>23:37  dekhen, maut ek jab yeh maloom hoga ke maut ek reality hai, to hamein sochna hi hai is ke upar.</w:t>
      </w:r>
      <w:r>
        <w:br/>
      </w:r>
      <w:r>
        <w:rPr>
          <w:sz w:val="20"/>
        </w:rPr>
        <w:t>23:45  jab yeh maloom hoga ke ke jaana aanay wala hai, to hamein sardi ka saamna karna hi parega.</w:t>
      </w:r>
      <w:r>
        <w:br/>
      </w:r>
      <w:r>
        <w:rPr>
          <w:sz w:val="20"/>
        </w:rPr>
        <w:t>23:53  to jab maut ke baray mein yeh bar bar tajurba hai ke aadmi marta hai, marta hai, marta</w:t>
      </w:r>
      <w:r>
        <w:br/>
      </w:r>
      <w:r>
        <w:rPr>
          <w:sz w:val="20"/>
        </w:rPr>
        <w:t>24:02  hai, to hum is ko kaise ignore kar sakte hain? hamein sochna hi parega is ko, lazman.</w:t>
      </w:r>
      <w:r>
        <w:br/>
      </w:r>
      <w:r>
        <w:rPr>
          <w:sz w:val="20"/>
        </w:rPr>
        <w:t>24:10  baqi yeh baat ke maut ko sochne se aadmi mein yaani kya hai, activity kam ho jaye gi?</w:t>
      </w:r>
      <w:r>
        <w:br/>
      </w:r>
      <w:r>
        <w:rPr>
          <w:sz w:val="20"/>
        </w:rPr>
        <w:t>24:19  maulana ke haan, disinterested ho jata hai insaan agar ziyada soche maut ke baray mein.</w:t>
      </w:r>
      <w:r>
        <w:br/>
      </w:r>
      <w:r>
        <w:rPr>
          <w:sz w:val="20"/>
        </w:rPr>
        <w:t>24:24  dekhen, yeh baat sahi nahi hai.</w:t>
      </w:r>
      <w:r>
        <w:br/>
      </w:r>
      <w:r>
        <w:rPr>
          <w:sz w:val="20"/>
        </w:rPr>
        <w:t>24:29  maut ke baray mein is waqt urgency paida hoti hai, ziyada active ho jata hai.</w:t>
      </w:r>
      <w:r>
        <w:br/>
      </w:r>
      <w:r>
        <w:rPr>
          <w:sz w:val="20"/>
        </w:rPr>
        <w:t>24:35  maut ka yaad karein ge aap to sense of urgency aye gi ke bhai waqt bohat kam hai,</w:t>
      </w:r>
      <w:r>
        <w:br/>
      </w:r>
      <w:r>
        <w:rPr>
          <w:sz w:val="20"/>
        </w:rPr>
        <w:t>24:40  cut out jo karna hai.</w:t>
      </w:r>
      <w:r>
        <w:br/>
      </w:r>
      <w:r>
        <w:rPr>
          <w:sz w:val="20"/>
        </w:rPr>
        <w:t>24:46  yeh ajeeb ghareeb baat aksar log kehte hain mujh se, halanke ulti baat hai.</w:t>
      </w:r>
      <w:r>
        <w:br/>
      </w:r>
      <w:r>
        <w:rPr>
          <w:sz w:val="20"/>
        </w:rPr>
        <w:t>24:51  maut jo hai, aap ke andar sense of urgency lati hai ke bohat kam waqt hai, cut out</w:t>
      </w:r>
      <w:r>
        <w:br/>
      </w:r>
      <w:r>
        <w:rPr>
          <w:sz w:val="20"/>
        </w:rPr>
        <w:t>24:56  jo karna hai.</w:t>
      </w:r>
      <w:r>
        <w:br/>
      </w:r>
      <w:r>
        <w:rPr>
          <w:sz w:val="20"/>
        </w:rPr>
        <w:t>25:02  to mera tajurba to yahi hai ke main har waqt is pe is halaat mein jeeta hoon ke</w:t>
      </w:r>
      <w:r>
        <w:br/>
      </w:r>
      <w:r>
        <w:rPr>
          <w:sz w:val="20"/>
        </w:rPr>
        <w:t>25:07  ke kal mauqa rahe na rahe, aaj hi cut daalo.</w:t>
      </w:r>
      <w:r>
        <w:br/>
      </w:r>
      <w:r>
        <w:rPr>
          <w:sz w:val="20"/>
        </w:rPr>
        <w:t>25:13  kal par yeh mauqa mile ga ya nahi mile ga, aaj hi cut daalo.</w:t>
      </w:r>
      <w:r>
        <w:br/>
      </w:r>
      <w:r>
        <w:rPr>
          <w:sz w:val="20"/>
        </w:rPr>
        <w:t>25:18  to pata hai, 24 ghantay bas busy rehta hoon.</w:t>
      </w:r>
      <w:r>
        <w:br/>
      </w:r>
      <w:r>
        <w:rPr>
          <w:sz w:val="20"/>
        </w:rPr>
        <w:t>25:23  to mere andar maut jo hai, main rozana maut ko yaad karta hoon, bohat ziyada.</w:t>
      </w:r>
      <w:r>
        <w:br/>
      </w:r>
      <w:r>
        <w:rPr>
          <w:sz w:val="20"/>
        </w:rPr>
        <w:t>25:29  to mera tajurba yeh hai ke maut aadmi ke andar sense of urgency laati hai, jo apne aap</w:t>
      </w:r>
      <w:r>
        <w:br/>
      </w:r>
      <w:r>
        <w:rPr>
          <w:sz w:val="20"/>
        </w:rPr>
        <w:t>25:34  mein bohat valuable cheez hai, bohat valuable cheez hai.</w:t>
      </w:r>
      <w:r>
        <w:br/>
      </w:r>
      <w:r>
        <w:rPr>
          <w:sz w:val="20"/>
        </w:rPr>
        <w:t>25:40  Maulana, yeh sawal Delhi se hai Mahboob Elahi sahib ka. unhon ne likha hai: "How Allah will take a man who was born in a non-Muslim family, followed his family's faith and led righteous life, but never received an elaborate message from Islam? "</w:t>
      </w:r>
    </w:p>
    <w:p>
      <w:pPr>
        <w:pStyle w:val="Heading2"/>
      </w:pPr>
      <w:r>
        <w:t>Formula for adopting indifference towards people</w:t>
      </w:r>
    </w:p>
    <w:p>
      <w:r>
        <w:rPr>
          <w:color w:val="666666"/>
          <w:sz w:val="18"/>
        </w:rPr>
        <w:t>Life &amp; Wisdom · Q&amp;A 11 Jul 2010 Maulana Wahiduddin Khan · 3m 03s · at 35:46 · https://youtu.be/UHtdtzGGwFQ?t=2146</w:t>
      </w:r>
    </w:p>
    <w:p>
      <w:r>
        <w:rPr>
          <w:i/>
        </w:rPr>
        <w:t>“How can one adopt indifference towards people? What is the simple formula?”</w:t>
      </w:r>
    </w:p>
    <w:p>
      <w:r>
        <w:rPr>
          <w:sz w:val="20"/>
        </w:rPr>
        <w:t>35:46  maulana, un ka ek aur sawal hai. unhon ne likha hai ke logon se be niyazi kaise ikhtiyar ki jayegi? is ka simple formula kya hai?</w:t>
      </w:r>
      <w:r>
        <w:br/>
      </w:r>
      <w:r>
        <w:rPr>
          <w:sz w:val="20"/>
        </w:rPr>
        <w:t>35:57  mujhe dekh lijiye, mein hoon. sari zindagi mein aise hi raha bas. be niyazi ki zindagi. kahin se lena na dena.</w:t>
      </w:r>
      <w:r>
        <w:br/>
      </w:r>
      <w:r>
        <w:rPr>
          <w:sz w:val="20"/>
        </w:rPr>
        <w:t>36:12  is ki ek price deni padti hai. abhi dekhein mein gaya tha ek bohat bade ek idare mein. ek bohat bada institution taleem</w:t>
      </w:r>
      <w:r>
        <w:br/>
      </w:r>
      <w:r>
        <w:rPr>
          <w:sz w:val="20"/>
        </w:rPr>
        <w:t>36:25  ka bohat bada institution. wahan gaya tha mein.</w:t>
      </w:r>
      <w:r>
        <w:br/>
      </w:r>
      <w:r>
        <w:rPr>
          <w:sz w:val="20"/>
        </w:rPr>
        <w:t>36:29  to wahan par kya tha un ka ek farm house hai. to mere theherne ke intezam farm house kiya tha unhon ne. aur mere khane ke intezam ek bohat bade paise wale aadmi ka kiya gaya tha.</w:t>
      </w:r>
      <w:r>
        <w:br/>
      </w:r>
      <w:r>
        <w:rPr>
          <w:sz w:val="20"/>
        </w:rPr>
        <w:t>36:42  yaani un ke haan daawti khana khao aur farm house pe raho. aur phir chale aao.</w:t>
      </w:r>
      <w:r>
        <w:br/>
      </w:r>
      <w:r>
        <w:rPr>
          <w:sz w:val="20"/>
        </w:rPr>
        <w:t>36:48  jaate hi mein ne kaha ke yeh mein nahi kar sakta. mein ne farm house nahi rehna hai. woh khana bhi nahi khana hai mujhe. to mein ne kaha yahan jo kitchen hota hai talaba ka, student ka isi mein mujhe khana khana hai.</w:t>
      </w:r>
      <w:r>
        <w:br/>
      </w:r>
      <w:r>
        <w:rPr>
          <w:sz w:val="20"/>
        </w:rPr>
        <w:t>37:03  yeh baat hai south india ki. wahan par log chawal khate hain.</w:t>
      </w:r>
      <w:r>
        <w:br/>
      </w:r>
      <w:r>
        <w:rPr>
          <w:sz w:val="20"/>
        </w:rPr>
        <w:t>37:06  to wahan un ka khana kya tha? chawal aur daal. chawal aur daal bas. to wahan mein chaar din raha. mein breakfast, lunch aur dinner teeno mein kya karta tha?</w:t>
      </w:r>
      <w:r>
        <w:br/>
      </w:r>
      <w:r>
        <w:rPr>
          <w:sz w:val="20"/>
        </w:rPr>
        <w:t>37:16  chawal, daal. bas. woh khana jo tha wahan par biryani aur paratha aur</w:t>
      </w:r>
      <w:r>
        <w:br/>
      </w:r>
      <w:r>
        <w:rPr>
          <w:sz w:val="20"/>
        </w:rPr>
        <w:t>37:24  tarah tarah ki sweet aur yeh woh sab se pehle chhod diya. aur farm house bhi nahi gaya mein. to be nayazi aisi thodi hoti hai. mehnat ki price deni padti hai.</w:t>
      </w:r>
      <w:r>
        <w:br/>
      </w:r>
      <w:r>
        <w:rPr>
          <w:sz w:val="20"/>
        </w:rPr>
        <w:t>37:36  be nayazi kya cheez hai? aap ko distraction se bachati hai. tab aala marifat milti hai.</w:t>
      </w:r>
      <w:r>
        <w:br/>
      </w:r>
      <w:r>
        <w:rPr>
          <w:sz w:val="20"/>
        </w:rPr>
        <w:t>37:46  distraction ki ek hazar ek qism hai. yaad rakhiye ke distraction koi ek cheez ka naam hai. bahut si cheezein jo aap ko distract kiye rehti hain.</w:t>
      </w:r>
      <w:r>
        <w:br/>
      </w:r>
      <w:r>
        <w:rPr>
          <w:sz w:val="20"/>
        </w:rPr>
        <w:t>37:54  ego bhi distraction hai. ego bhi ek distraction hai. apne ko bachaye rakhna. mein kisi tareeqe se mere par harf na lagne paaye.</w:t>
      </w:r>
      <w:r>
        <w:br/>
      </w:r>
      <w:r>
        <w:rPr>
          <w:sz w:val="20"/>
        </w:rPr>
        <w:t>38:05  mein is shakhsiyat bani hi rahoon. woh bhi distraction hai. mujhe ek himmat hai kehne ki ke mein jaaun pahad mein.</w:t>
      </w:r>
      <w:r>
        <w:br/>
      </w:r>
      <w:r>
        <w:rPr>
          <w:sz w:val="20"/>
        </w:rPr>
        <w:t>38:14  khuda ke fazl mujhe himmat hai kehne ki ke mein jaaun pahad mein. sachai baqi rahe.</w:t>
      </w:r>
      <w:r>
        <w:br/>
      </w:r>
      <w:r>
        <w:rPr>
          <w:sz w:val="20"/>
        </w:rPr>
        <w:t>38:21  Allah ne mujhe himmat di hai ke mein keh sakta hoon ke mein jaaun pahad mein. sachai jo hai prevail kare. yeh hai be nayazi.</w:t>
      </w:r>
      <w:r>
        <w:br/>
      </w:r>
      <w:r>
        <w:rPr>
          <w:sz w:val="20"/>
        </w:rPr>
        <w:t>38:30  be nayazi ka matlab aap yeh keh sakein ke mein jaaun pahad mein. sachai ko prevail karna chahiye.</w:t>
      </w:r>
      <w:r>
        <w:br/>
      </w:r>
      <w:r>
        <w:rPr>
          <w:sz w:val="20"/>
        </w:rPr>
        <w:t>38:39  to be nayazi bahut badi cheez hai. lekin be nayazi ki price hai. jab tak price na dein aap ko woh be nayazi milne wali nahi hai.</w:t>
      </w:r>
    </w:p>
    <w:p>
      <w:pPr>
        <w:pStyle w:val="Heading2"/>
      </w:pPr>
      <w:r>
        <w:t>Formula for complaint-free culture</w:t>
      </w:r>
    </w:p>
    <w:p>
      <w:r>
        <w:rPr>
          <w:color w:val="666666"/>
          <w:sz w:val="18"/>
        </w:rPr>
        <w:t>Life &amp; Wisdom · Peace of Mind June 29, 2014 · 28s · at 53:08 · https://youtu.be/oVwRc_FcAGk?t=3188</w:t>
      </w:r>
    </w:p>
    <w:p>
      <w:r>
        <w:rPr>
          <w:i/>
        </w:rPr>
        <w:t>“What is the formula of a complaint-free culture in a mission?”</w:t>
      </w:r>
    </w:p>
    <w:p>
      <w:r>
        <w:rPr>
          <w:sz w:val="20"/>
        </w:rPr>
        <w:t>53:08  Maulana, agla sawal lene se pehle ek comment parhna chahen ge jo Maulana Iqbal Umri ne bheja hai Chennai se, aur unhon ne likha hai ke Maulana aaj pehli baar Kazmain al-Ghaith ka maani maine samajh aaye, yani self blame de kar ghusse ko manage karna, aur yahi misbat zindagi ka raaz hai.</w:t>
      </w:r>
      <w:r>
        <w:br/>
      </w:r>
      <w:r>
        <w:rPr>
          <w:sz w:val="20"/>
        </w:rPr>
        <w:t>53:33  Masha Allah.</w:t>
      </w:r>
    </w:p>
    <w:p>
      <w:pPr>
        <w:pStyle w:val="Heading2"/>
      </w:pPr>
      <w:r>
        <w:t>Formula for freedom from anxiety and fear</w:t>
      </w:r>
    </w:p>
    <w:p>
      <w:r>
        <w:rPr>
          <w:color w:val="666666"/>
          <w:sz w:val="18"/>
        </w:rPr>
        <w:t>Life &amp; Wisdom · Spirit of Ramadan June 14, 2015 · 4m 10s · at 58:35 · https://youtu.be/mKQdhE2rhdQ?t=3515</w:t>
      </w:r>
    </w:p>
    <w:p>
      <w:r>
        <w:rPr>
          <w:i/>
        </w:rPr>
        <w:t>“Is there any way I can be free from anxiety, negative thoughts and fear? Please suggest me a formula of life that helps me manage such feelings.”</w:t>
      </w:r>
    </w:p>
    <w:p>
      <w:r>
        <w:rPr>
          <w:sz w:val="20"/>
        </w:rPr>
        <w:t>58:35  mat purjosh taqreeron se islaah hone wali nahin hai. Maulana, yeh agla sawal aaya hai Mr Ajay Duveri ka Gurgaon se</w:t>
      </w:r>
      <w:r>
        <w:br/>
      </w:r>
      <w:r>
        <w:rPr>
          <w:sz w:val="20"/>
        </w:rPr>
        <w:t>58:45  : "Maulana sahib, is there any way I can be free from anxiety, negative thoughts and fear? Please suggest me a formula of life that helps me manage such feelings." Bhai, anxiety kis baat par?</w:t>
      </w:r>
      <w:r>
        <w:br/>
      </w:r>
      <w:r>
        <w:rPr>
          <w:sz w:val="20"/>
        </w:rPr>
        <w:t>59:01  job ko le kar, business ko le kar, kis baat ko le kar? Paise ko le kar? To dekhiye, abhi kal ke akhbar mein main ek reference doonga.</w:t>
      </w:r>
      <w:r>
        <w:br/>
      </w:r>
      <w:r>
        <w:rPr>
          <w:sz w:val="20"/>
        </w:rPr>
        <w:t>59:11  duniya ke richest aadmi ka woh aaya hai,</w:t>
      </w:r>
      <w:r>
        <w:br/>
      </w:r>
      <w:r>
        <w:rPr>
          <w:sz w:val="20"/>
        </w:rPr>
        <w:t>59:14  abhi kal ke terms of media hum padha padhenge. Woh China ka hai, duniya ka richest aadmi. Is ne taqreer ki hai jo terms of media mein chhapi hai ke pehle main school teacher tha aur mahine mujh ko 12 dollar milta tha China mein.</w:t>
      </w:r>
      <w:r>
        <w:br/>
      </w:r>
      <w:r>
        <w:rPr>
          <w:sz w:val="20"/>
        </w:rPr>
        <w:t>59:35  woh English jaanta tha to English teacher tha. Woh phir us ne business shuru kiya</w:t>
      </w:r>
      <w:r>
        <w:br/>
      </w:r>
      <w:r>
        <w:rPr>
          <w:sz w:val="20"/>
        </w:rPr>
        <w:t>59:41  to 12 us ne likha hai ke jab main mahine mein jo 12 dollar kamata tha to woh bohat khush rehta tha. Ab mere paas billion billion paisa hai, lekin ab main khush nahin hoon.</w:t>
      </w:r>
      <w:r>
        <w:br/>
      </w:r>
      <w:r>
        <w:rPr>
          <w:sz w:val="20"/>
        </w:rPr>
        <w:t>59:57  to to yeh yeh anxiety hai. Anxiety is cheez ke liye hai jo is se anxiety barha</w:t>
      </w:r>
      <w:r>
        <w:br/>
      </w:r>
      <w:r>
        <w:rPr>
          <w:sz w:val="20"/>
        </w:rPr>
        <w:t>1:00:02  way hai. Aisi cheez ki, aisi cheez ke liye log anxiety ko paalte hain ke woh agar poori ho jaye to aur aur anxiety barh jaye ke zyada bara ghar, zyada bari, bohat hi caray, zyada bara jawab, job, bohat zyada business.</w:t>
      </w:r>
      <w:r>
        <w:br/>
      </w:r>
      <w:r>
        <w:rPr>
          <w:sz w:val="20"/>
        </w:rPr>
        <w:t>1:00:17  woh to anxiety aur barhane wali cheez hai. To dekhen, anxiety jo hai woh ek intellectual state ka naam hai, ek zehni haalat.</w:t>
      </w:r>
      <w:r>
        <w:br/>
      </w:r>
      <w:r>
        <w:rPr>
          <w:sz w:val="20"/>
        </w:rPr>
        <w:t>1:00:28  aap zehen ki satah par apne ko positive banaiye. Bahar bahar ki satah par aap sochenge.</w:t>
      </w:r>
      <w:r>
        <w:br/>
      </w:r>
      <w:r>
        <w:rPr>
          <w:sz w:val="20"/>
        </w:rPr>
        <w:t>1:00:38  bahar koi anxiety ka sabab nikaal kar us ko door karne ki koshish karenge to is se anxiety door hone wali nahin hai.</w:t>
      </w:r>
      <w:r>
        <w:br/>
      </w:r>
      <w:r>
        <w:rPr>
          <w:sz w:val="20"/>
        </w:rPr>
        <w:t>1:00:47  misalan main hoon, dekhiye, main koi anxiety nahin hoon kyunke har anxiety, dekhiye, har anxiety jo hoti hai kisi external reason se hoti hai, internal reason se nahin hoti.</w:t>
      </w:r>
      <w:r>
        <w:br/>
      </w:r>
      <w:r>
        <w:rPr>
          <w:sz w:val="20"/>
        </w:rPr>
        <w:t>1:01:01  to bas batao ke chalo bhai, yeh yeh bhi theek hai. Mere paas agar falan cheez nahin hai to yeh bhi theek hai, paisa kam hai to bhi theek hai.</w:t>
      </w:r>
      <w:r>
        <w:br/>
      </w:r>
      <w:r>
        <w:rPr>
          <w:sz w:val="20"/>
        </w:rPr>
        <w:t>1:01:11  main America mein ek sahib ka qissa main ne bataya hoga aap ko pehle ke ek sahib ka main woh le gaye. Main kahin gaya tha kisi program mein to hotel mein thehra tha to woh hotel se utha ke apne ghar le gaye mujh ko.</w:t>
      </w:r>
      <w:r>
        <w:br/>
      </w:r>
      <w:r>
        <w:rPr>
          <w:sz w:val="20"/>
        </w:rPr>
        <w:t>1:01:25  woh paise wale aadmi the. To baharhaal main dekha ke woh bohat khush rehte hain. Aam taur par America mein kisi ko khush nahin paya.</w:t>
      </w:r>
      <w:r>
        <w:br/>
      </w:r>
      <w:r>
        <w:rPr>
          <w:sz w:val="20"/>
        </w:rPr>
        <w:t>1:01:34  main ne aam taur par wohi anxiety wale paye, main ne woh khush the.</w:t>
      </w:r>
      <w:r>
        <w:br/>
      </w:r>
      <w:r>
        <w:rPr>
          <w:sz w:val="20"/>
        </w:rPr>
        <w:t>1:01:40  to main ne wash kiya un ko to mujhe samajh aaya ke unhon ne ek wohi formula pakad liya hai ke chalo yeh bhi theek hai, jo bhi ho jaye kaha chalo yeh bhi theek hai.</w:t>
      </w:r>
      <w:r>
        <w:br/>
      </w:r>
      <w:r>
        <w:rPr>
          <w:sz w:val="20"/>
        </w:rPr>
        <w:t>1:01:51  misalan ek din main ne un se kaha ke chaliye kal hum America ke kisi park mein chalenge. Kaha theek hai. To program ban gaya.</w:t>
      </w:r>
      <w:r>
        <w:br/>
      </w:r>
      <w:r>
        <w:rPr>
          <w:sz w:val="20"/>
        </w:rPr>
        <w:t>1:02:00  agle din subah ko woh apna tayyar ho kar aaye, kapda pakad kar tayyar ho kar aaye ke chaliye.</w:t>
      </w:r>
      <w:r>
        <w:br/>
      </w:r>
      <w:r>
        <w:rPr>
          <w:sz w:val="20"/>
        </w:rPr>
        <w:t>1:02:07  to main ne kaha bhai mera mood nahin jaane ka yeh to to kya kehte hain chalo yeh bhi theek hai. To sab se acha formula hai jo hai us ko chalo yeh bhi theek hai.</w:t>
      </w:r>
      <w:r>
        <w:br/>
      </w:r>
      <w:r>
        <w:rPr>
          <w:sz w:val="20"/>
        </w:rPr>
        <w:t>1:02:19  to anxiety zehen mein paida hoti hai aur zehni mein khatam kar sakte hain. Aap anxiety mind mein paida hoti hai aur mind hi woh khatam kar sakte ho us ko.</w:t>
      </w:r>
      <w:r>
        <w:br/>
      </w:r>
      <w:r>
        <w:rPr>
          <w:sz w:val="20"/>
        </w:rPr>
        <w:t>1:02:28  aap agar wohi wohi jo the America mein kaha ji kaisa aadmi aap hain, aap ki wajah se main ne program sab cancel kar diya</w:t>
      </w:r>
      <w:r>
        <w:br/>
      </w:r>
      <w:r>
        <w:rPr>
          <w:sz w:val="20"/>
        </w:rPr>
        <w:t>1:02:36  . Aaj main ne sab ko program cancel kar ke tayyar hua ke aap ke sath jaunga aur aap yeh aisa kar rahe hain. Kal ko nahin bataya to aisa nahin kiya unhon ne.</w:t>
      </w:r>
    </w:p>
    <w:p>
      <w:pPr>
        <w:pStyle w:val="Heading2"/>
      </w:pPr>
      <w:r>
        <w:t>Formula for living in the present without worry</w:t>
      </w:r>
    </w:p>
    <w:p>
      <w:r>
        <w:rPr>
          <w:color w:val="666666"/>
          <w:sz w:val="18"/>
        </w:rPr>
        <w:t>Life &amp; Wisdom · Age of Democracy May 25, 2014 · 1m 02s · at 1:12:20 · https://youtu.be/pyZy1-EhW1Q?t=4340</w:t>
      </w:r>
    </w:p>
    <w:p>
      <w:r>
        <w:rPr>
          <w:i/>
        </w:rPr>
        <w:t>“What is the magical formula to live in the present without thinking about past setbacks and future uncertainties?”</w:t>
      </w:r>
    </w:p>
    <w:p>
      <w:r>
        <w:rPr>
          <w:sz w:val="20"/>
        </w:rPr>
        <w:t>1:12:20  maulana, agla sawal dilli se hai. miss priya malik ne kiya hai.</w:t>
      </w:r>
      <w:r>
        <w:br/>
      </w:r>
      <w:r>
        <w:rPr>
          <w:sz w:val="20"/>
        </w:rPr>
        <w:t>1:12:24  inhon ne likha hai: "What is the magical formula to live in present without thinking about past setbacks and future uncertainties?" bhai, bohat hi philosophical question hai.</w:t>
      </w:r>
      <w:r>
        <w:br/>
      </w:r>
      <w:r>
        <w:rPr>
          <w:sz w:val="20"/>
        </w:rPr>
        <w:t>1:12:40  haan, bataiye kya matlab is ka hai? bohat hi maulana, aksar log jo hain past mein jeete hain ya future ko le ke pareshan hote hain.</w:t>
      </w:r>
      <w:r>
        <w:br/>
      </w:r>
      <w:r>
        <w:rPr>
          <w:sz w:val="20"/>
        </w:rPr>
        <w:t>1:12:49  to woh yeh aap se janana chahti hain ke kya formula hai ke aaj mein jiye insan,</w:t>
      </w:r>
      <w:r>
        <w:br/>
      </w:r>
      <w:r>
        <w:rPr>
          <w:sz w:val="20"/>
        </w:rPr>
        <w:t>1:12:56  future ki chinta na kare aur past ko le ke pareshan na ho? yeh poochna cha rahi hain woh. meri ek kitab padh lijiye: "simple wisdom".</w:t>
      </w:r>
      <w:r>
        <w:br/>
      </w:r>
      <w:r>
        <w:rPr>
          <w:sz w:val="20"/>
        </w:rPr>
        <w:t>1:13:06  inshallah is mein aap ko jawab mil jayega. agar phir bhi na mile to aap bataiye ke is mein konsi baat clear nahi? ji, simply wisdom mein konsi baat clear nahi hai?</w:t>
      </w:r>
      <w:r>
        <w:br/>
      </w:r>
      <w:r>
        <w:rPr>
          <w:sz w:val="20"/>
        </w:rPr>
        <w:t>1:13:17  phir is ke baad inshallah. thank you ji.</w:t>
      </w:r>
    </w:p>
    <w:p>
      <w:pPr>
        <w:pStyle w:val="Heading2"/>
      </w:pPr>
      <w:r>
        <w:t>Formula to build personality</w:t>
      </w:r>
    </w:p>
    <w:p>
      <w:r>
        <w:rPr>
          <w:color w:val="666666"/>
          <w:sz w:val="18"/>
        </w:rPr>
        <w:t>Life &amp; Wisdom · Concept of Jihad in Islam September 7, 2014 · 56s · at 1:04:58 · https://youtu.be/GnKBYM8HbuQ?t=3898</w:t>
      </w:r>
    </w:p>
    <w:p>
      <w:r>
        <w:rPr>
          <w:i/>
        </w:rPr>
        <w:t>“What is the formula that one can adopt to build one's personality? Please advice.”</w:t>
      </w:r>
    </w:p>
    <w:p>
      <w:r>
        <w:rPr>
          <w:sz w:val="20"/>
        </w:rPr>
        <w:t>1:04:58  maulana, agla sawal muradabad se aaya hai aur bilal sahib ne kiya hai.</w:t>
      </w:r>
      <w:r>
        <w:br/>
      </w:r>
      <w:r>
        <w:rPr>
          <w:sz w:val="20"/>
        </w:rPr>
        <w:t>1:05:04  unhon ne aap se poocha hai ke what is the formula that one can adopt to build one's</w:t>
      </w:r>
      <w:r>
        <w:br/>
      </w:r>
      <w:r>
        <w:rPr>
          <w:sz w:val="20"/>
        </w:rPr>
        <w:t>1:05:11  personality please advice bhai, in cheezon par bohat zyada hum likh chuke hain, is ko padhte kyun nahi</w:t>
      </w:r>
      <w:r>
        <w:br/>
      </w:r>
      <w:r>
        <w:rPr>
          <w:sz w:val="20"/>
        </w:rPr>
        <w:t>1:05:19  hain aap log? bohat zyada likh chuke hain.</w:t>
      </w:r>
      <w:r>
        <w:br/>
      </w:r>
      <w:r>
        <w:rPr>
          <w:sz w:val="20"/>
        </w:rPr>
        <w:t>1:05:23  abhi hamari do kitab chhapi hain, kitab marifat aur izhar e deen, is mein kai chapter hain.</w:t>
      </w:r>
      <w:r>
        <w:br/>
      </w:r>
      <w:r>
        <w:rPr>
          <w:sz w:val="20"/>
        </w:rPr>
        <w:t>1:05:29  to main aap logon se kahunga ke aap in kitabon ko padhen, phir jo baat wahan wazeh</w:t>
      </w:r>
      <w:r>
        <w:br/>
      </w:r>
      <w:r>
        <w:rPr>
          <w:sz w:val="20"/>
        </w:rPr>
        <w:t>1:05:37  nahi hui, is par sawal kijiye.</w:t>
      </w:r>
      <w:r>
        <w:br/>
      </w:r>
      <w:r>
        <w:rPr>
          <w:sz w:val="20"/>
        </w:rPr>
        <w:t>1:05:40  Aap kitaab marifat padhiye aur izhaar-e-deen padhiye, is ke baad bataiye ke falan baat is mein wazeh</w:t>
      </w:r>
      <w:r>
        <w:br/>
      </w:r>
      <w:r>
        <w:rPr>
          <w:sz w:val="20"/>
        </w:rPr>
        <w:t>1:05:47  nahi hui, to phir main inshallah is ka jawab doonga.</w:t>
      </w:r>
      <w:r>
        <w:br/>
      </w:r>
      <w:r>
        <w:rPr>
          <w:sz w:val="20"/>
        </w:rPr>
        <w:t>1:05:52  main yeh sahi tareeqa hai.</w:t>
      </w:r>
    </w:p>
    <w:p>
      <w:pPr>
        <w:pStyle w:val="Heading2"/>
      </w:pPr>
      <w:r>
        <w:t>Formula to overcome anxiety and fear</w:t>
      </w:r>
    </w:p>
    <w:p>
      <w:r>
        <w:rPr>
          <w:color w:val="666666"/>
          <w:sz w:val="18"/>
        </w:rPr>
        <w:t>Life &amp; Wisdom · Spirit of Ramadan | June 14, 2015 · 4m 02s · at 59:06 · https://youtu.be/LMQxfxQcnxQ?t=3546</w:t>
      </w:r>
    </w:p>
    <w:p>
      <w:r>
        <w:rPr>
          <w:i/>
        </w:rPr>
        <w:t>“Is there any way I can be free from anxiety, negative thoughts and fear? Please suggest me a formula of life that helps me manage such feelings.”</w:t>
      </w:r>
    </w:p>
    <w:p>
      <w:r>
        <w:rPr>
          <w:sz w:val="20"/>
        </w:rPr>
        <w:t>59:06  mona, yeh agla sawal aaya hai mister ajay dwivedi ka gurgaon se.</w:t>
      </w:r>
      <w:r>
        <w:br/>
      </w:r>
      <w:r>
        <w:rPr>
          <w:sz w:val="20"/>
        </w:rPr>
        <w:t>59:12  مولانا صاحب، Is there any way I can be free from anxiety, negative thoughts and fear? Please suggest.</w:t>
      </w:r>
      <w:r>
        <w:br/>
      </w:r>
      <w:r>
        <w:rPr>
          <w:sz w:val="20"/>
        </w:rPr>
        <w:t>59:18  me a formula of life that helps me manage such feelings.</w:t>
      </w:r>
      <w:r>
        <w:br/>
      </w:r>
      <w:r>
        <w:rPr>
          <w:sz w:val="20"/>
        </w:rPr>
        <w:t>59:24  kya matlab? kya matlab hai? mona, in ka sawal yeh hai ke is there any way that i</w:t>
      </w:r>
      <w:r>
        <w:br/>
      </w:r>
      <w:r>
        <w:rPr>
          <w:sz w:val="20"/>
        </w:rPr>
        <w:t>59:30  can be free from anxiety and negative thoughts and fear?</w:t>
      </w:r>
      <w:r>
        <w:br/>
      </w:r>
      <w:r>
        <w:rPr>
          <w:sz w:val="20"/>
        </w:rPr>
        <w:t>59:36  so he wants a formula. bhai, anxiety kis baat par? job ko lekar, business ko lekar, kis baat ko lekar? paise ko lekar? to dekhen, abhi kal ke akhbar mein main ek reference doonga. duniya ke richest aadmi ka woh aaya hai, abhi kal ke Times of India mein padha maine. woh China ka hai, duniya ka richest aadmi. us ne taqreer ki hai jo Times of India mein chhapi hai ke pehle main school</w:t>
      </w:r>
      <w:r>
        <w:br/>
      </w:r>
      <w:r>
        <w:rPr>
          <w:sz w:val="20"/>
        </w:rPr>
        <w:t>1:00:06  will teacher tha aur mahine mujh ko 12 dollar milta tha china mein.</w:t>
      </w:r>
      <w:r>
        <w:br/>
      </w:r>
      <w:r>
        <w:rPr>
          <w:sz w:val="20"/>
        </w:rPr>
        <w:t>1:00:11  woh english jaanta tha toh english teacher tha.</w:t>
      </w:r>
      <w:r>
        <w:br/>
      </w:r>
      <w:r>
        <w:rPr>
          <w:sz w:val="20"/>
        </w:rPr>
        <w:t>1:00:16  woh phir us ne business shuru kiya toh 12 us ne likha hai ke jab mein mahine mein</w:t>
      </w:r>
      <w:r>
        <w:br/>
      </w:r>
      <w:r>
        <w:rPr>
          <w:sz w:val="20"/>
        </w:rPr>
        <w:t>1:00:21  jo 12 dollar kamata tha toh woh bohat khush rehta tha.</w:t>
      </w:r>
      <w:r>
        <w:br/>
      </w:r>
      <w:r>
        <w:rPr>
          <w:sz w:val="20"/>
        </w:rPr>
        <w:t>1:00:26  ab mere paas billion billion paisa hai lekin ab mein khush nahi hoon.</w:t>
      </w:r>
      <w:r>
        <w:br/>
      </w:r>
      <w:r>
        <w:rPr>
          <w:sz w:val="20"/>
        </w:rPr>
        <w:t>1:00:31  toh toh yeh yeh</w:t>
      </w:r>
      <w:r>
        <w:br/>
      </w:r>
      <w:r>
        <w:rPr>
          <w:sz w:val="20"/>
        </w:rPr>
        <w:t>1:00:36  yeh anxiety hai. anxiety is cheez ke liye jo us se anxiety badha hua hai. aisi cheez ki, aisi cheez ke liye log anxiety ko paalte hain ke woh agar poori ho jaye to aur aur anxiety badh jaye ke zyada bada ghar, zyada badi, bahut hi car, bada jawab, job, bahut zyada business. woh to anxiety aur badhane wali cheez hai. woh to dekhen, anxiety jo hai woh ek intellectual state ka naam hai, ek zehni haalat.</w:t>
      </w:r>
      <w:r>
        <w:br/>
      </w:r>
      <w:r>
        <w:rPr>
          <w:sz w:val="20"/>
        </w:rPr>
        <w:t>1:01:06  aap zehan ki satah par apne ko positive banaiye.</w:t>
      </w:r>
      <w:r>
        <w:br/>
      </w:r>
      <w:r>
        <w:rPr>
          <w:sz w:val="20"/>
        </w:rPr>
        <w:t>1:01:12  bahir bahir ki satah par aap sochenge aur bahir koi anxiety ka sabab nikal kar us ko</w:t>
      </w:r>
      <w:r>
        <w:br/>
      </w:r>
      <w:r>
        <w:rPr>
          <w:sz w:val="20"/>
        </w:rPr>
        <w:t>1:01:18  door karne ki koshish karenge toh is se anxiety door hone wali nahi hai.</w:t>
      </w:r>
      <w:r>
        <w:br/>
      </w:r>
      <w:r>
        <w:rPr>
          <w:sz w:val="20"/>
        </w:rPr>
        <w:t>1:01:24  misalan mein hoon, dekhiye, mein koi anxiety nahi hoon kyunke har anxiety, dekhiye, har anxiety jo hoti hai</w:t>
      </w:r>
      <w:r>
        <w:br/>
      </w:r>
      <w:r>
        <w:rPr>
          <w:sz w:val="20"/>
        </w:rPr>
        <w:t>1:01:31  kisi external reason se hoti hai,</w:t>
      </w:r>
      <w:r>
        <w:br/>
      </w:r>
      <w:r>
        <w:rPr>
          <w:sz w:val="20"/>
        </w:rPr>
        <w:t>1:01:37  internal reason se nahi hoti.</w:t>
      </w:r>
      <w:r>
        <w:br/>
      </w:r>
      <w:r>
        <w:rPr>
          <w:sz w:val="20"/>
        </w:rPr>
        <w:t>1:01:40  toh bas mein kahoon ke chalo bhai, yeh bhi theek hai.</w:t>
      </w:r>
      <w:r>
        <w:br/>
      </w:r>
      <w:r>
        <w:rPr>
          <w:sz w:val="20"/>
        </w:rPr>
        <w:t>1:01:43  mere paas agar falan cheez nahi hai toh yeh bhi theek hai.</w:t>
      </w:r>
      <w:r>
        <w:br/>
      </w:r>
      <w:r>
        <w:rPr>
          <w:sz w:val="20"/>
        </w:rPr>
        <w:t>1:01:47  paisa kam hai toh bhi theek hai.</w:t>
      </w:r>
      <w:r>
        <w:br/>
      </w:r>
      <w:r>
        <w:rPr>
          <w:sz w:val="20"/>
        </w:rPr>
        <w:t>1:01:50  mein america mein ek sahib ka qissa mein ne bataya hoga aap ko pehle ke ek sahib ka</w:t>
      </w:r>
      <w:r>
        <w:br/>
      </w:r>
      <w:r>
        <w:rPr>
          <w:sz w:val="20"/>
        </w:rPr>
        <w:t>1:01:53  mein woh le gaye.</w:t>
      </w:r>
      <w:r>
        <w:br/>
      </w:r>
      <w:r>
        <w:rPr>
          <w:sz w:val="20"/>
        </w:rPr>
        <w:t>1:01:57  mein kahin gaya tha kisi program mein toh hotel mein thehra tha toh woh hotel se utha ke</w:t>
      </w:r>
      <w:r>
        <w:br/>
      </w:r>
      <w:r>
        <w:rPr>
          <w:sz w:val="20"/>
        </w:rPr>
        <w:t>1:02:00  apne ghar le gaye.</w:t>
      </w:r>
      <w:r>
        <w:br/>
      </w:r>
      <w:r>
        <w:rPr>
          <w:sz w:val="20"/>
        </w:rPr>
        <w:t>1:02:03  mujh ko woh paise wale aadmi they toh</w:t>
      </w:r>
      <w:r>
        <w:br/>
      </w:r>
      <w:r>
        <w:rPr>
          <w:sz w:val="20"/>
        </w:rPr>
        <w:t>1:02:07  beh-haal mein ne dekha ke woh bohat khush rehte hain.</w:t>
      </w:r>
      <w:r>
        <w:br/>
      </w:r>
      <w:r>
        <w:rPr>
          <w:sz w:val="20"/>
        </w:rPr>
        <w:t>1:02:11  aam taur par america mein kisi ko khush nahi paya mein ne.</w:t>
      </w:r>
      <w:r>
        <w:br/>
      </w:r>
      <w:r>
        <w:rPr>
          <w:sz w:val="20"/>
        </w:rPr>
        <w:t>1:02:15  aam taur par wohi anxiety wale paya mein ne, woh khush they.</w:t>
      </w:r>
      <w:r>
        <w:br/>
      </w:r>
      <w:r>
        <w:rPr>
          <w:sz w:val="20"/>
        </w:rPr>
        <w:t>1:02:20  to mein ne wash kiya un ko to mujhe samjhaya ke unhon ne aik wohi formula pakar liya</w:t>
      </w:r>
      <w:r>
        <w:br/>
      </w:r>
      <w:r>
        <w:rPr>
          <w:sz w:val="20"/>
        </w:rPr>
        <w:t>1:02:24  ke chalo yeh bhi theek hai, jo bhi ho jaye, chalo yeh bhi theek hai.</w:t>
      </w:r>
      <w:r>
        <w:br/>
      </w:r>
      <w:r>
        <w:rPr>
          <w:sz w:val="20"/>
        </w:rPr>
        <w:t>1:02:28  mislan aik din mein ne un se kaha ke chaliye kal hum amreeka ke kisi park mein chalenge.</w:t>
      </w:r>
      <w:r>
        <w:br/>
      </w:r>
      <w:r>
        <w:rPr>
          <w:sz w:val="20"/>
        </w:rPr>
        <w:t>1:02:33  kaha theek hai.</w:t>
      </w:r>
      <w:r>
        <w:br/>
      </w:r>
      <w:r>
        <w:rPr>
          <w:sz w:val="20"/>
        </w:rPr>
        <w:t>1:02:37  to program ban gaya.</w:t>
      </w:r>
      <w:r>
        <w:br/>
      </w:r>
      <w:r>
        <w:rPr>
          <w:sz w:val="20"/>
        </w:rPr>
        <w:t>1:02:41  agle din subah ko woh apna tayar ho kar aaye, kapra pakar kar tayar ho kar aaye ke chale.</w:t>
      </w:r>
      <w:r>
        <w:br/>
      </w:r>
      <w:r>
        <w:rPr>
          <w:sz w:val="20"/>
        </w:rPr>
        <w:t>1:02:45  to mein ne kaha bhai, mera mood nahi jane ka.</w:t>
      </w:r>
      <w:r>
        <w:br/>
      </w:r>
      <w:r>
        <w:rPr>
          <w:sz w:val="20"/>
        </w:rPr>
        <w:t>1:02:48  yeh to kya kehte hain? chalo yeh bhi theek hai.</w:t>
      </w:r>
      <w:r>
        <w:br/>
      </w:r>
      <w:r>
        <w:rPr>
          <w:sz w:val="20"/>
        </w:rPr>
        <w:t>1:02:52  to sab se acha formula hai jo hai, us ko chalo yeh bhi theek hai.</w:t>
      </w:r>
      <w:r>
        <w:br/>
      </w:r>
      <w:r>
        <w:rPr>
          <w:sz w:val="20"/>
        </w:rPr>
        <w:t>1:02:56  to anxiety zehan mein paida hoti hai aur zehni woh khatam kar sakte hain.</w:t>
      </w:r>
      <w:r>
        <w:br/>
      </w:r>
      <w:r>
        <w:rPr>
          <w:sz w:val="20"/>
        </w:rPr>
        <w:t>1:03:00  aap anxiety mind mein paida hoti hai aur mind hi woh khatam kar sakte hain.</w:t>
      </w:r>
      <w:r>
        <w:br/>
      </w:r>
      <w:r>
        <w:rPr>
          <w:sz w:val="20"/>
        </w:rPr>
        <w:t>1:03:04  us ko aap</w:t>
      </w:r>
    </w:p>
    <w:p>
      <w:pPr>
        <w:pStyle w:val="Heading2"/>
      </w:pPr>
      <w:r>
        <w:t>Formula to remove negativity in all situations</w:t>
      </w:r>
    </w:p>
    <w:p>
      <w:r>
        <w:rPr>
          <w:color w:val="666666"/>
          <w:sz w:val="18"/>
        </w:rPr>
        <w:t>Life &amp; Wisdom · Universal outlook April 09, 2017 · 1m 21s · at 48:01 · https://youtu.be/n3HAPCpom5c?t=2881</w:t>
      </w:r>
    </w:p>
    <w:p>
      <w:r>
        <w:rPr>
          <w:i/>
        </w:rPr>
        <w:t>“Please suggest the best formula to remove negativity that we can use in all situations.”</w:t>
      </w:r>
    </w:p>
    <w:p>
      <w:r>
        <w:rPr>
          <w:sz w:val="20"/>
        </w:rPr>
        <w:t>48:01  Maulana agla sawal Delhi se bheja hai Mr Vikrant Dagar ne. unhon ne aapse poocha hai ke Maulana sahib please suggest the best formula to remove negativity which we can use in all the situations.</w:t>
      </w:r>
      <w:r>
        <w:br/>
      </w:r>
      <w:r>
        <w:rPr>
          <w:sz w:val="20"/>
        </w:rPr>
        <w:t>48:18  mujhe to is se zyada aasan koi kaam nahin lagta. kyunke negative thinking jo hai outside se aati hai.</w:t>
      </w:r>
      <w:r>
        <w:br/>
      </w:r>
      <w:r>
        <w:rPr>
          <w:sz w:val="20"/>
        </w:rPr>
        <w:t>48:27  hamare andar nahi hoti woh.</w:t>
      </w:r>
      <w:r>
        <w:br/>
      </w:r>
      <w:r>
        <w:rPr>
          <w:sz w:val="20"/>
        </w:rPr>
        <w:t>48:32  bahar se aati hai. to bahar se aane wale achhi kauniyat de bas itna hi karna hai. hamare andar to kuch bhi nahi hai. nature to bohat hi positive hota hai insan ka.</w:t>
      </w:r>
      <w:r>
        <w:br/>
      </w:r>
      <w:r>
        <w:rPr>
          <w:sz w:val="20"/>
        </w:rPr>
        <w:t>48:43  har insan ka. to negative thinking aati hai bahar se.</w:t>
      </w:r>
      <w:r>
        <w:br/>
      </w:r>
      <w:r>
        <w:rPr>
          <w:sz w:val="20"/>
        </w:rPr>
        <w:t>48:52  to bahar se jo cheez aa rahi ho jaise bahar se dhool aa rahi hai aap aankh band kar li aap ne.</w:t>
      </w:r>
      <w:r>
        <w:br/>
      </w:r>
      <w:r>
        <w:rPr>
          <w:sz w:val="20"/>
        </w:rPr>
        <w:t>49:00  bahar se koi cheez aa rahi hai aap ne apne chehre par parda daal liya to nahi aayegi. to jo cheez aap ke andar na ho wo sirf bahar se aati ho us se bachna itna aasan hai ke us ko apne andar aane na dein aur aur kya karna hai aur kuch karna hi nahi hai.</w:t>
      </w:r>
    </w:p>
    <w:p>
      <w:pPr>
        <w:pStyle w:val="Heading2"/>
      </w:pPr>
      <w:r>
        <w:t>Formula to stay on straight path</w:t>
      </w:r>
    </w:p>
    <w:p>
      <w:r>
        <w:rPr>
          <w:color w:val="666666"/>
          <w:sz w:val="18"/>
        </w:rPr>
        <w:t>Life &amp; Wisdom · Dars-e-Quran, Ch. 12, V. 105 ; Ch. 10 V. 61 (Study of Nature) | July 15, 2018 · 1m 33s · at 1:04:06 · https://youtu.be/5d-qNvpMg4k?t=3846</w:t>
      </w:r>
    </w:p>
    <w:p>
      <w:r>
        <w:rPr>
          <w:i/>
        </w:rPr>
        <w:t>“Maulana, according to you, what is the formula to keep ourselves on the straight path all the time?”</w:t>
      </w:r>
    </w:p>
    <w:p>
      <w:r>
        <w:rPr>
          <w:sz w:val="20"/>
        </w:rPr>
        <w:t>1:04:06  ma'rifat ke baghair imaan ka irtaqa nahi ho sakta. yeh woh kahiye. maulana agla sawal kiya hai shafi ahmed sahib ne meerut se. unhon ne likha hai, "maulana, according to you, what is the formula to keep our self on the straight straight path all the time?" is ke</w:t>
      </w:r>
      <w:r>
        <w:br/>
      </w:r>
      <w:r>
        <w:rPr>
          <w:sz w:val="20"/>
        </w:rPr>
        <w:t>1:04:36  bare mein bataiye. bhai har da time pe ho nahi sakta. sahaba ke pe nahi ho sakta. balake jahan hunzala ayat rasool Allah ne farmaya tha to yeh koi miyar nahi ke aap har lamha, har second, 24 ghante aap aala darje par rahen. oonch neech rahega. oonch neech se koi farq nahi padta</w:t>
      </w:r>
      <w:r>
        <w:br/>
      </w:r>
      <w:r>
        <w:rPr>
          <w:sz w:val="20"/>
        </w:rPr>
        <w:t xml:space="preserve">1:05:06  </w:t>
      </w:r>
      <w:r>
        <w:br/>
      </w:r>
      <w:r>
        <w:rPr>
          <w:sz w:val="20"/>
        </w:rPr>
        <w:t>1:05:10  Sahaba ke haan bhi unch neech hota tha.</w:t>
      </w:r>
      <w:r>
        <w:br/>
      </w:r>
      <w:r>
        <w:rPr>
          <w:sz w:val="20"/>
        </w:rPr>
        <w:t>1:05:15  yeh hadith sabit hai.</w:t>
      </w:r>
      <w:r>
        <w:br/>
      </w:r>
      <w:r>
        <w:rPr>
          <w:sz w:val="20"/>
        </w:rPr>
        <w:t>1:05:20  haan, bilakah jahan hanzalah.</w:t>
      </w:r>
      <w:r>
        <w:br/>
      </w:r>
      <w:r>
        <w:rPr>
          <w:sz w:val="20"/>
        </w:rPr>
        <w:t>1:05:25  saata wasaata kya matlab hua is ka? kabhi yeh, kabhi woh, kabhi woh, kabhi woh, kabhi qabz, kabhi bast.</w:t>
      </w:r>
      <w:r>
        <w:br/>
      </w:r>
      <w:r>
        <w:rPr>
          <w:sz w:val="20"/>
        </w:rPr>
        <w:t>1:05:30  to yeh to fitri baat hai.</w:t>
      </w:r>
      <w:r>
        <w:br/>
      </w:r>
      <w:r>
        <w:rPr>
          <w:sz w:val="20"/>
        </w:rPr>
        <w:t>1:05:34  is mein koi kamzori ki baat nahi hai.</w:t>
      </w:r>
    </w:p>
    <w:p>
      <w:pPr>
        <w:pStyle w:val="Heading2"/>
      </w:pPr>
      <w:r>
        <w:t>Formula to stop negative thoughts</w:t>
      </w:r>
    </w:p>
    <w:p>
      <w:r>
        <w:rPr>
          <w:color w:val="666666"/>
          <w:sz w:val="18"/>
        </w:rPr>
        <w:t>Life &amp; Wisdom · The Existence of God October 7, 2012 · 1m 34s · at 1:11:55 · https://youtu.be/Hm0ybuokQ8s?t=4315</w:t>
      </w:r>
    </w:p>
    <w:p>
      <w:r>
        <w:rPr>
          <w:i/>
        </w:rPr>
        <w:t>“I want to live with a negative-free mind. Please give me a formula to stop negative thoughts.”</w:t>
      </w:r>
    </w:p>
    <w:p>
      <w:r>
        <w:rPr>
          <w:sz w:val="20"/>
        </w:rPr>
        <w:t>1:11:55  is is ko aap jab clear ho jaye ga aap ke zehan mein to yeh sawal bhi hal ho jaye ga aap ka. Maulana, agla sawal Delhi se hai Nafees Sahab ka.</w:t>
      </w:r>
      <w:r>
        <w:br/>
      </w:r>
      <w:r>
        <w:rPr>
          <w:sz w:val="20"/>
        </w:rPr>
        <w:t>1:12:07  unhon ne likha hai: "main main negative free mind ban kar rehna chahta hoon, mujhe koi aisa formula bata dijiye jis se negative thoughts aana band ho jayein." Woh kabhi nahi band honge.</w:t>
      </w:r>
      <w:r>
        <w:br/>
      </w:r>
      <w:r>
        <w:rPr>
          <w:sz w:val="20"/>
        </w:rPr>
        <w:t>1:12:23  aap aise chahte hain ke aakhri din aap dimagh mein aana band ho jaye to kabhi band nahi hoga? Kuch nahi, negative thought to aayenge.</w:t>
      </w:r>
      <w:r>
        <w:br/>
      </w:r>
      <w:r>
        <w:rPr>
          <w:sz w:val="20"/>
        </w:rPr>
        <w:t>1:12:34  aap is ko manage karna seekhiye. Yeh yeh possible nahi hai ke aap ko ek aisi duniya mil jaye jahan koi negative baat hi na hoti ho.</w:t>
      </w:r>
      <w:r>
        <w:br/>
      </w:r>
      <w:r>
        <w:rPr>
          <w:sz w:val="20"/>
        </w:rPr>
        <w:t>1:12:43  kuch nahi hai, aap ko negativity ke jhaad jhankad mein jeena hai.</w:t>
      </w:r>
      <w:r>
        <w:br/>
      </w:r>
      <w:r>
        <w:rPr>
          <w:sz w:val="20"/>
        </w:rPr>
        <w:t>1:12:49  you are you are to learn the art of yaani negative negativity management. Yeh to koi unnatural baat hai jo aap cha rahe hain.</w:t>
      </w:r>
      <w:r>
        <w:br/>
      </w:r>
      <w:r>
        <w:rPr>
          <w:sz w:val="20"/>
        </w:rPr>
        <w:t>1:13:03  negativity ko apni khorak banaiye, negativity ko point of discussion banaiye, is ke liye aur aur sochiye, aur aur sochiye. Jaise maine aap ko qissa bataya, aap ko ke main naha raha tha aur sabun haath se chhoot kar balti mein chal gaya.</w:t>
      </w:r>
      <w:r>
        <w:br/>
      </w:r>
      <w:r>
        <w:rPr>
          <w:sz w:val="20"/>
        </w:rPr>
        <w:t>1:13:19  that was a negative event, lekin main sochne laga, sochne laga, is se mujhe ek ek positive sabaq mila. To negativity jo hai, us ko ek challenge ke roop mein lijiye.</w:t>
      </w:r>
    </w:p>
    <w:p>
      <w:pPr>
        <w:pStyle w:val="Heading2"/>
      </w:pPr>
      <w:r>
        <w:t>Glamour's appeal over knowledge and wisdom</w:t>
      </w:r>
    </w:p>
    <w:p>
      <w:r>
        <w:rPr>
          <w:color w:val="666666"/>
          <w:sz w:val="18"/>
        </w:rPr>
        <w:t>Life &amp; Wisdom · Journey of History December 23, 2012 · 1m 48s · at 1:18:23 · https://youtu.be/bvjWl3U3Dmw?t=4703</w:t>
      </w:r>
    </w:p>
    <w:p>
      <w:r>
        <w:rPr>
          <w:i/>
        </w:rPr>
        <w:t>“Why are people more attracted to glamour than to knowledge and wisdom?”</w:t>
      </w:r>
    </w:p>
    <w:p>
      <w:r>
        <w:rPr>
          <w:sz w:val="20"/>
        </w:rPr>
        <w:t>1:18:23  maulana, agla sawal pune se hai mister vikrant ka. unhon ne aap se poocha hai: "why areing more attracted to glamour than knowledge and wisdom?"</w:t>
      </w:r>
      <w:r>
        <w:br/>
      </w:r>
      <w:r>
        <w:rPr>
          <w:sz w:val="20"/>
        </w:rPr>
        <w:t>1:18:38  mein samajhta hoon ke aaj kal jo TV hai is ka yeh fitna hai. hamare bachpan mein to yeh sab kuch tha nahi. koi glamour ka kuch janta bhi nahi tha ke duniya mein glamour hai.</w:t>
      </w:r>
      <w:r>
        <w:br/>
      </w:r>
      <w:r>
        <w:rPr>
          <w:sz w:val="20"/>
        </w:rPr>
        <w:t>1:18:49  hamare bachpan mein, nojwanai mein yeh sab hum kuch bhi nahi dekhte the. lekin ab yeh TV jo hai is ne logon ko.</w:t>
      </w:r>
      <w:r>
        <w:br/>
      </w:r>
      <w:r>
        <w:rPr>
          <w:sz w:val="20"/>
        </w:rPr>
        <w:t>1:18:59  to aap ko janna chahiye ke TV jo hai source of distraction hai.</w:t>
      </w:r>
      <w:r>
        <w:br/>
      </w:r>
      <w:r>
        <w:rPr>
          <w:sz w:val="20"/>
        </w:rPr>
        <w:t>1:19:05  is ko discover kijiye aur bajaye is ke ke TV aap ko guide kare, aap khud apne aap ko guide kijiye. aaj kal mujhe nojwanon ka haal yeh hai ke bas TV un ko guide karta hai.</w:t>
      </w:r>
      <w:r>
        <w:br/>
      </w:r>
      <w:r>
        <w:rPr>
          <w:sz w:val="20"/>
        </w:rPr>
        <w:t>1:19:22  yahan par galti hai. khud sochiye, apni rah khud banaiye, khud apne guide baniye.</w:t>
      </w:r>
      <w:r>
        <w:br/>
      </w:r>
      <w:r>
        <w:rPr>
          <w:sz w:val="20"/>
        </w:rPr>
        <w:t>1:19:30  mujhe to TV se koi mein TV dekhta bhi hoon, lekin ek percent bhi mein use koi asar nahi leta. ek percent bhi nahi.</w:t>
      </w:r>
      <w:r>
        <w:br/>
      </w:r>
      <w:r>
        <w:rPr>
          <w:sz w:val="20"/>
        </w:rPr>
        <w:t>1:19:41  to asal cheez yeh hai ke apne ko aap ko distraction se bachana hai. chahe TV ho ya koi doosri cheez hai, jo cheez distract kare us se bachiye.</w:t>
      </w:r>
      <w:r>
        <w:br/>
      </w:r>
      <w:r>
        <w:rPr>
          <w:sz w:val="20"/>
        </w:rPr>
        <w:t>1:19:53  yeh to karna hi karna hai aap ko. yeh to yeh to test hai.</w:t>
      </w:r>
      <w:r>
        <w:br/>
      </w:r>
      <w:r>
        <w:rPr>
          <w:sz w:val="20"/>
        </w:rPr>
        <w:t>1:19:58  test thori aisa hota hai ke test abolish to nahi ho sakta. test to baqi rahega. agar aap chahe ke test free life mil jaye aap ko, yeh to possible nahi hai.</w:t>
      </w:r>
    </w:p>
    <w:p>
      <w:pPr>
        <w:pStyle w:val="Heading2"/>
      </w:pPr>
      <w:r>
        <w:t>Guidance for childless couple's loneliness</w:t>
      </w:r>
    </w:p>
    <w:p>
      <w:r>
        <w:rPr>
          <w:color w:val="666666"/>
          <w:sz w:val="18"/>
        </w:rPr>
        <w:t>Life &amp; Wisdom · How to Manage Controversy 10 Nov 2019 - Maulana Wahiduddin Khan · 1m 56s · at 59:21 · https://youtu.be/UafTzJXHrSA?t=3561</w:t>
      </w:r>
    </w:p>
    <w:p>
      <w:r>
        <w:rPr>
          <w:i/>
        </w:rPr>
        <w:t>“Maulana, I don't have a child and both my wife and I feel very lonely. Maulana, please give us some guidance as it is affecting our peace of mind.”</w:t>
      </w:r>
    </w:p>
    <w:p>
      <w:r>
        <w:rPr>
          <w:sz w:val="20"/>
        </w:rPr>
        <w:t>59:21  yahi asal masla hai, jar ki baat yahi hai, jar ki baat yahi hai. maulana, agla sawal ahmedabad se shoaib akhtar sahib ne bheja hai.</w:t>
      </w:r>
      <w:r>
        <w:br/>
      </w:r>
      <w:r>
        <w:rPr>
          <w:sz w:val="20"/>
        </w:rPr>
        <w:t>59:33  unho ne likha hai: "maulana sahib, i don't have a child and both me and my wife feel very lonely.</w:t>
      </w:r>
      <w:r>
        <w:br/>
      </w:r>
      <w:r>
        <w:rPr>
          <w:sz w:val="20"/>
        </w:rPr>
        <w:t>59:43  maulana sahib, please give us some guidance as it is affecting our peace of mind." bhai, yeh is ke liye main yahi kahunga ke rasool Allah ko dekhiye, aap</w:t>
      </w:r>
      <w:r>
        <w:br/>
      </w:r>
      <w:r>
        <w:rPr>
          <w:sz w:val="20"/>
        </w:rPr>
        <w:t>1:00:03  rasool Allah ka beta kahan tha? jo bete paida hue, woh khatam ho gaye.</w:t>
      </w:r>
      <w:r>
        <w:br/>
      </w:r>
      <w:r>
        <w:rPr>
          <w:sz w:val="20"/>
        </w:rPr>
        <w:t>1:00:13  ab aur kya kar sakta hoon main aap ko? okay, we will end the session</w:t>
      </w:r>
      <w:r>
        <w:br/>
      </w:r>
      <w:r>
        <w:rPr>
          <w:sz w:val="20"/>
        </w:rPr>
        <w:t>1:00:18  now. thank you.</w:t>
      </w:r>
    </w:p>
    <w:p>
      <w:pPr>
        <w:pStyle w:val="Heading2"/>
      </w:pPr>
      <w:r>
        <w:t>Guidance on handling anger and frustration</w:t>
      </w:r>
    </w:p>
    <w:p>
      <w:r>
        <w:rPr>
          <w:color w:val="666666"/>
          <w:sz w:val="18"/>
        </w:rPr>
        <w:t>Life &amp; Wisdom · Man and The Paradise August 11, 2013 Maulana Wahiduddin Khan · 5m 28s · at 55:35 · https://youtu.be/m8XdpnaS95U?t=3335</w:t>
      </w:r>
    </w:p>
    <w:p>
      <w:r>
        <w:rPr>
          <w:i/>
        </w:rPr>
        <w:t>“Your words are very thought-provoking and very true. There are often challenging situations which arise from time to time, and often these result into anger and frustration. Sometimes these frustrations come out in words, causing hurt to everyone, and followed by regret later. Dear Maulana, please guide me that if a situation like this comes again.”</w:t>
      </w:r>
    </w:p>
    <w:p>
      <w:r>
        <w:rPr>
          <w:sz w:val="20"/>
        </w:rPr>
        <w:t>55:35  maulana, agla sawal singapore se hai, mr sailesh malhotra ka. unhon ne likha hai: "maulana, your words are very thought provoking and very true.</w:t>
      </w:r>
      <w:r>
        <w:br/>
      </w:r>
      <w:r>
        <w:rPr>
          <w:sz w:val="20"/>
        </w:rPr>
        <w:t>55:47  there are often challenging situations which arise from time to time, and often these result into anger and frustration.</w:t>
      </w:r>
      <w:r>
        <w:br/>
      </w:r>
      <w:r>
        <w:rPr>
          <w:sz w:val="20"/>
        </w:rPr>
        <w:t>55:57  sometimes these frustrations come out in words, causing hurt to everyone, and followed by regret later. dear Maulana, please guide me that if a situation like this comes again,</w:t>
      </w:r>
      <w:r>
        <w:br/>
      </w:r>
      <w:r>
        <w:rPr>
          <w:sz w:val="20"/>
        </w:rPr>
        <w:t>56:11  what should I do to subside negative thoughts and angry words?</w:t>
      </w:r>
      <w:r>
        <w:br/>
      </w:r>
      <w:r>
        <w:rPr>
          <w:sz w:val="20"/>
        </w:rPr>
        <w:t>56:17  I want to go to paradise with the rest of the CPS team, and don't want to lose this because of my stupid mistakes."</w:t>
      </w:r>
      <w:r>
        <w:br/>
      </w:r>
      <w:r>
        <w:rPr>
          <w:sz w:val="20"/>
        </w:rPr>
        <w:t>56:36  dekhiye, paradise ki qeemat hai acceptance of reality.</w:t>
      </w:r>
      <w:r>
        <w:br/>
      </w:r>
      <w:r>
        <w:rPr>
          <w:sz w:val="20"/>
        </w:rPr>
        <w:t>56:46  paradise ki qeemat hai acceptance of reality.</w:t>
      </w:r>
      <w:r>
        <w:br/>
      </w:r>
      <w:r>
        <w:rPr>
          <w:sz w:val="20"/>
        </w:rPr>
        <w:t>56:53  yani duniya mein jo creator hai, creator us ne apne plan ke mutabiq duniya ka ek system banaya hai.</w:t>
      </w:r>
      <w:r>
        <w:br/>
      </w:r>
      <w:r>
        <w:rPr>
          <w:sz w:val="20"/>
        </w:rPr>
        <w:t>57:07  is system mein har ek ko azaadi hai, har ek ko total freedom hai.</w:t>
      </w:r>
      <w:r>
        <w:br/>
      </w:r>
      <w:r>
        <w:rPr>
          <w:sz w:val="20"/>
        </w:rPr>
        <w:t>57:15  to apni freedom ko woh chahe misuse kare, chahe proper use kare. yahi woh cheez hai jo hamare andar paida karti hai anger, complain, protest, yeh sab cheezen.</w:t>
      </w:r>
      <w:r>
        <w:br/>
      </w:r>
      <w:r>
        <w:rPr>
          <w:sz w:val="20"/>
        </w:rPr>
        <w:t>57:30  to pehli condition yeh hai ke aap accept karen Allah ki is ki maaf things ko.</w:t>
      </w:r>
      <w:r>
        <w:br/>
      </w:r>
      <w:r>
        <w:rPr>
          <w:sz w:val="20"/>
        </w:rPr>
        <w:t>57:39  yani jis cheez ko le kar aadmi ghussa hota hai, shikayat karta hai, protest karta hai, to kis ke khilaaf karta hai? woh bazahir kisi insaan ke khilaaf hoti hai, woh lekin hoti hai woh Khuda ke khilaaf.</w:t>
      </w:r>
      <w:r>
        <w:br/>
      </w:r>
      <w:r>
        <w:rPr>
          <w:sz w:val="20"/>
        </w:rPr>
        <w:t>57:54  jab aap bolte hain America ke khilaaf to aap bolte hain Khuda ke khilaaf. America jo kuch bhi kar raha hai, woh Allah ki di hui freedom par kar raha hai.</w:t>
      </w:r>
      <w:r>
        <w:br/>
      </w:r>
      <w:r>
        <w:rPr>
          <w:sz w:val="20"/>
        </w:rPr>
        <w:t>58:03  Yahudi jo kuch kar raha hai, woh Allah ki di hui freedom par kar raha hai. Hindu jo kuch bhi kar raha hai, woh Allah ki di hui freedom par kar raha hai. to jab aap shikayat karte hain, protest karte hain, kis ke khilaaf jati hai?</w:t>
      </w:r>
      <w:r>
        <w:br/>
      </w:r>
      <w:r>
        <w:rPr>
          <w:sz w:val="20"/>
        </w:rPr>
        <w:t>58:14  woh Allah ke khilaaf jati hai. woh</w:t>
      </w:r>
      <w:r>
        <w:br/>
      </w:r>
      <w:r>
        <w:rPr>
          <w:sz w:val="20"/>
        </w:rPr>
        <w:t>58:18  to isi ko maine kaha ke ke acceptance of reality jo hai, wahi price hai jannat ki.</w:t>
      </w:r>
      <w:r>
        <w:br/>
      </w:r>
      <w:r>
        <w:rPr>
          <w:sz w:val="20"/>
        </w:rPr>
        <w:t>58:29  isi ko Quran mein dekhiye: "raziyallahu anhum wa razuwan". yani jo log raazi ho gaye Allah ki is ki maaf things par, to Allah un se raazi ho jayega.</w:t>
      </w:r>
      <w:r>
        <w:br/>
      </w:r>
      <w:r>
        <w:rPr>
          <w:sz w:val="20"/>
        </w:rPr>
        <w:t>58:41  yeh jo ayat hai Quran majeed ki, is ko bhi log samajhte nahin.</w:t>
      </w:r>
      <w:r>
        <w:br/>
      </w:r>
      <w:r>
        <w:rPr>
          <w:sz w:val="20"/>
        </w:rPr>
        <w:t>58:46  mysterious bana rakha hai is ayat ko. mysterious. "raziyallahu anhum wa razuwan" ka matlab yeh hai ke jo log raazi ho gaye Allah ki is ki maaf things par,</w:t>
      </w:r>
      <w:r>
        <w:br/>
      </w:r>
      <w:r>
        <w:rPr>
          <w:sz w:val="20"/>
        </w:rPr>
        <w:t>59:01  apne aap ko aap ko is se adjust kiya, to Allah un se raazi ho jayega.</w:t>
      </w:r>
      <w:r>
        <w:br/>
      </w:r>
      <w:r>
        <w:rPr>
          <w:sz w:val="20"/>
        </w:rPr>
        <w:t>59:09  Allah ka jo plan hai, Allah ka jo plan hai, jo creation plan hai, us ke mutabiq jo is ki maaf things hain, to woh hamare hamein pasand aaye ya na pasand aayen,</w:t>
      </w:r>
      <w:r>
        <w:br/>
      </w:r>
      <w:r>
        <w:rPr>
          <w:sz w:val="20"/>
        </w:rPr>
        <w:t>59:26  har haal mein hum is se raazi ho jayen. hamare muwafiq ho, hamare khilaf ho, hamein chot lage ya chot na lage,</w:t>
      </w:r>
      <w:r>
        <w:br/>
      </w:r>
      <w:r>
        <w:rPr>
          <w:sz w:val="20"/>
        </w:rPr>
        <w:t>59:38  hamein shock pounchay ya shock na pounchay, har haal mein hum is par raazi ho jayen. yahi matlab hai "razi allahu anhum wa ridwan" ka ke jo log Allah ki is ki maaf things par raazi ho gaye, to Allah un par raazi ho jayega.</w:t>
      </w:r>
      <w:r>
        <w:br/>
      </w:r>
      <w:r>
        <w:rPr>
          <w:sz w:val="20"/>
        </w:rPr>
        <w:t>59:57  to ek baat yeh hai. doosri baat maine arz ki, jaisa ke abhi ke jo log is par raazi na hon, to kya hota hota hota hai? woh hypocrite bante hain. hypocrite.</w:t>
      </w:r>
      <w:r>
        <w:br/>
      </w:r>
      <w:r>
        <w:rPr>
          <w:sz w:val="20"/>
        </w:rPr>
        <w:t>1:00:10  yani hypocrisy is direct result of non acceptance of reality. kyunke aap kya karenge? badal sakte sakte nahi hain Allah ke naqshe ko.</w:t>
      </w:r>
      <w:r>
        <w:br/>
      </w:r>
      <w:r>
        <w:rPr>
          <w:sz w:val="20"/>
        </w:rPr>
        <w:t>1:00:21  to aap kya karenge? jahan interest kal hoga, wahan aap adjust karenge. jahan interest dekhenge, mein interest kal nahi ho raha hoga, wahan aap bolenge, wahan aap josh dikhayenge, wahan aap violence karenge.</w:t>
      </w:r>
      <w:r>
        <w:br/>
      </w:r>
      <w:r>
        <w:rPr>
          <w:sz w:val="20"/>
        </w:rPr>
        <w:t>1:00:35  to dekhiye, yeh yeh bilkul hi ek simple formula hai ke agar aap chahte hain ke jannat mein mujhe dakhla mile, then you have to accept the reality.</w:t>
      </w:r>
      <w:r>
        <w:br/>
      </w:r>
      <w:r>
        <w:rPr>
          <w:sz w:val="20"/>
        </w:rPr>
        <w:t>1:00:50  aur koi doosra rasta nahi. doosra rasta hai woh kya hai? woh apne aap ko aap kal karna hai, apne aap ko destroy karna hai, apne aap ko tabah karna hai.</w:t>
      </w:r>
    </w:p>
    <w:p>
      <w:pPr>
        <w:pStyle w:val="Heading2"/>
      </w:pPr>
      <w:r>
        <w:t>Guidance on leading life to develop attributes</w:t>
      </w:r>
    </w:p>
    <w:p>
      <w:r>
        <w:rPr>
          <w:color w:val="666666"/>
          <w:sz w:val="18"/>
        </w:rPr>
        <w:t>Life &amp; Wisdom · Dars-e-Quran, Chapter 2, Verse 25 | November 19, 2017 | Maulana Wahiduddin Khan · 1m 46s · at 1:03:31 · https://youtu.be/ctvrG32NCgA?t=3811</w:t>
      </w:r>
    </w:p>
    <w:p>
      <w:r>
        <w:rPr>
          <w:i/>
        </w:rPr>
        <w:t>“Kindly guide us how should we lead our life in this world, so that we develop the attributes of a...”</w:t>
      </w:r>
    </w:p>
    <w:p>
      <w:r>
        <w:rPr>
          <w:sz w:val="20"/>
        </w:rPr>
        <w:t>1:03:31  ji Maulana, agla sawal lete hain</w:t>
      </w:r>
      <w:r>
        <w:br/>
      </w:r>
      <w:r>
        <w:rPr>
          <w:sz w:val="20"/>
        </w:rPr>
        <w:t>1:03:37  jo Aamir Mory Sahab ne Srinagar se bheja hai, unhon ne likha hai: "Maulana Sahab, kindly guide</w:t>
      </w:r>
      <w:r>
        <w:br/>
      </w:r>
      <w:r>
        <w:rPr>
          <w:sz w:val="20"/>
        </w:rPr>
        <w:t>1:03:45  اس how should we lead our life in this world, so that we develop the attributes of a</w:t>
      </w:r>
      <w:r>
        <w:br/>
      </w:r>
      <w:r>
        <w:rPr>
          <w:sz w:val="20"/>
        </w:rPr>
        <w:t>1:03:53  paradise oriented personality?" Jahan tak jahan tak main sochta hoon, sab se zyada important baat ye hai ke</w:t>
      </w:r>
      <w:r>
        <w:br/>
      </w:r>
      <w:r>
        <w:rPr>
          <w:sz w:val="20"/>
        </w:rPr>
        <w:t>1:04:00  paradise aap ka yani</w:t>
      </w:r>
      <w:r>
        <w:br/>
      </w:r>
      <w:r>
        <w:rPr>
          <w:sz w:val="20"/>
        </w:rPr>
        <w:t>1:04:08  true sense mein concern ban gaya ho.</w:t>
      </w:r>
      <w:r>
        <w:br/>
      </w:r>
      <w:r>
        <w:rPr>
          <w:sz w:val="20"/>
        </w:rPr>
        <w:t>1:04:14  jis tarah aap jante hain ke ek ghar mein ek bachcha paida hota hai to poora family, us</w:t>
      </w:r>
      <w:r>
        <w:br/>
      </w:r>
      <w:r>
        <w:rPr>
          <w:sz w:val="20"/>
        </w:rPr>
        <w:t>1:04:20  ki us ke baap, us ke maon, us ki behan, us ke bhai, sab chahte hain ke is</w:t>
      </w:r>
      <w:r>
        <w:br/>
      </w:r>
      <w:r>
        <w:rPr>
          <w:sz w:val="20"/>
        </w:rPr>
        <w:t>1:04:26  ki best education ho aur is ko bohat acha job milay.</w:t>
      </w:r>
      <w:r>
        <w:br/>
      </w:r>
      <w:r>
        <w:rPr>
          <w:sz w:val="20"/>
        </w:rPr>
        <w:t>1:04:32  to is bachay ki taraqqi</w:t>
      </w:r>
      <w:r>
        <w:br/>
      </w:r>
      <w:r>
        <w:rPr>
          <w:sz w:val="20"/>
        </w:rPr>
        <w:t>1:04:38  aur acha job, yeh in ka concern ban jata hai.</w:t>
      </w:r>
      <w:r>
        <w:br/>
      </w:r>
      <w:r>
        <w:rPr>
          <w:sz w:val="20"/>
        </w:rPr>
        <w:t>1:04:45  isi tarah say jannat ko concern banna paray ga.</w:t>
      </w:r>
      <w:r>
        <w:br/>
      </w:r>
      <w:r>
        <w:rPr>
          <w:sz w:val="20"/>
        </w:rPr>
        <w:t>1:04:51  jis tarah say hum apnay betay ke liye acha job, is ko concern banatay hain apna, isi tarah</w:t>
      </w:r>
      <w:r>
        <w:br/>
      </w:r>
      <w:r>
        <w:rPr>
          <w:sz w:val="20"/>
        </w:rPr>
        <w:t>1:04:57  say jannat ko bhi ab concern banna paray ga.</w:t>
      </w:r>
      <w:r>
        <w:br/>
      </w:r>
      <w:r>
        <w:rPr>
          <w:sz w:val="20"/>
        </w:rPr>
        <w:t>1:05:03  tab woh woh cheezain paida hongi jo is ke liye</w:t>
      </w:r>
      <w:r>
        <w:br/>
      </w:r>
      <w:r>
        <w:rPr>
          <w:sz w:val="20"/>
        </w:rPr>
        <w:t>1:05:09  darkar hain.</w:t>
      </w:r>
    </w:p>
    <w:p>
      <w:pPr>
        <w:pStyle w:val="Heading2"/>
      </w:pPr>
      <w:r>
        <w:t>Handling regrets and past mistakes</w:t>
      </w:r>
    </w:p>
    <w:p>
      <w:r>
        <w:rPr>
          <w:color w:val="666666"/>
          <w:sz w:val="18"/>
        </w:rPr>
        <w:t>Life &amp; Wisdom · Art of Thinking November 02, 2014 Maulana Wahiduddin Khan · 3m 21s · at 49:31 · https://youtu.be/jxGjv30RG1Q?t=2971</w:t>
      </w:r>
    </w:p>
    <w:p>
      <w:r>
        <w:rPr>
          <w:i/>
        </w:rPr>
        <w:t>“How do we handle the feeling that we should have done a certain thing differently, and how do we handle regrets from the past? What is your comment on this?”</w:t>
      </w:r>
    </w:p>
    <w:p>
      <w:r>
        <w:rPr>
          <w:sz w:val="20"/>
        </w:rPr>
        <w:t>49:31  Maulana, agla sawal Delhi se hai Dr. Farhat Nasreen ka aur unhone likha hai: "How do we handle a feeling that we should have done a certain thing differently and how do we handle regrets from the past?</w:t>
      </w:r>
      <w:r>
        <w:br/>
      </w:r>
      <w:r>
        <w:rPr>
          <w:sz w:val="20"/>
        </w:rPr>
        <w:t>49:49  What is your comment on this?" kya kya is ka list hai is ka? Maulana, kai baar koi ek cheez hum kisi tareeqe se karte hain aur woh shayad kaamyaab nahi hoti to yeh ehsaas hota hai ke us ko doosre tareeqe se karna chahiye tha.</w:t>
      </w:r>
      <w:r>
        <w:br/>
      </w:r>
      <w:r>
        <w:rPr>
          <w:sz w:val="20"/>
        </w:rPr>
        <w:t>50:04  to yeh ek feeling rehti hai. aur jo doosra part hai woh yeh hai ke jo regrets reh jaate hain past ko le ke to yeh in dono ehsasat ko kaise handle kiya jaye?</w:t>
      </w:r>
      <w:r>
        <w:br/>
      </w:r>
      <w:r>
        <w:rPr>
          <w:sz w:val="20"/>
        </w:rPr>
        <w:t>50:20  ke koi ek cheez hamein kisi doosre tareeqe se karni chahiye thi aur hum nahi kar paye. dekhiye, sara mamla hai ke result oriented thinking aap ke andar ho.</w:t>
      </w:r>
      <w:r>
        <w:br/>
      </w:r>
      <w:r>
        <w:rPr>
          <w:sz w:val="20"/>
        </w:rPr>
        <w:t>50:37  aap ko cheezon ko</w:t>
      </w:r>
      <w:r>
        <w:br/>
      </w:r>
      <w:r>
        <w:rPr>
          <w:sz w:val="20"/>
        </w:rPr>
        <w:t>50:41  jis criterion se judge karna chahiye woh sirf ek hona chahiye, woh hai result. doosre doosre criterion log apply karne lagte hain. doosre doosre criterion.</w:t>
      </w:r>
      <w:r>
        <w:br/>
      </w:r>
      <w:r>
        <w:rPr>
          <w:sz w:val="20"/>
        </w:rPr>
        <w:t>50:55  ek hi criterion hai cheezon ko judge karne ka, woh yeh hai ke result ke aitbar se aap un ko jaanchain.</w:t>
      </w:r>
      <w:r>
        <w:br/>
      </w:r>
      <w:r>
        <w:rPr>
          <w:sz w:val="20"/>
        </w:rPr>
        <w:t>51:04  bas aur koi doosra criterion nahi. phir apne aap cheezein set ho jayengi, apne aap jo hai har cheez sort out ho jayegi, apne aap sab cheez durust ho jayegi.</w:t>
      </w:r>
      <w:r>
        <w:br/>
      </w:r>
      <w:r>
        <w:rPr>
          <w:sz w:val="20"/>
        </w:rPr>
        <w:t>51:20  to ek hi criterion hai, right criterion cheezon ko judge karne ka, woh hai result. jise maine is wajah se misaal di ke hijrat na karte aur kai so sahabi is waqt the, aap lad jaate to marte aur maare jaate to woh sari skill jeopardise ho jati.</w:t>
      </w:r>
      <w:r>
        <w:br/>
      </w:r>
      <w:r>
        <w:rPr>
          <w:sz w:val="20"/>
        </w:rPr>
        <w:t>51:42  yani result hi na milta. result to yeh tha ke makkah wale Islam mein dakhil hon, kaba jo hai buton se pak ho, ibrahim ka daur zinda kiya jaye.</w:t>
      </w:r>
      <w:r>
        <w:br/>
      </w:r>
      <w:r>
        <w:rPr>
          <w:sz w:val="20"/>
        </w:rPr>
        <w:t>51:53  goal to yeh tha lekin lad mar ke shayad khatam ho jaate aur kuch bhi nahi. to rasool Allah ne is ko result ke angle se socha to aap ne kaha ke ladna nahi, hamein to chale jana hai madina.</w:t>
      </w:r>
      <w:r>
        <w:br/>
      </w:r>
      <w:r>
        <w:rPr>
          <w:sz w:val="20"/>
        </w:rPr>
        <w:t>52:08  madina ka matlab kya? replanning of the work. ek planning woh thi jo makkah mein chal rahi thi to work nahi kar rahi thi us waqt.</w:t>
      </w:r>
      <w:r>
        <w:br/>
      </w:r>
      <w:r>
        <w:rPr>
          <w:sz w:val="20"/>
        </w:rPr>
        <w:t>52:23  to aap ne replanning ki madina mein ja kar jo ke work kare aur us ne work kiya aur poora arab Islamize ho gaya. to jab aap cheezon ko dekhenge result ke angle se to aap hamesha replanning karenge, rethink karenge,</w:t>
      </w:r>
      <w:r>
        <w:br/>
      </w:r>
      <w:r>
        <w:rPr>
          <w:sz w:val="20"/>
        </w:rPr>
        <w:t>52:41  apni priorities ko reset karenge. yahi ek hi hai aur yahi tareeqa hai aur koi doosra tareeqa nahi.</w:t>
      </w:r>
    </w:p>
    <w:p>
      <w:pPr>
        <w:pStyle w:val="Heading2"/>
      </w:pPr>
      <w:r>
        <w:t>Harm of sleeping in morning</w:t>
      </w:r>
    </w:p>
    <w:p>
      <w:r>
        <w:rPr>
          <w:color w:val="666666"/>
          <w:sz w:val="18"/>
        </w:rPr>
        <w:t>Life &amp; Wisdom · An Intellectual Journey May 1, 2011 · 10m 30s · at 1:31:27 · https://youtu.be/AqjjyimoIqw?t=5487</w:t>
      </w:r>
    </w:p>
    <w:p>
      <w:r>
        <w:rPr>
          <w:i/>
        </w:rPr>
        <w:t>“Nowadays people generally sleep in the morning, thus depriving themselves of the pleasant morning environment. What is the harm of sleeping in the morning, and what is the importance of morning walk?”</w:t>
      </w:r>
    </w:p>
    <w:p>
      <w:r>
        <w:rPr>
          <w:sz w:val="20"/>
        </w:rPr>
        <w:t>1:31:27  maulana, un ka aik aur sawal hai, unhon ne likha hai ke aaj kal log aam taur par subah ko sote hain, is tarah woh apne aap ko subah ke suhane mahol se mahroom rakhte hain.</w:t>
      </w:r>
      <w:r>
        <w:br/>
      </w:r>
      <w:r>
        <w:rPr>
          <w:sz w:val="20"/>
        </w:rPr>
        <w:t>1:31:41  maulana sahib, subah ko sone ka nuqsan kya hai, aur subah ki walking ki ahmiyat kya hai? dekhein, hadith mein aata hai ke isha ke baad so jao.</w:t>
      </w:r>
      <w:r>
        <w:br/>
      </w:r>
      <w:r>
        <w:rPr>
          <w:sz w:val="20"/>
        </w:rPr>
        <w:t>1:31:55  rasool Allah is ko pasand nahi karte the ke isha ke baad baith kar log baatein karte rahein, is ko pasand nahi karte the. is wajah se kyun? ke agar aap sawere so jayein ge, tabhi to subah ko sawere uthein ge,</w:t>
      </w:r>
      <w:r>
        <w:br/>
      </w:r>
      <w:r>
        <w:rPr>
          <w:sz w:val="20"/>
        </w:rPr>
        <w:t>1:32:09  raat ko der mein soyein ge to subah ko neend nahi khule gi. to yeh to bohat bari mahroomi hai, is mein log mubtala hain,</w:t>
      </w:r>
      <w:r>
        <w:br/>
      </w:r>
      <w:r>
        <w:rPr>
          <w:sz w:val="20"/>
        </w:rPr>
        <w:t>1:32:19  bohat bari mahroomi hai. kyunke subah ka jo waqt hota hai, woh woh is waqt aadmi so kar uthta hai jab to uska mind fresh hota hai.</w:t>
      </w:r>
      <w:r>
        <w:br/>
      </w:r>
      <w:r>
        <w:rPr>
          <w:sz w:val="20"/>
        </w:rPr>
        <w:t>1:32:32  sooraj ki roshni nikalti hai to us waqt bohat thandi thandi hoti hai, aur hawa bohat hi fresh hawa air milti hai. is waqt chidiyaan fazaon mein chehchati hain,</w:t>
      </w:r>
      <w:r>
        <w:br/>
      </w:r>
      <w:r>
        <w:rPr>
          <w:sz w:val="20"/>
        </w:rPr>
        <w:t>1:32:44  halki halki hawaayein chalti hain, jaise darakht ke patte koi raqs karne lagte hain. to jab mahol mein jab aap niklte hain bahar, yani nature mein aate hain, jab khuli faza mein to aik ajeeb qism ka inspiration milta hai.</w:t>
      </w:r>
      <w:r>
        <w:br/>
      </w:r>
      <w:r>
        <w:rPr>
          <w:sz w:val="20"/>
        </w:rPr>
        <w:t>1:33:04  saari kainat aap ko lagti hai ke aap ko inspire kar rahi hai, aap ko Allah ki blessing yaad dila rahi hai.</w:t>
      </w:r>
      <w:r>
        <w:br/>
      </w:r>
      <w:r>
        <w:rPr>
          <w:sz w:val="20"/>
        </w:rPr>
        <w:t>1:33:14  to isi liye mein is ko kehta hoon, subah ke walk ko walking tahajjud kehta hoon. mein walking tahajjud, walking zikr, walking tadabbur.</w:t>
      </w:r>
      <w:r>
        <w:br/>
      </w:r>
      <w:r>
        <w:rPr>
          <w:sz w:val="20"/>
        </w:rPr>
        <w:t>1:33:24  to mein to samajhta hoon ke jo aadmi bohat bari mahroomi mein mubtala hai, jo subah ko na uthe, bohat bari mahroomi hai. 24 ghante mein sab se acha waqt hota hai subah ka, isi ko agar aadmi avail na kare to zahir hai ke is se bari mahroomi aur kya ho sakti hai?</w:t>
      </w:r>
      <w:r>
        <w:br/>
      </w:r>
      <w:r>
        <w:rPr>
          <w:sz w:val="20"/>
        </w:rPr>
        <w:t>1:33:42  to aap yahi keh sakte hain logon ko, hum kehte rehte hain ke bhai isha ke baad foran so jao, bas aik hi nuskhah hai, isha ke baad foran so jana.</w:t>
      </w:r>
      <w:r>
        <w:br/>
      </w:r>
      <w:r>
        <w:rPr>
          <w:sz w:val="20"/>
        </w:rPr>
        <w:t>1:33:55  phir zahir hai ke neend khule gi subah ko, aur phir yeh sab karein ge aap. to hum itna hi keh sakte hain, is se ziyada hamare ikhtiyar mein kya hai?</w:t>
      </w:r>
      <w:r>
        <w:br/>
      </w:r>
      <w:r>
        <w:rPr>
          <w:sz w:val="20"/>
        </w:rPr>
        <w:t>1:34:07  miss naghma siddiqui ne dilli se sawal kiya hai: "</w:t>
      </w:r>
      <w:r>
        <w:br/>
      </w:r>
      <w:r>
        <w:rPr>
          <w:sz w:val="20"/>
        </w:rPr>
        <w:t>1:34:13  you emphasize on maintaining positivity. if we have a negative experience, how can we convert it into positivity? kindly explain.</w:t>
      </w:r>
      <w:r>
        <w:br/>
      </w:r>
      <w:r>
        <w:rPr>
          <w:sz w:val="20"/>
        </w:rPr>
        <w:t>1:34:27  dekhein, negative experience to zaroor hoga, lekin aap yeh bhi yaad rakhein ke negative experience jo hai, woh aik hota hai, 99 nahi hota hai.</w:t>
      </w:r>
      <w:r>
        <w:br/>
      </w:r>
      <w:r>
        <w:rPr>
          <w:sz w:val="20"/>
        </w:rPr>
        <w:t>1:34:39  woh hamesha</w:t>
      </w:r>
      <w:r>
        <w:br/>
      </w:r>
      <w:r>
        <w:rPr>
          <w:sz w:val="20"/>
        </w:rPr>
        <w:t>1:34:42  , yeh kabhi bhi aisa nahi ho sakta ke negative experience jo hai, wahi sab kuch ho, wahi hundred percent ho. yeh Khuda ki dunya wasta mumkin nahi hai.</w:t>
      </w:r>
      <w:r>
        <w:br/>
      </w:r>
      <w:r>
        <w:rPr>
          <w:sz w:val="20"/>
        </w:rPr>
        <w:t>1:34:54  jaise abhi jo arab countries mein jo afsar hai, aur log baghavat karne ke liye uthe hue hain, to main tv mein kabhi koi dekha hai, main sab mote mote hote hain, to unko sab kuch mila hua hai.</w:t>
      </w:r>
      <w:r>
        <w:br/>
      </w:r>
      <w:r>
        <w:rPr>
          <w:sz w:val="20"/>
        </w:rPr>
        <w:t>1:35:08  yeh sab kuch, hatta ke ek aadmi khud apne munh se bhi keh diya ke mere paas car hai, mere paas ghar hai, mere paas woh bank balance hai, phir bhi kyun shor kar rahe ho?</w:t>
      </w:r>
      <w:r>
        <w:br/>
      </w:r>
      <w:r>
        <w:rPr>
          <w:sz w:val="20"/>
        </w:rPr>
        <w:t>1:35:19  shor kar rahe ho is liye ke main ek ek nikal liya, unhon ne ek ek ek koi pata nahi kya keh rahe the woh. to koi ek item hamesha miss karta hai, har ek ko usi par aadmi focus kar deta hai.</w:t>
      </w:r>
      <w:r>
        <w:br/>
      </w:r>
      <w:r>
        <w:rPr>
          <w:sz w:val="20"/>
        </w:rPr>
        <w:t>1:35:33  to shukr guzar banne ke liye ya positive banne ke liye aadmi is yeh jaane ke har haal mein aap ke paas 99</w:t>
      </w:r>
      <w:r>
        <w:br/>
      </w:r>
      <w:r>
        <w:rPr>
          <w:sz w:val="20"/>
        </w:rPr>
        <w:t>1:35:45  yaani achha item baharhal maujood rahenge.</w:t>
      </w:r>
      <w:r>
        <w:br/>
      </w:r>
      <w:r>
        <w:rPr>
          <w:sz w:val="20"/>
        </w:rPr>
        <w:t>1:35:49  one one so mein ek nahi rahega to na rahe, is se kya farq padta hai?</w:t>
      </w:r>
      <w:r>
        <w:br/>
      </w:r>
      <w:r>
        <w:rPr>
          <w:sz w:val="20"/>
        </w:rPr>
        <w:t>1:35:57  aur yeh Allah taala ne demonstration ke roop mein bata diya Hazrat Adam ke qisse ko bata kar ke ke jannat mein unhein more than 99 mila hua tha, less than one ek tha, woh yaani fabricry usi par focus kar diya unhon ne.</w:t>
      </w:r>
      <w:r>
        <w:br/>
      </w:r>
      <w:r>
        <w:rPr>
          <w:sz w:val="20"/>
        </w:rPr>
        <w:t>1:36:12  to Allah taala ne bagaye ek ek is ko sari tareekh ke liye ek misaal bana diya ke dekho, aisa mat karna</w:t>
      </w:r>
      <w:r>
        <w:br/>
      </w:r>
      <w:r>
        <w:rPr>
          <w:sz w:val="20"/>
        </w:rPr>
        <w:t>1:36:19  warna nashukre banoge, warna positive personality nahi tumhari taraf ban payegi, tum negative ban jaoge. aur is ka nateeja kya hai? jannat se explanation. main bas bataun ke Adam ke is qisse mein saare mankind ke liye ek zabardast naseehat hai.</w:t>
      </w:r>
      <w:r>
        <w:br/>
      </w:r>
      <w:r>
        <w:rPr>
          <w:sz w:val="20"/>
        </w:rPr>
        <w:t>1:36:40  Maulana Zikwan Nadvi ne nai dilli se likha hai: "Hadees mein aaya hai ke baat ke logon mein kuch muhaddath honge,</w:t>
      </w:r>
      <w:r>
        <w:br/>
      </w:r>
      <w:r>
        <w:rPr>
          <w:sz w:val="20"/>
        </w:rPr>
        <w:t>1:36:49  is hadees ko wazeh farmayein."</w:t>
      </w:r>
      <w:r>
        <w:br/>
      </w:r>
      <w:r>
        <w:rPr>
          <w:sz w:val="20"/>
        </w:rPr>
        <w:t>1:36:55  muhaddath ka matlab hota hai jis se baat ki jaye, jis se baat ki jaye. to jahan tak main samajhta hoon, is ka matlab yeh hai ke ulama ne is ko bohat zyada wazeh nahi kiya hai, is ko karamat e auliya samajhte hain.</w:t>
      </w:r>
      <w:r>
        <w:br/>
      </w:r>
      <w:r>
        <w:rPr>
          <w:sz w:val="20"/>
        </w:rPr>
        <w:t>1:37:14  woh jo muhaddath jo hoga, woh karamat e auliya</w:t>
      </w:r>
      <w:r>
        <w:br/>
      </w:r>
      <w:r>
        <w:rPr>
          <w:sz w:val="20"/>
        </w:rPr>
        <w:t>1:37:17  ek nabi hota hai, ek muhaddath nabi. woh is par wahi utre, aur aur muhaddath woh hai jis se baat ki jaye, yaani farishton ke zariye is ko Allah ki baatein milein.</w:t>
      </w:r>
      <w:r>
        <w:br/>
      </w:r>
      <w:r>
        <w:rPr>
          <w:sz w:val="20"/>
        </w:rPr>
        <w:t>1:37:33  to is ko lagta hai karamat e auliya. main is ko galat samajhta hoon, karamat e auliya ki baat nahi hai. yeh</w:t>
      </w:r>
      <w:r>
        <w:br/>
      </w:r>
      <w:r>
        <w:rPr>
          <w:sz w:val="20"/>
        </w:rPr>
        <w:t>1:37:39  yeh daur e fatra jo hai, yaani nabi na ho, jab us waqt Allah ki rehnumai ka intezam hai.</w:t>
      </w:r>
      <w:r>
        <w:br/>
      </w:r>
      <w:r>
        <w:rPr>
          <w:sz w:val="20"/>
        </w:rPr>
        <w:t>1:37:47  yeh jab nabi hai to nabi aap ko rehnumai deta hai, ya nabi na ho to rehnumai kahan se mile?</w:t>
      </w:r>
      <w:r>
        <w:br/>
      </w:r>
      <w:r>
        <w:rPr>
          <w:sz w:val="20"/>
        </w:rPr>
        <w:t>1:37:57  aadmi ka aql kafi nahi hai. ma hoti to minal ilm illa qaleela.</w:t>
      </w:r>
      <w:r>
        <w:br/>
      </w:r>
      <w:r>
        <w:rPr>
          <w:sz w:val="20"/>
        </w:rPr>
        <w:t>1:38:05  science kehti hai ke science goes partial knowledge of reality. to is tarah se poori hidayat Allah ki jo mile aap ko, to Allah taala kisi ko chunta hai, kisi ko chunta hai.</w:t>
      </w:r>
      <w:r>
        <w:br/>
      </w:r>
      <w:r>
        <w:rPr>
          <w:sz w:val="20"/>
        </w:rPr>
        <w:t>1:38:18  woh isi ko muhaddath kaha gaya, yaani Allah farishton ke zariye is ke dimagh mein dalta hai baatein.</w:t>
      </w:r>
      <w:r>
        <w:br/>
      </w:r>
      <w:r>
        <w:rPr>
          <w:sz w:val="20"/>
        </w:rPr>
        <w:t>1:38:27  to jahan tak main samajhta hoon, main yeh zaati taur par woh yeh hai ke ulama kehte hain ek hai wahi matlooa, ek hai wahi ghair matlooa.</w:t>
      </w:r>
      <w:r>
        <w:br/>
      </w:r>
      <w:r>
        <w:rPr>
          <w:sz w:val="20"/>
        </w:rPr>
        <w:t>1:38:40  to paygambar ko Rasool Allah sallallahu alaihi wasallam ko ek wahi matlooa aati thi, aur jo hai Quran, ek wahi ghair matlooa aati thi, woh hai Hadees.</w:t>
      </w:r>
      <w:r>
        <w:br/>
      </w:r>
      <w:r>
        <w:rPr>
          <w:sz w:val="20"/>
        </w:rPr>
        <w:t>1:38:49  to main zahiri taur par aisa samajhta hoon ke wahi matlooa sirf paygambar ki cheez hai,</w:t>
      </w:r>
      <w:r>
        <w:br/>
      </w:r>
      <w:r>
        <w:rPr>
          <w:sz w:val="20"/>
        </w:rPr>
        <w:t>1:38:56  lekin wahi ghair matlooa jo hai, woh muhaddath ko milti hai Allah ki tofeeq se. agar wahi ghair matlooa na mile to sahi sahi rehnumai nahi kar sakta.</w:t>
      </w:r>
      <w:r>
        <w:br/>
      </w:r>
      <w:r>
        <w:rPr>
          <w:sz w:val="20"/>
        </w:rPr>
        <w:t>1:39:07  ke kehte hain itna jangla hai duniya, afkar ka jangla, itna zyada yaani jis ko kaha fitna doheema. kaise aadmi sort out kare cheezon ko?</w:t>
      </w:r>
      <w:r>
        <w:br/>
      </w:r>
      <w:r>
        <w:rPr>
          <w:sz w:val="20"/>
        </w:rPr>
        <w:t>1:39:18  be shumar cheezain hain, yani hazaron nahi, lakhon nahi, billion item hain,</w:t>
      </w:r>
      <w:r>
        <w:br/>
      </w:r>
      <w:r>
        <w:rPr>
          <w:sz w:val="20"/>
        </w:rPr>
        <w:t>1:39:24  mukhtalif qism ke khayalat, mukhtalif qism ke afkar, mukhtalif qism ke nazariyat. kaise judge kare aadmi ke yeh sahi hai ya galat hai? aadmi sort out nahi kar pata, aadmi ek cheez doosri cheez differentiate nahi kar pata apni aqal se.</w:t>
      </w:r>
      <w:r>
        <w:br/>
      </w:r>
      <w:r>
        <w:rPr>
          <w:sz w:val="20"/>
        </w:rPr>
        <w:t>1:39:41  natija dekhein, ab beshtar log confusion mein jeete hain. jitne bhi mein logon ko parhta hoon, sab confusion, confusion, confusion kyunke sort out na karne ki wajah se.</w:t>
      </w:r>
      <w:r>
        <w:br/>
      </w:r>
      <w:r>
        <w:rPr>
          <w:sz w:val="20"/>
        </w:rPr>
        <w:t>1:39:53  abhi subah time tha, media mein ek article tha spirituality par, us ko parhwa ke suna mein ne. woh hai confusion, kuch samajhte hain kya keh raha hai aadmi. to asal cheez hai sort out karna, ek cheez doosri cheez mein differentiate karna,</w:t>
      </w:r>
      <w:r>
        <w:br/>
      </w:r>
      <w:r>
        <w:rPr>
          <w:sz w:val="20"/>
        </w:rPr>
        <w:t>1:40:10  yani sach truth ko aur false food ko alag kar ke dekhna. yeh bohat mushkil cheezain hain.</w:t>
      </w:r>
      <w:r>
        <w:br/>
      </w:r>
      <w:r>
        <w:rPr>
          <w:sz w:val="20"/>
        </w:rPr>
        <w:t>1:40:18  do yani do pathar hon, ek kala, ek safed, to us ko alag alag kar sakte hain aap kyunke woh aur us ko dekh rahe hain aap objectively.</w:t>
      </w:r>
      <w:r>
        <w:br/>
      </w:r>
      <w:r>
        <w:rPr>
          <w:sz w:val="20"/>
        </w:rPr>
        <w:t>1:40:29  lekin jo maanwi item hain, maanwi item jo dikhai nahi dete, us mein jo safed aur kale mile hue hain, us ko aap apni aqal se alag nahi kar sakte.</w:t>
      </w:r>
      <w:r>
        <w:br/>
      </w:r>
      <w:r>
        <w:rPr>
          <w:sz w:val="20"/>
        </w:rPr>
        <w:t>1:40:40  woh Allah ki madad darkar hoti hai wahan.</w:t>
      </w:r>
      <w:r>
        <w:br/>
      </w:r>
      <w:r>
        <w:rPr>
          <w:sz w:val="20"/>
        </w:rPr>
        <w:t>1:40:44  to jo nabi hai, woh to wahi ke zariye se us ko pehchan pata hai, woh rehnumai deta hai. aur jo muhaddis hai, us ko mein samajhta hoon jahan tak mera khayal hai, wahi ghair matlooh ke zariye us ko pehchanne ki tofeeq milti hai.</w:t>
      </w:r>
      <w:r>
        <w:br/>
      </w:r>
      <w:r>
        <w:rPr>
          <w:sz w:val="20"/>
        </w:rPr>
        <w:t>1:40:58  us ko wahi ghair matloohi ka naam hai inspiration, usi ka naam hai ilham, usi ka naam hai ilqa. aisa mein ne samjhaya hai.</w:t>
      </w:r>
    </w:p>
    <w:p>
      <w:pPr>
        <w:pStyle w:val="Heading2"/>
      </w:pPr>
      <w:r>
        <w:t>Helping others led to bankruptcy</w:t>
      </w:r>
    </w:p>
    <w:p>
      <w:r>
        <w:rPr>
          <w:color w:val="666666"/>
          <w:sz w:val="18"/>
        </w:rPr>
        <w:t>Life &amp; Wisdom · The Concept of Help Feb 9, 2020—Maulana Wahiduddin Khan · 27m 54s · at 1:39 · https://youtu.be/WScXmduh1AQ?t=99</w:t>
      </w:r>
    </w:p>
    <w:p>
      <w:r>
        <w:rPr>
          <w:i/>
        </w:rPr>
        <w:t>“I was always told to help others, and until date I help everyone without any hesitation. To the extent that I have reached the state of bankruptcy. My reason for writing to you is that I want to know what my mistake is, and I want you to guide me.”</w:t>
      </w:r>
    </w:p>
    <w:p>
      <w:r>
        <w:rPr>
          <w:sz w:val="20"/>
        </w:rPr>
        <w:t>1:39  guide me. Haan, aap is ko Urdu mein kahiye, Hindi mein, Hindi mein kahiye. To sawal, ah, is tarah hai ke unhon ne likha hai ke "Mere ko hamesha yeh kaha gaya tha ke mein doosron ki madad karoon, aur till date mein sab ki madad karta hoon bana kisi hesitation ke.</w:t>
      </w:r>
      <w:r>
        <w:br/>
      </w:r>
      <w:r>
        <w:rPr>
          <w:sz w:val="20"/>
        </w:rPr>
        <w:t>1:58  Yahan tak ke, ah, meri</w:t>
      </w:r>
      <w:r>
        <w:br/>
      </w:r>
      <w:r>
        <w:rPr>
          <w:sz w:val="20"/>
        </w:rPr>
        <w:t>2:12  aur main chahta hoon ke aap mujhe guide karen.</w:t>
      </w:r>
      <w:r>
        <w:br/>
      </w:r>
      <w:r>
        <w:rPr>
          <w:sz w:val="20"/>
        </w:rPr>
        <w:t>2:18  dekhiye, yeh meri discovery hai, aur main aap se arz karta hoon ke poori history mein ek obsession, saare log ek ek obsession mein mubtala rahe,</w:t>
      </w:r>
      <w:r>
        <w:br/>
      </w:r>
      <w:r>
        <w:rPr>
          <w:sz w:val="20"/>
        </w:rPr>
        <w:t>2:33  woh ke "help other, help other".</w:t>
      </w:r>
      <w:r>
        <w:br/>
      </w:r>
      <w:r>
        <w:rPr>
          <w:sz w:val="20"/>
        </w:rPr>
        <w:t>2:40  sab se bari, sab se bari, yaani achhai science samajhte hain ke logon ko madad ki jaye, madad ki jaye, madad ki jaye.</w:t>
      </w:r>
      <w:r>
        <w:br/>
      </w:r>
      <w:r>
        <w:rPr>
          <w:sz w:val="20"/>
        </w:rPr>
        <w:t>2:56  main samajhta hoon ke yeh madad jis ko kehte hain log, yeh dushman hai, dushman hai, dushman hai.</w:t>
      </w:r>
      <w:r>
        <w:br/>
      </w:r>
      <w:r>
        <w:rPr>
          <w:sz w:val="20"/>
        </w:rPr>
        <w:t>3:04  iski misaal yeh dekh li jiye aap. dekhiye, insaan paida hota hai do cheezon ko le kar: ek aql,</w:t>
      </w:r>
      <w:r>
        <w:br/>
      </w:r>
      <w:r>
        <w:rPr>
          <w:sz w:val="20"/>
        </w:rPr>
        <w:t>3:18  ya ek hi samajh lijiye, aql ke sath paida hota hai. aql, aql itni bari cheez hai, itni bari cheez hai ke woh sirf, woh sirf, woh is ke barabar koi cheez agar ho sakti hai to Khuda ki aql hai.</w:t>
      </w:r>
      <w:r>
        <w:br/>
      </w:r>
      <w:r>
        <w:rPr>
          <w:sz w:val="20"/>
        </w:rPr>
        <w:t>3:39  to tareekh mein sab se bari khair, sab se bari khoobi log samajhte rahe ke doosron ki madad karo.</w:t>
      </w:r>
      <w:r>
        <w:br/>
      </w:r>
      <w:r>
        <w:rPr>
          <w:sz w:val="20"/>
        </w:rPr>
        <w:t>3:51  lekin yeh mere nazdeek, main bohat lambe tajrube ke baad yeh arz kar raha hoon ke doosron ki madad karna, doosron ke sath dushmani karna hai, is ki wajah yeh hai ke aadmi ke andar Allah Rab ul Alameen ne potential rakhe hain, potential bohat hi zyada,</w:t>
      </w:r>
      <w:r>
        <w:br/>
      </w:r>
      <w:r>
        <w:rPr>
          <w:sz w:val="20"/>
        </w:rPr>
        <w:t>4:15  unlimited, unlimited potential.</w:t>
      </w:r>
      <w:r>
        <w:br/>
      </w:r>
      <w:r>
        <w:rPr>
          <w:sz w:val="20"/>
        </w:rPr>
        <w:t>4:22  to agar aap kisi ki khoob baat karen, koi bachcha aap ka hai, khoob us ko sab cheez den, to kya hoga jante hain?</w:t>
      </w:r>
      <w:r>
        <w:br/>
      </w:r>
      <w:r>
        <w:rPr>
          <w:sz w:val="20"/>
        </w:rPr>
        <w:t>4:34  uski nazar, nigah hat jayegi apne potential se.</w:t>
      </w:r>
      <w:r>
        <w:br/>
      </w:r>
      <w:r>
        <w:rPr>
          <w:sz w:val="20"/>
        </w:rPr>
        <w:t>4:41  woh, yaani jo</w:t>
      </w:r>
      <w:r>
        <w:br/>
      </w:r>
      <w:r>
        <w:rPr>
          <w:sz w:val="20"/>
        </w:rPr>
        <w:t>4:47  apne potential ko avail karo, apne potential ko active, active banao, is se hat jayegi, aur us ki nazar chali jayegi helper.</w:t>
      </w:r>
      <w:r>
        <w:br/>
      </w:r>
      <w:r>
        <w:rPr>
          <w:sz w:val="20"/>
        </w:rPr>
        <w:t>5:04  usi help ko istemal karega woh. isi liye jitne bachche, jin bachchon ko khoob paisa diya jata hai, un ke maa baap sab se zyada nikamme nikamme bante hain.</w:t>
      </w:r>
      <w:r>
        <w:br/>
      </w:r>
      <w:r>
        <w:rPr>
          <w:sz w:val="20"/>
        </w:rPr>
        <w:t>5:14  woh bachche jo baap, baap, baap apne bachchon ko khoob zyada paisa dete hain, nikamme bante hain. jin ladkiyon ko khoob jahalat diya jata hai, chhip jahalat diya jata hai, woh ladkiyan bilkul bekar sabit hoti hain.</w:t>
      </w:r>
      <w:r>
        <w:br/>
      </w:r>
      <w:r>
        <w:rPr>
          <w:sz w:val="20"/>
        </w:rPr>
        <w:t>5:31  yeh main apne tajrube se keh raha hoon. sab se bari help hai, is ko main kahunga ke compression.</w:t>
      </w:r>
      <w:r>
        <w:br/>
      </w:r>
      <w:r>
        <w:rPr>
          <w:sz w:val="20"/>
        </w:rPr>
        <w:t>5:42  Allah taala jab kisi se koi bara kaam lena chahte hain to compression create karte hain, compression create karte hain.</w:t>
      </w:r>
      <w:r>
        <w:br/>
      </w:r>
      <w:r>
        <w:rPr>
          <w:sz w:val="20"/>
        </w:rPr>
        <w:t>5:51  Allah ki sab se bari blessing jo hai, yaad rakhiye, compression hai.</w:t>
      </w:r>
      <w:r>
        <w:br/>
      </w:r>
      <w:r>
        <w:rPr>
          <w:sz w:val="20"/>
        </w:rPr>
        <w:t>5:59  lekin log maa baap pastay wale hote hain, woh bachche ko kisi museebat mein dekhne nahi chahte, to khoob paisa dete hain.</w:t>
      </w:r>
      <w:r>
        <w:br/>
      </w:r>
      <w:r>
        <w:rPr>
          <w:sz w:val="20"/>
        </w:rPr>
        <w:t>6:08  bachcha museebat sahaye, yahi is ki madad hai. aye maa baapon, apne bachchon ko dushman mat bano, dushman mat bano, un ko sahne do, mushkilat ko sahne do, dabao ki halat padne do taake un ke potential jaagen,</w:t>
      </w:r>
      <w:r>
        <w:br/>
      </w:r>
      <w:r>
        <w:rPr>
          <w:sz w:val="20"/>
        </w:rPr>
        <w:t>6:32  un ke potential jaagen. jitne maa baap paise wale hote hain, woh sab laad pyar mein yeh karte hain ke bachchon ke potential ko jaagne nahi dete, bas woh un ka har kaam free banta rahe, yeh koshish karte hain.</w:t>
      </w:r>
      <w:r>
        <w:br/>
      </w:r>
      <w:r>
        <w:rPr>
          <w:sz w:val="20"/>
        </w:rPr>
        <w:t>6:54  main aap ko poori history mein bohat misalein de sakta hoon ke Allah taala ka tareeqa yeh hai ke compression create karna hai, aaram dena nahi hai.</w:t>
      </w:r>
      <w:r>
        <w:br/>
      </w:r>
      <w:r>
        <w:rPr>
          <w:sz w:val="20"/>
        </w:rPr>
        <w:t>7:07  misalan dekhiye, Allah taala ne jab insaan ko paida kiya</w:t>
      </w:r>
      <w:r>
        <w:br/>
      </w:r>
      <w:r>
        <w:rPr>
          <w:sz w:val="20"/>
        </w:rPr>
        <w:t>7:15  to sab se pehle Bible mein hai ke Allah ne Eden mein ek bagh lagaya. yeh Bible mein hai, aur woh sahi mere nazdeek hai.</w:t>
      </w:r>
      <w:r>
        <w:br/>
      </w:r>
      <w:r>
        <w:rPr>
          <w:sz w:val="20"/>
        </w:rPr>
        <w:t>7:28  adan best area tha is zameen ka, best area tha. wahan par bagh, yani wahan par is ki bohat hi fertile zameen, zar khez,</w:t>
      </w:r>
      <w:r>
        <w:br/>
      </w:r>
      <w:r>
        <w:rPr>
          <w:sz w:val="20"/>
        </w:rPr>
        <w:t>7:45  har cheez bohat achi, bohat achi. to wahan pe basaya.</w:t>
      </w:r>
      <w:r>
        <w:br/>
      </w:r>
      <w:r>
        <w:rPr>
          <w:sz w:val="20"/>
        </w:rPr>
        <w:t>7:57  to wahan ke log kya hue? yahan ke log larne bari mein lag gaye. tribal sister, sister bhai avalu hua</w:t>
      </w:r>
      <w:r>
        <w:br/>
      </w:r>
      <w:r>
        <w:rPr>
          <w:sz w:val="20"/>
        </w:rPr>
        <w:t>8:14  to sab se zyada larne birban ilaaqa ban gaya, jis ko kehte hain aaj, aaj kal ke zamane mein, is ko kehte hain woh</w:t>
      </w:r>
      <w:r>
        <w:br/>
      </w:r>
      <w:r>
        <w:rPr>
          <w:sz w:val="20"/>
        </w:rPr>
        <w:t>8:29  yeh jo area hai, djalat afraad ke darmiyan, meso potta bhi hai, sab se zyada nikamba ilaaqa ban gaya mosam pathan mein ka.</w:t>
      </w:r>
      <w:r>
        <w:br/>
      </w:r>
      <w:r>
        <w:rPr>
          <w:sz w:val="20"/>
        </w:rPr>
        <w:t>8:43  to aap jante hain kya hua? Allah taala ne wahan par kya kiya? wahan par pani ka toofan aaya, aur wahan par Hazrat Nuh alaihissalam ne ek kashti banai, bohat bari kashti Allah ki rehnumai mein.</w:t>
      </w:r>
      <w:r>
        <w:br/>
      </w:r>
      <w:r>
        <w:rPr>
          <w:sz w:val="20"/>
        </w:rPr>
        <w:t>9:05  is kashti mein to un logon ko batha diya, bohat bari kashti thi woh, aur Allah ne is kashti ko kaha ke chala dal do samandar mojon mein dal do.</w:t>
      </w:r>
      <w:r>
        <w:br/>
      </w:r>
      <w:r>
        <w:rPr>
          <w:sz w:val="20"/>
        </w:rPr>
        <w:t>9:20  to meso pathanviya ka ilaaqa jo tha, wahan par toofan aaya, aur kashti ko is mein dal diya gaya. ab kashti mojon ki tarah chalne lagi.</w:t>
      </w:r>
      <w:r>
        <w:br/>
      </w:r>
      <w:r>
        <w:rPr>
          <w:sz w:val="20"/>
        </w:rPr>
        <w:t>9:32  wo kashti chalte chalte kahan ruki? moajza turki jo hai, turki ki sarhad par, jahan jo quran mein joodi kaha gaya hai, joodi.</w:t>
      </w:r>
      <w:r>
        <w:br/>
      </w:r>
      <w:r>
        <w:rPr>
          <w:sz w:val="20"/>
        </w:rPr>
        <w:t>9:44  aur jante hain yeh, yeh jo hai jagah thi, thanda ilaaqa tha, woh, woh, woh tha gurbara ka, jahan se woh bheje gaye the.</w:t>
      </w:r>
      <w:r>
        <w:br/>
      </w:r>
      <w:r>
        <w:rPr>
          <w:sz w:val="20"/>
        </w:rPr>
        <w:t>9:57  to gurb maraqbe se nikal kar thande ilaaqe mein dala gaya in ko, kyunke gurb maraqbe ki wajah se in ko dry bharai bohat barh gayi thi.</w:t>
      </w:r>
      <w:r>
        <w:br/>
      </w:r>
      <w:r>
        <w:rPr>
          <w:sz w:val="20"/>
        </w:rPr>
        <w:t>10:10  in ki woh, woh dust bani wahan, woh dust jo hai, woh larne wale, bhejane wale duston par gayi.</w:t>
      </w:r>
      <w:r>
        <w:br/>
      </w:r>
      <w:r>
        <w:rPr>
          <w:sz w:val="20"/>
        </w:rPr>
        <w:t>10:25  is ki wajah se jo wisdom hai, wisdom woh wahan develop nahi hui. mosam pathanviya ke ilaaqe mein wisdom develop nahi hui.</w:t>
      </w:r>
      <w:r>
        <w:br/>
      </w:r>
      <w:r>
        <w:rPr>
          <w:sz w:val="20"/>
        </w:rPr>
        <w:t>10:36  Allah taala ko wisdom ko develop karna tha,</w:t>
      </w:r>
      <w:r>
        <w:br/>
      </w:r>
      <w:r>
        <w:rPr>
          <w:sz w:val="20"/>
        </w:rPr>
        <w:t>10:42  to in logon ko bhej diya yahan thande ilaaqe mein, yani turki ka ilaaqa, yeh part hai europe ka, is ilaaqe mein dal diye gaye thande ilaaqe mein.</w:t>
      </w:r>
      <w:r>
        <w:br/>
      </w:r>
      <w:r>
        <w:rPr>
          <w:sz w:val="20"/>
        </w:rPr>
        <w:t>11:00  to aap jante hain ke yahi woh ilaaqa hai jahan logon ne technology ko discover kiya, kyunke woh nahi hota tha yahan wisdom ki development nahi hota tha.</w:t>
      </w:r>
      <w:r>
        <w:br/>
      </w:r>
      <w:r>
        <w:rPr>
          <w:sz w:val="20"/>
        </w:rPr>
        <w:t>11:16  is ki ek misaal mein deta hoon ke wisdom ka development ke liye zaroori hai ke aapas mein khoob discussion ho, discussion aql ko khola jaye.</w:t>
      </w:r>
      <w:r>
        <w:br/>
      </w:r>
      <w:r>
        <w:rPr>
          <w:sz w:val="20"/>
        </w:rPr>
        <w:t>11:31  to is ilaaqe mein logon ne ek kiya, difference ko negative maani mein le liya. jo muslim area ka tha, aap jante hain ke wahan is qadar ikhtilafat, ikhtilafat</w:t>
      </w:r>
      <w:r>
        <w:br/>
      </w:r>
      <w:r>
        <w:rPr>
          <w:sz w:val="20"/>
        </w:rPr>
        <w:t>11:51  aaj bhi wahan ikhtilafat bhare hue hain. to muslim area mein ikhtilaf bohat bare hue, zehni ikhtilaf aur phir sensory ikhtilaf isi mein phanse rahe log.</w:t>
      </w:r>
      <w:r>
        <w:br/>
      </w:r>
      <w:r>
        <w:rPr>
          <w:sz w:val="20"/>
        </w:rPr>
        <w:t>12:07  to in ko utha ke thande ilaaqe mein dal diya gaya. to thande ilaaqe mein in ki woh garam mizaj jo tha, woh khatam hua.</w:t>
      </w:r>
      <w:r>
        <w:br/>
      </w:r>
      <w:r>
        <w:rPr>
          <w:sz w:val="20"/>
        </w:rPr>
        <w:t>12:20  garam mizaj, yani western mulkon mein. tab aap jante hain ke yeh jo ilaaqa tha west ka, isi ne technology ko daryaft kiya.</w:t>
      </w:r>
      <w:r>
        <w:br/>
      </w:r>
      <w:r>
        <w:rPr>
          <w:sz w:val="20"/>
        </w:rPr>
        <w:t>12:39  jo musalman base the iran mein aur arab mein, woh daryaft hi nahi kar sake. woh Allah taala ko manzoor tha ke pehle Khuda ne ghoda diya, manzoor tha ke insan ki hawaajat daryaft kare.</w:t>
      </w:r>
      <w:r>
        <w:br/>
      </w:r>
      <w:r>
        <w:rPr>
          <w:sz w:val="20"/>
        </w:rPr>
        <w:t>12:55  jab insan paida hua to us ko jangalon mein ghode mil gaye, un ko trade kar ke woh ghode par sawar kar liya.</w:t>
      </w:r>
      <w:r>
        <w:br/>
      </w:r>
      <w:r>
        <w:rPr>
          <w:sz w:val="20"/>
        </w:rPr>
        <w:t>13:04  to ghoda free free mein mil gaya. ab Allah taala ko manzoor tha ke log apni aql ko istemal kar ke jo hidden technology hai, us ko daryaft karein, hawaajat banayein.</w:t>
      </w:r>
      <w:r>
        <w:br/>
      </w:r>
      <w:r>
        <w:rPr>
          <w:sz w:val="20"/>
        </w:rPr>
        <w:t>13:16  lekin itne ikhtilafat, ikhtilafat hue ke insan apni aql ka jo wisdom ka jo potential tha, us ko istemal nahi kar saka.</w:t>
      </w:r>
      <w:r>
        <w:br/>
      </w:r>
      <w:r>
        <w:rPr>
          <w:sz w:val="20"/>
        </w:rPr>
        <w:t>13:27  larai bharai, larai bharai bohat hi zyada. to yeh jo thande mulk ke log thay, thande mulkon ke log thay jin ko hum west kehte hain, unhon ne ek anokha is tarah daryaft kiya.</w:t>
      </w:r>
      <w:r>
        <w:br/>
      </w:r>
      <w:r>
        <w:rPr>
          <w:sz w:val="20"/>
        </w:rPr>
        <w:t>13:42  bohat si cheezen hain, ek hi arz karta hoon, ek anokha usool, yani different difference ko unhon ne decent bana diya.</w:t>
      </w:r>
      <w:r>
        <w:br/>
      </w:r>
      <w:r>
        <w:rPr>
          <w:sz w:val="20"/>
        </w:rPr>
        <w:t>13:55  decent, d.i.d.o.u.b.l.e.s.e.n.t, decent, yani difference ko decent bana diya. aap jante hain ke difference jo hai, woh difference mein dichotomy hoti hai.</w:t>
      </w:r>
      <w:r>
        <w:br/>
      </w:r>
      <w:r>
        <w:rPr>
          <w:sz w:val="20"/>
        </w:rPr>
        <w:t>14:11  dichotomy ko usool chalta hai, yani ek mera, ek aap ka hai, aur dono lar rahe hain aapas mein.</w:t>
      </w:r>
      <w:r>
        <w:br/>
      </w:r>
      <w:r>
        <w:rPr>
          <w:sz w:val="20"/>
        </w:rPr>
        <w:t>14:20  woh kehte hain yeh sahi hai, woh kehte hain woh sahi hai, yeh dichotomy hai. unhon ne decent nikala, d.i.d.o.u.b.l.e.s.e.n.t.</w:t>
      </w:r>
      <w:r>
        <w:br/>
      </w:r>
      <w:r>
        <w:rPr>
          <w:sz w:val="20"/>
        </w:rPr>
        <w:t>14:29  decent jo hai, ek neutral word hai, yani ek aadmi agar ikhtilaf bol raha hai to us aadmi maaf kar dein, ikhtilaf mein to dono neutral hotey hain,</w:t>
      </w:r>
      <w:r>
        <w:br/>
      </w:r>
      <w:r>
        <w:rPr>
          <w:sz w:val="20"/>
        </w:rPr>
        <w:t>14:44  dono neutral hotey hain. yani neutral rai ka tasawwur tha nahi pehle, bas dichotomy dunya mein thi.</w:t>
      </w:r>
      <w:r>
        <w:br/>
      </w:r>
      <w:r>
        <w:rPr>
          <w:sz w:val="20"/>
        </w:rPr>
        <w:t>14:56  yeh sahi ya woh sahi, yeh sahi ya woh sahi. phir thande zehnon ne yeh ijad kiya, woh garam zehan ke log jo wahan thay, pehle woh is ko daryaft nahi kar sake.</w:t>
      </w:r>
      <w:r>
        <w:br/>
      </w:r>
      <w:r>
        <w:rPr>
          <w:sz w:val="20"/>
        </w:rPr>
        <w:t>15:11  woh dichotomy mein jeete rahe, ya to sahi ya galat, ya sahi ya galat. unhon ne daryaft kiya ke yeh bhi sahi, woh bhi sahi, yeh bhi sahi, woh bhi sahi,</w:t>
      </w:r>
      <w:r>
        <w:br/>
      </w:r>
      <w:r>
        <w:rPr>
          <w:sz w:val="20"/>
        </w:rPr>
        <w:t>15:27  yani is ko kehte hain decent, d.i.d.o.u.b.l.e.s.e.n.t. tab tarqqiyan huien. to Allah taala shock, woh shock treatment karte hain,</w:t>
      </w:r>
      <w:r>
        <w:br/>
      </w:r>
      <w:r>
        <w:rPr>
          <w:sz w:val="20"/>
        </w:rPr>
        <w:t>15:44  jaise Newton ke upar, Hitler ke upar, woh gira saib. to is ko main kehta hoon saib, saib ko kahin kahin bhi keh sakta tha, is ke sar pe koi gira.</w:t>
      </w:r>
      <w:r>
        <w:br/>
      </w:r>
      <w:r>
        <w:rPr>
          <w:sz w:val="20"/>
        </w:rPr>
        <w:t>16:01  aap jante hain, upar se koi cheez gire to chot lagti hai. to yeh Allah ki taraf se sabab tha, mere khayal se ke Newton ke sar pe gira.</w:t>
      </w:r>
      <w:r>
        <w:br/>
      </w:r>
      <w:r>
        <w:rPr>
          <w:sz w:val="20"/>
        </w:rPr>
        <w:t>16:12  woh that was,</w:t>
      </w:r>
      <w:r>
        <w:br/>
      </w:r>
      <w:r>
        <w:rPr>
          <w:sz w:val="20"/>
        </w:rPr>
        <w:t>16:20  to is is ke sochne laga woh ke yeh saib jo hai, neeche kyun gaya, upar kyun chala gaya.</w:t>
      </w:r>
      <w:r>
        <w:br/>
      </w:r>
      <w:r>
        <w:rPr>
          <w:sz w:val="20"/>
        </w:rPr>
        <w:t>16:29  do afsar tha jo woh charhaya tha. to sochte sochte us ne gravitation ka process daryaft kiya.</w:t>
      </w:r>
      <w:r>
        <w:br/>
      </w:r>
      <w:r>
        <w:rPr>
          <w:sz w:val="20"/>
        </w:rPr>
        <w:t>16:39  to is ko main kehta hoon name, is ko main kehta hoon</w:t>
      </w:r>
      <w:r>
        <w:br/>
      </w:r>
      <w:r>
        <w:rPr>
          <w:sz w:val="20"/>
        </w:rPr>
        <w:t>16:49  khudai tareeqa, khudai tareeqa ke kal ka person create kar ke aaj aadmi ko sochne ki taraf le jana.</w:t>
      </w:r>
      <w:r>
        <w:br/>
      </w:r>
      <w:r>
        <w:rPr>
          <w:sz w:val="20"/>
        </w:rPr>
        <w:t>17:02  apple shock, is ko main kehta hoon apple shock. to Allah taala ka tareeqa apple shock raha. poori tareekh mein jitni bhi barqiyen huien, sab apple shock ke zariye huien hain.</w:t>
      </w:r>
      <w:r>
        <w:br/>
      </w:r>
      <w:r>
        <w:rPr>
          <w:sz w:val="20"/>
        </w:rPr>
        <w:t>17:15  ab aap apne aap ke paas jo jo bachcha paida hue, aap is ko chahte hain ke phool mein rakhein, to phool mein rakhein to yeh Allah ka tareeqa hi nahi.</w:t>
      </w:r>
      <w:r>
        <w:br/>
      </w:r>
      <w:r>
        <w:rPr>
          <w:sz w:val="20"/>
        </w:rPr>
        <w:t>17:26  un ko shock do, tab woh un ki aqal khule gi. to tamam baap jin ke paas paisa hota hai, woh apne bachon ko chahte hain phool mein rakhna.</w:t>
      </w:r>
      <w:r>
        <w:br/>
      </w:r>
      <w:r>
        <w:rPr>
          <w:sz w:val="20"/>
        </w:rPr>
        <w:t>17:40  woh apple shock ki woh nahi jante, hikmat, hikmat nahi jante, hikmat nahi jante. to main samajhta hoon ke jis beta beti ko aisa baap mil jaye jo apple shock ke bhi dunk jaane,</w:t>
      </w:r>
      <w:r>
        <w:br/>
      </w:r>
      <w:r>
        <w:rPr>
          <w:sz w:val="20"/>
        </w:rPr>
        <w:t>17:58  apple shock ki wohi aqalmand baap hai, aur usi ke bachche tarqqi karte hain. isi liye ghareeb ke bachche zyada tarqqi karte hain,</w:t>
      </w:r>
      <w:r>
        <w:br/>
      </w:r>
      <w:r>
        <w:rPr>
          <w:sz w:val="20"/>
        </w:rPr>
        <w:t>18:12  ghareeb logon ke bachche, kyun ke jo jin jin baapon ke paas paisa hota hai, woh kabhi jante hi nahi is hikmat ko, apple shock ki hikmat ko.</w:t>
      </w:r>
      <w:r>
        <w:br/>
      </w:r>
      <w:r>
        <w:rPr>
          <w:sz w:val="20"/>
        </w:rPr>
        <w:t>18:25  to Allah taala ne ghareebi paida ki. chunke insaan apple shock ko ikhtiyar nahi kar saka, to Allah taala ne ghareebi paida ki, ghareebi, museebat.</w:t>
      </w:r>
      <w:r>
        <w:br/>
      </w:r>
      <w:r>
        <w:rPr>
          <w:sz w:val="20"/>
        </w:rPr>
        <w:t>18:48  woh is sahib, woh is ke sabireen alazeen azabuh museebat, museebat shock, apple shock ka matlab hai museebat shock.</w:t>
      </w:r>
      <w:r>
        <w:br/>
      </w:r>
      <w:r>
        <w:rPr>
          <w:sz w:val="20"/>
        </w:rPr>
        <w:t>19:00  to allah ta'ala ki rehmat hai, yeh musibat. ek hadith hai, ek hadith hai ke allah ta'ala ne farmaya jibril se ke ek bachcha, ek baba, ek banda dua kar raha tha ke khuda meri musibat door kar de, meri musibat door kar de.</w:t>
      </w:r>
      <w:r>
        <w:br/>
      </w:r>
      <w:r>
        <w:rPr>
          <w:sz w:val="20"/>
        </w:rPr>
        <w:t>19:21  to allah ta'ala ne jibril se kaha ke aye jibril, la ta'ajjil khudaya, meri is bande ki musibat door karne mein jaldi mat kar, ladne do us ko musibat mein.</w:t>
      </w:r>
      <w:r>
        <w:br/>
      </w:r>
      <w:r>
        <w:rPr>
          <w:sz w:val="20"/>
        </w:rPr>
        <w:t>19:34  yeh hai na? ji, yeh hai. ji, yahi hai. fiyani yuhibbu an asmaa'a sawtahu hain.</w:t>
      </w:r>
      <w:r>
        <w:br/>
      </w:r>
      <w:r>
        <w:rPr>
          <w:sz w:val="20"/>
        </w:rPr>
        <w:t>19:43  fiyani yuhibbu an asmaa'a sawtahu. kyunke main us ki, us ki awaz ko pasand karta hoon. awaz ka matlab yeh hai ke us ke andar soch aayegi musibat se aur shakk se,</w:t>
      </w:r>
      <w:r>
        <w:br/>
      </w:r>
      <w:r>
        <w:rPr>
          <w:sz w:val="20"/>
        </w:rPr>
        <w:t>20:00  woh use mahbub. isi tarah kya hongi? isi tarah kya hongi? liqada'i hajat abdi hain.</w:t>
      </w:r>
      <w:r>
        <w:br/>
      </w:r>
      <w:r>
        <w:rPr>
          <w:sz w:val="20"/>
        </w:rPr>
        <w:t>20:10  ji, maulana. ya ya jibril, la ta'ajjil liqada'i hajat rabbi. ya jibril, la ta'ajjil liqada'i hajat rabbi.</w:t>
      </w:r>
      <w:r>
        <w:br/>
      </w:r>
      <w:r>
        <w:rPr>
          <w:sz w:val="20"/>
        </w:rPr>
        <w:t>20:23  aye jibril, mere bande ki hajat ko poori karne mein jaldi mat kar, musibat rehne de us ko, us ko thokar khane rehne do, us ke sar par pathar padne do,</w:t>
      </w:r>
      <w:r>
        <w:br/>
      </w:r>
      <w:r>
        <w:rPr>
          <w:sz w:val="20"/>
        </w:rPr>
        <w:t>20:36  kyunke us ke upar se jal gaye hain, us ke upar se jayenge, us ke andar, us ke andar jo bar rakhi hai hum ne, allah ne woh sab waqea banenge.</w:t>
      </w:r>
      <w:r>
        <w:br/>
      </w:r>
      <w:r>
        <w:rPr>
          <w:sz w:val="20"/>
        </w:rPr>
        <w:t>20:54  to main samajhta hoon ke dunya mein yeh jo chala usool, help kar, help, help nahi karo, balke us ko thokar khane do, un ko musibat uthane do taake un ke andar jo potential hai, woh jaage.</w:t>
      </w:r>
      <w:r>
        <w:br/>
      </w:r>
      <w:r>
        <w:rPr>
          <w:sz w:val="20"/>
        </w:rPr>
        <w:t>21:15  log potential ko jaagne nahi dete, potential ko jaagne nahi dete.</w:t>
      </w:r>
      <w:r>
        <w:br/>
      </w:r>
      <w:r>
        <w:rPr>
          <w:sz w:val="20"/>
        </w:rPr>
        <w:t>21:23  yeh itni badi hikmat hai. quran mein ayat likhi hai: "inna ma'al usri yusra".</w:t>
      </w:r>
      <w:r>
        <w:br/>
      </w:r>
      <w:r>
        <w:rPr>
          <w:sz w:val="20"/>
        </w:rPr>
        <w:t>21:33  "inna ma'al usri yusra". kya tarjuma is ka hai? beshak, aasani mushkil ke sath aasani hai.</w:t>
      </w:r>
      <w:r>
        <w:br/>
      </w:r>
      <w:r>
        <w:rPr>
          <w:sz w:val="20"/>
        </w:rPr>
        <w:t>21:44  haan, mushkil ke sath aasani hai. jo mushkil hai, usi ke sath aayegi aasani, yani kamyabi.</w:t>
      </w:r>
      <w:r>
        <w:br/>
      </w:r>
      <w:r>
        <w:rPr>
          <w:sz w:val="20"/>
        </w:rPr>
        <w:t>21:55  shakk chale gaye ke shakk, shakk se insaan ke raste khulenge, us ki aqal zyada kaam karegi. yeh allah ta'ala ki hikmat hai.</w:t>
      </w:r>
      <w:r>
        <w:br/>
      </w:r>
      <w:r>
        <w:rPr>
          <w:sz w:val="20"/>
        </w:rPr>
        <w:t>22:09  to is ke mani yeh hue ke allah chahta hai ke insaan apni khudadad jo aqal hai, us ko istemal kare.</w:t>
      </w:r>
      <w:r>
        <w:br/>
      </w:r>
      <w:r>
        <w:rPr>
          <w:sz w:val="20"/>
        </w:rPr>
        <w:t>22:21  aur aap jab help faraham karte hain logon ko, help to aap un ki khazana aqal ko sla dete hain, aur idhar udhar ki aqal chalata hai.</w:t>
      </w:r>
      <w:r>
        <w:br/>
      </w:r>
      <w:r>
        <w:rPr>
          <w:sz w:val="20"/>
        </w:rPr>
        <w:t>22:34  woh, woh, woh aqal jo khudadad aqal hai, woh thodi us ko sla deta hai. woh aadmi ab hum ne bohat us ki study ki hai.</w:t>
      </w:r>
      <w:r>
        <w:br/>
      </w:r>
      <w:r>
        <w:rPr>
          <w:sz w:val="20"/>
        </w:rPr>
        <w:t>22:45  jin logon ko musibat nahi padi hai, musibat padi hai, unhone taraqqiyan ki hain. khud apne gharon mein ne dekha, hamara family, hamari family bohat badi thi.</w:t>
      </w:r>
      <w:r>
        <w:br/>
      </w:r>
      <w:r>
        <w:rPr>
          <w:sz w:val="20"/>
        </w:rPr>
        <w:t>22:57  is mein mere jo barhe bhai the, abdul aziz khan, woh bohat hi khasta halat mein the, aur ghar mein un ko, un ko achhe nahi samajh aata tha.</w:t>
      </w:r>
      <w:r>
        <w:br/>
      </w:r>
      <w:r>
        <w:rPr>
          <w:sz w:val="20"/>
        </w:rPr>
        <w:t>23:14  yahan tak ke kuch, kuch logon ne un ko manhous karna shuru kar diya tha. is shakhs ke andar jo, jo, jo, jo un ko jo mashaqqatain padi hain, un ko jo musibatein padi hain, un ko jo sakht halaat ka samna karna pada, to hero hero ban gaye.</w:t>
      </w:r>
      <w:r>
        <w:br/>
      </w:r>
      <w:r>
        <w:rPr>
          <w:sz w:val="20"/>
        </w:rPr>
        <w:t>23:33  mere barhe bhai the, woh hero ban gaye. poore khandan mein sab se zyada taraqqi unhone ki, poore khandan mein sab se zyada taraqqi unhone ki.</w:t>
      </w:r>
      <w:r>
        <w:br/>
      </w:r>
      <w:r>
        <w:rPr>
          <w:sz w:val="20"/>
        </w:rPr>
        <w:t>23:43  aur jin logon ko khud aaram dega, lath pair dega, unhone kuch taraqqi nahi kar saki, kuch taraqqi nahi kar saki. to aaj main isi cheez ko chahta hoon ke aap log sochein ke yeh jo help ka tasawwur hai, woh natural nahi hai.</w:t>
      </w:r>
      <w:r>
        <w:br/>
      </w:r>
      <w:r>
        <w:rPr>
          <w:sz w:val="20"/>
        </w:rPr>
        <w:t>24:04  help ka matlab hai main help karta hoon logon ko ke main ne bohat si kitabein chhapi hain, wisdom par, raaz hayat waghera.</w:t>
      </w:r>
      <w:r>
        <w:br/>
      </w:r>
      <w:r>
        <w:rPr>
          <w:sz w:val="20"/>
        </w:rPr>
        <w:t>24:14  abhi english mein, urdu mein, hindi mein, us ko aap padhiye. to mere help ka tasawwur doosra hai.</w:t>
      </w:r>
      <w:r>
        <w:br/>
      </w:r>
      <w:r>
        <w:rPr>
          <w:sz w:val="20"/>
        </w:rPr>
        <w:t>24:25  logon ke help ka tasawwur yeh hai ke paisa banto, kapda banto, kambal banto, yani free mein logon ko cheezein do.</w:t>
      </w:r>
      <w:r>
        <w:br/>
      </w:r>
      <w:r>
        <w:rPr>
          <w:sz w:val="20"/>
        </w:rPr>
        <w:t>24:34  jo mother teresa ka jo model hai, log mother teresa ka model ko jantay hain ke free mein logon ko do, free mein do.</w:t>
      </w:r>
      <w:r>
        <w:br/>
      </w:r>
      <w:r>
        <w:rPr>
          <w:sz w:val="20"/>
        </w:rPr>
        <w:t>24:48  lekin aap jantay hain ke mother teresa ka ka mission bilkul fail hua. mother teresa ke upar us ki saheli thi, qareebi tareen us ki dost,</w:t>
      </w:r>
      <w:r>
        <w:br/>
      </w:r>
      <w:r>
        <w:rPr>
          <w:sz w:val="20"/>
        </w:rPr>
        <w:t>25:02  us ne kitab likhi hai. is kitab ka, is kitab mein us ne bataya hai ke she died in a agony.</w:t>
      </w:r>
      <w:r>
        <w:br/>
      </w:r>
      <w:r>
        <w:rPr>
          <w:sz w:val="20"/>
        </w:rPr>
        <w:t>25:13  she died in agony. mother teresa gham mein mari kyunke woh kuch mila nahi.</w:t>
      </w:r>
      <w:r>
        <w:br/>
      </w:r>
      <w:r>
        <w:rPr>
          <w:sz w:val="20"/>
        </w:rPr>
        <w:t>25:22  us ko us ke baad bulk sahib dekhiye, tata ko ke tata ne india ko aik tohfa diya,</w:t>
      </w:r>
      <w:r>
        <w:br/>
      </w:r>
      <w:r>
        <w:rPr>
          <w:sz w:val="20"/>
        </w:rPr>
        <w:t>25:34  steel ki industry, hawa jahaz, jo bari bari kitni cheezen hain jo is tata ne is mulk ko di hain.</w:t>
      </w:r>
      <w:r>
        <w:br/>
      </w:r>
      <w:r>
        <w:rPr>
          <w:sz w:val="20"/>
        </w:rPr>
        <w:t>25:48  to mein samajhta hoon ke aqalmand baap woh hai jo apne apne bete ko sakhtiyon mein chalne de,</w:t>
      </w:r>
      <w:r>
        <w:br/>
      </w:r>
      <w:r>
        <w:rPr>
          <w:sz w:val="20"/>
        </w:rPr>
        <w:t>26:03  us ko phir paisa kama kar free mein na de, apne bachon ko himayat karne de.</w:t>
      </w:r>
      <w:r>
        <w:br/>
      </w:r>
      <w:r>
        <w:rPr>
          <w:sz w:val="20"/>
        </w:rPr>
        <w:t>26:20  aap tajurba kar ke dijiye, do family ka aap compare kijiye. jis family ka baap jo hai museebaton mein raha hoga, us ko paisa itna nahi hoga ke bohat ziyada woh nawazay apne bete beti ko.</w:t>
      </w:r>
      <w:r>
        <w:br/>
      </w:r>
      <w:r>
        <w:rPr>
          <w:sz w:val="20"/>
        </w:rPr>
        <w:t>26:37  un ke bachay ziyada tarraqi karenge, aur jinho ne khoob bachon ko diya, un ko makhmal par, makhmal ke bistar par sulaya,</w:t>
      </w:r>
      <w:r>
        <w:br/>
      </w:r>
      <w:r>
        <w:rPr>
          <w:sz w:val="20"/>
        </w:rPr>
        <w:t>26:51  un ke bachay koi tarraqi nahi karte.</w:t>
      </w:r>
      <w:r>
        <w:br/>
      </w:r>
      <w:r>
        <w:rPr>
          <w:sz w:val="20"/>
        </w:rPr>
        <w:t>26:57  yeh hai law of nature.</w:t>
      </w:r>
      <w:r>
        <w:br/>
      </w:r>
      <w:r>
        <w:rPr>
          <w:sz w:val="20"/>
        </w:rPr>
        <w:t>27:01  law of nature poori tareekh mein Allah taala ne pressure ke zareeye, dabaao ke zareeye,</w:t>
      </w:r>
      <w:r>
        <w:br/>
      </w:r>
      <w:r>
        <w:rPr>
          <w:sz w:val="20"/>
        </w:rPr>
        <w:t>27:10  maseebat ke zareeye</w:t>
      </w:r>
      <w:r>
        <w:br/>
      </w:r>
      <w:r>
        <w:rPr>
          <w:sz w:val="20"/>
        </w:rPr>
        <w:t>27:13  tarraqi ke darwaze khole hain.</w:t>
      </w:r>
      <w:r>
        <w:br/>
      </w:r>
      <w:r>
        <w:rPr>
          <w:sz w:val="20"/>
        </w:rPr>
        <w:t>27:33  mein ne is pe bohat socha ke yahan tafseer ka lafz kyun hai, basharat ka lafz kyun hai, yani khushkhabri ka lafz kyun hai.</w:t>
      </w:r>
      <w:r>
        <w:br/>
      </w:r>
      <w:r>
        <w:rPr>
          <w:sz w:val="20"/>
        </w:rPr>
        <w:t>27:46  kyunke museebat hi mein tarraqian aati hain.</w:t>
      </w:r>
      <w:r>
        <w:br/>
      </w:r>
      <w:r>
        <w:rPr>
          <w:sz w:val="20"/>
        </w:rPr>
        <w:t>27:52  sabireen, sabr mein tarraqian hain. tarraqian sari ki sari sabr mein hain, aaram mein nahi hain, aaram mein nahi hain.</w:t>
      </w:r>
      <w:r>
        <w:br/>
      </w:r>
      <w:r>
        <w:rPr>
          <w:sz w:val="20"/>
        </w:rPr>
        <w:t>28:10  aap dekhiye, aaj jis ko hum kehte hain tehzeeb aur tarraqi yafta dunya, yeh kahan se nikli hai?</w:t>
      </w:r>
      <w:r>
        <w:br/>
      </w:r>
      <w:r>
        <w:rPr>
          <w:sz w:val="20"/>
        </w:rPr>
        <w:t>28:22  muslim musalmanon ne tarraqi ke zamanay mein kafi to un ka takrao hua</w:t>
      </w:r>
      <w:r>
        <w:br/>
      </w:r>
      <w:r>
        <w:rPr>
          <w:sz w:val="20"/>
        </w:rPr>
        <w:t>28:30  christian se, christian badshahaton jo qaim ho gayi theen us zamanay mein, jis ko kehte hain quraish.</w:t>
      </w:r>
      <w:r>
        <w:br/>
      </w:r>
      <w:r>
        <w:rPr>
          <w:sz w:val="20"/>
        </w:rPr>
        <w:t>28:40  quraishites, quraishites, do so saal tak quraishites ki jang jari rahi, yahan tak ke christian ko bohat zabardast nakami hui.</w:t>
      </w:r>
      <w:r>
        <w:br/>
      </w:r>
      <w:r>
        <w:rPr>
          <w:sz w:val="20"/>
        </w:rPr>
        <w:t>28:54  aik dam humanity debate hui un ko. yehi quraishites, baharon walay log jo the, wahi to modern technology unho ne develop ki,</w:t>
      </w:r>
      <w:r>
        <w:br/>
      </w:r>
      <w:r>
        <w:rPr>
          <w:sz w:val="20"/>
        </w:rPr>
        <w:t>29:07  yani zameen mein jo jo hidden khazanay the, hawa jahaz, railway, aur tamam dunya bhar ki technology, computer tak, woh kis ne discover ki?</w:t>
      </w:r>
      <w:r>
        <w:br/>
      </w:r>
      <w:r>
        <w:rPr>
          <w:sz w:val="20"/>
        </w:rPr>
        <w:t>29:23  unho ne, unho ne quraishites ki war mein bohat zabardast debate khai thi, bohat humanitarian debate.</w:t>
      </w:r>
    </w:p>
    <w:p>
      <w:pPr>
        <w:pStyle w:val="Heading2"/>
      </w:pPr>
      <w:r>
        <w:t>Helping people accept unattainable ideals</w:t>
      </w:r>
    </w:p>
    <w:p>
      <w:r>
        <w:rPr>
          <w:color w:val="666666"/>
          <w:sz w:val="18"/>
        </w:rPr>
        <w:t>Life &amp; Wisdom · The Search of Man July 7, 2013 · 5m 08s · at 48:35 · https://youtu.be/44_ud_OInuU?t=2915</w:t>
      </w:r>
    </w:p>
    <w:p>
      <w:r>
        <w:rPr>
          <w:i/>
        </w:rPr>
        <w:t>“Everybody accepts the fact that all are free but are not able to accept the next step that this ideal cannot be achieved and run towards ideal. How to make people understand this simple thing?”</w:t>
      </w:r>
    </w:p>
    <w:p>
      <w:r>
        <w:rPr>
          <w:sz w:val="20"/>
        </w:rPr>
        <w:t>48:35  maulana, agla sawal hai miss naghma siddiqui ka new delhi se.</w:t>
      </w:r>
      <w:r>
        <w:br/>
      </w:r>
      <w:r>
        <w:rPr>
          <w:sz w:val="20"/>
        </w:rPr>
        <w:t>48:40  unhon ne likha hai: "Everybody accept the fact that all are free but are not able to accept the next step that this ideal cannot be achieved and run towards ideal.</w:t>
      </w:r>
      <w:r>
        <w:br/>
      </w:r>
      <w:r>
        <w:rPr>
          <w:sz w:val="20"/>
        </w:rPr>
        <w:t>48:55  how to make people understand this simple thing?" main jo maine kiya woh yeh tha ke poori tareekh maine dekha ke ideal koi achieve nahin kar saka,</w:t>
      </w:r>
      <w:r>
        <w:br/>
      </w:r>
      <w:r>
        <w:rPr>
          <w:sz w:val="20"/>
        </w:rPr>
        <w:t>49:09  chahe woh king ho, chahe baldiya ho, chahe kuch bhi ho. to pehle chahe ke aakhir apna ideal ko achieve koi nahin kar pata.</w:t>
      </w:r>
      <w:r>
        <w:br/>
      </w:r>
      <w:r>
        <w:rPr>
          <w:sz w:val="20"/>
        </w:rPr>
        <w:t>49:21  tab maine daryaft kiya ke ke woh Allah ka jo creation plan hai, us ke khilaaf hai. yeh yeh karna chahiye aadmi ko.</w:t>
      </w:r>
      <w:r>
        <w:br/>
      </w:r>
      <w:r>
        <w:rPr>
          <w:sz w:val="20"/>
        </w:rPr>
        <w:t>49:35  maulana, agla question aaya</w:t>
      </w:r>
      <w:r>
        <w:br/>
      </w:r>
      <w:r>
        <w:rPr>
          <w:sz w:val="20"/>
        </w:rPr>
        <w:t>49:36  hai: "jo cheez Allah ke creation plan ke khilaaf ho, woh aap kaise achieve karein?" misaal ke taur par aam mein aam ka phal nikalta hai account laakhon se.</w:t>
      </w:r>
      <w:r>
        <w:br/>
      </w:r>
      <w:r>
        <w:rPr>
          <w:sz w:val="20"/>
        </w:rPr>
        <w:t>49:49  ab aam ke phal mein aap save bhi karna chahein to niklega nahin.</w:t>
      </w:r>
      <w:r>
        <w:br/>
      </w:r>
      <w:r>
        <w:rPr>
          <w:sz w:val="20"/>
        </w:rPr>
        <w:t>49:55  saaf saaf, yaani bilkul simple sa is ka raaz hai. maulana, next question hai zaheeruddin sahib ka raichur se.</w:t>
      </w:r>
      <w:r>
        <w:br/>
      </w:r>
      <w:r>
        <w:rPr>
          <w:sz w:val="20"/>
        </w:rPr>
        <w:t>50:03  unhon ne likha hai: "maulana, to understand what is achievable or what is not requires lot of wisdom and insight.</w:t>
      </w:r>
      <w:r>
        <w:br/>
      </w:r>
      <w:r>
        <w:rPr>
          <w:sz w:val="20"/>
        </w:rPr>
        <w:t>50:12  how can one acquire them?" nahin, har aadmi sochta hai.</w:t>
      </w:r>
      <w:r>
        <w:br/>
      </w:r>
      <w:r>
        <w:rPr>
          <w:sz w:val="20"/>
        </w:rPr>
        <w:t>50:20  log kehte hain ke aag jalati hai, kaha aag apne haath daalta hai to aag mein test karne ke liye</w:t>
      </w:r>
      <w:r>
        <w:br/>
      </w:r>
      <w:r>
        <w:rPr>
          <w:sz w:val="20"/>
        </w:rPr>
        <w:t>50:28  aadmi sincere ho to har cheez ke baare mein woh aise karega ke us ko jaanche ga, examine karega aur pata karega ke yeh achievable hai ya nahin.</w:t>
      </w:r>
      <w:r>
        <w:br/>
      </w:r>
      <w:r>
        <w:rPr>
          <w:sz w:val="20"/>
        </w:rPr>
        <w:t>50:40  jis tarah se aadmi aag pe haath nahin daalta, is tarah se woh doosre kaam bhi bache ga in achievable goals se.</w:t>
      </w:r>
      <w:r>
        <w:br/>
      </w:r>
      <w:r>
        <w:rPr>
          <w:sz w:val="20"/>
        </w:rPr>
        <w:t>50:51  maulana, agla question hai mubeen sahib ka jamia nagar se</w:t>
      </w:r>
      <w:r>
        <w:br/>
      </w:r>
      <w:r>
        <w:rPr>
          <w:sz w:val="20"/>
        </w:rPr>
        <w:t>50:54  . unhon ne likha hai: "musalmanon mein alag alag firqe ka zimmedaar kaun hai? aur Khuda ke haan agarche in logon ne deen ki ghair mamooli, ghair mamooli kaam anjaam diya hai, to in logon ka anjaam Khuda ke haan kya hoga?" Khuda kya?</w:t>
      </w:r>
      <w:r>
        <w:br/>
      </w:r>
      <w:r>
        <w:rPr>
          <w:sz w:val="20"/>
        </w:rPr>
        <w:t>51:10  aap aap ka yeh kaam nahin hai. apne baare mein bhi kya pata hai aap ko? aap ko Khuda ka kya hoga? yeh to ghair dori sawal hai.</w:t>
      </w:r>
      <w:r>
        <w:br/>
      </w:r>
      <w:r>
        <w:rPr>
          <w:sz w:val="20"/>
        </w:rPr>
        <w:t>51:19  baqi jo masla hai, us ke baare mein jaanna chahein, aap hamari kitaab padh lijiyye: "tajdeed</w:t>
      </w:r>
      <w:r>
        <w:br/>
      </w:r>
      <w:r>
        <w:rPr>
          <w:sz w:val="20"/>
        </w:rPr>
        <w:t>51:23  deen". is mein is masle par aaya hai. yeh bohat hi galat tareeqa hai ke Khuda ke haan anjaam kya hoga, yeh aap ek soch lein.</w:t>
      </w:r>
      <w:r>
        <w:br/>
      </w:r>
      <w:r>
        <w:rPr>
          <w:sz w:val="20"/>
        </w:rPr>
        <w:t>51:33  aap ka apna anjaam kya hoga, yeh pata nahin hai. to doosre ke baare mein kaise aap sochte hain? yeh bilkul galat hai. baqi jo wajah hai fiqah bandi ki, us ko aap jaanna chahein to hamari kitaab padh lijiyye: "tajdeed deen".</w:t>
      </w:r>
      <w:r>
        <w:br/>
      </w:r>
      <w:r>
        <w:rPr>
          <w:sz w:val="20"/>
        </w:rPr>
        <w:t>51:52  maulana, agla question hai khwaja kaleemuddin sahib ka pennsylvania usa se. unhon ne likha hai: "one of the brotherhood members recently in egypt declared that now they will resort back to violence to achieve their goals." my question to you maulana sahib: "why doesn't man refuse?</w:t>
      </w:r>
      <w:r>
        <w:br/>
      </w:r>
      <w:r>
        <w:rPr>
          <w:sz w:val="20"/>
        </w:rPr>
        <w:t>52:12  man refuse to learn lesson from his or her his or their own experiences?"</w:t>
      </w:r>
      <w:r>
        <w:br/>
      </w:r>
      <w:r>
        <w:rPr>
          <w:sz w:val="20"/>
        </w:rPr>
        <w:t>52:21  dekhein, in logon ne jo galat ek galat masla bana rakha hai, woh yeh hai ke kaamyaab hue to wazeh hai: mar gaya to shaheed, yeh koi Islam nahin hai.</w:t>
      </w:r>
      <w:r>
        <w:br/>
      </w:r>
      <w:r>
        <w:rPr>
          <w:sz w:val="20"/>
        </w:rPr>
        <w:t>52:35  woh sochte hain ke agar hum kaamyaab nahin hue political system mein to lad kar kuch log maare gaye to shaheed to ho jayenge. yeh bilkul galat hai.</w:t>
      </w:r>
      <w:r>
        <w:br/>
      </w:r>
      <w:r>
        <w:rPr>
          <w:sz w:val="20"/>
        </w:rPr>
        <w:t>52:44  islam mein aisi koi taleem nahi hai.</w:t>
      </w:r>
    </w:p>
    <w:p>
      <w:pPr>
        <w:pStyle w:val="Heading2"/>
      </w:pPr>
      <w:r>
        <w:t>Higher education versus vocational education</w:t>
      </w:r>
    </w:p>
    <w:p>
      <w:r>
        <w:rPr>
          <w:color w:val="666666"/>
          <w:sz w:val="18"/>
        </w:rPr>
        <w:t>Life &amp; Wisdom · Divine Law of Success 14th October 2012 Slow · 9m 31s · at 1:16:55 · https://youtu.be/2zXfZhIf1jA?t=4615</w:t>
      </w:r>
    </w:p>
    <w:p>
      <w:r>
        <w:rPr>
          <w:i/>
        </w:rPr>
        <w:t>“I have read in your books that we should pursue higher education, not vocational education.”</w:t>
      </w:r>
    </w:p>
    <w:p>
      <w:r>
        <w:rPr>
          <w:sz w:val="20"/>
        </w:rPr>
        <w:t>1:16:55  maulana, agla sawal dilli se hai, mister muhammad anas sahab ka.</w:t>
      </w:r>
      <w:r>
        <w:br/>
      </w:r>
      <w:r>
        <w:rPr>
          <w:sz w:val="20"/>
        </w:rPr>
        <w:t>1:17:01  unhon ne likha hai: maulana, main ne aap ki kitabon mein padha tha ke humein higher education hasil</w:t>
      </w:r>
      <w:r>
        <w:br/>
      </w:r>
      <w:r>
        <w:rPr>
          <w:sz w:val="20"/>
        </w:rPr>
        <w:t>1:17:07  karni chahiye, vocational education nahin.</w:t>
      </w:r>
      <w:r>
        <w:br/>
      </w:r>
      <w:r>
        <w:rPr>
          <w:sz w:val="20"/>
        </w:rPr>
        <w:t>1:17:13  to hum aur hamare bachche higher education kaise hasil karen? madaris se ya phir school aur colleges se?</w:t>
      </w:r>
      <w:r>
        <w:br/>
      </w:r>
      <w:r>
        <w:rPr>
          <w:sz w:val="20"/>
        </w:rPr>
        <w:t>1:17:19  is is ke bare mein bataen.</w:t>
      </w:r>
      <w:r>
        <w:br/>
      </w:r>
      <w:r>
        <w:rPr>
          <w:sz w:val="20"/>
        </w:rPr>
        <w:t>1:17:25  higher education se meri murad hoti hai secular education.</w:t>
      </w:r>
      <w:r>
        <w:br/>
      </w:r>
      <w:r>
        <w:rPr>
          <w:sz w:val="20"/>
        </w:rPr>
        <w:t>1:17:32  secular to deeni taleem bhi zaroori hai woh apni jagah par, lekin aaj ki duniya mein koi bhi</w:t>
      </w:r>
      <w:r>
        <w:br/>
      </w:r>
      <w:r>
        <w:rPr>
          <w:sz w:val="20"/>
        </w:rPr>
        <w:t>1:17:38  kaam karne ke liye, chahe da'wati kaam kyun na ho, zaroori hai ek modern education.</w:t>
      </w:r>
      <w:r>
        <w:br/>
      </w:r>
      <w:r>
        <w:rPr>
          <w:sz w:val="20"/>
        </w:rPr>
        <w:t>1:17:44  agar hum sirf madrase ki taleem pe isi ko kafi samajh lein to aaj ke lehaz se da'wat</w:t>
      </w:r>
      <w:r>
        <w:br/>
      </w:r>
      <w:r>
        <w:rPr>
          <w:sz w:val="20"/>
        </w:rPr>
        <w:t>1:17:50  hi kaam nahi ho sake ga.</w:t>
      </w:r>
      <w:r>
        <w:br/>
      </w:r>
      <w:r>
        <w:rPr>
          <w:sz w:val="20"/>
        </w:rPr>
        <w:t>1:17:56  phir downtrodden logon mein aap ja ke da'watein dein ge aur jo educated class hai, us mein</w:t>
      </w:r>
      <w:r>
        <w:br/>
      </w:r>
      <w:r>
        <w:rPr>
          <w:sz w:val="20"/>
        </w:rPr>
        <w:t>1:18:02  yani is ke mind ko adjust nahi kar payein ge.</w:t>
      </w:r>
      <w:r>
        <w:br/>
      </w:r>
      <w:r>
        <w:rPr>
          <w:sz w:val="20"/>
        </w:rPr>
        <w:t>1:18:08  to Islam sirf lower class ke liye nahi hai, Islam sab ke liye hai.</w:t>
      </w:r>
      <w:r>
        <w:br/>
      </w:r>
      <w:r>
        <w:rPr>
          <w:sz w:val="20"/>
        </w:rPr>
        <w:t>1:18:14  to mera manna yeh hai ke ek tabqa agar lower class mein kaam kar raha hai to theek</w:t>
      </w:r>
      <w:r>
        <w:br/>
      </w:r>
      <w:r>
        <w:rPr>
          <w:sz w:val="20"/>
        </w:rPr>
        <w:t>1:18:20  hai, woh kare, lekin ek aur tabqa banna chahiye jo educated class ke mind ko parhe, khud apne</w:t>
      </w:r>
      <w:r>
        <w:br/>
      </w:r>
      <w:r>
        <w:rPr>
          <w:sz w:val="20"/>
        </w:rPr>
        <w:t>1:18:26  aap ko taleem yafta bana kar ke aur us ke mind ko aur Islam ko is tarah pesh</w:t>
      </w:r>
      <w:r>
        <w:br/>
      </w:r>
      <w:r>
        <w:rPr>
          <w:sz w:val="20"/>
        </w:rPr>
        <w:t>1:18:32  kare ke un ka is ka mind address ho.</w:t>
      </w:r>
      <w:r>
        <w:br/>
      </w:r>
      <w:r>
        <w:rPr>
          <w:sz w:val="20"/>
        </w:rPr>
        <w:t>1:18:38  yeh Islam ki ek zaroorat hai.</w:t>
      </w:r>
      <w:r>
        <w:br/>
      </w:r>
      <w:r>
        <w:rPr>
          <w:sz w:val="20"/>
        </w:rPr>
        <w:t>1:18:44  Maulana, Delhi se Dr. Najma Siddiqui ka sawal hai.</w:t>
      </w:r>
      <w:r>
        <w:br/>
      </w:r>
      <w:r>
        <w:rPr>
          <w:sz w:val="20"/>
        </w:rPr>
        <w:t>1:18:50  unhon ne likha hai: "Most of the people who attend your classes are very much influenced by your talks.</w:t>
      </w:r>
      <w:r>
        <w:br/>
      </w:r>
      <w:r>
        <w:rPr>
          <w:sz w:val="20"/>
        </w:rPr>
        <w:t>1:18:56  They understand the situation and consider negative actions of protest etc.</w:t>
      </w:r>
      <w:r>
        <w:br/>
      </w:r>
      <w:r>
        <w:rPr>
          <w:sz w:val="20"/>
        </w:rPr>
        <w:t>1:19:02  as wrong practices.</w:t>
      </w:r>
      <w:r>
        <w:br/>
      </w:r>
      <w:r>
        <w:rPr>
          <w:sz w:val="20"/>
        </w:rPr>
        <w:t>1:19:08  How can we influence those, especially Muslims, who are involved in such negative actions?</w:t>
      </w:r>
      <w:r>
        <w:br/>
      </w:r>
      <w:r>
        <w:rPr>
          <w:sz w:val="20"/>
        </w:rPr>
        <w:t>1:19:15  Kindly advise us." dekhiye, majmoo'e ko le kar nahi sochna chahiye, individual ko le kar sochna chahiye.</w:t>
      </w:r>
      <w:r>
        <w:br/>
      </w:r>
      <w:r>
        <w:rPr>
          <w:sz w:val="20"/>
        </w:rPr>
        <w:t>1:19:20  agar hum kahein ke ek billion Musalman jo dunya hain, sab ko hum badal dalen, yeh koi nishana</w:t>
      </w:r>
      <w:r>
        <w:br/>
      </w:r>
      <w:r>
        <w:rPr>
          <w:sz w:val="20"/>
        </w:rPr>
        <w:t>1:19:25  sahi nishana nahi hai.</w:t>
      </w:r>
      <w:r>
        <w:br/>
      </w:r>
      <w:r>
        <w:rPr>
          <w:sz w:val="20"/>
        </w:rPr>
        <w:t>1:19:30  nishana fard ko hona chahiye.</w:t>
      </w:r>
      <w:r>
        <w:br/>
      </w:r>
      <w:r>
        <w:rPr>
          <w:sz w:val="20"/>
        </w:rPr>
        <w:t>1:19:35  Rasool Allah Sal Allah o Alaihe Wasallam ne jab kaam shuru kiya to poore Arab ka jo majmoo'a tha</w:t>
      </w:r>
      <w:r>
        <w:br/>
      </w:r>
      <w:r>
        <w:rPr>
          <w:sz w:val="20"/>
        </w:rPr>
        <w:t>1:19:40  insani, us ko address karne ki yani planning nahi ki aap ne, balke fard fard ki planning ki.</w:t>
      </w:r>
      <w:r>
        <w:br/>
      </w:r>
      <w:r>
        <w:rPr>
          <w:sz w:val="20"/>
        </w:rPr>
        <w:t>1:19:45  aap logon ke se akele akele milte ja kar ke samjha dete.</w:t>
      </w:r>
      <w:r>
        <w:br/>
      </w:r>
      <w:r>
        <w:rPr>
          <w:sz w:val="20"/>
        </w:rPr>
        <w:t>1:19:50  to tajruba ye hai ke aise afraad mil rahe hain, mashaa'allah tadad badh rahi hai.</w:t>
      </w:r>
      <w:r>
        <w:br/>
      </w:r>
      <w:r>
        <w:rPr>
          <w:sz w:val="20"/>
        </w:rPr>
        <w:t>1:19:55  abhi jo maine kaha ke jarmani mein woh laga hua hai, wahan bhi aise afraad mil rahe</w:t>
      </w:r>
      <w:r>
        <w:br/>
      </w:r>
      <w:r>
        <w:rPr>
          <w:sz w:val="20"/>
        </w:rPr>
        <w:t>1:20:00  hain jo kehte hain ke bhai yeh to bada achha kaam aap kar rahe hain, hamein bhi is</w:t>
      </w:r>
      <w:r>
        <w:br/>
      </w:r>
      <w:r>
        <w:rPr>
          <w:sz w:val="20"/>
        </w:rPr>
        <w:t>1:20:05  mein hissa lena hai.</w:t>
      </w:r>
      <w:r>
        <w:br/>
      </w:r>
      <w:r>
        <w:rPr>
          <w:sz w:val="20"/>
        </w:rPr>
        <w:t>1:20:10  to asal cheez yeh hai ke log be khabar hain, logon ko pata nahi hai ke doosra pehlu</w:t>
      </w:r>
      <w:r>
        <w:br/>
      </w:r>
      <w:r>
        <w:rPr>
          <w:sz w:val="20"/>
        </w:rPr>
        <w:t>1:20:15  kya hai zindagi ka.</w:t>
      </w:r>
      <w:r>
        <w:br/>
      </w:r>
      <w:r>
        <w:rPr>
          <w:sz w:val="20"/>
        </w:rPr>
        <w:t>1:20:21  hamaari jo kitabein hain, jo hamaare akhbaar hain, jo hamaare stage ki taqreerein hain, woh kuch aur boli bolti hain.</w:t>
      </w:r>
      <w:r>
        <w:br/>
      </w:r>
      <w:r>
        <w:rPr>
          <w:sz w:val="20"/>
        </w:rPr>
        <w:t>1:20:26  to bahut se insaan jin ko aap is tareeqe se jab bataayenge to un ki fitrat address</w:t>
      </w:r>
      <w:r>
        <w:br/>
      </w:r>
      <w:r>
        <w:rPr>
          <w:sz w:val="20"/>
        </w:rPr>
        <w:t>1:20:31  ho jaayegi, woh aap ko saath dega.</w:t>
      </w:r>
      <w:r>
        <w:br/>
      </w:r>
      <w:r>
        <w:rPr>
          <w:sz w:val="20"/>
        </w:rPr>
        <w:t>1:20:36  yeh hamaara tajruba hai, aap aap sab logon ka tajruba hai ke kitne saare log hain ke jab</w:t>
      </w:r>
      <w:r>
        <w:br/>
      </w:r>
      <w:r>
        <w:rPr>
          <w:sz w:val="20"/>
        </w:rPr>
        <w:t>1:20:41  un se baat ki gayi to un ka un ki fitrat address ho gayi aur unhone woh</w:t>
      </w:r>
      <w:r>
        <w:br/>
      </w:r>
      <w:r>
        <w:rPr>
          <w:sz w:val="20"/>
        </w:rPr>
        <w:t>1:20:46  aap ke saath lag gaye.</w:t>
      </w:r>
      <w:r>
        <w:br/>
      </w:r>
      <w:r>
        <w:rPr>
          <w:sz w:val="20"/>
        </w:rPr>
        <w:t>1:20:51  yeh yeh ek process chal raha hai, lekin yeh process individual based hai.</w:t>
      </w:r>
      <w:r>
        <w:br/>
      </w:r>
      <w:r>
        <w:rPr>
          <w:sz w:val="20"/>
        </w:rPr>
        <w:t>1:20:56  yeh ek process jo hai, majmooa based nahi hai.</w:t>
      </w:r>
      <w:r>
        <w:br/>
      </w:r>
      <w:r>
        <w:rPr>
          <w:sz w:val="20"/>
        </w:rPr>
        <w:t>1:21:01  majmooa based kabhi bhi koi koi process nahi chalta hai.</w:t>
      </w:r>
      <w:r>
        <w:br/>
      </w:r>
      <w:r>
        <w:rPr>
          <w:sz w:val="20"/>
        </w:rPr>
        <w:t>1:21:06  abhi main yeh radio sun raha tha, is mein ek lafz aaya: collective thinking.</w:t>
      </w:r>
      <w:r>
        <w:br/>
      </w:r>
      <w:r>
        <w:rPr>
          <w:sz w:val="20"/>
        </w:rPr>
        <w:t>1:21:11  ek ajeeb o ghareeb lafz, collective thinking.</w:t>
      </w:r>
      <w:r>
        <w:br/>
      </w:r>
      <w:r>
        <w:rPr>
          <w:sz w:val="20"/>
        </w:rPr>
        <w:t>1:21:16  majmooa koi nahi sochta, ek fard sochta hai.</w:t>
      </w:r>
      <w:r>
        <w:br/>
      </w:r>
      <w:r>
        <w:rPr>
          <w:sz w:val="20"/>
        </w:rPr>
        <w:t>1:21:22  collective thinking ek bahut khoobsurat lafz hai, lekin is ka ma'ni kuch bhi nahi hai, kyunke ek ek</w:t>
      </w:r>
      <w:r>
        <w:br/>
      </w:r>
      <w:r>
        <w:rPr>
          <w:sz w:val="20"/>
        </w:rPr>
        <w:t>1:21:27  ek aadmi ka mind sochta hai, na ke poora majmooa jo hai, woh soche.</w:t>
      </w:r>
      <w:r>
        <w:br/>
      </w:r>
      <w:r>
        <w:rPr>
          <w:sz w:val="20"/>
        </w:rPr>
        <w:t>1:21:32  to fard ko nishana banaaiye aur fard ke mind ko address kijiye.</w:t>
      </w:r>
      <w:r>
        <w:br/>
      </w:r>
      <w:r>
        <w:rPr>
          <w:sz w:val="20"/>
        </w:rPr>
        <w:t>1:21:37  inshaa'allah afraad milenge, jaisa ke milte hain, mil rahe hain, mashaa'allah.</w:t>
      </w:r>
      <w:r>
        <w:br/>
      </w:r>
      <w:r>
        <w:rPr>
          <w:sz w:val="20"/>
        </w:rPr>
        <w:t>1:21:42  maulana, bangalor se sawaal aaya hai mr niyar-ul-islam nadvi sahib ka.</w:t>
      </w:r>
      <w:r>
        <w:br/>
      </w:r>
      <w:r>
        <w:rPr>
          <w:sz w:val="20"/>
        </w:rPr>
        <w:t>1:21:47  unhone likha hai: "kya falasteen ke khilaaf jahad hum band kar dein kyunke woh qibla awwal hai?</w:t>
      </w:r>
      <w:r>
        <w:br/>
      </w:r>
      <w:r>
        <w:rPr>
          <w:sz w:val="20"/>
        </w:rPr>
        <w:t>1:21:52  yahood to ise dhane ki koshish kar rahe hain."</w:t>
      </w:r>
      <w:r>
        <w:br/>
      </w:r>
      <w:r>
        <w:rPr>
          <w:sz w:val="20"/>
        </w:rPr>
        <w:t>1:21:57  is silsile mein hamara tareeqa kar kya hona chahiye?" is ke baray mein dekhen, qibla awwal ka tasawwur</w:t>
      </w:r>
      <w:r>
        <w:br/>
      </w:r>
      <w:r>
        <w:rPr>
          <w:sz w:val="20"/>
        </w:rPr>
        <w:t>1:22:02  hi bilkul be asal hai.</w:t>
      </w:r>
      <w:r>
        <w:br/>
      </w:r>
      <w:r>
        <w:rPr>
          <w:sz w:val="20"/>
        </w:rPr>
        <w:t>1:22:07  qibla awwal ka matlab thori ke aap is par qabza kar len.</w:t>
      </w:r>
      <w:r>
        <w:br/>
      </w:r>
      <w:r>
        <w:rPr>
          <w:sz w:val="20"/>
        </w:rPr>
        <w:t>1:22:12  yeh aap ka mamla tha ke aap ne is ko qibla awwal banaya, lekin yeh kahan se nikla</w:t>
      </w:r>
      <w:r>
        <w:br/>
      </w:r>
      <w:r>
        <w:rPr>
          <w:sz w:val="20"/>
        </w:rPr>
        <w:t>1:22:17  hai ke qabza karen is ke oopar? yeh kaun sa quran hai, kaun si hadees yeh kehta hai</w:t>
      </w:r>
      <w:r>
        <w:br/>
      </w:r>
      <w:r>
        <w:rPr>
          <w:sz w:val="20"/>
        </w:rPr>
        <w:t>1:22:23  ke qibla awwal bana ke is ko qabza kar lo is ke oopar? yeh to rasool Allah sallay</w:t>
      </w:r>
      <w:r>
        <w:br/>
      </w:r>
      <w:r>
        <w:rPr>
          <w:sz w:val="20"/>
        </w:rPr>
        <w:t>1:22:28  Allah alaihi wasallam ki aik talif qalb ke liye jab aap madina gaye to kitabon mein aata hai</w:t>
      </w:r>
      <w:r>
        <w:br/>
      </w:r>
      <w:r>
        <w:rPr>
          <w:sz w:val="20"/>
        </w:rPr>
        <w:t>1:22:33  ke talifaan lil yahood, un ki talif ke liye aap ne to idhar qibla banaya.</w:t>
      </w:r>
      <w:r>
        <w:br/>
      </w:r>
      <w:r>
        <w:rPr>
          <w:sz w:val="20"/>
        </w:rPr>
        <w:t>1:22:38  is liye ke yeh is se kahan nikla hai ke aap qabza karen is ke oopar? yeh to</w:t>
      </w:r>
      <w:r>
        <w:br/>
      </w:r>
      <w:r>
        <w:rPr>
          <w:sz w:val="20"/>
        </w:rPr>
        <w:t>1:22:43  bilkul hi yani dhattayi ki baat hai, sarkashi ki baat hai.</w:t>
      </w:r>
      <w:r>
        <w:br/>
      </w:r>
      <w:r>
        <w:rPr>
          <w:sz w:val="20"/>
        </w:rPr>
        <w:t>1:22:48  kya hamara qibla awwal tha? usay aap qabza karen ge is ke oopar? awwal to qibla awwal tha</w:t>
      </w:r>
      <w:r>
        <w:br/>
      </w:r>
      <w:r>
        <w:rPr>
          <w:sz w:val="20"/>
        </w:rPr>
        <w:t>1:22:53  bhi nahi ke qibla awwal kaba tha, darmian mein koi masjid aqsa nahi hai, balkay qabbat al-sakhrah qibla bana tha.</w:t>
      </w:r>
      <w:r>
        <w:br/>
      </w:r>
      <w:r>
        <w:rPr>
          <w:sz w:val="20"/>
        </w:rPr>
        <w:t>1:22:58  phir is ke baad dobara kaba ban gaya, is liye woh qibla darmayani hai.</w:t>
      </w:r>
      <w:r>
        <w:br/>
      </w:r>
      <w:r>
        <w:rPr>
          <w:sz w:val="20"/>
        </w:rPr>
        <w:t>1:23:03  yeh bhi ghalat hai ke masjid aqsa qibla hai, masjid aqsa harghiz qibla nahi tha.</w:t>
      </w:r>
      <w:r>
        <w:br/>
      </w:r>
      <w:r>
        <w:rPr>
          <w:sz w:val="20"/>
        </w:rPr>
        <w:t>1:23:08  woh alag cheez hai, woh alag cheez hai.</w:t>
      </w:r>
      <w:r>
        <w:br/>
      </w:r>
      <w:r>
        <w:rPr>
          <w:sz w:val="20"/>
        </w:rPr>
        <w:t>1:23:13  is ko bhi nahi jante log jo jo tareeqa chala rahe hain, unhein khabar hi nahi ke jo</w:t>
      </w:r>
      <w:r>
        <w:br/>
      </w:r>
      <w:r>
        <w:rPr>
          <w:sz w:val="20"/>
        </w:rPr>
        <w:t>1:23:18  rasool Allah ne qibla banaya tha, woh woh masjid aqsa nahi thi.</w:t>
      </w:r>
      <w:r>
        <w:br/>
      </w:r>
      <w:r>
        <w:rPr>
          <w:sz w:val="20"/>
        </w:rPr>
        <w:t>1:23:24  woh aik alag building hai, is ka naam hai qabbat al-sakhrah, dome of rock, jo yahood muqaddas samajhte thay.</w:t>
      </w:r>
      <w:r>
        <w:br/>
      </w:r>
      <w:r>
        <w:rPr>
          <w:sz w:val="20"/>
        </w:rPr>
        <w:t>1:23:29  jis jis ko woh samajhte thay ke hazrat ishaq ki qurbaniyan hazrat ibrahim ne ki theen, woh aik</w:t>
      </w:r>
      <w:r>
        <w:br/>
      </w:r>
      <w:r>
        <w:rPr>
          <w:sz w:val="20"/>
        </w:rPr>
        <w:t>1:23:34  alag hi building hai.</w:t>
      </w:r>
      <w:r>
        <w:br/>
      </w:r>
      <w:r>
        <w:rPr>
          <w:sz w:val="20"/>
        </w:rPr>
        <w:t>1:23:39  to rasool Allah ne jo qibla banaya tha, woh masjid aqsa ko nahi, qabbat al-sakhrah ko.</w:t>
      </w:r>
      <w:r>
        <w:br/>
      </w:r>
      <w:r>
        <w:rPr>
          <w:sz w:val="20"/>
        </w:rPr>
        <w:t>1:23:44  to kaba qibla awwal hai, qabbat al-sakhrah qibla sani hai, aur teesri bar phir aap ne kaba qibla banaya hai.</w:t>
      </w:r>
      <w:r>
        <w:br/>
      </w:r>
      <w:r>
        <w:rPr>
          <w:sz w:val="20"/>
        </w:rPr>
        <w:t>1:23:49  yeh bilkul yani yani khud sakhta baatein hain ke qibla awwal hamara hai, is ko qabza karen ge.</w:t>
      </w:r>
      <w:r>
        <w:br/>
      </w:r>
      <w:r>
        <w:rPr>
          <w:sz w:val="20"/>
        </w:rPr>
        <w:t>1:23:54  yeh to dhAndali ki baatein hain, na kahin quran mein hai, na hadees mein hai.</w:t>
      </w:r>
      <w:r>
        <w:br/>
      </w:r>
      <w:r>
        <w:rPr>
          <w:sz w:val="20"/>
        </w:rPr>
        <w:t>1:23:59  aisay thori dunya mein sari chalti hai.</w:t>
      </w:r>
      <w:r>
        <w:br/>
      </w:r>
      <w:r>
        <w:rPr>
          <w:sz w:val="20"/>
        </w:rPr>
        <w:t>1:24:04  agar aap agar dekhen, agar musalmanon ka stand sahi hota to Allah ke bandon ko hoti hai.</w:t>
      </w:r>
      <w:r>
        <w:br/>
      </w:r>
      <w:r>
        <w:rPr>
          <w:sz w:val="20"/>
        </w:rPr>
        <w:t>1:24:09  yani falasteen ke ke qibla ya ya masjid aqsa ke muhaaz par beshumar janen halak hui hain.</w:t>
      </w:r>
      <w:r>
        <w:br/>
      </w:r>
      <w:r>
        <w:rPr>
          <w:sz w:val="20"/>
        </w:rPr>
        <w:t>1:24:14  آئیے، میں نے انٹرنیٹ پہ نکلوایا تو معلوم ہوا کہ more than ten trillion dollar نقصان ہوا ہے،</w:t>
      </w:r>
      <w:r>
        <w:br/>
      </w:r>
      <w:r>
        <w:rPr>
          <w:sz w:val="20"/>
        </w:rPr>
        <w:t>1:24:19  aur jo zameen thi un ke qabze mein, wo bhi nikal gaya.</w:t>
      </w:r>
      <w:r>
        <w:br/>
      </w:r>
      <w:r>
        <w:rPr>
          <w:sz w:val="20"/>
        </w:rPr>
        <w:t>1:24:24  sab to Allah ki taeed kyun nahin hai? aap ko Allah ki taeed kyun nahin hai? aap ko</w:t>
      </w:r>
      <w:r>
        <w:br/>
      </w:r>
      <w:r>
        <w:rPr>
          <w:sz w:val="20"/>
        </w:rPr>
        <w:t>1:24:30  yeh sab bilkul dhandhli ki baaten hain, is ki Islam se koi ta'alluq is ka nahin.</w:t>
      </w:r>
      <w:r>
        <w:br/>
      </w:r>
      <w:r>
        <w:rPr>
          <w:sz w:val="20"/>
        </w:rPr>
        <w:t>1:24:35  mein is ko qoumi sarkashi kehta hoon, qoumi sarkashi yani Islam ke naam par qoumi sarkashi.</w:t>
      </w:r>
      <w:r>
        <w:br/>
      </w:r>
      <w:r>
        <w:rPr>
          <w:sz w:val="20"/>
        </w:rPr>
        <w:t>1:24:40  maulana, un ka doosra sawal yeh hai ke kya freedom ka matlab yeh hai ke log hamare nabi</w:t>
      </w:r>
      <w:r>
        <w:br/>
      </w:r>
      <w:r>
        <w:rPr>
          <w:sz w:val="20"/>
        </w:rPr>
        <w:t>1:24:45  ka cartoon chhappen? phir hadith "man ria minkum makra" ka matlab kya hoga? is ka aise kya ta'alluq?</w:t>
      </w:r>
      <w:r>
        <w:br/>
      </w:r>
      <w:r>
        <w:rPr>
          <w:sz w:val="20"/>
        </w:rPr>
        <w:t>1:24:50  is ka aise kya ta'alluq? cartoon chhappen to chhappen, chhappen ge.</w:t>
      </w:r>
      <w:r>
        <w:br/>
      </w:r>
      <w:r>
        <w:rPr>
          <w:sz w:val="20"/>
        </w:rPr>
        <w:t>1:24:55  wo kyun? aap keh rahe hain sirf number chhappen ge? wo aap bhi kitab chhapte hain.</w:t>
      </w:r>
      <w:r>
        <w:br/>
      </w:r>
      <w:r>
        <w:rPr>
          <w:sz w:val="20"/>
        </w:rPr>
        <w:t>1:25:00  yeh musalman jab se predict press aaya hai dunya mein, khoob kitaben chhap rahe hain doosron ke khilaf,</w:t>
      </w:r>
      <w:r>
        <w:br/>
      </w:r>
      <w:r>
        <w:rPr>
          <w:sz w:val="20"/>
        </w:rPr>
        <w:t>1:25:05  isaiyon ke khilaf, hinduo ke khilaf.</w:t>
      </w:r>
      <w:r>
        <w:br/>
      </w:r>
      <w:r>
        <w:rPr>
          <w:sz w:val="20"/>
        </w:rPr>
        <w:t>1:25:10  to wo jaiz hai aap ke liye, wo jaiz hai aap ke liye.</w:t>
      </w:r>
      <w:r>
        <w:br/>
      </w:r>
      <w:r>
        <w:rPr>
          <w:sz w:val="20"/>
        </w:rPr>
        <w:t>1:25:15  misalan India mein kitab chhapi thi is zamane mein, hamare bachpan ke zamane mein "kufr tod" yani hinduo</w:t>
      </w:r>
      <w:r>
        <w:br/>
      </w:r>
      <w:r>
        <w:rPr>
          <w:sz w:val="20"/>
        </w:rPr>
        <w:t>1:25:20  ka jo deen hai, us ke khilaf thi.</w:t>
      </w:r>
      <w:r>
        <w:br/>
      </w:r>
      <w:r>
        <w:rPr>
          <w:sz w:val="20"/>
        </w:rPr>
        <w:t>1:25:25  wo kitab "kufr tod" to un ke liye to yeh gustakhi thi, un ke mazhab ki gustakhi thi.</w:t>
      </w:r>
      <w:r>
        <w:br/>
      </w:r>
      <w:r>
        <w:rPr>
          <w:sz w:val="20"/>
        </w:rPr>
        <w:t>1:25:31  to aap ko haq hai ke aap "kufr tod" kitaben chhapen, un ko haq nahin chahiye? aap bhi</w:t>
      </w:r>
      <w:r>
        <w:br/>
      </w:r>
      <w:r>
        <w:rPr>
          <w:sz w:val="20"/>
        </w:rPr>
        <w:t>1:25:36  baat kijiye, khoob kitaben chhapte hain, taqreeren karte hain.</w:t>
      </w:r>
      <w:r>
        <w:br/>
      </w:r>
      <w:r>
        <w:rPr>
          <w:sz w:val="20"/>
        </w:rPr>
        <w:t>1:25:41  hamare darmiyan aise log bohat maqbool ho rahe hain jo khullam khulla stage par un ki mazak urate</w:t>
      </w:r>
      <w:r>
        <w:br/>
      </w:r>
      <w:r>
        <w:rPr>
          <w:sz w:val="20"/>
        </w:rPr>
        <w:t>1:25:46  hain, un ka isaiyon ka aur yahudiyon ka, khoob maqbool ho rahe hain.</w:t>
      </w:r>
      <w:r>
        <w:br/>
      </w:r>
      <w:r>
        <w:rPr>
          <w:sz w:val="20"/>
        </w:rPr>
        <w:t>1:25:51  un ko talian bajti hain.</w:t>
      </w:r>
      <w:r>
        <w:br/>
      </w:r>
      <w:r>
        <w:rPr>
          <w:sz w:val="20"/>
        </w:rPr>
        <w:t>1:25:56  to aap khud tazheek karen to is ko aap sar charhate hain, aise muqarririn ko.</w:t>
      </w:r>
      <w:r>
        <w:br/>
      </w:r>
      <w:r>
        <w:rPr>
          <w:sz w:val="20"/>
        </w:rPr>
        <w:t>1:26:01  aur doosra agar kahe to is ko haq nahin karne ka.</w:t>
      </w:r>
      <w:r>
        <w:br/>
      </w:r>
      <w:r>
        <w:rPr>
          <w:sz w:val="20"/>
        </w:rPr>
        <w:t>1:26:06  to dunya musalmanon ke liye nahin banai gayi hai, dunya sab ke liye banai gayi hai.</w:t>
      </w:r>
      <w:r>
        <w:br/>
      </w:r>
      <w:r>
        <w:rPr>
          <w:sz w:val="20"/>
        </w:rPr>
        <w:t>1:26:11  yaad rakhiye, yeh dunya musalmanon ke liye nahin banai gayi ke musalmanon ko munafli degi.</w:t>
      </w:r>
      <w:r>
        <w:br/>
      </w:r>
      <w:r>
        <w:rPr>
          <w:sz w:val="20"/>
        </w:rPr>
        <w:t>1:26:16  jo chahe karo, tum doosron ko kuch karne ka haq nahi hai.</w:t>
      </w:r>
      <w:r>
        <w:br/>
      </w:r>
      <w:r>
        <w:rPr>
          <w:sz w:val="20"/>
        </w:rPr>
        <w:t>1:26:21  yeh bilashuba qaumi sarkashi hai, is ka islam se koi talluq nahi.</w:t>
      </w:r>
    </w:p>
    <w:p>
      <w:pPr>
        <w:pStyle w:val="Heading2"/>
      </w:pPr>
      <w:r>
        <w:t>Hindrances to learning</w:t>
      </w:r>
    </w:p>
    <w:p>
      <w:r>
        <w:rPr>
          <w:color w:val="666666"/>
          <w:sz w:val="18"/>
        </w:rPr>
        <w:t>Life &amp; Wisdom · Divine Help February 09, 2014 Maulana Wahiduddin Khan · 3m 42s · at 54:47 · https://youtu.be/eJBjiYGZcKY?t=3287</w:t>
      </w:r>
    </w:p>
    <w:p>
      <w:r>
        <w:rPr>
          <w:i/>
        </w:rPr>
        <w:t>“Maulana as per your advice I do interact with people to learn more and more. My question is what are the factors which are hindrance to learning?”</w:t>
      </w:r>
    </w:p>
    <w:p>
      <w:r>
        <w:rPr>
          <w:sz w:val="20"/>
        </w:rPr>
        <w:t>54:47  Maulana agla sawal roorkee se kya hai Sajid Anwar sahib ne.</w:t>
      </w:r>
      <w:r>
        <w:br/>
      </w:r>
      <w:r>
        <w:rPr>
          <w:sz w:val="20"/>
        </w:rPr>
        <w:t>54:52  Unhon ne likha hai: Maulana as per your advice I do interact with people to learn more and more.</w:t>
      </w:r>
      <w:r>
        <w:br/>
      </w:r>
      <w:r>
        <w:rPr>
          <w:sz w:val="20"/>
        </w:rPr>
        <w:t>54:58  My question is what are the factors which are hindrance to learning?</w:t>
      </w:r>
      <w:r>
        <w:br/>
      </w:r>
      <w:r>
        <w:rPr>
          <w:sz w:val="20"/>
        </w:rPr>
        <w:t>55:04  Please advise me.</w:t>
      </w:r>
      <w:r>
        <w:br/>
      </w:r>
      <w:r>
        <w:rPr>
          <w:sz w:val="20"/>
        </w:rPr>
        <w:t>55:09  Dekhiye insaan ki yeh aam kamzori hai ke woh apni chalana chahta hai.</w:t>
      </w:r>
      <w:r>
        <w:br/>
      </w:r>
      <w:r>
        <w:rPr>
          <w:sz w:val="20"/>
        </w:rPr>
        <w:t>55:14  Apna agenda is ke paas hota hai hamesha.</w:t>
      </w:r>
      <w:r>
        <w:br/>
      </w:r>
      <w:r>
        <w:rPr>
          <w:sz w:val="20"/>
        </w:rPr>
        <w:t>55:19  Har aadmi ke paas mein dekhta hoon ke apna agenda rehta hai woh khule ya chhupe is ko</w:t>
      </w:r>
      <w:r>
        <w:br/>
      </w:r>
      <w:r>
        <w:rPr>
          <w:sz w:val="20"/>
        </w:rPr>
        <w:t>55:24  chalana chahta hai.</w:t>
      </w:r>
      <w:r>
        <w:br/>
      </w:r>
      <w:r>
        <w:rPr>
          <w:sz w:val="20"/>
        </w:rPr>
        <w:t>55:29  Open mind ke saath uske andar learning ki salahiyat hi nahi hoti.</w:t>
      </w:r>
      <w:r>
        <w:br/>
      </w:r>
      <w:r>
        <w:rPr>
          <w:sz w:val="20"/>
        </w:rPr>
        <w:t>55:34  Is ka saboot kya hai? Is ka saboot yeh hai ke log aitraaf nahi karte.</w:t>
      </w:r>
      <w:r>
        <w:br/>
      </w:r>
      <w:r>
        <w:rPr>
          <w:sz w:val="20"/>
        </w:rPr>
        <w:t>55:39  Hazrat Umar ke baray mein hum parhte hain ke baba unhon ne aisa kaha ke lola falan lehlak Umar.</w:t>
      </w:r>
      <w:r>
        <w:br/>
      </w:r>
      <w:r>
        <w:rPr>
          <w:sz w:val="20"/>
        </w:rPr>
        <w:t>55:44  Agar falan shakhs na hota to Umar halak ho jata.</w:t>
      </w:r>
      <w:r>
        <w:br/>
      </w:r>
      <w:r>
        <w:rPr>
          <w:sz w:val="20"/>
        </w:rPr>
        <w:t>55:49  Yaani Umar Sahabi thay, woh Khalifa thay, woh Quran ko jante thay.</w:t>
      </w:r>
      <w:r>
        <w:br/>
      </w:r>
      <w:r>
        <w:rPr>
          <w:sz w:val="20"/>
        </w:rPr>
        <w:t>55:54  Phir bhi woh aisa kaha unhon ne.</w:t>
      </w:r>
      <w:r>
        <w:br/>
      </w:r>
      <w:r>
        <w:rPr>
          <w:sz w:val="20"/>
        </w:rPr>
        <w:t>55:59  Lola falan lehlak Umar.</w:t>
      </w:r>
      <w:r>
        <w:br/>
      </w:r>
      <w:r>
        <w:rPr>
          <w:sz w:val="20"/>
        </w:rPr>
        <w:t>56:04  Yeh hai kya barha hua jazba learning ka.</w:t>
      </w:r>
      <w:r>
        <w:br/>
      </w:r>
      <w:r>
        <w:rPr>
          <w:sz w:val="20"/>
        </w:rPr>
        <w:t>56:09  Yeh hai nahi logon mein? Main to sun nahi pata aise alfaaz.</w:t>
      </w:r>
      <w:r>
        <w:br/>
      </w:r>
      <w:r>
        <w:rPr>
          <w:sz w:val="20"/>
        </w:rPr>
        <w:t>56:14  Yeh alfaaz jo hain lola falan lehlak Umar aise alfaaz to ban hi nahi pata.</w:t>
      </w:r>
      <w:r>
        <w:br/>
      </w:r>
      <w:r>
        <w:rPr>
          <w:sz w:val="20"/>
        </w:rPr>
        <w:t>56:19  Log bas pitch up kar lete hain, ghuma phira kar bolte hain.</w:t>
      </w:r>
      <w:r>
        <w:br/>
      </w:r>
      <w:r>
        <w:rPr>
          <w:sz w:val="20"/>
        </w:rPr>
        <w:t>56:24  Haan haan theek theek hai, woh bhi theek hai.</w:t>
      </w:r>
      <w:r>
        <w:br/>
      </w:r>
      <w:r>
        <w:rPr>
          <w:sz w:val="20"/>
        </w:rPr>
        <w:t>56:29  Jab tak aap ke andar bepanah jazba na ho learning ka.</w:t>
      </w:r>
      <w:r>
        <w:br/>
      </w:r>
      <w:r>
        <w:rPr>
          <w:sz w:val="20"/>
        </w:rPr>
        <w:t>56:34  Aur is ki pehchan yahi hai ke aap keh sakein ke yeh to baat agar main na jaanta</w:t>
      </w:r>
      <w:r>
        <w:br/>
      </w:r>
      <w:r>
        <w:rPr>
          <w:sz w:val="20"/>
        </w:rPr>
        <w:t>56:39  to main to halak ho chuka tha.</w:t>
      </w:r>
      <w:r>
        <w:br/>
      </w:r>
      <w:r>
        <w:rPr>
          <w:sz w:val="20"/>
        </w:rPr>
        <w:t>56:44  I was living in blunder.</w:t>
      </w:r>
      <w:r>
        <w:br/>
      </w:r>
      <w:r>
        <w:rPr>
          <w:sz w:val="20"/>
        </w:rPr>
        <w:t>56:49  Tab tak sab bas lip service hai, sirf kehna sunna hai.</w:t>
      </w:r>
      <w:r>
        <w:br/>
      </w:r>
      <w:r>
        <w:rPr>
          <w:sz w:val="20"/>
        </w:rPr>
        <w:t>56:54  Kuch haqeeqat is ki nahi hai.</w:t>
      </w:r>
      <w:r>
        <w:br/>
      </w:r>
      <w:r>
        <w:rPr>
          <w:sz w:val="20"/>
        </w:rPr>
        <w:t>56:59  to hazrat umar ke andar jo learning process tha jo kaha jata hai ke kaan ta'allum min kulli ahad.</w:t>
      </w:r>
      <w:r>
        <w:br/>
      </w:r>
      <w:r>
        <w:rPr>
          <w:sz w:val="20"/>
        </w:rPr>
        <w:t>57:04  to yeh sab andar se aata hai, koi bahar se aap ko nahi bataye ga.</w:t>
      </w:r>
      <w:r>
        <w:br/>
      </w:r>
      <w:r>
        <w:rPr>
          <w:sz w:val="20"/>
        </w:rPr>
        <w:t>57:09  aap ke andar be-panah shauq ho learning ka, ta'allum ka, seekhne ka.</w:t>
      </w:r>
      <w:r>
        <w:br/>
      </w:r>
      <w:r>
        <w:rPr>
          <w:sz w:val="20"/>
        </w:rPr>
        <w:t>57:14  to bas aap ka shauq hi aap ka guide ban jaye ga.</w:t>
      </w:r>
      <w:r>
        <w:br/>
      </w:r>
      <w:r>
        <w:rPr>
          <w:sz w:val="20"/>
        </w:rPr>
        <w:t>57:19  aur jaise hi saamne aaye koi sachai to fi'l-faur aap keh saken ke main ab tak andha</w:t>
      </w:r>
      <w:r>
        <w:br/>
      </w:r>
      <w:r>
        <w:rPr>
          <w:sz w:val="20"/>
        </w:rPr>
        <w:t>57:24  tha, ab mujhe sachai mili hai.</w:t>
      </w:r>
      <w:r>
        <w:br/>
      </w:r>
      <w:r>
        <w:rPr>
          <w:sz w:val="20"/>
        </w:rPr>
        <w:t>57:29  yeh keh saken.</w:t>
      </w:r>
      <w:r>
        <w:br/>
      </w:r>
      <w:r>
        <w:rPr>
          <w:sz w:val="20"/>
        </w:rPr>
        <w:t>57:34  yeh nahi keh saken kahen ge to zehan ke darwaze khulenge nahi.</w:t>
      </w:r>
      <w:r>
        <w:br/>
      </w:r>
      <w:r>
        <w:rPr>
          <w:sz w:val="20"/>
        </w:rPr>
        <w:t>57:39  log hal logon ka hal kya hai? haan haan yeh bhi theek hai.</w:t>
      </w:r>
      <w:r>
        <w:br/>
      </w:r>
      <w:r>
        <w:rPr>
          <w:sz w:val="20"/>
        </w:rPr>
        <w:t>57:44  yeh yeh jo aap kar rahe hain yeh bhi theek hai.</w:t>
      </w:r>
      <w:r>
        <w:br/>
      </w:r>
      <w:r>
        <w:rPr>
          <w:sz w:val="20"/>
        </w:rPr>
        <w:t>57:49  yeh yeh sirf bilkul yeh nothing.</w:t>
      </w:r>
      <w:r>
        <w:br/>
      </w:r>
      <w:r>
        <w:rPr>
          <w:sz w:val="20"/>
        </w:rPr>
        <w:t>57:54  aap kahiye ke ab tak main andha tha.</w:t>
      </w:r>
      <w:r>
        <w:br/>
      </w:r>
      <w:r>
        <w:rPr>
          <w:sz w:val="20"/>
        </w:rPr>
        <w:t>57:59  ab tak main be-khabar tha.</w:t>
      </w:r>
      <w:r>
        <w:br/>
      </w:r>
      <w:r>
        <w:rPr>
          <w:sz w:val="20"/>
        </w:rPr>
        <w:t>58:04  kyunke jaise hi aap yeh kahenge jaise hi dimagh ke darwaze khul jayenge.</w:t>
      </w:r>
      <w:r>
        <w:br/>
      </w:r>
      <w:r>
        <w:rPr>
          <w:sz w:val="20"/>
        </w:rPr>
        <w:t>58:09  aap ki shakhsiyat mein aik aik aik aik naya emergence paida hoga.</w:t>
      </w:r>
      <w:r>
        <w:br/>
      </w:r>
      <w:r>
        <w:rPr>
          <w:sz w:val="20"/>
        </w:rPr>
        <w:t>58:14  to yeh sab cheezen aadmi ke apne khud apne faisle par depend karti hain.</w:t>
      </w:r>
      <w:r>
        <w:br/>
      </w:r>
      <w:r>
        <w:rPr>
          <w:sz w:val="20"/>
        </w:rPr>
        <w:t>58:19  bahar se koi inculcate nahi kar sakta.</w:t>
      </w:r>
      <w:r>
        <w:br/>
      </w:r>
      <w:r>
        <w:rPr>
          <w:sz w:val="20"/>
        </w:rPr>
        <w:t>58:24  khud aadmi chahe to aisa banaye apne aap ko, nahi to na banaye to na banaye.</w:t>
      </w:r>
    </w:p>
    <w:p>
      <w:pPr>
        <w:pStyle w:val="Heading2"/>
      </w:pPr>
      <w:r>
        <w:t>Hobby as an Excuse for Wasting Precious Time</w:t>
      </w:r>
    </w:p>
    <w:p>
      <w:r>
        <w:rPr>
          <w:color w:val="666666"/>
          <w:sz w:val="18"/>
        </w:rPr>
        <w:t>Life &amp; Wisdom · The Companions and the Hadith Scholars June 24, 2012 · 1m 38s · at 1:06:21 · https://youtu.be/Dj4QiYnxgBs?t=3981</w:t>
      </w:r>
    </w:p>
    <w:p>
      <w:r>
        <w:rPr>
          <w:i/>
        </w:rPr>
        <w:t>“I told a woman that keeping birds is a source of distraction and her precious time is being wasted in caring for them. She replied that it is both her hobby and her business, and she is compelled by her hobby. Please comment.”</w:t>
      </w:r>
    </w:p>
    <w:p>
      <w:r>
        <w:rPr>
          <w:sz w:val="20"/>
        </w:rPr>
        <w:t>1:06:21  yeh matlab hai is ka. Maulana, agla sawal Karachi, Pakistan se hai, Abdul Latif sahib ka.</w:t>
      </w:r>
      <w:r>
        <w:br/>
      </w:r>
      <w:r>
        <w:rPr>
          <w:sz w:val="20"/>
        </w:rPr>
        <w:t>1:06:30  unho ne likha hai: "Ek da'i ko mein ne kaha ke aap ne parinday paal rakhe hain jo aap ke liye distraction ka zariya hain, aur aap ka qeemti waqt is ki dekh bhaal mein sarf ho raha hai.</w:t>
      </w:r>
      <w:r>
        <w:br/>
      </w:r>
      <w:r>
        <w:rPr>
          <w:sz w:val="20"/>
        </w:rPr>
        <w:t>1:06:44  to unho ne kaha ke yeh yeh to mera shauq bhi hai aur karobar bhi hai, aur mein shauq ke hathon majboor hoon.</w:t>
      </w:r>
      <w:r>
        <w:br/>
      </w:r>
      <w:r>
        <w:rPr>
          <w:sz w:val="20"/>
        </w:rPr>
        <w:t>1:06:53  Maulana sahib, ek ba-maqsad insaan is dunya mein koi aisa shauq rakh sakta hai jo is ke liye distraction ka sabab ho?</w:t>
      </w:r>
      <w:r>
        <w:br/>
      </w:r>
      <w:r>
        <w:rPr>
          <w:sz w:val="20"/>
        </w:rPr>
        <w:t>1:07:05  is ke baray mein bataein." zahir hai ke yeh koi woh halaal halaal ka masla nahi hai, na qanoon ka masla hai.</w:t>
      </w:r>
      <w:r>
        <w:br/>
      </w:r>
      <w:r>
        <w:rPr>
          <w:sz w:val="20"/>
        </w:rPr>
        <w:t>1:07:15  is aadmi ko aap samjhaiye ke sab se pehle yeh mutayyan karo ke What is the purpose of life?</w:t>
      </w:r>
      <w:r>
        <w:br/>
      </w:r>
      <w:r>
        <w:rPr>
          <w:sz w:val="20"/>
        </w:rPr>
        <w:t>1:07:24  What is the goal of life? phir is ke lihaaz se jaanchon ke is se distraction hai ke nahi.</w:t>
      </w:r>
      <w:r>
        <w:br/>
      </w:r>
      <w:r>
        <w:rPr>
          <w:sz w:val="20"/>
        </w:rPr>
        <w:t>1:07:32  distraction hai jo goal hai, is se agar yeh sab cheezein aap ko hatati hain to bilashubah woh qabil-e-ijtinab hai, is ko chhodna chahiye.</w:t>
      </w:r>
      <w:r>
        <w:br/>
      </w:r>
      <w:r>
        <w:rPr>
          <w:sz w:val="20"/>
        </w:rPr>
        <w:t>1:07:44  to yeh cheezein aisi nahi, is ko jis ko koi fatwa de ya koi qanoon nafiz kare, jo samjhane bujhane ki baatein hain. to is aadmi ko masla yahi samjhana chahiye ke sab se pehle jano ke tumhari zindagi ka maqsad kya hai, tab ja kar ke woh tayyar hoga,</w:t>
      </w:r>
    </w:p>
    <w:p>
      <w:pPr>
        <w:pStyle w:val="Heading2"/>
      </w:pPr>
      <w:r>
        <w:t>Hope for a crippled person?</w:t>
      </w:r>
    </w:p>
    <w:p>
      <w:r>
        <w:rPr>
          <w:color w:val="666666"/>
          <w:sz w:val="18"/>
        </w:rPr>
        <w:t>Life &amp; Wisdom · Studying The Quran with Open Mind October 20, 2019 Maulana Wahiduddin Khan · 2m 47s · at 44:56 · https://youtu.be/OPyJO5TP_wI?t=2696</w:t>
      </w:r>
    </w:p>
    <w:p>
      <w:r>
        <w:rPr>
          <w:i/>
        </w:rPr>
        <w:t>“You said in today's lecture that if the problem is not crippling then it is for our own good. My question is how to handle a problem if the person has become a cripple? Is there hope for such a cripple person also?”</w:t>
      </w:r>
    </w:p>
    <w:p>
      <w:r>
        <w:rPr>
          <w:sz w:val="20"/>
        </w:rPr>
        <w:t>44:56  convert our problems into opportunity Maulana agla sawal Lucknow se aaya hai Ahmad Mehboob sahib ne likha hai un ka sawal hai Maulana you said in today's lecture that if the problem is not crippling then it is for our own good</w:t>
      </w:r>
      <w:r>
        <w:br/>
      </w:r>
      <w:r>
        <w:rPr>
          <w:sz w:val="20"/>
        </w:rPr>
        <w:t>45:18  Maulana my question is how to handle a problem if the person has become a cripple is there hope for such cripple person</w:t>
      </w:r>
      <w:r>
        <w:br/>
      </w:r>
      <w:r>
        <w:rPr>
          <w:sz w:val="20"/>
        </w:rPr>
        <w:t>45:26  also</w:t>
      </w:r>
      <w:r>
        <w:br/>
      </w:r>
      <w:r>
        <w:rPr>
          <w:sz w:val="20"/>
        </w:rPr>
        <w:t>45:30  yahan tak baat nahi jana zindagi ko ke</w:t>
      </w:r>
      <w:r>
        <w:br/>
      </w:r>
      <w:r>
        <w:rPr>
          <w:sz w:val="20"/>
        </w:rPr>
        <w:t>45:36  crippling children aur non-crippling mein sirf ek farq hai woh yeh</w:t>
      </w:r>
      <w:r>
        <w:br/>
      </w:r>
      <w:r>
        <w:rPr>
          <w:sz w:val="20"/>
        </w:rPr>
        <w:t>45:43  ke crippling children aksar</w:t>
      </w:r>
      <w:r>
        <w:br/>
      </w:r>
      <w:r>
        <w:rPr>
          <w:sz w:val="20"/>
        </w:rPr>
        <w:t>45:46  bataur total stress mein crippling kar deta hai mawaqe ko khatm kar deta hai lekin non-crippling mein mawaqe</w:t>
      </w:r>
      <w:r>
        <w:br/>
      </w:r>
      <w:r>
        <w:rPr>
          <w:sz w:val="20"/>
        </w:rPr>
        <w:t>45:56  baqi rehte hain to crippling children bhi aap ko total stress mein khatm nahi karta</w:t>
      </w:r>
      <w:r>
        <w:br/>
      </w:r>
      <w:r>
        <w:rPr>
          <w:sz w:val="20"/>
        </w:rPr>
        <w:t>46:04  partial stress mein khatm karta hai</w:t>
      </w:r>
      <w:r>
        <w:br/>
      </w:r>
      <w:r>
        <w:rPr>
          <w:sz w:val="20"/>
        </w:rPr>
        <w:t>46:08  partial stress mein jaise</w:t>
      </w:r>
      <w:r>
        <w:br/>
      </w:r>
      <w:r>
        <w:rPr>
          <w:sz w:val="20"/>
        </w:rPr>
        <w:t>46:12  meet milton jo tha woh crippled</w:t>
      </w:r>
      <w:r>
        <w:br/>
      </w:r>
      <w:r>
        <w:rPr>
          <w:sz w:val="20"/>
        </w:rPr>
        <w:t>46:15  ho gaya kya tha ek dam total andha pan ek dam andha ho gaya</w:t>
      </w:r>
      <w:r>
        <w:br/>
      </w:r>
      <w:r>
        <w:rPr>
          <w:sz w:val="20"/>
        </w:rPr>
        <w:t>46:24  to us ne kya kiya</w:t>
      </w:r>
      <w:r>
        <w:br/>
      </w:r>
      <w:r>
        <w:rPr>
          <w:sz w:val="20"/>
        </w:rPr>
        <w:t>46:27  kya apne ghar ke ek family ke ek member ko</w:t>
      </w:r>
      <w:r>
        <w:br/>
      </w:r>
      <w:r>
        <w:rPr>
          <w:sz w:val="20"/>
        </w:rPr>
        <w:t>46:34  rakh liya apne paas aur dictate karne laga woh dictate karta tha woh likhta tha woh is tarah</w:t>
      </w:r>
      <w:r>
        <w:br/>
      </w:r>
      <w:r>
        <w:rPr>
          <w:sz w:val="20"/>
        </w:rPr>
        <w:t>46:42  manage kiya us ne</w:t>
      </w:r>
      <w:r>
        <w:br/>
      </w:r>
      <w:r>
        <w:rPr>
          <w:sz w:val="20"/>
        </w:rPr>
        <w:t>46:44  to crippling children bhi manageable hota hai bashart ke aap ko</w:t>
      </w:r>
      <w:r>
        <w:br/>
      </w:r>
      <w:r>
        <w:rPr>
          <w:sz w:val="20"/>
        </w:rPr>
        <w:t>46:52  sabr ho aap ke andar sabr zaroori hai maulana agla comment bheja hai mumbai se sajid anwar sahib</w:t>
      </w:r>
      <w:r>
        <w:br/>
      </w:r>
      <w:r>
        <w:rPr>
          <w:sz w:val="20"/>
        </w:rPr>
        <w:t>47:00  ne unhon</w:t>
      </w:r>
      <w:r>
        <w:br/>
      </w:r>
      <w:r>
        <w:rPr>
          <w:sz w:val="20"/>
        </w:rPr>
        <w:t>47:01  ne likha hai Maulana you are the only aalim who has taught us how to derive the wisdom from the Quran while others emphasize on words you have taught us to read between the lines and derive wisdom from every possible incident around us</w:t>
      </w:r>
      <w:r>
        <w:br/>
      </w:r>
      <w:r>
        <w:rPr>
          <w:sz w:val="20"/>
        </w:rPr>
        <w:t>47:19  jazak Allah Bangalore team jo collectively dekh rahi hai is program ko unhon ne likha hai Maulana aaj yeh baat samajh mein aayi ke hikmat ka matlab hai ke aadmi na likhe ko parhe mazkoor baaton ke zariye ghair mazkoor baaton ko jaane jazak Allah Maulana</w:t>
      </w:r>
    </w:p>
    <w:p>
      <w:pPr>
        <w:pStyle w:val="Heading2"/>
      </w:pPr>
      <w:r>
        <w:t>How Can We Develop Right Thinking?</w:t>
      </w:r>
    </w:p>
    <w:p>
      <w:r>
        <w:rPr>
          <w:color w:val="666666"/>
          <w:sz w:val="18"/>
        </w:rPr>
        <w:t>Life &amp; Wisdom · Personality Building January 05, 2014 · 7m 12s · at 1:02:59 · https://youtu.be/3Zppdm2K4ug?t=3779</w:t>
      </w:r>
    </w:p>
    <w:p>
      <w:r>
        <w:rPr>
          <w:i/>
        </w:rPr>
        <w:t>“Moulana, we go through many experiences in daily life but often fail to draw the right lessons, losing the spiritual food in them. How can we develop the right thinking? Please guide us.”</w:t>
      </w:r>
    </w:p>
    <w:p>
      <w:r>
        <w:rPr>
          <w:sz w:val="20"/>
        </w:rPr>
        <w:t>1:02:59  maulana, agla sawal roorkee se hai sajid anwar sahab ka. unhon ne likha hai: "maulana, we also go through many experiences in our daily life, but many times unable to draw right lessons from them.</w:t>
      </w:r>
      <w:r>
        <w:br/>
      </w:r>
      <w:r>
        <w:rPr>
          <w:sz w:val="20"/>
        </w:rPr>
        <w:t>1:03:16  this losing the opportunity to get the spiritual food contained in them. my question is: how can we develop the right thinking?" maulana, please guide us.</w:t>
      </w:r>
      <w:r>
        <w:br/>
      </w:r>
      <w:r>
        <w:rPr>
          <w:sz w:val="20"/>
        </w:rPr>
        <w:t>1:03:29  dekhen, bohat asan hai. aaj main aaj ka apna experience bataon. aaj ka, aaj subah mujhe nahana tha, to main ne kya kiya?</w:t>
      </w:r>
      <w:r>
        <w:br/>
      </w:r>
      <w:r>
        <w:rPr>
          <w:sz w:val="20"/>
        </w:rPr>
        <w:t>1:03:42  mere bathroom mein geyser hai, us ko chala diya. adha ghante tak chal gaya, pani is ka garam ho gaya. kamre mein bahar aaya to to aap ne do heater laga diya tha, wahan kamra bhi garam tha.</w:t>
      </w:r>
      <w:r>
        <w:br/>
      </w:r>
      <w:r>
        <w:rPr>
          <w:sz w:val="20"/>
        </w:rPr>
        <w:t>1:03:57  to nahakar jab nikla to garam kapde to nahakar nikla to garam kamre mein baith kar woh kapda badal liya.</w:t>
      </w:r>
      <w:r>
        <w:br/>
      </w:r>
      <w:r>
        <w:rPr>
          <w:sz w:val="20"/>
        </w:rPr>
        <w:t>1:04:08  sab kuch bilkul smooth tor par hua. to main ne kya kiya? main ne socha ke jab is se pehle main gaon mein tha to hamare gaon mein bijli nahi thi,</w:t>
      </w:r>
      <w:r>
        <w:br/>
      </w:r>
      <w:r>
        <w:rPr>
          <w:sz w:val="20"/>
        </w:rPr>
        <w:t>1:04:18  electricity nahi thi. wahan par kerosene se lamp jalte the, lalten jalti thi. lalten to main ne compare kiya ke is waqt mere liye possible hi nahi tha ke main geyser chalaon aur heater chalaon, kyunke wahan tha hi nahi.</w:t>
      </w:r>
      <w:r>
        <w:br/>
      </w:r>
      <w:r>
        <w:rPr>
          <w:sz w:val="20"/>
        </w:rPr>
        <w:t>1:04:34  yeh electricity hamare gaon mein aayi nahi thi. to in comparison, that we understand. aap compare kijiye,</w:t>
      </w:r>
      <w:r>
        <w:br/>
      </w:r>
      <w:r>
        <w:rPr>
          <w:sz w:val="20"/>
        </w:rPr>
        <w:t>1:04:44  har aadmi ke paas ek past hota hai, us se compare kar ke woh apne present mein khuda ki blessing ko daryaft kar sakta hai. har aadmi ko, chahe obama ho, tab bhi obama ke bhi ek past hai.</w:t>
      </w:r>
      <w:r>
        <w:br/>
      </w:r>
      <w:r>
        <w:rPr>
          <w:sz w:val="20"/>
        </w:rPr>
        <w:t>1:04:57  is past ko agar aap yaad karenge to us ke andar shukr aayega, tab us ko discovery hogi. to sab se asan tareeqa yeh hai ke aap apne present mein jo aap kuch pa rahe hain, past ko le kar sochiye aur compare kijiye,</w:t>
      </w:r>
      <w:r>
        <w:br/>
      </w:r>
      <w:r>
        <w:rPr>
          <w:sz w:val="20"/>
        </w:rPr>
        <w:t>1:05:14  jaise ke main karta rehta hoon. main rozana hi karta rehta hoon. jaise kitchen mein main gaya, wahan par gas jal rahi thi.</w:t>
      </w:r>
      <w:r>
        <w:br/>
      </w:r>
      <w:r>
        <w:rPr>
          <w:sz w:val="20"/>
        </w:rPr>
        <w:t>1:05:22  main ne socha ke jab main gaon mein tha to wahan koi concept hi nahi tha ke aap ek switch ghumayen aur gas nikalne lage. wahan to lakri aur is tarah ki cheez jala kar ke aag milti thi.</w:t>
      </w:r>
      <w:r>
        <w:br/>
      </w:r>
      <w:r>
        <w:rPr>
          <w:sz w:val="20"/>
        </w:rPr>
        <w:t>1:05:35  to is comparison se main ne socha ke Allah ke karti bari blessing ke aaj hamein gas mili hui hai.</w:t>
      </w:r>
      <w:r>
        <w:br/>
      </w:r>
      <w:r>
        <w:rPr>
          <w:sz w:val="20"/>
        </w:rPr>
        <w:t>1:05:41  sab se asan tareeqa apne andar shukr ko develop karne ka yeh hai, ya shukr ka matlab kya hai? positive thinking. sari negativity khatam ho jayegi aap ki, aur positive thinking ke siwa kuch aap ke mind mein rahega nahi.</w:t>
      </w:r>
      <w:r>
        <w:br/>
      </w:r>
      <w:r>
        <w:rPr>
          <w:sz w:val="20"/>
        </w:rPr>
        <w:t>1:05:56  bas itna aap karen ke apne present ko past se compare karte rahen. har aadmi ke paas jo past hota hai, woh kuch hota hai, present jo hai, woh kuch hota hai.</w:t>
      </w:r>
      <w:r>
        <w:br/>
      </w:r>
      <w:r>
        <w:rPr>
          <w:sz w:val="20"/>
        </w:rPr>
        <w:t>1:06:09  jaise main hyderabad mein gaya to wahan mujhe diya gaya tha topic bolne ke liye ke hyderabad ke musalman kya karen.</w:t>
      </w:r>
      <w:r>
        <w:br/>
      </w:r>
      <w:r>
        <w:rPr>
          <w:sz w:val="20"/>
        </w:rPr>
        <w:t>1:06:21  yeh topic diya gaya tha. to main ne kaha ke yeh karen ke woh shukr karen.</w:t>
      </w:r>
      <w:r>
        <w:br/>
      </w:r>
      <w:r>
        <w:rPr>
          <w:sz w:val="20"/>
        </w:rPr>
        <w:t>1:06:27  phir main ne poocha ke dekhen, jab independence se pehle ka jo hyderabad tha, to main yahan aaya tha. is waqt independence se pehle gaya tha main wahan.</w:t>
      </w:r>
      <w:r>
        <w:br/>
      </w:r>
      <w:r>
        <w:rPr>
          <w:sz w:val="20"/>
        </w:rPr>
        <w:t>1:06:38  to main ne dekha, main ne kaha ke wahan siwaye rickshaw ke aur kuch dikhai nahi deta. sirf rickshaw, rickshaw, rickshaw. aur ab main aaya hoon to wahan par airport par utra hoon. main to car hi car musalmanon ke mehle mein jaon ya jahan bhi jaon, car hi car.</w:t>
      </w:r>
      <w:r>
        <w:br/>
      </w:r>
      <w:r>
        <w:rPr>
          <w:sz w:val="20"/>
        </w:rPr>
        <w:t>1:06:51  acchi sadken sab. to</w:t>
      </w:r>
      <w:r>
        <w:br/>
      </w:r>
      <w:r>
        <w:rPr>
          <w:sz w:val="20"/>
        </w:rPr>
        <w:t>1:06:53  aap compare kijiye ke aaj aap caron par dor rahe hain, is se pehle aap riksha khichte the. to shukr hi shukr aayega. to main samajhta hoon ke positive thinking ko develop karne ka sab se aasan tareeqa yeh hai ke aap apne present ko past se compare karen.</w:t>
      </w:r>
      <w:r>
        <w:br/>
      </w:r>
      <w:r>
        <w:rPr>
          <w:sz w:val="20"/>
        </w:rPr>
        <w:t>1:07:10  b</w:t>
      </w:r>
      <w:r>
        <w:br/>
      </w:r>
      <w:r>
        <w:rPr>
          <w:sz w:val="20"/>
        </w:rPr>
        <w:t>1:07:11  s aap apne doosre ke nahin. yeh nahin ke uss waqt falan raja kaise rehta tha, falan badshah kaise rehta tha, yeh matlab nahin. apne present ko apne past se ke main aaj jahan hoon, kya mere dada bhi aise hi the?</w:t>
      </w:r>
      <w:r>
        <w:br/>
      </w:r>
      <w:r>
        <w:rPr>
          <w:sz w:val="20"/>
        </w:rPr>
        <w:t>1:07:25  wahan dada ki haalat kya thi? to maloom hoga ke dada se main hazaar guna behtar hoon. to saari negative thinking apne aap khatam ho jayegi.</w:t>
      </w:r>
      <w:r>
        <w:br/>
      </w:r>
      <w:r>
        <w:rPr>
          <w:sz w:val="20"/>
        </w:rPr>
        <w:t>1:07:35  negative thinking jo aati hai, woh sirf iss liye aati hai ke aadmi past ko bhula kar ke sochta hai. past ko bhula kar ke sochta hai.</w:t>
      </w:r>
      <w:r>
        <w:br/>
      </w:r>
      <w:r>
        <w:rPr>
          <w:sz w:val="20"/>
        </w:rPr>
        <w:t>1:07:46  bahut hi aasan tareeqa. main to daily yahi karta hoon, rozana yahi karta hoon. aaj bhi maine yahi kiya ke main yeh socha ke aap bol raha hoon. main is se pehle bhi bolta tha.</w:t>
      </w:r>
      <w:r>
        <w:br/>
      </w:r>
      <w:r>
        <w:rPr>
          <w:sz w:val="20"/>
        </w:rPr>
        <w:t>1:07:56  jab main apne gaon mein tha, main aadha bada tha to wahan par yeh sab kuch bhi nahin tha. yeh system hi nahin tha, yeh technology nahin</w:t>
      </w:r>
      <w:r>
        <w:br/>
      </w:r>
      <w:r>
        <w:rPr>
          <w:sz w:val="20"/>
        </w:rPr>
        <w:t>1:08:04  thi. aaj main bol raha hoon to meri baat record ho rahi hai. woh yaani video recording ho rahi hai. duniya mein jagah jo log sun rahe hain, to maine compare kiya aaj ko past se.</w:t>
      </w:r>
      <w:r>
        <w:br/>
      </w:r>
      <w:r>
        <w:rPr>
          <w:sz w:val="20"/>
        </w:rPr>
        <w:t>1:08:18  to likha ke kitna Allah ka shukr hai. to shukr ka matlab kya hai? apni negativity, negative thinking ko khatam karna aur positive thinking ko develop karna.</w:t>
      </w:r>
      <w:r>
        <w:br/>
      </w:r>
      <w:r>
        <w:rPr>
          <w:sz w:val="20"/>
        </w:rPr>
        <w:t>1:08:28  sab se bada jo formula hai personality development ka, woh yeh hai ke aap apne andar se negative thinking ko khatam karen aur positive thinking ko develop karen.</w:t>
      </w:r>
      <w:r>
        <w:br/>
      </w:r>
      <w:r>
        <w:rPr>
          <w:sz w:val="20"/>
        </w:rPr>
        <w:t>1:08:39  aur is ka sab se aasan raaz yahi hai har aadmi ke liye. jaise abhi kal ki baat hai, ek sahab mere paas aaye, suit woot pehne hue the.</w:t>
      </w:r>
      <w:r>
        <w:br/>
      </w:r>
      <w:r>
        <w:rPr>
          <w:sz w:val="20"/>
        </w:rPr>
        <w:t>1:08:49  woh bahut hi shandaar suit tha un ka. to woh bhi lage yeh kehne ke musalmanon par zulm ho raha hai, yeh ho raha hai, woh ho raha hai.</w:t>
      </w:r>
      <w:r>
        <w:br/>
      </w:r>
      <w:r>
        <w:rPr>
          <w:sz w:val="20"/>
        </w:rPr>
        <w:t>1:08:56  main un ko jaanta tha iss waqt se jab ke woh naujawan the, to bilkul mamooli haalat mein the. woh bilkul ek par family paida hue the.</w:t>
      </w:r>
      <w:r>
        <w:br/>
      </w:r>
      <w:r>
        <w:rPr>
          <w:sz w:val="20"/>
        </w:rPr>
        <w:t>1:09:05  main ne kaha apne aap ko compare kijiye ke aaj aap iss haalat mein, aap ke bachche jo hain Europe mein settle ho gaye hain, to aap shukr shukr kyun nahin karte?</w:t>
      </w:r>
      <w:r>
        <w:br/>
      </w:r>
      <w:r>
        <w:rPr>
          <w:sz w:val="20"/>
        </w:rPr>
        <w:t>1:09:15  shikayatein kyun karte hain?</w:t>
      </w:r>
      <w:r>
        <w:br/>
      </w:r>
      <w:r>
        <w:rPr>
          <w:sz w:val="20"/>
        </w:rPr>
        <w:t>1:09:18  to main jo hai apne tajrube se maine paya hai ke log apne itni hi sab se waghera karen ke apne present ko apne past se compare karen.</w:t>
      </w:r>
      <w:r>
        <w:br/>
      </w:r>
      <w:r>
        <w:rPr>
          <w:sz w:val="20"/>
        </w:rPr>
        <w:t>1:09:28  to saari negativity, negative thinking khatam ho jaye.</w:t>
      </w:r>
      <w:r>
        <w:br/>
      </w:r>
      <w:r>
        <w:rPr>
          <w:sz w:val="20"/>
        </w:rPr>
        <w:t>1:09:36  Maulana, agla sawal lene se pehle ek comment padhna chahenge jo New York se Dr. Waqar Alam ne abhi abhi bheja hai.</w:t>
      </w:r>
      <w:r>
        <w:br/>
      </w:r>
      <w:r>
        <w:rPr>
          <w:sz w:val="20"/>
        </w:rPr>
        <w:t>1:09:44  unhone likha hai: "I work with brothers and sisters of Ibrahim faith and greet them in their new year.</w:t>
      </w:r>
      <w:r>
        <w:br/>
      </w:r>
      <w:r>
        <w:rPr>
          <w:sz w:val="20"/>
        </w:rPr>
        <w:t>1:09:55  in return, they ask me about the Islamic new year and that opens a discussion about Islamic faith and helps me to introduce them about Islam.</w:t>
      </w:r>
      <w:r>
        <w:br/>
      </w:r>
      <w:r>
        <w:rPr>
          <w:sz w:val="20"/>
        </w:rPr>
        <w:t>1:10:07  this is the positive side of new year greetings."</w:t>
      </w:r>
    </w:p>
    <w:p>
      <w:pPr>
        <w:pStyle w:val="Heading2"/>
      </w:pPr>
      <w:r>
        <w:t>How an ordinary person can dedicate to Islam</w:t>
      </w:r>
    </w:p>
    <w:p>
      <w:r>
        <w:rPr>
          <w:color w:val="666666"/>
          <w:sz w:val="18"/>
        </w:rPr>
        <w:t>Life &amp; Wisdom · Importance of Peace August 17, 2014 · 2m 28s · at 47:05 · https://youtu.be/ifxSwh2Jckw?t=2825</w:t>
      </w:r>
    </w:p>
    <w:p>
      <w:r>
        <w:rPr>
          <w:i/>
        </w:rPr>
        <w:t>“Everyone cannot dedicate like you did for study of Islam. As an ordinary person, how can I have a clear thought process and dedicate myself for Islam?”</w:t>
      </w:r>
    </w:p>
    <w:p>
      <w:r>
        <w:rPr>
          <w:sz w:val="20"/>
        </w:rPr>
        <w:t>47:05  maulana, un ka ek aur sawal hai. unhon ne likha hai ke everyone in this world cannot dedicate just like you did for study of Islam</w:t>
      </w:r>
      <w:r>
        <w:br/>
      </w:r>
      <w:r>
        <w:rPr>
          <w:sz w:val="20"/>
        </w:rPr>
        <w:t>47:16  . maulana sahib, please advise me, considering that I am an ordinary person, as to how I can have a clear thought process and dedicate myself for Islam.</w:t>
      </w:r>
      <w:r>
        <w:br/>
      </w:r>
      <w:r>
        <w:rPr>
          <w:sz w:val="20"/>
        </w:rPr>
        <w:t>47:30  dekhen, ek hadees hai kun aaliman au mutaaliban wa la takun saarisan fa tahlik yani ya to aalim bano ya mutaalim bano.</w:t>
      </w:r>
      <w:r>
        <w:br/>
      </w:r>
      <w:r>
        <w:rPr>
          <w:sz w:val="20"/>
        </w:rPr>
        <w:t>47:43  teesre na bano warna halaak ho jao ge.</w:t>
      </w:r>
      <w:r>
        <w:br/>
      </w:r>
      <w:r>
        <w:rPr>
          <w:sz w:val="20"/>
        </w:rPr>
        <w:t>47:46  is ka matlab kya hai? is ka matlab yeh hai ke agar aap ke paas time hai to aap khoob study kar ke janiye ke sachai kya hai, ilm kya hai.</w:t>
      </w:r>
      <w:r>
        <w:br/>
      </w:r>
      <w:r>
        <w:rPr>
          <w:sz w:val="20"/>
        </w:rPr>
        <w:t>48:03  to mutaallim se aaghaz ho, shuru kar ke aap aalim ban jaiye. mutaallim ke mani hain student.</w:t>
      </w:r>
      <w:r>
        <w:br/>
      </w:r>
      <w:r>
        <w:rPr>
          <w:sz w:val="20"/>
        </w:rPr>
        <w:t>48:13  khoob study kijiye, study kar ke khud janne wale ban jaiye.</w:t>
      </w:r>
      <w:r>
        <w:br/>
      </w:r>
      <w:r>
        <w:rPr>
          <w:sz w:val="20"/>
        </w:rPr>
        <w:t>48:20  lekin teesri position jo hai, woh yeh hai ke aap janiye nahi aur behas karen. to woh halakat ka rasta hai. to is ki roshni mein dekhen, aadmi ke liye do option hain.</w:t>
      </w:r>
      <w:r>
        <w:br/>
      </w:r>
      <w:r>
        <w:rPr>
          <w:sz w:val="20"/>
        </w:rPr>
        <w:t>48:35  do option hain. ya to woh yeh kare ke khud, yani jo study chahiye karna, woh kare, woh khoob study kare.</w:t>
      </w:r>
      <w:r>
        <w:br/>
      </w:r>
      <w:r>
        <w:rPr>
          <w:sz w:val="20"/>
        </w:rPr>
        <w:t>48:50  yahan tak ke woh discovery tak pahunch jaye. to woh apni discovery par qaim ho jaye woh.</w:t>
      </w:r>
      <w:r>
        <w:br/>
      </w:r>
      <w:r>
        <w:rPr>
          <w:sz w:val="20"/>
        </w:rPr>
        <w:t>48:58  agar is ke paas time nahi hai to kisi aise shakhs ko apna murshid maan le, jis par us ko aitmad ho, jis par trust ho.</w:t>
      </w:r>
      <w:r>
        <w:br/>
      </w:r>
      <w:r>
        <w:rPr>
          <w:sz w:val="20"/>
        </w:rPr>
        <w:t>49:07  bas. aur aur koi. agar aap kahein ke mere paas itna time kahan hai to theek hai, time nahi hai to aap kisi ko murshid maan lijiye.</w:t>
      </w:r>
      <w:r>
        <w:br/>
      </w:r>
      <w:r>
        <w:rPr>
          <w:sz w:val="20"/>
        </w:rPr>
        <w:t>49:17  time hai to study kijiye aur khud discover kijiye. time nahi hai to kisi ko murshid maan lijiye.</w:t>
      </w:r>
      <w:r>
        <w:br/>
      </w:r>
      <w:r>
        <w:rPr>
          <w:sz w:val="20"/>
        </w:rPr>
        <w:t>49:24  is par trust kar ke, is ke jo woh kahe, us ko us par chaliye. aur koi teesra rasta nahi hai.</w:t>
      </w:r>
    </w:p>
    <w:p>
      <w:pPr>
        <w:pStyle w:val="Heading2"/>
      </w:pPr>
      <w:r>
        <w:t>How can I discover my true role?</w:t>
      </w:r>
    </w:p>
    <w:p>
      <w:r>
        <w:rPr>
          <w:color w:val="666666"/>
          <w:sz w:val="18"/>
        </w:rPr>
        <w:t>Life &amp; Wisdom · Hadith Prediction November 3, 2013 · 2m 01s · at 1:13:43 · https://youtu.be/cb5Lzw9c8aE?t=4423</w:t>
      </w:r>
    </w:p>
    <w:p>
      <w:r>
        <w:rPr>
          <w:i/>
        </w:rPr>
        <w:t>“Maulana, I want to know from you how I can discover my true role which I can fulfill wholeheartedly. Please guide me.”</w:t>
      </w:r>
    </w:p>
    <w:p>
      <w:r>
        <w:rPr>
          <w:sz w:val="20"/>
        </w:rPr>
        <w:t>1:13:43  maulana, agla sawal islamabad pakistan se hai waseem bari sahib ka. Unhon ne likha hai maulana sahib, mujhe yeh jaanna hai aap se ke main apna sahi role kaise daryaft karoon jis ko main poore dil se nibha sakoon?</w:t>
      </w:r>
      <w:r>
        <w:br/>
      </w:r>
      <w:r>
        <w:rPr>
          <w:sz w:val="20"/>
        </w:rPr>
        <w:t>1:14:01  is ke baray mein mere ko please guide karen. Bhai, mujh se poochhiye to main kahoon ke aap dawat Allah ka kaam kijiye, yeh role hai aap ka.</w:t>
      </w:r>
      <w:r>
        <w:br/>
      </w:r>
      <w:r>
        <w:rPr>
          <w:sz w:val="20"/>
        </w:rPr>
        <w:t>1:14:12  aur agar meri baat par itminan nahin hue to quran ko padhiye, ek baar padhiye, das baar padhiye, jo is mein role mile aap ko, woh ikhtiyar kar li jiye. Yaani mere kehne ka maani hai to ab main kahoon ke dawat Allah sab se bada kaam hai,</w:t>
      </w:r>
      <w:r>
        <w:br/>
      </w:r>
      <w:r>
        <w:rPr>
          <w:sz w:val="20"/>
        </w:rPr>
        <w:t>1:14:26  ladna bharna nahin. Ladaai bhadaai jo musalman karte hain, woh bilkul mein is ghair islami samajhta hoon. To meri baat yeh hai, aap aap ko khud daryaft karna ho to aap quran padhiye, is mein mil jayega aap ko.</w:t>
      </w:r>
      <w:r>
        <w:br/>
      </w:r>
      <w:r>
        <w:rPr>
          <w:sz w:val="20"/>
        </w:rPr>
        <w:t>1:14:44  okay, we weel end the session now. Thank you.</w:t>
      </w:r>
    </w:p>
    <w:p>
      <w:pPr>
        <w:pStyle w:val="Heading2"/>
      </w:pPr>
      <w:r>
        <w:t>How can I identify my role wholeheartedly?</w:t>
      </w:r>
    </w:p>
    <w:p>
      <w:r>
        <w:rPr>
          <w:color w:val="666666"/>
          <w:sz w:val="18"/>
        </w:rPr>
        <w:t>Life &amp; Wisdom · Lessons from My Journey to Agra October 27, 2013 · 2m 20s · at 1:07:52 · https://youtu.be/Gg2N0h4ETH8?t=4072</w:t>
      </w:r>
    </w:p>
    <w:p>
      <w:r>
        <w:rPr>
          <w:i/>
        </w:rPr>
        <w:t>“Maulana, I want to know how I can identify my role so that I can do it wholeheartedly. Please guide me in this matter.”</w:t>
      </w:r>
    </w:p>
    <w:p>
      <w:r>
        <w:rPr>
          <w:sz w:val="20"/>
        </w:rPr>
        <w:t>1:07:52  Maulana, agla sawal Islamabad Pakistan se hai Waseem Bari sahab ka. unhon ne likha hai: "Maulana sahab, i want to know how i can identify my role so that i can do it wholeheartedly.</w:t>
      </w:r>
      <w:r>
        <w:br/>
      </w:r>
      <w:r>
        <w:rPr>
          <w:sz w:val="20"/>
        </w:rPr>
        <w:t>1:08:07  please guide me in this matter."</w:t>
      </w:r>
      <w:r>
        <w:br/>
      </w:r>
      <w:r>
        <w:rPr>
          <w:sz w:val="20"/>
        </w:rPr>
        <w:t>1:08:12  ye ajib sa sawal hai. bhai, is ko puchne ki koi zaroorat aap ko pesh aayi hai. ye puchne ki baat hai. dekhen, role yani ka matlab agar zimmedari ke ma'ne mein len to ek momin ke liye sirf do hi zimmedari hai:</w:t>
      </w:r>
      <w:r>
        <w:br/>
      </w:r>
      <w:r>
        <w:rPr>
          <w:sz w:val="20"/>
        </w:rPr>
        <w:t>1:08:33  baqadr zaroorat kamana, zaroorat ke baqadr kamana. is ke baad Allah ke mission, dawat Allah ka kaam karna.</w:t>
      </w:r>
      <w:r>
        <w:br/>
      </w:r>
      <w:r>
        <w:rPr>
          <w:sz w:val="20"/>
        </w:rPr>
        <w:t>1:08:42  bas ye aur koi teesri cheez hai nahi. ye dunya mein aap agar aap yani</w:t>
      </w:r>
      <w:r>
        <w:br/>
      </w:r>
      <w:r>
        <w:rPr>
          <w:sz w:val="20"/>
        </w:rPr>
        <w:t>1:08:52  is ke siwa kuch aur banayenge to isi ka naam hai gumrahi. zaroorat ke baqadr kamana aur Allah ke mission ke liye, Allah ki dawat ke liye kaam karna.</w:t>
      </w:r>
      <w:r>
        <w:br/>
      </w:r>
      <w:r>
        <w:rPr>
          <w:sz w:val="20"/>
        </w:rPr>
        <w:t>1:09:06  bas is ke siwa aur kuch hai hi nahi. koi koi role ya koi zimmedari momin ki. jo kuch hai wo khud sakhta hai.</w:t>
      </w:r>
      <w:r>
        <w:br/>
      </w:r>
      <w:r>
        <w:rPr>
          <w:sz w:val="20"/>
        </w:rPr>
        <w:t>1:09:17  misalan ye ke kuch log siyasi hangame karte hain, wo Islami hukumat qaim karne ke naam par. wo koi goal role nahi, wo khud sakhta hai. wo to main is ko political bid'at kehta hoon.</w:t>
      </w:r>
      <w:r>
        <w:br/>
      </w:r>
      <w:r>
        <w:rPr>
          <w:sz w:val="20"/>
        </w:rPr>
        <w:t>1:09:28  political bid'at.</w:t>
      </w:r>
      <w:r>
        <w:br/>
      </w:r>
      <w:r>
        <w:rPr>
          <w:sz w:val="20"/>
        </w:rPr>
        <w:t>1:09:33  role sirf ye hai ya zimmedari sirf ye hai ke aap apni jitni haqiqatan jitni zaroorat hai jeene ke liye, jitna zaroori hai utna kamayen aur Allah ka jo mission hai us ko phailayen.</w:t>
      </w:r>
      <w:r>
        <w:br/>
      </w:r>
      <w:r>
        <w:rPr>
          <w:sz w:val="20"/>
        </w:rPr>
        <w:t>1:09:49  bas aap ke paas agar zyada paisa hai to is paise ko aap lagayen dawat ke kaam mein. zaati aaram rahat mein nahi.</w:t>
      </w:r>
      <w:r>
        <w:br/>
      </w:r>
      <w:r>
        <w:rPr>
          <w:sz w:val="20"/>
        </w:rPr>
        <w:t>1:09:59  bas ye yehi kul deen hai aur kuch bajne wali jo cheezen log deen ke naam se karte hain wo un ka khud sakhta hai.</w:t>
      </w:r>
    </w:p>
    <w:p>
      <w:pPr>
        <w:pStyle w:val="Heading2"/>
      </w:pPr>
      <w:r>
        <w:t>How can I identify my strengths effectively?</w:t>
      </w:r>
    </w:p>
    <w:p>
      <w:r>
        <w:rPr>
          <w:color w:val="666666"/>
          <w:sz w:val="18"/>
        </w:rPr>
        <w:t>Life &amp; Wisdom · Principle of Loss May 31, 2015 · 1m 26s · at 1:00:38 · https://youtu.be/vM-CUyBiDkc?t=3638</w:t>
      </w:r>
    </w:p>
    <w:p>
      <w:r>
        <w:rPr>
          <w:i/>
        </w:rPr>
        <w:t>“You always say that every person has a role to play, but the role will depend upon one's strength. How can I identify my strength so that I can play my role more effectively? I need your guidance in this.”</w:t>
      </w:r>
    </w:p>
    <w:p>
      <w:r>
        <w:rPr>
          <w:sz w:val="20"/>
        </w:rPr>
        <w:t>1:00:38  may Allah help us apply this principle in life and behaviour. mashallah. maulana, agla sawal agra se bheja hai muhammad usman sahib ne, aur unhon ne likha hai ke maulana, you always say that every person has a role to play,</w:t>
      </w:r>
      <w:r>
        <w:br/>
      </w:r>
      <w:r>
        <w:rPr>
          <w:sz w:val="20"/>
        </w:rPr>
        <w:t>1:00:57  but the role play will depend upon one's strength.</w:t>
      </w:r>
      <w:r>
        <w:br/>
      </w:r>
      <w:r>
        <w:rPr>
          <w:sz w:val="20"/>
        </w:rPr>
        <w:t>1:01:02  so da question is, how can i identify my strength, so that i can play my role more effectively? i need your guidance in this.</w:t>
      </w:r>
      <w:r>
        <w:br/>
      </w:r>
      <w:r>
        <w:rPr>
          <w:sz w:val="20"/>
        </w:rPr>
        <w:t>1:01:13  dekhiye, yeh bilkul aasan hai.</w:t>
      </w:r>
      <w:r>
        <w:br/>
      </w:r>
      <w:r>
        <w:rPr>
          <w:sz w:val="20"/>
        </w:rPr>
        <w:t>1:01:15  har aadmi janta hai ke mujhe falan khana pasand hai, falan khana pasand nahi hai. jab yeh jaan paate hain to yeh khud hi jaan lete hain ke khuda ke pasand ke mutabiq kaun sa role karna hai aap ko.</w:t>
      </w:r>
      <w:r>
        <w:br/>
      </w:r>
      <w:r>
        <w:rPr>
          <w:sz w:val="20"/>
        </w:rPr>
        <w:t>1:01:27  yani har aadmi ko pata hai ke kaun si dish mujhe pasand hai, kaun si dish mujhe pasand nahi hai. yahi ek cheez yani under discoverable hai.</w:t>
      </w:r>
      <w:r>
        <w:br/>
      </w:r>
      <w:r>
        <w:rPr>
          <w:sz w:val="20"/>
        </w:rPr>
        <w:t>1:01:37  nahi, ek yeh agar sincere ho aadmi, aur sach much woh yani baais ke baghair dispassiontly woh ghor kare to bilkul clear ho jayega mamla is ke samne.</w:t>
      </w:r>
      <w:r>
        <w:br/>
      </w:r>
      <w:r>
        <w:rPr>
          <w:sz w:val="20"/>
        </w:rPr>
        <w:t>1:01:53  kaise nahi clear hoga? allah taala ne dimagh isi liye diya hai ke aap khud apply karen, aur ab daryaft karen baaton ko.</w:t>
      </w:r>
    </w:p>
    <w:p>
      <w:pPr>
        <w:pStyle w:val="Heading2"/>
      </w:pPr>
      <w:r>
        <w:t>How can man attain wisdom like honey bee</w:t>
      </w:r>
    </w:p>
    <w:p>
      <w:r>
        <w:rPr>
          <w:color w:val="666666"/>
          <w:sz w:val="18"/>
        </w:rPr>
        <w:t>Life &amp; Wisdom · Realization of God May 07, 2017 Maulana Wahiduddin Khan · 45s · at 55:49 · https://youtu.be/sXmJShRfWKs?t=3349</w:t>
      </w:r>
    </w:p>
    <w:p>
      <w:r>
        <w:rPr>
          <w:i/>
        </w:rPr>
        <w:t>“Just as a mosquito, no matter how much it tries and prepares its mind, cannot obtain nectar because the honey bee is appointed for that task, then how can man obtain knowledge or wisdom?”</w:t>
      </w:r>
    </w:p>
    <w:p>
      <w:r>
        <w:rPr>
          <w:sz w:val="20"/>
        </w:rPr>
        <w:t>55:49  maulana kolkata se aaftab alam sahib ne sawal bheja hai unhon ne likha hai ke jis tarah machhar</w:t>
      </w:r>
      <w:r>
        <w:br/>
      </w:r>
      <w:r>
        <w:rPr>
          <w:sz w:val="20"/>
        </w:rPr>
        <w:t>55:55  lakh koshish kare aur apne aap ko prepared mind kar le tab bhi woh nectar hasil nahi kar</w:t>
      </w:r>
      <w:r>
        <w:br/>
      </w:r>
      <w:r>
        <w:rPr>
          <w:sz w:val="20"/>
        </w:rPr>
        <w:t>56:02  sakta kyunke is kaam ke liye honey bee muqarrar hai phir insan معرفت ya wisdom ko hasil karne</w:t>
      </w:r>
      <w:r>
        <w:br/>
      </w:r>
      <w:r>
        <w:rPr>
          <w:sz w:val="20"/>
        </w:rPr>
        <w:t>56:10  ke liye kis tarah khud ko prepared mind kare is ke bare mein bataein</w:t>
      </w:r>
      <w:r>
        <w:br/>
      </w:r>
      <w:r>
        <w:rPr>
          <w:sz w:val="20"/>
        </w:rPr>
        <w:t>56:17  bhai machhar ki misaal maine past tense mein di thi baqi insan to bohat hi bari cheez</w:t>
      </w:r>
      <w:r>
        <w:br/>
      </w:r>
      <w:r>
        <w:rPr>
          <w:sz w:val="20"/>
        </w:rPr>
        <w:t>56:22  hai insan mind jo hai insan ka woh to universal capacity rakhta hai</w:t>
      </w:r>
      <w:r>
        <w:br/>
      </w:r>
      <w:r>
        <w:rPr>
          <w:sz w:val="20"/>
        </w:rPr>
        <w:t>56:29  sirf ek cheez ek hi cheez se bachaein log apne ko distraction se kyunke</w:t>
      </w:r>
    </w:p>
    <w:p>
      <w:pPr>
        <w:pStyle w:val="Heading2"/>
      </w:pPr>
      <w:r>
        <w:t>How can man become predictable like nature?</w:t>
      </w:r>
    </w:p>
    <w:p>
      <w:r>
        <w:rPr>
          <w:color w:val="666666"/>
          <w:sz w:val="18"/>
        </w:rPr>
        <w:t>Life &amp; Wisdom · The Existence of God October 7, 2012 · 1m 50s · at 1:07:07 · https://youtu.be/Hm0ybuokQ8s?t=4027</w:t>
      </w:r>
    </w:p>
    <w:p>
      <w:r>
        <w:rPr>
          <w:i/>
        </w:rPr>
        <w:t>“Just as things in nature are predictable, how can man become predictable?”</w:t>
      </w:r>
    </w:p>
    <w:p>
      <w:r>
        <w:rPr>
          <w:sz w:val="20"/>
        </w:rPr>
        <w:t>1:07:07  maulana, agla sawal dilli se hai miss naghma siddiqi ka</w:t>
      </w:r>
      <w:r>
        <w:br/>
      </w:r>
      <w:r>
        <w:rPr>
          <w:sz w:val="20"/>
        </w:rPr>
        <w:t>1:07:12  unhon ne aap se poocha hai ke "Just as things in nature are predictable, how can man become predictable?" dekhiye, nature ki jo predictability hai, woh to woh to law of nature ke tehat hoti hai, yani wahan pe compulsion hai.</w:t>
      </w:r>
      <w:r>
        <w:br/>
      </w:r>
      <w:r>
        <w:rPr>
          <w:sz w:val="20"/>
        </w:rPr>
        <w:t>1:07:35  yani loha loha rahega, pani pani rahega. lekin insan mein to, yani insan to ek shaoor ke tehat govern hota hai, khud apne faisle se govern hota hai.</w:t>
      </w:r>
      <w:r>
        <w:br/>
      </w:r>
      <w:r>
        <w:rPr>
          <w:sz w:val="20"/>
        </w:rPr>
        <w:t>1:07:50  to insan predictable woh ho sakta hai jo Allah se darta ho,</w:t>
      </w:r>
      <w:r>
        <w:br/>
      </w:r>
      <w:r>
        <w:rPr>
          <w:sz w:val="20"/>
        </w:rPr>
        <w:t>1:07:57  yani lohe aur pani ki tarah nahi ho sakta hai woh. lekin agar woh is ke andar Allah yeh yeh yeh ehsas jaag jaag parre ke Allah ke haan us ki pooch hogi, woh woh accountable accountable hai Allah ke samne, to yaqeenan aisa ban jayega.</w:t>
      </w:r>
      <w:r>
        <w:br/>
      </w:r>
      <w:r>
        <w:rPr>
          <w:sz w:val="20"/>
        </w:rPr>
        <w:t>1:08:15  woh to insan apne ko banata hai predictable, aur matter to woh aisi waisi hai,</w:t>
      </w:r>
      <w:r>
        <w:br/>
      </w:r>
      <w:r>
        <w:rPr>
          <w:sz w:val="20"/>
        </w:rPr>
        <w:t>1:08:25  yani woh is ka is ka woh is ki jo creation hai, woh is ke creation hi ke andar hai maujood.</w:t>
      </w:r>
      <w:r>
        <w:br/>
      </w:r>
      <w:r>
        <w:rPr>
          <w:sz w:val="20"/>
        </w:rPr>
        <w:t>1:08:36  is is ke is ka aisa hona baqi insan to khud se apne ko banata hai, aisa na chahe to na banaye. aur isi par jannat dozakh ka faisla hota hai.</w:t>
      </w:r>
      <w:r>
        <w:br/>
      </w:r>
      <w:r>
        <w:rPr>
          <w:sz w:val="20"/>
        </w:rPr>
        <w:t>1:08:49  yeh to bohat bari neki hai, bohat bara virtue hai ke insan apne aap ko predictable character banaye apne andar.</w:t>
      </w:r>
    </w:p>
    <w:p>
      <w:pPr>
        <w:pStyle w:val="Heading2"/>
      </w:pPr>
      <w:r>
        <w:t>How can man become predictable like nature?</w:t>
      </w:r>
    </w:p>
    <w:p>
      <w:r>
        <w:rPr>
          <w:color w:val="666666"/>
          <w:sz w:val="18"/>
        </w:rPr>
        <w:t>Life &amp; Wisdom · The Existence of God-7th October 2012 · 2m 00s · at 1:10:42 · https://youtu.be/XWFqKwm-LPM?t=4242</w:t>
      </w:r>
    </w:p>
    <w:p>
      <w:r>
        <w:rPr>
          <w:i/>
        </w:rPr>
        <w:t>“Just as things in nature are predictable, how can man become predictable?”</w:t>
      </w:r>
    </w:p>
    <w:p>
      <w:r>
        <w:rPr>
          <w:sz w:val="20"/>
        </w:rPr>
        <w:t>1:10:42  maulana, agla sawal dilli se hai miss naghma siddiqui ka.</w:t>
      </w:r>
      <w:r>
        <w:br/>
      </w:r>
      <w:r>
        <w:rPr>
          <w:sz w:val="20"/>
        </w:rPr>
        <w:t>1:10:48  انہوں نے آپ سے پوچھا ہے کہ "Just as things in nature are predictable, how can man become</w:t>
      </w:r>
      <w:r>
        <w:br/>
      </w:r>
      <w:r>
        <w:rPr>
          <w:sz w:val="20"/>
        </w:rPr>
        <w:t>1:10:55  predictable?" kya matlab ke maulana, nature jaise predictable hai, jaise maulana aap ne bataya, to insaan kaise predictable</w:t>
      </w:r>
      <w:r>
        <w:br/>
      </w:r>
      <w:r>
        <w:rPr>
          <w:sz w:val="20"/>
        </w:rPr>
        <w:t>1:11:02  ban sakta hai? is ke bare mein bataein nature ki tarah.</w:t>
      </w:r>
      <w:r>
        <w:br/>
      </w:r>
      <w:r>
        <w:rPr>
          <w:sz w:val="20"/>
        </w:rPr>
        <w:t>1:11:08  dekhein, nature ki jo predictability hai, woh to woh to law of nature ke tehat hoti hai.</w:t>
      </w:r>
      <w:r>
        <w:br/>
      </w:r>
      <w:r>
        <w:rPr>
          <w:sz w:val="20"/>
        </w:rPr>
        <w:t>1:11:15  yaani maaf corruption hai, yaani loha loha rahega, pani pani rahega.</w:t>
      </w:r>
      <w:r>
        <w:br/>
      </w:r>
      <w:r>
        <w:rPr>
          <w:sz w:val="20"/>
        </w:rPr>
        <w:t>1:11:22  lekin insaan mein to, yaani insaan to aik shaoor ke tehat govern hota hai, khud apne faisle se</w:t>
      </w:r>
      <w:r>
        <w:br/>
      </w:r>
      <w:r>
        <w:rPr>
          <w:sz w:val="20"/>
        </w:rPr>
        <w:t>1:11:29  govern hota hai.</w:t>
      </w:r>
      <w:r>
        <w:br/>
      </w:r>
      <w:r>
        <w:rPr>
          <w:sz w:val="20"/>
        </w:rPr>
        <w:t>1:11:35  to insaan predictable woh ho sakta hai jo Allah se darta ho, yaani lohe aur pani ki tarah</w:t>
      </w:r>
      <w:r>
        <w:br/>
      </w:r>
      <w:r>
        <w:rPr>
          <w:sz w:val="20"/>
        </w:rPr>
        <w:t>1:11:42  nahi ho sakta hai woh.</w:t>
      </w:r>
      <w:r>
        <w:br/>
      </w:r>
      <w:r>
        <w:rPr>
          <w:sz w:val="20"/>
        </w:rPr>
        <w:t>1:11:49  lekin agar woh is ke andar Allah yeh yeh ehsaas jaag jaag parre ke Allah ke haan is</w:t>
      </w:r>
      <w:r>
        <w:br/>
      </w:r>
      <w:r>
        <w:rPr>
          <w:sz w:val="20"/>
        </w:rPr>
        <w:t>1:11:56  ki pooch hogi, woh woh accountable accountable hai Allah ke samne, to yaqeenan aisa ban jayega.</w:t>
      </w:r>
      <w:r>
        <w:br/>
      </w:r>
      <w:r>
        <w:rPr>
          <w:sz w:val="20"/>
        </w:rPr>
        <w:t>1:12:02  woh to insaan apne ko banata hai predictable, aur matter to woh aisi waisi hai, yaani woh is</w:t>
      </w:r>
      <w:r>
        <w:br/>
      </w:r>
      <w:r>
        <w:rPr>
          <w:sz w:val="20"/>
        </w:rPr>
        <w:t>1:12:09  ka, is ka, woh is ki jo creation hai, woh is ke creation hi ke andar hai maujood.</w:t>
      </w:r>
      <w:r>
        <w:br/>
      </w:r>
      <w:r>
        <w:rPr>
          <w:sz w:val="20"/>
        </w:rPr>
        <w:t>1:12:16  is is ke ab is ka aisa hona baqi insaan to khud se apne ko banata hai, aisa</w:t>
      </w:r>
      <w:r>
        <w:br/>
      </w:r>
      <w:r>
        <w:rPr>
          <w:sz w:val="20"/>
        </w:rPr>
        <w:t>1:12:22  na chahe to na banaye.</w:t>
      </w:r>
      <w:r>
        <w:br/>
      </w:r>
      <w:r>
        <w:rPr>
          <w:sz w:val="20"/>
        </w:rPr>
        <w:t>1:12:29  aur isi par jannat dozakh ka faisla hota hai.</w:t>
      </w:r>
      <w:r>
        <w:br/>
      </w:r>
      <w:r>
        <w:rPr>
          <w:sz w:val="20"/>
        </w:rPr>
        <w:t>1:12:36  yeh to bohat bari neki hai, bohat bara virtue hai ke insaan apne aap ko predictable character banaye apne andar.</w:t>
      </w:r>
    </w:p>
    <w:p>
      <w:pPr>
        <w:pStyle w:val="Heading2"/>
      </w:pPr>
      <w:r>
        <w:t>How does as-it-is thinking bring positivity?</w:t>
      </w:r>
    </w:p>
    <w:p>
      <w:r>
        <w:rPr>
          <w:color w:val="666666"/>
          <w:sz w:val="18"/>
        </w:rPr>
        <w:t>Life &amp; Wisdom · Living in a New Age | March 26, 2017 · 1m 52s · at 44:31 · https://youtu.be/iST0AxQscKo?t=2671</w:t>
      </w:r>
    </w:p>
    <w:p>
      <w:r>
        <w:rPr>
          <w:i/>
        </w:rPr>
        <w:t>“How does 'as it is' thinking help a person become positive in life?”</w:t>
      </w:r>
    </w:p>
    <w:p>
      <w:r>
        <w:rPr>
          <w:sz w:val="20"/>
        </w:rPr>
        <w:t>44:31  pehla sawal bheja hai zuber ahmed sahab ne muradabad se.</w:t>
      </w:r>
      <w:r>
        <w:br/>
      </w:r>
      <w:r>
        <w:rPr>
          <w:sz w:val="20"/>
        </w:rPr>
        <w:t>44:36  unhone likha hai maulana sahab how does as it is thinking help</w:t>
      </w:r>
      <w:r>
        <w:br/>
      </w:r>
      <w:r>
        <w:rPr>
          <w:sz w:val="20"/>
        </w:rPr>
        <w:t>44:40  a person become positive in life? dekhen quran ki jo pehli ayat hai alhamdulillah rabbul alameen.</w:t>
      </w:r>
      <w:r>
        <w:br/>
      </w:r>
      <w:r>
        <w:rPr>
          <w:sz w:val="20"/>
        </w:rPr>
        <w:t>44:46  is ayat ko har musalman roz namaz mein dohrate hain.</w:t>
      </w:r>
      <w:r>
        <w:br/>
      </w:r>
      <w:r>
        <w:rPr>
          <w:sz w:val="20"/>
        </w:rPr>
        <w:t>44:52  is ka matlab kya hai? is ka matlab yahi hai ke elan karta hai musalman ke i am</w:t>
      </w:r>
      <w:r>
        <w:br/>
      </w:r>
      <w:r>
        <w:rPr>
          <w:sz w:val="20"/>
        </w:rPr>
        <w:t>44:58  a positive thinker.</w:t>
      </w:r>
      <w:r>
        <w:br/>
      </w:r>
      <w:r>
        <w:rPr>
          <w:sz w:val="20"/>
        </w:rPr>
        <w:t>45:04  jab aap namaz mein kehte hain alhamdulillah rabbul alameen</w:t>
      </w:r>
      <w:r>
        <w:br/>
      </w:r>
      <w:r>
        <w:rPr>
          <w:sz w:val="20"/>
        </w:rPr>
        <w:t>45:10  to aap dusre lafzon mein yeh keh rahe hote hain ke o allah rabbul alameen i am</w:t>
      </w:r>
      <w:r>
        <w:br/>
      </w:r>
      <w:r>
        <w:rPr>
          <w:sz w:val="20"/>
        </w:rPr>
        <w:t>45:15  a positive thinker.</w:t>
      </w:r>
      <w:r>
        <w:br/>
      </w:r>
      <w:r>
        <w:rPr>
          <w:sz w:val="20"/>
        </w:rPr>
        <w:t>45:19  to yeh to aap wada karte hain allah se usi ke din mein us ke khilaf.</w:t>
      </w:r>
      <w:r>
        <w:br/>
      </w:r>
      <w:r>
        <w:rPr>
          <w:sz w:val="20"/>
        </w:rPr>
        <w:t>45:24  har din har namaz mein musalman yeh kehta hai ke khuda ya main kyunke dekhiye alhamdulillah kaise kahenge</w:t>
      </w:r>
      <w:r>
        <w:br/>
      </w:r>
      <w:r>
        <w:rPr>
          <w:sz w:val="20"/>
        </w:rPr>
        <w:t>45:28  aap? alhamdulillah ka mani shukr.</w:t>
      </w:r>
      <w:r>
        <w:br/>
      </w:r>
      <w:r>
        <w:rPr>
          <w:sz w:val="20"/>
        </w:rPr>
        <w:t>45:33  khuda ya tera shukr hai.</w:t>
      </w:r>
      <w:r>
        <w:br/>
      </w:r>
      <w:r>
        <w:rPr>
          <w:sz w:val="20"/>
        </w:rPr>
        <w:t>45:37  din mein nafrat bhari hui hai.</w:t>
      </w:r>
      <w:r>
        <w:br/>
      </w:r>
      <w:r>
        <w:rPr>
          <w:sz w:val="20"/>
        </w:rPr>
        <w:t>45:42  to shukr kaisa? shukr kaisa? to jab aap kehte hain alhamdulillah rabbul alameen to is mani ka</w:t>
      </w:r>
      <w:r>
        <w:br/>
      </w:r>
      <w:r>
        <w:rPr>
          <w:sz w:val="20"/>
        </w:rPr>
        <w:t>45:46  aap elan kar rahe hain allah ko gawah bana kar.</w:t>
      </w:r>
      <w:r>
        <w:br/>
      </w:r>
      <w:r>
        <w:rPr>
          <w:sz w:val="20"/>
        </w:rPr>
        <w:t>45:50  firishton ko gawah bana kar.</w:t>
      </w:r>
      <w:r>
        <w:br/>
      </w:r>
      <w:r>
        <w:rPr>
          <w:sz w:val="20"/>
        </w:rPr>
        <w:t>45:54  ke main shukr karne wala hoon.</w:t>
      </w:r>
      <w:r>
        <w:br/>
      </w:r>
      <w:r>
        <w:rPr>
          <w:sz w:val="20"/>
        </w:rPr>
        <w:t>45:59  main positive thinking wala aadmi hoon.</w:t>
      </w:r>
      <w:r>
        <w:br/>
      </w:r>
      <w:r>
        <w:rPr>
          <w:sz w:val="20"/>
        </w:rPr>
        <w:t>46:03  mere dil mein hate nahi hai.</w:t>
      </w:r>
      <w:r>
        <w:br/>
      </w:r>
      <w:r>
        <w:rPr>
          <w:sz w:val="20"/>
        </w:rPr>
        <w:t>46:07  to is ke is to agar aap aisa na karein to phir aap ki namaz hi namaz nahi. jaise hadith</w:t>
      </w:r>
      <w:r>
        <w:br/>
      </w:r>
      <w:r>
        <w:rPr>
          <w:sz w:val="20"/>
        </w:rPr>
        <w:t>46:12  hadith mein aata hai ke namazein padhenge lekin un ki namaz kuch nahi hogi.</w:t>
      </w:r>
      <w:r>
        <w:br/>
      </w:r>
      <w:r>
        <w:rPr>
          <w:sz w:val="20"/>
        </w:rPr>
        <w:t>46:18  hata la trakhash.</w:t>
      </w:r>
    </w:p>
    <w:p>
      <w:pPr>
        <w:pStyle w:val="Heading2"/>
      </w:pPr>
      <w:r>
        <w:t>How objective thinking leads to creativity</w:t>
      </w:r>
    </w:p>
    <w:p>
      <w:r>
        <w:rPr>
          <w:color w:val="666666"/>
          <w:sz w:val="18"/>
        </w:rPr>
        <w:t>Life &amp; Wisdom · Creative Thinking February 19, 2017 · 1m 20s · at 1:01:44 · https://youtu.be/L-x1xNJc__8?t=3704</w:t>
      </w:r>
    </w:p>
    <w:p>
      <w:r>
        <w:rPr>
          <w:i/>
        </w:rPr>
        <w:t>“Can you please guide me how objective thinking can be achieved and how it leads to creative thinking?”</w:t>
      </w:r>
    </w:p>
    <w:p>
      <w:r>
        <w:rPr>
          <w:sz w:val="20"/>
        </w:rPr>
        <w:t>1:01:44  ' Maulana, you rightly said if you cannot be thankful to people, how can you be thankful to God? " Maulana, agla sawal Bangalore se bheja hai Faisal Saleem sahib ne aur unhone likha hai: "Maulana sahib, can you please guide me how objective thinking can be achieved and how it leads to creative thinking?</w:t>
      </w:r>
      <w:r>
        <w:br/>
      </w:r>
      <w:r>
        <w:rPr>
          <w:sz w:val="20"/>
        </w:rPr>
        <w:t>1:02:12  " bhai, mera to experience yahi hai ke sab log jeete hain apne cell mein.</w:t>
      </w:r>
      <w:r>
        <w:br/>
      </w:r>
      <w:r>
        <w:rPr>
          <w:sz w:val="20"/>
        </w:rPr>
        <w:t>1:02:17  har aadmi ne apna ek cell bana rakha hai, usi mein jeeta hai.</w:t>
      </w:r>
      <w:r>
        <w:br/>
      </w:r>
      <w:r>
        <w:rPr>
          <w:sz w:val="20"/>
        </w:rPr>
        <w:t>1:02:22  is cell se bahar aaiye, is ko cell ko todiye.</w:t>
      </w:r>
      <w:r>
        <w:br/>
      </w:r>
      <w:r>
        <w:rPr>
          <w:sz w:val="20"/>
        </w:rPr>
        <w:t>1:02:27  is cell ko aap mindset kahein, conditioning kahein.</w:t>
      </w:r>
      <w:r>
        <w:br/>
      </w:r>
      <w:r>
        <w:rPr>
          <w:sz w:val="20"/>
        </w:rPr>
        <w:t>1:02:33  har aadmi ka ek cell hai, wo family se bana hai, kahin environment se bana hai, kahin apni</w:t>
      </w:r>
      <w:r>
        <w:br/>
      </w:r>
      <w:r>
        <w:rPr>
          <w:sz w:val="20"/>
        </w:rPr>
        <w:t>1:02:38  glory se bana hai.</w:t>
      </w:r>
      <w:r>
        <w:br/>
      </w:r>
      <w:r>
        <w:rPr>
          <w:sz w:val="20"/>
        </w:rPr>
        <w:t>1:02:43  to is cell mein jeeta hai aadmi.</w:t>
      </w:r>
      <w:r>
        <w:br/>
      </w:r>
      <w:r>
        <w:rPr>
          <w:sz w:val="20"/>
        </w:rPr>
        <w:t>1:02:49  har aadmi, maine to yahi paya hai logon ko.</w:t>
      </w:r>
      <w:r>
        <w:br/>
      </w:r>
      <w:r>
        <w:rPr>
          <w:sz w:val="20"/>
        </w:rPr>
        <w:t>1:02:54  to agar aap chahte hain apne andar lana positive thinking, creative thinking, to apne cell ko todiye.</w:t>
      </w:r>
      <w:r>
        <w:br/>
      </w:r>
      <w:r>
        <w:rPr>
          <w:sz w:val="20"/>
        </w:rPr>
        <w:t>1:02:59  apne is cell ko todiye, warna creative thinking kabhi aa nahi sakti.</w:t>
      </w:r>
    </w:p>
    <w:p>
      <w:pPr>
        <w:pStyle w:val="Heading2"/>
      </w:pPr>
      <w:r>
        <w:t>How should a believer handle negative thoughts</w:t>
      </w:r>
    </w:p>
    <w:p>
      <w:r>
        <w:rPr>
          <w:color w:val="666666"/>
          <w:sz w:val="18"/>
        </w:rPr>
        <w:t>Life &amp; Wisdom · Peace of Mind June 29, 2014 · 1m 10s · at 1:04:04 · https://youtu.be/oVwRc_FcAGk?t=3844</w:t>
      </w:r>
    </w:p>
    <w:p>
      <w:r>
        <w:rPr>
          <w:i/>
        </w:rPr>
        <w:t>“Many times, due to negative experiences, the mind gets distracted. Those thoughts dominate our mind. In such situations, what should be the way of a believer? Please clarify.”</w:t>
      </w:r>
    </w:p>
    <w:p>
      <w:r>
        <w:rPr>
          <w:sz w:val="20"/>
        </w:rPr>
        <w:t>1:04:04  maulana, agla sawal aya hai doctor safina tabassum ka, ajmer se, aur unhone aapse poocha hai ke maulana sahib, kai bar negative tajrubaat ke hone se mind distract ho jata hai.</w:t>
      </w:r>
      <w:r>
        <w:br/>
      </w:r>
      <w:r>
        <w:rPr>
          <w:sz w:val="20"/>
        </w:rPr>
        <w:t>1:04:20  hamare zehan par wahi baaten havi rehti hain. aise mein momin ka tareeqa kya hona</w:t>
      </w:r>
      <w:r>
        <w:br/>
      </w:r>
      <w:r>
        <w:rPr>
          <w:sz w:val="20"/>
        </w:rPr>
        <w:t>1:04:27  chahiye? is ko wazeh karen bhai, dekhiye, jab koi negative thought aata hai to foran ke foran toba kijiye.</w:t>
      </w:r>
      <w:r>
        <w:br/>
      </w:r>
      <w:r>
        <w:rPr>
          <w:sz w:val="20"/>
        </w:rPr>
        <w:t>1:04:37  mein ne to yeh kaha yahi ke mujhe bhi ate hain negative thought. mein kya karta hoon? jaldi se mein padhne lagta hoon, allahumma inni aoozubika min hamd hamdad al-shaytan, zor zor se padhta hoon apne kamre mein,</w:t>
      </w:r>
      <w:r>
        <w:br/>
      </w:r>
      <w:r>
        <w:rPr>
          <w:sz w:val="20"/>
        </w:rPr>
        <w:t>1:04:51  apne kamre mein zor zor se padhta hoon. agar koi wahan ho to dheere dheere padhunga, koi nahi hai to zor zor se padhunga,</w:t>
      </w:r>
      <w:r>
        <w:br/>
      </w:r>
      <w:r>
        <w:rPr>
          <w:sz w:val="20"/>
        </w:rPr>
        <w:t>1:04:57  allahumma inni aoozubika min hamdad al-shaytan. to woh khayalat bhag jate hain. mera tajruba to yahi hai. aap bhi aise kijiye.</w:t>
      </w:r>
    </w:p>
    <w:p>
      <w:pPr>
        <w:pStyle w:val="Heading2"/>
      </w:pPr>
      <w:r>
        <w:t>How should one develop one's willpower?</w:t>
      </w:r>
    </w:p>
    <w:p>
      <w:r>
        <w:rPr>
          <w:color w:val="666666"/>
          <w:sz w:val="18"/>
        </w:rPr>
        <w:t>Life &amp; Wisdom · Revival of Muslim Ummah, February 4, 2013 · 57s · at 1:21:08 · https://youtu.be/xB3MfWhLHoM?t=4868</w:t>
      </w:r>
    </w:p>
    <w:p>
      <w:r>
        <w:rPr>
          <w:i/>
        </w:rPr>
        <w:t>“How should one develop his willpower?”</w:t>
      </w:r>
    </w:p>
    <w:p>
      <w:r>
        <w:rPr>
          <w:sz w:val="20"/>
        </w:rPr>
        <w:t>1:21:08  maulana, agla sawal maulana fard ahmad sahab ka hai dilli se. unhone aapse poocha hai: "how one should develop his will power?" is ke bare mein bataiye.</w:t>
      </w:r>
      <w:r>
        <w:br/>
      </w:r>
      <w:r>
        <w:rPr>
          <w:sz w:val="20"/>
        </w:rPr>
        <w:t>1:21:20  dekhiye ji, mera jo tajurba hai woh to yahi hai ke sab se pehle aadmi apne ko deconditioning karni padti hai.</w:t>
      </w:r>
      <w:r>
        <w:br/>
      </w:r>
      <w:r>
        <w:rPr>
          <w:sz w:val="20"/>
        </w:rPr>
        <w:t>1:21:30  Deconditioning is the beginning. is ke baad apne ko distension se bachana padta hai.</w:t>
      </w:r>
      <w:r>
        <w:br/>
      </w:r>
      <w:r>
        <w:rPr>
          <w:sz w:val="20"/>
        </w:rPr>
        <w:t>1:21:36  tab teesre marhale mein baatein aati hain. agar aap apne ko yaani decondition na karein, distension na bachayein to agla koi marhala aane wala nahi hai.</w:t>
      </w:r>
      <w:r>
        <w:br/>
      </w:r>
      <w:r>
        <w:rPr>
          <w:sz w:val="20"/>
        </w:rPr>
        <w:t>1:21:50  to yeh ek process hai. process mein koi sudden change insaan ke mind mein nahi aata hai, ek process ke roop mein aata hai. is process ko follow kijiye to maqsad haasil ho jayega.</w:t>
      </w:r>
    </w:p>
    <w:p>
      <w:pPr>
        <w:pStyle w:val="Heading2"/>
      </w:pPr>
      <w:r>
        <w:t>How to Avoid Complaint Mentality</w:t>
      </w:r>
    </w:p>
    <w:p>
      <w:r>
        <w:rPr>
          <w:color w:val="666666"/>
          <w:sz w:val="18"/>
        </w:rPr>
        <w:t>Life &amp; Wisdom · Material Science and Spiritual Science 20 May 2012 · 1m 22s · at 1:11:21 · https://youtu.be/4K6CxjThlxQ?t=4281</w:t>
      </w:r>
    </w:p>
    <w:p>
      <w:r>
        <w:rPr>
          <w:i/>
        </w:rPr>
        <w:t>“In daily life, from time to time, we develop complaints against others. How to avoid this complaint mentality? Please explain.”</w:t>
      </w:r>
    </w:p>
    <w:p>
      <w:r>
        <w:rPr>
          <w:sz w:val="20"/>
        </w:rPr>
        <w:t>1:11:21  maulana agla sawal patna se hai doctor zaheer sahib ka unhon ne likha hai maulana daily life mein time to time hamare andar doosron ke liye shikayat paida hoti rehti hai</w:t>
      </w:r>
      <w:r>
        <w:br/>
      </w:r>
      <w:r>
        <w:rPr>
          <w:sz w:val="20"/>
        </w:rPr>
        <w:t>1:11:35  is shikayati mentality se kaise bachein is ke bare mein batayein mera formula abhi kal parson ek khatoon aayi thi hamare haan jo kai baras se un ke chehre phansi nahi kisi ne dekhi thi unhi sab baton se to main ne ek formula un ko bataya ke save your self and let let everything else go</w:t>
      </w:r>
      <w:r>
        <w:br/>
      </w:r>
      <w:r>
        <w:rPr>
          <w:sz w:val="20"/>
        </w:rPr>
        <w:t>1:12:03  to part apne aap ko bachao sab ko part mein dalo to hansne lagi wo</w:t>
      </w:r>
      <w:r>
        <w:br/>
      </w:r>
      <w:r>
        <w:rPr>
          <w:sz w:val="20"/>
        </w:rPr>
        <w:t>1:12:12  ye formula aur koi doosra formula nahi hai aur ye har formula hadees mein hai alayh nafsak hatta</w:t>
      </w:r>
      <w:r>
        <w:br/>
      </w:r>
      <w:r>
        <w:rPr>
          <w:sz w:val="20"/>
        </w:rPr>
        <w:t>1:12:33  fatah nafsak to us waqt jo bigad aaya hai duniya mein usi ke liye ye hadees hai ke alayh nafsak apne aap ko bachao apne aap ko bachao apne aap ko bachao</w:t>
      </w:r>
    </w:p>
    <w:p>
      <w:pPr>
        <w:pStyle w:val="Heading2"/>
      </w:pPr>
      <w:r>
        <w:t>How to Balance Modern and Religious Education</w:t>
      </w:r>
    </w:p>
    <w:p>
      <w:r>
        <w:rPr>
          <w:color w:val="666666"/>
          <w:sz w:val="18"/>
        </w:rPr>
        <w:t>Life &amp; Wisdom · Divine Law of Success 14th October 2012 Slow · 51s · at 1:38:05 · https://youtu.be/2zXfZhIf1jA?t=5885</w:t>
      </w:r>
    </w:p>
    <w:p>
      <w:r>
        <w:rPr>
          <w:i/>
        </w:rPr>
        <w:t>“Maulana, you mentioned that we should acquire both modern and religious education. How can we provide both types of education to our children?”</w:t>
      </w:r>
    </w:p>
    <w:p>
      <w:r>
        <w:rPr>
          <w:sz w:val="20"/>
        </w:rPr>
        <w:t>1:38:05  maulana, agla sawal dilli se hai mr muhammad ans sahib ka.</w:t>
      </w:r>
      <w:r>
        <w:br/>
      </w:r>
      <w:r>
        <w:rPr>
          <w:sz w:val="20"/>
        </w:rPr>
        <w:t>1:38:10  unhon ne likha hai: maulana, aap ne jo higher aur vocational education ke bare mein bataya ke hamein</w:t>
      </w:r>
      <w:r>
        <w:br/>
      </w:r>
      <w:r>
        <w:rPr>
          <w:sz w:val="20"/>
        </w:rPr>
        <w:t>1:38:15  modern aur deeni education dono hasil karni chahiye, to yeh dono tarah ki education hum apne bachon ko</w:t>
      </w:r>
      <w:r>
        <w:br/>
      </w:r>
      <w:r>
        <w:rPr>
          <w:sz w:val="20"/>
        </w:rPr>
        <w:t>1:38:20  mukammal taur par kis tarah aur kahan, yani kis institute se dilayein, is ke bare mein batayein.</w:t>
      </w:r>
      <w:r>
        <w:br/>
      </w:r>
      <w:r>
        <w:rPr>
          <w:sz w:val="20"/>
        </w:rPr>
        <w:t>1:38:25  nahi, koi institute duniya mein aisa nahi hai.</w:t>
      </w:r>
      <w:r>
        <w:br/>
      </w:r>
      <w:r>
        <w:rPr>
          <w:sz w:val="20"/>
        </w:rPr>
        <w:t>1:38:31  aap apne halaat ke lehaz se planning kijiye.</w:t>
      </w:r>
      <w:r>
        <w:br/>
      </w:r>
      <w:r>
        <w:rPr>
          <w:sz w:val="20"/>
        </w:rPr>
        <w:t>1:38:36  baqi koi institute nahi hai ke mein keh doon ke sahib, falan judge bachon ko bhejiye.</w:t>
      </w:r>
      <w:r>
        <w:br/>
      </w:r>
      <w:r>
        <w:rPr>
          <w:sz w:val="20"/>
        </w:rPr>
        <w:t>1:38:41  aisa koi cheez hota nahi hai, na kabhi hoga.</w:t>
      </w:r>
      <w:r>
        <w:br/>
      </w:r>
      <w:r>
        <w:rPr>
          <w:sz w:val="20"/>
        </w:rPr>
        <w:t>1:38:46  aap ko khud planning karna hai.</w:t>
      </w:r>
      <w:r>
        <w:br/>
      </w:r>
      <w:r>
        <w:rPr>
          <w:sz w:val="20"/>
        </w:rPr>
        <w:t>1:38:51  agar aap chahte hain apne bachon ko theek rastay par dalna to khud planning kijiye halaat ke lehaz se.</w:t>
      </w:r>
    </w:p>
    <w:p>
      <w:pPr>
        <w:pStyle w:val="Heading2"/>
      </w:pPr>
      <w:r>
        <w:t>How to Become a Strong Personality</w:t>
      </w:r>
    </w:p>
    <w:p>
      <w:r>
        <w:rPr>
          <w:color w:val="666666"/>
          <w:sz w:val="18"/>
        </w:rPr>
        <w:t>Life &amp; Wisdom · Message of the Quran August 20, 2017 · 2m 54s · at 26:04 · https://youtu.be/BrbrZxP37pk?t=1564</w:t>
      </w:r>
    </w:p>
    <w:p>
      <w:r>
        <w:rPr>
          <w:i/>
        </w:rPr>
        <w:t>“How can I become a strong personality? Please advise me.”</w:t>
      </w:r>
    </w:p>
    <w:p>
      <w:r>
        <w:rPr>
          <w:sz w:val="20"/>
        </w:rPr>
        <w:t>26:04  meri yahi discovery hai. molana, agla sawal lene se pehle comment parhna chahenge jo ah Sameer Pre sahib ne bheja hai.</w:t>
      </w:r>
      <w:r>
        <w:br/>
      </w:r>
      <w:r>
        <w:rPr>
          <w:sz w:val="20"/>
        </w:rPr>
        <w:t>26:14  unki location nahi pata chal pa rahi hai. unhon ne yeh likha hai ke: "I have no words for today lecture. A very happy emotional moment." molana, agla sawal bheja hai Farooq sahib ne Doha Qatar se.</w:t>
      </w:r>
      <w:r>
        <w:br/>
      </w:r>
      <w:r>
        <w:rPr>
          <w:sz w:val="20"/>
        </w:rPr>
        <w:t>26:34  unhon ne aap se poocha hai ke: "molana sahib, how can I become a strong personality? Please advise me."</w:t>
      </w:r>
      <w:r>
        <w:br/>
      </w:r>
      <w:r>
        <w:rPr>
          <w:sz w:val="20"/>
        </w:rPr>
        <w:t>26:45  bhai, main to yahi kahoon ga ke sab se bari taqat dua hai.</w:t>
      </w:r>
      <w:r>
        <w:br/>
      </w:r>
      <w:r>
        <w:rPr>
          <w:sz w:val="20"/>
        </w:rPr>
        <w:t>26:53  pray-wise power, pray-wise power ko main bohat manta hoon. to aap apni niyat ko durust rakhiye aur dua karte rahiye.</w:t>
      </w:r>
      <w:r>
        <w:br/>
      </w:r>
      <w:r>
        <w:rPr>
          <w:sz w:val="20"/>
        </w:rPr>
        <w:t>27:06  bas yeh rasta hai aur koi rasta nahi hai.</w:t>
      </w:r>
      <w:r>
        <w:br/>
      </w:r>
      <w:r>
        <w:rPr>
          <w:sz w:val="20"/>
        </w:rPr>
        <w:t>27:13  molana, agla comment bheja hai Aamir Mori sahib ne Srinagar se. unhon ne likha hai: "Our mission is based on peace and God is so happy with this mission that He is assigning the angels in the form of humans to help this mission to spread across all people.</w:t>
      </w:r>
      <w:r>
        <w:br/>
      </w:r>
      <w:r>
        <w:rPr>
          <w:sz w:val="20"/>
        </w:rPr>
        <w:t>27:35  I would like to thank brother Harpreet and his friends for achieving such a noble deed. God bless you." mashallah!</w:t>
      </w:r>
      <w:r>
        <w:br/>
      </w:r>
      <w:r>
        <w:rPr>
          <w:sz w:val="20"/>
        </w:rPr>
        <w:t>27:50  so, we will end the session now. we will be back with the next session next Sunday same time.</w:t>
      </w:r>
      <w:r>
        <w:br/>
      </w:r>
      <w:r>
        <w:rPr>
          <w:sz w:val="20"/>
        </w:rPr>
        <w:t>27:58  thank you.</w:t>
      </w:r>
    </w:p>
    <w:p>
      <w:pPr>
        <w:pStyle w:val="Heading2"/>
      </w:pPr>
      <w:r>
        <w:t>How to Distinguish Calamity from Punishment</w:t>
      </w:r>
    </w:p>
    <w:p>
      <w:r>
        <w:rPr>
          <w:color w:val="666666"/>
          <w:sz w:val="18"/>
        </w:rPr>
        <w:t>Life &amp; Wisdom · Art of Thinking November 02, 2014 Maulana Wahiduddin Khan · 2m 40s · at 1:01:48 · https://youtu.be/jxGjv30RG1Q?t=3708</w:t>
      </w:r>
    </w:p>
    <w:p>
      <w:r>
        <w:rPr>
          <w:i/>
        </w:rPr>
        <w:t>“Is a calamity a punishment for us, or is it just a calamity? How can we know? Please explain.”</w:t>
      </w:r>
    </w:p>
    <w:p>
      <w:r>
        <w:rPr>
          <w:sz w:val="20"/>
        </w:rPr>
        <w:t>1:01:48  maulana, agla sawal dilli se hai doctor anwar abbas ka aur unhon ne likha hai: "koi museebat hamare liye saza hai ya museebat?</w:t>
      </w:r>
      <w:r>
        <w:br/>
      </w:r>
      <w:r>
        <w:rPr>
          <w:sz w:val="20"/>
        </w:rPr>
        <w:t>1:02:00  is ka andaza kaisay ho sakta hai? is ke baray mein bataein." andaza yeh hai ke museebat saza hai hi nahin. is mein andaza karne ki zaroorat hi nahin hai.</w:t>
      </w:r>
      <w:r>
        <w:br/>
      </w:r>
      <w:r>
        <w:rPr>
          <w:sz w:val="20"/>
        </w:rPr>
        <w:t>1:02:15  is mein do ka masla hi nahin hai, aik hi ka masla hai. har koi bhi museebat saza ke liye hoti hi nahin.</w:t>
      </w:r>
      <w:r>
        <w:br/>
      </w:r>
      <w:r>
        <w:rPr>
          <w:sz w:val="20"/>
        </w:rPr>
        <w:t>1:02:27  agar do ka masla ho tab sochne ki baat hai. misaal ke tor par aadmi beemar ho gaya to woh saza nahin hai.</w:t>
      </w:r>
      <w:r>
        <w:br/>
      </w:r>
      <w:r>
        <w:rPr>
          <w:sz w:val="20"/>
        </w:rPr>
        <w:t>1:02:40  mein khud mujhe kuch takleef thi, aaj hi ki baat mein kar raha hoon, aaj hi subah mujhe kuch takleef thi to mujhe woh dour yaad aaya, apni jawani ka dour.</w:t>
      </w:r>
      <w:r>
        <w:br/>
      </w:r>
      <w:r>
        <w:rPr>
          <w:sz w:val="20"/>
        </w:rPr>
        <w:t>1:02:53  jawani ke dour mein kaha karta tha mein ke mein kankar ke oopar bhi aaram ke sath so sakta hoon. yaani eent ka takiya laga kar ke kankar ke oopar so sakta hoon.</w:t>
      </w:r>
      <w:r>
        <w:br/>
      </w:r>
      <w:r>
        <w:rPr>
          <w:sz w:val="20"/>
        </w:rPr>
        <w:t>1:03:04  jawani umar mein yahi kehta tha mein ke eent ka takiya aur kankar ka bistar aur aaram se mujhe neend aa jaye gi mujhe.</w:t>
      </w:r>
      <w:r>
        <w:br/>
      </w:r>
      <w:r>
        <w:rPr>
          <w:sz w:val="20"/>
        </w:rPr>
        <w:t>1:03:15  to aaj mein subah mein so jata hoon ke aaj mein.</w:t>
      </w:r>
      <w:r>
        <w:br/>
      </w:r>
      <w:r>
        <w:rPr>
          <w:sz w:val="20"/>
        </w:rPr>
        <w:t>1:03:18  gadhe ko bhi neend nahin aati. to mujhe is yeh kyun aisa hai? yeh Allah ki nematoun ko yaad karne ke liye.</w:t>
      </w:r>
      <w:r>
        <w:br/>
      </w:r>
      <w:r>
        <w:rPr>
          <w:sz w:val="20"/>
        </w:rPr>
        <w:t>1:03:29  jab hum nematoun ko yaad karein ge to woh jo dour hai, jawani ka dour, dobara mad afzaay ke sath hamein koi jannat mile ga. yaani barhapay ke dour mein aap jawani ki nematoun ko yaad karein to aap ko jawani wali nemat aakhirat mein</w:t>
      </w:r>
    </w:p>
    <w:p>
      <w:pPr>
        <w:pStyle w:val="Heading2"/>
      </w:pPr>
      <w:r>
        <w:t>How to Get Inner Satisfaction</w:t>
      </w:r>
    </w:p>
    <w:p>
      <w:r>
        <w:rPr>
          <w:color w:val="666666"/>
          <w:sz w:val="18"/>
        </w:rPr>
        <w:t>Life &amp; Wisdom · The Culture of People of Paradise January 06, 2019 Maulana Wahiduddin Khan · 59s · at 1:07:54 · https://youtu.be/rFExua9zntM?t=4074</w:t>
      </w:r>
    </w:p>
    <w:p>
      <w:r>
        <w:rPr>
          <w:i/>
        </w:rPr>
        <w:t>“Moulana, how do we get inner satisfaction? Please tell about it.”</w:t>
      </w:r>
    </w:p>
    <w:p>
      <w:r>
        <w:rPr>
          <w:sz w:val="20"/>
        </w:rPr>
        <w:t>1:07:54  maulana, agla sawal Faisal Usman sahib ne Lahore Pakistan se kiya hai. unhon ne aap se poocha hai ke "how do we get inner satisfaction?" is ke bare mein bataein.</w:t>
      </w:r>
      <w:r>
        <w:br/>
      </w:r>
      <w:r>
        <w:rPr>
          <w:sz w:val="20"/>
        </w:rPr>
        <w:t>1:08:09  inner satisfaction ki zaroorat hi nahi hai, woh koi achi cheez nahi hai, woh koi achi cheez hi nahi.</w:t>
      </w:r>
      <w:r>
        <w:br/>
      </w:r>
      <w:r>
        <w:rPr>
          <w:sz w:val="20"/>
        </w:rPr>
        <w:t>1:08:22  aap ke andar hamesha yeh ehsas zinda rehna chahiye ke aap ke andar ek kami hai, woh kami aap ko aur zyada tarraqi ki taraf le jayegi.</w:t>
      </w:r>
      <w:r>
        <w:br/>
      </w:r>
      <w:r>
        <w:rPr>
          <w:sz w:val="20"/>
        </w:rPr>
        <w:t>1:08:39  inner satisfaction, inner satisfaction agar aa jaye toh toh thahraao aa jayega, thahraao, development ruk jayega.</w:t>
      </w:r>
    </w:p>
    <w:p>
      <w:pPr>
        <w:pStyle w:val="Heading2"/>
      </w:pPr>
      <w:r>
        <w:t>How to Know One's Conditioning</w:t>
      </w:r>
    </w:p>
    <w:p>
      <w:r>
        <w:rPr>
          <w:color w:val="666666"/>
          <w:sz w:val="18"/>
        </w:rPr>
        <w:t>Life &amp; Wisdom · Material Science and Spiritual Science 20 May 2012 · 1m 43s · at 1:25:58 · https://youtu.be/4K6CxjThlxQ?t=5158</w:t>
      </w:r>
    </w:p>
    <w:p>
      <w:r>
        <w:rPr>
          <w:i/>
        </w:rPr>
        <w:t>“How does one know one's own conditioning? Please explain.”</w:t>
      </w:r>
    </w:p>
    <w:p>
      <w:r>
        <w:rPr>
          <w:sz w:val="20"/>
        </w:rPr>
        <w:t>1:25:58  molana yeh sawal aya hai banglore se mister naseerullah sahib ka unhon ne ap se poocha hai ke apni conditioning ko kaise janen is ke bare mein bataen</w:t>
      </w:r>
      <w:r>
        <w:br/>
      </w:r>
      <w:r>
        <w:rPr>
          <w:sz w:val="20"/>
        </w:rPr>
        <w:t>1:26:11  dekhiye apni conditioning ko admi khud hi jan sakta hai ab woh hai us ko arabi mein kehte hain muhasba angrezi mein kehte hain introspection</w:t>
      </w:r>
      <w:r>
        <w:br/>
      </w:r>
      <w:r>
        <w:rPr>
          <w:sz w:val="20"/>
        </w:rPr>
        <w:t>1:26:25  bas aur koi tareeqa nahi hai yani wohi feel karna jis ko kaha jata hai muhasba ya introspection yani merciless introspection darkar hai</w:t>
      </w:r>
      <w:r>
        <w:br/>
      </w:r>
      <w:r>
        <w:rPr>
          <w:sz w:val="20"/>
        </w:rPr>
        <w:t>1:26:41  agar koi admi chahta hai ke apni condition ko jane to us ko apni merciless apna apna merciless yani be rehmanana tor par muhasba karna chahiye be rehmanana tor par muhasba aur koi dosra tareeqa nahi.</w:t>
      </w:r>
    </w:p>
    <w:p>
      <w:pPr>
        <w:pStyle w:val="Heading2"/>
      </w:pPr>
      <w:r>
        <w:t>How to Remain Positive When Surrounded by Problems</w:t>
      </w:r>
    </w:p>
    <w:p>
      <w:r>
        <w:rPr>
          <w:color w:val="666666"/>
          <w:sz w:val="18"/>
        </w:rPr>
        <w:t>Life &amp; Wisdom · Quran for All Mankind June 3, 2012 · 1m 02s · at 1:22:09 · https://youtu.be/Gp-53Zjugcg?t=4929</w:t>
      </w:r>
    </w:p>
    <w:p>
      <w:r>
        <w:rPr>
          <w:i/>
        </w:rPr>
        <w:t>“When surrounded by problems, how can we remain positive?”</w:t>
      </w:r>
    </w:p>
    <w:p>
      <w:r>
        <w:rPr>
          <w:sz w:val="20"/>
        </w:rPr>
        <w:t>1:22:09  to woh hai be rehamana muhasba. maulana, agla sawal dilli se hai, mister naseeb ansari sahib ka. unhon ne aapse poocha hai ke "when surrounded by problems, how can we remain positive?" bhai, is par to hum bohat kar chuke hain, likh chuke hain ke "problems are part of life." de de escape from problem.</w:t>
      </w:r>
      <w:r>
        <w:br/>
      </w:r>
      <w:r>
        <w:rPr>
          <w:sz w:val="20"/>
        </w:rPr>
        <w:t>1:22:34  to kisi ek ka masla nahi ke woh hi is surrounded by problem. woh to sab hi hain, peghambar bhi the. yeh sawal hi, yani ke aap kisi ko single out nahi kar sakte.</w:t>
      </w:r>
      <w:r>
        <w:br/>
      </w:r>
      <w:r>
        <w:rPr>
          <w:sz w:val="20"/>
        </w:rPr>
        <w:t>1:22:47  har aadmi problem hi mein jeeta. laqad khalaqal insana fi kabad. insan ko paida kiya gaya hai problem mein. to you have to learn the art of living with problem.</w:t>
      </w:r>
      <w:r>
        <w:br/>
      </w:r>
      <w:r>
        <w:rPr>
          <w:sz w:val="20"/>
        </w:rPr>
        <w:t>1:23:02  yeh baat bohat likh chuke hain. hamari kitab hai, is par bohat si aap padh lijiye. is ko</w:t>
      </w:r>
    </w:p>
    <w:p>
      <w:pPr>
        <w:pStyle w:val="Heading2"/>
      </w:pPr>
      <w:r>
        <w:t>How to align thinking correctly</w:t>
      </w:r>
    </w:p>
    <w:p>
      <w:r>
        <w:rPr>
          <w:color w:val="666666"/>
          <w:sz w:val="18"/>
        </w:rPr>
        <w:t>Life &amp; Wisdom · Divine Help September 22, 2015 · 2m 10s · at 55:22 · https://youtu.be/sozrNCif0Gg?t=3322</w:t>
      </w:r>
    </w:p>
    <w:p>
      <w:r>
        <w:rPr>
          <w:i/>
        </w:rPr>
        <w:t>“What should we do to bring our thinking on the right track? Please advise.”</w:t>
      </w:r>
    </w:p>
    <w:p>
      <w:r>
        <w:rPr>
          <w:sz w:val="20"/>
        </w:rPr>
        <w:t>55:22  maulana sajid ahmed khan sahab ne nagpur se likha hai: "maulana sahab, mera ek dost ka sawal hai ke jis tarah aap baat karte hain aur jo kuch unhon ne aap ka literature padha hai to to unhon ne yeh paya hai ke hum log aisa nahi soch sakte.</w:t>
      </w:r>
      <w:r>
        <w:br/>
      </w:r>
      <w:r>
        <w:rPr>
          <w:sz w:val="20"/>
        </w:rPr>
        <w:t>55:41  maulana, woh pooch rahe hain ke apni apni soch ko right track par laane ke liye kya karna chahiye? is ke baray mein batayen."</w:t>
      </w:r>
      <w:r>
        <w:br/>
      </w:r>
      <w:r>
        <w:rPr>
          <w:sz w:val="20"/>
        </w:rPr>
        <w:t>55:51  bhai, dekhiye, main to sochta hoon ke ek hi bara rukta hai. You have to save yourself from all kinds of distraction.</w:t>
      </w:r>
      <w:r>
        <w:br/>
      </w:r>
      <w:r>
        <w:rPr>
          <w:sz w:val="20"/>
        </w:rPr>
        <w:t>56:06  You have to save yourself from all kinds of distraction. sab se bari jo bhagane wali cheez hai, woh distraction hai.</w:t>
      </w:r>
      <w:r>
        <w:br/>
      </w:r>
      <w:r>
        <w:rPr>
          <w:sz w:val="20"/>
        </w:rPr>
        <w:t>56:25  kal parson ki baat hai, ek sahab mere paas aaye, yahi yahi sawal kiya unhon ne. Yahi sawal.</w:t>
      </w:r>
      <w:r>
        <w:br/>
      </w:r>
      <w:r>
        <w:rPr>
          <w:sz w:val="20"/>
        </w:rPr>
        <w:t>56:35  to ittefaq se us waqt main kha raha tha to mera khana kya hai? Mera khana yeh hai ke ek pyala hota hai,</w:t>
      </w:r>
      <w:r>
        <w:br/>
      </w:r>
      <w:r>
        <w:rPr>
          <w:sz w:val="20"/>
        </w:rPr>
        <w:t>56:47  is pyale mein hamara jo kaam karti hai bano, is mein roti aur salan la ke de deti hai.</w:t>
      </w:r>
      <w:r>
        <w:br/>
      </w:r>
      <w:r>
        <w:rPr>
          <w:sz w:val="20"/>
        </w:rPr>
        <w:t>56:55  aur main apne haath mein leta hoon use aur use bhi khana shuru karta hoon. To main ne kaha, dekhiye, yahi asal hai. Aap phanse rehte hain dastarkhwan aur woh dining table aur yeh item, woh item.</w:t>
      </w:r>
      <w:r>
        <w:br/>
      </w:r>
      <w:r>
        <w:rPr>
          <w:sz w:val="20"/>
        </w:rPr>
        <w:t>57:13  main khata hoon aisa jaise ek aam aadmi khata hai. Kuch bhi ab distraction hota hi nahin.</w:t>
      </w:r>
      <w:r>
        <w:br/>
      </w:r>
      <w:r>
        <w:rPr>
          <w:sz w:val="20"/>
        </w:rPr>
        <w:t>57:22  aaj se aap ban jaiye, bas sab kuch theek ho jayega.</w:t>
      </w:r>
    </w:p>
    <w:p>
      <w:pPr>
        <w:pStyle w:val="Heading2"/>
      </w:pPr>
      <w:r>
        <w:t>How to avoid negative thinking?</w:t>
      </w:r>
    </w:p>
    <w:p>
      <w:r>
        <w:rPr>
          <w:color w:val="666666"/>
          <w:sz w:val="18"/>
        </w:rPr>
        <w:t>Life &amp; Wisdom · Jihad Fillah June 23, 2013 · 2m 14s · at 1:02:05 · https://youtu.be/NRTno1eQTos?t=3725</w:t>
      </w:r>
    </w:p>
    <w:p>
      <w:r>
        <w:rPr>
          <w:i/>
        </w:rPr>
        <w:t>“How can I avoid negative thinking? I try hard to be positive, but I feel at times. Please guide me.”</w:t>
      </w:r>
    </w:p>
    <w:p>
      <w:r>
        <w:rPr>
          <w:sz w:val="20"/>
        </w:rPr>
        <w:t>1:02:05  molana, agla sawal ahmedabad se hai mr waqas jain ka. unhon ne likha hai: "molana sahib, how can i avoid negative thinking?" i try hard to be positive, but i fail each time.</w:t>
      </w:r>
      <w:r>
        <w:br/>
      </w:r>
      <w:r>
        <w:rPr>
          <w:sz w:val="20"/>
        </w:rPr>
        <w:t>1:02:19  please guide me.</w:t>
      </w:r>
      <w:r>
        <w:br/>
      </w:r>
      <w:r>
        <w:rPr>
          <w:sz w:val="20"/>
        </w:rPr>
        <w:t>1:02:24  dekhein, apna main tajurba batata hoon.</w:t>
      </w:r>
      <w:r>
        <w:br/>
      </w:r>
      <w:r>
        <w:rPr>
          <w:sz w:val="20"/>
        </w:rPr>
        <w:t>1:02:29  main keh sakta hoon ke main hundred percent positive mind ke sath rehta hoon hamesha. to kyun?</w:t>
      </w:r>
      <w:r>
        <w:br/>
      </w:r>
      <w:r>
        <w:rPr>
          <w:sz w:val="20"/>
        </w:rPr>
        <w:t>1:02:38  kyun ke maine yeh paya ke negative thinking khud mere liye mujhe kill karti hai.</w:t>
      </w:r>
      <w:r>
        <w:br/>
      </w:r>
      <w:r>
        <w:rPr>
          <w:sz w:val="20"/>
        </w:rPr>
        <w:t>1:02:48  yani main negative hota hoon kisi doosre ko le kar ke, lekin nuksan uthata hoon. main</w:t>
      </w:r>
      <w:r>
        <w:br/>
      </w:r>
      <w:r>
        <w:rPr>
          <w:sz w:val="20"/>
        </w:rPr>
        <w:t>1:02:55  yeh yeh bari jab maine yeh discover kiya to maine kaha kisi doosre ki khatir. negative ko main</w:t>
      </w:r>
      <w:r>
        <w:br/>
      </w:r>
      <w:r>
        <w:rPr>
          <w:sz w:val="20"/>
        </w:rPr>
        <w:t>1:03:03  jab bhi ghussa hota hoon, kisi doosre ke khilaaf nafrat karta hoon to us ko to us ko to kuch bhi nahi hua.</w:t>
      </w:r>
      <w:r>
        <w:br/>
      </w:r>
      <w:r>
        <w:rPr>
          <w:sz w:val="20"/>
        </w:rPr>
        <w:t>1:03:12  is ka to kuch nahi bigra. bigra mera, bigra mera. kyun ke positive thinking rokhsat ho gayi aur positive mind agar nahi hua aadmi ke andar to sari bari bari baatein is se chhoot jaati hain.</w:t>
      </w:r>
      <w:r>
        <w:br/>
      </w:r>
      <w:r>
        <w:rPr>
          <w:sz w:val="20"/>
        </w:rPr>
        <w:t>1:03:27  positive mind hi woh mind hai jo bari bari baaton ko graph kar sakta hai.</w:t>
      </w:r>
      <w:r>
        <w:br/>
      </w:r>
      <w:r>
        <w:rPr>
          <w:sz w:val="20"/>
        </w:rPr>
        <w:t>1:03:34  positive mind ke baghair sachai ka development nahi ho sakta. to main ne socha ke aakhir mein negative koi doosre ke liye, yaani apna nuksan uthaoon, doosra to nuksan kuch bhi nahi hota.</w:t>
      </w:r>
      <w:r>
        <w:br/>
      </w:r>
      <w:r>
        <w:rPr>
          <w:sz w:val="20"/>
        </w:rPr>
        <w:t>1:03:49  kisi se nafrat karta hoon to kaha woh doosre ko nuksan ho gaya hai. k</w:t>
      </w:r>
      <w:r>
        <w:br/>
      </w:r>
      <w:r>
        <w:rPr>
          <w:sz w:val="20"/>
        </w:rPr>
        <w:t>1:03:52  chhe doosre ko kuch bhi nuksan nahi hua. nuksan to mera hua. meri positivity khatam ho gayi aur phir main is qabil nahi raha ke sachai mere dimagh mein jagah paaye.</w:t>
      </w:r>
      <w:r>
        <w:br/>
      </w:r>
      <w:r>
        <w:rPr>
          <w:sz w:val="20"/>
        </w:rPr>
        <w:t>1:04:05  isi liye mera formula hai ke "save your self". "save your self" ka formula jo hai yeh mujh ko bachata hai negativity se.</w:t>
      </w:r>
    </w:p>
    <w:p>
      <w:pPr>
        <w:pStyle w:val="Heading2"/>
      </w:pPr>
      <w:r>
        <w:t>How to become a stronger personality</w:t>
      </w:r>
    </w:p>
    <w:p>
      <w:r>
        <w:rPr>
          <w:color w:val="666666"/>
          <w:sz w:val="18"/>
        </w:rPr>
        <w:t>Life &amp; Wisdom · Dars-e-Quran, Chapter 39, Vs 67 (Glory of God) July 29, 2018 Maulana Wahiduddin Khan · 6m 27s · at 53:07 · https://youtu.be/xKvuhx08hQ4?t=3187</w:t>
      </w:r>
    </w:p>
    <w:p>
      <w:r>
        <w:rPr>
          <w:i/>
        </w:rPr>
        <w:t>“How can we become a stronger personality as God prefers stronger personality over weaker one? How can I come into stronger personality category? Please advise in this regard.”</w:t>
      </w:r>
    </w:p>
    <w:p>
      <w:r>
        <w:rPr>
          <w:sz w:val="20"/>
        </w:rPr>
        <w:t>53:07  aur is mein koi point hai? nahi, maulana, hum doosra sawal lete hain. doosra sawal bheja hai Ahmedabad se khursheed siddiqui sahib ne.</w:t>
      </w:r>
      <w:r>
        <w:br/>
      </w:r>
      <w:r>
        <w:rPr>
          <w:sz w:val="20"/>
        </w:rPr>
        <w:t>53:18  unhon ne likha hai: "maulana, how can we become a stronger personality as god prefers stronger personality over weaker one?</w:t>
      </w:r>
      <w:r>
        <w:br/>
      </w:r>
      <w:r>
        <w:rPr>
          <w:sz w:val="20"/>
        </w:rPr>
        <w:t>53:29  how can i come into stronger personality category? please advice in this regard."</w:t>
      </w:r>
      <w:r>
        <w:br/>
      </w:r>
      <w:r>
        <w:rPr>
          <w:sz w:val="20"/>
        </w:rPr>
        <w:t>53:38  yeh ghaleban aap ne is hadees ki roshni mein farmaya hai ke: "al momin al qawi</w:t>
      </w:r>
      <w:r>
        <w:br/>
      </w:r>
      <w:r>
        <w:rPr>
          <w:sz w:val="20"/>
        </w:rPr>
        <w:t>53:49  wa qaarib wa ahabb Allah abdullah wal kul khair." saath saath yeh bhi ke: "wal kul khair."</w:t>
      </w:r>
      <w:r>
        <w:br/>
      </w:r>
      <w:r>
        <w:rPr>
          <w:sz w:val="20"/>
        </w:rPr>
        <w:t>54:00  to iska matlab kya hai? khair dono ke liye hai. khair dono ke liye. to insaan apne ko,</w:t>
      </w:r>
      <w:r>
        <w:br/>
      </w:r>
      <w:r>
        <w:rPr>
          <w:sz w:val="20"/>
        </w:rPr>
        <w:t>54:15  yaani is is khairain mein jis khair ka faisla kiya Allah taala ne, uske liye. yaani yahan do khairain ka zikr hua: khair zaeef, khair qawi.</w:t>
      </w:r>
      <w:r>
        <w:br/>
      </w:r>
      <w:r>
        <w:rPr>
          <w:sz w:val="20"/>
        </w:rPr>
        <w:t>54:32  dono ke saath khair juda hua hai. to aap gaur o fikr ke zariye khair, agar aap zaeef samajhte hain apne aap ko, to khair zaeef ka discover kijiye.</w:t>
      </w:r>
      <w:r>
        <w:br/>
      </w:r>
      <w:r>
        <w:rPr>
          <w:sz w:val="20"/>
        </w:rPr>
        <w:t>54:48  agar aap momin qavi samajhte hain to khair qavi ka discover kijiye. is par maine likha hai risale mein.</w:t>
      </w:r>
      <w:r>
        <w:br/>
      </w:r>
      <w:r>
        <w:rPr>
          <w:sz w:val="20"/>
        </w:rPr>
        <w:t>54:59  to ek hai khair qavi, ek hai khair zaeef. dono mein se ek baharhal aap ke liye hai. agar agar agar aap samajhte hain ke main zaeef hoon to khair zaeef aap ke liye hai.</w:t>
      </w:r>
      <w:r>
        <w:br/>
      </w:r>
      <w:r>
        <w:rPr>
          <w:sz w:val="20"/>
        </w:rPr>
        <w:t>55:15  yani Allah ki taraf se. aur agar aap samajhte hain ke aap qavi hain to khair qavi aap ke liye hai Allah ki taraf se.</w:t>
      </w:r>
      <w:r>
        <w:br/>
      </w:r>
      <w:r>
        <w:rPr>
          <w:sz w:val="20"/>
        </w:rPr>
        <w:t>55:23  yani Allah dono mein se ek khair zaroor dega, dega, bashart ke aap jo fitrat ka tareeqa hai, us ke mutabiq us ko, us ko talash karen.</w:t>
      </w:r>
      <w:r>
        <w:br/>
      </w:r>
      <w:r>
        <w:rPr>
          <w:sz w:val="20"/>
        </w:rPr>
        <w:t>55:40  jahan tak main samajhta hoon ke khair zaeef, yani kam az kam mere liye, main samajhta hoon ke zyada badi baat hai.</w:t>
      </w:r>
      <w:r>
        <w:br/>
      </w:r>
      <w:r>
        <w:rPr>
          <w:sz w:val="20"/>
        </w:rPr>
        <w:t>55:58  khair zaeef zyada badi baat hai mere mere samajh se. kyun? is liye ke agar aap ka agar khair zaeef hai to aap us rukh par apni apni fikr chalayenge,</w:t>
      </w:r>
      <w:r>
        <w:br/>
      </w:r>
      <w:r>
        <w:rPr>
          <w:sz w:val="20"/>
        </w:rPr>
        <w:t>56:15  is rukh par daryaft karne ki koshish karenge. aur khair zaeef ke liye jo muqaddar hai, wo hai, wo muqaddar hai yani</w:t>
      </w:r>
      <w:r>
        <w:br/>
      </w:r>
      <w:r>
        <w:rPr>
          <w:sz w:val="20"/>
        </w:rPr>
        <w:t>56:32  modesty. tawazu. jo aadmi apne ko qavi nahi samajhta, nahi pata, jo apne ko zaeef pata hai,</w:t>
      </w:r>
      <w:r>
        <w:br/>
      </w:r>
      <w:r>
        <w:rPr>
          <w:sz w:val="20"/>
        </w:rPr>
        <w:t>56:47  to us ke liye ek bohat bada khair muqaddar hai. ab wo hai tawazu ya modesty.</w:t>
      </w:r>
      <w:r>
        <w:br/>
      </w:r>
      <w:r>
        <w:rPr>
          <w:sz w:val="20"/>
        </w:rPr>
        <w:t>56:57  achha dekhiye, maine is pe likha tha risale mein ke ke zaeef aadmi ko zyada apne is haqeeqat ka daryaft hoti hai ke wo zaeef hai.</w:t>
      </w:r>
      <w:r>
        <w:br/>
      </w:r>
      <w:r>
        <w:rPr>
          <w:sz w:val="20"/>
        </w:rPr>
        <w:t>57:20  to zouq le aati hai kahan? modesty ki taraf. aur modesty bohat hi qeemti cheez hai.</w:t>
      </w:r>
      <w:r>
        <w:br/>
      </w:r>
      <w:r>
        <w:rPr>
          <w:sz w:val="20"/>
        </w:rPr>
        <w:t>57:32  maine likha tha is ke bare mein ke modesty ek bohat hi anokha tohfa hai insaan ke liye.</w:t>
      </w:r>
      <w:r>
        <w:br/>
      </w:r>
      <w:r>
        <w:rPr>
          <w:sz w:val="20"/>
        </w:rPr>
        <w:t>57:44  kyun ke modest modest aadmi ko yeh mauqa milta hai ke wo is kainat mein doosra extend banaye.</w:t>
      </w:r>
      <w:r>
        <w:br/>
      </w:r>
      <w:r>
        <w:rPr>
          <w:sz w:val="20"/>
        </w:rPr>
        <w:t>57:56  doosra extend yani</w:t>
      </w:r>
      <w:r>
        <w:br/>
      </w:r>
      <w:r>
        <w:rPr>
          <w:sz w:val="20"/>
        </w:rPr>
        <w:t>58:01  Allah ya khaliq al powerful hai. al powerful to al powerful ke muqable mein al powerless ka jo extend hai, wo muqaddar hai zaeef ke liye.</w:t>
      </w:r>
      <w:r>
        <w:br/>
      </w:r>
      <w:r>
        <w:rPr>
          <w:sz w:val="20"/>
        </w:rPr>
        <w:t>58:18  yeh bohat hi important baat hai ke al power ke wo insaan jo zaeef paida hua hai, aap ke khayal se wo to bohat hi badi yani advantage us ko hasil hai.</w:t>
      </w:r>
      <w:r>
        <w:br/>
      </w:r>
      <w:r>
        <w:rPr>
          <w:sz w:val="20"/>
        </w:rPr>
        <w:t>58:35  kyun ke aisa insaan al powerful God ke muqable mein al powerless insaan ka extend banata hai.</w:t>
      </w:r>
      <w:r>
        <w:br/>
      </w:r>
      <w:r>
        <w:rPr>
          <w:sz w:val="20"/>
        </w:rPr>
        <w:t>58:48  aur jo jo qavi insaan hai, wo wo is ke liye bhi ek ek ek karname muqaddar hai ke jahan pehlwani pehlwani ka mauqa ho, wo pehlwani dikhaye.</w:t>
      </w:r>
      <w:r>
        <w:br/>
      </w:r>
      <w:r>
        <w:rPr>
          <w:sz w:val="20"/>
        </w:rPr>
        <w:t>59:04  jahan taqat ke istemaal ka mauqa ho, woh taqat istemaal kare.</w:t>
      </w:r>
      <w:r>
        <w:br/>
      </w:r>
      <w:r>
        <w:rPr>
          <w:sz w:val="20"/>
        </w:rPr>
        <w:t>59:10  lekin mera apna jo soch hai, to mein samajhta hoon ke insaan ke liye yeh ziyada bara</w:t>
      </w:r>
      <w:r>
        <w:br/>
      </w:r>
      <w:r>
        <w:rPr>
          <w:sz w:val="20"/>
        </w:rPr>
        <w:t>59:19  bari baat hai ke woh all powerful god ke muqable mein all powerless ka doosra extend</w:t>
      </w:r>
      <w:r>
        <w:br/>
      </w:r>
      <w:r>
        <w:rPr>
          <w:sz w:val="20"/>
        </w:rPr>
        <w:t>59:28  banaye.</w:t>
      </w:r>
    </w:p>
    <w:p>
      <w:pPr>
        <w:pStyle w:val="Heading2"/>
      </w:pPr>
      <w:r>
        <w:t>How to become condition-free and objective?</w:t>
      </w:r>
    </w:p>
    <w:p>
      <w:r>
        <w:rPr>
          <w:color w:val="666666"/>
          <w:sz w:val="18"/>
        </w:rPr>
        <w:t>Life &amp; Wisdom · Natural Warning April 17, 2016 · 1m 00s · at 46:51 · https://youtu.be/fSNOpwgzcss?t=2811</w:t>
      </w:r>
    </w:p>
    <w:p>
      <w:r>
        <w:rPr>
          <w:i/>
        </w:rPr>
        <w:t>“How do I become a condition-free person and a person with an objective mind? Please guide me.”</w:t>
      </w:r>
    </w:p>
    <w:p>
      <w:r>
        <w:rPr>
          <w:sz w:val="20"/>
        </w:rPr>
        <w:t>46:51  maulana, agla sawal Maulana Farhad Ahmed sahib ne kiya hai delhi se aur unhone aapse poocha hai ke how do I become condition free person aur a person with objective mind</w:t>
      </w:r>
      <w:r>
        <w:br/>
      </w:r>
      <w:r>
        <w:rPr>
          <w:sz w:val="20"/>
        </w:rPr>
        <w:t>47:04  ? Please guide me in this regard. Bhai, mera to tajurba yahi hai ke aadmi ko khud apna chaukidar banna padta hai, apna khud apne oopar nigrah banna padta hai.</w:t>
      </w:r>
      <w:r>
        <w:br/>
      </w:r>
      <w:r>
        <w:rPr>
          <w:sz w:val="20"/>
        </w:rPr>
        <w:t>47:23  tab ja kar yeh hota hai ke woh apni ghaltiyon ko samjhe, is ki islaah kare.</w:t>
      </w:r>
      <w:r>
        <w:br/>
      </w:r>
      <w:r>
        <w:rPr>
          <w:sz w:val="20"/>
        </w:rPr>
        <w:t>47:33  to jin logon ke andar Allah ka khauf ho, woh yahi karte hain. Agar aadmi apna nigrah na bane to is ka matlab kiya hota hai?</w:t>
      </w:r>
      <w:r>
        <w:br/>
      </w:r>
      <w:r>
        <w:rPr>
          <w:sz w:val="20"/>
        </w:rPr>
        <w:t>47:42  Allah ka dar nahi hai. Kyun ke aakhir kaar to saara maamla Allah ke saamne pesh kiya jaane wala hai.</w:t>
      </w:r>
    </w:p>
    <w:p>
      <w:pPr>
        <w:pStyle w:val="Heading2"/>
      </w:pPr>
      <w:r>
        <w:t>How to become positive after bad experiences</w:t>
      </w:r>
    </w:p>
    <w:p>
      <w:r>
        <w:rPr>
          <w:color w:val="666666"/>
          <w:sz w:val="18"/>
        </w:rPr>
        <w:t>Life &amp; Wisdom · The Purpose of Life | April 30, 2017 · 1m 46s · at 28:05 · https://youtu.be/ue3I3uQEYb8?t=1685</w:t>
      </w:r>
    </w:p>
    <w:p>
      <w:r>
        <w:rPr>
          <w:i/>
        </w:rPr>
        <w:t>“Maulana, my question is how can we make experience learning oriented? We often see that people who have bad experiences become negative. So how can we become positive?”</w:t>
      </w:r>
    </w:p>
    <w:p>
      <w:r>
        <w:rPr>
          <w:sz w:val="20"/>
        </w:rPr>
        <w:t>28:05  maulana ab sawal lete hain ah yeh sawal bheja hai fawad sahab ne moradabad se unhone</w:t>
      </w:r>
      <w:r>
        <w:br/>
      </w:r>
      <w:r>
        <w:rPr>
          <w:sz w:val="20"/>
        </w:rPr>
        <w:t>28:12  likha hai maulana sahab my question is that how can we make our experience learning oriented</w:t>
      </w:r>
      <w:r>
        <w:br/>
      </w:r>
      <w:r>
        <w:rPr>
          <w:sz w:val="20"/>
        </w:rPr>
        <w:t>28:20  We often say that people who have bad experiences become negative, so how can we become positive or</w:t>
      </w:r>
      <w:r>
        <w:br/>
      </w:r>
      <w:r>
        <w:rPr>
          <w:sz w:val="20"/>
        </w:rPr>
        <w:t>28:30  take positive lessons from daily negative experiences.</w:t>
      </w:r>
      <w:r>
        <w:br/>
      </w:r>
      <w:r>
        <w:rPr>
          <w:sz w:val="20"/>
        </w:rPr>
        <w:t>28:40  dekhiye sari learning ke liye jo condition hai woh sirf ek hi hai apne aap ko negative thin</w:t>
      </w:r>
      <w:r>
        <w:br/>
      </w:r>
      <w:r>
        <w:rPr>
          <w:sz w:val="20"/>
        </w:rPr>
        <w:t>28:50  se bachana. Aur yeh sab se zyada asan baat hai ke kyunke by birth har aadmi positive thinker hi hai. By birth har aadmi positive thinker hi hai. Jab aap negative thinking mein jate hain to aap deviate karte hain. To aap ko koi cheez create nahi karna hai</w:t>
      </w:r>
      <w:r>
        <w:br/>
      </w:r>
      <w:r>
        <w:rPr>
          <w:sz w:val="20"/>
        </w:rPr>
        <w:t>29:20  sirf use bachana hai ke aap deviate na karein main samajhta hoon ke yeh to bohat asaan baat</w:t>
      </w:r>
      <w:r>
        <w:br/>
      </w:r>
      <w:r>
        <w:rPr>
          <w:sz w:val="20"/>
        </w:rPr>
        <w:t>29:27  hai is se zyada asaan baat kahan ho sakti hai apni nature ko preserve rakhein apni nature ko</w:t>
      </w:r>
      <w:r>
        <w:br/>
      </w:r>
      <w:r>
        <w:rPr>
          <w:sz w:val="20"/>
        </w:rPr>
        <w:t>29:35  jis par Allah ne paida kiya aap ko us ko bachayein.</w:t>
      </w:r>
      <w:r>
        <w:br/>
      </w:r>
      <w:r>
        <w:rPr>
          <w:sz w:val="20"/>
        </w:rPr>
        <w:t>29:43  to yeh to already jo aap ki personality hai usi ko bachane ka mamla hai.</w:t>
      </w:r>
    </w:p>
    <w:p>
      <w:pPr>
        <w:pStyle w:val="Heading2"/>
      </w:pPr>
      <w:r>
        <w:t>How to become stress free and calm</w:t>
      </w:r>
    </w:p>
    <w:p>
      <w:r>
        <w:rPr>
          <w:color w:val="666666"/>
          <w:sz w:val="18"/>
        </w:rPr>
        <w:t>Life &amp; Wisdom · Contemplation on The Quran December 16, 2018 Maulana Wahiduddin Khan · 1m 14s · at 1:03:44 · https://youtu.be/bSOe1_KKEYk?t=3824</w:t>
      </w:r>
    </w:p>
    <w:p>
      <w:r>
        <w:rPr>
          <w:i/>
        </w:rPr>
        <w:t>“My mind always remains restless, and that makes me impatient in decision making. I want to change my nature, but I am not able to succeed. Please guide me as to how can I become stress free and free myself from restlessness.”</w:t>
      </w:r>
    </w:p>
    <w:p>
      <w:r>
        <w:rPr>
          <w:sz w:val="20"/>
        </w:rPr>
        <w:t>1:03:44  molana, agla sawal bheja hai mus shabana ne ahmedabad se. unhone likha hai: "molana, my mind always remains restless, and that makes me impatient in decision making.</w:t>
      </w:r>
      <w:r>
        <w:br/>
      </w:r>
      <w:r>
        <w:rPr>
          <w:sz w:val="20"/>
        </w:rPr>
        <w:t>1:03:59  aai want to change my nature, but i am not able to succeed. please guide me as to how can i become stress free and free myself from restlessness. " bhai, restlessness jo hai,</w:t>
      </w:r>
    </w:p>
    <w:p>
      <w:pPr>
        <w:pStyle w:val="Heading2"/>
      </w:pPr>
      <w:r>
        <w:t>How to become wise and your formula for wisdom</w:t>
      </w:r>
    </w:p>
    <w:p>
      <w:r>
        <w:rPr>
          <w:color w:val="666666"/>
          <w:sz w:val="18"/>
        </w:rPr>
        <w:t>Life &amp; Wisdom · Islam in Daily Life May 26, 2013 · 2m 26s · at 1:08:03 · https://youtu.be/iNyWPrbyyhA?t=4083</w:t>
      </w:r>
    </w:p>
    <w:p>
      <w:r>
        <w:rPr>
          <w:i/>
        </w:rPr>
        <w:t>“How can one become wise? What is your formula for all of us?”</w:t>
      </w:r>
    </w:p>
    <w:p>
      <w:r>
        <w:rPr>
          <w:sz w:val="20"/>
        </w:rPr>
        <w:t>1:08:03  مولانا اگلا سوال کلکتہ سے ہے، خالد صاحب کا۔ انہوں نے لکھا ہے: "How can one become wise?" مولانا صاحب "What is your formula for all of us?" وائز۔</w:t>
      </w:r>
      <w:r>
        <w:br/>
      </w:r>
      <w:r>
        <w:rPr>
          <w:sz w:val="20"/>
        </w:rPr>
        <w:t>1:08:18  وائز۔ ڈبلیو آئی ایس سی؟ جی۔ دیکھیے، سب سے مشکل کام ہے وائز بننا۔ یعنی وزڈم کو اچیو کرنا سب سے مشکل کام ہے۔</w:t>
      </w:r>
      <w:r>
        <w:br/>
      </w:r>
      <w:r>
        <w:rPr>
          <w:sz w:val="20"/>
        </w:rPr>
        <w:t>1:08:29  مشکل اس لیے کہ اس کی کوئی پرائز دیت</w:t>
      </w:r>
      <w:r>
        <w:br/>
      </w:r>
      <w:r>
        <w:rPr>
          <w:sz w:val="20"/>
        </w:rPr>
        <w:t>1:08:32  ا نہیں ہے۔ وائز بننا تو سب چاہتے ہیں۔ پرائز کوئی دیتا نہیں۔ اور پرائز کیا ہے؟</w:t>
      </w:r>
      <w:r>
        <w:br/>
      </w:r>
      <w:r>
        <w:rPr>
          <w:sz w:val="20"/>
        </w:rPr>
        <w:t>1:08:41  پورے معنوں میں ابجیکٹو تھنکنگ۔</w:t>
      </w:r>
      <w:r>
        <w:br/>
      </w:r>
      <w:r>
        <w:rPr>
          <w:sz w:val="20"/>
        </w:rPr>
        <w:t>1:08:45  یعنی آپ کے اندر باعث نہ ہو، تعصب نہ ہو، نفرت نہ ہو۔ اپنے اور غیر کا کانسیپٹ نہ ہو۔ ہر انسان کو آپ انسان سمجھیں۔</w:t>
      </w:r>
      <w:r>
        <w:br/>
      </w:r>
      <w:r>
        <w:rPr>
          <w:sz w:val="20"/>
        </w:rPr>
        <w:t>1:08:55  اور پھر آپ کی سوچ میں یہ چیز ہو کہ میں جو بول رہا ہوں، جو میں سوچ رہا ہوں، وہ اللہ کے سامنے مجھے اس کا جواب دینا ہے۔ اس اسپیٹ کے ساتھ جب آپ سوچیں گے تو وزڈم آپ کو ملے گی۔</w:t>
      </w:r>
      <w:r>
        <w:br/>
      </w:r>
      <w:r>
        <w:rPr>
          <w:sz w:val="20"/>
        </w:rPr>
        <w:t>1:09:08  لیکن یہ قیمت دیتے نہیں لوگ۔ جب سمجھتے ہیں کہ مجھے وزڈم مل جائے گ</w:t>
      </w:r>
      <w:r>
        <w:br/>
      </w:r>
      <w:r>
        <w:rPr>
          <w:sz w:val="20"/>
        </w:rPr>
        <w:t>1:09:13  ی تو یہ اس اس اس اس قیمت کو دیے ہوئے کسی کو وزڈم ملنے والی نہیں ہے۔</w:t>
      </w:r>
      <w:r>
        <w:br/>
      </w:r>
      <w:r>
        <w:rPr>
          <w:sz w:val="20"/>
        </w:rPr>
        <w:t>1:09:23  وزڈم کا ایک فارمولا احادیث میں یہ ہے کہ آپ رسول اللہ صلی اللہ علیہ وسلم نے ایک دعا میں کہا کہ "اللهم ار الحق حقا و رکن تباہ و ان الباطل باطلا و رکن تناوہ و ان الاشیاء کما ہے" ۔</w:t>
      </w:r>
      <w:r>
        <w:br/>
      </w:r>
      <w:r>
        <w:rPr>
          <w:sz w:val="20"/>
        </w:rPr>
        <w:t>1:09:42  اے اللہ، مجھے چیزوں کو، اے اللہ، مجھے حق کو حق کے روپ میں دکھا۔ اور اے اللہ، مجھے باطل کو باطل کے روپ میں دکھا۔</w:t>
      </w:r>
      <w:r>
        <w:br/>
      </w:r>
      <w:r>
        <w:rPr>
          <w:sz w:val="20"/>
        </w:rPr>
        <w:t>1:09:55  اے اللہ، مجھے چیزوں کو ویسے ہی دکھا جیسا کہ وہ ہیں۔ یہ ہے وزڈم۔ تو پھر اس وزڈم کے لیے تو آپ کو آخری حد تک ابجیکٹو ڈالنی پڑتی ہے۔</w:t>
      </w:r>
      <w:r>
        <w:br/>
      </w:r>
      <w:r>
        <w:rPr>
          <w:sz w:val="20"/>
        </w:rPr>
        <w:t>1:10:05  آج آپ آپ جانتے ہیں کہ ابجیکٹیوٹی مشکل ترین کام ہے انسان کے اندر۔ ہر آدمی کہیں نہ کہیں باعث ہوتا ہے۔ کہیں نہ کہیں اس کو جذبات سے مغلوب رہتا ہے۔</w:t>
      </w:r>
      <w:r>
        <w:br/>
      </w:r>
      <w:r>
        <w:rPr>
          <w:sz w:val="20"/>
        </w:rPr>
        <w:t>1:10:14  کہیں نہ کہیں اس کے یعنی پرسنل سوچ غالب رہتی ہے اس کے اوپر۔ تو ایز اٹ از وہ دیکھ نہیں پاتا۔</w:t>
      </w:r>
      <w:r>
        <w:br/>
      </w:r>
      <w:r>
        <w:rPr>
          <w:sz w:val="20"/>
        </w:rPr>
        <w:t>1:10:23  اور جو آدمی یہ یہ کنڈیشن پوری کرے، اس کو وزڈم مل جائے گی۔</w:t>
      </w:r>
    </w:p>
    <w:p>
      <w:pPr>
        <w:pStyle w:val="Heading2"/>
      </w:pPr>
      <w:r>
        <w:t>How to build confidence in oneself</w:t>
      </w:r>
    </w:p>
    <w:p>
      <w:r>
        <w:rPr>
          <w:color w:val="666666"/>
          <w:sz w:val="18"/>
        </w:rPr>
        <w:t>Life &amp; Wisdom · Dars-e-Quran, Chapter 2, Verses 44-46, January 28, 2018 · 2m 00s · at 1:13:57 · https://youtu.be/3Kd5InuBtFA?t=4437</w:t>
      </w:r>
    </w:p>
    <w:p>
      <w:r>
        <w:rPr>
          <w:i/>
        </w:rPr>
        <w:t>“Please tell me how to build confidence in oneself.”</w:t>
      </w:r>
    </w:p>
    <w:p>
      <w:r>
        <w:rPr>
          <w:sz w:val="20"/>
        </w:rPr>
        <w:t>1:13:57  maulana, agla sawal ahmedabad se bheja hai shariq khan sahab ne, aur unhone aapse poocha</w:t>
      </w:r>
      <w:r>
        <w:br/>
      </w:r>
      <w:r>
        <w:rPr>
          <w:sz w:val="20"/>
        </w:rPr>
        <w:t>1:14:03  ہے کہ مولانا صاحب، please tell me how to build confidence in oneself.</w:t>
      </w:r>
      <w:r>
        <w:br/>
      </w:r>
      <w:r>
        <w:rPr>
          <w:sz w:val="20"/>
        </w:rPr>
        <w:t>1:14:10  dekhiye, asal cheez hai ke ye by product hai.</w:t>
      </w:r>
      <w:r>
        <w:br/>
      </w:r>
      <w:r>
        <w:rPr>
          <w:sz w:val="20"/>
        </w:rPr>
        <w:t>1:14:16  self confidence by product hai.</w:t>
      </w:r>
      <w:r>
        <w:br/>
      </w:r>
      <w:r>
        <w:rPr>
          <w:sz w:val="20"/>
        </w:rPr>
        <w:t>1:14:22  pehle aap ko</w:t>
      </w:r>
      <w:r>
        <w:br/>
      </w:r>
      <w:r>
        <w:rPr>
          <w:sz w:val="20"/>
        </w:rPr>
        <w:t>1:14:28  karna padega confidence allah par, to is ke nateeje ke taur par apne aap par confidence aayega.</w:t>
      </w:r>
      <w:r>
        <w:br/>
      </w:r>
      <w:r>
        <w:rPr>
          <w:sz w:val="20"/>
        </w:rPr>
        <w:t>1:14:34  یہ تو آپ جو بول رہے ہیں، وہ تو "put it the cart before the horse" ہے۔</w:t>
      </w:r>
      <w:r>
        <w:br/>
      </w:r>
      <w:r>
        <w:rPr>
          <w:sz w:val="20"/>
        </w:rPr>
        <w:t>1:14:40  "Put it the cart before the horse" hai.</w:t>
      </w:r>
      <w:r>
        <w:br/>
      </w:r>
      <w:r>
        <w:rPr>
          <w:sz w:val="20"/>
        </w:rPr>
        <w:t>1:14:46  to self confidence product hai, by product hai allah par confidence ka.</w:t>
      </w:r>
      <w:r>
        <w:br/>
      </w:r>
      <w:r>
        <w:rPr>
          <w:sz w:val="20"/>
        </w:rPr>
        <w:t>1:14:52  agar aap chahen ke allah ko ha</w:t>
      </w:r>
      <w:r>
        <w:br/>
      </w:r>
      <w:r>
        <w:rPr>
          <w:sz w:val="20"/>
        </w:rPr>
        <w:t>1:14:58  zaf kar ke self confidence develop karen, to woh "put it the cart before the horse" ke mani hoga. okay, so we will end today session. thank you.</w:t>
      </w:r>
    </w:p>
    <w:p>
      <w:pPr>
        <w:pStyle w:val="Heading2"/>
      </w:pPr>
      <w:r>
        <w:t>How to develop a complaint-free culture</w:t>
      </w:r>
    </w:p>
    <w:p>
      <w:r>
        <w:rPr>
          <w:color w:val="666666"/>
          <w:sz w:val="18"/>
        </w:rPr>
        <w:t>Life &amp; Wisdom · Islah e Ummat August 10, 2014 · 1m 25s · at 1:02:51 · https://youtu.be/a7ohKq4Xf0Y?t=3771</w:t>
      </w:r>
    </w:p>
    <w:p>
      <w:r>
        <w:rPr>
          <w:i/>
        </w:rPr>
        <w:t>“People often complain about everything in their daily life. Maulana, you have always advised us of living in a complaint-free culture. My question is how to develop this complaint-free culture?”</w:t>
      </w:r>
    </w:p>
    <w:p>
      <w:r>
        <w:rPr>
          <w:sz w:val="20"/>
        </w:rPr>
        <w:t>1:02:51  molana agla sawal pune se hai aur aamir sahib ne kiya hai aur unho ne likha hai ke people often complaint about everything in their daily life molana you have always advised us of living in a complaint free culture</w:t>
      </w:r>
      <w:r>
        <w:br/>
      </w:r>
      <w:r>
        <w:rPr>
          <w:sz w:val="20"/>
        </w:rPr>
        <w:t>1:03:09  my question is how to develop this complaint free culture</w:t>
      </w:r>
      <w:r>
        <w:br/>
      </w:r>
      <w:r>
        <w:rPr>
          <w:sz w:val="20"/>
        </w:rPr>
        <w:t>1:03:17  dekhye complaint kis ke khilaf hota hai insan ke khilaf hota hai koi suraj ke khilaf to complaint karta nahi koi galaxy ke khilaf to complaint karta nahi hatta ke koi tiger aur elephant ke khilaf bhi complaint nahi karta insan ke khilaf to sirf aik baat agar aap soch lein to bas sari complaint khatam kyun ke insan ne jo kuch kiya woh allah ki di</w:t>
      </w:r>
    </w:p>
    <w:p>
      <w:pPr>
        <w:pStyle w:val="Heading2"/>
      </w:pPr>
      <w:r>
        <w:t>How to develop a different perspective</w:t>
      </w:r>
    </w:p>
    <w:p>
      <w:r>
        <w:rPr>
          <w:color w:val="666666"/>
          <w:sz w:val="18"/>
        </w:rPr>
        <w:t>Life &amp; Wisdom · Divine Help January 04, 2015 · 2m 02s · at 1:07:01 · https://youtu.be/IsFIb5jI5u8?t=4021</w:t>
      </w:r>
    </w:p>
    <w:p>
      <w:r>
        <w:rPr>
          <w:i/>
        </w:rPr>
        <w:t>“I would like to know as to how you develop this skill of looking at various things from a different perspective.”</w:t>
      </w:r>
    </w:p>
    <w:p>
      <w:r>
        <w:rPr>
          <w:sz w:val="20"/>
        </w:rPr>
        <w:t>1:07:01  Maulana, agla sawal kya hai Tariq Ali sahib ne Tampa USA se aur unhon ne likha</w:t>
      </w:r>
      <w:r>
        <w:br/>
      </w:r>
      <w:r>
        <w:rPr>
          <w:sz w:val="20"/>
        </w:rPr>
        <w:t>1:07:06  hai ke Maulana Sahab I would like to know as to how you develop this skill of looking</w:t>
      </w:r>
      <w:r>
        <w:br/>
      </w:r>
      <w:r>
        <w:rPr>
          <w:sz w:val="20"/>
        </w:rPr>
        <w:t>1:07:12  at various things from a different perspective.</w:t>
      </w:r>
      <w:r>
        <w:br/>
      </w:r>
      <w:r>
        <w:rPr>
          <w:sz w:val="20"/>
        </w:rPr>
        <w:t>1:07:18  Did you learn this art from some scholar or is it your own work?</w:t>
      </w:r>
      <w:r>
        <w:br/>
      </w:r>
      <w:r>
        <w:rPr>
          <w:sz w:val="20"/>
        </w:rPr>
        <w:t>1:07:24  Any suggestion or advice you would like to make for people like me so that we can also learn to look at things in a different manner?</w:t>
      </w:r>
      <w:r>
        <w:br/>
      </w:r>
      <w:r>
        <w:rPr>
          <w:sz w:val="20"/>
        </w:rPr>
        <w:t>1:07:33  dekhein bhai, mein apna jo aap ko advice doon ga, woh to yahi hai ke meri kitabein aap parhein.</w:t>
      </w:r>
      <w:r>
        <w:br/>
      </w:r>
      <w:r>
        <w:rPr>
          <w:sz w:val="20"/>
        </w:rPr>
        <w:t>1:07:38  poori zindagi maine isi mein bitai hai.</w:t>
      </w:r>
      <w:r>
        <w:br/>
      </w:r>
      <w:r>
        <w:rPr>
          <w:sz w:val="20"/>
        </w:rPr>
        <w:t>1:07:43  ab is waqt mein is unnis bees hazar pandrah jab poora hoga to meri umar nawwe saal ho jaye gi.</w:t>
      </w:r>
      <w:r>
        <w:br/>
      </w:r>
      <w:r>
        <w:rPr>
          <w:sz w:val="20"/>
        </w:rPr>
        <w:t>1:07:48  aap boliye ninety years.</w:t>
      </w:r>
      <w:r>
        <w:br/>
      </w:r>
      <w:r>
        <w:rPr>
          <w:sz w:val="20"/>
        </w:rPr>
        <w:t>1:07:53  puri zindagi maine sirf parha, sirf parha, sirf parha.</w:t>
      </w:r>
      <w:r>
        <w:br/>
      </w:r>
      <w:r>
        <w:rPr>
          <w:sz w:val="20"/>
        </w:rPr>
        <w:t>1:07:58  to aap meri kitabon ko jab tak aap gehrai ke sath na mutala karen, aap ka mind clear</w:t>
      </w:r>
      <w:r>
        <w:br/>
      </w:r>
      <w:r>
        <w:rPr>
          <w:sz w:val="20"/>
        </w:rPr>
        <w:t>1:08:03  nahi ho sakta.</w:t>
      </w:r>
      <w:r>
        <w:br/>
      </w:r>
      <w:r>
        <w:rPr>
          <w:sz w:val="20"/>
        </w:rPr>
        <w:t>1:08:08  ek sahab mere pas aye, unhon ne kaha ke bhai, main mutala karna chahta hoon.</w:t>
      </w:r>
      <w:r>
        <w:br/>
      </w:r>
      <w:r>
        <w:rPr>
          <w:sz w:val="20"/>
        </w:rPr>
        <w:t>1:08:13  to maine kaha ke bhai, aap mutala karne ke liye aap ko jo sacrifice deni pare gi,</w:t>
      </w:r>
      <w:r>
        <w:br/>
      </w:r>
      <w:r>
        <w:rPr>
          <w:sz w:val="20"/>
        </w:rPr>
        <w:t>1:08:18  woh aap nahi kar sakte.</w:t>
      </w:r>
      <w:r>
        <w:br/>
      </w:r>
      <w:r>
        <w:rPr>
          <w:sz w:val="20"/>
        </w:rPr>
        <w:t>1:08:23  har yani har cheez se katna, har cheez se katna, har cheez se katna, yeh aap nahi kar sakte.</w:t>
      </w:r>
      <w:r>
        <w:br/>
      </w:r>
      <w:r>
        <w:rPr>
          <w:sz w:val="20"/>
        </w:rPr>
        <w:t>1:08:28  main kisi wajah se aisa halaat paida hi hue ke main har cheez se kat sakun.</w:t>
      </w:r>
      <w:r>
        <w:br/>
      </w:r>
      <w:r>
        <w:rPr>
          <w:sz w:val="20"/>
        </w:rPr>
        <w:t>1:08:33  to maine parha, parh kar ke kitaben dekhen.</w:t>
      </w:r>
      <w:r>
        <w:br/>
      </w:r>
      <w:r>
        <w:rPr>
          <w:sz w:val="20"/>
        </w:rPr>
        <w:t>1:08:38  to ab aap in kitabon ko study kijiye.</w:t>
      </w:r>
      <w:r>
        <w:br/>
      </w:r>
      <w:r>
        <w:rPr>
          <w:sz w:val="20"/>
        </w:rPr>
        <w:t>1:08:43  pehle study kijiye ache tareeqe se, phir agar aap ko kami nazar aye to mujhe bataiye.</w:t>
      </w:r>
      <w:r>
        <w:br/>
      </w:r>
      <w:r>
        <w:rPr>
          <w:sz w:val="20"/>
        </w:rPr>
        <w:t>1:08:48  to main aap ko bhi aur har har har ek ko main kahunga ke meri kitabon ko,</w:t>
      </w:r>
      <w:r>
        <w:br/>
      </w:r>
      <w:r>
        <w:rPr>
          <w:sz w:val="20"/>
        </w:rPr>
        <w:t>1:08:53  chahe woh choti hon, bari, har kitab ka bohat baqayeda parhen woh.</w:t>
      </w:r>
      <w:r>
        <w:br/>
      </w:r>
      <w:r>
        <w:rPr>
          <w:sz w:val="20"/>
        </w:rPr>
        <w:t>1:08:58  aur is ke baad inshallah us ko us ka mind ban jaye ga aur us ka rasta khul jaye ga.</w:t>
      </w:r>
    </w:p>
    <w:p>
      <w:pPr>
        <w:pStyle w:val="Heading2"/>
      </w:pPr>
      <w:r>
        <w:t>How to develop a positive mindset</w:t>
      </w:r>
    </w:p>
    <w:p>
      <w:r>
        <w:rPr>
          <w:color w:val="666666"/>
          <w:sz w:val="18"/>
        </w:rPr>
        <w:t>Life &amp; Wisdom · The Method of Planning August 14, 2016 · 1m 52s · at 55:10 · https://youtu.be/84WV8NS2VKQ?t=3310</w:t>
      </w:r>
    </w:p>
    <w:p>
      <w:r>
        <w:rPr>
          <w:i/>
        </w:rPr>
        <w:t>“How did you develop your positive mindset? Please tell all of us so that we can take lessons from your life.”</w:t>
      </w:r>
    </w:p>
    <w:p>
      <w:r>
        <w:rPr>
          <w:sz w:val="20"/>
        </w:rPr>
        <w:t>55:10  molana, agla sawal chennai se kya hai bilal sahib ne, aur unhon ne likha hai ke molana sahib</w:t>
      </w:r>
      <w:r>
        <w:br/>
      </w:r>
      <w:r>
        <w:rPr>
          <w:sz w:val="20"/>
        </w:rPr>
        <w:t>55:16  My question is how did you develop your positive mindset?</w:t>
      </w:r>
      <w:r>
        <w:br/>
      </w:r>
      <w:r>
        <w:rPr>
          <w:sz w:val="20"/>
        </w:rPr>
        <w:t>55:23  Please tell all of us so that we can take lessons from your life.</w:t>
      </w:r>
      <w:r>
        <w:br/>
      </w:r>
      <w:r>
        <w:rPr>
          <w:sz w:val="20"/>
        </w:rPr>
        <w:t>55:29  bhai, koi yeh batane ke liye aap aaye hain? aap aaye hain ke nahi? aap nahi hain? nahi, molana.</w:t>
      </w:r>
      <w:r>
        <w:br/>
      </w:r>
      <w:r>
        <w:rPr>
          <w:sz w:val="20"/>
        </w:rPr>
        <w:t>55:36  aap bataiye, aap ko bataoon, aap ke bare mein main kya bataoon? aap ke bare mein main kya</w:t>
      </w:r>
      <w:r>
        <w:br/>
      </w:r>
      <w:r>
        <w:rPr>
          <w:sz w:val="20"/>
        </w:rPr>
        <w:t>55:43  bataoon? main yeh kahoon ga ke kitabein parhiye hamari, hamara magazine risala nikalta hai, use parhiye.</w:t>
      </w:r>
      <w:r>
        <w:br/>
      </w:r>
      <w:r>
        <w:rPr>
          <w:sz w:val="20"/>
        </w:rPr>
        <w:t>55:49  yeh keh sakta hoon, lecture suniye, isi mein is ka jawab mil jaye ga aap ko.</w:t>
      </w:r>
      <w:r>
        <w:br/>
      </w:r>
      <w:r>
        <w:rPr>
          <w:sz w:val="20"/>
        </w:rPr>
        <w:t>55:56  ji, ek sher hai asghar gondvi ka ke asghar se mile lekin asghar ko nahi dekha.</w:t>
      </w:r>
      <w:r>
        <w:br/>
      </w:r>
      <w:r>
        <w:rPr>
          <w:sz w:val="20"/>
        </w:rPr>
        <w:t>56:03  asghar gondvi ek shayar thay to unhon ne kaha ke asghar se mile lekin asghar ko nahi dekha.</w:t>
      </w:r>
      <w:r>
        <w:br/>
      </w:r>
      <w:r>
        <w:rPr>
          <w:sz w:val="20"/>
        </w:rPr>
        <w:t>56:09  sunte hain ke sheron mein kuch kuch woh numayan hain, yani jo asghar gondvi ke ashaar hain, us</w:t>
      </w:r>
      <w:r>
        <w:br/>
      </w:r>
      <w:r>
        <w:rPr>
          <w:sz w:val="20"/>
        </w:rPr>
        <w:t>56:16  mein asghar gondvi ka taaruf hai.</w:t>
      </w:r>
      <w:r>
        <w:br/>
      </w:r>
      <w:r>
        <w:rPr>
          <w:sz w:val="20"/>
        </w:rPr>
        <w:t>56:23  aap janna chahte hon ke asghar gondvi kya thay to un ke sheron ko parhiye.</w:t>
      </w:r>
      <w:r>
        <w:br/>
      </w:r>
      <w:r>
        <w:rPr>
          <w:sz w:val="20"/>
        </w:rPr>
        <w:t>56:29  to aise hi bhai kahoon ga ke bhai, mujh ko aap janna chahte hain to meri tehreerein, meri</w:t>
      </w:r>
      <w:r>
        <w:br/>
      </w:r>
      <w:r>
        <w:rPr>
          <w:sz w:val="20"/>
        </w:rPr>
        <w:t>56:36  auto biography hai, meri jo tehreerein hain, woh meri khud navisht samne umri hai.</w:t>
      </w:r>
      <w:r>
        <w:br/>
      </w:r>
      <w:r>
        <w:rPr>
          <w:sz w:val="20"/>
        </w:rPr>
        <w:t>56:43  is mein aap sari baatein jaan lein ge.</w:t>
      </w:r>
      <w:r>
        <w:br/>
      </w:r>
      <w:r>
        <w:rPr>
          <w:sz w:val="20"/>
        </w:rPr>
        <w:t>56:49  kehta hai aap theek hain? yeh ji ji, molana that if people read your books, they will know</w:t>
      </w:r>
      <w:r>
        <w:br/>
      </w:r>
      <w:r>
        <w:rPr>
          <w:sz w:val="20"/>
        </w:rPr>
        <w:t>56:56  more about you and your approach.</w:t>
      </w:r>
      <w:r>
        <w:br/>
      </w:r>
      <w:r>
        <w:rPr>
          <w:sz w:val="20"/>
        </w:rPr>
        <w:t>57:03  So the best thing is that everybody reads your books. Maulana, agla sawal London se kiya hai Sahab Ahmed Rabani sahab ne, aur unhon ne likha hai ke Maulana sahib why are you so much bent towards your books? Are there not others whose books can hold a similar way?</w:t>
      </w:r>
    </w:p>
    <w:p>
      <w:pPr>
        <w:pStyle w:val="Heading2"/>
      </w:pPr>
      <w:r>
        <w:t>How to develop a universal outlook</w:t>
      </w:r>
    </w:p>
    <w:p>
      <w:r>
        <w:rPr>
          <w:color w:val="666666"/>
          <w:sz w:val="18"/>
        </w:rPr>
        <w:t>Life &amp; Wisdom · Realistic Approach March 30, 2014 Maulana Wahiduddin Khan · 1m 53s · at 47:21 · https://youtu.be/K36UonBsGlA?t=2841</w:t>
      </w:r>
    </w:p>
    <w:p>
      <w:r>
        <w:rPr>
          <w:i/>
        </w:rPr>
        <w:t>“You always emphasize on developing a universal outlook. Please tell me how one can develop a universal outlook.”</w:t>
      </w:r>
    </w:p>
    <w:p>
      <w:r>
        <w:rPr>
          <w:sz w:val="20"/>
        </w:rPr>
        <w:t>47:21  maulana, agla sawal ahmedabad se kiya hai muhammad saleem sahib ne. unhon ne likha hai: "maulana, you always emphasize on developing universal outlook.</w:t>
      </w:r>
      <w:r>
        <w:br/>
      </w:r>
      <w:r>
        <w:rPr>
          <w:sz w:val="20"/>
        </w:rPr>
        <w:t>47:33  please tell me how one can develop a universal outlook."</w:t>
      </w:r>
      <w:r>
        <w:br/>
      </w:r>
      <w:r>
        <w:rPr>
          <w:sz w:val="20"/>
        </w:rPr>
        <w:t>47:40  dekhiye, har cheez mein jaise kalma hai: la ilaha illallah. yani pehle nafi hai, phir is baat hai. pehle aap yeh kehte hain ke koi doosra khuda nahi hai, tab kehte hain ke Allah rab ul alameen khuda hai.</w:t>
      </w:r>
      <w:r>
        <w:br/>
      </w:r>
      <w:r>
        <w:rPr>
          <w:sz w:val="20"/>
        </w:rPr>
        <w:t>47:56  yahan bhi wahi cheez hai. apni ghalti ko daryaft kijiye, apni deconditioning kijiye. apne aap ko opposites se bahar laiye.</w:t>
      </w:r>
      <w:r>
        <w:br/>
      </w:r>
      <w:r>
        <w:rPr>
          <w:sz w:val="20"/>
        </w:rPr>
        <w:t>48:06  tab naya aaghaz ho ga. is ke baghair koi aaghaz nahi hai. aap chahen ke jo mazi se jo aap ko mila hai, yani wirsa, usi mein jeete bhi rahen, usi mein fakhr bhi karte rahen, aur naya aaghaz bhi ho jaye to yeh namumkin hai.</w:t>
      </w:r>
      <w:r>
        <w:br/>
      </w:r>
      <w:r>
        <w:rPr>
          <w:sz w:val="20"/>
        </w:rPr>
        <w:t>48:25  pehle apne, yani jo conditioning ko todiye. jo zehen ban gaya hai aap ka, us zehen ko todiye.</w:t>
      </w:r>
      <w:r>
        <w:br/>
      </w:r>
      <w:r>
        <w:rPr>
          <w:sz w:val="20"/>
        </w:rPr>
        <w:t>48:37  aur nayi soch apne andar laiye. to pehle la ilaha ho ga, phir illallah ho ga. pehle nafi ho gi, phir is baat ho ga. maulana roomi ka jo masnavi hai, woh ka ek sher isi mani mein hai ke: "chun banaye kahna abadah kunand,</w:t>
      </w:r>
      <w:r>
        <w:br/>
      </w:r>
      <w:r>
        <w:rPr>
          <w:sz w:val="20"/>
        </w:rPr>
        <w:t>48:56  awalan taameer raawiran kunand." yeh misri maulana roomi ka sher hai: "chun banaye kahna abadah kunand, awalan taameer raawiran kunand." yeh yeh matlab hai is sher ka.</w:t>
      </w:r>
    </w:p>
    <w:p>
      <w:pPr>
        <w:pStyle w:val="Heading2"/>
      </w:pPr>
      <w:r>
        <w:t>How to develop a universal outlook?</w:t>
      </w:r>
    </w:p>
    <w:p>
      <w:r>
        <w:rPr>
          <w:color w:val="666666"/>
          <w:sz w:val="18"/>
        </w:rPr>
        <w:t>Life &amp; Wisdom · Realistic Approach 30 March, 2014 · 1m 53s · at 47:25 · https://youtu.be/HIFxmWWiEG4?t=2845</w:t>
      </w:r>
    </w:p>
    <w:p>
      <w:r>
        <w:rPr>
          <w:i/>
        </w:rPr>
        <w:t>“Maulana, you always emphasize on developing a universal outlook. Please tell me how one can develop a universal outlook?”</w:t>
      </w:r>
    </w:p>
    <w:p>
      <w:r>
        <w:rPr>
          <w:sz w:val="20"/>
        </w:rPr>
        <w:t>47:25  maulana, agla sawal ahmedabad se kiya hai muhammad saleem sahib ne. unhon ne likha hai: "Maulana, you always emphasize on developing universal outlook.</w:t>
      </w:r>
      <w:r>
        <w:br/>
      </w:r>
      <w:r>
        <w:rPr>
          <w:sz w:val="20"/>
        </w:rPr>
        <w:t>47:37  please tell me how one can develop a universal outlook?"</w:t>
      </w:r>
      <w:r>
        <w:br/>
      </w:r>
      <w:r>
        <w:rPr>
          <w:sz w:val="20"/>
        </w:rPr>
        <w:t>47:44  dekhen, har cheez mein jaise kalma hai "la ilaha illallah", yaani pehle nafi hai, phir is baat hai. pehle aap yeh kehte hain ke koi doosra khuda nahi hai, tab kehte hain ke Allah Rabb-ul-Alameen khuda hai.</w:t>
      </w:r>
      <w:r>
        <w:br/>
      </w:r>
      <w:r>
        <w:rPr>
          <w:sz w:val="20"/>
        </w:rPr>
        <w:t>48:00  yahan bhi wahi cheez hai, apni ghalti ko daryaft kijiye, apni deconditioning kijiye, apne aap ko aapas se bahar laiye, tab naya aaghaz hoga.</w:t>
      </w:r>
      <w:r>
        <w:br/>
      </w:r>
      <w:r>
        <w:rPr>
          <w:sz w:val="20"/>
        </w:rPr>
        <w:t>48:12  is ke baghair koi aaghaz nahi hai.</w:t>
      </w:r>
      <w:r>
        <w:br/>
      </w:r>
      <w:r>
        <w:rPr>
          <w:sz w:val="20"/>
        </w:rPr>
        <w:t>48:14  aap chahen ke jo mazi se jo aap ko mila hai, yaani wirsa, usi mein jeete bhi rahen, usi mein fakhr bhi karte rahen, aur naya aaghaz bhi ho jaye, to yeh namumkin hai.</w:t>
      </w:r>
      <w:r>
        <w:br/>
      </w:r>
      <w:r>
        <w:rPr>
          <w:sz w:val="20"/>
        </w:rPr>
        <w:t>48:30  pehle apne, yaani jo conditioning ko todiye, jo zehen ban gaya hai aap ka, is zehen ki ko todiye, aur nayi soch apne andar laiye.</w:t>
      </w:r>
      <w:r>
        <w:br/>
      </w:r>
      <w:r>
        <w:rPr>
          <w:sz w:val="20"/>
        </w:rPr>
        <w:t>48:43  to pehle "la ilaha" hoga, phir "illallah" hoga, phir nafi hogi, phir is baat hoga. maani Rumi ka jo Masnavi hai, woh ka ek sher isi maani mein hai ke "chun chu banaye kahna abada kunand,</w:t>
      </w:r>
      <w:r>
        <w:br/>
      </w:r>
      <w:r>
        <w:rPr>
          <w:sz w:val="20"/>
        </w:rPr>
        <w:t>49:00  awalan taameer raviran kun"۔ yeh Masih Maulana Rumi ka sher hai: "chun chu banaye kahna abada kunand, awalan taameer raviran kun</w:t>
      </w:r>
      <w:r>
        <w:br/>
      </w:r>
      <w:r>
        <w:rPr>
          <w:sz w:val="20"/>
        </w:rPr>
        <w:t>49:11  nand"۔ yeh yeh matlab hai is sher ka.</w:t>
      </w:r>
    </w:p>
    <w:p>
      <w:pPr>
        <w:pStyle w:val="Heading2"/>
      </w:pPr>
      <w:r>
        <w:t>How to develop an objective and unbiased mind</w:t>
      </w:r>
    </w:p>
    <w:p>
      <w:r>
        <w:rPr>
          <w:color w:val="666666"/>
          <w:sz w:val="18"/>
        </w:rPr>
        <w:t>Life &amp; Wisdom · The Importance of the Quran May 15, 2016 Maulana Wahiduddin Khan · 1m 10s · at 1:03:23 · https://youtu.be/9a-OOUR_bLg?t=3803</w:t>
      </w:r>
    </w:p>
    <w:p>
      <w:r>
        <w:rPr>
          <w:i/>
        </w:rPr>
        <w:t>“Moulana, you are the most objective-minded person I have seen. Please guide us as to how we can develop an objective and unbiased mind.”</w:t>
      </w:r>
    </w:p>
    <w:p>
      <w:r>
        <w:rPr>
          <w:sz w:val="20"/>
        </w:rPr>
        <w:t>1:03:23  ji, maulana, agla sawal kya hai doctor safina tabassum ne ajmer se aur unhon ne likha hai: "maulana sahib, you are the most objective minded person i have seen.</w:t>
      </w:r>
      <w:r>
        <w:br/>
      </w:r>
      <w:r>
        <w:rPr>
          <w:sz w:val="20"/>
        </w:rPr>
        <w:t>1:03:38  please guide us as to how we can develop an objective and unbiased mind."</w:t>
      </w:r>
      <w:r>
        <w:br/>
      </w:r>
      <w:r>
        <w:rPr>
          <w:sz w:val="20"/>
        </w:rPr>
        <w:t>1:03:52  mein to samajhta hoon ke is ka aik hi raaz hai apne aap ko Allah ke samne accountable samajhna</w:t>
      </w:r>
      <w:r>
        <w:br/>
      </w:r>
      <w:r>
        <w:rPr>
          <w:sz w:val="20"/>
        </w:rPr>
        <w:t>1:04:04  ke jab bhi aap aik raah baat kahein to yeh soch kar kahein ke mujhe Allah ke samne prove karna hoga ke mein jo baat kahi thi woh waqatan durust baat thi.</w:t>
      </w:r>
      <w:r>
        <w:br/>
      </w:r>
      <w:r>
        <w:rPr>
          <w:sz w:val="20"/>
        </w:rPr>
        <w:t>1:04:20  to apne aap ko Allah ke samne accountable samajhna yeh sab ka raaz hai right thinking ka.</w:t>
      </w:r>
    </w:p>
    <w:p>
      <w:pPr>
        <w:pStyle w:val="Heading2"/>
      </w:pPr>
      <w:r>
        <w:t>How to develop deep thinking</w:t>
      </w:r>
    </w:p>
    <w:p>
      <w:r>
        <w:rPr>
          <w:color w:val="666666"/>
          <w:sz w:val="18"/>
        </w:rPr>
        <w:t>Life &amp; Wisdom · Kingdom of God August 25, 2018 · 1m 02s · at 24:07 · https://youtu.be/SrnWPkMbEQw?t=1447</w:t>
      </w:r>
    </w:p>
    <w:p>
      <w:r>
        <w:rPr>
          <w:i/>
        </w:rPr>
        <w:t>“Maulana, please tell us how to develop deep thinking.”</w:t>
      </w:r>
    </w:p>
    <w:p>
      <w:r>
        <w:rPr>
          <w:sz w:val="20"/>
        </w:rPr>
        <w:t>24:07  maulana, kuch sawal aaye hain. doctor farida khanoom ne dilli se sawal bheja hai. unhone aapse poocha hai ke maulana, please tell us how to develop deep thinking.</w:t>
      </w:r>
      <w:r>
        <w:br/>
      </w:r>
      <w:r>
        <w:rPr>
          <w:sz w:val="20"/>
        </w:rPr>
        <w:t>24:27  bohat aasan hai. is line par hum sochein, jaise aaj jo mere andar yeh thought aaya, is liye aaya ke main bahar jab baitha tha to quran ki is ayat ko le kar socha aur is hadees ko le kar socha to to ek bhonchal aaya, ek brain storming hui.</w:t>
      </w:r>
      <w:r>
        <w:br/>
      </w:r>
      <w:r>
        <w:rPr>
          <w:sz w:val="20"/>
        </w:rPr>
        <w:t>24:56  is brain storming se yeh sab baatein mere soch mein bani. to sab log yahi karein.</w:t>
      </w:r>
    </w:p>
    <w:p>
      <w:pPr>
        <w:pStyle w:val="Heading2"/>
      </w:pPr>
      <w:r>
        <w:t>How to develop objectivity in thinking</w:t>
      </w:r>
    </w:p>
    <w:p>
      <w:r>
        <w:rPr>
          <w:color w:val="666666"/>
          <w:sz w:val="18"/>
        </w:rPr>
        <w:t>Life &amp; Wisdom · The Importance of Thinking November 10, 2013 · 1m 29s · at 1:05:46 · https://youtu.be/y16CddTHoqE?t=3946</w:t>
      </w:r>
    </w:p>
    <w:p>
      <w:r>
        <w:rPr>
          <w:i/>
        </w:rPr>
        <w:t>“How can one develop objectivity in one's thinking?”</w:t>
      </w:r>
    </w:p>
    <w:p>
      <w:r>
        <w:rPr>
          <w:sz w:val="20"/>
        </w:rPr>
        <w:t>1:05:46  i understood this word only through reading your books, and today lecture was the culmination of the understanding of marifat." maulana, agla sawal bangalore se hai javed sahib ne kiya hai.</w:t>
      </w:r>
      <w:r>
        <w:br/>
      </w:r>
      <w:r>
        <w:rPr>
          <w:sz w:val="20"/>
        </w:rPr>
        <w:t>1:06:00  unhon ne likha hai: "maulana, how can one develop objectivity in one's thinking?"</w:t>
      </w:r>
      <w:r>
        <w:br/>
      </w:r>
      <w:r>
        <w:rPr>
          <w:sz w:val="20"/>
        </w:rPr>
        <w:t>1:06:07  dekhen, yeh mamla apna hai, kisi doosre ka nahi hai. koi doosra nahi bata sakta. aap apna introspection karen har baat mein.</w:t>
      </w:r>
      <w:r>
        <w:br/>
      </w:r>
      <w:r>
        <w:rPr>
          <w:sz w:val="20"/>
        </w:rPr>
        <w:t>1:06:22  sochien ke theek tha ke nahi theek tha. har baat to apna introspection karen aur doosri adat yeh dalen ke doosra aadmi jo aap criticize kare to aap offend na hon.</w:t>
      </w:r>
      <w:r>
        <w:br/>
      </w:r>
      <w:r>
        <w:rPr>
          <w:sz w:val="20"/>
        </w:rPr>
        <w:t>1:06:37  yeh two point formula hai. khud bohat zyada sochna</w:t>
      </w:r>
      <w:r>
        <w:br/>
      </w:r>
      <w:r>
        <w:rPr>
          <w:sz w:val="20"/>
        </w:rPr>
        <w:t>1:06:45  yani merciless introspection apne bare mein. Merciless introspection yani be rehamana muhasba apna.</w:t>
      </w:r>
      <w:r>
        <w:br/>
      </w:r>
      <w:r>
        <w:rPr>
          <w:sz w:val="20"/>
        </w:rPr>
        <w:t>1:06:57  aur doosri siftien honi chahiye ke jab koi aadmi criticize kare to aap hargiz hargiz offend na hon, bura na manen. yeh do siftien agar hongi tab aadmi ke andar woh cheez aayegi jo aap chahte hain,</w:t>
      </w:r>
      <w:r>
        <w:br/>
      </w:r>
      <w:r>
        <w:rPr>
          <w:sz w:val="20"/>
        </w:rPr>
        <w:t>1:07:11  warna nahin.</w:t>
      </w:r>
    </w:p>
    <w:p>
      <w:pPr>
        <w:pStyle w:val="Heading2"/>
      </w:pPr>
      <w:r>
        <w:t>How to develop positive personality for society?</w:t>
      </w:r>
    </w:p>
    <w:p>
      <w:r>
        <w:rPr>
          <w:color w:val="666666"/>
          <w:sz w:val="18"/>
        </w:rPr>
        <w:t>Life &amp; Wisdom · Politics and Nation Building May 19, 2013 · 59s · at 1:07:08 · https://youtu.be/kmiMGq0Ki2Q?t=4028</w:t>
      </w:r>
    </w:p>
    <w:p>
      <w:r>
        <w:rPr>
          <w:i/>
        </w:rPr>
        <w:t>“Development of society needs positive individuals. How can one understand this and develop one's personality in positive lines?”</w:t>
      </w:r>
    </w:p>
    <w:p>
      <w:r>
        <w:rPr>
          <w:sz w:val="20"/>
        </w:rPr>
        <w:t>1:07:08  Maulana agla sawal lete hain jo Delhi se hai miss Naghma Siddiqui ka unhon ne likha hai development of society needs positive individuals how can one understand this and develop ones personality in positive lines dekhiye khulasa yeh hai ke goal agar ap ka akhirat hai apne ap ap positive ho jayenge goal agar akhirat nahi hai tab hi negative ho jayenge log</w:t>
      </w:r>
      <w:r>
        <w:br/>
      </w:r>
      <w:r>
        <w:rPr>
          <w:sz w:val="20"/>
        </w:rPr>
        <w:t>1:07:38  kyunke agar goal akhirat ho to baqayda secretary ban jati hai yeh ho to kya woh ho to kya yeh bhi theek hai woh bhi theek hai sara mamla hai ke logon ka goal akhirat nahi hota un ka goal duniya hota hai aur duniya mein aisa nafa nuksan ke tajurbe hote hain akhirat ko le kar koi nafa nuksan ka tajurba nahi to hamara mission jo yeh hai ke logon ko andar yeh samajh paida karna hai ke woh akhirat ko apna goal banayein</w:t>
      </w:r>
    </w:p>
    <w:p>
      <w:pPr>
        <w:pStyle w:val="Heading2"/>
      </w:pPr>
      <w:r>
        <w:t>How to find the right starting point?</w:t>
      </w:r>
    </w:p>
    <w:p>
      <w:r>
        <w:rPr>
          <w:color w:val="666666"/>
          <w:sz w:val="18"/>
        </w:rPr>
        <w:t>Life &amp; Wisdom · Present Day Muslims Jan 13, 2013 · 1m 46s · at 1:09:13 · https://youtu.be/CVcbWVYitog?t=4153</w:t>
      </w:r>
    </w:p>
    <w:p>
      <w:r>
        <w:rPr>
          <w:i/>
        </w:rPr>
        <w:t>“In any task, how can we analyze what is the right starting point? Please comment.”</w:t>
      </w:r>
    </w:p>
    <w:p>
      <w:r>
        <w:rPr>
          <w:sz w:val="20"/>
        </w:rPr>
        <w:t>1:09:13  Maulana, agla sawal Delhi se hai Miss Naghma Siddiqui ka. unhon ne likha hai "In any task, how can we analyze what is theright starting point?</w:t>
      </w:r>
      <w:r>
        <w:br/>
      </w:r>
      <w:r>
        <w:rPr>
          <w:sz w:val="20"/>
        </w:rPr>
        <w:t>1:09:26  Please comment." . dekhiye, Right Starter Point ka ek bohat hi Simple Principle hai. wahan se shuru kijiye jahan aap pehle din kuch Achieve karne ki Position mein hon.</w:t>
      </w:r>
      <w:r>
        <w:br/>
      </w:r>
      <w:r>
        <w:rPr>
          <w:sz w:val="20"/>
        </w:rPr>
        <w:t>1:09:43  wahan se shuru kijiye jahan aap pehle din kuch Positive Gain ki Position mein hon. wahi Starting Point hai, sahi.</w:t>
      </w:r>
      <w:r>
        <w:br/>
      </w:r>
      <w:r>
        <w:rPr>
          <w:sz w:val="20"/>
        </w:rPr>
        <w:t>1:09:54  jaise China mein ek misl hai ke itne Patience chalo ke har qadam tumhara aage badhna ho.</w:t>
      </w:r>
      <w:r>
        <w:br/>
      </w:r>
      <w:r>
        <w:rPr>
          <w:sz w:val="20"/>
        </w:rPr>
        <w:t>1:10:03  to is se mein ne, to mera jo formula hai, woh yeh hai ke aap bohat aasani se samajh sakte hain ke woh kaun sa yani Starting Point hai ke jab mein wahan se chalun to pehle din se mujhe kuch na kuch Gain hone lagega.</w:t>
      </w:r>
      <w:r>
        <w:br/>
      </w:r>
      <w:r>
        <w:rPr>
          <w:sz w:val="20"/>
        </w:rPr>
        <w:t>1:10:21  to wahi Right Starting Point hai. maslan Education mein kya</w:t>
      </w:r>
      <w:r>
        <w:br/>
      </w:r>
      <w:r>
        <w:rPr>
          <w:sz w:val="20"/>
        </w:rPr>
        <w:t>1:10:27  hai? aaj aap ne aik aik talib ilm ko bithaya to aaj kuch to parhaya is ko, aap ne kuch to mil gaya is ko, chahe A, B, C, D mili hui ho.</w:t>
      </w:r>
      <w:r>
        <w:br/>
      </w:r>
      <w:r>
        <w:rPr>
          <w:sz w:val="20"/>
        </w:rPr>
        <w:t>1:10:37  to pehle din se aap is position mein hotay hain ke kuch dein. pehle din se. lekin jo political hangamay hain, jo stage activism hai, usay to so so baras tak kuch nahi milta.</w:t>
      </w:r>
      <w:r>
        <w:br/>
      </w:r>
      <w:r>
        <w:rPr>
          <w:sz w:val="20"/>
        </w:rPr>
        <w:t>1:10:49  to bohat asan hai yeh determine karna ke What is the Right Starting Point?</w:t>
      </w:r>
    </w:p>
    <w:p>
      <w:pPr>
        <w:pStyle w:val="Heading2"/>
      </w:pPr>
      <w:r>
        <w:t>How to free from complaint culture</w:t>
      </w:r>
    </w:p>
    <w:p>
      <w:r>
        <w:rPr>
          <w:color w:val="666666"/>
          <w:sz w:val="18"/>
        </w:rPr>
        <w:t>Life &amp; Wisdom · God in the Age of Science January 08, 2017 · 2m 51s · at 46:12 · https://youtu.be/au1bRdQDZ0U?t=2772</w:t>
      </w:r>
    </w:p>
    <w:p>
      <w:r>
        <w:rPr>
          <w:i/>
        </w:rPr>
        <w:t>“Today's talk was very deep and I loved every word of your talk. How can we free ourselves from the complaint culture?”</w:t>
      </w:r>
    </w:p>
    <w:p>
      <w:r>
        <w:rPr>
          <w:sz w:val="20"/>
        </w:rPr>
        <w:t>46:12  Maulana pehla sawal aaya hai Karnataka se unhone Zaman sahib ne kiya hai pehla sawal unhone</w:t>
      </w:r>
      <w:r>
        <w:br/>
      </w:r>
      <w:r>
        <w:rPr>
          <w:sz w:val="20"/>
        </w:rPr>
        <w:t>46:20  لکھا ہے مولانا Today's talk was very deep and I loved every word of your talk. How can</w:t>
      </w:r>
      <w:r>
        <w:br/>
      </w:r>
      <w:r>
        <w:rPr>
          <w:sz w:val="20"/>
        </w:rPr>
        <w:t>46:27  we free ourself from the complaint culture.</w:t>
      </w:r>
      <w:r>
        <w:br/>
      </w:r>
      <w:r>
        <w:rPr>
          <w:sz w:val="20"/>
        </w:rPr>
        <w:t>46:35  complaint culture to most institute culture hai aaj subah mein soch raha tha ke meri jo body hai</w:t>
      </w:r>
      <w:r>
        <w:br/>
      </w:r>
      <w:r>
        <w:rPr>
          <w:sz w:val="20"/>
        </w:rPr>
        <w:t>46:42  ismein 78 organs hain 78 organ is organ se sara function mere body ka ho raha hai</w:t>
      </w:r>
      <w:r>
        <w:br/>
      </w:r>
      <w:r>
        <w:rPr>
          <w:sz w:val="20"/>
        </w:rPr>
        <w:t>46:50  aap pani piyein aap khana khayein aap oxygen lein jo bhi aap karein woh is 48 is 78</w:t>
      </w:r>
      <w:r>
        <w:br/>
      </w:r>
      <w:r>
        <w:rPr>
          <w:sz w:val="20"/>
        </w:rPr>
        <w:t>46:57  organ is ko organize karte hain is ko convert karte hain mukhtalif ke cell mein khoon haddi gosht</w:t>
      </w:r>
      <w:r>
        <w:br/>
      </w:r>
      <w:r>
        <w:rPr>
          <w:sz w:val="20"/>
        </w:rPr>
        <w:t>47:04  auto automatic ho raha hai mujhe agar khud karna pade jaise aap car chalata hai aadmi to khud</w:t>
      </w:r>
      <w:r>
        <w:br/>
      </w:r>
      <w:r>
        <w:rPr>
          <w:sz w:val="20"/>
        </w:rPr>
        <w:t>47:12  kar chalana pade to main zinda nahi reh sakta itne saare function body mein hote hain woh</w:t>
      </w:r>
      <w:r>
        <w:br/>
      </w:r>
      <w:r>
        <w:rPr>
          <w:sz w:val="20"/>
        </w:rPr>
        <w:t>47:19  sab 78 organ karte rehte hain maslan aap khana khaya hazam ho kar ke woh khoon bana haddi</w:t>
      </w:r>
      <w:r>
        <w:br/>
      </w:r>
      <w:r>
        <w:rPr>
          <w:sz w:val="20"/>
        </w:rPr>
        <w:t>47:27  bina gosht bina yeh hum karte hain automatic hota hai aise beshumar cheezein life system hamare is</w:t>
      </w:r>
      <w:r>
        <w:br/>
      </w:r>
      <w:r>
        <w:rPr>
          <w:sz w:val="20"/>
        </w:rPr>
        <w:t>47:34  paas hai woh hum ko zindagi ka haan haan zindagi ka tohfa deta hai yaani million billion trillion</w:t>
      </w:r>
      <w:r>
        <w:br/>
      </w:r>
      <w:r>
        <w:rPr>
          <w:sz w:val="20"/>
        </w:rPr>
        <w:t>47:42  se bhi zyada agar insaan in baaton ko jaane is mein jiye toh complaint bilkul us ko maloom</w:t>
      </w:r>
      <w:r>
        <w:br/>
      </w:r>
      <w:r>
        <w:rPr>
          <w:sz w:val="20"/>
        </w:rPr>
        <w:t>47:49  ho gayi toh nothing se bhi koi haq haqeer cheez hai jis ko kehte hain touch bilkul hi</w:t>
      </w:r>
      <w:r>
        <w:br/>
      </w:r>
      <w:r>
        <w:rPr>
          <w:sz w:val="20"/>
        </w:rPr>
        <w:t>47:57  haqeer yeh complaint kya bana hai itne zyada nehmato ko jeeta hai jo insaan toh complaint toh ek</w:t>
      </w:r>
      <w:r>
        <w:br/>
      </w:r>
      <w:r>
        <w:rPr>
          <w:sz w:val="20"/>
        </w:rPr>
        <w:t>48:04  eenta ke barabar bhi nahi hua kisi ne kuch keh diya tha aap aap ghussa ho gaye aur</w:t>
      </w:r>
      <w:r>
        <w:br/>
      </w:r>
      <w:r>
        <w:rPr>
          <w:sz w:val="20"/>
        </w:rPr>
        <w:t>48:12  jo Allah ki baarish ho rahi hai blessing ki nehmato ki woh toh bhool gaye aap toh complaint</w:t>
      </w:r>
      <w:r>
        <w:br/>
      </w:r>
      <w:r>
        <w:rPr>
          <w:sz w:val="20"/>
        </w:rPr>
        <w:t>48:19  ko khatam karne ko us ko root out karne ka tareeqa sirf yeh hai ke aap Allah ki</w:t>
      </w:r>
      <w:r>
        <w:br/>
      </w:r>
      <w:r>
        <w:rPr>
          <w:sz w:val="20"/>
        </w:rPr>
        <w:t>48:27  nehmato ko yaad karein complaint ko khatam karne ka tareeqa sab se bada yahi hai ke aap Allah</w:t>
      </w:r>
      <w:r>
        <w:br/>
      </w:r>
      <w:r>
        <w:rPr>
          <w:sz w:val="20"/>
        </w:rPr>
        <w:t>48:34  ki nehmato ki yaad karein ji buri haalat baarish ho rahi hai aap ke upar nehmato ki aap</w:t>
      </w:r>
      <w:r>
        <w:br/>
      </w:r>
      <w:r>
        <w:rPr>
          <w:sz w:val="20"/>
        </w:rPr>
        <w:t>48:41  bol rahe hain tab bhi chal rahe hain tab bhi soch rahe hain tab bhi sab Allah ki</w:t>
      </w:r>
      <w:r>
        <w:br/>
      </w:r>
      <w:r>
        <w:rPr>
          <w:sz w:val="20"/>
        </w:rPr>
        <w:t>48:49  rehmaton ka maamla hota hai toh complaint toh mein itni haqeer samajhta hoon itna itna worthless samajhta hoon</w:t>
      </w:r>
      <w:r>
        <w:br/>
      </w:r>
      <w:r>
        <w:rPr>
          <w:sz w:val="20"/>
        </w:rPr>
        <w:t>48:56  ke jo complaint jeeta hai woh toh kya cheez hai insaan nahi hai woh kuch aur hai ji</w:t>
      </w:r>
    </w:p>
    <w:p>
      <w:pPr>
        <w:pStyle w:val="Heading2"/>
      </w:pPr>
      <w:r>
        <w:t>How to guide youth in a glamorous world?</w:t>
      </w:r>
    </w:p>
    <w:p>
      <w:r>
        <w:rPr>
          <w:color w:val="666666"/>
          <w:sz w:val="18"/>
        </w:rPr>
        <w:t>Life &amp; Wisdom · Realization of God December 18, 2016 Maulana Wahiduddin Khan · 37s · at 1:03:58 · https://youtu.be/LHKb2btTIT8?t=3838</w:t>
      </w:r>
    </w:p>
    <w:p>
      <w:r>
        <w:rPr>
          <w:i/>
        </w:rPr>
        <w:t>“I really loved your talk today. My question is that today's generation is more into fast track world full of glamour and...”</w:t>
      </w:r>
    </w:p>
    <w:p>
      <w:r>
        <w:rPr>
          <w:sz w:val="20"/>
        </w:rPr>
        <w:t>1:03:58  tor par maujood hai us ko hum actual tor par is se daryaft karte hain maulana agla sawal</w:t>
      </w:r>
      <w:r>
        <w:br/>
      </w:r>
      <w:r>
        <w:rPr>
          <w:sz w:val="20"/>
        </w:rPr>
        <w:t>1:04:05  bahrain se shabbir sahib ne kiya hai aur unhon ne likha hai maulana sahib I really loved your</w:t>
      </w:r>
      <w:r>
        <w:br/>
      </w:r>
      <w:r>
        <w:rPr>
          <w:sz w:val="20"/>
        </w:rPr>
        <w:t>1:04:13  talk today my question is that today's generation is more into fast track world full of glamour and</w:t>
      </w:r>
      <w:r>
        <w:br/>
      </w:r>
      <w:r>
        <w:rPr>
          <w:sz w:val="20"/>
        </w:rPr>
        <w:t>1:04:21  material pleasures how can we bring their attention towards the path of God realization kuch nahi aap ko</w:t>
      </w:r>
      <w:r>
        <w:br/>
      </w:r>
      <w:r>
        <w:rPr>
          <w:sz w:val="20"/>
        </w:rPr>
        <w:t>1:04:28  kitabein padhaiye hazaron logon ko yani faida hua kitabon se woh is se bahar aaye hain sab se</w:t>
      </w:r>
    </w:p>
    <w:p>
      <w:pPr>
        <w:pStyle w:val="Heading2"/>
      </w:pPr>
      <w:r>
        <w:t>How to have intellectual exchange with spouse?</w:t>
      </w:r>
    </w:p>
    <w:p>
      <w:r>
        <w:rPr>
          <w:color w:val="666666"/>
          <w:sz w:val="18"/>
        </w:rPr>
        <w:t>Life &amp; Wisdom · Quran for All Mankind June 3, 2012 · 1m 39s · at 1:12:03 · https://youtu.be/Gp-53Zjugcg?t=4323</w:t>
      </w:r>
    </w:p>
    <w:p>
      <w:r>
        <w:rPr>
          <w:i/>
        </w:rPr>
        <w:t>“You often say that one should make one's spouse an intellectual companion. Can you please elaborate how to do intellectual exchange? Should there be any particular subject to discuss with one's partner?”</w:t>
      </w:r>
    </w:p>
    <w:p>
      <w:r>
        <w:rPr>
          <w:sz w:val="20"/>
        </w:rPr>
        <w:t>1:12:03  Maulana, agla sawal Bangalore se hai, Mr Javed Sahib</w:t>
      </w:r>
      <w:r>
        <w:br/>
      </w:r>
      <w:r>
        <w:rPr>
          <w:sz w:val="20"/>
        </w:rPr>
        <w:t>1:12:07  ka. unhon ne likha hai ke "Maulana Sahib, you often say that one should make one's spouse an intellectual companion.</w:t>
      </w:r>
      <w:r>
        <w:br/>
      </w:r>
      <w:r>
        <w:rPr>
          <w:sz w:val="20"/>
        </w:rPr>
        <w:t>1:12:16  Can you please elaborate how to do intellectual exchange? Should there be any particular subject to discuss with one partner?"</w:t>
      </w:r>
      <w:r>
        <w:br/>
      </w:r>
      <w:r>
        <w:rPr>
          <w:sz w:val="20"/>
        </w:rPr>
        <w:t>1:12:29  yeh koi professional sense mein nahin bolta hoon</w:t>
      </w:r>
      <w:r>
        <w:br/>
      </w:r>
      <w:r>
        <w:rPr>
          <w:sz w:val="20"/>
        </w:rPr>
        <w:t>1:12:32  . mein sirf yeh, yeh sab professional, yani professionalism yeh sab hota hai ke aap koi subject pick karte hain, is pe baat karte hain.</w:t>
      </w:r>
      <w:r>
        <w:br/>
      </w:r>
      <w:r>
        <w:rPr>
          <w:sz w:val="20"/>
        </w:rPr>
        <w:t>1:12:43  bas rozana subah shaam jo hum jee rahe hain, isi ko hum spiritual way mein is pe baat karein, deeni lihaz se karein, Khuda ko relate kar ke is par sochen, phir baat karein.</w:t>
      </w:r>
      <w:r>
        <w:br/>
      </w:r>
      <w:r>
        <w:rPr>
          <w:sz w:val="20"/>
        </w:rPr>
        <w:t>1:12:57  aik hai tafreeh ke liye baat karna, aik hai cheezon mein purpose dhoondna, cheezon mein meaning dhoondna, is ke lihaz se baat karna.</w:t>
      </w:r>
      <w:r>
        <w:br/>
      </w:r>
      <w:r>
        <w:rPr>
          <w:sz w:val="20"/>
        </w:rPr>
        <w:t>1:13:07  to yeh koi, yani koi technical tareeqa is ka nahin hai. yeh to aap ka mind, agar yani aap ka mind, agar aik trend mind hai to har cheez mein aap ko,</w:t>
      </w:r>
      <w:r>
        <w:br/>
      </w:r>
      <w:r>
        <w:rPr>
          <w:sz w:val="20"/>
        </w:rPr>
        <w:t>1:13:26  aap ka mind janna chahega ke is mein divine meaning kya hai, aur is ko le kar ke aap discuss karenge. yeh koi is ka laga bata tareeqa nahin hai.</w:t>
      </w:r>
    </w:p>
    <w:p>
      <w:pPr>
        <w:pStyle w:val="Heading2"/>
      </w:pPr>
      <w:r>
        <w:t>How to identify and overcome obsession</w:t>
      </w:r>
    </w:p>
    <w:p>
      <w:r>
        <w:rPr>
          <w:color w:val="666666"/>
          <w:sz w:val="18"/>
        </w:rPr>
        <w:t>Life &amp; Wisdom · Revival of Muslims March 08, 2015 · 1m 52s · at 54:12 · https://youtu.be/8ShFcr8YozI?t=3252</w:t>
      </w:r>
    </w:p>
    <w:p>
      <w:r>
        <w:rPr>
          <w:i/>
        </w:rPr>
        <w:t>“Maulana, you faced several situations in life and underwent interactions of different kinds. But in the case of a common man, how should he first identify his obsession and what should he do to come out of it?”</w:t>
      </w:r>
    </w:p>
    <w:p>
      <w:r>
        <w:rPr>
          <w:sz w:val="20"/>
        </w:rPr>
        <w:t>54:12  maulana, agla sawal professor fareeda khanum ne bheja hai dilli se aur unhon ne likha hai maulana, you faced several situations in life and underwent interactions of different kinds.</w:t>
      </w:r>
      <w:r>
        <w:br/>
      </w:r>
      <w:r>
        <w:rPr>
          <w:sz w:val="20"/>
        </w:rPr>
        <w:t>54:27  But in the case of a common man, how should he first identify his obsession and what should he do to come out of it?</w:t>
      </w:r>
      <w:r>
        <w:br/>
      </w:r>
      <w:r>
        <w:rPr>
          <w:sz w:val="20"/>
        </w:rPr>
        <w:t>54:38  bhai, woh dekhen, quran mein is ka jawab maujood hai ke falawla naf'in min kulli firqatin ta'fatun la tafawqufud deen quran mein yeh hai ayat ek ke sare log nahi aa sakte the,</w:t>
      </w:r>
      <w:r>
        <w:br/>
      </w:r>
      <w:r>
        <w:rPr>
          <w:sz w:val="20"/>
        </w:rPr>
        <w:t>54:54  kuch to log aate, yaani masjid nabwi mein rasool Allah se deen sunte, dekhte. to mera jaisa interest sab ka nahi ho sakta tha, lekin mera hua to bas seekho, meri kitabein parho.</w:t>
      </w:r>
      <w:r>
        <w:br/>
      </w:r>
      <w:r>
        <w:rPr>
          <w:sz w:val="20"/>
        </w:rPr>
        <w:t>55:08  yaani sab logon ke sath yeh hua nahi ke woh ja sakte ke woh europe jayen, america jayen, yahan jayen, wahan jayen. to jo ek shakhs gaya, us se seekho, yeh quran mein taleem di gayi hai.</w:t>
      </w:r>
      <w:r>
        <w:br/>
      </w:r>
      <w:r>
        <w:rPr>
          <w:sz w:val="20"/>
        </w:rPr>
        <w:t>55:24  woh ayat kis tarah se hai? fahad sahib</w:t>
      </w:r>
      <w:r>
        <w:br/>
      </w:r>
      <w:r>
        <w:rPr>
          <w:sz w:val="20"/>
        </w:rPr>
        <w:t>55:31  wa ma kana al mu'minuna li yanfiru kaffatan falawla naf'in min kulli firqatin minhum ta'fatun li yatafaqqahu fid deen</w:t>
      </w:r>
      <w:r>
        <w:br/>
      </w:r>
      <w:r>
        <w:rPr>
          <w:sz w:val="20"/>
        </w:rPr>
        <w:t>55:39  wa li yunziru qawmahum idha raja'u ilayhim la'allahum yahdharun surah at taubah ayat number 122. ke sab log nahi aa sakte the, kuch log aate hain.</w:t>
      </w:r>
      <w:r>
        <w:br/>
      </w:r>
      <w:r>
        <w:rPr>
          <w:sz w:val="20"/>
        </w:rPr>
        <w:t>55:50  to matlab yeh ek sulook hai ke hamesha hi aisa hoga ke sab par woh experience nahi guzrega, kuch par guzrega. to kuch jo hain, jo is se seekhen, un se sab ko naseehat lena chahiye.</w:t>
      </w:r>
    </w:p>
    <w:p>
      <w:pPr>
        <w:pStyle w:val="Heading2"/>
      </w:pPr>
      <w:r>
        <w:t>How to identify trivial issues and ignore them?</w:t>
      </w:r>
    </w:p>
    <w:p>
      <w:r>
        <w:rPr>
          <w:color w:val="666666"/>
          <w:sz w:val="18"/>
        </w:rPr>
        <w:t>Life &amp; Wisdom · The Importance of Wisdom November 4, 2012 · 3m 59s · at 54:02 · https://youtu.be/7e6FvqRSHic?t=3242</w:t>
      </w:r>
    </w:p>
    <w:p>
      <w:r>
        <w:rPr>
          <w:i/>
        </w:rPr>
        <w:t>“At the spur of the moment, one is not able to identify an issue as trivial and ends up reacting. How can we cultivate this ability to identify an issue as trivial and learn to ignore?”</w:t>
      </w:r>
    </w:p>
    <w:p>
      <w:r>
        <w:rPr>
          <w:sz w:val="20"/>
        </w:rPr>
        <w:t>54:02  maulana agla sawal dilli se hai miss raziya siddiqui ka unhone likha hai at the spur of the moment one is not able to identify an issue as trivial and ends up reacting how can we cultivate this ability to identify an issue as trivial and learn to ignore</w:t>
      </w:r>
      <w:r>
        <w:br/>
      </w:r>
      <w:r>
        <w:rPr>
          <w:sz w:val="20"/>
        </w:rPr>
        <w:t>54:29  dekhiye yeh sawal jo hai bohat aham hai lekin do halatein hain ek hai ke abhi masla bilkul naya paida hua ho abhi aap jante hi na hon ke is masle mein agar hum uljhein to kya result milega</w:t>
      </w:r>
      <w:r>
        <w:br/>
      </w:r>
      <w:r>
        <w:rPr>
          <w:sz w:val="20"/>
        </w:rPr>
        <w:t>54:48  tab to aap ke liye goya excuse hai lekin ek kaam aisa masla jo bar bar paida ho kar ke bar bar paida hua aur musalman is mein involve hue aur nateeja bhi samne aaya ulta nateeja ab kya jo excuse hai maslan yeh masla dekhiye rasool Allah ki shan mein gustakhi wala</w:t>
      </w:r>
      <w:r>
        <w:br/>
      </w:r>
      <w:r>
        <w:rPr>
          <w:sz w:val="20"/>
        </w:rPr>
        <w:t>55:12  ek bar nahi bar bar yeh masla paida hua aur is par logon ne hangame kiye yani aur peeche chale jaiye peeche chale jaiye aath sau saal pehle imam taybah ne kitab likhi al sarim al batur ala shatib al rasool kya is se masla khatam ho gaya jo gustakhi kare us ko maar dalo</w:t>
      </w:r>
      <w:r>
        <w:br/>
      </w:r>
      <w:r>
        <w:rPr>
          <w:sz w:val="20"/>
        </w:rPr>
        <w:t>55:39  to kya us waqt bhi hangame unhone bhi durust ek ek ek ek bheedhe ka aktha keti sultan ke paas le gaye the us ko us ke khilaf us waqt bheed uthi thi karne ke liye aath sau saal pehle ka yeh waqia hai ke us zamane mein ek christian ne kiya kiya woh pata nahi aaj tak kitab mein yeh likha hua nahi hai ke kiya kiya tha us ne</w:t>
      </w:r>
      <w:r>
        <w:br/>
      </w:r>
      <w:r>
        <w:rPr>
          <w:sz w:val="20"/>
        </w:rPr>
        <w:t>56:03  musalmanon ne kaha ke us ne gustakhi ki hai aur bheed khadi ki us ko aur kitab likhi gayi phir aur kai kitabein likhi gayi aur mazameen likhe gaye aaj tak gama jari hai mujhe bataiye ke kya khatam hua woh balkeh us waqt agar ek feesad tha to aaj hundred feesad hai us ke muqable mein aaj bohat zyada to jab bar bar yeh pata chal gaya ke is hangame se kuch milta nahi hai ulta hamari be</w:t>
      </w:r>
      <w:r>
        <w:br/>
      </w:r>
      <w:r>
        <w:rPr>
          <w:sz w:val="20"/>
        </w:rPr>
        <w:t>56:32  izati hoti hai to ab ab kya excuse kya hai ab kya excuse hai to dekhein us waqt jab ke abhi woh masla naya naya ho tab to excuse ho sakta hai lekin woh masla jab naya na rahe balkeh bar bar paida hua aur bar bar us ke khilaf khade hue musalman aur ulta nateeja nikalta raha ab to koi excuse nahi</w:t>
      </w:r>
      <w:r>
        <w:br/>
      </w:r>
      <w:r>
        <w:rPr>
          <w:sz w:val="20"/>
        </w:rPr>
        <w:t>56:58  isi liye hadith mein hai ke al momin la yuladugh min juhrin murtayn ek momin kisi bil se do bar nahi dasa jata is ka matlab yeh hai ke pehli bar to excuse hai ke hum ko pata nahi tha ke bil mein kya hai doosri bar ke liye koi excuse nahi is hadith ka matlab yahi hai ke ek bil hai is mein kya hai hamein pata nahi hai</w:t>
      </w:r>
      <w:r>
        <w:br/>
      </w:r>
      <w:r>
        <w:rPr>
          <w:sz w:val="20"/>
        </w:rPr>
        <w:t>57:26  ek bar hath mein daal diya us par lekin is mein saanp tha aur kaat liya us ne to dobara us bil mein hath dalne ka koi excuse nahi rehta to musalman do bar ka do hazar bar ka yahi kaam kar kar chuke hain to main samajhta hoon ke yeh sawal bilkul sahi hai lekin yeh sawal us waqt hai jab ke masla pehli bar paida hua ho</w:t>
      </w:r>
      <w:r>
        <w:br/>
      </w:r>
      <w:r>
        <w:rPr>
          <w:sz w:val="20"/>
        </w:rPr>
        <w:t>57:51  ab bar bar jab masla paida hua aur bar bar is ka result samne aaya tab koi excuse nahi hai</w:t>
      </w:r>
    </w:p>
    <w:p>
      <w:pPr>
        <w:pStyle w:val="Heading2"/>
      </w:pPr>
      <w:r>
        <w:t>How to identify weaknesses rationally</w:t>
      </w:r>
    </w:p>
    <w:p>
      <w:r>
        <w:rPr>
          <w:color w:val="666666"/>
          <w:sz w:val="18"/>
        </w:rPr>
        <w:t>Life &amp; Wisdom · Self Correction November 09, 2014 Maulana Wahiduddin Khan · 1m 27s · at 1:15:48 · https://youtu.be/PpwTmeCQkSQ?t=4548</w:t>
      </w:r>
    </w:p>
    <w:p>
      <w:r>
        <w:rPr>
          <w:i/>
        </w:rPr>
        <w:t>“To develop art of thinking, one must discover one's weakness. But to do this is not easy, as most of the time we feel we are on the right path. My question is, how can we rationally identify our weaknesses so that we can improve?”</w:t>
      </w:r>
    </w:p>
    <w:p>
      <w:r>
        <w:rPr>
          <w:sz w:val="20"/>
        </w:rPr>
        <w:t>1:15:48  maulana, agla sawal ludhiana se kiya hai fahad khan ne, aur unhon ne likha hai ke To develop</w:t>
      </w:r>
      <w:r>
        <w:br/>
      </w:r>
      <w:r>
        <w:rPr>
          <w:sz w:val="20"/>
        </w:rPr>
        <w:t>1:15:55  art of thinking, one must discover one's weakness.</w:t>
      </w:r>
      <w:r>
        <w:br/>
      </w:r>
      <w:r>
        <w:rPr>
          <w:sz w:val="20"/>
        </w:rPr>
        <w:t>1:16:02  But to do this is not easy, as most of the time we feel we are on the right path. My question is, how can we rationally identify our weaknesses so that we can improve?</w:t>
      </w:r>
      <w:r>
        <w:br/>
      </w:r>
      <w:r>
        <w:rPr>
          <w:sz w:val="20"/>
        </w:rPr>
        <w:t>1:16:18  bhai dekhiye, yeh muamla yaani apne ko jannati insan banane ka hai, yeh saada muamla nahi hai.</w:t>
      </w:r>
      <w:r>
        <w:br/>
      </w:r>
      <w:r>
        <w:rPr>
          <w:sz w:val="20"/>
        </w:rPr>
        <w:t>1:16:25  to jannat ke bare mein hadith mein aata hai ke bohat hi bari qeemat de kar mile gi.</w:t>
      </w:r>
      <w:r>
        <w:br/>
      </w:r>
      <w:r>
        <w:rPr>
          <w:sz w:val="20"/>
        </w:rPr>
        <w:t>1:16:32  to yeh to qeemat to deni pare gi, qeemat to deni pare gi.</w:t>
      </w:r>
      <w:r>
        <w:br/>
      </w:r>
      <w:r>
        <w:rPr>
          <w:sz w:val="20"/>
        </w:rPr>
        <w:t>1:16:39  ala inna silata allahi ghalia ke jannat bohat qeemti cheez hai, aur is ki bhari qeemat de kar</w:t>
      </w:r>
      <w:r>
        <w:br/>
      </w:r>
      <w:r>
        <w:rPr>
          <w:sz w:val="20"/>
        </w:rPr>
        <w:t>1:16:46  hi jannat mile gi.</w:t>
      </w:r>
      <w:r>
        <w:br/>
      </w:r>
      <w:r>
        <w:rPr>
          <w:sz w:val="20"/>
        </w:rPr>
        <w:t>1:16:54  to yeh sab karna pare ga hamein, ya to phir jannat ka khwab dekhna chhodna pare ga, ya</w:t>
      </w:r>
      <w:r>
        <w:br/>
      </w:r>
      <w:r>
        <w:rPr>
          <w:sz w:val="20"/>
        </w:rPr>
        <w:t>1:17:01  to jannat ka khwab na dekhiye, nahi to apni mercedes Self hammering kijiye.</w:t>
      </w:r>
      <w:r>
        <w:br/>
      </w:r>
      <w:r>
        <w:rPr>
          <w:sz w:val="20"/>
        </w:rPr>
        <w:t>1:17:08  yeh to karna hi pare ga.</w:t>
      </w:r>
    </w:p>
    <w:p>
      <w:pPr>
        <w:pStyle w:val="Heading2"/>
      </w:pPr>
      <w:r>
        <w:t>How to increase memory sharpness?</w:t>
      </w:r>
    </w:p>
    <w:p>
      <w:r>
        <w:rPr>
          <w:color w:val="666666"/>
          <w:sz w:val="18"/>
        </w:rPr>
        <w:t>Life &amp; Wisdom · Importance of Ijtihad December 21,2014 · 1m 56s · at 51:19 · https://youtu.be/6AgisKQ8V7s?t=3079</w:t>
      </w:r>
    </w:p>
    <w:p>
      <w:r>
        <w:rPr>
          <w:i/>
        </w:rPr>
        <w:t>“How can an ordinary person increase his memory or sharpness of memory? Please advise.”</w:t>
      </w:r>
    </w:p>
    <w:p>
      <w:r>
        <w:rPr>
          <w:sz w:val="20"/>
        </w:rPr>
        <w:t>51:19  maulana, unka ek aur sawal hai, unhone aap se poocha hai ke ek aam aadmi apni</w:t>
      </w:r>
      <w:r>
        <w:br/>
      </w:r>
      <w:r>
        <w:rPr>
          <w:sz w:val="20"/>
        </w:rPr>
        <w:t>51:25  yaaddasht yani sharpness of memory kis tarah badhaye? is ke liye advice dein.</w:t>
      </w:r>
      <w:r>
        <w:br/>
      </w:r>
      <w:r>
        <w:rPr>
          <w:sz w:val="20"/>
        </w:rPr>
        <w:t>51:31  kya zaroorat hai badhane ki? yeh zabaanein hain, book hai, yeh zabaanein hain, computer hai.</w:t>
      </w:r>
      <w:r>
        <w:br/>
      </w:r>
      <w:r>
        <w:rPr>
          <w:sz w:val="20"/>
        </w:rPr>
        <w:t>51:37  ab is ki, is ki, is ko door hi khatam ho gaya, woh zamana khatam ho gaya.</w:t>
      </w:r>
      <w:r>
        <w:br/>
      </w:r>
      <w:r>
        <w:rPr>
          <w:sz w:val="20"/>
        </w:rPr>
        <w:t>51:42  bhai, aap kitabon se aap maloomat hasil kijiye.</w:t>
      </w:r>
      <w:r>
        <w:br/>
      </w:r>
      <w:r>
        <w:rPr>
          <w:sz w:val="20"/>
        </w:rPr>
        <w:t>51:48  mein toh article rozana likhta hoon toh woh dharha dharhad isi mein sab maloomat nikal aati hain.</w:t>
      </w:r>
      <w:r>
        <w:br/>
      </w:r>
      <w:r>
        <w:rPr>
          <w:sz w:val="20"/>
        </w:rPr>
        <w:t>51:54  yaad karne ki kya zaroorat hai? yeh toh ek irrelevant question hai.</w:t>
      </w:r>
      <w:r>
        <w:br/>
      </w:r>
      <w:r>
        <w:rPr>
          <w:sz w:val="20"/>
        </w:rPr>
        <w:t>52:00  jaise aaj, aaj hi mein batata hoon aap ko, mein aaj hi mujhe Shah Allah par bolna tha</w:t>
      </w:r>
      <w:r>
        <w:br/>
      </w:r>
      <w:r>
        <w:rPr>
          <w:sz w:val="20"/>
        </w:rPr>
        <w:t>52:06  aur mujhe janna tha ke Shah Allah ka jo zamana hai, woh zamana aur Galileo ka, Copernicus ka</w:t>
      </w:r>
      <w:r>
        <w:br/>
      </w:r>
      <w:r>
        <w:rPr>
          <w:sz w:val="20"/>
        </w:rPr>
        <w:t>52:12  aur Napoleon ke zamane mein kya farq hai.</w:t>
      </w:r>
      <w:r>
        <w:br/>
      </w:r>
      <w:r>
        <w:rPr>
          <w:sz w:val="20"/>
        </w:rPr>
        <w:t>52:18  to within minute nikl aaya sab, pata chala ke woh shah allah ka zamana baad ka hai, un</w:t>
      </w:r>
      <w:r>
        <w:br/>
      </w:r>
      <w:r>
        <w:rPr>
          <w:sz w:val="20"/>
        </w:rPr>
        <w:t>52:23  ka zamana pehle ka hai.</w:t>
      </w:r>
      <w:r>
        <w:br/>
      </w:r>
      <w:r>
        <w:rPr>
          <w:sz w:val="20"/>
        </w:rPr>
        <w:t>52:29  to hamein kya zaroorat hai ke hum is ko memorize karein? technology is zamane mein memory ka badal</w:t>
      </w:r>
      <w:r>
        <w:br/>
      </w:r>
      <w:r>
        <w:rPr>
          <w:sz w:val="20"/>
        </w:rPr>
        <w:t>52:35  ban gayi hai, to aap ko is pareshani ki zaroorat hi kya hai? Maulana, agla ek comment aur</w:t>
      </w:r>
      <w:r>
        <w:br/>
      </w:r>
      <w:r>
        <w:rPr>
          <w:sz w:val="20"/>
        </w:rPr>
        <w:t>52:41  sawal aaya hai abdulrehman sahib ka j.n. news delhi se aur sab se pehle hum un ka</w:t>
      </w:r>
      <w:r>
        <w:br/>
      </w:r>
      <w:r>
        <w:rPr>
          <w:sz w:val="20"/>
        </w:rPr>
        <w:t>52:47  comment parhna chahenge.</w:t>
      </w:r>
      <w:r>
        <w:br/>
      </w:r>
      <w:r>
        <w:rPr>
          <w:sz w:val="20"/>
        </w:rPr>
        <w:t>52:53  unhon ne likha hai ke Maulana sahib, jazak allah, very inspiring speech with very clear narrative.</w:t>
      </w:r>
      <w:r>
        <w:br/>
      </w:r>
      <w:r>
        <w:rPr>
          <w:sz w:val="20"/>
        </w:rPr>
        <w:t>52:58  Your writings and speeches have made me strong both psychologically and ideologically.</w:t>
      </w:r>
      <w:r>
        <w:br/>
      </w:r>
      <w:r>
        <w:rPr>
          <w:sz w:val="20"/>
        </w:rPr>
        <w:t>53:04  May God bless you with long life and sound health.</w:t>
      </w:r>
      <w:r>
        <w:br/>
      </w:r>
      <w:r>
        <w:rPr>
          <w:sz w:val="20"/>
        </w:rPr>
        <w:t>53:10  Please also pray for me.</w:t>
      </w:r>
    </w:p>
    <w:p>
      <w:pPr>
        <w:pStyle w:val="Heading2"/>
      </w:pPr>
      <w:r>
        <w:t>How to increase self-determination and change personality</w:t>
      </w:r>
    </w:p>
    <w:p>
      <w:r>
        <w:rPr>
          <w:color w:val="666666"/>
          <w:sz w:val="18"/>
        </w:rPr>
        <w:t>Life &amp; Wisdom · Tawbah-e-Nasuh (Sincere Repentance) 16 Feb 2020 - Maulana Wahiduddin Khan · 1m 36s · at 34:59 · https://youtu.be/0CccKs-1Uu8?t=2099</w:t>
      </w:r>
    </w:p>
    <w:p>
      <w:r>
        <w:rPr>
          <w:i/>
        </w:rPr>
        <w:t>“How can I increase my self-determination? Is there a step by step process or is it possible with some dua? Please advise me so I can change my personality.”</w:t>
      </w:r>
    </w:p>
    <w:p>
      <w:r>
        <w:rPr>
          <w:sz w:val="20"/>
        </w:rPr>
        <w:t>34:59  Sherwani ki misal se aap ne bataya ke humein kis tarah apna tazkiya karna chahiye. Jazak Allah Maulana sahib." Maulana agla sawal Muradabad se bheja hai Abdul Aziz sahib ne.</w:t>
      </w:r>
      <w:r>
        <w:br/>
      </w:r>
      <w:r>
        <w:rPr>
          <w:sz w:val="20"/>
        </w:rPr>
        <w:t>35:15  Unhon ne likha hai: "Maulana how can I increase my self determination? Is there a step by step process or is it possible with some dua?</w:t>
      </w:r>
      <w:r>
        <w:br/>
      </w:r>
      <w:r>
        <w:rPr>
          <w:sz w:val="20"/>
        </w:rPr>
        <w:t>35:27  Please advise me so I can change my personality." Bhai yeh to dekhiye,</w:t>
      </w:r>
      <w:r>
        <w:br/>
      </w:r>
      <w:r>
        <w:rPr>
          <w:sz w:val="20"/>
        </w:rPr>
        <w:t>35:33  koi aap ko bata kar nahi bata nahi sakta. Aap ko khud apne andar ek self process jari karna hoga.</w:t>
      </w:r>
      <w:r>
        <w:br/>
      </w:r>
      <w:r>
        <w:rPr>
          <w:sz w:val="20"/>
        </w:rPr>
        <w:t>35:44  Self process. Aap khud sochiye ke ke aap</w:t>
      </w:r>
      <w:r>
        <w:br/>
      </w:r>
      <w:r>
        <w:rPr>
          <w:sz w:val="20"/>
        </w:rPr>
        <w:t>35:51  ki ghalti kya hai? Where I miss the bus. Jab aap apni ghalti ko khud daryaft karenge, tab us ko aap islaah kar payenge.</w:t>
      </w:r>
      <w:r>
        <w:br/>
      </w:r>
      <w:r>
        <w:rPr>
          <w:sz w:val="20"/>
        </w:rPr>
        <w:t>36:09  Kisi ke paas aap ka aap ke sawal ka jawab nahi hai. Siwaye is ke ke aap khud aisa karen. Ke khud dhoondhen apne andar.</w:t>
      </w:r>
      <w:r>
        <w:br/>
      </w:r>
      <w:r>
        <w:rPr>
          <w:sz w:val="20"/>
        </w:rPr>
        <w:t>36:24  Mera tajurba to yahi hai ke khud dhoondhna parta hai. Koi batane wala batane ke liye nahi ayega.</w:t>
      </w:r>
    </w:p>
    <w:p>
      <w:pPr>
        <w:pStyle w:val="Heading2"/>
      </w:pPr>
      <w:r>
        <w:t>How to increase wisdom for managing crises?</w:t>
      </w:r>
    </w:p>
    <w:p>
      <w:r>
        <w:rPr>
          <w:color w:val="666666"/>
          <w:sz w:val="18"/>
        </w:rPr>
        <w:t>Life &amp; Wisdom · Art of Crisis Management I 3 October, 2010 Maulana Wahiduddin Khan · 3m 05s · at 1:04:20 · https://youtu.be/mcJZ0YEOolk?t=3860</w:t>
      </w:r>
    </w:p>
    <w:p>
      <w:r>
        <w:rPr>
          <w:i/>
        </w:rPr>
        <w:t>“How can we increase our wisdom to manage any type of crisis?”</w:t>
      </w:r>
    </w:p>
    <w:p>
      <w:r>
        <w:rPr>
          <w:sz w:val="20"/>
        </w:rPr>
        <w:t>1:04:20  maulana, agla sawal kya hai? miss nuzhat bano ne, mauood, madhya pradesh se, unhon ne likha hai ke "how can we increase our wisdom to manage any type of crisis?" is ke bare mein aap batayen.</w:t>
      </w:r>
      <w:r>
        <w:br/>
      </w:r>
      <w:r>
        <w:rPr>
          <w:sz w:val="20"/>
        </w:rPr>
        <w:t>1:04:37  bahut aasan hai,</w:t>
      </w:r>
      <w:r>
        <w:br/>
      </w:r>
      <w:r>
        <w:rPr>
          <w:sz w:val="20"/>
        </w:rPr>
        <w:t>1:04:42  jab koi waqea pesh aaye to aap react na kijiye, sochiye, quran o hadees mein talash kijiye.</w:t>
      </w:r>
      <w:r>
        <w:br/>
      </w:r>
      <w:r>
        <w:rPr>
          <w:sz w:val="20"/>
        </w:rPr>
        <w:t>1:04:54  bahut hi aasan hai crisis ko manage karna. fail hote hain</w:t>
      </w:r>
      <w:r>
        <w:br/>
      </w:r>
      <w:r>
        <w:rPr>
          <w:sz w:val="20"/>
        </w:rPr>
        <w:t>1:04:59  log, kyun? foran react karne lagte hain. koi baat hui, khare ho gaye, jhanda le kar ke. yeh ghar mein hota hai, miyan biwi ke mamle mein ke koi baat hui, dhar se khare ho gaye.</w:t>
      </w:r>
      <w:r>
        <w:br/>
      </w:r>
      <w:r>
        <w:rPr>
          <w:sz w:val="20"/>
        </w:rPr>
        <w:t>1:05:13  yeh hota hai yeh desh ke andar.</w:t>
      </w:r>
      <w:r>
        <w:br/>
      </w:r>
      <w:r>
        <w:rPr>
          <w:sz w:val="20"/>
        </w:rPr>
        <w:t>1:05:19  jab koi aisi cheez pesh aaye, koi serious situation pesh aaye to aap chup ho kar ke sochiye, discuss kijiye, quran o hadees ko padhiye.</w:t>
      </w:r>
      <w:r>
        <w:br/>
      </w:r>
      <w:r>
        <w:rPr>
          <w:sz w:val="20"/>
        </w:rPr>
        <w:t>1:05:34  bas aap ko</w:t>
      </w:r>
      <w:r>
        <w:br/>
      </w:r>
      <w:r>
        <w:rPr>
          <w:sz w:val="20"/>
        </w:rPr>
        <w:t>1:05:36  rasta maloom ho jaye ga. main ne arz kiya na ke inaction bhi crisis ko manage kar leta hai. inaction jab chahen aap tajurba kar li jiye.</w:t>
      </w:r>
      <w:r>
        <w:br/>
      </w:r>
      <w:r>
        <w:rPr>
          <w:sz w:val="20"/>
        </w:rPr>
        <w:t>1:05:46  na karna bhi ek bahut bara karna hai. yaad rakhiye, na karna bhi ek bahut bara karna hai.</w:t>
      </w:r>
      <w:r>
        <w:br/>
      </w:r>
      <w:r>
        <w:rPr>
          <w:sz w:val="20"/>
        </w:rPr>
        <w:t>1:05:54  har family mein dekhiye, kabhi miyan biwi mein jhagda ho jata hai, kabhi ek rishtedar, doosre rishtedar ke darmiyan jhagda hota hai. hote rehte hain har jagah.</w:t>
      </w:r>
      <w:r>
        <w:br/>
      </w:r>
      <w:r>
        <w:rPr>
          <w:sz w:val="20"/>
        </w:rPr>
        <w:t>1:06:03  sirf aap yeh kijiye, kuch na kijiye, aur ek do din ke baad sab sab thanda ho jaye ga.</w:t>
      </w:r>
      <w:r>
        <w:br/>
      </w:r>
      <w:r>
        <w:rPr>
          <w:sz w:val="20"/>
        </w:rPr>
        <w:t>1:06:10  jab chahen kar ke dekh li jiye.</w:t>
      </w:r>
      <w:r>
        <w:br/>
      </w:r>
      <w:r>
        <w:rPr>
          <w:sz w:val="20"/>
        </w:rPr>
        <w:t>1:06:15  to agar aadmi aql na kaam kar rahi ho to itna to ho sakta hai na, kuch na kare. woh agar aap ki aql kaam karti hai, aap wise planning karne ki position mein hain to wise planning kijiye.</w:t>
      </w:r>
      <w:r>
        <w:br/>
      </w:r>
      <w:r>
        <w:rPr>
          <w:sz w:val="20"/>
        </w:rPr>
        <w:t>1:06:27  agar aap is ki position mein nahi hain to aap kuch na kijiye, sirf bas</w:t>
      </w:r>
      <w:r>
        <w:br/>
      </w:r>
      <w:r>
        <w:rPr>
          <w:sz w:val="20"/>
        </w:rPr>
        <w:t>1:06:31  kuch na kijiye, aur mamla khatam ho jaye ga.</w:t>
      </w:r>
      <w:r>
        <w:br/>
      </w:r>
      <w:r>
        <w:rPr>
          <w:sz w:val="20"/>
        </w:rPr>
        <w:t>1:06:39  na karna bhi karna hai, inaction bhi action hai. yani is se zyada aasan formula koi ho sakta hai?</w:t>
      </w:r>
      <w:r>
        <w:br/>
      </w:r>
      <w:r>
        <w:rPr>
          <w:sz w:val="20"/>
        </w:rPr>
        <w:t>1:06:49  yaad rakhiye, main aap ko itni bari misaal de di ke musalmanon ne tatariyon ki jab masjid dhai thi, kuch nahi kiya</w:t>
      </w:r>
      <w:r>
        <w:br/>
      </w:r>
      <w:r>
        <w:rPr>
          <w:sz w:val="20"/>
        </w:rPr>
        <w:t>1:06:59  to kitna bara is ka reward mila in ko? na karne ka reward</w:t>
      </w:r>
      <w:r>
        <w:br/>
      </w:r>
      <w:r>
        <w:rPr>
          <w:sz w:val="20"/>
        </w:rPr>
        <w:t>1:07:09  to crises ko manage karna bohat asan hai. ya to aap soch samajh kar ke jo jo jo wise rasta hai, us ko daryaft kijiye, us pe chaliye.</w:t>
      </w:r>
      <w:r>
        <w:br/>
      </w:r>
      <w:r>
        <w:rPr>
          <w:sz w:val="20"/>
        </w:rPr>
        <w:t>1:07:22  agar aap ka aql nahi hai to chup ho jaiye, bas</w:t>
      </w:r>
    </w:p>
    <w:p>
      <w:pPr>
        <w:pStyle w:val="Heading2"/>
      </w:pPr>
      <w:r>
        <w:t>How to know if thinking is correct</w:t>
      </w:r>
    </w:p>
    <w:p>
      <w:r>
        <w:rPr>
          <w:color w:val="666666"/>
          <w:sz w:val="18"/>
        </w:rPr>
        <w:t>Life &amp; Wisdom · From The Spiritual Tree August 8, 2010 · 12m 19s · at 1:12:39 · https://youtu.be/H6e9NOrqgHI?t=4359</w:t>
      </w:r>
    </w:p>
    <w:p>
      <w:r>
        <w:rPr>
          <w:i/>
        </w:rPr>
        <w:t>“Even when thinking, there will be correct thinking; how can one know if one's thinking is correct?”</w:t>
      </w:r>
    </w:p>
    <w:p>
      <w:r>
        <w:rPr>
          <w:sz w:val="20"/>
        </w:rPr>
        <w:t>1:12:39  "som ramzan". yeh mil gayi aap koi good word mein. maulana, agla sawal kya hai mr ameenuddin qazi ne delhi se.</w:t>
      </w:r>
      <w:r>
        <w:br/>
      </w:r>
      <w:r>
        <w:rPr>
          <w:sz w:val="20"/>
        </w:rPr>
        <w:t>1:12:49  unhone poocha hai ke "sochne par bhi sahi soch hogi, use kaise maloom kiya jaye?" kyunke sochne ka power iq ki wajah se alag alag hota hai.</w:t>
      </w:r>
      <w:r>
        <w:br/>
      </w:r>
      <w:r>
        <w:rPr>
          <w:sz w:val="20"/>
        </w:rPr>
        <w:t>1:13:05  pehla sawal power alag hota hai. yeh to mein samajhta hoon, yaani kya matlab alag power ka hona kya matlab hai? maulana, kyunke har ek ka, kyunke iq alag alag hai, to agar har insan soch raha hai, hona kya matlab?</w:t>
      </w:r>
      <w:r>
        <w:br/>
      </w:r>
      <w:r>
        <w:rPr>
          <w:sz w:val="20"/>
        </w:rPr>
        <w:t>1:13:15  kahan kis science se pata hai ke alag alag hai? humm, yeh to mein ne kaun si science sabit karti hai ke alag alag hai? jaise aap ne har har cheez mein, kya woh allah ne jo banayi cheezein hain, us mein aap ne mushahida jo aap jo karte hain, hamare jaise normal aadmi aisa sochne par bhi nahi kar paate hain.</w:t>
      </w:r>
      <w:r>
        <w:br/>
      </w:r>
      <w:r>
        <w:rPr>
          <w:sz w:val="20"/>
        </w:rPr>
        <w:t>1:13:35  to yeh iq alag alag mushahida dekhein, alag ki baat nahi hai, level ki baat hai. yeh nahi ke yeh alag alag humm iq ke level different hota hai, alag alag nahi hota hai.</w:t>
      </w:r>
      <w:r>
        <w:br/>
      </w:r>
      <w:r>
        <w:rPr>
          <w:sz w:val="20"/>
        </w:rPr>
        <w:t>1:13:48  humm, alag alag ka word sahi nahi hota. level maulana shayad sahi level hai ke matlab is tarah se matlab ah itminan nahi hota ya yaqeen nahi hota ke hum jo soch rahe hain woh sahi hai.</w:t>
      </w:r>
      <w:r>
        <w:br/>
      </w:r>
      <w:r>
        <w:rPr>
          <w:sz w:val="20"/>
        </w:rPr>
        <w:t>1:13:59  humm, kya</w:t>
      </w:r>
      <w:r>
        <w:br/>
      </w:r>
      <w:r>
        <w:rPr>
          <w:sz w:val="20"/>
        </w:rPr>
        <w:t>1:14:02  dekhein,</w:t>
      </w:r>
      <w:r>
        <w:br/>
      </w:r>
      <w:r>
        <w:rPr>
          <w:sz w:val="20"/>
        </w:rPr>
        <w:t>1:14:07  mein arz karunga is se pehle bhi keh chuka hoon mein ke</w:t>
      </w:r>
      <w:r>
        <w:br/>
      </w:r>
      <w:r>
        <w:rPr>
          <w:sz w:val="20"/>
        </w:rPr>
        <w:t>1:14:14  do, yaani do options hain. log aksar third option lete hain, is liye galtiyan phanse rehte hain confusion mein.</w:t>
      </w:r>
      <w:r>
        <w:br/>
      </w:r>
      <w:r>
        <w:rPr>
          <w:sz w:val="20"/>
        </w:rPr>
        <w:t>1:14:26  third option kabhi nahi lena chahiye. do option kya hain?</w:t>
      </w:r>
      <w:r>
        <w:br/>
      </w:r>
      <w:r>
        <w:rPr>
          <w:sz w:val="20"/>
        </w:rPr>
        <w:t>1:14:30  ek hai taqleed ka option, ek hai ijtihad ka option, yaani mujtahidana ilm aur muqallidana ilm. yahi do option hain.</w:t>
      </w:r>
      <w:r>
        <w:br/>
      </w:r>
      <w:r>
        <w:rPr>
          <w:sz w:val="20"/>
        </w:rPr>
        <w:t>1:14:39  dekhiye, third option nahi hai. taqleed kya hai? taqleed bohat hi positive word hai, koi negative word nahi hai.</w:t>
      </w:r>
      <w:r>
        <w:br/>
      </w:r>
      <w:r>
        <w:rPr>
          <w:sz w:val="20"/>
        </w:rPr>
        <w:t>1:14:48  woh ek aam aadmi jo job karta hai, business kar raha hai, bachchon mein rehta hai, woh to time bohat kam rehta hai us ke paas.</w:t>
      </w:r>
      <w:r>
        <w:br/>
      </w:r>
      <w:r>
        <w:rPr>
          <w:sz w:val="20"/>
        </w:rPr>
        <w:t>1:14:59  to use kya</w:t>
      </w:r>
      <w:r>
        <w:br/>
      </w:r>
      <w:r>
        <w:rPr>
          <w:sz w:val="20"/>
        </w:rPr>
        <w:t>1:15:00  karna chahiye? kisi aalim ka muqallid ban jaye. woh jis aalim par us ko bharosa ho, jo aalim bataye, us ke mutabiq kare, ya jo quran ka hadith ka tarjuma us ke apni zuban mein maujood hota hai, us ko parhe.</w:t>
      </w:r>
      <w:r>
        <w:br/>
      </w:r>
      <w:r>
        <w:rPr>
          <w:sz w:val="20"/>
        </w:rPr>
        <w:t>1:15:16  saada taur par jo maloom ho, us ko kare. yeh ek</w:t>
      </w:r>
      <w:r>
        <w:br/>
      </w:r>
      <w:r>
        <w:rPr>
          <w:sz w:val="20"/>
        </w:rPr>
        <w:t>1:15:21  tareeqa hai ke jis ke paas time kam hai, jis ke paas jo zyada mein is mein study mein nahi apne aap ko daal sakta hai, to woh aisa kare, muqallid ban jaye.</w:t>
      </w:r>
      <w:r>
        <w:br/>
      </w:r>
      <w:r>
        <w:rPr>
          <w:sz w:val="20"/>
        </w:rPr>
        <w:t>1:15:31  woh doosri cheez kya hai? aadmi chahta hai ke mujtahidana ilm us ko ho, to us ko phir time dena padega.</w:t>
      </w:r>
      <w:r>
        <w:br/>
      </w:r>
      <w:r>
        <w:rPr>
          <w:sz w:val="20"/>
        </w:rPr>
        <w:t>1:15:45  time deny ka mani hai ke aap ko 20 saal, 30 saal, 50 saal mutala karna paray ga,</w:t>
      </w:r>
      <w:r>
        <w:br/>
      </w:r>
      <w:r>
        <w:rPr>
          <w:sz w:val="20"/>
        </w:rPr>
        <w:t>1:15:51  tab ja kar ke woh batain khulain gi. log kya kartay hain? log yani time detay nahin hain aur chahtay hain ke mujtahidana ilm unhain hasil ho jaye.</w:t>
      </w:r>
      <w:r>
        <w:br/>
      </w:r>
      <w:r>
        <w:rPr>
          <w:sz w:val="20"/>
        </w:rPr>
        <w:t>1:16:01  that is third option.</w:t>
      </w:r>
      <w:r>
        <w:br/>
      </w:r>
      <w:r>
        <w:rPr>
          <w:sz w:val="20"/>
        </w:rPr>
        <w:t>1:16:05  woh woh kabhi woh feasible nahin hai. woh sahi, mein sab se kehta hoon ke dekho, aap ke liye third option mumkin nahin hai. ya to aap muqallid ban jai</w:t>
      </w:r>
      <w:r>
        <w:br/>
      </w:r>
      <w:r>
        <w:rPr>
          <w:sz w:val="20"/>
        </w:rPr>
        <w:t>1:16:16  ye, chup chap se koi jo aadmi kar raha hai, us ko us ko us par amal ki jiye bas, aur koi idhar udhar ke sawal mat kijiye. agar aap ko muqallid nahin banna hai to phir study kijiye, aap arabi zaban parhiye,</w:t>
      </w:r>
      <w:r>
        <w:br/>
      </w:r>
      <w:r>
        <w:rPr>
          <w:sz w:val="20"/>
        </w:rPr>
        <w:t>1:16:29  aap quran o hadith ko, sari tafseeron ko, hadithon ko, sari kitabon ko parhiye, aur 40 saal tak parhtay rahiye, parhtay rahiye, parhtay rahiye.</w:t>
      </w:r>
      <w:r>
        <w:br/>
      </w:r>
      <w:r>
        <w:rPr>
          <w:sz w:val="20"/>
        </w:rPr>
        <w:t>1:16:41  aik aik qissa mujhe yaad aya, angrezon ke zamanay mein aik nawab sahib wahan gaye, oxford gaye.</w:t>
      </w:r>
      <w:r>
        <w:br/>
      </w:r>
      <w:r>
        <w:rPr>
          <w:sz w:val="20"/>
        </w:rPr>
        <w:t>1:16:51  to oxford jo hai, university hai, wahan bohat bari purani. to is ke lawn kaha jata hai ke bohat achay lawn hain, is ke oxford ke lawn bohat achay hain.</w:t>
      </w:r>
      <w:r>
        <w:br/>
      </w:r>
      <w:r>
        <w:rPr>
          <w:sz w:val="20"/>
        </w:rPr>
        <w:t>1:17:02  to nawab sahib wahan gaye to unhon ne lawn dekha, bara acha laga un ko, bohat umda lawn.</w:t>
      </w:r>
      <w:r>
        <w:br/>
      </w:r>
      <w:r>
        <w:rPr>
          <w:sz w:val="20"/>
        </w:rPr>
        <w:t>1:17:10  to unhon ne kaha ke is ke mali ko bulaya, woh jo head tha mali ka wahan, aur kaha ke hum apni kothi mein aisi lawn chahtay hain india mein.</w:t>
      </w:r>
      <w:r>
        <w:br/>
      </w:r>
      <w:r>
        <w:rPr>
          <w:sz w:val="20"/>
        </w:rPr>
        <w:t>1:17:22  to mali ne kaha, "sir, bara bohat asan hai." to unhon ne kaha, "kese?" kaha ke "aap ke pas zameen to hogi, zameen ko level kijiye,</w:t>
      </w:r>
      <w:r>
        <w:br/>
      </w:r>
      <w:r>
        <w:rPr>
          <w:sz w:val="20"/>
        </w:rPr>
        <w:t>1:17:33  level kar ke is mein khad daliye, khad dal ke is mein pani daliye, pani dal ke is mein ghas lagaiye, phir us ko barabar kaatate rahiye, kaatate rahiye, kaatate rahiye, aur phir bar bar barabar ghas aur pani aur yeh sab detay rahiye, aur 500 saal tak aisay karte rahiye.</w:t>
      </w:r>
      <w:r>
        <w:br/>
      </w:r>
      <w:r>
        <w:rPr>
          <w:sz w:val="20"/>
        </w:rPr>
        <w:t>1:17:48  aap phir aisi lawn aap ki kothi mein ho jaye ga. matlab yeh jo oxford university hai, 500 saal mein bani hai, yeh is ka is ka jo lawn hai, woh aisa nahin ke 2 din mein tayyar ho gaya.</w:t>
      </w:r>
      <w:r>
        <w:br/>
      </w:r>
      <w:r>
        <w:rPr>
          <w:sz w:val="20"/>
        </w:rPr>
        <w:t>1:18:02  woh</w:t>
      </w:r>
      <w:r>
        <w:br/>
      </w:r>
      <w:r>
        <w:rPr>
          <w:sz w:val="20"/>
        </w:rPr>
        <w:t>1:18:04  500 saal tak is ki dekh rahe, koi usay kaata gaya, tarasha gaya, to itnay shandar lawn hain wahan par. to yeh mamla yahan bhi hai, ya to aadmi gehra mutala kare, usay time de.</w:t>
      </w:r>
      <w:r>
        <w:br/>
      </w:r>
      <w:r>
        <w:rPr>
          <w:sz w:val="20"/>
        </w:rPr>
        <w:t>1:18:18  mein ne gehra mutala kiya to mein, yani, yani bachon ko bhi chhod chhodna para. mujhe log kehtay hain ke yeh to pagal hain, bachon ka kya hoga?</w:t>
      </w:r>
      <w:r>
        <w:br/>
      </w:r>
      <w:r>
        <w:rPr>
          <w:sz w:val="20"/>
        </w:rPr>
        <w:t>1:18:27  baqayda mere rishtaydar yeh kehtay thay ke in ke bachon ka kya hoga?</w:t>
      </w:r>
      <w:r>
        <w:br/>
      </w:r>
      <w:r>
        <w:rPr>
          <w:sz w:val="20"/>
        </w:rPr>
        <w:t>1:18:35  aik martaba mein adam, mujhe ab tak yaad hai woh manzar ke mein kahin gaya hua tha, to jab wapas aya to hamari biwi theen, bachay hamare ho chukay thay us waqt.</w:t>
      </w:r>
      <w:r>
        <w:br/>
      </w:r>
      <w:r>
        <w:rPr>
          <w:sz w:val="20"/>
        </w:rPr>
        <w:t>1:18:44  to unhon ne kaha, "hum in ki aik saheli hua karti theen, ab saheli ka bhi intiqal ho gaya." to unhon ne kaha ke woh keh rahi theen ke "bhai, tumhare jo aadmi hain, matlab mein jo shohar tumhare hain, un ka kharcha un ke bhai uthatay hain,</w:t>
      </w:r>
      <w:r>
        <w:br/>
      </w:r>
      <w:r>
        <w:rPr>
          <w:sz w:val="20"/>
        </w:rPr>
        <w:t>1:19:00  tumhara kya hoga un ke baad? tumhare bachay kon paale</w:t>
      </w:r>
      <w:r>
        <w:br/>
      </w:r>
      <w:r>
        <w:rPr>
          <w:sz w:val="20"/>
        </w:rPr>
        <w:t>1:19:03  ga? kya kese chalay ga kaam tumhara?" to mein, mujhe yaad hai ab tak, mein khara tha aur un ko suna.</w:t>
      </w:r>
      <w:r>
        <w:br/>
      </w:r>
      <w:r>
        <w:rPr>
          <w:sz w:val="20"/>
        </w:rPr>
        <w:t>1:19:12  un ke baad kharay kharay mein ne jawab diya ke "un se keh do ke yeh kashti apne tamam sawaron samait bas Allah ke hawale hai." to mein ne, mein ne woh option liya, ijtihad wala option.</w:t>
      </w:r>
      <w:r>
        <w:br/>
      </w:r>
      <w:r>
        <w:rPr>
          <w:sz w:val="20"/>
        </w:rPr>
        <w:t>1:19:26  mein keh sakta hoon ke mera, mera yeh poora mission ijtihad pe chal raha hai, taqleed par nahin chal raha hai. yeh</w:t>
      </w:r>
      <w:r>
        <w:br/>
      </w:r>
      <w:r>
        <w:rPr>
          <w:sz w:val="20"/>
        </w:rPr>
        <w:t>1:19:32  to mein ne is ki price di hai ke mein yeh kehta hoon ke mera mission ijtihad par chal raha hai. to mein ne us ko price di hai,</w:t>
      </w:r>
      <w:r>
        <w:br/>
      </w:r>
      <w:r>
        <w:rPr>
          <w:sz w:val="20"/>
        </w:rPr>
        <w:t>1:19:40  sari zindagi parha hai, parha hai, parha hai, parha hai, parha hai. ab log price dilana chahtay hain aur chahtay hain ke mujtahid ban jayen, tere din pass huay.</w:t>
      </w:r>
      <w:r>
        <w:br/>
      </w:r>
      <w:r>
        <w:rPr>
          <w:sz w:val="20"/>
        </w:rPr>
        <w:t>1:19:50  to mein arz karunga ke logon ko chahiye ke aap to muqallid banen, aur muqallid banne par raazi nahi hain to phir phir ijtihad ki prize dein is ki. prize mein ne is tarah padhaya hai ke ek zamane mein mein dar-ul-uloom padhta tha to marks ne is tarah padha tha.</w:t>
      </w:r>
      <w:r>
        <w:br/>
      </w:r>
      <w:r>
        <w:rPr>
          <w:sz w:val="20"/>
        </w:rPr>
        <w:t>1:20:06  marks ne mujhe ek hi aadmi maloom hai, mere tareeqe se.</w:t>
      </w:r>
      <w:r>
        <w:br/>
      </w:r>
      <w:r>
        <w:rPr>
          <w:sz w:val="20"/>
        </w:rPr>
        <w:t>1:20:10  marks jo hai, berlin ki university mein subah ko jata tha, jab darwaze khulte the is ke, matlab library ke. is ke baad jab band hota tha, tab wo nikalta tha.</w:t>
      </w:r>
      <w:r>
        <w:br/>
      </w:r>
      <w:r>
        <w:rPr>
          <w:sz w:val="20"/>
        </w:rPr>
        <w:t>1:20:20  wahan</w:t>
      </w:r>
      <w:r>
        <w:br/>
      </w:r>
      <w:r>
        <w:rPr>
          <w:sz w:val="20"/>
        </w:rPr>
        <w:t>1:20:23  aise hi mani kya hai ke dar-ul-uloom rafeen ka jab darwaza khulta tha library ka to wo pehla shakhs hota tha, hamara dakhil hone wala. jab band ho raha tha, hota tha to mein aakhri shakhs hota tha, nikalne wala.</w:t>
      </w:r>
      <w:r>
        <w:br/>
      </w:r>
      <w:r>
        <w:rPr>
          <w:sz w:val="20"/>
        </w:rPr>
        <w:t>1:20:35  to mein yeh keh sakta hoon ke mera mission ijtihad par khada hua hai, lekin jo aadmi yeh sab nahi kare to muqallid banna padega.</w:t>
      </w:r>
      <w:r>
        <w:br/>
      </w:r>
      <w:r>
        <w:rPr>
          <w:sz w:val="20"/>
        </w:rPr>
        <w:t>1:20:43  isko wo ijtihad mein nahi ja sakte, ho sakta hai wo third option nahi le sakte. aap is duniya mein third option possible hai. doosra sawal lete hain.</w:t>
      </w:r>
      <w:r>
        <w:br/>
      </w:r>
      <w:r>
        <w:rPr>
          <w:sz w:val="20"/>
        </w:rPr>
        <w:t>1:20:52  maulana, yeh poocha hai maulana zikwan nadvi ne dilli se, unhon ne likha hai ke "what is the importance of reading seerah of the prophet of islam and his companions life for a da'i?</w:t>
      </w:r>
      <w:r>
        <w:br/>
      </w:r>
      <w:r>
        <w:rPr>
          <w:sz w:val="20"/>
        </w:rPr>
        <w:t>1:21:08  which books you will recommend in this regard?"</w:t>
      </w:r>
      <w:r>
        <w:br/>
      </w:r>
      <w:r>
        <w:rPr>
          <w:sz w:val="20"/>
        </w:rPr>
        <w:t>1:21:13  dekhen, islam mein aisa hai ke ek hai, yani ek hai is ki theory, ek hai is ki practice.</w:t>
      </w:r>
      <w:r>
        <w:br/>
      </w:r>
      <w:r>
        <w:rPr>
          <w:sz w:val="20"/>
        </w:rPr>
        <w:t>1:21:26  to agar aap ko yeh janna ho ke islam ki ideology kya hai, islam ke nazariyat kya hain, islam ke basic principles kya hain, to aap quran ko padhen.</w:t>
      </w:r>
      <w:r>
        <w:br/>
      </w:r>
      <w:r>
        <w:rPr>
          <w:sz w:val="20"/>
        </w:rPr>
        <w:t>1:21:38  jitne bhi basic principles hain, wo poore ke poore islam quran mein mil jayenge aap ko. lekin jab sawal aata hai ke kaise practice kiya jaye, to rasool allah ne farmaya tha ke "sallu kama ra'aytani salli".</w:t>
      </w:r>
      <w:r>
        <w:br/>
      </w:r>
      <w:r>
        <w:rPr>
          <w:sz w:val="20"/>
        </w:rPr>
        <w:t>1:21:59  namaz padho is tarah jis tarah se mein namaz padhta hoon, mujh ko dekh kar ke. to yeh mani ke islam mein rasool allah model hain,</w:t>
      </w:r>
      <w:r>
        <w:br/>
      </w:r>
      <w:r>
        <w:rPr>
          <w:sz w:val="20"/>
        </w:rPr>
        <w:t>1:22:07  yani quran jo hai, wo islam ki ideology batata hai, rasool allah model hain. rasool allah ko dekh kar ke hum jante hain, jaan paate hain ke islam par kaise chala jaye.</w:t>
      </w:r>
      <w:r>
        <w:br/>
      </w:r>
      <w:r>
        <w:rPr>
          <w:sz w:val="20"/>
        </w:rPr>
        <w:t>1:22:21  aur isi tareeqe se sahaba model hain, kyunke sahaba ne direct taur par rasool allah seekha, direct taur par.</w:t>
      </w:r>
      <w:r>
        <w:br/>
      </w:r>
      <w:r>
        <w:rPr>
          <w:sz w:val="20"/>
        </w:rPr>
        <w:t>1:22:30  to asal model to rasool allah hue, asal model hai, lekin tawan, tawan matlab te se tawan, sahaba model hain.</w:t>
      </w:r>
      <w:r>
        <w:br/>
      </w:r>
      <w:r>
        <w:rPr>
          <w:sz w:val="20"/>
        </w:rPr>
        <w:t>1:22:41  is ke baad koi model nahi, is ke baad koi model nahi hai. asal model rasool allah hue, aur aur un ke, yani un ke direct taur par un se tarbiyat lene ki bina par sahaba model hue.</w:t>
      </w:r>
      <w:r>
        <w:br/>
      </w:r>
      <w:r>
        <w:rPr>
          <w:sz w:val="20"/>
        </w:rPr>
        <w:t>1:23:00  yeh to usooli baat hui. ab mein yeh kahunga ke jis ko in baaton ko janna hai, to pehle to wo quran ko padhe, arabi nahi janta to tarjuma padhe.</w:t>
      </w:r>
      <w:r>
        <w:br/>
      </w:r>
      <w:r>
        <w:rPr>
          <w:sz w:val="20"/>
        </w:rPr>
        <w:t>1:23:13  to seerah par jo kitaben hain, seerah par hazaron kitaben likhi gayi hain, hazaron kitaben likhi gayi hain. lekin agar kisi ek kitab ko mein recommend karun to mein kahunga ke wo seerah ibn kathir.</w:t>
      </w:r>
      <w:r>
        <w:br/>
      </w:r>
      <w:r>
        <w:rPr>
          <w:sz w:val="20"/>
        </w:rPr>
        <w:t>1:23:25  seerah ibn kathir jo hai, urdu mein bhi hai aur is ke tarjume bhi chhap chuke hain mukhtalif zubanon mein. to ek kitab agar mauqa hai aadmi ko padhne ka sirf to seerah ibn kathir padhen.</w:t>
      </w:r>
      <w:r>
        <w:br/>
      </w:r>
      <w:r>
        <w:rPr>
          <w:sz w:val="20"/>
        </w:rPr>
        <w:t>1:23:37  wo jo mere paas wo arabi mein hai, ghaliban char juldon mein hai. wo to aslan wo al-bidaya wa al-nihaya jo un ki bahut badi kitab hai, us ka hissa hai.</w:t>
      </w:r>
      <w:r>
        <w:br/>
      </w:r>
      <w:r>
        <w:rPr>
          <w:sz w:val="20"/>
        </w:rPr>
        <w:t>1:23:49  wo yani ibn kathir bahut bade aalim the, unhon ne islam ki tareekh likhi hai. is tareekh ka ek hissa wo hai jo rasool allah se mutalliq hai, us ko alag kar ke chhap diya gaya hai, isi ka naam hai seerah ibn kathir.</w:t>
      </w:r>
      <w:r>
        <w:br/>
      </w:r>
      <w:r>
        <w:rPr>
          <w:sz w:val="20"/>
        </w:rPr>
        <w:t>1:24:05  sahaba ke bare mein jahan tak hai, bahut sari kitaben likhi gayi hain, bahut sari kitaben, lekin mere khayal se best kitab jo hai, wo maulana yusuf sahib ki hai, jis ka naam hai hayat al-sahaba.</w:t>
      </w:r>
      <w:r>
        <w:br/>
      </w:r>
      <w:r>
        <w:rPr>
          <w:sz w:val="20"/>
        </w:rPr>
        <w:t>1:24:17  yeh kitab bhi dekhen, arabi mein bhi hai, is ke tarjume bhi chhap chuke hain. to mein yeh kahunga ke jis ko ke mauqa ho to poori library padh sakta hai wo, lekin jis ko mauqa na ho to itna padhe wo</w:t>
      </w:r>
      <w:r>
        <w:br/>
      </w:r>
      <w:r>
        <w:rPr>
          <w:sz w:val="20"/>
        </w:rPr>
        <w:t>1:24:32  , yani quran ko padhe aur seerah ibn kathir ko padhe. hadithon ke liye wo mishkat ko padhe, mishkat al-masabih ko padhe, wo bhi tarjume maujood hain is ke.</w:t>
      </w:r>
      <w:r>
        <w:br/>
      </w:r>
      <w:r>
        <w:rPr>
          <w:sz w:val="20"/>
        </w:rPr>
        <w:t>1:24:43  aur phir sahaba ke liye woh hayat us sahaba ko parhe, phir us ko islam ki poori tasweer samne aa jaye gi, poori tasweer is ke samne aa jaye gi, nazri bhi, amli bhi.</w:t>
      </w:r>
    </w:p>
    <w:p>
      <w:pPr>
        <w:pStyle w:val="Heading2"/>
      </w:pPr>
      <w:r>
        <w:t>How to lead a peaceful life</w:t>
      </w:r>
    </w:p>
    <w:p>
      <w:r>
        <w:rPr>
          <w:color w:val="666666"/>
          <w:sz w:val="18"/>
        </w:rPr>
        <w:t>Life &amp; Wisdom · The Problem of Conditioning April 22, 2012 · 1m 49s · at 1:13:27 · https://youtu.be/j-kJQzOz46g?t=4407</w:t>
      </w:r>
    </w:p>
    <w:p>
      <w:r>
        <w:rPr>
          <w:i/>
        </w:rPr>
        <w:t>“Please advise me how I can lead a life peacefully.”</w:t>
      </w:r>
    </w:p>
    <w:p>
      <w:r>
        <w:rPr>
          <w:sz w:val="20"/>
        </w:rPr>
        <w:t>1:13:27  Maulana, Delhi se Mr Bhaskar Rao ne sawal kiya hai. unhone likha hai: "Please advise me how I can lead a life peacefully." Dekhiye,</w:t>
      </w:r>
      <w:r>
        <w:br/>
      </w:r>
      <w:r>
        <w:rPr>
          <w:sz w:val="20"/>
        </w:rPr>
        <w:t>1:13:41  peaceful life ka raaz har ek ke liye ek hi hai, har ek ke liye. woh kya hai? Unpleasant situation ko ignore karna, avoid karna.</w:t>
      </w:r>
      <w:r>
        <w:br/>
      </w:r>
      <w:r>
        <w:rPr>
          <w:sz w:val="20"/>
        </w:rPr>
        <w:t>1:13:53  kyun ke dekhiye, chahe koi bhi ho, ghareeb ho, ameer ho, parha likha ho, jahil ho, India ka aadmi ho, America ka aadmi ho, yeh bilkul law of nature hai ke tarah tarah ke is ko unpleasant situation pesh ayegi.</w:t>
      </w:r>
      <w:r>
        <w:br/>
      </w:r>
      <w:r>
        <w:rPr>
          <w:sz w:val="20"/>
        </w:rPr>
        <w:t>1:14:11  woh hoga hi hogi, lazman. Woh Obama ke saath bhi hota hai, woh Dr. Marmon Shah Singh ke saath bhi hota hai, hamare aap ke saath bhi hoga.</w:t>
      </w:r>
      <w:r>
        <w:br/>
      </w:r>
      <w:r>
        <w:rPr>
          <w:sz w:val="20"/>
        </w:rPr>
        <w:t>1:14:21  to</w:t>
      </w:r>
      <w:r>
        <w:br/>
      </w:r>
      <w:r>
        <w:rPr>
          <w:sz w:val="20"/>
        </w:rPr>
        <w:t>1:14:22  is unpleasant situation ko ignore karna, is ko avoid karna, is ko adjust karna, is ko manage karna. You have to learn the art of management.</w:t>
      </w:r>
      <w:r>
        <w:br/>
      </w:r>
      <w:r>
        <w:rPr>
          <w:sz w:val="20"/>
        </w:rPr>
        <w:t>1:14:35  to yeh bilkul mumkin nahi hai ke aise halaat ho jayein aap ke liye ke bilkul normal ho, kuch aap ke khilaaf na ho.</w:t>
      </w:r>
      <w:r>
        <w:br/>
      </w:r>
      <w:r>
        <w:rPr>
          <w:sz w:val="20"/>
        </w:rPr>
        <w:t>1:14:43  baat koi aisa ho hi nahi sakta hai.</w:t>
      </w:r>
      <w:r>
        <w:br/>
      </w:r>
      <w:r>
        <w:rPr>
          <w:sz w:val="20"/>
        </w:rPr>
        <w:t>1:14:47  to jo aadmi peace chahta ho, to is ko yahi price deni padegi</w:t>
      </w:r>
      <w:r>
        <w:br/>
      </w:r>
      <w:r>
        <w:rPr>
          <w:sz w:val="20"/>
        </w:rPr>
        <w:t>1:14:56  ke khilaaf peace halaat mein peaceful rehna. Khilaaf peace halaat mein peaceful rehne ka raaz daryaft karna bas yahi hai.</w:t>
      </w:r>
      <w:r>
        <w:br/>
      </w:r>
      <w:r>
        <w:rPr>
          <w:sz w:val="20"/>
        </w:rPr>
        <w:t>1:15:10  peaceful zindagi hasil karne ka raaz.</w:t>
      </w:r>
    </w:p>
    <w:p>
      <w:pPr>
        <w:pStyle w:val="Heading2"/>
      </w:pPr>
      <w:r>
        <w:t>How to maintain positivity in face of problems?</w:t>
      </w:r>
    </w:p>
    <w:p>
      <w:r>
        <w:rPr>
          <w:color w:val="666666"/>
          <w:sz w:val="18"/>
        </w:rPr>
        <w:t>Life &amp; Wisdom · Importance of Creative Thinking December 11, 2011 · 1m 06s · at 1:09:07 · https://youtu.be/jfML9Arb0S4?t=4147</w:t>
      </w:r>
    </w:p>
    <w:p>
      <w:r>
        <w:rPr>
          <w:i/>
        </w:rPr>
        <w:t>“I realize problems need to be taken as challenges, but at many times we are not able to maintain our positivity. What to do? Kindly guide.”</w:t>
      </w:r>
    </w:p>
    <w:p>
      <w:r>
        <w:rPr>
          <w:sz w:val="20"/>
        </w:rPr>
        <w:t>1:09:07  maulana, agla sawal aaya hai miss naghma siddiqui ka dilli se.</w:t>
      </w:r>
      <w:r>
        <w:br/>
      </w:r>
      <w:r>
        <w:rPr>
          <w:sz w:val="20"/>
        </w:rPr>
        <w:t>1:09:12  unho ne likha hai: "i realize problems need to be taken as challenges, but at many times we are not able to maintain our positivity.</w:t>
      </w:r>
      <w:r>
        <w:br/>
      </w:r>
      <w:r>
        <w:rPr>
          <w:sz w:val="20"/>
        </w:rPr>
        <w:t>1:09:23  what to do? kindly guide." bhai, yahi to test hai ke dunya mein yahi to test hai ke hum apni positivity ko maintain kar saken.</w:t>
      </w:r>
      <w:r>
        <w:br/>
      </w:r>
      <w:r>
        <w:rPr>
          <w:sz w:val="20"/>
        </w:rPr>
        <w:t>1:09:39  yeh to karna hi karna hai.</w:t>
      </w:r>
      <w:r>
        <w:br/>
      </w:r>
      <w:r>
        <w:rPr>
          <w:sz w:val="20"/>
        </w:rPr>
        <w:t>1:09:42  apni health ko jis aadmi maintain karta hai, har aadmi jo hai health conscious ho gaya hai. apni health ko maintain karne ke liye kya kya karta hai, woh kuch to aisi intellectual health ka mamla bhi hai.</w:t>
      </w:r>
      <w:r>
        <w:br/>
      </w:r>
      <w:r>
        <w:rPr>
          <w:sz w:val="20"/>
        </w:rPr>
        <w:t>1:09:54  yani physical health ko acha banane ke liye jis tarah se log bohat care karte hain, bohat zyada planning karte hain, wahi intellectual health ke liye bhi karna parega hum ko.</w:t>
      </w:r>
      <w:r>
        <w:br/>
      </w:r>
      <w:r>
        <w:rPr>
          <w:sz w:val="20"/>
        </w:rPr>
        <w:t>1:10:07  is mein koi doosra yani koi aur cheez possible nahi hai.</w:t>
      </w:r>
    </w:p>
    <w:p>
      <w:pPr>
        <w:pStyle w:val="Heading2"/>
      </w:pPr>
      <w:r>
        <w:t>How to manage unlimited human desires</w:t>
      </w:r>
    </w:p>
    <w:p>
      <w:r>
        <w:rPr>
          <w:color w:val="666666"/>
          <w:sz w:val="18"/>
        </w:rPr>
        <w:t>Life &amp; Wisdom · The Road to Paradise December 11, 2016 · 4m 13s · at 1:21:59 · https://youtu.be/iW2QmcY1_yU?t=4919</w:t>
      </w:r>
    </w:p>
    <w:p>
      <w:r>
        <w:rPr>
          <w:i/>
        </w:rPr>
        <w:t>“How can we manage our unlimited desire?”</w:t>
      </w:r>
    </w:p>
    <w:p>
      <w:r>
        <w:rPr>
          <w:sz w:val="20"/>
        </w:rPr>
        <w:t>1:21:59  Maulana, agla sawal Dhampur se Mahtab Ahmed sahib ne kiya hai.</w:t>
      </w:r>
      <w:r>
        <w:br/>
      </w:r>
      <w:r>
        <w:rPr>
          <w:sz w:val="20"/>
        </w:rPr>
        <w:t>1:22:05  Unhon ne aap se poocha hai ke Maulana sahib how can we manage our unlimited desire bohat aasan hai.</w:t>
      </w:r>
      <w:r>
        <w:br/>
      </w:r>
      <w:r>
        <w:rPr>
          <w:sz w:val="20"/>
        </w:rPr>
        <w:t>1:22:11  Apne tajrube se seekhein, apne tajrube se seekhein ke unlimited desire aap ke haan is se milta kya</w:t>
      </w:r>
      <w:r>
        <w:br/>
      </w:r>
      <w:r>
        <w:rPr>
          <w:sz w:val="20"/>
        </w:rPr>
        <w:t>1:22:18  hai? Aap ko milta kya hai? Roz aise log barhte hain jo apne bare bare ghar banate hain.</w:t>
      </w:r>
      <w:r>
        <w:br/>
      </w:r>
      <w:r>
        <w:rPr>
          <w:sz w:val="20"/>
        </w:rPr>
        <w:t>1:22:24  Abhi, abhi mein ne dekha woh jo Spain aata hai, America se ek parcha to us mein Spain</w:t>
      </w:r>
      <w:r>
        <w:br/>
      </w:r>
      <w:r>
        <w:rPr>
          <w:sz w:val="20"/>
        </w:rPr>
        <w:t>1:22:30  mein nikalta hai kai language mein.</w:t>
      </w:r>
      <w:r>
        <w:br/>
      </w:r>
      <w:r>
        <w:rPr>
          <w:sz w:val="20"/>
        </w:rPr>
        <w:t>1:22:36  Ameriki parcha to us mein bohat sare shandar ghar ki tasveerein theen.</w:t>
      </w:r>
      <w:r>
        <w:br/>
      </w:r>
      <w:r>
        <w:rPr>
          <w:sz w:val="20"/>
        </w:rPr>
        <w:t>1:22:43  Mehal, ghar ka mehal tha, us mein likha hua tha palace presidential palace to America mein jo sadar</w:t>
      </w:r>
      <w:r>
        <w:br/>
      </w:r>
      <w:r>
        <w:rPr>
          <w:sz w:val="20"/>
        </w:rPr>
        <w:t>1:22:49  hota hai, to har sadar ek mehal banata hai.</w:t>
      </w:r>
      <w:r>
        <w:br/>
      </w:r>
      <w:r>
        <w:rPr>
          <w:sz w:val="20"/>
        </w:rPr>
        <w:t>1:22:55  Ek area hai America mein, bohat hi shandar area hai.</w:t>
      </w:r>
      <w:r>
        <w:br/>
      </w:r>
      <w:r>
        <w:rPr>
          <w:sz w:val="20"/>
        </w:rPr>
        <w:t>1:23:01  To har sadar ka wahan mehal hai, lekin koi sadar is mehal mein reh nahi saka.</w:t>
      </w:r>
      <w:r>
        <w:br/>
      </w:r>
      <w:r>
        <w:rPr>
          <w:sz w:val="20"/>
        </w:rPr>
        <w:t>1:23:08  Bana diya hai, bas rehta hai white house mein, marta hai hospital mein.</w:t>
      </w:r>
      <w:r>
        <w:br/>
      </w:r>
      <w:r>
        <w:rPr>
          <w:sz w:val="20"/>
        </w:rPr>
        <w:t>1:23:14  Yaani zindagi bhar is ki ambitions hoti hain ke mere paas ek shandar ghar ho, woh bana dalta</w:t>
      </w:r>
      <w:r>
        <w:br/>
      </w:r>
      <w:r>
        <w:rPr>
          <w:sz w:val="20"/>
        </w:rPr>
        <w:t>1:23:20  hai woh ghar.</w:t>
      </w:r>
      <w:r>
        <w:br/>
      </w:r>
      <w:r>
        <w:rPr>
          <w:sz w:val="20"/>
        </w:rPr>
        <w:t>1:23:26  lekin hota kya hai? rehta hai white house mein, marta hai hospital mein.</w:t>
      </w:r>
      <w:r>
        <w:br/>
      </w:r>
      <w:r>
        <w:rPr>
          <w:sz w:val="20"/>
        </w:rPr>
        <w:t>1:23:33  to faida kya hai? is tajrube se seekhiye ke jab hum desire ko fulfill nahi kar sakte to</w:t>
      </w:r>
      <w:r>
        <w:br/>
      </w:r>
      <w:r>
        <w:rPr>
          <w:sz w:val="20"/>
        </w:rPr>
        <w:t>1:23:39  is mein dorne se faida kya hai? is ke phir jab hum desire ko fulfill nahi kar sakte</w:t>
      </w:r>
      <w:r>
        <w:br/>
      </w:r>
      <w:r>
        <w:rPr>
          <w:sz w:val="20"/>
        </w:rPr>
        <w:t>1:23:45  to is mein dorne se kya faida hai? to content jis ko kehte hain qana'at, content best policy hai. hai!</w:t>
      </w:r>
      <w:r>
        <w:br/>
      </w:r>
      <w:r>
        <w:rPr>
          <w:sz w:val="20"/>
        </w:rPr>
        <w:t>1:23:52  mein ne apni zindagi mein bohat se shandar ghar dekhe hain.</w:t>
      </w:r>
      <w:r>
        <w:br/>
      </w:r>
      <w:r>
        <w:rPr>
          <w:sz w:val="20"/>
        </w:rPr>
        <w:t>1:23:58  sab se bare ghar dekha mein ne Adam World mein.</w:t>
      </w:r>
      <w:r>
        <w:br/>
      </w:r>
      <w:r>
        <w:rPr>
          <w:sz w:val="20"/>
        </w:rPr>
        <w:t>1:24:04  Raja ek the wahan par, Raja Harkal.</w:t>
      </w:r>
      <w:r>
        <w:br/>
      </w:r>
      <w:r>
        <w:rPr>
          <w:sz w:val="20"/>
        </w:rPr>
        <w:t>1:24:10  bohat zabardast kothiyan banai theen unhon ne.</w:t>
      </w:r>
      <w:r>
        <w:br/>
      </w:r>
      <w:r>
        <w:rPr>
          <w:sz w:val="20"/>
        </w:rPr>
        <w:t>1:24:16  lekin kya hua? idhar ghar ban kar tayyar hue, idhar bhar gaye.</w:t>
      </w:r>
      <w:r>
        <w:br/>
      </w:r>
      <w:r>
        <w:rPr>
          <w:sz w:val="20"/>
        </w:rPr>
        <w:t>1:24:23  wo reh nahi sake.</w:t>
      </w:r>
      <w:r>
        <w:br/>
      </w:r>
      <w:r>
        <w:rPr>
          <w:sz w:val="20"/>
        </w:rPr>
        <w:t>1:24:29  aise bohat si shandar kothiyan dekhein mein ne, mahal dekhe jis mein koi banane wala reh nahi saka.</w:t>
      </w:r>
      <w:r>
        <w:br/>
      </w:r>
      <w:r>
        <w:rPr>
          <w:sz w:val="20"/>
        </w:rPr>
        <w:t>1:24:35  to sawal yeh hai ke apne experience se seekhna chahiye aadmi ko ke jo daulat ka pahaar mere</w:t>
      </w:r>
      <w:r>
        <w:br/>
      </w:r>
      <w:r>
        <w:rPr>
          <w:sz w:val="20"/>
        </w:rPr>
        <w:t>1:24:41  kaam na aaye, jo mahal mere kaam na aaye, jo political stage aakhir kar mere kaam na aaye,</w:t>
      </w:r>
      <w:r>
        <w:br/>
      </w:r>
      <w:r>
        <w:rPr>
          <w:sz w:val="20"/>
        </w:rPr>
        <w:t>1:24:48  to mein is ke peeche daurrun kyun? mein kyun daurrun is ke peeche? mein apne liye daurrun ga,</w:t>
      </w:r>
      <w:r>
        <w:br/>
      </w:r>
      <w:r>
        <w:rPr>
          <w:sz w:val="20"/>
        </w:rPr>
        <w:t>1:24:54  apne spiritual development ke liye, apne intellectual development ke liye, apne peace of mind ke liye.</w:t>
      </w:r>
      <w:r>
        <w:br/>
      </w:r>
      <w:r>
        <w:rPr>
          <w:sz w:val="20"/>
        </w:rPr>
        <w:t>1:25:00  Unachievable goal ke liye kyun daurrun ga? jo achievable hai, us ke liye kyun na kaam karun ga?</w:t>
      </w:r>
      <w:r>
        <w:br/>
      </w:r>
      <w:r>
        <w:rPr>
          <w:sz w:val="20"/>
        </w:rPr>
        <w:t>1:25:06  ji, Maulana sahib, aap ne ek baar yeh kaha tha ke peace is in contentment and not in abundance.</w:t>
      </w:r>
      <w:r>
        <w:br/>
      </w:r>
      <w:r>
        <w:rPr>
          <w:sz w:val="20"/>
        </w:rPr>
        <w:t>1:25:13  Haan, sahi hai. So we will end this session now. If you want to join CPS International, please write to us on info@cpsglobal.org. We will be back next Sunday, same time. Thank you.</w:t>
      </w:r>
    </w:p>
    <w:p>
      <w:pPr>
        <w:pStyle w:val="Heading2"/>
      </w:pPr>
      <w:r>
        <w:t>How to overcome carelessness and achieve goals?</w:t>
      </w:r>
    </w:p>
    <w:p>
      <w:r>
        <w:rPr>
          <w:color w:val="666666"/>
          <w:sz w:val="18"/>
        </w:rPr>
        <w:t>Life &amp; Wisdom · The Character of a Dayee 4 March 2012 - Maulana Wahiduddin Khan · 2m 30s · at 1:35:07 · https://youtu.be/YtavJpVNbEM?t=5707</w:t>
      </w:r>
    </w:p>
    <w:p>
      <w:r>
        <w:rPr>
          <w:i/>
        </w:rPr>
        <w:t>“I am very careless at times, despite knowing all the pros and cons of being careless, and knowing that the path I have chosen will surely lead to failure. Why does this happen? Please suggest and advise me, how should I become consistent in achieving my goals?”</w:t>
      </w:r>
    </w:p>
    <w:p>
      <w:r>
        <w:rPr>
          <w:sz w:val="20"/>
        </w:rPr>
        <w:t>1:35:07  maulana, agla sawal haiderabad se aaya hai mr ahad sham hasnain sahib ka. unhon ne likha hai: "maulana, I am very careless at times, despite knowing all the pros and cons of being careless, and knowing that the path I have chosen will surely lead to failure.</w:t>
      </w:r>
      <w:r>
        <w:br/>
      </w:r>
      <w:r>
        <w:rPr>
          <w:sz w:val="20"/>
        </w:rPr>
        <w:t>1:35:28  why does this happen? please suggest and advise me, how should i become consistent in achieving my goals?"</w:t>
      </w:r>
      <w:r>
        <w:br/>
      </w:r>
      <w:r>
        <w:rPr>
          <w:sz w:val="20"/>
        </w:rPr>
        <w:t>1:35:36  yeh to koi, yeh to koi sawal nahi hai. main yeh kahunga ke aap ya to apni aql ko develop kijiye, nahi to kisi ko apne guru bana lijiye.</w:t>
      </w:r>
      <w:r>
        <w:br/>
      </w:r>
      <w:r>
        <w:rPr>
          <w:sz w:val="20"/>
        </w:rPr>
        <w:t>1:35:48  do mein se ek kaam kijiye, aap ne third option le rakha hai.</w:t>
      </w:r>
      <w:r>
        <w:br/>
      </w:r>
      <w:r>
        <w:rPr>
          <w:sz w:val="20"/>
        </w:rPr>
        <w:t>1:35:54  ya to apne apna intellectual development andaza kijiye ke aap, aap ke saare action aap ki, aap ki aql ke pakad mein aa jayein.</w:t>
      </w:r>
      <w:r>
        <w:br/>
      </w:r>
      <w:r>
        <w:rPr>
          <w:sz w:val="20"/>
        </w:rPr>
        <w:t>1:36:06  yaani itna aap is apne mind ko develop karein, itna develop karein ke woh control kare aap ke saare actions ko.</w:t>
      </w:r>
      <w:r>
        <w:br/>
      </w:r>
      <w:r>
        <w:rPr>
          <w:sz w:val="20"/>
        </w:rPr>
        <w:t>1:36:14  agar aap nahi kar paate hain to phir kisi ko apne guru bana lijiye, murshid bana lijiye. aksar log teesra, aathwan le rakhe hain ke na to kisi ko murshid banate hain, na khud apni aql, na development karte hain apni aql ka, aur yun hi bhagte hain idhar udhar.</w:t>
      </w:r>
      <w:r>
        <w:br/>
      </w:r>
      <w:r>
        <w:rPr>
          <w:sz w:val="20"/>
        </w:rPr>
        <w:t>1:36:30  to woh third position le rakha hai unhon ne.</w:t>
      </w:r>
      <w:r>
        <w:br/>
      </w:r>
      <w:r>
        <w:rPr>
          <w:sz w:val="20"/>
        </w:rPr>
        <w:t>1:36:34  to main yeh kahunga ke aap ke liye do mein se ek ka option hai: ya to study kar ke, gaur o fikr kar ke, aur jo bhi tareeqa hai learning ko badhane ka,</w:t>
      </w:r>
      <w:r>
        <w:br/>
      </w:r>
      <w:r>
        <w:rPr>
          <w:sz w:val="20"/>
        </w:rPr>
        <w:t>1:36:48  is ko ikhtiyar kar ke apna intellectual development ka intezaam karein ke woh aap ke poore,</w:t>
      </w:r>
      <w:r>
        <w:br/>
      </w:r>
      <w:r>
        <w:rPr>
          <w:sz w:val="20"/>
        </w:rPr>
        <w:t>1:36:56  yaani poori life ko control karne lage, aap ke actions ko control karne lage. kyun ke main samajhta hoon ke yeh jo phenomena hai, woh haqeeqat mein hota hai jab intellectual development mein kami ho, tab hota hai.</w:t>
      </w:r>
      <w:r>
        <w:br/>
      </w:r>
      <w:r>
        <w:rPr>
          <w:sz w:val="20"/>
        </w:rPr>
        <w:t>1:37:14  aisa</w:t>
      </w:r>
      <w:r>
        <w:br/>
      </w:r>
      <w:r>
        <w:rPr>
          <w:sz w:val="20"/>
        </w:rPr>
        <w:t>1:37:17  ya to aisa kijiye, ya phir kisi ko murshid maan lijiye, yaani jis ko main kehta hoon, yaani unconditional guru, jis par aap ko bharosa ho, jis aalim par, us ko aap bana lijiye.</w:t>
      </w:r>
      <w:r>
        <w:br/>
      </w:r>
      <w:r>
        <w:rPr>
          <w:sz w:val="20"/>
        </w:rPr>
        <w:t>1:37:31  koi teesra option mumkin nahi hai, woh jo kaha hai, us ko kijiye.</w:t>
      </w:r>
    </w:p>
    <w:p>
      <w:pPr>
        <w:pStyle w:val="Heading2"/>
      </w:pPr>
      <w:r>
        <w:t>How to overcome unawareness of obsessions?</w:t>
      </w:r>
    </w:p>
    <w:p>
      <w:r>
        <w:rPr>
          <w:color w:val="666666"/>
          <w:sz w:val="18"/>
        </w:rPr>
        <w:t>Life &amp; Wisdom · Revival of Muslims March 08, 2015 · 2m 40s · at 59:23 · https://youtu.be/8ShFcr8YozI?t=3563</w:t>
      </w:r>
    </w:p>
    <w:p>
      <w:r>
        <w:rPr>
          <w:i/>
        </w:rPr>
        <w:t>“Our problem is that we are not aware of our obsessions. We think that it is a reality and not an obsession. How to overcome this problem?”</w:t>
      </w:r>
    </w:p>
    <w:p>
      <w:r>
        <w:rPr>
          <w:sz w:val="20"/>
        </w:rPr>
        <w:t>59:23  hai. Maulana, agla sawal Dilli se kiya hai Dr. Muslima Siddiqui ne aur unhon ne likha hai ke our problem is that we are not aware of our obsessions.</w:t>
      </w:r>
      <w:r>
        <w:br/>
      </w:r>
      <w:r>
        <w:rPr>
          <w:sz w:val="20"/>
        </w:rPr>
        <w:t>59:36  We think that it is a reality and not an obsession. How to overcome this problem? Sirf sochna, aur kuch nahi hai.</w:t>
      </w:r>
      <w:r>
        <w:br/>
      </w:r>
      <w:r>
        <w:rPr>
          <w:sz w:val="20"/>
        </w:rPr>
        <w:t>59:50  Aap dekhein, husband wife ke beech mein ladaai jhagda kyun hota hai? Woh bhi obsession ki wajah se hota hai.</w:t>
      </w:r>
      <w:r>
        <w:br/>
      </w:r>
      <w:r>
        <w:rPr>
          <w:sz w:val="20"/>
        </w:rPr>
        <w:t>1:00:00  Yaani hota yeh hai ke woh dono pre-marriage period mein blood relationship mein jeete hain.</w:t>
      </w:r>
      <w:r>
        <w:br/>
      </w:r>
      <w:r>
        <w:rPr>
          <w:sz w:val="20"/>
        </w:rPr>
        <w:t>1:00:12  Post-marriage period mein unko non-blood relationship mein jeena padta hai.</w:t>
      </w:r>
      <w:r>
        <w:br/>
      </w:r>
      <w:r>
        <w:rPr>
          <w:sz w:val="20"/>
        </w:rPr>
        <w:t>1:00:17  To pichla obsession jo hai, woh iski wajah se woh chahte hain ke jisse mera blood ka ta'alluq tha, waise hi yahan bhi ho.</w:t>
      </w:r>
      <w:r>
        <w:br/>
      </w:r>
      <w:r>
        <w:rPr>
          <w:sz w:val="20"/>
        </w:rPr>
        <w:t>1:00:26  Dono yeh chahte hain. Yaani jin logon se unka blood ka ta'alluq tha, woh us se jis tareeqe se pyaar mohabbat karte the, waise hi yahan bhi ho.</w:t>
      </w:r>
      <w:r>
        <w:br/>
      </w:r>
      <w:r>
        <w:rPr>
          <w:sz w:val="20"/>
        </w:rPr>
        <w:t>1:00:38  Woh possible nahi hai. Non-blood relationship mein woh possible nahi hai jo blood relationship mein hota hai.</w:t>
      </w:r>
      <w:r>
        <w:br/>
      </w:r>
      <w:r>
        <w:rPr>
          <w:sz w:val="20"/>
        </w:rPr>
        <w:t>1:00:46  To saare jhagde isi liye hote hain.</w:t>
      </w:r>
      <w:r>
        <w:br/>
      </w:r>
      <w:r>
        <w:rPr>
          <w:sz w:val="20"/>
        </w:rPr>
        <w:t>1:00:51  Saare jhagde. Yaani isko main kahunga ke over expectation mein dono mubtala rehte hain.</w:t>
      </w:r>
      <w:r>
        <w:br/>
      </w:r>
      <w:r>
        <w:rPr>
          <w:sz w:val="20"/>
        </w:rPr>
        <w:t>1:01:01  To iska hal hai sochna, siwaye iske ke so</w:t>
      </w:r>
      <w:r>
        <w:br/>
      </w:r>
      <w:r>
        <w:rPr>
          <w:sz w:val="20"/>
        </w:rPr>
        <w:t>1:01:04  chein. Main khud soch kar jaana, maine is baat ko, is baat ko maine soch kar jaana ke wahan kyun aisa hota hai ke shaadi ke baad ladte jhagadte hain.</w:t>
      </w:r>
      <w:r>
        <w:br/>
      </w:r>
      <w:r>
        <w:rPr>
          <w:sz w:val="20"/>
        </w:rPr>
        <w:t>1:01:15  Love marriage ho tab bhi.</w:t>
      </w:r>
      <w:r>
        <w:br/>
      </w:r>
      <w:r>
        <w:rPr>
          <w:sz w:val="20"/>
        </w:rPr>
        <w:t>1:01:17  To soch kar maine jaana, yeh baat kahin kitaab mein nahi paaya, likha hua maine ke shaadi se pehle khooni rishte ke darmiyan aadmi hota hai.</w:t>
      </w:r>
      <w:r>
        <w:br/>
      </w:r>
      <w:r>
        <w:rPr>
          <w:sz w:val="20"/>
        </w:rPr>
        <w:t>1:01:28  To wahan to yaani sirf mohabbat hi mohabbat hoti hai. Shaadi ke baad isko rehna padta hai ghair khooni rishte ke darmiyan.</w:t>
      </w:r>
      <w:r>
        <w:br/>
      </w:r>
      <w:r>
        <w:rPr>
          <w:sz w:val="20"/>
        </w:rPr>
        <w:t>1:01:40  To yahan par woh woh fitri mohabbat nahi hoti. To soch kar aap ko ta'alluq banana padta hai.</w:t>
      </w:r>
      <w:r>
        <w:br/>
      </w:r>
      <w:r>
        <w:rPr>
          <w:sz w:val="20"/>
        </w:rPr>
        <w:t>1:01:46  Wahan beghair soche ta'alluq hota hai. Yeh baat maine soch kar jaani. To har aadmi soche, apni aqal ko istemaal kare.</w:t>
      </w:r>
    </w:p>
    <w:p>
      <w:pPr>
        <w:pStyle w:val="Heading2"/>
      </w:pPr>
      <w:r>
        <w:t>How to prepare for speaking on different topics</w:t>
      </w:r>
    </w:p>
    <w:p>
      <w:r>
        <w:rPr>
          <w:color w:val="666666"/>
          <w:sz w:val="18"/>
        </w:rPr>
        <w:t>Life &amp; Wisdom · Understanding the Quran April 7, 2019 · 46s · at 48:13 · https://youtu.be/m_Om5MtQJz4?t=2893</w:t>
      </w:r>
    </w:p>
    <w:p>
      <w:r>
        <w:rPr>
          <w:i/>
        </w:rPr>
        <w:t>“Maulana, my question is that how do you prepare yourself to talk on different topics? Please tell us so that we can follow the same procedure. You start from an ordinary topic, but your explanation on it is extraordinary.”</w:t>
      </w:r>
    </w:p>
    <w:p>
      <w:r>
        <w:rPr>
          <w:sz w:val="20"/>
        </w:rPr>
        <w:t>48:13  maulana, agla sawal bheja hai idrees qamar sahab ne. unhone apni location nahi likhi hai. un ka sawal hai: "maulana, my question is that how do you prepare yourself to talk on different topics?</w:t>
      </w:r>
      <w:r>
        <w:br/>
      </w:r>
      <w:r>
        <w:rPr>
          <w:sz w:val="20"/>
        </w:rPr>
        <w:t>48:28  please tell us so that we can follow the same procedure. you start from an ordinary topic, but your explanation on it is extraordinary." bhai, meri to dua hai.</w:t>
      </w:r>
      <w:r>
        <w:br/>
      </w:r>
      <w:r>
        <w:rPr>
          <w:sz w:val="20"/>
        </w:rPr>
        <w:t>48:40  mein ne bataya tha aap ko, mein ibn taimiya ka jo tareeqa tha, wahi baat hai ke "ya muallim ibrahim, ilm nahin." bas isi se mere dimagh khulta hai, isi se mujhe baatein samajh mein aati hain.</w:t>
      </w:r>
    </w:p>
    <w:p>
      <w:pPr>
        <w:pStyle w:val="Heading2"/>
      </w:pPr>
      <w:r>
        <w:t>How to rationally identify weaknesses</w:t>
      </w:r>
    </w:p>
    <w:p>
      <w:r>
        <w:rPr>
          <w:color w:val="666666"/>
          <w:sz w:val="18"/>
        </w:rPr>
        <w:t>Life &amp; Wisdom · Self Correction November 09, 2014 · 1m 29s · at 1:15:01 · https://youtu.be/EgAukdSfGRU?t=4501</w:t>
      </w:r>
    </w:p>
    <w:p>
      <w:r>
        <w:rPr>
          <w:i/>
        </w:rPr>
        <w:t>“To develop art of thinking, one must discover one's weakness. But to do this is not easy, as most of the time we feel we are on the right path. My question is, how can we rationally identify our weaknesses so that we can improve?”</w:t>
      </w:r>
    </w:p>
    <w:p>
      <w:r>
        <w:rPr>
          <w:sz w:val="20"/>
        </w:rPr>
        <w:t>1:15:01  Maulana, agla sawal Ludhiana se kiya hai Fahad Khan ne aur unhone likha hai ke To develop art of thinking, one must discover one's weakness.</w:t>
      </w:r>
      <w:r>
        <w:br/>
      </w:r>
      <w:r>
        <w:rPr>
          <w:sz w:val="20"/>
        </w:rPr>
        <w:t>1:15:14  But to do this is not easy, as most of the time we feel we are on the right path. My question is, how can we rationally identify our weaknesses so that we can improve</w:t>
      </w:r>
      <w:r>
        <w:br/>
      </w:r>
      <w:r>
        <w:rPr>
          <w:sz w:val="20"/>
        </w:rPr>
        <w:t>1:15:29  ? Bhai dekhiye, yeh mamla</w:t>
      </w:r>
      <w:r>
        <w:br/>
      </w:r>
      <w:r>
        <w:rPr>
          <w:sz w:val="20"/>
        </w:rPr>
        <w:t>1:15:34  yani apne ko jannati insan banane ka hai. Yeh saada mamla nahi hai. To jannat ke bare mein hadith mein aata hai ke bahut hi badi qeemat dekar milegi.</w:t>
      </w:r>
      <w:r>
        <w:br/>
      </w:r>
      <w:r>
        <w:rPr>
          <w:sz w:val="20"/>
        </w:rPr>
        <w:t>1:15:50  to yeh to qeemat to deni padegi.</w:t>
      </w:r>
      <w:r>
        <w:br/>
      </w:r>
      <w:r>
        <w:rPr>
          <w:sz w:val="20"/>
        </w:rPr>
        <w:t>1:15:54  qeemat to deni padegi.</w:t>
      </w:r>
      <w:r>
        <w:br/>
      </w:r>
      <w:r>
        <w:rPr>
          <w:sz w:val="20"/>
        </w:rPr>
        <w:t>1:15:57  ALAA INNA SILATALLAHI GHALIYAH</w:t>
      </w:r>
      <w:r>
        <w:br/>
      </w:r>
      <w:r>
        <w:rPr>
          <w:sz w:val="20"/>
        </w:rPr>
        <w:t>1:16:04  ke jannat bahut qeemti cheez hai aur iski bhari qeemat dekar hi jannat milegi.</w:t>
      </w:r>
      <w:r>
        <w:br/>
      </w:r>
      <w:r>
        <w:rPr>
          <w:sz w:val="20"/>
        </w:rPr>
        <w:t>1:16:09  to yeh sab karna padega humein. Ya to phir jannat ke khwab dekhna chhodna padega. Ya to jannat ke khwab na dekhiye, nahi to apni merciless self-hammering kijiye.</w:t>
      </w:r>
      <w:r>
        <w:br/>
      </w:r>
      <w:r>
        <w:rPr>
          <w:sz w:val="20"/>
        </w:rPr>
        <w:t>1:16:26  yeh to karna hi padega.</w:t>
      </w:r>
    </w:p>
    <w:p>
      <w:pPr>
        <w:pStyle w:val="Heading2"/>
      </w:pPr>
      <w:r>
        <w:t>How to resist external influences and live simply</w:t>
      </w:r>
    </w:p>
    <w:p>
      <w:r>
        <w:rPr>
          <w:color w:val="666666"/>
          <w:sz w:val="18"/>
        </w:rPr>
        <w:t>Life &amp; Wisdom · Spirituality in Simple Living, High Thinking October 27, 2019 Maulana Wahiduddin Khan · 2m 22s · at 46:07 · https://youtu.be/Kr28g15eFr8?t=2767</w:t>
      </w:r>
    </w:p>
    <w:p>
      <w:r>
        <w:rPr>
          <w:i/>
        </w:rPr>
        <w:t>“Maulana sahib, I have been trying to live simple life as you have advocated it personally to me number of times, but sometimes due to external influences, I'm not able to implement it in complete sense. Kindly guide how can we save our self from getting influence from the surrounding environment.”</w:t>
      </w:r>
    </w:p>
    <w:p>
      <w:r>
        <w:rPr>
          <w:sz w:val="20"/>
        </w:rPr>
        <w:t>46:07  Maulana, agla sawal Aamir Mori sahab ne Goa se kiya hai.</w:t>
      </w:r>
      <w:r>
        <w:br/>
      </w:r>
      <w:r>
        <w:rPr>
          <w:sz w:val="20"/>
        </w:rPr>
        <w:t>46:12  Unhon ne likha hai: "Maulana sahib, I have been trying to live simple life as you have advocated it personally to me number of times, but sometimes due to external influences, I am not able to implement it in complete sense.</w:t>
      </w:r>
      <w:r>
        <w:br/>
      </w:r>
      <w:r>
        <w:rPr>
          <w:sz w:val="20"/>
        </w:rPr>
        <w:t>46:31  Kindly guide how can we save our self from getting influence from the surrounding environment."</w:t>
      </w:r>
      <w:r>
        <w:br/>
      </w:r>
      <w:r>
        <w:rPr>
          <w:sz w:val="20"/>
        </w:rPr>
        <w:t>46:43  Bhai, yeh to pehli condition hai</w:t>
      </w:r>
      <w:r>
        <w:br/>
      </w:r>
      <w:r>
        <w:rPr>
          <w:sz w:val="20"/>
        </w:rPr>
        <w:t>46:49  ke environment ka jo influence hota hai, us ko aap. Us se aap ignore karen, us se aap influence na hon.</w:t>
      </w:r>
      <w:r>
        <w:br/>
      </w:r>
      <w:r>
        <w:rPr>
          <w:sz w:val="20"/>
        </w:rPr>
        <w:t>47:00  yeh to rahi to kuch bhi nahi,</w:t>
      </w:r>
      <w:r>
        <w:br/>
      </w:r>
      <w:r>
        <w:rPr>
          <w:sz w:val="20"/>
        </w:rPr>
        <w:t>47:04  wohin se to condition shuru hoti hai aur conditioning ka koi hal nahi hai siwaye de conditioning ke.</w:t>
      </w:r>
      <w:r>
        <w:br/>
      </w:r>
      <w:r>
        <w:rPr>
          <w:sz w:val="20"/>
        </w:rPr>
        <w:t>47:16  aap excuse agar lenge to aap conditioning ko de condition kar nahi sakte. to yeh to aap ko karna hi karna hai.</w:t>
      </w:r>
      <w:r>
        <w:br/>
      </w:r>
      <w:r>
        <w:rPr>
          <w:sz w:val="20"/>
        </w:rPr>
        <w:t>47:31  environment se</w:t>
      </w:r>
      <w:r>
        <w:br/>
      </w:r>
      <w:r>
        <w:rPr>
          <w:sz w:val="20"/>
        </w:rPr>
        <w:t>47:36  ke influence se bachne ke liye to aap ko merciless de conditioning karni padegi, is mein koi doosri baat nahi hai.</w:t>
      </w:r>
      <w:r>
        <w:br/>
      </w:r>
      <w:r>
        <w:rPr>
          <w:sz w:val="20"/>
        </w:rPr>
        <w:t>47:53  merciless de conditioning,</w:t>
      </w:r>
      <w:r>
        <w:br/>
      </w:r>
      <w:r>
        <w:rPr>
          <w:sz w:val="20"/>
        </w:rPr>
        <w:t>47:58  mein ne Allah ke fazl se apni merciless de conditioning ki hai,</w:t>
      </w:r>
      <w:r>
        <w:br/>
      </w:r>
      <w:r>
        <w:rPr>
          <w:sz w:val="20"/>
        </w:rPr>
        <w:t>48:08  is ki bohat example mere paas hai. to yeh to yeh to koi excuse chalega nahi.</w:t>
      </w:r>
      <w:r>
        <w:br/>
      </w:r>
      <w:r>
        <w:rPr>
          <w:sz w:val="20"/>
        </w:rPr>
        <w:t>48:20  wahan to wohi hai ke ya to hai ya nahi, beech ka koi rasta nahi hai.</w:t>
      </w:r>
    </w:p>
    <w:p>
      <w:pPr>
        <w:pStyle w:val="Heading2"/>
      </w:pPr>
      <w:r>
        <w:t>How to save oneself from negativity</w:t>
      </w:r>
    </w:p>
    <w:p>
      <w:r>
        <w:rPr>
          <w:color w:val="666666"/>
          <w:sz w:val="18"/>
        </w:rPr>
        <w:t>Life &amp; Wisdom · Journey of History December 23, 2012 · 1m 27s · at 1:11:13 · https://youtu.be/bvjWl3U3Dmw?t=4273</w:t>
      </w:r>
    </w:p>
    <w:p>
      <w:r>
        <w:rPr>
          <w:i/>
        </w:rPr>
        <w:t>“How did you manage to save yourself from negativity?”</w:t>
      </w:r>
    </w:p>
    <w:p>
      <w:r>
        <w:rPr>
          <w:sz w:val="20"/>
        </w:rPr>
        <w:t>1:11:13  is ke siwa doosri bohat cheezon mein aisa hai. maulana, agla sawal mumbai se hai rashid sahab ka.</w:t>
      </w:r>
      <w:r>
        <w:br/>
      </w:r>
      <w:r>
        <w:rPr>
          <w:sz w:val="20"/>
        </w:rPr>
        <w:t>1:11:23  unhon ne aap se poocha hai: "maulana sahab, how did you manage to save yourself from negativity?" is ke baray mein batayen. dekhen, jo fitri halat wahi hai, wahi hai ke aadmi ko allah ne positive paida kiya hai.</w:t>
      </w:r>
      <w:r>
        <w:br/>
      </w:r>
      <w:r>
        <w:rPr>
          <w:sz w:val="20"/>
        </w:rPr>
        <w:t>1:11:40  yeh to aap is mein barha dete hain negativity.</w:t>
      </w:r>
      <w:r>
        <w:br/>
      </w:r>
      <w:r>
        <w:rPr>
          <w:sz w:val="20"/>
        </w:rPr>
        <w:t>1:11:47  to har hadith mein aata hai ke sare insan fitri halat mein paida kiye jate hain. kal mawliduna yulad al-fitra. to apni apni fitrat ko aap preserve rakhiye, bas deen you are positive thinker.</w:t>
      </w:r>
      <w:r>
        <w:br/>
      </w:r>
      <w:r>
        <w:rPr>
          <w:sz w:val="20"/>
        </w:rPr>
        <w:t>1:12:06  kal mawliduna yulad al-fitra. har aadmi pata hota hai fitrat par yani paidaishi taur par har aadmi positive thinker hi hota hai.</w:t>
      </w:r>
      <w:r>
        <w:br/>
      </w:r>
      <w:r>
        <w:rPr>
          <w:sz w:val="20"/>
        </w:rPr>
        <w:t>1:12:16  aas paas ke khulasa se asar le kar aap negative ban jate hain to asar mat lijiye. apni fitrat ko baqi rakhiye yani maintain your nature, deen you are a positive thinker.</w:t>
      </w:r>
      <w:r>
        <w:br/>
      </w:r>
      <w:r>
        <w:rPr>
          <w:sz w:val="20"/>
        </w:rPr>
        <w:t>1:12:32  maintain your real nature and deen deen you are a positive thinker. simple formula hai.</w:t>
      </w:r>
    </w:p>
    <w:p>
      <w:pPr>
        <w:pStyle w:val="Heading2"/>
      </w:pPr>
      <w:r>
        <w:t>How to stay positive amidst constant distractions?</w:t>
      </w:r>
    </w:p>
    <w:p>
      <w:r>
        <w:rPr>
          <w:color w:val="666666"/>
          <w:sz w:val="18"/>
        </w:rPr>
        <w:t>Life &amp; Wisdom · The Power of Remembering God Often September 26, 2010 · 7m 37s · at 59:53 · https://youtu.be/GMmwEr7Wt80?t=3593</w:t>
      </w:r>
    </w:p>
    <w:p>
      <w:r>
        <w:rPr>
          <w:i/>
        </w:rPr>
        <w:t>“How can I protect myself from distractions? I live in a place where there is constant musical noise, useless talk, and someone always eavesdropping at my door. How can I maintain a positive personality in this environment?”</w:t>
      </w:r>
    </w:p>
    <w:p>
      <w:r>
        <w:rPr>
          <w:sz w:val="20"/>
        </w:rPr>
        <w:t>59:53  maulana, yeh sawaal miss nozd bano ne kiya hai, mo madhya pradesh se. unhone likha hai keh khud ko distraction se kaise bachaya jaaye?</w:t>
      </w:r>
      <w:r>
        <w:br/>
      </w:r>
      <w:r>
        <w:rPr>
          <w:sz w:val="20"/>
        </w:rPr>
        <w:t>1:00:06  jis jagah aap reh rahe hon, ek dwa deewar bhar ka faasla ho, wahaan har waqt musical shor ho, fazool guftagu ho, aur har waqt koi aap ke darwaaze se kaan lagaaye rehta ho keh aap kya baatein kar rahe hain?</w:t>
      </w:r>
      <w:r>
        <w:br/>
      </w:r>
      <w:r>
        <w:rPr>
          <w:sz w:val="20"/>
        </w:rPr>
        <w:t>1:00:24  rehnnumai karein, main is in baaton ko bahut bura samajhti hoon. mujhe kya karna chahiye? main is mein, main is mahaul mein positive personality mein kaise rahoon?</w:t>
      </w:r>
      <w:r>
        <w:br/>
      </w:r>
      <w:r>
        <w:rPr>
          <w:sz w:val="20"/>
        </w:rPr>
        <w:t>1:00:38  dekhein, yeh kisi ek aadmi ki baat nahi, hum sab ki baat hai, hum sab ki baat hai.</w:t>
      </w:r>
      <w:r>
        <w:br/>
      </w:r>
      <w:r>
        <w:rPr>
          <w:sz w:val="20"/>
        </w:rPr>
        <w:t>1:00:47  jaise keh main dekhiye, yahaan par mera jo residence hai, us ke saamne lambi balcony hai, wahaan baithta hoon.</w:t>
      </w:r>
      <w:r>
        <w:br/>
      </w:r>
      <w:r>
        <w:rPr>
          <w:sz w:val="20"/>
        </w:rPr>
        <w:t>1:00:57  mujhe bahut achha lagta hai, wahaan mera spiritual tree hai, wahaan suraj chamakta hai, aasmaan aur hawaayein aur chidiyaan, yeh sab manaazir hon.</w:t>
      </w:r>
      <w:r>
        <w:br/>
      </w:r>
      <w:r>
        <w:rPr>
          <w:sz w:val="20"/>
        </w:rPr>
        <w:t>1:01:08  main bada achha lagta hai jaise keh khuda ke pados mein main hoon. itne mein ek gaadi aayegi aur tez horn bajaati hai, guzar jaayegi.</w:t>
      </w:r>
      <w:r>
        <w:br/>
      </w:r>
      <w:r>
        <w:rPr>
          <w:sz w:val="20"/>
        </w:rPr>
        <w:t>1:01:20  itne mein ek aadmi aayega aur zor zor se mobile par baat karta hoga.</w:t>
      </w:r>
      <w:r>
        <w:br/>
      </w:r>
      <w:r>
        <w:rPr>
          <w:sz w:val="20"/>
        </w:rPr>
        <w:t>1:01:28  is tarah ke waaqeaat har waqt pesh aate hain.</w:t>
      </w:r>
      <w:r>
        <w:br/>
      </w:r>
      <w:r>
        <w:rPr>
          <w:sz w:val="20"/>
        </w:rPr>
        <w:t>1:01:35  to main is se pehle disturb hota tha, ab Allah ke fazl se main disturb nahi hota.</w:t>
      </w:r>
      <w:r>
        <w:br/>
      </w:r>
      <w:r>
        <w:rPr>
          <w:sz w:val="20"/>
        </w:rPr>
        <w:t>1:01:46  is liye kyun? is ko main opportunity ke taur par lene laga.</w:t>
      </w:r>
      <w:r>
        <w:br/>
      </w:r>
      <w:r>
        <w:rPr>
          <w:sz w:val="20"/>
        </w:rPr>
        <w:t>1:01:50  pehley main leta tha is ko problem ke taur par, samsya ke taur par. ab main lene laga is ko opportunity ke taur par. woh kya?</w:t>
      </w:r>
      <w:r>
        <w:br/>
      </w:r>
      <w:r>
        <w:rPr>
          <w:sz w:val="20"/>
        </w:rPr>
        <w:t>1:02:02  main ne kaha keh yahi to woh mahaul hai jis mein mujhe stand karna hai, tabhi to jannat milegi? khuda pukaarega keh woh insaan kahan hai</w:t>
      </w:r>
      <w:r>
        <w:br/>
      </w:r>
      <w:r>
        <w:rPr>
          <w:sz w:val="20"/>
        </w:rPr>
        <w:t>1:02:16  jo shor sun kar bhi disturb nahi hue,</w:t>
      </w:r>
      <w:r>
        <w:br/>
      </w:r>
      <w:r>
        <w:rPr>
          <w:sz w:val="20"/>
        </w:rPr>
        <w:t>1:02:21  jo gaaliyan sun kar ke bhi jin ke dil mein mail nahi aaya, jo negative tajurbaat ke baad beech mein woh positive bane rahe?</w:t>
      </w:r>
      <w:r>
        <w:br/>
      </w:r>
      <w:r>
        <w:rPr>
          <w:sz w:val="20"/>
        </w:rPr>
        <w:t>1:02:30  kahan hai woh insaan</w:t>
      </w:r>
      <w:r>
        <w:br/>
      </w:r>
      <w:r>
        <w:rPr>
          <w:sz w:val="20"/>
        </w:rPr>
        <w:t>1:02:34  jin ko maine dala tha kaaton mein? woh phool ban kar rahe. kahan hai woh insaan? lao mere paas, bithao un ko.</w:t>
      </w:r>
      <w:r>
        <w:br/>
      </w:r>
      <w:r>
        <w:rPr>
          <w:sz w:val="20"/>
        </w:rPr>
        <w:t>1:02:45  tab se mujhe sukoon aa gaya</w:t>
      </w:r>
      <w:r>
        <w:br/>
      </w:r>
      <w:r>
        <w:rPr>
          <w:sz w:val="20"/>
        </w:rPr>
        <w:t>1:02:49  ke yahi to woh, yahi to haalaat hain jo mere liye, mujhe woh mauqa dete hain, woh opportunity dete hain ke main apne ko prove kar sakoon ke khudaaya mujhe bhi select kar le is majlis ke liye.</w:t>
      </w:r>
      <w:r>
        <w:br/>
      </w:r>
      <w:r>
        <w:rPr>
          <w:sz w:val="20"/>
        </w:rPr>
        <w:t>1:03:07  yeh to opportunity hai, opportunity hai, opportunity hai. yaad rakhiye,</w:t>
      </w:r>
      <w:r>
        <w:br/>
      </w:r>
      <w:r>
        <w:rPr>
          <w:sz w:val="20"/>
        </w:rPr>
        <w:t>1:03:12  agar yeh na ho to is mani hai ke aap jannat ka, yaani kaise saabit karein ke aap jannat ke deserve karte hain?</w:t>
      </w:r>
      <w:r>
        <w:br/>
      </w:r>
      <w:r>
        <w:rPr>
          <w:sz w:val="20"/>
        </w:rPr>
        <w:t>1:03:24  kaise aap saabit karenge ke aap jannat ke deserve karte hain? kaise farishte gawahi denge? kaise aap ke liye farishte gawahi denge?</w:t>
      </w:r>
      <w:r>
        <w:br/>
      </w:r>
      <w:r>
        <w:rPr>
          <w:sz w:val="20"/>
        </w:rPr>
        <w:t>1:03:33  Allah taala kis tarah hai? to khuda yeh woh banda hai jo deserve karta hai jannat ke liye.</w:t>
      </w:r>
      <w:r>
        <w:br/>
      </w:r>
      <w:r>
        <w:rPr>
          <w:sz w:val="20"/>
        </w:rPr>
        <w:t>1:03:42  yahi to, yahi to baat hai. har waqt hamare aas paas farishte hain, watch kar rahe hain hum ko, aur woh khuda ke haan gawahi dene wale hain.</w:t>
      </w:r>
      <w:r>
        <w:br/>
      </w:r>
      <w:r>
        <w:rPr>
          <w:sz w:val="20"/>
        </w:rPr>
        <w:t>1:03:52  woh kahein, khuda yeh woh banda hai, unique banda, unique banda</w:t>
      </w:r>
      <w:r>
        <w:br/>
      </w:r>
      <w:r>
        <w:rPr>
          <w:sz w:val="20"/>
        </w:rPr>
        <w:t>1:04:00  jisko teri yaad ne shaitan ki yaad bhula di.</w:t>
      </w:r>
      <w:r>
        <w:br/>
      </w:r>
      <w:r>
        <w:rPr>
          <w:sz w:val="20"/>
        </w:rPr>
        <w:t>1:04:04  jannat ke hirs mein jo kaaton ko bhool bhool gaya,</w:t>
      </w:r>
      <w:r>
        <w:br/>
      </w:r>
      <w:r>
        <w:rPr>
          <w:sz w:val="20"/>
        </w:rPr>
        <w:t>1:04:12  jis ne negativity ko positivity mein convert kiya, kya jannat free mil jayegi? aap samajhte hain jannat ki koi price deni padegi?</w:t>
      </w:r>
      <w:r>
        <w:br/>
      </w:r>
      <w:r>
        <w:rPr>
          <w:sz w:val="20"/>
        </w:rPr>
        <w:t>1:04:25  quran mein hai, zaalika jaza mun-tazaka. jannat milegi purified soul ke liye.</w:t>
      </w:r>
      <w:r>
        <w:br/>
      </w:r>
      <w:r>
        <w:rPr>
          <w:sz w:val="20"/>
        </w:rPr>
        <w:t>1:04:32  to soul ko purify karna kab hota hai? jab pollution ho, jab gandagi ho, tabhi to purify karna hai.</w:t>
      </w:r>
      <w:r>
        <w:br/>
      </w:r>
      <w:r>
        <w:rPr>
          <w:sz w:val="20"/>
        </w:rPr>
        <w:t>1:04:43  kya phool ko bhi aap purify kar sakte hain? phool ko kya purify karenge aap?</w:t>
      </w:r>
      <w:r>
        <w:br/>
      </w:r>
      <w:r>
        <w:rPr>
          <w:sz w:val="20"/>
        </w:rPr>
        <w:t>1:04:52  to yaad rakhiye, jin jin log shikayat karte hain, un ko bator opportunity ko discover kijiye. aap</w:t>
      </w:r>
      <w:r>
        <w:br/>
      </w:r>
      <w:r>
        <w:rPr>
          <w:sz w:val="20"/>
        </w:rPr>
        <w:t>1:05:01  woh shikayaton mein jiyenge, shikayaton mein marenge, aur jannat ki khushboo hi nahi milegi aap ko. khushboo, khushboo bhi nahi milne wali hai. yaad rakhiye, jin cheezon ko aap shikayat ke khaane mein daale hue hain,</w:t>
      </w:r>
      <w:r>
        <w:br/>
      </w:r>
      <w:r>
        <w:rPr>
          <w:sz w:val="20"/>
        </w:rPr>
        <w:t>1:05:14  us ko opportunity ke khaane mein daaliye.</w:t>
      </w:r>
      <w:r>
        <w:br/>
      </w:r>
      <w:r>
        <w:rPr>
          <w:sz w:val="20"/>
        </w:rPr>
        <w:t>1:05:20  opportunity ke khaane mein daaliye.</w:t>
      </w:r>
      <w:r>
        <w:br/>
      </w:r>
      <w:r>
        <w:rPr>
          <w:sz w:val="20"/>
        </w:rPr>
        <w:t>1:05:28  ek aadmi ek America gaye, wahan parhai wadhai ki. unhone wahan chhe degree li, unhone phir woh India aa gaye. to mujh se mile, woh</w:t>
      </w:r>
      <w:r>
        <w:br/>
      </w:r>
      <w:r>
        <w:rPr>
          <w:sz w:val="20"/>
        </w:rPr>
        <w:t>1:05:41  ek naujawan the. to kaha ke yahan main aaya hoon wapas. to har aadmi kehta hai ke tum yahan kyun aaye? India mein yahan kaun sa scope hai tumhare liye?</w:t>
      </w:r>
      <w:r>
        <w:br/>
      </w:r>
      <w:r>
        <w:rPr>
          <w:sz w:val="20"/>
        </w:rPr>
        <w:t>1:05:52  America chhod kar tum India mein aa gaye, yahan kahan scope hai?</w:t>
      </w:r>
      <w:r>
        <w:br/>
      </w:r>
      <w:r>
        <w:rPr>
          <w:sz w:val="20"/>
        </w:rPr>
        <w:t>1:05:57  to mein ne kaha ke iskoop nahi hai, tabhi to iskoop hai. aap iskoop na hona bhi aik iskoop hai.</w:t>
      </w:r>
      <w:r>
        <w:br/>
      </w:r>
      <w:r>
        <w:rPr>
          <w:sz w:val="20"/>
        </w:rPr>
        <w:t>1:06:07  woh kaise? bohat aasani se wahan aap dollar kama lete, aur aap animal ke animal rehte. aap amreeka mein aap earning animal bane rehte, earning animal.</w:t>
      </w:r>
      <w:r>
        <w:br/>
      </w:r>
      <w:r>
        <w:rPr>
          <w:sz w:val="20"/>
        </w:rPr>
        <w:t>1:06:18  koi experience nahi, koi seekh nahi, koi learning nahi.</w:t>
      </w:r>
      <w:r>
        <w:br/>
      </w:r>
      <w:r>
        <w:rPr>
          <w:sz w:val="20"/>
        </w:rPr>
        <w:t>1:06:23  yahan to qadam qadam par learning hai, qadam ko to seekh hai, qadam par to experience hai. mein 13 baar gaya amreeka mein, kaha sab ke sab wahan earning animal bane hue hain.</w:t>
      </w:r>
      <w:r>
        <w:br/>
      </w:r>
      <w:r>
        <w:rPr>
          <w:sz w:val="20"/>
        </w:rPr>
        <w:t>1:06:34  animal, animal, animal. koi wisdom nahi, koi high thinking nahi. kyun? aaram se kaam aate hain, aaram se dollar mil jata hai in ko.</w:t>
      </w:r>
      <w:r>
        <w:br/>
      </w:r>
      <w:r>
        <w:rPr>
          <w:sz w:val="20"/>
        </w:rPr>
        <w:t>1:06:44  lekin jab halaat ke mein aap ko dala jaye, sangharsh karna pare aap ko, to aap ko aik bohat bari cheez milti hai jo dollar se bhi bari hai.</w:t>
      </w:r>
      <w:r>
        <w:br/>
      </w:r>
      <w:r>
        <w:rPr>
          <w:sz w:val="20"/>
        </w:rPr>
        <w:t>1:06:55  dollar se bhi bari hai woh, woh experience, woh anubhav. to kaise log hain jo shikayatein karte hain?</w:t>
      </w:r>
      <w:r>
        <w:br/>
      </w:r>
      <w:r>
        <w:rPr>
          <w:sz w:val="20"/>
        </w:rPr>
        <w:t>1:07:04  wohi shikayatein hi to opportunity hain, wohi shikayatein hi to jannat ke ticket hain.</w:t>
      </w:r>
      <w:r>
        <w:br/>
      </w:r>
      <w:r>
        <w:rPr>
          <w:sz w:val="20"/>
        </w:rPr>
        <w:t>1:07:12  beh-haal, mein kahunga ke aap sab logon ko rethink karna chahiye, revise karna chahiye, muhasba karna chahiye, aur phir se discover karna chahiye sachai ko.</w:t>
      </w:r>
      <w:r>
        <w:br/>
      </w:r>
      <w:r>
        <w:rPr>
          <w:sz w:val="20"/>
        </w:rPr>
        <w:t>1:07:25  shikayaton se kuch nahi hone wala hai.</w:t>
      </w:r>
    </w:p>
    <w:p>
      <w:pPr>
        <w:pStyle w:val="Heading2"/>
      </w:pPr>
      <w:r>
        <w:t>How to stay positive in all circumstances</w:t>
      </w:r>
    </w:p>
    <w:p>
      <w:r>
        <w:rPr>
          <w:color w:val="666666"/>
          <w:sz w:val="18"/>
        </w:rPr>
        <w:t>Life &amp; Wisdom · Personality of A Believer February 2, 2014 · 2m 13s · at 1:00:22 · https://youtu.be/EiK_-O-Bjps?t=3622</w:t>
      </w:r>
    </w:p>
    <w:p>
      <w:r>
        <w:rPr>
          <w:i/>
        </w:rPr>
        <w:t>“I really thank you for providing us with the guidance to make oneself a Jannati personality. I have a question: Can you please tell us how to easily motivate ourselves to remain positive in all circumstances?”</w:t>
      </w:r>
    </w:p>
    <w:p>
      <w:r>
        <w:rPr>
          <w:sz w:val="20"/>
        </w:rPr>
        <w:t>1:00:22  it all depends upon receptivity. maulana ajmer se doctor safina tabassum ne agla sawal bheja hai. unhon ne likha hai: "maulana sahib, i really thank you for providing us with the guidance to make oneself a jannati personality.</w:t>
      </w:r>
      <w:r>
        <w:br/>
      </w:r>
      <w:r>
        <w:rPr>
          <w:sz w:val="20"/>
        </w:rPr>
        <w:t>1:00:41  i have a question: can you please tell us how to easily motivate our self to remain positive in all the circumstances?"</w:t>
      </w:r>
      <w:r>
        <w:br/>
      </w:r>
      <w:r>
        <w:rPr>
          <w:sz w:val="20"/>
        </w:rPr>
        <w:t>1:00:55  dekhiye, yeh is ka koi technical method nahi hai.</w:t>
      </w:r>
      <w:r>
        <w:br/>
      </w:r>
      <w:r>
        <w:rPr>
          <w:sz w:val="20"/>
        </w:rPr>
        <w:t>1:01:01  aaj hi subah mein kisi se keh raha tha ke agar aap waqai aadmi jaan le zindagi ki haqeeqat ko ke hum hum ko marna hai, koi aadmi aisa duniya mein nahi paida hua jo na mare,</w:t>
      </w:r>
      <w:r>
        <w:br/>
      </w:r>
      <w:r>
        <w:rPr>
          <w:sz w:val="20"/>
        </w:rPr>
        <w:t>1:01:19  aur marne ke baad hum ko aakhirat mein dakhil hona hai,</w:t>
      </w:r>
      <w:r>
        <w:br/>
      </w:r>
      <w:r>
        <w:rPr>
          <w:sz w:val="20"/>
        </w:rPr>
        <w:t>1:01:26  aur wahan par jannat hai aur jahannum hai.</w:t>
      </w:r>
      <w:r>
        <w:br/>
      </w:r>
      <w:r>
        <w:rPr>
          <w:sz w:val="20"/>
        </w:rPr>
        <w:t>1:01:30  to agar aadmi yaqeen ke sath is baat ko apne mind mein baitha le ke agar mujhe jannat mili to kya mera haal hoga? mein no behan ban jaunga.</w:t>
      </w:r>
      <w:r>
        <w:br/>
      </w:r>
      <w:r>
        <w:rPr>
          <w:sz w:val="20"/>
        </w:rPr>
        <w:t>1:01:42  jannat na mili to kuch bhi nahi mila.</w:t>
      </w:r>
      <w:r>
        <w:br/>
      </w:r>
      <w:r>
        <w:rPr>
          <w:sz w:val="20"/>
        </w:rPr>
        <w:t>1:01:45  yeh yaqeen jitna zyada aadmi ke dimagh mein baithega, utna hi uska ek, yani ek, yani, yani us ke andar wasayat paida ho jayegi.</w:t>
      </w:r>
      <w:r>
        <w:br/>
      </w:r>
      <w:r>
        <w:rPr>
          <w:sz w:val="20"/>
        </w:rPr>
        <w:t>1:02:03  yeh sab kuch depend karta hai yaqeen par. yeh yeh agar aadmi ko yaqeen ho jaye ke agar mujhe jannat jannat na mili to mein to no bahn reh jaunga.</w:t>
      </w:r>
      <w:r>
        <w:br/>
      </w:r>
      <w:r>
        <w:rPr>
          <w:sz w:val="20"/>
        </w:rPr>
        <w:t>1:02:13  mein kuch bhi nahi hoga, mera</w:t>
      </w:r>
      <w:r>
        <w:br/>
      </w:r>
      <w:r>
        <w:rPr>
          <w:sz w:val="20"/>
        </w:rPr>
        <w:t>1:02:15  kya karunga? eternity ko kaise face karunga? mein jitna zyada yeh yaqeen aadmi ke andar hoga, utne zyada is ke andar doosri baatein aati chali jayengi.</w:t>
      </w:r>
    </w:p>
    <w:p>
      <w:pPr>
        <w:pStyle w:val="Heading2"/>
      </w:pPr>
      <w:r>
        <w:t>How to stay strong and positive</w:t>
      </w:r>
    </w:p>
    <w:p>
      <w:r>
        <w:rPr>
          <w:color w:val="666666"/>
          <w:sz w:val="18"/>
        </w:rPr>
        <w:t>Life &amp; Wisdom · Study of The Quran 23 June 2019 - Maulana Wahiduddin Khan · 3m 52s · at 47:40 · https://youtu.be/tFQnqhFtPko?t=2860</w:t>
      </w:r>
    </w:p>
    <w:p>
      <w:r>
        <w:rPr>
          <w:i/>
        </w:rPr>
        <w:t>“How can we always remain strong and positive in life? Please tell us about this. You can elaborate on this.”</w:t>
      </w:r>
    </w:p>
    <w:p>
      <w:r>
        <w:rPr>
          <w:sz w:val="20"/>
        </w:rPr>
        <w:t>47:40  It is a new and most convincing point for me. Jazak Allah." Maulana, agla sawal lete hain.</w:t>
      </w:r>
      <w:r>
        <w:br/>
      </w:r>
      <w:r>
        <w:rPr>
          <w:sz w:val="20"/>
        </w:rPr>
        <w:t>47:48  Yeh ah sawal bheja hai Karim Nagar se Muhammad Imran Talha sahib ne. Unhon ne aap se poocha hai ke hamesha strong aur positive hum life mein kaise bane rahein, is ke bare mein bataein.</w:t>
      </w:r>
      <w:r>
        <w:br/>
      </w:r>
      <w:r>
        <w:rPr>
          <w:sz w:val="20"/>
        </w:rPr>
        <w:t>48:15  Is ko aap elaborate kar sakte hain.</w:t>
      </w:r>
      <w:r>
        <w:br/>
      </w:r>
      <w:r>
        <w:rPr>
          <w:sz w:val="20"/>
        </w:rPr>
        <w:t>48:21  Maulana, aksar logon ke sath yeh hota hai ke weak moments ate hain life mein, ah aur tabhi woh ghaltiyan karta hai, ah aur slip bhi karta hai life mein.</w:t>
      </w:r>
      <w:r>
        <w:br/>
      </w:r>
      <w:r>
        <w:rPr>
          <w:sz w:val="20"/>
        </w:rPr>
        <w:t>48:32  To hamesha kya hum strong ban ke reh sakte hain? Strong personality kaise bana sakte hain apne aap ko? Aap ka sawal jo hai, mere khayal se, yani ambiguous sawal hai, clear nahi hai.</w:t>
      </w:r>
      <w:r>
        <w:br/>
      </w:r>
      <w:r>
        <w:rPr>
          <w:sz w:val="20"/>
        </w:rPr>
        <w:t>48:50  Is liye ke jab bhi aap yeh dekhein ke aap ji is tarah nahi reh sake, kuch aap se ghalti ho gayi,</w:t>
      </w:r>
      <w:r>
        <w:br/>
      </w:r>
      <w:r>
        <w:rPr>
          <w:sz w:val="20"/>
        </w:rPr>
        <w:t>49:07  kuch aap ne kho diya, to dekhiye, ek hamesha chahe kuch bhi aap ke sath guzar jaye, lekin ek ek imkan baqi rehta hai, ek possibility hai, woh hai replanning.</w:t>
      </w:r>
      <w:r>
        <w:br/>
      </w:r>
      <w:r>
        <w:rPr>
          <w:sz w:val="20"/>
        </w:rPr>
        <w:t>49:23  Replanning.</w:t>
      </w:r>
      <w:r>
        <w:br/>
      </w:r>
      <w:r>
        <w:rPr>
          <w:sz w:val="20"/>
        </w:rPr>
        <w:t>49:26  Japan ke upar do atom bomb gira diye gaye, history mein kabhi kisi ke paas nahi giraye gaye the. Do atom bomb, phir bhi ek naya imkan baqi tha, replanning baqi thi, aur Japan phir rise kar gaya.</w:t>
      </w:r>
      <w:r>
        <w:br/>
      </w:r>
      <w:r>
        <w:rPr>
          <w:sz w:val="20"/>
        </w:rPr>
        <w:t>49:42  To zindagi mein kuch bhi beet jaye, kuch bhi beet jaye, lekin hamesha ek possibility baqi rehti hai, aur woh hai replanning.</w:t>
      </w:r>
      <w:r>
        <w:br/>
      </w:r>
      <w:r>
        <w:rPr>
          <w:sz w:val="20"/>
        </w:rPr>
        <w:t>49:54  To aap replanning kijiye, replanning kijiye. Aap</w:t>
      </w:r>
      <w:r>
        <w:br/>
      </w:r>
      <w:r>
        <w:rPr>
          <w:sz w:val="20"/>
        </w:rPr>
        <w:t>50:03  , main bohat se logon ko janta hoon jinhon ne replanning ki aur kamyab ho gaye.</w:t>
      </w:r>
      <w:r>
        <w:br/>
      </w:r>
      <w:r>
        <w:rPr>
          <w:sz w:val="20"/>
        </w:rPr>
        <w:t>50:12  Aap bhi kijiye.</w:t>
      </w:r>
      <w:r>
        <w:br/>
      </w:r>
      <w:r>
        <w:rPr>
          <w:sz w:val="20"/>
        </w:rPr>
        <w:t>50:22  Maulana, agla comment bheja hai. Mazhar, aaj mein aaj apna ek thought, aaj ka ek thought batata hoon aap ko.</w:t>
      </w:r>
      <w:r>
        <w:br/>
      </w:r>
      <w:r>
        <w:rPr>
          <w:sz w:val="20"/>
        </w:rPr>
        <w:t>50:32  Is</w:t>
      </w:r>
    </w:p>
    <w:p>
      <w:pPr>
        <w:pStyle w:val="Heading2"/>
      </w:pPr>
      <w:r>
        <w:t>How to take a step back when on right side?</w:t>
      </w:r>
    </w:p>
    <w:p>
      <w:r>
        <w:rPr>
          <w:color w:val="666666"/>
          <w:sz w:val="18"/>
        </w:rPr>
        <w:t>Life &amp; Wisdom · How to Manage Controversy 10 Nov 2019 - Maulana Wahiduddin Khan · 59s · at 55:37 · https://youtu.be/UafTzJXHrSA?t=3337</w:t>
      </w:r>
    </w:p>
    <w:p>
      <w:r>
        <w:rPr>
          <w:i/>
        </w:rPr>
        <w:t>“It is very difficult for a common man in practical life to take a step back when he thinks he is on the right side. On the spur of the moment, it becomes more difficult. It feels very humiliating to take a step back when we are on the right side. How to tackle such a situation?”</w:t>
      </w:r>
    </w:p>
    <w:p>
      <w:r>
        <w:rPr>
          <w:sz w:val="20"/>
        </w:rPr>
        <w:t>55:37  maulana sahib, shahab ahmed sahib ne aurangabad, maharashtra se sawal bheja hai. unhone likha hai: "it is very difficult for a common man in practical life to take step back when he thinks he is on the right side.</w:t>
      </w:r>
      <w:r>
        <w:br/>
      </w:r>
      <w:r>
        <w:rPr>
          <w:sz w:val="20"/>
        </w:rPr>
        <w:t>55:54  on the spur of the moment, it becomes more difficult</w:t>
      </w:r>
      <w:r>
        <w:br/>
      </w:r>
      <w:r>
        <w:rPr>
          <w:sz w:val="20"/>
        </w:rPr>
        <w:t>55:58  . it feels very humiliating to take a step back when we are on the right side. how to tackle such</w:t>
      </w:r>
      <w:r>
        <w:br/>
      </w:r>
      <w:r>
        <w:rPr>
          <w:sz w:val="20"/>
        </w:rPr>
        <w:t>56:06  a situation?"</w:t>
      </w:r>
      <w:r>
        <w:br/>
      </w:r>
      <w:r>
        <w:rPr>
          <w:sz w:val="20"/>
        </w:rPr>
        <w:t>56:10  bhai, isi ke liye to maine kaha ke logon ke andar allah ka dar paida kijiye. hum pakde jayenge, aakhirat mein hamara hisab hoga.</w:t>
      </w:r>
      <w:r>
        <w:br/>
      </w:r>
      <w:r>
        <w:rPr>
          <w:sz w:val="20"/>
        </w:rPr>
        <w:t>56:22  farishte hamara record tayyar kar rahe hain, wahan pesh kiya jayega. yeh sab baatein bataiye jo nahi bataiye rahe rahe log.</w:t>
      </w:r>
    </w:p>
    <w:p>
      <w:pPr>
        <w:pStyle w:val="Heading2"/>
      </w:pPr>
      <w:r>
        <w:t>How to think positive in negative institutions?</w:t>
      </w:r>
    </w:p>
    <w:p>
      <w:r>
        <w:rPr>
          <w:color w:val="666666"/>
          <w:sz w:val="18"/>
        </w:rPr>
        <w:t>Life &amp; Wisdom · The Art of Thinking January 28, 2024 · 12m 16s · at 26:22 · https://youtu.be/lpUsTrs0ulo?t=1582</w:t>
      </w:r>
    </w:p>
    <w:p>
      <w:r>
        <w:rPr>
          <w:i/>
        </w:rPr>
        <w:t>“How can we think positive for such a negative situation which is very obvious in our institutions?”</w:t>
      </w:r>
    </w:p>
    <w:p>
      <w:r>
        <w:rPr>
          <w:sz w:val="20"/>
        </w:rPr>
        <w:t>26:22  Miss Bushra Patauli Hyderabad Pakistan se apa. Un ka comment bhi hai aur ek sawal bhi hai. Un ka comment ye hai: "Unhon ne likha hai some phenomena we watch throughout our life, for example our politicians and elites who are exploiting the weak and the poor." Un ka phir sawal hai apa ke how can we think positive for such a negative situation which is very obvious in our institutions</w:t>
      </w:r>
      <w:r>
        <w:br/>
      </w:r>
      <w:r>
        <w:rPr>
          <w:sz w:val="20"/>
        </w:rPr>
        <w:t>26:51  institutions is ke bare mein batayein. Maulana yahi kehte the ke result dekhna chahiye. Ji, hamara har action result oriented hona chahiye.</w:t>
      </w:r>
      <w:r>
        <w:br/>
      </w:r>
      <w:r>
        <w:rPr>
          <w:sz w:val="20"/>
        </w:rPr>
        <w:t>27:02  to ye to sare tajrube mujhe bhi ho chuke hain. Ji, ke ye sab hota hai institutions mein. log ek doosre ke khilaf hote hain aur tarah tarah se pareshan karte hain.</w:t>
      </w:r>
      <w:r>
        <w:br/>
      </w:r>
      <w:r>
        <w:rPr>
          <w:sz w:val="20"/>
        </w:rPr>
        <w:t>27:14  to wahan par humein</w:t>
      </w:r>
      <w:r>
        <w:br/>
      </w:r>
      <w:r>
        <w:rPr>
          <w:sz w:val="20"/>
        </w:rPr>
        <w:t>27:19  positive planning karna chahiye.</w:t>
      </w:r>
      <w:r>
        <w:br/>
      </w:r>
      <w:r>
        <w:rPr>
          <w:sz w:val="20"/>
        </w:rPr>
        <w:t>27:23  to hum agar isi waqt, agar hum foran baghair soche samjhe jawab dene lag jayen ge na, to wo baat aur badhti hai. Ji, balkeh soch samajh ke agar hum kaam karein to humein koi achha is ka solution samajh mein aa jata hai.</w:t>
      </w:r>
      <w:r>
        <w:br/>
      </w:r>
      <w:r>
        <w:rPr>
          <w:sz w:val="20"/>
        </w:rPr>
        <w:t>27:38  hum kisi khaas mauqe par is ki madad kar dein to wo, wo, wo bhi bohat kaam aata hai. aur, aur ye mere sath to bohat bar bar hua hai.</w:t>
      </w:r>
      <w:r>
        <w:br/>
      </w:r>
      <w:r>
        <w:rPr>
          <w:sz w:val="20"/>
        </w:rPr>
        <w:t>27:49  bahut sakht sakht logon ne kuch keh diya lekin foran maine jawab nahi diya. baad mein woh log ko khud hi agar hum jawab na dein na, to baad mein khud hi unko realize hota hai.</w:t>
      </w:r>
      <w:r>
        <w:br/>
      </w:r>
      <w:r>
        <w:rPr>
          <w:sz w:val="20"/>
        </w:rPr>
        <w:t>28:01  kyunke har insan ke andar to consciousness hai aur woh consciousness jo hai, woh jab awaken hota hai to usko khud ehsaas ho jata hai ke ghalti uski thi.</w:t>
      </w:r>
      <w:r>
        <w:br/>
      </w:r>
      <w:r>
        <w:rPr>
          <w:sz w:val="20"/>
        </w:rPr>
        <w:t>28:13  ji, hamari ghalti nahi thi.</w:t>
      </w:r>
      <w:r>
        <w:br/>
      </w:r>
      <w:r>
        <w:rPr>
          <w:sz w:val="20"/>
        </w:rPr>
        <w:t>28:15  to woh asal mein kya hai ke jaisa mauqa ho, usi waise hi samajhna padega kya mauqa hai. ji, wahan usko kis tareeqe se hal kiya jaye.</w:t>
      </w:r>
      <w:r>
        <w:br/>
      </w:r>
      <w:r>
        <w:rPr>
          <w:sz w:val="20"/>
        </w:rPr>
        <w:t>28:25  ji, to to is tareeqe se hum, hum, main kai baar hum koi khaas madad kar diya. kisi ko koi kitaab chahiye, kisi ko aur koi cheez chahiye to hum acche taalluqaat bhi bana ke rakhna chahiye</w:t>
      </w:r>
      <w:r>
        <w:br/>
      </w:r>
      <w:r>
        <w:rPr>
          <w:sz w:val="20"/>
        </w:rPr>
        <w:t>28:38  ek doosre se. jaise hum, jaise hum apne ghar walon ki madad karte hain, waise hi jahan hum kaam karte hain, wahan par hamara saara time wahan guzarta hai.</w:t>
      </w:r>
      <w:r>
        <w:br/>
      </w:r>
      <w:r>
        <w:rPr>
          <w:sz w:val="20"/>
        </w:rPr>
        <w:t>28:47  to wahan bhi hamein ek doosre ki madad karna chahiye. students hain, unko humne kitaabein dete hain, hum unko har tarah se hum madad karte hain unki.</w:t>
      </w:r>
      <w:r>
        <w:br/>
      </w:r>
      <w:r>
        <w:rPr>
          <w:sz w:val="20"/>
        </w:rPr>
        <w:t>28:56  to woh sab hamare, hum, hamein bahut zyada hamara khayal rakhte hain. woh bhi to yeh do tarafah hog</w:t>
      </w:r>
      <w:r>
        <w:br/>
      </w:r>
      <w:r>
        <w:rPr>
          <w:sz w:val="20"/>
        </w:rPr>
        <w:t>29:05  a. agar hum chahein ke sirf hamari log, hum, hum se log acche tareeqe se rahein aur hum unke liye kuch na karein to yeh, yeh possible nahi hai, practical nahi hai.</w:t>
      </w:r>
      <w:r>
        <w:br/>
      </w:r>
      <w:r>
        <w:rPr>
          <w:sz w:val="20"/>
        </w:rPr>
        <w:t>29:15  ji, aur apa ek cheez aur bhi hai ke Maulana sahib aisi situations ko le ke yeh bhi kaha karte the ke aap apne ko negativity se b</w:t>
      </w:r>
      <w:r>
        <w:br/>
      </w:r>
      <w:r>
        <w:rPr>
          <w:sz w:val="20"/>
        </w:rPr>
        <w:t>29:25  achaiye. matlab jaise agar saamne wala corrupt hai, evil hai to we have to understand that this is because of the creation plan of God ke Khuda ne sab ko ek freedom di hai.</w:t>
      </w:r>
      <w:r>
        <w:br/>
      </w:r>
      <w:r>
        <w:rPr>
          <w:sz w:val="20"/>
        </w:rPr>
        <w:t>29:36  Now some people will definitely misuse their freedom and there will be some people who will use their freedom rightly. to jab aap aisi situation dekhte hain to aap frustration mein ya hopeless ness mein ya negativity mein na parein.</w:t>
      </w:r>
      <w:r>
        <w:br/>
      </w:r>
      <w:r>
        <w:rPr>
          <w:sz w:val="20"/>
        </w:rPr>
        <w:t>29:51  aap apne aap ko b</w:t>
      </w:r>
      <w:r>
        <w:br/>
      </w:r>
      <w:r>
        <w:rPr>
          <w:sz w:val="20"/>
        </w:rPr>
        <w:t>29:52  achaiye. to woh bahut insist karte the ke save yourself and we can at least lead our lives with the highest ethical conduct, good behavior, good speech, good words.</w:t>
      </w:r>
      <w:r>
        <w:br/>
      </w:r>
      <w:r>
        <w:rPr>
          <w:sz w:val="20"/>
        </w:rPr>
        <w:t>30:04  hazrat Aisha bhi apa kehti thi ke prophet hamesha emphasize karte the good words ko ke woh kaha karte the ke if you speak good words then it is sealed till the day of judgment.</w:t>
      </w:r>
      <w:r>
        <w:br/>
      </w:r>
      <w:r>
        <w:rPr>
          <w:sz w:val="20"/>
        </w:rPr>
        <w:t>30:16  to yeh situations to aayengi</w:t>
      </w:r>
      <w:r>
        <w:br/>
      </w:r>
      <w:r>
        <w:rPr>
          <w:sz w:val="20"/>
        </w:rPr>
        <w:t>30:19  aayengi. hamein bas yeh dekhna hai ke hum apne aap ko kaise bachayein aisi negativity se aur aisi situation se. ye maine bahut dekha hai. ji, ke jo log jo hain, jo is is ko solution unke paas, jis ke paas nahi hai, yeh baat creation plan wali baat nahi samajhte hain.</w:t>
      </w:r>
      <w:r>
        <w:br/>
      </w:r>
      <w:r>
        <w:rPr>
          <w:sz w:val="20"/>
        </w:rPr>
        <w:t>30:38  ji, to woh bhid jaate hain. haan,</w:t>
      </w:r>
      <w:r>
        <w:br/>
      </w:r>
      <w:r>
        <w:rPr>
          <w:sz w:val="20"/>
        </w:rPr>
        <w:t>30:40  to ek sahiba to itna zyada tension mein rehti thi, itna zyada tension mein rehti thi ke baqayda bimar ho gayi aur bahut jald unka inteqal ho gaya.</w:t>
      </w:r>
      <w:r>
        <w:br/>
      </w:r>
      <w:r>
        <w:rPr>
          <w:sz w:val="20"/>
        </w:rPr>
        <w:t>30:51  wo tension mein itna zyada unko rehta tha. to main to tension mein rehti hi nahi thi. main sochti thi ke yeh to creation plan jo Maulana ne bata diya hai na, us se saare masle hal ho jaate hain.</w:t>
      </w:r>
      <w:r>
        <w:br/>
      </w:r>
      <w:r>
        <w:rPr>
          <w:sz w:val="20"/>
        </w:rPr>
        <w:t>31:03  ji, ke unki azaadi Allah taala ne di hai aur woh azaadi ka misuse kar rahe</w:t>
      </w:r>
      <w:r>
        <w:br/>
      </w:r>
      <w:r>
        <w:rPr>
          <w:sz w:val="20"/>
        </w:rPr>
        <w:t>31:08  hain. to hum jo hai un un ko kyun blame dein? accha, apa is mein ek hikmat yeh bhi hai. Maulana sahib kehte the ke is liye bhi negativity mein nahi padna chahiye.</w:t>
      </w:r>
      <w:r>
        <w:br/>
      </w:r>
      <w:r>
        <w:rPr>
          <w:sz w:val="20"/>
        </w:rPr>
        <w:t>31:20  wo kehte the ke main ek iota of negativity bardasht nahi kar sakta. kyunke jaise hi aap ke andar negativity aayi, aap ke andar se creativity exit kar gayi.</w:t>
      </w:r>
      <w:r>
        <w:br/>
      </w:r>
      <w:r>
        <w:rPr>
          <w:sz w:val="20"/>
        </w:rPr>
        <w:t>31:32  And a creative mind can only work to its full potential when it is always positive.</w:t>
      </w:r>
      <w:r>
        <w:br/>
      </w:r>
      <w:r>
        <w:rPr>
          <w:sz w:val="20"/>
        </w:rPr>
        <w:t>31:38  So he used to say that do not allow negativity or doubt enter your mind and spoil your thought process.</w:t>
      </w:r>
      <w:r>
        <w:br/>
      </w:r>
      <w:r>
        <w:rPr>
          <w:sz w:val="20"/>
        </w:rPr>
        <w:t>31:47  to yeh bhi aik bohat important aspect hai aap ka. aur yeh bhi kehte thay ke agar hum negative hue to jitni dair hum negative rahengay, utni dair hum Khuda ka shukr ada nahi kar rahay hain. to woh kehte thay ke mein shukr ka erosion aik lamhay ke liye bhi bardasht nahi kar sakta.</w:t>
      </w:r>
      <w:r>
        <w:br/>
      </w:r>
      <w:r>
        <w:rPr>
          <w:sz w:val="20"/>
        </w:rPr>
        <w:t>32:06  ab negative honge to shukr kaise ada karengay? to hum to ghassay mein rahengay. ji, to yeh bhi hai. ji, jazak Allah aap ka. apa jaise aap ne generalization ke baray mein bataya, dichotomous thinking ke baray mein bataya, hum dekhte hain ke zindagi mein har mor pe there is a decision that needs to be taken.</w:t>
      </w:r>
      <w:r>
        <w:br/>
      </w:r>
      <w:r>
        <w:rPr>
          <w:sz w:val="20"/>
        </w:rPr>
        <w:t>32:24  there are problems, there are challenges, difficulties. at the same time, a person is required to view things analytically and crit</w:t>
      </w:r>
      <w:r>
        <w:br/>
      </w:r>
      <w:r>
        <w:rPr>
          <w:sz w:val="20"/>
        </w:rPr>
        <w:t>32:34  ically. lekin yeh tabhi ho sakta hai jab sound thinking us ke andar ho. sound thinking is very, very important. to apa, mein chahunga ke aap is ke baray mein bhi hamein batayein kaise develop kar sakte hain sound thinking aur why is it important to have sound thinking?</w:t>
      </w:r>
      <w:r>
        <w:br/>
      </w:r>
      <w:r>
        <w:rPr>
          <w:sz w:val="20"/>
        </w:rPr>
        <w:t>32:55  hum logon ko to Maulana ne itni zyada hammering ki ke jaise hum koi baat karte to hota hai na ke aadmi jo poori baat nahi batata hai ke daant par jaye gi, to is pe bhi bohat bohat naraz hotay thay.</w:t>
      </w:r>
      <w:r>
        <w:br/>
      </w:r>
      <w:r>
        <w:rPr>
          <w:sz w:val="20"/>
        </w:rPr>
        <w:t>33:13  kehte thay yeh indirect jhoot hai. baat poori hai as it is batao. to as it is thinking.</w:t>
      </w:r>
      <w:r>
        <w:br/>
      </w:r>
      <w:r>
        <w:rPr>
          <w:sz w:val="20"/>
        </w:rPr>
        <w:t>33:20  to is wajah se nahi to hum bhi nahi samajhte thay ke yeh as it is thinking kya hai, sound thinking kya hai. to lekin itna hum log darte thay ke as it is baat kahein warna woh itna zyada is mein question kar kar ke baat ko finally woh pakar hi letay thay.</w:t>
      </w:r>
      <w:r>
        <w:br/>
      </w:r>
      <w:r>
        <w:rPr>
          <w:sz w:val="20"/>
        </w:rPr>
        <w:t>33:37  agar hamare chupane se baat chupti nahi thi. ji, ji, scrutiny karte thay. haan, ji.</w:t>
      </w:r>
      <w:r>
        <w:br/>
      </w:r>
      <w:r>
        <w:rPr>
          <w:sz w:val="20"/>
        </w:rPr>
        <w:t>33:42  to phir woh jo hai is ki wajah se hum logon ko samajh mein aya ke kya cheez sochna kya cheez hota hai, kaise sochein, relevant aur irrelevant kya cheez hai.</w:t>
      </w:r>
      <w:r>
        <w:br/>
      </w:r>
      <w:r>
        <w:rPr>
          <w:sz w:val="20"/>
        </w:rPr>
        <w:t>33:54  ab hum kuch sawal kuch kiya hai, jawab kuch aur de rahay hain. kyunke hum relevant aur irrelevant ka farq nahi samajhte hain.</w:t>
      </w:r>
      <w:r>
        <w:br/>
      </w:r>
      <w:r>
        <w:rPr>
          <w:sz w:val="20"/>
        </w:rPr>
        <w:t>34:02  to misal ke tor par jaise kuch log kehte hain ke ab Quran utra hai, pandrah sau saal ho gaya, to ab naya zamana aa gaya, ab halaat badal gaye, to ab aik naya mazhab hona chahiye.</w:t>
      </w:r>
      <w:r>
        <w:br/>
      </w:r>
      <w:r>
        <w:rPr>
          <w:sz w:val="20"/>
        </w:rPr>
        <w:t>34:18  to is mein yeh is mein woh masla hai ke relevant aur irrelevant ka farq log nahi samajhte. kyunke Quran to book of principles hain, book of values hain.</w:t>
      </w:r>
      <w:r>
        <w:br/>
      </w:r>
      <w:r>
        <w:rPr>
          <w:sz w:val="20"/>
        </w:rPr>
        <w:t>34:31  ab misal ke tor par Khuda aik hai, to woh jo hazaron saal bhi ho jayengay to Khuda to aik hi rahega. to is mein koi naye mazhab ki zaroorat nahi hai.</w:t>
      </w:r>
      <w:r>
        <w:br/>
      </w:r>
      <w:r>
        <w:rPr>
          <w:sz w:val="20"/>
        </w:rPr>
        <w:t>34:40  aur jo waqti tor par jo kuch cheezein jo badalti hain zamanay ke lehaz se, us ke liye Islam mein ijtihad hai.</w:t>
      </w:r>
      <w:r>
        <w:br/>
      </w:r>
      <w:r>
        <w:rPr>
          <w:sz w:val="20"/>
        </w:rPr>
        <w:t>34:49  ijtihad ke zariye se hum in in usoolon ko le kar ke ab naye halaat ke mutabiq is ko hum apply kar sakte hain.</w:t>
      </w:r>
      <w:r>
        <w:br/>
      </w:r>
      <w:r>
        <w:rPr>
          <w:sz w:val="20"/>
        </w:rPr>
        <w:t>34:59  to misal ke tor par ab Quran mein aya hai ke oont haj karne ke liye log oont par ayein, oont par safar karein.</w:t>
      </w:r>
      <w:r>
        <w:br/>
      </w:r>
      <w:r>
        <w:rPr>
          <w:sz w:val="20"/>
        </w:rPr>
        <w:t>35:07  to ab zamana badal gaya, ab log kahengay oont pe kaise safar karein? itnay door door se log jo hain oont pe kaise jayengay?</w:t>
      </w:r>
      <w:r>
        <w:br/>
      </w:r>
      <w:r>
        <w:rPr>
          <w:sz w:val="20"/>
        </w:rPr>
        <w:t>35:16  to is ke liye hai. to is bhai isi tarah ke har mamlaat mein ijtihad hai ke ab jo zamana badal gaya hai, pehle pani ke jahaz se safar kiya jata tha, ab hawai jahaz se safar kiya jata hai.</w:t>
      </w:r>
      <w:r>
        <w:br/>
      </w:r>
      <w:r>
        <w:rPr>
          <w:sz w:val="20"/>
        </w:rPr>
        <w:t>35:30  to isi tarike se jaise jaraab hai, pehle zamanay mein chamray ke jaraab hotay thay, us pe masah kiya jata tha.</w:t>
      </w:r>
      <w:r>
        <w:br/>
      </w:r>
      <w:r>
        <w:rPr>
          <w:sz w:val="20"/>
        </w:rPr>
        <w:t>35:39  to woh wuzu ke tarike se kaam hota tha ke baar baar paon na dhona paray. to ab woh naye shauks</w:t>
      </w:r>
      <w:r>
        <w:br/>
      </w:r>
      <w:r>
        <w:rPr>
          <w:sz w:val="20"/>
        </w:rPr>
        <w:t>35:45  aaye, to ab is par is ijtihad ke zariye se unhon ne kaha yeh bhi theek hai, is pe bhi masah kiya ja sakta hai. to is tarike se choti choti batein, jaise qaid hai, qaid hai, ab pehle to qaid tha nahi, to ab larkiyan jo hain sath mein larkiyon bachon ke parh sakti hain ke nahi, yeh jo hai yeh sari choti choti cheezein hain, is par ijtihad hota hai.</w:t>
      </w:r>
      <w:r>
        <w:br/>
      </w:r>
      <w:r>
        <w:rPr>
          <w:sz w:val="20"/>
        </w:rPr>
        <w:t>36:09  aur har zamanay mein ulma aur fuqaha hotay hain, woh ijtihad karte</w:t>
      </w:r>
      <w:r>
        <w:br/>
      </w:r>
      <w:r>
        <w:rPr>
          <w:sz w:val="20"/>
        </w:rPr>
        <w:t>36:13  hain zamanay tabdeeli ke lehaz se. lekin jo moti moti batein hain, woh sari akhirat hai, Khuda ka khauf hai, Khuda se mohabbat hai, yeh sari cheezein to hamesha wahi rahengay, kitna bhi zamana badal jaye.</w:t>
      </w:r>
      <w:r>
        <w:br/>
      </w:r>
      <w:r>
        <w:rPr>
          <w:sz w:val="20"/>
        </w:rPr>
        <w:t>36:29  to yeh hai asal cheez. ab woh relevant aur irrelevant ka farq na samajhne se bohat baray baray nuqsanat uthate hain log</w:t>
      </w:r>
      <w:r>
        <w:br/>
      </w:r>
      <w:r>
        <w:rPr>
          <w:sz w:val="20"/>
        </w:rPr>
        <w:t>36:39  ۔ misal ke tor par yeh jo partition hua, to yahan par kuch masail thay, masail hamesha har jagah hotay hain. to unhon ne samjha ke land ko divide kar liya jaye ga, to sare masail khatam ho jayengay.</w:t>
      </w:r>
      <w:r>
        <w:br/>
      </w:r>
      <w:r>
        <w:rPr>
          <w:sz w:val="20"/>
        </w:rPr>
        <w:t>36:53  is hindu ek taraf ho jayenge, musalman ek taraf ho jayenge. to lekin woh masail aur zyada badh gaye. kyunke is tarike se masail thodi land se thodi masla hal hot</w:t>
      </w:r>
      <w:r>
        <w:br/>
      </w:r>
      <w:r>
        <w:rPr>
          <w:sz w:val="20"/>
        </w:rPr>
        <w:t>37:03  a hai. masla to jab hum individuals ko tayyar karen, unki islaah karen, unke andar yeh mizaj paida karen ke adjustment ka mizaj paida karen, tab masla hal hota hai.</w:t>
      </w:r>
      <w:r>
        <w:br/>
      </w:r>
      <w:r>
        <w:rPr>
          <w:sz w:val="20"/>
        </w:rPr>
        <w:t>37:19  to isi wajah se ke koi masla hal nahi hua aur masle badhte hi chale gaye.</w:t>
      </w:r>
      <w:r>
        <w:br/>
      </w:r>
      <w:r>
        <w:rPr>
          <w:sz w:val="20"/>
        </w:rPr>
        <w:t>37:26  to yeh jo hai bahut zyada zaroori hai ke hum apni soch ko sahi soch, sound soch, as it is soch, yeh hum develop karen aur is par zyada se zyada is par kaam karen.</w:t>
      </w:r>
      <w:r>
        <w:br/>
      </w:r>
      <w:r>
        <w:rPr>
          <w:sz w:val="20"/>
        </w:rPr>
        <w:t>37:41  kyunke yeh khud se nahi hota, is par kaam karna padega, is par mehnat karni padegi. is par jo hamare paas jo mazameen hain, usko</w:t>
      </w:r>
      <w:r>
        <w:br/>
      </w:r>
      <w:r>
        <w:rPr>
          <w:sz w:val="20"/>
        </w:rPr>
        <w:t>37:53  padhna padega. bahut sari kitabein hain English mein clear thinking par, usko padhna padega, tabhi hum baaton ko gehrai se samajh sakte hain.</w:t>
      </w:r>
      <w:r>
        <w:br/>
      </w:r>
      <w:r>
        <w:rPr>
          <w:sz w:val="20"/>
        </w:rPr>
        <w:t>38:03  ji, apa kuch comments padhna chahunga. yeh comment bheja hai Muhammad Asif Khan sahab ne Kanpur se, unhone likha hai: "Allah ke zikr se dilon ko sukoon milta hai.</w:t>
      </w:r>
      <w:r>
        <w:br/>
      </w:r>
      <w:r>
        <w:rPr>
          <w:sz w:val="20"/>
        </w:rPr>
        <w:t>38:15  jab hum Allah ki takhleeq mein ghore o fikr karte hain to dilon ko sukoon milta hai."</w:t>
      </w:r>
      <w:r>
        <w:br/>
      </w:r>
      <w:r>
        <w:rPr>
          <w:sz w:val="20"/>
        </w:rPr>
        <w:t>38:22  mujhe thinking ki importance ka andaza is baat se bahut hua. very effective topic, jazak Allah. Shah Hussain sahab ne Kashmir se likha hai: "Great conversation, Maulana sahab wud always lead us to act of right thinking</w:t>
      </w:r>
    </w:p>
    <w:p>
      <w:pPr>
        <w:pStyle w:val="Heading2"/>
      </w:pPr>
      <w:r>
        <w:t>How to turn a negative person positive</w:t>
      </w:r>
    </w:p>
    <w:p>
      <w:r>
        <w:rPr>
          <w:color w:val="666666"/>
          <w:sz w:val="18"/>
        </w:rPr>
        <w:t>Life &amp; Wisdom · Double Reward 15 Feb 2020 - Maulana Wahiduddin Khan · 3m 29s · at 43:20 · https://youtu.be/Os-Kuq1-wAk?t=2600</w:t>
      </w:r>
    </w:p>
    <w:p>
      <w:r>
        <w:rPr>
          <w:i/>
        </w:rPr>
        <w:t>“How can a negative person be made into a positive person? Because once someone becomes negative, it becomes very difficult to make them positive.”</w:t>
      </w:r>
    </w:p>
    <w:p>
      <w:r>
        <w:rPr>
          <w:sz w:val="20"/>
        </w:rPr>
        <w:t>43:20  maulana, agla sawal bheja hai chennai se maulana iqbal umri ne. unhon ne likha hai: "negative person ko positive person kaise bana sakte hain?"</w:t>
      </w:r>
      <w:r>
        <w:br/>
      </w:r>
      <w:r>
        <w:rPr>
          <w:sz w:val="20"/>
        </w:rPr>
        <w:t>43:32  kyunke koi ek martaba negative ho jata hai to bari mushkil hoti hai kisi ko positive banana.</w:t>
      </w:r>
      <w:r>
        <w:br/>
      </w:r>
      <w:r>
        <w:rPr>
          <w:sz w:val="20"/>
        </w:rPr>
        <w:t>43:42  nahi, is ki kitab hai, is mein kitabein aise thi nahi. Hum ne ek kitab alag se tayyar ki aur chhapi.</w:t>
      </w:r>
      <w:r>
        <w:br/>
      </w:r>
      <w:r>
        <w:rPr>
          <w:sz w:val="20"/>
        </w:rPr>
        <w:t>43:51  Hamari kitabein parh parh ke bohat log badal gaye kyunke kitabein nahi thi. Aisa nahi hai.</w:t>
      </w:r>
      <w:r>
        <w:br/>
      </w:r>
      <w:r>
        <w:rPr>
          <w:sz w:val="20"/>
        </w:rPr>
        <w:t>44:09  Wo mein apna tajurba bataungi ke mein bhi university mein parhati thi to mujhe bhi yeh sare tajurbe hote thay. Universityon ka yeh culture hai, har aadmi aage barh jana chahta hai.</w:t>
      </w:r>
      <w:r>
        <w:br/>
      </w:r>
      <w:r>
        <w:rPr>
          <w:sz w:val="20"/>
        </w:rPr>
        <w:t>44:19  Group bane hue hotay hain, sab doosre group walon ko hamesha wo necha dikhana chahte hain. Un ko koi support nahi karte hain. To yeh sab hota hai, lekin hamein bilkul is ko is ko bura nahi manna chahiye.</w:t>
      </w:r>
      <w:r>
        <w:br/>
      </w:r>
      <w:r>
        <w:rPr>
          <w:sz w:val="20"/>
        </w:rPr>
        <w:t>44:33  Agar koi kuch kar raha hai to wo apne, is ko apna interest kuch hoga, kar raha hai. Hum apna kaam karein, wo apna kaam kare. Lets agree to disagree, aur hum is ko toleration is mani mein, matlab positive toleration.</w:t>
      </w:r>
      <w:r>
        <w:br/>
      </w:r>
      <w:r>
        <w:rPr>
          <w:sz w:val="20"/>
        </w:rPr>
        <w:t>44:47  To hum is ko tolerate karte thay. Is liye hamara shayad 24 saal hum ne parhaya aur aur hamesha yeh sab hota raha hai. Is ko tolerate karte thay, hum kabhi na jhagda hua, na kabhi kuch hua.</w:t>
      </w:r>
      <w:r>
        <w:br/>
      </w:r>
      <w:r>
        <w:rPr>
          <w:sz w:val="20"/>
        </w:rPr>
        <w:t>44:59  Aaram se poora term kar ke hum retire hue, warna to har jagah aise ladte rahenge to kuch bhi kaam nahi kar sakenge. Ghar mein baith ke kaise time</w:t>
      </w:r>
      <w:r>
        <w:br/>
      </w:r>
      <w:r>
        <w:rPr>
          <w:sz w:val="20"/>
        </w:rPr>
        <w:t>45:09  zarrega? Bohat se misalein hain, bohat se misalein.</w:t>
      </w:r>
      <w:r>
        <w:br/>
      </w:r>
      <w:r>
        <w:rPr>
          <w:sz w:val="20"/>
        </w:rPr>
        <w:t>45:18  Maulana, ek Chennai se Maulana Iqbal Umri aap se pooch rahe hain ke option sirf apni positivity ko qaim rakhna hi hai.</w:t>
      </w:r>
      <w:r>
        <w:br/>
      </w:r>
      <w:r>
        <w:rPr>
          <w:sz w:val="20"/>
        </w:rPr>
        <w:t>45:32  Yeh baat kahan tak sahi hai? Unhon ne likha hai: "Option sirf apni positivity ko qaim rakhna hi mumkin hai." Maulana, yeh baat kahan tak sahi hai?</w:t>
      </w:r>
      <w:r>
        <w:br/>
      </w:r>
      <w:r>
        <w:rPr>
          <w:sz w:val="20"/>
        </w:rPr>
        <w:t>45:44  Nahi, aap dawat dijiye, samjhaiye.</w:t>
      </w:r>
      <w:r>
        <w:br/>
      </w:r>
      <w:r>
        <w:rPr>
          <w:sz w:val="20"/>
        </w:rPr>
        <w:t>45:50  Chhodiye mat kisi ko.</w:t>
      </w:r>
    </w:p>
    <w:p>
      <w:pPr>
        <w:pStyle w:val="Heading2"/>
      </w:pPr>
      <w:r>
        <w:t>Human Nature and Common Sense Equivalence</w:t>
      </w:r>
    </w:p>
    <w:p>
      <w:r>
        <w:rPr>
          <w:color w:val="666666"/>
          <w:sz w:val="18"/>
        </w:rPr>
        <w:t>Life &amp; Wisdom · Contemplation on The Quran December 16, 2018 Maulana Wahiduddin Khan · 6m 29s · at 49:14 · https://youtu.be/bSOe1_KKEYk?t=2954</w:t>
      </w:r>
    </w:p>
    <w:p>
      <w:r>
        <w:rPr>
          <w:i/>
        </w:rPr>
        <w:t>“What a thrilling point: feeling the presence of God itself is experiencing Paradise here. Moulana, my question is: can we say that human nature and common sense are the same thing? Please clarify this.”</w:t>
      </w:r>
    </w:p>
    <w:p>
      <w:r>
        <w:rPr>
          <w:sz w:val="20"/>
        </w:rPr>
        <w:t>49:14  molana, isi se milta julta agla sawal bheja hai miss shabana ansari ne pakistan se. unhon ne likha hai ke "what a thrilling point" feeling presence of god itself is experiencing the paradise here.</w:t>
      </w:r>
      <w:r>
        <w:br/>
      </w:r>
      <w:r>
        <w:rPr>
          <w:sz w:val="20"/>
        </w:rPr>
        <w:t>49:31  molana, my question is ke "can we say that insaan ki fitrat aur common sense aik hi cheez hai?" is ko wazeh karein.</w:t>
      </w:r>
      <w:r>
        <w:br/>
      </w:r>
      <w:r>
        <w:rPr>
          <w:sz w:val="20"/>
        </w:rPr>
        <w:t>49:40  koi shaq nahin, is mein koi shaq nahin. jo true nature hai, wahi to fitrat hai, kyun ke nature allah ki creation hai.</w:t>
      </w:r>
      <w:r>
        <w:br/>
      </w:r>
      <w:r>
        <w:rPr>
          <w:sz w:val="20"/>
        </w:rPr>
        <w:t>49:53  nature allah ki creation hai, to wahi to sab kuch hai. agar aap apne nature ko, apni fitrat ko yaani be ahmiyat rakhein,</w:t>
      </w:r>
      <w:r>
        <w:br/>
      </w:r>
      <w:r>
        <w:rPr>
          <w:sz w:val="20"/>
        </w:rPr>
        <w:t>50:09  us ko</w:t>
      </w:r>
      <w:r>
        <w:br/>
      </w:r>
      <w:r>
        <w:rPr>
          <w:sz w:val="20"/>
        </w:rPr>
        <w:t>50:14  amri se bachayein, to yahi to islam hai, wahi to sab kuch hai. ji, molana, agla comment bheja hai umar abad se umm ashad sahib ne.</w:t>
      </w:r>
      <w:r>
        <w:br/>
      </w:r>
      <w:r>
        <w:rPr>
          <w:sz w:val="20"/>
        </w:rPr>
        <w:t>50:27  unhon ne likha hai ke "ehsas ke sath jeenay ka saleeqa siwaye molana ke aur kisi aalim ne nahin diya aur na hi de sakta hai." jazak allah molana sahib.</w:t>
      </w:r>
      <w:r>
        <w:br/>
      </w:r>
      <w:r>
        <w:rPr>
          <w:sz w:val="20"/>
        </w:rPr>
        <w:t>50:41  nahin de sakta zaroor, yeh to yaani ke nahin de sakta, kyun ke main bhi insaan hoon, woh bhi insaan hai. molana, doctor naghma siddiqui ne dilli se likha hai: "thank you molana for showing us the real role of women in Islam.</w:t>
      </w:r>
      <w:r>
        <w:br/>
      </w:r>
      <w:r>
        <w:rPr>
          <w:sz w:val="20"/>
        </w:rPr>
        <w:t>50:58  only you have given muslim women a role in Islamic work." dekhiye, main waqea yeh hai ke main khawateen ka role islam mein, islam se murad jo muhammad salallaho alaihi wasallam hota hai nahin, balkeh jo bohat pehle se hota hai,</w:t>
      </w:r>
      <w:r>
        <w:br/>
      </w:r>
      <w:r>
        <w:rPr>
          <w:sz w:val="20"/>
        </w:rPr>
        <w:t>51:18  is mein un ka role number one samajhta hoon. dekhiye, main aik baat arz karta hoon, aap usay sochiye ke allah taala ne bohat paighambar bheje, jise quran mein kehte hain "tara".</w:t>
      </w:r>
      <w:r>
        <w:br/>
      </w:r>
      <w:r>
        <w:rPr>
          <w:sz w:val="20"/>
        </w:rPr>
        <w:t>51:34  tara lagataar bheje, lagataar bheje, lekin jo allah chahte the, jo inqilab mabni bar tauheed inqilab, yeh tha allah ka nishana,</w:t>
      </w:r>
      <w:r>
        <w:br/>
      </w:r>
      <w:r>
        <w:rPr>
          <w:sz w:val="20"/>
        </w:rPr>
        <w:t>51:51  woh nahin hota tha.</w:t>
      </w:r>
      <w:r>
        <w:br/>
      </w:r>
      <w:r>
        <w:rPr>
          <w:sz w:val="20"/>
        </w:rPr>
        <w:t>51:55  phir allah ne kya kiya? aik khatoon ko istemal kiya, hajra ko.</w:t>
      </w:r>
      <w:r>
        <w:br/>
      </w:r>
      <w:r>
        <w:rPr>
          <w:sz w:val="20"/>
        </w:rPr>
        <w:t>52:04  hajra ko un ke chote bete ismail, chote se thay, us ko le kar kaha ke tum desert mein bas jao aur aik aik aik aik sahrai qaum banao</w:t>
      </w:r>
      <w:r>
        <w:br/>
      </w:r>
      <w:r>
        <w:rPr>
          <w:sz w:val="20"/>
        </w:rPr>
        <w:t>52:21  jo condition se pak ho.</w:t>
      </w:r>
      <w:r>
        <w:br/>
      </w:r>
      <w:r>
        <w:rPr>
          <w:sz w:val="20"/>
        </w:rPr>
        <w:t>52:26  is khatoon ko le aaye, ko chhor diya hazrat ibrahim ne sehra mein aur chalay gaye. is khatoon ne poocha, yaani hazrat hajra ne ke hum ko is haale ke chhok jatay hain, pani bhi nahin, yahan kuch bhi nahin,</w:t>
      </w:r>
      <w:r>
        <w:br/>
      </w:r>
      <w:r>
        <w:rPr>
          <w:sz w:val="20"/>
        </w:rPr>
        <w:t>52:45  to kya allah ne aap ko is ka hukum diya hai?</w:t>
      </w:r>
      <w:r>
        <w:br/>
      </w:r>
      <w:r>
        <w:rPr>
          <w:sz w:val="20"/>
        </w:rPr>
        <w:t>52:55  to ibrahim kehte hain haan. to phir woh khatoon kya kehti hai? "idhn la azawna" phir Allah hum ko</w:t>
      </w:r>
      <w:r>
        <w:br/>
      </w:r>
      <w:r>
        <w:rPr>
          <w:sz w:val="20"/>
        </w:rPr>
        <w:t>53:11  zaya nahi karega. yeh laغو sahra hai, wahan pani bhi nahi hai, koi sabza bhi nahi hai, khane peene ki cheez bhi nahi hai, koi sar, koi sar par koi saya bhi nahi hai.</w:t>
      </w:r>
      <w:r>
        <w:br/>
      </w:r>
      <w:r>
        <w:rPr>
          <w:sz w:val="20"/>
        </w:rPr>
        <w:t>53:24  woh khatoon ne aise kaha, kahan se kaha? main apne bare mein apna kar ke sochta hoon ke agar main hota to meri zuban se aisa jumla na nikalta ke Khuda phir humein zaya nahi karega.</w:t>
      </w:r>
      <w:r>
        <w:br/>
      </w:r>
      <w:r>
        <w:rPr>
          <w:sz w:val="20"/>
        </w:rPr>
        <w:t>53:39  aur isi khatoon ki qurbani ki wajah se phir Rasool Allah paida hue, Sahaba paida hue, woh struggle wajood mein aayi jo Arab mein ki gayi,</w:t>
      </w:r>
      <w:r>
        <w:br/>
      </w:r>
      <w:r>
        <w:rPr>
          <w:sz w:val="20"/>
        </w:rPr>
        <w:t>53:54  jis se sans sajjitain khatam huin, tribal age khatam hua, shirk ka daur khatam hua. is ki is ki jar mein yeh khatoon hai, is ko ghor kijiye aap.</w:t>
      </w:r>
      <w:r>
        <w:br/>
      </w:r>
      <w:r>
        <w:rPr>
          <w:sz w:val="20"/>
        </w:rPr>
        <w:t>54:13  yeh jo hua ke tamam anbiya mard thay, mard jitne bhi nabi aaye, sab mard thay.</w:t>
      </w:r>
      <w:r>
        <w:br/>
      </w:r>
      <w:r>
        <w:rPr>
          <w:sz w:val="20"/>
        </w:rPr>
        <w:t>54:24  un mardon ne hazaron saal tak goosh karte rahe ke shirk khatam ho, na dohrae, lekin nahi hua.</w:t>
      </w:r>
      <w:r>
        <w:br/>
      </w:r>
      <w:r>
        <w:rPr>
          <w:sz w:val="20"/>
        </w:rPr>
        <w:t>54:36  Quran mein hai ke "ya hasrat alal badiya" mayati rasool Allah kano bhi yastadun ke nabiyon ka mazak uraya.</w:t>
      </w:r>
      <w:r>
        <w:br/>
      </w:r>
      <w:r>
        <w:rPr>
          <w:sz w:val="20"/>
        </w:rPr>
        <w:t>54:50  yeh sab mard mard hi to thay. phir woh daur aaya, naya daur, jab shirk khatam hua, tauheed qaim hui, shah sirajiyatein khatam huin.</w:t>
      </w:r>
      <w:r>
        <w:br/>
      </w:r>
      <w:r>
        <w:rPr>
          <w:sz w:val="20"/>
        </w:rPr>
        <w:t>55:03  to kis ke zariye se hua? is ki jar mein yaad rakhiye, Hajra, Hajra hai, Hajra.</w:t>
      </w:r>
      <w:r>
        <w:br/>
      </w:r>
      <w:r>
        <w:rPr>
          <w:sz w:val="20"/>
        </w:rPr>
        <w:t>55:14  to main to yahan tak sochta hoon ke Hajra na hotay to yeh deen na hota, hum aap na hotay.</w:t>
      </w:r>
      <w:r>
        <w:br/>
      </w:r>
      <w:r>
        <w:rPr>
          <w:sz w:val="20"/>
        </w:rPr>
        <w:t>55:25  woh log jo</w:t>
      </w:r>
      <w:r>
        <w:br/>
      </w:r>
      <w:r>
        <w:rPr>
          <w:sz w:val="20"/>
        </w:rPr>
        <w:t>55:29  is ko nahi mante, unhon ne na tareekh ko parha hai, na Islam ko parha hai, na apne aap ko parha hai.</w:t>
      </w:r>
    </w:p>
    <w:p>
      <w:pPr>
        <w:pStyle w:val="Heading2"/>
      </w:pPr>
      <w:r>
        <w:t>Human vs animal gratitude</w:t>
      </w:r>
    </w:p>
    <w:p>
      <w:r>
        <w:rPr>
          <w:color w:val="666666"/>
          <w:sz w:val="18"/>
        </w:rPr>
        <w:t>Life &amp; Wisdom · Q&amp;A 04 Mar 2012 Maulana Wahiduddin Khan · 1m 10s · at 37:44 · https://youtu.be/txRmutuvWQI?t=2264</w:t>
      </w:r>
    </w:p>
    <w:p>
      <w:r>
        <w:rPr>
          <w:i/>
        </w:rPr>
        <w:t>“Please shed light on human gratitude and animal gratitude. Gratitude is a human quality. Animals do not know gratitude. Explain the difference between animal life and human life, that an animal does not live in the world with gratitude.”</w:t>
      </w:r>
    </w:p>
    <w:p>
      <w:r>
        <w:rPr>
          <w:sz w:val="20"/>
        </w:rPr>
        <w:t>37:44  maulana, agla sawal hyderabad, pakistan se aaya hai mr noman afzal sahab ka. unhone poocha hai ke: "insani shukr aur hawani shukr par roshni daleye."</w:t>
      </w:r>
      <w:r>
        <w:br/>
      </w:r>
      <w:r>
        <w:rPr>
          <w:sz w:val="20"/>
        </w:rPr>
        <w:t>37:57  shukr toh insani sifat hai. haiwan shukr jante hi nahi.</w:t>
      </w:r>
      <w:r>
        <w:br/>
      </w:r>
      <w:r>
        <w:rPr>
          <w:sz w:val="20"/>
        </w:rPr>
        <w:t>38:07  shukr na yeh kahe ke hawani life aur insani life ka farq ke tu haiwan jo hai, shukr karke duniya mein nahi rehta.</w:t>
      </w:r>
      <w:r>
        <w:br/>
      </w:r>
      <w:r>
        <w:rPr>
          <w:sz w:val="20"/>
        </w:rPr>
        <w:t>38:17  yani haiwan bhi oxygen leta hai, woh bhi khata hai ghiza, woh bhi pani peeta hai, lekin woh is ko nahi janta ke mujhe acknowledge karna hai, mujhe shukr karna hai.</w:t>
      </w:r>
      <w:r>
        <w:br/>
      </w:r>
      <w:r>
        <w:rPr>
          <w:sz w:val="20"/>
        </w:rPr>
        <w:t>38:30  jabke insan jo hai, is ko Allah taala ne yeh sifat di hai ke woh jane ke yeh Allah taala ki blessing hai, yeh Allah taala ki nemat hai, aur phir woh shukr kare.</w:t>
      </w:r>
      <w:r>
        <w:br/>
      </w:r>
      <w:r>
        <w:rPr>
          <w:sz w:val="20"/>
        </w:rPr>
        <w:t>38:41  toh bilash shukr ki aware, agar koi shakhs zindagi guzar raha hai duniya mein toh woh just like haiwan hai, woh aur shukr karke zindagi guzar raha hai toh phir woh insan hai.</w:t>
      </w:r>
    </w:p>
    <w:p>
      <w:pPr>
        <w:pStyle w:val="Heading2"/>
      </w:pPr>
      <w:r>
        <w:t>Ideal peace in a non-ideal world</w:t>
      </w:r>
    </w:p>
    <w:p>
      <w:r>
        <w:rPr>
          <w:color w:val="666666"/>
          <w:sz w:val="18"/>
        </w:rPr>
        <w:t>Life &amp; Wisdom · Importance of Peace December 16, 2012 · 1m 05s · at 1:29:59 · https://youtu.be/nymyorYyEz4?t=5399</w:t>
      </w:r>
    </w:p>
    <w:p>
      <w:r>
        <w:rPr>
          <w:i/>
        </w:rPr>
        <w:t>“In a world where there are no ideal people, how can there be ideal peace?”</w:t>
      </w:r>
    </w:p>
    <w:p>
      <w:r>
        <w:rPr>
          <w:sz w:val="20"/>
        </w:rPr>
        <w:t>1:29:59  Allah se dua kijiye aur aur peaceful tareeqay se kaam kartay rahiye. bas. Maulana, agla sawal Tamil Nadu se hai Naseer Ullah Sah</w:t>
      </w:r>
      <w:r>
        <w:br/>
      </w:r>
      <w:r>
        <w:rPr>
          <w:sz w:val="20"/>
        </w:rPr>
        <w:t>1:30:10  b ka. unhon ne aap se poocha hai: "Maulana, jis dunya mein ideal log nahi hain, wahan ideal peace kaisay ho sakta hai?" toh hum ne kab kaha?</w:t>
      </w:r>
      <w:r>
        <w:br/>
      </w:r>
      <w:r>
        <w:rPr>
          <w:sz w:val="20"/>
        </w:rPr>
        <w:t>1:30:21  hum ne yeh kaha nahi ke ideal peace banaiye dunya mein. yeh toh jahil leaderon ki zuban hai. yeh hamari zuban toh hai nahi. hum toh abhi behtareen bar bar repeatedly hum ne kaha ke dunya mein ideal peace ban nahi sakta.</w:t>
      </w:r>
      <w:r>
        <w:br/>
      </w:r>
      <w:r>
        <w:rPr>
          <w:sz w:val="20"/>
        </w:rPr>
        <w:t>1:30:33  toh mujh se kyun keh rahe hain aap?</w:t>
      </w:r>
      <w:r>
        <w:br/>
      </w:r>
      <w:r>
        <w:rPr>
          <w:sz w:val="20"/>
        </w:rPr>
        <w:t>1:30:38  yeh toh woh leader hain jo jantay nahi qanoon ilahi ko. woh aisay boli boltay hain jo aadmi boli bolay ideal peace dunya mein qaim karnay ki, woh samjhiye ke woh jahil hain.</w:t>
      </w:r>
      <w:r>
        <w:br/>
      </w:r>
      <w:r>
        <w:rPr>
          <w:sz w:val="20"/>
        </w:rPr>
        <w:t>1:30:47  woh is ke jahil honay mein koi shakk nahi hai. jahil is sense mein nahi ke is ne degree is ke paas nahi hai. yani Allah ka jo case plan hai, us se bekhabar hai.</w:t>
      </w:r>
      <w:r>
        <w:br/>
      </w:r>
      <w:r>
        <w:rPr>
          <w:sz w:val="20"/>
        </w:rPr>
        <w:t>1:30:58  woh yeh toh haan haan, hamara toh hi kehna aisa hai.</w:t>
      </w:r>
    </w:p>
    <w:p>
      <w:pPr>
        <w:pStyle w:val="Heading2"/>
      </w:pPr>
      <w:r>
        <w:t>Identifying Weaknesses to Improve Thinking</w:t>
      </w:r>
    </w:p>
    <w:p>
      <w:r>
        <w:rPr>
          <w:color w:val="666666"/>
          <w:sz w:val="18"/>
        </w:rPr>
        <w:t>Life &amp; Wisdom · Surah Al-'Asr I November 23, 2014 Maulana Wahiduddin Khan · 2m 43s · at 1:08:36 · https://youtu.be/3dBMIUC0Dqw?t=4116</w:t>
      </w:r>
    </w:p>
    <w:p>
      <w:r>
        <w:rPr>
          <w:i/>
        </w:rPr>
        <w:t>“To develop the art of thinking, one must discover one's weakness. But to do this is not easy, as most of the times we feel we are on the right path. My question is, how can we rationally identify one's weakness so that we can improve ourselves?”</w:t>
      </w:r>
    </w:p>
    <w:p>
      <w:r>
        <w:rPr>
          <w:sz w:val="20"/>
        </w:rPr>
        <w:t>1:08:36  maulana, agla sawal ludhiyana se kya hai fahmeed khan sahab ne aur unhon ne likha hai To develop art of thinking, one must discover one's weakness.</w:t>
      </w:r>
      <w:r>
        <w:br/>
      </w:r>
      <w:r>
        <w:rPr>
          <w:sz w:val="20"/>
        </w:rPr>
        <w:t>1:08:50  But to do this is not easy, as most of the times we feel we are on theright path. My question is, how can we rationally identify one's weakness so that we can improve ourselves?</w:t>
      </w:r>
      <w:r>
        <w:br/>
      </w:r>
      <w:r>
        <w:rPr>
          <w:sz w:val="20"/>
        </w:rPr>
        <w:t>1:09:07  dekhen, identify thinking bas yahi chahiye. ek hadith hai ke momin mar'at al-momin.</w:t>
      </w:r>
      <w:r>
        <w:br/>
      </w:r>
      <w:r>
        <w:rPr>
          <w:sz w:val="20"/>
        </w:rPr>
        <w:t>1:09:20  momin momin ke liye aaina hai. aap aaine ke samne khare hue</w:t>
      </w:r>
      <w:r>
        <w:br/>
      </w:r>
      <w:r>
        <w:rPr>
          <w:sz w:val="20"/>
        </w:rPr>
        <w:t>1:09:26  to wahi dikhayega aap ko jaise ke aap hain. koi spot hai to spot dikhayega. aisa nahi ke black spot ko white kar de. aisa woh nahi karega.</w:t>
      </w:r>
      <w:r>
        <w:br/>
      </w:r>
      <w:r>
        <w:rPr>
          <w:sz w:val="20"/>
        </w:rPr>
        <w:t>1:09:39  to sacha yani momin woh hai jo doosre ka aaina ban jaye. jab ek sacha insan aap ki ghalti ko bataye to us ko accept kijiye.</w:t>
      </w:r>
      <w:r>
        <w:br/>
      </w:r>
      <w:r>
        <w:rPr>
          <w:sz w:val="20"/>
        </w:rPr>
        <w:t>1:09:50  jis tarah aaine ki baat ko aap accept karte hain.</w:t>
      </w:r>
      <w:r>
        <w:br/>
      </w:r>
      <w:r>
        <w:rPr>
          <w:sz w:val="20"/>
        </w:rPr>
        <w:t>1:09:55  to khud sochna aur doosra aadmi agar aap ki ghalti ko point out kare to us ko accept karna. bas yeh yeh do two point formula hai.</w:t>
      </w:r>
      <w:r>
        <w:br/>
      </w:r>
      <w:r>
        <w:rPr>
          <w:sz w:val="20"/>
        </w:rPr>
        <w:t>1:10:07  yeh khud objective tor par socheye.</w:t>
      </w:r>
      <w:r>
        <w:br/>
      </w:r>
      <w:r>
        <w:rPr>
          <w:sz w:val="20"/>
        </w:rPr>
        <w:t>1:10:14  khud objective tor par socheye. aur doosra aadmi jab aap ko nishandahi kare to us ko isi tarah lijiye jis tarah aaine ki baat ko lete hain.</w:t>
      </w:r>
      <w:r>
        <w:br/>
      </w:r>
      <w:r>
        <w:rPr>
          <w:sz w:val="20"/>
        </w:rPr>
        <w:t>1:10:24  aaina agar aap ko dikhaye ke yahan par kuch mitti lag gayi hai to aap aane par ghussa nahi honge. us ko dhoyenge.</w:t>
      </w:r>
      <w:r>
        <w:br/>
      </w:r>
      <w:r>
        <w:rPr>
          <w:sz w:val="20"/>
        </w:rPr>
        <w:t>1:10:35  al-momin mar'at al-momin. momin momin ke liye aaina hota hai. momin ka matlab hai ek sacha insan. to aap ko agar ek shakhs</w:t>
      </w:r>
      <w:r>
        <w:br/>
      </w:r>
      <w:r>
        <w:rPr>
          <w:sz w:val="20"/>
        </w:rPr>
        <w:t>1:10:49  point out kare ke dekho bhai tumhare andar yeh weakness hai to foran aap us ko sochnay lagiye aur us ko door karne ki koshish kijiye.</w:t>
      </w:r>
      <w:r>
        <w:br/>
      </w:r>
      <w:r>
        <w:rPr>
          <w:sz w:val="20"/>
        </w:rPr>
        <w:t>1:11:01  foran.</w:t>
      </w:r>
      <w:r>
        <w:br/>
      </w:r>
      <w:r>
        <w:rPr>
          <w:sz w:val="20"/>
        </w:rPr>
        <w:t>1:11:06  mera to tajruba yahi hai ke yahi do yahi two point formula hai aur koi teesra koi formula nahi hai.</w:t>
      </w:r>
    </w:p>
    <w:p>
      <w:pPr>
        <w:pStyle w:val="Heading2"/>
      </w:pPr>
      <w:r>
        <w:t>Identifying and sorting personal shortcomings</w:t>
      </w:r>
    </w:p>
    <w:p>
      <w:r>
        <w:rPr>
          <w:color w:val="666666"/>
          <w:sz w:val="18"/>
        </w:rPr>
        <w:t>Life &amp; Wisdom · Problem and Shukr March 15, 2015 · 1m 32s · at 49:16 · https://youtu.be/O4gfXHtntcc?t=2956</w:t>
      </w:r>
    </w:p>
    <w:p>
      <w:r>
        <w:rPr>
          <w:i/>
        </w:rPr>
        <w:t>“How do we identify and sort shortcomings? How can one identify the shortcomings within oneself?”</w:t>
      </w:r>
    </w:p>
    <w:p>
      <w:r>
        <w:rPr>
          <w:sz w:val="20"/>
        </w:rPr>
        <w:t>49:16  Maulana agla sawal kya hai bhopal se tosiq sahib ne aur woh aap se janna chahte hain keh</w:t>
      </w:r>
      <w:r>
        <w:br/>
      </w:r>
      <w:r>
        <w:rPr>
          <w:sz w:val="20"/>
        </w:rPr>
        <w:t>49:24  How do we identify our shortcomings? What is how do we identify our shortcomings?</w:t>
      </w:r>
      <w:r>
        <w:br/>
      </w:r>
      <w:r>
        <w:rPr>
          <w:sz w:val="20"/>
        </w:rPr>
        <w:t>49:33  jo Maulana insan ke andar kamiyan hoti hain is ko kaise identify kar sakte hain shortcomings ko</w:t>
      </w:r>
      <w:r>
        <w:br/>
      </w:r>
      <w:r>
        <w:rPr>
          <w:sz w:val="20"/>
        </w:rPr>
        <w:t>49:39  kaise identify kar sakte hain is ka koi method hai ya koi formula hai muhasba ek hi formula</w:t>
      </w:r>
      <w:r>
        <w:br/>
      </w:r>
      <w:r>
        <w:rPr>
          <w:sz w:val="20"/>
        </w:rPr>
        <w:t>49:45  bataya gaya hai Quran o Hadees mein muhasba yani introspection</w:t>
      </w:r>
      <w:r>
        <w:br/>
      </w:r>
      <w:r>
        <w:rPr>
          <w:sz w:val="20"/>
        </w:rPr>
        <w:t>49:51  woh aadmi ke andar itna zyada dakhil hota hai keh woh aadmi khud hi discuss kar sakta hai</w:t>
      </w:r>
      <w:r>
        <w:br/>
      </w:r>
      <w:r>
        <w:rPr>
          <w:sz w:val="20"/>
        </w:rPr>
        <w:t>49:57  doosra aadmi is ko identify nahi kar sakta is ke soch mein is ke jazbat mein is ki</w:t>
      </w:r>
      <w:r>
        <w:br/>
      </w:r>
      <w:r>
        <w:rPr>
          <w:sz w:val="20"/>
        </w:rPr>
        <w:t>50:04  personality mein ghusa hua hota hai woh to kaun doosra is ko identify karega aap karenge</w:t>
      </w:r>
      <w:r>
        <w:br/>
      </w:r>
      <w:r>
        <w:rPr>
          <w:sz w:val="20"/>
        </w:rPr>
        <w:t>50:10  to is ke liye quran mein aur hadith mein jo cheez batai gayi hai woh hai muhasba</w:t>
      </w:r>
      <w:r>
        <w:br/>
      </w:r>
      <w:r>
        <w:rPr>
          <w:sz w:val="20"/>
        </w:rPr>
        <w:t>50:16  muhasba ka matlab hota hai introspection yani apne apne khilaf sochna apne apne bare mein sochna</w:t>
      </w:r>
      <w:r>
        <w:br/>
      </w:r>
      <w:r>
        <w:rPr>
          <w:sz w:val="20"/>
        </w:rPr>
        <w:t>50:25  yani anti self thinking mein samajhta hoon ke ek hi cheez hai jo aap ko bata sakti hai</w:t>
      </w:r>
      <w:r>
        <w:br/>
      </w:r>
      <w:r>
        <w:rPr>
          <w:sz w:val="20"/>
        </w:rPr>
        <w:t>50:31  ke aap ke andar kya kamiyan hain woh hai anti self thinking to jis ko allah ka jis</w:t>
      </w:r>
      <w:r>
        <w:br/>
      </w:r>
      <w:r>
        <w:rPr>
          <w:sz w:val="20"/>
        </w:rPr>
        <w:t>50:36  ko jo aadmi yeh chahta ho ke woh allah ki rehmaton ka mustahiq bane to us ko anti</w:t>
      </w:r>
      <w:r>
        <w:br/>
      </w:r>
      <w:r>
        <w:rPr>
          <w:sz w:val="20"/>
        </w:rPr>
        <w:t>50:42  self thinking karna hi karna hai yeh to sab bari ibadat hai anti self thinking sab se bari</w:t>
      </w:r>
    </w:p>
    <w:p>
      <w:pPr>
        <w:pStyle w:val="Heading2"/>
      </w:pPr>
      <w:r>
        <w:t>Importance of Monthly Team Meetings</w:t>
      </w:r>
    </w:p>
    <w:p>
      <w:r>
        <w:rPr>
          <w:color w:val="666666"/>
          <w:sz w:val="18"/>
        </w:rPr>
        <w:t>Life &amp; Wisdom · Experience of Hyderabad CPS Meet December 1, 2013 · 2m 23s · at 1:17:18 · https://youtu.be/Y8mcxF2Lhyc?t=4638</w:t>
      </w:r>
    </w:p>
    <w:p>
      <w:r>
        <w:rPr>
          <w:i/>
        </w:rPr>
        <w:t>“What is the importance of monthly team meetings?”</w:t>
      </w:r>
    </w:p>
    <w:p>
      <w:r>
        <w:rPr>
          <w:sz w:val="20"/>
        </w:rPr>
        <w:t>1:17:18  maulana, in ka aik aur sawal hai. unhon ne likha hai: "what is the importance of monthly team meetings?" is ke baray mein bataein.</w:t>
      </w:r>
      <w:r>
        <w:br/>
      </w:r>
      <w:r>
        <w:rPr>
          <w:sz w:val="20"/>
        </w:rPr>
        <w:t>1:17:28  monthly kya? aap roz kar sakte hain? roz kijiye. yeh importance ki baat kya hai? bhai, to yeh to yeh to discussion hai, sochna hai. agar</w:t>
      </w:r>
      <w:r>
        <w:br/>
      </w:r>
      <w:r>
        <w:rPr>
          <w:sz w:val="20"/>
        </w:rPr>
        <w:t>1:17:39  monthly mumkin hai to monthly kijiye, weekly mumkin hai weekly kijiye, by weekly ki mumkin hai by weekly kijiye, daily bilkul daily kijiye.</w:t>
      </w:r>
      <w:r>
        <w:br/>
      </w:r>
      <w:r>
        <w:rPr>
          <w:sz w:val="20"/>
        </w:rPr>
        <w:t>1:17:51  sahaba ki meeting to rozana hoti thi masjid nabwi mein.</w:t>
      </w:r>
      <w:r>
        <w:br/>
      </w:r>
      <w:r>
        <w:rPr>
          <w:sz w:val="20"/>
        </w:rPr>
        <w:t>1:17:56  is ka koi yaani yeh koi sawal karne ki baat nahin hai. yeh to aap ke apne halaat ki baat hai, jitne halaat hain. aur dekhiye, yeh bhi samajh lijiye ke yeh meeting hoti hai mission ki nisbat se.</w:t>
      </w:r>
      <w:r>
        <w:br/>
      </w:r>
      <w:r>
        <w:rPr>
          <w:sz w:val="20"/>
        </w:rPr>
        <w:t>1:18:12  yeh insaan se meeting to number do par hai, woh farishton se meeting hoti hai. kyunke hadees mein aata hai ke jahan Allah ke liye koi log ikattha hon to wahan farishtay utarte hain.</w:t>
      </w:r>
      <w:r>
        <w:br/>
      </w:r>
      <w:r>
        <w:rPr>
          <w:sz w:val="20"/>
        </w:rPr>
        <w:t>1:18:28  to agar aap sach much woh is ko yaani is tarah ki aap ki bias agar hai to wahan to aap aap jitna bhi karein, woh acha hai.</w:t>
      </w:r>
      <w:r>
        <w:br/>
      </w:r>
      <w:r>
        <w:rPr>
          <w:sz w:val="20"/>
        </w:rPr>
        <w:t>1:18:39  kyunke jitne ziyada aap se mulaqat hogi farishton se, acha hai. yeh mat samjhiye ke mister a se milne ja rahe hain, mister b se milne ja rahe hain.</w:t>
      </w:r>
      <w:r>
        <w:br/>
      </w:r>
      <w:r>
        <w:rPr>
          <w:sz w:val="20"/>
        </w:rPr>
        <w:t>1:18:49  balkeh yaani jab bhi aap Allah taala ko bohat pasand hai ke jamaati tor par aap koi Allah ka kaam karein, jamaati tor par.</w:t>
      </w:r>
      <w:r>
        <w:br/>
      </w:r>
      <w:r>
        <w:rPr>
          <w:sz w:val="20"/>
        </w:rPr>
        <w:t>1:19:02  yeh hadees mein is se pehle suna chuka hoon, bohat hi aik bohat hi ajeeb hadees hai ke jahan aisay log ikattha hote hain ke Allah ke liye ikattha hote hain, woh sirf to farishtay toot padte hain wahan par.</w:t>
      </w:r>
      <w:r>
        <w:br/>
      </w:r>
      <w:r>
        <w:rPr>
          <w:sz w:val="20"/>
        </w:rPr>
        <w:t>1:19:16  to aap monthly ka ke woh kyun nikalte hain? is jab mauqa ho, aap kijiye daily, weekly, by monthly, by weekly, jaise jaise bhi ho.</w:t>
      </w:r>
      <w:r>
        <w:br/>
      </w:r>
      <w:r>
        <w:rPr>
          <w:sz w:val="20"/>
        </w:rPr>
        <w:t>1:19:31  kyunke jahan aap ikattha honge to farishtay aayenge. farishton se milna zaahir hai ke har aadmi ki tamanna honi chahiye.</w:t>
      </w:r>
    </w:p>
    <w:p>
      <w:pPr>
        <w:pStyle w:val="Heading2"/>
      </w:pPr>
      <w:r>
        <w:t>Importance of complex-free teamwork and formula</w:t>
      </w:r>
    </w:p>
    <w:p>
      <w:r>
        <w:rPr>
          <w:color w:val="666666"/>
          <w:sz w:val="18"/>
        </w:rPr>
        <w:t>Life &amp; Wisdom · The Importance of Team Work February 5, 2012 · 1m 35s · at 1:12:35 · https://youtu.be/qBbwznqIqVw?t=4355</w:t>
      </w:r>
    </w:p>
    <w:p>
      <w:r>
        <w:rPr>
          <w:i/>
        </w:rPr>
        <w:t>“What is the importance of being complex-free in teamwork and its formula?”</w:t>
      </w:r>
    </w:p>
    <w:p>
      <w:r>
        <w:rPr>
          <w:sz w:val="20"/>
        </w:rPr>
        <w:t>1:12:35  maulana, un ka ek aur sawal hai. unhon ne poocha hai ke team work mein complex free hone ki importance aur is ka formula kya hai?</w:t>
      </w:r>
      <w:r>
        <w:br/>
      </w:r>
      <w:r>
        <w:rPr>
          <w:sz w:val="20"/>
        </w:rPr>
        <w:t>1:12:47  importance to bohat zyada hai,</w:t>
      </w:r>
      <w:r>
        <w:br/>
      </w:r>
      <w:r>
        <w:rPr>
          <w:sz w:val="20"/>
        </w:rPr>
        <w:t>1:12:52  bohat zyada hai. kyunke ek shakhs leading role kar raha hai, doosre log supporting role par hain. to ye kahenge ke dekho, hum to back seat par hain, ye imamat ke masle par khara hua hai.</w:t>
      </w:r>
      <w:r>
        <w:br/>
      </w:r>
      <w:r>
        <w:rPr>
          <w:sz w:val="20"/>
        </w:rPr>
        <w:t>1:13:07  ye to bilkul fitri hai ke aise complex paida hon.</w:t>
      </w:r>
      <w:r>
        <w:br/>
      </w:r>
      <w:r>
        <w:rPr>
          <w:sz w:val="20"/>
        </w:rPr>
        <w:t>1:13:13  bilkul fitri hai.</w:t>
      </w:r>
      <w:r>
        <w:br/>
      </w:r>
      <w:r>
        <w:rPr>
          <w:sz w:val="20"/>
        </w:rPr>
        <w:t>1:13:17  lekin is ko kill karna hai. isi liye rasool Allah ne ansar ke bare mein jo farmaya tha ke main doosre doosre log ek ek rastay par chalain, ansar ek aur rastay par chalain, to main ansar ke rastay par chalunga.</w:t>
      </w:r>
      <w:r>
        <w:br/>
      </w:r>
      <w:r>
        <w:rPr>
          <w:sz w:val="20"/>
        </w:rPr>
        <w:t>1:13:32  itna bara darja diya aap ne ansar ko. isi liye ke supporting role ada karne ke liye aap ko qurbani deni parti hai, complex free banna parta hai.</w:t>
      </w:r>
      <w:r>
        <w:br/>
      </w:r>
      <w:r>
        <w:rPr>
          <w:sz w:val="20"/>
        </w:rPr>
        <w:t>1:13:44  doosra aadmi ko leading role mila hai to theek hai, milne rahe. hum to wahi karenge jo humein role mila hai karne ke liye. to ye to bohat bara sawab ka moamla hai.</w:t>
      </w:r>
      <w:r>
        <w:br/>
      </w:r>
      <w:r>
        <w:rPr>
          <w:sz w:val="20"/>
        </w:rPr>
        <w:t>1:13:58  agar aadmi complex free ban kar ke supporting role par razi ho jaye to bohat bara ye sawab ka moamla hai.</w:t>
      </w:r>
    </w:p>
    <w:p>
      <w:pPr>
        <w:pStyle w:val="Heading2"/>
      </w:pPr>
      <w:r>
        <w:t>Importance of continuous study for a dai</w:t>
      </w:r>
    </w:p>
    <w:p>
      <w:r>
        <w:rPr>
          <w:color w:val="666666"/>
          <w:sz w:val="18"/>
        </w:rPr>
        <w:t>Life &amp; Wisdom · Q&amp;A 04 DEC 2011 Maulana Wahiduddin Khan · 44s · at 38:20 · https://youtu.be/KIMNmuUZoGo?t=2300</w:t>
      </w:r>
    </w:p>
    <w:p>
      <w:r>
        <w:rPr>
          <w:i/>
        </w:rPr>
        <w:t>“How important is it for a dai to continue his studies? Please advise.”</w:t>
      </w:r>
    </w:p>
    <w:p>
      <w:r>
        <w:rPr>
          <w:sz w:val="20"/>
        </w:rPr>
        <w:t>38:20  maulana in ka ek aur sawal hai, unhone likha hai keh ek daai ke liye apne mutale ko jaari rakhna kitna zaroori hai?</w:t>
      </w:r>
      <w:r>
        <w:br/>
      </w:r>
      <w:r>
        <w:rPr>
          <w:sz w:val="20"/>
        </w:rPr>
        <w:t>38:31  dā'ī kā har insān ko zarūrī hai. apnī jānakārī jab tak baṛhā'ēṅge nahīṅ to āp kā development nahīṅ hoga. As ae dā'ī, as ae man, har lihāz se āp ko study karnā hai.</w:t>
      </w:r>
      <w:r>
        <w:br/>
      </w:r>
      <w:r>
        <w:rPr>
          <w:sz w:val="20"/>
        </w:rPr>
        <w:t>38:44  Study kā matlab yeh nahīṅ ke alf lafz alf lafz paṛhēṅ, novel paṛhēṅ āp, shayari paṛhēṅ. Yeh matlab nahīṅ. Serious study to zarūrī hai har hāl meṅ.</w:t>
      </w:r>
      <w:r>
        <w:br/>
      </w:r>
      <w:r>
        <w:rPr>
          <w:sz w:val="20"/>
        </w:rPr>
        <w:t>38:53  dā'ī ke lie bhī hai aur 'ām insān ke lie bhī hai. Serious sīrīs study.</w:t>
      </w:r>
    </w:p>
    <w:p>
      <w:pPr>
        <w:pStyle w:val="Heading2"/>
      </w:pPr>
      <w:r>
        <w:t>Importance of converting negativity to positivity</w:t>
      </w:r>
    </w:p>
    <w:p>
      <w:r>
        <w:rPr>
          <w:color w:val="666666"/>
          <w:sz w:val="18"/>
        </w:rPr>
        <w:t>Life &amp; Wisdom · Importance of Patience October 26, 2014 · 2m 23s · at 1:19:24 · https://youtu.be/XdOlp9-fPG0?t=4764</w:t>
      </w:r>
    </w:p>
    <w:p>
      <w:r>
        <w:rPr>
          <w:i/>
        </w:rPr>
        <w:t>“You always emphasize on doing conversion, that is converting negativity to positivity. Can you please elaborate on the same as to why is it so important?”</w:t>
      </w:r>
    </w:p>
    <w:p>
      <w:r>
        <w:rPr>
          <w:sz w:val="20"/>
        </w:rPr>
        <w:t>1:19:24  maulana, agla sawal kya hai faisal sahab ne bhopal se, aur unhon ne likha hai: "maulana, you always emphasize on doing conversion, that is converting negativity to positivity.</w:t>
      </w:r>
      <w:r>
        <w:br/>
      </w:r>
      <w:r>
        <w:rPr>
          <w:sz w:val="20"/>
        </w:rPr>
        <w:t>1:19:38  can you please elaborate on the same as to why is it so important?" important is liye hai ke yeh dunya convert negative ideas se bhari hui hai.</w:t>
      </w:r>
      <w:r>
        <w:br/>
      </w:r>
      <w:r>
        <w:rPr>
          <w:sz w:val="20"/>
        </w:rPr>
        <w:t>1:19:54  yeh dunya mein khud Allah taala ne shaitan ko chhod diya hai, har waqt shaitan hamare saath hai. kya aap shaitan ko baandh sakte hain? shaitan ko khatam kar sakte hain?</w:t>
      </w:r>
      <w:r>
        <w:br/>
      </w:r>
      <w:r>
        <w:rPr>
          <w:sz w:val="20"/>
        </w:rPr>
        <w:t>1:20:06  shaitan ne Allah ki aazadi pa kar ke har waqt hamare dayen bayen, aage peeche daud raha hai. to woh woh is ki wajah se negative thought aate hain, is ki wajah se negative waqt waqt hote hain, to logon ko mis lead karta hai.</w:t>
      </w:r>
      <w:r>
        <w:br/>
      </w:r>
      <w:r>
        <w:rPr>
          <w:sz w:val="20"/>
        </w:rPr>
        <w:t>1:20:22  to yeh to shaitan se jo hamein woh is se jo fight karna hai, yeh fight hi galat hai jo musalman kar rahe hain idhar udhar, yani so called enemies se.</w:t>
      </w:r>
      <w:r>
        <w:br/>
      </w:r>
      <w:r>
        <w:rPr>
          <w:sz w:val="20"/>
        </w:rPr>
        <w:t>1:20:34  asal fighting to hamein shaitan se karna hai, aur fighting yahi hai ke is ke negative thought ko hum is ka asar na lein, balkeh is ko badal lein positive thought mein.</w:t>
      </w:r>
      <w:r>
        <w:br/>
      </w:r>
      <w:r>
        <w:rPr>
          <w:sz w:val="20"/>
        </w:rPr>
        <w:t>1:20:48  yahi baat quran mein hai ke ashaddul kuffar, yani un ki jo negative thought se mutasir na hona, aur apne aap ko positivity par baqi rakhna.</w:t>
      </w:r>
    </w:p>
    <w:p>
      <w:pPr>
        <w:pStyle w:val="Heading2"/>
      </w:pPr>
      <w:r>
        <w:t>Importance of high thinking secularly</w:t>
      </w:r>
    </w:p>
    <w:p>
      <w:r>
        <w:rPr>
          <w:color w:val="666666"/>
          <w:sz w:val="18"/>
        </w:rPr>
        <w:t>Life &amp; Wisdom · Spirituality in Simple Living, High Thinking October 27, 2019 Maulana Wahiduddin Khan · 1m 04s · at 37:26 · https://youtu.be/Kr28g15eFr8?t=2246</w:t>
      </w:r>
    </w:p>
    <w:p>
      <w:r>
        <w:rPr>
          <w:i/>
        </w:rPr>
        <w:t>“What is the importance of high thinking in the secular sense? Please explain.”</w:t>
      </w:r>
    </w:p>
    <w:p>
      <w:r>
        <w:rPr>
          <w:sz w:val="20"/>
        </w:rPr>
        <w:t>37:26  maulana, agla sawal bhi chennai se hai. umm ashad sahibah ne kiya hai. unho ne aapse poocha hai: "what is the importance of high thinking in the secular sense?" is ke baray mein batayein.</w:t>
      </w:r>
      <w:r>
        <w:br/>
      </w:r>
      <w:r>
        <w:rPr>
          <w:sz w:val="20"/>
        </w:rPr>
        <w:t>37:40  bhai, high thinking jo hai jo is baray mein hai woh high wisdom</w:t>
      </w:r>
      <w:r>
        <w:br/>
      </w:r>
      <w:r>
        <w:rPr>
          <w:sz w:val="20"/>
        </w:rPr>
        <w:t>37:49  yani oonchi soch hai.</w:t>
      </w:r>
      <w:r>
        <w:br/>
      </w:r>
      <w:r>
        <w:rPr>
          <w:sz w:val="20"/>
        </w:rPr>
        <w:t>37:53  to yeh to ek mani hui baat hai ke oonchi soch se bari cheez koi nahi hai.</w:t>
      </w:r>
      <w:r>
        <w:br/>
      </w:r>
      <w:r>
        <w:rPr>
          <w:sz w:val="20"/>
        </w:rPr>
        <w:t>38:05  jaise woh jo qissa mein ne bataya ke inteqaam lene se pehle soch lo ke inteqaam ka bhi inteqaam liya jayega. yeh kya hai?</w:t>
      </w:r>
      <w:r>
        <w:br/>
      </w:r>
      <w:r>
        <w:rPr>
          <w:sz w:val="20"/>
        </w:rPr>
        <w:t>38:14  yeh yahan high wisdom hai, high thinking hai, yahi to hai.</w:t>
      </w:r>
    </w:p>
    <w:p>
      <w:pPr>
        <w:pStyle w:val="Heading2"/>
      </w:pPr>
      <w:r>
        <w:t>Importance of patience and gratitude</w:t>
      </w:r>
    </w:p>
    <w:p>
      <w:r>
        <w:rPr>
          <w:color w:val="666666"/>
          <w:sz w:val="18"/>
        </w:rPr>
        <w:t>Life &amp; Wisdom · Importance of Shukr (Thankfulness) July 24, 2022 · 20m 13s · at 35:24 · https://youtu.be/MgWNIv0k1sk?t=2124</w:t>
      </w:r>
    </w:p>
    <w:p>
      <w:r>
        <w:rPr>
          <w:i/>
        </w:rPr>
        <w:t>“Maulana used to say that if a person has the two qualities of sabr and shukr, then success can definitely be achieved. Can you explain the significance of sabr and shukr for success?”</w:t>
      </w:r>
    </w:p>
    <w:p>
      <w:r>
        <w:rPr>
          <w:sz w:val="20"/>
        </w:rPr>
        <w:t>35:24  maulana aksar woh big bird of the storm ka example bhi diya karte thay. apa, agla sawal lene se pehle comment parhna chahoon ga jo shafiq rehman sahib ne bheja hai pakistan se.</w:t>
      </w:r>
      <w:r>
        <w:br/>
      </w:r>
      <w:r>
        <w:rPr>
          <w:sz w:val="20"/>
        </w:rPr>
        <w:t>35:38  unhon ne likha hai "I am from Pakistan and really appreciate your efforts. May Allah bless us." alhamdulillah. apa, agla sawal basically mein sabr o shukr ke hawalay se poochna chahta hoon.</w:t>
      </w:r>
      <w:r>
        <w:br/>
      </w:r>
      <w:r>
        <w:rPr>
          <w:sz w:val="20"/>
        </w:rPr>
        <w:t>35:51  maulana yeh kehte thay ke sabr o shukr agar yeh do sifat insaan ke andar hon to kaamyaabi yaqeenan us ko haasil ho sakti hai.</w:t>
      </w:r>
      <w:r>
        <w:br/>
      </w:r>
      <w:r>
        <w:rPr>
          <w:sz w:val="20"/>
        </w:rPr>
        <w:t>36:00  matlab woh apni nakaami ko kaamyaabi mein tabdeel kar sakta hai.</w:t>
      </w:r>
      <w:r>
        <w:br/>
      </w:r>
      <w:r>
        <w:rPr>
          <w:sz w:val="20"/>
        </w:rPr>
        <w:t>36:04  to in do ke beech mein kya relation hai? is ko thora aur achay se aap wazeh kar dein.</w:t>
      </w:r>
      <w:r>
        <w:br/>
      </w:r>
      <w:r>
        <w:rPr>
          <w:sz w:val="20"/>
        </w:rPr>
        <w:t>36:11  jab bhi hum kisi mushkil haalaat mein par jayen to quran ki taleem ke mutabiq hamein sabr karna hai. kyunke sabr ki wajah se kya hota hai ke hamare andar negativity nahin paida hogi.</w:t>
      </w:r>
      <w:r>
        <w:br/>
      </w:r>
      <w:r>
        <w:rPr>
          <w:sz w:val="20"/>
        </w:rPr>
        <w:t>36:25  balkay hum sirf yeh sochen ge ke is maslay ka hal kya hai. aur hal aik nahin, das hal hotay hain. to is maslay ka ha</w:t>
      </w:r>
      <w:r>
        <w:br/>
      </w:r>
      <w:r>
        <w:rPr>
          <w:sz w:val="20"/>
        </w:rPr>
        <w:t>36:32  l kya hai, woh hum positive andaaz mein soch payein ge. aur agar hum ne is ko shikayat ke andaaz mein liya to hum bohat ziyada negative ho jayen ge.</w:t>
      </w:r>
      <w:r>
        <w:br/>
      </w:r>
      <w:r>
        <w:rPr>
          <w:sz w:val="20"/>
        </w:rPr>
        <w:t>36:43  to phir hamara dimagh jo hai, sahi right direction mein kaam hi nahin kare ga. to hum badla lena chahein ge.</w:t>
      </w:r>
      <w:r>
        <w:br/>
      </w:r>
      <w:r>
        <w:rPr>
          <w:sz w:val="20"/>
        </w:rPr>
        <w:t>36:53  badla lene mein hum aur apna nuqsan karein ge. to is wajah se hum bilkul positive ho kar hi kaam kar sakte hain.</w:t>
      </w:r>
      <w:r>
        <w:br/>
      </w:r>
      <w:r>
        <w:rPr>
          <w:sz w:val="20"/>
        </w:rPr>
        <w:t>37:01  maulana hamesha kehte thay ke agar hum koi waisi baat un ko batate, kisi ki shikayat ki baat batate ji to woh suntay hi nahin thay.</w:t>
      </w:r>
      <w:r>
        <w:br/>
      </w:r>
      <w:r>
        <w:rPr>
          <w:sz w:val="20"/>
        </w:rPr>
        <w:t>37:10  kehte thay ke main aik moment ke liye bhi apne andar aik state mein shukr ki state of feeling mein jeeta hoon.</w:t>
      </w:r>
      <w:r>
        <w:br/>
      </w:r>
      <w:r>
        <w:rPr>
          <w:sz w:val="20"/>
        </w:rPr>
        <w:t>37:19  aur aik moment ke liye bhi main shukr ka erosion nahin chahta. kyunke jahan shikayat aayi to wahan shukr ka erosion ho jaye ga.</w:t>
      </w:r>
      <w:r>
        <w:br/>
      </w:r>
      <w:r>
        <w:rPr>
          <w:sz w:val="20"/>
        </w:rPr>
        <w:t>37:29  to shukr jo hai, matlab agar hum aik shakir zindagi hamari hai, tabhi hamare paas farishtay atay hain.</w:t>
      </w:r>
      <w:r>
        <w:br/>
      </w:r>
      <w:r>
        <w:rPr>
          <w:sz w:val="20"/>
        </w:rPr>
        <w:t>37:39  tabhi hamein khuda ki madad milti hai. aur is ka bohat achi misaal hai hazrat abubakar wali ji ke kis tareeqay se jab unhon ne shikayat, unhon ne jawab dena shuru kiya to rasool Allah sal Allah alayh wasallam ne bataya ke farishta chala gaya.</w:t>
      </w:r>
      <w:r>
        <w:br/>
      </w:r>
      <w:r>
        <w:rPr>
          <w:sz w:val="20"/>
        </w:rPr>
        <w:t>37:53  to is se hamare liye bhi is mein sabaq hai ke hum aik positive life jayen ge to hamare paas farishtay ayen ge. farishtoon ki madad se hum apna har kaam kar sakte hain.</w:t>
      </w:r>
      <w:r>
        <w:br/>
      </w:r>
      <w:r>
        <w:rPr>
          <w:sz w:val="20"/>
        </w:rPr>
        <w:t>38:04  to shukr aur shikayat jama nahin ho sakte. agar hamare andar shikayat hai to hamare andar shukr nahin hoga. aur shukr hai to hamare andar shikayat nahin hogi.</w:t>
      </w:r>
      <w:r>
        <w:br/>
      </w:r>
      <w:r>
        <w:rPr>
          <w:sz w:val="20"/>
        </w:rPr>
        <w:t>38:15  to is tareeqay se jaise hamare andar shikayat aaye, usi waqt hum ko is ko de din khatam kar dena hai. kyunke agar hum ne shikayat ko apne dimagh mein rakha to jab hum soyen ge to phir woh hamare dimagh ka hissa ban jaye ga.</w:t>
      </w:r>
      <w:r>
        <w:br/>
      </w:r>
      <w:r>
        <w:rPr>
          <w:sz w:val="20"/>
        </w:rPr>
        <w:t>38:29  phir hum usi ke is mein sochte rahen ge, usi ke asar mein rahen ge. to hum usi waqt khatam kar lein. kisi bhi tareeqay se is ko explain kar lein ke is mein kabhi kabhi aisa bhi ho sakta hai ke hamari bhi kuch ghalti rahi ho.</w:t>
      </w:r>
      <w:r>
        <w:br/>
      </w:r>
      <w:r>
        <w:rPr>
          <w:sz w:val="20"/>
        </w:rPr>
        <w:t>38:43  to is ko explain kar ke woh dimagh se nikaal dein. aur khuda ki doosri jo blessings hain, us ko yaad karein.</w:t>
      </w:r>
      <w:r>
        <w:br/>
      </w:r>
      <w:r>
        <w:rPr>
          <w:sz w:val="20"/>
        </w:rPr>
        <w:t>38:51  to is tareeqay se shikayat ko kabhi bhi hamein apne dimagh mein rakhna nahin hai.</w:t>
      </w:r>
      <w:r>
        <w:br/>
      </w:r>
      <w:r>
        <w:rPr>
          <w:sz w:val="20"/>
        </w:rPr>
        <w:t>38:58  dimagh mein rakhen ge to hamare andar aik negative personality banay gi. negative personality banay gi to hamare andar shukr nahin paida hoga.</w:t>
      </w:r>
      <w:r>
        <w:br/>
      </w:r>
      <w:r>
        <w:rPr>
          <w:sz w:val="20"/>
        </w:rPr>
        <w:t>39:07  sacha shukr ko main keh rahi hoon. woh alhamdulillah wala to shukr, woh to sabhi log kar rahay hain. jo sacha shukr hai, jis se poori hamari personality influence hoti hai, woh shukr nahin paida hoga.</w:t>
      </w:r>
      <w:r>
        <w:br/>
      </w:r>
      <w:r>
        <w:rPr>
          <w:sz w:val="20"/>
        </w:rPr>
        <w:t>39:18  is liye hamein shikayat ko foran khatm kar dena hai.</w:t>
      </w:r>
      <w:r>
        <w:br/>
      </w:r>
      <w:r>
        <w:rPr>
          <w:sz w:val="20"/>
        </w:rPr>
        <w:t>39:23  ji, kafi logon ne bohat se comments bheje hain. apa, miss asma khanam ne saharanpur se likha hai: "beshak bilkul sahi kaha." apa, jazak allah.</w:t>
      </w:r>
      <w:r>
        <w:br/>
      </w:r>
      <w:r>
        <w:rPr>
          <w:sz w:val="20"/>
        </w:rPr>
        <w:t>39:36  noreen zahid sahibah ne bheja hai, unhon ne location hi likhi hai: "subhan allah, bohat sabak amoaz baatein batai hain." jazak allah.</w:t>
      </w:r>
      <w:r>
        <w:br/>
      </w:r>
      <w:r>
        <w:rPr>
          <w:sz w:val="20"/>
        </w:rPr>
        <w:t>39:47  miss karot lane ne srinagar se likha hai: "This world is a custom-based world.</w:t>
      </w:r>
      <w:r>
        <w:br/>
      </w:r>
      <w:r>
        <w:rPr>
          <w:sz w:val="20"/>
        </w:rPr>
        <w:t>39:53  maulana would always say it implies that god has created a world that caters to all needs of human beings. that we have become used to this world and take everything for granted is the irony.</w:t>
      </w:r>
      <w:r>
        <w:br/>
      </w:r>
      <w:r>
        <w:rPr>
          <w:sz w:val="20"/>
        </w:rPr>
        <w:t>40:07  if helplessness is the surest way to find god, gratefulness is the key to realize god</w:t>
      </w:r>
      <w:r>
        <w:br/>
      </w:r>
      <w:r>
        <w:rPr>
          <w:sz w:val="20"/>
        </w:rPr>
        <w:t>40:14  . pondering on the creations of creator, all the blessings and opportunities available, and acknowledging his greatness and benevolence is what god expects from us." achha, apa,</w:t>
      </w:r>
      <w:r>
        <w:br/>
      </w:r>
      <w:r>
        <w:rPr>
          <w:sz w:val="20"/>
        </w:rPr>
        <w:t>40:29  quran mein aaya hai ke agar koi nashukra hai to us ko saza di jaye gi aur agar jo shukr karne wala hai, us ko reward diya jaye ga.</w:t>
      </w:r>
      <w:r>
        <w:br/>
      </w:r>
      <w:r>
        <w:rPr>
          <w:sz w:val="20"/>
        </w:rPr>
        <w:t>40:38  to is ko bhi thora aur aap achhe se wazeh kar dein.</w:t>
      </w:r>
      <w:r>
        <w:br/>
      </w:r>
      <w:r>
        <w:rPr>
          <w:sz w:val="20"/>
        </w:rPr>
        <w:t>40:43  quran mein chapter 14 mein aaya hai ke agar tum nashukri karoge to mera azab bara sakht hai.</w:t>
      </w:r>
      <w:r>
        <w:br/>
      </w:r>
      <w:r>
        <w:rPr>
          <w:sz w:val="20"/>
        </w:rPr>
        <w:t>40:50  is se hamein maloom hota hai ke nashukri jo hai, kitni bari evil hai, jis se hamein apne aap ko har halat mein bachana hai.</w:t>
      </w:r>
      <w:r>
        <w:br/>
      </w:r>
      <w:r>
        <w:rPr>
          <w:sz w:val="20"/>
        </w:rPr>
        <w:t>41:00  aur aaj har aadmi jo hai, jo hai sahi maene mein koi bhi shukr khuda ka ada nahi kar raha hai.</w:t>
      </w:r>
      <w:r>
        <w:br/>
      </w:r>
      <w:r>
        <w:rPr>
          <w:sz w:val="20"/>
        </w:rPr>
        <w:t>41:09  kyun ke bohat sari aisi cheezein hain jo hamein nahi mili hui hain. bas isi mein ghoom phir kar hamara dimagh isi mein rehta hai. to is tareeqe se hamein quran ki is ayat se hamein yeh learning karni hai ke hamein har halat mein khuda ka shukr ada karna hai.</w:t>
      </w:r>
      <w:r>
        <w:br/>
      </w:r>
      <w:r>
        <w:rPr>
          <w:sz w:val="20"/>
        </w:rPr>
        <w:t>41:25  kyun ke agar hum ne khuda ka shukr nahi ada kiya to hamein hamein jannat se mahroom kar diya jaye ga.</w:t>
      </w:r>
      <w:r>
        <w:br/>
      </w:r>
      <w:r>
        <w:rPr>
          <w:sz w:val="20"/>
        </w:rPr>
        <w:t>41:33  abdalabad tak hum, hum aik jis ko maulana kehte thay, jahannum jo hai, aik universal dust bin hai, wahan pare rahen ge aur hamein jannat se mahroom kar diya jaye ga.</w:t>
      </w:r>
      <w:r>
        <w:br/>
      </w:r>
      <w:r>
        <w:rPr>
          <w:sz w:val="20"/>
        </w:rPr>
        <w:t>41:46  quran ke mutabiq yeh baat hai. aur agar hum shukr ada karte hain to allah taala jo hai la in shakartum la zi dannakum ka matlab hai ke dunya mein bhi allah aur de ga aur akhirat mein is ka reward jo hai, woh jannat hai.</w:t>
      </w:r>
      <w:r>
        <w:br/>
      </w:r>
      <w:r>
        <w:rPr>
          <w:sz w:val="20"/>
        </w:rPr>
        <w:t>42:01  to yeh bohat hi bari quran ki bohat hi important aayatein hain aur is ko hamein hamesha yaad rakhna chahiye ke nashukri hum ko jahannum tak le ja sakti hai aur shukr hum ko jannat tak le jaye ga.</w:t>
      </w:r>
      <w:r>
        <w:br/>
      </w:r>
      <w:r>
        <w:rPr>
          <w:sz w:val="20"/>
        </w:rPr>
        <w:t>42:16  to is ke baray mein hamein bohat ziyada serious hona hai. ji, miss sarah aman ne apa comment bheja hai ke "Gratitude is the best form of communication with Almighty Allah."</w:t>
      </w:r>
      <w:r>
        <w:br/>
      </w:r>
      <w:r>
        <w:rPr>
          <w:sz w:val="20"/>
        </w:rPr>
        <w:t>42:31  tariq badar sahib ne lahore se likha hai: "In Pakistan, most of the people are engaged in politics, which made them very negative.</w:t>
      </w:r>
      <w:r>
        <w:br/>
      </w:r>
      <w:r>
        <w:rPr>
          <w:sz w:val="20"/>
        </w:rPr>
        <w:t>42:41  what is your advice in this regard?" to apa, is ke baray mein aap kya kehna chahen gi?</w:t>
      </w:r>
      <w:r>
        <w:br/>
      </w:r>
      <w:r>
        <w:rPr>
          <w:sz w:val="20"/>
        </w:rPr>
        <w:t>42:50  dekhiye, islam ke mutabiq, quran ke mutabiq, politics jo hai, power hai, political power hai, woh khuda ke dene se milta hai.</w:t>
      </w:r>
      <w:r>
        <w:br/>
      </w:r>
      <w:r>
        <w:rPr>
          <w:sz w:val="20"/>
        </w:rPr>
        <w:t>43:04  hum log kya kar rahe hain? ke is ke liye tehreekein chalate hain.</w:t>
      </w:r>
      <w:r>
        <w:br/>
      </w:r>
      <w:r>
        <w:rPr>
          <w:sz w:val="20"/>
        </w:rPr>
        <w:t>43:09  jo doosre log power par hain, un ko un seat karne ki tehreekein chalate hain. aur is ki wajah se itni ziyada negativity hoti hai ke poori ki poori population negative ho jati hai.</w:t>
      </w:r>
      <w:r>
        <w:br/>
      </w:r>
      <w:r>
        <w:rPr>
          <w:sz w:val="20"/>
        </w:rPr>
        <w:t>43:22  tamam log is ke khilaf ho jatay hain. dunya jo hai, do dharon mein bat jati hai. aik rival group hota hai, tamam log is ke khilaf ho jatay hain.</w:t>
      </w:r>
      <w:r>
        <w:br/>
      </w:r>
      <w:r>
        <w:rPr>
          <w:sz w:val="20"/>
        </w:rPr>
        <w:t>43:31  to yeh bilkul galat hai, total sense mein galat hai.</w:t>
      </w:r>
      <w:r>
        <w:br/>
      </w:r>
      <w:r>
        <w:rPr>
          <w:sz w:val="20"/>
        </w:rPr>
        <w:t>43:36  kyunke jo hamein kaam karna hai, woh tazkiya-e-nafs ka karna hai. apne andar hamein positive personality develop karni hai. kyunke jab Allah taala dekhenge ke hamare andar salahiyat paida ho gayi hai hukumat sambhalne ki, tabhi hum ko Allah power dega.</w:t>
      </w:r>
      <w:r>
        <w:br/>
      </w:r>
      <w:r>
        <w:rPr>
          <w:sz w:val="20"/>
        </w:rPr>
        <w:t>43:55  to yeh power Allah ke dene se milta hai.</w:t>
      </w:r>
      <w:r>
        <w:br/>
      </w:r>
      <w:r>
        <w:rPr>
          <w:sz w:val="20"/>
        </w:rPr>
        <w:t>43:58  to aap log Allah ki jurisdiction mein dakhil hone ki koshish na karein. kyunke is se milega kuch nahi, siwaye apne aap ko, apni apni barbadi ke siwa aur kuch nahi milne wala hai.</w:t>
      </w:r>
      <w:r>
        <w:br/>
      </w:r>
      <w:r>
        <w:rPr>
          <w:sz w:val="20"/>
        </w:rPr>
        <w:t>44:14  to hamein jo kya karna hai? ke sirf apni positive personality banani hai.</w:t>
      </w:r>
      <w:r>
        <w:br/>
      </w:r>
      <w:r>
        <w:rPr>
          <w:sz w:val="20"/>
        </w:rPr>
        <w:t>44:20  har tarah se jo Allah taala ke hukum ke mutabiq ek duniya mein ek zindagi guzarni hai. aur politics jo hai, woh yeh hai ke jaise zakat hai, jo yeh jo hukum hai,</w:t>
      </w:r>
      <w:r>
        <w:br/>
      </w:r>
      <w:r>
        <w:rPr>
          <w:sz w:val="20"/>
        </w:rPr>
        <w:t>44:33  quran mein chand chand aayatein hain to politics ke bare mein to bilkul zakat ki tarah hai. agar hamare paas paisa hai to hamare upar zakat farz hai.</w:t>
      </w:r>
      <w:r>
        <w:br/>
      </w:r>
      <w:r>
        <w:rPr>
          <w:sz w:val="20"/>
        </w:rPr>
        <w:t>44:45  paisa nahi hai to hamare upar zakat farz nahi hai.</w:t>
      </w:r>
      <w:r>
        <w:br/>
      </w:r>
      <w:r>
        <w:rPr>
          <w:sz w:val="20"/>
        </w:rPr>
        <w:t>44:49  to bilkul wahi hai ke agar hum hum ko power mila hua hai aur jo Allah ke dene se milta hai, agar mila hua hai to hum ko Allah ki marzi ke mutabiq, yaani khaas taur par justice ke mutabiq, is duniya mein rule karna hai, hukumat chalani hai.</w:t>
      </w:r>
      <w:r>
        <w:br/>
      </w:r>
      <w:r>
        <w:rPr>
          <w:sz w:val="20"/>
        </w:rPr>
        <w:t>45:08  to yeh hai. aur jo hai baqi jo hamara kaam hai, woh hai ek ek mustaqil, ek shukr wali zindagi guzarna hai.</w:t>
      </w:r>
      <w:r>
        <w:br/>
      </w:r>
      <w:r>
        <w:rPr>
          <w:sz w:val="20"/>
        </w:rPr>
        <w:t>45:19  aur jahan hum ne politics mein qadam rakha, foran hum nashukre ho jate hain. kyunke power kisi aur ke paas hai aur woh kyun hamein de dega power?</w:t>
      </w:r>
      <w:r>
        <w:br/>
      </w:r>
      <w:r>
        <w:rPr>
          <w:sz w:val="20"/>
        </w:rPr>
        <w:t>45:29  phir hamein is se ladna padega. aur musalsal ek tehreek chalani padegi. negativity is mein paida</w:t>
      </w:r>
      <w:r>
        <w:br/>
      </w:r>
      <w:r>
        <w:rPr>
          <w:sz w:val="20"/>
        </w:rPr>
        <w:t>45:36  hoti hai, bahut zyada negativity paida hoti hai. hamesha ke liye log do group mein bat jate hain. to is tarah se hamari poori personality negative ho jati hai.</w:t>
      </w:r>
      <w:r>
        <w:br/>
      </w:r>
      <w:r>
        <w:rPr>
          <w:sz w:val="20"/>
        </w:rPr>
        <w:t>45:47  to hamein yeh chahiye ke jo kuch hamein mila hua hai, us ke mutabiq hum Allah ki marzi ke mutabiq zindagi guzarein.</w:t>
      </w:r>
      <w:r>
        <w:br/>
      </w:r>
      <w:r>
        <w:rPr>
          <w:sz w:val="20"/>
        </w:rPr>
        <w:t>45:55  jo kuch mila hua hai. to jo nahi mila hua hai, woh jab hamein agar zaroorat Allah taala samjhenge to Allah taala hamein de denge.</w:t>
      </w:r>
      <w:r>
        <w:br/>
      </w:r>
      <w:r>
        <w:rPr>
          <w:sz w:val="20"/>
        </w:rPr>
        <w:t>46:04  jab de denge, us waqt hamara farz banega ke hum justice ke mutabiq hukumat karein. to yeh hai. kyunke asal mein masla yeh hai ke logon ko yahi nahi pata ke creation plan Khuda ka kya hai.</w:t>
      </w:r>
      <w:r>
        <w:br/>
      </w:r>
      <w:r>
        <w:rPr>
          <w:sz w:val="20"/>
        </w:rPr>
        <w:t>46:18  Khuda ka jo creation plan hai ke is duniya mein hum test ke liye aaye hain aur test ka paper khud Khuda set kiya hua hai. isi liye hum dekhte hain ke har ek ko alag alag test paper diye gaye hain.</w:t>
      </w:r>
      <w:r>
        <w:br/>
      </w:r>
      <w:r>
        <w:rPr>
          <w:sz w:val="20"/>
        </w:rPr>
        <w:t>46:30  ab hum chahein ke doosre ka test paper chheen kar us ko hum apna test paper banayein to yeh yeh mumkin nahi hai. jo test paper hamein mila hua hai, usi ko hamein achhe tarike se is is is par kaam karna hai, is par amal karna hai taake hum Khuda ki marzi ke mutabiq ek zindagi is duniya mein guzarein.</w:t>
      </w:r>
      <w:r>
        <w:br/>
      </w:r>
      <w:r>
        <w:rPr>
          <w:sz w:val="20"/>
        </w:rPr>
        <w:t>46:51  warna hamari sari zindagi guzar jaye</w:t>
      </w:r>
      <w:r>
        <w:br/>
      </w:r>
      <w:r>
        <w:rPr>
          <w:sz w:val="20"/>
        </w:rPr>
        <w:t>46:53  gi doosron ke khilaf ukheer pachar karne mein. aur hamein jo karna hai, apna tazkiya-e-nafs, asal kaam tazkiya-e-nafs hai. jo hamein karna hai, wahi nahi hum kar payenge.</w:t>
      </w:r>
      <w:r>
        <w:br/>
      </w:r>
      <w:r>
        <w:rPr>
          <w:sz w:val="20"/>
        </w:rPr>
        <w:t>47:03  to yeh bilkul galat baat hai aur hum yeh Khuda ke creation plan ke khilaf hain. apa, bahut se achhe comment aa rahe hain.</w:t>
      </w:r>
      <w:r>
        <w:br/>
      </w:r>
      <w:r>
        <w:rPr>
          <w:sz w:val="20"/>
        </w:rPr>
        <w:t>47:16  Shah Khalid sahib ne likha hai: "Listening from Islamabad. Mashallah, very nice</w:t>
      </w:r>
      <w:r>
        <w:br/>
      </w:r>
      <w:r>
        <w:rPr>
          <w:sz w:val="20"/>
        </w:rPr>
        <w:t>47:21  talk. Allah taala Farida apa ki umar mein barkat ata farmaye. Noor ul and Zia ne likha hai: "Mashallah, very motivating talk.</w:t>
      </w:r>
      <w:r>
        <w:br/>
      </w:r>
      <w:r>
        <w:rPr>
          <w:sz w:val="20"/>
        </w:rPr>
        <w:t>47:31  I have started listening to Maulana Wahiduddin Khan since January, and my whole thinking and learning has changed. Alhamdulillah, I have discovered CPS team, and I mean it, because I am being practical after listening to all of Maulana lectures.</w:t>
      </w:r>
      <w:r>
        <w:br/>
      </w:r>
      <w:r>
        <w:rPr>
          <w:sz w:val="20"/>
        </w:rPr>
        <w:t>47:49  Shah Zaman Hassan sahib ne likha hai: "मैं भी एक नेगेटिव इंसान था, पर जब से مولانا जी से متاثر हुआ हूं, तब से पॉजिटिव रास्ते पर हूं। दुआ दुआ करें कि मैं लगा रहूं।"</w:t>
      </w:r>
      <w:r>
        <w:br/>
      </w:r>
      <w:r>
        <w:rPr>
          <w:sz w:val="20"/>
        </w:rPr>
        <w:t>48:07  Shahid Hussain sahib ne likha hai: "Problems are challenges. These are potential doors for opportunities. These can work as incentives.</w:t>
      </w:r>
      <w:r>
        <w:br/>
      </w:r>
      <w:r>
        <w:rPr>
          <w:sz w:val="20"/>
        </w:rPr>
        <w:t>48:16  Great wisdom."</w:t>
      </w:r>
      <w:r>
        <w:br/>
      </w:r>
      <w:r>
        <w:rPr>
          <w:sz w:val="20"/>
        </w:rPr>
        <w:t>48:19  Aapa, hona to yahi chahiye ke ek insaan ke seene mein shukr ka darya jo hai, woh beh pade. Kyunke Quran aur Hadees ke mutabiq, sab se bari ibadat jo hai, woh shukriya hai.</w:t>
      </w:r>
      <w:r>
        <w:br/>
      </w:r>
      <w:r>
        <w:rPr>
          <w:sz w:val="20"/>
        </w:rPr>
        <w:t>48:33  To "It is said that it is the biggest worship." To "I would like you to comment on it." Asal mein shukr hamare andar, woh jo shukr hai, jo jis jis ko Maulana ne kaha hai ke shukr ka darya, shukr ka samandar</w:t>
      </w:r>
      <w:r>
        <w:br/>
      </w:r>
      <w:r>
        <w:rPr>
          <w:sz w:val="20"/>
        </w:rPr>
        <w:t>48:47  beh pade, to wahi hoga jab hum apne andar bilkul hi koi aisi cheez ki jagah na dein jo hamare shukr ka erosion kare.</w:t>
      </w:r>
      <w:r>
        <w:br/>
      </w:r>
      <w:r>
        <w:rPr>
          <w:sz w:val="20"/>
        </w:rPr>
        <w:t>48:56  To jaise Maulana karte the ke koi aisi cheez dimaagh mein daalte hi nahi the jo unka shukr, shukr ka erosion kare. Unke khilaaf to logon ne itna likha, itna kitabein likhi gayi, articles likhe gaye.</w:t>
      </w:r>
      <w:r>
        <w:br/>
      </w:r>
      <w:r>
        <w:rPr>
          <w:sz w:val="20"/>
        </w:rPr>
        <w:t>49:09  Is ko bohat itminaan se woh le kar ke apni almari mein woh kitaab laga dete the. Hum logon ko taajjub hota tha ke is se kuch bhi woh negative asar nahi lete the.</w:t>
      </w:r>
      <w:r>
        <w:br/>
      </w:r>
      <w:r>
        <w:rPr>
          <w:sz w:val="20"/>
        </w:rPr>
        <w:t>49:20  Woh aaj bhi unki kitabon, almari mein woh kitabein lagi hui hain jo unke khilaaf bohat bure bhale tareeqe se likhi gayi hain. To is se unka kuch asar nahi hota tha.</w:t>
      </w:r>
      <w:r>
        <w:br/>
      </w:r>
      <w:r>
        <w:rPr>
          <w:sz w:val="20"/>
        </w:rPr>
        <w:t>49:29  Kyunke woh to itna zyada Khuda ke shukr mein jeete the ke saari duniya bhi bura bhala kahe to is se unko asar nahi hota tha.</w:t>
      </w:r>
      <w:r>
        <w:br/>
      </w:r>
      <w:r>
        <w:rPr>
          <w:sz w:val="20"/>
        </w:rPr>
        <w:t>49:38  To aise hi hamein bhi karna hai ke hum dekhiye, jab hum khud ek shakir bande ki tarah rahenge na, tabhi farishte hamare paas aayenge.</w:t>
      </w:r>
      <w:r>
        <w:br/>
      </w:r>
      <w:r>
        <w:rPr>
          <w:sz w:val="20"/>
        </w:rPr>
        <w:t>49:47  Ji ke is duniya mein dekhiye, do asraat hamare par padte hain: ek farishton ka asar aur doosre shaitan ka asar. To agar hum shukr karne wale hain to farishte hamare upar asar daalenge.</w:t>
      </w:r>
      <w:r>
        <w:br/>
      </w:r>
      <w:r>
        <w:rPr>
          <w:sz w:val="20"/>
        </w:rPr>
        <w:t>50:01  Aur farishton ke asar se hamare andar woh positive person</w:t>
      </w:r>
      <w:r>
        <w:br/>
      </w:r>
      <w:r>
        <w:rPr>
          <w:sz w:val="20"/>
        </w:rPr>
        <w:t>50:05  ality banegi, hamare andar Khuda se ta'alluq qaim hoga. Kyunke Khuda se ta'alluq direct nahi qaim hota, balkeh hamein farishton ke zariye se qaim hota hai.</w:t>
      </w:r>
      <w:r>
        <w:br/>
      </w:r>
      <w:r>
        <w:rPr>
          <w:sz w:val="20"/>
        </w:rPr>
        <w:t>50:15  Farishte woh asar hamare andar paida karte hain, hamare andar woh asar daalte hain. Kaha ek Hadees ke mutabiq: "Yahan par chaar angool bhi jagah aisi nahi jahan ek farishta Khuda ke aage sajda na kar raha ho." To inhi farishton se hamein qurbat hasil</w:t>
      </w:r>
      <w:r>
        <w:br/>
      </w:r>
      <w:r>
        <w:rPr>
          <w:sz w:val="20"/>
        </w:rPr>
        <w:t>50:31  karni hai. Wahi hamare andar woh shukr wali personality ko develop karenge. To hum jo shukr ki personality develop nahi kar sakte, woh jo main reason hai, woh hamare andar hai: ego.</w:t>
      </w:r>
      <w:r>
        <w:br/>
      </w:r>
      <w:r>
        <w:rPr>
          <w:sz w:val="20"/>
        </w:rPr>
        <w:t>50:46  Ego hamare andar itna zyada hota hai ke jahan kisi ne koi baat kahi, bas hum bhadak uthte hain. To agar hum apne ego ko khatm kar dein to hum kyun bhadkenge?</w:t>
      </w:r>
      <w:r>
        <w:br/>
      </w:r>
      <w:r>
        <w:rPr>
          <w:sz w:val="20"/>
        </w:rPr>
        <w:t>50:56  Jaise Maulana kehte the ke "Main apne aap ko chunti ke barabar bhi nahi samajh</w:t>
      </w:r>
      <w:r>
        <w:br/>
      </w:r>
      <w:r>
        <w:rPr>
          <w:sz w:val="20"/>
        </w:rPr>
        <w:t>51:00  ta." Agar hum apne aap ko chunti ke barabar bhi nahi samjhein to koi hamein kitna bhi bura bhala kehta rahe, hum kyun kyun bhadkenge? Hum woh apna ego khatm karna hai.</w:t>
      </w:r>
      <w:r>
        <w:br/>
      </w:r>
      <w:r>
        <w:rPr>
          <w:sz w:val="20"/>
        </w:rPr>
        <w:t>51:12  Kyunke do ego is kainat mein nahi chal sakte. Ego to asal Khuda ka ego hai na? To ek Hadees mein aaya hai ke "Jo mere kibr ki chadar ko lena chahega, main us ko zaleel kar doonga." To Khuda ka ego hai.</w:t>
      </w:r>
      <w:r>
        <w:br/>
      </w:r>
      <w:r>
        <w:rPr>
          <w:sz w:val="20"/>
        </w:rPr>
        <w:t>51:26  Hamein jo kuch hai, woh Khuda ke dene se mila hua hai.</w:t>
      </w:r>
      <w:r>
        <w:br/>
      </w:r>
      <w:r>
        <w:rPr>
          <w:sz w:val="20"/>
        </w:rPr>
        <w:t>51:30  To hamein to hamara apna kuch hai hi nahi. To kis baat ka ego? Jo ek cheez jo hamein Khuda ne di hai, to mili hui hai.</w:t>
      </w:r>
      <w:r>
        <w:br/>
      </w:r>
      <w:r>
        <w:rPr>
          <w:sz w:val="20"/>
        </w:rPr>
        <w:t>51:38  Aur jab chahe, woh Khuda hum se chheen sakta hai. To hamein is maqsad ke liye, apne jazba-e-shukr ki hifazat ke liye, apne ego ko khatm karna hai.</w:t>
      </w:r>
      <w:r>
        <w:br/>
      </w:r>
      <w:r>
        <w:rPr>
          <w:sz w:val="20"/>
        </w:rPr>
        <w:t>51:47  Ego ko surrender karna hai. Islam ke maani hi yahi hain: "Submitting to God. Surrender to God</w:t>
      </w:r>
      <w:r>
        <w:br/>
      </w:r>
      <w:r>
        <w:rPr>
          <w:sz w:val="20"/>
        </w:rPr>
        <w:t>51:55  ." To surrender ka matlab yahi hai: ego ko surrender karna. Aur sirf aur sirf Khuda ki baṛai mein jeena. Ji to Aapa samajh aa raha hai ke jannat ki qeemat shukr hai.</w:t>
      </w:r>
      <w:r>
        <w:br/>
      </w:r>
      <w:r>
        <w:rPr>
          <w:sz w:val="20"/>
        </w:rPr>
        <w:t>52:08  Aur jannat usi ko milegi jo is qeemat ko ada karega. Aur Quran mein bhi Aapa jannat ko le kar yeh zikr aaya hai ke "Tum jahan bhi dekhoge, azeem nem'at aur badshahi dek</w:t>
      </w:r>
      <w:r>
        <w:br/>
      </w:r>
      <w:r>
        <w:rPr>
          <w:sz w:val="20"/>
        </w:rPr>
        <w:t>52:21  hoge." To yeh bohat zaroori ho jata hai Aapa ke hum apne andar yeh shukr ka ehsaas, shukr ke feeling ko safeguard kar ke hamesha chalein.</w:t>
      </w:r>
      <w:r>
        <w:br/>
      </w:r>
      <w:r>
        <w:rPr>
          <w:sz w:val="20"/>
        </w:rPr>
        <w:t>52:31  to wo kaise kar sakte hain? is ke bare mein bhi bataein. to shukr ke safeguard karne ke liye wahi hai jo ke hum har halat mein Khuda ki barhai mein jaein.</w:t>
      </w:r>
      <w:r>
        <w:br/>
      </w:r>
      <w:r>
        <w:rPr>
          <w:sz w:val="20"/>
        </w:rPr>
        <w:t>52:43  ji apni barhai ko khatam kar dein aur Khuda ki barhai mein jaein. phir shukriya shukr hai.</w:t>
      </w:r>
      <w:r>
        <w:br/>
      </w:r>
      <w:r>
        <w:rPr>
          <w:sz w:val="20"/>
        </w:rPr>
        <w:t>52:50  kyunke hamari hazaron lakhon cheezein hain jo hamare paas hain, wo Khuda se mili hui hain. phir hum kyun nahi shukr karein ge? jaise ek baar, ek baar maine ek car mein dekha, peeche likha hua tha:</w:t>
      </w:r>
      <w:r>
        <w:br/>
      </w:r>
      <w:r>
        <w:rPr>
          <w:sz w:val="20"/>
        </w:rPr>
        <w:t>53:05  "Dad's gift." to ek cheez baap ne di, ab bete ko itna zyada is ka acknowledgement hua, us ne acknowledge itna zyada kiya ke us ne car pe hi likh diya: "Dad's gift." to</w:t>
      </w:r>
      <w:r>
        <w:br/>
      </w:r>
      <w:r>
        <w:rPr>
          <w:sz w:val="20"/>
        </w:rPr>
        <w:t>53:20  yahan to har cheez Khuda se hamein mili hui hai. to hum Khuda ka shukr ada nahi karein to kis ka ada karein ge? aur baar baar Khuda dikha raha hai ke jab chahein hum cheen sakte hain.</w:t>
      </w:r>
      <w:r>
        <w:br/>
      </w:r>
      <w:r>
        <w:rPr>
          <w:sz w:val="20"/>
        </w:rPr>
        <w:t>53:33  koi beemar ho jata hai, kisi ko maut aa jati hai, kisi ko accident ho jata hai, kisi ke paas ek cheez hoti hai, wo wo khatam ho jati hai, kisi ka job chala jata</w:t>
      </w:r>
      <w:r>
        <w:br/>
      </w:r>
      <w:r>
        <w:rPr>
          <w:sz w:val="20"/>
        </w:rPr>
        <w:t>53:45  hai. to Khuda ke dene se milta hai, Khuda ke lene se wo chala jata hai. to har halat mein hamein jo kuch hai, wo Khuda se mila hua hai.</w:t>
      </w:r>
      <w:r>
        <w:br/>
      </w:r>
      <w:r>
        <w:rPr>
          <w:sz w:val="20"/>
        </w:rPr>
        <w:t>53:55  aur kabhi kabhi aisa hota hai ke Khuda kisi maslehat ki wajah se hum se koi cheez leta hai, to tab bhi hamein wo negative nahi hona hai.</w:t>
      </w:r>
      <w:r>
        <w:br/>
      </w:r>
      <w:r>
        <w:rPr>
          <w:sz w:val="20"/>
        </w:rPr>
        <w:t>54:05  ho sakta hai ke Allah taala is se behtar dene ke liye hamein wo cheez Allah ne liya ho.</w:t>
      </w:r>
      <w:r>
        <w:br/>
      </w:r>
      <w:r>
        <w:rPr>
          <w:sz w:val="20"/>
        </w:rPr>
        <w:t>54:12  to ek baar hamare ek rishtedar the, wo un ko fact, un ki apni company thi, us mein kuch problem hua, kuch jhagda ho gaya, to wo chhod kar company ko chale aae.</w:t>
      </w:r>
      <w:r>
        <w:br/>
      </w:r>
      <w:r>
        <w:rPr>
          <w:sz w:val="20"/>
        </w:rPr>
        <w:t>54:24  to bohat zyada wo negative ho rahe the ke "main ne company banai thi, sari mehnat maine ki thi, ab logon ne mujhe pareshan kiya, mujhe chhodna pada company ko.</w:t>
      </w:r>
      <w:r>
        <w:br/>
      </w:r>
      <w:r>
        <w:rPr>
          <w:sz w:val="20"/>
        </w:rPr>
        <w:t>54:34  " to Maulana ne apni diary mein likha ke kabhi aisa hota hai ke mali jo hai, wo paudhe ko ek jagah se ukhadta hai, us ko kisi doosri behtar jagah lagane ke liye, nasb karne ke liye.</w:t>
      </w:r>
      <w:r>
        <w:br/>
      </w:r>
      <w:r>
        <w:rPr>
          <w:sz w:val="20"/>
        </w:rPr>
        <w:t>54:47  to wahi hua, wo phir wo bahar chale gaye, aur bahar unhon ne is se bohat zyada bada business kiya. to waqti taur par aisa ho sakta hai ke hamein kuch problem ho jaye, kuch takleef ho jaye,</w:t>
      </w:r>
      <w:r>
        <w:br/>
      </w:r>
      <w:r>
        <w:rPr>
          <w:sz w:val="20"/>
        </w:rPr>
        <w:t>54:59  to is se bhi hamein negative nahi hona hai. kyunke ho sakta hai ke Allah taala ke liye hamare, hum Allah taala ke haan, hamare liye koi zyada bada plan ho.</w:t>
      </w:r>
      <w:r>
        <w:br/>
      </w:r>
      <w:r>
        <w:rPr>
          <w:sz w:val="20"/>
        </w:rPr>
        <w:t>55:08  abhi jo hum program kar ho raha tha Hazrat Yusuf par ke Hazrat Yusuf ko jab kunwein mein daal diya gaya tha, to wo us waqt unhon ne thodi socha hoga ke kal wo wahan badshah ke, badshah ke takht ke baad un ki doosri jagah milegi un ko.</w:t>
      </w:r>
      <w:r>
        <w:br/>
      </w:r>
      <w:r>
        <w:rPr>
          <w:sz w:val="20"/>
        </w:rPr>
        <w:t>55:24  to Allah taala ke paas kisi cheez ki</w:t>
      </w:r>
      <w:r>
        <w:br/>
      </w:r>
      <w:r>
        <w:rPr>
          <w:sz w:val="20"/>
        </w:rPr>
        <w:t>55:28  kami nahi hai, bas hamein shukr karna hai aur Khuda se dua karni hai, to wo sab kuch hamein aur mazeed mil jayega.</w:t>
      </w:r>
    </w:p>
    <w:p>
      <w:pPr>
        <w:pStyle w:val="Heading2"/>
      </w:pPr>
      <w:r>
        <w:t>Importance of positive approach to negative events</w:t>
      </w:r>
    </w:p>
    <w:p>
      <w:r>
        <w:rPr>
          <w:color w:val="666666"/>
          <w:sz w:val="18"/>
        </w:rPr>
        <w:t>Life &amp; Wisdom · Dars-e-Quran, Ch. 2 Verse 50-52 |  March 11, 2018 · 57s · at 54:34 · https://youtu.be/ShSyMy4LPfc?t=3274</w:t>
      </w:r>
    </w:p>
    <w:p>
      <w:r>
        <w:rPr>
          <w:i/>
        </w:rPr>
        <w:t>“You give a positive angle to every negative event. How important is this approach for every human being and what is its necessity? Please clarify.”</w:t>
      </w:r>
    </w:p>
    <w:p>
      <w:r>
        <w:rPr>
          <w:sz w:val="20"/>
        </w:rPr>
        <w:t>54:34  maulana agla sawal lete hain jo chennai se maulana iqbal umri ne bheja hai.</w:t>
      </w:r>
      <w:r>
        <w:br/>
      </w:r>
      <w:r>
        <w:rPr>
          <w:sz w:val="20"/>
        </w:rPr>
        <w:t>54:44  unhon ne likha hai maulana aap har negative event ko positive angle dete hain. mera sawal</w:t>
      </w:r>
      <w:r>
        <w:br/>
      </w:r>
      <w:r>
        <w:rPr>
          <w:sz w:val="20"/>
        </w:rPr>
        <w:t>54:54  yeh hai ke har insan ke liye is tarah ki approach ki kitni ahmiyat hai aur zaroorat hai is ko wazeh karen. bhai yahi approach hai koi doosra approach hi nahi hai. waza wal laili sa ja ma wadaka rabbuka wama qala har raat ke baad din har tareeki ke baad roshni hai yahi to approach hai asal hai asal approach yeh</w:t>
      </w:r>
      <w:r>
        <w:br/>
      </w:r>
      <w:r>
        <w:rPr>
          <w:sz w:val="20"/>
        </w:rPr>
        <w:t>55:24  hai ke koi doosra approach hai hi nahin.</w:t>
      </w:r>
    </w:p>
    <w:p>
      <w:pPr>
        <w:pStyle w:val="Heading2"/>
      </w:pPr>
      <w:r>
        <w:t>Importance of silence</w:t>
      </w:r>
    </w:p>
    <w:p>
      <w:r>
        <w:rPr>
          <w:color w:val="666666"/>
          <w:sz w:val="18"/>
        </w:rPr>
        <w:t>Life &amp; Wisdom · Peace of Mind April 19, 2015 Maulana Wahiduddin Khan · 46s · at 1:04:06 · https://youtu.be/bGLY0ALNtjw?t=3846</w:t>
      </w:r>
    </w:p>
    <w:p>
      <w:r>
        <w:rPr>
          <w:i/>
        </w:rPr>
        <w:t>“You once talked about the importance of silence.”</w:t>
      </w:r>
    </w:p>
    <w:p>
      <w:r>
        <w:rPr>
          <w:sz w:val="20"/>
        </w:rPr>
        <w:t>1:04:06  maulana agla sawal pani pat se kiya hai abdullah sahib ne.</w:t>
      </w:r>
      <w:r>
        <w:br/>
      </w:r>
      <w:r>
        <w:rPr>
          <w:sz w:val="20"/>
        </w:rPr>
        <w:t>1:04:10  aur unhon ne likha hai:</w:t>
      </w:r>
      <w:r>
        <w:br/>
      </w:r>
      <w:r>
        <w:rPr>
          <w:sz w:val="20"/>
        </w:rPr>
        <w:t>1:04:13  مولانا, you once talked about the importance of silence.</w:t>
      </w:r>
      <w:r>
        <w:br/>
      </w:r>
      <w:r>
        <w:rPr>
          <w:sz w:val="20"/>
        </w:rPr>
        <w:t>1:04:17  You had mentioned that when one is in silence, then he or she is absorbing and learning. Maulana, can you elaborate on it and let me know the importance of silence? As by nature, I am a very talkative person.</w:t>
      </w:r>
      <w:r>
        <w:br/>
      </w:r>
      <w:r>
        <w:rPr>
          <w:sz w:val="20"/>
        </w:rPr>
        <w:t>1:04:35  bhai yeh to aap khud tajurba kar ke dekh lijiyega.</w:t>
      </w:r>
      <w:r>
        <w:br/>
      </w:r>
      <w:r>
        <w:rPr>
          <w:sz w:val="20"/>
        </w:rPr>
        <w:t>1:04:40  yeh to aisi baat hai ke khud tajurba kar ke aap samajh sakte hain.</w:t>
      </w:r>
      <w:r>
        <w:br/>
      </w:r>
      <w:r>
        <w:rPr>
          <w:sz w:val="20"/>
        </w:rPr>
        <w:t>1:04:44  is ke liye elaborate karne ki zarurat hi nahi hai.</w:t>
      </w:r>
      <w:r>
        <w:br/>
      </w:r>
      <w:r>
        <w:rPr>
          <w:sz w:val="20"/>
        </w:rPr>
        <w:t>1:04:46  kabhi bhi tajurba kar ke dekhiye aap.</w:t>
      </w:r>
    </w:p>
    <w:p>
      <w:pPr>
        <w:pStyle w:val="Heading2"/>
      </w:pPr>
      <w:r>
        <w:t>Inability to reassess resultless work</w:t>
      </w:r>
    </w:p>
    <w:p>
      <w:r>
        <w:rPr>
          <w:color w:val="666666"/>
          <w:sz w:val="18"/>
        </w:rPr>
        <w:t>Life &amp; Wisdom · Divine Law of Success 14th October 2012 Slow · 1m 56s · at 1:10:07 · https://youtu.be/2zXfZhIf1jA?t=4207</w:t>
      </w:r>
    </w:p>
    <w:p>
      <w:r>
        <w:rPr>
          <w:i/>
        </w:rPr>
        <w:t>“All of us are involved in some work that is resultless, but we are not able to reassess.”</w:t>
      </w:r>
    </w:p>
    <w:p>
      <w:r>
        <w:rPr>
          <w:sz w:val="20"/>
        </w:rPr>
        <w:t>1:10:07  maulana, agla sawal dili se hai, miss naghma siddiqui ka.</w:t>
      </w:r>
      <w:r>
        <w:br/>
      </w:r>
      <w:r>
        <w:rPr>
          <w:sz w:val="20"/>
        </w:rPr>
        <w:t>1:10:14  unhon ne likha hai: "All of us are involved in some work that is resultless, but we are</w:t>
      </w:r>
      <w:r>
        <w:br/>
      </w:r>
      <w:r>
        <w:rPr>
          <w:sz w:val="20"/>
        </w:rPr>
        <w:t>1:10:20  not able to reassess.</w:t>
      </w:r>
      <w:r>
        <w:br/>
      </w:r>
      <w:r>
        <w:rPr>
          <w:sz w:val="20"/>
        </w:rPr>
        <w:t>1:10:27  Kindly guide us as to how we can reassess." dekhiye, yeh bohat hi serious baat hai ke har</w:t>
      </w:r>
      <w:r>
        <w:br/>
      </w:r>
      <w:r>
        <w:rPr>
          <w:sz w:val="20"/>
        </w:rPr>
        <w:t>1:10:33  aadmi ko apna kaam jo hai, us ko result ke term mein jaanchana chahiye.</w:t>
      </w:r>
      <w:r>
        <w:br/>
      </w:r>
      <w:r>
        <w:rPr>
          <w:sz w:val="20"/>
        </w:rPr>
        <w:t>1:10:39  result, result do qism ka hota hai: aik psychological result, aik practical result.</w:t>
      </w:r>
      <w:r>
        <w:br/>
      </w:r>
      <w:r>
        <w:rPr>
          <w:sz w:val="20"/>
        </w:rPr>
        <w:t>1:10:46  misal ke taur par, aap agar blasphemy ko band karne ke liye protest kar rahay hain, to wahan par result is</w:t>
      </w:r>
      <w:r>
        <w:br/>
      </w:r>
      <w:r>
        <w:rPr>
          <w:sz w:val="20"/>
        </w:rPr>
        <w:t>1:10:52  aitbaar se dekha jaye ga ke kya blasphemy band ho gayi ya barh rahi hai.</w:t>
      </w:r>
      <w:r>
        <w:br/>
      </w:r>
      <w:r>
        <w:rPr>
          <w:sz w:val="20"/>
        </w:rPr>
        <w:t>1:10:59  to wahan par is aitbaar se result ko dekha jaye ga.</w:t>
      </w:r>
      <w:r>
        <w:br/>
      </w:r>
      <w:r>
        <w:rPr>
          <w:sz w:val="20"/>
        </w:rPr>
        <w:t>1:11:05  acha, agar aap deen ka koi kaam kar rahay hain tazkiya ke liye, to aap ko wahan dekhna</w:t>
      </w:r>
      <w:r>
        <w:br/>
      </w:r>
      <w:r>
        <w:rPr>
          <w:sz w:val="20"/>
        </w:rPr>
        <w:t>1:11:12  paray ga ke kya mera tazkiya ho raha hai, kya mere dil mein allah ka khauf barh raha</w:t>
      </w:r>
      <w:r>
        <w:br/>
      </w:r>
      <w:r>
        <w:rPr>
          <w:sz w:val="20"/>
        </w:rPr>
        <w:t>1:11:18  hai, kya mere dil mein allah ka concern barh raha hai.</w:t>
      </w:r>
      <w:r>
        <w:br/>
      </w:r>
      <w:r>
        <w:rPr>
          <w:sz w:val="20"/>
        </w:rPr>
        <w:t>1:11:25  to wahan psychological test ke aitbaar se jaancha jaye ga.</w:t>
      </w:r>
      <w:r>
        <w:br/>
      </w:r>
      <w:r>
        <w:rPr>
          <w:sz w:val="20"/>
        </w:rPr>
        <w:t>1:11:31  to jaisa kaam hai, us ke lihaaz se dekhen.</w:t>
      </w:r>
      <w:r>
        <w:br/>
      </w:r>
      <w:r>
        <w:rPr>
          <w:sz w:val="20"/>
        </w:rPr>
        <w:t>1:11:38  Result toh result is the only criteria, ismein koi shak nahin hai.</w:t>
      </w:r>
      <w:r>
        <w:br/>
      </w:r>
      <w:r>
        <w:rPr>
          <w:sz w:val="20"/>
        </w:rPr>
        <w:t>1:11:44  aur aadmi ko hamesha sochna chahiye, sochna chahiye, rozana subah shaam sochna chahiye ke jo meri activities hain,</w:t>
      </w:r>
      <w:r>
        <w:br/>
      </w:r>
      <w:r>
        <w:rPr>
          <w:sz w:val="20"/>
        </w:rPr>
        <w:t>1:11:51  jo mera kaam hai, woh positive result ka nikal raha hai ya nahi nikal raha hai.</w:t>
      </w:r>
      <w:r>
        <w:br/>
      </w:r>
      <w:r>
        <w:rPr>
          <w:sz w:val="20"/>
        </w:rPr>
        <w:t>1:11:57  agar nahi nikal raha to reassess karna chahiye.</w:t>
      </w:r>
    </w:p>
    <w:p>
      <w:pPr>
        <w:pStyle w:val="Heading2"/>
      </w:pPr>
      <w:r>
        <w:t>Inability to relate science with Islamic philosophy</w:t>
      </w:r>
    </w:p>
    <w:p>
      <w:r>
        <w:rPr>
          <w:color w:val="666666"/>
          <w:sz w:val="18"/>
        </w:rPr>
        <w:t>Life &amp; Wisdom · Realization of God December 18, 2016 Maulana Wahiduddin Khan · 2m 55s · at 1:08:25 · https://youtu.be/LHKb2btTIT8?t=4105</w:t>
      </w:r>
    </w:p>
    <w:p>
      <w:r>
        <w:rPr>
          <w:i/>
        </w:rPr>
        <w:t>“What is the reason that in spite of having an army of ulema and scholars and having authority on Arabic and Hadith, they are unable to relate scientific laws and knowledge with Islamic philosophy?”</w:t>
      </w:r>
    </w:p>
    <w:p>
      <w:r>
        <w:rPr>
          <w:sz w:val="20"/>
        </w:rPr>
        <w:t>1:08:25  baat khatam Maulana agla sawal miss qrooot ul lain ne kiya hai srinagar kashmir se aur unhon ne</w:t>
      </w:r>
      <w:r>
        <w:br/>
      </w:r>
      <w:r>
        <w:rPr>
          <w:sz w:val="20"/>
        </w:rPr>
        <w:t>1:08:33  likha hai what is the reason that in spite of having an army of ulema and scholars and</w:t>
      </w:r>
      <w:r>
        <w:br/>
      </w:r>
      <w:r>
        <w:rPr>
          <w:sz w:val="20"/>
        </w:rPr>
        <w:t>1:08:41  having authority on arabic and hadith they are unable to relate scientific laws and knowledge with islamic philosophy</w:t>
      </w:r>
      <w:r>
        <w:br/>
      </w:r>
      <w:r>
        <w:rPr>
          <w:sz w:val="20"/>
        </w:rPr>
        <w:t>1:08:48  and they still support and justify jihad against establishment what is the reason for this Maulana sahib sari</w:t>
      </w:r>
      <w:r>
        <w:br/>
      </w:r>
      <w:r>
        <w:rPr>
          <w:sz w:val="20"/>
        </w:rPr>
        <w:t>1:08:56  jar yahi mere dekh ke log negative ban gaye yani western jo collaboration tha jis ne ke jis</w:t>
      </w:r>
      <w:r>
        <w:br/>
      </w:r>
      <w:r>
        <w:rPr>
          <w:sz w:val="20"/>
        </w:rPr>
        <w:t>1:09:04  ke baad jo hai musalmanon ke hukumatain un ke paas khatam hue bas bhadak uthe log negative ho</w:t>
      </w:r>
      <w:r>
        <w:br/>
      </w:r>
      <w:r>
        <w:rPr>
          <w:sz w:val="20"/>
        </w:rPr>
        <w:t>1:09:11  gaye haan negative hona yeh apne aap hi mein jaiz nahi rasool Allah ne kaba mein buton ko</w:t>
      </w:r>
      <w:r>
        <w:br/>
      </w:r>
      <w:r>
        <w:rPr>
          <w:sz w:val="20"/>
        </w:rPr>
        <w:t>1:09:19  dekha to aap negative to nahi hue bhadke nahi aap kitna zyada provocative woh scene hoga jab ke</w:t>
      </w:r>
      <w:r>
        <w:br/>
      </w:r>
      <w:r>
        <w:rPr>
          <w:sz w:val="20"/>
        </w:rPr>
        <w:t>1:09:27  kaba mein aap ne dekha hoga but ko kitna zyada provocative scene hoga lekin aap bhadke nahi aap</w:t>
      </w:r>
      <w:r>
        <w:br/>
      </w:r>
      <w:r>
        <w:rPr>
          <w:sz w:val="20"/>
        </w:rPr>
        <w:t>1:09:35  stage nahi hue ulama bhadak uthe bas yeh to bhadakna apne aap mein bilkul ek najais feal hai</w:t>
      </w:r>
      <w:r>
        <w:br/>
      </w:r>
      <w:r>
        <w:rPr>
          <w:sz w:val="20"/>
        </w:rPr>
        <w:t>1:09:42  kya zaroorat bhadakne ki aap study kijiye study kijiye samjhiye is ko to woh badhte badhte kyun ke jab</w:t>
      </w:r>
      <w:r>
        <w:br/>
      </w:r>
      <w:r>
        <w:rPr>
          <w:sz w:val="20"/>
        </w:rPr>
        <w:t>1:09:50  aap bhadkayenge to bhadakne ke baad woh badhega badhega badhega badhega yahan tak</w:t>
      </w:r>
      <w:r>
        <w:br/>
      </w:r>
      <w:r>
        <w:rPr>
          <w:sz w:val="20"/>
        </w:rPr>
        <w:t>1:09:58  ke suicide bombing tak pahunch jayega is sunnat ko pakdiye ke rasool Allah ne dekha makkah mein</w:t>
      </w:r>
      <w:r>
        <w:br/>
      </w:r>
      <w:r>
        <w:rPr>
          <w:sz w:val="20"/>
        </w:rPr>
        <w:t>1:10:05  ke muqaddas kaba mein 360 but rakhe hue hain to bhadke nahi aap stage nahi hue aap is</w:t>
      </w:r>
      <w:r>
        <w:br/>
      </w:r>
      <w:r>
        <w:rPr>
          <w:sz w:val="20"/>
        </w:rPr>
        <w:t>1:10:13  sunnat ko pakdiye is sunnat ko logon ne chhod rakha hai okay we will end this session now</w:t>
      </w:r>
      <w:r>
        <w:br/>
      </w:r>
      <w:r>
        <w:rPr>
          <w:sz w:val="20"/>
        </w:rPr>
        <w:t>1:10:21  we will be back next Sunday same time thank you.</w:t>
      </w:r>
    </w:p>
    <w:p>
      <w:pPr>
        <w:pStyle w:val="Heading2"/>
      </w:pPr>
      <w:r>
        <w:t>Increasing Daily Grasping Power</w:t>
      </w:r>
    </w:p>
    <w:p>
      <w:r>
        <w:rPr>
          <w:color w:val="666666"/>
          <w:sz w:val="18"/>
        </w:rPr>
        <w:t>Life &amp; Wisdom · Realization of God May 07, 2017 Maulana Wahiduddin Khan · 1m 33s · at 47:42 · https://youtu.be/sXmJShRfWKs?t=2862</w:t>
      </w:r>
    </w:p>
    <w:p>
      <w:r>
        <w:rPr>
          <w:i/>
        </w:rPr>
        <w:t>“Maulana sahib, how to increase the grasping power on daily basis? Please tell about this, power of grasp.”</w:t>
      </w:r>
    </w:p>
    <w:p>
      <w:r>
        <w:rPr>
          <w:sz w:val="20"/>
        </w:rPr>
        <w:t>47:42  hai Maulana un ka aik aur sawal hai unhon ne aap se poocha hai keh Maulana sahib how</w:t>
      </w:r>
      <w:r>
        <w:br/>
      </w:r>
      <w:r>
        <w:rPr>
          <w:sz w:val="20"/>
        </w:rPr>
        <w:t>47:50  to increase the grasping power on daily basis is ke bare mein batayen power of grasp yun kahiye</w:t>
      </w:r>
      <w:r>
        <w:br/>
      </w:r>
      <w:r>
        <w:rPr>
          <w:sz w:val="20"/>
        </w:rPr>
        <w:t>47:58  ji yeh lafz ulta ho gaya ji yani power of grasp ko kaise barhayen yeh hona</w:t>
      </w:r>
      <w:r>
        <w:br/>
      </w:r>
      <w:r>
        <w:rPr>
          <w:sz w:val="20"/>
        </w:rPr>
        <w:t>48:05  chahiye ji hain ji sahi hai Maulana power of grasp is ko urdu mein kahenge azkh karne ki taqat</w:t>
      </w:r>
      <w:r>
        <w:br/>
      </w:r>
      <w:r>
        <w:rPr>
          <w:sz w:val="20"/>
        </w:rPr>
        <w:t>48:19  to dekhiye is mein aik hi cheez hai</w:t>
      </w:r>
      <w:r>
        <w:br/>
      </w:r>
      <w:r>
        <w:rPr>
          <w:sz w:val="20"/>
        </w:rPr>
        <w:t>48:24  jitna zyada aadmi bachayega apne aap ko distraction se utna hi is ka grasp ka power barhega</w:t>
      </w:r>
      <w:r>
        <w:br/>
      </w:r>
      <w:r>
        <w:rPr>
          <w:sz w:val="20"/>
        </w:rPr>
        <w:t>48:31  sara mamla yeh hai keh aadmi</w:t>
      </w:r>
      <w:r>
        <w:br/>
      </w:r>
      <w:r>
        <w:rPr>
          <w:sz w:val="20"/>
        </w:rPr>
        <w:t>48:36  distraction mein jeena chore</w:t>
      </w:r>
      <w:r>
        <w:br/>
      </w:r>
      <w:r>
        <w:rPr>
          <w:sz w:val="20"/>
        </w:rPr>
        <w:t>48:40  sab se buri cheez hai distraction</w:t>
      </w:r>
      <w:r>
        <w:br/>
      </w:r>
      <w:r>
        <w:rPr>
          <w:sz w:val="20"/>
        </w:rPr>
        <w:t>48:46  azaadi khud hi aa sakti hai keh kahan main distract ho raha hoon kahan main bhatak raha hoon</w:t>
      </w:r>
      <w:r>
        <w:br/>
      </w:r>
      <w:r>
        <w:rPr>
          <w:sz w:val="20"/>
        </w:rPr>
        <w:t>48:53  yeh aadmi khud janega doosra aadmi point out nahi kar sakta</w:t>
      </w:r>
      <w:r>
        <w:br/>
      </w:r>
      <w:r>
        <w:rPr>
          <w:sz w:val="20"/>
        </w:rPr>
        <w:t>49:00  to jitna zyada aap ke andar focused thinking hogi</w:t>
      </w:r>
      <w:r>
        <w:br/>
      </w:r>
      <w:r>
        <w:rPr>
          <w:sz w:val="20"/>
        </w:rPr>
        <w:t>49:04  jitna zyada yeh</w:t>
      </w:r>
      <w:r>
        <w:br/>
      </w:r>
      <w:r>
        <w:rPr>
          <w:sz w:val="20"/>
        </w:rPr>
        <w:t>49:05  baat hogi keh aap cheezon ko sugar nahi banayen</w:t>
      </w:r>
      <w:r>
        <w:br/>
      </w:r>
      <w:r>
        <w:rPr>
          <w:sz w:val="20"/>
        </w:rPr>
        <w:t>49:09  non important ko sugar nahi banaye tab ja kar yeh baat aye gi aap ke andar</w:t>
      </w:r>
    </w:p>
    <w:p>
      <w:pPr>
        <w:pStyle w:val="Heading2"/>
      </w:pPr>
      <w:r>
        <w:t>Increasing Wisdom to Manage Any Crisis</w:t>
      </w:r>
    </w:p>
    <w:p>
      <w:r>
        <w:rPr>
          <w:color w:val="666666"/>
          <w:sz w:val="18"/>
        </w:rPr>
        <w:t>Life &amp; Wisdom · Art of Crisis Management October 3, 2010 · 3m 11s · at 1:04:23 · https://youtu.be/sKdyThFThXo?t=3863</w:t>
      </w:r>
    </w:p>
    <w:p>
      <w:r>
        <w:rPr>
          <w:i/>
        </w:rPr>
        <w:t>“How can we increase our wisdom to manage any type of crisis?”</w:t>
      </w:r>
    </w:p>
    <w:p>
      <w:r>
        <w:rPr>
          <w:sz w:val="20"/>
        </w:rPr>
        <w:t>1:04:23  maulana, agla sawal kya hai? miss nuzhat bano ne, mauood, madhya pradesh se, unho ne likha hai ke how can we increase our wisdom to manage any type of crises?</w:t>
      </w:r>
      <w:r>
        <w:br/>
      </w:r>
      <w:r>
        <w:rPr>
          <w:sz w:val="20"/>
        </w:rPr>
        <w:t>1:04:37  is ke baray mein aap batayen.</w:t>
      </w:r>
      <w:r>
        <w:br/>
      </w:r>
      <w:r>
        <w:rPr>
          <w:sz w:val="20"/>
        </w:rPr>
        <w:t>1:04:40  bohat asan hai,</w:t>
      </w:r>
      <w:r>
        <w:br/>
      </w:r>
      <w:r>
        <w:rPr>
          <w:sz w:val="20"/>
        </w:rPr>
        <w:t>1:04:45  jab koi waqia paish aaye to aap react na kijiye, sochiye, quran o hadith mein talash kijiye.</w:t>
      </w:r>
      <w:r>
        <w:br/>
      </w:r>
      <w:r>
        <w:rPr>
          <w:sz w:val="20"/>
        </w:rPr>
        <w:t>1:04:57  bohat hi asan hai crises ko manage karna. fail hotay hain log, kyun? foran react kar letay hain. koi baat hui, kharay hogaye, jhanda le kar ke.</w:t>
      </w:r>
      <w:r>
        <w:br/>
      </w:r>
      <w:r>
        <w:rPr>
          <w:sz w:val="20"/>
        </w:rPr>
        <w:t>1:05:10  yeh ghar mein hota hai, miyan biwi ke mamle mein ke koi baat hui, dhar se khare hogaye. yeh ek hota hai yeh desh ke andar.</w:t>
      </w:r>
      <w:r>
        <w:br/>
      </w:r>
      <w:r>
        <w:rPr>
          <w:sz w:val="20"/>
        </w:rPr>
        <w:t>1:05:22  jab koi aisi cheez pesh aaye, koi serious situation pesh aaye to aap chup ho kar ke sochiye, discuss kijiye, quran o hadees ko padhiye.</w:t>
      </w:r>
      <w:r>
        <w:br/>
      </w:r>
      <w:r>
        <w:rPr>
          <w:sz w:val="20"/>
        </w:rPr>
        <w:t>1:05:37  bas, aap ko rasta maloom ho jayega. maine arz kiya na ke inaction bhi crises ko manage kar leta hai. inaction, jab chahein aap tajurba kar lijiye.</w:t>
      </w:r>
      <w:r>
        <w:br/>
      </w:r>
      <w:r>
        <w:rPr>
          <w:sz w:val="20"/>
        </w:rPr>
        <w:t>1:05:49  na karna bhi ek bahut bada karna hai. yaad rakhiye, na karna bhi ek bahut bada karna hai. har family mein dekhiye, kabhi miyan biwi mein jhagda ho jata hai, kabhi ek rishtedar, doosre rishtedar ke darmiyan jhagda hota hai.</w:t>
      </w:r>
      <w:r>
        <w:br/>
      </w:r>
      <w:r>
        <w:rPr>
          <w:sz w:val="20"/>
        </w:rPr>
        <w:t>1:06:05  hote rehte hain har jagah. sirf aap yeh kijiye, kuch na kijiye, aur ek do din ke baad sab sab thanda ho jayega. jab chahein kar ke dekh lijiye.</w:t>
      </w:r>
      <w:r>
        <w:br/>
      </w:r>
      <w:r>
        <w:rPr>
          <w:sz w:val="20"/>
        </w:rPr>
        <w:t>1:06:18  to agar aadmi aql na kaam kar rahi ho to itna to ho sakta hai na, kuch na kare woh. agar aap ki aql kaam karti hai, aap wise planning karne ki position mein hain to wise planning kijiye.</w:t>
      </w:r>
      <w:r>
        <w:br/>
      </w:r>
      <w:r>
        <w:rPr>
          <w:sz w:val="20"/>
        </w:rPr>
        <w:t>1:06:31  agar aap is ki position mein nahi hain to aap kuch na kijiye, sirf bas</w:t>
      </w:r>
      <w:r>
        <w:br/>
      </w:r>
      <w:r>
        <w:rPr>
          <w:sz w:val="20"/>
        </w:rPr>
        <w:t>1:06:35  kuch na kijiye, aur mamla khatam ho jayega.</w:t>
      </w:r>
      <w:r>
        <w:br/>
      </w:r>
      <w:r>
        <w:rPr>
          <w:sz w:val="20"/>
        </w:rPr>
        <w:t>1:06:43  na karna bhi karna hai, inaction bhi action hai. yaani is se zyada aasan formula koi ho sakta hai?</w:t>
      </w:r>
      <w:r>
        <w:br/>
      </w:r>
      <w:r>
        <w:rPr>
          <w:sz w:val="20"/>
        </w:rPr>
        <w:t>1:06:52  yaad rakhiye, main aap ko itni badi misaal de di ke musalmanon ne tatariyon ki jab masjid dhai thi, kuch nahi kiya</w:t>
      </w:r>
      <w:r>
        <w:br/>
      </w:r>
      <w:r>
        <w:rPr>
          <w:sz w:val="20"/>
        </w:rPr>
        <w:t>1:07:02  to kitna bada is ka reward mila un ko? na karne ka reward.</w:t>
      </w:r>
      <w:r>
        <w:br/>
      </w:r>
      <w:r>
        <w:rPr>
          <w:sz w:val="20"/>
        </w:rPr>
        <w:t>1:07:12  to crises ko manage karna bahut aasan hai. ya to aap soch samajh kar ke jo ek jo jo wise rasta hai, us ko daryaft kijiye, us pe chaliye.</w:t>
      </w:r>
      <w:r>
        <w:br/>
      </w:r>
      <w:r>
        <w:rPr>
          <w:sz w:val="20"/>
        </w:rPr>
        <w:t>1:07:25  agar aap ka aql nahi hai to chup ho jaiye, bas simply chup ho jaiye, idhar sab theek ho jayega. is ke baad</w:t>
      </w:r>
    </w:p>
    <w:p>
      <w:pPr>
        <w:pStyle w:val="Heading2"/>
      </w:pPr>
      <w:r>
        <w:t>Increasing will power for strong personality</w:t>
      </w:r>
    </w:p>
    <w:p>
      <w:r>
        <w:rPr>
          <w:color w:val="666666"/>
          <w:sz w:val="18"/>
        </w:rPr>
        <w:t>Life &amp; Wisdom · The Meaning of Ummat-i-Wasat Nov 25, 2018 · 4m 12s · at 48:37 · https://youtu.be/3POFfvXaFss?t=2917</w:t>
      </w:r>
    </w:p>
    <w:p>
      <w:r>
        <w:rPr>
          <w:i/>
        </w:rPr>
        <w:t>“How to become a strong personality like you? I am always making mistakes and feel that it is a result of my low will power. Please guide me on how to increase my will power and become a strong personality.”</w:t>
      </w:r>
    </w:p>
    <w:p>
      <w:r>
        <w:rPr>
          <w:sz w:val="20"/>
        </w:rPr>
        <w:t>48:37  commenting such people, the quran says: 'who speaks better than one who calls to allah, does good work and says: 'i am surely one of the muslims.'" maulana, agla sawal lete hain.</w:t>
      </w:r>
      <w:r>
        <w:br/>
      </w:r>
      <w:r>
        <w:rPr>
          <w:sz w:val="20"/>
        </w:rPr>
        <w:t>48:52  yeh sawal ah bhejha hai farooq ahmed sahib ne bhopal se. unhon ne likha hai: "Maulana, how to become a strong personality like you?</w:t>
      </w:r>
      <w:r>
        <w:br/>
      </w:r>
      <w:r>
        <w:rPr>
          <w:sz w:val="20"/>
        </w:rPr>
        <w:t>49:08  i am always making mistakes and feel that it is a result of my low will power. so please guide me as to how can i increase my will power and become like you a strong personality."</w:t>
      </w:r>
      <w:r>
        <w:br/>
      </w:r>
      <w:r>
        <w:rPr>
          <w:sz w:val="20"/>
        </w:rPr>
        <w:t>49:32  bhai, dua kijiye aur seerat ko padhiye. bas dua kijiye aur seerat ko padhiye.</w:t>
      </w:r>
      <w:r>
        <w:br/>
      </w:r>
      <w:r>
        <w:rPr>
          <w:sz w:val="20"/>
        </w:rPr>
        <w:t>49:41  har cheez isi se paida hoti hai.</w:t>
      </w:r>
      <w:r>
        <w:br/>
      </w:r>
      <w:r>
        <w:rPr>
          <w:sz w:val="20"/>
        </w:rPr>
        <w:t>49:54  ab main dekhen, kal ek waqia soch raha tha rasool allah ka.</w:t>
      </w:r>
      <w:r>
        <w:br/>
      </w:r>
      <w:r>
        <w:rPr>
          <w:sz w:val="20"/>
        </w:rPr>
        <w:t>50:00  kaisa ajeeb waqia hai</w:t>
      </w:r>
      <w:r>
        <w:br/>
      </w:r>
      <w:r>
        <w:rPr>
          <w:sz w:val="20"/>
        </w:rPr>
        <w:t>50:06  ke ghazwa-e-uhud jo tha, us mein aap jante hain ke sahaba mein se taqreeban 70 aadmi maare gaye the,</w:t>
      </w:r>
      <w:r>
        <w:br/>
      </w:r>
      <w:r>
        <w:rPr>
          <w:sz w:val="20"/>
        </w:rPr>
        <w:t>50:21  taqreeban 70 aadmi.</w:t>
      </w:r>
      <w:r>
        <w:br/>
      </w:r>
      <w:r>
        <w:rPr>
          <w:sz w:val="20"/>
        </w:rPr>
        <w:t>50:26  aur us waqt jo hai, jo quraish ka sardaar tha, pahad par chada hua tha, fateh ka jazba le kar.</w:t>
      </w:r>
      <w:r>
        <w:br/>
      </w:r>
      <w:r>
        <w:rPr>
          <w:sz w:val="20"/>
        </w:rPr>
        <w:t>50:41  wahan se woh zor se awaz de kar bola</w:t>
      </w:r>
      <w:r>
        <w:br/>
      </w:r>
      <w:r>
        <w:rPr>
          <w:sz w:val="20"/>
        </w:rPr>
        <w:t>50:49  ke: "lana uzza wa la allah lakum." uzza ek but ka naam tha. allah ne uzza wa la uzza lakum.</w:t>
      </w:r>
      <w:r>
        <w:br/>
      </w:r>
      <w:r>
        <w:rPr>
          <w:sz w:val="20"/>
        </w:rPr>
        <w:t>51:03  to rasool allah ne sahaba se kaha ke: "kaho lana maula wa la maula lakum."</w:t>
      </w:r>
      <w:r>
        <w:br/>
      </w:r>
      <w:r>
        <w:rPr>
          <w:sz w:val="20"/>
        </w:rPr>
        <w:t>51:13  main sochta hoon ke 70 sahaba ki laashein padi hui hain, kya manzar hoga woh?</w:t>
      </w:r>
      <w:r>
        <w:br/>
      </w:r>
      <w:r>
        <w:rPr>
          <w:sz w:val="20"/>
        </w:rPr>
        <w:t>51:24  aur us waqt aap sahaba se keh rahe hain ke: "hamare hamari madad par allah hai, tumhari madad par allah nahin."</w:t>
      </w:r>
      <w:r>
        <w:br/>
      </w:r>
      <w:r>
        <w:rPr>
          <w:sz w:val="20"/>
        </w:rPr>
        <w:t>51:38  meri poori mind-boggling yeh soch jab main yeh jab main sochta hoon to bilkul dimagh hil jata hai.</w:t>
      </w:r>
      <w:r>
        <w:br/>
      </w:r>
      <w:r>
        <w:rPr>
          <w:sz w:val="20"/>
        </w:rPr>
        <w:t>51:56  to aap is padhiye seerat ki kitabon ko, rasool allah ki seerat, sahaba ki seerat, phir apne aap sari sifatain paida hoti hain.</w:t>
      </w:r>
      <w:r>
        <w:br/>
      </w:r>
      <w:r>
        <w:rPr>
          <w:sz w:val="20"/>
        </w:rPr>
        <w:t>52:15  maulana, agla comment bhejha hai mr. naveed kapoor ne dilli se. unhon ne likha hai: "maulana, i learn today that the development in today's world has been created by god, so that we can easily do dawah work.</w:t>
      </w:r>
      <w:r>
        <w:br/>
      </w:r>
      <w:r>
        <w:rPr>
          <w:sz w:val="20"/>
        </w:rPr>
        <w:t>52:31  now we have no reason not to spread the message to entire humanity."</w:t>
      </w:r>
      <w:r>
        <w:br/>
      </w:r>
      <w:r>
        <w:rPr>
          <w:sz w:val="20"/>
        </w:rPr>
        <w:t>52:40  kya matlab hua? sawali ke comment tha? maulana, achha achha.</w:t>
      </w:r>
    </w:p>
    <w:p>
      <w:pPr>
        <w:pStyle w:val="Heading2"/>
      </w:pPr>
      <w:r>
        <w:t>Increasing wisdom and its source</w:t>
      </w:r>
    </w:p>
    <w:p>
      <w:r>
        <w:rPr>
          <w:color w:val="666666"/>
          <w:sz w:val="18"/>
        </w:rPr>
        <w:t>Life &amp; Wisdom · The Importance of Wisdom November 4, 2012 · 1m 38s · at 1:01:47 · https://youtu.be/7e6FvqRSHic?t=3707</w:t>
      </w:r>
    </w:p>
    <w:p>
      <w:r>
        <w:rPr>
          <w:i/>
        </w:rPr>
        <w:t>“Every human is born with a mind but wisdom varies. How can a person increase his or her wisdom? Is it God-gifted?”</w:t>
      </w:r>
    </w:p>
    <w:p>
      <w:r>
        <w:rPr>
          <w:sz w:val="20"/>
        </w:rPr>
        <w:t>1:01:47  maulana agla sawal kashmir se hai aamir jinn sahab ka unhon ne aap se poocha hai every human</w:t>
      </w:r>
      <w:r>
        <w:br/>
      </w:r>
      <w:r>
        <w:rPr>
          <w:sz w:val="20"/>
        </w:rPr>
        <w:t>1:01:55  is born with a mind but wisdom varies from one person to other</w:t>
      </w:r>
      <w:r>
        <w:br/>
      </w:r>
      <w:r>
        <w:rPr>
          <w:sz w:val="20"/>
        </w:rPr>
        <w:t>1:02:01  how can a person increase his or her wisdom is it god gifted</w:t>
      </w:r>
      <w:r>
        <w:br/>
      </w:r>
      <w:r>
        <w:rPr>
          <w:sz w:val="20"/>
        </w:rPr>
        <w:t>1:02:22  dekhen main to samajhta hoon ke wisdom allah taala ne har ek ko di hai aisa nahi ke kisi ko de kisi ko na de</w:t>
      </w:r>
      <w:r>
        <w:br/>
      </w:r>
      <w:r>
        <w:rPr>
          <w:sz w:val="20"/>
        </w:rPr>
        <w:t>1:02:34  lekin wisdom jo hum ko mili hai woh in terms of potential hai woh</w:t>
      </w:r>
      <w:r>
        <w:br/>
      </w:r>
      <w:r>
        <w:rPr>
          <w:sz w:val="20"/>
        </w:rPr>
        <w:t>1:02:43  in terms of potential yani bil quwwat tor par us ko actual banana yeh phir bhi hamara kaam hai</w:t>
      </w:r>
      <w:r>
        <w:br/>
      </w:r>
      <w:r>
        <w:rPr>
          <w:sz w:val="20"/>
        </w:rPr>
        <w:t>1:02:53  actual banane ke liye kya chahiye woh chahiye apne ko distraction se bachana log is mein distraction mein itna phans jatay hain itna phans jatay hain ke un ki jo potential hai woh unfold nahi ho pati un ka potential jo hai woh actual nahi banta</w:t>
      </w:r>
      <w:r>
        <w:br/>
      </w:r>
      <w:r>
        <w:rPr>
          <w:sz w:val="20"/>
        </w:rPr>
        <w:t>1:03:13  to main samajhta hoon ke divine gift mein farq nahi hai hamare apne jo lifestyle mein hai us ki wajah se is yeh masla paida hota hai</w:t>
      </w:r>
    </w:p>
    <w:p>
      <w:pPr>
        <w:pStyle w:val="Heading2"/>
      </w:pPr>
      <w:r>
        <w:t>Influence of Positive Words on Thoughts</w:t>
      </w:r>
    </w:p>
    <w:p>
      <w:r>
        <w:rPr>
          <w:color w:val="666666"/>
          <w:sz w:val="18"/>
        </w:rPr>
        <w:t>Life &amp; Wisdom · Divine Love July 31, 2016 · 1m 03s · at 56:57 · https://youtu.be/-gQiWX3l6J4?t=3417</w:t>
      </w:r>
    </w:p>
    <w:p>
      <w:r>
        <w:rPr>
          <w:i/>
        </w:rPr>
        <w:t>“Do positive words have positive influence on our ability to translate good thoughts to”</w:t>
      </w:r>
    </w:p>
    <w:p>
      <w:r>
        <w:rPr>
          <w:sz w:val="20"/>
        </w:rPr>
        <w:t>56:57  Maulana agla sawal kya hai Miss Ruhooson Sung ne.</w:t>
      </w:r>
      <w:r>
        <w:br/>
      </w:r>
      <w:r>
        <w:rPr>
          <w:sz w:val="20"/>
        </w:rPr>
        <w:t>57:01  unhone apni location nahi likhi hai.</w:t>
      </w:r>
      <w:r>
        <w:br/>
      </w:r>
      <w:r>
        <w:rPr>
          <w:sz w:val="20"/>
        </w:rPr>
        <w:t>57:04  unka sawal hai Do positive words have positive influence on our ability to translate good thoughts to</w:t>
      </w:r>
      <w:r>
        <w:br/>
      </w:r>
      <w:r>
        <w:rPr>
          <w:sz w:val="20"/>
        </w:rPr>
        <w:t>57:11  action? What is your comment on this? kya mein samjha nahi kya sawal unka hai.</w:t>
      </w:r>
      <w:r>
        <w:br/>
      </w:r>
      <w:r>
        <w:rPr>
          <w:sz w:val="20"/>
        </w:rPr>
        <w:t>57:18  Maulana woh yeh janna chah rahi hain ke jo positive words hote hain kya us se hamare action</w:t>
      </w:r>
      <w:r>
        <w:br/>
      </w:r>
      <w:r>
        <w:rPr>
          <w:sz w:val="20"/>
        </w:rPr>
        <w:t>57:26  influence hote hain through our thought process? aap to dohra rahe hain.</w:t>
      </w:r>
      <w:r>
        <w:br/>
      </w:r>
      <w:r>
        <w:rPr>
          <w:sz w:val="20"/>
        </w:rPr>
        <w:t>57:31  kuch sense to matlab nahi samjha nahi.</w:t>
      </w:r>
      <w:r>
        <w:br/>
      </w:r>
      <w:r>
        <w:rPr>
          <w:sz w:val="20"/>
        </w:rPr>
        <w:t>57:34  ji is ka sense kya hai? is ko zyada tafseel se woh agle Sunday ko likhein.</w:t>
      </w:r>
      <w:r>
        <w:br/>
      </w:r>
      <w:r>
        <w:rPr>
          <w:sz w:val="20"/>
        </w:rPr>
        <w:t>57:41  ji zyada zyada clear tor par.</w:t>
      </w:r>
      <w:r>
        <w:br/>
      </w:r>
      <w:r>
        <w:rPr>
          <w:sz w:val="20"/>
        </w:rPr>
        <w:t>57:43  is mein clarity nahi hai unke question mein clarity nahi hai.</w:t>
      </w:r>
      <w:r>
        <w:br/>
      </w:r>
      <w:r>
        <w:rPr>
          <w:sz w:val="20"/>
        </w:rPr>
        <w:t>57:49  ji kya murad hai in ke positive words se? kya kya cheez hai positive words? to clear taur</w:t>
      </w:r>
      <w:r>
        <w:br/>
      </w:r>
      <w:r>
        <w:rPr>
          <w:sz w:val="20"/>
        </w:rPr>
        <w:t>57:56  par agle Sunday mein woh sawal karein woh.</w:t>
      </w:r>
    </w:p>
    <w:p>
      <w:pPr>
        <w:pStyle w:val="Heading2"/>
      </w:pPr>
      <w:r>
        <w:t>Intellectual development without material things</w:t>
      </w:r>
    </w:p>
    <w:p>
      <w:r>
        <w:rPr>
          <w:color w:val="666666"/>
          <w:sz w:val="18"/>
        </w:rPr>
        <w:t>Life &amp; Wisdom · The Purpose of Existence-9th September 2012 · 3m 57s · at 1:48:14 · https://youtu.be/KxCy8m6k_MQ?t=6494</w:t>
      </w:r>
    </w:p>
    <w:p>
      <w:r>
        <w:rPr>
          <w:i/>
        </w:rPr>
        <w:t>“In your lecture you said that for intellectual development no material thing is needed. Could you elaborate?”</w:t>
      </w:r>
    </w:p>
    <w:p>
      <w:r>
        <w:rPr>
          <w:sz w:val="20"/>
        </w:rPr>
        <w:t>1:48:14  maulana, agla sawal dilli se hai nadeem ahmed sahab ka.</w:t>
      </w:r>
      <w:r>
        <w:br/>
      </w:r>
      <w:r>
        <w:rPr>
          <w:sz w:val="20"/>
        </w:rPr>
        <w:t>1:48:18  unhon ne likha hai: "aap ne apne lecture mein farmaya ke intellectual development ke liye kisi material cheez</w:t>
      </w:r>
      <w:r>
        <w:br/>
      </w:r>
      <w:r>
        <w:rPr>
          <w:sz w:val="20"/>
        </w:rPr>
        <w:t>1:48:26  ki zaroorat nahin.</w:t>
      </w:r>
      <w:r>
        <w:br/>
      </w:r>
      <w:r>
        <w:rPr>
          <w:sz w:val="20"/>
        </w:rPr>
        <w:t>1:48:27  sawal yeh hai ke intellectual development ke liye education ki zaroorat hai, aur study ke liye books ki</w:t>
      </w:r>
      <w:r>
        <w:br/>
      </w:r>
      <w:r>
        <w:rPr>
          <w:sz w:val="20"/>
        </w:rPr>
        <w:t>1:48:35  zaroorat hai, aur aaj ke samay mein dono ke liye paisa chahiye.</w:t>
      </w:r>
      <w:r>
        <w:br/>
      </w:r>
      <w:r>
        <w:rPr>
          <w:sz w:val="20"/>
        </w:rPr>
        <w:t>1:48:40  aisi halat mein ek aisa aadmi jis ke paas education aur books ke liye paise nahin hain, woh</w:t>
      </w:r>
      <w:r>
        <w:br/>
      </w:r>
      <w:r>
        <w:rPr>
          <w:sz w:val="20"/>
        </w:rPr>
        <w:t>1:48:48  apna intellectual development kaise karega? is ka practical formula kya hai?" aisa koi aadmi hai hi nahin.</w:t>
      </w:r>
      <w:r>
        <w:br/>
      </w:r>
      <w:r>
        <w:rPr>
          <w:sz w:val="20"/>
        </w:rPr>
        <w:t>1:48:56  is ka is ka naam bataiye jo aisa aadmi ho.</w:t>
      </w:r>
      <w:r>
        <w:br/>
      </w:r>
      <w:r>
        <w:rPr>
          <w:sz w:val="20"/>
        </w:rPr>
        <w:t>1:49:00  is ko book na hone ki wajah se sahi nahin kar pa raha hai.</w:t>
      </w:r>
      <w:r>
        <w:br/>
      </w:r>
      <w:r>
        <w:rPr>
          <w:sz w:val="20"/>
        </w:rPr>
        <w:t>1:49:06  is ko is ka naam bataiye.</w:t>
      </w:r>
      <w:r>
        <w:br/>
      </w:r>
      <w:r>
        <w:rPr>
          <w:sz w:val="20"/>
        </w:rPr>
        <w:t>1:49:09  yeh to ek farzi sawal hai.</w:t>
      </w:r>
      <w:r>
        <w:br/>
      </w:r>
      <w:r>
        <w:rPr>
          <w:sz w:val="20"/>
        </w:rPr>
        <w:t>1:49:11  yeh sawal kitabein aati hain.</w:t>
      </w:r>
      <w:r>
        <w:br/>
      </w:r>
      <w:r>
        <w:rPr>
          <w:sz w:val="20"/>
        </w:rPr>
        <w:t>1:49:13  yani itni zyada available hain ke aap library mein jaiye, kitabein padhiye, kisi ka yeh woh kitabein de</w:t>
      </w:r>
      <w:r>
        <w:br/>
      </w:r>
      <w:r>
        <w:rPr>
          <w:sz w:val="20"/>
        </w:rPr>
        <w:t>1:49:21  de ga</w:t>
      </w:r>
      <w:r>
        <w:br/>
      </w:r>
      <w:r>
        <w:rPr>
          <w:sz w:val="20"/>
        </w:rPr>
        <w:t>1:49:22  yeh to koi rukawat nahi hai</w:t>
      </w:r>
      <w:r>
        <w:br/>
      </w:r>
      <w:r>
        <w:rPr>
          <w:sz w:val="20"/>
        </w:rPr>
        <w:t>1:49:25  main ne mujhe aisa insan nahi maloom jis ko yani jis ko yani jo kehte hain dirt of</w:t>
      </w:r>
      <w:r>
        <w:br/>
      </w:r>
      <w:r>
        <w:rPr>
          <w:sz w:val="20"/>
        </w:rPr>
        <w:t>1:49:33  dirt dirt of book ka problem paida ho gaya ho.</w:t>
      </w:r>
      <w:r>
        <w:br/>
      </w:r>
      <w:r>
        <w:rPr>
          <w:sz w:val="20"/>
        </w:rPr>
        <w:t>1:49:37  ab to kitabein ifraat hain</w:t>
      </w:r>
      <w:r>
        <w:br/>
      </w:r>
      <w:r>
        <w:rPr>
          <w:sz w:val="20"/>
        </w:rPr>
        <w:t>1:49:39  jahan jaiye wohin kitabein hain</w:t>
      </w:r>
      <w:r>
        <w:br/>
      </w:r>
      <w:r>
        <w:rPr>
          <w:sz w:val="20"/>
        </w:rPr>
        <w:t>1:49:41  library hai, koi dukanein hain</w:t>
      </w:r>
      <w:r>
        <w:br/>
      </w:r>
      <w:r>
        <w:rPr>
          <w:sz w:val="20"/>
        </w:rPr>
        <w:t>1:49:43  kitne log milenge jo aap kitabein dene ke tayyar hain? Aap to yeh ek farzi sawal hai</w:t>
      </w:r>
      <w:r>
        <w:br/>
      </w:r>
      <w:r>
        <w:rPr>
          <w:sz w:val="20"/>
        </w:rPr>
        <w:t>1:49:51  aisa koi nahi hai</w:t>
      </w:r>
      <w:r>
        <w:br/>
      </w:r>
      <w:r>
        <w:rPr>
          <w:sz w:val="20"/>
        </w:rPr>
        <w:t>1:49:53  baqi education to dekhiye, ek hoti hai professional education</w:t>
      </w:r>
      <w:r>
        <w:br/>
      </w:r>
      <w:r>
        <w:rPr>
          <w:sz w:val="20"/>
        </w:rPr>
        <w:t>1:49:57  professional education ke baghair job to nahi mile ga</w:t>
      </w:r>
      <w:r>
        <w:br/>
      </w:r>
      <w:r>
        <w:rPr>
          <w:sz w:val="20"/>
        </w:rPr>
        <w:t>1:50:01  yeh sahi hai</w:t>
      </w:r>
      <w:r>
        <w:br/>
      </w:r>
      <w:r>
        <w:rPr>
          <w:sz w:val="20"/>
        </w:rPr>
        <w:t>1:50:02  lekin baqi jo is ke liye koi professional education nahi hoti</w:t>
      </w:r>
      <w:r>
        <w:br/>
      </w:r>
      <w:r>
        <w:rPr>
          <w:sz w:val="20"/>
        </w:rPr>
        <w:t>1:50:07  degree aap ke paas ho ya na ho</w:t>
      </w:r>
      <w:r>
        <w:br/>
      </w:r>
      <w:r>
        <w:rPr>
          <w:sz w:val="20"/>
        </w:rPr>
        <w:t>1:50:10  thomas alwa ke paas, woh thomas alwa edition ke paas koi degree nahi thi</w:t>
      </w:r>
      <w:r>
        <w:br/>
      </w:r>
      <w:r>
        <w:rPr>
          <w:sz w:val="20"/>
        </w:rPr>
        <w:t>1:50:16  aap jante hain, thomas alwa edition jo bohat well known scientist hai, us ke paas koi degree nahi</w:t>
      </w:r>
      <w:r>
        <w:br/>
      </w:r>
      <w:r>
        <w:rPr>
          <w:sz w:val="20"/>
        </w:rPr>
        <w:t>1:50:24  thi</w:t>
      </w:r>
      <w:r>
        <w:br/>
      </w:r>
      <w:r>
        <w:rPr>
          <w:sz w:val="20"/>
        </w:rPr>
        <w:t>1:50:25  schools ka certificate bhi nahi tha us ke paas</w:t>
      </w:r>
      <w:r>
        <w:br/>
      </w:r>
      <w:r>
        <w:rPr>
          <w:sz w:val="20"/>
        </w:rPr>
        <w:t>1:50:29  aur is mein ek hazar se ziyada invention is ki hain</w:t>
      </w:r>
      <w:r>
        <w:br/>
      </w:r>
      <w:r>
        <w:rPr>
          <w:sz w:val="20"/>
        </w:rPr>
        <w:t>1:50:34  ek hazar se ziyada</w:t>
      </w:r>
      <w:r>
        <w:br/>
      </w:r>
      <w:r>
        <w:rPr>
          <w:sz w:val="20"/>
        </w:rPr>
        <w:t>1:50:36  yeh schools ka certificate nahi</w:t>
      </w:r>
      <w:r>
        <w:br/>
      </w:r>
      <w:r>
        <w:rPr>
          <w:sz w:val="20"/>
        </w:rPr>
        <w:t>1:50:38  koi degree nahi</w:t>
      </w:r>
      <w:r>
        <w:br/>
      </w:r>
      <w:r>
        <w:rPr>
          <w:sz w:val="20"/>
        </w:rPr>
        <w:t>1:50:39  yeh sab koi rukawatein nahi hain</w:t>
      </w:r>
      <w:r>
        <w:br/>
      </w:r>
      <w:r>
        <w:rPr>
          <w:sz w:val="20"/>
        </w:rPr>
        <w:t>1:50:42  main main kuch bhi nahi</w:t>
      </w:r>
      <w:r>
        <w:br/>
      </w:r>
      <w:r>
        <w:rPr>
          <w:sz w:val="20"/>
        </w:rPr>
        <w:t>1:50:44  آپ یعنی when there is a will, there is a way.</w:t>
      </w:r>
      <w:r>
        <w:br/>
      </w:r>
      <w:r>
        <w:rPr>
          <w:sz w:val="20"/>
        </w:rPr>
        <w:t>1:50:49  agar aap ka just sach much khwahish hai to rasta khulta chala jaye ga aap ke liye</w:t>
      </w:r>
      <w:r>
        <w:br/>
      </w:r>
      <w:r>
        <w:rPr>
          <w:sz w:val="20"/>
        </w:rPr>
        <w:t>1:50:56  When there is a will, there is a way. Ko Arabi mein kehte hain mujaddid ka wajah tha.</w:t>
      </w:r>
      <w:r>
        <w:br/>
      </w:r>
      <w:r>
        <w:rPr>
          <w:sz w:val="20"/>
        </w:rPr>
        <w:t>1:51:04  mujaddid ka waja tha</w:t>
      </w:r>
      <w:r>
        <w:br/>
      </w:r>
      <w:r>
        <w:rPr>
          <w:sz w:val="20"/>
        </w:rPr>
        <w:t>1:51:06  jo koshish karega wo payega.</w:t>
      </w:r>
      <w:r>
        <w:br/>
      </w:r>
      <w:r>
        <w:rPr>
          <w:sz w:val="20"/>
        </w:rPr>
        <w:t>1:51:09  okay, we will end the session now.</w:t>
      </w:r>
      <w:r>
        <w:br/>
      </w:r>
      <w:r>
        <w:rPr>
          <w:sz w:val="20"/>
        </w:rPr>
        <w:t>1:51:12  there is one announcement.</w:t>
      </w:r>
    </w:p>
    <w:p>
      <w:pPr>
        <w:pStyle w:val="Heading2"/>
      </w:pPr>
      <w:r>
        <w:t>Is Saving for Dawah Being Miserly</w:t>
      </w:r>
    </w:p>
    <w:p>
      <w:r>
        <w:rPr>
          <w:color w:val="666666"/>
          <w:sz w:val="18"/>
        </w:rPr>
        <w:t>Life &amp; Wisdom · Physical Science or Divine Science I 25th Nov, 2012 - Maulana Wahiduddin Khan · 1m 48s · at 1:04:12 · https://youtu.be/NfJRGRN6OhE?t=3852</w:t>
      </w:r>
    </w:p>
    <w:p>
      <w:r>
        <w:rPr>
          <w:i/>
        </w:rPr>
        <w:t>“I save money by reducing my needs and spend it in the work of Dawat Ilallah. I also consider necessity in clothes etc. Some of my friends tell me that you are a very miserly woman, you don't even spend money on yourself. Maulana sahib, is my action correct?”</w:t>
      </w:r>
    </w:p>
    <w:p>
      <w:r>
        <w:rPr>
          <w:sz w:val="20"/>
        </w:rPr>
        <w:t>1:04:12  molana, agla sawal Lahore Pakistan se hai Ms Salma ka. unhon ne likha hai: "main apni zarooraton ko mukhtasar karte hue raqam ko bachati hoon aur ise dawat al Allah ke kaam mein kharch karti hoon.</w:t>
      </w:r>
      <w:r>
        <w:br/>
      </w:r>
      <w:r>
        <w:rPr>
          <w:sz w:val="20"/>
        </w:rPr>
        <w:t>1:04:29  kapde wagera mein bhi zaroorat ka lehaaz karti hoon. mujhe meri baaz saheliyan kehti hain ke tum to bohat kanjoos aurat ho, apni zaat par bhi paisa kharch nahin karti ho.</w:t>
      </w:r>
      <w:r>
        <w:br/>
      </w:r>
      <w:r>
        <w:rPr>
          <w:sz w:val="20"/>
        </w:rPr>
        <w:t>1:04:43  molana sahib, kya mera yeh amal</w:t>
      </w:r>
      <w:r>
        <w:br/>
      </w:r>
      <w:r>
        <w:rPr>
          <w:sz w:val="20"/>
        </w:rPr>
        <w:t>1:04:46  kanjoosi mein aata hai? is ke bare mein bataein." hargiz nahin, hargiz nahin, hargiz nahin. yeh to ibadat hai. apni zaat par paisa kharch karna, yeh to yeh koi, yeh to jurm hai, yeh koi amal hi nahin hai.</w:t>
      </w:r>
      <w:r>
        <w:br/>
      </w:r>
      <w:r>
        <w:rPr>
          <w:sz w:val="20"/>
        </w:rPr>
        <w:t>1:05:01  yeh paisa kharch karna chahiye deen par.</w:t>
      </w:r>
      <w:r>
        <w:br/>
      </w:r>
      <w:r>
        <w:rPr>
          <w:sz w:val="20"/>
        </w:rPr>
        <w:t>1:05:05  zaat ke muamle mein aakhri had tak aap apne ko saada banayein, simple banayein, aakhri had tak simple. aur jo aap ki kamai hai, us ko zyada se zyada kharch karein deen ke liye, dawat ke liye.</w:t>
      </w:r>
      <w:r>
        <w:br/>
      </w:r>
      <w:r>
        <w:rPr>
          <w:sz w:val="20"/>
        </w:rPr>
        <w:t>1:05:17  yeh to musalman jo hai, bilkul bigda hua zehan hai, yani ek dam un ka soch galat ho gayi hai.</w:t>
      </w:r>
      <w:r>
        <w:br/>
      </w:r>
      <w:r>
        <w:rPr>
          <w:sz w:val="20"/>
        </w:rPr>
        <w:t>1:05:24  Islam se koi un ko matlab nahin, khali apni shaan o shaukat dikhana hai un ko. to wo aisi baatein bolte hain, aisi baatein bolte hain.</w:t>
      </w:r>
      <w:r>
        <w:br/>
      </w:r>
      <w:r>
        <w:rPr>
          <w:sz w:val="20"/>
        </w:rPr>
        <w:t>1:05:34  Quran mein dekhiye ke: "isiyat ka matlab yeh hai ke sirf baqadr zaroorat, yani be necessity ke taur par tum apni kamai ko apne liye kharch karo, baqi sara deen mein kharch karo."</w:t>
      </w:r>
      <w:r>
        <w:br/>
      </w:r>
      <w:r>
        <w:rPr>
          <w:sz w:val="20"/>
        </w:rPr>
        <w:t>1:05:52  to jo musalman aisi boli bolte hain, to wo to mujrimana boli bolte hain.</w:t>
      </w:r>
    </w:p>
    <w:p>
      <w:pPr>
        <w:pStyle w:val="Heading2"/>
      </w:pPr>
      <w:r>
        <w:t>Is being too optimistic advisable?</w:t>
      </w:r>
    </w:p>
    <w:p>
      <w:r>
        <w:rPr>
          <w:color w:val="666666"/>
          <w:sz w:val="18"/>
        </w:rPr>
        <w:t>Life &amp; Wisdom · Living in a New Age | March 26, 2017 · 1m 34s · at 1:02:17 · https://youtu.be/iST0AxQscKo?t=3737</w:t>
      </w:r>
    </w:p>
    <w:p>
      <w:r>
        <w:rPr>
          <w:i/>
        </w:rPr>
        <w:t>“Is being too optimistic in life...?”</w:t>
      </w:r>
    </w:p>
    <w:p>
      <w:r>
        <w:rPr>
          <w:sz w:val="20"/>
        </w:rPr>
        <w:t>1:02:17  maulana agla sawal lete hain jo</w:t>
      </w:r>
      <w:r>
        <w:br/>
      </w:r>
      <w:r>
        <w:rPr>
          <w:sz w:val="20"/>
        </w:rPr>
        <w:t>1:02:21  faiz khursheed sahib ne bheja hai srinagar se.</w:t>
      </w:r>
      <w:r>
        <w:br/>
      </w:r>
      <w:r>
        <w:rPr>
          <w:sz w:val="20"/>
        </w:rPr>
        <w:t>1:02:25  unhon ne likha hai maulana sahib is being too optimistic in life.</w:t>
      </w:r>
      <w:r>
        <w:br/>
      </w:r>
      <w:r>
        <w:rPr>
          <w:sz w:val="20"/>
        </w:rPr>
        <w:t>1:02:29  a bad idea.</w:t>
      </w:r>
      <w:r>
        <w:br/>
      </w:r>
      <w:r>
        <w:rPr>
          <w:sz w:val="20"/>
        </w:rPr>
        <w:t>1:02:33  is ke bare mein batayein.</w:t>
      </w:r>
      <w:r>
        <w:br/>
      </w:r>
      <w:r>
        <w:rPr>
          <w:sz w:val="20"/>
        </w:rPr>
        <w:t>1:02:36  dekhiye optimism mein kam aur zyada ka sawal hi nahi hai.</w:t>
      </w:r>
      <w:r>
        <w:br/>
      </w:r>
      <w:r>
        <w:rPr>
          <w:sz w:val="20"/>
        </w:rPr>
        <w:t>1:02:40  optimism to part of life hai.</w:t>
      </w:r>
      <w:r>
        <w:br/>
      </w:r>
      <w:r>
        <w:rPr>
          <w:sz w:val="20"/>
        </w:rPr>
        <w:t>1:02:44  aap ko hamesha aap hamesha hope mein jeena hai.</w:t>
      </w:r>
      <w:r>
        <w:br/>
      </w:r>
      <w:r>
        <w:rPr>
          <w:sz w:val="20"/>
        </w:rPr>
        <w:t>1:02:48  yeh to islam ki taleem hai.</w:t>
      </w:r>
      <w:r>
        <w:br/>
      </w:r>
      <w:r>
        <w:rPr>
          <w:sz w:val="20"/>
        </w:rPr>
        <w:t>1:02:52  hamesha hope mein jeena hai. toh optimism part of life hai part of nature hai part of creation plan hai. toh is mein kam zyada koi sawal hi nahi hai. okay so we will end the session now. we will be back next sunday same time. thank you.</w:t>
      </w:r>
    </w:p>
    <w:p>
      <w:pPr>
        <w:pStyle w:val="Heading2"/>
      </w:pPr>
      <w:r>
        <w:t>Is it possible to find a perfect partner?</w:t>
      </w:r>
    </w:p>
    <w:p>
      <w:r>
        <w:rPr>
          <w:color w:val="666666"/>
          <w:sz w:val="18"/>
        </w:rPr>
        <w:t>Life &amp; Wisdom · The Purpose of Life | April 30, 2017 · 2m 46s · at 31:23 · https://youtu.be/ue3I3uQEYb8?t=1883</w:t>
      </w:r>
    </w:p>
    <w:p>
      <w:r>
        <w:rPr>
          <w:i/>
        </w:rPr>
        <w:t>“Most of the human beings are in search of a perfect partner in this world and this is a proven fact. Maulana, my question is: Is there any possibility to search a perfect partner in this limited world?”</w:t>
      </w:r>
    </w:p>
    <w:p>
      <w:r>
        <w:rPr>
          <w:sz w:val="20"/>
        </w:rPr>
        <w:t>31:23  keh dunya mein jo kuch hai us ko lena yeh momin ka nishan nahi hai. balkeh momin ka nishan yeh hai keh dunya se woh akhirat ko le. bohat clear hai yeh baat quran o hadees mein. doctor muhammad iqbal pardhan ne dilli se sawal bheja hai maulana unhon ne aap se poocha hai keh most of the human beings are in search of</w:t>
      </w:r>
      <w:r>
        <w:br/>
      </w:r>
      <w:r>
        <w:rPr>
          <w:sz w:val="20"/>
        </w:rPr>
        <w:t>31:53  perfect partner in this world and this is a proven fact maulana my question is is there any possibility to search a perfect partner in this limited world. dekhen perfect partner milta nahi hai aap ko banana parta hai woh banane ki cheez hai milne ki cheez hai nahi. kyunkeh history batati hai keh har aurat h</w:t>
      </w:r>
      <w:r>
        <w:br/>
      </w:r>
      <w:r>
        <w:rPr>
          <w:sz w:val="20"/>
        </w:rPr>
        <w:t>32:23  ہر مرد الگ الگ ساخت پر بنائے گئے ہیں ہر مرد مسٹر ڈفرنٹ ہے ہر عورت مس ڈفرنٹ ہے.</w:t>
      </w:r>
      <w:r>
        <w:br/>
      </w:r>
      <w:r>
        <w:rPr>
          <w:sz w:val="20"/>
        </w:rPr>
        <w:t>32:34  to kaise ho sakta hai yeh to aap ko ek imperfect ko perfect banana hai aap ko aap</w:t>
      </w:r>
      <w:r>
        <w:br/>
      </w:r>
      <w:r>
        <w:rPr>
          <w:sz w:val="20"/>
        </w:rPr>
        <w:t>32:45  ko khud hi yeh kaam karna hai.</w:t>
      </w:r>
      <w:r>
        <w:br/>
      </w:r>
      <w:r>
        <w:rPr>
          <w:sz w:val="20"/>
        </w:rPr>
        <w:t>32:56  میں سمجھتا ہوں کہ جو لوگ perfect partner کو گول بناتے ہیں وہ creation plan of God کے</w:t>
      </w:r>
      <w:r>
        <w:br/>
      </w:r>
      <w:r>
        <w:rPr>
          <w:sz w:val="20"/>
        </w:rPr>
        <w:t>33:04  khilaf chalte hain jab creation plan of god jo hai us ke andar kisi ko aisa banaya hi</w:t>
      </w:r>
      <w:r>
        <w:br/>
      </w:r>
      <w:r>
        <w:rPr>
          <w:sz w:val="20"/>
        </w:rPr>
        <w:t>33:11  nahi gaya hai to aap payein kahan aap apne behavior se us ko apne apne liye favorable banayein</w:t>
      </w:r>
      <w:r>
        <w:br/>
      </w:r>
      <w:r>
        <w:rPr>
          <w:sz w:val="20"/>
        </w:rPr>
        <w:t>33:19  favorable wohi hai aap ka perfect partner.</w:t>
      </w:r>
      <w:r>
        <w:br/>
      </w:r>
      <w:r>
        <w:rPr>
          <w:sz w:val="20"/>
        </w:rPr>
        <w:t>33:27  is mein se aik shart yeh hai keh aap apne partner ki creation ko negative sense mein na lein balkeh positive sense mein lein. agar apne partner ko baaton ko agar aap negative sense mein lein to maloom hoga yeh to perfect nahi tha lekin us ke baaton ko positive sense mein lein to aap</w:t>
      </w:r>
      <w:r>
        <w:br/>
      </w:r>
      <w:r>
        <w:rPr>
          <w:sz w:val="20"/>
        </w:rPr>
        <w:t>33:57  discover karein ge yeh to bilkul meri perfect partner tha.</w:t>
      </w:r>
      <w:r>
        <w:br/>
      </w:r>
      <w:r>
        <w:rPr>
          <w:sz w:val="20"/>
        </w:rPr>
        <w:t>34:03  isi art ko janne ki baat hai.</w:t>
      </w:r>
    </w:p>
    <w:p>
      <w:pPr>
        <w:pStyle w:val="Heading2"/>
      </w:pPr>
      <w:r>
        <w:t>Is life meant to be lived in tension?</w:t>
      </w:r>
    </w:p>
    <w:p>
      <w:r>
        <w:rPr>
          <w:color w:val="666666"/>
          <w:sz w:val="18"/>
        </w:rPr>
        <w:t>Life &amp; Wisdom · Journey of History December 23, 2012 · 1m 30s · at 1:13:33 · https://youtu.be/bvjWl3U3Dmw?t=4413</w:t>
      </w:r>
    </w:p>
    <w:p>
      <w:r>
        <w:rPr>
          <w:i/>
        </w:rPr>
        <w:t>“Those who have a lot of material attainments lead a more tense life. Has man been born to live in tension and then die? What is your comment on this?”</w:t>
      </w:r>
    </w:p>
    <w:p>
      <w:r>
        <w:rPr>
          <w:sz w:val="20"/>
        </w:rPr>
        <w:t>1:13:33  maulana, agla sawal bangalore se hai mr vikram sharma ka. inhone likha hai: "those who have a lot of material attainments lead a more tensed life.</w:t>
      </w:r>
      <w:r>
        <w:br/>
      </w:r>
      <w:r>
        <w:rPr>
          <w:sz w:val="20"/>
        </w:rPr>
        <w:t>1:13:46  has man been born to live in tension and deen die? what is your comment on this?" yeh bore and bore culture se tension aata hai.</w:t>
      </w:r>
      <w:r>
        <w:br/>
      </w:r>
      <w:r>
        <w:rPr>
          <w:sz w:val="20"/>
        </w:rPr>
        <w:t>1:13:57  agar contentment jaye to tension nahi, bore and bore.</w:t>
      </w:r>
      <w:r>
        <w:br/>
      </w:r>
      <w:r>
        <w:rPr>
          <w:sz w:val="20"/>
        </w:rPr>
        <w:t>1:14:04  agar</w:t>
      </w:r>
      <w:r>
        <w:br/>
      </w:r>
      <w:r>
        <w:rPr>
          <w:sz w:val="20"/>
        </w:rPr>
        <w:t>1:14:05  aap ke andar yeh mizaj aa jaye ke meri zaroorat poori ho gayi to bas kafi hai mere liye. yani net par agar aap apne ko yani mutma'in kar lein, net par aap razi ho jayein to phir tension ka sawal hi nahi paida hota.</w:t>
      </w:r>
      <w:r>
        <w:br/>
      </w:r>
      <w:r>
        <w:rPr>
          <w:sz w:val="20"/>
        </w:rPr>
        <w:t>1:14:27  yeh sara tension jo jo aata hai more and more culture par aata hai.</w:t>
      </w:r>
      <w:r>
        <w:br/>
      </w:r>
      <w:r>
        <w:rPr>
          <w:sz w:val="20"/>
        </w:rPr>
        <w:t>1:14:34  koi had nahi hai aadmi ke paas aur chahiye aur chahiye aur chahiye. yahan tak ke mar jata hai woh aur uska aur aur kabhi khatam nahi hota. to sab se bari zaroorat yeh hai ke more and more culture se aadmi apne ko bachaye.</w:t>
      </w:r>
      <w:r>
        <w:br/>
      </w:r>
      <w:r>
        <w:rPr>
          <w:sz w:val="20"/>
        </w:rPr>
        <w:t>1:14:48  yeh bohat bara fitna hai is is zamane mein kyunke is zamane mein scope khul gaye hain bohat zyada. to har aadmi bas aur aur ke chakkar mein rehta hai aur yahan tak ke mar jata hai aur milta kuch nahi is ko.</w:t>
      </w:r>
      <w:r>
        <w:br/>
      </w:r>
      <w:r>
        <w:rPr>
          <w:sz w:val="20"/>
        </w:rPr>
        <w:t>1:15:03  maul</w:t>
      </w:r>
    </w:p>
    <w:p>
      <w:pPr>
        <w:pStyle w:val="Heading2"/>
      </w:pPr>
      <w:r>
        <w:t>Is listening to songs halal or haram?</w:t>
      </w:r>
    </w:p>
    <w:p>
      <w:r>
        <w:rPr>
          <w:color w:val="666666"/>
          <w:sz w:val="18"/>
        </w:rPr>
        <w:t>Life &amp; Wisdom · Spirit of the Age November 06, 2016 · 54s · at 51:03 · https://youtu.be/URWoioUiDO4?t=3063</w:t>
      </w:r>
    </w:p>
    <w:p>
      <w:r>
        <w:rPr>
          <w:i/>
        </w:rPr>
        <w:t>“Can we listen to songs? Is it haram or halal? Please tell about it.”</w:t>
      </w:r>
    </w:p>
    <w:p>
      <w:r>
        <w:rPr>
          <w:sz w:val="20"/>
        </w:rPr>
        <w:t>51:03  maulana, agla sawal bismah siddiqui ne kiya hai dilli se, aur unhon ne aap se poocha hai, maulana</w:t>
      </w:r>
      <w:r>
        <w:br/>
      </w:r>
      <w:r>
        <w:rPr>
          <w:sz w:val="20"/>
        </w:rPr>
        <w:t>51:10  sahib, can we listen to songs, is it haram or halaal, is ke baray mein batayein.</w:t>
      </w:r>
      <w:r>
        <w:br/>
      </w:r>
      <w:r>
        <w:rPr>
          <w:sz w:val="20"/>
        </w:rPr>
        <w:t>51:17  halaal hai, khoob suniye, khoob suniye, baqi hai ke main is ko halaal haram nahi samajhta, main is</w:t>
      </w:r>
      <w:r>
        <w:br/>
      </w:r>
      <w:r>
        <w:rPr>
          <w:sz w:val="20"/>
        </w:rPr>
        <w:t>51:25  ko time ka kamtar istemal samajhta hoon.</w:t>
      </w:r>
      <w:r>
        <w:br/>
      </w:r>
      <w:r>
        <w:rPr>
          <w:sz w:val="20"/>
        </w:rPr>
        <w:t>51:28  mere paas jab time hai to main is ko wisdom wali baaton mein lagata hoon, wisdom fiction mein</w:t>
      </w:r>
      <w:r>
        <w:br/>
      </w:r>
      <w:r>
        <w:rPr>
          <w:sz w:val="20"/>
        </w:rPr>
        <w:t>51:36  nahi lagata.</w:t>
      </w:r>
      <w:r>
        <w:br/>
      </w:r>
      <w:r>
        <w:rPr>
          <w:sz w:val="20"/>
        </w:rPr>
        <w:t>51:37  aap ko shauq hai to lagaiye, aap koi haram halaal ki baat nahi hai, yeh koi haram halaal</w:t>
      </w:r>
      <w:r>
        <w:br/>
      </w:r>
      <w:r>
        <w:rPr>
          <w:sz w:val="20"/>
        </w:rPr>
        <w:t>51:45  ki baat nahi hai.</w:t>
      </w:r>
      <w:r>
        <w:br/>
      </w:r>
      <w:r>
        <w:rPr>
          <w:sz w:val="20"/>
        </w:rPr>
        <w:t>51:47  mujhe jis tarah bhi dilchaspi hai, sirf wisdom se, to main apne time ko wisdom ke istemal karta</w:t>
      </w:r>
      <w:r>
        <w:br/>
      </w:r>
      <w:r>
        <w:rPr>
          <w:sz w:val="20"/>
        </w:rPr>
        <w:t>51:54  hoon, bas yahi mera jawab hai.</w:t>
      </w:r>
    </w:p>
    <w:p>
      <w:pPr>
        <w:pStyle w:val="Heading2"/>
      </w:pPr>
      <w:r>
        <w:t>Is self-accounting peaceful and judging others stressful?</w:t>
      </w:r>
    </w:p>
    <w:p>
      <w:r>
        <w:rPr>
          <w:color w:val="666666"/>
          <w:sz w:val="18"/>
        </w:rPr>
        <w:t>Life &amp; Wisdom · Don't Be Angry Culture January 15, 2012 Maulana Wahiduddin Khan · 2m 53s · at 1:19:59 · https://youtu.be/rY1Ikwmwwdk?t=4799</w:t>
      </w:r>
    </w:p>
    <w:p>
      <w:r>
        <w:rPr>
          <w:i/>
        </w:rPr>
        <w:t>“In self-accounting there is peace, and in accounting for others there is stress. Is this correct?”</w:t>
      </w:r>
    </w:p>
    <w:p>
      <w:r>
        <w:rPr>
          <w:sz w:val="20"/>
        </w:rPr>
        <w:t>1:19:59  agla sawal kya hai Maulana Iqbal Umri ne Tamil Nadu se. unhon ne likha hai: "zaati muhasba mein sukoon milta hai aur ghair ke muhasbe se stress paida hota hai.</w:t>
      </w:r>
      <w:r>
        <w:br/>
      </w:r>
      <w:r>
        <w:rPr>
          <w:sz w:val="20"/>
        </w:rPr>
        <w:t>1:20:11  kya yeh sahi hai?" haan, yeh baat bilkul sahi hai. is ki wajah dekhiye yeh hai. yeh bohat gehri baat hai.</w:t>
      </w:r>
      <w:r>
        <w:br/>
      </w:r>
      <w:r>
        <w:rPr>
          <w:sz w:val="20"/>
        </w:rPr>
        <w:t>1:20:21  yeh bohat ziyada gehri baat hai. dekhiye, aadmi jab muhasba karte hain introspection ko, introspection to jab aadmi apna muhasba karta hai to kya hota hai woh?</w:t>
      </w:r>
      <w:r>
        <w:br/>
      </w:r>
      <w:r>
        <w:rPr>
          <w:sz w:val="20"/>
        </w:rPr>
        <w:t>1:20:37  is waqt, is waqt woh farishton ki sohbat mein hota hai.</w:t>
      </w:r>
      <w:r>
        <w:br/>
      </w:r>
      <w:r>
        <w:rPr>
          <w:sz w:val="20"/>
        </w:rPr>
        <w:t>1:20:41  zaati muhasba ek bohat hi bara musbat amal hai. ek bohat bara positive kaam hai. aur khalish rabbani kaam hai.</w:t>
      </w:r>
      <w:r>
        <w:br/>
      </w:r>
      <w:r>
        <w:rPr>
          <w:sz w:val="20"/>
        </w:rPr>
        <w:t>1:20:50  jis mein Allah ka khauf hota hai. aur aur akhirat ki pakad hoti hai. yeh sab baatein dil mein aati hain to aap apna muhasba karte hain.</w:t>
      </w:r>
      <w:r>
        <w:br/>
      </w:r>
      <w:r>
        <w:rPr>
          <w:sz w:val="20"/>
        </w:rPr>
        <w:t>1:21:01  to woh sara kaam farishton ki sohbat mein hota hai.</w:t>
      </w:r>
      <w:r>
        <w:br/>
      </w:r>
      <w:r>
        <w:rPr>
          <w:sz w:val="20"/>
        </w:rPr>
        <w:t>1:21:06  jo aadmi sahi maano mein zaat ka muhasba karta hai to farishte jowq dar jowq is ke paas aate hain. zahir hai ke is mein sukoon to aaye ga. jab lekin jab doosre ke khilaf aap bolte hain to woh to khalish shaitani kaam hai.</w:t>
      </w:r>
      <w:r>
        <w:br/>
      </w:r>
      <w:r>
        <w:rPr>
          <w:sz w:val="20"/>
        </w:rPr>
        <w:t>1:21:23  aap ghore kijiye. yaani Quran mein jo Iblees ka aur Adam ka qissa bayan kiya hai, is mein itne aspects hain ke main sochta hoon ke shayad saare hi aspects mein shamil hain.</w:t>
      </w:r>
      <w:r>
        <w:br/>
      </w:r>
      <w:r>
        <w:rPr>
          <w:sz w:val="20"/>
        </w:rPr>
        <w:t>1:21:35  saare aspects. sab se pehle kis ne yeh kaam kiya hai? shaitan ne. ke Allah ke khilaf naoozubillah bola woh. ke kisi ke khilaf bolna, yaani opposition ke boli bolna, yeh to shaitani kaam hai.</w:t>
      </w:r>
      <w:r>
        <w:br/>
      </w:r>
      <w:r>
        <w:rPr>
          <w:sz w:val="20"/>
        </w:rPr>
        <w:t>1:21:50  yaani shaitan ne is is yeh jo tradition hai, is ko shaitan ne shuru kiya sab se pehle. ke kisi ke khilaf bolna, jhanda le ke khara hona.</w:t>
      </w:r>
      <w:r>
        <w:br/>
      </w:r>
      <w:r>
        <w:rPr>
          <w:sz w:val="20"/>
        </w:rPr>
        <w:t>1:22:02  to shaitan naoozubillah Allah ke khilaf jhanda jhanda le ke khara ho jaye ga, ho gaya.</w:t>
      </w:r>
      <w:r>
        <w:br/>
      </w:r>
      <w:r>
        <w:rPr>
          <w:sz w:val="20"/>
        </w:rPr>
        <w:t>1:22:08  to jo log opposition ka kaam karte hain, kisi ke khilaf jhanda le ke khare hote hain aur doosre ke khilaf taqreerein karte hain, un ko bohat ziyada darna chahiye.</w:t>
      </w:r>
      <w:r>
        <w:br/>
      </w:r>
      <w:r>
        <w:rPr>
          <w:sz w:val="20"/>
        </w:rPr>
        <w:t>1:22:18  yeh to ek shaitani kaam hai. aur is shaitani ki sohbat ki wajah se woh kaifiyat hoti hai jo aap ne farmaya.</w:t>
      </w:r>
      <w:r>
        <w:br/>
      </w:r>
      <w:r>
        <w:rPr>
          <w:sz w:val="20"/>
        </w:rPr>
        <w:t>1:22:27  to jis aadmi ko zaati muhasba ki tofeeq mile, us ko bohat ziyada shukr ada karna chahiye. aur jo aadmi doosre ke muhasbe mein pada hua hai, us ko yaani panah mangni chahiye Allah taala se ke main shaitan ke chakkar mein pad gaya tha aur khudaya meri toba qabool kar.</w:t>
      </w:r>
    </w:p>
    <w:p>
      <w:pPr>
        <w:pStyle w:val="Heading2"/>
      </w:pPr>
      <w:r>
        <w:t>Is vegetarianism allowed in Islam?</w:t>
      </w:r>
    </w:p>
    <w:p>
      <w:r>
        <w:rPr>
          <w:color w:val="666666"/>
          <w:sz w:val="18"/>
        </w:rPr>
        <w:t>Life &amp; Wisdom · God in the Age of Science January 08, 2017 · 4m 28s · at 56:24 · https://youtu.be/au1bRdQDZ0U?t=3384</w:t>
      </w:r>
    </w:p>
    <w:p>
      <w:r>
        <w:rPr>
          <w:i/>
        </w:rPr>
        <w:t>“I would like to know your views on vegetarianism. Is it contrary to the spirit of Islam? Secondly, is there any evidence to support it?”</w:t>
      </w:r>
    </w:p>
    <w:p>
      <w:r>
        <w:rPr>
          <w:sz w:val="20"/>
        </w:rPr>
        <w:t>56:24  khud Rasool Allah bhi isi pe jeete the humein bhi isi pe jeena hai Maulana agla sawal Dilli</w:t>
      </w:r>
      <w:r>
        <w:br/>
      </w:r>
      <w:r>
        <w:rPr>
          <w:sz w:val="20"/>
        </w:rPr>
        <w:t>56:31  سے کیا ہے امس کرونا مدان نے انہوں نے لکھا ہے I would like to know your views</w:t>
      </w:r>
      <w:r>
        <w:br/>
      </w:r>
      <w:r>
        <w:rPr>
          <w:sz w:val="20"/>
        </w:rPr>
        <w:t>56:39  Is vegetarianism is it contrary to the spirit of Islam? Secondly, is there any evidence to</w:t>
      </w:r>
      <w:r>
        <w:br/>
      </w:r>
      <w:r>
        <w:rPr>
          <w:sz w:val="20"/>
        </w:rPr>
        <w:t>56:46  suggest that Prophet Muhammad was vegetarian. دیکھیں پہلی بات یہ ہے کہ میں خود ایک ویجیٹیرین ہوں کبھی</w:t>
      </w:r>
      <w:r>
        <w:br/>
      </w:r>
      <w:r>
        <w:rPr>
          <w:sz w:val="20"/>
        </w:rPr>
        <w:t>56:54  to wusti mushkil log gosht khilate hain aisa hota hai lekin mera jo meri pasand ka jo khana</w:t>
      </w:r>
      <w:r>
        <w:br/>
      </w:r>
      <w:r>
        <w:rPr>
          <w:sz w:val="20"/>
        </w:rPr>
        <w:t>57:01  hai woh vegetarian hai food hai pehli baat doosri baat yeh hai ke vegetarian non vegetarian dono relative</w:t>
      </w:r>
      <w:r>
        <w:br/>
      </w:r>
      <w:r>
        <w:rPr>
          <w:sz w:val="20"/>
        </w:rPr>
        <w:t>57:08  word hain jiska taluq na mazhab se hai na akhlaq se hai aap ka taste hai aap</w:t>
      </w:r>
      <w:r>
        <w:br/>
      </w:r>
      <w:r>
        <w:rPr>
          <w:sz w:val="20"/>
        </w:rPr>
        <w:t>57:16  ka zawq hai chahiye khaiye chahe woh khaiye ya aadmi ka apne taste ki baat hai mislan main</w:t>
      </w:r>
      <w:r>
        <w:br/>
      </w:r>
      <w:r>
        <w:rPr>
          <w:sz w:val="20"/>
        </w:rPr>
        <w:t>57:23  vegetarian hoon to is liye nahi ke main mera mazhab vegetarianism hai nahi mazhab nahi hai mera zawq</w:t>
      </w:r>
      <w:r>
        <w:br/>
      </w:r>
      <w:r>
        <w:rPr>
          <w:sz w:val="20"/>
        </w:rPr>
        <w:t>57:31  hai mera taste hai mere taste buds se hain shayad aise honge main to aisa hoon ke</w:t>
      </w:r>
      <w:r>
        <w:br/>
      </w:r>
      <w:r>
        <w:rPr>
          <w:sz w:val="20"/>
        </w:rPr>
        <w:t>57:38  yani main ek martaba safar par tha to ek airport par thehra tha jahaz badalne ke liye to</w:t>
      </w:r>
      <w:r>
        <w:br/>
      </w:r>
      <w:r>
        <w:rPr>
          <w:sz w:val="20"/>
        </w:rPr>
        <w:t>57:46  ek Indian baitha hua tha court par ek Indian aaya to Indian dekh kar maine unko</w:t>
      </w:r>
      <w:r>
        <w:br/>
      </w:r>
      <w:r>
        <w:rPr>
          <w:sz w:val="20"/>
        </w:rPr>
        <w:t>57:53  pehchana to maine kaha ke aaiye baithe hain kuch baatein karen to unhon ne ek ek ek</w:t>
      </w:r>
      <w:r>
        <w:br/>
      </w:r>
      <w:r>
        <w:rPr>
          <w:sz w:val="20"/>
        </w:rPr>
        <w:t>58:01  botl dikhaya ke matlab yeh mere hath mein hai is ko pi kar aaon ga mein ne kaha</w:t>
      </w:r>
      <w:r>
        <w:br/>
      </w:r>
      <w:r>
        <w:rPr>
          <w:sz w:val="20"/>
        </w:rPr>
        <w:t>58:08  mujhe kuch nahi farq parta aap baithiye to woh wine ka botl le ke mere pas baithe aur</w:t>
      </w:r>
      <w:r>
        <w:br/>
      </w:r>
      <w:r>
        <w:rPr>
          <w:sz w:val="20"/>
        </w:rPr>
        <w:t>58:16  mein bilkul yani normal tareeqe se baat karta raha to jo log is mein phanse hue hain ke</w:t>
      </w:r>
      <w:r>
        <w:br/>
      </w:r>
      <w:r>
        <w:rPr>
          <w:sz w:val="20"/>
        </w:rPr>
        <w:t>58:23  woh meat khata hai is liye mujhe is ke pas nahi baithna hai woh apne aap ko bare</w:t>
      </w:r>
      <w:r>
        <w:br/>
      </w:r>
      <w:r>
        <w:rPr>
          <w:sz w:val="20"/>
        </w:rPr>
        <w:t>58:30  bare josh se mahroom kiye rahe hain kon wine leta hai kon meat leta hai is se ooper</w:t>
      </w:r>
      <w:r>
        <w:br/>
      </w:r>
      <w:r>
        <w:rPr>
          <w:sz w:val="20"/>
        </w:rPr>
        <w:t>58:38  ko uth ke sochiye high thinking paida kijiye aap woh logon ka un ka test hai un ka</w:t>
      </w:r>
      <w:r>
        <w:br/>
      </w:r>
      <w:r>
        <w:rPr>
          <w:sz w:val="20"/>
        </w:rPr>
        <w:t>58:45  un ka zaouq hai un ka culture hai har aadmi ko apne bare mein sochna chahiye aaj hi</w:t>
      </w:r>
      <w:r>
        <w:br/>
      </w:r>
      <w:r>
        <w:rPr>
          <w:sz w:val="20"/>
        </w:rPr>
        <w:t>58:53  mein ne kisi se kaha hai ke it is me that matters matters is ko pakriye aap is</w:t>
      </w:r>
      <w:r>
        <w:br/>
      </w:r>
      <w:r>
        <w:rPr>
          <w:sz w:val="20"/>
        </w:rPr>
        <w:t>59:00  usool ko it is me that matters doosra kya karta hai kar deti hai is se aap ka</w:t>
      </w:r>
      <w:r>
        <w:br/>
      </w:r>
      <w:r>
        <w:rPr>
          <w:sz w:val="20"/>
        </w:rPr>
        <w:t>59:08  development rukega nahi aur samaj mein peace aayega samaj mein peace aayega kyunke dekhiye aap</w:t>
      </w:r>
      <w:r>
        <w:br/>
      </w:r>
      <w:r>
        <w:rPr>
          <w:sz w:val="20"/>
        </w:rPr>
        <w:t>59:15  is ko naam ke nikah duniya se yani meat khana band kar dein kyunke bohat se ilaqe aise</w:t>
      </w:r>
      <w:r>
        <w:br/>
      </w:r>
      <w:r>
        <w:rPr>
          <w:sz w:val="20"/>
        </w:rPr>
        <w:t>59:23  hain ke wahan koi cheez available nahi machhli milti hai wahi khana wahan koi available nahi koi na</w:t>
      </w:r>
      <w:r>
        <w:br/>
      </w:r>
      <w:r>
        <w:rPr>
          <w:sz w:val="20"/>
        </w:rPr>
        <w:t>59:30  phal hai na ghalla hai na kuch kiya karen ge aap kahen ge ke maro maro bhooke maro</w:t>
      </w:r>
      <w:r>
        <w:br/>
      </w:r>
      <w:r>
        <w:rPr>
          <w:sz w:val="20"/>
        </w:rPr>
        <w:t>59:38  khud india mein aise ilaqe hain jahan log gosht khate hain un ke pas koi alternative nahi hai</w:t>
      </w:r>
      <w:r>
        <w:br/>
      </w:r>
      <w:r>
        <w:rPr>
          <w:sz w:val="20"/>
        </w:rPr>
        <w:t>59:45  yeh soch jo hai unnatural hai mein hoon vegetarian lekin yaqeen kijiye ke mere mere dil mein</w:t>
      </w:r>
      <w:r>
        <w:br/>
      </w:r>
      <w:r>
        <w:rPr>
          <w:sz w:val="20"/>
        </w:rPr>
        <w:t>59:52  zara bhi in logon ki kuch nahi hai negative thought woh woh woh meat khayen is wine</w:t>
      </w:r>
      <w:r>
        <w:br/>
      </w:r>
      <w:r>
        <w:rPr>
          <w:sz w:val="20"/>
        </w:rPr>
        <w:t>1:00:00  len mujhe un se insaan ki satah par muamla karna hai kyun is se mera self development jo</w:t>
      </w:r>
      <w:r>
        <w:br/>
      </w:r>
      <w:r>
        <w:rPr>
          <w:sz w:val="20"/>
        </w:rPr>
        <w:t>1:00:07  hai non stop chalta rehta hai mein apne self self development ko dekhta hoon jo mein ne kaha</w:t>
      </w:r>
      <w:r>
        <w:br/>
      </w:r>
      <w:r>
        <w:rPr>
          <w:sz w:val="20"/>
        </w:rPr>
        <w:t>1:00:15  na kahin se aaj hi subah un ko bataya mein ne formula yeh formula pakriye it is me</w:t>
      </w:r>
      <w:r>
        <w:br/>
      </w:r>
      <w:r>
        <w:rPr>
          <w:sz w:val="20"/>
        </w:rPr>
        <w:t>1:00:22  that matters log jo hain aap logon ki soch apne se nahi chalti doosron ki chalti hai doosra</w:t>
      </w:r>
      <w:r>
        <w:br/>
      </w:r>
      <w:r>
        <w:rPr>
          <w:sz w:val="20"/>
        </w:rPr>
        <w:t>1:00:30  kaisa hai mein kaisa hoon yeh dekhiye to mein yeh arz karon ga ke mein khud vegetarian hoon</w:t>
      </w:r>
      <w:r>
        <w:br/>
      </w:r>
      <w:r>
        <w:rPr>
          <w:sz w:val="20"/>
        </w:rPr>
        <w:t>1:00:37  aur vegetarian food ko pasand karta hoon lekin agar mein aisa na karon yani agar mein doosron ko</w:t>
      </w:r>
      <w:r>
        <w:br/>
      </w:r>
      <w:r>
        <w:rPr>
          <w:sz w:val="20"/>
        </w:rPr>
        <w:t>1:00:45  accept na karon to mein apna nuksan karon ga kyunke mera development apna jo development hai ruk jaye</w:t>
      </w:r>
    </w:p>
    <w:p>
      <w:pPr>
        <w:pStyle w:val="Heading2"/>
      </w:pPr>
      <w:r>
        <w:t>Islam's Permission for Luxurious Lifestyle</w:t>
      </w:r>
    </w:p>
    <w:p>
      <w:r>
        <w:rPr>
          <w:color w:val="666666"/>
          <w:sz w:val="18"/>
        </w:rPr>
        <w:t>Life &amp; Wisdom · Spiritual Light of The Believers (Itmam-E-Noor ) May 12, 2013 · 2m 22s · at 55:51 · https://youtu.be/SmjmddWA1Jo?t=3351</w:t>
      </w:r>
    </w:p>
    <w:p>
      <w:r>
        <w:rPr>
          <w:i/>
        </w:rPr>
        <w:t>“Maulana, you often emphasize a simple lifestyle and say to avoid a luxurious lifestyle. Does Islam not permit a luxurious lifestyle?”</w:t>
      </w:r>
    </w:p>
    <w:p>
      <w:r>
        <w:rPr>
          <w:sz w:val="20"/>
        </w:rPr>
        <w:t>55:51  maulana, agla sawal bangalore se hai, bilal sahab ka. unhon ne likha hai: "maulana! aap aksar simple lifestyle pe zor dete hain, aur aap yeh kehte hain ke luxurious lifestyle ko avoid karein.</w:t>
      </w:r>
      <w:r>
        <w:br/>
      </w:r>
      <w:r>
        <w:rPr>
          <w:sz w:val="20"/>
        </w:rPr>
        <w:t>56:06  kya islam luxurious lifestyle ki ijazat nahin deta?" dekhiye, is se pehle main keh chuka hoon ke haram ki do qismein hain:</w:t>
      </w:r>
      <w:r>
        <w:br/>
      </w:r>
      <w:r>
        <w:rPr>
          <w:sz w:val="20"/>
        </w:rPr>
        <w:t>56:18  ek muharram haram, ek ghair muharram haram. yaani declared haram aur undeclared haram.</w:t>
      </w:r>
      <w:r>
        <w:br/>
      </w:r>
      <w:r>
        <w:rPr>
          <w:sz w:val="20"/>
        </w:rPr>
        <w:t>56:27  to dekhiye, jaise kuch cheezon ko declared taur par haram bataya gaya hai, jaise khanzir ka gosht hai ya sharab hai.</w:t>
      </w:r>
      <w:r>
        <w:br/>
      </w:r>
      <w:r>
        <w:rPr>
          <w:sz w:val="20"/>
        </w:rPr>
        <w:t>56:36  lekin kuch doosri cheezon ko bhi wahi usi tareeqe se hamein bachna hai. aur woh main is ko main kehta hoon ke woh woh cheezein hain jo aap ko distract karti hain.</w:t>
      </w:r>
      <w:r>
        <w:br/>
      </w:r>
      <w:r>
        <w:rPr>
          <w:sz w:val="20"/>
        </w:rPr>
        <w:t>56:46  distract jo distract karti hain. aur yeh baatein main is se pehle keh chuka hoon, aur yahan bhi keh chuka hoon, likh bhi chuka hoon.</w:t>
      </w:r>
      <w:r>
        <w:br/>
      </w:r>
      <w:r>
        <w:rPr>
          <w:sz w:val="20"/>
        </w:rPr>
        <w:t>56:58  hadithon se bataya hai maine ke ghair muharram ko haram ka jo concept hai, woh meri zaati nahin hai.</w:t>
      </w:r>
      <w:r>
        <w:br/>
      </w:r>
      <w:r>
        <w:rPr>
          <w:sz w:val="20"/>
        </w:rPr>
        <w:t>57:04  aap mere mazameen ko padhiye, maine hawale diye hain ke bohat si cheezein aisi hain jo aap ko distract karti hain, woh bhi ghair muharram haram hai.</w:t>
      </w:r>
      <w:r>
        <w:br/>
      </w:r>
      <w:r>
        <w:rPr>
          <w:sz w:val="20"/>
        </w:rPr>
        <w:t>57:16  to luxury jo hai, woh mere nazdeek ghair muharram haram hai. simple life mein kya hota hai ke aap distraction se bache rehte hain, aur jab bhi aap aaram aur rahat chahenge to distraction hoga.</w:t>
      </w:r>
      <w:r>
        <w:br/>
      </w:r>
      <w:r>
        <w:rPr>
          <w:sz w:val="20"/>
        </w:rPr>
        <w:t>57:33  aur distreshan hoga to aap kahan hain? aap aap ka jo waqt hai, quran ka tadabbur, marifat ka atom dhoondhna, apna spiritual development, yeh sab is ke liye waqt hi nahin rahega aap ke paas.</w:t>
      </w:r>
      <w:r>
        <w:br/>
      </w:r>
      <w:r>
        <w:rPr>
          <w:sz w:val="20"/>
        </w:rPr>
        <w:t>57:48  to asal cheez yeh hai ke simple life mein aadmi distreshan se bacha rehta hai, aur jab aaram o rahat ki life raah ko ikhtiyar kare to is mein distreshan mein phans jata hai.</w:t>
      </w:r>
      <w:r>
        <w:br/>
      </w:r>
      <w:r>
        <w:rPr>
          <w:sz w:val="20"/>
        </w:rPr>
        <w:t>57:59  woh</w:t>
      </w:r>
      <w:r>
        <w:br/>
      </w:r>
      <w:r>
        <w:rPr>
          <w:sz w:val="20"/>
        </w:rPr>
        <w:t>58:00  to main yeh nahin kehta ke haram hai woh, lekin woh haram se badtar hai, kyunke aap ko animal bana kar deta hai. animal, animal bana kar deta hai woh.</w:t>
      </w:r>
    </w:p>
    <w:p>
      <w:pPr>
        <w:pStyle w:val="Heading2"/>
      </w:pPr>
      <w:r>
        <w:t>Islamic perspective on multitasking</w:t>
      </w:r>
    </w:p>
    <w:p>
      <w:r>
        <w:rPr>
          <w:color w:val="666666"/>
          <w:sz w:val="18"/>
        </w:rPr>
        <w:t>Life &amp; Wisdom · Save Yourself from Distraction August 21, 2016 · 4m 06s · at 1:03:23 · https://youtu.be/wP3Dj-tccDQ?t=3803</w:t>
      </w:r>
    </w:p>
    <w:p>
      <w:r>
        <w:rPr>
          <w:i/>
        </w:rPr>
        <w:t>“In today's day and age, multitasking is considered a skill. What is your view on multitasking?”</w:t>
      </w:r>
    </w:p>
    <w:p>
      <w:r>
        <w:rPr>
          <w:sz w:val="20"/>
        </w:rPr>
        <w:t>1:03:23  maulana, agla sawal Jeddah se Arshad Saeed sahib ka hai.</w:t>
      </w:r>
      <w:r>
        <w:br/>
      </w:r>
      <w:r>
        <w:rPr>
          <w:sz w:val="20"/>
        </w:rPr>
        <w:t>1:03:28  انہوں نے لکھا ہے: "In today's day and age, multitasking is considered a skill." مائی کوئسچن: ملٹی</w:t>
      </w:r>
      <w:r>
        <w:br/>
      </w:r>
      <w:r>
        <w:rPr>
          <w:sz w:val="20"/>
        </w:rPr>
        <w:t>1:03:35  ٹاسکنگ؟ ہاں، in today's day and age, multitasking is considered a skill.</w:t>
      </w:r>
      <w:r>
        <w:br/>
      </w:r>
      <w:r>
        <w:rPr>
          <w:sz w:val="20"/>
        </w:rPr>
        <w:t>1:03:41  My question is: Is multitasking a form of distraction as one is not focused on a single</w:t>
      </w:r>
      <w:r>
        <w:br/>
      </w:r>
      <w:r>
        <w:rPr>
          <w:sz w:val="20"/>
        </w:rPr>
        <w:t>1:03:49  activity? isi Maulana, isi se mila jula ek aur sawal aaya hai, is se aur wazeh ho jaye</w:t>
      </w:r>
      <w:r>
        <w:br/>
      </w:r>
      <w:r>
        <w:rPr>
          <w:sz w:val="20"/>
        </w:rPr>
        <w:t>1:03:56  ga.</w:t>
      </w:r>
      <w:r>
        <w:br/>
      </w:r>
      <w:r>
        <w:rPr>
          <w:sz w:val="20"/>
        </w:rPr>
        <w:t>1:03:58  Bilal sahib hain Dubai se, unhon ne bhi aisa hi sawal kiya hai.</w:t>
      </w:r>
      <w:r>
        <w:br/>
      </w:r>
      <w:r>
        <w:rPr>
          <w:sz w:val="20"/>
        </w:rPr>
        <w:t>1:04:03  انہوں نے لکھا ہے: "مولانا صاحب، I work in a company at senior level where I have to</w:t>
      </w:r>
      <w:r>
        <w:br/>
      </w:r>
      <w:r>
        <w:rPr>
          <w:sz w:val="20"/>
        </w:rPr>
        <w:t>1:04:11  do multitasking like business planning, recruitment, administration and compliance, because I am involved in so many things,</w:t>
      </w:r>
      <w:r>
        <w:br/>
      </w:r>
      <w:r>
        <w:rPr>
          <w:sz w:val="20"/>
        </w:rPr>
        <w:t>1:04:19  so mind does not remain focused on one thing.</w:t>
      </w:r>
      <w:r>
        <w:br/>
      </w:r>
      <w:r>
        <w:rPr>
          <w:sz w:val="20"/>
        </w:rPr>
        <w:t>1:04:23  is this distraction?" dekhen, boojhdar zamane ki baat nahi hai, yeh to hamesha hi multi tasking hai, yeh</w:t>
      </w:r>
      <w:r>
        <w:br/>
      </w:r>
      <w:r>
        <w:rPr>
          <w:sz w:val="20"/>
        </w:rPr>
        <w:t>1:04:30  insan ka masla hai.</w:t>
      </w:r>
      <w:r>
        <w:br/>
      </w:r>
      <w:r>
        <w:rPr>
          <w:sz w:val="20"/>
        </w:rPr>
        <w:t>1:04:32  har waqt kai baaten rahen gi, pehle bhi theen, ab bhi rahen gi.</w:t>
      </w:r>
      <w:r>
        <w:br/>
      </w:r>
      <w:r>
        <w:rPr>
          <w:sz w:val="20"/>
        </w:rPr>
        <w:t>1:04:38  kabhi kabhi pyas lage gi to pani chahiye, kabhi bhook lage gi to khana chahiye, kabhi andhi aaye</w:t>
      </w:r>
      <w:r>
        <w:br/>
      </w:r>
      <w:r>
        <w:rPr>
          <w:sz w:val="20"/>
        </w:rPr>
        <w:t>1:04:45  gi to humein bachna hoga, kabhi thanda hai, kabhi garam hai.</w:t>
      </w:r>
      <w:r>
        <w:br/>
      </w:r>
      <w:r>
        <w:rPr>
          <w:sz w:val="20"/>
        </w:rPr>
        <w:t>1:04:50  yeh yeh ek ek ek term ban gaya hai, warna yeh hamesha tha.</w:t>
      </w:r>
      <w:r>
        <w:br/>
      </w:r>
      <w:r>
        <w:rPr>
          <w:sz w:val="20"/>
        </w:rPr>
        <w:t>1:04:56  kab aisa nahi hota? yani adam bhi the jab jab jannat mein to bohat se darakht the, kabhi</w:t>
      </w:r>
      <w:r>
        <w:br/>
      </w:r>
      <w:r>
        <w:rPr>
          <w:sz w:val="20"/>
        </w:rPr>
        <w:t>1:05:03  yeh dekhte hain, kabhi woh dekhte hain, kabhi woh hai jo jo five ordinary hai.</w:t>
      </w:r>
      <w:r>
        <w:br/>
      </w:r>
      <w:r>
        <w:rPr>
          <w:sz w:val="20"/>
        </w:rPr>
        <w:t>1:05:09  to yeh ek term bana liya logon ne, multitasking, woh insan ke andar, insan ki zindagi ka</w:t>
      </w:r>
      <w:r>
        <w:br/>
      </w:r>
      <w:r>
        <w:rPr>
          <w:sz w:val="20"/>
        </w:rPr>
        <w:t>1:05:17  part hai, hamesha part tha, woh hamesha rahe ga.</w:t>
      </w:r>
      <w:r>
        <w:br/>
      </w:r>
      <w:r>
        <w:rPr>
          <w:sz w:val="20"/>
        </w:rPr>
        <w:t>1:05:21  mein is ko nahi manta, ek term bana lete hain log, samajhte hain koi nai cheez hai.</w:t>
      </w:r>
      <w:r>
        <w:br/>
      </w:r>
      <w:r>
        <w:rPr>
          <w:sz w:val="20"/>
        </w:rPr>
        <w:t>1:05:28  woh kaisa? kya khayal hai aap ka? ji haan, ji Maulana, kab dunya mein multitasking nahi thi?</w:t>
      </w:r>
      <w:r>
        <w:br/>
      </w:r>
      <w:r>
        <w:rPr>
          <w:sz w:val="20"/>
        </w:rPr>
        <w:t>1:05:36  hmm hain ji, ab ab subah maslan mein naha raha tha to nahane mein bohat sari cheezen mein</w:t>
      </w:r>
      <w:r>
        <w:br/>
      </w:r>
      <w:r>
        <w:rPr>
          <w:sz w:val="20"/>
        </w:rPr>
        <w:t>1:05:44  involve hoon.</w:t>
      </w:r>
      <w:r>
        <w:br/>
      </w:r>
      <w:r>
        <w:rPr>
          <w:sz w:val="20"/>
        </w:rPr>
        <w:t>1:05:45  mein phir barcchi khane lagi to ab chhak chhak ka masla ho gaya.</w:t>
      </w:r>
      <w:r>
        <w:br/>
      </w:r>
      <w:r>
        <w:rPr>
          <w:sz w:val="20"/>
        </w:rPr>
        <w:t>1:05:51  to yani ek chhota sa kaam hai, nahana, is mein pani hai aur aur woh hai mug hai,</w:t>
      </w:r>
      <w:r>
        <w:br/>
      </w:r>
      <w:r>
        <w:rPr>
          <w:sz w:val="20"/>
        </w:rPr>
        <w:t>1:05:59  saban hai aur woh hai stool hai.</w:t>
      </w:r>
      <w:r>
        <w:br/>
      </w:r>
      <w:r>
        <w:rPr>
          <w:sz w:val="20"/>
        </w:rPr>
        <w:t>1:06:02  to wohi multitasking ke qisse the ke is par jaye ga dhyan, is par dhyan jaye ga,</w:t>
      </w:r>
      <w:r>
        <w:br/>
      </w:r>
      <w:r>
        <w:rPr>
          <w:sz w:val="20"/>
        </w:rPr>
        <w:t>1:06:09  is par dhyan jaye ga.</w:t>
      </w:r>
      <w:r>
        <w:br/>
      </w:r>
      <w:r>
        <w:rPr>
          <w:sz w:val="20"/>
        </w:rPr>
        <w:t>1:06:11  yani Maulana, kya yahan par woh cheez keh sakte hain jo aap ne kai talks mein kaha hai</w:t>
      </w:r>
      <w:r>
        <w:br/>
      </w:r>
      <w:r>
        <w:rPr>
          <w:sz w:val="20"/>
        </w:rPr>
        <w:t>1:06:19  ke "a man is large enough to contain contradictions" ke kai cheezen woh woh apni jagah par? mein</w:t>
      </w:r>
      <w:r>
        <w:br/>
      </w:r>
      <w:r>
        <w:rPr>
          <w:sz w:val="20"/>
        </w:rPr>
        <w:t>1:06:27  kehta hoon ke life life hai hi is mein kai kaam par.</w:t>
      </w:r>
      <w:r>
        <w:br/>
      </w:r>
      <w:r>
        <w:rPr>
          <w:sz w:val="20"/>
        </w:rPr>
        <w:t>1:06:32  mein yeh keh raha hoon ji, life itself is bas multitasking.</w:t>
      </w:r>
      <w:r>
        <w:br/>
      </w:r>
      <w:r>
        <w:rPr>
          <w:sz w:val="20"/>
        </w:rPr>
        <w:t>1:06:38  aap is ko ek term bana kar ke do hadith ko jodte hain.</w:t>
      </w:r>
      <w:r>
        <w:br/>
      </w:r>
      <w:r>
        <w:rPr>
          <w:sz w:val="20"/>
        </w:rPr>
        <w:t>1:06:43  koi mein ne kaha nahi ke mein naha raha hoon to nahane mein kya hai? pani garam karna</w:t>
      </w:r>
      <w:r>
        <w:br/>
      </w:r>
      <w:r>
        <w:rPr>
          <w:sz w:val="20"/>
        </w:rPr>
        <w:t>1:06:51  hai, phir woh us ko button, us ke switch ko off karna hai, phir dekhna hai ke phir</w:t>
      </w:r>
      <w:r>
        <w:br/>
      </w:r>
      <w:r>
        <w:rPr>
          <w:sz w:val="20"/>
        </w:rPr>
        <w:t>1:06:59  woh stool hai ke nahi.</w:t>
      </w:r>
      <w:r>
        <w:br/>
      </w:r>
      <w:r>
        <w:rPr>
          <w:sz w:val="20"/>
        </w:rPr>
        <w:t>1:07:01  mein stool par nahata hoon, stool sahi tareeqay say rakha hai ke galat tareeqay say rakha hai.</w:t>
      </w:r>
      <w:r>
        <w:br/>
      </w:r>
      <w:r>
        <w:rPr>
          <w:sz w:val="20"/>
        </w:rPr>
        <w:t>1:07:08  yeh aap ab jab dakhil hotay hain bathroom mein to is mein aik cheezen, bohat cheezen hoti</w:t>
      </w:r>
      <w:r>
        <w:br/>
      </w:r>
      <w:r>
        <w:rPr>
          <w:sz w:val="20"/>
        </w:rPr>
        <w:t>1:07:16  hain, woh bhi multitasking hai.</w:t>
      </w:r>
      <w:r>
        <w:br/>
      </w:r>
      <w:r>
        <w:rPr>
          <w:sz w:val="20"/>
        </w:rPr>
        <w:t>1:07:18  to life at itself is multitasking, aik term bana kar is ko aap kehtay hain modern age.</w:t>
      </w:r>
      <w:r>
        <w:br/>
      </w:r>
      <w:r>
        <w:rPr>
          <w:sz w:val="20"/>
        </w:rPr>
        <w:t>1:07:26  yeh sab bilkul mein is ko nahi manta.</w:t>
      </w:r>
    </w:p>
    <w:p>
      <w:pPr>
        <w:pStyle w:val="Heading2"/>
      </w:pPr>
      <w:r>
        <w:t>Judging one's capacity before accepting work</w:t>
      </w:r>
    </w:p>
    <w:p>
      <w:r>
        <w:rPr>
          <w:color w:val="666666"/>
          <w:sz w:val="18"/>
        </w:rPr>
        <w:t>Life &amp; Wisdom · The Concept of Help Feb 9, 2020—Maulana Wahiduddin Khan · 9m 54s · at 42:07 · https://youtu.be/WScXmduh1AQ?t=2527</w:t>
      </w:r>
    </w:p>
    <w:p>
      <w:r>
        <w:rPr>
          <w:i/>
        </w:rPr>
        <w:t>“Today I could understand the link between adversity, patience and Allah's reward. Most people make the mistake of overestimating themselves and as a result they fall into frustration. My question is: How to find out and judge before accepting any work whether the work is within one's capacity or beyond one's capacity?”</w:t>
      </w:r>
    </w:p>
    <w:p>
      <w:r>
        <w:rPr>
          <w:sz w:val="20"/>
        </w:rPr>
        <w:t>42:07  Today I could understand the link between adversity, patience and Allah reward. May Allah guide us to right path for attaining comfort in hereafter." Maulana, agla sawal bheja hai Lucknow se Amanatullah sahib ne.</w:t>
      </w:r>
      <w:r>
        <w:br/>
      </w:r>
      <w:r>
        <w:rPr>
          <w:sz w:val="20"/>
        </w:rPr>
        <w:t>42:27  Unhon ne likha hai: "Maulana sahib, most people make the mistake of over estimating one self and as a result they fall in frustration.</w:t>
      </w:r>
      <w:r>
        <w:br/>
      </w:r>
      <w:r>
        <w:rPr>
          <w:sz w:val="20"/>
        </w:rPr>
        <w:t>42:41  My question is how to find out or judge before accepting any work that whether the work is within one's capacity or beyond one's capacity.</w:t>
      </w:r>
      <w:r>
        <w:br/>
      </w:r>
      <w:r>
        <w:rPr>
          <w:sz w:val="20"/>
        </w:rPr>
        <w:t>42:54  Please guide us in that."</w:t>
      </w:r>
      <w:r>
        <w:br/>
      </w:r>
      <w:r>
        <w:rPr>
          <w:sz w:val="20"/>
        </w:rPr>
        <w:t>43:00  main samajhta hoon ke hamare yaani is area mein jo log basta hain, jo musalman, un ki sab se bari, sab se bara disadvantage yeh tha ke un ko Iqbal mil gaya,</w:t>
      </w:r>
      <w:r>
        <w:br/>
      </w:r>
      <w:r>
        <w:rPr>
          <w:sz w:val="20"/>
        </w:rPr>
        <w:t>43:13  jise khudhi ka falsafa bataya. Yeh nashe ka falsafa tha, khudhi ka. To Iqbal ne apna le liya. Khudhi, khudhi, khudhi, khudhi to ek tawakkun nazariya hai.</w:t>
      </w:r>
      <w:r>
        <w:br/>
      </w:r>
      <w:r>
        <w:rPr>
          <w:sz w:val="20"/>
        </w:rPr>
        <w:t>43:28  Khudhi nahi, anti, anti khudhi. Self, anti self se taraqqiyan hoti hain. Isi liye Iqbal ki qaum kuch taraqqi nahi kar saki.</w:t>
      </w:r>
      <w:r>
        <w:br/>
      </w:r>
      <w:r>
        <w:rPr>
          <w:sz w:val="20"/>
        </w:rPr>
        <w:t>43:43  Meri baat mein bohat so'n ko dhakka lage ga, bura bura maloom hoga. Lekin main isi liye kehta hoon ke mujhe koi lady, lady, lady nahi karna hai.</w:t>
      </w:r>
      <w:r>
        <w:br/>
      </w:r>
      <w:r>
        <w:rPr>
          <w:sz w:val="20"/>
        </w:rPr>
        <w:t>43:54  Mujhe koi ledaery ka shauq nahi hai. Main sachai ko bayan karne ke liye zinda hoon. Sachai musalmanon ko chahiye ke woh Iqbal ko chhoden.</w:t>
      </w:r>
      <w:r>
        <w:br/>
      </w:r>
      <w:r>
        <w:rPr>
          <w:sz w:val="20"/>
        </w:rPr>
        <w:t>44:05  Jab tak Iqbal ko shehar mein rahen ge na, shehar mein tab tak taraqqi nahi kar sakte woh. Jab tak Iqbal ko jis masjid dekhiye, jis madrasay pe dekhiye, Iqbal ka ashaar parhe ja rahe hain.</w:t>
      </w:r>
      <w:r>
        <w:br/>
      </w:r>
      <w:r>
        <w:rPr>
          <w:sz w:val="20"/>
        </w:rPr>
        <w:t>44:19  Bataiye, koi kaam hai? Iqbal ne to qaum ko yaani meethi, meethay zehar ki meethi goliyan di hain.</w:t>
      </w:r>
      <w:r>
        <w:br/>
      </w:r>
      <w:r>
        <w:rPr>
          <w:sz w:val="20"/>
        </w:rPr>
        <w:t>44:29  Zehar ki meethi goliyan. To main jaanta hoon ke bohat se log ghussa, ghussa ho jayen ge. Lekin main chahta hoon ke yeh baat un ko bata doon marne se pehle, kyun ke hum sab ka saamna hone wala hai hajj, hajj ke maidan mein.</w:t>
      </w:r>
      <w:r>
        <w:br/>
      </w:r>
      <w:r>
        <w:rPr>
          <w:sz w:val="20"/>
        </w:rPr>
        <w:t>44:49  Aur India mein is se doori misguide karne wala koi nahi tha. Misguide karna isi ki ek cheez hai ke qoumiyat ke maamle mein saare musalman baqi bhi hain.</w:t>
      </w:r>
      <w:r>
        <w:br/>
      </w:r>
      <w:r>
        <w:rPr>
          <w:sz w:val="20"/>
        </w:rPr>
        <w:t>45:05  Qoumiyat ka nazariya jo tha, us ke liye unhon ne negative baaten kahi hain. Isi liye zamanay ko pehchan nahi sake.</w:t>
      </w:r>
      <w:r>
        <w:br/>
      </w:r>
      <w:r>
        <w:rPr>
          <w:sz w:val="20"/>
        </w:rPr>
        <w:t>45:18  Zamanay ko pehchan nahi sake. Aaj duniya mein ek hi qaum aisi hai jo zamanay ko pehchan nahi saki. Choti choti qaumon ne pehchan liya zamanay ko aur taraqqiyan keen.</w:t>
      </w:r>
      <w:r>
        <w:br/>
      </w:r>
      <w:r>
        <w:rPr>
          <w:sz w:val="20"/>
        </w:rPr>
        <w:t>45:32  Lekin yeh musalmanon ki ajeeb haalat hai ke aisa shayar unhon ne paida kiya jis shayar ne un ko yaani sirf mis lead kiya.</w:t>
      </w:r>
      <w:r>
        <w:br/>
      </w:r>
      <w:r>
        <w:rPr>
          <w:sz w:val="20"/>
        </w:rPr>
        <w:t>45:46  Main jaanta hoon ke hazaron log mujh se ghussa ho jayen ge, lekin koi ghussa hota rahe. Mujhe to sachi baat karna hai.</w:t>
      </w:r>
      <w:r>
        <w:br/>
      </w:r>
      <w:r>
        <w:rPr>
          <w:sz w:val="20"/>
        </w:rPr>
        <w:t>45:57  Sachi baat karni hai mujhe. Main, main, main manta hoon ke self thinking tawakkun hai. Sahi thinking hai, anti self thinking.</w:t>
      </w:r>
      <w:r>
        <w:br/>
      </w:r>
      <w:r>
        <w:rPr>
          <w:sz w:val="20"/>
        </w:rPr>
        <w:t>46:09  Aap ke andar anti self thinking develop ho, us se aap taraqqi karen ge. Self thinking se aap kabhi taraqqi nahi kar sakte. Maulana, agla comment parhna chahen ge.</w:t>
      </w:r>
      <w:r>
        <w:br/>
      </w:r>
      <w:r>
        <w:rPr>
          <w:sz w:val="20"/>
        </w:rPr>
        <w:t>46:20  Yeh bheja hai Maulana Yaqoob Umri ne Delhi se. Unhon ne likha hai: "Maulana, I agree with you hundred percent on the concept of helping other that you explained very well today.</w:t>
      </w:r>
      <w:r>
        <w:br/>
      </w:r>
      <w:r>
        <w:rPr>
          <w:sz w:val="20"/>
        </w:rPr>
        <w:t>46:34  Teaching wisdom is real help and giving money is killing their potential. Jazak Allah." Maulana, Maulana, agla comment aur sawal aaya hai Miss Samina ka Delhi se.</w:t>
      </w:r>
      <w:r>
        <w:br/>
      </w:r>
      <w:r>
        <w:rPr>
          <w:sz w:val="20"/>
        </w:rPr>
        <w:t>46:48  Unhon ne likha hai: "Maulana, you are a blessing for my family. You are a blessing for my family and me, and I think my brother Khurram for that Allah use her khushi se un ko nawazay." Aise, I also want to thank Farida Apa and Naghma Apa for their support and encouragement to do translation work.</w:t>
      </w:r>
      <w:r>
        <w:br/>
      </w:r>
      <w:r>
        <w:rPr>
          <w:sz w:val="20"/>
        </w:rPr>
        <w:t>47:17  i have a question: "last week i saw you giving your blessings to a girl who was apparently going through depression.</w:t>
      </w:r>
      <w:r>
        <w:br/>
      </w:r>
      <w:r>
        <w:rPr>
          <w:sz w:val="20"/>
        </w:rPr>
        <w:t>47:27  these days so many people are going through stress and depression and are committing suicides. the reason vary from financial, personal and many more.</w:t>
      </w:r>
      <w:r>
        <w:br/>
      </w:r>
      <w:r>
        <w:rPr>
          <w:sz w:val="20"/>
        </w:rPr>
        <w:t>47:38  my daughter marvi's class mate, uh who was in second year, was going through depression and was taking therapy from psychologist.</w:t>
      </w:r>
      <w:r>
        <w:br/>
      </w:r>
      <w:r>
        <w:rPr>
          <w:sz w:val="20"/>
        </w:rPr>
        <w:t>47:50  still he ended his life. all the batch mates are in extreme trauma as they were the ones to break open the door and take out his body, not hanging from the fan but from the cupboard.</w:t>
      </w:r>
      <w:r>
        <w:br/>
      </w:r>
      <w:r>
        <w:rPr>
          <w:sz w:val="20"/>
        </w:rPr>
        <w:t>48:04  he was extremely good in studies and he had no financial issues, but the parents were in jharkhand and he was staying alone in a pg.</w:t>
      </w:r>
      <w:r>
        <w:br/>
      </w:r>
      <w:r>
        <w:rPr>
          <w:sz w:val="20"/>
        </w:rPr>
        <w:t>48:16  my question is as parents and teachers, how can we help these students or people in our contact? because most of the time what they need is simply talking to someone to share their worries, anxieties and fears.</w:t>
      </w:r>
      <w:r>
        <w:br/>
      </w:r>
      <w:r>
        <w:rPr>
          <w:sz w:val="20"/>
        </w:rPr>
        <w:t>48:33  maulana sahib, please advise." dekhiye, main apna experience aap ko batata hoon. main gaya tha pakistan, kai saal pehle ki baat hai.</w:t>
      </w:r>
      <w:r>
        <w:br/>
      </w:r>
      <w:r>
        <w:rPr>
          <w:sz w:val="20"/>
        </w:rPr>
        <w:t>48:47  to lahore ke airport par ek naujawan mujhe receive karne ke liye aaya aur kai log thay.</w:t>
      </w:r>
      <w:r>
        <w:br/>
      </w:r>
      <w:r>
        <w:rPr>
          <w:sz w:val="20"/>
        </w:rPr>
        <w:t>48:57  to woh naujawan main pehchane pehchanta nahi tha. us ko main us ko arabi nazar se dekha to us ne kaha ke aap us ko pehchanta nahi honge lekin main aap ko janta hoon.</w:t>
      </w:r>
      <w:r>
        <w:br/>
      </w:r>
      <w:r>
        <w:rPr>
          <w:sz w:val="20"/>
        </w:rPr>
        <w:t>49:11  to phir us ne apni story batai. us ne kaha ke main bohat zabardast depression ka shikar ho chuka tha. depression to yahan par koi hospital hai jo depression ka ilaj karta hai.</w:t>
      </w:r>
      <w:r>
        <w:br/>
      </w:r>
      <w:r>
        <w:rPr>
          <w:sz w:val="20"/>
        </w:rPr>
        <w:t>49:28  wahan woh daakhil kar diye gaye. to wahan par under treatment thay woh aur kuch faida nahi ho raha tha. to phir ek aadmi wahan mile un se, un ko meri kitab "raaz-e-hayat" de di.</w:t>
      </w:r>
      <w:r>
        <w:br/>
      </w:r>
      <w:r>
        <w:rPr>
          <w:sz w:val="20"/>
        </w:rPr>
        <w:t>49:44  "raaz-e-hayat"</w:t>
      </w:r>
      <w:r>
        <w:br/>
      </w:r>
      <w:r>
        <w:rPr>
          <w:sz w:val="20"/>
        </w:rPr>
        <w:t>49:49  to us ko unhon ne hospital mein parha. us ke baad doctor sahib ne kaha ke aap mujhe chutti de dijiye.</w:t>
      </w:r>
      <w:r>
        <w:br/>
      </w:r>
      <w:r>
        <w:rPr>
          <w:sz w:val="20"/>
        </w:rPr>
        <w:t>49:58  unhon ne kaha kyun? unhon ne kaha bhai to acha ho gaya. kaha ke nahi, abhi to aap under treatment hain. kaha ke nahi, main acha ho gaya. is kitab ko parh kar woh bilkul theek ho gaye.</w:t>
      </w:r>
      <w:r>
        <w:br/>
      </w:r>
      <w:r>
        <w:rPr>
          <w:sz w:val="20"/>
        </w:rPr>
        <w:t>50:11  depression khatam ho gaya aur phir zindagi mein kaabil ho gaya. to logon ko paisa mat dijiye, madad mat kijiye.</w:t>
      </w:r>
      <w:r>
        <w:br/>
      </w:r>
      <w:r>
        <w:rPr>
          <w:sz w:val="20"/>
        </w:rPr>
        <w:t>50:24  un ko wisdom dijiye. paisa dena un ke apni potential ko kill karna hai aur wisdom dena un ke potential ko jagana hai.</w:t>
      </w:r>
      <w:r>
        <w:br/>
      </w:r>
      <w:r>
        <w:rPr>
          <w:sz w:val="20"/>
        </w:rPr>
        <w:t>50:40  main phir kahunga ke paisa dena logon ki potential ko kill karna hai</w:t>
      </w:r>
      <w:r>
        <w:br/>
      </w:r>
      <w:r>
        <w:rPr>
          <w:sz w:val="20"/>
        </w:rPr>
        <w:t>50:51  aur wisdom dena logon ke wisdom ko potential ko jagana hai. yeh mera tajurba hai aur main bas kehta hoon ke hamare haan jo leader paida hui hai, woh zyada tar aisay log thay jinhon ne is raat ko jaana hi nahi.</w:t>
      </w:r>
      <w:r>
        <w:br/>
      </w:r>
      <w:r>
        <w:rPr>
          <w:sz w:val="20"/>
        </w:rPr>
        <w:t>51:13  is raat ko jaana hi nahi. unhon ne potential ko jagana yeh asal raaz hai. yeh jaana nahi hai. potential ko kill ko woh hai misguide karte rahay.</w:t>
      </w:r>
      <w:r>
        <w:br/>
      </w:r>
      <w:r>
        <w:rPr>
          <w:sz w:val="20"/>
        </w:rPr>
        <w:t>51:33  to jin logon ko is maslay mein jaanna ho, meri kitab parhein. urdu mein "raaz-e-hayat" hai, english mein woh hai kya naam hai uska?</w:t>
      </w:r>
      <w:r>
        <w:br/>
      </w:r>
      <w:r>
        <w:rPr>
          <w:sz w:val="20"/>
        </w:rPr>
        <w:t>51:46  "the secret of success". "the secret of success" english mein naam hai "the secret of success" aur urdu mein is ka naam hai "raaz-e-hayat".</w:t>
      </w:r>
    </w:p>
    <w:p>
      <w:pPr>
        <w:pStyle w:val="Heading2"/>
      </w:pPr>
      <w:r>
        <w:t>Keeping calm mind in problems and confrontation</w:t>
      </w:r>
    </w:p>
    <w:p>
      <w:r>
        <w:rPr>
          <w:color w:val="666666"/>
          <w:sz w:val="18"/>
        </w:rPr>
        <w:t>Life &amp; Wisdom · Age of Alternatives April 05, 2015 · 1m 52s · at 1:12:32 · https://youtu.be/4v0uCM2BZuA?t=4352</w:t>
      </w:r>
    </w:p>
    <w:p>
      <w:r>
        <w:rPr>
          <w:i/>
        </w:rPr>
        <w:t>“It is a fact that peaceful alternatives are always available in times of problem, but to see them one has to keep a calm mind. How can one keep a calm mind in situations of problem and confrontation? Please advise us.”</w:t>
      </w:r>
    </w:p>
    <w:p>
      <w:r>
        <w:rPr>
          <w:sz w:val="20"/>
        </w:rPr>
        <w:t>1:12:32  Maulana, agla sawal miss naghma siddiqui ne kiya hai delhi se, aur unhon ne likha hai: "it is a fact that peaceful alternatives are always available in times of problem,</w:t>
      </w:r>
      <w:r>
        <w:br/>
      </w:r>
      <w:r>
        <w:rPr>
          <w:sz w:val="20"/>
        </w:rPr>
        <w:t>1:12:45  but to see them one has to keep a calm mind. how can one keep a calm mind in situations of problem and confrontation?</w:t>
      </w:r>
      <w:r>
        <w:br/>
      </w:r>
      <w:r>
        <w:rPr>
          <w:sz w:val="20"/>
        </w:rPr>
        <w:t>1:12:57  please advise us."</w:t>
      </w:r>
      <w:r>
        <w:br/>
      </w:r>
      <w:r>
        <w:rPr>
          <w:sz w:val="20"/>
        </w:rPr>
        <w:t>1:13:00  bhai, yahi to insan ka sab se bara, mein samajhta hoon ke sab se bari quality hai insan ki ke soch sakta hai.</w:t>
      </w:r>
      <w:r>
        <w:br/>
      </w:r>
      <w:r>
        <w:rPr>
          <w:sz w:val="20"/>
        </w:rPr>
        <w:t>1:13:10  woh</w:t>
      </w:r>
      <w:r>
        <w:br/>
      </w:r>
      <w:r>
        <w:rPr>
          <w:sz w:val="20"/>
        </w:rPr>
        <w:t>1:13:13  dog ladte hain sarkon par, woh soch nahi sakte. dog ke pas ma'ani nahi hota sochne ka. yeh ladte hain, ladte hain. insan soch sakta hai to apne is faculty ko insan istemal kare.</w:t>
      </w:r>
      <w:r>
        <w:br/>
      </w:r>
      <w:r>
        <w:rPr>
          <w:sz w:val="20"/>
        </w:rPr>
        <w:t>1:13:26  yani dog ko jo aap dekhte hain sarkon par ladte hue, kyunke is ke pas thinking power nahi hai. thinking power na hone ki wajah se ladte hain.</w:t>
      </w:r>
      <w:r>
        <w:br/>
      </w:r>
      <w:r>
        <w:rPr>
          <w:sz w:val="20"/>
        </w:rPr>
        <w:t>1:13:36  insan ke pas thinking power hai, apni thinking power ko istemal kare. thinking power istemal karne ka ma'ani hai ke woh cheezon ko in terms of result soche.</w:t>
      </w:r>
      <w:r>
        <w:br/>
      </w:r>
      <w:r>
        <w:rPr>
          <w:sz w:val="20"/>
        </w:rPr>
        <w:t>1:13:47  result kya niklega? dog ke pas yeh soch nahi hai ke woh cheezon ko in terms of result soche.</w:t>
      </w:r>
      <w:r>
        <w:br/>
      </w:r>
      <w:r>
        <w:rPr>
          <w:sz w:val="20"/>
        </w:rPr>
        <w:t>1:13:55  insan, insan ke pas jo faculty hai, woh is liye to hai ke aap involve hone se pehle, rai shuru karne se pehle sochein ke is ka result kya hoga, aur phir apne ko rok lein.</w:t>
      </w:r>
      <w:r>
        <w:br/>
      </w:r>
      <w:r>
        <w:rPr>
          <w:sz w:val="20"/>
        </w:rPr>
        <w:t>1:14:07  agar result ulta nikalta ho to. to yeh to allah ta'ala ne insan ko jo faculty di hai mind ki, woh sab se bara check wahi hai, sab se bara check.</w:t>
      </w:r>
      <w:r>
        <w:br/>
      </w:r>
      <w:r>
        <w:rPr>
          <w:sz w:val="20"/>
        </w:rPr>
        <w:t>1:14:19  lekin log istemal nahi karte is ko.</w:t>
      </w:r>
    </w:p>
    <w:p>
      <w:pPr>
        <w:pStyle w:val="Heading2"/>
      </w:pPr>
      <w:r>
        <w:t>Keeping oneself alive</w:t>
      </w:r>
    </w:p>
    <w:p>
      <w:r>
        <w:rPr>
          <w:color w:val="666666"/>
          <w:sz w:val="18"/>
        </w:rPr>
        <w:t>Life &amp; Wisdom · Prophetic Example | April 06, 2014 | Maulana Wahiduddin Khan · 1m 02s · at 1:05:02 · https://youtu.be/zTVjTJbStUU?t=3902</w:t>
      </w:r>
    </w:p>
    <w:p>
      <w:r>
        <w:rPr>
          <w:i/>
        </w:rPr>
        <w:t>“In yesterday's talk you mentioned that a person should keep himself alive. Please elaborate on this.”</w:t>
      </w:r>
    </w:p>
    <w:p>
      <w:r>
        <w:rPr>
          <w:sz w:val="20"/>
        </w:rPr>
        <w:t>1:05:02  maulana agla sawal kya hai? stuti malhotra ne delhi se.</w:t>
      </w:r>
      <w:r>
        <w:br/>
      </w:r>
      <w:r>
        <w:rPr>
          <w:sz w:val="20"/>
        </w:rPr>
        <w:t>1:05:10  انہوں نے لکھا ہے: "مولana in yesterday's talk you mentioned that a person should keep himself alive.</w:t>
      </w:r>
      <w:r>
        <w:br/>
      </w:r>
      <w:r>
        <w:rPr>
          <w:sz w:val="20"/>
        </w:rPr>
        <w:t>1:05:17  I would request you to please elaborate on the same." bhai yeh baat lamba subject hai.</w:t>
      </w:r>
      <w:r>
        <w:br/>
      </w:r>
      <w:r>
        <w:rPr>
          <w:sz w:val="20"/>
        </w:rPr>
        <w:t>1:05:25  aur jitna important hai is ke lehaz se mein inshallah aik aik</w:t>
      </w:r>
      <w:r>
        <w:br/>
      </w:r>
      <w:r>
        <w:rPr>
          <w:sz w:val="20"/>
        </w:rPr>
        <w:t>1:05:33  mustaqil aik talk rakhunga is ke upar.</w:t>
      </w:r>
      <w:r>
        <w:br/>
      </w:r>
      <w:r>
        <w:rPr>
          <w:sz w:val="20"/>
        </w:rPr>
        <w:t>1:05:41  sirf yani kuch kuch sentences mein jawab doon to woh baat poori nahi hogi.</w:t>
      </w:r>
      <w:r>
        <w:br/>
      </w:r>
      <w:r>
        <w:rPr>
          <w:sz w:val="20"/>
        </w:rPr>
        <w:t>1:05:49  to inshallah mein kal to mein ne briefly kal mein ne baat kahi thi.</w:t>
      </w:r>
      <w:r>
        <w:br/>
      </w:r>
      <w:r>
        <w:rPr>
          <w:sz w:val="20"/>
        </w:rPr>
        <w:t>1:05:57  aur aindah inshallah mein zyada detail ke sath is ko bataunga.</w:t>
      </w:r>
    </w:p>
    <w:p>
      <w:pPr>
        <w:pStyle w:val="Heading2"/>
      </w:pPr>
      <w:r>
        <w:t>Knowing the age we live in</w:t>
      </w:r>
    </w:p>
    <w:p>
      <w:r>
        <w:rPr>
          <w:color w:val="666666"/>
          <w:sz w:val="18"/>
        </w:rPr>
        <w:t>Life &amp; Wisdom · Divine Plan | March 12, 2017 · 1m 00s · at 1:03:22 · https://youtu.be/dqB4muqGG4I?t=3802</w:t>
      </w:r>
    </w:p>
    <w:p>
      <w:r>
        <w:rPr>
          <w:i/>
        </w:rPr>
        <w:t>“Today I learned the importance of knowing the age we live in. While I am aware of many opportunities, I feel there are many aspects I am unaware of. How can I become more aware?”</w:t>
      </w:r>
    </w:p>
    <w:p>
      <w:r>
        <w:rPr>
          <w:sz w:val="20"/>
        </w:rPr>
        <w:t>1:03:22  ke khilaf tha woh molana agla sawal bheja hai miss naghma siddiqui ne dili se unhon ne likha</w:t>
      </w:r>
      <w:r>
        <w:br/>
      </w:r>
      <w:r>
        <w:rPr>
          <w:sz w:val="20"/>
        </w:rPr>
        <w:t>1:03:30  hai today I learned the importance of knowing the age we live in while</w:t>
      </w:r>
      <w:r>
        <w:br/>
      </w:r>
      <w:r>
        <w:rPr>
          <w:sz w:val="20"/>
        </w:rPr>
        <w:t>1:03:38  I am aware of many opportunities I feel there are many aspects I am unaware of how can</w:t>
      </w:r>
      <w:r>
        <w:br/>
      </w:r>
      <w:r>
        <w:rPr>
          <w:sz w:val="20"/>
        </w:rPr>
        <w:t>1:03:45  I break my unawareness bhai yehi sochiye study kijiye objective baniye apne self obsession se bahar aaiye log</w:t>
      </w:r>
      <w:r>
        <w:br/>
      </w:r>
      <w:r>
        <w:rPr>
          <w:sz w:val="20"/>
        </w:rPr>
        <w:t>1:03:53  jeete hain apne obsession mein jeete hain log is se bahar aaiye jis ko dekhen woh har ek</w:t>
      </w:r>
      <w:r>
        <w:br/>
      </w:r>
      <w:r>
        <w:rPr>
          <w:sz w:val="20"/>
        </w:rPr>
        <w:t>1:04:00  ka ek ek khol hai</w:t>
      </w:r>
      <w:r>
        <w:br/>
      </w:r>
      <w:r>
        <w:rPr>
          <w:sz w:val="20"/>
        </w:rPr>
        <w:t>1:04:08  ek cell hai isi mein jeeta hai woh intellectual cell jis ko dekhen woh apne intellectual cell se</w:t>
      </w:r>
      <w:r>
        <w:br/>
      </w:r>
      <w:r>
        <w:rPr>
          <w:sz w:val="20"/>
        </w:rPr>
        <w:t>1:04:15  jeeta hai is ko is se bahar aaiye is ke baad sab kuch apne aap khul jayega</w:t>
      </w:r>
    </w:p>
    <w:p>
      <w:pPr>
        <w:pStyle w:val="Heading2"/>
      </w:pPr>
      <w:r>
        <w:t>Learning creative thinking</w:t>
      </w:r>
    </w:p>
    <w:p>
      <w:r>
        <w:rPr>
          <w:color w:val="666666"/>
          <w:sz w:val="18"/>
        </w:rPr>
        <w:t>Life &amp; Wisdom · Creative Thinking February 19, 2017 · 2m 47s · at 54:14 · https://youtu.be/L-x1xNJc__8?t=3254</w:t>
      </w:r>
    </w:p>
    <w:p>
      <w:r>
        <w:rPr>
          <w:i/>
        </w:rPr>
        <w:t>“Maulana sahib, how have you learned creative thinking in your life? Please tell all of us.”</w:t>
      </w:r>
    </w:p>
    <w:p>
      <w:r>
        <w:rPr>
          <w:sz w:val="20"/>
        </w:rPr>
        <w:t>54:14  Positive results always come from creative thinking. Now people in the Muslim world have realized that Maulana Wahiduddin Khan is a true representative of Islam and his peace ideology is the only hope for the entire world." Maulana, agla sawal bheja hai Ms Shabana Ansari ne Pakistan se, unhone likha hai: "Maulana sahib, how have you learned creative thinking in your life?</w:t>
      </w:r>
      <w:r>
        <w:br/>
      </w:r>
      <w:r>
        <w:rPr>
          <w:sz w:val="20"/>
        </w:rPr>
        <w:t>54:44  Please tell all of us." dekhen, ek waqea to main ne aaj hi bata diya ke ek shakhs</w:t>
      </w:r>
      <w:r>
        <w:br/>
      </w:r>
      <w:r>
        <w:rPr>
          <w:sz w:val="20"/>
        </w:rPr>
        <w:t>54:49  ne meri baat se differ kiya, ikhtilaf kiya to main offend nahin hua, ghussa nahin hua.</w:t>
      </w:r>
      <w:r>
        <w:br/>
      </w:r>
      <w:r>
        <w:rPr>
          <w:sz w:val="20"/>
        </w:rPr>
        <w:t>54:55  to sochne laga, yaani yaqeen kijiye ke main ek chaubis ghante socha hai, main ne is par ek</w:t>
      </w:r>
      <w:r>
        <w:br/>
      </w:r>
      <w:r>
        <w:rPr>
          <w:sz w:val="20"/>
        </w:rPr>
        <w:t>55:00  pura din, ek puri raat jab jab trigger hua to main sochne laga.</w:t>
      </w:r>
      <w:r>
        <w:br/>
      </w:r>
      <w:r>
        <w:rPr>
          <w:sz w:val="20"/>
        </w:rPr>
        <w:t>55:06  to sochte sochte itni bari baaten samne aayin ke main hairaan reh gaya.</w:t>
      </w:r>
      <w:r>
        <w:br/>
      </w:r>
      <w:r>
        <w:rPr>
          <w:sz w:val="20"/>
        </w:rPr>
        <w:t>55:11  tab main ne discover kiya ke ke offend na hona, ghussa na hona kya hota hai.</w:t>
      </w:r>
      <w:r>
        <w:br/>
      </w:r>
      <w:r>
        <w:rPr>
          <w:sz w:val="20"/>
        </w:rPr>
        <w:t>55:17  is ke baad aap ka mind positive way mein trigger karta hai.</w:t>
      </w:r>
      <w:r>
        <w:br/>
      </w:r>
      <w:r>
        <w:rPr>
          <w:sz w:val="20"/>
        </w:rPr>
        <w:t>55:22  Positive way mein jab positive way mein trigger karta hai to aap ke mind ki window khulne lagti hain.</w:t>
      </w:r>
      <w:r>
        <w:br/>
      </w:r>
      <w:r>
        <w:rPr>
          <w:sz w:val="20"/>
        </w:rPr>
        <w:t>55:28  jis tarah nature ki window khuli to science daryaft ho gayi.</w:t>
      </w:r>
      <w:r>
        <w:br/>
      </w:r>
      <w:r>
        <w:rPr>
          <w:sz w:val="20"/>
        </w:rPr>
        <w:t>55:33  to jo quran mein jo kaha gaya hai: "kalmatullah, ayatullah, ilahullah" in sab ka ilm</w:t>
      </w:r>
      <w:r>
        <w:br/>
      </w:r>
      <w:r>
        <w:rPr>
          <w:sz w:val="20"/>
        </w:rPr>
        <w:t>55:39  insan ke andar allah ne rakh diya hai.</w:t>
      </w:r>
      <w:r>
        <w:br/>
      </w:r>
      <w:r>
        <w:rPr>
          <w:sz w:val="20"/>
        </w:rPr>
        <w:t>55:44  allah to allah ne hamare mind mein sare kalmat, sari ayat, sare aala ka ilm rakh diya hai,</w:t>
      </w:r>
      <w:r>
        <w:br/>
      </w:r>
      <w:r>
        <w:rPr>
          <w:sz w:val="20"/>
        </w:rPr>
        <w:t>55:50  lekin woh hai band halat mein.</w:t>
      </w:r>
      <w:r>
        <w:br/>
      </w:r>
      <w:r>
        <w:rPr>
          <w:sz w:val="20"/>
        </w:rPr>
        <w:t>55:55  jab koi window khulti hai to woh samne aa jate hain.</w:t>
      </w:r>
      <w:r>
        <w:br/>
      </w:r>
      <w:r>
        <w:rPr>
          <w:sz w:val="20"/>
        </w:rPr>
        <w:t>56:01  to mera allah ke fazal se main ghussa nahin hota, yaani ghussa is mere khilaf koi bole to</w:t>
      </w:r>
      <w:r>
        <w:br/>
      </w:r>
      <w:r>
        <w:rPr>
          <w:sz w:val="20"/>
        </w:rPr>
        <w:t>56:06  ghussa nahin aata mujhe.</w:t>
      </w:r>
      <w:r>
        <w:br/>
      </w:r>
      <w:r>
        <w:rPr>
          <w:sz w:val="20"/>
        </w:rPr>
        <w:t>56:12  waise koi principle ke khilaf chale to ghussa aaye ga mujhe.</w:t>
      </w:r>
      <w:r>
        <w:br/>
      </w:r>
      <w:r>
        <w:rPr>
          <w:sz w:val="20"/>
        </w:rPr>
        <w:t>56:17  mere khilaf kuch bhi karen, mujhe gaali den, mujhe bura bhala kahen, mujhe kuch bhi kahen, mujhe aap</w:t>
      </w:r>
      <w:r>
        <w:br/>
      </w:r>
      <w:r>
        <w:rPr>
          <w:sz w:val="20"/>
        </w:rPr>
        <w:t>56:23  shaitan ke agent kahen, mujhe ghussa nahin aayega.</w:t>
      </w:r>
      <w:r>
        <w:br/>
      </w:r>
      <w:r>
        <w:rPr>
          <w:sz w:val="20"/>
        </w:rPr>
        <w:t>56:28  to yeh mere raaz hain.</w:t>
      </w:r>
      <w:r>
        <w:br/>
      </w:r>
      <w:r>
        <w:rPr>
          <w:sz w:val="20"/>
        </w:rPr>
        <w:t>56:34  mere waqeatan unhon ne kaha bhi: "tum shaitan ho" yeh kaha mujh ko, lekin mujhe ghussa nahin aaya.</w:t>
      </w:r>
      <w:r>
        <w:br/>
      </w:r>
      <w:r>
        <w:rPr>
          <w:sz w:val="20"/>
        </w:rPr>
        <w:t>56:39  to jab ghussa nahin aata to mere mind ki windows khulti hain aur phir woh kalmaat Allah, ayaat</w:t>
      </w:r>
      <w:r>
        <w:br/>
      </w:r>
      <w:r>
        <w:rPr>
          <w:sz w:val="20"/>
        </w:rPr>
        <w:t>56:45  Allah aur ilah Allah ka.</w:t>
      </w:r>
      <w:r>
        <w:br/>
      </w:r>
      <w:r>
        <w:rPr>
          <w:sz w:val="20"/>
        </w:rPr>
        <w:t>56:50  ke meri rasai hone lagti hai.</w:t>
      </w:r>
      <w:r>
        <w:br/>
      </w:r>
      <w:r>
        <w:rPr>
          <w:sz w:val="20"/>
        </w:rPr>
        <w:t>56:56  That is creative thinking.</w:t>
      </w:r>
    </w:p>
    <w:p>
      <w:pPr>
        <w:pStyle w:val="Heading2"/>
      </w:pPr>
      <w:r>
        <w:t>Limit of struggle in gaining knowledge</w:t>
      </w:r>
    </w:p>
    <w:p>
      <w:r>
        <w:rPr>
          <w:color w:val="666666"/>
          <w:sz w:val="18"/>
        </w:rPr>
        <w:t>Life &amp; Wisdom · Understanding the Quran April 7, 2019 · 51s · at 48:59 · https://youtu.be/m_Om5MtQJz4?t=2939</w:t>
      </w:r>
    </w:p>
    <w:p>
      <w:r>
        <w:rPr>
          <w:i/>
        </w:rPr>
        <w:t>“I would like to ask Maulana, how much struggle a person must do in learning and understanding anything? Is there any limit for struggle to gain knowledge, be it any learning?”</w:t>
      </w:r>
    </w:p>
    <w:p>
      <w:r>
        <w:rPr>
          <w:sz w:val="20"/>
        </w:rPr>
        <w:t>48:59  molana, agla sawal Miss Nikhet Bukhari ne bheja hai dilli se. unhon ne likha hai: "I would like to ask molana, how much struggle a person must do in learning and understanding anything?</w:t>
      </w:r>
      <w:r>
        <w:br/>
      </w:r>
      <w:r>
        <w:rPr>
          <w:sz w:val="20"/>
        </w:rPr>
        <w:t>49:15  is there any limit for struggle to gain ilm, be it any learning?" is ke baray mein bataein. koi had nahin hai.</w:t>
      </w:r>
      <w:r>
        <w:br/>
      </w:r>
      <w:r>
        <w:rPr>
          <w:sz w:val="20"/>
        </w:rPr>
        <w:t>49:26  ilm ki had nahin hai, wisdom ki had nahin hai, sabr ki had nahin hai. islam mein had ka concept nahin hai. khoob struggle karo, khoob faida uthao, khoob ijtihad karo.</w:t>
      </w:r>
      <w:r>
        <w:br/>
      </w:r>
      <w:r>
        <w:rPr>
          <w:sz w:val="20"/>
        </w:rPr>
        <w:t>49:43  yeh sab to be khabaron ka nazariya hai.</w:t>
      </w:r>
    </w:p>
    <w:p>
      <w:pPr>
        <w:pStyle w:val="Heading2"/>
      </w:pPr>
      <w:r>
        <w:t>Limits of intellectual freedom in Islam</w:t>
      </w:r>
    </w:p>
    <w:p>
      <w:r>
        <w:rPr>
          <w:color w:val="666666"/>
          <w:sz w:val="18"/>
        </w:rPr>
        <w:t>Life &amp; Wisdom · Age of Peace November 18, 2012 · 2m 59s · at 1:17:41 · https://youtu.be/Y9nkQnBqbrs?t=4661</w:t>
      </w:r>
    </w:p>
    <w:p>
      <w:r>
        <w:rPr>
          <w:i/>
        </w:rPr>
        <w:t>“Mawlana! What are the limits of intellectual freedom? Because Muslims say that intellectual freedom leads a person astray. But you said in a talk that an atheist scientist was getting closer to God through thinking, and then he suddenly stopped thinking, fearing that he might come to believe in God.”</w:t>
      </w:r>
    </w:p>
    <w:p>
      <w:r>
        <w:rPr>
          <w:sz w:val="20"/>
        </w:rPr>
        <w:t>1:17:41  maulana, agla sawal aaya hai maulana farhad salafi sahab ka, tamil nadu se. unhone likha hai: "maulana sahab!</w:t>
      </w:r>
      <w:r>
        <w:br/>
      </w:r>
      <w:r>
        <w:rPr>
          <w:sz w:val="20"/>
        </w:rPr>
        <w:t>1:17:49  fikri azadi ke hudood kya hain?"</w:t>
      </w:r>
      <w:r>
        <w:br/>
      </w:r>
      <w:r>
        <w:rPr>
          <w:sz w:val="20"/>
        </w:rPr>
        <w:t>1:17:53  kyunke musalman yeh kehte hain ke fikri azadi se aadmi gumrah ho jata hai. magar aap ne ek talk mein kaha tha ke ek atheist scientist sochte sochte Khuda se qareeb ho raha tha, to achanak usne sochna rok diya, is dar se ke kahin woh Khuda ko na maan le.</w:t>
      </w:r>
      <w:r>
        <w:br/>
      </w:r>
      <w:r>
        <w:rPr>
          <w:sz w:val="20"/>
        </w:rPr>
        <w:t>1:18:14  yeh waqia batata hai ke fikri azadi se insan Khuda ke qareeb bhi ho sakta hai. is ke bare mein aap batayen. bhai, fikri azadi to mili hui hai insan ko</w:t>
      </w:r>
      <w:r>
        <w:br/>
      </w:r>
      <w:r>
        <w:rPr>
          <w:sz w:val="20"/>
        </w:rPr>
        <w:t>1:18:23  . aap kaise rokenge? fiqh ka amal yahan hota hai khamoshi ke sath. ke aap rok denge? is log, log laga denge. koi itna powerful hai ke insan ke mind ko control kare?</w:t>
      </w:r>
      <w:r>
        <w:br/>
      </w:r>
      <w:r>
        <w:rPr>
          <w:sz w:val="20"/>
        </w:rPr>
        <w:t>1:18:38  ek shayar the, woh azadi ke streak mein bhi shareek the. woh carbon faiz ka sher hai ke angrezon ne unko jail mein daal diya.</w:t>
      </w:r>
      <w:r>
        <w:br/>
      </w:r>
      <w:r>
        <w:rPr>
          <w:sz w:val="20"/>
        </w:rPr>
        <w:t>1:18:48  to jab jail mein daal diya to us waqt unhone sher kaha tha ke: "zinda mein to mujh ko daal diya, ae sahib! zinda tu ne, magar parwaz jo meri rok sake, aisi bhi koi deewar utha." to kaise rokenge?</w:t>
      </w:r>
      <w:r>
        <w:br/>
      </w:r>
      <w:r>
        <w:rPr>
          <w:sz w:val="20"/>
        </w:rPr>
        <w:t>1:19:03  aap sochte hain koi insan ki? yeh aap ke liye, aap ki basti mein nahin hai? yeh sawal hi jhoota hai.</w:t>
      </w:r>
      <w:r>
        <w:br/>
      </w:r>
      <w:r>
        <w:rPr>
          <w:sz w:val="20"/>
        </w:rPr>
        <w:t>1:19:13  aap insan ki fikr ko rok nahin sakte</w:t>
      </w:r>
      <w:r>
        <w:br/>
      </w:r>
      <w:r>
        <w:rPr>
          <w:sz w:val="20"/>
        </w:rPr>
        <w:t>1:19:16  , aap sirf insan ko lead de sakte hain. lead, yani view of thinking bata sakte hain. bas rokna aap bas mein hai nahin.</w:t>
      </w:r>
      <w:r>
        <w:br/>
      </w:r>
      <w:r>
        <w:rPr>
          <w:sz w:val="20"/>
        </w:rPr>
        <w:t>1:19:27  view of thinking bataiye, art of thinking bataiye ke sachi soch kya hai, jhooti soch kya hai, yeh bataiye aap. to ajeeb ghareeb qism ke aise sawalat hain.</w:t>
      </w:r>
      <w:r>
        <w:br/>
      </w:r>
      <w:r>
        <w:rPr>
          <w:sz w:val="20"/>
        </w:rPr>
        <w:t>1:19:41  aur doosri baat dekhiye, yeh hai ke fikr ki soch ki azadi khatam karne ke maani kya hain? creativity khatam, development khatam, intellectual progress khatam.</w:t>
      </w:r>
      <w:r>
        <w:br/>
      </w:r>
      <w:r>
        <w:rPr>
          <w:sz w:val="20"/>
        </w:rPr>
        <w:t>1:19:56  jaise dictatorship jahan hoti hai, dekh lijiye aap, dictatorship mein koi bara scientist nahin paida hota, koi bara scholar nahin paida hota, kyunke us ko mauqa hi nahin kaam karne ka.</w:t>
      </w:r>
      <w:r>
        <w:br/>
      </w:r>
      <w:r>
        <w:rPr>
          <w:sz w:val="20"/>
        </w:rPr>
        <w:t>1:20:07  ghut ghut karata hai us ko.</w:t>
      </w:r>
      <w:r>
        <w:br/>
      </w:r>
      <w:r>
        <w:rPr>
          <w:sz w:val="20"/>
        </w:rPr>
        <w:t>1:20:10  to mere nazdeek Islam mein fikri azadi pure maani mein summ bonum ke taur par hai. azadi summ bonum, har aadmi ko azadi, har aadmi ko azadi, azadi.</w:t>
      </w:r>
      <w:r>
        <w:br/>
      </w:r>
      <w:r>
        <w:rPr>
          <w:sz w:val="20"/>
        </w:rPr>
        <w:t>1:20:25  jo kaam hamein karna hai, woh yeh hai ke insan ko batayen ke right view of thinking kya hai. bas right view of thinking yahan par us ko lead dein, yeh kaam hamein karna hai.</w:t>
      </w:r>
    </w:p>
    <w:p>
      <w:pPr>
        <w:pStyle w:val="Heading2"/>
      </w:pPr>
      <w:r>
        <w:t>Living in past hinders future orientation</w:t>
      </w:r>
    </w:p>
    <w:p>
      <w:r>
        <w:rPr>
          <w:color w:val="666666"/>
          <w:sz w:val="18"/>
        </w:rPr>
        <w:t>Life &amp; Wisdom · Why Violence 17 Nov 2019 - Maulana Wahiduddin Khan · 4m 03s · at 40:31 · https://youtu.be/W8ybr-qO96c?t=2431</w:t>
      </w:r>
    </w:p>
    <w:p>
      <w:r>
        <w:rPr>
          <w:i/>
        </w:rPr>
        <w:t>“Maulana, Muslims as you have rightly said are living in their past. I believe every person, irrespective of his religion and background, lives in the past and as a result fails to become future oriented.”</w:t>
      </w:r>
    </w:p>
    <w:p>
      <w:r>
        <w:rPr>
          <w:sz w:val="20"/>
        </w:rPr>
        <w:t>40:31  aap ki rethinking pure wisdom hai. you are truly working according to the age. may allah make people understand that this is the age of peace and everything that we want to achieve can be attained through peace." maulana, agla sawal lena chahenge jo ahmedabad se qurban ali sahib ne bheja hai.</w:t>
      </w:r>
      <w:r>
        <w:br/>
      </w:r>
      <w:r>
        <w:rPr>
          <w:sz w:val="20"/>
        </w:rPr>
        <w:t>40:56  unhon ne likha hai: "maulana, muslims as you have rightly said are living in their past.</w:t>
      </w:r>
      <w:r>
        <w:br/>
      </w:r>
      <w:r>
        <w:rPr>
          <w:sz w:val="20"/>
        </w:rPr>
        <w:t>41:04  i believe every person, irrespective of his religion and background, lives in past and as a result fails to become future oriented.</w:t>
      </w:r>
      <w:r>
        <w:br/>
      </w:r>
      <w:r>
        <w:rPr>
          <w:sz w:val="20"/>
        </w:rPr>
        <w:t>41:16  maulana, how can an individual forget his or her past and focus on his present and future</w:t>
      </w:r>
      <w:r>
        <w:br/>
      </w:r>
      <w:r>
        <w:rPr>
          <w:sz w:val="20"/>
        </w:rPr>
        <w:t>41:24  ? please give us your advice so we can let go of our past, whether good or bad." bhai, jo hamare saathi, hamari team ke log kar rahe hain, wahi aap bhi kijiye.</w:t>
      </w:r>
      <w:r>
        <w:br/>
      </w:r>
      <w:r>
        <w:rPr>
          <w:sz w:val="20"/>
        </w:rPr>
        <w:t>41:37  literature phailaiye, quran phailaiye, peaceful tareeqe se logon ko bataiye. yeh to koi mushkil kaam hi nahi hai. har jagah hamari team ke log already ek kaam to kar rahe hain,</w:t>
      </w:r>
      <w:r>
        <w:br/>
      </w:r>
      <w:r>
        <w:rPr>
          <w:sz w:val="20"/>
        </w:rPr>
        <w:t>41:55  aap phir un ke saath lag jaiye. maulana, un ka sawal ka yeh hissa bhi tha ke aksar log past mein jeete hain, to woh kaise stop karein apne aap ko ke past mein na jein aur future oriented hon?</w:t>
      </w:r>
      <w:r>
        <w:br/>
      </w:r>
      <w:r>
        <w:rPr>
          <w:sz w:val="20"/>
        </w:rPr>
        <w:t>42:17  yeh bhi, yeh bhi samjhane se chal jayega. aap un ke mind ko address kijiye, un ke mind ko address kijiye, kitabein un ko parhne ke liye dijiye.</w:t>
      </w:r>
      <w:r>
        <w:br/>
      </w:r>
      <w:r>
        <w:rPr>
          <w:sz w:val="20"/>
        </w:rPr>
        <w:t>42:38  miss shabina ali ne kolkata se likha hai: "maulana, you have rightly said and conveyed to all from the day one that this is the age of peace, age of opportunity and age of peaceful activism.</w:t>
      </w:r>
      <w:r>
        <w:br/>
      </w:r>
      <w:r>
        <w:rPr>
          <w:sz w:val="20"/>
        </w:rPr>
        <w:t>42:56  war and violence is obsolete and has no meaning in this age. the two examples are the biggest example and it is an eye opener for all of us that dawa work is the only workable formula for attaining pe</w:t>
      </w:r>
      <w:r>
        <w:br/>
      </w:r>
      <w:r>
        <w:rPr>
          <w:sz w:val="20"/>
        </w:rPr>
        <w:t>43:14  ace. thank you maulana for this enlightening lecture."</w:t>
      </w:r>
      <w:r>
        <w:br/>
      </w:r>
      <w:r>
        <w:rPr>
          <w:sz w:val="20"/>
        </w:rPr>
        <w:t>43:21  aamir mori sahib ne goa se likha hai: "your every lecture is like a spiritual hammering to me. listening to you always motivates me and creates an urge to do good in life.</w:t>
      </w:r>
      <w:r>
        <w:br/>
      </w:r>
      <w:r>
        <w:rPr>
          <w:sz w:val="20"/>
        </w:rPr>
        <w:t>43:34  thank you maulana sahib for guiding and helping us to become true muslims rather than feel like muslims." mol</w:t>
      </w:r>
    </w:p>
    <w:p>
      <w:pPr>
        <w:pStyle w:val="Heading2"/>
      </w:pPr>
      <w:r>
        <w:t>Making death a lesson for all</w:t>
      </w:r>
    </w:p>
    <w:p>
      <w:r>
        <w:rPr>
          <w:color w:val="666666"/>
          <w:sz w:val="18"/>
        </w:rPr>
        <w:t>Life &amp; Wisdom · Concept of God December 7, 2014 · 2m 09s · at 1:17:31 · https://youtu.be/dCgL9lp8EAo?t=4651</w:t>
      </w:r>
    </w:p>
    <w:p>
      <w:r>
        <w:rPr>
          <w:i/>
        </w:rPr>
        <w:t>“How can we make death a lesson for all of us? Is there any hadith or verse which can become our guiding principle?”</w:t>
      </w:r>
    </w:p>
    <w:p>
      <w:r>
        <w:rPr>
          <w:sz w:val="20"/>
        </w:rPr>
        <w:t>1:17:31  bilkul sahi baat hai. Maulana, agla sawal Bhopal se hai Javed sahib ka, aur unhon ne aap se poocha hai ke "Moulana, how can we make death a lesson for all of us</w:t>
      </w:r>
      <w:r>
        <w:br/>
      </w:r>
      <w:r>
        <w:rPr>
          <w:sz w:val="20"/>
        </w:rPr>
        <w:t>1:17:46  ? Is there any hadith or verse which can become our guiding principle?" kisi ke bare mein? "Death. How can death become a lesson for all of us?" to woh janna chahte hain ke hadith ya quran mein koi...</w:t>
      </w:r>
      <w:r>
        <w:br/>
      </w:r>
      <w:r>
        <w:rPr>
          <w:sz w:val="20"/>
        </w:rPr>
        <w:t>1:18:00  sara bhara hua hai hadith quran mein koi ek kya? maut aur akhirat yeh to sab se bara subject hai quran o hadith ka.</w:t>
      </w:r>
      <w:r>
        <w:br/>
      </w:r>
      <w:r>
        <w:rPr>
          <w:sz w:val="20"/>
        </w:rPr>
        <w:t>1:18:12  yeh yeh yeh yehi cheez to is ka yani sab se ahem mozu hai. koi ek cheez ki zaroorat nahi hai.</w:t>
      </w:r>
      <w:r>
        <w:br/>
      </w:r>
      <w:r>
        <w:rPr>
          <w:sz w:val="20"/>
        </w:rPr>
        <w:t>1:18:23  sara quran bhara hua hai maut se, akhirat se. aur Allah se daro, warna pakre jaoge in baaton se.</w:t>
      </w:r>
      <w:r>
        <w:br/>
      </w:r>
      <w:r>
        <w:rPr>
          <w:sz w:val="20"/>
        </w:rPr>
        <w:t>1:18:32  to musalman to parhte hain bas aur sawab ke liye quran ko. Study kaun karta hai quran ka? agar</w:t>
      </w:r>
      <w:r>
        <w:br/>
      </w:r>
      <w:r>
        <w:rPr>
          <w:sz w:val="20"/>
        </w:rPr>
        <w:t>1:18:40  musalman study ki taraf parhen is se guidance lene ke liye to sara quran bhara hua hai is se.</w:t>
      </w:r>
    </w:p>
    <w:p>
      <w:pPr>
        <w:pStyle w:val="Heading2"/>
      </w:pPr>
      <w:r>
        <w:t>Man's illusion of being most developed</w:t>
      </w:r>
    </w:p>
    <w:p>
      <w:r>
        <w:rPr>
          <w:color w:val="666666"/>
          <w:sz w:val="18"/>
        </w:rPr>
        <w:t>Life &amp; Wisdom · Purpose Of Human Life -12th Feb. '12 · 53s · at 1:39:36 · https://youtu.be/TCGYvGJHf7w?t=5976</w:t>
      </w:r>
    </w:p>
    <w:p>
      <w:r>
        <w:rPr>
          <w:i/>
        </w:rPr>
        <w:t>“Does today's man think that there is no being more developed than him?”</w:t>
      </w:r>
    </w:p>
    <w:p>
      <w:r>
        <w:rPr>
          <w:sz w:val="20"/>
        </w:rPr>
        <w:t>1:39:36  Maulana, agla sawal dilli se hai Mr.</w:t>
      </w:r>
      <w:r>
        <w:br/>
      </w:r>
      <w:r>
        <w:rPr>
          <w:sz w:val="20"/>
        </w:rPr>
        <w:t>1:39:41  Shahnawaz Zafar sahib ka.</w:t>
      </w:r>
      <w:r>
        <w:br/>
      </w:r>
      <w:r>
        <w:rPr>
          <w:sz w:val="20"/>
        </w:rPr>
        <w:t>1:39:45  unhon ne poocha hai aaj ka insaan yeh samajhta hai ke is se bhi zyada developed koi jio</w:t>
      </w:r>
      <w:r>
        <w:br/>
      </w:r>
      <w:r>
        <w:rPr>
          <w:sz w:val="20"/>
        </w:rPr>
        <w:t>1:39:50  hai is universe mein jis ko alien kehte hain aur woh is ko discover karne mein lage hue hain.</w:t>
      </w:r>
      <w:r>
        <w:br/>
      </w:r>
      <w:r>
        <w:rPr>
          <w:sz w:val="20"/>
        </w:rPr>
        <w:t>1:39:55  kya yeh farishton ki nishani hai ya jinnaat ki ya woh insaan ka waham hai? Islamic point of</w:t>
      </w:r>
      <w:r>
        <w:br/>
      </w:r>
      <w:r>
        <w:rPr>
          <w:sz w:val="20"/>
        </w:rPr>
        <w:t>1:40:00  view se is ka kya jawab ho sakta hai? yeh koi discovery to hai nahi, yeh to ek mufrada hai.</w:t>
      </w:r>
      <w:r>
        <w:br/>
      </w:r>
      <w:r>
        <w:rPr>
          <w:sz w:val="20"/>
        </w:rPr>
        <w:t>1:40:05  is pe kya irada de sakte hain hum? kuch logon ne farz kar rakha hai is ke liye</w:t>
      </w:r>
      <w:r>
        <w:br/>
      </w:r>
      <w:r>
        <w:rPr>
          <w:sz w:val="20"/>
        </w:rPr>
        <w:t>1:40:10  rocket uda rahe hain.</w:t>
      </w:r>
      <w:r>
        <w:br/>
      </w:r>
      <w:r>
        <w:rPr>
          <w:sz w:val="20"/>
        </w:rPr>
        <w:t>1:40:14  is ki koi haqeeqat, is ki kuch kuch bhi nahi hai.</w:t>
      </w:r>
      <w:r>
        <w:br/>
      </w:r>
      <w:r>
        <w:rPr>
          <w:sz w:val="20"/>
        </w:rPr>
        <w:t>1:40:19  is ki koi scientific haqeeqat nahi hai.</w:t>
      </w:r>
      <w:r>
        <w:br/>
      </w:r>
      <w:r>
        <w:rPr>
          <w:sz w:val="20"/>
        </w:rPr>
        <w:t>1:40:24  yeh mufrada hai, mufrada sirf.</w:t>
      </w:r>
    </w:p>
    <w:p>
      <w:pPr>
        <w:pStyle w:val="Heading2"/>
      </w:pPr>
      <w:r>
        <w:t>Managing Complaints by Focusing on Positives</w:t>
      </w:r>
    </w:p>
    <w:p>
      <w:r>
        <w:rPr>
          <w:color w:val="666666"/>
          <w:sz w:val="18"/>
        </w:rPr>
        <w:t>Life &amp; Wisdom · Peace of Mind June 29, 2014 · 1m 30s · at 1:19:59 · https://youtu.be/oVwRc_FcAGk?t=4799</w:t>
      </w:r>
    </w:p>
    <w:p>
      <w:r>
        <w:rPr>
          <w:i/>
        </w:rPr>
        <w:t>“In every situation, there are always both minus and plus points. If you focus on minus points, you have complaints. But if you focus on plus points, you are filled with gratefulness. This is my way of managing with complaints. Am I right?”</w:t>
      </w:r>
    </w:p>
    <w:p>
      <w:r>
        <w:rPr>
          <w:sz w:val="20"/>
        </w:rPr>
        <w:t>1:19:59  Maulana, agla comment aur sawal hai Dr. Fareeda Khanam ka Delhi se, aur unhon ne likha hai ke: "In every situation, there are always both minus and plus points.</w:t>
      </w:r>
      <w:r>
        <w:br/>
      </w:r>
      <w:r>
        <w:rPr>
          <w:sz w:val="20"/>
        </w:rPr>
        <w:t>1:20:13  If you focus on minus points, you have complaints. But if you focus on plus points, you are filled with gratefulness.</w:t>
      </w:r>
      <w:r>
        <w:br/>
      </w:r>
      <w:r>
        <w:rPr>
          <w:sz w:val="20"/>
        </w:rPr>
        <w:t>1:20:24  This is my way of managing with complaints. Am Iright</w:t>
      </w:r>
      <w:r>
        <w:br/>
      </w:r>
      <w:r>
        <w:rPr>
          <w:sz w:val="20"/>
        </w:rPr>
        <w:t>1:20:29  ?" bilkul, 100 fisad, 100 fisad sahi baat hai.</w:t>
      </w:r>
    </w:p>
    <w:p>
      <w:pPr>
        <w:pStyle w:val="Heading2"/>
      </w:pPr>
      <w:r>
        <w:t>Managing Inferiority Complex</w:t>
      </w:r>
    </w:p>
    <w:p>
      <w:r>
        <w:rPr>
          <w:color w:val="666666"/>
          <w:sz w:val="18"/>
        </w:rPr>
        <w:t>Life &amp; Wisdom · The Method of Planning August 14, 2016 · 1m 25s · at 48:11 · https://youtu.be/84WV8NS2VKQ?t=2891</w:t>
      </w:r>
    </w:p>
    <w:p>
      <w:r>
        <w:rPr>
          <w:i/>
        </w:rPr>
        <w:t>“I am suffering from inferiority complex and as a result I am never able to plan wisely. Kindly advise how I can manage my inferiority complex as I am always less confident and not able.”</w:t>
      </w:r>
    </w:p>
    <w:p>
      <w:r>
        <w:rPr>
          <w:sz w:val="20"/>
        </w:rPr>
        <w:t>48:11  maulana, agla sawal moradabad se hai farooq sahab ka, aur unhon ne likha hai: "maulana sahab, I</w:t>
      </w:r>
      <w:r>
        <w:br/>
      </w:r>
      <w:r>
        <w:rPr>
          <w:sz w:val="20"/>
        </w:rPr>
        <w:t>48:19  I am suffering from inferiority complex and as a result I am never able to plan wisely.</w:t>
      </w:r>
      <w:r>
        <w:br/>
      </w:r>
      <w:r>
        <w:rPr>
          <w:sz w:val="20"/>
        </w:rPr>
        <w:t>48:27  Kindly advise how I can manage my inferiority complex as I am always less confident and not able</w:t>
      </w:r>
      <w:r>
        <w:br/>
      </w:r>
      <w:r>
        <w:rPr>
          <w:sz w:val="20"/>
        </w:rPr>
        <w:t>48:35  to represent myself well in front of many other people." aap sirf yeh kijiye ke hamari char kitabein</w:t>
      </w:r>
      <w:r>
        <w:br/>
      </w:r>
      <w:r>
        <w:rPr>
          <w:sz w:val="20"/>
        </w:rPr>
        <w:t>48:43  parh dalen, aur aap dekhen ke jitni aap parh len ge, utni aap ki yeh khatm ho chuka ho ga.</w:t>
      </w:r>
      <w:r>
        <w:br/>
      </w:r>
      <w:r>
        <w:rPr>
          <w:sz w:val="20"/>
        </w:rPr>
        <w:t>48:50  raz-e-hayat, taameer-e-hayat, rehnumai-e-hayat, kitab-e-zindagi, yeh chaar kitaben parh dalen aap.</w:t>
      </w:r>
      <w:r>
        <w:br/>
      </w:r>
      <w:r>
        <w:rPr>
          <w:sz w:val="20"/>
        </w:rPr>
        <w:t>48:58  insha Allah, insha Allah, jitni aap khatm karen ge, usi din aap ka yeh weakness bhi khatm ho jaye ga.</w:t>
      </w:r>
      <w:r>
        <w:br/>
      </w:r>
      <w:r>
        <w:rPr>
          <w:sz w:val="20"/>
        </w:rPr>
        <w:t>49:06  agar aap English mein parhte hon to main ek kitab bataon ga: "Moral Vision".</w:t>
      </w:r>
      <w:r>
        <w:br/>
      </w:r>
      <w:r>
        <w:rPr>
          <w:sz w:val="20"/>
        </w:rPr>
        <w:t>49:14  agar aap ka mutaliq ki zaban English ho to sirf ek kitab parh lijye aap: "Moral Vision".</w:t>
      </w:r>
      <w:r>
        <w:br/>
      </w:r>
      <w:r>
        <w:rPr>
          <w:sz w:val="20"/>
        </w:rPr>
        <w:t>49:22  bas kafi hai bilkul, lekin ek bar mat parhiye, kai bar parhiye, kai bar parhiye, kyunke ek bar</w:t>
      </w:r>
      <w:r>
        <w:br/>
      </w:r>
      <w:r>
        <w:rPr>
          <w:sz w:val="20"/>
        </w:rPr>
        <w:t>49:29  parh kar aap is ki baton ko poori tarah se pakar nahi paen ge.</w:t>
      </w:r>
    </w:p>
    <w:p>
      <w:pPr>
        <w:pStyle w:val="Heading2"/>
      </w:pPr>
      <w:r>
        <w:t>Managing Stress and Maintaining Positive Thinking</w:t>
      </w:r>
    </w:p>
    <w:p>
      <w:r>
        <w:rPr>
          <w:color w:val="666666"/>
          <w:sz w:val="18"/>
        </w:rPr>
        <w:t>Life &amp; Wisdom · Religion and Democracy December 25, 2011 · 6m 23s · at 1:10:49 · https://youtu.be/8Mf_yvDA8ik?t=4249</w:t>
      </w:r>
    </w:p>
    <w:p>
      <w:r>
        <w:rPr>
          <w:i/>
        </w:rPr>
        <w:t>“In today's stressful times, please share your views on how we can all manage our stress levels, maintain a good work-life balance, and always maintain positive thinking.”</w:t>
      </w:r>
    </w:p>
    <w:p>
      <w:r>
        <w:rPr>
          <w:sz w:val="20"/>
        </w:rPr>
        <w:t>1:10:49  maulana, agla sawal aya hai mr. slish malhotra ka, singapore se. unhon ne likha hai: "in today's stressful times, please share your views on how we all can manage our stress levels and are able to maintain a good work life balance and always maintain positive thinking."</w:t>
      </w:r>
      <w:r>
        <w:br/>
      </w:r>
      <w:r>
        <w:rPr>
          <w:sz w:val="20"/>
        </w:rPr>
        <w:t>1:11:15  dekhein, jahan tak maine samjha hai, stress, stress kya hai? us ko us ki analysis kijiye.</w:t>
      </w:r>
      <w:r>
        <w:br/>
      </w:r>
      <w:r>
        <w:rPr>
          <w:sz w:val="20"/>
        </w:rPr>
        <w:t>1:11:25  stress mein jahan tak maine samjha hai, stress naam hai is baat ka ke aadmi</w:t>
      </w:r>
      <w:r>
        <w:br/>
      </w:r>
      <w:r>
        <w:rPr>
          <w:sz w:val="20"/>
        </w:rPr>
        <w:t>1:11:34  is se zyada paana chahe jo woh apni capacity ke aitbar se pa sakta hai.</w:t>
      </w:r>
      <w:r>
        <w:br/>
      </w:r>
      <w:r>
        <w:rPr>
          <w:sz w:val="20"/>
        </w:rPr>
        <w:t>1:11:42  agar aap apni capacity ko jaanein aur usi par aap aap ka determinant ho jaye to na koi tension hai, na koi stress hai.</w:t>
      </w:r>
      <w:r>
        <w:br/>
      </w:r>
      <w:r>
        <w:rPr>
          <w:sz w:val="20"/>
        </w:rPr>
        <w:t>1:11:50  phir har aadmi more and more par target banaye rehta hai. yeh more and more ka jo jo target hai, yahi wajah hai stress ke aur tension ki.</w:t>
      </w:r>
      <w:r>
        <w:br/>
      </w:r>
      <w:r>
        <w:rPr>
          <w:sz w:val="20"/>
        </w:rPr>
        <w:t>1:12:06  isi liye islam mein jo hal bataya gaya hai, woh hai qanaat. qanaat ka matlab hai contentment.</w:t>
      </w:r>
      <w:r>
        <w:br/>
      </w:r>
      <w:r>
        <w:rPr>
          <w:sz w:val="20"/>
        </w:rPr>
        <w:t>1:12:16  qad aflaha man roza ka kafafa wa kana Allah ma ata. to contentment jo hai, is ka matlab kya hai?</w:t>
      </w:r>
      <w:r>
        <w:br/>
      </w:r>
      <w:r>
        <w:rPr>
          <w:sz w:val="20"/>
        </w:rPr>
        <w:t>1:12:26  yaani qanaat ya contentment ka matlab kya hai? woh yeh matlab nahi kam par raazi hona, possible par raazi hona.</w:t>
      </w:r>
      <w:r>
        <w:br/>
      </w:r>
      <w:r>
        <w:rPr>
          <w:sz w:val="20"/>
        </w:rPr>
        <w:t>1:12:36  yeh matlab hai qanaat ka.</w:t>
      </w:r>
      <w:r>
        <w:br/>
      </w:r>
      <w:r>
        <w:rPr>
          <w:sz w:val="20"/>
        </w:rPr>
        <w:t>1:12:40  aadmi possible aur impossible mein farq kare, achievable aur non-achievable mein farq kare to har aadmi ko stress-free life mil jayegi, koi mushkil nahi.</w:t>
      </w:r>
      <w:r>
        <w:br/>
      </w:r>
      <w:r>
        <w:rPr>
          <w:sz w:val="20"/>
        </w:rPr>
        <w:t>1:12:55  dekhein, is dunya mein koi superpower bhi afford nahi kar sakta us ko ke woh apne apne taqat se aage chhalang lagaye to woh afford nahi kar sakta.</w:t>
      </w:r>
      <w:r>
        <w:br/>
      </w:r>
      <w:r>
        <w:rPr>
          <w:sz w:val="20"/>
        </w:rPr>
        <w:t>1:13:05  misal ke taur par, communist Russia ko dekhiye, woh daakhil ho gaya Afghanistan mein, fauj ne daakhil kar diya apni to us ke liye phir affordable nahi tha.</w:t>
      </w:r>
      <w:r>
        <w:br/>
      </w:r>
      <w:r>
        <w:rPr>
          <w:sz w:val="20"/>
        </w:rPr>
        <w:t>1:13:15  shikast kha kar wapas jana pada un ko. aise hi America jo hai, Iraq mein daakhil ho gaya, woh bhi bas affordable nahi tha, woh</w:t>
      </w:r>
      <w:r>
        <w:br/>
      </w:r>
      <w:r>
        <w:rPr>
          <w:sz w:val="20"/>
        </w:rPr>
        <w:t>1:13:24  aur wapas jana pada us ko das saal ke baad Vietnam se das saal wapas aana pada. to chahe ke individual ho, chahe koi superpower ho, woh us ko is baat ko jaanna chahiye, is had ko ke us kya cheez us ke liye yaani achievable hai ya achievable nahi.</w:t>
      </w:r>
      <w:r>
        <w:br/>
      </w:r>
      <w:r>
        <w:rPr>
          <w:sz w:val="20"/>
        </w:rPr>
        <w:t>1:13:48  jo</w:t>
      </w:r>
      <w:r>
        <w:br/>
      </w:r>
      <w:r>
        <w:rPr>
          <w:sz w:val="20"/>
        </w:rPr>
        <w:t>1:13:49  achievable na ho, us ko kabhi target na kare, woh kabhi na kare. jo achievable hai, us ko usi ko target kare. magar mushkil yeh hai ke na fard us ko yaani is par dhyan deta, na na bari bari hukumatain jo bhi dhyan de pati hain.</w:t>
      </w:r>
      <w:r>
        <w:br/>
      </w:r>
      <w:r>
        <w:rPr>
          <w:sz w:val="20"/>
        </w:rPr>
        <w:t>1:14:11  natija yeh hai ke sab pareshan hain. jis ko dekho, sab pareshan hain.</w:t>
      </w:r>
      <w:r>
        <w:br/>
      </w:r>
      <w:r>
        <w:rPr>
          <w:sz w:val="20"/>
        </w:rPr>
        <w:t>1:14:14  jo baray baray jo president aur prime minister hain, woh sleeping pill kha ke sote hain. isi liye ke woh har ek chhalang lagai hui hai, har ek jump ki hui hai more and more ki taraf.</w:t>
      </w:r>
      <w:r>
        <w:br/>
      </w:r>
      <w:r>
        <w:rPr>
          <w:sz w:val="20"/>
        </w:rPr>
        <w:t>1:14:32  to main sochta hoon ke is ke liye ek prize deni paray gi. woh yeh hai ke more and more ka jo concept hai, is ko khatam karna, is ko aur contentment par apne aap ko le aana.</w:t>
      </w:r>
      <w:r>
        <w:br/>
      </w:r>
      <w:r>
        <w:rPr>
          <w:sz w:val="20"/>
        </w:rPr>
        <w:t>1:14:42  koi doosra option nahi is ke liye, is ke siwa.</w:t>
      </w:r>
      <w:r>
        <w:br/>
      </w:r>
      <w:r>
        <w:rPr>
          <w:sz w:val="20"/>
        </w:rPr>
        <w:t>1:14:46  united states jo hai, super power banaya jata hai. dekhiye, first world war aur second world war ke darmiyan jo hai, bohat hi zyada peace tha america mein.</w:t>
      </w:r>
      <w:r>
        <w:br/>
      </w:r>
      <w:r>
        <w:rPr>
          <w:sz w:val="20"/>
        </w:rPr>
        <w:t>1:14:55  bohat khush thay log, kyunke is waqt kya nazariya tha un ka ke "da business of america is business" yeh tha un ka nazariya.</w:t>
      </w:r>
      <w:r>
        <w:br/>
      </w:r>
      <w:r>
        <w:rPr>
          <w:sz w:val="20"/>
        </w:rPr>
        <w:t>1:15:05  yani first world war aur second world war ke darmiyan jo tha, motto usa ka bas itna hi tha ke "da business of america is bus</w:t>
      </w:r>
      <w:r>
        <w:br/>
      </w:r>
      <w:r>
        <w:rPr>
          <w:sz w:val="20"/>
        </w:rPr>
        <w:t>1:15:14  ness". second world war ke baad badal gaya. woh unhon ne kaha ke hum leadership, world leadership un ka target bana liya. unhon ne tab se sare problem mein ghira hua hai america.</w:t>
      </w:r>
      <w:r>
        <w:br/>
      </w:r>
      <w:r>
        <w:rPr>
          <w:sz w:val="20"/>
        </w:rPr>
        <w:t>1:15:27  to woh is ke bas mein tha ke product tayyar karo aur dunya mein becho. to possible tha is ke liye, lekin sare dunya ko ke ooper woh leadership qaim karo, yeh to possible nahi tha.</w:t>
      </w:r>
      <w:r>
        <w:br/>
      </w:r>
      <w:r>
        <w:rPr>
          <w:sz w:val="20"/>
        </w:rPr>
        <w:t>1:15:41  to bas hoga is ka, is ki economy tabah ho gayi. har har har aitbar se nuqsan hua is ko. yeh individual ka muamla hai.</w:t>
      </w:r>
      <w:r>
        <w:br/>
      </w:r>
      <w:r>
        <w:rPr>
          <w:sz w:val="20"/>
        </w:rPr>
        <w:t>1:15:54  main Allah ke fazal se bilkul meri zindagi peaceful zindagi meri hai, kyunke meri koi zaroorat hi nahi. main to need se bhi kam par jeeta hoon, jo jo real need hai, us se bhi kam par jeene ki koshish karta hoon.</w:t>
      </w:r>
      <w:r>
        <w:br/>
      </w:r>
      <w:r>
        <w:rPr>
          <w:sz w:val="20"/>
        </w:rPr>
        <w:t>1:16:08  to mujhe sleep, yani sound sleep aati hai, masha Allah, aur koi mujhe pareshani nahi hai. to dekhiye, stress free life ke liye ek prize dena hai.</w:t>
      </w:r>
      <w:r>
        <w:br/>
      </w:r>
      <w:r>
        <w:rPr>
          <w:sz w:val="20"/>
        </w:rPr>
        <w:t>1:16:22  woh prize kya hai? more and more se apne ko bachana, contentment par apne ko razi karna. bas</w:t>
      </w:r>
      <w:r>
        <w:br/>
      </w:r>
      <w:r>
        <w:rPr>
          <w:sz w:val="20"/>
        </w:rPr>
        <w:t>1:16:34  aur koi hal kaha nahi.</w:t>
      </w:r>
      <w:r>
        <w:br/>
      </w:r>
      <w:r>
        <w:rPr>
          <w:sz w:val="20"/>
        </w:rPr>
        <w:t>1:16:37  married life ho, chahe company ki zindagi ho ya kahin bhi ho, har aadmi is cheez ko chahne lagta hai jo is ke liye pass achievable nahi hai. woh chahne lagta hai.</w:t>
      </w:r>
      <w:r>
        <w:br/>
      </w:r>
      <w:r>
        <w:rPr>
          <w:sz w:val="20"/>
        </w:rPr>
        <w:t>1:16:50  to aap is ko soch kar daryaft kijiye ke woh kon si cheez hai jo aap ke liye achievable hai aur kon si cheez hai jo aap ke liye achievable nahi hai, aur is par razi ho jaiye.</w:t>
      </w:r>
      <w:r>
        <w:br/>
      </w:r>
      <w:r>
        <w:rPr>
          <w:sz w:val="20"/>
        </w:rPr>
        <w:t>1:17:01  to bas is ke baad peace hi peace hai. mera tajurba to yahi hai.</w:t>
      </w:r>
      <w:r>
        <w:br/>
      </w:r>
      <w:r>
        <w:rPr>
          <w:sz w:val="20"/>
        </w:rPr>
        <w:t>1:17:07  mera mera jo experience hai, woh yahi hai.</w:t>
      </w:r>
    </w:p>
    <w:p>
      <w:pPr>
        <w:pStyle w:val="Heading2"/>
      </w:pPr>
      <w:r>
        <w:t>Managing emotions during controversy</w:t>
      </w:r>
    </w:p>
    <w:p>
      <w:r>
        <w:rPr>
          <w:color w:val="666666"/>
          <w:sz w:val="18"/>
        </w:rPr>
        <w:t>Life &amp; Wisdom · How to Manage Controversy 10 Nov 2019 - Maulana Wahiduddin Khan · 3m 44s · at 31:25 · https://youtu.be/UafTzJXHrSA?t=1885</w:t>
      </w:r>
    </w:p>
    <w:p>
      <w:r>
        <w:rPr>
          <w:i/>
        </w:rPr>
        <w:t>“How to manage one's emotions which run very high during a period of controversy? In such a situation, temper usually flares up and it is difficult to see reason. What is your advice?”</w:t>
      </w:r>
    </w:p>
    <w:p>
      <w:r>
        <w:rPr>
          <w:sz w:val="20"/>
        </w:rPr>
        <w:t>31:25  Maulana, ab sawal lena chahenge. Yeh sawal Lucknow se bheja hai Sanaullah Khan sahab ne. unhon ne likha hai: "Maulana, how to manage one's emotions which run very high during the period of controversy?</w:t>
      </w:r>
      <w:r>
        <w:br/>
      </w:r>
      <w:r>
        <w:rPr>
          <w:sz w:val="20"/>
        </w:rPr>
        <w:t>31:44  In such a situation, temper usually flares up and it is difficult to see reason. What</w:t>
      </w:r>
      <w:r>
        <w:br/>
      </w:r>
      <w:r>
        <w:rPr>
          <w:sz w:val="20"/>
        </w:rPr>
        <w:t>31:52  is your advice?"</w:t>
      </w:r>
      <w:r>
        <w:br/>
      </w:r>
      <w:r>
        <w:rPr>
          <w:sz w:val="20"/>
        </w:rPr>
        <w:t>31:56  Dekhiye.</w:t>
      </w:r>
      <w:r>
        <w:br/>
      </w:r>
      <w:r>
        <w:rPr>
          <w:sz w:val="20"/>
        </w:rPr>
        <w:t>32:05  Controversy ko ladaai banana ya controversy ko management banana, management ka usool, dono ek</w:t>
      </w:r>
      <w:r>
        <w:br/>
      </w:r>
      <w:r>
        <w:rPr>
          <w:sz w:val="20"/>
        </w:rPr>
        <w:t>32:22  second ki baatein hain. Yeh mera tajurba hai.</w:t>
      </w:r>
      <w:r>
        <w:br/>
      </w:r>
      <w:r>
        <w:rPr>
          <w:sz w:val="20"/>
        </w:rPr>
        <w:t>32:30  Maine apne ghusse ko is tarah se manage kiya hai ke jab ghussa bharkta hai to main foran chup ho jata hoon.</w:t>
      </w:r>
      <w:r>
        <w:br/>
      </w:r>
      <w:r>
        <w:rPr>
          <w:sz w:val="20"/>
        </w:rPr>
        <w:t>32:44  Poori tareekh mein maine apni apni tareekh mein aisa kiya hai ke ghussa aaya to main chup ho gaya. Chup honay ke maani kya hain?</w:t>
      </w:r>
      <w:r>
        <w:br/>
      </w:r>
      <w:r>
        <w:rPr>
          <w:sz w:val="20"/>
        </w:rPr>
        <w:t>32:56  Let your mind to manage the issue. Apne mind ko mauqa do.</w:t>
      </w:r>
      <w:r>
        <w:br/>
      </w:r>
      <w:r>
        <w:rPr>
          <w:sz w:val="20"/>
        </w:rPr>
        <w:t>33:07  Chup hona ek ek ek bohat bara tareeqa hai, method hai. Jaise hi aap chup hote hain, mind</w:t>
      </w:r>
      <w:r>
        <w:br/>
      </w:r>
      <w:r>
        <w:rPr>
          <w:sz w:val="20"/>
        </w:rPr>
        <w:t>33:23  mind work karne lagta hai.</w:t>
      </w:r>
      <w:r>
        <w:br/>
      </w:r>
      <w:r>
        <w:rPr>
          <w:sz w:val="20"/>
        </w:rPr>
        <w:t>33:27  Jab aap bol bol, jab ghussa aaya aur bol pade aap to aap ka ego bharkta hai. Lekin jab aap chup ho jayein to aap ka jo wisdom, wisdom amal karta hai.</w:t>
      </w:r>
      <w:r>
        <w:br/>
      </w:r>
      <w:r>
        <w:rPr>
          <w:sz w:val="20"/>
        </w:rPr>
        <w:t>33:48  ek ego, ek wisdom. to bohat aasan tareeqa hai ke jab bhi aap ko ghussa aaye to aap chup ho jaiye aur wisdom ko mauqa diye ke woh manage karey.</w:t>
      </w:r>
      <w:r>
        <w:br/>
      </w:r>
      <w:r>
        <w:rPr>
          <w:sz w:val="20"/>
        </w:rPr>
        <w:t>34:06  is ke bar aks agar aap bolenge, takrao ki baatein karenge to aap ka ego bhadkega aur woh sirf ego hamesha sirf yeh badhata hai, maslay ko badhata hai,</w:t>
      </w:r>
      <w:r>
        <w:br/>
      </w:r>
      <w:r>
        <w:rPr>
          <w:sz w:val="20"/>
        </w:rPr>
        <w:t>34:32  maslay ko hal nahi karta.</w:t>
      </w:r>
      <w:r>
        <w:br/>
      </w:r>
      <w:r>
        <w:rPr>
          <w:sz w:val="20"/>
        </w:rPr>
        <w:t>34:39  doctor naghma siddiqui ne dilli se likha hai: "today i understood the importance of managing controversies by taking a step b</w:t>
      </w:r>
      <w:r>
        <w:br/>
      </w:r>
      <w:r>
        <w:rPr>
          <w:sz w:val="20"/>
        </w:rPr>
        <w:t>34:49  ack. it is really an amazing principle of life given by prophet muhammad. we receive god's help then.</w:t>
      </w:r>
      <w:r>
        <w:br/>
      </w:r>
      <w:r>
        <w:rPr>
          <w:sz w:val="20"/>
        </w:rPr>
        <w:t>34:58  i will definitely follow this in my life." mahboob bhai ne mumbai se likha hai: "aage barhne ke liye peeche hatna ka formula hum ne aap se hi seekha hai, Maulana.</w:t>
      </w:r>
    </w:p>
    <w:p>
      <w:pPr>
        <w:pStyle w:val="Heading2"/>
      </w:pPr>
      <w:r>
        <w:t>Managing issues in married life</w:t>
      </w:r>
    </w:p>
    <w:p>
      <w:r>
        <w:rPr>
          <w:color w:val="666666"/>
          <w:sz w:val="18"/>
        </w:rPr>
        <w:t>Life &amp; Wisdom · How to Manage Controversy 10 Nov 2019 - Maulana Wahiduddin Khan · 46s · at 53:15 · https://youtu.be/UafTzJXHrSA?t=3195</w:t>
      </w:r>
    </w:p>
    <w:p>
      <w:r>
        <w:rPr>
          <w:i/>
        </w:rPr>
        <w:t>“Please explain managing issues and taking a step back from the aspects of married life.”</w:t>
      </w:r>
    </w:p>
    <w:p>
      <w:r>
        <w:rPr>
          <w:sz w:val="20"/>
        </w:rPr>
        <w:t>53:15  Maulana, Peshawar se Muhammad Tufail sahib ne sawal bheja hai. unhon ne aap se poocha hai: "Maulana sahib, please explain managing issues or taking a step back from the aspects of married life?" from the aspect of married life?</w:t>
      </w:r>
      <w:r>
        <w:br/>
      </w:r>
      <w:r>
        <w:rPr>
          <w:sz w:val="20"/>
        </w:rPr>
        <w:t>53:33  shadi? ji, yeh to bohat aasan hai. yeh to aap bohat likh chuke hain. aap parh lijiye hamari kitaben, bohat likh chuke hain ke married life ko kaise manage kiya jaye.</w:t>
      </w:r>
      <w:r>
        <w:br/>
      </w:r>
      <w:r>
        <w:rPr>
          <w:sz w:val="20"/>
        </w:rPr>
        <w:t>53:50  ji Maulana, is pe yeh batana chahenge ke aap ki kitab "Family Life" bhi maujood hai CPS website pe, to aap wahan se download kar sakte hain.</w:t>
      </w:r>
    </w:p>
    <w:p>
      <w:pPr>
        <w:pStyle w:val="Heading2"/>
      </w:pPr>
      <w:r>
        <w:t>Managing sensitivity and trivial upsets</w:t>
      </w:r>
    </w:p>
    <w:p>
      <w:r>
        <w:rPr>
          <w:color w:val="666666"/>
          <w:sz w:val="18"/>
        </w:rPr>
        <w:t>Life &amp; Wisdom · Realization of God September 15, 2013 · 1m 33s · at 1:13:15 · https://youtu.be/CNEEeM5uyi8?t=4395</w:t>
      </w:r>
    </w:p>
    <w:p>
      <w:r>
        <w:rPr>
          <w:i/>
        </w:rPr>
        <w:t>“I am by nature a very sensitive person and I often get upset in small trivial things. I want guidance from you as to how I can manage my sensitivity.”</w:t>
      </w:r>
    </w:p>
    <w:p>
      <w:r>
        <w:rPr>
          <w:sz w:val="20"/>
        </w:rPr>
        <w:t>1:13:15  Maulana, agla sawal Bangalore se hai, Vikram Sharma</w:t>
      </w:r>
      <w:r>
        <w:br/>
      </w:r>
      <w:r>
        <w:rPr>
          <w:sz w:val="20"/>
        </w:rPr>
        <w:t>1:13:19  ka. unhone aapse poocha hai: "Maulana sahib, i am by nature a very sensitive person and i often get upset in small small travel things.</w:t>
      </w:r>
      <w:r>
        <w:br/>
      </w:r>
      <w:r>
        <w:rPr>
          <w:sz w:val="20"/>
        </w:rPr>
        <w:t>1:13:31  i want guidance from you as to how i can manage my sensitivity." dekhein, koi birth se koi sensitive nahi hota, conditionings hota hai.</w:t>
      </w:r>
      <w:r>
        <w:br/>
      </w:r>
      <w:r>
        <w:rPr>
          <w:sz w:val="20"/>
        </w:rPr>
        <w:t>1:13:45  yaad rakhiye, Allah taala ne kisi ko bhi by birth yani galat nahi paida kar diya hai. by birth har aadmi sahi paida</w:t>
      </w:r>
      <w:r>
        <w:br/>
      </w:r>
      <w:r>
        <w:rPr>
          <w:sz w:val="20"/>
        </w:rPr>
        <w:t>1:13:56  hota hai, kal al fitr. lekin conditioning jo hai, yani aap jis ghar mein paida huin, jis mahaul mein rahin, us ne aap ko sensitive bana diya.</w:t>
      </w:r>
      <w:r>
        <w:br/>
      </w:r>
      <w:r>
        <w:rPr>
          <w:sz w:val="20"/>
        </w:rPr>
        <w:t>1:14:07  aur aaj kal to sab se bara jo masla hai, maa baap ki pampering. maa baap ki pampering se log sensitive ho jate hain. to by birth kuch bhi nahi hota.</w:t>
      </w:r>
      <w:r>
        <w:br/>
      </w:r>
      <w:r>
        <w:rPr>
          <w:sz w:val="20"/>
        </w:rPr>
        <w:t>1:14:17  apni conditioning ko todiye, is ko deconditioning kijiye, phir aap bilkul ek normal insaan ban jayenge.</w:t>
      </w:r>
      <w:r>
        <w:br/>
      </w:r>
      <w:r>
        <w:rPr>
          <w:sz w:val="20"/>
        </w:rPr>
        <w:t>1:14:25  main is ko nahi manta ke koi by birth koi aisa hota hai, balkeh ghar ke halaat, maa baap ki pampering, in cheezon se log aise ban jate hain.</w:t>
      </w:r>
      <w:r>
        <w:br/>
      </w:r>
      <w:r>
        <w:rPr>
          <w:sz w:val="20"/>
        </w:rPr>
        <w:t>1:14:36  yeh sab is ko isi ko kaha jata hai conditioning. to aap ko apni conditioning ko todna hai, apne aap ko decondition karna hai. is ke baad sab kuch theek ho jayega, sab kuch normal ho jayega.</w:t>
      </w:r>
    </w:p>
    <w:p>
      <w:pPr>
        <w:pStyle w:val="Heading2"/>
      </w:pPr>
      <w:r>
        <w:t>Managing stress and work-life balance</w:t>
      </w:r>
    </w:p>
    <w:p>
      <w:r>
        <w:rPr>
          <w:color w:val="666666"/>
          <w:sz w:val="18"/>
        </w:rPr>
        <w:t>Life &amp; Wisdom · Discovery of God (In Conversation with Maulana) December 25, 2011 · 6m 25s · at 9:47 · https://youtu.be/-1c1d7cFj0s?t=587</w:t>
      </w:r>
    </w:p>
    <w:p>
      <w:r>
        <w:rPr>
          <w:i/>
        </w:rPr>
        <w:t>“In today's stressful times, please share your views on how we all can manage our stress levels and be able to maintain a good work-life balance and always maintain positive thinking.”</w:t>
      </w:r>
    </w:p>
    <w:p>
      <w:r>
        <w:rPr>
          <w:sz w:val="20"/>
        </w:rPr>
        <w:t>9:47  maulana, agla sawal aaya hai mr suleash malhotra ka, singapore se. unhon ne likha hai: "in today stressfull times, please share your views on how we all can manage our stress levels and are able to maintain a good work life balance and always maintain positive thinking."</w:t>
      </w:r>
      <w:r>
        <w:br/>
      </w:r>
      <w:r>
        <w:rPr>
          <w:sz w:val="20"/>
        </w:rPr>
        <w:t>10:12  dekhein, jahan tak maine samjha hai, stress stress kya hai? us ko us ki analysis kijiye.</w:t>
      </w:r>
      <w:r>
        <w:br/>
      </w:r>
      <w:r>
        <w:rPr>
          <w:sz w:val="20"/>
        </w:rPr>
        <w:t>10:23  stress mein jahan tak maine samjha hai, stress naam hai is baat ka ke aadmi</w:t>
      </w:r>
      <w:r>
        <w:br/>
      </w:r>
      <w:r>
        <w:rPr>
          <w:sz w:val="20"/>
        </w:rPr>
        <w:t>10:31  is se zyada paana chahe jo woh apni capacity ke aitbaar se pa sakta hai. agar aap apni capacity ko jaanein aur usi par aap aap contentment ho jayein, to na koi tension hai, na koi stress hai.</w:t>
      </w:r>
      <w:r>
        <w:br/>
      </w:r>
      <w:r>
        <w:rPr>
          <w:sz w:val="20"/>
        </w:rPr>
        <w:t>10:48  lekin har aadmi more and more ka target banaya rehta hai. yeh more and more ka jo jo target hai, yahi wajah hai stress ki aur tension ki.</w:t>
      </w:r>
      <w:r>
        <w:br/>
      </w:r>
      <w:r>
        <w:rPr>
          <w:sz w:val="20"/>
        </w:rPr>
        <w:t>11:04  isi liye islam mein jo hal bataya gaya hai, woh hai qanaat. qanaat ka matlab hai contentment.</w:t>
      </w:r>
      <w:r>
        <w:br/>
      </w:r>
      <w:r>
        <w:rPr>
          <w:sz w:val="20"/>
        </w:rPr>
        <w:t>11:14  qadfun min rozay ka kafaaf wa kana Allah ma ata. to contentment jo hai, us ka matlab kya hai?</w:t>
      </w:r>
      <w:r>
        <w:br/>
      </w:r>
      <w:r>
        <w:rPr>
          <w:sz w:val="20"/>
        </w:rPr>
        <w:t>11:23  yaani qanaat ya contentment ka matlab kya hai? woh yeh matlab nahi kam par raazi hona, possible par raazi hona.</w:t>
      </w:r>
      <w:r>
        <w:br/>
      </w:r>
      <w:r>
        <w:rPr>
          <w:sz w:val="20"/>
        </w:rPr>
        <w:t>11:34  yeh matlab hai qanaat ka. aadmi possible aur impossible mein farq kare, achievable aur non achievable mein farq kare.</w:t>
      </w:r>
      <w:r>
        <w:br/>
      </w:r>
      <w:r>
        <w:rPr>
          <w:sz w:val="20"/>
        </w:rPr>
        <w:t>11:45  to har aadmi ko stress free life mil jayegi, koi mushkil nahi. dekhein, is duniya mein koi super power bhi afford nahi kar sakta is ko ke woh apne apne taqat se aage chhalang lagaye.</w:t>
      </w:r>
      <w:r>
        <w:br/>
      </w:r>
      <w:r>
        <w:rPr>
          <w:sz w:val="20"/>
        </w:rPr>
        <w:t>12:01  to woh afford nahi kar sakta. misaal ke taur par communist roos ko dekhiye, woh daakhil ho gaya afghanistan mein, fauj ne daakhil kar diya apni. to is ke liye phir affordable nahi tha, shikast kha kar wapas jaana pada un ko.</w:t>
      </w:r>
      <w:r>
        <w:br/>
      </w:r>
      <w:r>
        <w:rPr>
          <w:sz w:val="20"/>
        </w:rPr>
        <w:t>12:16  aise hi america jo hai, iraq mein daakhil ho gaya, woh bhi mein bataoon ke affordable nahi tha woh, aur wapas jaana pada is ko das saal ke baad vietnam se das saal wapas aana pada.</w:t>
      </w:r>
      <w:r>
        <w:br/>
      </w:r>
      <w:r>
        <w:rPr>
          <w:sz w:val="20"/>
        </w:rPr>
        <w:t>12:28  to chahe koi individual ho, chahe koi super power ho, woh is ko is baat ko jaanna chahiye, is had ko ke is kya cheez is ke liye yaani achievable hai, kya achievable nahi.</w:t>
      </w:r>
      <w:r>
        <w:br/>
      </w:r>
      <w:r>
        <w:rPr>
          <w:sz w:val="20"/>
        </w:rPr>
        <w:t>12:46  jo achievable na ho, us ko kabhi target na kare, woh kabhi na kare. jo achievable hai, us ko usi ko target kare. magar mushkil yeh hai ke na fard is ko yaani is par dhyan deta, na na bari bari hukoomatein jo bhi dhyan de paati hain.</w:t>
      </w:r>
      <w:r>
        <w:br/>
      </w:r>
      <w:r>
        <w:rPr>
          <w:sz w:val="20"/>
        </w:rPr>
        <w:t>13:09  natija yeh hai ke sab pareshan hain. jis ko dekho, sab pareshan hain. jo bare bare jo president aur prime minister hain, woh sleeping pe sleeping pe kha kar sote hain.</w:t>
      </w:r>
      <w:r>
        <w:br/>
      </w:r>
      <w:r>
        <w:rPr>
          <w:sz w:val="20"/>
        </w:rPr>
        <w:t>13:21  isi liye ke woh har ek chhalang lagai hui hai, har ek jump ki hui hai more and more ki taraf. to main sochta hoon ke is ke liye ek prize deni pare gi.</w:t>
      </w:r>
      <w:r>
        <w:br/>
      </w:r>
      <w:r>
        <w:rPr>
          <w:sz w:val="20"/>
        </w:rPr>
        <w:t>13:33  woh yeh hai ke more and more ka jo concept hai, is ko khatam karna, is ko aur contentment par apne aap ko le ana. koi doosra option nahi is ke liye, is ke siwa.</w:t>
      </w:r>
      <w:r>
        <w:br/>
      </w:r>
      <w:r>
        <w:rPr>
          <w:sz w:val="20"/>
        </w:rPr>
        <w:t>13:44  united states jo hai, super power banaya jata hai. dekhiye, first world war aur second world war ke darmiyan jo hai, bohat hi zyada peace tha america mein.</w:t>
      </w:r>
      <w:r>
        <w:br/>
      </w:r>
      <w:r>
        <w:rPr>
          <w:sz w:val="20"/>
        </w:rPr>
        <w:t>13:53  bohat khush thay log, kyunke us waqt kya nazariya tha un ka ke "da business of america is business". yeh tha un ka nazariya.</w:t>
      </w:r>
      <w:r>
        <w:br/>
      </w:r>
      <w:r>
        <w:rPr>
          <w:sz w:val="20"/>
        </w:rPr>
        <w:t>14:03  yani first world war aur second world war ke darmiyan jo tha, motto usa ka bas itna hi tha ke "da business of america is business".</w:t>
      </w:r>
      <w:r>
        <w:br/>
      </w:r>
      <w:r>
        <w:rPr>
          <w:sz w:val="20"/>
        </w:rPr>
        <w:t>14:12  second world war ke baad badal gaya. woh unhon ne kaha ke hum leadership, world leadership un ka target bana liya. unhon ne tab se sare problem mein ghira hua hai america.</w:t>
      </w:r>
      <w:r>
        <w:br/>
      </w:r>
      <w:r>
        <w:rPr>
          <w:sz w:val="20"/>
        </w:rPr>
        <w:t>14:25  to woh is ke bas mein tha ke product tayyar karo aur duniya mein becho. to possible tha is ke liye, lekin sari duniya ko ke upar woh leadership qaim karo, yeh to possible nahi tha.</w:t>
      </w:r>
      <w:r>
        <w:br/>
      </w:r>
      <w:r>
        <w:rPr>
          <w:sz w:val="20"/>
        </w:rPr>
        <w:t>14:39  to bas hoga, is ka is ki economy tabah ho gayi. har har har aitbar se nuqsan hua is ko. yeh individual ka muamla hai.</w:t>
      </w:r>
      <w:r>
        <w:br/>
      </w:r>
      <w:r>
        <w:rPr>
          <w:sz w:val="20"/>
        </w:rPr>
        <w:t>14:52  main Allah ke fazl se bilkul meri zindagi peaceful zindagi meri hai, kyunke meri koi zaroorat hi nahi. main to need se bhi kam par jeeta hoon, jo jo real need hai, us se bhi kam par jeene ki koshish karta hoon.</w:t>
      </w:r>
      <w:r>
        <w:br/>
      </w:r>
      <w:r>
        <w:rPr>
          <w:sz w:val="20"/>
        </w:rPr>
        <w:t>15:06  to mujhe sleep, yani sound sleep aati hai, mashallah, aur koi mujhe pareshani nahi hai. to dekhiye, stress free life ke liye ek prize dena hai.</w:t>
      </w:r>
      <w:r>
        <w:br/>
      </w:r>
      <w:r>
        <w:rPr>
          <w:sz w:val="20"/>
        </w:rPr>
        <w:t>15:22  woh prize kya hai? more and more se apne ko bachana, contentment par apne ko razi karna. bas,</w:t>
      </w:r>
      <w:r>
        <w:br/>
      </w:r>
      <w:r>
        <w:rPr>
          <w:sz w:val="20"/>
        </w:rPr>
        <w:t>15:34  aur koi hal hai ke nahi? married life ho, chahe company ki zindagi ho ya kahin bhi ho, har aadmi is cheez ko chahne lagta hai jo is ke liye achievable nahi hai.</w:t>
      </w:r>
      <w:r>
        <w:br/>
      </w:r>
      <w:r>
        <w:rPr>
          <w:sz w:val="20"/>
        </w:rPr>
        <w:t>15:47  woh chahne lagta hai. to aap is ko soch kar daryaft kijiye ke woh kaun si cheez hai jo aap ke liye achievable hai aur kaun si cheez hai jo aap ke liye achievable nahi hai, aur us par razi ho jaiye.</w:t>
      </w:r>
      <w:r>
        <w:br/>
      </w:r>
      <w:r>
        <w:rPr>
          <w:sz w:val="20"/>
        </w:rPr>
        <w:t>16:01  to bas, is ke baad peace hi peace hai. mera tajurba to yahi hai. mera mera jo experience hai, woh yahi hai.</w:t>
      </w:r>
    </w:p>
    <w:p>
      <w:pPr>
        <w:pStyle w:val="Heading2"/>
      </w:pPr>
      <w:r>
        <w:t>Managing stress from unmet expectations</w:t>
      </w:r>
    </w:p>
    <w:p>
      <w:r>
        <w:rPr>
          <w:color w:val="666666"/>
          <w:sz w:val="18"/>
        </w:rPr>
        <w:t>Life &amp; Wisdom · Islam &amp; Prophet of Islam 21 Oct, 2012 - Maulana Wahiduddin Khan · 2m 32s · at 1:18:45 · https://youtu.be/2hwtfOyNeS0?t=4725</w:t>
      </w:r>
    </w:p>
    <w:p>
      <w:r>
        <w:rPr>
          <w:i/>
        </w:rPr>
        <w:t>“This world is for test, we get less than ideal, but our nature wants ideal. This results in stress. How can we manage stress? Please guide us.”</w:t>
      </w:r>
    </w:p>
    <w:p>
      <w:r>
        <w:rPr>
          <w:sz w:val="20"/>
        </w:rPr>
        <w:t>1:18:45  maulana, agla sawal hai dilli se miss naghma siddiqui ka. unhon ne likha hai: "as this world is for test, we get less than ideal, but our nature wants ideal."</w:t>
      </w:r>
      <w:r>
        <w:br/>
      </w:r>
      <w:r>
        <w:rPr>
          <w:sz w:val="20"/>
        </w:rPr>
        <w:t>1:18:59  das results in stress. how can we manage stress? please guide us." dekhiye, maine jahan tak samjha apne tajrube se, woh yeh hai ke stress ya tension naam hai over expectation ka.</w:t>
      </w:r>
      <w:r>
        <w:br/>
      </w:r>
      <w:r>
        <w:rPr>
          <w:sz w:val="20"/>
        </w:rPr>
        <w:t>1:19:19  over expectation. chahe woh shohar biwi ki baat ho, chahe government ki baat ho.</w:t>
      </w:r>
      <w:r>
        <w:br/>
      </w:r>
      <w:r>
        <w:rPr>
          <w:sz w:val="20"/>
        </w:rPr>
        <w:t>1:19:28  jab shadi hoti hai aur husband wife ekatha hote hain ek ghar mein, to dono ek doosre se over expect karne lagte hain.</w:t>
      </w:r>
      <w:r>
        <w:br/>
      </w:r>
      <w:r>
        <w:rPr>
          <w:sz w:val="20"/>
        </w:rPr>
        <w:t>1:19:38  wahin se shikayat paida ho jati hai. yaani husband chahta hai jo us se zyada chahta hai, jo jo chahta hai woh us se zyada hota hai jo biwi de sakti hai us ko.</w:t>
      </w:r>
      <w:r>
        <w:br/>
      </w:r>
      <w:r>
        <w:rPr>
          <w:sz w:val="20"/>
        </w:rPr>
        <w:t>1:19:49  biwi jo chahti hai woh us se zyada hota hai jo shohar us ko de sakta hai. to married life mein jitne bhi conflict hain, woh paida hote hain over expectation ki wajah se.</w:t>
      </w:r>
      <w:r>
        <w:br/>
      </w:r>
      <w:r>
        <w:rPr>
          <w:sz w:val="20"/>
        </w:rPr>
        <w:t>1:19:59  aisi mamla government ka hai. government se sab log shikayat karte hain, aap jante hain. jis ko dekhein, woh government ki shikayat hi bole ga. kyun?</w:t>
      </w:r>
      <w:r>
        <w:br/>
      </w:r>
      <w:r>
        <w:rPr>
          <w:sz w:val="20"/>
        </w:rPr>
        <w:t>1:20:09  woh over expect kar raha hai. to over expectation jo hai, woh kabhi bhi aap ko shikayat se khali nahi kar sakta.</w:t>
      </w:r>
      <w:r>
        <w:br/>
      </w:r>
      <w:r>
        <w:rPr>
          <w:sz w:val="20"/>
        </w:rPr>
        <w:t>1:20:18  to sahi tareeqa kya hai? ke aap realist banen. realist. aap yeh janen ke kaun kya kuch de sakta hai aap ko. balkeh mera tareeqa to yeh hai ke main kisi se expect hi nahi karta.</w:t>
      </w:r>
      <w:r>
        <w:br/>
      </w:r>
      <w:r>
        <w:rPr>
          <w:sz w:val="20"/>
        </w:rPr>
        <w:t>1:20:30  jo us ne de diya to bara acha. hamare gaon mein, jahan UP ka rehne wala hoon main, to bachpan mein mujhe yaad aata hai ke ek ek faqeer aata aata tha.</w:t>
      </w:r>
      <w:r>
        <w:br/>
      </w:r>
      <w:r>
        <w:rPr>
          <w:sz w:val="20"/>
        </w:rPr>
        <w:t>1:20:39  ek faqeer. boodha faqeer tha. to woh awaz lagata tha ke jo de us ka hi bhala, jo na de us ka hi bhala.</w:t>
      </w:r>
      <w:r>
        <w:br/>
      </w:r>
      <w:r>
        <w:rPr>
          <w:sz w:val="20"/>
        </w:rPr>
        <w:t>1:20:51  jo de us ka bhi bhala, jo na de us ka bhi bhala. best formula yeh hai. best formula hai. doosron se jo kuch mil gaya aap ko, bohat acha.</w:t>
      </w:r>
      <w:r>
        <w:br/>
      </w:r>
      <w:r>
        <w:rPr>
          <w:sz w:val="20"/>
        </w:rPr>
        <w:t>1:21:01  nahi mila tab bhi acha. doosron se agar mil gaya kuch to tab bhi acha hai. nahi mila tab bhi acha hai. yahi wahid cheez hai jis se aap stress free reh sakte hain.</w:t>
      </w:r>
      <w:r>
        <w:br/>
      </w:r>
      <w:r>
        <w:rPr>
          <w:sz w:val="20"/>
        </w:rPr>
        <w:t>1:21:12  aur koi doosra formula nahi.</w:t>
      </w:r>
    </w:p>
    <w:p>
      <w:pPr>
        <w:pStyle w:val="Heading2"/>
      </w:pPr>
      <w:r>
        <w:t>Material vs spiritual interpretation of world</w:t>
      </w:r>
    </w:p>
    <w:p>
      <w:r>
        <w:rPr>
          <w:color w:val="666666"/>
          <w:sz w:val="18"/>
        </w:rPr>
        <w:t>Life &amp; Wisdom · The Purpose of Life | April 30, 2017 · 1m 32s · at 29:51 · https://youtu.be/ue3I3uQEYb8?t=1791</w:t>
      </w:r>
    </w:p>
    <w:p>
      <w:r>
        <w:rPr>
          <w:i/>
        </w:rPr>
        <w:t>“How to differentiate between the material interpretation of the world and the spiritual interpretation? And what is our possible role according to that? Please clarify.”</w:t>
      </w:r>
    </w:p>
    <w:p>
      <w:r>
        <w:rPr>
          <w:sz w:val="20"/>
        </w:rPr>
        <w:t>29:51  to deviation se bachaiye aur sab kuch aap ko milta rahega. Maulana agla sawal Chennai se bheja hai Maulana Iqbal Umri ne unhone likha hai Maulana dunya ki madi taabeer aur maanvi taabeer mein farq kaise karein aur is ke mutabiq hamara kya role mumkin hai is ko wazeh karein. Dekhein</w:t>
      </w:r>
      <w:r>
        <w:br/>
      </w:r>
      <w:r>
        <w:rPr>
          <w:sz w:val="20"/>
        </w:rPr>
        <w:t>30:21  duniya ki sahi taabeer woh hai jo akhirat oriented ho.</w:t>
      </w:r>
      <w:r>
        <w:br/>
      </w:r>
      <w:r>
        <w:rPr>
          <w:sz w:val="20"/>
        </w:rPr>
        <w:t>30:31  aur dunya ki ghalat ta'beer woh hai jo dunya oriented ho.</w:t>
      </w:r>
      <w:r>
        <w:br/>
      </w:r>
      <w:r>
        <w:rPr>
          <w:sz w:val="20"/>
        </w:rPr>
        <w:t>30:42  misla aap agar yeh nishana banayein ke dunya mein muslim empowerment aap ka nishana hai.</w:t>
      </w:r>
      <w:r>
        <w:br/>
      </w:r>
      <w:r>
        <w:rPr>
          <w:sz w:val="20"/>
        </w:rPr>
        <w:t>30:52  dunya mein hukoomat kaam karna aap ka nishana hai.</w:t>
      </w:r>
      <w:r>
        <w:br/>
      </w:r>
      <w:r>
        <w:rPr>
          <w:sz w:val="20"/>
        </w:rPr>
        <w:t>30:58  dunya mein justice kaam karna aap ka nishana hai yeh sab duniyavi nishane hain.</w:t>
      </w:r>
      <w:r>
        <w:br/>
      </w:r>
      <w:r>
        <w:rPr>
          <w:sz w:val="20"/>
        </w:rPr>
        <w:t>31:04  lekin agar aap ka nishana akhirat ho to woh sahi sahi nishana hai yani dunya se jo cheez</w:t>
      </w:r>
      <w:r>
        <w:br/>
      </w:r>
      <w:r>
        <w:rPr>
          <w:sz w:val="20"/>
        </w:rPr>
        <w:t>31:11  lena hai aap ko woh khud dunya nahi hai dunya se lena hai akhirat.</w:t>
      </w:r>
      <w:r>
        <w:br/>
      </w:r>
      <w:r>
        <w:rPr>
          <w:sz w:val="20"/>
        </w:rPr>
        <w:t>31:17  yeh to bohat wazeh hai quran o hadees mein</w:t>
      </w:r>
    </w:p>
    <w:p>
      <w:pPr>
        <w:pStyle w:val="Heading2"/>
      </w:pPr>
      <w:r>
        <w:t>Maulana's emphasis on positive thinking</w:t>
      </w:r>
    </w:p>
    <w:p>
      <w:r>
        <w:rPr>
          <w:color w:val="666666"/>
          <w:sz w:val="18"/>
        </w:rPr>
        <w:t>Life &amp; Wisdom · The Divine Purpose Behind Human Creation October 6, 2024 · 17m 25s · at 58:21 · https://youtu.be/VepgdrN7M2A?t=3501</w:t>
      </w:r>
    </w:p>
    <w:p>
      <w:r>
        <w:rPr>
          <w:i/>
        </w:rPr>
        <w:t>“Maulana always used to talk about positive thinking.”</w:t>
      </w:r>
    </w:p>
    <w:p>
      <w:r>
        <w:rPr>
          <w:sz w:val="20"/>
        </w:rPr>
        <w:t>58:21  and this is what Quran also says in chapter 50. apa, main kuch do comments lena chahunga agla sawal lenay se pehlay. yeh comment bheja hai miss farida kamran ne Pakistan se, unhon ne likha hai: "jazak Allah, beautifully narrated and useful session." ah</w:t>
      </w:r>
      <w:r>
        <w:br/>
      </w:r>
      <w:r>
        <w:rPr>
          <w:sz w:val="20"/>
        </w:rPr>
        <w:t>58:40  , Maulana Iqbal Umri ne Chennai se likha hai: "masha Allah, aaj ka topic ne phir se Maulana ke mission ko achhay tareeqay se yaad dilaya." apa ne bohat achhi tafseel se aaj baat batai.</w:t>
      </w:r>
      <w:r>
        <w:br/>
      </w:r>
      <w:r>
        <w:rPr>
          <w:sz w:val="20"/>
        </w:rPr>
        <w:t>58:54  jazak Allah khaira, apa. apa, Rohit Kumar ji ne Amritsar se aik sawal kiya hai, unhon ne likha hai ke Maulana hamesha positive thinking ko le kar baat kartay thay.</w:t>
      </w:r>
      <w:r>
        <w:br/>
      </w:r>
      <w:r>
        <w:rPr>
          <w:sz w:val="20"/>
        </w:rPr>
        <w:t>59:05  ah, lekin kya aisa hai ke kuch negative thinking ah sahi bhi hoti hai? jaisay unhon ne example diya ke agar aap koi aik naya kaam shuru karnay ke liye aap sochen to aik taraf ah aap positive hotay hain kyunkay aap aik naya kaam shuru karnay ja rahay hain, lekin doosri taraf aap ke mind mein yeh bhi khayal aata hai ke shayad aap nakamiyab ho jayen.</w:t>
      </w:r>
      <w:r>
        <w:br/>
      </w:r>
      <w:r>
        <w:rPr>
          <w:sz w:val="20"/>
        </w:rPr>
        <w:t>59:29  to yeh ek negative thaat hai.</w:t>
      </w:r>
      <w:r>
        <w:br/>
      </w:r>
      <w:r>
        <w:rPr>
          <w:sz w:val="20"/>
        </w:rPr>
        <w:t>59:31  to isi liye woh pooch rahe hain ke kya yeh thought ah is the is are these thoughts okay? ah, that in one hand you are positive about starting a new work, but in the other hand you are worried ke shayad aap nakamyab rahen.</w:t>
      </w:r>
      <w:r>
        <w:br/>
      </w:r>
      <w:r>
        <w:rPr>
          <w:sz w:val="20"/>
        </w:rPr>
        <w:t>59:46  to is ke baray mein ah woh aap ki aap ka advice chah rah</w:t>
      </w:r>
      <w:r>
        <w:br/>
      </w:r>
      <w:r>
        <w:rPr>
          <w:sz w:val="20"/>
        </w:rPr>
        <w:t>59:50  e hain. maine is ko negative nahi kahunga. yeh negativity to woh hai jab hum kisi ke khilaf, kisi ke khilaf koi galat baat sochen, woh negativity hoti hai.</w:t>
      </w:r>
      <w:r>
        <w:br/>
      </w:r>
      <w:r>
        <w:rPr>
          <w:sz w:val="20"/>
        </w:rPr>
        <w:t>1:00:02  ab aap koi bhi bara kaam karne ja rahe hain to yeh to sochen ge ke is ka nateeja kya nikle ga. yeh to bilkul natural hai, nateeja kya nikle ga?</w:t>
      </w:r>
      <w:r>
        <w:br/>
      </w:r>
      <w:r>
        <w:rPr>
          <w:sz w:val="20"/>
        </w:rPr>
        <w:t>1:00:11  ab bas ek baat yeh bhi hai ke jo log risk lete hain, kai baar un ko nuqsan hota hai, lekin agar risk nahi len to koi bara kaam kar bhi nahi sakte.</w:t>
      </w:r>
      <w:r>
        <w:br/>
      </w:r>
      <w:r>
        <w:rPr>
          <w:sz w:val="20"/>
        </w:rPr>
        <w:t>1:00:21  bilkul ji ji kehte hain, woh ek misal hai na ke jahaz jo hain, woh kya hai, woh harbor harbor mein rehne ke liye nahi banaye gaye hain.</w:t>
      </w:r>
      <w:r>
        <w:br/>
      </w:r>
      <w:r>
        <w:rPr>
          <w:sz w:val="20"/>
        </w:rPr>
        <w:t>1:00:32  ji yaad hai aap ko? haan, kuch achi si misal hai. ji bilkul baat samajh aa rahi hai jo aap bata rahe hain. to agar jahaz jaye ga jab samandar mein to kabhi toofan bhi aaye</w:t>
      </w:r>
      <w:r>
        <w:br/>
      </w:r>
      <w:r>
        <w:rPr>
          <w:sz w:val="20"/>
        </w:rPr>
        <w:t>1:00:41  ga. ji ji is ka matlab yeh nahi ke harbor mein woh khara rahe. ji to thora to yeh sab tajurba, in cheezon ko tajurbaat, tajurba samjha karien.</w:t>
      </w:r>
      <w:r>
        <w:br/>
      </w:r>
      <w:r>
        <w:rPr>
          <w:sz w:val="20"/>
        </w:rPr>
        <w:t>1:00:50  bilkul ek koi bohat bari company thi, naam yaad nahi aa raha hai, to us mein ek aadmi manager rakha gaya. to us ne koi risk liya aur bohat us mein bhari nuqsan ho gaya.</w:t>
      </w:r>
      <w:r>
        <w:br/>
      </w:r>
      <w:r>
        <w:rPr>
          <w:sz w:val="20"/>
        </w:rPr>
        <w:t>1:01:01  hmm ab woh bohat dar raha tha ke is ka malik jo hai, woh bohat ghusa hoga. to malik kuch bhi nahi ghusa hua, malik aur khush hua ke tum ne itna bara risk liya.</w:t>
      </w:r>
      <w:r>
        <w:br/>
      </w:r>
      <w:r>
        <w:rPr>
          <w:sz w:val="20"/>
        </w:rPr>
        <w:t>1:01:11  kyun ke har bara kaam ke liye risk lena hi parta hai, lekin bohat achay se</w:t>
      </w:r>
      <w:r>
        <w:br/>
      </w:r>
      <w:r>
        <w:rPr>
          <w:sz w:val="20"/>
        </w:rPr>
        <w:t>1:01:16  soch ke kaam karna chahiye. mashware, mashwara bhi zaroor karna chahiye. aur apa, loss ke bhi na do pehlu hote hain. ek to loss at itself aur doosri cheez yahi jo aap ne kaha ke learning from that loss.</w:t>
      </w:r>
      <w:r>
        <w:br/>
      </w:r>
      <w:r>
        <w:rPr>
          <w:sz w:val="20"/>
        </w:rPr>
        <w:t>1:01:29  matlab aap ko kya experience milta hai is loss se?</w:t>
      </w:r>
      <w:r>
        <w:br/>
      </w:r>
      <w:r>
        <w:rPr>
          <w:sz w:val="20"/>
        </w:rPr>
        <w:t>1:01:33  and aksar yeh bhi hai ke when you lose something or you suffer something negative, then you turn towards God for its compensation.</w:t>
      </w:r>
      <w:r>
        <w:br/>
      </w:r>
      <w:r>
        <w:rPr>
          <w:sz w:val="20"/>
        </w:rPr>
        <w:t>1:01:42  and who can be a better compensator then God himself, because woh minus ko plus kar sakte hain. to har loss mein mayoos nahi hona hai, har loss se ek experience lena hai, jaise aap ne kaha, ek learning leni hai.</w:t>
      </w:r>
      <w:r>
        <w:br/>
      </w:r>
      <w:r>
        <w:rPr>
          <w:sz w:val="20"/>
        </w:rPr>
        <w:t>1:01:54  and then turning towards God for the right direction, for the right adv</w:t>
      </w:r>
      <w:r>
        <w:br/>
      </w:r>
      <w:r>
        <w:rPr>
          <w:sz w:val="20"/>
        </w:rPr>
        <w:t>1:01:58  voice. Acha woh shayad aisa hai ke ships are safe in the harbour, but they are not made</w:t>
      </w:r>
      <w:r>
        <w:br/>
      </w:r>
      <w:r>
        <w:rPr>
          <w:sz w:val="20"/>
        </w:rPr>
        <w:t>1:02:04  for that purpose.</w:t>
      </w:r>
      <w:r>
        <w:br/>
      </w:r>
      <w:r>
        <w:rPr>
          <w:sz w:val="20"/>
        </w:rPr>
        <w:t>1:02:39  cheez to Quran o Hadees ke mutabiq wohi hai. Surah Al-Rad mein aaya hai, chapter 13, verse 28: "Suno, Allah ki yaad hi se dilo ko itminan hasil hota hai." ji peace to dekhiye,</w:t>
      </w:r>
      <w:r>
        <w:br/>
      </w:r>
      <w:r>
        <w:rPr>
          <w:sz w:val="20"/>
        </w:rPr>
        <w:t>1:02:57  Allah se jurrne mein hi peace hai,</w:t>
      </w:r>
      <w:r>
        <w:br/>
      </w:r>
      <w:r>
        <w:rPr>
          <w:sz w:val="20"/>
        </w:rPr>
        <w:t>1:03:00  warna peace to hai nahi. kyun ke insaan itna zyada is ki khwahishat hain, itni zyada khwahishat hain ke woh khwahishat kabhi poori hoti nahi hain.</w:t>
      </w:r>
      <w:r>
        <w:br/>
      </w:r>
      <w:r>
        <w:rPr>
          <w:sz w:val="20"/>
        </w:rPr>
        <w:t>1:03:10  ji to peace kahan se mile ga? hmm jab tak hum yeh na samajh lein ke yeh khwahishat is dunya mein poori hone ke liye nahi hain, balke yeh khwahishat is liye hain ke hum janen.</w:t>
      </w:r>
      <w:r>
        <w:br/>
      </w:r>
      <w:r>
        <w:rPr>
          <w:sz w:val="20"/>
        </w:rPr>
        <w:t>1:03:22  agar khwahishat soch lijiye, aap ko hamare andar khwahish na hoti to hamare andar jannat ki bhi khwahish na hoti.</w:t>
      </w:r>
      <w:r>
        <w:br/>
      </w:r>
      <w:r>
        <w:rPr>
          <w:sz w:val="20"/>
        </w:rPr>
        <w:t>1:03:28  to hum jannat ke liye koshish karen aur yeh janen ke yeh khwahishat jannat mein poori hongi. to is liye yeh khwahishat hain. ji to hum is ka, is is ka jo hai, sahi rukh se woh dekhna shuru kar dein.</w:t>
      </w:r>
      <w:r>
        <w:br/>
      </w:r>
      <w:r>
        <w:rPr>
          <w:sz w:val="20"/>
        </w:rPr>
        <w:t>1:03:44  life ki, life ko sahi rukh se dekhen. ji yeh galat rukh se dekhne</w:t>
      </w:r>
      <w:r>
        <w:br/>
      </w:r>
      <w:r>
        <w:rPr>
          <w:sz w:val="20"/>
        </w:rPr>
        <w:t>1:03:49  ke liye yeh hai. woh samajhte hain ke isi dunya mein ideal milega aur wohi kiya, poori history, human history mein logon ne yahi samjha ke isi dunya mein ideal milna chahiye.</w:t>
      </w:r>
      <w:r>
        <w:br/>
      </w:r>
      <w:r>
        <w:rPr>
          <w:sz w:val="20"/>
        </w:rPr>
        <w:t>1:04:01  toh ideal ki talash mein bohat kaam hue, tamam philosophers kaam karte rahe ideal ki talash mein. aik aik aik philosopher hai abdul karim al jili.</w:t>
      </w:r>
      <w:r>
        <w:br/>
      </w:r>
      <w:r>
        <w:rPr>
          <w:sz w:val="20"/>
        </w:rPr>
        <w:t>1:04:11  hmm toh is ki aik poora poori theory is ne develop kiya, insan-e-kamil ki. hmm</w:t>
      </w:r>
      <w:r>
        <w:br/>
      </w:r>
      <w:r>
        <w:rPr>
          <w:sz w:val="20"/>
        </w:rPr>
        <w:t>1:04:18  ke woh ideal man, ideal state, ideal society, ideal family, yeh aaj se thori ke woh chala aa raha hai, chala aa raha hai.</w:t>
      </w:r>
      <w:r>
        <w:br/>
      </w:r>
      <w:r>
        <w:rPr>
          <w:sz w:val="20"/>
        </w:rPr>
        <w:t>1:04:28  kyunke woh jo hamare andar ideal basa hua hai, woh jannat ka ideal hai. lekin ab log itna jante nahi, itna samajhte nahi hain. ab sikandar azam ki misaal lijiye, us ne socha tha sari dunya fateh kar ke aik ideal political social system banayenge.</w:t>
      </w:r>
      <w:r>
        <w:br/>
      </w:r>
      <w:r>
        <w:rPr>
          <w:sz w:val="20"/>
        </w:rPr>
        <w:t>1:04:46  ji kahan kar</w:t>
      </w:r>
      <w:r>
        <w:br/>
      </w:r>
      <w:r>
        <w:rPr>
          <w:sz w:val="20"/>
        </w:rPr>
        <w:t>1:04:47  saka? hmm toh woh toh bohat bahadur insan tha, bohat bashalahiyat insan tha, woh nahi kar saka. toh aik bohat dilchasp aik qissa hai charlie chaplin ka.</w:t>
      </w:r>
      <w:r>
        <w:br/>
      </w:r>
      <w:r>
        <w:rPr>
          <w:sz w:val="20"/>
        </w:rPr>
        <w:t>1:04:57  ji toh charlie chaplin toh bohat hi mashhoor comedian tha, log us ko dekh dekh ke bohat khush hote the us ke shows ko. toh aik din woh aik psychiatrist ke paas gaya, us se kaha ke "I live in constant tension." toh</w:t>
      </w:r>
      <w:r>
        <w:br/>
      </w:r>
      <w:r>
        <w:rPr>
          <w:sz w:val="20"/>
        </w:rPr>
        <w:t>1:05:14  psychiatrist ne kaha "You should watch the shows of Charlie Chaplin." toh us ne kaha "But I am Charlie Chaplin." ji toh woh aadmi jo kaam comedy kar raha hai, logon ko hasa raha hai, woh bhi khush nahi hai.</w:t>
      </w:r>
      <w:r>
        <w:br/>
      </w:r>
      <w:r>
        <w:rPr>
          <w:sz w:val="20"/>
        </w:rPr>
        <w:t>1:05:29  kyunke insan jannat ke ilawa aur Khuda se mulaqat ke ilawa kisi cheez se khush reh nahi sakta.</w:t>
      </w:r>
      <w:r>
        <w:br/>
      </w:r>
      <w:r>
        <w:rPr>
          <w:sz w:val="20"/>
        </w:rPr>
        <w:t>1:05:39  dunya ki cheezon se woh khush nahi reh</w:t>
      </w:r>
      <w:r>
        <w:br/>
      </w:r>
      <w:r>
        <w:rPr>
          <w:sz w:val="20"/>
        </w:rPr>
        <w:t>1:05:41  sakta. woh sirf aarzii koi cheez aap ke paas aayi hai, koi cheez aap ke paas nahi aayi jis ko aap bohat chahte the.</w:t>
      </w:r>
      <w:r>
        <w:br/>
      </w:r>
      <w:r>
        <w:rPr>
          <w:sz w:val="20"/>
        </w:rPr>
        <w:t>1:05:50  woh thore lamhon mein bhi aap ko lagne lagta hai ke ab is se dilchaspi aap ko nahi rahi. ji isi liye jo bare bare log hain, hero heroine, paise wale, woh ghar badalte rehte hain, gariyan badalte rehte hain ke woh bohat jald un ko bore ho jate hain.</w:t>
      </w:r>
      <w:r>
        <w:br/>
      </w:r>
      <w:r>
        <w:rPr>
          <w:sz w:val="20"/>
        </w:rPr>
        <w:t>1:06:05  ji toh is dunya mein boredom hai, aap ko kuch bhi mil jaye, aap bore ho jayenge.</w:t>
      </w:r>
      <w:r>
        <w:br/>
      </w:r>
      <w:r>
        <w:rPr>
          <w:sz w:val="20"/>
        </w:rPr>
        <w:t>1:06:11  toh is ka aik aur woh hai ke "I Charlie Chaplin ka I love walking in the rain because no one can see me cry." toh aik baar Maulana ne bohat sare bare bare logon ko encyclopedia mein nikala tha, 402 top ke logon ko.</w:t>
      </w:r>
      <w:r>
        <w:br/>
      </w:r>
      <w:r>
        <w:rPr>
          <w:sz w:val="20"/>
        </w:rPr>
        <w:t>1:06:30  ji toh is mein Alexander, Napoleon, Hitler, Button, Roosevelt waghera, Mother Teresa sab disappear mein mar</w:t>
      </w:r>
      <w:r>
        <w:br/>
      </w:r>
      <w:r>
        <w:rPr>
          <w:sz w:val="20"/>
        </w:rPr>
        <w:t>1:06:38  e. halanke jo hum achieve karna chahte hain, hum toh woh nahi achieve kar sake. in logon ne toh bohat kuch achieve kiya. ji lekin woh is dunya mein asal mein hai hi nahi.</w:t>
      </w:r>
      <w:r>
        <w:br/>
      </w:r>
      <w:r>
        <w:rPr>
          <w:sz w:val="20"/>
        </w:rPr>
        <w:t>1:06:51  woh fulfillment is dunya mein hai hi nahi, toh milega kahan se? is dunya mein toh bas hamari duties hain, duties hain. Maulana kehte the ke aap ko rights jo hain na, woh sab akhirat mein milenge.</w:t>
      </w:r>
      <w:r>
        <w:br/>
      </w:r>
      <w:r>
        <w:rPr>
          <w:sz w:val="20"/>
        </w:rPr>
        <w:t>1:07:03  is dunya mein sirf duties hain. ji</w:t>
      </w:r>
      <w:r>
        <w:br/>
      </w:r>
      <w:r>
        <w:rPr>
          <w:sz w:val="20"/>
        </w:rPr>
        <w:t>1:07:07  ab Albert Einstein ko le lijiye, most famous scientist in the world. ab Israel jab bana toh logon ne chaha ke isi ko Israel ka pehla president banaye, lekin Nobel Prize bhi us ko mila tha.</w:t>
      </w:r>
      <w:r>
        <w:br/>
      </w:r>
      <w:r>
        <w:rPr>
          <w:sz w:val="20"/>
        </w:rPr>
        <w:t>1:07:21  lekin us ne bilkul inkar kar diya. aur aakhri zamane mein us ne kaha ke "He died at the age of 76." us ne kaha ke "I am alone, I feel like a stranger in the world.</w:t>
      </w:r>
      <w:r>
        <w:br/>
      </w:r>
      <w:r>
        <w:rPr>
          <w:sz w:val="20"/>
        </w:rPr>
        <w:t>1:07:35  " itna qabil aadmi. hmm toh woh bhi aik stranger ki nafsiyat ke sath mara. ji toh asal mein hamein ideology of life ko discover karna hai,</w:t>
      </w:r>
      <w:r>
        <w:br/>
      </w:r>
      <w:r>
        <w:rPr>
          <w:sz w:val="20"/>
        </w:rPr>
        <w:t>1:07:48  na ke ideology of atom se hamein sukoon nahi milega. yeh toh sab dunya mein chunke Khuda ne potential rakha hai, us ko discover kar ke aik aik tehzeeb banani hai.</w:t>
      </w:r>
      <w:r>
        <w:br/>
      </w:r>
      <w:r>
        <w:rPr>
          <w:sz w:val="20"/>
        </w:rPr>
        <w:t>1:07:59  wohi jo technology bani hai sari, woh sab kitne kaam aa rahi hain Khuda ka paigham sari dunya mein phailane ke liye. toh bas hamein yahi samajhna hai ke yeh dunya jo hai testing ground hai.</w:t>
      </w:r>
      <w:r>
        <w:br/>
      </w:r>
      <w:r>
        <w:rPr>
          <w:sz w:val="20"/>
        </w:rPr>
        <w:t>1:08:11  is ki misaal aap imtehan hall se le sakte hain. imtehan hall mein aap ko jo zaroori saman hai, wohi milta hai. ab aap ko wahan bistar toh bana hua milega nahi, aap ko wahan ah servants nahi milenge.</w:t>
      </w:r>
      <w:r>
        <w:br/>
      </w:r>
      <w:r>
        <w:rPr>
          <w:sz w:val="20"/>
        </w:rPr>
        <w:t>1:08:23  wohan aap ko ji sari cheezen jo aap ko ghar mein milti hain, woh wahan nahin milen gi.</w:t>
      </w:r>
      <w:r>
        <w:br/>
      </w:r>
      <w:r>
        <w:rPr>
          <w:sz w:val="20"/>
        </w:rPr>
        <w:t>1:08:28  lekin aap ko frustration nahin hota kyunke aap jante hain ke yeh to examination hall hai, yahan to yahi mile ga. ji to isi tareeqe se jab aap platform pe hote hain, wahan aap ko bas zara sa baithne ki jagah mil jaye, aap usi mein khush rehte hain ke jagah mil gayi.</w:t>
      </w:r>
      <w:r>
        <w:br/>
      </w:r>
      <w:r>
        <w:rPr>
          <w:sz w:val="20"/>
        </w:rPr>
        <w:t>1:08:42  ab aap thori chahte hain ke wahan ab aap ko poora ghar milay. ji to yahi is dunya mein agar aap sochen ge ke hamein is dunya mein kaam karne ke awaaq hai,</w:t>
      </w:r>
      <w:r>
        <w:br/>
      </w:r>
      <w:r>
        <w:rPr>
          <w:sz w:val="20"/>
        </w:rPr>
        <w:t>1:08:52  khuda ki marzi ke mutabiq is dunya mein hamein rehne ki ah mauqa hasil hai, naik kaam karne ka mauqa hasil hai, ibadat karne ka mauqa hasil hai, to bas bas aap ka tension khatam.</w:t>
      </w:r>
      <w:r>
        <w:br/>
      </w:r>
      <w:r>
        <w:rPr>
          <w:sz w:val="20"/>
        </w:rPr>
        <w:t>1:09:05  aap ka yahi zindagi ka maqsad hai aur woh poora ho raha hai. to har maamle mein aap creation plan ko samjhiye aur khuda ki marifat ke liye poori poori koshish kari</w:t>
      </w:r>
      <w:r>
        <w:br/>
      </w:r>
      <w:r>
        <w:rPr>
          <w:sz w:val="20"/>
        </w:rPr>
        <w:t>1:09:18  e. khuda ki yaad mein zindagi guzariye, isi mein sukoon hai. ji bible mein bhi yahi hai: "man cant live by bread alone." hmm quran mein bhi yahi hai.</w:t>
      </w:r>
      <w:r>
        <w:br/>
      </w:r>
      <w:r>
        <w:rPr>
          <w:sz w:val="20"/>
        </w:rPr>
        <w:t>1:09:28  ji aap that brings us to the last question of today session. aap ne bhi jaise ah abhi kaha aur aap ne starting mein bhi kaha tha ke khuda ki marifat mein aap</w:t>
      </w:r>
      <w:r>
        <w:br/>
      </w:r>
      <w:r>
        <w:rPr>
          <w:sz w:val="20"/>
        </w:rPr>
        <w:t>1:09:39  jiyein. to aap we can say that the purpose of human life is is marifat and the life before death is beginning of marifat and life after death is the culmination of marifat.</w:t>
      </w:r>
      <w:r>
        <w:br/>
      </w:r>
      <w:r>
        <w:rPr>
          <w:sz w:val="20"/>
        </w:rPr>
        <w:t>1:09:53  ah but aap yahi aakhri sawal bhi hai isi ko le kar ke kya marifat jo hai, woh ah marne ke baad bhi jaari rahe gi?</w:t>
      </w:r>
      <w:r>
        <w:br/>
      </w:r>
      <w:r>
        <w:rPr>
          <w:sz w:val="20"/>
        </w:rPr>
        <w:t>1:10:01  ah is ke bare mein aap bataein.</w:t>
      </w:r>
      <w:r>
        <w:br/>
      </w:r>
      <w:r>
        <w:rPr>
          <w:sz w:val="20"/>
        </w:rPr>
        <w:t>1:10:04  is ke bare mein Maulana ne apni kitaab "kitaab marifat" par bohat achhe tareeqe se is ka shayad aakhri chapter hai. ji bohat achhe tareeqe se is par ah likha hai.</w:t>
      </w:r>
      <w:r>
        <w:br/>
      </w:r>
      <w:r>
        <w:rPr>
          <w:sz w:val="20"/>
        </w:rPr>
        <w:t>1:10:18  to insaan ka dekhiye, lamahdood dimaagh hai aur bare se bara scientist bhi do chaar paanch percent hi use kar pata hai.</w:t>
      </w:r>
      <w:r>
        <w:br/>
      </w:r>
      <w:r>
        <w:rPr>
          <w:sz w:val="20"/>
        </w:rPr>
        <w:t>1:10:27  to ab Allah taala ne koi bhi cheez bilawaja to nahin banai.</w:t>
      </w:r>
      <w:r>
        <w:br/>
      </w:r>
      <w:r>
        <w:rPr>
          <w:sz w:val="20"/>
        </w:rPr>
        <w:t>1:10:32  har cheez ab janwaron ko dekhiye, un ke instinct mein itna hi rehta hai jitni un ko zaroorat hai. to insaan ko itni zyada kyun diya gaya?</w:t>
      </w:r>
      <w:r>
        <w:br/>
      </w:r>
      <w:r>
        <w:rPr>
          <w:sz w:val="20"/>
        </w:rPr>
        <w:t>1:10:42  ah dimaagh is ka matlab hai ke woh dimaagh ah jo hai, woh kahin na kahin is ka istemal hoga. to woh jo lamahdood dimaagh Allah ne diya hai, to woh yahan istemal ho nahin raha hai kyunke yahan ki limitations hain.</w:t>
      </w:r>
      <w:r>
        <w:br/>
      </w:r>
      <w:r>
        <w:rPr>
          <w:sz w:val="20"/>
        </w:rPr>
        <w:t>1:10:57  to is limitations har tarah ki hain: maut hai, barhapa hai, accident hai, bimari hai.</w:t>
      </w:r>
      <w:r>
        <w:br/>
      </w:r>
      <w:r>
        <w:rPr>
          <w:sz w:val="20"/>
        </w:rPr>
        <w:t>1:11:02  yeh sari limitations hain. to is tareeqe se hamari jo creation plan hai, jo Allah taala ne hamein bataya hai, peghambaron ne bataya hai, is ke do phase hain: ek to yeh present world hai aur ek jo hai akhirat ki dunya hai.</w:t>
      </w:r>
      <w:r>
        <w:br/>
      </w:r>
      <w:r>
        <w:rPr>
          <w:sz w:val="20"/>
        </w:rPr>
        <w:t>1:11:18  to present world mein aaghaz hoga marifat ka aur akhirat ki dunya mein is ki takmeel hogi.</w:t>
      </w:r>
      <w:r>
        <w:br/>
      </w:r>
      <w:r>
        <w:rPr>
          <w:sz w:val="20"/>
        </w:rPr>
        <w:t>1:11:26  to is dunya mein jo hai asal jo kaam hai is dunya mein woh hai jaise companies ke liye recruitment kiya jata hai, waise hi yahan par deserving candidate ka recruitment ho raha hai, selection ho raha hai.</w:t>
      </w:r>
      <w:r>
        <w:br/>
      </w:r>
      <w:r>
        <w:rPr>
          <w:sz w:val="20"/>
        </w:rPr>
        <w:t>1:11:39  aur jitne competent log hain, woh sab alag kar diye jayen ge, chhaant ke, aur aur phir unhi ko akhirat mein mauqa mile ga kaam karne ka.</w:t>
      </w:r>
      <w:r>
        <w:br/>
      </w:r>
      <w:r>
        <w:rPr>
          <w:sz w:val="20"/>
        </w:rPr>
        <w:t>1:11:53  to doosri dunya mein jo ek to insaan ko keh keh ki sari limitations khatam ho hi jayen gi, aur doosri dunya mein farishtay khul kar hamara saath den ge.</w:t>
      </w:r>
      <w:r>
        <w:br/>
      </w:r>
      <w:r>
        <w:rPr>
          <w:sz w:val="20"/>
        </w:rPr>
        <w:t>1:12:03  ji wahan farishtay invisible nahin honge, visible honge. yahan to invisible hain hamara. jab hum kabhi bohat maslay mein par jate hain, museebat mein par jate hain to farishtay saath dete hain,</w:t>
      </w:r>
      <w:r>
        <w:br/>
      </w:r>
      <w:r>
        <w:rPr>
          <w:sz w:val="20"/>
        </w:rPr>
        <w:t>1:12:16  lekin wahan par hamare saath honge farishtay aur hamara poori madad karen ge. aur wahan koi thakan nahin hogi, kuch nahin.</w:t>
      </w:r>
      <w:r>
        <w:br/>
      </w:r>
      <w:r>
        <w:rPr>
          <w:sz w:val="20"/>
        </w:rPr>
        <w:t>1:12:25  wahan bohat hi joyful activities hongi. yeh joyful activities quran mein aaya hai ke wahan par log bohat sar garam honge, safar karen ge, har kaam karen ge, Allah ki raza ke mutabiq har kaam karen ge, lekin koi thakan nahin hogi, koi kuch nahin hoga.</w:t>
      </w:r>
      <w:r>
        <w:br/>
      </w:r>
      <w:r>
        <w:rPr>
          <w:sz w:val="20"/>
        </w:rPr>
        <w:t>1:12:44  is mein ek aaya hai ke wahan par jab mard log jayen ge shopping karne to wahan se ayen ge to woh aur khoobsurat lag rahe honge.</w:t>
      </w:r>
      <w:r>
        <w:br/>
      </w:r>
      <w:r>
        <w:rPr>
          <w:sz w:val="20"/>
        </w:rPr>
        <w:t>1:12:53  un ki biwiyan kahen gi: "ab to aur zyada achhe lag rahe hain." to ab yahan dekhiye, shopping karne aap jate hain, kitna thak thaka ke ate hain. ji aur halat kharab ho jati hai.</w:t>
      </w:r>
      <w:r>
        <w:br/>
      </w:r>
      <w:r>
        <w:rPr>
          <w:sz w:val="20"/>
        </w:rPr>
        <w:t>1:13:03  to wahan par jo bhi activities hongi, wahan aap bahut hi joyful activities hongi. wo</w:t>
      </w:r>
      <w:r>
        <w:br/>
      </w:r>
      <w:r>
        <w:rPr>
          <w:sz w:val="20"/>
        </w:rPr>
        <w:t>1:13:10  ji to is tarike se insan jo hai, wahan par farishton ki madad se aala rohani jo hai tajrubaat is ko honge.</w:t>
      </w:r>
      <w:r>
        <w:br/>
      </w:r>
      <w:r>
        <w:rPr>
          <w:sz w:val="20"/>
        </w:rPr>
        <w:t>1:13:21  musalsal marifat ka safar hoga, wahan neend bhi nahi aayegi. jab itni zyada wahan khushiyan hongi to khushi mein neend kahan ati hai</w:t>
      </w:r>
      <w:r>
        <w:br/>
      </w:r>
      <w:r>
        <w:rPr>
          <w:sz w:val="20"/>
        </w:rPr>
        <w:t>1:13:29  ? to wahan par insan musalsal sargaram rahega Khuda ki marifat hasil karne ke liye. aur jab Khuda kabhi kabhi apni jhalakiyan dikhayega to phir insan ab wo sari jo jannat ki khushiyan hain, wo bhi bhool jayega Khuda ki jhalakiyan dekh kar ke.</w:t>
      </w:r>
      <w:r>
        <w:br/>
      </w:r>
      <w:r>
        <w:rPr>
          <w:sz w:val="20"/>
        </w:rPr>
        <w:t>1:13:45  ji to wahan par jo Maulana kehte the "spiritual empire" to us ki beginning yahan hai aur spiritual empire banegi aa</w:t>
      </w:r>
      <w:r>
        <w:br/>
      </w:r>
      <w:r>
        <w:rPr>
          <w:sz w:val="20"/>
        </w:rPr>
        <w:t>1:13:55  khirat mein. to hamein yahi chahiye, yahi ek hi shart hai ke insan Khuda ke plan ko samjhe aur us ke mutabiq apna safar jari rakhe.</w:t>
      </w:r>
      <w:r>
        <w:br/>
      </w:r>
      <w:r>
        <w:rPr>
          <w:sz w:val="20"/>
        </w:rPr>
        <w:t>1:14:07  aur yeh safar jannat mein eternally, eternally jari rahega. wo logon ne sahi kaha hai ke agar hum khali sofa pe baith ke khate peete rahein to bore to ho hi jayenge.</w:t>
      </w:r>
      <w:r>
        <w:br/>
      </w:r>
      <w:r>
        <w:rPr>
          <w:sz w:val="20"/>
        </w:rPr>
        <w:t>1:14:17  to wo bore nahi hone ka hai. wahan</w:t>
      </w:r>
      <w:r>
        <w:br/>
      </w:r>
      <w:r>
        <w:rPr>
          <w:sz w:val="20"/>
        </w:rPr>
        <w:t>1:14:19  par ab Maulana ne bataya ke wahan musalsal joyful activities hongi aur marifat ki, Khuda ki marifat wali activities hongi.</w:t>
      </w:r>
      <w:r>
        <w:br/>
      </w:r>
      <w:r>
        <w:rPr>
          <w:sz w:val="20"/>
        </w:rPr>
        <w:t>1:14:29  to is tarike se jannat mein hum apna musalsal spiritual development karte rahenge. ji jaisa ke Allah aap ko "for doing a very detailed session in today topic".</w:t>
      </w:r>
      <w:r>
        <w:br/>
      </w:r>
      <w:r>
        <w:rPr>
          <w:sz w:val="20"/>
        </w:rPr>
        <w:t>1:14:42  so we with this we will end today class. thank you for watching aur</w:t>
      </w:r>
      <w:r>
        <w:br/>
      </w:r>
      <w:r>
        <w:rPr>
          <w:sz w:val="20"/>
        </w:rPr>
        <w:t>1:14:47  program. be back next sunday same time. thank you.</w:t>
      </w:r>
    </w:p>
    <w:p>
      <w:pPr>
        <w:pStyle w:val="Heading2"/>
      </w:pPr>
      <w:r>
        <w:t>Meaning and components of personality building</w:t>
      </w:r>
    </w:p>
    <w:p>
      <w:r>
        <w:rPr>
          <w:color w:val="666666"/>
          <w:sz w:val="18"/>
        </w:rPr>
        <w:t>Life &amp; Wisdom · Q&amp;A 04 DEC 2011 Maulana Wahiduddin Khan · 5m 57s · at 0:10 · https://youtu.be/KIMNmuUZoGo?t=10</w:t>
      </w:r>
    </w:p>
    <w:p>
      <w:r>
        <w:rPr>
          <w:i/>
        </w:rPr>
        <w:t>“What is the meaning of personality building, and what are its basic components?”</w:t>
      </w:r>
    </w:p>
    <w:p>
      <w:r>
        <w:rPr>
          <w:sz w:val="20"/>
        </w:rPr>
        <w:t>0:10  maulana, yeh sawal aaya hai maulana zakwan nadvi ka, dilli se. unhon ne likha hai: "personality building ka matlab kya hai, aur personality building ki bunyadi ajza kya hain?"</w:t>
      </w:r>
      <w:r>
        <w:br/>
      </w:r>
      <w:r>
        <w:rPr>
          <w:sz w:val="20"/>
        </w:rPr>
        <w:t>0:28  dekhiye, yeh koi nayi cheez nahi hai. traditional lafz jo is ke liye hai woh hai "tazkiya e nafs".</w:t>
      </w:r>
      <w:r>
        <w:br/>
      </w:r>
      <w:r>
        <w:rPr>
          <w:sz w:val="20"/>
        </w:rPr>
        <w:t>0:39  rawayati zaban mein is ko log kehte rehte hain, kehte rahe hain: "tazkiya e nafs".</w:t>
      </w:r>
      <w:r>
        <w:br/>
      </w:r>
      <w:r>
        <w:rPr>
          <w:sz w:val="20"/>
        </w:rPr>
        <w:t>0:48  isi tazkiya e nafs ko main aaj kal ki zaban mein kehta hoon "personality building". personality development.</w:t>
      </w:r>
      <w:r>
        <w:br/>
      </w:r>
      <w:r>
        <w:rPr>
          <w:sz w:val="20"/>
        </w:rPr>
        <w:t>0:59  personality ka aap ka jo wajood hai, mere zamaney mein samjha jata tha ke qalb alag hai, dimagh alag hai,</w:t>
      </w:r>
      <w:r>
        <w:br/>
      </w:r>
      <w:r>
        <w:rPr>
          <w:sz w:val="20"/>
        </w:rPr>
        <w:t>1:07  aur soul alag hai. yeh teen cheezein mante thay, jism ke ilawa. balkey char cheezein: ek hamara jism hai, ek soul hai, ek qalb hai, ek dimagh hai.</w:t>
      </w:r>
      <w:r>
        <w:br/>
      </w:r>
      <w:r>
        <w:rPr>
          <w:sz w:val="20"/>
        </w:rPr>
        <w:t>1:19  yeh science ke zamane mein is ko nahi mana jata. science ke zamane mein aap ka sirf do hi pehlu hain: ek mind hai, ek body hai, bas.</w:t>
      </w:r>
      <w:r>
        <w:br/>
      </w:r>
      <w:r>
        <w:rPr>
          <w:sz w:val="20"/>
        </w:rPr>
        <w:t>1:28  to body vehicle hai aap ki personality ka, aur personality jo hai wahi. jo mind hai wahi personality hai. to personality building ka matlab yahi hai ke Khuda ne insan ko banaya hai</w:t>
      </w:r>
      <w:r>
        <w:br/>
      </w:r>
      <w:r>
        <w:rPr>
          <w:sz w:val="20"/>
        </w:rPr>
        <w:t>1:45  nature par, sahi nature par. insan sahi nature pe hi paida hota hai, lekin mahaul mein us ki conditioning hoti rehti hai.</w:t>
      </w:r>
      <w:r>
        <w:br/>
      </w:r>
      <w:r>
        <w:rPr>
          <w:sz w:val="20"/>
        </w:rPr>
        <w:t>1:56  conditioning se kya hota hai? kisi cheez se nafrat karne lagta hai woh, kisi se mohabbat karne lagta hai woh.</w:t>
      </w:r>
      <w:r>
        <w:br/>
      </w:r>
      <w:r>
        <w:rPr>
          <w:sz w:val="20"/>
        </w:rPr>
        <w:t>2:04  kisi ko dekh kar us ko ghussa aata hai, kisi ko dekh kar us ko pyar aata hai.</w:t>
      </w:r>
      <w:r>
        <w:br/>
      </w:r>
      <w:r>
        <w:rPr>
          <w:sz w:val="20"/>
        </w:rPr>
        <w:t>2:09  kisi cheez par woh proke khata hai, kisi cheez par bardasht karta hai. yeh sab cheezein kya hain? conditioning ki wajah se hoti hain. to yeh aadmi paida hota hai to yeh process apna aap hi chal padta hai.</w:t>
      </w:r>
      <w:r>
        <w:br/>
      </w:r>
      <w:r>
        <w:rPr>
          <w:sz w:val="20"/>
        </w:rPr>
        <w:t>2:28  yani process of conditioning. to sach poochhein to tazkiya-e-nafs ya personality development ka matlab yeh hai ke apne ko apni deconditioning karna.</w:t>
      </w:r>
      <w:r>
        <w:br/>
      </w:r>
      <w:r>
        <w:rPr>
          <w:sz w:val="20"/>
        </w:rPr>
        <w:t>2:41  yani daryaft karna ke main kahan kahan meri conditioning ho gayi hai.</w:t>
      </w:r>
      <w:r>
        <w:br/>
      </w:r>
      <w:r>
        <w:rPr>
          <w:sz w:val="20"/>
        </w:rPr>
        <w:t>2:46  kahan kahan main mahaul se, asar se kuch aadatein lag gayi hain, kuch galat soch lag gayi hai, kuch galat maani mein sachre mein ho gaya hoon.</w:t>
      </w:r>
      <w:r>
        <w:br/>
      </w:r>
      <w:r>
        <w:rPr>
          <w:sz w:val="20"/>
        </w:rPr>
        <w:t>2:56  yeh hai. to jaise aaj kal musalmanon ka haal yeh hai ke zara si baat hui hogi to us par bhadak uthte hain.</w:t>
      </w:r>
      <w:r>
        <w:br/>
      </w:r>
      <w:r>
        <w:rPr>
          <w:sz w:val="20"/>
        </w:rPr>
        <w:t>3:06  ke masjid ke samne koi juloos nikle,</w:t>
      </w:r>
      <w:r>
        <w:br/>
      </w:r>
      <w:r>
        <w:rPr>
          <w:sz w:val="20"/>
        </w:rPr>
        <w:t>3:09  masjid koi koi nara laga de, koi kahin gosht ka tukra dikhai de jaye, kuch bhi ho, koi cartoon chhap de to foran bhadak uthenge.</w:t>
      </w:r>
      <w:r>
        <w:br/>
      </w:r>
      <w:r>
        <w:rPr>
          <w:sz w:val="20"/>
        </w:rPr>
        <w:t>3:22  yeh bhadak uthna jo hai nature nahi hai yeh, yeh conditioning hai.</w:t>
      </w:r>
      <w:r>
        <w:br/>
      </w:r>
      <w:r>
        <w:rPr>
          <w:sz w:val="20"/>
        </w:rPr>
        <w:t>3:26  yani hamare yani so called rehmaon ne aisa kiya hai ke un ko in cheezon par bhadka diya hai in cheezon ko.</w:t>
      </w:r>
      <w:r>
        <w:br/>
      </w:r>
      <w:r>
        <w:rPr>
          <w:sz w:val="20"/>
        </w:rPr>
        <w:t>3:38  to main aaj subah soch raha tha ke hamari tareekh jo hai</w:t>
      </w:r>
      <w:r>
        <w:br/>
      </w:r>
      <w:r>
        <w:rPr>
          <w:sz w:val="20"/>
        </w:rPr>
        <w:t>3:45  yani tareekh ke do daur hain: pre media aur post media. pre media daur mein insan jo tha uska case tha "misuse of freedom" ka case.</w:t>
      </w:r>
      <w:r>
        <w:br/>
      </w:r>
      <w:r>
        <w:rPr>
          <w:sz w:val="20"/>
        </w:rPr>
        <w:t>3:58  ab kya hai? "misuse of media" ka case.</w:t>
      </w:r>
      <w:r>
        <w:br/>
      </w:r>
      <w:r>
        <w:rPr>
          <w:sz w:val="20"/>
        </w:rPr>
        <w:t>4:01  aisi baatein chhapte hain log, aise jo log jise bhadkate hain. yani negative cheezein. har society mein dekhiye negative aur positive dono item hote hain.</w:t>
      </w:r>
      <w:r>
        <w:br/>
      </w:r>
      <w:r>
        <w:rPr>
          <w:sz w:val="20"/>
        </w:rPr>
        <w:t>4:12  lekin media kya karta hai? chhanat chhanat kar ke negative cheezein chhapta hai. is India mein, America mein, hatta ke Israel mein har jagah yahi qissa hai</w:t>
      </w:r>
      <w:r>
        <w:br/>
      </w:r>
      <w:r>
        <w:rPr>
          <w:sz w:val="20"/>
        </w:rPr>
        <w:t>4:23  ke har jagah aisa nahi hai ke woh sab jaise log samajhte hain ke Israel mein bohat hi bura hai. aisa bilkul galat baat hai. wahan positive point, plus point bhi hai, negative point bhi hai.</w:t>
      </w:r>
      <w:r>
        <w:br/>
      </w:r>
      <w:r>
        <w:rPr>
          <w:sz w:val="20"/>
        </w:rPr>
        <w:t>4:35  lekin hamara jo Muslim media jo hai negative point ko chhapta hai.</w:t>
      </w:r>
      <w:r>
        <w:br/>
      </w:r>
      <w:r>
        <w:rPr>
          <w:sz w:val="20"/>
        </w:rPr>
        <w:t>4:40  plus point ko chhod deta hai. isi se logon ko conditioning hoti hai. ab barah-e-rast jab aap padhte hain, sunte hain ke Israel jo hai to kharab hai to aap samajh jate hain ke Israel koi alag cheez hai.</w:t>
      </w:r>
      <w:r>
        <w:br/>
      </w:r>
      <w:r>
        <w:rPr>
          <w:sz w:val="20"/>
        </w:rPr>
        <w:t>4:53  Israel koi alag cheez nahi hai, woh bhi insan hain, woh log bhi.</w:t>
      </w:r>
      <w:r>
        <w:br/>
      </w:r>
      <w:r>
        <w:rPr>
          <w:sz w:val="20"/>
        </w:rPr>
        <w:t>4:57  Israel ka case ho, America ka case ho, ya India mein jo extremist parties hain un ka case ho, koi bhi 100 fisad bura nahi hai.</w:t>
      </w:r>
      <w:r>
        <w:br/>
      </w:r>
      <w:r>
        <w:rPr>
          <w:sz w:val="20"/>
        </w:rPr>
        <w:t>5:08  har jagah kuch aisi cheezein hoti hain jo aap ko pasand na hon to hamare log isi ko lekar phansalte hain, isi ko bayan karte hain.</w:t>
      </w:r>
      <w:r>
        <w:br/>
      </w:r>
      <w:r>
        <w:rPr>
          <w:sz w:val="20"/>
        </w:rPr>
        <w:t>5:17  is se kya hota hai? sunte sunte, parhte parhte condition ho jati hai. to sab log yani conditioning ka case ban gaye hain.</w:t>
      </w:r>
      <w:r>
        <w:br/>
      </w:r>
      <w:r>
        <w:rPr>
          <w:sz w:val="20"/>
        </w:rPr>
        <w:t>5:27  to main samajhta hoon ke personality development ka matlab yeh hai apni deconditioning.</w:t>
      </w:r>
      <w:r>
        <w:br/>
      </w:r>
      <w:r>
        <w:rPr>
          <w:sz w:val="20"/>
        </w:rPr>
        <w:t>5:36  wo hoti hai muhasba ke zariye se. jo aadmi aisa na kare to conditioning mein jiye ga, conditioning mein mare ga.</w:t>
      </w:r>
      <w:r>
        <w:br/>
      </w:r>
      <w:r>
        <w:rPr>
          <w:sz w:val="20"/>
        </w:rPr>
        <w:t>5:46  to bohat zaroori hai ke hum apni deconditioning karein. wohi deconditioning ka doosra naam tazkiya-e-nafs hai, isi ka naam personality building hai.</w:t>
      </w:r>
      <w:r>
        <w:br/>
      </w:r>
      <w:r>
        <w:rPr>
          <w:sz w:val="20"/>
        </w:rPr>
        <w:t>5:56  sab kuch wohi tazkiya-e-nafs hai. rawaiyeti zaban mein woh tazkiya-e-nafs hai, aaj kal ki zaban mein hum kahein ke woh deconditioning hai ya personality development hai.</w:t>
      </w:r>
    </w:p>
    <w:p>
      <w:pPr>
        <w:pStyle w:val="Heading2"/>
      </w:pPr>
      <w:r>
        <w:t>Meaning of applied way and relation to creativity</w:t>
      </w:r>
    </w:p>
    <w:p>
      <w:r>
        <w:rPr>
          <w:color w:val="666666"/>
          <w:sz w:val="18"/>
        </w:rPr>
        <w:t>Life &amp; Wisdom · Dars e Quran, Ch 2 Vs 80 82, July 01, 2018 · 1m 51s · at 52:55 · https://youtu.be/BuLkoCE6j18?t=3175</w:t>
      </w:r>
    </w:p>
    <w:p>
      <w:r>
        <w:rPr>
          <w:i/>
        </w:rPr>
        <w:t>“You mentioned 'applied way' in today's talk. So does this mean? Does this refer to creativity and ijtihad? Please explain.”</w:t>
      </w:r>
    </w:p>
    <w:p>
      <w:r>
        <w:rPr>
          <w:sz w:val="20"/>
        </w:rPr>
        <w:t>52:55  maulana, agla sawal miss shabana ansari ne bheja hai pakistan se. unhone likha hai: "maulana, you mentioned applied way in today talk.</w:t>
      </w:r>
      <w:r>
        <w:br/>
      </w:r>
      <w:r>
        <w:rPr>
          <w:sz w:val="20"/>
        </w:rPr>
        <w:t>53:07  so does this mean? does this refer to creativity and ijtihad? iske bare mein batayein."</w:t>
      </w:r>
      <w:r>
        <w:br/>
      </w:r>
      <w:r>
        <w:rPr>
          <w:sz w:val="20"/>
        </w:rPr>
        <w:t>53:17  applied meaning samajhne ke liye creative thinking must hai. must!</w:t>
      </w:r>
      <w:r>
        <w:br/>
      </w:r>
      <w:r>
        <w:rPr>
          <w:sz w:val="20"/>
        </w:rPr>
        <w:t>53:24  baghair creative thinking ke applied meaning aap ja nahi sakte. to creative thinking aati hai.</w:t>
      </w:r>
      <w:r>
        <w:br/>
      </w:r>
      <w:r>
        <w:rPr>
          <w:sz w:val="20"/>
        </w:rPr>
        <w:t>53:35  objectivity ho, objective design ke sath aap study karein aur past mein jeene ki bajaye future mein jeena seekhein.</w:t>
      </w:r>
      <w:r>
        <w:br/>
      </w:r>
      <w:r>
        <w:rPr>
          <w:sz w:val="20"/>
        </w:rPr>
        <w:t>53:47  nafrat ko khatam karein. yeh musalman jo doosron ko zimmedar thahra ke nafrat karte hain,</w:t>
      </w:r>
    </w:p>
    <w:p>
      <w:pPr>
        <w:pStyle w:val="Heading2"/>
      </w:pPr>
      <w:r>
        <w:t>Meaning of difference and diversity in verse</w:t>
      </w:r>
    </w:p>
    <w:p>
      <w:r>
        <w:rPr>
          <w:color w:val="666666"/>
          <w:sz w:val="18"/>
        </w:rPr>
        <w:t>Life &amp; Wisdom · Life After Death January 22, 2012 · 2m 39s · at 1:36:44 · https://youtu.be/5hVH1BLKBF4?t=5804</w:t>
      </w:r>
    </w:p>
    <w:p>
      <w:r>
        <w:rPr>
          <w:i/>
        </w:rPr>
        <w:t>“The verse says: 'O Zauq! This world is adorned by differences.' Maulana, what is the meaning of this couplet? Here 'difference' does not mean disunity; it means diversity.”</w:t>
      </w:r>
    </w:p>
    <w:p>
      <w:r>
        <w:rPr>
          <w:sz w:val="20"/>
        </w:rPr>
        <w:t>1:36:44  Agla sawal Dilli se hai Mr. Muhammad Samiullah Sah</w:t>
      </w:r>
      <w:r>
        <w:br/>
      </w:r>
      <w:r>
        <w:rPr>
          <w:sz w:val="20"/>
        </w:rPr>
        <w:t>1:36:48  ab ka. Unhon ne likha hai: "Ae zauq! Is jahan ko hai zeeb ikhtilaf se. Maulana Sahab, is shair ka matlab kya hai?</w:t>
      </w:r>
      <w:r>
        <w:br/>
      </w:r>
      <w:r>
        <w:rPr>
          <w:sz w:val="20"/>
        </w:rPr>
        <w:t>1:36:59  Yahan ikhtilaf ke maani Disunity nahi hain. Iska matlab Diversity hai.</w:t>
      </w:r>
      <w:r>
        <w:br/>
      </w:r>
      <w:r>
        <w:rPr>
          <w:sz w:val="20"/>
        </w:rPr>
        <w:t>1:37:07  Disunity nahi hai, is is shair ka matlab. Diversity toh Diversity toh bohat achi cheez hai.</w:t>
      </w:r>
      <w:r>
        <w:br/>
      </w:r>
      <w:r>
        <w:rPr>
          <w:sz w:val="20"/>
        </w:rPr>
        <w:t>1:37:17  Tarah tarah ke logon ki salahiyat hoti hai, har aitbaar se aap contribute karein aadmi. Har aitbaar se aap woh contribute karein Human and Humanity ko.</w:t>
      </w:r>
      <w:r>
        <w:br/>
      </w:r>
      <w:r>
        <w:rPr>
          <w:sz w:val="20"/>
        </w:rPr>
        <w:t>1:37:30  Toh yeh bohat achi baat hogi. Toh jo cheez ghalat hai woh woh ikhtilaf ko le kar ke jhanda uthana, ikhtilaf ko light jhoṛa karna, woh bura hai.</w:t>
      </w:r>
      <w:r>
        <w:br/>
      </w:r>
      <w:r>
        <w:rPr>
          <w:sz w:val="20"/>
        </w:rPr>
        <w:t>1:37:41  Baaki yeh hai ke aap koi ek koi Different way mein sochte hain aap toh usko pesh kijiye, woh aap ko aap ko contribution hoga.</w:t>
      </w:r>
      <w:r>
        <w:br/>
      </w:r>
      <w:r>
        <w:rPr>
          <w:sz w:val="20"/>
        </w:rPr>
        <w:t>1:37:50  Is se logon ko naye goshe milenge sochne ke liye. Woh toh is se Intellectual Development hoga. Merit se Mr. Hakim Muhammad Kaleem Sahab ka sawal hai Maulana.</w:t>
      </w:r>
      <w:r>
        <w:br/>
      </w:r>
      <w:r>
        <w:rPr>
          <w:sz w:val="20"/>
        </w:rPr>
        <w:t>1:38:04  Unhon ne likha hai: "Maulana Sahab! Rooh aur shaoor mein kya farq hai?</w:t>
      </w:r>
      <w:r>
        <w:br/>
      </w:r>
      <w:r>
        <w:rPr>
          <w:sz w:val="20"/>
        </w:rPr>
        <w:t>1:38:11  Quran aur Hadees ki roshni mein wazahat farmayein. Rooh aur shaoor ek hi cheez hai. Yeh science se pehle kai alfaaz bole jaate thay, Spirit aur Soul aur Rooh aur waghera waghera, yeh sab ab woh alfaaz khatam ho chuke hain science ki daryafton ke baad.</w:t>
      </w:r>
      <w:r>
        <w:br/>
      </w:r>
      <w:r>
        <w:rPr>
          <w:sz w:val="20"/>
        </w:rPr>
        <w:t>1:38:28  Ab toh ek hi hai, Mind hai aur Body hai, do hi cheezein hain. Aur koi teesri cheez nahi hai. Wahi Mind ko aap chahe shaoor kahein, chahe Soul kahein, chahe Rooh kahein, ya kuch bhi kahein.</w:t>
      </w:r>
      <w:r>
        <w:br/>
      </w:r>
      <w:r>
        <w:rPr>
          <w:sz w:val="20"/>
        </w:rPr>
        <w:t>1:38:40  Jee haan. Toh woh yeh rawaiti daur mein mukhtalif alfaaz bole jaate thay. Ab toh main samajhta hoon ke yahi alfaaz bolne chahiye, Mind aur Body ke alfaaz.</w:t>
      </w:r>
      <w:r>
        <w:br/>
      </w:r>
      <w:r>
        <w:rPr>
          <w:sz w:val="20"/>
        </w:rPr>
        <w:t>1:38:57  Baaki chounke zamane mein alfaaz jo raaij hote hain toh woh khatam nahi hote. Toh woh adabi aitbaar se unka istemal jaari rahega, adabi istemal se.</w:t>
      </w:r>
      <w:r>
        <w:br/>
      </w:r>
      <w:r>
        <w:rPr>
          <w:sz w:val="20"/>
        </w:rPr>
        <w:t>1:39:07  Lekin insaan ko samajhne ke liye jab baat ho toh aap ko yeh maanna hoga ke insaan ke do hi woh hain: ek uska Physical Being aur ek hai Intellectual Being, bas.</w:t>
      </w:r>
      <w:r>
        <w:br/>
      </w:r>
      <w:r>
        <w:rPr>
          <w:sz w:val="20"/>
        </w:rPr>
        <w:t>1:39:17  Aur koi teesri Being nahi hai.</w:t>
      </w:r>
    </w:p>
    <w:p>
      <w:pPr>
        <w:pStyle w:val="Heading2"/>
      </w:pPr>
      <w:r>
        <w:t>Meaning of hope sustaining world</w:t>
      </w:r>
    </w:p>
    <w:p>
      <w:r>
        <w:rPr>
          <w:color w:val="666666"/>
          <w:sz w:val="18"/>
        </w:rPr>
        <w:t>Life &amp; Wisdom · Concept of God December 7, 2014 · 1m 44s · at 48:26 · https://youtu.be/dCgL9lp8EAo?t=2906</w:t>
      </w:r>
    </w:p>
    <w:p>
      <w:r>
        <w:rPr>
          <w:i/>
        </w:rPr>
        <w:t>“Many people say that one should not lose hope because the world is sustained by hope. What is the meaning of the phrase 'the world is sustained by hope'? Please clarify.”</w:t>
      </w:r>
    </w:p>
    <w:p>
      <w:r>
        <w:rPr>
          <w:sz w:val="20"/>
        </w:rPr>
        <w:t>48:26  unhon ne phir sawal likha hai maulana ke aksar log kehte hain ke umeed nahin chhodni chahiye kyunke umeed par to duniya qaim hai.</w:t>
      </w:r>
      <w:r>
        <w:br/>
      </w:r>
      <w:r>
        <w:rPr>
          <w:sz w:val="20"/>
        </w:rPr>
        <w:t>48:37  maulana, yeh jo jumla hai ke umeed par to duniya qaim hai, is ka kya matlab hai? is ko wazeh karen. is ka koi matlab nahin.</w:t>
      </w:r>
      <w:r>
        <w:br/>
      </w:r>
      <w:r>
        <w:rPr>
          <w:sz w:val="20"/>
        </w:rPr>
        <w:t>48:47  yeh to bas ek ek riwaj hai ke log aisa bolte hain.</w:t>
      </w:r>
      <w:r>
        <w:br/>
      </w:r>
      <w:r>
        <w:rPr>
          <w:sz w:val="20"/>
        </w:rPr>
        <w:t>48:53  lekin quran mein jo baat yeh hai ke woh yeh hai ke la taqnato min rahmat allah allah ki rehmat se kabhi namid na ho.</w:t>
      </w:r>
      <w:r>
        <w:br/>
      </w:r>
      <w:r>
        <w:rPr>
          <w:sz w:val="20"/>
        </w:rPr>
        <w:t>49:02  yeh asal hai. yeh asal baat hai ke allah ki taraf se zaroor insaan ko help aati hai, rehmat aati hai.</w:t>
      </w:r>
      <w:r>
        <w:br/>
      </w:r>
      <w:r>
        <w:rPr>
          <w:sz w:val="20"/>
        </w:rPr>
        <w:t>49:13  to humein hamesha hopeful rehna chahiye. hopeful ke allah zaroor humein ibadat karega. lekin yeh yeh baat samajh lijiye ke jo hum chahen, usi ka naam wahi zaroori nahin ke wahi hamare liye behtar ho.</w:t>
      </w:r>
      <w:r>
        <w:br/>
      </w:r>
      <w:r>
        <w:rPr>
          <w:sz w:val="20"/>
        </w:rPr>
        <w:t>49:32  kayi baar aisa hota hai ke aadmi apne liye jo chahta hai, woh us ke liye behtar nahin hota. to khuda us ko aisi cheez kyun de dega jo us ke liye behtar na ho?</w:t>
      </w:r>
      <w:r>
        <w:br/>
      </w:r>
      <w:r>
        <w:rPr>
          <w:sz w:val="20"/>
        </w:rPr>
        <w:t>49:46  to umeed to zaroor allah se rakhna hai, lekin is ka matlab yeh nahin ke jo hum umeed rakh rahe hain, wahi poori ho jaye. yeh is ka criteria nahin hai.</w:t>
      </w:r>
      <w:r>
        <w:br/>
      </w:r>
      <w:r>
        <w:rPr>
          <w:sz w:val="20"/>
        </w:rPr>
        <w:t>49:58  agar allah se aap sachha ta'alluq rakhen to allah aap ko expective way mein aap ki umeed poori karega.</w:t>
      </w:r>
    </w:p>
    <w:p>
      <w:pPr>
        <w:pStyle w:val="Heading2"/>
      </w:pPr>
      <w:r>
        <w:t>Meaning of necessity making forbidden permissible</w:t>
      </w:r>
    </w:p>
    <w:p>
      <w:r>
        <w:rPr>
          <w:color w:val="666666"/>
          <w:sz w:val="18"/>
        </w:rPr>
        <w:t>Life &amp; Wisdom · Material Science Vs Spiritual Science 20th May 12 SLOW · 2m 46s · at 1:41:31 · https://youtu.be/qYwFExG7cyM?t=6091</w:t>
      </w:r>
    </w:p>
    <w:p>
      <w:r>
        <w:rPr>
          <w:i/>
        </w:rPr>
        <w:t>“Necessity makes the forbidden permissible. What does this mean? It is generally understood that if a person is starving and near death...”</w:t>
      </w:r>
    </w:p>
    <w:p>
      <w:r>
        <w:rPr>
          <w:sz w:val="20"/>
        </w:rPr>
        <w:t>1:41:31  molana, agla sawal dilli se hai misster shah imran hasan sahib ka.</w:t>
      </w:r>
      <w:r>
        <w:br/>
      </w:r>
      <w:r>
        <w:rPr>
          <w:sz w:val="20"/>
        </w:rPr>
        <w:t>1:41:36  unhon ne likha hai: "zarurat haram ko halal kar deti hai, is ka kya matlab hai?" aam tor</w:t>
      </w:r>
      <w:r>
        <w:br/>
      </w:r>
      <w:r>
        <w:rPr>
          <w:sz w:val="20"/>
        </w:rPr>
        <w:t>1:41:44  par yeh samjha jata hai ke yeh sab mislan ek aadmi hai, bhooka hai, marne ke qareeb ho</w:t>
      </w:r>
      <w:r>
        <w:br/>
      </w:r>
      <w:r>
        <w:rPr>
          <w:sz w:val="20"/>
        </w:rPr>
        <w:t>1:41:52  raha hai, khane ko kuch hai nahi, to us waqt is ko khinzir bhi khana ja jata hai.</w:t>
      </w:r>
      <w:r>
        <w:br/>
      </w:r>
      <w:r>
        <w:rPr>
          <w:sz w:val="20"/>
        </w:rPr>
        <w:t>1:42:00  is ke liye to is tarah ki sooraten hain.</w:t>
      </w:r>
      <w:r>
        <w:br/>
      </w:r>
      <w:r>
        <w:rPr>
          <w:sz w:val="20"/>
        </w:rPr>
        <w:t>1:42:03  doosri is ko aap tausee kar sakte hain, aur doosri sooraton par haqeeqi zarurat agar hai, koi haqeeqi</w:t>
      </w:r>
      <w:r>
        <w:br/>
      </w:r>
      <w:r>
        <w:rPr>
          <w:sz w:val="20"/>
        </w:rPr>
        <w:t>1:42:11  zarurat, yani khud sakhta tor par aap kisi ko zarurat samjhen, kisi cheez ko, woh matlab nahi hai.</w:t>
      </w:r>
      <w:r>
        <w:br/>
      </w:r>
      <w:r>
        <w:rPr>
          <w:sz w:val="20"/>
        </w:rPr>
        <w:t>1:42:19  haqeeqi zarurat ya yeh kahein ke zarurat sharai.</w:t>
      </w:r>
      <w:r>
        <w:br/>
      </w:r>
      <w:r>
        <w:rPr>
          <w:sz w:val="20"/>
        </w:rPr>
        <w:t>1:42:22  agar zarurat sharai paida ho gayi ho to wahan par, yani bilashuba haram cheez bhi halal ho jaye</w:t>
      </w:r>
      <w:r>
        <w:br/>
      </w:r>
      <w:r>
        <w:rPr>
          <w:sz w:val="20"/>
        </w:rPr>
        <w:t>1:42:30  gi waqti tor par.</w:t>
      </w:r>
      <w:r>
        <w:br/>
      </w:r>
      <w:r>
        <w:rPr>
          <w:sz w:val="20"/>
        </w:rPr>
        <w:t>1:42:32  lekin is mein zarurat sharai shart lazim hai.</w:t>
      </w:r>
      <w:r>
        <w:br/>
      </w:r>
      <w:r>
        <w:rPr>
          <w:sz w:val="20"/>
        </w:rPr>
        <w:t>1:42:35  bohat ziyada, yani bohat ziyada objective tor par aap ko jaiza lena hoga ke kya waqatan yahan zarurat</w:t>
      </w:r>
      <w:r>
        <w:br/>
      </w:r>
      <w:r>
        <w:rPr>
          <w:sz w:val="20"/>
        </w:rPr>
        <w:t>1:42:43  sharai paida ho gayi hai.</w:t>
      </w:r>
      <w:r>
        <w:br/>
      </w:r>
      <w:r>
        <w:rPr>
          <w:sz w:val="20"/>
        </w:rPr>
        <w:t>1:42:45  jaise misaal ke tor par aata hai islamic zamane ke baaz waqiat ke ek sahabi ko maar peet</w:t>
      </w:r>
      <w:r>
        <w:br/>
      </w:r>
      <w:r>
        <w:rPr>
          <w:sz w:val="20"/>
        </w:rPr>
        <w:t>1:42:53  rahe the, kaho ke lakh do ilah hai, uzza bhi ilah hai.</w:t>
      </w:r>
      <w:r>
        <w:br/>
      </w:r>
      <w:r>
        <w:rPr>
          <w:sz w:val="20"/>
        </w:rPr>
        <w:t>1:42:58  to ab woh masla is ka tha ke ya to kaho ya marwao apne aap ko.</w:t>
      </w:r>
      <w:r>
        <w:br/>
      </w:r>
      <w:r>
        <w:rPr>
          <w:sz w:val="20"/>
        </w:rPr>
        <w:t>1:43:05  to yani maar se bachne ke liye unhon ne kaha jaye ke theek hai, jo tum karoge</w:t>
      </w:r>
      <w:r>
        <w:br/>
      </w:r>
      <w:r>
        <w:rPr>
          <w:sz w:val="20"/>
        </w:rPr>
        <w:t>1:43:12  sach hai.</w:t>
      </w:r>
      <w:r>
        <w:br/>
      </w:r>
      <w:r>
        <w:rPr>
          <w:sz w:val="20"/>
        </w:rPr>
        <w:t>1:43:14  to jaan ka khatra ho, is tarah ka zarurat sharai paida ho jaye to us waqt waqti tor</w:t>
      </w:r>
      <w:r>
        <w:br/>
      </w:r>
      <w:r>
        <w:rPr>
          <w:sz w:val="20"/>
        </w:rPr>
        <w:t>1:43:22  par koi cheez jo haram ho, shariat ko halal ho jati hai.</w:t>
      </w:r>
      <w:r>
        <w:br/>
      </w:r>
      <w:r>
        <w:rPr>
          <w:sz w:val="20"/>
        </w:rPr>
        <w:t>1:43:27  lekin is ka taayun aadmi khud kar sakta hai ke waqai yeh zarurat sharai hai ke nahi hai.</w:t>
      </w:r>
      <w:r>
        <w:br/>
      </w:r>
      <w:r>
        <w:rPr>
          <w:sz w:val="20"/>
        </w:rPr>
        <w:t>1:43:34  molana, agle sawal se pehle ek comment parhna chahenge jo doha, qatar se molana abdul basit tamri sahib</w:t>
      </w:r>
      <w:r>
        <w:br/>
      </w:r>
      <w:r>
        <w:rPr>
          <w:sz w:val="20"/>
        </w:rPr>
        <w:t>1:43:42  ne likha hai.</w:t>
      </w:r>
      <w:r>
        <w:br/>
      </w:r>
      <w:r>
        <w:rPr>
          <w:sz w:val="20"/>
        </w:rPr>
        <w:t>1:43:44  unhon ne likha hai ke molana, main bachpan se sunta aa raha tha ke insaan boodha ho jata</w:t>
      </w:r>
      <w:r>
        <w:br/>
      </w:r>
      <w:r>
        <w:rPr>
          <w:sz w:val="20"/>
        </w:rPr>
        <w:t>1:43:51  hai lekin soch hamesha jawan rehti hai, magar yeh maloom nahi tha ke aisa kyun hai.</w:t>
      </w:r>
      <w:r>
        <w:br/>
      </w:r>
      <w:r>
        <w:rPr>
          <w:sz w:val="20"/>
        </w:rPr>
        <w:t>1:43:58  aaj aap ki taqreer se maloom hua ke asal rohani irtiqaa hai, hamara jismani irtiqaa nahin.</w:t>
      </w:r>
      <w:r>
        <w:br/>
      </w:r>
      <w:r>
        <w:rPr>
          <w:sz w:val="20"/>
        </w:rPr>
        <w:t>1:44:05  is liye zehni irtiqaa par focus karna chahiye.</w:t>
      </w:r>
      <w:r>
        <w:br/>
      </w:r>
      <w:r>
        <w:rPr>
          <w:sz w:val="20"/>
        </w:rPr>
        <w:t>1:44:09  maulana, aaj ki taqreer se zehni irtiqaa par focus karne ki jo soch thi, us soch mein halchal</w:t>
      </w:r>
      <w:r>
        <w:br/>
      </w:r>
      <w:r>
        <w:rPr>
          <w:sz w:val="20"/>
        </w:rPr>
        <w:t>1:44:16  paida hui.</w:t>
      </w:r>
    </w:p>
    <w:p>
      <w:pPr>
        <w:pStyle w:val="Heading2"/>
      </w:pPr>
      <w:r>
        <w:t>Meaning of prepared mind trigger</w:t>
      </w:r>
    </w:p>
    <w:p>
      <w:r>
        <w:rPr>
          <w:color w:val="666666"/>
          <w:sz w:val="18"/>
        </w:rPr>
        <w:t>Life &amp; Wisdom · Peace of Mind April 19, 2015 Maulana Wahiduddin Khan · 1m 58s · at 1:04:53 · https://youtu.be/bGLY0ALNtjw?t=3893</w:t>
      </w:r>
    </w:p>
    <w:p>
      <w:r>
        <w:rPr>
          <w:i/>
        </w:rPr>
        <w:t>“You said today that if one has a prepared mind, it gives the person a trigger. What does this mean and how can we develop such a mind?”</w:t>
      </w:r>
    </w:p>
    <w:p>
      <w:r>
        <w:rPr>
          <w:sz w:val="20"/>
        </w:rPr>
        <w:t>1:04:53  maulana agla sawal pune se kiya hai tabish sahib ne.</w:t>
      </w:r>
      <w:r>
        <w:br/>
      </w:r>
      <w:r>
        <w:rPr>
          <w:sz w:val="20"/>
        </w:rPr>
        <w:t>1:04:57  aur unhon ne likha hai:</w:t>
      </w:r>
      <w:r>
        <w:br/>
      </w:r>
      <w:r>
        <w:rPr>
          <w:sz w:val="20"/>
        </w:rPr>
        <w:t>1:05:00  maulana you said today that if one is a prepared mind, then it gives the person a trigger</w:t>
      </w:r>
      <w:r>
        <w:br/>
      </w:r>
      <w:r>
        <w:rPr>
          <w:sz w:val="20"/>
        </w:rPr>
        <w:t>1:05:06  too move ahead.</w:t>
      </w:r>
      <w:r>
        <w:br/>
      </w:r>
      <w:r>
        <w:rPr>
          <w:sz w:val="20"/>
        </w:rPr>
        <w:t>1:05:08  my question is how to make myself a prepared mind so that i can progress intellectual</w:t>
      </w:r>
      <w:r>
        <w:br/>
      </w:r>
      <w:r>
        <w:rPr>
          <w:sz w:val="20"/>
        </w:rPr>
        <w:t>1:05:15  y? please give me guidance in this regard.</w:t>
      </w:r>
      <w:r>
        <w:br/>
      </w:r>
      <w:r>
        <w:rPr>
          <w:sz w:val="20"/>
        </w:rPr>
        <w:t>1:05:20  bhai is ka tareeqa wahi hai ke study karen aur apnay andar objectivity paida karen, objectivity.</w:t>
      </w:r>
      <w:r>
        <w:br/>
      </w:r>
      <w:r>
        <w:rPr>
          <w:sz w:val="20"/>
        </w:rPr>
        <w:t>1:05:27  is ka koi manual kind ka, manual jaisa koi tareeqa nahi hai mere nazdeek.</w:t>
      </w:r>
      <w:r>
        <w:br/>
      </w:r>
      <w:r>
        <w:rPr>
          <w:sz w:val="20"/>
        </w:rPr>
        <w:t>1:05:34  aap jitna study karen ge, jitna aap</w:t>
      </w:r>
      <w:r>
        <w:br/>
      </w:r>
      <w:r>
        <w:rPr>
          <w:sz w:val="20"/>
        </w:rPr>
        <w:t>1:05:38  tadabbur karen ge, jitna aap apnay ko objective banayen ge, utna hi aap ko faida hoga.</w:t>
      </w:r>
      <w:r>
        <w:br/>
      </w:r>
      <w:r>
        <w:rPr>
          <w:sz w:val="20"/>
        </w:rPr>
        <w:t>1:05:49  okay so we will end the session now</w:t>
      </w:r>
      <w:r>
        <w:br/>
      </w:r>
      <w:r>
        <w:rPr>
          <w:sz w:val="20"/>
        </w:rPr>
        <w:t>1:05:52  Thank you.</w:t>
      </w:r>
    </w:p>
    <w:p>
      <w:pPr>
        <w:pStyle w:val="Heading2"/>
      </w:pPr>
      <w:r>
        <w:t>Meaning of progress for Muslims</w:t>
      </w:r>
    </w:p>
    <w:p>
      <w:r>
        <w:rPr>
          <w:color w:val="666666"/>
          <w:sz w:val="18"/>
        </w:rPr>
        <w:t>Life &amp; Wisdom · Concept of Death in Islam 26th Aug 12 SLOW · 2m 59s · at 40:36 · https://youtu.be/8dsos0OBM6M?t=2436</w:t>
      </w:r>
    </w:p>
    <w:p>
      <w:r>
        <w:rPr>
          <w:i/>
        </w:rPr>
        <w:t>“Muslim leaders complain about the decline of the community. They say Muslims are far behind in the field of progress. I want to know what is the meaning of progress?”</w:t>
      </w:r>
    </w:p>
    <w:p>
      <w:r>
        <w:rPr>
          <w:sz w:val="20"/>
        </w:rPr>
        <w:t>40:36  Maulana, agla sawal Delhi se hai. Muhammad Tauseef Qasmi sahib ka, unhon ne likha hai: "Muslim rehnuma millat ki pasti ki shikayat karte hain." woh kehte hain ke Muslim. kya millat ki? pasti. pasti. kaise? pasti. zawaal. zawaal. zawaal. past hona. zawaal. ji. kya lafz bolein?</w:t>
      </w:r>
      <w:r>
        <w:br/>
      </w:r>
      <w:r>
        <w:rPr>
          <w:sz w:val="20"/>
        </w:rPr>
        <w:t>41:03  Pasti. Muslim rehnuma millat ki pasti ki shikayat. kya main samajh nahi? kya lafz? past hona. pasti, pasti. main samajh nahi pa raha woh kya lafz hai. zawaal. pesheen the yeh. hain? pesheen the yeh. chaliye, khair se padhiye.</w:t>
      </w:r>
      <w:r>
        <w:br/>
      </w:r>
      <w:r>
        <w:rPr>
          <w:sz w:val="20"/>
        </w:rPr>
        <w:t>41:22  Muslim rehnuma millat ki pasti ki shikayat karte hain. woh kehte hain ke Musalman taraqqi ke maidan mein bohat peechay hain. main yeh jaanna chahta hoon ke taraqqi ka matlab kya hai?</w:t>
      </w:r>
      <w:r>
        <w:br/>
      </w:r>
      <w:r>
        <w:rPr>
          <w:sz w:val="20"/>
        </w:rPr>
        <w:t>41:40  woh unhi se poochiye jo aisa kehte hain.</w:t>
      </w:r>
      <w:r>
        <w:br/>
      </w:r>
      <w:r>
        <w:rPr>
          <w:sz w:val="20"/>
        </w:rPr>
        <w:t>41:45  mujhe mat kehta nahi aisa.</w:t>
      </w:r>
      <w:r>
        <w:br/>
      </w:r>
      <w:r>
        <w:rPr>
          <w:sz w:val="20"/>
        </w:rPr>
        <w:t>41:51  mat kehta hoon ke musalman jo hai soch mein peechhe hain.</w:t>
      </w:r>
      <w:r>
        <w:br/>
      </w:r>
      <w:r>
        <w:rPr>
          <w:sz w:val="20"/>
        </w:rPr>
        <w:t>41:56  mera jo kehna hai woh hai ke musalman soch mein peechay hain.</w:t>
      </w:r>
      <w:r>
        <w:br/>
      </w:r>
      <w:r>
        <w:rPr>
          <w:sz w:val="20"/>
        </w:rPr>
        <w:t>42:02  mera kehna yeh hai ke musalmanon ka case intellectual backwardness ka case hai.</w:t>
      </w:r>
      <w:r>
        <w:br/>
      </w:r>
      <w:r>
        <w:rPr>
          <w:sz w:val="20"/>
        </w:rPr>
        <w:t>42:07  tarraqi mein peechay yeh bhai meri boli nahi hai.</w:t>
      </w:r>
      <w:r>
        <w:br/>
      </w:r>
      <w:r>
        <w:rPr>
          <w:sz w:val="20"/>
        </w:rPr>
        <w:t>42:13  musalmanon ka case intellectual backwardness ka case hai.</w:t>
      </w:r>
      <w:r>
        <w:br/>
      </w:r>
      <w:r>
        <w:rPr>
          <w:sz w:val="20"/>
        </w:rPr>
        <w:t>42:18  yani fikri tanazzul.</w:t>
      </w:r>
      <w:r>
        <w:br/>
      </w:r>
      <w:r>
        <w:rPr>
          <w:sz w:val="20"/>
        </w:rPr>
        <w:t>42:24  toh baqi jo jo log kehte hain, unhi se poochien, woh bataien ge kaam.</w:t>
      </w:r>
      <w:r>
        <w:br/>
      </w:r>
      <w:r>
        <w:rPr>
          <w:sz w:val="20"/>
        </w:rPr>
        <w:t>42:29  okay, we will end the session now. thank you.</w:t>
      </w:r>
      <w:r>
        <w:br/>
      </w:r>
      <w:r>
        <w:rPr>
          <w:sz w:val="20"/>
        </w:rPr>
        <w:t>42:35  Okay. Sadia? pen bhi le lena kahin se. Sadia hi the, Sadia? haan haan ji. ji Maulana. Sadia? Sadia.</w:t>
      </w:r>
    </w:p>
    <w:p>
      <w:pPr>
        <w:pStyle w:val="Heading2"/>
      </w:pPr>
      <w:r>
        <w:t>Migration to escape poverty and tension</w:t>
      </w:r>
    </w:p>
    <w:p>
      <w:r>
        <w:rPr>
          <w:color w:val="666666"/>
          <w:sz w:val="18"/>
        </w:rPr>
        <w:t>Life &amp; Wisdom · The Character of a Dayee 4 March 2012 - Maulana Wahiduddin Khan · 3m 22s · at 1:02:24 · https://youtu.be/YtavJpVNbEM?t=3744</w:t>
      </w:r>
    </w:p>
    <w:p>
      <w:r>
        <w:rPr>
          <w:i/>
        </w:rPr>
        <w:t>“People in Asian countries often say that because of poverty and inflation in their countries, their economic needs cannot be met and they have to live in tension, so they turn to countries like Europe and America in order to fulfil their economic needs and live a tension-free life. To what extent is this statement correct?”</w:t>
      </w:r>
    </w:p>
    <w:p>
      <w:r>
        <w:rPr>
          <w:sz w:val="20"/>
        </w:rPr>
        <w:t>1:02:24  Aah Maulana yeh sawal aaya hai Karachi Pakistan se Mr Abdul Latif sahib ka. Unhon ne poocha hai: "Aishai mulkon ke log aksar yeh kehte hain ke chunke hamare mulkon mein ghurbat aur mehngai hai,</w:t>
      </w:r>
      <w:r>
        <w:br/>
      </w:r>
      <w:r>
        <w:rPr>
          <w:sz w:val="20"/>
        </w:rPr>
        <w:t>1:02:40  Jis ki wajah se hamari maashi zarooriyat poori nahi ho sakti, aur hamein tension mein jeena padta hai, is liye hum Europe aur America jaise mulkon ka rukh karte hain, taake hum apni</w:t>
      </w:r>
      <w:r>
        <w:br/>
      </w:r>
      <w:r>
        <w:rPr>
          <w:sz w:val="20"/>
        </w:rPr>
        <w:t>1:02:56  Maashi zarooriyat ko poora kar sakein, aur tension free life mein reh sakein." Maulana sahib, yeh baat kis had tak sahi hai?</w:t>
      </w:r>
      <w:r>
        <w:br/>
      </w:r>
      <w:r>
        <w:rPr>
          <w:sz w:val="20"/>
        </w:rPr>
        <w:t>1:03:08  Bilkul galat hai. America mein har aadmi tension mein jeeta hai.</w:t>
      </w:r>
      <w:r>
        <w:br/>
      </w:r>
      <w:r>
        <w:rPr>
          <w:sz w:val="20"/>
        </w:rPr>
        <w:t>1:03:14  Wahan ka president bhi tension mein jeeta hai. Wahan tension milegi kisi ko? America mein main ghhaliban das baar ya barah baar gaya hoon.</w:t>
      </w:r>
      <w:r>
        <w:br/>
      </w:r>
      <w:r>
        <w:rPr>
          <w:sz w:val="20"/>
        </w:rPr>
        <w:t>1:03:30  Koi aadmi wahan se nahi jo tension free rehta ho.</w:t>
      </w:r>
      <w:r>
        <w:br/>
      </w:r>
      <w:r>
        <w:rPr>
          <w:sz w:val="20"/>
        </w:rPr>
        <w:t>1:03:35  Tension se bachne ka raaz affluence nahi hai, qanaat hai. Ziyada kamane se tension nahi khatam hota kisi ka.</w:t>
      </w:r>
      <w:r>
        <w:br/>
      </w:r>
      <w:r>
        <w:rPr>
          <w:sz w:val="20"/>
        </w:rPr>
        <w:t>1:03:48  Ala bi zikrillah tatma'inn al-quloob Aap jahan hain, wahin par</w:t>
      </w:r>
      <w:r>
        <w:br/>
      </w:r>
      <w:r>
        <w:rPr>
          <w:sz w:val="20"/>
        </w:rPr>
        <w:t>1:03:54  Aap ke liye mauqa hain. Kai ghurbat nahi hai. Yeh yeh bhi ek jhooti ek ek hai ke log ghurbat mein, ghurbat mein nahi, ziyada chahte hain, kam mila hua.</w:t>
      </w:r>
      <w:r>
        <w:br/>
      </w:r>
      <w:r>
        <w:rPr>
          <w:sz w:val="20"/>
        </w:rPr>
        <w:t>1:04:07  Yeh masla hai.</w:t>
      </w:r>
      <w:r>
        <w:br/>
      </w:r>
      <w:r>
        <w:rPr>
          <w:sz w:val="20"/>
        </w:rPr>
        <w:t>1:04:12  Aur ziyada chahanay ka zehan jo hai, America mein ziyada tazkiyah nahi milti hai. Wahan bhi log ziyada aur ziyada aur ziyada ki wajah se wahan phir bhi tension hi baqi rehta hoga.</w:t>
      </w:r>
      <w:r>
        <w:br/>
      </w:r>
      <w:r>
        <w:rPr>
          <w:sz w:val="20"/>
        </w:rPr>
        <w:t>1:04:23  jis ki aakhri had yeh hai ke amreeka mein aik saahib jo rehte hain, bees pachees saal se,</w:t>
      </w:r>
      <w:r>
        <w:br/>
      </w:r>
      <w:r>
        <w:rPr>
          <w:sz w:val="20"/>
        </w:rPr>
        <w:t>1:04:28  unhon ne mujh se kaha ke amreeka mein bohat ziyada stress rehta hai. stress sab stress mein jeete hain.</w:t>
      </w:r>
      <w:r>
        <w:br/>
      </w:r>
      <w:r>
        <w:rPr>
          <w:sz w:val="20"/>
        </w:rPr>
        <w:t>1:04:40  to jo weekend un ka hai, weekend mein unhon ne</w:t>
      </w:r>
      <w:r>
        <w:br/>
      </w:r>
      <w:r>
        <w:rPr>
          <w:sz w:val="20"/>
        </w:rPr>
        <w:t>1:04:45  yeh socha ke holiday karen, jaayen idhar udhar, outing karen, apna stress ko khatm karne ke liye, yani de-stressing ke liye.</w:t>
      </w:r>
      <w:r>
        <w:br/>
      </w:r>
      <w:r>
        <w:rPr>
          <w:sz w:val="20"/>
        </w:rPr>
        <w:t>1:04:57  to unhon ne bataya ke aik naya stress paida ho gaya ke wahan jaate hain to loot'te hain to</w:t>
      </w:r>
      <w:r>
        <w:br/>
      </w:r>
      <w:r>
        <w:rPr>
          <w:sz w:val="20"/>
        </w:rPr>
        <w:t>1:05:03  aik aik aik nai museebat le kar ke. is ka naam hai holiday stress. holiday stress yeh bilkul yeh sab bilkul yani be stress baaten hain.</w:t>
      </w:r>
      <w:r>
        <w:br/>
      </w:r>
      <w:r>
        <w:rPr>
          <w:sz w:val="20"/>
        </w:rPr>
        <w:t>1:05:17  yaad rakhiye, tension free life ka</w:t>
      </w:r>
      <w:r>
        <w:br/>
      </w:r>
      <w:r>
        <w:rPr>
          <w:sz w:val="20"/>
        </w:rPr>
        <w:t>1:05:20  jo formula hai quran majeed mein, woh hai ala bi zikrillah tatmain al quloob yani khuda ko daryaft karen, aap dollar ko nahin.</w:t>
      </w:r>
      <w:r>
        <w:br/>
      </w:r>
      <w:r>
        <w:rPr>
          <w:sz w:val="20"/>
        </w:rPr>
        <w:t>1:05:32  dollar ko aur gold aur silver ko jo daryaft karega, woh is ka tension kabhi khatm nahin hoga. lekin jo khuda ko daryaft karega, woh bilashuba tension free life is ko haasil ho jayegi, inshallah.</w:t>
      </w:r>
    </w:p>
    <w:p>
      <w:pPr>
        <w:pStyle w:val="Heading2"/>
      </w:pPr>
      <w:r>
        <w:t>Misinterpretation of definition from lecture</w:t>
      </w:r>
    </w:p>
    <w:p>
      <w:r>
        <w:rPr>
          <w:color w:val="666666"/>
          <w:sz w:val="18"/>
        </w:rPr>
        <w:t>Life &amp; Wisdom · Dars-e-Quran, Chapter 2, Verses 44-46, January 28, 2018 · 8m 11s · at 1:02:11 · https://youtu.be/3Kd5InuBtFA?t=3731</w:t>
      </w:r>
    </w:p>
    <w:p>
      <w:r>
        <w:rPr>
          <w:i/>
        </w:rPr>
        <w:t>“The understanding that we have received from today's lecture is that we ourselves have misinterpreted definition.”</w:t>
      </w:r>
    </w:p>
    <w:p>
      <w:r>
        <w:rPr>
          <w:sz w:val="20"/>
        </w:rPr>
        <w:t>1:02:11  ho jayega. maulana, agla sawal kashmir se bheja hai riyaz bhat sahib ne.</w:t>
      </w:r>
      <w:r>
        <w:br/>
      </w:r>
      <w:r>
        <w:rPr>
          <w:sz w:val="20"/>
        </w:rPr>
        <w:t>1:02:17  unhon ne likha hai: maulana sahib!</w:t>
      </w:r>
      <w:r>
        <w:br/>
      </w:r>
      <w:r>
        <w:rPr>
          <w:sz w:val="20"/>
        </w:rPr>
        <w:t>1:02:23  The understanding that we have received from today's lecture is that we ourselves have misinterpreted the definition</w:t>
      </w:r>
      <w:r>
        <w:br/>
      </w:r>
      <w:r>
        <w:rPr>
          <w:sz w:val="20"/>
        </w:rPr>
        <w:t>1:02:29  of Quranic classification of communities.</w:t>
      </w:r>
      <w:r>
        <w:br/>
      </w:r>
      <w:r>
        <w:rPr>
          <w:sz w:val="20"/>
        </w:rPr>
        <w:t>1:02:35  Should we not then encourage opening of communication</w:t>
      </w:r>
      <w:r>
        <w:br/>
      </w:r>
      <w:r>
        <w:rPr>
          <w:sz w:val="20"/>
        </w:rPr>
        <w:t>1:02:41  channels with other communities to exploit full potential of the modern age?" bilkul ka question to clear nahi hua. ye to repeat kiya hai meri baat ko. ji, question kya banta hai? aap bataiye. maulana, actually ah ah jawab to isi mein hai. wo basically yahi janna chah rahe hain ke ah hum hum logon ne hi quran ki jo ayaton ko misinter</w:t>
      </w:r>
      <w:r>
        <w:br/>
      </w:r>
      <w:r>
        <w:rPr>
          <w:sz w:val="20"/>
        </w:rPr>
        <w:t>1:03:11  pret kiya hai, to kya hum hi logon ko ah ek communication channel, matlab dialogue, ah shuru kar dena chahiye doosri communities ke sath? kyunke aaj jo hai modern age hai, to kya humein is bhai is mein koi shaq ki baat nahi? ye to ji shuru karna kya? ye to karna hi karna hai. ji, sari zindagi humein ye karna hai. musalmanon mein gateway mentality isi liye aa gayi hai ke kam az kam channel khatm ho gaya. alag reh rahe hain, wo alag reh rahe hain. chan</w:t>
      </w:r>
      <w:r>
        <w:br/>
      </w:r>
      <w:r>
        <w:rPr>
          <w:sz w:val="20"/>
        </w:rPr>
        <w:t>1:03:41  l khatm ho gaya, yeh islam nahi hai.</w:t>
      </w:r>
      <w:r>
        <w:br/>
      </w:r>
      <w:r>
        <w:rPr>
          <w:sz w:val="20"/>
        </w:rPr>
        <w:t>1:03:47  yeh yeh hai jo woh hai, yaani pata nahi kya hoga, lekin islam to hai nahi.</w:t>
      </w:r>
      <w:r>
        <w:br/>
      </w:r>
      <w:r>
        <w:rPr>
          <w:sz w:val="20"/>
        </w:rPr>
        <w:t>1:03:53  yeh secular university, secular country hona chahiye, tabhi aap taraqqi karenge.</w:t>
      </w:r>
      <w:r>
        <w:br/>
      </w:r>
      <w:r>
        <w:rPr>
          <w:sz w:val="20"/>
        </w:rPr>
        <w:t>1:03:59  nahi, taraqqi nahi kar sakte.</w:t>
      </w:r>
      <w:r>
        <w:br/>
      </w:r>
      <w:r>
        <w:rPr>
          <w:sz w:val="20"/>
        </w:rPr>
        <w:t>1:04:05  ji, is zamane mein yaad rakhiye, chahe edu</w:t>
      </w:r>
      <w:r>
        <w:br/>
      </w:r>
      <w:r>
        <w:rPr>
          <w:sz w:val="20"/>
        </w:rPr>
        <w:t>1:04:11  cation ho, chahe state ho, sab ka sab secularism ka issue hai, mazhab ka issue nahi hai.</w:t>
      </w:r>
      <w:r>
        <w:br/>
      </w:r>
      <w:r>
        <w:rPr>
          <w:sz w:val="20"/>
        </w:rPr>
        <w:t>1:04:26  wo Maulana, agla Rasool Allah jab Makka mein gaye, Makka se Madina to Madine mein jo log the, ya ad</w:t>
      </w:r>
      <w:r>
        <w:br/>
      </w:r>
      <w:r>
        <w:rPr>
          <w:sz w:val="20"/>
        </w:rPr>
        <w:t>1:04:41  hi abadi wahan yahood ki thi, jo ghalib the, wahan ghalib to wahan qibla ke ma'ne the Quds,</w:t>
      </w:r>
      <w:r>
        <w:br/>
      </w:r>
      <w:r>
        <w:rPr>
          <w:sz w:val="20"/>
        </w:rPr>
        <w:t>1:04:47  qibla ke ma'ne Kaba nahi the.</w:t>
      </w:r>
      <w:r>
        <w:br/>
      </w:r>
      <w:r>
        <w:rPr>
          <w:sz w:val="20"/>
        </w:rPr>
        <w:t>1:04:53  aap ne mujh se aap apna liya to aaj education ke ma'ne secular education, state ke ma'ne secular</w:t>
      </w:r>
      <w:r>
        <w:br/>
      </w:r>
      <w:r>
        <w:rPr>
          <w:sz w:val="20"/>
        </w:rPr>
        <w:t>1:04:59  state, aap kyun nahi mante? is ko yeh bhi sunnat-e-Rasool hai.</w:t>
      </w:r>
      <w:r>
        <w:br/>
      </w:r>
      <w:r>
        <w:rPr>
          <w:sz w:val="20"/>
        </w:rPr>
        <w:t>1:05:05  qibla ka jo matlab tha Madine mein us waqt,</w:t>
      </w:r>
      <w:r>
        <w:br/>
      </w:r>
      <w:r>
        <w:rPr>
          <w:sz w:val="20"/>
        </w:rPr>
        <w:t>1:05:11  is ko Rasool Allah ne apna liya.</w:t>
      </w:r>
      <w:r>
        <w:br/>
      </w:r>
      <w:r>
        <w:rPr>
          <w:sz w:val="20"/>
        </w:rPr>
        <w:t>1:05:17  aise hi is zamane mein education ka aur state ka jo matlab hai, is ko aap apna lijie.</w:t>
      </w:r>
      <w:r>
        <w:br/>
      </w:r>
      <w:r>
        <w:rPr>
          <w:sz w:val="20"/>
        </w:rPr>
        <w:t>1:05:23  us waqt tak apnaaye rahen jab tak zamana badal na jaye.</w:t>
      </w:r>
      <w:r>
        <w:br/>
      </w:r>
      <w:r>
        <w:rPr>
          <w:sz w:val="20"/>
        </w:rPr>
        <w:t>1:05:29  jab zamana badal jaye, tab aap aap bhi mazhab badlie.</w:t>
      </w:r>
      <w:r>
        <w:br/>
      </w:r>
      <w:r>
        <w:rPr>
          <w:sz w:val="20"/>
        </w:rPr>
        <w:t>1:05:34  abhi to abhi to badlenge to aap is ki price denge.</w:t>
      </w:r>
      <w:r>
        <w:br/>
      </w:r>
      <w:r>
        <w:rPr>
          <w:sz w:val="20"/>
        </w:rPr>
        <w:t>1:05:40  backward shumar honge, aap aap ki taraqqi ruki rahegi.</w:t>
      </w:r>
      <w:r>
        <w:br/>
      </w:r>
      <w:r>
        <w:rPr>
          <w:sz w:val="20"/>
        </w:rPr>
        <w:t>1:05:46  Maulana, agla ek comment aur sawal aaya hai Tariq Badar sahib ka Lahore se, Pakistan se.</w:t>
      </w:r>
      <w:r>
        <w:br/>
      </w:r>
      <w:r>
        <w:rPr>
          <w:sz w:val="20"/>
        </w:rPr>
        <w:t>1:05:52  unhon ne likha hai: "Maulana sahib!</w:t>
      </w:r>
      <w:r>
        <w:br/>
      </w:r>
      <w:r>
        <w:rPr>
          <w:sz w:val="20"/>
        </w:rPr>
        <w:t>1:05:58  We have learned today the difference between pre-Diaspora and post-Diaspora Jewish.</w:t>
      </w:r>
      <w:r>
        <w:br/>
      </w:r>
      <w:r>
        <w:rPr>
          <w:sz w:val="20"/>
        </w:rPr>
        <w:t>1:06:04  Jews, I understand learning process is combined with unlearning.</w:t>
      </w:r>
      <w:r>
        <w:br/>
      </w:r>
      <w:r>
        <w:rPr>
          <w:sz w:val="20"/>
        </w:rPr>
        <w:t>1:06:10  Also, in general, we don't unlearn, rather develop a learning in what we know.</w:t>
      </w:r>
      <w:r>
        <w:br/>
      </w:r>
      <w:r>
        <w:rPr>
          <w:sz w:val="20"/>
        </w:rPr>
        <w:t>1:06:16  already, and this is one of the reason we don't understand the true meaning.</w:t>
      </w:r>
      <w:r>
        <w:br/>
      </w:r>
      <w:r>
        <w:rPr>
          <w:sz w:val="20"/>
        </w:rPr>
        <w:t>1:06:21  I learned that unlearning is more difficult than learning.</w:t>
      </w:r>
      <w:r>
        <w:br/>
      </w:r>
      <w:r>
        <w:rPr>
          <w:sz w:val="20"/>
        </w:rPr>
        <w:t>1:06:26  مولانا صاحب، "What is your opinion?" بہت صحیح کہا آپ نے، بہت ہی صحیح کہا آپ نے۔</w:t>
      </w:r>
      <w:r>
        <w:br/>
      </w:r>
      <w:r>
        <w:rPr>
          <w:sz w:val="20"/>
        </w:rPr>
        <w:t>1:06:31  main is se ittefaq karta hoon.</w:t>
      </w:r>
      <w:r>
        <w:br/>
      </w:r>
      <w:r>
        <w:rPr>
          <w:sz w:val="20"/>
        </w:rPr>
        <w:t>1:06:36  yeh unlearning ki zaroorat hai.</w:t>
      </w:r>
      <w:r>
        <w:br/>
      </w:r>
      <w:r>
        <w:rPr>
          <w:sz w:val="20"/>
        </w:rPr>
        <w:t>1:06:41  is zamane mein unlearning ki</w:t>
      </w:r>
      <w:r>
        <w:br/>
      </w:r>
      <w:r>
        <w:rPr>
          <w:sz w:val="20"/>
        </w:rPr>
        <w:t>1:06:46  zaroorat hai, tabhi to beginning ho gayi.</w:t>
      </w:r>
      <w:r>
        <w:br/>
      </w:r>
      <w:r>
        <w:rPr>
          <w:sz w:val="20"/>
        </w:rPr>
        <w:t>1:06:52  abhi to beginning ka time nahi aaya.</w:t>
      </w:r>
      <w:r>
        <w:br/>
      </w:r>
      <w:r>
        <w:rPr>
          <w:sz w:val="20"/>
        </w:rPr>
        <w:t>1:06:58  Maulana, agla ek comment padhna chahenge jo Muhammad Yaqoob Umri sahib ne bheja hai Delhi se.</w:t>
      </w:r>
      <w:r>
        <w:br/>
      </w:r>
      <w:r>
        <w:rPr>
          <w:sz w:val="20"/>
        </w:rPr>
        <w:t>1:07:04  unhon ne likha hai: "Maulana!</w:t>
      </w:r>
      <w:r>
        <w:br/>
      </w:r>
      <w:r>
        <w:rPr>
          <w:sz w:val="20"/>
        </w:rPr>
        <w:t>1:07:11  It is very important question that you raised</w:t>
      </w:r>
      <w:r>
        <w:br/>
      </w:r>
      <w:r>
        <w:rPr>
          <w:sz w:val="20"/>
        </w:rPr>
        <w:t>1:07:17  How Allah can love those who fight human beings.</w:t>
      </w:r>
      <w:r>
        <w:br/>
      </w:r>
      <w:r>
        <w:rPr>
          <w:sz w:val="20"/>
        </w:rPr>
        <w:t>1:07:24  Really, this question helps to understand the real meaning of the words of Chapter As-Saff.</w:t>
      </w:r>
      <w:r>
        <w:br/>
      </w:r>
      <w:r>
        <w:rPr>
          <w:sz w:val="20"/>
        </w:rPr>
        <w:t>1:07:32  "Qital is a situational word which is actually meant as 'da'wah struggle'." Dekhiye, yeh jo Quran mein hai</w:t>
      </w:r>
      <w:r>
        <w:br/>
      </w:r>
      <w:r>
        <w:rPr>
          <w:sz w:val="20"/>
        </w:rPr>
        <w:t>1:07:40  keh Allah in se muhabbat karta hai jo Allah ke raste mein larte hain,</w:t>
      </w:r>
      <w:r>
        <w:br/>
      </w:r>
      <w:r>
        <w:rPr>
          <w:sz w:val="20"/>
        </w:rPr>
        <w:t>1:07:48  to main sochta tha ke jo log Allah ke raste mein Rasool Allah ke sath de rahe the,</w:t>
      </w:r>
      <w:r>
        <w:br/>
      </w:r>
      <w:r>
        <w:rPr>
          <w:sz w:val="20"/>
        </w:rPr>
        <w:t>1:07:56  jo log unhon ne kitna lare, wo to yaqeen kijiye ke 13 saal ki muddat mein nahi, 23 saal.</w:t>
      </w:r>
      <w:r>
        <w:br/>
      </w:r>
      <w:r>
        <w:rPr>
          <w:sz w:val="20"/>
        </w:rPr>
        <w:t>1:08:04  23 saal ki muddat mein sirf dedh, dedh din, dedh din, bas adha din Badr mein, adha din</w:t>
      </w:r>
      <w:r>
        <w:br/>
      </w:r>
      <w:r>
        <w:rPr>
          <w:sz w:val="20"/>
        </w:rPr>
        <w:t>1:08:13  Hunain mein, aur adha din ek kaun si jang thi.</w:t>
      </w:r>
      <w:r>
        <w:br/>
      </w:r>
      <w:r>
        <w:rPr>
          <w:sz w:val="20"/>
        </w:rPr>
        <w:t>1:08:21  kal dedh din, aur dictionary batati hai ke ladai wo hai jo chhe din chale.</w:t>
      </w:r>
      <w:r>
        <w:br/>
      </w:r>
      <w:r>
        <w:rPr>
          <w:sz w:val="20"/>
        </w:rPr>
        <w:t>1:08:28  yani chhe din ki jo ladai ho, to wo ladai hai, wo wo ladai hai hi nahi, wo</w:t>
      </w:r>
      <w:r>
        <w:br/>
      </w:r>
      <w:r>
        <w:rPr>
          <w:sz w:val="20"/>
        </w:rPr>
        <w:t>1:08:36  is ka musalsal hai.</w:t>
      </w:r>
      <w:r>
        <w:br/>
      </w:r>
      <w:r>
        <w:rPr>
          <w:sz w:val="20"/>
        </w:rPr>
        <w:t>1:08:44  yeh dictionary ki meaning hai: jo ladai chhe din na chale, wo is is ka musalsal hai. to</w:t>
      </w:r>
      <w:r>
        <w:br/>
      </w:r>
      <w:r>
        <w:rPr>
          <w:sz w:val="20"/>
        </w:rPr>
        <w:t>1:08:51  sach poochhen to Rasool Allah ke Sahaba jo the, wo ladai hi nahi.</w:t>
      </w:r>
      <w:r>
        <w:br/>
      </w:r>
      <w:r>
        <w:rPr>
          <w:sz w:val="20"/>
        </w:rPr>
        <w:t>1:08:57  to is mein Allah ne un se muhabbat hi nahi ki.</w:t>
      </w:r>
      <w:r>
        <w:br/>
      </w:r>
      <w:r>
        <w:rPr>
          <w:sz w:val="20"/>
        </w:rPr>
        <w:t>1:09:03  jab ladai hi nahi, to muhabbat kahan? yaad rakhiye, wo jo ayat hai ke "ya qatiloon fi sabil</w:t>
      </w:r>
      <w:r>
        <w:br/>
      </w:r>
      <w:r>
        <w:rPr>
          <w:sz w:val="20"/>
        </w:rPr>
        <w:t>1:09:09  sufan", yeh samajh rahe hain? ji, "ya qatiloon fi sabil" sirf Badr mein adha din hua tha, aur</w:t>
      </w:r>
      <w:r>
        <w:br/>
      </w:r>
      <w:r>
        <w:rPr>
          <w:sz w:val="20"/>
        </w:rPr>
        <w:t>1:09:15  kabhi aisi ladai hui nahi.</w:t>
      </w:r>
      <w:r>
        <w:br/>
      </w:r>
      <w:r>
        <w:rPr>
          <w:sz w:val="20"/>
        </w:rPr>
        <w:t>1:09:21  "یا قاتلون فی سبیل صفن" jo jo farmaya hai, sirf Badr mein adha din hua tha.</w:t>
      </w:r>
      <w:r>
        <w:br/>
      </w:r>
      <w:r>
        <w:rPr>
          <w:sz w:val="20"/>
        </w:rPr>
        <w:t>1:09:29  bas to kya adha din jis ne yeh kiya, us ko Allah muhabbat karta hai? aur baqi log</w:t>
      </w:r>
      <w:r>
        <w:br/>
      </w:r>
      <w:r>
        <w:rPr>
          <w:sz w:val="20"/>
        </w:rPr>
        <w:t>1:09:36  Allah ke muhabbat se kharij hain? aur mujhe bataiye ke kaun nabi nabi tha jo lada hai? itne</w:t>
      </w:r>
      <w:r>
        <w:br/>
      </w:r>
      <w:r>
        <w:rPr>
          <w:sz w:val="20"/>
        </w:rPr>
        <w:t>1:09:44  saare nabi aaye, koi ladai nahi, is muhabbat se kharij hain? Masha Allah! to haan,</w:t>
      </w:r>
      <w:r>
        <w:br/>
      </w:r>
      <w:r>
        <w:rPr>
          <w:sz w:val="20"/>
        </w:rPr>
        <w:t>1:09:51  to aap ko jo waqea hua nabi'on ki zindagi mein, Sahaba ki zindagi mein jo waqea hua, wo</w:t>
      </w:r>
      <w:r>
        <w:br/>
      </w:r>
      <w:r>
        <w:rPr>
          <w:sz w:val="20"/>
        </w:rPr>
        <w:t>1:09:59  hai wo log jin se Allah muhabbat karta hai.</w:t>
      </w:r>
      <w:r>
        <w:br/>
      </w:r>
      <w:r>
        <w:rPr>
          <w:sz w:val="20"/>
        </w:rPr>
        <w:t>1:10:07  to Sahaba to Rasool Allah ke Saathi, wo to dedh din lare.</w:t>
      </w:r>
      <w:r>
        <w:br/>
      </w:r>
      <w:r>
        <w:rPr>
          <w:sz w:val="20"/>
        </w:rPr>
        <w:t>1:10:14  bas to bahut saare log jinhon ne dawat Allah ke liye struggle kiya, dawat</w:t>
      </w:r>
    </w:p>
    <w:p>
      <w:pPr>
        <w:pStyle w:val="Heading2"/>
      </w:pPr>
      <w:r>
        <w:t>Misuse of freedom vs proper use</w:t>
      </w:r>
    </w:p>
    <w:p>
      <w:r>
        <w:rPr>
          <w:color w:val="666666"/>
          <w:sz w:val="18"/>
        </w:rPr>
        <w:t>Life &amp; Wisdom · Eid-al-Azha I October 13, 2013 · 1m 24s · at 1:06:39 · https://youtu.be/oy7zn-uODcU?t=3999</w:t>
      </w:r>
    </w:p>
    <w:p>
      <w:r>
        <w:rPr>
          <w:i/>
        </w:rPr>
        <w:t>“Why is it that man has always opted for misuse of freedom instead of making proper use of freedom? What is your comment on this?”</w:t>
      </w:r>
    </w:p>
    <w:p>
      <w:r>
        <w:rPr>
          <w:sz w:val="20"/>
        </w:rPr>
        <w:t>1:06:39  apna mission banaye hue hain yeh is ko dekhta hai allah taala molana agla sawal delhi se hai</w:t>
      </w:r>
      <w:r>
        <w:br/>
      </w:r>
      <w:r>
        <w:rPr>
          <w:sz w:val="20"/>
        </w:rPr>
        <w:t>1:06:47  Ramesh Siddiqui Sahab ka unhone likha hai, "Why is it that man has always opted for 'miss'"</w:t>
      </w:r>
      <w:r>
        <w:br/>
      </w:r>
      <w:r>
        <w:rPr>
          <w:sz w:val="20"/>
        </w:rPr>
        <w:t>1:06:54  use of freedom instead of making proper use of freedom what is your comment on this bhai meri</w:t>
      </w:r>
      <w:r>
        <w:br/>
      </w:r>
      <w:r>
        <w:rPr>
          <w:sz w:val="20"/>
        </w:rPr>
        <w:t>1:07:02  samajh to yahi hai ke is mein responsibility hoti hai aadmi ko censor banna padta hai aur mus</w:t>
      </w:r>
      <w:r>
        <w:br/>
      </w:r>
      <w:r>
        <w:rPr>
          <w:sz w:val="20"/>
        </w:rPr>
        <w:t>1:07:10  yuz of freedom mein to khoob ha ha ha kijiye woh bhi apna apni khwahishein poori kijiye koi</w:t>
      </w:r>
      <w:r>
        <w:br/>
      </w:r>
      <w:r>
        <w:rPr>
          <w:sz w:val="20"/>
        </w:rPr>
        <w:t>1:07:18  rkawat nahin koi do and dont nahin to bara acha lagta hai woh yani proper yuz mein ap</w:t>
      </w:r>
      <w:r>
        <w:br/>
      </w:r>
      <w:r>
        <w:rPr>
          <w:sz w:val="20"/>
        </w:rPr>
        <w:t>1:07:25  ko discipline rakhna parta hai discipline mein apne ko control mein rakhna parta hai apne ko bandh kar</w:t>
      </w:r>
      <w:r>
        <w:br/>
      </w:r>
      <w:r>
        <w:rPr>
          <w:sz w:val="20"/>
        </w:rPr>
        <w:t>1:07:33  rakhna parta hai yani bolne pe ap ko sochna parta hai baghair soche bolna ap ko galat maloom</w:t>
      </w:r>
      <w:r>
        <w:br/>
      </w:r>
      <w:r>
        <w:rPr>
          <w:sz w:val="20"/>
        </w:rPr>
        <w:t>1:07:41  hota hai to har cheez mein ap ko apne ap ko discipline bandhna parta hai woh aadmi ko</w:t>
      </w:r>
      <w:r>
        <w:br/>
      </w:r>
      <w:r>
        <w:rPr>
          <w:sz w:val="20"/>
        </w:rPr>
        <w:t>1:07:48  mushkil maloom hota hai aur misuse of freedom mein kya hai yani animal kehta hai jo chahe</w:t>
      </w:r>
      <w:r>
        <w:br/>
      </w:r>
      <w:r>
        <w:rPr>
          <w:sz w:val="20"/>
        </w:rPr>
        <w:t>1:07:56  kijiye is ke liye kotiye shor ki shor ki jiye hangamon ke nuisance break kijiye sahi galat kijiye kuch</w:t>
      </w:r>
    </w:p>
    <w:p>
      <w:pPr>
        <w:pStyle w:val="Heading2"/>
      </w:pPr>
      <w:r>
        <w:t>Necessity making forbidden permissible</w:t>
      </w:r>
    </w:p>
    <w:p>
      <w:r>
        <w:rPr>
          <w:color w:val="666666"/>
          <w:sz w:val="18"/>
        </w:rPr>
        <w:t>Life &amp; Wisdom · Materialism and Intellectual Dwarfism 29th April 2012 · 2m 07s · at 1:36:09 · https://youtu.be/qHzARL_r3I4?t=5769</w:t>
      </w:r>
    </w:p>
    <w:p>
      <w:r>
        <w:rPr>
          <w:i/>
        </w:rPr>
        <w:t>“Necessity makes the forbidden permissible. What does this mean? It is commonly understood that if a person is starving to death and has nothing to eat, then eating pork becomes permissible for him. Are there other situations? Can this be extended to other cases of genuine necessity, or is it only a legal necessity?”</w:t>
      </w:r>
    </w:p>
    <w:p>
      <w:r>
        <w:rPr>
          <w:sz w:val="20"/>
        </w:rPr>
        <w:t>1:36:09  maulana agla sawal dilli se hai mister shah imran hasan sahab ka unhone likha hai zaroorat haram ko halaal kar deti hai is ka kya matlab hai</w:t>
      </w:r>
      <w:r>
        <w:br/>
      </w:r>
      <w:r>
        <w:rPr>
          <w:sz w:val="20"/>
        </w:rPr>
        <w:t>1:36:24  aam taur par yeh samjha jata hai ke jaise maslan ek aadmi hai bhooka hai marne ke qareeb ho raha hai khane ko kuch hai nahi to us waqt us ko khinzir bhi khana jaiz ho jata hai us ke liye</w:t>
      </w:r>
      <w:r>
        <w:br/>
      </w:r>
      <w:r>
        <w:rPr>
          <w:sz w:val="20"/>
        </w:rPr>
        <w:t>1:36:39  to is tarah ki sooraten hain doosri is ko aap tausee kar sakte hain aur doosri soorton par haqeeqi zaroorat agar hai koi haqeeqi zaroorat yani khud sakhta taur par hum kisi ko zaroorat samjhen kisi cheez ko wo matlab nahi hai haqeeqi zaroorat ya yun kahen ke zaroorat sharai agar</w:t>
      </w:r>
      <w:r>
        <w:br/>
      </w:r>
      <w:r>
        <w:rPr>
          <w:sz w:val="20"/>
        </w:rPr>
        <w:t>1:37:00  zaroorat sharai paida ho gayi ho to wahan par yani bilashubah haram cheez bhi halaal ho jayegi waqti taur par lekin is mein zaroorat sharai shart lazim hai bohat zyada yani bohat zyada objective taur par aap ko jaiza lena hoga ke kya waqeatan yahan zaroorat sharai paida ho gayi hai</w:t>
      </w:r>
      <w:r>
        <w:br/>
      </w:r>
      <w:r>
        <w:rPr>
          <w:sz w:val="20"/>
        </w:rPr>
        <w:t>1:37:26  jaise misaal ke taur par aata hai islam ke zamane ke baaz waqiat ke ek sahabi ko maar peet rahe the kaho ke la ilah hai azza bhi ilah hai to ab woh masla is ka tha ke ya to kaho ya to marwao apne aap ko to</w:t>
      </w:r>
      <w:r>
        <w:br/>
      </w:r>
      <w:r>
        <w:rPr>
          <w:sz w:val="20"/>
        </w:rPr>
        <w:t>1:37:49  yani maar se bachne ke liye unhon ne kaha jaye ke theek hai jo tum karo woh bhi sach hai to jaan ka khatra ho is tarah ka zaroorat sharai paida ho jaye to us waqt waqti tor par koi cheez jo haram ho shariyat mein woh halaal ho jati hai lekin is ka taayun aadmi khud kar sakta hai ke waqai yeh zaroorat sharai hai ke nahi hai</w:t>
      </w:r>
    </w:p>
    <w:p>
      <w:pPr>
        <w:pStyle w:val="Heading2"/>
      </w:pPr>
      <w:r>
        <w:t>Need of sincerity for acquiring wisdom</w:t>
      </w:r>
    </w:p>
    <w:p>
      <w:r>
        <w:rPr>
          <w:color w:val="666666"/>
          <w:sz w:val="18"/>
        </w:rPr>
        <w:t>Life &amp; Wisdom · The Secret of Divine Wisdom September 2, 2012 · 2m 07s · at 1:24:04 · https://youtu.be/ZXQlrW7PqAE?t=5044</w:t>
      </w:r>
    </w:p>
    <w:p>
      <w:r>
        <w:rPr>
          <w:i/>
        </w:rPr>
        <w:t>“Please throw light on the need of sincerity for acquiring wisdom. See, this is a law of nature. You should read psychology. Psychology is the study of man.”</w:t>
      </w:r>
    </w:p>
    <w:p>
      <w:r>
        <w:rPr>
          <w:sz w:val="20"/>
        </w:rPr>
        <w:t>1:24:04  maulana agla sawal lene se pehle ek comment padhna chahenge jo maulana abdul basit umri sahib ne likha hai doha qatar se unhon ne likha hai ke maulana aaj ke lecture se ladai bhadai ki zehniyat kitni badi mahroomi ka sabab hoti hai aaj hi maloom hua</w:t>
      </w:r>
      <w:r>
        <w:br/>
      </w:r>
      <w:r>
        <w:rPr>
          <w:sz w:val="20"/>
        </w:rPr>
        <w:t>1:24:23  maulana aaj se pehle main is baat ko nahi janta tha jazak Allah khair agla sawal delhi se hai miss sadia khan ka unhon ne likha hai maulana sahib please throw light on the need of sincerity for acquiring wisdom dekhen yeh yeh law of nature ki baat hai aap psychology ko padhiye aap</w:t>
      </w:r>
      <w:r>
        <w:br/>
      </w:r>
      <w:r>
        <w:rPr>
          <w:sz w:val="20"/>
        </w:rPr>
        <w:t>1:24:52  yeh bilkul yani jo psychology mein jo psychology kya hai study of man ke naam hai psychology</w:t>
      </w:r>
      <w:r>
        <w:br/>
      </w:r>
      <w:r>
        <w:rPr>
          <w:sz w:val="20"/>
        </w:rPr>
        <w:t>1:25:03  to insan ke bare mein jo research ki gayi hai aur har aadmi ka apna tajurba bhi hai yeh ke agar koi baat aap ke sath pesh aati hai aap ke mizaj ke khilaf aur aap yani sanjidgi kho dete hain sincerity kho dete hain to foran kya hoga ke aap ki aql jo hai woh woh kaam karna band kar degi</w:t>
      </w:r>
      <w:r>
        <w:br/>
      </w:r>
      <w:r>
        <w:rPr>
          <w:sz w:val="20"/>
        </w:rPr>
        <w:t>1:25:33  matlab negative baatein aayengi to yeh ek har aadmi ka zahiri tajurba hai aur psychology ki research bhi batati hai ke jab tak aadmi ke andar sanity hai sincerity hai seriousness hai tab tak us ki aql khoob kaam karti hai aur jaise hi sanity gayi sincerity gayi seriousness gayi us ki aql kaam nahi karti</w:t>
      </w:r>
      <w:r>
        <w:br/>
      </w:r>
      <w:r>
        <w:rPr>
          <w:sz w:val="20"/>
        </w:rPr>
        <w:t>1:26:01  yeh har aadmi ka tajurba hai is mein koi yani main nahi samajhta kisi argument ki zaroorat hai</w:t>
      </w:r>
    </w:p>
    <w:p>
      <w:pPr>
        <w:pStyle w:val="Heading2"/>
      </w:pPr>
      <w:r>
        <w:t>Need vs comfort consumerism</w:t>
      </w:r>
    </w:p>
    <w:p>
      <w:r>
        <w:rPr>
          <w:color w:val="666666"/>
          <w:sz w:val="18"/>
        </w:rPr>
        <w:t>Life &amp; Wisdom · Question &amp; Answer Jan 6th 2013 - Maulana Wahiduddin Kahn · 5m 28s · at 13:24 · https://youtu.be/1FAK1QuHEpw?t=804</w:t>
      </w:r>
    </w:p>
    <w:p>
      <w:r>
        <w:rPr>
          <w:i/>
        </w:rPr>
        <w:t>“The fine line between need based consumerism and comfort based consumerism is disappearing so quickly that it often becomes difficult to define what is need and what is comfort.”</w:t>
      </w:r>
    </w:p>
    <w:p>
      <w:r>
        <w:rPr>
          <w:sz w:val="20"/>
        </w:rPr>
        <w:t>13:24  maulana, agla sawal delhi se hai, ah miss ahmad ka. unhone likha hai: "Maulana, thanks a lot for explaining the modern consumerism and making us rethink the whole idea of shopping.</w:t>
      </w:r>
      <w:r>
        <w:br/>
      </w:r>
      <w:r>
        <w:rPr>
          <w:sz w:val="20"/>
        </w:rPr>
        <w:t>13:41  However, I have a little doubt. My question is: the fine line between need based consumerism and comfort based consumerism.</w:t>
      </w:r>
      <w:r>
        <w:br/>
      </w:r>
      <w:r>
        <w:rPr>
          <w:sz w:val="20"/>
        </w:rPr>
        <w:t>13:53  It is disappearing so quickly that it often becomes difficult to define what is need and what is comfort.</w:t>
      </w:r>
      <w:r>
        <w:br/>
      </w:r>
      <w:r>
        <w:rPr>
          <w:sz w:val="20"/>
        </w:rPr>
        <w:t>14:02  Especially if parents provide the needful to children, the children often demand or sometimes complain for extra comfort.</w:t>
      </w:r>
      <w:r>
        <w:br/>
      </w:r>
      <w:r>
        <w:rPr>
          <w:sz w:val="20"/>
        </w:rPr>
        <w:t>14:12  So what should one do? How should a person plan a strategy for it</w:t>
      </w:r>
      <w:r>
        <w:br/>
      </w:r>
      <w:r>
        <w:rPr>
          <w:sz w:val="20"/>
        </w:rPr>
        <w:t>14:18  ?" bhai dekhiye, na bachche criterion hain na parent criterion hain. jo log is mein phanse rahenge to woh to isi mein phanse rahenge.</w:t>
      </w:r>
      <w:r>
        <w:br/>
      </w:r>
      <w:r>
        <w:rPr>
          <w:sz w:val="20"/>
        </w:rPr>
        <w:t>14:28  woh to kabhi un ko chutti nahi milegi marne se pehle. mein to logon se kehta hoon ke dekhiye, quran mein aaya hai ke</w:t>
      </w:r>
      <w:r>
        <w:br/>
      </w:r>
      <w:r>
        <w:rPr>
          <w:sz w:val="20"/>
        </w:rPr>
        <w:t>14:40  do aayatein hain quran majeed ki. aaj kal sare log family mein phanse rehte hain. do aayatein hain, woh padhein woh. ek aayat yeh hai ke jahannami log jo hain un ke bare mein woh aayat hai:</w:t>
      </w:r>
      <w:r>
        <w:br/>
      </w:r>
      <w:r>
        <w:rPr>
          <w:sz w:val="20"/>
        </w:rPr>
        <w:t>14:55  "کان فی اہلی مسرورا" . ke apne family mein khoob khush rehte the woh. yani family ki demand poori karna aur family ki ko khush rakhna, un ki company karna, un ke liye har item dala ke dena un ko.</w:t>
      </w:r>
      <w:r>
        <w:br/>
      </w:r>
      <w:r>
        <w:rPr>
          <w:sz w:val="20"/>
        </w:rPr>
        <w:t>15:11  to "کان فی اہلی مسرورا" . woh aadmi family mein jeeta tha, family ke mein khush kharam rehta tha. woh jahannum mein jayega.</w:t>
      </w:r>
      <w:r>
        <w:br/>
      </w:r>
      <w:r>
        <w:rPr>
          <w:sz w:val="20"/>
        </w:rPr>
        <w:t>15:21  yeh jahannum ke liye hai. aur jannat ke liye kya hai? "انا کنا فی اہلنا مشرقین" . mushriq maani khauf, dara hua.</w:t>
      </w:r>
      <w:r>
        <w:br/>
      </w:r>
      <w:r>
        <w:rPr>
          <w:sz w:val="20"/>
        </w:rPr>
        <w:t>15:35  ke jannat wale kahenge ke hum apne family mein, apne ghar mein khauf ban kar rehte the, andesha naak ban kar rehte the. allah ki pakad se dar, jahannum se dar, qayamat ki accountability se dar.</w:t>
      </w:r>
      <w:r>
        <w:br/>
      </w:r>
      <w:r>
        <w:rPr>
          <w:sz w:val="20"/>
        </w:rPr>
        <w:t>15:49  is mein jeete the hum. yeh do tasveerein hain, aap dekh lijie. yeh zamane ke musalmanon mein shayad hi koi ghar ho jo aap ko mile woh is ka namuna.</w:t>
      </w:r>
      <w:r>
        <w:br/>
      </w:r>
      <w:r>
        <w:rPr>
          <w:sz w:val="20"/>
        </w:rPr>
        <w:t>15:58  is sab wohi ab family mein khush hain, family ke liye saman la rahe hain, kama kama kar un ko de rahe hain taake woh bachche khush rahen, ghar wale khush rahen, family wale khush rahen.</w:t>
      </w:r>
      <w:r>
        <w:br/>
      </w:r>
      <w:r>
        <w:rPr>
          <w:sz w:val="20"/>
        </w:rPr>
        <w:t>16:13  to yeh to aap yeh rai, yani yeh yeh mat sochiye ke bachche kya kya chahte hain, parent kya chahte hain. aap dekhiye ke jannat walon ki tasveer quran mein kya hai aur jahannum walon ki tasveer quran majeed mein kya hai.</w:t>
      </w:r>
      <w:r>
        <w:br/>
      </w:r>
      <w:r>
        <w:rPr>
          <w:sz w:val="20"/>
        </w:rPr>
        <w:t>16:26  is se faisla kijie.</w:t>
      </w:r>
      <w:r>
        <w:br/>
      </w:r>
      <w:r>
        <w:rPr>
          <w:sz w:val="20"/>
        </w:rPr>
        <w:t>16:29  maulana, un ka aik hissa question ka yeh bhi tha ke woh difference janna chah rahi thi ke between fine line between need based consumerism and comfort based consum</w:t>
      </w:r>
      <w:r>
        <w:br/>
      </w:r>
      <w:r>
        <w:rPr>
          <w:sz w:val="20"/>
        </w:rPr>
        <w:t>16:40  erism. dekhiye, haan is ka bohat aasan hai. woh jo hadith sunai mein ne aap ko, usi hadith samajh lijiye. ke dunya mein zinda rehne ke liye jo zaroori ho wahi need based hai.</w:t>
      </w:r>
      <w:r>
        <w:br/>
      </w:r>
      <w:r>
        <w:rPr>
          <w:sz w:val="20"/>
        </w:rPr>
        <w:t>16:55  aur jo jab aap aap dhoondh rahe hain, lazzat dhoondh rahe hain, aaram dhoondh rahe hain aur ronak dhoondh rahe hain aur shan daari dhoondh rahe hain to wahan par woh consumerism aa gaya.</w:t>
      </w:r>
      <w:r>
        <w:br/>
      </w:r>
      <w:r>
        <w:rPr>
          <w:sz w:val="20"/>
        </w:rPr>
        <w:t>17:10  consumerism aa gaya. bohat aasan hai, bohat aasan hai. mein to dekhiye yahan rehta hoon jahan nineteen eighty three se us waqt jo mera jo kursi thi ya jo furniture tha wahi aaj bhi hai.</w:t>
      </w:r>
      <w:r>
        <w:br/>
      </w:r>
      <w:r>
        <w:rPr>
          <w:sz w:val="20"/>
        </w:rPr>
        <w:t>17:27  is beech mein. aap colony mein ghoomiye, doosron ke haan kitni baar badal chuke honge woh. ke zaroorat hi nahi badla unhon ne. market mein gaye, dekha ke naye qism ka sofa chataiya hai, naye qism ki kursiyan aayi hain to woh khareed liya, pichla wala hata diya.</w:t>
      </w:r>
      <w:r>
        <w:br/>
      </w:r>
      <w:r>
        <w:rPr>
          <w:sz w:val="20"/>
        </w:rPr>
        <w:t>17:44  to aadmi bohat aasani se samajh sakta hai ke dunya mein jeene ke liye waqai zaroorat meri kya hai. bas isi par raazi ho jaon.</w:t>
      </w:r>
      <w:r>
        <w:br/>
      </w:r>
      <w:r>
        <w:rPr>
          <w:sz w:val="20"/>
        </w:rPr>
        <w:t>17:53  aur doosri ke shauq ke liye aur khwahish ke liye, lazzat ke liye, ronak ke liye, logon ko khush karne ke liye.</w:t>
      </w:r>
      <w:r>
        <w:br/>
      </w:r>
      <w:r>
        <w:rPr>
          <w:sz w:val="20"/>
        </w:rPr>
        <w:t>18:05  zyadatar is liye hota hai yeh yeh social status ka maamla hota hai ke log kya kahenge. social status ke aap aap choti gaadi mein baithte hain, doosra wala parosi badi gaadi mein baithta hai to aap ko lagta hai ke mera darja ghat gaya.</w:t>
      </w:r>
      <w:r>
        <w:br/>
      </w:r>
      <w:r>
        <w:rPr>
          <w:sz w:val="20"/>
        </w:rPr>
        <w:t>18:22  aap flat mein rehte hain, doosra kothi mein rehta hai to aap samajhte hain mera darja ghat gaya. aap ke kamre mein sirf mamooli kursiyan hain, us ke sofa set hai to aap samajhte hain mera darja ghat gaya.</w:t>
      </w:r>
      <w:r>
        <w:br/>
      </w:r>
      <w:r>
        <w:rPr>
          <w:sz w:val="20"/>
        </w:rPr>
        <w:t>18:34  to social status jo hai woh logon ke zehan mein basa hua rehta hai. bachon ke zehan mein aur parent ke zehan mein. yeh sab jahili soch hai, jahili.</w:t>
      </w:r>
      <w:r>
        <w:br/>
      </w:r>
      <w:r>
        <w:rPr>
          <w:sz w:val="20"/>
        </w:rPr>
        <w:t>18:43  bas zindagi guzarne ke liye jo zaroori cheez hai woh har aadmi samajh sakta hai bohat aasani se. bas isi par raazi ho jaiye.</w:t>
      </w:r>
    </w:p>
    <w:p>
      <w:pPr>
        <w:pStyle w:val="Heading2"/>
      </w:pPr>
      <w:r>
        <w:t>Negative thoughts leading to wrong decisions</w:t>
      </w:r>
    </w:p>
    <w:p>
      <w:r>
        <w:rPr>
          <w:color w:val="666666"/>
          <w:sz w:val="18"/>
        </w:rPr>
        <w:t>Life &amp; Wisdom · Spirit of the Age November 06, 2016 · 1m 40s · at 45:47 · https://youtu.be/URWoioUiDO4?t=2747</w:t>
      </w:r>
    </w:p>
    <w:p>
      <w:r>
        <w:rPr>
          <w:i/>
        </w:rPr>
        <w:t>“I often get negative thoughts which I am not able to suppress and control, and as a result, I end up taking wrong decisions.”</w:t>
      </w:r>
    </w:p>
    <w:p>
      <w:r>
        <w:rPr>
          <w:sz w:val="20"/>
        </w:rPr>
        <w:t>45:47  maulana, agla sawal jamshedpur se bheja hai abdul sahib ne, aur unhone likha hai, maulana sahib,</w:t>
      </w:r>
      <w:r>
        <w:br/>
      </w:r>
      <w:r>
        <w:rPr>
          <w:sz w:val="20"/>
        </w:rPr>
        <w:t>45:55  I often get negative thoughts which I am not able to suppress or control, and as a result,</w:t>
      </w:r>
      <w:r>
        <w:br/>
      </w:r>
      <w:r>
        <w:rPr>
          <w:sz w:val="20"/>
        </w:rPr>
        <w:t>46:03  i am not taking wrong decisions.</w:t>
      </w:r>
      <w:r>
        <w:br/>
      </w:r>
      <w:r>
        <w:rPr>
          <w:sz w:val="20"/>
        </w:rPr>
        <w:t>46:05  My problem is that I know myself that I am getting wrong thoughts, but I am in</w:t>
      </w:r>
      <w:r>
        <w:br/>
      </w:r>
      <w:r>
        <w:rPr>
          <w:sz w:val="20"/>
        </w:rPr>
        <w:t>46:13  able to control myself.</w:t>
      </w:r>
      <w:r>
        <w:br/>
      </w:r>
      <w:r>
        <w:rPr>
          <w:sz w:val="20"/>
        </w:rPr>
        <w:t>46:15  For example, I am very short-tempered, I also become greedy at times, and sometimes I get</w:t>
      </w:r>
      <w:r>
        <w:br/>
      </w:r>
      <w:r>
        <w:rPr>
          <w:sz w:val="20"/>
        </w:rPr>
        <w:t>46:23  depressed.</w:t>
      </w:r>
      <w:r>
        <w:br/>
      </w:r>
      <w:r>
        <w:rPr>
          <w:sz w:val="20"/>
        </w:rPr>
        <w:t>46:24  I really want to change myself, and want to become a better person.</w:t>
      </w:r>
      <w:r>
        <w:br/>
      </w:r>
      <w:r>
        <w:rPr>
          <w:sz w:val="20"/>
        </w:rPr>
        <w:t>46:30  Can you please advise me a practical way, or what should I do, which will help me become</w:t>
      </w:r>
      <w:r>
        <w:br/>
      </w:r>
      <w:r>
        <w:rPr>
          <w:sz w:val="20"/>
        </w:rPr>
        <w:t>46:38  mentally stronger? Is there any dua? Maulana Sahab, please help me.</w:t>
      </w:r>
      <w:r>
        <w:br/>
      </w:r>
      <w:r>
        <w:rPr>
          <w:sz w:val="20"/>
        </w:rPr>
        <w:t>46:43  یہ دعا کا مسئلہ نہیں ہے، یہ اپنے mind کی ری انجینئرنگ کا مسئلہ ہے۔</w:t>
      </w:r>
      <w:r>
        <w:br/>
      </w:r>
      <w:r>
        <w:rPr>
          <w:sz w:val="20"/>
        </w:rPr>
        <w:t>46:49  آپ ہمارا منتھلی میگزین اردو میں پڑھیے، رسالہ English میں ہے، اسپیٹ صاحب، اس کو پڑھیے۔</w:t>
      </w:r>
      <w:r>
        <w:br/>
      </w:r>
      <w:r>
        <w:rPr>
          <w:sz w:val="20"/>
        </w:rPr>
        <w:t>46:56  ہماری کئی کتابیں ہیں، English میں ہیں، Model Vision، Simple Wisdom، اس کو پڑھیے۔</w:t>
      </w:r>
      <w:r>
        <w:br/>
      </w:r>
      <w:r>
        <w:rPr>
          <w:sz w:val="20"/>
        </w:rPr>
        <w:t>47:02  hamari chaar kitabein urdu mein hain, raaz hayat, taabeer hayat, rehnuma hayat, kitaab zindagi, aap padhiye.</w:t>
      </w:r>
      <w:r>
        <w:br/>
      </w:r>
      <w:r>
        <w:rPr>
          <w:sz w:val="20"/>
        </w:rPr>
        <w:t>47:09  aur mujhe yaqeen hai ke aap ka yeh mizaj khatm ho jayega.</w:t>
      </w:r>
      <w:r>
        <w:br/>
      </w:r>
      <w:r>
        <w:rPr>
          <w:sz w:val="20"/>
        </w:rPr>
        <w:t>47:14  phir koi har insaan insaan hai.</w:t>
      </w:r>
      <w:r>
        <w:br/>
      </w:r>
      <w:r>
        <w:rPr>
          <w:sz w:val="20"/>
        </w:rPr>
        <w:t>47:17  آپ، آپ کا جو wrong way of thinking ہے، وہ وہ ختم ہو جائے گا، بس سب ٹھیک</w:t>
      </w:r>
      <w:r>
        <w:br/>
      </w:r>
      <w:r>
        <w:rPr>
          <w:sz w:val="20"/>
        </w:rPr>
        <w:t>47:25  ho jayega.</w:t>
      </w:r>
      <w:r>
        <w:br/>
      </w:r>
      <w:r>
        <w:rPr>
          <w:sz w:val="20"/>
        </w:rPr>
        <w:t>47:26  aap hamari kitabein padhiye.</w:t>
      </w:r>
    </w:p>
    <w:p>
      <w:pPr>
        <w:pStyle w:val="Heading2"/>
      </w:pPr>
      <w:r>
        <w:t>Obsession in all humanity</w:t>
      </w:r>
    </w:p>
    <w:p>
      <w:r>
        <w:rPr>
          <w:color w:val="666666"/>
          <w:sz w:val="18"/>
        </w:rPr>
        <w:t>Life &amp; Wisdom · Revival of Muslims March 08, 2015 · 55s · at 1:05:06 · https://youtu.be/8ShFcr8YozI?t=3906</w:t>
      </w:r>
    </w:p>
    <w:p>
      <w:r>
        <w:rPr>
          <w:i/>
        </w:rPr>
        <w:t>“I think not only Muslims but the rest of humanity also live in obsession. What is your comment on this?”</w:t>
      </w:r>
    </w:p>
    <w:p>
      <w:r>
        <w:rPr>
          <w:sz w:val="20"/>
        </w:rPr>
        <w:t>1:05:06  Maulana, agla sawal kya hai Sheikh Tariq Sahab ne Delhi se aur unhon ne likha hai ke I think not only Muslims but the rest of the humanity also live in obsession.</w:t>
      </w:r>
      <w:r>
        <w:br/>
      </w:r>
      <w:r>
        <w:rPr>
          <w:sz w:val="20"/>
        </w:rPr>
        <w:t>1:05:20  What is your comment on this?</w:t>
      </w:r>
      <w:r>
        <w:br/>
      </w:r>
      <w:r>
        <w:rPr>
          <w:sz w:val="20"/>
        </w:rPr>
        <w:t>1:05:24  to obsession sabhi ko hota hai. yeh bhi kab kehta hai, woh nahin hota. magar bhayi, is waqt explain kar raha hoon ke Musalman kyun Quran o Hadees ke khilaf chalte hain.</w:t>
      </w:r>
      <w:r>
        <w:br/>
      </w:r>
      <w:r>
        <w:rPr>
          <w:sz w:val="20"/>
        </w:rPr>
        <w:t>1:05:33  Quran o Hadees mein bana hai ke ladayi, qatl kyun karte hain. tashaddud se bana hai ke kyun tashaddud karte hain. yaani is waqt mein humanity ka subject hi bol raha tha.</w:t>
      </w:r>
      <w:r>
        <w:br/>
      </w:r>
      <w:r>
        <w:rPr>
          <w:sz w:val="20"/>
        </w:rPr>
        <w:t>1:05:47  balkeh yeh bol raha tha ke Musalman kyun itna qatl karte hain, bomb marte hain, gun culture chalate hain, suicide bombing karte hain kyun. to is ko mein ne kaha ke woh obsession hai.</w:t>
      </w:r>
    </w:p>
    <w:p>
      <w:pPr>
        <w:pStyle w:val="Heading2"/>
      </w:pPr>
      <w:r>
        <w:t>Obstacles to a need-based life</w:t>
      </w:r>
    </w:p>
    <w:p>
      <w:r>
        <w:rPr>
          <w:color w:val="666666"/>
          <w:sz w:val="18"/>
        </w:rPr>
        <w:t>Life &amp; Wisdom · Stress and Spirituality January 1, 2012 · 4m 17s · at 1:14:57 · https://youtu.be/TPhXL9-g6ME?t=4497</w:t>
      </w:r>
    </w:p>
    <w:p>
      <w:r>
        <w:rPr>
          <w:i/>
        </w:rPr>
        <w:t>“What are the obstacles to a need-based life? Respect, fame, status, courtesy, family environment, or an individual's own decision? Tell about this.”</w:t>
      </w:r>
    </w:p>
    <w:p>
      <w:r>
        <w:rPr>
          <w:sz w:val="20"/>
        </w:rPr>
        <w:t>1:14:57  agla sawal chennai se aaya hai Maulana Israr Umri Sahab ka. unhone likha hai: "Maulana, need based zindagi ki kya rukawatein hain?</w:t>
      </w:r>
      <w:r>
        <w:br/>
      </w:r>
      <w:r>
        <w:rPr>
          <w:sz w:val="20"/>
        </w:rPr>
        <w:t>1:15:08  izazat, shohrat, martaba, marawwat, family mahol ya khud ek fard ka faisla? is ke bare mein bataye." yeh sab sab yeh sab ki sab rukawatein hain.</w:t>
      </w:r>
      <w:r>
        <w:br/>
      </w:r>
      <w:r>
        <w:rPr>
          <w:sz w:val="20"/>
        </w:rPr>
        <w:t>1:15:21  jo aap ne bataye, woh sab yahi to rukawatein hain. aap ne rukawaton ki face bata di.</w:t>
      </w:r>
      <w:r>
        <w:br/>
      </w:r>
      <w:r>
        <w:rPr>
          <w:sz w:val="20"/>
        </w:rPr>
        <w:t>1:15:31  need based life woh hai jis mein dekhein ek hai insan ka maqsad, ek hai insan ki zaroorat.</w:t>
      </w:r>
      <w:r>
        <w:br/>
      </w:r>
      <w:r>
        <w:rPr>
          <w:sz w:val="20"/>
        </w:rPr>
        <w:t>1:15:42  do cheezen hain. maqsad kya hai?</w:t>
      </w:r>
      <w:r>
        <w:br/>
      </w:r>
      <w:r>
        <w:rPr>
          <w:sz w:val="20"/>
        </w:rPr>
        <w:t>1:15:45  maqsad yeh hai ke Allah ki marzi pe chalna, dawat Allah ka kaam karna, aur is tarah aisi zindagi guzarna ke maut ke baad humein yani jannat ke farishte hamara istiqbal karein.</w:t>
      </w:r>
      <w:r>
        <w:br/>
      </w:r>
      <w:r>
        <w:rPr>
          <w:sz w:val="20"/>
        </w:rPr>
        <w:t>1:16:03  maqsad yeh hai. lekin is maqsad par zindagi guzarnay ke liye humein hamari kuch zarooraten hain. hum ko pyas lagti hai to pani chahiye.</w:t>
      </w:r>
      <w:r>
        <w:br/>
      </w:r>
      <w:r>
        <w:rPr>
          <w:sz w:val="20"/>
        </w:rPr>
        <w:t>1:16:12  bhook lagti hai to khana chahiye.</w:t>
      </w:r>
      <w:r>
        <w:br/>
      </w:r>
      <w:r>
        <w:rPr>
          <w:sz w:val="20"/>
        </w:rPr>
        <w:t>1:16:15  sardi garmi ka mausam aata hai to aap ko ek ek shelter chahiye. hamari body ke liye ek kapda chahiye. to yeh zarooraton ko poora karte hue maqsad ke liye sar-garm rehna yeh matloob hai.</w:t>
      </w:r>
      <w:r>
        <w:br/>
      </w:r>
      <w:r>
        <w:rPr>
          <w:sz w:val="20"/>
        </w:rPr>
        <w:t>1:16:31  to aap ek doosre ko alag kar dijiye. jahan aap mehsoos karein ke jo maqsad hai us mein erosion ho raha hai, us mein kami aa rahi hai.</w:t>
      </w:r>
      <w:r>
        <w:br/>
      </w:r>
      <w:r>
        <w:rPr>
          <w:sz w:val="20"/>
        </w:rPr>
        <w:t>1:16:40  to us ko samjhiye ke woh zaroorat ke ilawa hai woh.</w:t>
      </w:r>
      <w:r>
        <w:br/>
      </w:r>
      <w:r>
        <w:rPr>
          <w:sz w:val="20"/>
        </w:rPr>
        <w:t>1:16:43  chahe woh khandani marawwat ho, chahe family ke taqaze hon, ya aap ki khwahish ho, ya koi bhi fame ho, koi bhi cheez, politics ho,</w:t>
      </w:r>
      <w:r>
        <w:br/>
      </w:r>
      <w:r>
        <w:rPr>
          <w:sz w:val="20"/>
        </w:rPr>
        <w:t>1:16:57  har woh cheez jo aap ke aap jis ko aap mehsoos karein ke mere jo maqsad mera asal hai, us ke mutabiq zindagi guzarnay mein yeh rok ban raha hai.</w:t>
      </w:r>
      <w:r>
        <w:br/>
      </w:r>
      <w:r>
        <w:rPr>
          <w:sz w:val="20"/>
        </w:rPr>
        <w:t>1:17:10  jismaani ki woh zaroorat se bahar chale gaye.</w:t>
      </w:r>
      <w:r>
        <w:br/>
      </w:r>
      <w:r>
        <w:rPr>
          <w:sz w:val="20"/>
        </w:rPr>
        <w:t>1:17:15  to to yeh yeh yeh cheez aadmi khud hi samajh sakta hai. is ki koi fehrist bahar se nahi diya sakti. aadmi apna muhasba kare, apna interest introspection kare to woh khud jaan jaan lega ke yahan tak zaroorat ki had thi aur yahan par zaroorat se bahar mein nikal gaya.</w:t>
      </w:r>
      <w:r>
        <w:br/>
      </w:r>
      <w:r>
        <w:rPr>
          <w:sz w:val="20"/>
        </w:rPr>
        <w:t>1:17:37  to jab bhi aap mehsoos karein ke aap ko koi cheez aisi hai hai jo aap ko maqsad se hata rahi hai to bas woh chahe family ho, chahe aap biwi bachche hon, chahe job ho, chahe business ho, chahe koi bhi habit ho, koi bhi aadatein hon, samjhiye ke woh qabil tark hai.</w:t>
      </w:r>
      <w:r>
        <w:br/>
      </w:r>
      <w:r>
        <w:rPr>
          <w:sz w:val="20"/>
        </w:rPr>
        <w:t>1:17:59  qabil tark hai woh. yaani maqsad ko kisi bhi haal mein na chhoden aap. chahe aap ko doosri cheezon ko chhodna pade.</w:t>
      </w:r>
      <w:r>
        <w:br/>
      </w:r>
      <w:r>
        <w:rPr>
          <w:sz w:val="20"/>
        </w:rPr>
        <w:t>1:18:09  aur is ki fehrist koi doosra aadmi nahi de sakt</w:t>
      </w:r>
      <w:r>
        <w:br/>
      </w:r>
      <w:r>
        <w:rPr>
          <w:sz w:val="20"/>
        </w:rPr>
        <w:t>1:18:12  a aap ko. aap khud hi is ki fehrist banayenge. ke ke aap cheez chhodna hai ke nahi chhodna hai. main apne hisab se yahi kahunga ke zaroorat wahi cheez hai,</w:t>
      </w:r>
      <w:r>
        <w:br/>
      </w:r>
      <w:r>
        <w:rPr>
          <w:sz w:val="20"/>
        </w:rPr>
        <w:t>1:18:24  zaroorat sirf inhi cheezon ka naam hai jis ke baghair aap zinda nahi reh sakte. yaani zinda rehne ke liye jo zaroori hai wahi need hai.</w:t>
      </w:r>
      <w:r>
        <w:br/>
      </w:r>
      <w:r>
        <w:rPr>
          <w:sz w:val="20"/>
        </w:rPr>
        <w:t>1:18:37  ab baqi aaram o aish woh zaroorat nahi hai, woh woh faazil cheezein hain, woh to distraction hain. to zehan ko bahut zyada wazeh taur par is yaani bashaoor banaiye ke aap ko jeena hai maqsad ke liye.</w:t>
      </w:r>
      <w:r>
        <w:br/>
      </w:r>
      <w:r>
        <w:rPr>
          <w:sz w:val="20"/>
        </w:rPr>
        <w:t>1:18:56  baqi cheezein sirf is liye hain ke mujhe jab tak jee raha hoon tab tak meri zarooratein poori na hon to main kaise zinda rahunga.</w:t>
      </w:r>
      <w:r>
        <w:br/>
      </w:r>
      <w:r>
        <w:rPr>
          <w:sz w:val="20"/>
        </w:rPr>
        <w:t>1:19:05  to is farq ko jab aap mehsoos malhooz rakhenge to maamla bilkul aasani se samajh mein aa jayega.</w:t>
      </w:r>
    </w:p>
    <w:p>
      <w:pPr>
        <w:pStyle w:val="Heading2"/>
      </w:pPr>
      <w:r>
        <w:t>One habit everyone should adopt</w:t>
      </w:r>
    </w:p>
    <w:p>
      <w:r>
        <w:rPr>
          <w:color w:val="666666"/>
          <w:sz w:val="18"/>
        </w:rPr>
        <w:t>Life &amp; Wisdom · Self Correction November 09, 2014 · 3m 04s · at 49:11 · https://youtu.be/EgAukdSfGRU?t=2951</w:t>
      </w:r>
    </w:p>
    <w:p>
      <w:r>
        <w:rPr>
          <w:i/>
        </w:rPr>
        <w:t>“In your knowledge, is there any habit which, according to you, should be adopted by everyone?”</w:t>
      </w:r>
    </w:p>
    <w:p>
      <w:r>
        <w:rPr>
          <w:sz w:val="20"/>
        </w:rPr>
        <w:t>49:11  Yeh mera tajurba to yahi hai. agar koi misaal batayega to mein inshallah mazeed wazahat karunga. Maulana, agla sawal Mumbai se aaya hai Miss Yasmeen ka, aur unhon ne aapse poocha hai ke "Molana, in your knowledge, is there any habit which, according to you, should be adopted by everyone?" Koi bhi habit nahi.</w:t>
      </w:r>
      <w:r>
        <w:br/>
      </w:r>
      <w:r>
        <w:rPr>
          <w:sz w:val="20"/>
        </w:rPr>
        <w:t>49:37  Mein to yahi keh raha hoon, koi peeche bator habit nahi karna chahiye.</w:t>
      </w:r>
      <w:r>
        <w:br/>
      </w:r>
      <w:r>
        <w:rPr>
          <w:sz w:val="20"/>
        </w:rPr>
        <w:t>49:42  Adat ke taur par nahi. Hatta ke namaz bhi agar adat ke taur par parhen to kya kya is ka kya purpose hai? Aap tasbeeh parhen adat ke taur par, namaz parhen adat ke taur par.</w:t>
      </w:r>
      <w:r>
        <w:br/>
      </w:r>
      <w:r>
        <w:rPr>
          <w:sz w:val="20"/>
        </w:rPr>
        <w:t>49:55  Shu'oor ke taur par karen tab is ka sawab hai. Aap namaz shu'oor honi chahiye, tilawat shu'oor honi chahiye, zikr-e-ilahi shu'oor hona chahiye.</w:t>
      </w:r>
      <w:r>
        <w:br/>
      </w:r>
      <w:r>
        <w:rPr>
          <w:sz w:val="20"/>
        </w:rPr>
        <w:t>50:08  bator aadat aap karen ge to main nahin samajhta hoon ke woh is ka koi value hai. koi value nahin hai is ki. dekhiye, ek hadith hai ke tum ibadat karte ho, yaani namaz waghera ki ibadaten karte ho.</w:t>
      </w:r>
      <w:r>
        <w:br/>
      </w:r>
      <w:r>
        <w:rPr>
          <w:sz w:val="20"/>
        </w:rPr>
        <w:t>50:26  insan ibadat karta hai, is ke baad yeh lafz hai ke</w:t>
      </w:r>
      <w:r>
        <w:br/>
      </w:r>
      <w:r>
        <w:rPr>
          <w:sz w:val="20"/>
        </w:rPr>
        <w:t>50:34  wala yujzaa idlaa'a biqadr-i aqlih yeh ibadat ke bare mein hai, yeh ibadat ke bare mein</w:t>
      </w:r>
      <w:r>
        <w:br/>
      </w:r>
      <w:r>
        <w:rPr>
          <w:sz w:val="20"/>
        </w:rPr>
        <w:t>50:42  hai. wala yujzaa illa biqadr-i aqlih aql ke baqadr hi is ko is ka badla milta hai.</w:t>
      </w:r>
      <w:r>
        <w:br/>
      </w:r>
      <w:r>
        <w:rPr>
          <w:sz w:val="20"/>
        </w:rPr>
        <w:t>50:52  aql ka matlab hai shaoori, yaani shaoori ibadat Allah taala ke haan value rakhti hai. aadat to aadat ban jo ibadat, aadat ban jaye, Allah ka is ki koi value nahin hai.</w:t>
      </w:r>
      <w:r>
        <w:br/>
      </w:r>
      <w:r>
        <w:rPr>
          <w:sz w:val="20"/>
        </w:rPr>
        <w:t>51:06  wala yujzaa illa biqadr-i aqlih badla milta hai aadmi ko aql ke</w:t>
      </w:r>
      <w:r>
        <w:br/>
      </w:r>
      <w:r>
        <w:rPr>
          <w:sz w:val="20"/>
        </w:rPr>
        <w:t>51:12  biqadr, yaani shaoor ke, yaani shaoor ke etbaar se hatta is ne kiya ho, is ka badla mile ga.</w:t>
      </w:r>
      <w:r>
        <w:br/>
      </w:r>
      <w:r>
        <w:rPr>
          <w:sz w:val="20"/>
        </w:rPr>
        <w:t>51:22  is liye main kisi bhi aadat ko, yaani chahe koi bhi achhi b-zaahir achhi aadat ho, us ko bekar samajhta hoon. har kaam aap ko karna chahiye shaoor ke tehat.</w:t>
      </w:r>
      <w:r>
        <w:br/>
      </w:r>
      <w:r>
        <w:rPr>
          <w:sz w:val="20"/>
        </w:rPr>
        <w:t>51:33  jaise main yahan aata hoon, farz kijiye har sunday ko, agar meri aadat ban jaye to yeh bekar kaam hai.</w:t>
      </w:r>
      <w:r>
        <w:br/>
      </w:r>
      <w:r>
        <w:rPr>
          <w:sz w:val="20"/>
        </w:rPr>
        <w:t>51:40  ek aadat ban jaye, nahin, mujhe shaoor ke taur par yeh kaam karna hai. shaoor to bas soch raha hai ke mujhe sunday ko 10:30 par bolna hai, phir isi tarah se maine sochna hai, apne shaoor ko isi tarah se active karna hai.</w:t>
      </w:r>
      <w:r>
        <w:br/>
      </w:r>
      <w:r>
        <w:rPr>
          <w:sz w:val="20"/>
        </w:rPr>
        <w:t>51:55  tab is ki value hai. aadat ban jaye to is ki koi value nahin hai. is ki mere apne tajrube ke mutabiq to mahaz aadat kisi bhi cheez ke liye bilkul value-less cheez hai.</w:t>
      </w:r>
    </w:p>
    <w:p>
      <w:pPr>
        <w:pStyle w:val="Heading2"/>
      </w:pPr>
      <w:r>
        <w:t>Only healthy personality goes to paradise</w:t>
      </w:r>
    </w:p>
    <w:p>
      <w:r>
        <w:rPr>
          <w:color w:val="666666"/>
          <w:sz w:val="18"/>
        </w:rPr>
        <w:t>Life &amp; Wisdom · Spiritual Goal January 15, 2017 · 2m 21s · at 45:25 · https://youtu.be/D3JYu4p_P34?t=2725</w:t>
      </w:r>
    </w:p>
    <w:p>
      <w:r>
        <w:rPr>
          <w:i/>
        </w:rPr>
        <w:t>“Maulana, today's talk was very useful for me. Jazakallah. My question is that you said that only healthy personality, that is positive personality, will go to paradise.”</w:t>
      </w:r>
    </w:p>
    <w:p>
      <w:r>
        <w:rPr>
          <w:sz w:val="20"/>
        </w:rPr>
        <w:t>45:25  every Muslim." Maulana, agla sawal bheja hai Fauzan sahib ne, Lucknow se.</w:t>
      </w:r>
      <w:r>
        <w:br/>
      </w:r>
      <w:r>
        <w:rPr>
          <w:sz w:val="20"/>
        </w:rPr>
        <w:t>45:33  Unhon ne likha hai: "Maulana sahib, today's talk was very useful for me. Jazak Allah.</w:t>
      </w:r>
      <w:r>
        <w:br/>
      </w:r>
      <w:r>
        <w:rPr>
          <w:sz w:val="20"/>
        </w:rPr>
        <w:t>45:41  My question is that you said that only healthy personality, that is positive personality, will go to paradise.</w:t>
      </w:r>
      <w:r>
        <w:br/>
      </w:r>
      <w:r>
        <w:rPr>
          <w:sz w:val="20"/>
        </w:rPr>
        <w:t>45:49  But Maulana sahib, just like no one is perfect, similarly no person in this world will be completely positive.</w:t>
      </w:r>
      <w:r>
        <w:br/>
      </w:r>
      <w:r>
        <w:rPr>
          <w:sz w:val="20"/>
        </w:rPr>
        <w:t>45:57  Negative experiences will keep happening to a person till his death.</w:t>
      </w:r>
      <w:r>
        <w:br/>
      </w:r>
      <w:r>
        <w:rPr>
          <w:sz w:val="20"/>
        </w:rPr>
        <w:t>46:05  Therefore, there will be some traces of negativity in a person always. In such a scenario, how will a person qualify for paradise?"</w:t>
      </w:r>
      <w:r>
        <w:br/>
      </w:r>
      <w:r>
        <w:rPr>
          <w:sz w:val="20"/>
        </w:rPr>
        <w:t>46:15  "Dekhen, positive goal ki taraf jo insaan ki journey hoti hai, woh ek struggle se bhari hui hai.</w:t>
      </w:r>
      <w:r>
        <w:br/>
      </w:r>
      <w:r>
        <w:rPr>
          <w:sz w:val="20"/>
        </w:rPr>
        <w:t>46:22  Struggle se bhari hui hai.</w:t>
      </w:r>
      <w:r>
        <w:br/>
      </w:r>
      <w:r>
        <w:rPr>
          <w:sz w:val="20"/>
        </w:rPr>
        <w:t>46:29  Woh struggle hota hi negative item ke darmiyan.</w:t>
      </w:r>
      <w:r>
        <w:br/>
      </w:r>
      <w:r>
        <w:rPr>
          <w:sz w:val="20"/>
        </w:rPr>
        <w:t>46:36  To woh aap ke liye helper hai, woh jo aspect hai zindagi ke, woh to helper hai aap ke liye.</w:t>
      </w:r>
      <w:r>
        <w:br/>
      </w:r>
      <w:r>
        <w:rPr>
          <w:sz w:val="20"/>
        </w:rPr>
        <w:t>46:43  Isi se struggle, spiritual struggle, spiritual struggle ka mahol isi se to banta hai.</w:t>
      </w:r>
      <w:r>
        <w:br/>
      </w:r>
      <w:r>
        <w:rPr>
          <w:sz w:val="20"/>
        </w:rPr>
        <w:t>46:50  To positive mind banta hai spiritual struggle ke darmiyan.</w:t>
      </w:r>
      <w:r>
        <w:br/>
      </w:r>
      <w:r>
        <w:rPr>
          <w:sz w:val="20"/>
        </w:rPr>
        <w:t>46:57  Spiritual struggle na ho to positive mind bhi nahin banega.\</w:t>
      </w:r>
      <w:r>
        <w:br/>
      </w:r>
      <w:r>
        <w:rPr>
          <w:sz w:val="20"/>
        </w:rPr>
        <w:t>47:04  phir to stagnation aa jayega.</w:t>
      </w:r>
      <w:r>
        <w:br/>
      </w:r>
      <w:r>
        <w:rPr>
          <w:sz w:val="20"/>
        </w:rPr>
        <w:t>47:11  to woh helpful item hai, woh.</w:t>
      </w:r>
      <w:r>
        <w:br/>
      </w:r>
      <w:r>
        <w:rPr>
          <w:sz w:val="20"/>
        </w:rPr>
        <w:t>47:18  woh anti item nahi hai hamare liye.</w:t>
      </w:r>
      <w:r>
        <w:br/>
      </w:r>
      <w:r>
        <w:rPr>
          <w:sz w:val="20"/>
        </w:rPr>
        <w:t>47:25  isi se to spirituality ek struggle banti hai.</w:t>
      </w:r>
      <w:r>
        <w:br/>
      </w:r>
      <w:r>
        <w:rPr>
          <w:sz w:val="20"/>
        </w:rPr>
        <w:t>47:32  struggle, challenge ka samna pesh aata hai.</w:t>
      </w:r>
      <w:r>
        <w:br/>
      </w:r>
      <w:r>
        <w:rPr>
          <w:sz w:val="20"/>
        </w:rPr>
        <w:t>47:39  agar struggle na ho, challenge na ho to zindagi jamood ka shikar ho jayegi.</w:t>
      </w:r>
      <w:r>
        <w:br/>
      </w:r>
      <w:r>
        <w:rPr>
          <w:sz w:val="20"/>
        </w:rPr>
        <w:t>47:46  maulana, agla sawal srinagar se bheja hai riyaz bhat sahab ne, aur unhon ne likha hai: "maulana</w:t>
      </w:r>
    </w:p>
    <w:p>
      <w:pPr>
        <w:pStyle w:val="Heading2"/>
      </w:pPr>
      <w:r>
        <w:t>Opinion on consumerism in modern technology</w:t>
      </w:r>
    </w:p>
    <w:p>
      <w:r>
        <w:rPr>
          <w:color w:val="666666"/>
          <w:sz w:val="18"/>
        </w:rPr>
        <w:t>Life &amp; Wisdom · Question &amp; Answer Jan 6th 2013 - Maulana Wahiduddin Kahn · 2m 46s · at 19:40 · https://youtu.be/1FAK1QuHEpw?t=1180</w:t>
      </w:r>
    </w:p>
    <w:p>
      <w:r>
        <w:rPr>
          <w:i/>
        </w:rPr>
        <w:t>“I can see here in the hall lots of consumerism like Apple laptops, desktops and Android mobile phones etc. They all are in front of your eyes. What is your opinion?”</w:t>
      </w:r>
    </w:p>
    <w:p>
      <w:r>
        <w:rPr>
          <w:sz w:val="20"/>
        </w:rPr>
        <w:t>19:40  ab theek hai. ji. maulana, un ka aik aur sawal hai, unhon ne likha hai: "i can see here in the hall lots of consumerism like apple laptop, desktop and android mobile phones etc.</w:t>
      </w:r>
      <w:r>
        <w:br/>
      </w:r>
      <w:r>
        <w:rPr>
          <w:sz w:val="20"/>
        </w:rPr>
        <w:t>19:54  they all are in front of your eyes. what is your op</w:t>
      </w:r>
      <w:r>
        <w:br/>
      </w:r>
      <w:r>
        <w:rPr>
          <w:sz w:val="20"/>
        </w:rPr>
        <w:t>19:58  inion؟" is maani mein aap ne meri baat samjhi nahi. aap ne suna bhi nahi meri baat ko shayad. aap apne maani mein jee rahe the. aap yahan nahi the yahan par.</w:t>
      </w:r>
      <w:r>
        <w:br/>
      </w:r>
      <w:r>
        <w:rPr>
          <w:sz w:val="20"/>
        </w:rPr>
        <w:t>20:08  yahan nahi the aap. aap is se pehle jahan the wahin, abhi bhi wahin the aap. dekhiye, hamein hum aik commission chala rahe hain, aik global mission, international mission.</w:t>
      </w:r>
      <w:r>
        <w:br/>
      </w:r>
      <w:r>
        <w:rPr>
          <w:sz w:val="20"/>
        </w:rPr>
        <w:t>20:20  apni baat ko saare dunya mein pahunchana hai. to aap kaise pahunchayenge? yahan jitni cheezein aap dekhenge sab zaroorat ki cheezein hain. yani global modern communication jeete hain hum.</w:t>
      </w:r>
      <w:r>
        <w:br/>
      </w:r>
      <w:r>
        <w:rPr>
          <w:sz w:val="20"/>
        </w:rPr>
        <w:t>20:33  hamein aik global mission hum chala rahe hain. to kaise chalayenge bataiye? is ke baghair chalayenge aap? to aik cheez hoti hai yani apni shauq ko poora karna, apni khwahish ko poora karna, apni shan o shaukat ko poora karna.</w:t>
      </w:r>
      <w:r>
        <w:br/>
      </w:r>
      <w:r>
        <w:rPr>
          <w:sz w:val="20"/>
        </w:rPr>
        <w:t>20:48  woh aik alag cheez hai. yeh to bilkul zaroorat ki cheezein hain. yeh mission ke aitbaar se dekhiye, is ko mission ke aitbaar se. mere khayal se aap yahan tashreef rakhte honge lekin aap maujood nahi yahan par hain.</w:t>
      </w:r>
      <w:r>
        <w:br/>
      </w:r>
      <w:r>
        <w:rPr>
          <w:sz w:val="20"/>
        </w:rPr>
        <w:t>21:04  meri baaton ko suna nahi aap ne.</w:t>
      </w:r>
      <w:r>
        <w:br/>
      </w:r>
      <w:r>
        <w:rPr>
          <w:sz w:val="20"/>
        </w:rPr>
        <w:t>21:09  aik fard woh hai jo bas kahin kamre mein jee raha hai, is ka maamla alag hai. lekin jo jo mun of mission hai us ke maamlaat alag hote hain. mun of mission ki zaroorat hai ke is par telephone ho, is ke paas computer ho, is ke paas laptop ho.</w:t>
      </w:r>
      <w:r>
        <w:br/>
      </w:r>
      <w:r>
        <w:rPr>
          <w:sz w:val="20"/>
        </w:rPr>
        <w:t>21:24  taake saari dunya mein apni baat ko pahuncha sake woh. to aap aap is aitbaar se dekhiye ke meri personal life ko aa ke dekhiye mere kamre mein ke mein kaise rehta hoon.</w:t>
      </w:r>
      <w:r>
        <w:br/>
      </w:r>
      <w:r>
        <w:rPr>
          <w:sz w:val="20"/>
        </w:rPr>
        <w:t>21:37  mishn ke aitbaar se mein kya kar raha hoon is ko is ko ise mat naapiye aap. meri jo personal life hai ke mein kapra kaisa hai, meri kursi kaisi hai, mera khana kaisa hai woh ek alag cheez hai.</w:t>
      </w:r>
      <w:r>
        <w:br/>
      </w:r>
      <w:r>
        <w:rPr>
          <w:sz w:val="20"/>
        </w:rPr>
        <w:t>21:51  is ko alag kar ke dekhiye. aur doosri ke mishn ko chalane ke liye mein kya kar raha hoon woh ek alag cheez hai. ya to mishn ko aap band kar dein.</w:t>
      </w:r>
      <w:r>
        <w:br/>
      </w:r>
      <w:r>
        <w:rPr>
          <w:sz w:val="20"/>
        </w:rPr>
        <w:t>22:01  yeh age jo hai yeh is mein is age mein hum ko apni baat ko saari duniya tak pahunchana hai. to kaise pahunchayein bataiye? Most modern technique jo hai woh hum istemaal karenge is ko.</w:t>
      </w:r>
      <w:r>
        <w:br/>
      </w:r>
      <w:r>
        <w:rPr>
          <w:sz w:val="20"/>
        </w:rPr>
        <w:t>22:13  kyunke woh hamare mun of mishn ki zaroorat hai woh.</w:t>
      </w:r>
      <w:r>
        <w:br/>
      </w:r>
      <w:r>
        <w:rPr>
          <w:sz w:val="20"/>
        </w:rPr>
        <w:t>22:19  aap ise phir se sochiye to aap yeh baat aap ko clear ho jayegi.</w:t>
      </w:r>
    </w:p>
    <w:p>
      <w:pPr>
        <w:pStyle w:val="Heading2"/>
      </w:pPr>
      <w:r>
        <w:t>Opinion on consumerism like laptops and phones</w:t>
      </w:r>
    </w:p>
    <w:p>
      <w:r>
        <w:rPr>
          <w:color w:val="666666"/>
          <w:sz w:val="18"/>
        </w:rPr>
        <w:t>Life &amp; Wisdom · Age Of Consumerism I January 6, 2013 Maulana Wahiduddin Khan · 2m 41s · at 1:19:11 · https://youtu.be/CuRYFl7JuEM?t=4751</w:t>
      </w:r>
    </w:p>
    <w:p>
      <w:r>
        <w:rPr>
          <w:i/>
        </w:rPr>
        <w:t>“I can see here in the hall lots of consumerism, like Apple laptop, desktop and Android mobile phones, etcetera. They all are in front of your eyes. What is your opinion?”</w:t>
      </w:r>
    </w:p>
    <w:p>
      <w:r>
        <w:rPr>
          <w:sz w:val="20"/>
        </w:rPr>
        <w:t>1:19:11  yeh mein samajhta hoon ke sab theek hai. ji, Maulana, un ka aik aur sawal hai. unhon ne likha hai: "I can see here in the hall lots of consumerism, like Apple laptop, desktop and Android mobile phones, etcetera."</w:t>
      </w:r>
      <w:r>
        <w:br/>
      </w:r>
      <w:r>
        <w:rPr>
          <w:sz w:val="20"/>
        </w:rPr>
        <w:t>1:19:28  de al ar an front of your eyes. what</w:t>
      </w:r>
      <w:r>
        <w:br/>
      </w:r>
      <w:r>
        <w:rPr>
          <w:sz w:val="20"/>
        </w:rPr>
        <w:t>1:19:31  as your opinion?" Usman ne kaha: "Aap ne meri baat samjhi nahi, aap ne suna bhi nahi meri baat ko. Shayad aap apne mann mein jee rahe the, aap yahan nahi the, yahan par yahan nahi the.</w:t>
      </w:r>
      <w:r>
        <w:br/>
      </w:r>
      <w:r>
        <w:rPr>
          <w:sz w:val="20"/>
        </w:rPr>
        <w:t>1:19:42  aap aap is se pehle jahan the, wohin abhi bhi wohin the. aap</w:t>
      </w:r>
      <w:r>
        <w:br/>
      </w:r>
      <w:r>
        <w:rPr>
          <w:sz w:val="20"/>
        </w:rPr>
        <w:t>1:19:49  dekhiye, hamein hum ek commission chala rahe hain, ek global mission, international mission. apni baat ko saare duniya mein pahunchana hai, to aap kaise pahunchayenge?</w:t>
      </w:r>
      <w:r>
        <w:br/>
      </w:r>
      <w:r>
        <w:rPr>
          <w:sz w:val="20"/>
        </w:rPr>
        <w:t>1:19:58  yahan jitni cheezein aap dekhenge, sab zaroorat ki cheezein hain. yaani global modern communication jeete hain hum.</w:t>
      </w:r>
      <w:r>
        <w:br/>
      </w:r>
      <w:r>
        <w:rPr>
          <w:sz w:val="20"/>
        </w:rPr>
        <w:t>1:20:07  hamein ek global mission hum chala rahe hain, to kaise chalayenge? bataiye, is ke baghair chalayenge aap?</w:t>
      </w:r>
      <w:r>
        <w:br/>
      </w:r>
      <w:r>
        <w:rPr>
          <w:sz w:val="20"/>
        </w:rPr>
        <w:t>1:20:13  to ek cheez hoti hai, yaani apni shauk ko poora karna, apni khwahish ko poora karna, apni shaan o shaukat ko poora karna, woh ek alag cheez hai.</w:t>
      </w:r>
      <w:r>
        <w:br/>
      </w:r>
      <w:r>
        <w:rPr>
          <w:sz w:val="20"/>
        </w:rPr>
        <w:t>1:20:24  yeh to bilkul zaroorat ki cheezein hain. yeh mission ke aitbaar se dekhiye, is ko mission ke aitbaar se.</w:t>
      </w:r>
      <w:r>
        <w:br/>
      </w:r>
      <w:r>
        <w:rPr>
          <w:sz w:val="20"/>
        </w:rPr>
        <w:t>1:20:33  mere khayal se aap yahan tashreef rakhte honge, lekin aap maujood nahi yahan par hain.</w:t>
      </w:r>
      <w:r>
        <w:br/>
      </w:r>
      <w:r>
        <w:rPr>
          <w:sz w:val="20"/>
        </w:rPr>
        <w:t>1:20:38  meri baaton ko suna nahi aap ne.</w:t>
      </w:r>
      <w:r>
        <w:br/>
      </w:r>
      <w:r>
        <w:rPr>
          <w:sz w:val="20"/>
        </w:rPr>
        <w:t>1:20:43  ek fard woh hai jo bas kahin kamre mein jee raha hai, is ka muamla alag hai. lekin jo jo man of mission hai, is ke muamlaat alag hote hain. man of mission ki zaroorat hai ke is waqt telephone ho, is ke paas computer ho, is ke paas laptop ho taake saari duniya mein apni baat ko pahuncha sake.</w:t>
      </w:r>
      <w:r>
        <w:br/>
      </w:r>
      <w:r>
        <w:rPr>
          <w:sz w:val="20"/>
        </w:rPr>
        <w:t>1:21:00  woh</w:t>
      </w:r>
      <w:r>
        <w:br/>
      </w:r>
      <w:r>
        <w:rPr>
          <w:sz w:val="20"/>
        </w:rPr>
        <w:t>1:21:02  to aap aap is aitbaar se dekhiye ke meri personal life ko aa ke dekhiye, mere kamre mein ke main kaise rehta hoon. mission ke aitbaar se main kya kar raha hoon, is ko is ko ise mat naapiye.</w:t>
      </w:r>
      <w:r>
        <w:br/>
      </w:r>
      <w:r>
        <w:rPr>
          <w:sz w:val="20"/>
        </w:rPr>
        <w:t>1:21:15  aap meri jo personal life hai ke main kapda kaisa hai, meri kursi kaisi hai, mera khana kaisa hai, woh ek alag cheez hai.</w:t>
      </w:r>
      <w:r>
        <w:br/>
      </w:r>
      <w:r>
        <w:rPr>
          <w:sz w:val="20"/>
        </w:rPr>
        <w:t>1:21:25  is ko alag kar ke dekhiye. aur doosri ke mission ko chalane ke liye main kya kar raha hoon, woh ek alag cheez hai. ya to mission ko aap band kar dein.</w:t>
      </w:r>
      <w:r>
        <w:br/>
      </w:r>
      <w:r>
        <w:rPr>
          <w:sz w:val="20"/>
        </w:rPr>
        <w:t>1:21:35  yeh age jo hai, yeh is mein is age mein hum ko apni baat ko saari duniya tak pahunchana hai, to kaise pahunchayen? bataiye,</w:t>
      </w:r>
      <w:r>
        <w:br/>
      </w:r>
      <w:r>
        <w:rPr>
          <w:sz w:val="20"/>
        </w:rPr>
        <w:t>1:21:44  most modern technique jo hai, woh hum istemaal karenge is ko kyunke woh hamare man ambition ki zaroorat hai. woh</w:t>
      </w:r>
    </w:p>
    <w:p>
      <w:pPr>
        <w:pStyle w:val="Heading2"/>
      </w:pPr>
      <w:r>
        <w:t>Overcoming Difficulty in Staying Always Positive</w:t>
      </w:r>
    </w:p>
    <w:p>
      <w:r>
        <w:rPr>
          <w:color w:val="666666"/>
          <w:sz w:val="18"/>
        </w:rPr>
        <w:t>Life &amp; Wisdom · Dars-e-Quran, Chapter 2, Verse 25 | November 19, 2017 | Maulana Wahiduddin Khan · 4m 36s · at 45:42 · https://youtu.be/ctvrG32NCgA?t=2742</w:t>
      </w:r>
    </w:p>
    <w:p>
      <w:r>
        <w:rPr>
          <w:i/>
        </w:rPr>
        <w:t>“I find it very difficult to remain hundred percent positive all the time. Maulana, how can I overcome this?”</w:t>
      </w:r>
    </w:p>
    <w:p>
      <w:r>
        <w:rPr>
          <w:sz w:val="20"/>
        </w:rPr>
        <w:t>45:42  comment bheja hai, unhone likha hai: "imaan aur aala akhlaqiyat, that is building positive personality, is the basic price to live in the neighborhood of Allah, that is jannat al firdous." thank you Maulana sahib for this thrilling explanation. Maulana, ab sawal lete hain. Dr. Naghma Siddiqui ne Dubai se sawal bheja hai, unhone likha hai: "I find it very difficult to rem</w:t>
      </w:r>
      <w:r>
        <w:br/>
      </w:r>
      <w:r>
        <w:rPr>
          <w:sz w:val="20"/>
        </w:rPr>
        <w:t>46:12  hundred percent positive all the time." maulana, how can i overcome this? dekhiye, jis duniya mein hum</w:t>
      </w:r>
      <w:r>
        <w:br/>
      </w:r>
      <w:r>
        <w:rPr>
          <w:sz w:val="20"/>
        </w:rPr>
        <w:t>46:28  rehte hain, wahan yeh impossible hai ke har lamha, har second aap positive rahein.</w:t>
      </w:r>
      <w:r>
        <w:br/>
      </w:r>
      <w:r>
        <w:rPr>
          <w:sz w:val="20"/>
        </w:rPr>
        <w:t>46:43  zaroor kuch na kuch aisa hoga jo aap ke mind ko disturb karega. it is but natural. lekin sab se aham baat yeh hai ke negativity ka bhi ek positive role hai. sab se aham baat yeh hai ke jab hum ko gussa aa jaye, jab hum negative ho jayein, jab hum disturb ho jayein, hamara</w:t>
      </w:r>
      <w:r>
        <w:br/>
      </w:r>
      <w:r>
        <w:rPr>
          <w:sz w:val="20"/>
        </w:rPr>
        <w:t>47:13  mind to bazahir to woh ek evil phenomena hai, lekin is ka bhi ek positive role hai.</w:t>
      </w:r>
      <w:r>
        <w:br/>
      </w:r>
      <w:r>
        <w:rPr>
          <w:sz w:val="20"/>
        </w:rPr>
        <w:t>47:21  sab se aham baat yeh sochne ki hai, woh kaise? woh is liye ke woh aap ko phir</w:t>
      </w:r>
      <w:r>
        <w:br/>
      </w:r>
      <w:r>
        <w:rPr>
          <w:sz w:val="20"/>
        </w:rPr>
        <w:t>47:29  se aap ke mind ko activate karta hai.</w:t>
      </w:r>
      <w:r>
        <w:br/>
      </w:r>
      <w:r>
        <w:rPr>
          <w:sz w:val="20"/>
        </w:rPr>
        <w:t>47:37  jab aap koi</w:t>
      </w:r>
      <w:r>
        <w:br/>
      </w:r>
      <w:r>
        <w:rPr>
          <w:sz w:val="20"/>
        </w:rPr>
        <w:t>47:44  ghalat baat bol dein, jab aap ki koi provoked baat par provoke ho jayen, to aap ka mind</w:t>
      </w:r>
      <w:r>
        <w:br/>
      </w:r>
      <w:r>
        <w:rPr>
          <w:sz w:val="20"/>
        </w:rPr>
        <w:t>47:54  agar bedar ho, aap ka mind agar awaken mind ho, to bohat jald aap ka mind rewind karta</w:t>
      </w:r>
      <w:r>
        <w:br/>
      </w:r>
      <w:r>
        <w:rPr>
          <w:sz w:val="20"/>
        </w:rPr>
        <w:t>48:04  hai, yaad dilata hai: "aray, to ne kya kar diya?" is ko kaha gaya hai ke "ثم یتوبون ابن قریب"</w:t>
      </w:r>
      <w:r>
        <w:br/>
      </w:r>
      <w:r>
        <w:rPr>
          <w:sz w:val="20"/>
        </w:rPr>
        <w:t xml:space="preserve">48:15  </w:t>
      </w:r>
      <w:r>
        <w:br/>
      </w:r>
      <w:r>
        <w:rPr>
          <w:sz w:val="20"/>
        </w:rPr>
        <w:t>48:21  yani un ke andar tauba qareeb ki sifat paida hoti hai, aur aap ko maloom hona chahiye ke</w:t>
      </w:r>
      <w:r>
        <w:br/>
      </w:r>
      <w:r>
        <w:rPr>
          <w:sz w:val="20"/>
        </w:rPr>
        <w:t>48:27  tauba qareeb jo hai, woh Allah ko bohat ziyada pasand hai.</w:t>
      </w:r>
      <w:r>
        <w:br/>
      </w:r>
      <w:r>
        <w:rPr>
          <w:sz w:val="20"/>
        </w:rPr>
        <w:t>48:33  tauba qareeb yani koi ghalat baat ho gayi to without delay, jaldi se aap ko yaad aa</w:t>
      </w:r>
      <w:r>
        <w:br/>
      </w:r>
      <w:r>
        <w:rPr>
          <w:sz w:val="20"/>
        </w:rPr>
        <w:t>48:39  jaye: "aray, yeh kya shaitan ne kara diya? mujh ko kahan phans gaya hoon mein?</w:t>
      </w:r>
      <w:r>
        <w:br/>
      </w:r>
      <w:r>
        <w:rPr>
          <w:sz w:val="20"/>
        </w:rPr>
        <w:t>48:45  " to tauba qareeb to aik bohat bara amal hai, Quran o Hadees ke mutabiq.</w:t>
      </w:r>
      <w:r>
        <w:br/>
      </w:r>
      <w:r>
        <w:rPr>
          <w:sz w:val="20"/>
        </w:rPr>
        <w:t>48:53  is mani ke aap se agar koi ghalati ho jaye to aap ko tauba qareeb ke qabil banati</w:t>
      </w:r>
      <w:r>
        <w:br/>
      </w:r>
      <w:r>
        <w:rPr>
          <w:sz w:val="20"/>
        </w:rPr>
        <w:t>49:00  hai, aur tauba qareeb to apne aap mein aik amal hai.</w:t>
      </w:r>
      <w:r>
        <w:br/>
      </w:r>
      <w:r>
        <w:rPr>
          <w:sz w:val="20"/>
        </w:rPr>
        <w:t>49:08  dekhiye, tauba qareeb ka</w:t>
      </w:r>
      <w:r>
        <w:br/>
      </w:r>
      <w:r>
        <w:rPr>
          <w:sz w:val="20"/>
        </w:rPr>
        <w:t>49:16  amal kab pesh ayega? jab koi ghalati hui ho, aur ghalati na ho aadmi se to tauba</w:t>
      </w:r>
      <w:r>
        <w:br/>
      </w:r>
      <w:r>
        <w:rPr>
          <w:sz w:val="20"/>
        </w:rPr>
        <w:t>49:23  qareeb bhi nahi hoga, kyunke is ka aamaal naama tauba qareeb se khaali reh jayega.</w:t>
      </w:r>
      <w:r>
        <w:br/>
      </w:r>
      <w:r>
        <w:rPr>
          <w:sz w:val="20"/>
        </w:rPr>
        <w:t>49:31  aap ghor kijiye ke chunke Allah ko bohat pasand hai tauba qareeb, to agar aap ko yeh ehsaas</w:t>
      </w:r>
      <w:r>
        <w:br/>
      </w:r>
      <w:r>
        <w:rPr>
          <w:sz w:val="20"/>
        </w:rPr>
        <w:t>49:38  mein jeete hoon aap</w:t>
      </w:r>
      <w:r>
        <w:br/>
      </w:r>
      <w:r>
        <w:rPr>
          <w:sz w:val="20"/>
        </w:rPr>
        <w:t>49:46  ke mera to muamla aisa hai ke mein koi ghalati nahi, mujh se nahi hui, to is ka</w:t>
      </w:r>
      <w:r>
        <w:br/>
      </w:r>
      <w:r>
        <w:rPr>
          <w:sz w:val="20"/>
        </w:rPr>
        <w:t>49:52  mani kya hua? ke aap se tauba qareeb ka amal kabhi bhi pesh nahi aaya.</w:t>
      </w:r>
      <w:r>
        <w:br/>
      </w:r>
      <w:r>
        <w:rPr>
          <w:sz w:val="20"/>
        </w:rPr>
        <w:t>49:59  to is tarah nahi sochna chahiye aadmi ko, balkeh jaanna chahiye ke Allah taala ne aisa, yeh Allah</w:t>
      </w:r>
      <w:r>
        <w:br/>
      </w:r>
      <w:r>
        <w:rPr>
          <w:sz w:val="20"/>
        </w:rPr>
        <w:t>50:06  taala ki rehmat ka muamla hai ke aadmi se koi ghalati ho jaye to us ghalati ko bhi</w:t>
      </w:r>
      <w:r>
        <w:br/>
      </w:r>
      <w:r>
        <w:rPr>
          <w:sz w:val="20"/>
        </w:rPr>
        <w:t>50:12  us ke liye mumkin hai ke us convert kar sake woh kisi neki mein.</w:t>
      </w:r>
    </w:p>
    <w:p>
      <w:pPr>
        <w:pStyle w:val="Heading2"/>
      </w:pPr>
      <w:r>
        <w:t>Overcoming Disappointments After Failures</w:t>
      </w:r>
    </w:p>
    <w:p>
      <w:r>
        <w:rPr>
          <w:color w:val="666666"/>
          <w:sz w:val="18"/>
        </w:rPr>
        <w:t>Life &amp; Wisdom · Modern Age June 9, 2019 Maulana Wahiduddin Khan · 2m 28s · at 54:48 · https://youtu.be/7mjCvAvHEdA?t=3288</w:t>
      </w:r>
    </w:p>
    <w:p>
      <w:r>
        <w:rPr>
          <w:i/>
        </w:rPr>
        <w:t>“How can we overcome disappointments after failures?”</w:t>
      </w:r>
    </w:p>
    <w:p>
      <w:r>
        <w:rPr>
          <w:sz w:val="20"/>
        </w:rPr>
        <w:t>54:48  maulana, agla sawal miss rutaba hussain ne kiya hai. unhon ne location nahi likhi hai. un ka sawal hai ke "How can we overcome disappointments after failures؟" is ke baray mein batayein.</w:t>
      </w:r>
      <w:r>
        <w:br/>
      </w:r>
      <w:r>
        <w:rPr>
          <w:sz w:val="20"/>
        </w:rPr>
        <w:t>55:02  sirf ek, sirf ek shart hai. doosre ko blame dena chhod dijiye.</w:t>
      </w:r>
      <w:r>
        <w:br/>
      </w:r>
      <w:r>
        <w:rPr>
          <w:sz w:val="20"/>
        </w:rPr>
        <w:t>55:13  hamesha apne ko blame dijiye.</w:t>
      </w:r>
      <w:r>
        <w:br/>
      </w:r>
      <w:r>
        <w:rPr>
          <w:sz w:val="20"/>
        </w:rPr>
        <w:t>55:18  doosre ko blame dena ek dam hi chhod dijiye. main to allah ke fazl se misalein de sakta hoon ke kis tarah maine is ko chhora.</w:t>
      </w:r>
      <w:r>
        <w:br/>
      </w:r>
      <w:r>
        <w:rPr>
          <w:sz w:val="20"/>
        </w:rPr>
        <w:t>55:28  koi khula khula case mere paas aisa tha jis mein doosre ko blame diya karta tha. main pehle is ko chhora, bilkul apne ko blame dena shuru kar diya.</w:t>
      </w:r>
      <w:r>
        <w:br/>
      </w:r>
      <w:r>
        <w:rPr>
          <w:sz w:val="20"/>
        </w:rPr>
        <w:t>55:43  yeh yeh koi mujh se mile to main bataoon ga ke kaise maine aisa kiya. to ek hi cheez number one hai mere nazdeek ke aap apne ko blame dena seekhein.</w:t>
      </w:r>
      <w:r>
        <w:br/>
      </w:r>
      <w:r>
        <w:rPr>
          <w:sz w:val="20"/>
        </w:rPr>
        <w:t>55:55  is art ko seekhein. apne ko blame dena. ghalti apni hoti hai.</w:t>
      </w:r>
      <w:r>
        <w:br/>
      </w:r>
      <w:r>
        <w:rPr>
          <w:sz w:val="20"/>
        </w:rPr>
        <w:t>56:03  aap ko main bataoon ke bohat pehle nawjowani ki umar mein maine ek mazmoon likha tha. ek parcha nikalta tha us zamane mein. uska naam tha "Ismat Ismat Ismat".</w:t>
      </w:r>
      <w:r>
        <w:br/>
      </w:r>
      <w:r>
        <w:rPr>
          <w:sz w:val="20"/>
        </w:rPr>
        <w:t>56:14  is mein likha tha main ne mazmoon. to is ka unwaan tha "hum ilzaam un ko dete thay, qusoor apna nikal aaya". yeh naujawani ki umar mein likha tha aur yeh mazmoon.</w:t>
      </w:r>
      <w:r>
        <w:br/>
      </w:r>
      <w:r>
        <w:rPr>
          <w:sz w:val="20"/>
        </w:rPr>
        <w:t>56:25  aur chupa tha "ismat mein hum ilzaam un ko dete thay, qusoor apna nikal aaya". yeh meri awwal jawani ki discovery thi ke qusoor hota hai apna, blame deta hai doosre ko.</w:t>
      </w:r>
      <w:r>
        <w:br/>
      </w:r>
      <w:r>
        <w:rPr>
          <w:sz w:val="20"/>
        </w:rPr>
        <w:t>56:42  abhi bhi kahin chupa hua maujood hoga yeh. kyunke main apne aik aik aik satr ko, aik aik safhe ko mehfooz rakhta tha.</w:t>
      </w:r>
      <w:r>
        <w:br/>
      </w:r>
      <w:r>
        <w:rPr>
          <w:sz w:val="20"/>
        </w:rPr>
        <w:t>56:52  meri aadat thi. hum ilzaam un ko dete thay, qusoor apna nikal aaya. tanhaiyon mein is is line ko parhta tha aksar.</w:t>
      </w:r>
      <w:r>
        <w:br/>
      </w:r>
      <w:r>
        <w:rPr>
          <w:sz w:val="20"/>
        </w:rPr>
        <w:t>57:04  hum ilzaam un ko dete thay, qusoor apna nikal aaya. bas is art ko seekhiye. apni ghalti ko manna, us ka sahass paida kijiye.</w:t>
      </w:r>
    </w:p>
    <w:p>
      <w:pPr>
        <w:pStyle w:val="Heading2"/>
      </w:pPr>
      <w:r>
        <w:t>Overcoming Frustration Despite Knowing God's Plan</w:t>
      </w:r>
    </w:p>
    <w:p>
      <w:r>
        <w:rPr>
          <w:color w:val="666666"/>
          <w:sz w:val="18"/>
        </w:rPr>
        <w:t>Life &amp; Wisdom · Discovery of Paradise March 22, 2015 · 1m 49s · at 48:24 · https://youtu.be/VkctmOdrRL0?t=2904</w:t>
      </w:r>
    </w:p>
    <w:p>
      <w:r>
        <w:rPr>
          <w:i/>
        </w:rPr>
        <w:t>“When we do not get something in this world, we often fall into frustration in spite of knowing the creation plan of God.”</w:t>
      </w:r>
    </w:p>
    <w:p>
      <w:r>
        <w:rPr>
          <w:sz w:val="20"/>
        </w:rPr>
        <w:t>48:24  Maulana, agla sawal Delhi se hai, Miss Naghma Siddiqui ka, aur unhon ne likha hai:</w:t>
      </w:r>
      <w:r>
        <w:br/>
      </w:r>
      <w:r>
        <w:rPr>
          <w:sz w:val="20"/>
        </w:rPr>
        <w:t>48:32  When we do not get something in this world, we often fall into frustration in spite of knowing</w:t>
      </w:r>
      <w:r>
        <w:br/>
      </w:r>
      <w:r>
        <w:rPr>
          <w:sz w:val="20"/>
        </w:rPr>
        <w:t>48:40  the creation plan of God.</w:t>
      </w:r>
      <w:r>
        <w:br/>
      </w:r>
      <w:r>
        <w:rPr>
          <w:sz w:val="20"/>
        </w:rPr>
        <w:t>48:42  Please give guidance for this.</w:t>
      </w:r>
      <w:r>
        <w:br/>
      </w:r>
      <w:r>
        <w:rPr>
          <w:sz w:val="20"/>
        </w:rPr>
        <w:t>48:46  mera jo tajurba hai, wo to yeh hai</w:t>
      </w:r>
      <w:r>
        <w:br/>
      </w:r>
      <w:r>
        <w:rPr>
          <w:sz w:val="20"/>
        </w:rPr>
        <w:t>48:49  ke insaan ki ek kamzori hai ke uska dhyan jab jo cheez mil chuki hai, uska,</w:t>
      </w:r>
      <w:r>
        <w:br/>
      </w:r>
      <w:r>
        <w:rPr>
          <w:sz w:val="20"/>
        </w:rPr>
        <w:t>48:58  us par dhyan nahi rehta uska. jo nayi mili hai, usi par dhyan rehta hai. ya'ni mili</w:t>
      </w:r>
      <w:r>
        <w:br/>
      </w:r>
      <w:r>
        <w:rPr>
          <w:sz w:val="20"/>
        </w:rPr>
        <w:t>49:03  hui cheez ko forgotten le lena, aur na mili hui cheez ko apna goal samajhna.</w:t>
      </w:r>
      <w:r>
        <w:br/>
      </w:r>
      <w:r>
        <w:rPr>
          <w:sz w:val="20"/>
        </w:rPr>
        <w:t>49:11  usi ka phenomena hai yeh.</w:t>
      </w:r>
      <w:r>
        <w:br/>
      </w:r>
      <w:r>
        <w:rPr>
          <w:sz w:val="20"/>
        </w:rPr>
        <w:t>49:14  yeh aam baat hai ke</w:t>
      </w:r>
    </w:p>
    <w:p>
      <w:pPr>
        <w:pStyle w:val="Heading2"/>
      </w:pPr>
      <w:r>
        <w:t>Overcoming anxiety to change mindset</w:t>
      </w:r>
    </w:p>
    <w:p>
      <w:r>
        <w:rPr>
          <w:color w:val="666666"/>
          <w:sz w:val="18"/>
        </w:rPr>
        <w:t>Life &amp; Wisdom · How to Become Deserving of Paradise August 16, 2020 Maulana Wahiduddin Khan · 1m 15s · at 38:21 · https://youtu.be/jFXK3TMiqtA?t=2301</w:t>
      </w:r>
    </w:p>
    <w:p>
      <w:r>
        <w:rPr>
          <w:i/>
        </w:rPr>
        <w:t>“Sometimes we know we need to change and try, but anxiety and tension keeps us away from changing and our mindset is not positive. So what is the missing action and what should we do?”</w:t>
      </w:r>
    </w:p>
    <w:p>
      <w:r>
        <w:rPr>
          <w:sz w:val="20"/>
        </w:rPr>
        <w:t>38:21  Maulana, yeh sawal Saudi se bheja hai Gulzar Khan sahib ne. unhon ne likha hai: "Maulana, sometimes we know we need to change and try, but anxiety and tension keeps us away from changing our mind set to positive.</w:t>
      </w:r>
      <w:r>
        <w:br/>
      </w:r>
      <w:r>
        <w:rPr>
          <w:sz w:val="20"/>
        </w:rPr>
        <w:t>38:40  so what is the missing action and what should we do?" aap apne conscious ko</w:t>
      </w:r>
      <w:r>
        <w:br/>
      </w:r>
      <w:r>
        <w:rPr>
          <w:sz w:val="20"/>
        </w:rPr>
        <w:t>38:52  conscious kabhi ghalati nahi karta. conscious Khuda ki awaz hai, woh kabhi ghalati nahi karta.</w:t>
      </w:r>
      <w:r>
        <w:br/>
      </w:r>
      <w:r>
        <w:rPr>
          <w:sz w:val="20"/>
        </w:rPr>
        <w:t>39:06  to ek martaba maine ek article padhta padha tha: "follow</w:t>
      </w:r>
      <w:r>
        <w:br/>
      </w:r>
      <w:r>
        <w:rPr>
          <w:sz w:val="20"/>
        </w:rPr>
        <w:t>39:11  follow that impulse,</w:t>
      </w:r>
      <w:r>
        <w:br/>
      </w:r>
      <w:r>
        <w:rPr>
          <w:sz w:val="20"/>
        </w:rPr>
        <w:t>39:15  follow that impulse."</w:t>
      </w:r>
      <w:r>
        <w:br/>
      </w:r>
      <w:r>
        <w:rPr>
          <w:sz w:val="20"/>
        </w:rPr>
        <w:t>39:18  mein kahunga: "follow your conscience,</w:t>
      </w:r>
      <w:r>
        <w:br/>
      </w:r>
      <w:r>
        <w:rPr>
          <w:sz w:val="20"/>
        </w:rPr>
        <w:t>39:23  "Follow the voice of your own conscience."</w:t>
      </w:r>
      <w:r>
        <w:br/>
      </w:r>
      <w:r>
        <w:rPr>
          <w:sz w:val="20"/>
        </w:rPr>
        <w:t>39:28  bas itna hi kafi hai.</w:t>
      </w:r>
    </w:p>
    <w:p>
      <w:pPr>
        <w:pStyle w:val="Heading2"/>
      </w:pPr>
      <w:r>
        <w:t>Overcoming carelessness and achieving goals</w:t>
      </w:r>
    </w:p>
    <w:p>
      <w:r>
        <w:rPr>
          <w:color w:val="666666"/>
          <w:sz w:val="18"/>
        </w:rPr>
        <w:t>Life &amp; Wisdom · Q&amp;A 04 Mar 2012 Maulana Wahiduddin Khan · 2m 24s · at 31:52 · https://youtu.be/txRmutuvWQI?t=1912</w:t>
      </w:r>
    </w:p>
    <w:p>
      <w:r>
        <w:rPr>
          <w:i/>
        </w:rPr>
        <w:t>“I am very careless at times, despite knowing all the pros and cons of being careless, and knowing that the path I have chosen will surely lead to failure. Why does this happen? Please suggest and advise me, how should I become consistent in achieving my goals?”</w:t>
      </w:r>
    </w:p>
    <w:p>
      <w:r>
        <w:rPr>
          <w:sz w:val="20"/>
        </w:rPr>
        <w:t>31:52  molana, agla sawal haiderabad se aya hai mr ahad sham hasnain sahib ka. unhon ne likha hai: "molana, i am very careless at times, despite knowing all the pros and cons of being careless, and knowing that the path i have chosen will surely lead to failure.</w:t>
      </w:r>
      <w:r>
        <w:br/>
      </w:r>
      <w:r>
        <w:rPr>
          <w:sz w:val="20"/>
        </w:rPr>
        <w:t>32:12  why does this happen? please suggest and advise me, how should i become consistent in achieving my goals?"</w:t>
      </w:r>
      <w:r>
        <w:br/>
      </w:r>
      <w:r>
        <w:rPr>
          <w:sz w:val="20"/>
        </w:rPr>
        <w:t>32:20  yeh to koi, yeh to koi sawal nahi hai. main yeh kahunga ke aap ya to apni aql ko develop kijiye, nahi to kisi ko apna guru bana lijie.</w:t>
      </w:r>
      <w:r>
        <w:br/>
      </w:r>
      <w:r>
        <w:rPr>
          <w:sz w:val="20"/>
        </w:rPr>
        <w:t>32:32  do mein se ek kaam kijiye. aap ne third option le rakha hai.</w:t>
      </w:r>
      <w:r>
        <w:br/>
      </w:r>
      <w:r>
        <w:rPr>
          <w:sz w:val="20"/>
        </w:rPr>
        <w:t>32:37  ya to apne apna intellectual developer andaza kijiye ke aap, aap ke sare action aap ki, aap ki aql ke pakad mein aa jayen.</w:t>
      </w:r>
      <w:r>
        <w:br/>
      </w:r>
      <w:r>
        <w:rPr>
          <w:sz w:val="20"/>
        </w:rPr>
        <w:t>32:49  yaani itna aap is apne mind ko develop karen, itna develop karen ke woh control kare aap ke sare actions ko.</w:t>
      </w:r>
      <w:r>
        <w:br/>
      </w:r>
      <w:r>
        <w:rPr>
          <w:sz w:val="20"/>
        </w:rPr>
        <w:t>32:56  agar aap nahi kar paate hain to phir kisi ko apne guru bana lijie, murshid bana lijie. aksar log teesra, aathwan liya rehte hain ke na to kisi ko murshid banate, na khud apni aql, na development karte hain apni aql ka, aur yun hi bhagte hain idhar udhar.</w:t>
      </w:r>
      <w:r>
        <w:br/>
      </w:r>
      <w:r>
        <w:rPr>
          <w:sz w:val="20"/>
        </w:rPr>
        <w:t>33:12  to woh third position le rakha hai unhon ne.</w:t>
      </w:r>
      <w:r>
        <w:br/>
      </w:r>
      <w:r>
        <w:rPr>
          <w:sz w:val="20"/>
        </w:rPr>
        <w:t>33:16  to main yeh kahunga ke aap ke liye do mein se ek ka option hai: ya to study kar ke, ghor o fikr kar ke, aur jo bhi tareeqa hai learning ko barhane ka,</w:t>
      </w:r>
      <w:r>
        <w:br/>
      </w:r>
      <w:r>
        <w:rPr>
          <w:sz w:val="20"/>
        </w:rPr>
        <w:t>33:29  is ko ikhtiyar kar ke apna intellectual development ka andaza kijiye ke woh aap ke poori,</w:t>
      </w:r>
      <w:r>
        <w:br/>
      </w:r>
      <w:r>
        <w:rPr>
          <w:sz w:val="20"/>
        </w:rPr>
        <w:t>33:37  yaani poori life ko control karne lage, aap ke actions ko control karne lage. kyun ke main samajhta hoon ke yeh jo phenomena hai, woh haqeeqat mein hota hai jab intellectual development mein kami ho, tab hota hai aisa.</w:t>
      </w:r>
      <w:r>
        <w:br/>
      </w:r>
      <w:r>
        <w:rPr>
          <w:sz w:val="20"/>
        </w:rPr>
        <w:t>33:57  ya to aisa kijiye, ya phir kisi ko murshid maan lijie, yaani jis ko main kehta hoon, yaani unconditional guru, jis par aap ko bharosa ho, jis alam par, us ko aap bana lijie.</w:t>
      </w:r>
      <w:r>
        <w:br/>
      </w:r>
      <w:r>
        <w:rPr>
          <w:sz w:val="20"/>
        </w:rPr>
        <w:t>34:10  koi teesra option mumkin nahi hai. woh jo kahe, us ko kijiye.</w:t>
      </w:r>
    </w:p>
    <w:p>
      <w:pPr>
        <w:pStyle w:val="Heading2"/>
      </w:pPr>
      <w:r>
        <w:t>Overcoming fear of failure in planning</w:t>
      </w:r>
    </w:p>
    <w:p>
      <w:r>
        <w:rPr>
          <w:color w:val="666666"/>
          <w:sz w:val="18"/>
        </w:rPr>
        <w:t>Life &amp; Wisdom · Modern Age June 9, 2019 Maulana Wahiduddin Khan · 2m 59s · at 35:02 · https://youtu.be/7mjCvAvHEdA?t=2102</w:t>
      </w:r>
    </w:p>
    <w:p>
      <w:r>
        <w:rPr>
          <w:i/>
        </w:rPr>
        <w:t>“When we plan, there is always a risk of failure in terms of results. The threat of failure sometimes becomes so dominant that we tend to do no planning. Maulana saheb, how can we address this problem?”</w:t>
      </w:r>
    </w:p>
    <w:p>
      <w:r>
        <w:rPr>
          <w:sz w:val="20"/>
        </w:rPr>
        <w:t>35:02  jazak Allah Maulana for asserting such a fantastic message." Maulana, agla sawal lena chahenge.</w:t>
      </w:r>
      <w:r>
        <w:br/>
      </w:r>
      <w:r>
        <w:rPr>
          <w:sz w:val="20"/>
        </w:rPr>
        <w:t>35:11  yeh sawal bheja hai aamir mori sahib ne Sher Nagar se. unhon ne likha hai, "when we plan, there is always a risk of failure in terms of results.</w:t>
      </w:r>
      <w:r>
        <w:br/>
      </w:r>
      <w:r>
        <w:rPr>
          <w:sz w:val="20"/>
        </w:rPr>
        <w:t>35:25  The threat of failure sometimes becomes so dominant that we tend to do no planning. Maulana sahib, how can we address this problem?</w:t>
      </w:r>
      <w:r>
        <w:br/>
      </w:r>
      <w:r>
        <w:rPr>
          <w:sz w:val="20"/>
        </w:rPr>
        <w:t>35:36  Kindly guide us." Bhai, mujhe to is ka koi tajruba nahi hai kyunke mera tajruba to zaati tajruba is ka ulta hai.</w:t>
      </w:r>
      <w:r>
        <w:br/>
      </w:r>
      <w:r>
        <w:rPr>
          <w:sz w:val="20"/>
        </w:rPr>
        <w:t>35:49  Main ne zero se planning ki, Allah ke dua karte hue. To zero se planning ki lekin dua bohat zyada ki, bohat zyada ki.</w:t>
      </w:r>
      <w:r>
        <w:br/>
      </w:r>
      <w:r>
        <w:rPr>
          <w:sz w:val="20"/>
        </w:rPr>
        <w:t>36:01  To mujhe to Allah ke fazl se kamyabi hui. Mujhe to hamesha planning ka acha tajruba hua.</w:t>
      </w:r>
      <w:r>
        <w:br/>
      </w:r>
      <w:r>
        <w:rPr>
          <w:sz w:val="20"/>
        </w:rPr>
        <w:t>36:17  Maulana, un ka woh yeh jaan na chah rahe hain ke kya dar ki wajah se planning ka insaan ko chhodna yeh kya sahi yeh soch hai?</w:t>
      </w:r>
      <w:r>
        <w:br/>
      </w:r>
      <w:r>
        <w:rPr>
          <w:sz w:val="20"/>
        </w:rPr>
        <w:t>36:27  Is is dar, dar kya cheez hai? Dar jo hai haqeeqat mein unawareness ka naam hai.</w:t>
      </w:r>
      <w:r>
        <w:br/>
      </w:r>
      <w:r>
        <w:rPr>
          <w:sz w:val="20"/>
        </w:rPr>
        <w:t>36:38  Dar unawareness ka naam hai, bekhabri ka naam hai aur kisi cheez ka naam nahi hai. Main khud kitni baar aisa hua ke kisi ne daraya, "Yeh to hone wala nahi hai, woh to hone wala nahi hai," lekin main aage badh gaya.</w:t>
      </w:r>
      <w:r>
        <w:br/>
      </w:r>
      <w:r>
        <w:rPr>
          <w:sz w:val="20"/>
        </w:rPr>
        <w:t>36:57  Ya aage badh gaya to wahan koi dar hi nahi tha. To dar aik false andishe ka naam hai, unaware hone ka naam hai.</w:t>
      </w:r>
      <w:r>
        <w:br/>
      </w:r>
      <w:r>
        <w:rPr>
          <w:sz w:val="20"/>
        </w:rPr>
        <w:t>37:15  To mera bara masla yeh hoga ke tajrube se pehle rai na banaya jaye. Tajrube se pehle rai na banayein.</w:t>
      </w:r>
      <w:r>
        <w:br/>
      </w:r>
      <w:r>
        <w:rPr>
          <w:sz w:val="20"/>
        </w:rPr>
        <w:t>37:31  Tajrube se pehle rai na banayein. Yeh mere saath hua.</w:t>
      </w:r>
      <w:r>
        <w:br/>
      </w:r>
      <w:r>
        <w:rPr>
          <w:sz w:val="20"/>
        </w:rPr>
        <w:t>37:38  Ji, yeh maine kiya hai ke logon ne mujhe daraya lekin jab is mein main kood pada to</w:t>
      </w:r>
      <w:r>
        <w:br/>
      </w:r>
      <w:r>
        <w:rPr>
          <w:sz w:val="20"/>
        </w:rPr>
        <w:t>37:52  Allah ne mujhe kamyabi ata farmayi.</w:t>
      </w:r>
    </w:p>
    <w:p>
      <w:pPr>
        <w:pStyle w:val="Heading2"/>
      </w:pPr>
      <w:r>
        <w:t>Overcoming heedlessness of death in youth</w:t>
      </w:r>
    </w:p>
    <w:p>
      <w:r>
        <w:rPr>
          <w:color w:val="666666"/>
          <w:sz w:val="18"/>
        </w:rPr>
        <w:t>Life &amp; Wisdom · Concept of Death in Islam 26th Aug 12 SLOW · 1m 59s · at 15:45 · https://youtu.be/8dsos0OBM6M?t=945</w:t>
      </w:r>
    </w:p>
    <w:p>
      <w:r>
        <w:rPr>
          <w:i/>
        </w:rPr>
        <w:t>“Today I am young and see death as far away. How can I save myself from this heedlessness?”</w:t>
      </w:r>
    </w:p>
    <w:p>
      <w:r>
        <w:rPr>
          <w:sz w:val="20"/>
        </w:rPr>
        <w:t>15:45  Maulana, agla sawal Tamil Nadu se hai Maulana Iqbal Omri sahib ka. unhon ne likha hai: "Maulana, aaj mein jawan hoon, maut ko door dekh raha hoon. is ghaflat se mein kaise bachoon?" is ke bare mein batayein.</w:t>
      </w:r>
      <w:r>
        <w:br/>
      </w:r>
      <w:r>
        <w:rPr>
          <w:sz w:val="20"/>
        </w:rPr>
        <w:t>16:03  isi liye to Allah taala ne maut ka waqt koi nahi rakha.</w:t>
      </w:r>
      <w:r>
        <w:br/>
      </w:r>
      <w:r>
        <w:rPr>
          <w:sz w:val="20"/>
        </w:rPr>
        <w:t>16:10  bacha hi marta hai, jawani hi marta hai, budhai marta hai.</w:t>
      </w:r>
      <w:r>
        <w:br/>
      </w:r>
      <w:r>
        <w:rPr>
          <w:sz w:val="20"/>
        </w:rPr>
        <w:t>16:17  jaise mein aksar sochta rehta hoon, aksar sochta rehta hoon mein ke mere teen bachche mar chuke, mere apne.</w:t>
      </w:r>
      <w:r>
        <w:br/>
      </w:r>
      <w:r>
        <w:rPr>
          <w:sz w:val="20"/>
        </w:rPr>
        <w:t>16:24  zahair hai ke woh bachche mujh se bohat chote the.</w:t>
      </w:r>
      <w:r>
        <w:br/>
      </w:r>
      <w:r>
        <w:rPr>
          <w:sz w:val="20"/>
        </w:rPr>
        <w:t>16:31  to mein sochta rehta hoon, mere teen bachche mar chuke, mere chote bhai mar chuke, meri chhoti behan mar chuki.</w:t>
      </w:r>
      <w:r>
        <w:br/>
      </w:r>
      <w:r>
        <w:rPr>
          <w:sz w:val="20"/>
        </w:rPr>
        <w:t>16:39  to aadmi yeh waqiaat aadmi ko is liye hotay hain ke aadmi soche ke tum se chotay jab</w:t>
      </w:r>
      <w:r>
        <w:br/>
      </w:r>
      <w:r>
        <w:rPr>
          <w:sz w:val="20"/>
        </w:rPr>
        <w:t>16:46  mar gaye, tum kyun nahi maro ge? Allah taala ne maut ka agar aik fix kar diya hota,</w:t>
      </w:r>
      <w:r>
        <w:br/>
      </w:r>
      <w:r>
        <w:rPr>
          <w:sz w:val="20"/>
        </w:rPr>
        <w:t>16:53  fix ke 90 saal mein har aadmi ko marna hai, tab to sochna mushkil hota.</w:t>
      </w:r>
      <w:r>
        <w:br/>
      </w:r>
      <w:r>
        <w:rPr>
          <w:sz w:val="20"/>
        </w:rPr>
        <w:t>17:00  lekin jab hum dekhte hain ke bachcha hi mara, bachcha hi marta hai, naujawan marta hai, har har</w:t>
      </w:r>
      <w:r>
        <w:br/>
      </w:r>
      <w:r>
        <w:rPr>
          <w:sz w:val="20"/>
        </w:rPr>
        <w:t>17:07  umar ke log marte rehte hain barabar.</w:t>
      </w:r>
      <w:r>
        <w:br/>
      </w:r>
      <w:r>
        <w:rPr>
          <w:sz w:val="20"/>
        </w:rPr>
        <w:t>17:15  to yeh isi liye hai ke yeh waqiaat aadmi ke liye reminder bane, reminder.</w:t>
      </w:r>
      <w:r>
        <w:br/>
      </w:r>
      <w:r>
        <w:rPr>
          <w:sz w:val="20"/>
        </w:rPr>
        <w:t>17:22  sochein ke dekho, mujh se chota yeh mar gaya to mein mein kyun nahi maroonga? to logon</w:t>
      </w:r>
      <w:r>
        <w:br/>
      </w:r>
      <w:r>
        <w:rPr>
          <w:sz w:val="20"/>
        </w:rPr>
        <w:t>17:29  mein wahi mein jo arz kiya ke logon mein soch jagana hai, intellectual awakening lana hai, isi ki kami hai.</w:t>
      </w:r>
      <w:r>
        <w:br/>
      </w:r>
      <w:r>
        <w:rPr>
          <w:sz w:val="20"/>
        </w:rPr>
        <w:t>17:36  saari kami isi cheez ki hai.</w:t>
      </w:r>
      <w:r>
        <w:br/>
      </w:r>
      <w:r>
        <w:rPr>
          <w:sz w:val="20"/>
        </w:rPr>
        <w:t>17:44  Maulana, agla sawal Maldives se hai Mr. Hitesh Dhamija sahib ka. unhon ne likha hai: "While a short stay in Saudi Arabia, I noticed that Arabs in the month of Ramadan, while they fast, sleep during the day and stay up night. However, Muslims in India follow a different pattern. They keep the fast and work during the day and sleep at night.</w:t>
      </w:r>
    </w:p>
    <w:p>
      <w:pPr>
        <w:pStyle w:val="Heading2"/>
      </w:pPr>
      <w:r>
        <w:t>Overcoming tension from lust as shopkeeper</w:t>
      </w:r>
    </w:p>
    <w:p>
      <w:r>
        <w:rPr>
          <w:color w:val="666666"/>
          <w:sz w:val="18"/>
        </w:rPr>
        <w:t>Life &amp; Wisdom · Life After Death January 22, 2012 · 3m 24s · at 1:16:39 · https://youtu.be/5hVH1BLKBF4?t=4599</w:t>
      </w:r>
    </w:p>
    <w:p>
      <w:r>
        <w:rPr>
          <w:i/>
        </w:rPr>
        <w:t>“I am a shopkeeper. The issue of HIRS (lust) is always with every shopkeeper, due to which every shopkeeper remains in severe tension. How can one get out of this tension?”</w:t>
      </w:r>
    </w:p>
    <w:p>
      <w:r>
        <w:rPr>
          <w:sz w:val="20"/>
        </w:rPr>
        <w:t>1:16:39  Maulana, agla sawal aya hai Mr Fazal Amin ka, Karachi Pakistan se. unhon ne likha hai: "main aik dukandar hoon.</w:t>
      </w:r>
      <w:r>
        <w:br/>
      </w:r>
      <w:r>
        <w:rPr>
          <w:sz w:val="20"/>
        </w:rPr>
        <w:t>1:16:48  HIRS ka mamla har dukandar ke sath rehta hai jis ki wajah se har dukandar shadeed Tension mein rehta hai. Maulana sahib, is Tension se kis tarah nikla jaye?" HIRS ka matlab hai Lust.</w:t>
      </w:r>
      <w:r>
        <w:br/>
      </w:r>
      <w:r>
        <w:rPr>
          <w:sz w:val="20"/>
        </w:rPr>
        <w:t>1:17:02  L-U-S-T, Lust.</w:t>
      </w:r>
      <w:r>
        <w:br/>
      </w:r>
      <w:r>
        <w:rPr>
          <w:sz w:val="20"/>
        </w:rPr>
        <w:t>1:17:09  is ka saada tareeqa dekhiye kya hai formula. ke is ko Quran mein kaha gaya hai taqasur. aur zyada, aur zyada, aur zyada.</w:t>
      </w:r>
      <w:r>
        <w:br/>
      </w:r>
      <w:r>
        <w:rPr>
          <w:sz w:val="20"/>
        </w:rPr>
        <w:t>1:17:19  to is ka saada formula sochne ka yeh hai ke aap yeh sochen ke zyada paisa kis liye?</w:t>
      </w:r>
      <w:r>
        <w:br/>
      </w:r>
      <w:r>
        <w:rPr>
          <w:sz w:val="20"/>
        </w:rPr>
        <w:t>1:17:29  zyada zyada chahta hoon paisa to kis liye? zyada peace of mind ke liye? to zyada paisa sirf peace of mind ko Disrupt karta hai.</w:t>
      </w:r>
      <w:r>
        <w:br/>
      </w:r>
      <w:r>
        <w:rPr>
          <w:sz w:val="20"/>
        </w:rPr>
        <w:t>1:17:40  jitna zyada paisa utni pais of mind khatam.</w:t>
      </w:r>
      <w:r>
        <w:br/>
      </w:r>
      <w:r>
        <w:rPr>
          <w:sz w:val="20"/>
        </w:rPr>
        <w:t>1:17:44  to jab jo required result na mile to taqasur se faida kya hai? is wajah se dekhiye hadith mein ata hai ke sab se bari cheez qanaat hai, taqasur nahin.</w:t>
      </w:r>
      <w:r>
        <w:br/>
      </w:r>
      <w:r>
        <w:rPr>
          <w:sz w:val="20"/>
        </w:rPr>
        <w:t>1:18:00  do cheezein hain dekhiye qanaat aik hai aik hai taqasur. taqasur ka matlab hai ke mahr hai na mahr.</w:t>
      </w:r>
      <w:r>
        <w:br/>
      </w:r>
      <w:r>
        <w:rPr>
          <w:sz w:val="20"/>
        </w:rPr>
        <w:t>1:18:07  qanaat ka matlab hai ke jo Allah taala ne aap ko diya hai us par aap ka Contentment ho jaye. to Contentment mein Peace of Mind hai.</w:t>
      </w:r>
      <w:r>
        <w:br/>
      </w:r>
      <w:r>
        <w:rPr>
          <w:sz w:val="20"/>
        </w:rPr>
        <w:t>1:18:19  mahr hai na mahr mein nahin hai. to sawal yeh hai ke jab jab Result na milta ho to kya faida taqasur se?</w:t>
      </w:r>
      <w:r>
        <w:br/>
      </w:r>
      <w:r>
        <w:rPr>
          <w:sz w:val="20"/>
        </w:rPr>
        <w:t>1:18:29  aap sochiye ke Tension hota hai. insaan ki sehat kharab hoti hai. Blood Pressure badhta hai. aadmi Diabetic ho jata hai.</w:t>
      </w:r>
      <w:r>
        <w:br/>
      </w:r>
      <w:r>
        <w:rPr>
          <w:sz w:val="20"/>
        </w:rPr>
        <w:t>1:18:40  jitne zyada paise wale hain un ka yeh anjam hua. is wajah se dekhiye sahi tareeqa kya hai? agar aap ke paas zyada paisa aata hai to us ko deen ke raaste mein kharch kijiye.</w:t>
      </w:r>
      <w:r>
        <w:br/>
      </w:r>
      <w:r>
        <w:rPr>
          <w:sz w:val="20"/>
        </w:rPr>
        <w:t>1:18:54  sirf apni zaat mein mat kharch kijiye.</w:t>
      </w:r>
      <w:r>
        <w:br/>
      </w:r>
      <w:r>
        <w:rPr>
          <w:sz w:val="20"/>
        </w:rPr>
        <w:t>1:18:59  yaani kam paisa agar Allah taala ne diya aap ko to us par qanaat kar ke zindagi guzariye. agar Allah taala ne aap ko zyada paise de diye to theek hai woh bhi nemmat hai lekin kis liye?</w:t>
      </w:r>
      <w:r>
        <w:br/>
      </w:r>
      <w:r>
        <w:rPr>
          <w:sz w:val="20"/>
        </w:rPr>
        <w:t>1:19:14  sirf is liye ke apni Family ke liye nahi deen ke liye. Quran mein hai ke: "yasaloonaka ma la yunfiqoon" .</w:t>
      </w:r>
      <w:r>
        <w:br/>
      </w:r>
      <w:r>
        <w:rPr>
          <w:sz w:val="20"/>
        </w:rPr>
        <w:t>1:19:24  log poochte hain ke kaise kharch karein?</w:t>
      </w:r>
      <w:r>
        <w:br/>
      </w:r>
      <w:r>
        <w:rPr>
          <w:sz w:val="20"/>
        </w:rPr>
        <w:t>1:19:27  to Allah taala ne farmaya ke baqadr zaroorat apne paas rakho baqi deen mein kharch karo. yeh do formula hain Peace ka aur sukoon ka.</w:t>
      </w:r>
      <w:r>
        <w:br/>
      </w:r>
      <w:r>
        <w:rPr>
          <w:sz w:val="20"/>
        </w:rPr>
        <w:t>1:19:37  ke agar aap ko kam rizq mila hai to us par qanaat kar li jiye. zyada paisa aa raha hai Allah taala ki taraf se aap ko to zaroorat ke waqt apne paas rakhiye baqi deen mein kharch kar dijiye.</w:t>
      </w:r>
      <w:r>
        <w:br/>
      </w:r>
      <w:r>
        <w:rPr>
          <w:sz w:val="20"/>
        </w:rPr>
        <w:t>1:19:51  is ke siwa jo tareeqa hoga us mein sirf Tension, Stress, sehat ki kharabi is ke siwa kuch nahi.</w:t>
      </w:r>
    </w:p>
    <w:p>
      <w:pPr>
        <w:pStyle w:val="Heading2"/>
      </w:pPr>
      <w:r>
        <w:t>Overcoming tension through contentment</w:t>
      </w:r>
    </w:p>
    <w:p>
      <w:r>
        <w:rPr>
          <w:color w:val="666666"/>
          <w:sz w:val="18"/>
        </w:rPr>
        <w:t>Life &amp; Wisdom · Material Science and Spiritual Science 20 May 2012 · 2m 01s · at 1:06:44 · https://youtu.be/4K6CxjThlxQ?t=4004</w:t>
      </w:r>
    </w:p>
    <w:p>
      <w:r>
        <w:rPr>
          <w:i/>
        </w:rPr>
        <w:t>“Experience shows that those who have everything live with the most tension. Was man created to live a life of tension and then die in despair? How can today's human be saved from this deadly disease?”</w:t>
      </w:r>
    </w:p>
    <w:p>
      <w:r>
        <w:rPr>
          <w:sz w:val="20"/>
        </w:rPr>
        <w:t>1:06:44  Maulana agla sawal mein Samia Latif ka hai Karachi Pakistan se</w:t>
      </w:r>
      <w:r>
        <w:br/>
      </w:r>
      <w:r>
        <w:rPr>
          <w:sz w:val="20"/>
        </w:rPr>
        <w:t>1:06:49  unhon ne likha hai ke tajurba ye batata hai ke jin logon ke pas sab kuch hai wo sab se zyada tension mein zindagi guzarte hain kya insan is liye paida kiya gaya hai ke wo sari zindagi tension mein guzare aur phir mayoosi ki halat mein mar jaye Maulana sahab aaj ke insan ko is mohlik marz se nijat kis tarah dilai jaye is ke bare mein batayen</w:t>
      </w:r>
      <w:r>
        <w:br/>
      </w:r>
      <w:r>
        <w:rPr>
          <w:sz w:val="20"/>
        </w:rPr>
        <w:t>1:07:19  is ka formula sirf ye hai ke aap logon ko batayen ke qana'at ka tareeqa ikhtiyar karo hadith mein aata hai ke qad aflaha man aslama wa roze ka kafaafa wa kana Allah bima ata ye yahi yahi philosophy qana'at contentment kyunke aadmi ke andar unlimited khwahish hain</w:t>
      </w:r>
      <w:r>
        <w:br/>
      </w:r>
      <w:r>
        <w:rPr>
          <w:sz w:val="20"/>
        </w:rPr>
        <w:t>1:07:47  ke teh zyada mile phir aap ke liye kam rahega jab kam rahega to phir phir</w:t>
      </w:r>
      <w:r>
        <w:br/>
      </w:r>
      <w:r>
        <w:rPr>
          <w:sz w:val="20"/>
        </w:rPr>
        <w:t>1:07:53  bhi tension paida ho jayega</w:t>
      </w:r>
      <w:r>
        <w:br/>
      </w:r>
      <w:r>
        <w:rPr>
          <w:sz w:val="20"/>
        </w:rPr>
        <w:t>1:07:55  sab kuchh pa len aap tab bhi aap ko kam dikhai deta hai to sirf qanaat se</w:t>
      </w:r>
      <w:r>
        <w:br/>
      </w:r>
      <w:r>
        <w:rPr>
          <w:sz w:val="20"/>
        </w:rPr>
        <w:t>1:08:01  itminan hota hai aur kisi cheez se nahi</w:t>
      </w:r>
      <w:r>
        <w:br/>
      </w:r>
      <w:r>
        <w:rPr>
          <w:sz w:val="20"/>
        </w:rPr>
        <w:t>1:08:06  to logon ko yeh bataiye ke aur yani more and more takathur ki nafsiyat jo hai dekhen ek</w:t>
      </w:r>
      <w:r>
        <w:br/>
      </w:r>
      <w:r>
        <w:rPr>
          <w:sz w:val="20"/>
        </w:rPr>
        <w:t>1:08:13  hai takathur ki nafsiyat ek hai qanaat ki nafsiyat</w:t>
      </w:r>
      <w:r>
        <w:br/>
      </w:r>
      <w:r>
        <w:rPr>
          <w:sz w:val="20"/>
        </w:rPr>
        <w:t>1:08:19  takathur aur qana'at takathur ka matlab hai aur zyada aur zyada aur zyada to takathur ki nafsiyat mein log jeete hain to us waqt is ka is mein lazman tension un ko rahe ga to logon ko takathur se yani takathur culture se nikal kar qana'at culture parhaiye bas tab wo is burai se bach jayenge</w:t>
      </w:r>
    </w:p>
    <w:p>
      <w:pPr>
        <w:pStyle w:val="Heading2"/>
      </w:pPr>
      <w:r>
        <w:t>Parameters for True Life Ideology</w:t>
      </w:r>
    </w:p>
    <w:p>
      <w:r>
        <w:rPr>
          <w:color w:val="666666"/>
          <w:sz w:val="18"/>
        </w:rPr>
        <w:t>Life &amp; Wisdom · Divine Ideology of Life I 11 July 2010 · 3m 24s · at 1:10:25 · https://youtu.be/wOmHVfyjMJY?t=4225</w:t>
      </w:r>
    </w:p>
    <w:p>
      <w:r>
        <w:rPr>
          <w:i/>
        </w:rPr>
        <w:t>“What are the parameters by which one can recognize or identify the true ideology of life?”</w:t>
      </w:r>
    </w:p>
    <w:p>
      <w:r>
        <w:rPr>
          <w:sz w:val="20"/>
        </w:rPr>
        <w:t>1:10:25  Maulana, agla sawal kya hai? Sadia Khan ne New Delhi se. Unhon ne likha hai ke "What are the parameters by which one can recognize or identify the true ideology of life?"</w:t>
      </w:r>
      <w:r>
        <w:br/>
      </w:r>
      <w:r>
        <w:rPr>
          <w:sz w:val="20"/>
        </w:rPr>
        <w:t>1:10:47  Dekhiye, koi technical subject nahi hai, koi mathematical subject</w:t>
      </w:r>
      <w:r>
        <w:br/>
      </w:r>
      <w:r>
        <w:rPr>
          <w:sz w:val="20"/>
        </w:rPr>
        <w:t>1:10:51  nahi hai. Ya main kahoon ke mathematical criteria possible nahi hai kyunke yeh test ka mamla hai. Khuda test le raha hai. Agar mathematical criteria possible hota toh test hi khatam ho jata.</w:t>
      </w:r>
      <w:r>
        <w:br/>
      </w:r>
      <w:r>
        <w:rPr>
          <w:sz w:val="20"/>
        </w:rPr>
        <w:t>1:11:03  Toh is liye ek element of doubt toh baqi rahega. Yaad rakhiye, agar do do char ki tarah baatein clear ho jayein toh test kahan raha?</w:t>
      </w:r>
      <w:r>
        <w:br/>
      </w:r>
      <w:r>
        <w:rPr>
          <w:sz w:val="20"/>
        </w:rPr>
        <w:t>1:11:13  Phir test khatam.</w:t>
      </w:r>
      <w:r>
        <w:br/>
      </w:r>
      <w:r>
        <w:rPr>
          <w:sz w:val="20"/>
        </w:rPr>
        <w:t>1:11:19  Toh tareeqa sa</w:t>
      </w:r>
      <w:r>
        <w:br/>
      </w:r>
      <w:r>
        <w:rPr>
          <w:sz w:val="20"/>
        </w:rPr>
        <w:t>1:11:20  raf kiya hai? main method batata hoon. method aur aur kuch nahin. method kya hai? aap quran ki study karen. aap khuda ki jo jo takhleeq hai, nature, us ko observe karen.</w:t>
      </w:r>
      <w:r>
        <w:br/>
      </w:r>
      <w:r>
        <w:rPr>
          <w:sz w:val="20"/>
        </w:rPr>
        <w:t>1:11:40  universe mein jo khuda ke jalwe hain, us ko us ki study karen.</w:t>
      </w:r>
      <w:r>
        <w:br/>
      </w:r>
      <w:r>
        <w:rPr>
          <w:sz w:val="20"/>
        </w:rPr>
        <w:t>1:11:49  through study aap pahunch sakte hain wahan par. through study.</w:t>
      </w:r>
      <w:r>
        <w:br/>
      </w:r>
      <w:r>
        <w:rPr>
          <w:sz w:val="20"/>
        </w:rPr>
        <w:t>1:11:55  study karte karte aap ke andar ek development development hota hai. aap ke mind mein ek mind mein ek skill paida hoti hai cheezon ko recognize karne ki.</w:t>
      </w:r>
      <w:r>
        <w:br/>
      </w:r>
      <w:r>
        <w:rPr>
          <w:sz w:val="20"/>
        </w:rPr>
        <w:t>1:12:06  jab bohat study karte hain aap to objectivity aati hai aur recognition ki salahiyat paida hoti hai.</w:t>
      </w:r>
      <w:r>
        <w:br/>
      </w:r>
      <w:r>
        <w:rPr>
          <w:sz w:val="20"/>
        </w:rPr>
        <w:t>1:12:16  to yeh ek process hai. aisa nahin ki achaanak ho jaye. ajab nahin ho sakta hai. study behraal hoti hai. yani study jo hai woh starting point hai is mamle ka.</w:t>
      </w:r>
      <w:r>
        <w:br/>
      </w:r>
      <w:r>
        <w:rPr>
          <w:sz w:val="20"/>
        </w:rPr>
        <w:t>1:12:28  aur is se agar aadmi sincere hai, sincere hai to phir kya hota hai ke 50 percent aadmi khud karta hai. 50 percent Allah ki madad aati hai. agar koi aadmi sincere ho to zaroor madad Allah ki aayegi,</w:t>
      </w:r>
      <w:r>
        <w:br/>
      </w:r>
      <w:r>
        <w:rPr>
          <w:sz w:val="20"/>
        </w:rPr>
        <w:t>1:12:43  zaroor aayegi. aur phir woh khuda ki madad se woh pahunch jayega jahan pahunchna hai. us ko phir us ke andar ek ek cheez develop hogi. andar ek roshni, ek pehchan, ek farq karne wali.</w:t>
      </w:r>
      <w:r>
        <w:br/>
      </w:r>
      <w:r>
        <w:rPr>
          <w:sz w:val="20"/>
        </w:rPr>
        <w:t>1:12:57  quran hai ke furqan tumhare paida karega. agar tum sachche ho, sincere ho to tumhare andar furqan.</w:t>
      </w:r>
      <w:r>
        <w:br/>
      </w:r>
      <w:r>
        <w:rPr>
          <w:sz w:val="20"/>
        </w:rPr>
        <w:t>1:13:05  furqan matlab yeh hai ke yani differentiate, differentiate karne ki quality.</w:t>
      </w:r>
      <w:r>
        <w:br/>
      </w:r>
      <w:r>
        <w:rPr>
          <w:sz w:val="20"/>
        </w:rPr>
        <w:t>1:13:12  black ko white se, sachai ko false fit se differentiate karne ki salahiyat paida hogi. to phir aap khud hi jaan lenge.</w:t>
      </w:r>
      <w:r>
        <w:br/>
      </w:r>
      <w:r>
        <w:rPr>
          <w:sz w:val="20"/>
        </w:rPr>
        <w:t>1:13:25  It requires sincerity. It requires seriousness. It requires study. It requires observation.</w:t>
      </w:r>
      <w:r>
        <w:br/>
      </w:r>
      <w:r>
        <w:rPr>
          <w:sz w:val="20"/>
        </w:rPr>
        <w:t>1:13:34  It requires contemplation.</w:t>
      </w:r>
      <w:r>
        <w:br/>
      </w:r>
      <w:r>
        <w:rPr>
          <w:sz w:val="20"/>
        </w:rPr>
        <w:t>1:13:37  agar yeh yeh aap condition poori kar dein, then you continue to continue the the truth.</w:t>
      </w:r>
    </w:p>
    <w:p>
      <w:pPr>
        <w:pStyle w:val="Heading2"/>
      </w:pPr>
      <w:r>
        <w:t>Parental duty for mentally ill child</w:t>
      </w:r>
    </w:p>
    <w:p>
      <w:r>
        <w:rPr>
          <w:color w:val="666666"/>
          <w:sz w:val="18"/>
        </w:rPr>
        <w:t>Life &amp; Wisdom · Self Correction November 09, 2014 · 1m 44s · at 53:48 · https://youtu.be/EgAukdSfGRU?t=3228</w:t>
      </w:r>
    </w:p>
    <w:p>
      <w:r>
        <w:rPr>
          <w:i/>
        </w:rPr>
        <w:t>“If taste and habits are due to psychiatric illness like mania or schizophrenia, medicines are required and counseling has limited role. What is the duty of parents for such an individual?”</w:t>
      </w:r>
    </w:p>
    <w:p>
      <w:r>
        <w:rPr>
          <w:sz w:val="20"/>
        </w:rPr>
        <w:t>53:48  maulana, agla sawal doctor Gajdar ne kiya hai Dilli se, aur unhon ne likha hai "If taste and habits are due to psychiatric illness like mania or schizophrenia,</w:t>
      </w:r>
      <w:r>
        <w:br/>
      </w:r>
      <w:r>
        <w:rPr>
          <w:sz w:val="20"/>
        </w:rPr>
        <w:t>54:01  then definitely medicines are required.</w:t>
      </w:r>
      <w:r>
        <w:br/>
      </w:r>
      <w:r>
        <w:rPr>
          <w:sz w:val="20"/>
        </w:rPr>
        <w:t>54:05  in such cases, counseling has a very limited role. what is the duty of parents for such an individual?</w:t>
      </w:r>
      <w:r>
        <w:br/>
      </w:r>
      <w:r>
        <w:rPr>
          <w:sz w:val="20"/>
        </w:rPr>
        <w:t>54:13  how long parents must support the individual?" dekhiye, yeh ek controversial baat hai. mera apna manna yeh hai ke mental disease ka koi medicine nahin hoti.</w:t>
      </w:r>
      <w:r>
        <w:br/>
      </w:r>
      <w:r>
        <w:rPr>
          <w:sz w:val="20"/>
        </w:rPr>
        <w:t>54:29  psychological treatment is ka hota hai. y</w:t>
      </w:r>
      <w:r>
        <w:br/>
      </w:r>
      <w:r>
        <w:rPr>
          <w:sz w:val="20"/>
        </w:rPr>
        <w:t>54:32  aani doctor log is ko shayad nahin manen ge, lekin mental, yaani dimaagh ke etbaar se jo insaan ke andar jo, yaani woh illness nahin hoti, woh psychological kharabi hoti hai.</w:t>
      </w:r>
      <w:r>
        <w:br/>
      </w:r>
      <w:r>
        <w:rPr>
          <w:sz w:val="20"/>
        </w:rPr>
        <w:t>54:49  to hamari medicine jo hai, hamari physical body ke liye, hamare mind ke liye koi medicine nahin hai.</w:t>
      </w:r>
      <w:r>
        <w:br/>
      </w:r>
      <w:r>
        <w:rPr>
          <w:sz w:val="20"/>
        </w:rPr>
        <w:t>54:58  yeh medical science is ko nahi manay gi, kyunke aaj kal aap jantay hain ke neuro science bohat zyada develop shayad ban rahi hai.</w:t>
      </w:r>
      <w:r>
        <w:br/>
      </w:r>
      <w:r>
        <w:rPr>
          <w:sz w:val="20"/>
        </w:rPr>
        <w:t>55:09  lekin mein is ko nahi manta zaati tor par ke dimagh ka koi ilaaj nahi hai, koi medical treatment nahi hai. dimagh ka aap soch kar ke apnay ko bigaray gay ya soch kar ke banay gay, yeh mera zaati khayal hai.</w:t>
      </w:r>
      <w:r>
        <w:br/>
      </w:r>
      <w:r>
        <w:rPr>
          <w:sz w:val="20"/>
        </w:rPr>
        <w:t>55:25  agarche medical science is ki taeed nahi kare gi.</w:t>
      </w:r>
    </w:p>
    <w:p>
      <w:pPr>
        <w:pStyle w:val="Heading2"/>
      </w:pPr>
      <w:r>
        <w:t>Parenting and Conditioning Children's Beliefs</w:t>
      </w:r>
    </w:p>
    <w:p>
      <w:r>
        <w:rPr>
          <w:color w:val="666666"/>
          <w:sz w:val="18"/>
        </w:rPr>
        <w:t>Life &amp; Wisdom · Self Correction November 09, 2014 · 1m 41s · at 1:01:19 · https://youtu.be/EgAukdSfGRU?t=3679</w:t>
      </w:r>
    </w:p>
    <w:p>
      <w:r>
        <w:rPr>
          <w:i/>
        </w:rPr>
        <w:t>“You explained the five steps in a very simplified way, and we understand how habit slowly develops and conditions the mind, which takes us to the point of no return. My question is that in guiding and raising our children, we as parents condition their mind by giving them certain concepts of Islam or beliefs which may not be correct. What should we do?”</w:t>
      </w:r>
    </w:p>
    <w:p>
      <w:r>
        <w:rPr>
          <w:sz w:val="20"/>
        </w:rPr>
        <w:t>1:01:19  maulana, agla sawal aaya hai lahore pakistan se tariq badr sahib ka, aur unhon ne likha hai: "maulana sahib, explain the five steps in a very simplified way,</w:t>
      </w:r>
      <w:r>
        <w:br/>
      </w:r>
      <w:r>
        <w:rPr>
          <w:sz w:val="20"/>
        </w:rPr>
        <w:t>1:01:33  and we understand how habit slowly develops and conditions the mind, which takes us to the point of no return.</w:t>
      </w:r>
      <w:r>
        <w:br/>
      </w:r>
      <w:r>
        <w:rPr>
          <w:sz w:val="20"/>
        </w:rPr>
        <w:t>1:01:43  my question is that in guiding and raising our children, we as parents condition their mind by giving them certain concepts of Islam or beliefs which may not be correct.</w:t>
      </w:r>
      <w:r>
        <w:br/>
      </w:r>
      <w:r>
        <w:rPr>
          <w:sz w:val="20"/>
        </w:rPr>
        <w:t>1:01:57  so once the child reaches to the age of maturity, he becomes a conditioned person.</w:t>
      </w:r>
      <w:r>
        <w:br/>
      </w:r>
      <w:r>
        <w:rPr>
          <w:sz w:val="20"/>
        </w:rPr>
        <w:t>1:02:04  maulana sahib, please tell us how should we raise our children so that they do not become the victims of wrong beliefs, and when they reach to the age of maturity, they should be able to understand things clearly without any conditioning?" mein to samajhta hoon ke bachon ke liye do hi kaam hain:</w:t>
      </w:r>
      <w:r>
        <w:br/>
      </w:r>
      <w:r>
        <w:rPr>
          <w:sz w:val="20"/>
        </w:rPr>
        <w:t>1:02:24  pampering bilkul na kijiye aur bachon ko parhnay ka aadi daliye. is se theek hai,</w:t>
      </w:r>
      <w:r>
        <w:br/>
      </w:r>
      <w:r>
        <w:rPr>
          <w:sz w:val="20"/>
        </w:rPr>
        <w:t>1:02:30  bas. aur aur sab bekaar hai. aur jo baap baith baith kar in ko tarbiyat karte hain, woh bilkul be faida hai. koi koi faida is ka nahi, koi faida nahi.</w:t>
      </w:r>
      <w:r>
        <w:br/>
      </w:r>
      <w:r>
        <w:rPr>
          <w:sz w:val="20"/>
        </w:rPr>
        <w:t>1:02:43  bas pampering zara bhi mat kijiye. pampering ko chor dijiye aur bachon se kahiye ke is tareeqay ka haath daalo, khud parho. baqi sab theek ho jaye ga.</w:t>
      </w:r>
    </w:p>
    <w:p>
      <w:pPr>
        <w:pStyle w:val="Heading2"/>
      </w:pPr>
      <w:r>
        <w:t>Parenting training for children</w:t>
      </w:r>
    </w:p>
    <w:p>
      <w:r>
        <w:rPr>
          <w:color w:val="666666"/>
          <w:sz w:val="18"/>
        </w:rPr>
        <w:t>Life &amp; Wisdom · Quran for All Mankind June 3, 2012 · 1m 29s · at 1:23:11 · https://youtu.be/Gp-53Zjugcg?t=4991</w:t>
      </w:r>
    </w:p>
    <w:p>
      <w:r>
        <w:rPr>
          <w:i/>
        </w:rPr>
        <w:t>“How should parents train their children?”</w:t>
      </w:r>
    </w:p>
    <w:p>
      <w:r>
        <w:rPr>
          <w:sz w:val="20"/>
        </w:rPr>
        <w:t>1:23:11  maulana, agla sawal mister navdeep kapoor ka hai, dilli se. unhon ne aapse poocha hai ke "how should parents train their children?" is ke bare mein batayen.</w:t>
      </w:r>
      <w:r>
        <w:br/>
      </w:r>
      <w:r>
        <w:rPr>
          <w:sz w:val="20"/>
        </w:rPr>
        <w:t>1:23:21  mein to samajhta hoon ke starting point hai ke pampering ko haram samajh lein.</w:t>
      </w:r>
      <w:r>
        <w:br/>
      </w:r>
      <w:r>
        <w:rPr>
          <w:sz w:val="20"/>
        </w:rPr>
        <w:t>1:23:27  easy money se akhirat tak bachayein. kyunke pampering ke sath aur easy money ke sath aap kabhi bachchon ko kuch nahi kar sakte.</w:t>
      </w:r>
      <w:r>
        <w:br/>
      </w:r>
      <w:r>
        <w:rPr>
          <w:sz w:val="20"/>
        </w:rPr>
        <w:t>1:23:36  woh to bigad kar rahenge, woh bigad hi kar rahenge. woh</w:t>
      </w:r>
      <w:r>
        <w:br/>
      </w:r>
      <w:r>
        <w:rPr>
          <w:sz w:val="20"/>
        </w:rPr>
        <w:t>1:23:43  lekin is ka matlab nahi ke aap danda danda marein, ghussa karein. nahi, is ka matlab un ki, un ki, un ki, un ke mind ko address kijiye, un ko convince kijiye.</w:t>
      </w:r>
      <w:r>
        <w:br/>
      </w:r>
      <w:r>
        <w:rPr>
          <w:sz w:val="20"/>
        </w:rPr>
        <w:t>1:23:59  to ek taraf to pampering se bachna hai, easy money se bachna hai aur ghusse se hi bachna hai, danda danda marne se bachna hai. lekin jo kaam karna hai, woh yahi ke aap un ke mind ko address karein, yani reasoned way mein baat ko samjhein.</w:t>
      </w:r>
      <w:r>
        <w:br/>
      </w:r>
      <w:r>
        <w:rPr>
          <w:sz w:val="20"/>
        </w:rPr>
        <w:t>1:24:14  unhein mera tajurba yeh hai ke har aadmi, chahe bachcha ho ya bada, har cheez ko idhar udhar reason out karne ki koshish karta hai.</w:t>
      </w:r>
      <w:r>
        <w:br/>
      </w:r>
      <w:r>
        <w:rPr>
          <w:sz w:val="20"/>
        </w:rPr>
        <w:t>1:24:24  aadmi by nature aisa hai ke woh chahta hai reason out karna.</w:t>
      </w:r>
      <w:r>
        <w:br/>
      </w:r>
      <w:r>
        <w:rPr>
          <w:sz w:val="20"/>
        </w:rPr>
        <w:t>1:24:29  to reasoned way mein agar baat kahi jayegi to wohi baat asar kar sakti hai. mera tajurba yahi hai.</w:t>
      </w:r>
    </w:p>
    <w:p>
      <w:pPr>
        <w:pStyle w:val="Heading2"/>
      </w:pPr>
      <w:r>
        <w:t>Parents' duty: fulfilling wishes vs development</w:t>
      </w:r>
    </w:p>
    <w:p>
      <w:r>
        <w:rPr>
          <w:color w:val="666666"/>
          <w:sz w:val="18"/>
        </w:rPr>
        <w:t>Life &amp; Wisdom · Realization of God December 18, 2016 Maulana Wahiduddin Khan · 1m 23s · at 1:04:36 · https://youtu.be/LHKb2btTIT8?t=3876</w:t>
      </w:r>
    </w:p>
    <w:p>
      <w:r>
        <w:rPr>
          <w:i/>
        </w:rPr>
        <w:t>“Parents think that it is their utmost duty to fulfill the wishes of their family; they don't think or plan to help them develop. What should be the correct approach?”</w:t>
      </w:r>
    </w:p>
    <w:p>
      <w:r>
        <w:rPr>
          <w:sz w:val="20"/>
        </w:rPr>
        <w:t>1:04:36  zaroori kaam hai kitabon ko phailana insani literature ko phailana quran ka translation phailana maulana agla sawal bheja</w:t>
      </w:r>
      <w:r>
        <w:br/>
      </w:r>
      <w:r>
        <w:rPr>
          <w:sz w:val="20"/>
        </w:rPr>
        <w:t>1:04:43  hai doctor farida khanam ne dilli se aur unhon ne likha hai parents think that it is their</w:t>
      </w:r>
      <w:r>
        <w:br/>
      </w:r>
      <w:r>
        <w:rPr>
          <w:sz w:val="20"/>
        </w:rPr>
        <w:t>1:04:51  utmost duty to fulfill the wishes of their family they don't think or plan to help them develop</w:t>
      </w:r>
      <w:r>
        <w:br/>
      </w:r>
      <w:r>
        <w:rPr>
          <w:sz w:val="20"/>
        </w:rPr>
        <w:t>1:04:58  their spirituality so that they may serve the cause of religion and involve themselves in da'wah work even</w:t>
      </w:r>
      <w:r>
        <w:br/>
      </w:r>
      <w:r>
        <w:rPr>
          <w:sz w:val="20"/>
        </w:rPr>
        <w:t>1:05:06  maulana modudi did not involve his children with his mission what is your opinion on this dekhen family</w:t>
      </w:r>
      <w:r>
        <w:br/>
      </w:r>
      <w:r>
        <w:rPr>
          <w:sz w:val="20"/>
        </w:rPr>
        <w:t>1:05:14  ki wishes ko poora karna yeh to nothing hai yeh to kuch bhi nahi hai khuda ki wishes</w:t>
      </w:r>
      <w:r>
        <w:br/>
      </w:r>
      <w:r>
        <w:rPr>
          <w:sz w:val="20"/>
        </w:rPr>
        <w:t>1:05:21  ko bataiye family ko yani bajaye is ke ke aap family kya chahti hai is ke peeche dauren</w:t>
      </w:r>
      <w:r>
        <w:br/>
      </w:r>
      <w:r>
        <w:rPr>
          <w:sz w:val="20"/>
        </w:rPr>
        <w:t>1:05:29  yeh kijiye ke khuda ki kya chahta hai us ko daryaft kijiye us ko family ko bataiye repeat</w:t>
      </w:r>
      <w:r>
        <w:br/>
      </w:r>
      <w:r>
        <w:rPr>
          <w:sz w:val="20"/>
        </w:rPr>
        <w:t>1:05:36  kijiye mein ne kya kaha maulana you are saying that what we need to tell the family is</w:t>
      </w:r>
      <w:r>
        <w:br/>
      </w:r>
      <w:r>
        <w:rPr>
          <w:sz w:val="20"/>
        </w:rPr>
        <w:t>1:05:44  what god expects from all of us this is something which the family does not convey to their</w:t>
      </w:r>
      <w:r>
        <w:br/>
      </w:r>
      <w:r>
        <w:rPr>
          <w:sz w:val="20"/>
        </w:rPr>
        <w:t>1:05:52  members yani khuda ki chahta hai us ko bataiye family ko ji yeh mat kijiye ke jo family</w:t>
      </w:r>
    </w:p>
    <w:p>
      <w:pPr>
        <w:pStyle w:val="Heading2"/>
      </w:pPr>
      <w:r>
        <w:t>Patience and maintaining the status quo</w:t>
      </w:r>
    </w:p>
    <w:p>
      <w:r>
        <w:rPr>
          <w:color w:val="666666"/>
          <w:sz w:val="18"/>
        </w:rPr>
        <w:t>Life &amp; Wisdom · How to Manage Controversy 10 Nov 2019 - Maulana Wahiduddin Khan · 1m 07s · at 46:49 · https://youtu.be/UafTzJXHrSA?t=2809</w:t>
      </w:r>
    </w:p>
    <w:p>
      <w:r>
        <w:rPr>
          <w:i/>
        </w:rPr>
        <w:t>“What is the relationship between patience and maintaining the status quo?”</w:t>
      </w:r>
    </w:p>
    <w:p>
      <w:r>
        <w:rPr>
          <w:sz w:val="20"/>
        </w:rPr>
        <w:t>46:49  azhar mubarak sahib ne bhagalpur se sawal bheja hai. unhon ne aap se poocha hai ke: "what is the relationship between patience and maintaining of the status quo?</w:t>
      </w:r>
      <w:r>
        <w:br/>
      </w:r>
      <w:r>
        <w:rPr>
          <w:sz w:val="20"/>
        </w:rPr>
        <w:t>47:02  " is ke bare mein batayein.</w:t>
      </w:r>
      <w:r>
        <w:br/>
      </w:r>
      <w:r>
        <w:rPr>
          <w:sz w:val="20"/>
        </w:rPr>
        <w:t>47:10  bhai, aap ka to agar</w:t>
      </w:r>
      <w:r>
        <w:br/>
      </w:r>
      <w:r>
        <w:rPr>
          <w:sz w:val="20"/>
        </w:rPr>
        <w:t>47:14  sensitivity hogi, tabhi aap status quo maintain karna ki koshish karenge.</w:t>
      </w:r>
      <w:r>
        <w:br/>
      </w:r>
      <w:r>
        <w:rPr>
          <w:sz w:val="20"/>
        </w:rPr>
        <w:t>47:26  to sensitivity to lazim hai, sensitive comes the first.</w:t>
      </w:r>
      <w:r>
        <w:br/>
      </w:r>
      <w:r>
        <w:rPr>
          <w:sz w:val="20"/>
        </w:rPr>
        <w:t>47:43  maulana yaqoob umri ne delhi se comment bheja hai. unhon ne likha hai: "managing the issue without controversy means continuing our mission without interruption.</w:t>
      </w:r>
      <w:r>
        <w:br/>
      </w:r>
      <w:r>
        <w:rPr>
          <w:sz w:val="20"/>
        </w:rPr>
        <w:t>47:55  this is great guidance, maulana sa</w:t>
      </w:r>
      <w:r>
        <w:br/>
      </w:r>
      <w:r>
        <w:rPr>
          <w:sz w:val="20"/>
        </w:rPr>
        <w:t>47:57  hib, jazaak allah." mashallah. maulana, agla sawal chennai se bheja hai maulana iqbal umri ne. unhon ne aap se poocha hai ke: "qanooni karwai ya qanoon ka hawala de kar jo nizam jari rakhna chahte hain, woh log kya maghalta rakhte hain?</w:t>
      </w:r>
    </w:p>
    <w:p>
      <w:pPr>
        <w:pStyle w:val="Heading2"/>
      </w:pPr>
      <w:r>
        <w:t>Planning and success</w:t>
      </w:r>
    </w:p>
    <w:p>
      <w:r>
        <w:rPr>
          <w:color w:val="666666"/>
          <w:sz w:val="18"/>
        </w:rPr>
        <w:t>Life &amp; Wisdom · Roza (Fasting) Shock May 26, 2019 · 4m 06s · at 24:14 · https://youtu.be/GXYhGriFRpM?t=1454</w:t>
      </w:r>
    </w:p>
    <w:p>
      <w:r>
        <w:rPr>
          <w:i/>
        </w:rPr>
        <w:t>“Firstly, I would like to thank you for guiding us to the straight path in this very confusing life. My question for today is: In today's fast paced world, it is often observed and heard that people who do not have few plans in their life, are poor personalities and weak leaders. Successful people often boast that they are rich and successful because they plan their life very well.”</w:t>
      </w:r>
    </w:p>
    <w:p>
      <w:r>
        <w:rPr>
          <w:sz w:val="20"/>
        </w:rPr>
        <w:t>24:14  Maulana, agla sawal Dubai se Mr. Sailesh Malhotra ne bheja hai. Unhon ne likha hai: "Maulana, firstly, I would like to thank you for guiding us to the straight path in this very confusing life.</w:t>
      </w:r>
      <w:r>
        <w:br/>
      </w:r>
      <w:r>
        <w:rPr>
          <w:sz w:val="20"/>
        </w:rPr>
        <w:t>24:30  My question for today is: In today's fast-paced world, it is often observed and heard that people who do not have few plans in their life,</w:t>
      </w:r>
      <w:r>
        <w:br/>
      </w:r>
      <w:r>
        <w:rPr>
          <w:sz w:val="20"/>
        </w:rPr>
        <w:t>24:43  are poor personalities and weak leaders. Successful people often boast that they are rich and successful because they have planned their life very well.</w:t>
      </w:r>
      <w:r>
        <w:br/>
      </w:r>
      <w:r>
        <w:rPr>
          <w:sz w:val="20"/>
        </w:rPr>
        <w:t>24:56  Not all are that lucky. It is true that as a human, while I can do as much planning as possible, I cannot control the outcome.</w:t>
      </w:r>
      <w:r>
        <w:br/>
      </w:r>
      <w:r>
        <w:rPr>
          <w:sz w:val="20"/>
        </w:rPr>
        <w:t>25:09  So it is not the process of planning that determines the person's quality, but the outcome of the plan. Often, I for an instance, will put in my best efforts and leave the outcome to God.</w:t>
      </w:r>
      <w:r>
        <w:br/>
      </w:r>
      <w:r>
        <w:rPr>
          <w:sz w:val="20"/>
        </w:rPr>
        <w:t>25:26  Does this make me a bad leader or a person? Please shed some light on this very confusing topic. Also, what should one do in a such situation like this?</w:t>
      </w:r>
      <w:r>
        <w:br/>
      </w:r>
      <w:r>
        <w:rPr>
          <w:sz w:val="20"/>
        </w:rPr>
        <w:t>25:39  Bhai, main is ka jism bataiye kya hai?</w:t>
      </w:r>
      <w:r>
        <w:br/>
      </w:r>
      <w:r>
        <w:rPr>
          <w:sz w:val="20"/>
        </w:rPr>
        <w:t>25:44  Maulana, un ka yeh sawal hai ke ah jo insaan kamyab nahi hota aaj ki duniya mein, ah woh woh insaan hai jis ne planning nahi ki hai apni life mein.</w:t>
      </w:r>
      <w:r>
        <w:br/>
      </w:r>
      <w:r>
        <w:rPr>
          <w:sz w:val="20"/>
        </w:rPr>
        <w:t>25:55  Lekin yeh bhi dekha gaya hai ke ah jo kamyab log hain, ah woh is baat ke bare mein bohat boast karte hain ke hum ne ah bohat sahi planning ki, isi liye hum kamyab hue.</w:t>
      </w:r>
      <w:r>
        <w:br/>
      </w:r>
      <w:r>
        <w:rPr>
          <w:sz w:val="20"/>
        </w:rPr>
        <w:t>26:08  to un ka sawal yeh hai ke main aksar yeh karta hoon ke main apne best efforts dalta hoon aur phir Khuda pe ah daal deta hoon is ka outcome.</w:t>
      </w:r>
      <w:r>
        <w:br/>
      </w:r>
      <w:r>
        <w:rPr>
          <w:sz w:val="20"/>
        </w:rPr>
        <w:t>26:17  Hmm, to kya is se mere ko yeh ah weak leadership category mein dala jayega? Kyun ke outcome log zyada dekhte hain, ah yeh decide karne ke liye ke kitna strong leader hai, jab ke outcome hamare haath mein nahi hai.</w:t>
      </w:r>
      <w:r>
        <w:br/>
      </w:r>
      <w:r>
        <w:rPr>
          <w:sz w:val="20"/>
        </w:rPr>
        <w:t>26:37  Bhai, mujh par to clear hua ji ji, par main apna tajurba batata hoon ke pehli baat yeh hai ke jo aap planning karte hain to planning karte kis baat se?</w:t>
      </w:r>
      <w:r>
        <w:br/>
      </w:r>
      <w:r>
        <w:rPr>
          <w:sz w:val="20"/>
        </w:rPr>
        <w:t>26:53  Apne mind se. Aur mind kis ne diya hai aap ko? Mind Allah ne diya. To har kamyab planning aap ko Allah ki reminder hai.</w:t>
      </w:r>
      <w:r>
        <w:br/>
      </w:r>
      <w:r>
        <w:rPr>
          <w:sz w:val="20"/>
        </w:rPr>
        <w:t>27:05  Aur doosri baat yeh ke planning ke baad jo aap kamyabi hui to is mein shart ek condition hai, aur woh hai</w:t>
      </w:r>
      <w:r>
        <w:br/>
      </w:r>
      <w:r>
        <w:rPr>
          <w:sz w:val="20"/>
        </w:rPr>
        <w:t>27:17  Yaani apne hadd ke andar rehna. Log hadd ke andar nahi rehte, is liye planning phir ho jati hai, kamyabi bhi phir ho jati hai.</w:t>
      </w:r>
      <w:r>
        <w:br/>
      </w:r>
      <w:r>
        <w:rPr>
          <w:sz w:val="20"/>
        </w:rPr>
        <w:t>27:27  Chahay political success ho ya material success ho, is ke baad zaroori hai ke aap ek hadd ke andar rahein, apni limitation ko jaanein.</w:t>
      </w:r>
      <w:r>
        <w:br/>
      </w:r>
      <w:r>
        <w:rPr>
          <w:sz w:val="20"/>
        </w:rPr>
        <w:t>27:40  To right planning ke baad bhi ek cheez baqi hai ke aap limit ko cross na karein, tab aap kamyab kahe kahe jayenge sahi maano mein.</w:t>
      </w:r>
      <w:r>
        <w:br/>
      </w:r>
      <w:r>
        <w:rPr>
          <w:sz w:val="20"/>
        </w:rPr>
        <w:t>27:54  Maulana, agla comment bheja hai Delhi se Dr. Naghma Siddiqui ne. Unhone likha hai: "Maulana, jazak Allah for clarifying that God and the hereafter should be the focus of her life,</w:t>
      </w:r>
      <w:r>
        <w:br/>
      </w:r>
      <w:r>
        <w:rPr>
          <w:sz w:val="20"/>
        </w:rPr>
        <w:t>28:08  and roza saves us from distraction, so we can focus on God and the hereafter. May God help us to achieve this, insha</w:t>
      </w:r>
      <w:r>
        <w:br/>
      </w:r>
      <w:r>
        <w:rPr>
          <w:sz w:val="20"/>
        </w:rPr>
        <w:t>28:21  Allah." Maulana, agla sawal bheja hai Bilal Shafee Sahab ne Itanagar se. Unhone likha hai: "Hum jo Quran translation print karte hain, is mein agar kahin koi translation mein human error ki wajah se mistake pai jati hai,</w:t>
      </w:r>
    </w:p>
    <w:p>
      <w:pPr>
        <w:pStyle w:val="Heading2"/>
      </w:pPr>
      <w:r>
        <w:t>Planning on what you have vs what you don't</w:t>
      </w:r>
    </w:p>
    <w:p>
      <w:r>
        <w:rPr>
          <w:color w:val="666666"/>
          <w:sz w:val="18"/>
        </w:rPr>
        <w:t>Life &amp; Wisdom · The Method of Planning August 14, 2016 · 4m 24s · at 41:58 · https://youtu.be/84WV8NS2VKQ?t=2518</w:t>
      </w:r>
    </w:p>
    <w:p>
      <w:r>
        <w:rPr>
          <w:i/>
        </w:rPr>
        <w:t>“You said today that to plan on what you have and not what you don't have, but most of the people plan for what they don't have, and the reason is that they think if you...”</w:t>
      </w:r>
    </w:p>
    <w:p>
      <w:r>
        <w:rPr>
          <w:sz w:val="20"/>
        </w:rPr>
        <w:t>41:58  Maulana sahib, pehla sawal aaya hai Ahmedabad se Feroz sahib ka, aur unhon ne likha hai: "Molana,</w:t>
      </w:r>
      <w:r>
        <w:br/>
      </w:r>
      <w:r>
        <w:rPr>
          <w:sz w:val="20"/>
        </w:rPr>
        <w:t>42:04  you said today that to plan on what you have and not what you don't have, but most</w:t>
      </w:r>
      <w:r>
        <w:br/>
      </w:r>
      <w:r>
        <w:rPr>
          <w:sz w:val="20"/>
        </w:rPr>
        <w:t>42:10  of the people plan for what they don't have, and the reason is that they think if you</w:t>
      </w:r>
      <w:r>
        <w:br/>
      </w:r>
      <w:r>
        <w:rPr>
          <w:sz w:val="20"/>
        </w:rPr>
        <w:t>42:16  don't plan this way, then you will not progress in life.</w:t>
      </w:r>
      <w:r>
        <w:br/>
      </w:r>
      <w:r>
        <w:rPr>
          <w:sz w:val="20"/>
        </w:rPr>
        <w:t>42:22  What would you say to that?</w:t>
      </w:r>
      <w:r>
        <w:br/>
      </w:r>
      <w:r>
        <w:rPr>
          <w:sz w:val="20"/>
        </w:rPr>
        <w:t>42:28  "dekhein, yeh planning ke usool ke khilaaf hai.</w:t>
      </w:r>
      <w:r>
        <w:br/>
      </w:r>
      <w:r>
        <w:rPr>
          <w:sz w:val="20"/>
        </w:rPr>
        <w:t>42:34  Planning ke usool kya hai? Ke jo available hai, us ko bharpoor istemaal karna taake jo available nahi</w:t>
      </w:r>
      <w:r>
        <w:br/>
      </w:r>
      <w:r>
        <w:rPr>
          <w:sz w:val="20"/>
        </w:rPr>
        <w:t>42:40  hai, woh hum achieve kar sakein.</w:t>
      </w:r>
      <w:r>
        <w:br/>
      </w:r>
      <w:r>
        <w:rPr>
          <w:sz w:val="20"/>
        </w:rPr>
        <w:t>42:47  Jo available nahi hai, us par planning kiya aati hai? Koi bhi nahi karta.</w:t>
      </w:r>
      <w:r>
        <w:br/>
      </w:r>
      <w:r>
        <w:rPr>
          <w:sz w:val="20"/>
        </w:rPr>
        <w:t>42:53  Available opportunities ko avail karna, yeh hai planning.</w:t>
      </w:r>
      <w:r>
        <w:br/>
      </w:r>
      <w:r>
        <w:rPr>
          <w:sz w:val="20"/>
        </w:rPr>
        <w:t>43:00  aur jo dunya mein kamyab hua hai, woh isi usool par kamyab hua hai ke available opportunities ko</w:t>
      </w:r>
      <w:r>
        <w:br/>
      </w:r>
      <w:r>
        <w:rPr>
          <w:sz w:val="20"/>
        </w:rPr>
        <w:t>43:06  bohat hi wisely istemal karna.</w:t>
      </w:r>
      <w:r>
        <w:br/>
      </w:r>
      <w:r>
        <w:rPr>
          <w:sz w:val="20"/>
        </w:rPr>
        <w:t>43:13  isi ka naam planning hai.</w:t>
      </w:r>
      <w:r>
        <w:br/>
      </w:r>
      <w:r>
        <w:rPr>
          <w:sz w:val="20"/>
        </w:rPr>
        <w:t>43:19  jo is ke khilaf chala, woh kamyab nahi hua, aur jo is ke mutabiq chala, woh kamyab hua.</w:t>
      </w:r>
      <w:r>
        <w:br/>
      </w:r>
      <w:r>
        <w:rPr>
          <w:sz w:val="20"/>
        </w:rPr>
        <w:t>43:26  main ne aap ko misalein dein, un misalon ko jo main ne pesh kiya aap ke samne, un</w:t>
      </w:r>
      <w:r>
        <w:br/>
      </w:r>
      <w:r>
        <w:rPr>
          <w:sz w:val="20"/>
        </w:rPr>
        <w:t>43:32  misalon ki buniyad par aap bataiye ke meri baat sahi hai ya galat.</w:t>
      </w:r>
      <w:r>
        <w:br/>
      </w:r>
      <w:r>
        <w:rPr>
          <w:sz w:val="20"/>
        </w:rPr>
        <w:t>43:39  main ne aap ko history ki misal di, rasool Allah ki misal di.</w:t>
      </w:r>
      <w:r>
        <w:br/>
      </w:r>
      <w:r>
        <w:rPr>
          <w:sz w:val="20"/>
        </w:rPr>
        <w:t>43:45  maulana, aisa hi ek similar question aaya hai Aftab Alam sahib ka Kolkata se, aur unhon ne likha</w:t>
      </w:r>
      <w:r>
        <w:br/>
      </w:r>
      <w:r>
        <w:rPr>
          <w:sz w:val="20"/>
        </w:rPr>
        <w:t>43:52  hai ke generally planning is done targeting to achieve the goal that is beyond our capability, but from</w:t>
      </w:r>
      <w:r>
        <w:br/>
      </w:r>
      <w:r>
        <w:rPr>
          <w:sz w:val="20"/>
        </w:rPr>
        <w:t>43:58  today's lecture it is learned that only result oriented planning is fruitful.</w:t>
      </w:r>
      <w:r>
        <w:br/>
      </w:r>
      <w:r>
        <w:rPr>
          <w:sz w:val="20"/>
        </w:rPr>
        <w:t>44:05  Then Maulana, why is it said do planning according to your aim in life? We know that sometimes aim is beyond the limit.</w:t>
      </w:r>
      <w:r>
        <w:br/>
      </w:r>
      <w:r>
        <w:rPr>
          <w:sz w:val="20"/>
        </w:rPr>
        <w:t>44:15  maulana sahib, please clear the confusion in this regard.</w:t>
      </w:r>
      <w:r>
        <w:br/>
      </w:r>
      <w:r>
        <w:rPr>
          <w:sz w:val="20"/>
        </w:rPr>
        <w:t>44:20  dekhein, aim jo hai, aim jo hamara ideological target hota hai, ek hai ideological target.</w:t>
      </w:r>
      <w:r>
        <w:br/>
      </w:r>
      <w:r>
        <w:rPr>
          <w:sz w:val="20"/>
        </w:rPr>
        <w:t>44:26  rasool Allah sal Allah alaih wasallam ka ideological target yahi tha ke ke kaaba ko buton se pak karein.</w:t>
      </w:r>
      <w:r>
        <w:br/>
      </w:r>
      <w:r>
        <w:rPr>
          <w:sz w:val="20"/>
        </w:rPr>
        <w:t>44:32  nazariyati nishana, nazariyati nishana rasool Allah ka yahi tha, lekin amli jo aap ne planning ki, woh yeh</w:t>
      </w:r>
      <w:r>
        <w:br/>
      </w:r>
      <w:r>
        <w:rPr>
          <w:sz w:val="20"/>
        </w:rPr>
        <w:t>44:38  nahi thi ke buton ko torein, buton ko ghus kar ke nikal ke phenkein.</w:t>
      </w:r>
      <w:r>
        <w:br/>
      </w:r>
      <w:r>
        <w:rPr>
          <w:sz w:val="20"/>
        </w:rPr>
        <w:t>44:44  to dono mein farq karna parega aap ko.</w:t>
      </w:r>
      <w:r>
        <w:br/>
      </w:r>
      <w:r>
        <w:rPr>
          <w:sz w:val="20"/>
        </w:rPr>
        <w:t>44:49  har aadmi ka nazariyati nishana jo hai, woh peacefully hota hai, lekin jo amli planning hai, woh aap</w:t>
      </w:r>
      <w:r>
        <w:br/>
      </w:r>
      <w:r>
        <w:rPr>
          <w:sz w:val="20"/>
        </w:rPr>
        <w:t>44:55  is tarah nahi kar sakte.</w:t>
      </w:r>
      <w:r>
        <w:br/>
      </w:r>
      <w:r>
        <w:rPr>
          <w:sz w:val="20"/>
        </w:rPr>
        <w:t>45:01  amli is tarah karenge to ladai shuru ho jayegi.</w:t>
      </w:r>
      <w:r>
        <w:br/>
      </w:r>
      <w:r>
        <w:rPr>
          <w:sz w:val="20"/>
        </w:rPr>
        <w:t>45:07  amli nishane mein aap ko available opportunity dekhna padta hai.</w:t>
      </w:r>
      <w:r>
        <w:br/>
      </w:r>
      <w:r>
        <w:rPr>
          <w:sz w:val="20"/>
        </w:rPr>
        <w:t>45:13  nazariyati nishana alag cheez hai, aur available opportunities ko, yani present opportunities ko avail karna alag cheez hai.</w:t>
      </w:r>
      <w:r>
        <w:br/>
      </w:r>
      <w:r>
        <w:rPr>
          <w:sz w:val="20"/>
        </w:rPr>
        <w:t>45:18  dono mein farq hai.</w:t>
      </w:r>
      <w:r>
        <w:br/>
      </w:r>
      <w:r>
        <w:rPr>
          <w:sz w:val="20"/>
        </w:rPr>
        <w:t>45:24  ideological nishana to har ek ka wahi rehta hai jo us ke mind mein hai, lekin dekhna padta</w:t>
      </w:r>
      <w:r>
        <w:br/>
      </w:r>
      <w:r>
        <w:rPr>
          <w:sz w:val="20"/>
        </w:rPr>
        <w:t>45:30  hai ke present situation kya hai, available opportunities kya hain.</w:t>
      </w:r>
      <w:r>
        <w:br/>
      </w:r>
      <w:r>
        <w:rPr>
          <w:sz w:val="20"/>
        </w:rPr>
        <w:t>45:36  jaise India mein dekhein, nishana Subhas Chandra Bose ka bhi azadi tha, aur nazariyati nishana, aur Mahatma Gandhi</w:t>
      </w:r>
      <w:r>
        <w:br/>
      </w:r>
      <w:r>
        <w:rPr>
          <w:sz w:val="20"/>
        </w:rPr>
        <w:t>45:42  ka bhi nazriati nishana azadi tha.</w:t>
      </w:r>
      <w:r>
        <w:br/>
      </w:r>
      <w:r>
        <w:rPr>
          <w:sz w:val="20"/>
        </w:rPr>
        <w:t>45:48  lekin gandhi ne dekha ke yeh, woh kehte thay ke "Give me blood and I will give you</w:t>
      </w:r>
      <w:r>
        <w:br/>
      </w:r>
      <w:r>
        <w:rPr>
          <w:sz w:val="20"/>
        </w:rPr>
        <w:t>45:53  freedom." gandhi ne kaha nahin.</w:t>
      </w:r>
      <w:r>
        <w:br/>
      </w:r>
      <w:r>
        <w:rPr>
          <w:sz w:val="20"/>
        </w:rPr>
        <w:t>45:59  to suwar chander bose ne jo, yani khud bhi mare, woh un ke bohat sare sathi mare gaye,</w:t>
      </w:r>
      <w:r>
        <w:br/>
      </w:r>
      <w:r>
        <w:rPr>
          <w:sz w:val="20"/>
        </w:rPr>
        <w:t>46:05  aur gandhi kamyab hue kyunke unhon ne nishana to same tha, lekin method different ikhtiyar kiya unhon ne.</w:t>
      </w:r>
      <w:r>
        <w:br/>
      </w:r>
      <w:r>
        <w:rPr>
          <w:sz w:val="20"/>
        </w:rPr>
        <w:t>46:11  to maine jo baat kahi hai, woh nishane ke bare mein nahin kahi hai, method ke bare</w:t>
      </w:r>
      <w:r>
        <w:br/>
      </w:r>
      <w:r>
        <w:rPr>
          <w:sz w:val="20"/>
        </w:rPr>
        <w:t>46:17  mein kahi hai.</w:t>
      </w:r>
    </w:p>
    <w:p>
      <w:pPr>
        <w:pStyle w:val="Heading2"/>
      </w:pPr>
      <w:r>
        <w:t>Poetic vs divine reflection</w:t>
      </w:r>
    </w:p>
    <w:p>
      <w:r>
        <w:rPr>
          <w:color w:val="666666"/>
          <w:sz w:val="18"/>
        </w:rPr>
        <w:t>Life &amp; Wisdom · Q&amp;A 11 Jul 2010 Maulana Wahiduddin Khan · 1m 43s · at 34:02 · https://youtu.be/UHtdtzGGwFQ?t=2042</w:t>
      </w:r>
    </w:p>
    <w:p>
      <w:r>
        <w:rPr>
          <w:i/>
        </w:rPr>
        <w:t>“A colleague told me that reflection can be poetic or divine. A poet also derives lessons from events. We should know the difference between the two. Please explain.”</w:t>
      </w:r>
    </w:p>
    <w:p>
      <w:r>
        <w:rPr>
          <w:sz w:val="20"/>
        </w:rPr>
        <w:t>34:02  maulana, agla sawal kya hai? maulana abdul basit omri ne doha, qatar se. unhon ne likha hai ke maulana, hamare ek saathi ne mujh se kaha ke tafakkur shairana bhi hota hai aur rabbani bhi.</w:t>
      </w:r>
      <w:r>
        <w:br/>
      </w:r>
      <w:r>
        <w:rPr>
          <w:sz w:val="20"/>
        </w:rPr>
        <w:t>34:19  shair bhi waqeaat se koi sabak nikalta hai. hamein dono mein farq ko jaanna chahiye. maulana, is barey mein wajahaat kijiye.</w:t>
      </w:r>
      <w:r>
        <w:br/>
      </w:r>
      <w:r>
        <w:rPr>
          <w:sz w:val="20"/>
        </w:rPr>
        <w:t>34:31  shair jo karta hai is ka naam hai takhayyul. tafakkur nahi hai woh. takhayyul. jaise iqbal ne kaha: "nahi tera nashamund qasr-e-salmani gumbad par." to tu shahi hai basera kar pahadon ki chatanon mein.</w:t>
      </w:r>
      <w:r>
        <w:br/>
      </w:r>
      <w:r>
        <w:rPr>
          <w:sz w:val="20"/>
        </w:rPr>
        <w:t>34:50  yeh kya hai? yeh shairi hai. takhayyuli. yeh tafakkur nahi hai yeh.</w:t>
      </w:r>
      <w:r>
        <w:br/>
      </w:r>
      <w:r>
        <w:rPr>
          <w:sz w:val="20"/>
        </w:rPr>
        <w:t>34:55  kaun hai jo ja ke pahadon ki chatanon mein rahega aur basti chhod dega? iqbal ne bhi aisa nahi kiya. khud iqbal ne bhi aisa nahi kiya.</w:t>
      </w:r>
      <w:r>
        <w:br/>
      </w:r>
      <w:r>
        <w:rPr>
          <w:sz w:val="20"/>
        </w:rPr>
        <w:t>35:04  unhon ne apna ghar banaya lahore mein. mein ne khud un ke ghar ko dekha hai. to shair jo hai us jo karta hai is ka naam hai takhayyul.</w:t>
      </w:r>
      <w:r>
        <w:br/>
      </w:r>
      <w:r>
        <w:rPr>
          <w:sz w:val="20"/>
        </w:rPr>
        <w:t>35:14  takhayyul.</w:t>
      </w:r>
      <w:r>
        <w:br/>
      </w:r>
      <w:r>
        <w:rPr>
          <w:sz w:val="20"/>
        </w:rPr>
        <w:t>35:17  aur doosri cheez jo hai is ka naam hai tafakkur, tadabbur, tadabbur. woh ek alag bilkul alag cheez hai. mein shairi ko bilkul bekaar samajhta hoon.</w:t>
      </w:r>
      <w:r>
        <w:br/>
      </w:r>
      <w:r>
        <w:rPr>
          <w:sz w:val="20"/>
        </w:rPr>
        <w:t>35:27  quran mein, hadith mein is kahin shairi ko pasand nahi kiya gaya hai. tamam sahaba jo thay pehle shairi kiya karte thay. islam aaya to sab ki shairi khatm ho gayi.</w:t>
      </w:r>
      <w:r>
        <w:br/>
      </w:r>
      <w:r>
        <w:rPr>
          <w:sz w:val="20"/>
        </w:rPr>
        <w:t>35:38  to jo log shairi karte hain unhein shairi chhod dena chahiye. yeh sab bol kar ke is ko justify karen. yeh galat hai yeh.</w:t>
      </w:r>
    </w:p>
    <w:p>
      <w:pPr>
        <w:pStyle w:val="Heading2"/>
      </w:pPr>
      <w:r>
        <w:t>Political power as a divine test</w:t>
      </w:r>
    </w:p>
    <w:p>
      <w:r>
        <w:rPr>
          <w:color w:val="666666"/>
          <w:sz w:val="18"/>
        </w:rPr>
        <w:t>Life &amp; Wisdom · Collective Repentance I Feb 24, 2013 Maulana Wahiduddin Khan · 1m 05s · at 1:16:40 · https://youtu.be/lkkolxAL38c?t=4600</w:t>
      </w:r>
    </w:p>
    <w:p>
      <w:r>
        <w:rPr>
          <w:i/>
        </w:rPr>
        <w:t>“Can we say that the political power given to Muslims was a part of their test? What is your comment?”</w:t>
      </w:r>
    </w:p>
    <w:p>
      <w:r>
        <w:rPr>
          <w:sz w:val="20"/>
        </w:rPr>
        <w:t>1:16:40  maulana, agla sawal dilli se hai miss tuti malhotra ka. unhone likha hai: "can we say that political power given to muslims was a part of their test?" what is your comment?</w:t>
      </w:r>
      <w:r>
        <w:br/>
      </w:r>
      <w:r>
        <w:rPr>
          <w:sz w:val="20"/>
        </w:rPr>
        <w:t>1:16:53  political power test hai hi sab ke liye, hatta ke paighambar ke liye bhi.</w:t>
      </w:r>
      <w:r>
        <w:br/>
      </w:r>
      <w:r>
        <w:rPr>
          <w:sz w:val="20"/>
        </w:rPr>
        <w:t>1:16:58  aap quran mein padh lijiye, hazrat dawood ne is ke baad kahi ke aap ko jo political power mila hai, test ke liye, ibtila ke liye mila hai, woh koi blessing nahi hua karti.</w:t>
      </w:r>
      <w:r>
        <w:br/>
      </w:r>
      <w:r>
        <w:rPr>
          <w:sz w:val="20"/>
        </w:rPr>
        <w:t>1:17:08  jo musalman target bana kar ke political power ke liye daud rahe hain, yeh</w:t>
      </w:r>
      <w:r>
        <w:br/>
      </w:r>
      <w:r>
        <w:rPr>
          <w:sz w:val="20"/>
        </w:rPr>
        <w:t>1:17:14  daleel against the creation banana padta hai.</w:t>
      </w:r>
      <w:r>
        <w:br/>
      </w:r>
      <w:r>
        <w:rPr>
          <w:sz w:val="20"/>
        </w:rPr>
        <w:t>1:17:19  yeh sab bilkul jis tarah se yani mini test paper hai, usi tarah se political power bhi test paper hai, hatta ke aulad bhi test paper hai.</w:t>
      </w:r>
      <w:r>
        <w:br/>
      </w:r>
      <w:r>
        <w:rPr>
          <w:sz w:val="20"/>
        </w:rPr>
        <w:t>1:17:31  har cheez duniya mein test paper hi hai.</w:t>
      </w:r>
      <w:r>
        <w:br/>
      </w:r>
      <w:r>
        <w:rPr>
          <w:sz w:val="20"/>
        </w:rPr>
        <w:t>1:17:38  yeh to quran se bohat clear tor par sabit hai.</w:t>
      </w:r>
    </w:p>
    <w:p>
      <w:pPr>
        <w:pStyle w:val="Heading2"/>
      </w:pPr>
      <w:r>
        <w:t>Positive living in relationships</w:t>
      </w:r>
    </w:p>
    <w:p>
      <w:r>
        <w:rPr>
          <w:color w:val="666666"/>
          <w:sz w:val="18"/>
        </w:rPr>
        <w:t>Life &amp; Wisdom · Living In Falsehood I December 15, 2013 · 1m 31s · at 55:06 · https://youtu.be/yD-ZtvlrFDw?t=3306</w:t>
      </w:r>
    </w:p>
    <w:p>
      <w:r>
        <w:rPr>
          <w:i/>
        </w:rPr>
        <w:t>“What is the role of positive living in relationships? Can a negative person live in relationships? What is your comment?”</w:t>
      </w:r>
    </w:p>
    <w:p>
      <w:r>
        <w:rPr>
          <w:sz w:val="20"/>
        </w:rPr>
        <w:t>55:06  maulana, agla sawal hai miss naghma siddiqui ka delhi se.</w:t>
      </w:r>
      <w:r>
        <w:br/>
      </w:r>
      <w:r>
        <w:rPr>
          <w:sz w:val="20"/>
        </w:rPr>
        <w:t>55:10  انہوں نے لکھا ہے: "What is the role of positively living in realities?" Can a negative person live</w:t>
      </w:r>
      <w:r>
        <w:br/>
      </w:r>
      <w:r>
        <w:rPr>
          <w:sz w:val="20"/>
        </w:rPr>
        <w:t>55:18  in realities? What is your comment? کیا پھر سے پڑھیے؟ What is the role of positively living in</w:t>
      </w:r>
      <w:r>
        <w:br/>
      </w:r>
      <w:r>
        <w:rPr>
          <w:sz w:val="20"/>
        </w:rPr>
        <w:t>55:25  relatez? can a negative person live in relatez? mein sochta hoon ke sawal ko ulta ulta kar diya</w:t>
      </w:r>
      <w:r>
        <w:br/>
      </w:r>
      <w:r>
        <w:rPr>
          <w:sz w:val="20"/>
        </w:rPr>
        <w:t>55:33  to zyada sahi hoga mere khayal se ke jab aap ke andar realism hoga to aap positive tareeqe</w:t>
      </w:r>
      <w:r>
        <w:br/>
      </w:r>
      <w:r>
        <w:rPr>
          <w:sz w:val="20"/>
        </w:rPr>
        <w:t>55:41  peh jeena aayega aap ke andar.</w:t>
      </w:r>
      <w:r>
        <w:br/>
      </w:r>
      <w:r>
        <w:rPr>
          <w:sz w:val="20"/>
        </w:rPr>
        <w:t>55:44  aur aap ke andar agar iska ulta hoga to aap negative ban jayenge.</w:t>
      </w:r>
      <w:r>
        <w:br/>
      </w:r>
      <w:r>
        <w:rPr>
          <w:sz w:val="20"/>
        </w:rPr>
        <w:t>55:50  shayad yeh baat zyada sahi hogi ult kar ke.</w:t>
      </w:r>
      <w:r>
        <w:br/>
      </w:r>
      <w:r>
        <w:rPr>
          <w:sz w:val="20"/>
        </w:rPr>
        <w:t>55:54  ji, kya khayal hai aap ka? ji ji, Maulana, phir se padhiye is ko.</w:t>
      </w:r>
      <w:r>
        <w:br/>
      </w:r>
      <w:r>
        <w:rPr>
          <w:sz w:val="20"/>
        </w:rPr>
        <w:t>56:00  What is the role of positively living in realities? Can a negative person live in realities? Haan, realistic</w:t>
      </w:r>
      <w:r>
        <w:br/>
      </w:r>
      <w:r>
        <w:rPr>
          <w:sz w:val="20"/>
        </w:rPr>
        <w:t>56:08  approach agar aap ke andar hai to isi ke result ke taur par aayega aap ke andar</w:t>
      </w:r>
      <w:r>
        <w:br/>
      </w:r>
      <w:r>
        <w:rPr>
          <w:sz w:val="20"/>
        </w:rPr>
        <w:t>56:16  positive thinking.</w:t>
      </w:r>
      <w:r>
        <w:br/>
      </w:r>
      <w:r>
        <w:rPr>
          <w:sz w:val="20"/>
        </w:rPr>
        <w:t>56:17  aur realistic approach nahi hai to isi ke result aayega aap ke andar negative thinking.</w:t>
      </w:r>
      <w:r>
        <w:br/>
      </w:r>
      <w:r>
        <w:rPr>
          <w:sz w:val="20"/>
        </w:rPr>
        <w:t>56:24  ji, mukhaaf sawal ko agar ult dein to zyada samajh mein aati hai baat.</w:t>
      </w:r>
      <w:r>
        <w:br/>
      </w:r>
      <w:r>
        <w:rPr>
          <w:sz w:val="20"/>
        </w:rPr>
        <w:t>56:30  ji theek hai, Maulana, bilkul.</w:t>
      </w:r>
      <w:r>
        <w:br/>
      </w:r>
      <w:r>
        <w:rPr>
          <w:sz w:val="20"/>
        </w:rPr>
        <w:t>56:32  ji, is lihaz se bilkul sahi baat hai, bilkul sahi hai.</w:t>
      </w:r>
    </w:p>
    <w:p>
      <w:pPr>
        <w:pStyle w:val="Heading2"/>
      </w:pPr>
      <w:r>
        <w:t>Positive thinking definition and adoption methods</w:t>
      </w:r>
    </w:p>
    <w:p>
      <w:r>
        <w:rPr>
          <w:color w:val="666666"/>
          <w:sz w:val="18"/>
        </w:rPr>
        <w:t>Life &amp; Wisdom · Doomsday is Coming November 24, 2013 · 26m 03s · at 47:43 · https://youtu.be/rixrzrrK-cE?t=2863</w:t>
      </w:r>
    </w:p>
    <w:p>
      <w:r>
        <w:rPr>
          <w:i/>
        </w:rPr>
        <w:t>“What is positive thinking and how can it be adopted? Also, can you recommend a book on this?”</w:t>
      </w:r>
    </w:p>
    <w:p>
      <w:r>
        <w:rPr>
          <w:sz w:val="20"/>
        </w:rPr>
        <w:t>47:43  maulana, agla sawal islamabad, pakistan se aaya hai, jo muhammad faisal sahab ne kiya hai. Unhone likha hai: "Maulana, positive thinking kya hai aur usko kis tarike se adopt kiya jaye?</w:t>
      </w:r>
      <w:r>
        <w:br/>
      </w:r>
      <w:r>
        <w:rPr>
          <w:sz w:val="20"/>
        </w:rPr>
        <w:t>47:58  aur iske liye agar koi aap kitaab mujhe recommend kar sakte hain to please mujhe bataiye." hamari to saari kitaabein isi par hain.</w:t>
      </w:r>
      <w:r>
        <w:br/>
      </w:r>
      <w:r>
        <w:rPr>
          <w:sz w:val="20"/>
        </w:rPr>
        <w:t>48:09  positive thinking yeh to hamara mission hai.</w:t>
      </w:r>
      <w:r>
        <w:br/>
      </w:r>
      <w:r>
        <w:rPr>
          <w:sz w:val="20"/>
        </w:rPr>
        <w:t>48:12  aap hamara magazine jo Arsal nikalta hai, woh yaani chupa hua milta hai, usko aap internet par padh sakte hain, usko us mein bhi har mahine aata rehta hai.</w:t>
      </w:r>
      <w:r>
        <w:br/>
      </w:r>
      <w:r>
        <w:rPr>
          <w:sz w:val="20"/>
        </w:rPr>
        <w:t>48:25  hamari tafseer jo hai, woh bhi isi mauzu par hai. Hamari saari kitaabein hi yeh hain ke how to develop positive thinking.</w:t>
      </w:r>
      <w:r>
        <w:br/>
      </w:r>
      <w:r>
        <w:rPr>
          <w:sz w:val="20"/>
        </w:rPr>
        <w:t>48:39  baqi yeh hai ke kaise aisa hota hai?</w:t>
      </w:r>
      <w:r>
        <w:br/>
      </w:r>
      <w:r>
        <w:rPr>
          <w:sz w:val="20"/>
        </w:rPr>
        <w:t>48:41  to yahi to imtehaan hai. Duniya ko dekhiye, quran mein hai ke laqad khalaqnal insaana fi qab. Duniya ko paida kiya Allah taala ne is tarah ke yahan par problem hote hain.</w:t>
      </w:r>
      <w:r>
        <w:br/>
      </w:r>
      <w:r>
        <w:rPr>
          <w:sz w:val="20"/>
        </w:rPr>
        <w:t>48:52  darul qabz ke maani hain problem, problem, problem. World of problem. To aaj kal musalmanon ka kya haal hai?</w:t>
      </w:r>
      <w:r>
        <w:br/>
      </w:r>
      <w:r>
        <w:rPr>
          <w:sz w:val="20"/>
        </w:rPr>
        <w:t>49:01  problem ke khilaf chekhna chalana, yahi unhon ne islam bana rakha hai is ko.</w:t>
      </w:r>
      <w:r>
        <w:br/>
      </w:r>
      <w:r>
        <w:rPr>
          <w:sz w:val="20"/>
        </w:rPr>
        <w:t>49:07  yani protest karna ka matlab yeh hai ke aap chahte hain ke problem na ho. aap ghor kijiye ke aap Khuda ki takhleeq ko badalna chahte hain. jab Quran mein saaf saaf likha hua hai ke laqad khalaqna al-insana fi qabbin.</w:t>
      </w:r>
      <w:r>
        <w:br/>
      </w:r>
      <w:r>
        <w:rPr>
          <w:sz w:val="20"/>
        </w:rPr>
        <w:t>49:23  Allah ko paida kiya insan ne aur yahan rakha hai ek world of problem mein. yahan to problem hoga,</w:t>
      </w:r>
      <w:r>
        <w:br/>
      </w:r>
      <w:r>
        <w:rPr>
          <w:sz w:val="20"/>
        </w:rPr>
        <w:t>49:31  lekin kaisi ajeeb baat hai ke Musalman sab pe doosron ko be-hurmati ka ilzaam batate hain, khud be-hurmati kar rahe hain. Musalman doosron ko ilzaam lagate hain ke Quran ki be-hurmati kiya is ne?</w:t>
      </w:r>
      <w:r>
        <w:br/>
      </w:r>
      <w:r>
        <w:rPr>
          <w:sz w:val="20"/>
        </w:rPr>
        <w:t>49:45  aur hungama karte hain is ke upar. jalsa jaloos ke hungame hote hain. khud Musalman sab bari be-hurmati yeh kar rahe hain ke Allah ne ailan kiya hai ke hum ne dunya ko banaya hai is tarah ke yahan par problem rahen ge.</w:t>
      </w:r>
      <w:r>
        <w:br/>
      </w:r>
      <w:r>
        <w:rPr>
          <w:sz w:val="20"/>
        </w:rPr>
        <w:t>49:59  aap shor macha rahe hain ke problem na ho.</w:t>
      </w:r>
      <w:r>
        <w:br/>
      </w:r>
      <w:r>
        <w:rPr>
          <w:sz w:val="20"/>
        </w:rPr>
        <w:t>50:03  aap jahan se dekhen, Kashmir se le kar Egypt tak, Arkan se le kar Palestine tak, yahi to ho raha hai. woh chahte hain ke problem na ho hamare liye.</w:t>
      </w:r>
      <w:r>
        <w:br/>
      </w:r>
      <w:r>
        <w:rPr>
          <w:sz w:val="20"/>
        </w:rPr>
        <w:t>50:14  ek no problem world hamein chahiye. to yeh to sab se be-hurmati hai Quran Majeed ki. to dekhiye, yeh yeh muamla Allah ke ke creation plan se juda hua hai.</w:t>
      </w:r>
      <w:r>
        <w:br/>
      </w:r>
      <w:r>
        <w:rPr>
          <w:sz w:val="20"/>
        </w:rPr>
        <w:t>50:29  yeh Allah ke creation plan hai ke aap ko rehna pare ga world world of problem mein. aap ne ko bachana pare ga phir bhi negativity se, provocation se.</w:t>
      </w:r>
      <w:r>
        <w:br/>
      </w:r>
      <w:r>
        <w:rPr>
          <w:sz w:val="20"/>
        </w:rPr>
        <w:t>50:42  yahi to yahi to imtehan hai.</w:t>
      </w:r>
      <w:r>
        <w:br/>
      </w:r>
      <w:r>
        <w:rPr>
          <w:sz w:val="20"/>
        </w:rPr>
        <w:t>50:47  kaisi ajeeb o ghareeb baat hai ke jo cheezen Allah Ta'ala ne bator imtehan rakhi hain, usi ko chahte hain Musalman ke is ko khatam kar diya</w:t>
      </w:r>
      <w:r>
        <w:br/>
      </w:r>
      <w:r>
        <w:rPr>
          <w:sz w:val="20"/>
        </w:rPr>
        <w:t>50:54  jaye. ek aisi dunya ho jahan koi problem nahi, jahan koi negative tajruba nahi, jahan koi koi provocation karne wala nahi. to yeh to ho nahi sakta.</w:t>
      </w:r>
      <w:r>
        <w:br/>
      </w:r>
      <w:r>
        <w:rPr>
          <w:sz w:val="20"/>
        </w:rPr>
        <w:t>51:04  that's against the creation plan of God. to Musalman lad rahe hain Allah ke creation plan se lad rahe hain. sari dunya mein, chahe Kashmir ho, chahe Palestine ho, chahe Egypt ho, chahe Pakistan ho, chahe Iran ho, Iraq ho, har jagah Musalman jo bomb maar rahe hain, woh Allah ke creation plan of God jo hai, us ke us ke khilaf bomb maar rahe hain.</w:t>
      </w:r>
      <w:r>
        <w:br/>
      </w:r>
      <w:r>
        <w:rPr>
          <w:sz w:val="20"/>
        </w:rPr>
        <w:t>51:25  kaisi bhayanak baat hai yeh? kaisi bhayanak</w:t>
      </w:r>
      <w:r>
        <w:br/>
      </w:r>
      <w:r>
        <w:rPr>
          <w:sz w:val="20"/>
        </w:rPr>
        <w:t>51:27  baat hai? aur sawal karte hain ke kaise positive banein? bhai, positive banne mein to jannat mile gi. yahi to jannat ka ticket hai.</w:t>
      </w:r>
      <w:r>
        <w:br/>
      </w:r>
      <w:r>
        <w:rPr>
          <w:sz w:val="20"/>
        </w:rPr>
        <w:t>51:38  yaad rakhiye, jannat sirf is ke liye hai jo Allah ki dunya mein, jis ko Allah ne banaya hai dar-ul-qabz ke taur par, wahan par woh apne ko bachaye negativity se aur banaye apne aap ko positive.</w:t>
      </w:r>
      <w:r>
        <w:br/>
      </w:r>
      <w:r>
        <w:rPr>
          <w:sz w:val="20"/>
        </w:rPr>
        <w:t>51:52  jo provocation se, hate se, tashaddud se sab bachaye apne aap ko.</w:t>
      </w:r>
      <w:r>
        <w:br/>
      </w:r>
      <w:r>
        <w:rPr>
          <w:sz w:val="20"/>
        </w:rPr>
        <w:t>51:58  yahi to imtehan hai. isi par jannat hai. aur sari Muslim dunya jo hai, isi mein mubtala hai.</w:t>
      </w:r>
      <w:r>
        <w:br/>
      </w:r>
      <w:r>
        <w:rPr>
          <w:sz w:val="20"/>
        </w:rPr>
        <w:t>52:08  main phir kahoon ga ke dekhiye, Allah ka jo creation plan hai, jo takhleeq ka mansooba hai, woh yeh hai ke aap ko paida kar ke rakha gaya hai ek is dunya mein jahan masael hain, masael hain jahan provocation hai, jahan negative tajruba hain.</w:t>
      </w:r>
      <w:r>
        <w:br/>
      </w:r>
      <w:r>
        <w:rPr>
          <w:sz w:val="20"/>
        </w:rPr>
        <w:t>52:25  lekin in sab ke bawajood aap ko positive response dena hai. in sab ke bawajood aap ko positive thinking develop karna hai apne andar. in sab ke bawajood aap ko dunya ka khair khwah banna hai, dunya se mohabbat karna hai.</w:t>
      </w:r>
      <w:r>
        <w:br/>
      </w:r>
      <w:r>
        <w:rPr>
          <w:sz w:val="20"/>
        </w:rPr>
        <w:t>52:37  in sab ke bawajood aap ko dunya ko dushman nahi samajhna hai, balkeh un ka khair khwah ban kar dunya mein rehna hai.</w:t>
      </w:r>
      <w:r>
        <w:br/>
      </w:r>
      <w:r>
        <w:rPr>
          <w:sz w:val="20"/>
        </w:rPr>
        <w:t>52:45  yahi yahi jannat ka jannat ke sath ticket hai. yahi jannat ka ticket hai. koi aur cheez nahi hai jo aadmi ko jannat mein le jane wali ho. yeh bilkul tashaddud baat hai ke Musalmanon ne jo bana rakha hai ke falan cheez se jannat mil jaye gi, falan jannat mil jaye gi, woh sab bilkul khud sakhta hain.</w:t>
      </w:r>
      <w:r>
        <w:br/>
      </w:r>
      <w:r>
        <w:rPr>
          <w:sz w:val="20"/>
        </w:rPr>
        <w:t>53:03  jannat mile gi sirf is par ke aap negative world mein positive ban kar rahen.</w:t>
      </w:r>
      <w:r>
        <w:br/>
      </w:r>
      <w:r>
        <w:rPr>
          <w:sz w:val="20"/>
        </w:rPr>
        <w:t>53:10  yahi jannat ka ticket hai. yahi jannat ke sath ticket hai. aur koi cheez aadmi ko jannat mein le jane wali nahi hai.</w:t>
      </w:r>
      <w:r>
        <w:br/>
      </w:r>
      <w:r>
        <w:rPr>
          <w:sz w:val="20"/>
        </w:rPr>
        <w:t>53:20  yani negative item rahen ge, negative tajruba rahen ge, aap ko is ke bawajood apne andar positive thinking develop karna hai.</w:t>
      </w:r>
      <w:r>
        <w:br/>
      </w:r>
      <w:r>
        <w:rPr>
          <w:sz w:val="20"/>
        </w:rPr>
        <w:t>53:30  to agar kisi ko jannat chahiye to yahi yahi hai rasta jannat ka. aur koi doosra rasta nahin.</w:t>
      </w:r>
      <w:r>
        <w:br/>
      </w:r>
      <w:r>
        <w:rPr>
          <w:sz w:val="20"/>
        </w:rPr>
        <w:t>53:40  maulana, agla sawal dilli se kiya hai jameel akhtar sahab ne. unhon ne likha hai: "quran mein kya san o tareekh ke sath qayamat ka zikr hai ya hadith mein is silsile ki baat hai?</w:t>
      </w:r>
      <w:r>
        <w:br/>
      </w:r>
      <w:r>
        <w:rPr>
          <w:sz w:val="20"/>
        </w:rPr>
        <w:t>53:54  agar nahin to sainsi san o tareekh par kaise aitbaar kiya jaye?" dekhen, aitbaar ki baat nahin hai yeh.</w:t>
      </w:r>
      <w:r>
        <w:br/>
      </w:r>
      <w:r>
        <w:rPr>
          <w:sz w:val="20"/>
        </w:rPr>
        <w:t>54:03  yeh probability ki baat hai.</w:t>
      </w:r>
      <w:r>
        <w:br/>
      </w:r>
      <w:r>
        <w:rPr>
          <w:sz w:val="20"/>
        </w:rPr>
        <w:t>54:06  quran mein aur hadith mein aaya hai ke baad ke zamane mein bohat si cheezen khulengi. to woh khul rahi hain to un ko aap sochiye is ke bare mein.</w:t>
      </w:r>
      <w:r>
        <w:br/>
      </w:r>
      <w:r>
        <w:rPr>
          <w:sz w:val="20"/>
        </w:rPr>
        <w:t>54:16  aap koi bhi aisa nahin keh sakta ke falan tareekh ko qayamat aayi hai, yeh koi keh sakta. lekin yeh sab reminder hain.</w:t>
      </w:r>
      <w:r>
        <w:br/>
      </w:r>
      <w:r>
        <w:rPr>
          <w:sz w:val="20"/>
        </w:rPr>
        <w:t>54:25  quran mein dekhen, ayat is ayat ko padhiye aap ja kar ke ghar ja kar ke. ke yeh ayat hai ke "sanurihim ayatina fil afaqi wa fi anfusihim hatta yatabayyana lahum annahul haqq" .</w:t>
      </w:r>
      <w:r>
        <w:br/>
      </w:r>
      <w:r>
        <w:rPr>
          <w:sz w:val="20"/>
        </w:rPr>
        <w:t>54:44  is ka tarjuma yeh hai ke mustaqbil mein hum dikhayenge un ko nishaniyan, afaq mein bhi aur anfus mein bhi. yani space mein bhi, insan ki zaat mein bhi</w:t>
      </w:r>
      <w:r>
        <w:br/>
      </w:r>
      <w:r>
        <w:rPr>
          <w:sz w:val="20"/>
        </w:rPr>
        <w:t>54:54  . yahan tak ke woh khul jaye ke yahi haq hai. is ko ja kar aap quran ki is ayat ko padhiye, ja kar ghor kijiye is ke upar.</w:t>
      </w:r>
      <w:r>
        <w:br/>
      </w:r>
      <w:r>
        <w:rPr>
          <w:sz w:val="20"/>
        </w:rPr>
        <w:t>55:04  to koi yeh haq nahin rakhta ke woh kahe ke falan tareekh qayamat aayegi. lekin yeh bilashuba haq rakhta hai ke kahe ke dekho, is warning aa rahi hai, ghor karo, qayamat qayamat aa gayi ho, qareeb.</w:t>
      </w:r>
      <w:r>
        <w:br/>
      </w:r>
      <w:r>
        <w:rPr>
          <w:sz w:val="20"/>
        </w:rPr>
        <w:t>55:18  yeh sab probability ki baat hai, yaqeen ki baat nahin hai.</w:t>
      </w:r>
      <w:r>
        <w:br/>
      </w:r>
      <w:r>
        <w:rPr>
          <w:sz w:val="20"/>
        </w:rPr>
        <w:t>55:25  maulana, agla sawal doctor farida khanam ne kiya hai dilli se. unhon ne likha hai: "muslims are not afraid of qayamat.</w:t>
      </w:r>
      <w:r>
        <w:br/>
      </w:r>
      <w:r>
        <w:rPr>
          <w:sz w:val="20"/>
        </w:rPr>
        <w:t>55:34  they think that they say their prayers, do fasting and perform hajj. therefore prophet muhammad himself will intervene and not let anyone go to hell.</w:t>
      </w:r>
      <w:r>
        <w:br/>
      </w:r>
      <w:r>
        <w:rPr>
          <w:sz w:val="20"/>
        </w:rPr>
        <w:t>55:48  this belief makes them fearless of doomsday. what is your comment</w:t>
      </w:r>
      <w:r>
        <w:br/>
      </w:r>
      <w:r>
        <w:rPr>
          <w:sz w:val="20"/>
        </w:rPr>
        <w:t>55:54  on this?" dekhen, yeh baat bilkul sahi hai. aur yahi baat hai jo yahood ke andar paida hui thi pehle. aur hadith mein dekhen, saaf saaf yeh hai: "latatba'ununa sunan man kana qablakum shibran bishibrin wa dhira'an bidhira'in hatta law dakhaloo dabba jahril ladakhaltoohum." ke tum yahood ki qadam ba qadam pairvi karoge.</w:t>
      </w:r>
      <w:r>
        <w:br/>
      </w:r>
      <w:r>
        <w:rPr>
          <w:sz w:val="20"/>
        </w:rPr>
        <w:t>56:19  har cheez mein khuda ke yahood ke peer ban jaoge. to yahood ne samajh rakha tha ke "nahnu abna'ullah wa ahbba'uh." hum to Allah ke khaas log hain.</w:t>
      </w:r>
      <w:r>
        <w:br/>
      </w:r>
      <w:r>
        <w:rPr>
          <w:sz w:val="20"/>
        </w:rPr>
        <w:t>56:29  "lan tamassana illa ayyaman ma'dudatan." jannat hamare liye hai, jahannum doosron ke liye. theek yahi aqeedah musalmanon ne bana rakha hai aaj.</w:t>
      </w:r>
      <w:r>
        <w:br/>
      </w:r>
      <w:r>
        <w:rPr>
          <w:sz w:val="20"/>
        </w:rPr>
        <w:t>56:38  aur tarah tarah ke justification is ke talash kar rakhe hain. yaqeen kijiye, woh sab false false ground par yeh sab aqeeday banaye gaye hain.</w:t>
      </w:r>
      <w:r>
        <w:br/>
      </w:r>
      <w:r>
        <w:rPr>
          <w:sz w:val="20"/>
        </w:rPr>
        <w:t>56:47  koi haqiqat in ki nahin hai. jo asal haqiqat hai, woh sirf yeh hai ke "laysa lil insani illa ma sa'a" . "laysa lil insani illa ma sa'a ." insan ko wohi milega jis ki us ne koshish ki.</w:t>
      </w:r>
      <w:r>
        <w:br/>
      </w:r>
      <w:r>
        <w:rPr>
          <w:sz w:val="20"/>
        </w:rPr>
        <w:t>57:00  bas. insan ko wohi milega jis ke liye us ne koshish ki.</w:t>
      </w:r>
      <w:r>
        <w:br/>
      </w:r>
      <w:r>
        <w:rPr>
          <w:sz w:val="20"/>
        </w:rPr>
        <w:t>57:06  yeh sare false ground par banaye hue aqeeday hain, woh bilashuba un ki koi buniyad nahin hai.</w:t>
      </w:r>
      <w:r>
        <w:br/>
      </w:r>
      <w:r>
        <w:rPr>
          <w:sz w:val="20"/>
        </w:rPr>
        <w:t>57:14  maulana, agla sawal srinagar se riyaz ahmed bhatt sahab ne kiya hai. unhon ne likha hai: "the duty of today's day is to aware the mankind about doomsday with more vigor and forceful way to counter the designs of evil."</w:t>
      </w:r>
      <w:r>
        <w:br/>
      </w:r>
      <w:r>
        <w:rPr>
          <w:sz w:val="20"/>
        </w:rPr>
        <w:t>57:34  maulana, "what kind of methods can be useful beyond distribution of dawa literature? please advise us."</w:t>
      </w:r>
      <w:r>
        <w:br/>
      </w:r>
      <w:r>
        <w:rPr>
          <w:sz w:val="20"/>
        </w:rPr>
        <w:t>57:44  dekhen, ek hadith hai ke ek hadith mein yeh alfaaz hain ke zameen par koi aisa ghar nahin bachega,</w:t>
      </w:r>
      <w:r>
        <w:br/>
      </w:r>
      <w:r>
        <w:rPr>
          <w:sz w:val="20"/>
        </w:rPr>
        <w:t>58:01  chhota ya bada, jis ke andar Allah ka kalma na dakhil ho jaye. "illa yadkhulullahu kalimal islam" . to Allah ka kalma kya hai?</w:t>
      </w:r>
      <w:r>
        <w:br/>
      </w:r>
      <w:r>
        <w:rPr>
          <w:sz w:val="20"/>
        </w:rPr>
        <w:t>58:10  quran hai.</w:t>
      </w:r>
      <w:r>
        <w:br/>
      </w:r>
      <w:r>
        <w:rPr>
          <w:sz w:val="20"/>
        </w:rPr>
        <w:t>58:12  to mein samajhta hoon ke main target jo hai, woh quran ko ghar ghar pohnchana hai. main target. woh is ko kitna peroo karein ge, kitna follow karein ge, yeh un ka kaam hai.</w:t>
      </w:r>
      <w:r>
        <w:br/>
      </w:r>
      <w:r>
        <w:rPr>
          <w:sz w:val="20"/>
        </w:rPr>
        <w:t>58:24  It is their problem. hamara nahi hai. ghar ghar kalma, yahan pe dekhein, yaani ke ghar dil mein dakhil karna, ghar mein dakhil karna.</w:t>
      </w:r>
      <w:r>
        <w:br/>
      </w:r>
      <w:r>
        <w:rPr>
          <w:sz w:val="20"/>
        </w:rPr>
        <w:t>58:36  "la tabqa ala wajh al-ard bait badr wala wabar illa adkhala Allah kalimata al-islam" . yaani zameen par koi chota bara ghar nahi bache ga.</w:t>
      </w:r>
      <w:r>
        <w:br/>
      </w:r>
      <w:r>
        <w:rPr>
          <w:sz w:val="20"/>
        </w:rPr>
        <w:t>58:47  to kaha, hamari zimmedari hai ke Allah ke word ko, word of god ko, ghar ghar mein pohncha dein. dilon mein utar dein, yeh nahi hai. yaani ke dil mein utar dein aur woh kalma parh lein.</w:t>
      </w:r>
      <w:r>
        <w:br/>
      </w:r>
      <w:r>
        <w:rPr>
          <w:sz w:val="20"/>
        </w:rPr>
        <w:t>58:57  yeh hamara nishana nahi hai. yeh hamara nishana nahi hai ke in ke dilon ko badal dein, in se kalma parhwa dein.</w:t>
      </w:r>
      <w:r>
        <w:br/>
      </w:r>
      <w:r>
        <w:rPr>
          <w:sz w:val="20"/>
        </w:rPr>
        <w:t>59:05  nahi, gharon mein pohncha dein, gharon mein. gharon mein pohnchanay ke mani ke jahan insaan rehte hain, wahan woh pohnch jaye. aaj to insaan, aap dekhein, har jagah yaani milte hain aap ko insaan.</w:t>
      </w:r>
      <w:r>
        <w:br/>
      </w:r>
      <w:r>
        <w:rPr>
          <w:sz w:val="20"/>
        </w:rPr>
        <w:t>59:21  saari duniya mein aik mobility hai, yahan se wahan insaan aa ja rahe hain, ja rahe hain, har jagah. to aap ko safar kar ke janay ki zaroorat nahi hai falan jagah.</w:t>
      </w:r>
      <w:r>
        <w:br/>
      </w:r>
      <w:r>
        <w:rPr>
          <w:sz w:val="20"/>
        </w:rPr>
        <w:t>59:31  khud duniya ke log har jagah aa rahe hain.</w:t>
      </w:r>
      <w:r>
        <w:br/>
      </w:r>
      <w:r>
        <w:rPr>
          <w:sz w:val="20"/>
        </w:rPr>
        <w:t>59:34  kahin siyah ke roop mein, kahin taajir ke roop mein, kahin talib ilm ke roop mein, kahin kisi roop mein. to hum ko pohnchaiye. to yeh hadith jo hai, yeh batati hai ke dilon mein utarna yeh aap ka nishana nahi hai.</w:t>
      </w:r>
      <w:r>
        <w:br/>
      </w:r>
      <w:r>
        <w:rPr>
          <w:sz w:val="20"/>
        </w:rPr>
        <w:t>59:46  balkeh Allah ke word, word ko logon ko un ke haath mein pohnch jaye, yeh aap ka nishana hai. h</w:t>
      </w:r>
      <w:r>
        <w:br/>
      </w:r>
      <w:r>
        <w:rPr>
          <w:sz w:val="20"/>
        </w:rPr>
        <w:t>59:54  r zaban mein is ke tarjume, tarjume, har zaban mein umda tarjume kar ke un ko pohnchaiye. aur aur jo doosre literature hain, un ko mein kehta hoon supporting literature.</w:t>
      </w:r>
      <w:r>
        <w:br/>
      </w:r>
      <w:r>
        <w:rPr>
          <w:sz w:val="20"/>
        </w:rPr>
        <w:t>1:00:06  supporting literature. is ke sath sath hamein zaroorat hai ke hum un ko aaj supporting literature bhi dein taake woh is ko, un ko samajhna un ke liye asan ho jaye.</w:t>
      </w:r>
      <w:r>
        <w:br/>
      </w:r>
      <w:r>
        <w:rPr>
          <w:sz w:val="20"/>
        </w:rPr>
        <w:t>1:00:17  yeh to quran o hadith se yeh nishana sabit hai.</w:t>
      </w:r>
      <w:r>
        <w:br/>
      </w:r>
      <w:r>
        <w:rPr>
          <w:sz w:val="20"/>
        </w:rPr>
        <w:t>1:00:20  is mein kisi kisi ko batane ki zaroorat nahi hai. quran o hadith se yeh nishana sabit hai ke jo word of god hai, us ko ghar ghar pohncha do.</w:t>
      </w:r>
      <w:r>
        <w:br/>
      </w:r>
      <w:r>
        <w:rPr>
          <w:sz w:val="20"/>
        </w:rPr>
        <w:t>1:00:29  logon tak pohncha do.</w:t>
      </w:r>
      <w:r>
        <w:br/>
      </w:r>
      <w:r>
        <w:rPr>
          <w:sz w:val="20"/>
        </w:rPr>
        <w:t>1:00:35  aaj mujhe aik message mila. mr. reet balotra ke bhai hain, singapore mein rehte hain. to woh aik high post par hain, kisi company mein.</w:t>
      </w:r>
      <w:r>
        <w:br/>
      </w:r>
      <w:r>
        <w:rPr>
          <w:sz w:val="20"/>
        </w:rPr>
        <w:t>1:00:47  to aik safar mein unhein aik mulaqat hui aik shakhs se. woh muslim hai aur woh kisi bari company mein hai.</w:t>
      </w:r>
      <w:r>
        <w:br/>
      </w:r>
      <w:r>
        <w:rPr>
          <w:sz w:val="20"/>
        </w:rPr>
        <w:t>1:00:58  to us ko unhon ne quran ka tarjuma diya.</w:t>
      </w:r>
      <w:r>
        <w:br/>
      </w:r>
      <w:r>
        <w:rPr>
          <w:sz w:val="20"/>
        </w:rPr>
        <w:t>1:01:03  to usay bohat hi, bohat ziyada khush hua. us ne kaha ke mein mudaton se is mein tha ke lekin mujhe quran ka tarjuma nahi mil raha tha.</w:t>
      </w:r>
      <w:r>
        <w:br/>
      </w:r>
      <w:r>
        <w:rPr>
          <w:sz w:val="20"/>
        </w:rPr>
        <w:t>1:01:12  kyunke woh arabi, woh arabi zaban nahi janta tha woh. to is tarah ke beshumar roohein hain jo talash mein hain ke ke kya hai khuda-e-kitab.</w:t>
      </w:r>
      <w:r>
        <w:br/>
      </w:r>
      <w:r>
        <w:rPr>
          <w:sz w:val="20"/>
        </w:rPr>
        <w:t>1:01:23  is mein kya likha hai, woh hum janiye. to aap pohnchaiye logon ko. is logon ko pohnchaiye.</w:t>
      </w:r>
      <w:r>
        <w:br/>
      </w:r>
      <w:r>
        <w:rPr>
          <w:sz w:val="20"/>
        </w:rPr>
        <w:t>1:01:30  to distribution of quran jo hai, woh main hai. aur baqi kitabein hain, un ki hesiyat supporting literature ki hai. is ke ilawa aap mil kar batayein.</w:t>
      </w:r>
      <w:r>
        <w:br/>
      </w:r>
      <w:r>
        <w:rPr>
          <w:sz w:val="20"/>
        </w:rPr>
        <w:t>1:01:40  aap stage se batayein, woh woh aap kar sakte hain to kijiye. yeh to woh target hai jo har aadmi kar sakta hai. yaani gunga aur behra bhi kar sakta hai.</w:t>
      </w:r>
      <w:r>
        <w:br/>
      </w:r>
      <w:r>
        <w:rPr>
          <w:sz w:val="20"/>
        </w:rPr>
        <w:t>1:01:51  baqi aap ko agar Allah ne salahiyat di hai to aap stage ko istemal kijiye, media ko istemal kijiye.</w:t>
      </w:r>
      <w:r>
        <w:br/>
      </w:r>
      <w:r>
        <w:rPr>
          <w:sz w:val="20"/>
        </w:rPr>
        <w:t>1:01:58  jo jitnay aur zyada kar saktay hain, kartay rahey. yeh to minimum, minimum. yeh distribution of quran jo hai, yeh minimum hai. is kay aagay to aap bohat kuch kar saktay hain.</w:t>
      </w:r>
      <w:r>
        <w:br/>
      </w:r>
      <w:r>
        <w:rPr>
          <w:sz w:val="20"/>
        </w:rPr>
        <w:t>1:02:08  aur kartay rahey, is mein koi aap ko rokne wala nahi hai.</w:t>
      </w:r>
      <w:r>
        <w:br/>
      </w:r>
      <w:r>
        <w:rPr>
          <w:sz w:val="20"/>
        </w:rPr>
        <w:t>1:02:15  maulana, agla sawal delhi se hai, miss nagma siddiqi ka</w:t>
      </w:r>
      <w:r>
        <w:br/>
      </w:r>
      <w:r>
        <w:rPr>
          <w:sz w:val="20"/>
        </w:rPr>
        <w:t>1:02:19  unhon ne likha hai: "Moulana, when we think of the magnitude of our responsibility, we find ourselves unfit for it.</w:t>
      </w:r>
      <w:r>
        <w:br/>
      </w:r>
      <w:r>
        <w:rPr>
          <w:sz w:val="20"/>
        </w:rPr>
        <w:t>1:02:30  What should we do?" dekhen, yeh to soch sahi nahi hai. kyunkay quran mein hai kay "atqaw allah ma astata'tum, la yukallif allah illa asaa'tum" .</w:t>
      </w:r>
      <w:r>
        <w:br/>
      </w:r>
      <w:r>
        <w:rPr>
          <w:sz w:val="20"/>
        </w:rPr>
        <w:t>1:02:45  to aadmi ko, jo us ki capacity hai, us kay qadr karna hai.</w:t>
      </w:r>
      <w:r>
        <w:br/>
      </w:r>
      <w:r>
        <w:rPr>
          <w:sz w:val="20"/>
        </w:rPr>
        <w:t>1:02:53  magnitude ko mat dekhiye aap. apni capacity ko dekhiye. yeh galat soch hai kay aap magnitude ko dekhen. apni capacity ko dekhiye.</w:t>
      </w:r>
      <w:r>
        <w:br/>
      </w:r>
      <w:r>
        <w:rPr>
          <w:sz w:val="20"/>
        </w:rPr>
        <w:t>1:03:03  capacity mein agar aadmi kami nahi ki hai to allah ta'ala us ka muqabil qaul ban jayega. kis ki kya capacity hai?</w:t>
      </w:r>
      <w:r>
        <w:br/>
      </w:r>
      <w:r>
        <w:rPr>
          <w:sz w:val="20"/>
        </w:rPr>
        <w:t>1:03:12  us ko arabi mein "us" kaha jata hai. "us". "us" yani capacity. bas mein kya hai? to apnay apnay bas mein jo hai, us ko dekhiye.</w:t>
      </w:r>
      <w:r>
        <w:br/>
      </w:r>
      <w:r>
        <w:rPr>
          <w:sz w:val="20"/>
        </w:rPr>
        <w:t>1:03:23  baqi kaam to zameen aasman tak phaila hua ho sakta hai. woh aap ki zimmedari nahi hai.</w:t>
      </w:r>
      <w:r>
        <w:br/>
      </w:r>
      <w:r>
        <w:rPr>
          <w:sz w:val="20"/>
        </w:rPr>
        <w:t>1:03:32  maulana, agla sawal roorkee se kiya hai, sajid anwar</w:t>
      </w:r>
      <w:r>
        <w:br/>
      </w:r>
      <w:r>
        <w:rPr>
          <w:sz w:val="20"/>
        </w:rPr>
        <w:t>1:03:35  sahab ne. unhon ne likha hai: "In the quran it has been mentioned regarding a group of people who understood that they were doing right things in this life,</w:t>
      </w:r>
      <w:r>
        <w:br/>
      </w:r>
      <w:r>
        <w:rPr>
          <w:sz w:val="20"/>
        </w:rPr>
        <w:t>1:03:48  but in fact they were following the wrong path, and as a result their acts would come to nothing on the day of judgment.</w:t>
      </w:r>
      <w:r>
        <w:br/>
      </w:r>
      <w:r>
        <w:rPr>
          <w:sz w:val="20"/>
        </w:rPr>
        <w:t>1:04:00  Maulana, my question is: how can we save ourselves from being part of such a group and recognize that we are always on the right path?</w:t>
      </w:r>
      <w:r>
        <w:br/>
      </w:r>
      <w:r>
        <w:rPr>
          <w:sz w:val="20"/>
        </w:rPr>
        <w:t>1:04:12  Please advise." dekhen, yeh jo ayat hai quran ki, to us ko maujooda zamanay mein aap jo concept hai conditioning ka, usay samajh saktay hain.</w:t>
      </w:r>
      <w:r>
        <w:br/>
      </w:r>
      <w:r>
        <w:rPr>
          <w:sz w:val="20"/>
        </w:rPr>
        <w:t>1:04:30  yeh baat yani ab sabit ho chuki hai, jo researches hui hain insaan kay baray mein, kay paida hotay hi aadmi ki conditioning shuru ho jati hai.</w:t>
      </w:r>
      <w:r>
        <w:br/>
      </w:r>
      <w:r>
        <w:rPr>
          <w:sz w:val="20"/>
        </w:rPr>
        <w:t>1:04:45  paida hotay hi. yahan tak kay yeh kaha jata hai kay maa kay pait mein hai, tab bhi us ki shuru ho jati hai conditioning.</w:t>
      </w:r>
      <w:r>
        <w:br/>
      </w:r>
      <w:r>
        <w:rPr>
          <w:sz w:val="20"/>
        </w:rPr>
        <w:t>1:04:55  is ka matlab kya hua? kay "Every man is a case of conditioning. Every woman is a case of conditioning, without any exception.</w:t>
      </w:r>
      <w:r>
        <w:br/>
      </w:r>
      <w:r>
        <w:rPr>
          <w:sz w:val="20"/>
        </w:rPr>
        <w:t>1:05:05  " . to ab insaan ki pehli zimmedari kya hui? apnay ko decondition karna. apni conditioning ki deconditioning. yeh aap ki zimmedari hui.</w:t>
      </w:r>
      <w:r>
        <w:br/>
      </w:r>
      <w:r>
        <w:rPr>
          <w:sz w:val="20"/>
        </w:rPr>
        <w:t>1:05:14  yeh pre iman yeh taqaza hai. pre marifat yeh taqaza hai. yeh to karni paray gi. yeh to test ka aik hissa hai.</w:t>
      </w:r>
      <w:r>
        <w:br/>
      </w:r>
      <w:r>
        <w:rPr>
          <w:sz w:val="20"/>
        </w:rPr>
        <w:t>1:05:26  albatta agar aadmi ne apni conditioning ki sari koshishain kar dalin, sach much, phir bhi koi hissa, koi item reh gaya, conditioning ka reh gaya baqi, to allah maaf karega us ko.</w:t>
      </w:r>
      <w:r>
        <w:br/>
      </w:r>
      <w:r>
        <w:rPr>
          <w:sz w:val="20"/>
        </w:rPr>
        <w:t>1:05:38  lekin aap ko koshish to karna hai. har aadmi ko yeh kaam karna hai kay woh apni conditioning ko toray. apni deconditioning karay.</w:t>
      </w:r>
      <w:r>
        <w:br/>
      </w:r>
      <w:r>
        <w:rPr>
          <w:sz w:val="20"/>
        </w:rPr>
        <w:t>1:05:48  yeh zimmedari hai insaan ki. lazmi zimmedari hai. us se koi bach nahi sakta.</w:t>
      </w:r>
      <w:r>
        <w:br/>
      </w:r>
      <w:r>
        <w:rPr>
          <w:sz w:val="20"/>
        </w:rPr>
        <w:t>1:05:54  bachnay ka aik tareeqa sirf yeh hai kay koshish karnay kay bawajood agar kuch hissa baqi reh jaye conditioning ka, woh na tor pay, to wahan woh maaf kar diya jayega.</w:t>
      </w:r>
      <w:r>
        <w:br/>
      </w:r>
      <w:r>
        <w:rPr>
          <w:sz w:val="20"/>
        </w:rPr>
        <w:t>1:06:06  lekin koshish na karay, yeh qabil e maafi nahi hai. koi bhi lame excuse us kay liye allah kay haan accept nahi hoga.</w:t>
      </w:r>
      <w:r>
        <w:br/>
      </w:r>
      <w:r>
        <w:rPr>
          <w:sz w:val="20"/>
        </w:rPr>
        <w:t>1:06:18  aur woh sab us ki, us jo jo samajhta hai, bator khud us ne ke hum yeh kar rahe hain, hum woh kar rahe hain, ke hum jahad kar rahe hain, hum islami nizam nafiz kar rahe hain, hum qanoon nafiz kar rahe hain, yeh sab habt ho jayega.</w:t>
      </w:r>
      <w:r>
        <w:br/>
      </w:r>
      <w:r>
        <w:rPr>
          <w:sz w:val="20"/>
        </w:rPr>
        <w:t>1:06:29  habt. kyunke conditioning todi nahi, aur isi conditioning ke tehat khud hi khud tarah tarah ke khud sakhta karname dikhate rahe, woh Allah ke haan qabool nahi hoga.</w:t>
      </w:r>
      <w:r>
        <w:br/>
      </w:r>
      <w:r>
        <w:rPr>
          <w:sz w:val="20"/>
        </w:rPr>
        <w:t>1:06:45  to khulasa yeh hai ke aadmi ki, har insan ki pehli yani zimmedari hai ke woh apni conditioning ko tode.</w:t>
      </w:r>
      <w:r>
        <w:br/>
      </w:r>
      <w:r>
        <w:rPr>
          <w:sz w:val="20"/>
        </w:rPr>
        <w:t>1:06:54  yeh pehli zimmedari hai. is se, is se koi, koi bhi insan is se bach nahi sakta.</w:t>
      </w:r>
      <w:r>
        <w:br/>
      </w:r>
      <w:r>
        <w:rPr>
          <w:sz w:val="20"/>
        </w:rPr>
        <w:t>1:07:01  maulana, agla sawal kiya hai muhammad yaqoob sahib ne haiderabad</w:t>
      </w:r>
      <w:r>
        <w:br/>
      </w:r>
      <w:r>
        <w:rPr>
          <w:sz w:val="20"/>
        </w:rPr>
        <w:t>1:07:06  se. unhone likha hai: "maulana, ek sahib ne kaha: jisko hum qayamat kehte hain aur is se darate hain, in tamam mushkilat ko door karne ke liye projects banaye ja rahe hain, jis se bacha jayega.</w:t>
      </w:r>
      <w:r>
        <w:br/>
      </w:r>
      <w:r>
        <w:rPr>
          <w:sz w:val="20"/>
        </w:rPr>
        <w:t>1:07:23  aisi surat mein hum kaise inzar karein?" nahi, nahi, aisa bilkul alag baat hai. kahan bachaya ja raha hai, banaya ja raha hai, kahan project hai?</w:t>
      </w:r>
      <w:r>
        <w:br/>
      </w:r>
      <w:r>
        <w:rPr>
          <w:sz w:val="20"/>
        </w:rPr>
        <w:t>1:07:34  koi bhi bataye, is ka naam bataye.</w:t>
      </w:r>
      <w:r>
        <w:br/>
      </w:r>
      <w:r>
        <w:rPr>
          <w:sz w:val="20"/>
        </w:rPr>
        <w:t>1:07:37  misal ke taur par ek cheez mein deta hoon aap ko misal. stephen hawking ne ek tajweez pesh ki hai ke ab yeh zameen rehne qabil nahi hogi, to hamein space colonies banana chahiye.</w:t>
      </w:r>
      <w:r>
        <w:br/>
      </w:r>
      <w:r>
        <w:rPr>
          <w:sz w:val="20"/>
        </w:rPr>
        <w:t>1:07:54  yeh to ek joke hai. yeh khud washa bhi janta hai, stephen hawking bhi janta hai ke aasman mein hum banayenge to wahan kahan se pani layen, kahan se khana layen, kahan se oxygen layen.</w:t>
      </w:r>
      <w:r>
        <w:br/>
      </w:r>
      <w:r>
        <w:rPr>
          <w:sz w:val="20"/>
        </w:rPr>
        <w:t>1:08:04  rocket to aap bhej sakte hain, lekin living insan ko wahan par rehne ka intezam karna yeh impossible hai. yeh to joke hai. yeh jo log intezam baatein kar rahe hain, woh to woh, woh joke ko aap waqai samajh liya aap ne?</w:t>
      </w:r>
      <w:r>
        <w:br/>
      </w:r>
      <w:r>
        <w:rPr>
          <w:sz w:val="20"/>
        </w:rPr>
        <w:t>1:08:16  aur ek sawal qaim kar diya aap ne. koi mujhe bataye, agle sunday ko mujhe bataye ke woh kaun sa intezam hai jo waqatan feasible hai, woh mujhe bataya jaye agle sunday ko.</w:t>
      </w:r>
      <w:r>
        <w:br/>
      </w:r>
      <w:r>
        <w:rPr>
          <w:sz w:val="20"/>
        </w:rPr>
        <w:t>1:08:28  yeh bilkul joke ki baatein hain. stephen hawking ne jo kaha hai, woh joke hai. joke. woh scientific joke hai. woh</w:t>
      </w:r>
      <w:r>
        <w:br/>
      </w:r>
      <w:r>
        <w:rPr>
          <w:sz w:val="20"/>
        </w:rPr>
        <w:t>1:08:33  , woh koi haqeeqat nahi hai. woh space colonies banayi jayen. bilkul. koi, koi surprise nahi hai is ka. har scientist janta hai ke space colony banana bilkul impossible hai.</w:t>
      </w:r>
      <w:r>
        <w:br/>
      </w:r>
      <w:r>
        <w:rPr>
          <w:sz w:val="20"/>
        </w:rPr>
        <w:t>1:08:45  impossible hai.</w:t>
      </w:r>
      <w:r>
        <w:br/>
      </w:r>
      <w:r>
        <w:rPr>
          <w:sz w:val="20"/>
        </w:rPr>
        <w:t>1:08:49  maulana, agla sawal delhi se kiya hai miss tuti malhotra ne. unhone likha hai: "It is said that man gets glimpses of paradise when he does Dawa work</w:t>
      </w:r>
      <w:r>
        <w:br/>
      </w:r>
      <w:r>
        <w:rPr>
          <w:sz w:val="20"/>
        </w:rPr>
        <w:t>1:09:02  , but is it that man gets glimpses of hell when he does evil? Please comment." glimpse ki jo baat hai, to is dhang par to mein nahi keh sakta ke aadmi jab koi burai kar raha hai to woh glimpse us ke dekhega.</w:t>
      </w:r>
      <w:r>
        <w:br/>
      </w:r>
      <w:r>
        <w:rPr>
          <w:sz w:val="20"/>
        </w:rPr>
        <w:t>1:09:19  lekin ek aur tareeqe se hadith mein aaya hai, yeh ke "إن شدة الحر من فح جہنم" ।</w:t>
      </w:r>
      <w:r>
        <w:br/>
      </w:r>
      <w:r>
        <w:rPr>
          <w:sz w:val="20"/>
        </w:rPr>
        <w:t>1:09:30  yeh jo garmi hoti hai, is mein sakht garmi hoti hai. aadmi pareshan ho jata hai. to is ko le kar yeh hadith hai ke "إن شدة الحر من فح جہنم" ।</w:t>
      </w:r>
      <w:r>
        <w:br/>
      </w:r>
      <w:r>
        <w:rPr>
          <w:sz w:val="20"/>
        </w:rPr>
        <w:t>1:09:40  yani mausam, garmi ke mausam mein jo shadeed garmi hoti hai, woh, woh jahannum ki phoonk se hoti hai.</w:t>
      </w:r>
      <w:r>
        <w:br/>
      </w:r>
      <w:r>
        <w:rPr>
          <w:sz w:val="20"/>
        </w:rPr>
        <w:t>1:09:50  to is ka yeh matlab nahi ke jahannum phoonk, koi, yani koi, yani koi janwar hai, ajdaha hai, phoonkta hai to garmi aa jati hai.</w:t>
      </w:r>
      <w:r>
        <w:br/>
      </w:r>
      <w:r>
        <w:rPr>
          <w:sz w:val="20"/>
        </w:rPr>
        <w:t>1:10:00  yeh matlab nahi hai. yani is ka matlab yeh hai ke tum garmi ki shiddat ko dekh kar jahannum ki shiddat ka tasawwur kar sakte ho.</w:t>
      </w:r>
      <w:r>
        <w:br/>
      </w:r>
      <w:r>
        <w:rPr>
          <w:sz w:val="20"/>
        </w:rPr>
        <w:t>1:10:11  yani is ka matlab yeh hai ke garmi ki shiddat jahannum ko understandable banati hai. yeh matlab is hadith ka hai.</w:t>
      </w:r>
      <w:r>
        <w:br/>
      </w:r>
      <w:r>
        <w:rPr>
          <w:sz w:val="20"/>
        </w:rPr>
        <w:t>1:10:22  garmi ki shiddat ka jo tajurba hota hai insan ko, us se jahannum ka mamla aadmi ke liye understandable ho jata hai. yeh, yeh aaya hai hadith mein.</w:t>
      </w:r>
      <w:r>
        <w:br/>
      </w:r>
      <w:r>
        <w:rPr>
          <w:sz w:val="20"/>
        </w:rPr>
        <w:t>1:10:32  ab is se aap ka sawal ka jawab hota hai ya nahi hota hai, aap samajh sakte hain. maulana, agla sawal kiya hai tamil nadu se</w:t>
      </w:r>
      <w:r>
        <w:br/>
      </w:r>
      <w:r>
        <w:rPr>
          <w:sz w:val="20"/>
        </w:rPr>
        <w:t>1:10:42  maulana iqbal umri ne. unhon ne likha hai: "maulana, ek sahab ne kaha ke sare problem ka solution islam ne diya hai. agar islami hukoomat aa jaye to problem free dunya banana mumkin hai. maulana, aisa kehna kahan tak sahi hai?" sahi ka be buniyad hai.</w:t>
      </w:r>
      <w:r>
        <w:br/>
      </w:r>
      <w:r>
        <w:rPr>
          <w:sz w:val="20"/>
        </w:rPr>
        <w:t>1:11:04  sab se pehle is ayat ko batayein woh. quran ki is ayat ko batayein.</w:t>
      </w:r>
      <w:r>
        <w:br/>
      </w:r>
      <w:r>
        <w:rPr>
          <w:sz w:val="20"/>
        </w:rPr>
        <w:t>1:11:10  yeh to bilkul ek be sarpar ki baatein hain yeh sab. ek ayat batayein jis mein likha ho ke tamam dunya ke masail ka hal quran mein hai aur quran ki hukoomat qaim karo to bas sare masail hal ho jayenge.</w:t>
      </w:r>
      <w:r>
        <w:br/>
      </w:r>
      <w:r>
        <w:rPr>
          <w:sz w:val="20"/>
        </w:rPr>
        <w:t>1:11:23  kahan likha hua hai quran mein? yeh to khud sakhta baatein hain. is mauzu par jitni bhi kitabein aur mazameen jo maine padhe hain, woh sirf bayania andaaz mein hote hain.</w:t>
      </w:r>
      <w:r>
        <w:br/>
      </w:r>
      <w:r>
        <w:rPr>
          <w:sz w:val="20"/>
        </w:rPr>
        <w:t>1:11:31  bayania. is mein na koi fact hote hain, na koi analysis hota hai, na koi is ka, yani jis ko maine kaha tha,</w:t>
      </w:r>
      <w:r>
        <w:br/>
      </w:r>
      <w:r>
        <w:rPr>
          <w:sz w:val="20"/>
        </w:rPr>
        <w:t>1:11:40  yani well structured model koi hota. jaise pichle is mein maine bataya tha aap ko ke ek arab aaye the hamare paas to maine un se kaha ke bahut mashhoor kitab hai syed qutb ki "al-adalat al-ijtima'iyah fi al-islam" .</w:t>
      </w:r>
      <w:r>
        <w:br/>
      </w:r>
      <w:r>
        <w:rPr>
          <w:sz w:val="20"/>
        </w:rPr>
        <w:t>1:11:58  yani "social justice in islam" . to is mein social justice ka koi well, well structured model nahi hai.</w:t>
      </w:r>
      <w:r>
        <w:br/>
      </w:r>
      <w:r>
        <w:rPr>
          <w:sz w:val="20"/>
        </w:rPr>
        <w:t>1:12:08  well structured model ko hona chahiye na is mein? woh hai nahi</w:t>
      </w:r>
      <w:r>
        <w:br/>
      </w:r>
      <w:r>
        <w:rPr>
          <w:sz w:val="20"/>
        </w:rPr>
        <w:t>1:12:13  . to kahan se? kahan, kahan? yeh sab baniya daway hain. is ne mana hai woh sare hum ne? kya sahi keh rahe hain? bayania andaaz ki kitab hai woh.</w:t>
      </w:r>
      <w:r>
        <w:br/>
      </w:r>
      <w:r>
        <w:rPr>
          <w:sz w:val="20"/>
        </w:rPr>
        <w:t>1:12:23  yeh sab baatein log kehte hain. main hairaan hoon ke, yani sochte kyun nahi ke jo baat keh rahe hain, us ke, us ka, yani us ko kaha jata hai logic mein ke yeh dar, dar check hai.</w:t>
      </w:r>
      <w:r>
        <w:br/>
      </w:r>
      <w:r>
        <w:rPr>
          <w:sz w:val="20"/>
        </w:rPr>
        <w:t>1:12:34  yeh logic mein ek dar bada aata hai. dar check</w:t>
      </w:r>
      <w:r>
        <w:br/>
      </w:r>
      <w:r>
        <w:rPr>
          <w:sz w:val="20"/>
        </w:rPr>
        <w:t>1:12:38  . dar check kehte hain aise check ko ke aap ka account bank mein hai, farz kijiye ke pachas hazar.</w:t>
      </w:r>
      <w:r>
        <w:br/>
      </w:r>
      <w:r>
        <w:rPr>
          <w:sz w:val="20"/>
        </w:rPr>
        <w:t>1:12:47  aap ne likh diya pachas lakh ka check. to jab woh jayega wahan to woh cash nahi hoga. kyunke woh amount hi nahi maujood hai wahan par.</w:t>
      </w:r>
      <w:r>
        <w:br/>
      </w:r>
      <w:r>
        <w:rPr>
          <w:sz w:val="20"/>
        </w:rPr>
        <w:t>1:12:57  to aise alfaaz behlana jis ke liye amount, us ke liye koi wahi na maujood ho. us ka cash karne ke liye saman maujood na ho.</w:t>
      </w:r>
      <w:r>
        <w:br/>
      </w:r>
      <w:r>
        <w:rPr>
          <w:sz w:val="20"/>
        </w:rPr>
        <w:t>1:13:07  to sare log dar check issue kar rahe hain. yeh sari is tarah ki baatein jo log karte hain, jo log dar check issue kar rahe hain. koi bataye ke kahan jo mein yeh, maine arz kiya ke well structured model chahiye is system ka, woh kahan hai?</w:t>
      </w:r>
      <w:r>
        <w:br/>
      </w:r>
      <w:r>
        <w:rPr>
          <w:sz w:val="20"/>
        </w:rPr>
        <w:t>1:13:27  woh, woh hai hi nahi kehein.</w:t>
      </w:r>
      <w:r>
        <w:br/>
      </w:r>
      <w:r>
        <w:rPr>
          <w:sz w:val="20"/>
        </w:rPr>
        <w:t>1:13:32  to yeh sab dar check issue kar rahe hain yeh log aur jante nahi ke woh aisa, woh kya kar rahe hain woh. "innama hi kalimaton wa qailuha kamisdaqaha" .</w:t>
      </w:r>
    </w:p>
    <w:p>
      <w:pPr>
        <w:pStyle w:val="Heading2"/>
      </w:pPr>
      <w:r>
        <w:t>Practical Implementation of Paradise Culture</w:t>
      </w:r>
    </w:p>
    <w:p>
      <w:r>
        <w:rPr>
          <w:color w:val="666666"/>
          <w:sz w:val="18"/>
        </w:rPr>
        <w:t>Life &amp; Wisdom · Paradise Culture January 12, 2014 · 3m 27s · at 1:01:36 · https://youtu.be/Z3A6r7XjE00?t=3696</w:t>
      </w:r>
    </w:p>
    <w:p>
      <w:r>
        <w:rPr>
          <w:i/>
        </w:rPr>
        <w:t>“You said today that 'paradise culture' means drawing reference from negative situations and converting them into positive, which is indeed very difficult; please guide us on how we can implement it practically—is there any formula for the same?”</w:t>
      </w:r>
    </w:p>
    <w:p>
      <w:r>
        <w:rPr>
          <w:sz w:val="20"/>
        </w:rPr>
        <w:t>1:01:36  Maulana, agla sawal Hyderabad se hai, Saifullah sahib ka.</w:t>
      </w:r>
      <w:r>
        <w:br/>
      </w:r>
      <w:r>
        <w:rPr>
          <w:sz w:val="20"/>
        </w:rPr>
        <w:t>1:01:40  Unhon ne likha hai: "Maulana, you said today that paradise culture is drawing reference from the negative situation and converting it into positive.</w:t>
      </w:r>
      <w:r>
        <w:br/>
      </w:r>
      <w:r>
        <w:rPr>
          <w:sz w:val="20"/>
        </w:rPr>
        <w:t>1:01:53  This is indeed very difficult. Please guide us how we can implement it practically. Practically, is there any formula for the same?"</w:t>
      </w:r>
      <w:r>
        <w:br/>
      </w:r>
      <w:r>
        <w:rPr>
          <w:sz w:val="20"/>
        </w:rPr>
        <w:t>1:02:07  dekhen, formula to sirf yahi hai ke aap kesh plan of God ko samjhen. Hota yeh hai ke log jo Quran mein hai: "Qul qul yaum awwalun shakirati warbukum alam biman huwa ad sabila." Aap shukr khodawandi is cheezon ko dekhiye, apni shukr shakir sifat dekhiye.</w:t>
      </w:r>
      <w:r>
        <w:br/>
      </w:r>
      <w:r>
        <w:rPr>
          <w:sz w:val="20"/>
        </w:rPr>
        <w:t>1:02:28  yeh ek hi hai hal aur koi hal nahin.</w:t>
      </w:r>
      <w:r>
        <w:br/>
      </w:r>
      <w:r>
        <w:rPr>
          <w:sz w:val="20"/>
        </w:rPr>
        <w:t>1:02:32  aap log apne shukr dekhte hain, yani un ka shukr yeh hai ke duniya mein evil na ho, duniya mein justice injustice na ho, duniya mein fasad na ho.</w:t>
      </w:r>
      <w:r>
        <w:br/>
      </w:r>
      <w:r>
        <w:rPr>
          <w:sz w:val="20"/>
        </w:rPr>
        <w:t>1:02:41  yeh to hone wala hai, yeh to hoga kyun ke Allah taala ne duniya ko banaya hai competition ki duniya, challenge ki duniya, azadi ki duniya.</w:t>
      </w:r>
      <w:r>
        <w:br/>
      </w:r>
      <w:r>
        <w:rPr>
          <w:sz w:val="20"/>
        </w:rPr>
        <w:t>1:02:50  to woh to hoga.</w:t>
      </w:r>
      <w:r>
        <w:br/>
      </w:r>
      <w:r>
        <w:rPr>
          <w:sz w:val="20"/>
        </w:rPr>
        <w:t>1:02:52  to apne apne apne shakir ko badlie aur khuda ka jo shakir hai, us ke lehaz se cheezon ko judge kijiye ke dunya mein ko Allah taala ne banaya hai.</w:t>
      </w:r>
      <w:r>
        <w:br/>
      </w:r>
      <w:r>
        <w:rPr>
          <w:sz w:val="20"/>
        </w:rPr>
        <w:t>1:03:02  darulqabz quran mein hai. aap chahte hain qabar na ho, challenge na ho, koi aap ke khilaf koi harkat na kare, tab aap negativity khatam karenge.</w:t>
      </w:r>
      <w:r>
        <w:br/>
      </w:r>
      <w:r>
        <w:rPr>
          <w:sz w:val="20"/>
        </w:rPr>
        <w:t>1:03:14  to yeh shart to kabhi poori nahi hogi.</w:t>
      </w:r>
      <w:r>
        <w:br/>
      </w:r>
      <w:r>
        <w:rPr>
          <w:sz w:val="20"/>
        </w:rPr>
        <w:t>1:03:18  sara mein mein samajhta hoon ke sara sara mamla yahi hai ke log apne mindset se cheezon ko dekhte hain. aap ko chahiye ke khuda ke mindset se cheezon ko dekhen.</w:t>
      </w:r>
      <w:r>
        <w:br/>
      </w:r>
      <w:r>
        <w:rPr>
          <w:sz w:val="20"/>
        </w:rPr>
        <w:t>1:03:33  aap jaise chahte hain, waisa hone wala nahi hai. hoga wohi jo Allah ka ne muqarrar kiya hai, jo nizam apne qanoon ke mutabiq.</w:t>
      </w:r>
      <w:r>
        <w:br/>
      </w:r>
      <w:r>
        <w:rPr>
          <w:sz w:val="20"/>
        </w:rPr>
        <w:t>1:03:42  to aap is ko adjust kijiye, is ko as a reality, is ko accept kijiye.</w:t>
      </w:r>
      <w:r>
        <w:br/>
      </w:r>
      <w:r>
        <w:rPr>
          <w:sz w:val="20"/>
        </w:rPr>
        <w:t>1:03:49  yani apne aap ko positive banane ka formula itna asan hai jaise misaal ke taur par dekhen, aap ke sath aap ke samne agar aag ka angara hai to aap kuch chhoenge nahi kyunke aap jante hain ke law of nature jo hai, yahan par involve hai.</w:t>
      </w:r>
      <w:r>
        <w:br/>
      </w:r>
      <w:r>
        <w:rPr>
          <w:sz w:val="20"/>
        </w:rPr>
        <w:t>1:04:07  law of nature ke mutabiq aag mujhe jala degi. to ab mein chhoona nahi hoon us ko. to law of nature ko accept ki</w:t>
      </w:r>
      <w:r>
        <w:br/>
      </w:r>
      <w:r>
        <w:rPr>
          <w:sz w:val="20"/>
        </w:rPr>
        <w:t>1:04:17  jiye, Allah ka jo naqsha hai, us ko accept kijiye. to bas us ke baad aap positive ho jayenge kyunke aap chahte hain ek woh cheez jo mumkin hi nahi hai.</w:t>
      </w:r>
      <w:r>
        <w:br/>
      </w:r>
      <w:r>
        <w:rPr>
          <w:sz w:val="20"/>
        </w:rPr>
        <w:t>1:04:27  yani jo cheez mumkin nahi hai ke dunya aap ke naqshe ke mutabiq ban jaye, to woh to ho nahi sakta hai. is liye aap negative ho jate hain.</w:t>
      </w:r>
      <w:r>
        <w:br/>
      </w:r>
      <w:r>
        <w:rPr>
          <w:sz w:val="20"/>
        </w:rPr>
        <w:t>1:04:36  impossible ko aap apna target banaiye. impossible ko target banaiye. jo</w:t>
      </w:r>
      <w:r>
        <w:br/>
      </w:r>
      <w:r>
        <w:rPr>
          <w:sz w:val="20"/>
        </w:rPr>
        <w:t>1:04:44  possible hai, us ko target banaiye. ek hi jumla mein kahunga ke "you have to accept the reality." bas us ke baad achaanak aap positive ho jayenge.</w:t>
      </w:r>
    </w:p>
    <w:p>
      <w:pPr>
        <w:pStyle w:val="Heading2"/>
      </w:pPr>
      <w:r>
        <w:t>Practical Way to Avoid Negativity</w:t>
      </w:r>
    </w:p>
    <w:p>
      <w:r>
        <w:rPr>
          <w:color w:val="666666"/>
          <w:sz w:val="18"/>
        </w:rPr>
        <w:t>Life &amp; Wisdom · How to Become Deserving of Paradise August 16, 2020 Maulana Wahiduddin Khan · 3m 11s · at 35:10 · https://youtu.be/jFXK3TMiqtA?t=2110</w:t>
      </w:r>
    </w:p>
    <w:p>
      <w:r>
        <w:rPr>
          <w:i/>
        </w:rPr>
        <w:t>“You said you do not have any complaint against anyone. Please, can you give us a practical way? We can all do, even if we try, then also negativity does not go away.”</w:t>
      </w:r>
    </w:p>
    <w:p>
      <w:r>
        <w:rPr>
          <w:sz w:val="20"/>
        </w:rPr>
        <w:t>35:10  sajid anwar sahab ne mumbai se likha hai: "my take away from today lecture: to be a self made person, one should focus on self and completely avoid getting engaged in negativity." yeh sawal bheja hai kanpur se</w:t>
      </w:r>
      <w:r>
        <w:br/>
      </w:r>
      <w:r>
        <w:rPr>
          <w:sz w:val="20"/>
        </w:rPr>
        <w:t>35:31  hussain siddiqui sahab ne. unhon ne aap se poocha hai: "maulana, you said you do not have any complaint against anyone.</w:t>
      </w:r>
      <w:r>
        <w:br/>
      </w:r>
      <w:r>
        <w:rPr>
          <w:sz w:val="20"/>
        </w:rPr>
        <w:t>35:44  please, can you give us a practical way? we we can all do, as even if we try, then also negativity does not go away."</w:t>
      </w:r>
      <w:r>
        <w:br/>
      </w:r>
      <w:r>
        <w:rPr>
          <w:sz w:val="20"/>
        </w:rPr>
        <w:t>35:57  aap meri zindagi ka study kijiye. main to kabhi complaint nahin karta. complaint karna meri vocabulary mein hai hi nahin, kyunke is mein jis cheez ko log complaint ka item banate hain, us ko main learning ka item banata hoon.</w:t>
      </w:r>
      <w:r>
        <w:br/>
      </w:r>
      <w:r>
        <w:rPr>
          <w:sz w:val="20"/>
        </w:rPr>
        <w:t>36:19  jis cheez ko log complaint ka item banate hain, us ko main learning ka item banata hoon.</w:t>
      </w:r>
      <w:r>
        <w:br/>
      </w:r>
      <w:r>
        <w:rPr>
          <w:sz w:val="20"/>
        </w:rPr>
        <w:t>36:29  to yeh to insaan ki apni weakness hai. hazrat umar ke bare mein aaya hai ke kan yata'allam min kulli ahad, woh har ek se seekhte the.</w:t>
      </w:r>
      <w:r>
        <w:br/>
      </w:r>
      <w:r>
        <w:rPr>
          <w:sz w:val="20"/>
        </w:rPr>
        <w:t>36:43  har ek ka matlab hai ke</w:t>
      </w:r>
      <w:r>
        <w:br/>
      </w:r>
      <w:r>
        <w:rPr>
          <w:sz w:val="20"/>
        </w:rPr>
        <w:t>36:46  chahe woh ulti ulti baat kahe, seedhi baat kahe,</w:t>
      </w:r>
      <w:r>
        <w:br/>
      </w:r>
      <w:r>
        <w:rPr>
          <w:sz w:val="20"/>
        </w:rPr>
        <w:t>36:54  us ko learning ka item bana dete the. aap bhi aisa kijiye.</w:t>
      </w:r>
      <w:r>
        <w:br/>
      </w:r>
      <w:r>
        <w:rPr>
          <w:sz w:val="20"/>
        </w:rPr>
        <w:t>37:08  maheboob bhai ne mumbai se likha hai: "maulana, aaj maulana, aap ne criticism ko blessing samajhna kaha hai, aur aap hamesha ek baat ko alag aspect se is tarah wazeh kar dete hain ke bilkul nai baat lagti hai.</w:t>
      </w:r>
      <w:r>
        <w:br/>
      </w:r>
      <w:r>
        <w:rPr>
          <w:sz w:val="20"/>
        </w:rPr>
        <w:t>37:27  aaj aap ne criticize karne wale ko farishta samajhna keh kar mere liye paradigm shift kar diya hai.</w:t>
      </w:r>
      <w:r>
        <w:br/>
      </w:r>
      <w:r>
        <w:rPr>
          <w:sz w:val="20"/>
        </w:rPr>
        <w:t>37:36  maulana, aap mere liye allah ki taraf se bheje hue rehmat ho. jazak allah maulana."</w:t>
      </w:r>
      <w:r>
        <w:br/>
      </w:r>
      <w:r>
        <w:rPr>
          <w:sz w:val="20"/>
        </w:rPr>
        <w:t>37:47  miss caroline ne srinagar se likha hai: "managing the problem is better than trying, rather fighting with it.</w:t>
      </w:r>
      <w:r>
        <w:br/>
      </w:r>
      <w:r>
        <w:rPr>
          <w:sz w:val="20"/>
        </w:rPr>
        <w:t>37:57  managing will lead to the solution of problem amicably. jazak Allah Maulana, what an enlighten statement</w:t>
      </w:r>
      <w:r>
        <w:br/>
      </w:r>
      <w:r>
        <w:rPr>
          <w:sz w:val="20"/>
        </w:rPr>
        <w:t>38:06  ! you are really a torch bearer for us. god bless you with great health." mashaa Allah.</w:t>
      </w:r>
    </w:p>
    <w:p>
      <w:pPr>
        <w:pStyle w:val="Heading2"/>
      </w:pPr>
      <w:r>
        <w:t>Practical methods to avoid under-utilization</w:t>
      </w:r>
    </w:p>
    <w:p>
      <w:r>
        <w:rPr>
          <w:color w:val="666666"/>
          <w:sz w:val="18"/>
        </w:rPr>
        <w:t>Life &amp; Wisdom · Life After Death January 22, 2012 · 3m 06s · at 1:23:07 · https://youtu.be/5hVH1BLKBF4?t=4987</w:t>
      </w:r>
    </w:p>
    <w:p>
      <w:r>
        <w:rPr>
          <w:i/>
        </w:rPr>
        <w:t>“Maulana, what are the practical methods to save ourselves from under-utilization?”</w:t>
      </w:r>
    </w:p>
    <w:p>
      <w:r>
        <w:rPr>
          <w:sz w:val="20"/>
        </w:rPr>
        <w:t>1:23:07  Physical sense mein aap ko Distract karna yeh matlab is ka nahi hai. Maulana, agla sawal lene se pehle ek Comment parhna chahenge jo abhi aaya hai Raipur se Mr. Idrees ka aur Ms. Shabana ka.</w:t>
      </w:r>
      <w:r>
        <w:br/>
      </w:r>
      <w:r>
        <w:rPr>
          <w:sz w:val="20"/>
        </w:rPr>
        <w:t>1:23:19  Unhon ne likha hai: "Today we do not have any question but would like to say that it was one of the most thought provoking lectures." Agla sawal Maulana Delhi se hai Dr. Owais</w:t>
      </w:r>
      <w:r>
        <w:br/>
      </w:r>
      <w:r>
        <w:rPr>
          <w:sz w:val="20"/>
        </w:rPr>
        <w:t>1:23:34  Siddiqui ka. Unhon ne likha hai: "Molana, what are the practical methods to save ourselves from under-utilization?" Dekhiye under-utilization ka matlab yeh hai ke aap ko Allah Ta'ala ne dunya mein rakha tha jannat wale kaam karne ke liye.</w:t>
      </w:r>
      <w:r>
        <w:br/>
      </w:r>
      <w:r>
        <w:rPr>
          <w:sz w:val="20"/>
        </w:rPr>
        <w:t>1:23:57  Aap kar rahe hain kaun sa kaam? Dunya wale kaam. Jo kisi kaam ke nahi. Mar jayen sab chhoot gaya.</w:t>
      </w:r>
      <w:r>
        <w:br/>
      </w:r>
      <w:r>
        <w:rPr>
          <w:sz w:val="20"/>
        </w:rPr>
        <w:t>1:24:05  Jo le kar jana hai apne sath us ke liye to kuch kar nahi rahe hain. Jo nahi le ke jana hai us mein apne ko lagaye hue hain. To Distraction ki tamam soortein under-utilization hain.</w:t>
      </w:r>
      <w:r>
        <w:br/>
      </w:r>
      <w:r>
        <w:rPr>
          <w:sz w:val="20"/>
        </w:rPr>
        <w:t>1:24:18  Yaani maine dekha logon ko joke chhod rahe hain, ha ha kar rahe hain, shair padh rahe hain, tafreeh kar rahe hain, qisse kahaniyan suna rahe hain.</w:t>
      </w:r>
      <w:r>
        <w:br/>
      </w:r>
      <w:r>
        <w:rPr>
          <w:sz w:val="20"/>
        </w:rPr>
        <w:t>1:24:29  Aur tarah tarah ke Entertainment yaani main zindagi guzarna, joke mein zindagi guzarna, kahaniyan, qisse mein zindagi guzarna yeh kya hai?</w:t>
      </w:r>
      <w:r>
        <w:br/>
      </w:r>
      <w:r>
        <w:rPr>
          <w:sz w:val="20"/>
        </w:rPr>
        <w:t>1:24:41  Yeh apne ko kam tar istemal hai. Aap ko is se zyada bari kaam ke liye Allah ne paida kiya hai. Matlab Allah ek hai ke aap Allah ki marifat hasil karen, Allah ko Discover karen.</w:t>
      </w:r>
      <w:r>
        <w:br/>
      </w:r>
      <w:r>
        <w:rPr>
          <w:sz w:val="20"/>
        </w:rPr>
        <w:t>1:24:54  Aur ek hai ke Third Class ka jo Entertainment hota hai us mein phanse rahen.</w:t>
      </w:r>
      <w:r>
        <w:br/>
      </w:r>
      <w:r>
        <w:rPr>
          <w:sz w:val="20"/>
        </w:rPr>
        <w:t>1:25:01  Misal ke taur par main ek misal deta hoon ke main TV nahi dekhta. Kyun? Main is ko kam tar istemal samajhta hoon.</w:t>
      </w:r>
      <w:r>
        <w:br/>
      </w:r>
      <w:r>
        <w:rPr>
          <w:sz w:val="20"/>
        </w:rPr>
        <w:t>1:25:14  Maine dekha kitabon mein ilm kitabon mein hai, TV mein nahi hai. Kitab mein padhta hoon to mujhe Wisdom milta hai. TV mein kya hai?</w:t>
      </w:r>
      <w:r>
        <w:br/>
      </w:r>
      <w:r>
        <w:rPr>
          <w:sz w:val="20"/>
        </w:rPr>
        <w:t>1:25:23  Thodi thodi der ke baad ek Advertise aayega, ek Advertisement aayega. Thodi thodi ke baad ek koi tamasha aayega.</w:t>
      </w:r>
      <w:r>
        <w:br/>
      </w:r>
      <w:r>
        <w:rPr>
          <w:sz w:val="20"/>
        </w:rPr>
        <w:t>1:25:32  To is mein kya? Yaani woh us waqt ko maine zaya kiya.</w:t>
      </w:r>
      <w:r>
        <w:br/>
      </w:r>
      <w:r>
        <w:rPr>
          <w:sz w:val="20"/>
        </w:rPr>
        <w:t>1:25:40  To aap khud hisab kar ke laga sakte hain ke yeh jo time mere paas tha, us time ko main kya is se achhe kaam mein laga sakta tha?</w:t>
      </w:r>
      <w:r>
        <w:br/>
      </w:r>
      <w:r>
        <w:rPr>
          <w:sz w:val="20"/>
        </w:rPr>
        <w:t>1:25:48  Jo jis kaam mein maine lagaya us ko? To yeh yeh aadmi bahar se nahi bata bata sakta aap ko. Khud aap Evaluate kijiye. Evaluate kijiye aur janiye.</w:t>
      </w:r>
      <w:r>
        <w:br/>
      </w:r>
      <w:r>
        <w:rPr>
          <w:sz w:val="20"/>
        </w:rPr>
        <w:t>1:26:00  Dusra koi Method is ka hai nahi. Is ko kahenge Self Evaluation. Self Evaluation is the only method.</w:t>
      </w:r>
    </w:p>
    <w:p>
      <w:pPr>
        <w:pStyle w:val="Heading2"/>
      </w:pPr>
      <w:r>
        <w:t>Practicing full religion in sinful world</w:t>
      </w:r>
    </w:p>
    <w:p>
      <w:r>
        <w:rPr>
          <w:color w:val="666666"/>
          <w:sz w:val="18"/>
        </w:rPr>
        <w:t>Life &amp; Wisdom · Nation Building On India's Republic Day Jan 26, 2020 Maulana Wahiduddin Khan · 1m 24s · at 55:28 · https://youtu.be/58CVocbLAb8?t=3328</w:t>
      </w:r>
    </w:p>
    <w:p>
      <w:r>
        <w:rPr>
          <w:i/>
        </w:rPr>
        <w:t>“Is it possible today to include the whole of religion in one's life? If so, how, when there is a market of sin everywhere in the world? We also have to work and earn money for our family. Please provide a solution.”</w:t>
      </w:r>
    </w:p>
    <w:p>
      <w:r>
        <w:rPr>
          <w:sz w:val="20"/>
        </w:rPr>
        <w:t>55:28  maulana agla sawal muhammad shan sahib ne kiya hai. unhon ne location nahi likhi hai. un ka sawal hai: "kya deen mein poora ka poora shamil hona aaj mumkin hai?</w:t>
      </w:r>
      <w:r>
        <w:br/>
      </w:r>
      <w:r>
        <w:rPr>
          <w:sz w:val="20"/>
        </w:rPr>
        <w:t>55:43  agar hai to kaise? jabke dunya mein har taraf gunah ka bazaar laga hua hai. hum ko kaam bhi karna hai aur paise bhi kamane hain apne parivar ke liye.</w:t>
      </w:r>
      <w:r>
        <w:br/>
      </w:r>
      <w:r>
        <w:rPr>
          <w:sz w:val="20"/>
        </w:rPr>
        <w:t>55:55  please is ka koi hal bataein." hal ki baat hi nahi yeh nazariya hi galat hai. mukammal islam ka nazariya hi galat hai. maine bohat likha hai is ko.</w:t>
      </w:r>
      <w:r>
        <w:br/>
      </w:r>
      <w:r>
        <w:rPr>
          <w:sz w:val="20"/>
        </w:rPr>
        <w:t>56:05  apne aap ko apne as a fard apni apni shakhsiyat ko islam mein dakhil karna poore pore. yeh nahi ke dunya mein islam ka nizam qaim karna har mulk mein yeh hai hi nahi.</w:t>
      </w:r>
      <w:r>
        <w:br/>
      </w:r>
      <w:r>
        <w:rPr>
          <w:sz w:val="20"/>
        </w:rPr>
        <w:t>56:20  yeh nazariya hi nahi hai. islam nahi hai yeh to political nazariya hai. aap apni zaat ko apne aap ko mukammal taur par allah wala banaye bana dein.</w:t>
      </w:r>
      <w:r>
        <w:br/>
      </w:r>
      <w:r>
        <w:rPr>
          <w:sz w:val="20"/>
        </w:rPr>
        <w:t>56:34  apne aap ko muqarrar taur par rab rab wala bana dein. rab wala. yeh matlab hai. aur sari dunya mein hukumat qaim karen.</w:t>
      </w:r>
      <w:r>
        <w:br/>
      </w:r>
      <w:r>
        <w:rPr>
          <w:sz w:val="20"/>
        </w:rPr>
        <w:t>56:43  yeh hai hi nahi. is par maine bohat likha hai maine.</w:t>
      </w:r>
    </w:p>
    <w:p>
      <w:pPr>
        <w:pStyle w:val="Heading2"/>
      </w:pPr>
      <w:r>
        <w:t>Preparation and planning in war-like situations</w:t>
      </w:r>
    </w:p>
    <w:p>
      <w:r>
        <w:rPr>
          <w:color w:val="666666"/>
          <w:sz w:val="18"/>
        </w:rPr>
        <w:t>Life &amp; Wisdom · Advance Preparation and Planning October 27, 2018 · 1m 57s · at 35:19 · https://youtu.be/X0ycKqLspoA?t=2119</w:t>
      </w:r>
    </w:p>
    <w:p>
      <w:r>
        <w:rPr>
          <w:i/>
        </w:rPr>
        <w:t>“Molana, preparation needs environment and if you are in a war-like situation, then what will be the preparation and what will be the planning?”</w:t>
      </w:r>
    </w:p>
    <w:p>
      <w:r>
        <w:rPr>
          <w:sz w:val="20"/>
        </w:rPr>
        <w:t>35:19  yeh ah, mir parvez sahib ne maulana ek sawal kiya hai aap ko. unhon ne likha hai kis ne? kis ne? mir parvez sahib, unhon ne location nahi likhi hai apni.</w:t>
      </w:r>
      <w:r>
        <w:br/>
      </w:r>
      <w:r>
        <w:rPr>
          <w:sz w:val="20"/>
        </w:rPr>
        <w:t>35:31  un ka sawal hai ke "maulana, preparation needs environment and if you are in a war like situation, then what will be the preparation and what will be the planning?" dekhiye, main ne arz kiya ke ek hai normal halaat mein planning aur ek hai crisis mein planning.</w:t>
      </w:r>
      <w:r>
        <w:br/>
      </w:r>
      <w:r>
        <w:rPr>
          <w:sz w:val="20"/>
        </w:rPr>
        <w:t>36:01  to yeh dono baatein important hain. to jo aadmi, dekhiye, normal halaat mein planning kar paye, woh bhi successful hoga.</w:t>
      </w:r>
      <w:r>
        <w:br/>
      </w:r>
      <w:r>
        <w:rPr>
          <w:sz w:val="20"/>
        </w:rPr>
        <w:t>36:11  lekin zyada bari taraqqi, zyada bari kamyabi to usi ko mile gi jo crisis ke waqt itna alert ho, itna alert ho ke crisis ke waqt woh planning kar sake.</w:t>
      </w:r>
      <w:r>
        <w:br/>
      </w:r>
      <w:r>
        <w:rPr>
          <w:sz w:val="20"/>
        </w:rPr>
        <w:t>36:29  is ki misaal main ne di aap ko ke jahaz doob raha hai, maut saamne hai, shayad log jahaz ke pareshan hain. lekin professor onl us waqt bhi apne mind ko itna, yaani itna well prepared kiya tha unhon ne ke us waqt bhi woh soch rahe hain ke chalo, woh paanch minute agar mere paas bache hain,</w:t>
      </w:r>
      <w:r>
        <w:br/>
      </w:r>
      <w:r>
        <w:rPr>
          <w:sz w:val="20"/>
        </w:rPr>
        <w:t>36:55  maut agar aane wali hai aur mere paas paanch minute bache hain to main is ko istemal karoon. to yeh apne mind ko prepare karne ki ek bahut high level hai, high level aur isi ki zaroorat hai.</w:t>
      </w:r>
    </w:p>
    <w:p>
      <w:pPr>
        <w:pStyle w:val="Heading2"/>
      </w:pPr>
      <w:r>
        <w:t>Preparing the mind amidst many distractions</w:t>
      </w:r>
    </w:p>
    <w:p>
      <w:r>
        <w:rPr>
          <w:color w:val="666666"/>
          <w:sz w:val="18"/>
        </w:rPr>
        <w:t>Life &amp; Wisdom · The Concept of Divine Help June 16, 2013 · 1m 09s · at 1:04:40 · https://youtu.be/b0QaxGSnAOI?t=3880</w:t>
      </w:r>
    </w:p>
    <w:p>
      <w:r>
        <w:rPr>
          <w:i/>
        </w:rPr>
        <w:t>“How can we prepare our minds? I know it is by thinking, but with so many distractions, what can we do?”</w:t>
      </w:r>
    </w:p>
    <w:p>
      <w:r>
        <w:rPr>
          <w:sz w:val="20"/>
        </w:rPr>
        <w:t>1:04:40  maulana, agla sawal dilli se hai miss naghma siddiqui ka. unhon ne likha hai: "How can we prepare our minds?</w:t>
      </w:r>
      <w:r>
        <w:br/>
      </w:r>
      <w:r>
        <w:rPr>
          <w:sz w:val="20"/>
        </w:rPr>
        <w:t>1:04:49  I know it is by thinking, but with so many distractions, what can we do?</w:t>
      </w:r>
      <w:r>
        <w:br/>
      </w:r>
      <w:r>
        <w:rPr>
          <w:sz w:val="20"/>
        </w:rPr>
        <w:t>1:04:56  " bhai, ek sahab ne aise hi sawal kiya tha mujh se to main ne kaha ke aap aap hamara sunday ka lecture hai, us ko parhiye, us ko barabar suniye, regular.</w:t>
      </w:r>
      <w:r>
        <w:br/>
      </w:r>
      <w:r>
        <w:rPr>
          <w:sz w:val="20"/>
        </w:rPr>
        <w:t>1:05:06  us ka daily lecture bhi hota hai, jis ko main umri lecture kehta hoon, us ko bhi suniye. aur jo literature hai, us ko parhiye. aur jo monthly magazine hai, hamara risala hai, us ko parhiye.</w:t>
      </w:r>
      <w:r>
        <w:br/>
      </w:r>
      <w:r>
        <w:rPr>
          <w:sz w:val="20"/>
        </w:rPr>
        <w:t>1:05:17  Spirit of Islam English mein hai, us ko parhiye. bhai, yeh sab kijiye, bas us ke baad sab theek ho jayega.</w:t>
      </w:r>
      <w:r>
        <w:br/>
      </w:r>
      <w:r>
        <w:rPr>
          <w:sz w:val="20"/>
        </w:rPr>
        <w:t>1:05:24  koi is ka koi alag se formula nahin hai. sunday class ko suniye, umri lecture ko suniye, literature ko parhiye, tazkir ul quran ko parhiye, us ke baad apne aap hi sab baatein aa jayengi.</w:t>
      </w:r>
      <w:r>
        <w:br/>
      </w:r>
      <w:r>
        <w:rPr>
          <w:sz w:val="20"/>
        </w:rPr>
        <w:t>1:05:40  isi ke liye to yeh mission, isi ke liye yeh pura mission, isi ke liye to hai. koi doosra maqsad nahin hai is is is mission ka.</w:t>
      </w:r>
    </w:p>
    <w:p>
      <w:pPr>
        <w:pStyle w:val="Heading2"/>
      </w:pPr>
      <w:r>
        <w:t>Priority when end is near</w:t>
      </w:r>
    </w:p>
    <w:p>
      <w:r>
        <w:rPr>
          <w:color w:val="666666"/>
          <w:sz w:val="18"/>
        </w:rPr>
        <w:t>Life &amp; Wisdom · Signs of Doomsday November 7, 2021 Prof. Farida Khanam · 7m 57s · at 33:01 · https://youtu.be/RQZchtP6uRg?t=1981</w:t>
      </w:r>
    </w:p>
    <w:p>
      <w:r>
        <w:rPr>
          <w:i/>
        </w:rPr>
        <w:t>“The signs are showing that the end of human history is very near. What should be our priority now?”</w:t>
      </w:r>
    </w:p>
    <w:p>
      <w:r>
        <w:rPr>
          <w:sz w:val="20"/>
        </w:rPr>
        <w:t>33:01  In such a situation Allah empower all the CPS members to fulfill their responsibilities in a good manner." Aap ka mein sawal lena chahoon ga jo Lucknow se bhijaya hai.</w:t>
      </w:r>
      <w:r>
        <w:br/>
      </w:r>
      <w:r>
        <w:rPr>
          <w:sz w:val="20"/>
        </w:rPr>
        <w:t>33:16  Miss Zeeba Ahmed ne unhon ne likha hai: "All signs are showing that end of human history is very near. What should be our priority now?" Priority yahi hai ke apna jo entertainment culture aaj kal chala hua hai us ko khatam karein aur zyada se zyada rujoo karein Allah ki taraf.</w:t>
      </w:r>
      <w:r>
        <w:br/>
      </w:r>
      <w:r>
        <w:rPr>
          <w:sz w:val="20"/>
        </w:rPr>
        <w:t>33:38  Tauba karein, istighfar karein aur zyada se zyada deen ko samajhnay mein waqt lagayein aur logon tak Khuda ki baatein pohnchanay mein waqt lagayein.</w:t>
      </w:r>
      <w:r>
        <w:br/>
      </w:r>
      <w:r>
        <w:rPr>
          <w:sz w:val="20"/>
        </w:rPr>
        <w:t>33:49  to yahi aakhri waqt tak achay kaam kartay rahayn. Aik aik aik hadees hai ke agar tum dekho ke qayamat aa rahi hai, apni aankh se dekh rahay ho ke qayamat aa rahi hai aur tumharay hath mein aik poda hai to us poday ko tum laga do.</w:t>
      </w:r>
      <w:r>
        <w:br/>
      </w:r>
      <w:r>
        <w:rPr>
          <w:sz w:val="20"/>
        </w:rPr>
        <w:t>34:05  to aakhri saans tak hum ab achhe kaam karte rahen. jo bhi kaam hamein Allah ne bataye hain to logon ki madad karna yeh bhi is mein hai.</w:t>
      </w:r>
      <w:r>
        <w:br/>
      </w:r>
      <w:r>
        <w:rPr>
          <w:sz w:val="20"/>
        </w:rPr>
        <w:t>34:14  poda lagana yeh bhi is mein hai. aur is waqt jo hai sab se bada kaam logon ki madad yeh hai ke Khuda ka paigham logon tak pahunchaya jaye.</w:t>
      </w:r>
      <w:r>
        <w:br/>
      </w:r>
      <w:r>
        <w:rPr>
          <w:sz w:val="20"/>
        </w:rPr>
        <w:t>34:23  to isi mein hum hamein apne aap ko lagana hai aur marifat hasil karna hai aur is kaam mein lagna hai. ji, aap ka mein bhi kuch add karna chahunga because this is a very important question that sister Zeeba has asked.</w:t>
      </w:r>
      <w:r>
        <w:br/>
      </w:r>
      <w:r>
        <w:rPr>
          <w:sz w:val="20"/>
        </w:rPr>
        <w:t>34:40  and I remember that there is one hadith that Prophet had said that the distance between me and doomsday is a distance between my two fingers.</w:t>
      </w:r>
      <w:r>
        <w:br/>
      </w:r>
      <w:r>
        <w:rPr>
          <w:sz w:val="20"/>
        </w:rPr>
        <w:t>34:50  so Maulana Wahiduddin Khan sahib when he was explaining this hadith, he mentioned that the phenomena of global warming that we are seeing today shows that this distance has been covered.</w:t>
      </w:r>
      <w:r>
        <w:br/>
      </w:r>
      <w:r>
        <w:rPr>
          <w:sz w:val="20"/>
        </w:rPr>
        <w:t>35:05  in fact, all the scientists globally are predicting that these climatic changes are irreversible. so, adopting the right right priority becomes increasingly important.</w:t>
      </w:r>
      <w:r>
        <w:br/>
      </w:r>
      <w:r>
        <w:rPr>
          <w:sz w:val="20"/>
        </w:rPr>
        <w:t>35:19  so, if you all recall the last sermon of Prophet, so when he urged all his followers that convey the message of Quran, even if it is a single verse.</w:t>
      </w:r>
      <w:r>
        <w:br/>
      </w:r>
      <w:r>
        <w:rPr>
          <w:sz w:val="20"/>
        </w:rPr>
        <w:t>35:33  so, it becomes increasingly important that we acquaint humanity about the message of the Quran, like what Fareeda apa just mentioned.</w:t>
      </w:r>
      <w:r>
        <w:br/>
      </w:r>
      <w:r>
        <w:rPr>
          <w:sz w:val="20"/>
        </w:rPr>
        <w:t>35:44  and I just want to remind all of you what Maulana used to tell all of us. he gave us two point agenda.</w:t>
      </w:r>
      <w:r>
        <w:br/>
      </w:r>
      <w:r>
        <w:rPr>
          <w:sz w:val="20"/>
        </w:rPr>
        <w:t>35:53  he said that the first most important thing is that we publish and distribute the Quran worldwide in easy and understandable language.</w:t>
      </w:r>
      <w:r>
        <w:br/>
      </w:r>
      <w:r>
        <w:rPr>
          <w:sz w:val="20"/>
        </w:rPr>
        <w:t>36:04  and by the grace of God, this is happening in a very big way with the joint efforts of Good Word Books and CPS International.</w:t>
      </w:r>
      <w:r>
        <w:br/>
      </w:r>
      <w:r>
        <w:rPr>
          <w:sz w:val="20"/>
        </w:rPr>
        <w:t>36:14  but the second thing that he said or the second agenda that he gave all the CPS members was equally important. and he said help in creating Islam friendly environment.</w:t>
      </w:r>
      <w:r>
        <w:br/>
      </w:r>
      <w:r>
        <w:rPr>
          <w:sz w:val="20"/>
        </w:rPr>
        <w:t>36:27  and this is very important because you know when we give out Quran, so it also becomes important that we create curiosity, we create interest, we inspire people that they also want to know or they read Quran and absorb it in their daily life.</w:t>
      </w:r>
      <w:r>
        <w:br/>
      </w:r>
      <w:r>
        <w:rPr>
          <w:sz w:val="20"/>
        </w:rPr>
        <w:t>36:47  and that's why Maulana used to emphasize a lot on you know a good behavior, good conduct. and I remember one hadith Hazrat Ibn Abbas narrated that Prophet was asked by one of his companions that which one of us is best.</w:t>
      </w:r>
      <w:r>
        <w:br/>
      </w:r>
      <w:r>
        <w:rPr>
          <w:sz w:val="20"/>
        </w:rPr>
        <w:t>37:06  so, Prophet replied that one whose sight reminds you of Allah and whose conversation aids to your knowledge and whose action helps you in remembering the hereafter.</w:t>
      </w:r>
      <w:r>
        <w:br/>
      </w:r>
      <w:r>
        <w:rPr>
          <w:sz w:val="20"/>
        </w:rPr>
        <w:t>37:22  so, picking the right priority at this stage, the end of human history is very important. and these two advice which Maulana Wahiduddin Khan sahib gave to everyone is what we should make mission of our life.</w:t>
      </w:r>
      <w:r>
        <w:br/>
      </w:r>
      <w:r>
        <w:rPr>
          <w:sz w:val="20"/>
        </w:rPr>
        <w:t>37:40  aap ne jo batai thi ek hadith hai ke tum mein se kisi par qayamat qaim ho rahi ho ke</w:t>
      </w:r>
      <w:r>
        <w:br/>
      </w:r>
      <w:r>
        <w:rPr>
          <w:sz w:val="20"/>
        </w:rPr>
        <w:t>37:53  tum mein se kisi par qayamat qaim ho aur us ke haath mein ek poda ho to us ko zaroor laga de. to is par hum aur dawat ke aitbar se keh sakte hain ke aakhri waqt ho, aap ke haath mein ek kitab ho, Quran ho, zaroor dijiye us ko.</w:t>
      </w:r>
      <w:r>
        <w:br/>
      </w:r>
      <w:r>
        <w:rPr>
          <w:sz w:val="20"/>
        </w:rPr>
        <w:t>38:09  yeh nahi sochna ke qayamat aa gayi to ab dene ki kya baat hai. us waqt bhi zaroor dena hai hum ko. agar kitab nahi hai to kam se kam ek achhi baat keh sakte hain jis se woh Khuda se qareeb ho sakta hai.</w:t>
      </w:r>
      <w:r>
        <w:br/>
      </w:r>
      <w:r>
        <w:rPr>
          <w:sz w:val="20"/>
        </w:rPr>
        <w:t>38:20  ek achhe tareeqe se muskurakar dekh sakte hain jo hadith mein aaya hai ke aap ke paas agar koi cheez dene ke liye nahi hai to aap us ke liye dua kijiye. to yeh kuch na kuch zaroor karna hai hum ko kyunke ab time nahi hai hamare paas.</w:t>
      </w:r>
      <w:r>
        <w:br/>
      </w:r>
      <w:r>
        <w:rPr>
          <w:sz w:val="20"/>
        </w:rPr>
        <w:t>38:33  to har cheez honi chahiye dil se. kam se kam agar kuch nahi kar sakte to dil se dushmani hum nikalein insaniyat ke khilaf. jo hamare dil mein dushmani hai, us ko hum nikalein.</w:t>
      </w:r>
      <w:r>
        <w:br/>
      </w:r>
      <w:r>
        <w:rPr>
          <w:sz w:val="20"/>
        </w:rPr>
        <w:t>38:42  is se badhkar kuch nahi ho sakta. aur global warming ke upar jo itni sari hadithain sunai hain, to Rasool Allah salallaho alaihi wasallam jab koi nishani dekhte, misaal ke taur par suraj gahan hua, suraj gahan ka mauqa aata hai to Rasool Allah salallaho alaihi wasallam ne yeh kaha tha ke Allah ki nishaniyon mein se yeh nishaniyan hain.</w:t>
      </w:r>
      <w:r>
        <w:br/>
      </w:r>
      <w:r>
        <w:rPr>
          <w:sz w:val="20"/>
        </w:rPr>
        <w:t>39:02  Allah taala is ke zariye se tum ko aagah kar raha hai. suraj gahan hamesha hota hai, Rasool Allah salallaho alaihi wasallam ke zamane mein bhi hota tha. sirf suraj gahan ka mamla nahi hai.</w:t>
      </w:r>
      <w:r>
        <w:br/>
      </w:r>
      <w:r>
        <w:rPr>
          <w:sz w:val="20"/>
        </w:rPr>
        <w:t>39:12  aaj itni sari cheezein hum dekh rahe hain, yeh sab cheezein Allah taala warning ke taur par de raha hai ke hum ko ab tayyari karni hai.</w:t>
      </w:r>
      <w:r>
        <w:br/>
      </w:r>
      <w:r>
        <w:rPr>
          <w:sz w:val="20"/>
        </w:rPr>
        <w:t>39:20  time nahi hai. insaan ab apne aap ko sambhalo, islaah karo apne aap ki. aur yeh khaas taur se un logon ke liye zyada warning hai jo apne aap ko kehte hain ke hum Quran ko manne wale hain, Rasool Allah salallaho alaihi wasallam ko manne wale.</w:t>
      </w:r>
      <w:r>
        <w:br/>
      </w:r>
      <w:r>
        <w:rPr>
          <w:sz w:val="20"/>
        </w:rPr>
        <w:t>39:34  is ki ziyada zimmedari hoti hai is mein ke in logon ko agah kare jis ke paas yeh baat nahi pohnchi hai. ek hadith aur bhi hai ke global warming ke talluq se yeh hadith hai ke ek aag nikle gi, adan, yehiman ka ilaaqa hai, adan ke door se nikle gi aur logon ko haank kar le jaye gi mahshar ki taraf, yaani hashar ke maidan ki taraf.</w:t>
      </w:r>
      <w:r>
        <w:br/>
      </w:r>
      <w:r>
        <w:rPr>
          <w:sz w:val="20"/>
        </w:rPr>
        <w:t>39:56  to goya ek tareeqe se samajh lijiye ke woh ek process shuru ho chuka hai. jo aap ne kaha, process shuru ho chuka hai ke garmi barhti ja rahi hai. har tareeqe se dekhiye, lapalma ya aatish fishan pahaad phoot rahe hain,</w:t>
      </w:r>
      <w:r>
        <w:br/>
      </w:r>
      <w:r>
        <w:rPr>
          <w:sz w:val="20"/>
        </w:rPr>
        <w:t>40:09  zameen ke rotation mein farq aa raha hai. yeh sab cheezein nishaniyan zahir kar rahi hain ke hum hashar ki taraf ja rahe hain. to yeh ek tareeqe se zimmedari barha deti hai un logon ki jo quran ko mante hain ke aage barhein, logon ko khuda ka paigham pohanchayein taake kal qayamat ke din kisi ko kehne ka mauqa na ho ke hum ko, hum ko teri baat nahi pohnchi, khuda ka tera kalam nahi pohncha.</w:t>
      </w:r>
      <w:r>
        <w:br/>
      </w:r>
      <w:r>
        <w:rPr>
          <w:sz w:val="20"/>
        </w:rPr>
        <w:t>40:38  aap ka yeh comment bheja hai Maulana Iqbal Umri ne Chennai se. unhone likha hai: "kisi bhi tareeqe se qayamat ke bare mein fikr karna chahiye.</w:t>
      </w:r>
      <w:r>
        <w:br/>
      </w:r>
      <w:r>
        <w:rPr>
          <w:sz w:val="20"/>
        </w:rPr>
        <w:t>40:48  qayamat, qayamat yaani duniya fana hone wali hai. aaj ek qabil e fahm cheez ho gayi hai. hamara kaam hai ke insano ko intezar karein.</w:t>
      </w:r>
    </w:p>
    <w:p>
      <w:pPr>
        <w:pStyle w:val="Heading2"/>
      </w:pPr>
      <w:r>
        <w:t>Protecting individual activities from weekly actions</w:t>
      </w:r>
    </w:p>
    <w:p>
      <w:r>
        <w:rPr>
          <w:color w:val="666666"/>
          <w:sz w:val="18"/>
        </w:rPr>
        <w:t>Life &amp; Wisdom · The Problem of Conditioning April 22, 2012 · 1m 48s · at 1:16:34 · https://youtu.be/j-kJQzOz46g?t=4594</w:t>
      </w:r>
    </w:p>
    <w:p>
      <w:r>
        <w:rPr>
          <w:i/>
        </w:rPr>
        <w:t>“Maulana, our activities are both at the national and individual level. At the national level, our activity has fallen victim to weekly actions. You have explained this very well, Alhamdulillah, and also given a solution. At the individual level, how can we protect ourselves from weekly actions?”</w:t>
      </w:r>
    </w:p>
    <w:p>
      <w:r>
        <w:rPr>
          <w:sz w:val="20"/>
        </w:rPr>
        <w:t>1:16:34  Maulana, agla sawal Mr Daniyal Sahab ka hai, Bihar Patna se. unhone likha hai: "Maulana, hum jo activity karte hain, woh qaumi satah ki bhi hoti hai aur infiradi satah ki bhi.</w:t>
      </w:r>
      <w:r>
        <w:br/>
      </w:r>
      <w:r>
        <w:rPr>
          <w:sz w:val="20"/>
        </w:rPr>
        <w:t>1:16:48  Maulana, hamari activity qaumi satah par hafta a'maal ki shikaar ho gayi hai. Is ki wazahat aap ne alhamdulillah aakhri had tak kar diya hai aur is ka hal bhi aap ne bata diya.</w:t>
      </w:r>
      <w:r>
        <w:br/>
      </w:r>
      <w:r>
        <w:rPr>
          <w:sz w:val="20"/>
        </w:rPr>
        <w:t>1:17:02  maulana, individual satah par hum apne aap ko hafta aamal se kaise bachayein? sabr karna seekhein. bas ek hi baat hai.</w:t>
      </w:r>
      <w:r>
        <w:br/>
      </w:r>
      <w:r>
        <w:rPr>
          <w:sz w:val="20"/>
        </w:rPr>
        <w:t>1:17:13  saara maamla jo hai, is mein jo deciding factor hai, woh sabr hai. besabri se kaam bigdega, sabr se kaam banega.</w:t>
      </w:r>
      <w:r>
        <w:br/>
      </w:r>
      <w:r>
        <w:rPr>
          <w:sz w:val="20"/>
        </w:rPr>
        <w:t>1:17:24  banega. besabri ke saath jo kaam karenge, aap hafta aamal ka shikar hota rahega.</w:t>
      </w:r>
      <w:r>
        <w:br/>
      </w:r>
      <w:r>
        <w:rPr>
          <w:sz w:val="20"/>
        </w:rPr>
        <w:t>1:17:30  toh koi bhi doosra formula iske siwa nahi hai ke patience, avoidance. isi ka naam hai sabr aur koi doosra formula nahi.</w:t>
      </w:r>
      <w:r>
        <w:br/>
      </w:r>
      <w:r>
        <w:rPr>
          <w:sz w:val="20"/>
        </w:rPr>
        <w:t>1:17:44  sabr ka matlab hota hai realistic approach. sabr koi, yaani sabr koi badri nahi hai, peeche hata nahi hai.</w:t>
      </w:r>
      <w:r>
        <w:br/>
      </w:r>
      <w:r>
        <w:rPr>
          <w:sz w:val="20"/>
        </w:rPr>
        <w:t>1:17:54  sirf sabr ka matlab hota hai realistic approach.</w:t>
      </w:r>
      <w:r>
        <w:br/>
      </w:r>
      <w:r>
        <w:rPr>
          <w:sz w:val="20"/>
        </w:rPr>
        <w:t>1:17:59  main ne ek mazmoon likha tha, ek baar times of hindustan times mein, woh kashmir ko le kar ke aur punjab mein jo khalsat taari chali, tab likha tha is zamane mein.</w:t>
      </w:r>
      <w:r>
        <w:br/>
      </w:r>
      <w:r>
        <w:rPr>
          <w:sz w:val="20"/>
        </w:rPr>
        <w:t>1:18:09  toh iska title tha "acceptance of reality". jo reality hai, usko maan lo. yeh isi ka naam sabr hai aur isi mein kamyabi hai.</w:t>
      </w:r>
    </w:p>
    <w:p>
      <w:pPr>
        <w:pStyle w:val="Heading2"/>
      </w:pPr>
      <w:r>
        <w:t>Protecting oneself from greed in materialistic age</w:t>
      </w:r>
    </w:p>
    <w:p>
      <w:r>
        <w:rPr>
          <w:color w:val="666666"/>
          <w:sz w:val="18"/>
        </w:rPr>
        <w:t>Life &amp; Wisdom · Islam and Prophet of Islam 21st October 2012 · 2m 09s · at 1:02:17 · https://youtu.be/pg1Malshh6Y?t=3737</w:t>
      </w:r>
    </w:p>
    <w:p>
      <w:r>
        <w:rPr>
          <w:i/>
        </w:rPr>
        <w:t>“In this materialistic age, how can a person protect himself from greed? Because today human needs have become so great that living a contented life is difficult.”</w:t>
      </w:r>
    </w:p>
    <w:p>
      <w:r>
        <w:rPr>
          <w:sz w:val="20"/>
        </w:rPr>
        <w:t>1:02:17  maulana, agla sawal bhi karachi pakistan se hai abdul lateef sahib ka.</w:t>
      </w:r>
      <w:r>
        <w:br/>
      </w:r>
      <w:r>
        <w:rPr>
          <w:sz w:val="20"/>
        </w:rPr>
        <w:t>1:02:22  unhon ne likha hai: "maulana sahib, is maadi daur mein ek insaan apne aap ko hiras se kis</w:t>
      </w:r>
      <w:r>
        <w:br/>
      </w:r>
      <w:r>
        <w:rPr>
          <w:sz w:val="20"/>
        </w:rPr>
        <w:t>1:02:30  tarah bachaye? kyunke aaj insaan ki zaroorat zaroorat itni zyada ho chuki hai ke qana'at wali zindagi guzarna</w:t>
      </w:r>
      <w:r>
        <w:br/>
      </w:r>
      <w:r>
        <w:rPr>
          <w:sz w:val="20"/>
        </w:rPr>
        <w:t>1:02:37  mushkil ho gaya hai." is ke bare mein bataein.</w:t>
      </w:r>
      <w:r>
        <w:br/>
      </w:r>
      <w:r>
        <w:rPr>
          <w:sz w:val="20"/>
        </w:rPr>
        <w:t>1:02:41  main samajhta hoon ke hiras se bachane ke liye sirf yeh hai ke aap apni aql ko istemal</w:t>
      </w:r>
      <w:r>
        <w:br/>
      </w:r>
      <w:r>
        <w:rPr>
          <w:sz w:val="20"/>
        </w:rPr>
        <w:t>1:02:49  karein, aql ko istemal karein.</w:t>
      </w:r>
      <w:r>
        <w:br/>
      </w:r>
      <w:r>
        <w:rPr>
          <w:sz w:val="20"/>
        </w:rPr>
        <w:t>1:02:51  abhi dekhiye, aaj kal khabron mein aa rahi hain "kingfisher airline" ke bare mein.</w:t>
      </w:r>
      <w:r>
        <w:br/>
      </w:r>
      <w:r>
        <w:rPr>
          <w:sz w:val="20"/>
        </w:rPr>
        <w:t>1:02:58  bahut zyada badhaya aur kaam ko unhon ne, yaani hiras ko apni akhirat tak pahuncha diya.</w:t>
      </w:r>
      <w:r>
        <w:br/>
      </w:r>
      <w:r>
        <w:rPr>
          <w:sz w:val="20"/>
        </w:rPr>
        <w:t>1:03:05  natija kya hua? ke bilkul dham se gir gaye.</w:t>
      </w:r>
      <w:r>
        <w:br/>
      </w:r>
      <w:r>
        <w:rPr>
          <w:sz w:val="20"/>
        </w:rPr>
        <w:t>1:03:09  aap khabron mein parhte honge, tafseel ki zaroorat nahi hai batane ki.</w:t>
      </w:r>
      <w:r>
        <w:br/>
      </w:r>
      <w:r>
        <w:rPr>
          <w:sz w:val="20"/>
        </w:rPr>
        <w:t>1:03:14  aise waqeat rozana hote rehte hain.</w:t>
      </w:r>
      <w:r>
        <w:br/>
      </w:r>
      <w:r>
        <w:rPr>
          <w:sz w:val="20"/>
        </w:rPr>
        <w:t>1:03:17  yani hirs mein aakhir mein kya hai? frustration.</w:t>
      </w:r>
      <w:r>
        <w:br/>
      </w:r>
      <w:r>
        <w:rPr>
          <w:sz w:val="20"/>
        </w:rPr>
        <w:t>1:03:20  qanaat mein kya hai? sukoon, itminan.</w:t>
      </w:r>
      <w:r>
        <w:br/>
      </w:r>
      <w:r>
        <w:rPr>
          <w:sz w:val="20"/>
        </w:rPr>
        <w:t>1:03:23  to natije ko dekh kar faisla kijiye ke hirs mein aadmi ko sukoon milta hai ya qanaat mein</w:t>
      </w:r>
      <w:r>
        <w:br/>
      </w:r>
      <w:r>
        <w:rPr>
          <w:sz w:val="20"/>
        </w:rPr>
        <w:t>1:03:30  milta hai.</w:t>
      </w:r>
      <w:r>
        <w:br/>
      </w:r>
      <w:r>
        <w:rPr>
          <w:sz w:val="20"/>
        </w:rPr>
        <w:t>1:03:32  jitne log hirs mein daudte hain, yani takathur ka rasta ikhtiyar karte hain, aakhir mein unke hisse</w:t>
      </w:r>
      <w:r>
        <w:br/>
      </w:r>
      <w:r>
        <w:rPr>
          <w:sz w:val="20"/>
        </w:rPr>
        <w:t>1:03:40  mein sawab, first side ka kuch bhi nahi aata.</w:t>
      </w:r>
      <w:r>
        <w:br/>
      </w:r>
      <w:r>
        <w:rPr>
          <w:sz w:val="20"/>
        </w:rPr>
        <w:t>1:03:43  kitne log to khud khushi kar lete hain.</w:t>
      </w:r>
      <w:r>
        <w:br/>
      </w:r>
      <w:r>
        <w:rPr>
          <w:sz w:val="20"/>
        </w:rPr>
        <w:t>1:03:47  to asal cheez yeh hai ke natije ko, natije ko samne le kar log nahi sochte.</w:t>
      </w:r>
      <w:r>
        <w:br/>
      </w:r>
      <w:r>
        <w:rPr>
          <w:sz w:val="20"/>
        </w:rPr>
        <w:t>1:03:54  natije ko samne le kar sochein to bohat aasani se masla samajh mein aa jaye ke is dunya</w:t>
      </w:r>
      <w:r>
        <w:br/>
      </w:r>
      <w:r>
        <w:rPr>
          <w:sz w:val="20"/>
        </w:rPr>
        <w:t>1:04:01  میں ممکن نہیں ہے کہ آپ حرص کے راستے پر چل کر کے، یعنی peace of mind ملے،</w:t>
      </w:r>
      <w:r>
        <w:br/>
      </w:r>
      <w:r>
        <w:rPr>
          <w:sz w:val="20"/>
        </w:rPr>
        <w:t>1:04:09  aap ko sukoon mile.</w:t>
      </w:r>
      <w:r>
        <w:br/>
      </w:r>
      <w:r>
        <w:rPr>
          <w:sz w:val="20"/>
        </w:rPr>
        <w:t>1:04:11  qanaat ke raste par chal kar ke aap ko peace of mind milega.</w:t>
      </w:r>
      <w:r>
        <w:br/>
      </w:r>
      <w:r>
        <w:rPr>
          <w:sz w:val="20"/>
        </w:rPr>
        <w:t>1:04:17  to agar natije ko le kar socha jaye to bohat aasani se aap is mamle mein ek sahi</w:t>
      </w:r>
      <w:r>
        <w:br/>
      </w:r>
      <w:r>
        <w:rPr>
          <w:sz w:val="20"/>
        </w:rPr>
        <w:t>1:04:25  faisla le sakte hain.</w:t>
      </w:r>
    </w:p>
    <w:p>
      <w:pPr>
        <w:pStyle w:val="Heading2"/>
      </w:pPr>
      <w:r>
        <w:t>Pruning habits making life dull</w:t>
      </w:r>
    </w:p>
    <w:p>
      <w:r>
        <w:rPr>
          <w:color w:val="666666"/>
          <w:sz w:val="18"/>
        </w:rPr>
        <w:t>Life &amp; Wisdom · Self Correction November 09, 2014 Maulana Wahiduddin Khan · 3m 22s · at 46:11 · https://youtu.be/PpwTmeCQkSQ?t=2771</w:t>
      </w:r>
    </w:p>
    <w:p>
      <w:r>
        <w:rPr>
          <w:i/>
        </w:rPr>
        <w:t>“Maulana, abandoning bad habits is understandable, but pruning every habit, many of which may not be wrong or unlawful, may make life very dull and devoid of any interest. What is your take on this?”</w:t>
      </w:r>
    </w:p>
    <w:p>
      <w:r>
        <w:rPr>
          <w:sz w:val="20"/>
        </w:rPr>
        <w:t>46:11  Maulana, yeh sawal Ashar sahib ka aaya hai Bareilly se, aur unhon ne likha hai: "Molana, abandoning bad habits is understandable, but pruning every habit, many of which may not be wrong or unlawful, may make life very dull and devoid of any interest. What is your take on this?"</w:t>
      </w:r>
      <w:r>
        <w:br/>
      </w:r>
      <w:r>
        <w:rPr>
          <w:sz w:val="20"/>
        </w:rPr>
        <w:t>46:35  " kafi arsa parhi hai. "Molana, abandoning bad habits is understandable, but pruning every habit, many of which may not be wrong or unlawful, may make life very dull and devoid of any interest. What is your take on this?"</w:t>
      </w:r>
      <w:r>
        <w:br/>
      </w:r>
      <w:r>
        <w:rPr>
          <w:sz w:val="20"/>
        </w:rPr>
        <w:t>46:57  "Bhai, dekhiye, is mein koi misaal toh di nahi unhon ne. Misaal chahiye.</w:t>
      </w:r>
      <w:r>
        <w:br/>
      </w:r>
      <w:r>
        <w:rPr>
          <w:sz w:val="20"/>
        </w:rPr>
        <w:t>47:02  Mera tajurba yeh hai ke koi bhi cheez, bator aadat agar karenge aap, bazahir acha kaam, tab</w:t>
      </w:r>
      <w:r>
        <w:br/>
      </w:r>
      <w:r>
        <w:rPr>
          <w:sz w:val="20"/>
        </w:rPr>
        <w:t>47:07  bhi woh aap ko barbaad karega.</w:t>
      </w:r>
      <w:r>
        <w:br/>
      </w:r>
      <w:r>
        <w:rPr>
          <w:sz w:val="20"/>
        </w:rPr>
        <w:t>47:12  Bazahir acha kaam, woh bhi barbaad karega.</w:t>
      </w:r>
      <w:r>
        <w:br/>
      </w:r>
      <w:r>
        <w:rPr>
          <w:sz w:val="20"/>
        </w:rPr>
        <w:t>47:17  Jaise maine arz kiya ke hamare zamane mein shair o shayari ek acha kaam samjhi jaati thi.</w:t>
      </w:r>
      <w:r>
        <w:br/>
      </w:r>
      <w:r>
        <w:rPr>
          <w:sz w:val="20"/>
        </w:rPr>
        <w:t>47:23  Sab log shair o shayari karte the.</w:t>
      </w:r>
      <w:r>
        <w:br/>
      </w:r>
      <w:r>
        <w:rPr>
          <w:sz w:val="20"/>
        </w:rPr>
        <w:t>47:28  Achhe achhe ulama shair o shayari karte the.</w:t>
      </w:r>
      <w:r>
        <w:br/>
      </w:r>
      <w:r>
        <w:rPr>
          <w:sz w:val="20"/>
        </w:rPr>
        <w:t>47:33  Toh woh toh acha tha, lekin maine mehsoos kiya ke shair o shayari agar koi aadat ban</w:t>
      </w:r>
      <w:r>
        <w:br/>
      </w:r>
      <w:r>
        <w:rPr>
          <w:sz w:val="20"/>
        </w:rPr>
        <w:t>47:38  jaayegi toh woh tabaahi hai.</w:t>
      </w:r>
      <w:r>
        <w:br/>
      </w:r>
      <w:r>
        <w:rPr>
          <w:sz w:val="20"/>
        </w:rPr>
        <w:t>47:43  Aisi study acha kaam hai, lekin bator asar ke liye jab study aadat ban gayi toh uska</w:t>
      </w:r>
      <w:r>
        <w:br/>
      </w:r>
      <w:r>
        <w:rPr>
          <w:sz w:val="20"/>
        </w:rPr>
        <w:t>47:49  sochne ka amal hi ruk gaya.</w:t>
      </w:r>
      <w:r>
        <w:br/>
      </w:r>
      <w:r>
        <w:rPr>
          <w:sz w:val="20"/>
        </w:rPr>
        <w:t>47:54  Toh bas samajhta hoon ke is mein mere tajurbe ke mutabiq har aadat, har aadat hi bator aadat hai.</w:t>
      </w:r>
      <w:r>
        <w:br/>
      </w:r>
      <w:r>
        <w:rPr>
          <w:sz w:val="20"/>
        </w:rPr>
        <w:t>47:59  Aadat ke taur par koi kaam nahi karna hai humein.</w:t>
      </w:r>
      <w:r>
        <w:br/>
      </w:r>
      <w:r>
        <w:rPr>
          <w:sz w:val="20"/>
        </w:rPr>
        <w:t>48:04  Humein har kaam ko shauq ke taur par karna hai.</w:t>
      </w:r>
      <w:r>
        <w:br/>
      </w:r>
      <w:r>
        <w:rPr>
          <w:sz w:val="20"/>
        </w:rPr>
        <w:t>48:10  har kaam ko hamein shor ke taur par karna hai.</w:t>
      </w:r>
      <w:r>
        <w:br/>
      </w:r>
      <w:r>
        <w:rPr>
          <w:sz w:val="20"/>
        </w:rPr>
        <w:t>48:15  mera apna tajurba yahi hai.</w:t>
      </w:r>
      <w:r>
        <w:br/>
      </w:r>
      <w:r>
        <w:rPr>
          <w:sz w:val="20"/>
        </w:rPr>
        <w:t>48:20  agar koi aadmi misaal bataye mujhe to main is mein mazeed wazahat kar sakta hoon.</w:t>
      </w:r>
      <w:r>
        <w:br/>
      </w:r>
      <w:r>
        <w:rPr>
          <w:sz w:val="20"/>
        </w:rPr>
        <w:t>48:25  main apni zindagi mein kai cheezein chhori hain, jaise main ne arz kiya ke meetha khana to meetha</w:t>
      </w:r>
      <w:r>
        <w:br/>
      </w:r>
      <w:r>
        <w:rPr>
          <w:sz w:val="20"/>
        </w:rPr>
        <w:t>48:30  khana to koi buri baat nahi hai.</w:t>
      </w:r>
      <w:r>
        <w:br/>
      </w:r>
      <w:r>
        <w:rPr>
          <w:sz w:val="20"/>
        </w:rPr>
        <w:t>48:36  kai log samajhte hain ke meetha khana sunnat hai, lekin main ne mehsoos kiya ke meetha jo hai,</w:t>
      </w:r>
      <w:r>
        <w:br/>
      </w:r>
      <w:r>
        <w:rPr>
          <w:sz w:val="20"/>
        </w:rPr>
        <w:t>48:41  jab meri aadat banne laga to isi mein mashghool ho kar mera sochne ka amal, mera jo sochne</w:t>
      </w:r>
      <w:r>
        <w:br/>
      </w:r>
      <w:r>
        <w:rPr>
          <w:sz w:val="20"/>
        </w:rPr>
        <w:t>48:46  ka amal hai, woh rukne laga.</w:t>
      </w:r>
      <w:r>
        <w:br/>
      </w:r>
      <w:r>
        <w:rPr>
          <w:sz w:val="20"/>
        </w:rPr>
        <w:t>48:51  jab tak main meetha kha raha hoon to sochne ka amal ruka hua hai.</w:t>
      </w:r>
      <w:r>
        <w:br/>
      </w:r>
      <w:r>
        <w:rPr>
          <w:sz w:val="20"/>
        </w:rPr>
        <w:t>48:57  bas test le raha hoon, test le raha hoon, test le raha hoon.</w:t>
      </w:r>
      <w:r>
        <w:br/>
      </w:r>
      <w:r>
        <w:rPr>
          <w:sz w:val="20"/>
        </w:rPr>
        <w:t>49:02  to mera apna tajurba yahi hai ke har aadat hi tamkeen hai.</w:t>
      </w:r>
      <w:r>
        <w:br/>
      </w:r>
      <w:r>
        <w:rPr>
          <w:sz w:val="20"/>
        </w:rPr>
        <w:t>49:07  koi is aitbaar se ke woh haram hai, maslan alcohol haram hai, haram ke maani mein woh tamkeen</w:t>
      </w:r>
      <w:r>
        <w:br/>
      </w:r>
      <w:r>
        <w:rPr>
          <w:sz w:val="20"/>
        </w:rPr>
        <w:t>49:12  hai, lekin kuch cheezein zindagi mein jo main is ko kehta hoon ghair mehram haram, yaani mehram, yaani</w:t>
      </w:r>
      <w:r>
        <w:br/>
      </w:r>
      <w:r>
        <w:rPr>
          <w:sz w:val="20"/>
        </w:rPr>
        <w:t>49:17  haram na ho kar bhi woh tamkeen hai.</w:t>
      </w:r>
      <w:r>
        <w:br/>
      </w:r>
      <w:r>
        <w:rPr>
          <w:sz w:val="20"/>
        </w:rPr>
        <w:t>49:23  yeh mera tajurba yahi hai.</w:t>
      </w:r>
      <w:r>
        <w:br/>
      </w:r>
      <w:r>
        <w:rPr>
          <w:sz w:val="20"/>
        </w:rPr>
        <w:t>49:28  agar koi misaal batayega to main inshallah mazeed wazahat karunga.</w:t>
      </w:r>
    </w:p>
    <w:p>
      <w:pPr>
        <w:pStyle w:val="Heading2"/>
      </w:pPr>
      <w:r>
        <w:t>Pruning habits making life dull and uninteresting</w:t>
      </w:r>
    </w:p>
    <w:p>
      <w:r>
        <w:rPr>
          <w:color w:val="666666"/>
          <w:sz w:val="18"/>
        </w:rPr>
        <w:t>Life &amp; Wisdom · Self Correction November 09, 2014 · 2m 50s · at 46:21 · https://youtu.be/EgAukdSfGRU?t=2781</w:t>
      </w:r>
    </w:p>
    <w:p>
      <w:r>
        <w:rPr>
          <w:i/>
        </w:rPr>
        <w:t>“What is your take on the idea that pruning every habit, even those not wrong, may make life dull?”</w:t>
      </w:r>
    </w:p>
    <w:p>
      <w:r>
        <w:rPr>
          <w:sz w:val="20"/>
        </w:rPr>
        <w:t>46:21  Maulana, yeh sawal ashar sahib ka aaya hai bareilly se, aur unhon ne likha hai: "Molana, abandoning bad habits is understandable, but pruning every habit,</w:t>
      </w:r>
      <w:r>
        <w:br/>
      </w:r>
      <w:r>
        <w:rPr>
          <w:sz w:val="20"/>
        </w:rPr>
        <w:t>46:34  many of which may not be wrong or unlawful, may make life very dull and devoid of any interest. What is your take on this?" bhai, dekhiye ke is mein koi misaal to di nahi unhon ne.</w:t>
      </w:r>
      <w:r>
        <w:br/>
      </w:r>
      <w:r>
        <w:rPr>
          <w:sz w:val="20"/>
        </w:rPr>
        <w:t>46:49  Misaal chahiye.</w:t>
      </w:r>
      <w:r>
        <w:br/>
      </w:r>
      <w:r>
        <w:rPr>
          <w:sz w:val="20"/>
        </w:rPr>
        <w:t>46:52  Mera tajurba yeh hai ke ke koi bhi cheez bator habit agar karen ge aap, bazahir acha kaam, tab bhi woh aap ko ruin kare ga.</w:t>
      </w:r>
      <w:r>
        <w:br/>
      </w:r>
      <w:r>
        <w:rPr>
          <w:sz w:val="20"/>
        </w:rPr>
        <w:t>47:05  Bazahir acha kaam, woh bhi ruin kare ga. jaise maine arz kiya ke hamare zamane mein shair-o-shairi ek acha kaam samajhti thi.</w:t>
      </w:r>
      <w:r>
        <w:br/>
      </w:r>
      <w:r>
        <w:rPr>
          <w:sz w:val="20"/>
        </w:rPr>
        <w:t>47:15  Sab log shair-o-shairi karte the. achhe achhe ulama shair-o-shairi karte the.</w:t>
      </w:r>
      <w:r>
        <w:br/>
      </w:r>
      <w:r>
        <w:rPr>
          <w:sz w:val="20"/>
        </w:rPr>
        <w:t>47:22  To woh to acha acha tha. lekin maine mehsoos kiya ke shair-o-shairi agar koi adat ban jaye gi to woh tabahi hai. aisi study acha kaam hai, lekin but rasal ke liye jab study habit ban gayi to uska thinking process hi,</w:t>
      </w:r>
      <w:r>
        <w:br/>
      </w:r>
      <w:r>
        <w:rPr>
          <w:sz w:val="20"/>
        </w:rPr>
        <w:t>47:39  yani mein stop ho gaya.</w:t>
      </w:r>
      <w:r>
        <w:br/>
      </w:r>
      <w:r>
        <w:rPr>
          <w:sz w:val="20"/>
        </w:rPr>
        <w:t>47:44  To mein samajhta hoon ke is mein mere tajurbe ke mutabiq har adat, har adat hi by by habit hai.</w:t>
      </w:r>
      <w:r>
        <w:br/>
      </w:r>
      <w:r>
        <w:rPr>
          <w:sz w:val="20"/>
        </w:rPr>
        <w:t>47:54  Adat ke taur par koi kaam nahi karna hai humein. humein har kaam ko shor ke taur par karna hai.</w:t>
      </w:r>
      <w:r>
        <w:br/>
      </w:r>
      <w:r>
        <w:rPr>
          <w:sz w:val="20"/>
        </w:rPr>
        <w:t>48:03  Har kaam ko humein shor ke taur par karna hai. mera apna tajurba yahi hai. agar koi aadmi misaal bataye mujhe to mein is mein mazeed wazahat kar sakta hoon.</w:t>
      </w:r>
      <w:r>
        <w:br/>
      </w:r>
      <w:r>
        <w:rPr>
          <w:sz w:val="20"/>
        </w:rPr>
        <w:t>48:14  Mein apni zindagi mein kai cheezein chhori hain, jaise maine arz kiya ke meetha khana to meetha khana to koi buri baat nahi hai. kai log samajhte hain ke meetha khana sunnat hai.</w:t>
      </w:r>
      <w:r>
        <w:br/>
      </w:r>
      <w:r>
        <w:rPr>
          <w:sz w:val="20"/>
        </w:rPr>
        <w:t>48:25  Lekin maine mehsoos kiya ke meetha jo hai, jab meri adat banne laga to isi mein mashgool ho kar mere soch, mere mere mere jo thinking process jo hai, woh rukne laga.</w:t>
      </w:r>
      <w:r>
        <w:br/>
      </w:r>
      <w:r>
        <w:rPr>
          <w:sz w:val="20"/>
        </w:rPr>
        <w:t>48:38  Jab tak mein meetha kha raha hoon to thinking process ruka</w:t>
      </w:r>
      <w:r>
        <w:br/>
      </w:r>
      <w:r>
        <w:rPr>
          <w:sz w:val="20"/>
        </w:rPr>
        <w:t>48:42  hua hai. bas taste le raha hoon, taste le raha hoon, taste le raha hoon. to mera apna tajurba yahi hai ke har adat hi tabah kun hai.</w:t>
      </w:r>
      <w:r>
        <w:br/>
      </w:r>
      <w:r>
        <w:rPr>
          <w:sz w:val="20"/>
        </w:rPr>
        <w:t>48:54  Koi is aitbar se ke woh haram hai, maslan alcohol haram hai, haram ke ma'ne mein woh tabah kun hai. lekin kuch cheezein zindagi mein jo mein is ko kehta hoon ghair-e-muharram haram, yani muharram, yani haram na ho kar bhi woh tabah kun hai.</w:t>
      </w:r>
    </w:p>
    <w:p>
      <w:pPr>
        <w:pStyle w:val="Heading2"/>
      </w:pPr>
      <w:r>
        <w:t>Psychology and wisdom affecting cognitive health</w:t>
      </w:r>
    </w:p>
    <w:p>
      <w:r>
        <w:rPr>
          <w:color w:val="666666"/>
          <w:sz w:val="18"/>
        </w:rPr>
        <w:t>Life &amp; Wisdom · Dars-e-Quran, Chapter 2, Verse 79 June 24, 2018 · 1m 32s · at 52:12 · https://youtu.be/7OeNcHSoPp0?t=3132</w:t>
      </w:r>
    </w:p>
    <w:p>
      <w:r>
        <w:rPr>
          <w:i/>
        </w:rPr>
        <w:t>“What is the relation between psychology and wisdom? How internal conditions affect anyone's cognitive health?”</w:t>
      </w:r>
    </w:p>
    <w:p>
      <w:r>
        <w:rPr>
          <w:sz w:val="20"/>
        </w:rPr>
        <w:t>52:12  maulana, agla sawal bhagalpur se azhar mubarak sahib ne bheja hai. unhone aap se poocha hai ke "what is the relation between psychology and wisdom?</w:t>
      </w:r>
      <w:r>
        <w:br/>
      </w:r>
      <w:r>
        <w:rPr>
          <w:sz w:val="20"/>
        </w:rPr>
        <w:t>52:25  how internal conditions effect anyone's cognitive health?" jis cheez ko aap ne psychology kaha hai, wahi toh hai conditioning.</w:t>
      </w:r>
      <w:r>
        <w:br/>
      </w:r>
      <w:r>
        <w:rPr>
          <w:sz w:val="20"/>
        </w:rPr>
        <w:t>52:39  yani conditioned mind jo hai, us se rai banate hain log.</w:t>
      </w:r>
      <w:r>
        <w:br/>
      </w:r>
      <w:r>
        <w:rPr>
          <w:sz w:val="20"/>
        </w:rPr>
        <w:t>52:48  toh aadmi ko agar objective thinker banna hai toh us ko is se bachna parega ke conditioning se us ki rai bane.</w:t>
      </w:r>
      <w:r>
        <w:br/>
      </w:r>
      <w:r>
        <w:rPr>
          <w:sz w:val="20"/>
        </w:rPr>
        <w:t>53:01  jis jis aadmi ko objective thinker banna hai, toh us ko yeh karna parega ke us ki rai</w:t>
      </w:r>
      <w:r>
        <w:br/>
      </w:r>
      <w:r>
        <w:rPr>
          <w:sz w:val="20"/>
        </w:rPr>
        <w:t>53:16  object thinking se rai bane, na ke kisi aur cheez se. toh psychology koi alag cheez nahi hai.</w:t>
      </w:r>
      <w:r>
        <w:br/>
      </w:r>
      <w:r>
        <w:rPr>
          <w:sz w:val="20"/>
        </w:rPr>
        <w:t>53:26  humein hum hi banate hain apni psychology. har aadmi apni psychology khud banata hai. psychology ko trend kijiye. agar aap trend karenge toh aap ki psychology sahi direction mein aap ko rehnumai karegi.</w:t>
      </w:r>
    </w:p>
    <w:p>
      <w:pPr>
        <w:pStyle w:val="Heading2"/>
      </w:pPr>
      <w:r>
        <w:t>Psychology behind brushing aside questions</w:t>
      </w:r>
    </w:p>
    <w:p>
      <w:r>
        <w:rPr>
          <w:color w:val="666666"/>
          <w:sz w:val="18"/>
        </w:rPr>
        <w:t>Life &amp; Wisdom · Present Day Muslims Jan 13, 2013 · 1m 53s · at 1:38:47 · https://youtu.be/CVcbWVYitog?t=5927</w:t>
      </w:r>
    </w:p>
    <w:p>
      <w:r>
        <w:rPr>
          <w:i/>
        </w:rPr>
        <w:t>“You wrote a book 'Tabir ki Ghalati' and corresponded with a big scholar. You clarified your stand with evidence, but he brushed aside your question. My question is: what is the psychology behind that mindset?”</w:t>
      </w:r>
    </w:p>
    <w:p>
      <w:r>
        <w:rPr>
          <w:sz w:val="20"/>
        </w:rPr>
        <w:t>1:38:47  Maulana, agla sawal Delhi se hai, Shah Imran Hasan sahib ka. unhon ne likha hai: Maulana sahib, aap ne apni kitab "Tabeer ki Ghalati" mein ek bare aalim se Correspondence kiya.</w:t>
      </w:r>
      <w:r>
        <w:br/>
      </w:r>
      <w:r>
        <w:rPr>
          <w:sz w:val="20"/>
        </w:rPr>
        <w:t>1:39:02  aap ne apne Stand ko daleel ke sath Clear kiya, lekin unhon ne aap ke sawal ko Brush Aside kar diya. Maulana sahib, mera sawal yeh hai ke is zehan ke peeche asal Psychology kya hoti hai?</w:t>
      </w:r>
      <w:r>
        <w:br/>
      </w:r>
      <w:r>
        <w:rPr>
          <w:sz w:val="20"/>
        </w:rPr>
        <w:t>1:39:17  bhai, yeh to main kaise bata sakta hoon? yeh to Allah ko pata hoga. Allah hi ko pata hai. hum kya jaan sakte hain?</w:t>
      </w:r>
      <w:r>
        <w:br/>
      </w:r>
      <w:r>
        <w:rPr>
          <w:sz w:val="20"/>
        </w:rPr>
        <w:t>1:39:26  hum to Objective tor par jo baaten hain, usi ko le kar rai de sakte hain. ke woh daleel ka Face nahi kiya unhon ne. yani daleel ko Face nahi kiya aur ilzam wali baaten bolte rahe.</w:t>
      </w:r>
      <w:r>
        <w:br/>
      </w:r>
      <w:r>
        <w:rPr>
          <w:sz w:val="20"/>
        </w:rPr>
        <w:t>1:39:40  baqi un ka Intention kya hai, woh Allah jaane, is se hamein koi baat nahi.</w:t>
      </w:r>
    </w:p>
    <w:p>
      <w:pPr>
        <w:pStyle w:val="Heading2"/>
      </w:pPr>
      <w:r>
        <w:t>Question on the Myth of Injustice</w:t>
      </w:r>
    </w:p>
    <w:p>
      <w:r>
        <w:rPr>
          <w:color w:val="666666"/>
          <w:sz w:val="18"/>
        </w:rPr>
        <w:t>Life &amp; Wisdom · Example of the Prophet March 20, 2016 · 6m 15s · at 1:40:56 · https://youtu.be/79HmhzXU41w?t=6056</w:t>
      </w:r>
    </w:p>
    <w:p>
      <w:r>
        <w:rPr>
          <w:i/>
        </w:rPr>
        <w:t>“My question is based on your quote titled "The Myth of Injustice".”</w:t>
      </w:r>
    </w:p>
    <w:p>
      <w:r>
        <w:rPr>
          <w:sz w:val="20"/>
        </w:rPr>
        <w:t>1:40:56  fi'l hai. Maulana, agla sawal Faeq Sahab ka hai, aur unhon ne apna sawal Maulana aap ke ek</w:t>
      </w:r>
      <w:r>
        <w:br/>
      </w:r>
      <w:r>
        <w:rPr>
          <w:sz w:val="20"/>
        </w:rPr>
        <w:t>1:41:05  quote ko le ke poocha hai.</w:t>
      </w:r>
      <w:r>
        <w:br/>
      </w:r>
      <w:r>
        <w:rPr>
          <w:sz w:val="20"/>
        </w:rPr>
        <w:t>1:41:07  پہلے آپ کا کوٹ پڑھیں گے، جس کا ٹائٹل ہے "The Myth of Injustice"۔</w:t>
      </w:r>
      <w:r>
        <w:br/>
      </w:r>
      <w:r>
        <w:rPr>
          <w:sz w:val="20"/>
        </w:rPr>
        <w:t>1:41:13  اس میں آپ نے لکھا تھا کہ "throughout history, thinkers and reformers have struggled to eliminate in</w:t>
      </w:r>
      <w:r>
        <w:br/>
      </w:r>
      <w:r>
        <w:rPr>
          <w:sz w:val="20"/>
        </w:rPr>
        <w:t>1:41:19  justice from society, but no one succeeded in achieving this goal.</w:t>
      </w:r>
      <w:r>
        <w:br/>
      </w:r>
      <w:r>
        <w:rPr>
          <w:sz w:val="20"/>
        </w:rPr>
        <w:t>1:41:26  Their failures to eliminate injustice prevented them from living with peace of mind in the world.</w:t>
      </w:r>
      <w:r>
        <w:br/>
      </w:r>
      <w:r>
        <w:rPr>
          <w:sz w:val="20"/>
        </w:rPr>
        <w:t>1:41:33  the truth is that what is termed injustice is actually a matter of misuse of freedom by man. god has granted freedom to man to put him to the test in this world. it is the misuse of freedom that creates all kinds of problems. we must accept this state of affairs as a part of the creation plan of god.</w:t>
      </w:r>
      <w:r>
        <w:br/>
      </w:r>
      <w:r>
        <w:rPr>
          <w:sz w:val="20"/>
        </w:rPr>
        <w:t>1:41:56  maulana, does this mean that we accept injustice as the creation plan of god and do nothing about it? we see someone hurting, abusing an innocent soul, and we mind our own business and do nothing to stop that injustice. would we not be accountable for inaction within our capacity at the day of judgment?</w:t>
      </w:r>
      <w:r>
        <w:br/>
      </w:r>
      <w:r>
        <w:rPr>
          <w:sz w:val="20"/>
        </w:rPr>
        <w:t>1:42:22  please comment. dekhiye, accountability aadmi Khuda ke samne hai, insaan ke samne nahin hai.</w:t>
      </w:r>
      <w:r>
        <w:br/>
      </w:r>
      <w:r>
        <w:rPr>
          <w:sz w:val="20"/>
        </w:rPr>
        <w:t>1:42:28  aap jhanda uthaye ke mujhe is se khatm karna hai to aap nahin kar payein.</w:t>
      </w:r>
      <w:r>
        <w:br/>
      </w:r>
      <w:r>
        <w:rPr>
          <w:sz w:val="20"/>
        </w:rPr>
        <w:t>1:42:35  yani insaan accountable hai bila shukwa, lekin Allah ke samne, hamare samne nahin.</w:t>
      </w:r>
      <w:r>
        <w:br/>
      </w:r>
      <w:r>
        <w:rPr>
          <w:sz w:val="20"/>
        </w:rPr>
        <w:t>1:42:46  jo maine baat kahi hai, woh yeh hai ke chounke Allah ne di hai logon ko azadi,</w:t>
      </w:r>
      <w:r>
        <w:br/>
      </w:r>
      <w:r>
        <w:rPr>
          <w:sz w:val="20"/>
        </w:rPr>
        <w:t>1:42:53  to azadi mein yeh bhi shamil hai ke woh misuse kare ya proper use kare.</w:t>
      </w:r>
      <w:r>
        <w:br/>
      </w:r>
      <w:r>
        <w:rPr>
          <w:sz w:val="20"/>
        </w:rPr>
        <w:t>1:42:57  iska apna right hai ke azadi ko proper use kare, misuse kare.</w:t>
      </w:r>
      <w:r>
        <w:br/>
      </w:r>
      <w:r>
        <w:rPr>
          <w:sz w:val="20"/>
        </w:rPr>
        <w:t>1:43:04  yani Hazrat Umar jaise khaleefa ko qatal bhi kar sakta hai,</w:t>
      </w:r>
      <w:r>
        <w:br/>
      </w:r>
      <w:r>
        <w:rPr>
          <w:sz w:val="20"/>
        </w:rPr>
        <w:t>1:43:08  Allah unka haath nahin pakda.</w:t>
      </w:r>
      <w:r>
        <w:br/>
      </w:r>
      <w:r>
        <w:rPr>
          <w:sz w:val="20"/>
        </w:rPr>
        <w:t>1:43:10  jab ek shakhs hazrat umar ko qatl kar raha tha to allah farishta bhej kar hath pakad li ta,</w:t>
      </w:r>
      <w:r>
        <w:br/>
      </w:r>
      <w:r>
        <w:rPr>
          <w:sz w:val="20"/>
        </w:rPr>
        <w:t>1:43:15  is ka hath pakad li ta.</w:t>
      </w:r>
      <w:r>
        <w:br/>
      </w:r>
      <w:r>
        <w:rPr>
          <w:sz w:val="20"/>
        </w:rPr>
        <w:t>1:43:18  hata ke peghambar</w:t>
      </w:r>
      <w:r>
        <w:br/>
      </w:r>
      <w:r>
        <w:rPr>
          <w:sz w:val="20"/>
        </w:rPr>
        <w:t>1:43:20  hazrat yahya peghambar the, un ko bhi qatl kiya</w:t>
      </w:r>
      <w:r>
        <w:br/>
      </w:r>
      <w:r>
        <w:rPr>
          <w:sz w:val="20"/>
        </w:rPr>
        <w:t>1:43:25  to wahan allah ne bheja nahi farishte ke is ka hath pakad lo, qatl na karne par.</w:t>
      </w:r>
      <w:r>
        <w:br/>
      </w:r>
      <w:r>
        <w:rPr>
          <w:sz w:val="20"/>
        </w:rPr>
        <w:t>1:43:32  dekhiye, insan ko allah ne azadi di hai to allah un ka hath pakadne wala nahi hai.</w:t>
      </w:r>
      <w:r>
        <w:br/>
      </w:r>
      <w:r>
        <w:rPr>
          <w:sz w:val="20"/>
        </w:rPr>
        <w:t>1:43:38  aakhirat mein zaroor allah taala logon ko janche ga, jinho ne proper use kiya hai, un ko reward</w:t>
      </w:r>
      <w:r>
        <w:br/>
      </w:r>
      <w:r>
        <w:rPr>
          <w:sz w:val="20"/>
        </w:rPr>
        <w:t>1:43:47  de ga, jinho ne misuse kiya,</w:t>
      </w:r>
      <w:r>
        <w:br/>
      </w:r>
      <w:r>
        <w:rPr>
          <w:sz w:val="20"/>
        </w:rPr>
        <w:t>1:43:49  un ko pakde ga.</w:t>
      </w:r>
      <w:r>
        <w:br/>
      </w:r>
      <w:r>
        <w:rPr>
          <w:sz w:val="20"/>
        </w:rPr>
        <w:t>1:43:51  duniya mein zaroor jhanda uthaen ke hamein in justice khatam karna hai,</w:t>
      </w:r>
      <w:r>
        <w:br/>
      </w:r>
      <w:r>
        <w:rPr>
          <w:sz w:val="20"/>
        </w:rPr>
        <w:t>1:43:56  yeh un ko koi right nahi hai aur na khatam bhi.</w:t>
      </w:r>
      <w:r>
        <w:br/>
      </w:r>
      <w:r>
        <w:rPr>
          <w:sz w:val="20"/>
        </w:rPr>
        <w:t>1:44:00  tareekh mein kabhi koi khatam nahi kar saka,</w:t>
      </w:r>
      <w:r>
        <w:br/>
      </w:r>
      <w:r>
        <w:rPr>
          <w:sz w:val="20"/>
        </w:rPr>
        <w:t>1:44:03  sirf in justice ke naam par uthe aur us ko aage phaila diya.</w:t>
      </w:r>
      <w:r>
        <w:br/>
      </w:r>
      <w:r>
        <w:rPr>
          <w:sz w:val="20"/>
        </w:rPr>
        <w:t>1:44:08  jo log bhi khade hue hain in justice khatam karne ke liye, unho ne bohat sari justice burai</w:t>
      </w:r>
      <w:r>
        <w:br/>
      </w:r>
      <w:r>
        <w:rPr>
          <w:sz w:val="20"/>
        </w:rPr>
        <w:t>1:44:15  paida ki, chahe safar log hon ya muslim log hon.</w:t>
      </w:r>
      <w:r>
        <w:br/>
      </w:r>
      <w:r>
        <w:rPr>
          <w:sz w:val="20"/>
        </w:rPr>
        <w:t>1:44:20  koi ek exception mujhe bata dijiye ke uthao in justice ko khatam karne ke naam par aur sach</w:t>
      </w:r>
      <w:r>
        <w:br/>
      </w:r>
      <w:r>
        <w:rPr>
          <w:sz w:val="20"/>
        </w:rPr>
        <w:t>1:44:25  chamach chor ne in justice khatam kar diya ho,</w:t>
      </w:r>
      <w:r>
        <w:br/>
      </w:r>
      <w:r>
        <w:rPr>
          <w:sz w:val="20"/>
        </w:rPr>
        <w:t>1:44:29  aur koi hai nahi, koi insan talib nahi hai.</w:t>
      </w:r>
      <w:r>
        <w:br/>
      </w:r>
      <w:r>
        <w:rPr>
          <w:sz w:val="20"/>
        </w:rPr>
        <w:t>1:44:34  to jo cheez jo allah ke domain ki cheez hai, us ko insan apne domain mein laye, to</w:t>
      </w:r>
      <w:r>
        <w:br/>
      </w:r>
      <w:r>
        <w:rPr>
          <w:sz w:val="20"/>
        </w:rPr>
        <w:t>1:44:40  yeh possible hi nahi hai.</w:t>
      </w:r>
      <w:r>
        <w:br/>
      </w:r>
      <w:r>
        <w:rPr>
          <w:sz w:val="20"/>
        </w:rPr>
        <w:t>1:44:44  Okay, so before we end the session, there are two announcements.</w:t>
      </w:r>
      <w:r>
        <w:br/>
      </w:r>
      <w:r>
        <w:rPr>
          <w:sz w:val="20"/>
        </w:rPr>
        <w:t>1:44:50  Firstly, next week which is Sunday, we will be having short session of Maulana Sahab, because there is</w:t>
      </w:r>
      <w:r>
        <w:br/>
      </w:r>
      <w:r>
        <w:rPr>
          <w:sz w:val="20"/>
        </w:rPr>
        <w:t>1:44:58  program at India Habitat Centre, which is being organized by Life Positive.</w:t>
      </w:r>
      <w:r>
        <w:br/>
      </w:r>
      <w:r>
        <w:rPr>
          <w:sz w:val="20"/>
        </w:rPr>
        <w:t>1:45:04  And Maulana would be in panel along with the editor and chief of Life Positive, Ms. Soma Varghese.</w:t>
      </w:r>
      <w:r>
        <w:br/>
      </w:r>
      <w:r>
        <w:rPr>
          <w:sz w:val="20"/>
        </w:rPr>
        <w:t>1:45:12  and dr karan singh.</w:t>
      </w:r>
      <w:r>
        <w:br/>
      </w:r>
      <w:r>
        <w:rPr>
          <w:sz w:val="20"/>
        </w:rPr>
        <w:t>1:45:14  So at 11 o'clock, we would be moving from here to India Habitat Centre at Jacaranda Hall,</w:t>
      </w:r>
      <w:r>
        <w:br/>
      </w:r>
      <w:r>
        <w:rPr>
          <w:sz w:val="20"/>
        </w:rPr>
        <w:t>1:45:21  And all of you can join us in Maulana's session next Sunday.</w:t>
      </w:r>
      <w:r>
        <w:br/>
      </w:r>
      <w:r>
        <w:rPr>
          <w:sz w:val="20"/>
        </w:rPr>
        <w:t>1:45:26  And the second important announcement is that, as you all know, that CPS has been launching</w:t>
      </w:r>
      <w:r>
        <w:br/>
      </w:r>
      <w:r>
        <w:rPr>
          <w:sz w:val="20"/>
        </w:rPr>
        <w:t>1:45:32  new initiatives on continuous basis.</w:t>
      </w:r>
      <w:r>
        <w:br/>
      </w:r>
      <w:r>
        <w:rPr>
          <w:sz w:val="20"/>
        </w:rPr>
        <w:t>1:45:35  So with the blessings of God Almighty, we would be launching Wahiduddin Khan Foundation on April 2nd.</w:t>
      </w:r>
      <w:r>
        <w:br/>
      </w:r>
      <w:r>
        <w:rPr>
          <w:sz w:val="20"/>
        </w:rPr>
        <w:t>1:45:44  at five pm at c 29.</w:t>
      </w:r>
      <w:r>
        <w:br/>
      </w:r>
      <w:r>
        <w:rPr>
          <w:sz w:val="20"/>
        </w:rPr>
        <w:t>1:45:47  Maulana would be addressing everyone. We would be streaming this talk, and daily team can join.</w:t>
      </w:r>
      <w:r>
        <w:br/>
      </w:r>
      <w:r>
        <w:rPr>
          <w:sz w:val="20"/>
        </w:rPr>
        <w:t>1:45:52  is c 29 at five pm.</w:t>
      </w:r>
      <w:r>
        <w:br/>
      </w:r>
      <w:r>
        <w:rPr>
          <w:sz w:val="20"/>
        </w:rPr>
        <w:t>1:45:56  So we would end the session, and in the end, I would request Maulana Sahab to do dua.</w:t>
      </w:r>
      <w:r>
        <w:br/>
      </w:r>
      <w:r>
        <w:rPr>
          <w:sz w:val="20"/>
        </w:rPr>
        <w:t>1:46:02  for everyone, especially for all the da'is who gathered at Lahore, and are watching this program right</w:t>
      </w:r>
      <w:r>
        <w:br/>
      </w:r>
      <w:r>
        <w:rPr>
          <w:sz w:val="20"/>
        </w:rPr>
        <w:t>1:46:10  now.</w:t>
      </w:r>
      <w:r>
        <w:br/>
      </w:r>
      <w:r>
        <w:rPr>
          <w:sz w:val="20"/>
        </w:rPr>
        <w:t>1:46:12  jo log aaj baat ko sun rahe hain aap yahan Delhi mein ya Delhi ke bahar mein in sab ke liye dua karta hoon Allah taala in ko raton ko sonh kar chalne ki tofeeq de in ko dunya mein apni rehmat se nawaze aur akhirat mein in ko jannat ka inaam de rabana atina fi al-dunya hasanah wa fi al-akhira hasanah waqina adhab al-nar rabana taqabbal minna innaka anta al-samiy al-alim wa ashhad annaka anta al-tawwab al-rahim wa salla Allahu taala ala khayri khalqi Muhammadin wa alihi wa ashhabihi ajmaiyina wa rahmatullahi al-kamila.</w:t>
      </w:r>
    </w:p>
    <w:p>
      <w:pPr>
        <w:pStyle w:val="Heading2"/>
      </w:pPr>
      <w:r>
        <w:t>Quran's guidance on managing stress</w:t>
      </w:r>
    </w:p>
    <w:p>
      <w:r>
        <w:rPr>
          <w:color w:val="666666"/>
          <w:sz w:val="18"/>
        </w:rPr>
        <w:t>Life &amp; Wisdom · Studying The Quran with Open Mind October 20, 2019 Maulana Wahiduddin Khan · 1m 26s · at 47:43 · https://youtu.be/OPyJO5TP_wI?t=2863</w:t>
      </w:r>
    </w:p>
    <w:p>
      <w:r>
        <w:rPr>
          <w:i/>
        </w:rPr>
        <w:t>“What does the Quran guide on managing problems in life? People who commit suicide do so because they cannot manage stress beyond their capacity. What does the Quran say about managing problems and stress in life?”</w:t>
      </w:r>
    </w:p>
    <w:p>
      <w:r>
        <w:rPr>
          <w:sz w:val="20"/>
        </w:rPr>
        <w:t>47:43  Maulana ab agla sawal lena chahenge yeh sawal Merit se bheja hai Muhammad Imran sahib ne unhon ne likha hai what does Quran guides on managing problems in life</w:t>
      </w:r>
      <w:r>
        <w:br/>
      </w:r>
      <w:r>
        <w:rPr>
          <w:sz w:val="20"/>
        </w:rPr>
        <w:t>47:58  people who commit suicide they do so because they are not able to manage the stress as it goes beyond their capacity to handle what does Quran say about managing problems aur stress in life</w:t>
      </w:r>
      <w:r>
        <w:br/>
      </w:r>
      <w:r>
        <w:rPr>
          <w:sz w:val="20"/>
        </w:rPr>
        <w:t>48:15  dekhen aap ka jo analysis hai woh sahi nahi hai</w:t>
      </w:r>
      <w:r>
        <w:br/>
      </w:r>
      <w:r>
        <w:rPr>
          <w:sz w:val="20"/>
        </w:rPr>
        <w:t>48:23  main ne apni aankh se aise dekhe hain jinho ne suicide kar liya tha lekin phir bhi woh</w:t>
      </w:r>
      <w:r>
        <w:br/>
      </w:r>
      <w:r>
        <w:rPr>
          <w:sz w:val="20"/>
        </w:rPr>
        <w:t>48:31  bach gaye to bare bare kaam mein apni aankh se dekha hai</w:t>
      </w:r>
      <w:r>
        <w:br/>
      </w:r>
      <w:r>
        <w:rPr>
          <w:sz w:val="20"/>
        </w:rPr>
        <w:t>48:37  to asal masla unawareness hai koi cheez bhi unmanageable nahi hoti</w:t>
      </w:r>
      <w:r>
        <w:br/>
      </w:r>
      <w:r>
        <w:rPr>
          <w:sz w:val="20"/>
        </w:rPr>
        <w:t>48:47  lekin aadmi unaware ho jata hai is se masle paida hote hain</w:t>
      </w:r>
      <w:r>
        <w:br/>
      </w:r>
      <w:r>
        <w:rPr>
          <w:sz w:val="20"/>
        </w:rPr>
        <w:t>48:53  mera tajurba yeh hai ke asal masla sare mamlaat mein yahi hai unawareness</w:t>
      </w:r>
      <w:r>
        <w:br/>
      </w:r>
      <w:r>
        <w:rPr>
          <w:sz w:val="20"/>
        </w:rPr>
        <w:t>49:03  unaware hona</w:t>
      </w:r>
    </w:p>
    <w:p>
      <w:pPr>
        <w:pStyle w:val="Heading2"/>
      </w:pPr>
      <w:r>
        <w:t>Reacting to happiness and problems</w:t>
      </w:r>
    </w:p>
    <w:p>
      <w:r>
        <w:rPr>
          <w:color w:val="666666"/>
          <w:sz w:val="18"/>
        </w:rPr>
        <w:t>Life &amp; Wisdom · The Purpose of Life | April 30, 2017 · 1m 52s · at 38:31 · https://youtu.be/ue3I3uQEYb8?t=2311</w:t>
      </w:r>
    </w:p>
    <w:p>
      <w:r>
        <w:rPr>
          <w:i/>
        </w:rPr>
        <w:t>“This world is a test, how should we react to happiness and problems here?”</w:t>
      </w:r>
    </w:p>
    <w:p>
      <w:r>
        <w:rPr>
          <w:sz w:val="20"/>
        </w:rPr>
        <w:t>38:31  tajdeed deen mein ki hai us ko aap padh lijiyey us ko padhne ke baad bhi agar aap ko koi baqi rehta hai question to woh bataiye agle sunday ko. ji maulana usa se miss farhana ansari ne sawal bheja hai unhon ne aap se poocha hai this world is a test how should we react to happiness and problems here. bhai mein to samajhta h</w:t>
      </w:r>
      <w:r>
        <w:br/>
      </w:r>
      <w:r>
        <w:rPr>
          <w:sz w:val="20"/>
        </w:rPr>
        <w:t>39:01  on ke log jo hain bas aisi zindagi jeete rehte hain apni jo faculty hai thinking wali is</w:t>
      </w:r>
      <w:r>
        <w:br/>
      </w:r>
      <w:r>
        <w:rPr>
          <w:sz w:val="20"/>
        </w:rPr>
        <w:t>39:11  ko kaam mein nahi laate har cheez ko sochna padta hai har experience har event ko sochna padta</w:t>
      </w:r>
      <w:r>
        <w:br/>
      </w:r>
      <w:r>
        <w:rPr>
          <w:sz w:val="20"/>
        </w:rPr>
        <w:t>39:21  hai tab aadmi jaan pata hai ke right thinking kya hai.</w:t>
      </w:r>
      <w:r>
        <w:br/>
      </w:r>
      <w:r>
        <w:rPr>
          <w:sz w:val="20"/>
        </w:rPr>
        <w:t>39:31  jaise aap ne dekha hoga ke chashma hai beh raha hai toh ek hota hai chashma ke woh</w:t>
      </w:r>
      <w:r>
        <w:br/>
      </w:r>
      <w:r>
        <w:rPr>
          <w:sz w:val="20"/>
        </w:rPr>
        <w:t>39:39  jahan dhal hai idhar woh toh behte chale gaye bhai insaan ka mamla chashme jaisa nahi hai insaan</w:t>
      </w:r>
      <w:r>
        <w:br/>
      </w:r>
      <w:r>
        <w:rPr>
          <w:sz w:val="20"/>
        </w:rPr>
        <w:t>39:47  khud sochta hai ke bhai idhar jaon ke idhar jaon raste ka nasb farad is ke rukh ko</w:t>
      </w:r>
      <w:r>
        <w:br/>
      </w:r>
      <w:r>
        <w:rPr>
          <w:sz w:val="20"/>
        </w:rPr>
        <w:t>39:55  tay nahi karta aadmi ka aqal tay karti hai</w:t>
      </w:r>
      <w:r>
        <w:br/>
      </w:r>
      <w:r>
        <w:rPr>
          <w:sz w:val="20"/>
        </w:rPr>
        <w:t>40:03  .</w:t>
      </w:r>
      <w:r>
        <w:br/>
      </w:r>
      <w:r>
        <w:rPr>
          <w:sz w:val="20"/>
        </w:rPr>
        <w:t>40:08  toh aadmi ko zaroori hai ke woh apni soch ko develop kare woh jaane ke mujhe kidhar jaana</w:t>
      </w:r>
      <w:r>
        <w:br/>
      </w:r>
      <w:r>
        <w:rPr>
          <w:sz w:val="20"/>
        </w:rPr>
        <w:t>40:13  hai mera direction kidhar hona chahiye.</w:t>
      </w:r>
      <w:r>
        <w:br/>
      </w:r>
      <w:r>
        <w:rPr>
          <w:sz w:val="20"/>
        </w:rPr>
        <w:t>40:18  toh right thinking ko develop karna yeh har insaan ka pehla kaam hai.</w:t>
      </w:r>
    </w:p>
    <w:p>
      <w:pPr>
        <w:pStyle w:val="Heading2"/>
      </w:pPr>
      <w:r>
        <w:t>Reacting to hardship vs blessing</w:t>
      </w:r>
    </w:p>
    <w:p>
      <w:r>
        <w:rPr>
          <w:color w:val="666666"/>
          <w:sz w:val="18"/>
        </w:rPr>
        <w:t>Life &amp; Wisdom · Double Reward 15 Feb 2020 - Maulana Wahiduddin Khan · 1m 57s · at 37:15 · https://youtu.be/Os-Kuq1-wAk?t=2235</w:t>
      </w:r>
    </w:p>
    <w:p>
      <w:r>
        <w:rPr>
          <w:i/>
        </w:rPr>
        <w:t>“Thank you for letting us know the importance of not reacting when natural instinct is to react. You have given us the formula to earn divine reward under the circumstances when we cannot think of earning any reward. Quran advocates that nothing happens without the will of God. When something good happens to us, we often attribute it as the blessing of God. But if some hardship befalls us, we often complain and react.”</w:t>
      </w:r>
    </w:p>
    <w:p>
      <w:r>
        <w:rPr>
          <w:sz w:val="20"/>
        </w:rPr>
        <w:t>37:15  Maulana, Amer Mori sahib ka comment hai aur sawal hai gawah se. Unhone likha hai: "Maulana, thank you for letting us know the importance of not reacting when natural instinct is to react.</w:t>
      </w:r>
      <w:r>
        <w:br/>
      </w:r>
      <w:r>
        <w:rPr>
          <w:sz w:val="20"/>
        </w:rPr>
        <w:t>37:31  You have given us the formula to earn divine reward under the circumstances when we cannot think of earning any reward." Maulana, Quran advocates that nothing happens without the will of God.</w:t>
      </w:r>
      <w:r>
        <w:br/>
      </w:r>
      <w:r>
        <w:rPr>
          <w:sz w:val="20"/>
        </w:rPr>
        <w:t>37:50  When something good happens to us, we often attribute it as the blessing of God. But if some hardship befalls us, we often complain and react.</w:t>
      </w:r>
      <w:r>
        <w:br/>
      </w:r>
      <w:r>
        <w:rPr>
          <w:sz w:val="20"/>
        </w:rPr>
        <w:t>38:04  Why is it so? Kindly guide us.</w:t>
      </w:r>
      <w:r>
        <w:br/>
      </w:r>
      <w:r>
        <w:rPr>
          <w:sz w:val="20"/>
        </w:rPr>
        <w:t>38:08  Matlab insaan ko duniya mein bohat kuch mila hua hai, hazaron lakhon cheezein mili hui hain, lekin insaan by birth ek idealist hai.</w:t>
      </w:r>
      <w:r>
        <w:br/>
      </w:r>
      <w:r>
        <w:rPr>
          <w:sz w:val="20"/>
        </w:rPr>
        <w:t>38:18  To zara bhi usko koi cheez nahi milti hai to woh pareshan ho jata hai. Aur woh mere khayal mein wahi hai jo uske andar jannat ki ek arza hai, jannat ki ek dream hai.</w:t>
      </w:r>
      <w:r>
        <w:br/>
      </w:r>
      <w:r>
        <w:rPr>
          <w:sz w:val="20"/>
        </w:rPr>
        <w:t>38:28  To uske lehaz se woh pareshani ko bardasht nahi kar pata. Woh to majburan insaan pareshani ko bardasht karta hai ke ab koi option nahi hai.</w:t>
      </w:r>
      <w:r>
        <w:br/>
      </w:r>
      <w:r>
        <w:rPr>
          <w:sz w:val="20"/>
        </w:rPr>
        <w:t>38:36  To is liye karta hai, warna koi bhi hardship ko bardasht karna nahi chahta hai.</w:t>
      </w:r>
      <w:r>
        <w:br/>
      </w:r>
      <w:r>
        <w:rPr>
          <w:sz w:val="20"/>
        </w:rPr>
        <w:t>38:43  Sahi baat hai, sahi hai.</w:t>
      </w:r>
      <w:r>
        <w:br/>
      </w:r>
      <w:r>
        <w:rPr>
          <w:sz w:val="20"/>
        </w:rPr>
        <w:t>38:51  maulana, comment aaya hai afghanistan se asadullah mahmood sahib ka. unhon ne likha hai: "jab hum doosron ko maaf karte hain, asal mein hum unke muqable mein apne liye das guna behtar kar rahe hote hain."</w:t>
      </w:r>
      <w:r>
        <w:br/>
      </w:r>
      <w:r>
        <w:rPr>
          <w:sz w:val="20"/>
        </w:rPr>
        <w:t>39:09  yeh baat theek hai, yeh</w:t>
      </w:r>
    </w:p>
    <w:p>
      <w:pPr>
        <w:pStyle w:val="Heading2"/>
      </w:pPr>
      <w:r>
        <w:t>Reacting to workplace mistreatment</w:t>
      </w:r>
    </w:p>
    <w:p>
      <w:r>
        <w:rPr>
          <w:color w:val="666666"/>
          <w:sz w:val="18"/>
        </w:rPr>
        <w:t>Life &amp; Wisdom · Revival of Ummah January 22, 2017 · 2m 17s · at 51:35 · https://youtu.be/vnPsv0TBCfk?t=3095</w:t>
      </w:r>
    </w:p>
    <w:p>
      <w:r>
        <w:rPr>
          <w:i/>
        </w:rPr>
        <w:t>“Maulana sahib, you stress on dealing every issue without any reaction. But what if a person knows that he is being mistreated in his job and he has to leave the job. So how will we stop the wrongs being done in such an organization? If someone is breaking the organization rules and no one is stopping it will affect the whole system. Should we take it that it is in God's hands and we need to be just patient and only observers? Please advise me.”</w:t>
      </w:r>
    </w:p>
    <w:p>
      <w:r>
        <w:rPr>
          <w:sz w:val="20"/>
        </w:rPr>
        <w:t>51:35  molana agla sawal bheja hai pakistan se ansar chaudhary sahib ne. unhon ne likha hai molana sahib you stress on dealing every issue without any reaction. but what if a person knows that he is being mistreated in his job and his to leave the job. so who will stop the wrongs being done in such an organization.</w:t>
      </w:r>
      <w:r>
        <w:br/>
      </w:r>
      <w:r>
        <w:rPr>
          <w:sz w:val="20"/>
        </w:rPr>
        <w:t>52:01  if someone is breaking the organization rules and no one is stopping it will affect the whole system. or should we take it that it is in god's hands and we need to be just patient and only observers. please advise me. dekhiye log alfaaz mein jeete hain. mistreatment koi cheez hi nahi hai sab sab yani false food pe jeena hai.</w:t>
      </w:r>
      <w:r>
        <w:br/>
      </w:r>
      <w:r>
        <w:rPr>
          <w:sz w:val="20"/>
        </w:rPr>
        <w:t>52:31  koi aadmi kisi ko mistreat nahi karta. bilkul hi ghalat hai. aap mujhe bataiye ke woh case to main aap ko us ki pata kar ke bata sakta hoon ke woh mistreatment kaise hi nahi tha. aadmi kaafi ghalati hoti hai doosre pe daal deta hai. main ne bohat aise cases ko examine kiya hai in ki tehqeeq ki hai. apni ghalati na manane ki wajah se kehta hai ke bad treatment mere sath kiya hai doosron ne kiya hai.</w:t>
      </w:r>
      <w:r>
        <w:br/>
      </w:r>
      <w:r>
        <w:rPr>
          <w:sz w:val="20"/>
        </w:rPr>
        <w:t>52:59  bilkul yeh bilkul bilkul baseless baat hai. bad treatment ya mistreatment ka yeh yeh yeh nazariya hi ghalat hai bilkul. sahi baat yeh hai ke aadmi apni ghalati ki price bhugta hai. is duniya mein yahi hota hai hamesha ke you have to pay the price of your fault.</w:t>
      </w:r>
      <w:r>
        <w:br/>
      </w:r>
      <w:r>
        <w:rPr>
          <w:sz w:val="20"/>
        </w:rPr>
        <w:t>53:25  lekin na manane ke liye kehte hain ke falan aisa kiya falan waisa kiya koi koi aisa nahi karta. aap apni ghalati ki price bhugte hain daalte hain doosre ke upar. mujhe particular case bataiye ek falan shakhs to main inshallah us ko tehqeeq kar ke bata doonga aap ko ke yeh aadmi ki apni ghalati thi ek aur us ki doosri koi ghalati nahi thi.</w:t>
      </w:r>
      <w:r>
        <w:br/>
      </w:r>
      <w:r>
        <w:rPr>
          <w:sz w:val="20"/>
        </w:rPr>
        <w:t>53:52  ji molana agla sawal bheja hai syed ahmad ali sahib ne delhi se. unhon ne likha hai molana sahib allah has given us numerous blessings that we can neither count nor thank him enough. my question is what is the best way that a prophet muhammad has taught us for thanking allah. kya main samjha nahi kya matlab hai.</w:t>
      </w:r>
    </w:p>
    <w:p>
      <w:pPr>
        <w:pStyle w:val="Heading2"/>
      </w:pPr>
      <w:r>
        <w:t>Reader of Al-Risala and tension</w:t>
      </w:r>
    </w:p>
    <w:p>
      <w:r>
        <w:rPr>
          <w:color w:val="666666"/>
          <w:sz w:val="18"/>
        </w:rPr>
        <w:t>Life &amp; Wisdom · Purpose of Human Life February 12, 2012 Maulana Wahiduddin Khan · 6m 46s · at 1:22:38 · https://youtu.be/gRupSXuak-w?t=4958</w:t>
      </w:r>
    </w:p>
    <w:p>
      <w:r>
        <w:rPr>
          <w:i/>
        </w:rPr>
        <w:t>“I can say with full certainty that a true reader of Al-Risala may suffer from other physical diseases, but he will never suffer from the disease of tension. Maulana, is my comment correct?”</w:t>
      </w:r>
    </w:p>
    <w:p>
      <w:r>
        <w:rPr>
          <w:sz w:val="20"/>
        </w:rPr>
        <w:t>1:22:38  bilkul dono alag alag cheezen hain. is par mein ne likha hai risalay mein, aap parh lijiye is ko. yeh cheez aa chuki hai. maulana, agla sawal karachi pakistan se mr abdul lateef ka hai.</w:t>
      </w:r>
      <w:r>
        <w:br/>
      </w:r>
      <w:r>
        <w:rPr>
          <w:sz w:val="20"/>
        </w:rPr>
        <w:t>1:22:53  unhon ne likha hai: "mein poore yaqeen ke sath yeh baat keh sakta hoon ke sahi maano mein al risala ka qari doosri jismani beemariyon mein to mubtala ho sakta hai, lekin tension ki beemari mein wo kabhi bhi mubtala nahi hoga.</w:t>
      </w:r>
      <w:r>
        <w:br/>
      </w:r>
      <w:r>
        <w:rPr>
          <w:sz w:val="20"/>
        </w:rPr>
        <w:t>1:23:13  maulana sahib, kya mera yeh tabsarah durust hai?" mein to samajhta hoon ke bilkul sahi hai.</w:t>
      </w:r>
      <w:r>
        <w:br/>
      </w:r>
      <w:r>
        <w:rPr>
          <w:sz w:val="20"/>
        </w:rPr>
        <w:t>1:23:22  is mein koi shaq nahi ke al risala logon ko tension free banata hai. bashart ke risala parhen theek se. yani kai log aisay hain jo kehte hain ke mein risala qari hoon.</w:t>
      </w:r>
      <w:r>
        <w:br/>
      </w:r>
      <w:r>
        <w:rPr>
          <w:sz w:val="20"/>
        </w:rPr>
        <w:t>1:23:36  jab poohta hoon to koi baat nahi bata paate wo. to isi liye mein ne un ke sath likha tha risalay mein ke jis ne risala aik bar parha us ne nahi parha.</w:t>
      </w:r>
      <w:r>
        <w:br/>
      </w:r>
      <w:r>
        <w:rPr>
          <w:sz w:val="20"/>
        </w:rPr>
        <w:t>1:23:49  jis ne do bar parha us ne bas parha. lekin us ne kai bar parha us ne sach much parha. is se sach much faida liya us ne is ka.</w:t>
      </w:r>
      <w:r>
        <w:br/>
      </w:r>
      <w:r>
        <w:rPr>
          <w:sz w:val="20"/>
        </w:rPr>
        <w:t>1:23:57  to al risala jo baqayda is tarah se parhen ke is se aks kar saken aur is se faida utha saken to zaroor al risala mein aisay hi item hamesha hua karte hain.</w:t>
      </w:r>
      <w:r>
        <w:br/>
      </w:r>
      <w:r>
        <w:rPr>
          <w:sz w:val="20"/>
        </w:rPr>
        <w:t>1:24:12  lekin mushkil yeh hai ke log adabi cheezon ko parhne ke aadi hain, akhbar waghera parhne ke aadi hain. to risala dekha, parh liya, rakh diya.</w:t>
      </w:r>
      <w:r>
        <w:br/>
      </w:r>
      <w:r>
        <w:rPr>
          <w:sz w:val="20"/>
        </w:rPr>
        <w:t>1:24:20  samajhte hain ke bas. lekin jo baqayeda padhte hain to bilashuba woh instention free ban jaate hain. jo baqayeda padhte hain. maulana, unka doosra sawal yeh hai.</w:t>
      </w:r>
      <w:r>
        <w:br/>
      </w:r>
      <w:r>
        <w:rPr>
          <w:sz w:val="20"/>
        </w:rPr>
        <w:t>1:24:30  unhone likha hai:</w:t>
      </w:r>
      <w:r>
        <w:br/>
      </w:r>
      <w:r>
        <w:rPr>
          <w:sz w:val="20"/>
        </w:rPr>
        <w:t>1:24:32  "aaj ka insaan apne bachon ki islaah ke liye kya tareeqa apnayen? kya walidain islaah ke liye apne bachon ko maar sakte hain?" nahi, bachon ko maarna to main bilkul hi galat samajhta hoon.</w:t>
      </w:r>
      <w:r>
        <w:br/>
      </w:r>
      <w:r>
        <w:rPr>
          <w:sz w:val="20"/>
        </w:rPr>
        <w:t>1:24:48  yeh hai counter productive. ulta nateeja niklega. hargiz nahi. lekin main manta hoon ke bachon ke sab se bare dushman unke walidain hote hain.</w:t>
      </w:r>
      <w:r>
        <w:br/>
      </w:r>
      <w:r>
        <w:rPr>
          <w:sz w:val="20"/>
        </w:rPr>
        <w:t>1:25:02  is zamane mein khaas taur par sab se bare dushman bachon ke unke walidain hain. kyun? yeh pampering karte hain. pampering.</w:t>
      </w:r>
      <w:r>
        <w:br/>
      </w:r>
      <w:r>
        <w:rPr>
          <w:sz w:val="20"/>
        </w:rPr>
        <w:t>1:25:13  saare maa baap pampering karte hain. masla kama kama kar kya karenge? easy money bachon ko denge. easy money jo hai sab se buri cheez hai.</w:t>
      </w:r>
      <w:r>
        <w:br/>
      </w:r>
      <w:r>
        <w:rPr>
          <w:sz w:val="20"/>
        </w:rPr>
        <w:t>1:25:25  to bachon ki islaah ka aaghaz maa baap ki islaah se hota hai.</w:t>
      </w:r>
      <w:r>
        <w:br/>
      </w:r>
      <w:r>
        <w:rPr>
          <w:sz w:val="20"/>
        </w:rPr>
        <w:t>1:25:31  b</w:t>
      </w:r>
      <w:r>
        <w:br/>
      </w:r>
      <w:r>
        <w:rPr>
          <w:sz w:val="20"/>
        </w:rPr>
        <w:t>1:25:32  ache jo maa baap bache ko maarne ka right lena chahte hain, aap khud apne ko maar rahe hain. bachon ko maarna chahte hain, khud maarein apne aap ko.</w:t>
      </w:r>
      <w:r>
        <w:br/>
      </w:r>
      <w:r>
        <w:rPr>
          <w:sz w:val="20"/>
        </w:rPr>
        <w:t>1:25:40  apni pampering ko khatam karein. apne chhote laad pyaar ko khatam karein. easy money bachon ko dena band karein. yaani bachon ko maa baap hi hain jo sab se zyada yaani bigaadte hain.</w:t>
      </w:r>
      <w:r>
        <w:br/>
      </w:r>
      <w:r>
        <w:rPr>
          <w:sz w:val="20"/>
        </w:rPr>
        <w:t>1:25:57  aur sab se bada bigaad kya hai</w:t>
      </w:r>
      <w:r>
        <w:br/>
      </w:r>
      <w:r>
        <w:rPr>
          <w:sz w:val="20"/>
        </w:rPr>
        <w:t>1:25:59  ? dekhiye, maa baap ghar mein jo jo mohabbat ka jo mayar hai, woh galat mayar uske dil mein daalte hain.</w:t>
      </w:r>
      <w:r>
        <w:br/>
      </w:r>
      <w:r>
        <w:rPr>
          <w:sz w:val="20"/>
        </w:rPr>
        <w:t>1:26:11  maa baap bachha jab ghar mein hota hai to kya hota hai? munh se nikla aur cheez tayyar. munh se bol diya, bas usko cheez mil gayi. achha, jab bahar nikalta hai woh to lagta hai ke wahan pe to kuch hi koi dene wala nahi usko.</w:t>
      </w:r>
      <w:r>
        <w:br/>
      </w:r>
      <w:r>
        <w:rPr>
          <w:sz w:val="20"/>
        </w:rPr>
        <w:t>1:26:26  mehnat karo to power nahi, to kuch nahi milega tum ko. to saare insaan ke dushman samajh leta hai woh. bas bas kehta hai ke bas meri maa, mere baap aur kisi se koi mohabbat nahi usko hoti.</w:t>
      </w:r>
      <w:r>
        <w:br/>
      </w:r>
      <w:r>
        <w:rPr>
          <w:sz w:val="20"/>
        </w:rPr>
        <w:t>1:26:37  jisko bhi dekh lijiye, aap andar cheer kar ke maa baap se mohabbat mohabbat karega aur doosre insaanon se nafrat karega woh.</w:t>
      </w:r>
      <w:r>
        <w:br/>
      </w:r>
      <w:r>
        <w:rPr>
          <w:sz w:val="20"/>
        </w:rPr>
        <w:t>1:26:46  main ek martaba wahan gaya saharanpur, wahan chaar hindu naujawan mujh se milne ke liye aaye hotel mein. chaaron ne ek hi baat kahi. unhone kaha hum apna experience aap ko share karna chahte hain.</w:t>
      </w:r>
      <w:r>
        <w:br/>
      </w:r>
      <w:r>
        <w:rPr>
          <w:sz w:val="20"/>
        </w:rPr>
        <w:t>1:26:58  jab hum ghar mein the to maa baap jo munh se nikla poora kar diya, jo munh se nikla poora kar diya. ab jab duniya mein hum aaye hain, yahan koi hamara yaani aisa nahi milta ke woh munh se nikle woh p</w:t>
      </w:r>
      <w:r>
        <w:br/>
      </w:r>
      <w:r>
        <w:rPr>
          <w:sz w:val="20"/>
        </w:rPr>
        <w:t>1:27:13  ura kar de. ab koi mehnat karna hai, hard work karna hai, tab cheezein milti hain. to yeh contradiction hai hamari zindagi mein.</w:t>
      </w:r>
      <w:r>
        <w:br/>
      </w:r>
      <w:r>
        <w:rPr>
          <w:sz w:val="20"/>
        </w:rPr>
        <w:t>1:27:21  kya isko kaise explain karein?</w:t>
      </w:r>
      <w:r>
        <w:br/>
      </w:r>
      <w:r>
        <w:rPr>
          <w:sz w:val="20"/>
        </w:rPr>
        <w:t>1:27:26  to yeh maa baap jo hain, duniya ko nafrat karne wale insaan supply kar rahe hain. kyunke jis tarah se maa baap karte hain ghar mein, woh woh duniya nahi karne wali hai.</w:t>
      </w:r>
      <w:r>
        <w:br/>
      </w:r>
      <w:r>
        <w:rPr>
          <w:sz w:val="20"/>
        </w:rPr>
        <w:t>1:27:41  duniya nahi karne wali hai aisa.</w:t>
      </w:r>
      <w:r>
        <w:br/>
      </w:r>
      <w:r>
        <w:rPr>
          <w:sz w:val="20"/>
        </w:rPr>
        <w:t>1:27:43  duniya ko to jo jitna aap denge, utna duniya se milega. to ghar ka mahaul jo hai, yaani receiving without giving hai.</w:t>
      </w:r>
      <w:r>
        <w:br/>
      </w:r>
      <w:r>
        <w:rPr>
          <w:sz w:val="20"/>
        </w:rPr>
        <w:t>1:27:57  ghar ka mahaul jo hai, aaj kal receiving without giving. aur jab bahar nikalta hai aadmi to uska ulta hota hai.</w:t>
      </w:r>
      <w:r>
        <w:br/>
      </w:r>
      <w:r>
        <w:rPr>
          <w:sz w:val="20"/>
        </w:rPr>
        <w:t>1:28:07  yaani giving account to account, yaani receiving. jo kisi ne sahi kaha hai ke "in giving that we receive".</w:t>
      </w:r>
      <w:r>
        <w:br/>
      </w:r>
      <w:r>
        <w:rPr>
          <w:sz w:val="20"/>
        </w:rPr>
        <w:t>1:28:20  jitna dena hai, utna paana. yaani bahar ki duniya ka formula yeh hai ke jitna doge, utna paoge. ghar ki duniya mein kya hai? tum ko dene ki zaroorat nahi hai, bas tum ko sab kuch milta rahega.</w:t>
      </w:r>
      <w:r>
        <w:br/>
      </w:r>
      <w:r>
        <w:rPr>
          <w:sz w:val="20"/>
        </w:rPr>
        <w:t>1:28:31  aise maa baap mere mere bachchon ke sab se bare dushman hain. aur insaniyat ke dushman hain. yeh insaniyat ke dushman hain. kyunke duniya ko</w:t>
      </w:r>
      <w:r>
        <w:br/>
      </w:r>
      <w:r>
        <w:rPr>
          <w:sz w:val="20"/>
        </w:rPr>
        <w:t>1:28:40  nafrat karne wale insaan bhej rahe hain. har ghar ek karkhana bana hua hai matnafar insanon ko banane ka.</w:t>
      </w:r>
      <w:r>
        <w:br/>
      </w:r>
      <w:r>
        <w:rPr>
          <w:sz w:val="20"/>
        </w:rPr>
        <w:t>1:28:49  main yeh shayari nahin kar raha hoon, main mera tajruba bata raha hoon, tajruba. ke ke aaj kal ke jo log hain, bas meri maa, mera baap yeh toh khoob karte hain, lekin baqiya insaan se un koi dilchaspi un ko nahin hai.</w:t>
      </w:r>
      <w:r>
        <w:br/>
      </w:r>
      <w:r>
        <w:rPr>
          <w:sz w:val="20"/>
        </w:rPr>
        <w:t>1:29:03  kyunke baqiya insaan ko woh pampering nahin karta. woh blast pyar nahin karta jo ghar mein in ko mila tha.</w:t>
      </w:r>
      <w:r>
        <w:br/>
      </w:r>
      <w:r>
        <w:rPr>
          <w:sz w:val="20"/>
        </w:rPr>
        <w:t>1:29:12  main is ka sakht khilaf hoon. is ka main is ke is bare mein bohat hi zyada sakht hoon. is mein koi main riayat karne ke tayyar nahin hoon.</w:t>
      </w:r>
    </w:p>
    <w:p>
      <w:pPr>
        <w:pStyle w:val="Heading2"/>
      </w:pPr>
      <w:r>
        <w:t>Realizing importance of self-study</w:t>
      </w:r>
    </w:p>
    <w:p>
      <w:r>
        <w:rPr>
          <w:color w:val="666666"/>
          <w:sz w:val="18"/>
        </w:rPr>
        <w:t>Life &amp; Wisdom · The Creation Plan December 09, 2018 · 3m 14s · at 58:07 · https://youtu.be/y8tS4vW9lFI?t=3487</w:t>
      </w:r>
    </w:p>
    <w:p>
      <w:r>
        <w:rPr>
          <w:i/>
        </w:rPr>
        <w:t>“You are also a product of madrasa, but you did a lot of self-study in science, philosophy, English, etc. You learned English later in life. How did you realize the importance of self-study on your own?”</w:t>
      </w:r>
    </w:p>
    <w:p>
      <w:r>
        <w:rPr>
          <w:sz w:val="20"/>
        </w:rPr>
        <w:t>58:07  ji, maulana, agla sawal lete hain. yeh bhopal se bheja hai fahad khan sahab ne.</w:t>
      </w:r>
      <w:r>
        <w:br/>
      </w:r>
      <w:r>
        <w:rPr>
          <w:sz w:val="20"/>
        </w:rPr>
        <w:t>58:16  unhone likha hai: "Maulana, you are also a product of madrasa, but you did a lot of self study in the discipline of science, philosophy, English, etc.</w:t>
      </w:r>
      <w:r>
        <w:br/>
      </w:r>
      <w:r>
        <w:rPr>
          <w:sz w:val="20"/>
        </w:rPr>
        <w:t>58:30  you learned english in later part of your life. my question is: how did you realize the importance of self study in your own?"</w:t>
      </w:r>
      <w:r>
        <w:br/>
      </w:r>
      <w:r>
        <w:rPr>
          <w:sz w:val="20"/>
        </w:rPr>
        <w:t>58:49  dekhiye, dilli mein ek sahab hain, abhi bhi dilli mein rehte hain, wo retired ho chuke hain. to unhone deoband ki wajah se padha, yani molvi wali padhai.</w:t>
      </w:r>
      <w:r>
        <w:br/>
      </w:r>
      <w:r>
        <w:rPr>
          <w:sz w:val="20"/>
        </w:rPr>
        <w:t>59:06  to mein ek safar mein un ka saath tha, ek safar mein hum saath the. to mein ne dekha ke wo bohat achhi tarah english bol rahe the,</w:t>
      </w:r>
      <w:r>
        <w:br/>
      </w:r>
      <w:r>
        <w:rPr>
          <w:sz w:val="20"/>
        </w:rPr>
        <w:t>59:25  bohat achhi tarah, fluently. to mein ne poocha un se ke aap to madrasa ke padhe hue hain, english kaise aap jana aur kaise aap seekha?</w:t>
      </w:r>
      <w:r>
        <w:br/>
      </w:r>
      <w:r>
        <w:rPr>
          <w:sz w:val="20"/>
        </w:rPr>
        <w:t>59:43  to ek hi lafz mein jawab diya tha unhone. hum hum dono turki ke safar mein the, ghaliban hum dono turki ja rahe the.</w:t>
      </w:r>
      <w:r>
        <w:br/>
      </w:r>
      <w:r>
        <w:rPr>
          <w:sz w:val="20"/>
        </w:rPr>
        <w:t>59:55  ek hi lafz mein unhone kaha tha: "junoon, junoon!</w:t>
      </w:r>
      <w:r>
        <w:br/>
      </w:r>
      <w:r>
        <w:rPr>
          <w:sz w:val="20"/>
        </w:rPr>
        <w:t>1:00:01  \</w:t>
      </w:r>
      <w:r>
        <w:br/>
      </w:r>
      <w:r>
        <w:rPr>
          <w:sz w:val="20"/>
        </w:rPr>
        <w:t>1:00:05  to wahi jis ko janna hai, wo junoon ka tareeqa ikhtiyar karey.</w:t>
      </w:r>
      <w:r>
        <w:br/>
      </w:r>
      <w:r>
        <w:rPr>
          <w:sz w:val="20"/>
        </w:rPr>
        <w:t>1:00:13  yeh aik hi tareeqa hai, koi bohat se tareeqe nahi hain.</w:t>
      </w:r>
      <w:r>
        <w:br/>
      </w:r>
      <w:r>
        <w:rPr>
          <w:sz w:val="20"/>
        </w:rPr>
        <w:t>1:00:21  seekhne ka junoon paida ho jaye to apne aap hi aap ki fitrat bata di ke kya karna hai, kya nahi karna hai.</w:t>
      </w:r>
    </w:p>
    <w:p>
      <w:pPr>
        <w:pStyle w:val="Heading2"/>
      </w:pPr>
      <w:r>
        <w:t>Reason for Saying Without Farida Apa Nothing</w:t>
      </w:r>
    </w:p>
    <w:p>
      <w:r>
        <w:rPr>
          <w:color w:val="666666"/>
          <w:sz w:val="18"/>
        </w:rPr>
        <w:t>Life &amp; Wisdom · Opportunities of the Modern Age | March 05, 2017 · 4m 53s · at 1:00:26 · https://youtu.be/Cv8QEwvQ_fY?t=3626</w:t>
      </w:r>
    </w:p>
    <w:p>
      <w:r>
        <w:rPr>
          <w:i/>
        </w:rPr>
        <w:t>“We have always heard you saying that without Farida Apa you are nothing. We all want to know why you say this.”</w:t>
      </w:r>
    </w:p>
    <w:p>
      <w:r>
        <w:rPr>
          <w:sz w:val="20"/>
        </w:rPr>
        <w:t>1:00:26  yeh hai ke koi aage ho koi peeche ho koi koi kisi ko loss ho hoga to aap cheekhne se kya faida cheekhne se koi faida nahi aap merit par laiye apne aap ko qualify kijiye apne aap ko to aap ko koi koi aap ke sath naasiafi kabhi bhi nahi hogi maulana agla sawal aah aah mariya miss mariya khan ne kiya hai dilli se unhon ne likha hai: "maulana we have always heard you saying</w:t>
      </w:r>
      <w:r>
        <w:br/>
      </w:r>
      <w:r>
        <w:rPr>
          <w:sz w:val="20"/>
        </w:rPr>
        <w:t>1:00:56  that without farida apa you are nothing we all want to know that why you say this" dekhiye yeh masla farida apa ka nahi hai yeh masla law of nature ka hai yeh bahut serious baat hai is ko main chahta hoon sab log sunein kisi ne bahut sahi kaha hai ke modesty is the beginning of knowledge modesty is the beginning of</w:t>
      </w:r>
      <w:r>
        <w:br/>
      </w:r>
      <w:r>
        <w:rPr>
          <w:sz w:val="20"/>
        </w:rPr>
        <w:t>1:01:26  knowledge modesty ka matlab to tawazu hadith mein aata hai ke man tawada'a arafahullah is matlab ke modesty jo hai is se aap ko milta hai jo jo kuch milne wala hai modesty jadd mein hoti hai to aap modesty ek competitive word hai kisi ke muqable mein modesty to aap ko main is extreme pe jata hoon ke har har ek ko main samajh</w:t>
      </w:r>
      <w:r>
        <w:br/>
      </w:r>
      <w:r>
        <w:rPr>
          <w:sz w:val="20"/>
        </w:rPr>
        <w:t>1:01:56  ta hoon mujh se zyada hai woh hatta ke choti ko bhi jata hoon mujh se zyada samajhta</w:t>
      </w:r>
      <w:r>
        <w:br/>
      </w:r>
      <w:r>
        <w:rPr>
          <w:sz w:val="20"/>
        </w:rPr>
        <w:t>1:02:03  ہوں اپنی ministry کو establish کرنا پڑتا ہے آپ کو تو کوئی بھی dearness آپ کے پاس ہو</w:t>
      </w:r>
      <w:r>
        <w:br/>
      </w:r>
      <w:r>
        <w:rPr>
          <w:sz w:val="20"/>
        </w:rPr>
        <w:t>1:02:11  isi ko maan lijiye ke maslan jo husband wife ke jo jhagde hote hain is ki wajah kya</w:t>
      </w:r>
      <w:r>
        <w:br/>
      </w:r>
      <w:r>
        <w:rPr>
          <w:sz w:val="20"/>
        </w:rPr>
        <w:t>1:02:18  ہے مسٹری نہیں ہے سمجھتا ہوں کہ آپ یہ مان لیجئے کہ without my Mrs. I am nothing</w:t>
      </w:r>
      <w:r>
        <w:br/>
      </w:r>
      <w:r>
        <w:rPr>
          <w:sz w:val="20"/>
        </w:rPr>
        <w:t>1:02:26  yeh maan lijiye taake aap ki tawazu establish ho aap ki modesty establish ho aur phir jab is ke baad aap ko inspiration aayega khuda ka is pe is ke baad aap ko inspiration aayega farishton ka to aap ki qareeb tareen jo koi hai aap mrs aap ki hain to aap dil se maan lijiye ke my mrs is without my mrs i am nothing to dek</w:t>
      </w:r>
      <w:r>
        <w:br/>
      </w:r>
      <w:r>
        <w:rPr>
          <w:sz w:val="20"/>
        </w:rPr>
        <w:t>1:02:56  hie kitna taraqqi hoti hai aap ki aap ghaten ge nahi aap barhen ge na kyunke aap aap</w:t>
      </w:r>
      <w:r>
        <w:br/>
      </w:r>
      <w:r>
        <w:rPr>
          <w:sz w:val="20"/>
        </w:rPr>
        <w:t>1:03:03  نے اس طرح کہا کہ monastery کو establish کیا یہ wisdom کی بات ہے wisdom کی بات میں</w:t>
      </w:r>
      <w:r>
        <w:br/>
      </w:r>
      <w:r>
        <w:rPr>
          <w:sz w:val="20"/>
        </w:rPr>
        <w:t>1:03:11  کہتا ہوں کچھ نہ ملے آپ کو تو ایک لڑکی کھمبے کو کہیے کہ اس سے without</w:t>
      </w:r>
      <w:r>
        <w:br/>
      </w:r>
      <w:r>
        <w:rPr>
          <w:sz w:val="20"/>
        </w:rPr>
        <w:t>1:03:18  This I am nothing, masla hai apni</w:t>
      </w:r>
      <w:r>
        <w:br/>
      </w:r>
      <w:r>
        <w:rPr>
          <w:sz w:val="20"/>
        </w:rPr>
        <w:t>1:03:26  modesty ko establish karna taake aap ke allah ka inspiration aane aane lage farishton ka aap ko inspiration milne lage aap ka mind ke darwaze khulne lage jab aap apni modesty ko establish karte hain tabhi aap ka ka jo mind hai is ki windows khulti hain woh nahi band rehti hain masla yeh hai ke masla hai kisi kisi shakhs ka kisi kh</w:t>
      </w:r>
      <w:r>
        <w:br/>
      </w:r>
      <w:r>
        <w:rPr>
          <w:sz w:val="20"/>
        </w:rPr>
        <w:t>1:03:56  atun ka nahi hai aap ka apne aap apni apne aap ko modesty pe lane ka hai kyunke</w:t>
      </w:r>
      <w:r>
        <w:br/>
      </w:r>
      <w:r>
        <w:rPr>
          <w:sz w:val="20"/>
        </w:rPr>
        <w:t>1:04:04  dekhiye mein quran o hadith se yeh samjha hai ke jab tak aap apne aap ko modesty na</w:t>
      </w:r>
      <w:r>
        <w:br/>
      </w:r>
      <w:r>
        <w:rPr>
          <w:sz w:val="20"/>
        </w:rPr>
        <w:t>1:04:11  banayein to bohat sari cheezein chupi aap ki ruki rehti hain allah ka inspiration nahi aata farishton ka</w:t>
      </w:r>
      <w:r>
        <w:br/>
      </w:r>
      <w:r>
        <w:rPr>
          <w:sz w:val="20"/>
        </w:rPr>
        <w:t>1:04:19  madad aap ko nahi milti aap ke mind ke window nahi khulte</w:t>
      </w:r>
      <w:r>
        <w:br/>
      </w:r>
      <w:r>
        <w:rPr>
          <w:sz w:val="20"/>
        </w:rPr>
        <w:t>1:04:26  logon se aap ka ta'alluq sahi buniyad par qaim nahi hota to modesty is the beginning of all</w:t>
      </w:r>
      <w:r>
        <w:br/>
      </w:r>
      <w:r>
        <w:rPr>
          <w:sz w:val="20"/>
        </w:rPr>
        <w:t>1:04:36  kind of development to kisi ko bhi bana lijiye apna apna apni modesty ko establish karne ke liye</w:t>
      </w:r>
      <w:r>
        <w:br/>
      </w:r>
      <w:r>
        <w:rPr>
          <w:sz w:val="20"/>
        </w:rPr>
        <w:t>1:04:46  aur kahiye ke without this i am nothing mera yeh tajruba yeh hai ke modesty ke baghair kuch nahi</w:t>
      </w:r>
      <w:r>
        <w:br/>
      </w:r>
      <w:r>
        <w:rPr>
          <w:sz w:val="20"/>
        </w:rPr>
        <w:t>1:04:56  aur leader jo fail ho rahe hain isi liye ke un ki modesty nahi hai leader jo fail</w:t>
      </w:r>
      <w:r>
        <w:br/>
      </w:r>
      <w:r>
        <w:rPr>
          <w:sz w:val="20"/>
        </w:rPr>
        <w:t>1:05:04  ho rahe hain isi liye fail ho rahe hain kyunke modesty un ke andar nahi hai to modesty</w:t>
      </w:r>
      <w:r>
        <w:br/>
      </w:r>
      <w:r>
        <w:rPr>
          <w:sz w:val="20"/>
        </w:rPr>
        <w:t>1:05:11  kisi ne sahi kaha ke modesty is the beginning of knowledge modesty baniye tab aap ki taraqqi shuru</w:t>
      </w:r>
    </w:p>
    <w:p>
      <w:pPr>
        <w:pStyle w:val="Heading2"/>
      </w:pPr>
      <w:r>
        <w:t>Reason for Tension Despite Being a Shopkeeper</w:t>
      </w:r>
    </w:p>
    <w:p>
      <w:r>
        <w:rPr>
          <w:color w:val="666666"/>
          <w:sz w:val="18"/>
        </w:rPr>
        <w:t>Life &amp; Wisdom · Q&amp;A 20 Nov 2011 Maulana Wahiduddin Khan · 2m 24s · at 11:13 · https://youtu.be/7sNDn8Y6jUc?t=673</w:t>
      </w:r>
    </w:p>
    <w:p>
      <w:r>
        <w:rPr>
          <w:i/>
        </w:rPr>
        <w:t>“I am a shopkeeper. I remain tense because of some business problems. What is the reason for this?”</w:t>
      </w:r>
    </w:p>
    <w:p>
      <w:r>
        <w:rPr>
          <w:sz w:val="20"/>
        </w:rPr>
        <w:t>11:13  maulana, agla sawal aaya hai mr fazal ameen ka karachi pakistan se. unhon ne likha hai ke "main ek dukandar hoon, baz karobari masail ki wajah se mujhe tension rehta hai.</w:t>
      </w:r>
      <w:r>
        <w:br/>
      </w:r>
      <w:r>
        <w:rPr>
          <w:sz w:val="20"/>
        </w:rPr>
        <w:t>11:27  is ki kya wajah hai?"</w:t>
      </w:r>
      <w:r>
        <w:br/>
      </w:r>
      <w:r>
        <w:rPr>
          <w:sz w:val="20"/>
        </w:rPr>
        <w:t>11:32  dekhiye, mera jo tajurba hai, woh karobar ki wajah se tension nahin hota. tension hota hai more aur more ka jo juz zehn hai, jis ko kehte hain hiras.</w:t>
      </w:r>
      <w:r>
        <w:br/>
      </w:r>
      <w:r>
        <w:rPr>
          <w:sz w:val="20"/>
        </w:rPr>
        <w:t>11:46  insan ke do rawaiye hain, ya to qana'at ya hiras. yani apne bas par agar aap karobar karen,</w:t>
      </w:r>
      <w:r>
        <w:br/>
      </w:r>
      <w:r>
        <w:rPr>
          <w:sz w:val="20"/>
        </w:rPr>
        <w:t>11:53  apne bas par aap kharch karen, apne kharch ko aur aamdani ko control mein rakhen to koi tension nahin hoga. hota yeh hai ke aamdani kam, kharch ziyada.</w:t>
      </w:r>
      <w:r>
        <w:br/>
      </w:r>
      <w:r>
        <w:rPr>
          <w:sz w:val="20"/>
        </w:rPr>
        <w:t>12:05  to aap aur ziyada kamai, aur ziyada kamai, is mein log bank ka qarz lete hain, tarah tarah ki cheezen karte hain.</w:t>
      </w:r>
      <w:r>
        <w:br/>
      </w:r>
      <w:r>
        <w:rPr>
          <w:sz w:val="20"/>
        </w:rPr>
        <w:t>12:12  to asal cheez tension ka sabab hiras hai, karobar nahin hai, yaad rakhiye. hiras ko khatam kijiye, qana'at ko ikhtiyar kijiye, kharch ko ghataiye, aamdani ko manage kijiye.</w:t>
      </w:r>
      <w:r>
        <w:br/>
      </w:r>
      <w:r>
        <w:rPr>
          <w:sz w:val="20"/>
        </w:rPr>
        <w:t>12:24  to tension har giz nahin hoga. mera tareeqa hai, mera to koi kharch hi nahin, to mera koi tension bhi nahin.</w:t>
      </w:r>
      <w:r>
        <w:br/>
      </w:r>
      <w:r>
        <w:rPr>
          <w:sz w:val="20"/>
        </w:rPr>
        <w:t>12:33  main jo hai, isi par razi rehta hoon. isi par razi rehta hoon. farz kijiye, glass beh hai. glass hai, glass mein pani pi lunga.</w:t>
      </w:r>
      <w:r>
        <w:br/>
      </w:r>
      <w:r>
        <w:rPr>
          <w:sz w:val="20"/>
        </w:rPr>
        <w:t>12:42  glass hai to hath se pi lunga. hath se pi lunga, kisi cheez se pi lunga. mujhe koi pareshani nahin hogi, glass nahin, glass nahin, glass nahin.</w:t>
      </w:r>
      <w:r>
        <w:br/>
      </w:r>
      <w:r>
        <w:rPr>
          <w:sz w:val="20"/>
        </w:rPr>
        <w:t>12:52  to yeh galat hai soch ke karobar ki wajah se tension, har giz nahin. hiras ki wajah se tension. log apna kharch barhaye rehte hain, aamdani hoti nahin hoti to phir aamdani barhaye, lage rehte hain, raat din, raat din, raat din, to tension hoga woh.</w:t>
      </w:r>
      <w:r>
        <w:br/>
      </w:r>
      <w:r>
        <w:rPr>
          <w:sz w:val="20"/>
        </w:rPr>
        <w:t>13:12  to apne karobar ko manage kijiye. ek hi hal hai ke manage kijiye aur had ke andar rahiye, bas had se bahar na jaiye.</w:t>
      </w:r>
      <w:r>
        <w:br/>
      </w:r>
      <w:r>
        <w:rPr>
          <w:sz w:val="20"/>
        </w:rPr>
        <w:t>13:25  quran ne kaha takathur. takathur asal raaz hai tension ka.</w:t>
      </w:r>
      <w:r>
        <w:br/>
      </w:r>
      <w:r>
        <w:rPr>
          <w:sz w:val="20"/>
        </w:rPr>
        <w:t>13:32  allah ko takathur. takathur se apne aap ko bachaiye.</w:t>
      </w:r>
    </w:p>
    <w:p>
      <w:pPr>
        <w:pStyle w:val="Heading2"/>
      </w:pPr>
      <w:r>
        <w:t>Reason for inability to combine two capacities</w:t>
      </w:r>
    </w:p>
    <w:p>
      <w:r>
        <w:rPr>
          <w:color w:val="666666"/>
          <w:sz w:val="18"/>
        </w:rPr>
        <w:t>Life &amp; Wisdom · Q&amp;A 04 Mar 2012 Maulana Wahiduddin Khan · 2m 02s · at 14:16 · https://youtu.be/txRmutuvWQI?t=856</w:t>
      </w:r>
    </w:p>
    <w:p>
      <w:r>
        <w:rPr>
          <w:i/>
        </w:rPr>
        <w:t>“You said that Allah gave humans the ability to combine two capacities. What is the reason that people are unable to combine these two capacities?”</w:t>
      </w:r>
    </w:p>
    <w:p>
      <w:r>
        <w:rPr>
          <w:sz w:val="20"/>
        </w:rPr>
        <w:t>14:16  maulana, agla sawal misster muhammad adil sahib ka hai dilli se. unhon ne likha hai: "maulana, aap ne kaha ke allah ne insan ko do capacities aik sath jama karne ki salahiyat di hai.</w:t>
      </w:r>
      <w:r>
        <w:br/>
      </w:r>
      <w:r>
        <w:rPr>
          <w:sz w:val="20"/>
        </w:rPr>
        <w:t>14:29  woh kya wajah hai ke log in do salahiyaton ko aik saath jama nahi kar paate?</w:t>
      </w:r>
      <w:r>
        <w:br/>
      </w:r>
      <w:r>
        <w:rPr>
          <w:sz w:val="20"/>
        </w:rPr>
        <w:t>14:43  quran mein hai ke olaye ka yeh hai bon al ajila wa yadrone braham yom thaqeela nahi, kya ayat ke kya alfaaz hain?</w:t>
      </w:r>
      <w:r>
        <w:br/>
      </w:r>
      <w:r>
        <w:rPr>
          <w:sz w:val="20"/>
        </w:rPr>
        <w:t>14:53  ana hawalay hai kal bal tuhibbun al ajila yeh kal bal tuhibbun al ajila yeh</w:t>
      </w:r>
      <w:r>
        <w:br/>
      </w:r>
      <w:r>
        <w:rPr>
          <w:sz w:val="20"/>
        </w:rPr>
        <w:t>15:00  kal bal tuhibbun al ajila wa tazarun al akhira bal tuhibbun ji ke tum log ajila ko pasand karte ho aur akhirat ko bhula rakha hai tum ne.</w:t>
      </w:r>
      <w:r>
        <w:br/>
      </w:r>
      <w:r>
        <w:rPr>
          <w:sz w:val="20"/>
        </w:rPr>
        <w:t>15:15  to aaj ke faiday mein, aaj ka jo faida hai,</w:t>
      </w:r>
      <w:r>
        <w:br/>
      </w:r>
      <w:r>
        <w:rPr>
          <w:sz w:val="20"/>
        </w:rPr>
        <w:t>15:18  to aaj ka faida sach kar bolne se mile, jhoot bolne ke mile, jaise hi mile, is mein log phanse hue hain. aur akhirat ka jo faida hai, woh is ko bhule hue hain.</w:t>
      </w:r>
      <w:r>
        <w:br/>
      </w:r>
      <w:r>
        <w:rPr>
          <w:sz w:val="20"/>
        </w:rPr>
        <w:t>15:29  isi se aadmi ke andar sachai aati hai, aala character aata hai. sare jo positive awsaf hote hain,</w:t>
      </w:r>
      <w:r>
        <w:br/>
      </w:r>
      <w:r>
        <w:rPr>
          <w:sz w:val="20"/>
        </w:rPr>
        <w:t>15:36  jo sare sare positive awsaf hain, woh is waqt aate hain jab akhirat ko le ke koi goal aap ne banaya ho. yeh dunya ka goal banayenge to yahi sab hoga. selfishness aayega aur cheap tareeqe istemal karenge, jhoot bolenge, kamina pan dikhayenge.</w:t>
      </w:r>
      <w:r>
        <w:br/>
      </w:r>
      <w:r>
        <w:rPr>
          <w:sz w:val="20"/>
        </w:rPr>
        <w:t>15:54  to jo dunya ka jo goal banayega, us ke yeh sab baatein us ke andar paida hongi. to aik hi hal hai ke aadmi akhirat ko goal banaye, yani jo jo eternity hai, us ko goal banaye.</w:t>
      </w:r>
      <w:r>
        <w:br/>
      </w:r>
      <w:r>
        <w:rPr>
          <w:sz w:val="20"/>
        </w:rPr>
        <w:t>16:08  to is se aala awsaf paida honge.</w:t>
      </w:r>
      <w:r>
        <w:br/>
      </w:r>
      <w:r>
        <w:rPr>
          <w:sz w:val="20"/>
        </w:rPr>
        <w:t>16:13  yeh mein samjh samjhao is ko.</w:t>
      </w:r>
    </w:p>
    <w:p>
      <w:pPr>
        <w:pStyle w:val="Heading2"/>
      </w:pPr>
      <w:r>
        <w:t>Reason for repeatedly looking at loved ones' picture</w:t>
      </w:r>
    </w:p>
    <w:p>
      <w:r>
        <w:rPr>
          <w:color w:val="666666"/>
          <w:sz w:val="18"/>
        </w:rPr>
        <w:t>Life &amp; Wisdom · Q&amp;A 04 DEC 2011 Maulana Wahiduddin Khan · 49s · at 40:36 · https://youtu.be/KIMNmuUZoGo?t=2436</w:t>
      </w:r>
    </w:p>
    <w:p>
      <w:r>
        <w:rPr>
          <w:i/>
        </w:rPr>
        <w:t>“A man on a journey repeatedly looked at a picture of his children. Why is it necessary to look repeatedly? Isn't once sufficient?”</w:t>
      </w:r>
    </w:p>
    <w:p>
      <w:r>
        <w:rPr>
          <w:sz w:val="20"/>
        </w:rPr>
        <w:t>40:36  maulānā aglā sawāl āyā hai mis naghma se. ek bār ek banda ek safar kar rahā thā. to safar meṅ ek sāhab the to un kā ek ek purs tarīqe se ek cīz hotā thā.</w:t>
      </w:r>
      <w:r>
        <w:br/>
      </w:r>
      <w:r>
        <w:rPr>
          <w:sz w:val="20"/>
        </w:rPr>
        <w:t>40:46  aur bār bār ḳhol ke dekhte the woh. to maiṅ bhā'ī sāhab kyā dekhte haiṅ bār bār ḳhol kar ke? to pūchā un se.</w:t>
      </w:r>
      <w:r>
        <w:br/>
      </w:r>
      <w:r>
        <w:rPr>
          <w:sz w:val="20"/>
        </w:rPr>
        <w:t>40:54  to malūm huā ke un kā beṭā beṭī kī tasvīr thī is meṅ dekhte rahte the woh. yeh safar meṅ bār bār dekh rahe haiṅ woh beṭā beṭī ko. to kyā zarūrat hai ek martaba dekh liyā bas ho gayā?</w:t>
      </w:r>
      <w:r>
        <w:br/>
      </w:r>
      <w:r>
        <w:rPr>
          <w:sz w:val="20"/>
        </w:rPr>
        <w:t>41:07  to har ādmī ke hāl haiṅ ke kuch cīzon ko bhuulā bhuulā huā rahtā hai, kuch log yād rakhtā hai. bhuulā ūṅce ūṅce rahtā hai jis kā carca nahīṅ kartā.</w:t>
      </w:r>
      <w:r>
        <w:br/>
      </w:r>
      <w:r>
        <w:rPr>
          <w:sz w:val="20"/>
        </w:rPr>
        <w:t>41:18  aur jo carca kartā hai vahī use us ko yād rahtī hai.</w:t>
      </w:r>
    </w:p>
    <w:p>
      <w:pPr>
        <w:pStyle w:val="Heading2"/>
      </w:pPr>
      <w:r>
        <w:t>Reason for shopkeepers' capital management worry</w:t>
      </w:r>
    </w:p>
    <w:p>
      <w:r>
        <w:rPr>
          <w:color w:val="666666"/>
          <w:sz w:val="18"/>
        </w:rPr>
        <w:t>Life &amp; Wisdom · Q&amp;A 13 Nov 2011 · 2m 25s · at 24:27 · https://youtu.be/oOZ9h37_pL8?t=1467</w:t>
      </w:r>
    </w:p>
    <w:p>
      <w:r>
        <w:rPr>
          <w:i/>
        </w:rPr>
        <w:t>“I am a shopkeeper. Like me, every shopkeeper remains worried because of not managing his business capital. What is the reason for this?”</w:t>
      </w:r>
    </w:p>
    <w:p>
      <w:r>
        <w:rPr>
          <w:sz w:val="20"/>
        </w:rPr>
        <w:t>24:27  maulana karachi se ek aur sawal aaya hai abhi. mister fazl amin ka hai. unhon ne likha hai ke main ek dukandar hoon.</w:t>
      </w:r>
      <w:r>
        <w:br/>
      </w:r>
      <w:r>
        <w:rPr>
          <w:sz w:val="20"/>
        </w:rPr>
        <w:t>24:37  meri tarah har dukandar apne karobar sarmaaye ko manage na karne ki wajah se pareshan rehta hai. is ki kya wajah hai?</w:t>
      </w:r>
      <w:r>
        <w:br/>
      </w:r>
      <w:r>
        <w:rPr>
          <w:sz w:val="20"/>
        </w:rPr>
        <w:t>24:48  nahi yeh sahi na kaha yeh aap ne sahi baat hai ke main na karen ge waisay. asal cheez yeh hai ke har dukandar apne bas se ziyada bari dukandari karna chahta hai.</w:t>
      </w:r>
      <w:r>
        <w:br/>
      </w:r>
      <w:r>
        <w:rPr>
          <w:sz w:val="20"/>
        </w:rPr>
        <w:t>24:59  jitna bas mein is ke hai us se ziyada bara le leta hai karobar. is liye manage nahi kar pata. aap ke jitne bas mein hai utne ek daire mein aap karobar kijiye.</w:t>
      </w:r>
      <w:r>
        <w:br/>
      </w:r>
      <w:r>
        <w:rPr>
          <w:sz w:val="20"/>
        </w:rPr>
        <w:t>25:12  khoob manage kar saken ge aap. yeh baat galat hai kyun ke main bohat dukandaron ko janta hoon. khud mere ghar mein bohat se tajar hain.</w:t>
      </w:r>
      <w:r>
        <w:br/>
      </w:r>
      <w:r>
        <w:rPr>
          <w:sz w:val="20"/>
        </w:rPr>
        <w:t>25:24  sab ki pareshani ka ek hi sabab hai. woh yeh hai ke jitna apne bas mein hai us se bara karobar phailane na laen. misaal ke taur par main ek sahib ko janta hoon.</w:t>
      </w:r>
      <w:r>
        <w:br/>
      </w:r>
      <w:r>
        <w:rPr>
          <w:sz w:val="20"/>
        </w:rPr>
        <w:t>25:35  achha khasa business tha un ka. yaani kaam ka chal raha tha. har zaroorat poori ho rahi thi lekin unhon ne kya kiya unhon ne</w:t>
      </w:r>
      <w:r>
        <w:br/>
      </w:r>
      <w:r>
        <w:rPr>
          <w:sz w:val="20"/>
        </w:rPr>
        <w:t>25:43  ek bohat hi ambitious plan banaya. aur ek crore rupay bank se loan le liya. ab nateeja kya hua ke bank se loan lene ka matlab yeh hai ke aap ko barabar is ka dena parta hai installment.</w:t>
      </w:r>
      <w:r>
        <w:br/>
      </w:r>
      <w:r>
        <w:rPr>
          <w:sz w:val="20"/>
        </w:rPr>
        <w:t>25:56  is ka interest. woh de nahi paye kyun ke jitna interest dena tha us ke lehaz se nafa nahi ho raha tha. nateeja kya hua</w:t>
      </w:r>
      <w:r>
        <w:br/>
      </w:r>
      <w:r>
        <w:rPr>
          <w:sz w:val="20"/>
        </w:rPr>
        <w:t>26:03  ke bankrupt ho gaye. to yeh jo manage nahi kar paye is liye manage nahi kar paye ke chhalang laga di unhon ne.</w:t>
      </w:r>
      <w:r>
        <w:br/>
      </w:r>
      <w:r>
        <w:rPr>
          <w:sz w:val="20"/>
        </w:rPr>
        <w:t>26:13  business mein dekhen jump nahi hoti. lekin har aadmi jump karta hai. qanaat nahi karta. woh jo qanaat wali baat jo main ne kahi woh yahan bhi hai.</w:t>
      </w:r>
      <w:r>
        <w:br/>
      </w:r>
      <w:r>
        <w:rPr>
          <w:sz w:val="20"/>
        </w:rPr>
        <w:t>26:23  jo business man qanaat par razi rahe ga us ko kabhi yeh problem nahi aye ga. lekin jo qanaat ki wajah has mein daure ga has par usi ko yeh problem hota hai.</w:t>
      </w:r>
      <w:r>
        <w:br/>
      </w:r>
      <w:r>
        <w:rPr>
          <w:sz w:val="20"/>
        </w:rPr>
        <w:t>26:35  to aap has ke case ko keh rahe hain ke manage nahi kar pata. yeh kahiye ke has se azaad nahi ho pata yeh kahiye. has se azaad nahi ho pata.</w:t>
      </w:r>
      <w:r>
        <w:br/>
      </w:r>
      <w:r>
        <w:rPr>
          <w:sz w:val="20"/>
        </w:rPr>
        <w:t>26:45  aur qanaat ka tareeqa ikhtiyar nahi kar pata.</w:t>
      </w:r>
    </w:p>
    <w:p>
      <w:pPr>
        <w:pStyle w:val="Heading2"/>
      </w:pPr>
      <w:r>
        <w:t>Reason for tension in business</w:t>
      </w:r>
    </w:p>
    <w:p>
      <w:r>
        <w:rPr>
          <w:color w:val="666666"/>
          <w:sz w:val="18"/>
        </w:rPr>
        <w:t>Life &amp; Wisdom · Building A Creative Personality | 20 Nov 2011 · 5m 22s · at 1:12:43 · https://youtu.be/jdfhpwfEvKg?t=4363</w:t>
      </w:r>
    </w:p>
    <w:p>
      <w:r>
        <w:rPr>
          <w:i/>
        </w:rPr>
        <w:t>“I am a shopkeeper. Due to some business issues, I remain tense. What is the reason for this?”</w:t>
      </w:r>
    </w:p>
    <w:p>
      <w:r>
        <w:rPr>
          <w:sz w:val="20"/>
        </w:rPr>
        <w:t>1:12:43  Maulana, agla sawal aaya hai Mr Fazal Amin ka Karachi Pakistan se. unhon ne likha hai ke main ek dukandar hoon, baaz karobari masail ki wajah se mujhe tension rehta hai. is ki is is ki kya wajah hai? dekhiye, mera jo tajurba hai, woh karobar ki wajah se tension nahi hota. tension hota hai more aur more ka jo juz hai, jis ko ke</w:t>
      </w:r>
      <w:r>
        <w:br/>
      </w:r>
      <w:r>
        <w:rPr>
          <w:sz w:val="20"/>
        </w:rPr>
        <w:t>1:13:13  hte hain hiras. insan ke do rawaiye hain: ya to qana'at ya hiras. yaani apne bas par agar aap karobar karein, apne bas par aap kharch karein, apne kharch ko aur aamdani ko control mein rakhein to koi tension nahi hoga. hota yeh hai ke aamdani kam, kharch zyada to aap aur zyada kamai, aur zyada kamai. is mein log bank ka qarz lete hain, tarah tarah ki cheezein karte hain. to asal</w:t>
      </w:r>
      <w:r>
        <w:br/>
      </w:r>
      <w:r>
        <w:rPr>
          <w:sz w:val="20"/>
        </w:rPr>
        <w:t>1:13:43  cheez tension ka sabab hiras hai, karobar nahi hai.</w:t>
      </w:r>
      <w:r>
        <w:br/>
      </w:r>
      <w:r>
        <w:rPr>
          <w:sz w:val="20"/>
        </w:rPr>
        <w:t>1:13:48  yaad rakhiye, hiras ko khatm kijiye, qanaat ko ikhtiyar kijiye, kharch ko ghataye, aamdani ko manage kijiye to</w:t>
      </w:r>
      <w:r>
        <w:br/>
      </w:r>
      <w:r>
        <w:rPr>
          <w:sz w:val="20"/>
        </w:rPr>
        <w:t>1:13:53  tension harghiz nahi hoga.</w:t>
      </w:r>
      <w:r>
        <w:br/>
      </w:r>
      <w:r>
        <w:rPr>
          <w:sz w:val="20"/>
        </w:rPr>
        <w:t>1:13:58  mujhe mera tareeqa hai, main to koi kharch hi nahi, main koi tension bhi nahi.</w:t>
      </w:r>
      <w:r>
        <w:br/>
      </w:r>
      <w:r>
        <w:rPr>
          <w:sz w:val="20"/>
        </w:rPr>
        <w:t>1:14:03  main jo hai, woh isi pe, isi pe raazi rehta hoon, isi pe raazi rehta hoon.</w:t>
      </w:r>
      <w:r>
        <w:br/>
      </w:r>
      <w:r>
        <w:rPr>
          <w:sz w:val="20"/>
        </w:rPr>
        <w:t>1:14:08  misalan yeh farz kijiye, glass mein hai, glass hai, glass mein pani pi loon ga, glass nahi</w:t>
      </w:r>
      <w:r>
        <w:br/>
      </w:r>
      <w:r>
        <w:rPr>
          <w:sz w:val="20"/>
        </w:rPr>
        <w:t>1:14:13  to hath se hi pi loon ga, hath se pi loon ga, kisi cheez se pi loon ga.</w:t>
      </w:r>
      <w:r>
        <w:br/>
      </w:r>
      <w:r>
        <w:rPr>
          <w:sz w:val="20"/>
        </w:rPr>
        <w:t>1:14:20  mujhe koi pareshani nahi hogi, glass nahi, glass nahi, glass nahi.</w:t>
      </w:r>
      <w:r>
        <w:br/>
      </w:r>
      <w:r>
        <w:rPr>
          <w:sz w:val="20"/>
        </w:rPr>
        <w:t>1:14:26  to yeh ghalat hai soch ke karobar ki waja se tension harghiz nahi, hiras ki waja se tension.</w:t>
      </w:r>
      <w:r>
        <w:br/>
      </w:r>
      <w:r>
        <w:rPr>
          <w:sz w:val="20"/>
        </w:rPr>
        <w:t>1:14:32  log apna kharch barhaye rehte hain, aamdani ab hoti nahi hoti to phir aamdani barhaye, koshish pe lage</w:t>
      </w:r>
      <w:r>
        <w:br/>
      </w:r>
      <w:r>
        <w:rPr>
          <w:sz w:val="20"/>
        </w:rPr>
        <w:t>1:14:39  rehte hain, raat din, raat din, raat din to tension hoga. woh to</w:t>
      </w:r>
      <w:r>
        <w:br/>
      </w:r>
      <w:r>
        <w:rPr>
          <w:sz w:val="20"/>
        </w:rPr>
        <w:t>1:14:45  apne karobar ko manage kijiye.</w:t>
      </w:r>
      <w:r>
        <w:br/>
      </w:r>
      <w:r>
        <w:rPr>
          <w:sz w:val="20"/>
        </w:rPr>
        <w:t>1:14:51  aik hi hal hai ke manage kijiye aur had ke andar rahiye, bas had se bahar na jaiye.</w:t>
      </w:r>
      <w:r>
        <w:br/>
      </w:r>
      <w:r>
        <w:rPr>
          <w:sz w:val="20"/>
        </w:rPr>
        <w:t>1:14:57  quran ne kaha: "takathur, takathur asal raaz hai tension ka." ilhaq o takathur, takathur se apne aap ko bachaiye.</w:t>
      </w:r>
      <w:r>
        <w:br/>
      </w:r>
      <w:r>
        <w:rPr>
          <w:sz w:val="20"/>
        </w:rPr>
        <w:t>1:15:03  mister khawaja kaleemuddin ne pennsylvania, usa se sawal kiya hai.</w:t>
      </w:r>
      <w:r>
        <w:br/>
      </w:r>
      <w:r>
        <w:rPr>
          <w:sz w:val="20"/>
        </w:rPr>
        <w:t>1:15:09  unhon ne likha hai: "mol</w:t>
      </w:r>
      <w:r>
        <w:br/>
      </w:r>
      <w:r>
        <w:rPr>
          <w:sz w:val="20"/>
        </w:rPr>
        <w:t>1:15:15  "Ana sahib, what is the difference between Ijtihad and Ijma? Is Ijma necessary in any Ijtihad?" Dekhiye, yeh</w:t>
      </w:r>
      <w:r>
        <w:br/>
      </w:r>
      <w:r>
        <w:rPr>
          <w:sz w:val="20"/>
        </w:rPr>
        <w:t>1:15:21  aik bara masla hai.</w:t>
      </w:r>
      <w:r>
        <w:br/>
      </w:r>
      <w:r>
        <w:rPr>
          <w:sz w:val="20"/>
        </w:rPr>
        <w:t>1:15:27  yeh aaj mein isi par bolne wala tha lekin kisi waja se topic badal gaya.</w:t>
      </w:r>
      <w:r>
        <w:br/>
      </w:r>
      <w:r>
        <w:rPr>
          <w:sz w:val="20"/>
        </w:rPr>
        <w:t>1:15:33  dekhen, ijma ka jo tasawwur hai logon ka, ab mein is ko sahi nahi samajhta.</w:t>
      </w:r>
      <w:r>
        <w:br/>
      </w:r>
      <w:r>
        <w:rPr>
          <w:sz w:val="20"/>
        </w:rPr>
        <w:t>1:15:39  ijma ko woh aaj kal kiya hai, mukhtasar tor par</w:t>
      </w:r>
      <w:r>
        <w:br/>
      </w:r>
      <w:r>
        <w:rPr>
          <w:sz w:val="20"/>
        </w:rPr>
        <w:t>1:15:45  arz karunga ke fuqaha jo hain kehte hain ke shariat ke char masadir hain. masdar yani source. source of shariat jo hai, woh char hain: quran, sunnat, ijma aur qiyas. main kehta hoon yeh sahi nahi hai, sirf do hi masdar hain, woh hain quran aur hadith. jaisa ke quran, jaisa ke hadith mein aata hai: "طرف مستقلا کتاب اللہ و سنتی". to asal jo hai, woh sirf quran aur hadith hai aur koi aslan</w:t>
      </w:r>
      <w:r>
        <w:br/>
      </w:r>
      <w:r>
        <w:rPr>
          <w:sz w:val="20"/>
        </w:rPr>
        <w:t>1:16:15  nahi hai. baqi jo hai, teesra woh ijtihad hai. ijtihad ki qismein mein se ek qism hai ijma, ek qism hai qiyas. to ijma jo hai, abadi nahi hota. logon ne samajh rakha hai ke ek baar agar ijma ho gaya to hamesha ke liye ijma quran o sunnat ki taraf ho gaya. yeh bilkul galat hai, yeh hargiz nahi. ijma jo hota hai, kisi waqti masle ko hal karne ke liye hota hai. to ek waqti masla pesh aaya, is mein do sooraten hain. agar sab ki ra</w:t>
      </w:r>
      <w:r>
        <w:br/>
      </w:r>
      <w:r>
        <w:rPr>
          <w:sz w:val="20"/>
        </w:rPr>
        <w:t>1:16:45  ek ho jaye to woh hua ijma. agar sab ki raah ek na ho to aksariyat dekha jayega, usko kehte hain jumhoor. to na to jumhoor ki raah hai aur na ijma hamesha ke liye hota hai. waqti hota hai woh, yani halaat badal jayein to ijma bhi badal jayega aur jumhoor ki raah bhi badal jayegi. jo naye badalne wali cheez hai, woh sirf do hain: quran aur hadith. to khulasa yeh hai ke ijma se pehle ijtihad hai. jab</w:t>
      </w:r>
      <w:r>
        <w:br/>
      </w:r>
      <w:r>
        <w:rPr>
          <w:sz w:val="20"/>
        </w:rPr>
        <w:t>1:17:15  bhi quran o hadith mein sarahatan kuch na mile, hidayat aap ko sochna pare to woh woh ijtihad</w:t>
      </w:r>
      <w:r>
        <w:br/>
      </w:r>
      <w:r>
        <w:rPr>
          <w:sz w:val="20"/>
        </w:rPr>
        <w:t>1:17:19  ka masla hota hai.</w:t>
      </w:r>
      <w:r>
        <w:br/>
      </w:r>
      <w:r>
        <w:rPr>
          <w:sz w:val="20"/>
        </w:rPr>
        <w:t>1:17:24  ab ijtihad ki jab aap karenge to kabhi consensus ho jayega, kabhi nahi hoga.</w:t>
      </w:r>
      <w:r>
        <w:br/>
      </w:r>
      <w:r>
        <w:rPr>
          <w:sz w:val="20"/>
        </w:rPr>
        <w:t>1:17:28  is ki wajah se shaklein badlengi.</w:t>
      </w:r>
      <w:r>
        <w:br/>
      </w:r>
      <w:r>
        <w:rPr>
          <w:sz w:val="20"/>
        </w:rPr>
        <w:t>1:17:32  to mere dekh, asal cheez Quran o Sunnat ke baad jo hai, wo ijtihad hi hai.</w:t>
      </w:r>
      <w:r>
        <w:br/>
      </w:r>
      <w:r>
        <w:rPr>
          <w:sz w:val="20"/>
        </w:rPr>
        <w:t>1:17:36  yeh jo logon ne banaya hai, ijma o qiyas, yeh apni taraf se banaya hai.</w:t>
      </w:r>
      <w:r>
        <w:br/>
      </w:r>
      <w:r>
        <w:rPr>
          <w:sz w:val="20"/>
        </w:rPr>
        <w:t>1:17:41  lekin phir bhi</w:t>
      </w:r>
      <w:r>
        <w:br/>
      </w:r>
      <w:r>
        <w:rPr>
          <w:sz w:val="20"/>
        </w:rPr>
        <w:t>1:17:45  main kahunga ke ijma agar kisi cheez ke upar ho jaye to wo abadi kabhi bhi nahi</w:t>
      </w:r>
      <w:r>
        <w:br/>
      </w:r>
      <w:r>
        <w:rPr>
          <w:sz w:val="20"/>
        </w:rPr>
        <w:t>1:17:50  hoga, waqti hoga.</w:t>
      </w:r>
      <w:r>
        <w:br/>
      </w:r>
      <w:r>
        <w:rPr>
          <w:sz w:val="20"/>
        </w:rPr>
        <w:t>1:17:55  wo abadi hai to sirf Quran o Sunnat hai.</w:t>
      </w:r>
      <w:r>
        <w:br/>
      </w:r>
      <w:r>
        <w:rPr>
          <w:sz w:val="20"/>
        </w:rPr>
        <w:t>1:18:00  is par inshallah main ek ek poora ek class karna chahta hoon is masle par aindah kisi waqt.</w:t>
      </w:r>
    </w:p>
    <w:p>
      <w:pPr>
        <w:pStyle w:val="Heading2"/>
      </w:pPr>
      <w:r>
        <w:t>Reasons for leaving homeland for livelihood</w:t>
      </w:r>
    </w:p>
    <w:p>
      <w:r>
        <w:rPr>
          <w:color w:val="666666"/>
          <w:sz w:val="18"/>
        </w:rPr>
        <w:t>Life &amp; Wisdom · Example of the Prophet March 20, 2016 · 1m 38s · at 1:33:56 · https://youtu.be/79HmhzXU41w?t=5636</w:t>
      </w:r>
    </w:p>
    <w:p>
      <w:r>
        <w:rPr>
          <w:i/>
        </w:rPr>
        <w:t>“What should be the reason for leaving one's homeland and going abroad for livelihood? If a person becomes contented, will this situation arise?”</w:t>
      </w:r>
    </w:p>
    <w:p>
      <w:r>
        <w:rPr>
          <w:sz w:val="20"/>
        </w:rPr>
        <w:t>1:33:56  Maulana, agla sawal Abdul Latif sahib ne kiya hai, Karachi se, aur unhon ne likha hai ke maash ke</w:t>
      </w:r>
      <w:r>
        <w:br/>
      </w:r>
      <w:r>
        <w:rPr>
          <w:sz w:val="20"/>
        </w:rPr>
        <w:t>1:34:03  hasool ke liye apne watan ko chhod kar bain-ul-mulk jaane ki kya wajah honi chahiye? Kya insan</w:t>
      </w:r>
      <w:r>
        <w:br/>
      </w:r>
      <w:r>
        <w:rPr>
          <w:sz w:val="20"/>
        </w:rPr>
        <w:t>1:34:11  agar qana'at pasand ban jaye to yeh nabat aayegi?</w:t>
      </w:r>
      <w:r>
        <w:br/>
      </w:r>
      <w:r>
        <w:rPr>
          <w:sz w:val="20"/>
        </w:rPr>
        <w:t>1:34:17  Dekhiye, Sahih Bukhari jo kitaab hai, us ki pehli hadith jo hai, bilkul pehli hadith, us ko padhiye,</w:t>
      </w:r>
      <w:r>
        <w:br/>
      </w:r>
      <w:r>
        <w:rPr>
          <w:sz w:val="20"/>
        </w:rPr>
        <w:t>1:34:27  us ko padhiye.</w:t>
      </w:r>
      <w:r>
        <w:br/>
      </w:r>
      <w:r>
        <w:rPr>
          <w:sz w:val="20"/>
        </w:rPr>
        <w:t>1:34:28  Us ke mutabiq to ek apna mulk chhod kar doosre mulk jaana sahi tor par sirf ek hi</w:t>
      </w:r>
      <w:r>
        <w:br/>
      </w:r>
      <w:r>
        <w:rPr>
          <w:sz w:val="20"/>
        </w:rPr>
        <w:t>1:34:35  wajah hai, wahi dawat hai.</w:t>
      </w:r>
      <w:r>
        <w:br/>
      </w:r>
      <w:r>
        <w:rPr>
          <w:sz w:val="20"/>
        </w:rPr>
        <w:t>1:34:39  Zimnan aap wahan kamayenge, jayenge to kamayenge bhi, khane ke liye.</w:t>
      </w:r>
      <w:r>
        <w:br/>
      </w:r>
      <w:r>
        <w:rPr>
          <w:sz w:val="20"/>
        </w:rPr>
        <w:t>1:34:43  lekin asal jo jo</w:t>
      </w:r>
      <w:r>
        <w:br/>
      </w:r>
      <w:r>
        <w:rPr>
          <w:sz w:val="20"/>
        </w:rPr>
        <w:t>1:34:47  har jo insaint hona chahiye, woh dawat hai.</w:t>
      </w:r>
      <w:r>
        <w:br/>
      </w:r>
      <w:r>
        <w:rPr>
          <w:sz w:val="20"/>
        </w:rPr>
        <w:t>1:34:53  bohat clear hai, bukhari ki pehli riwayat is mamle mein</w:t>
      </w:r>
      <w:r>
        <w:br/>
      </w:r>
      <w:r>
        <w:rPr>
          <w:sz w:val="20"/>
        </w:rPr>
        <w:t>1:34:59  sirf kamane ke liye jayen, sirf dollar kamane ke liye.</w:t>
      </w:r>
      <w:r>
        <w:br/>
      </w:r>
      <w:r>
        <w:rPr>
          <w:sz w:val="20"/>
        </w:rPr>
        <w:t>1:35:03  un ka to case hi hai, yani islam ka case nahi hai,</w:t>
      </w:r>
      <w:r>
        <w:br/>
      </w:r>
      <w:r>
        <w:rPr>
          <w:sz w:val="20"/>
        </w:rPr>
        <w:t>1:35:08  case islam ka case nahi hai.</w:t>
      </w:r>
      <w:r>
        <w:br/>
      </w:r>
      <w:r>
        <w:rPr>
          <w:sz w:val="20"/>
        </w:rPr>
        <w:t>1:35:11  islam case in logon ka hai jo aslan to jayen dawat ke liye, zamnan woh apna maash bhi</w:t>
      </w:r>
      <w:r>
        <w:br/>
      </w:r>
      <w:r>
        <w:rPr>
          <w:sz w:val="20"/>
        </w:rPr>
        <w:t>1:35:17  kama rahe hain wahan par, kyunke maash to chahiye aadmi ko, zarurat hai is ki.</w:t>
      </w:r>
      <w:r>
        <w:br/>
      </w:r>
      <w:r>
        <w:rPr>
          <w:sz w:val="20"/>
        </w:rPr>
        <w:t>1:35:22  sirf kamane ke liye jayen, sirf dollar ke liye jayen to un ka case islami case hi nahi</w:t>
      </w:r>
      <w:r>
        <w:br/>
      </w:r>
      <w:r>
        <w:rPr>
          <w:sz w:val="20"/>
        </w:rPr>
        <w:t>1:35:26  hai. is mein jis ko shakk ho to bukhari ki pehli jo hadith hai, us ko parhen.</w:t>
      </w:r>
    </w:p>
    <w:p>
      <w:pPr>
        <w:pStyle w:val="Heading2"/>
      </w:pPr>
      <w:r>
        <w:t>Recognizing and addressing obsession</w:t>
      </w:r>
    </w:p>
    <w:p>
      <w:r>
        <w:rPr>
          <w:color w:val="666666"/>
          <w:sz w:val="18"/>
        </w:rPr>
        <w:t>Life &amp; Wisdom · Revival of Muslims March 08, 2015 · 1m 59s · at 1:07:34 · https://youtu.be/8ShFcr8YozI?t=4054</w:t>
      </w:r>
    </w:p>
    <w:p>
      <w:r>
        <w:rPr>
          <w:i/>
        </w:rPr>
        <w:t>“How do I know that I have an obsession? And secondly, if I come across a person who has an obsession, how can I make him realize that he has an obsession?”</w:t>
      </w:r>
    </w:p>
    <w:p>
      <w:r>
        <w:rPr>
          <w:sz w:val="20"/>
        </w:rPr>
        <w:t>1:07:34  Maulana, agla sawal Idris Sahab ne kiya hai Raipur se aur unhon ne likha hai ke Maulana, how do I know that I have an obsession?</w:t>
      </w:r>
      <w:r>
        <w:br/>
      </w:r>
      <w:r>
        <w:rPr>
          <w:sz w:val="20"/>
        </w:rPr>
        <w:t>1:07:45  And secondly, if I come across a person who has an obsession, how can I make him realize that he has an obsession?</w:t>
      </w:r>
      <w:r>
        <w:br/>
      </w:r>
      <w:r>
        <w:rPr>
          <w:sz w:val="20"/>
        </w:rPr>
        <w:t>1:07:54  Dekhen, har cheez ka talluq jo hai, contemplation se hai, soch se hai, tadabbur se hai. Koi bhi cheez ho, aap aadmi job ke mamle mein sochta hai, tab baaton ko samajhta hai.</w:t>
      </w:r>
      <w:r>
        <w:br/>
      </w:r>
      <w:r>
        <w:rPr>
          <w:sz w:val="20"/>
        </w:rPr>
        <w:t>1:08:08  Business ke bare mein sochta hai, tab baaton ko samajhta hai. Aadmi apne bachon ko padhana hai to kahan padhaye, woh bhi sochta hai to samajhta</w:t>
      </w:r>
      <w:r>
        <w:br/>
      </w:r>
      <w:r>
        <w:rPr>
          <w:sz w:val="20"/>
        </w:rPr>
        <w:t>1:08:16  hai. Aise hi yahan bhi hai. Soch ko janiye is ko. Soch ko jante hue istemal karenge, hote jaane ke.</w:t>
      </w:r>
      <w:r>
        <w:br/>
      </w:r>
      <w:r>
        <w:rPr>
          <w:sz w:val="20"/>
        </w:rPr>
        <w:t>1:08:25  Lekin soch ko objective andaaz mein istemal karna. Jis tarah shadi ka mamla hai, bachon ki taleem ka mamla hai, wahan khoob objective ban jata hai aadmi.</w:t>
      </w:r>
      <w:r>
        <w:br/>
      </w:r>
      <w:r>
        <w:rPr>
          <w:sz w:val="20"/>
        </w:rPr>
        <w:t>1:08:34  Woh aise hi yahan bhi ban jayega.</w:t>
      </w:r>
      <w:r>
        <w:br/>
      </w:r>
      <w:r>
        <w:rPr>
          <w:sz w:val="20"/>
        </w:rPr>
        <w:t>1:08:40  Maulana, agla ek comment aur question hai doctor Safina Tabassum ne bheja hai Ajmer se.</w:t>
      </w:r>
      <w:r>
        <w:br/>
      </w:r>
      <w:r>
        <w:rPr>
          <w:sz w:val="20"/>
        </w:rPr>
        <w:t>1:08:46  Unhon ne jo comment likha hai, woh is tarah hai ke Maulana, for deconditioning of the Muslim community, the first step should be to increase their interaction with other communities and take them out of their ghetto mentality.</w:t>
      </w:r>
      <w:r>
        <w:br/>
      </w:r>
      <w:r>
        <w:rPr>
          <w:sz w:val="20"/>
        </w:rPr>
        <w:t>1:09:03  Maulana, am I right in my thinking?</w:t>
      </w:r>
      <w:r>
        <w:br/>
      </w:r>
      <w:r>
        <w:rPr>
          <w:sz w:val="20"/>
        </w:rPr>
        <w:t>1:09:09  Kya matlab?</w:t>
      </w:r>
      <w:r>
        <w:br/>
      </w:r>
      <w:r>
        <w:rPr>
          <w:sz w:val="20"/>
        </w:rPr>
        <w:t>1:09:11  Maulana, woh yeh keh rahi hain ke Muslim community ki deconditioning ke liye sab se zyada aham cheez jo hai, woh hai ke interaction ho doosri communities ke sath.</w:t>
      </w:r>
      <w:r>
        <w:br/>
      </w:r>
      <w:r>
        <w:rPr>
          <w:sz w:val="20"/>
        </w:rPr>
        <w:t>1:09:21  Isi se ghetto mentality se bahar aayenge woh. Haan, interaction ho, log padhen. Padhna bhi bohat zaroori hai.</w:t>
      </w:r>
      <w:r>
        <w:br/>
      </w:r>
      <w:r>
        <w:rPr>
          <w:sz w:val="20"/>
        </w:rPr>
        <w:t>1:09:31  Study aur interaction dono equ</w:t>
      </w:r>
    </w:p>
    <w:p>
      <w:pPr>
        <w:pStyle w:val="Heading2"/>
      </w:pPr>
      <w:r>
        <w:t>Reconciling Statements on Mentorship</w:t>
      </w:r>
    </w:p>
    <w:p>
      <w:r>
        <w:rPr>
          <w:color w:val="666666"/>
          <w:sz w:val="18"/>
        </w:rPr>
        <w:t>Life &amp; Wisdom · Q&amp;A 20 Nov 2011 Maulana Wahiduddin Khan · 2m 36s · at 47:10 · https://youtu.be/7sNDn8Y6jUc?t=2830</w:t>
      </w:r>
    </w:p>
    <w:p>
      <w:r>
        <w:rPr>
          <w:i/>
        </w:rPr>
        <w:t>“You wrote in Al-Risala Tazkiya November that a person should accept someone more knowledgeable as his mentor and seek guidance from him. In today's lecture, you said that every...”</w:t>
      </w:r>
    </w:p>
    <w:p>
      <w:r>
        <w:rPr>
          <w:sz w:val="20"/>
        </w:rPr>
        <w:t>47:10  maulana agla sawal mister abdullah ne kiya hai dilli se unhon ne likha hai ke aap ne al risala</w:t>
      </w:r>
      <w:r>
        <w:br/>
      </w:r>
      <w:r>
        <w:rPr>
          <w:sz w:val="20"/>
        </w:rPr>
        <w:t>47:17  tazkiya november mein likha tha ke insan apne se zyada janne wale kisi insan ko apna murshid man</w:t>
      </w:r>
      <w:r>
        <w:br/>
      </w:r>
      <w:r>
        <w:rPr>
          <w:sz w:val="20"/>
        </w:rPr>
        <w:t>47:25  le aur phir is se rehnumai hasil karta rahe aaj ke lecture mein aap ne farmaya ke har</w:t>
      </w:r>
      <w:r>
        <w:br/>
      </w:r>
      <w:r>
        <w:rPr>
          <w:sz w:val="20"/>
        </w:rPr>
        <w:t>47:32  insan ko creative thinker hona chahiye is se aisa mehsoos hota hai ke kisi murshid se rehnumai lene</w:t>
      </w:r>
      <w:r>
        <w:br/>
      </w:r>
      <w:r>
        <w:rPr>
          <w:sz w:val="20"/>
        </w:rPr>
        <w:t>47:39  ki zarurat nahi</w:t>
      </w:r>
      <w:r>
        <w:br/>
      </w:r>
      <w:r>
        <w:rPr>
          <w:sz w:val="20"/>
        </w:rPr>
        <w:t>47:42  wazahat farmayen</w:t>
      </w:r>
      <w:r>
        <w:br/>
      </w:r>
      <w:r>
        <w:rPr>
          <w:sz w:val="20"/>
        </w:rPr>
        <w:t>47:43  nahi abhi mein is ka jawab de chuka hoon dekhein har maamle ke do darje hote hain har maamle ke yeh bhi aik law of nature hai to</w:t>
      </w:r>
      <w:r>
        <w:br/>
      </w:r>
      <w:r>
        <w:rPr>
          <w:sz w:val="20"/>
        </w:rPr>
        <w:t>47:58  is ke bhi do darje hain agar aap ke paas time hai to aap mutala kijiye khud barah e raast kyunke dekhein mutala karne ke liye aap ka achi arabi zaban honi chahiye quran o hadith ko bohat ziyada padhna chahiye is se jo mutaliq literature hai us ko hi padhna chahiye</w:t>
      </w:r>
      <w:r>
        <w:br/>
      </w:r>
      <w:r>
        <w:rPr>
          <w:sz w:val="20"/>
        </w:rPr>
        <w:t>48:19  chahe is mein chalis saal beet jayen to aik shakal yeh hai ke aap ke paas kafi time hai aap ke paas ilm hai aap ke paas faraghat hai to aap mutala karen mutala karte rahen karte rahen yahan tak ke aap ko khul jaye lekin yeh har ek ke liye mumkin nahi hota</w:t>
      </w:r>
      <w:r>
        <w:br/>
      </w:r>
      <w:r>
        <w:rPr>
          <w:sz w:val="20"/>
        </w:rPr>
        <w:t>48:36  har ek itna time nahi de sakta to doosra darje mein hamesha aik kaha karta hoon ke aik darje ijtihad ka hai doosra taqleed ka hai dono darje hain ijtihad un yani aik to hai rozmarra ka ijtihad is ko mein nahi keh raha hoon</w:t>
      </w:r>
      <w:r>
        <w:br/>
      </w:r>
      <w:r>
        <w:rPr>
          <w:sz w:val="20"/>
        </w:rPr>
        <w:t>48:54  yani haqeeqat taqleed ki daryaft us ke is mani mein keh raha hoon to agar aap ke paas time hai to itna mutala kijiye itna apne aap ko lagayen chalis pachas saal beet jayen beetne dijiye agar aap ke paas waqt hai to yahan tak ke aap ko khule ke deen ki sahi taabeer kya hai</w:t>
      </w:r>
      <w:r>
        <w:br/>
      </w:r>
      <w:r>
        <w:rPr>
          <w:sz w:val="20"/>
        </w:rPr>
        <w:t>49:13  quran ka sahi mafhoom kya hai rasool allah ke ba'sat ka asal maqsad kya tha yeh sari baatein jo hain aur nahi agar aap ka itna time nahi hai to kisi aalim ko apna maan lijiye jis par aap ko bharosa ho apna murshid aur us se aap baatein poochte rahiye aur us ke mutabiq kaam karte rahiye yeh do darje hain yeh do darje hamesha se the aaj bhi hamesha rahen ge baqi</w:t>
      </w:r>
      <w:r>
        <w:br/>
      </w:r>
      <w:r>
        <w:rPr>
          <w:sz w:val="20"/>
        </w:rPr>
        <w:t>49:40  is mein koi yani is mein koi harj nahi hai.</w:t>
      </w:r>
    </w:p>
    <w:p>
      <w:pPr>
        <w:pStyle w:val="Heading2"/>
      </w:pPr>
      <w:r>
        <w:t>Reconciling spirit of age with historical incidents</w:t>
      </w:r>
    </w:p>
    <w:p>
      <w:r>
        <w:rPr>
          <w:color w:val="666666"/>
          <w:sz w:val="18"/>
        </w:rPr>
        <w:t>Life &amp; Wisdom · Spirit of the Age November 06, 2016 · 1m 47s · at 39:15 · https://youtu.be/URWoioUiDO4?t=2355</w:t>
      </w:r>
    </w:p>
    <w:p>
      <w:r>
        <w:rPr>
          <w:i/>
        </w:rPr>
        <w:t>“I agree with you that Muslims should understand the spirit of the age, but it is also a reality that there are true incidents which show that they have happened against the Muslims. How should we view these incidents?”</w:t>
      </w:r>
    </w:p>
    <w:p>
      <w:r>
        <w:rPr>
          <w:sz w:val="20"/>
        </w:rPr>
        <w:t>39:14  hoga.</w:t>
      </w:r>
      <w:r>
        <w:br/>
      </w:r>
      <w:r>
        <w:rPr>
          <w:sz w:val="20"/>
        </w:rPr>
        <w:t>39:15  maulana, agla sawal Ahmedabad se Kabir Khan sahib ne kiya hai, aur unhone likha hai, Maulana</w:t>
      </w:r>
      <w:r>
        <w:br/>
      </w:r>
      <w:r>
        <w:rPr>
          <w:sz w:val="20"/>
        </w:rPr>
        <w:t>39:23  Sahib, I agree with you that Muslims should understand the spirit of age, but it is also a</w:t>
      </w:r>
      <w:r>
        <w:br/>
      </w:r>
      <w:r>
        <w:rPr>
          <w:sz w:val="20"/>
        </w:rPr>
        <w:t>39:31  reality that there are true incidents which show which show that they have happened against the Muslims, and</w:t>
      </w:r>
      <w:r>
        <w:br/>
      </w:r>
      <w:r>
        <w:rPr>
          <w:sz w:val="20"/>
        </w:rPr>
        <w:t>39:38  the perpetrators have also openly claimed their anti-Islam stand.</w:t>
      </w:r>
      <w:r>
        <w:br/>
      </w:r>
      <w:r>
        <w:rPr>
          <w:sz w:val="20"/>
        </w:rPr>
        <w:t>39:43  why is it that you don't speak against such atrocities? iska jawab bhi wahi dunga main</w:t>
      </w:r>
      <w:r>
        <w:br/>
      </w:r>
      <w:r>
        <w:rPr>
          <w:sz w:val="20"/>
        </w:rPr>
        <w:t>39:50  ke log rizq mein phanse hue hain.</w:t>
      </w:r>
      <w:r>
        <w:br/>
      </w:r>
      <w:r>
        <w:rPr>
          <w:sz w:val="20"/>
        </w:rPr>
        <w:t>39:53  quran ki surah jo hai al mudathir, usko padhiye aap.</w:t>
      </w:r>
      <w:r>
        <w:br/>
      </w:r>
      <w:r>
        <w:rPr>
          <w:sz w:val="20"/>
        </w:rPr>
        <w:t>39:58  rasool Allah se kaha gaya ke dawat ka kaam karo aur rizq ko chodo.</w:t>
      </w:r>
      <w:r>
        <w:br/>
      </w:r>
      <w:r>
        <w:rPr>
          <w:sz w:val="20"/>
        </w:rPr>
        <w:t>40:04  yaani peghambar bhi dawat ka positive kaam sirf is waqt kar sakta tha jab ke rizq ko chhod</w:t>
      </w:r>
      <w:r>
        <w:br/>
      </w:r>
      <w:r>
        <w:rPr>
          <w:sz w:val="20"/>
        </w:rPr>
        <w:t>40:11  de woh.</w:t>
      </w:r>
      <w:r>
        <w:br/>
      </w:r>
      <w:r>
        <w:rPr>
          <w:sz w:val="20"/>
        </w:rPr>
        <w:t>40:13  kyunki rizq jo hai, rizq jo hai, kisi ki conspiracy se nahi aata.</w:t>
      </w:r>
      <w:r>
        <w:br/>
      </w:r>
      <w:r>
        <w:rPr>
          <w:sz w:val="20"/>
        </w:rPr>
        <w:t>40:18  rizq, rizq jo hai, kisi conspiracy se, yaani dushmani se nahi aata.</w:t>
      </w:r>
      <w:r>
        <w:br/>
      </w:r>
      <w:r>
        <w:rPr>
          <w:sz w:val="20"/>
        </w:rPr>
        <w:t>40:24  wo aata hai is is law of nature se ke Allah ne ya creator ne har insaan ko</w:t>
      </w:r>
      <w:r>
        <w:br/>
      </w:r>
      <w:r>
        <w:rPr>
          <w:sz w:val="20"/>
        </w:rPr>
        <w:t>40:31  azadi de di, azadi, total freedom.</w:t>
      </w:r>
      <w:r>
        <w:br/>
      </w:r>
      <w:r>
        <w:rPr>
          <w:sz w:val="20"/>
        </w:rPr>
        <w:t>40:34  to apni freedom ko apne hisab se istemal karne ka.</w:t>
      </w:r>
      <w:r>
        <w:br/>
      </w:r>
      <w:r>
        <w:rPr>
          <w:sz w:val="20"/>
        </w:rPr>
        <w:t>40:38  aap ko lagta hai ke yeh aap ke khilaaf hai to is ko ignore kijiye, is ko mitane</w:t>
      </w:r>
      <w:r>
        <w:br/>
      </w:r>
      <w:r>
        <w:rPr>
          <w:sz w:val="20"/>
        </w:rPr>
        <w:t>40:46  ki koshish mat kijiye, ignore kijiye.</w:t>
      </w:r>
      <w:r>
        <w:br/>
      </w:r>
      <w:r>
        <w:rPr>
          <w:sz w:val="20"/>
        </w:rPr>
        <w:t>40:48  aap ko jo azaadi mili hai, us ko istemaal kijiye.</w:t>
      </w:r>
      <w:r>
        <w:br/>
      </w:r>
      <w:r>
        <w:rPr>
          <w:sz w:val="20"/>
        </w:rPr>
        <w:t>40:53  isi wisdom ko leak kar rahe hain log, is wajah se problem hai.</w:t>
      </w:r>
      <w:r>
        <w:br/>
      </w:r>
      <w:r>
        <w:rPr>
          <w:sz w:val="20"/>
        </w:rPr>
        <w:t>40:58  It is, it is problem created by lack of wisdom.</w:t>
      </w:r>
    </w:p>
    <w:p>
      <w:pPr>
        <w:pStyle w:val="Heading2"/>
      </w:pPr>
      <w:r>
        <w:t>Regret over wasted half of life</w:t>
      </w:r>
    </w:p>
    <w:p>
      <w:r>
        <w:rPr>
          <w:color w:val="666666"/>
          <w:sz w:val="18"/>
        </w:rPr>
        <w:t>Life &amp; Wisdom · Modern Age June 9, 2019 Maulana Wahiduddin Khan · 4m 13s · at 40:21 · https://youtu.be/7mjCvAvHEdA?t=2421</w:t>
      </w:r>
    </w:p>
    <w:p>
      <w:r>
        <w:rPr>
          <w:i/>
        </w:rPr>
        <w:t>“I am forty-six years old now. Half of my life is spent without thinking seriously and the remaining half just routine life of listening to Islam as a ritual. The remaining life looks very short.”</w:t>
      </w:r>
    </w:p>
    <w:p>
      <w:r>
        <w:rPr>
          <w:sz w:val="20"/>
        </w:rPr>
        <w:t>40:21  Maulana, agla sawal Pakistan se kiya hai Abdul Rauf Butt sahib ne. Unhone likha hai, "Maulana, I am forty-six years old now.</w:t>
      </w:r>
      <w:r>
        <w:br/>
      </w:r>
      <w:r>
        <w:rPr>
          <w:sz w:val="20"/>
        </w:rPr>
        <w:t>40:31  Half of my life is spent without thinking seriously and the remaining half just routine life of listening to Islam as a ritual.</w:t>
      </w:r>
      <w:r>
        <w:br/>
      </w:r>
      <w:r>
        <w:rPr>
          <w:sz w:val="20"/>
        </w:rPr>
        <w:t>40:43  The remaining life looks very short</w:t>
      </w:r>
      <w:r>
        <w:br/>
      </w:r>
      <w:r>
        <w:rPr>
          <w:sz w:val="20"/>
        </w:rPr>
        <w:t>40:46  . My request, Maulana, is if you could advise us how to spend a life, the remaining one, so that we can get some place in paradise."</w:t>
      </w:r>
      <w:r>
        <w:br/>
      </w:r>
      <w:r>
        <w:rPr>
          <w:sz w:val="20"/>
        </w:rPr>
        <w:t>41:02  Dekhiye, paradise to ka talluq muddat se nahi hai ke aap so saal amal karen to paradise hai.</w:t>
      </w:r>
      <w:r>
        <w:br/>
      </w:r>
      <w:r>
        <w:rPr>
          <w:sz w:val="20"/>
        </w:rPr>
        <w:t>41:15  Nahi, ek din ka amal bhi aap ko paradise mein le ja sakta hai. Allah</w:t>
      </w:r>
      <w:r>
        <w:br/>
      </w:r>
      <w:r>
        <w:rPr>
          <w:sz w:val="20"/>
        </w:rPr>
        <w:t>41:29  ko aap ke amal ki, Allah aap ke amal ko quantitative term mein nahi dekhta, quality ki term mein dekhta hai.</w:t>
      </w:r>
      <w:r>
        <w:br/>
      </w:r>
      <w:r>
        <w:rPr>
          <w:sz w:val="20"/>
        </w:rPr>
        <w:t>41:41  Is baat ko achi tarah samajh lijiye ke Allah aap ke amal ko in terms of quantity nahi dekhta, woh in terms of quality dekhta hai.</w:t>
      </w:r>
      <w:r>
        <w:br/>
      </w:r>
      <w:r>
        <w:rPr>
          <w:sz w:val="20"/>
        </w:rPr>
        <w:t>41:53  To aap ke paas zindagi ka thoda sa waqt baqi hai, tab bhi aap in terms of quality kuch kar dikhaiye to Allah dor kar aap ke paas ayega aur jannat aap ko, farishte aap ko gifts ki tarah le ke khare ho jayenge aap ke paas.</w:t>
      </w:r>
      <w:r>
        <w:br/>
      </w:r>
      <w:r>
        <w:rPr>
          <w:sz w:val="20"/>
        </w:rPr>
        <w:t>42:14  It is quality that matters. Yaad rakhiye, Allah ke haan quality ki qeemat hai, quantity ki kuch bhi qeemat nahi hai, kuch bhi nahi hai.</w:t>
      </w:r>
      <w:r>
        <w:br/>
      </w:r>
      <w:r>
        <w:rPr>
          <w:sz w:val="20"/>
        </w:rPr>
        <w:t>42:27  To quality ek aisi cheez hai ke aap agar zindagi ka ek din aap mila hai, tab bhi aap is ko kar sakte hain. Maslan dekhiye, main ek waqia batata hoon aap ko ek shakhs ka.</w:t>
      </w:r>
      <w:r>
        <w:br/>
      </w:r>
      <w:r>
        <w:rPr>
          <w:sz w:val="20"/>
        </w:rPr>
        <w:t>42:46  Woh is ka case wahi tha jo aap ne bataya, wahi tha.</w:t>
      </w:r>
      <w:r>
        <w:br/>
      </w:r>
      <w:r>
        <w:rPr>
          <w:sz w:val="20"/>
        </w:rPr>
        <w:t>42:53  To jab umar zyada ho chuki thi to ek din is ne do rak'at namaz padhi aur phir dua karne laga.</w:t>
      </w:r>
      <w:r>
        <w:br/>
      </w:r>
      <w:r>
        <w:rPr>
          <w:sz w:val="20"/>
        </w:rPr>
        <w:t>43:04  Dua karne laga. Is ne kaha ke "Khuda ya, meri meri umar to khatm ho gayi lekin teri rehmat to khatm ho rahi nahi hai." Is ki zuban se nikla ke "Khuda ya,</w:t>
      </w:r>
      <w:r>
        <w:br/>
      </w:r>
      <w:r>
        <w:rPr>
          <w:sz w:val="20"/>
        </w:rPr>
        <w:t>43:20  meri umar to khatm ho gayi lekin teri rehmat to khatm ho rahi nahin."</w:t>
      </w:r>
      <w:r>
        <w:br/>
      </w:r>
      <w:r>
        <w:rPr>
          <w:sz w:val="20"/>
        </w:rPr>
        <w:t>43:28  yeh us us jumle ne ek mein nahin keh sakta ke kya hua akhirat mein, lekin mera guess</w:t>
      </w:r>
      <w:r>
        <w:br/>
      </w:r>
      <w:r>
        <w:rPr>
          <w:sz w:val="20"/>
        </w:rPr>
        <w:t>43:35  zaroori hai ke usne allah ko invoke kiya hoga uske in alfaz ne aur usko</w:t>
      </w:r>
      <w:r>
        <w:br/>
      </w:r>
      <w:r>
        <w:rPr>
          <w:sz w:val="20"/>
        </w:rPr>
        <w:t>43:44  wo sab kuch mil gaya hoga jo mazi mein usne kho diya tha.</w:t>
      </w:r>
      <w:r>
        <w:br/>
      </w:r>
      <w:r>
        <w:rPr>
          <w:sz w:val="20"/>
        </w:rPr>
        <w:t>43:51  Yeh mera guess hai.</w:t>
      </w:r>
      <w:r>
        <w:br/>
      </w:r>
      <w:r>
        <w:rPr>
          <w:sz w:val="20"/>
        </w:rPr>
        <w:t>43:56  Kaisa ajeeb is ki zuban se nikla tha yeh lafz ke "Khuda ya, meri umar to khatm ho gayi lekin teri rehmat to khatm ho rahi nahi hai."</w:t>
      </w:r>
      <w:r>
        <w:br/>
      </w:r>
      <w:r>
        <w:rPr>
          <w:sz w:val="20"/>
        </w:rPr>
        <w:t>44:11  To aap yeh is is is cheez ko le kar sochiye, woh jo aap ki soch hai woh sahi nahi hai. Is haqeeqat ko le kar sochiye to inshallah ek din bhi agar mil jaye zindagi mein aap ko to wahi kafi ho sakta hai aap ke jannat ke liye.</w:t>
      </w:r>
    </w:p>
    <w:p>
      <w:pPr>
        <w:pStyle w:val="Heading2"/>
      </w:pPr>
      <w:r>
        <w:t>Removing complaints while working with team</w:t>
      </w:r>
    </w:p>
    <w:p>
      <w:r>
        <w:rPr>
          <w:color w:val="666666"/>
          <w:sz w:val="18"/>
        </w:rPr>
        <w:t>Life &amp; Wisdom · The Importance of Team Work February 5, 2012 · 4m 13s · at 1:08:22 · https://youtu.be/qBbwznqIqVw?t=4102</w:t>
      </w:r>
    </w:p>
    <w:p>
      <w:r>
        <w:rPr>
          <w:i/>
        </w:rPr>
        <w:t>“How to remove complaints from the heart while working with a team? Please tell about it.”</w:t>
      </w:r>
    </w:p>
    <w:p>
      <w:r>
        <w:rPr>
          <w:sz w:val="20"/>
        </w:rPr>
        <w:t>1:08:22  Maulana, agla sawal hai Delhi se Maulana Shariq Hussain ne kiya hai. Unhone likha hai: "Team ke sath kaam karte hue pesh aane wali shikayaton ko dil se kaise khatam kiya jaye?</w:t>
      </w:r>
      <w:r>
        <w:br/>
      </w:r>
      <w:r>
        <w:rPr>
          <w:sz w:val="20"/>
        </w:rPr>
        <w:t>1:08:35  Is ke bare mein batayein." Bahut hi aasan hai, bahut hi aasan hai.</w:t>
      </w:r>
      <w:r>
        <w:br/>
      </w:r>
      <w:r>
        <w:rPr>
          <w:sz w:val="20"/>
        </w:rPr>
        <w:t>1:08:43  Aap sirf yeh soch lein ke shikayat ko khatam karna ek bahut bada rewardable kaam hai.</w:t>
      </w:r>
      <w:r>
        <w:br/>
      </w:r>
      <w:r>
        <w:rPr>
          <w:sz w:val="20"/>
        </w:rPr>
        <w:t>1:08:54  Rewardable, qabil-e-inaam.</w:t>
      </w:r>
      <w:r>
        <w:br/>
      </w:r>
      <w:r>
        <w:rPr>
          <w:sz w:val="20"/>
        </w:rPr>
        <w:t>1:08:58  Aap ghaur kijiye ke ek hai ke aap sona chandi kharch karein, paisa kharch karein toh is ka reward milega.</w:t>
      </w:r>
      <w:r>
        <w:br/>
      </w:r>
      <w:r>
        <w:rPr>
          <w:sz w:val="20"/>
        </w:rPr>
        <w:t>1:09:12  Aur shikayat toh ek ehsaas hai, ehsaas zehen mein paida hua, wohin khatam kar dijiye.</w:t>
      </w:r>
      <w:r>
        <w:br/>
      </w:r>
      <w:r>
        <w:rPr>
          <w:sz w:val="20"/>
        </w:rPr>
        <w:t>1:09:21  Ehsaas ko khatam kar ke woh milta hai inaam jo sone chandi ke dher ko khatam karne pe nahi milta.</w:t>
      </w:r>
      <w:r>
        <w:br/>
      </w:r>
      <w:r>
        <w:rPr>
          <w:sz w:val="20"/>
        </w:rPr>
        <w:t>1:09:31  Pichhle Quran mein hai ke innamā yūfaṣṣābirūna ujrahum bighayri ḥisābin toh sone chandi ki qurbani se toh badi qurbani woh hai jo nafsiyat ki sirf ki jaati hai,</w:t>
      </w:r>
      <w:r>
        <w:br/>
      </w:r>
      <w:r>
        <w:rPr>
          <w:sz w:val="20"/>
        </w:rPr>
        <w:t>1:09:44  shikayaton ko bhula kar.</w:t>
      </w:r>
      <w:r>
        <w:br/>
      </w:r>
      <w:r>
        <w:rPr>
          <w:sz w:val="20"/>
        </w:rPr>
        <w:t>1:09:46  Toh agar yeh socha jaye ke agar shikayaton ko maine khatam kar diya dil se toh yeh toh bahut bada rewardable kaam hoga meri taraf se.</w:t>
      </w:r>
      <w:r>
        <w:br/>
      </w:r>
      <w:r>
        <w:rPr>
          <w:sz w:val="20"/>
        </w:rPr>
        <w:t>1:09:58  Toh aadmi ko mushkil nahi lagega, woh aasan maloom hoga. Balkeh woh jis ne shikayat ka mauqa diya, us ka shukriya ada karega ke tum ne mujhe ek bade inaam ke qabil banaya.</w:t>
      </w:r>
      <w:r>
        <w:br/>
      </w:r>
      <w:r>
        <w:rPr>
          <w:sz w:val="20"/>
        </w:rPr>
        <w:t>1:10:14  Sara muamla yeh hai ke hum cheezon ko duniya ke aitbar se dekhte hain, aakhirat ke baad se nahi. Yeh sirf wajah yeh hoti hai ke duniya ke aitbar se bahut bhari lagta hai.</w:t>
      </w:r>
      <w:r>
        <w:br/>
      </w:r>
      <w:r>
        <w:rPr>
          <w:sz w:val="20"/>
        </w:rPr>
        <w:t>1:10:30  shikayat hai ke is ko bulaya jaye, is ko is ko to intiqam lena hai. lekin akhirat ke aitbar se dekhen, agar to maloom hoga ye to kuch bhi nahin.</w:t>
      </w:r>
      <w:r>
        <w:br/>
      </w:r>
      <w:r>
        <w:rPr>
          <w:sz w:val="20"/>
        </w:rPr>
        <w:t>1:10:41  to ye sari cheezon mein buniyadi baat ye hai ke ek hai dunya oriented soch, ek hai akhirat oriented soch. to ye sara masla hai dunya oriented soch walon ke liye.</w:t>
      </w:r>
      <w:r>
        <w:br/>
      </w:r>
      <w:r>
        <w:rPr>
          <w:sz w:val="20"/>
        </w:rPr>
        <w:t>1:10:56  akhirat oriented soch mein ye sab baaten bilkul khatam ho jati hain, be haqeeqat ho jati hain.</w:t>
      </w:r>
      <w:r>
        <w:br/>
      </w:r>
      <w:r>
        <w:rPr>
          <w:sz w:val="20"/>
        </w:rPr>
        <w:t>1:11:06  maulana iqbal umri ne tamil nadu se likha hai:</w:t>
      </w:r>
      <w:r>
        <w:br/>
      </w:r>
      <w:r>
        <w:rPr>
          <w:sz w:val="20"/>
        </w:rPr>
        <w:t>1:11:11  "kya team ke leader se ideology ki base par ikhtilaf kiya ja sakta hai?"</w:t>
      </w:r>
      <w:r>
        <w:br/>
      </w:r>
      <w:r>
        <w:rPr>
          <w:sz w:val="20"/>
        </w:rPr>
        <w:t>1:11:22  dekhen, ikhtilaf alag cheez hai, takrao alag cheez hai.</w:t>
      </w:r>
      <w:r>
        <w:br/>
      </w:r>
      <w:r>
        <w:rPr>
          <w:sz w:val="20"/>
        </w:rPr>
        <w:t>1:11:27  hadith mein bataya: illa an taraf kufra bawwah us waqt tak itaat karna hai jab tak aap kufar bawa na dekha hai, khula khula kufar.</w:t>
      </w:r>
      <w:r>
        <w:br/>
      </w:r>
      <w:r>
        <w:rPr>
          <w:sz w:val="20"/>
        </w:rPr>
        <w:t>1:11:42  to ikhtilaf bilashuba bohat achhi cheez hai. ikhtilaf himmat rahmat ikhtilaf ka matlab hai discussion, dialogue.</w:t>
      </w:r>
      <w:r>
        <w:br/>
      </w:r>
      <w:r>
        <w:rPr>
          <w:sz w:val="20"/>
        </w:rPr>
        <w:t>1:11:54  to wo bohat achhi cheez hai. lekin ikhtilaf ko le kar takrao karna, badnaam karna, jhagda machana, wo sab bilashuba jaiz nahin islam mein</w:t>
      </w:r>
      <w:r>
        <w:br/>
      </w:r>
      <w:r>
        <w:rPr>
          <w:sz w:val="20"/>
        </w:rPr>
        <w:t>1:12:07  . ikhtilaf ko jab discussion ka mozu banaya jaye to kya hoga? intellectual development hoga dono ke liye.</w:t>
      </w:r>
      <w:r>
        <w:br/>
      </w:r>
      <w:r>
        <w:rPr>
          <w:sz w:val="20"/>
        </w:rPr>
        <w:t>1:12:19  nai nai baaten samne ayengi. lekin jab ikhtilaf ko le kar takrao kiya jaye to wo to shaitani kaam hai, is ka koi faida nahin hai tarafain ke liye.</w:t>
      </w:r>
    </w:p>
    <w:p>
      <w:pPr>
        <w:pStyle w:val="Heading2"/>
      </w:pPr>
      <w:r>
        <w:t>Replanning Requires Accepting Past Mistakes</w:t>
      </w:r>
    </w:p>
    <w:p>
      <w:r>
        <w:rPr>
          <w:color w:val="666666"/>
          <w:sz w:val="18"/>
        </w:rPr>
        <w:t>Life &amp; Wisdom · Good News from Kashmir May 14, 2017 · 1m 55s · at 52:17 · https://youtu.be/2XwuYi_nH28?t=3137</w:t>
      </w:r>
    </w:p>
    <w:p>
      <w:r>
        <w:rPr>
          <w:i/>
        </w:rPr>
        <w:t>“Maulana, replanning all so requires acceptance of past mistakes.”</w:t>
      </w:r>
    </w:p>
    <w:p>
      <w:r>
        <w:rPr>
          <w:sz w:val="20"/>
        </w:rPr>
        <w:t>52:17  "This is the underline statement of today's lecture." مولانا، اگلا سوال ہم لیتے ہیں</w:t>
      </w:r>
      <w:r>
        <w:br/>
      </w:r>
      <w:r>
        <w:rPr>
          <w:sz w:val="20"/>
        </w:rPr>
        <w:t>52:25  jo srinagar se bheja hai naeem sahab ne.</w:t>
      </w:r>
      <w:r>
        <w:br/>
      </w:r>
      <w:r>
        <w:rPr>
          <w:sz w:val="20"/>
        </w:rPr>
        <w:t>52:31  اور انہوں نے لکھا ہے: "مولانا، replanning also requires acceptance of past mistakes۔</w:t>
      </w:r>
      <w:r>
        <w:br/>
      </w:r>
      <w:r>
        <w:rPr>
          <w:sz w:val="20"/>
        </w:rPr>
        <w:t>52:37  My question is even though people of Kashmir want to move ahead, but the leaders there will not</w:t>
      </w:r>
      <w:r>
        <w:br/>
      </w:r>
      <w:r>
        <w:rPr>
          <w:sz w:val="20"/>
        </w:rPr>
        <w:t>52:43  Let them forget past so that the protest and violence continues.</w:t>
      </w:r>
      <w:r>
        <w:br/>
      </w:r>
      <w:r>
        <w:rPr>
          <w:sz w:val="20"/>
        </w:rPr>
        <w:t>52:49  What should the Kashmiri youths do in such a situation? Please advise all</w:t>
      </w:r>
      <w:r>
        <w:br/>
      </w:r>
      <w:r>
        <w:rPr>
          <w:sz w:val="20"/>
        </w:rPr>
        <w:t>52:55  آف اس۔" بس ایک ہی ورڈ ہے: "ignore, ignore, ignore it." بیسٹ فارمولا ہے وہ ہے: "avail the</w:t>
      </w:r>
      <w:r>
        <w:br/>
      </w:r>
      <w:r>
        <w:rPr>
          <w:sz w:val="20"/>
        </w:rPr>
        <w:t>53:02  opportunities, ignore the problem." Ignore them.</w:t>
      </w:r>
      <w:r>
        <w:br/>
      </w:r>
      <w:r>
        <w:rPr>
          <w:sz w:val="20"/>
        </w:rPr>
        <w:t>53:10  اگر ignore کریں تو یہ ان کی موت ہے۔</w:t>
      </w:r>
      <w:r>
        <w:br/>
      </w:r>
      <w:r>
        <w:rPr>
          <w:sz w:val="20"/>
        </w:rPr>
        <w:t>53:17  hazrat umar r.a. ne kehta hai: "sahih kaha tha ke amrit al-batil bisimtanu.</w:t>
      </w:r>
      <w:r>
        <w:br/>
      </w:r>
      <w:r>
        <w:rPr>
          <w:sz w:val="20"/>
        </w:rPr>
        <w:t>53:25  batil ko khatam karo, is ke baray mein chup reh kar.</w:t>
      </w:r>
      <w:r>
        <w:br/>
      </w:r>
      <w:r>
        <w:rPr>
          <w:sz w:val="20"/>
        </w:rPr>
        <w:t>53:30  batil ko khatam karo, is ke baray mein chup reh kar.</w:t>
      </w:r>
      <w:r>
        <w:br/>
      </w:r>
      <w:r>
        <w:rPr>
          <w:sz w:val="20"/>
        </w:rPr>
        <w:t>53:35  bas chup rahiye, woh khud hi apni maut mar jayen gay." woh log molana, ek aur comment lena</w:t>
      </w:r>
      <w:r>
        <w:br/>
      </w:r>
      <w:r>
        <w:rPr>
          <w:sz w:val="20"/>
        </w:rPr>
        <w:t>53:40  chahen gay aglay sawal se pehlay.</w:t>
      </w:r>
      <w:r>
        <w:br/>
      </w:r>
      <w:r>
        <w:rPr>
          <w:sz w:val="20"/>
        </w:rPr>
        <w:t>53:45  ah, doctor najma siddiqui ne dilli se comment comment bheja hai.</w:t>
      </w:r>
      <w:r>
        <w:br/>
      </w:r>
      <w:r>
        <w:rPr>
          <w:sz w:val="20"/>
        </w:rPr>
        <w:t>53:50  انہوں نے لکھا ہے: "مولانا، I enjoy the class sitting directly in front of you after more than three months</w:t>
      </w:r>
      <w:r>
        <w:br/>
      </w:r>
      <w:r>
        <w:rPr>
          <w:sz w:val="20"/>
        </w:rPr>
        <w:t>53:55  and learned great lesson.</w:t>
      </w:r>
      <w:r>
        <w:br/>
      </w:r>
      <w:r>
        <w:rPr>
          <w:sz w:val="20"/>
        </w:rPr>
        <w:t>53:59  thank you for welcoming and making dua for me.</w:t>
      </w:r>
      <w:r>
        <w:br/>
      </w:r>
      <w:r>
        <w:rPr>
          <w:sz w:val="20"/>
        </w:rPr>
        <w:t>54:04  allah will surely help me in reviving my heart.</w:t>
      </w:r>
      <w:r>
        <w:br/>
      </w:r>
      <w:r>
        <w:rPr>
          <w:sz w:val="20"/>
        </w:rPr>
        <w:t>54:08  i have full trust in him." inshallah.</w:t>
      </w:r>
    </w:p>
    <w:p>
      <w:pPr>
        <w:pStyle w:val="Heading2"/>
      </w:pPr>
      <w:r>
        <w:t>Request for biography material of Maulana</w:t>
      </w:r>
    </w:p>
    <w:p>
      <w:r>
        <w:rPr>
          <w:color w:val="666666"/>
          <w:sz w:val="18"/>
        </w:rPr>
        <w:t>Life &amp; Wisdom · Islam and Science (In Conversation with Maulana) · 56s · at 16:34 · https://youtu.be/pKS94tSXlT4?t=994</w:t>
      </w:r>
    </w:p>
    <w:p>
      <w:r>
        <w:rPr>
          <w:i/>
        </w:rPr>
        <w:t>“My question is: If there is any book or material on Maulana's biography, please provide a reference. And if no book or material exists, then I request CPS members to prepare some material on Maulana's biography so that people can get guidance from it in their lives.”</w:t>
      </w:r>
    </w:p>
    <w:p>
      <w:r>
        <w:rPr>
          <w:sz w:val="20"/>
        </w:rPr>
        <w:t>16:34  agla sawal maulana karachi pakistan se miss saira latif ka hai. unhon ne likha hai: "mera sawal yeh hai ke maulana ke sawaneh umri yani biography par agar koi kitab ya mawad kahin maujood hon to is ka hawala dijiye.</w:t>
      </w:r>
      <w:r>
        <w:br/>
      </w:r>
      <w:r>
        <w:rPr>
          <w:sz w:val="20"/>
        </w:rPr>
        <w:t>16:52  aur agar kitab ya mawad maujood na hon to phir mein cps ke arkan se request karti hoon ke woh maulana ke sawaneh umri par kuch mawad tayar karen taake log is se apni zindagi mein rehnumai hasil karen."</w:t>
      </w:r>
      <w:r>
        <w:br/>
      </w:r>
      <w:r>
        <w:rPr>
          <w:sz w:val="20"/>
        </w:rPr>
        <w:t>17:10  aisi koi kitab abhi to likhi nahi gayi hai. baqi aage kya hoga, woh allah behtar janta hai. abhi hum is position mein nahi hain ke aap ko koi hum is hisse mein koi hawala de saken.</w:t>
      </w:r>
      <w:r>
        <w:br/>
      </w:r>
      <w:r>
        <w:rPr>
          <w:sz w:val="20"/>
        </w:rPr>
        <w:t>17:23  yeh aage ki baat hai aur allah aage ilm sirf allah ka hota hai.</w:t>
      </w:r>
    </w:p>
    <w:p>
      <w:pPr>
        <w:pStyle w:val="Heading2"/>
      </w:pPr>
      <w:r>
        <w:t>Requirements for positive thinker and reformer</w:t>
      </w:r>
    </w:p>
    <w:p>
      <w:r>
        <w:rPr>
          <w:color w:val="666666"/>
          <w:sz w:val="18"/>
        </w:rPr>
        <w:t>Life &amp; Wisdom · Social Reform | December 22, 2013 | Maulana Wahiduddin Khan · 4m 35s · at 48:02 · https://youtu.be/kGP903BvDto?t=2882</w:t>
      </w:r>
    </w:p>
    <w:p>
      <w:r>
        <w:rPr>
          <w:i/>
        </w:rPr>
        <w:t>“Maulana, what are the requirements for a person to become a positive thinker and a positive reformer?”</w:t>
      </w:r>
    </w:p>
    <w:p>
      <w:r>
        <w:rPr>
          <w:sz w:val="20"/>
        </w:rPr>
        <w:t>48:02  Maulana, agla sawal Jammu Kashmir se kiya hai Junah Hassan sahib ne.</w:t>
      </w:r>
      <w:r>
        <w:br/>
      </w:r>
      <w:r>
        <w:rPr>
          <w:sz w:val="20"/>
        </w:rPr>
        <w:t>48:10  unhon ne likha hai: "Maulana, what are the requirements for a person to become a positive thinker and</w:t>
      </w:r>
      <w:r>
        <w:br/>
      </w:r>
      <w:r>
        <w:rPr>
          <w:sz w:val="20"/>
        </w:rPr>
        <w:t>48:18  a positive reformer?" dekhen, Positive thinker ka matlab yahi hai ke woh yani is ke andar Hate na</w:t>
      </w:r>
      <w:r>
        <w:br/>
      </w:r>
      <w:r>
        <w:rPr>
          <w:sz w:val="20"/>
        </w:rPr>
        <w:t>48:26  ho, is ke andar Intolerance na ho, is ke andar</w:t>
      </w:r>
      <w:r>
        <w:br/>
      </w:r>
      <w:r>
        <w:rPr>
          <w:sz w:val="20"/>
        </w:rPr>
        <w:t>48:34  Negative Feeling na ho.</w:t>
      </w:r>
      <w:r>
        <w:br/>
      </w:r>
      <w:r>
        <w:rPr>
          <w:sz w:val="20"/>
        </w:rPr>
        <w:t>48:40  yeh matlab hai Positive thinker honay ka.</w:t>
      </w:r>
      <w:r>
        <w:br/>
      </w:r>
      <w:r>
        <w:rPr>
          <w:sz w:val="20"/>
        </w:rPr>
        <w:t>48:47  kyunke dekhen, aap chahay daai hon ya Reformer hon, agar koi kaam karna chahtay ho aap doosron ke</w:t>
      </w:r>
      <w:r>
        <w:br/>
      </w:r>
      <w:r>
        <w:rPr>
          <w:sz w:val="20"/>
        </w:rPr>
        <w:t>48:53  liye, to doosron ke baray mein zara bhi agar aap ke andar koi nafrat hogi ya un ko</w:t>
      </w:r>
      <w:r>
        <w:br/>
      </w:r>
      <w:r>
        <w:rPr>
          <w:sz w:val="20"/>
        </w:rPr>
        <w:t>48:59  aap kam samjhen gay, un ko Inferior samjhen gay, to aap apna kaam nahi kar saktay.</w:t>
      </w:r>
      <w:r>
        <w:br/>
      </w:r>
      <w:r>
        <w:rPr>
          <w:sz w:val="20"/>
        </w:rPr>
        <w:t>49:05  to Positive thinking ka matlab yeh hai ke doosron ke baray mein aap poori tarah aap ke andar</w:t>
      </w:r>
      <w:r>
        <w:br/>
      </w:r>
      <w:r>
        <w:rPr>
          <w:sz w:val="20"/>
        </w:rPr>
        <w:t>49:09  hamdardi ho, khair khwahi ho, aap Blessure hon un ke.</w:t>
      </w:r>
      <w:r>
        <w:br/>
      </w:r>
      <w:r>
        <w:rPr>
          <w:sz w:val="20"/>
        </w:rPr>
        <w:t>49:14  is ki misaal Allah taala ne qaim kar di hai maa bete ki shakal mein.</w:t>
      </w:r>
      <w:r>
        <w:br/>
      </w:r>
      <w:r>
        <w:rPr>
          <w:sz w:val="20"/>
        </w:rPr>
        <w:t>49:18  yani maa ke dil mein apne bete ke liye jo jazbat hotay hain khair khwahi ke, wohi daai</w:t>
      </w:r>
      <w:r>
        <w:br/>
      </w:r>
      <w:r>
        <w:rPr>
          <w:sz w:val="20"/>
        </w:rPr>
        <w:t>49:22  ya Reformer ke andar hona chahiye doosron ke baray mein.</w:t>
      </w:r>
      <w:r>
        <w:br/>
      </w:r>
      <w:r>
        <w:rPr>
          <w:sz w:val="20"/>
        </w:rPr>
        <w:t>49:27  isi ko kehtay hain Positive thinking.</w:t>
      </w:r>
      <w:r>
        <w:br/>
      </w:r>
      <w:r>
        <w:rPr>
          <w:sz w:val="20"/>
        </w:rPr>
        <w:t>49:31  aur jin ke andar Positive thinking ho, woh</w:t>
      </w:r>
      <w:r>
        <w:br/>
      </w:r>
      <w:r>
        <w:rPr>
          <w:sz w:val="20"/>
        </w:rPr>
        <w:t>49:35  yeh dawat ka ya Reform ka kaam sahi taur par kar saktay hain.</w:t>
      </w:r>
      <w:r>
        <w:br/>
      </w:r>
      <w:r>
        <w:rPr>
          <w:sz w:val="20"/>
        </w:rPr>
        <w:t>49:41  Maulana, un ka aik aur sawal hai.</w:t>
      </w:r>
      <w:r>
        <w:br/>
      </w:r>
      <w:r>
        <w:rPr>
          <w:sz w:val="20"/>
        </w:rPr>
        <w:t>49:47  unho ne likha hai: "I have gone through many books of Hadith like Bukhari, Muslim, etc.</w:t>
      </w:r>
      <w:r>
        <w:br/>
      </w:r>
      <w:r>
        <w:rPr>
          <w:sz w:val="20"/>
        </w:rPr>
        <w:t>49:53  And I found chapters on Faith, Jihad, etc., but did not find any chapter on Dawah.</w:t>
      </w:r>
      <w:r>
        <w:br/>
      </w:r>
      <w:r>
        <w:rPr>
          <w:sz w:val="20"/>
        </w:rPr>
        <w:t>49:59  Do you think that it is the limitation of these bo</w:t>
      </w:r>
      <w:r>
        <w:br/>
      </w:r>
      <w:r>
        <w:rPr>
          <w:sz w:val="20"/>
        </w:rPr>
        <w:t>50:05  oks? What is your comment on this?" yeh to main ne khud kai bar kaha hai keh Hadees ki kitabon mein fiqh ki kitabon mein aur doosri kitabon mein jo likhi gayi hain, sab mein dawat ka chapter hadaf hai. is ka jahan tak main samajhta hoon, is ka sabab yeh hai keh yeh sari kitaben likhi gayi hain is zamanay mein jabkeh dunya mein Muslim Rule qaim ho chuka tha. Empire qaim ho chuka tha. har jagah bas siyasat aur hukoomat ka</w:t>
      </w:r>
      <w:r>
        <w:br/>
      </w:r>
      <w:r>
        <w:rPr>
          <w:sz w:val="20"/>
        </w:rPr>
        <w:t>50:35  mahol bana hua tha. isi daur mein sari kitaben compile likhi gayi hain ya likhi gayi hain. to siyasi mahol mein ya hukoomat ke mahol mein ya Muslim Empire ke mahol mein sara Literature tayyar hua hai. is liye sirf is zamanay mein koi dawat ke andaaz mein sochta hi nahi tha. ghaliban yahi wajah hogi. warna Quran aap parhen to Quran mein to sar</w:t>
      </w:r>
      <w:r>
        <w:br/>
      </w:r>
      <w:r>
        <w:rPr>
          <w:sz w:val="20"/>
        </w:rPr>
        <w:t>51:05  ta pa dawat ki kitab hai.</w:t>
      </w:r>
      <w:r>
        <w:br/>
      </w:r>
      <w:r>
        <w:rPr>
          <w:sz w:val="20"/>
        </w:rPr>
        <w:t>51:10  dawat hi bhari hui hai is ke andar.</w:t>
      </w:r>
      <w:r>
        <w:br/>
      </w:r>
      <w:r>
        <w:rPr>
          <w:sz w:val="20"/>
        </w:rPr>
        <w:t>51:14  to phir yeh kyun nahi in kitabon mein hai? to bazahir to wajah yeh lagti hai ke jo</w:t>
      </w:r>
      <w:r>
        <w:br/>
      </w:r>
      <w:r>
        <w:rPr>
          <w:sz w:val="20"/>
        </w:rPr>
        <w:t>51:19  Environment tha us zamane mein, woh zyada yani in cheezon ka tha hi nahi.</w:t>
      </w:r>
      <w:r>
        <w:br/>
      </w:r>
      <w:r>
        <w:rPr>
          <w:sz w:val="20"/>
        </w:rPr>
        <w:t>51:23  to jin cheezon ka taqaza tha mahaul ke aitbar se, woh unho ne kiya.</w:t>
      </w:r>
      <w:r>
        <w:br/>
      </w:r>
      <w:r>
        <w:rPr>
          <w:sz w:val="20"/>
        </w:rPr>
        <w:t>51:28  to aap yeh mat dekhen ke wahan chapter maujood nahi hain.</w:t>
      </w:r>
      <w:r>
        <w:br/>
      </w:r>
      <w:r>
        <w:rPr>
          <w:sz w:val="20"/>
        </w:rPr>
        <w:t>51:32  yeh theek hai ke chapter Quran mein maujood hain.</w:t>
      </w:r>
      <w:r>
        <w:br/>
      </w:r>
      <w:r>
        <w:rPr>
          <w:sz w:val="20"/>
        </w:rPr>
        <w:t>51:37  chapter ka sara Quran jo hai, dawati kitab hai.</w:t>
      </w:r>
      <w:r>
        <w:br/>
      </w:r>
      <w:r>
        <w:rPr>
          <w:sz w:val="20"/>
        </w:rPr>
        <w:t>51:42  Book of Dawah.</w:t>
      </w:r>
      <w:r>
        <w:br/>
      </w:r>
      <w:r>
        <w:rPr>
          <w:sz w:val="20"/>
        </w:rPr>
        <w:t>51:47  to hadithon mein dekhen, ek baat yeh mein arz karunga ke jo tarajum abwab jo kaha jata</w:t>
      </w:r>
      <w:r>
        <w:br/>
      </w:r>
      <w:r>
        <w:rPr>
          <w:sz w:val="20"/>
        </w:rPr>
        <w:t>51:52  hai ya chapter, is mein to dawat ka nahi hai, kitab ad-dawa wat-tabligh to nahi hai, lekin khud</w:t>
      </w:r>
      <w:r>
        <w:br/>
      </w:r>
      <w:r>
        <w:rPr>
          <w:sz w:val="20"/>
        </w:rPr>
        <w:t>51:57  hadithain jo hain, woh to is mein to dawat ki baat bhari hui hai.</w:t>
      </w:r>
      <w:r>
        <w:br/>
      </w:r>
      <w:r>
        <w:rPr>
          <w:sz w:val="20"/>
        </w:rPr>
        <w:t>52:02  to matn-e-hadith mein bilashuba dawat hai. tarajum mein</w:t>
      </w:r>
      <w:r>
        <w:br/>
      </w:r>
      <w:r>
        <w:rPr>
          <w:sz w:val="20"/>
        </w:rPr>
        <w:t>52:07  nahi hai.</w:t>
      </w:r>
      <w:r>
        <w:br/>
      </w:r>
      <w:r>
        <w:rPr>
          <w:sz w:val="20"/>
        </w:rPr>
        <w:t>52:11  isi liye mein mein yeh manta hoon ke jo musnad ka tareeqa hai, jo musanid jo hain, ke</w:t>
      </w:r>
      <w:r>
        <w:br/>
      </w:r>
      <w:r>
        <w:rPr>
          <w:sz w:val="20"/>
        </w:rPr>
        <w:t>52:16  woh zyada Scientific hai.</w:t>
      </w:r>
      <w:r>
        <w:br/>
      </w:r>
      <w:r>
        <w:rPr>
          <w:sz w:val="20"/>
        </w:rPr>
        <w:t>52:20  yeh jo tarjuma abwab qaim kiye gaye hain, muhaddiseen ne qaim kiye hain, to woh mein samajhta hoon</w:t>
      </w:r>
      <w:r>
        <w:br/>
      </w:r>
      <w:r>
        <w:rPr>
          <w:sz w:val="20"/>
        </w:rPr>
        <w:t>52:25  ke woh hadithon ko mehdood karte hain.</w:t>
      </w:r>
      <w:r>
        <w:br/>
      </w:r>
      <w:r>
        <w:rPr>
          <w:sz w:val="20"/>
        </w:rPr>
        <w:t>52:29  aur hadithon ko sahi numaindagi nahi karte.</w:t>
      </w:r>
      <w:r>
        <w:br/>
      </w:r>
      <w:r>
        <w:rPr>
          <w:sz w:val="20"/>
        </w:rPr>
        <w:t>52:33  to mein musanid ke tareeqay ko zyada Scientific samajhta hoon ba muqabla is tareeqay ke.</w:t>
      </w:r>
    </w:p>
    <w:p>
      <w:pPr>
        <w:pStyle w:val="Heading2"/>
      </w:pPr>
      <w:r>
        <w:t>Requirements for re-planning after failure</w:t>
      </w:r>
    </w:p>
    <w:p>
      <w:r>
        <w:rPr>
          <w:color w:val="666666"/>
          <w:sz w:val="18"/>
        </w:rPr>
        <w:t>Life &amp; Wisdom · Replanning | February 26, 2017 · 1m 28s · at 1:06:27 · https://youtu.be/E120hwMH9x8?t=3987</w:t>
      </w:r>
    </w:p>
    <w:p>
      <w:r>
        <w:rPr>
          <w:i/>
        </w:rPr>
        <w:t>“What are the requirements for re-planning? The first step is to accept that I am unsuccessful, but what are the other requirements?”</w:t>
      </w:r>
    </w:p>
    <w:p>
      <w:r>
        <w:rPr>
          <w:sz w:val="20"/>
        </w:rPr>
        <w:t>1:06:27  ke liye Maulana agla sawal kolkata se bhi bheja hai Aftab Alam sahib ne unhon ne likha hai what</w:t>
      </w:r>
      <w:r>
        <w:br/>
      </w:r>
      <w:r>
        <w:rPr>
          <w:sz w:val="20"/>
        </w:rPr>
        <w:t>1:06:37  are the requirements for re planning the first step is to accept that I am unsuccessful</w:t>
      </w:r>
      <w:r>
        <w:br/>
      </w:r>
      <w:r>
        <w:rPr>
          <w:sz w:val="20"/>
        </w:rPr>
        <w:t>1:06:48  but what are the other requirements Maulana iss ke baray mein bataiye dekhiye re planning ke liye mein</w:t>
      </w:r>
      <w:r>
        <w:br/>
      </w:r>
      <w:r>
        <w:rPr>
          <w:sz w:val="20"/>
        </w:rPr>
        <w:t>1:06:58  samajhta hoon ke zaroorat iss baat ki hoti hai ke aadmi ke andar positive thinking ho complaint na</w:t>
      </w:r>
      <w:r>
        <w:br/>
      </w:r>
      <w:r>
        <w:rPr>
          <w:sz w:val="20"/>
        </w:rPr>
        <w:t>1:07:08  ho protest na ho violence na ho enemy hai woh hamare khilaaf yeh sab baatein na hon</w:t>
      </w:r>
      <w:r>
        <w:br/>
      </w:r>
      <w:r>
        <w:rPr>
          <w:sz w:val="20"/>
        </w:rPr>
        <w:t>1:07:18  toh woh aadmi phir nature par aa jata hai nature par toh jab aap nature par aa jayen</w:t>
      </w:r>
      <w:r>
        <w:br/>
      </w:r>
      <w:r>
        <w:rPr>
          <w:sz w:val="20"/>
        </w:rPr>
        <w:t>1:07:25  toh nature khud hi aap ko batati hai kya karna hai kya karna hai kya karna hai toh</w:t>
      </w:r>
      <w:r>
        <w:br/>
      </w:r>
      <w:r>
        <w:rPr>
          <w:sz w:val="20"/>
        </w:rPr>
        <w:t>1:07:33  self obsession se bahar aana seekhiye yeh jo negative thought hai yeh sab aap ko aik obsession ban</w:t>
      </w:r>
      <w:r>
        <w:br/>
      </w:r>
      <w:r>
        <w:rPr>
          <w:sz w:val="20"/>
        </w:rPr>
        <w:t>1:07:40  jate hain obsession issi obsession mein aadmi jeene lagta hai obsession se bahar aaiye toh sab kuch aap ko</w:t>
      </w:r>
      <w:r>
        <w:br/>
      </w:r>
      <w:r>
        <w:rPr>
          <w:sz w:val="20"/>
        </w:rPr>
        <w:t>1:07:48  khul jayega museebat yeh hai ke log aik self created obsession mein jeete hain self created obsession</w:t>
      </w:r>
    </w:p>
    <w:p>
      <w:pPr>
        <w:pStyle w:val="Heading2"/>
      </w:pPr>
      <w:r>
        <w:t>Reviving companionship for training</w:t>
      </w:r>
    </w:p>
    <w:p>
      <w:r>
        <w:rPr>
          <w:color w:val="666666"/>
          <w:sz w:val="18"/>
        </w:rPr>
        <w:t>Life &amp; Wisdom · Paradise Culture January 12, 2014 · 3m 35s · at 1:08:27 · https://youtu.be/Z3A6r7XjE00?t=4107</w:t>
      </w:r>
    </w:p>
    <w:p>
      <w:r>
        <w:rPr>
          <w:i/>
        </w:rPr>
        <w:t>“Training requires companionship, i.e., staying with a scholar and getting direct training. In the present time, how can this institution of companionship be practically revived?”</w:t>
      </w:r>
    </w:p>
    <w:p>
      <w:r>
        <w:rPr>
          <w:sz w:val="20"/>
        </w:rPr>
        <w:t>1:08:27  Allah hamein zyada se zyada aap se istifada ka mauqa de." Maulana, agla sawal lete hain jo Delhi se kiya hai Maulana Zikwan Nadvi ne.</w:t>
      </w:r>
      <w:r>
        <w:br/>
      </w:r>
      <w:r>
        <w:rPr>
          <w:sz w:val="20"/>
        </w:rPr>
        <w:t>1:08:38  Unhone likha hai: "Tarbiat ke liye sohbat ki be had ahmiyat hai, yani ek aalim ke paas reh kar us se direct training lein.</w:t>
      </w:r>
      <w:r>
        <w:br/>
      </w:r>
      <w:r>
        <w:rPr>
          <w:sz w:val="20"/>
        </w:rPr>
        <w:t>1:08:51  Maujooda zamane mein sohbat ke is institution ko practically kis tarah zinda kiya jaye, us ke bare mein bataein."</w:t>
      </w:r>
      <w:r>
        <w:br/>
      </w:r>
      <w:r>
        <w:rPr>
          <w:sz w:val="20"/>
        </w:rPr>
        <w:t>1:09:03  Dekhein, is par yahan tak ke meri rai hai, woh yeh hai ke</w:t>
      </w:r>
      <w:r>
        <w:br/>
      </w:r>
      <w:r>
        <w:rPr>
          <w:sz w:val="20"/>
        </w:rPr>
        <w:t>1:09:12  har aadmi ko khud sochna hai.</w:t>
      </w:r>
      <w:r>
        <w:br/>
      </w:r>
      <w:r>
        <w:rPr>
          <w:sz w:val="20"/>
        </w:rPr>
        <w:t>1:09:17  Hum yeh nahi keh sakte ke koi institution banayein, kisi insan ke bare mein declare karein ke dekho, yeh hai sohbat wala, wahan par ja ke sohbat lo.</w:t>
      </w:r>
      <w:r>
        <w:br/>
      </w:r>
      <w:r>
        <w:rPr>
          <w:sz w:val="20"/>
        </w:rPr>
        <w:t>1:09:27  Main samajhta hoon ke har aadmi ki apni duty hai ke woh is paas jin ko janta hai, un ko parhe, un ko samjhe, aur jis par uska dil mutmaeen ho, us ki sohbat ikhtiyar kare.</w:t>
      </w:r>
      <w:r>
        <w:br/>
      </w:r>
      <w:r>
        <w:rPr>
          <w:sz w:val="20"/>
        </w:rPr>
        <w:t>1:09:42  Yahan main yeh arz karunga ke</w:t>
      </w:r>
      <w:r>
        <w:br/>
      </w:r>
      <w:r>
        <w:rPr>
          <w:sz w:val="20"/>
        </w:rPr>
        <w:t>1:09:48  yeh duniya ka nizam is tarah se hai ke har aadmi sachai ko poori tarah discover nahi kar pata. To kisi ko Allah tofeeq deta hai ke woh sachai ko poori tarah discover kare, to doosron ko chahiye ke us ko us ka us se faida uthaein.</w:t>
      </w:r>
      <w:r>
        <w:br/>
      </w:r>
      <w:r>
        <w:rPr>
          <w:sz w:val="20"/>
        </w:rPr>
        <w:t>1:10:08  Har aadmi chahe ke woh, yani aala darja marifat ko hasil kar le, to yeh amalan possible nahi hai. Haan, jis ko woh paayein ke us ko aala darja marifat mila hai, to us ko maanein, us ko us ki sohbat ikhtiyar karein, us ko follow karein.</w:t>
      </w:r>
      <w:r>
        <w:br/>
      </w:r>
      <w:r>
        <w:rPr>
          <w:sz w:val="20"/>
        </w:rPr>
        <w:t>1:10:27  Yeh hai, yani beshtar logon ko follow hi karna hai. Liyattakhiz ba'dhukum liba'sin sakhriyah. Quran mein bhi bataya gaya formula</w:t>
      </w:r>
      <w:r>
        <w:br/>
      </w:r>
      <w:r>
        <w:rPr>
          <w:sz w:val="20"/>
        </w:rPr>
        <w:t>1:10:36  ke beshtar logon ko Allah taala ne is tarah paida kiya ke unhone follow hi karna hai. Har aadmi koi leader nahi banna hai, lekin main yahi kahunga ke har aadmi ko khud discover karna hai ke woh kis ko follow kare, kis ki sohbat ikhtiyar kare, kis par aitmad kare, kis par bharosa kare.</w:t>
      </w:r>
      <w:r>
        <w:br/>
      </w:r>
      <w:r>
        <w:rPr>
          <w:sz w:val="20"/>
        </w:rPr>
        <w:t>1:10:56  Hum declare nahi kar sakte ke Mr. So and so jo hai, un ko yeh darja hai, un un un ko tum maan lo.</w:t>
      </w:r>
      <w:r>
        <w:br/>
      </w:r>
      <w:r>
        <w:rPr>
          <w:sz w:val="20"/>
        </w:rPr>
        <w:t>1:11:06  Hum yeh nahi kar sakte. Aadmi ko khud discover karna hai, khud discover karna hai. Jab agar aadmi khud discover karega, tabhi us ko yaqeen bhi hoga ke khud discover nahi karega.</w:t>
      </w:r>
      <w:r>
        <w:br/>
      </w:r>
      <w:r>
        <w:rPr>
          <w:sz w:val="20"/>
        </w:rPr>
        <w:t>1:11:18  Bataein se, bataein se, woh kahan se yaqeen ho jayega us ko?</w:t>
      </w:r>
      <w:r>
        <w:br/>
      </w:r>
      <w:r>
        <w:rPr>
          <w:sz w:val="20"/>
        </w:rPr>
        <w:t>1:11:22  To kuch logon ko agar yeh karna hai ke ke woh direct taur par sachai ko discover karein, to kuch logon ko yeh karna hai ke un logon ko pata karein jin ko sachai discover hui hai.</w:t>
      </w:r>
      <w:r>
        <w:br/>
      </w:r>
      <w:r>
        <w:rPr>
          <w:sz w:val="20"/>
        </w:rPr>
        <w:t>1:11:35  Dono ko discover karna hai, yani ek ko agar direct taur par sachai ko discover karna hai, to doosre logon ka farz hai ke woh un un ko pata karein jin ko sachai discover ki discovery hui hai taake woh follow kar sakein.</w:t>
      </w:r>
      <w:r>
        <w:br/>
      </w:r>
      <w:r>
        <w:rPr>
          <w:sz w:val="20"/>
        </w:rPr>
        <w:t>1:11:50  Un ko</w:t>
      </w:r>
      <w:r>
        <w:br/>
      </w:r>
      <w:r>
        <w:rPr>
          <w:sz w:val="20"/>
        </w:rPr>
        <w:t>1:11:51  To har shakhs ka yeh zimmedari hai, har shakhs ka farz hai. Koi is mein koi aur shakhs mumkin nahi hai, kyunke aap kisi ko bataein to bataein se to yaqeen nahi aayega ke nahi.</w:t>
      </w:r>
    </w:p>
    <w:p>
      <w:pPr>
        <w:pStyle w:val="Heading2"/>
      </w:pPr>
      <w:r>
        <w:t>Role of Personal Sacrifice in Life</w:t>
      </w:r>
    </w:p>
    <w:p>
      <w:r>
        <w:rPr>
          <w:color w:val="666666"/>
          <w:sz w:val="18"/>
        </w:rPr>
        <w:t>Life &amp; Wisdom · Formula of Human Life | March 13, 2016 · 2m 42s · at 1:13:25 · https://youtu.be/Et_ZQTYZzjU?t=4405</w:t>
      </w:r>
    </w:p>
    <w:p>
      <w:r>
        <w:rPr>
          <w:i/>
        </w:rPr>
        <w:t>“What is the role of sacrifice? By sacrifice I mean the personal sacrifice that one makes in life when facing different situations.”</w:t>
      </w:r>
    </w:p>
    <w:p>
      <w:r>
        <w:rPr>
          <w:sz w:val="20"/>
        </w:rPr>
        <w:t>1:13:25  maulana, agla sawal dilli se kiya hai father victor edwin ne.</w:t>
      </w:r>
      <w:r>
        <w:br/>
      </w:r>
      <w:r>
        <w:rPr>
          <w:sz w:val="20"/>
        </w:rPr>
        <w:t>1:13:31  ان کا سوال ہے: "What is the role of sacrifice?" مولانا، by sacrifice he means uh personal sacrifice</w:t>
      </w:r>
      <w:r>
        <w:br/>
      </w:r>
      <w:r>
        <w:rPr>
          <w:sz w:val="20"/>
        </w:rPr>
        <w:t>1:13:37  that one makes in life, uh when uh one faces different situations.</w:t>
      </w:r>
      <w:r>
        <w:br/>
      </w:r>
      <w:r>
        <w:rPr>
          <w:sz w:val="20"/>
        </w:rPr>
        <w:t>1:13:43  so, what is the role of sacrifice</w:t>
      </w:r>
      <w:r>
        <w:br/>
      </w:r>
      <w:r>
        <w:rPr>
          <w:sz w:val="20"/>
        </w:rPr>
        <w:t>1:13:49  in bringing about harmony and reconciliation between communities that are divided for historical or political and other reasons?</w:t>
      </w:r>
      <w:r>
        <w:br/>
      </w:r>
      <w:r>
        <w:rPr>
          <w:sz w:val="20"/>
        </w:rPr>
        <w:t>1:13:59  kya matlab hua is ka? maulana ki just hai, woh just maulana yeh ke jo harmony aur reconciliation</w:t>
      </w:r>
      <w:r>
        <w:br/>
      </w:r>
      <w:r>
        <w:rPr>
          <w:sz w:val="20"/>
        </w:rPr>
        <w:t>1:14:09  ki koshishein sab log karte hain, ah toh is mein personal sacrifice ka kya role hai? woh aap is</w:t>
      </w:r>
      <w:r>
        <w:br/>
      </w:r>
      <w:r>
        <w:rPr>
          <w:sz w:val="20"/>
        </w:rPr>
        <w:t>1:14:19  woh janna chahte hain.</w:t>
      </w:r>
      <w:r>
        <w:br/>
      </w:r>
      <w:r>
        <w:rPr>
          <w:sz w:val="20"/>
        </w:rPr>
        <w:t>1:14:26  matlab sacrifice ka matlab kya? Maulana, sacrifice ka matlab hai ke jo matlab dedication, haan, individual level pe dedication.</w:t>
      </w:r>
      <w:r>
        <w:br/>
      </w:r>
      <w:r>
        <w:rPr>
          <w:sz w:val="20"/>
        </w:rPr>
        <w:t>1:14:32  ji to dedication to har kaam mein zaroori hai, chahe society mein peace lana ho ya logon ko</w:t>
      </w:r>
      <w:r>
        <w:br/>
      </w:r>
      <w:r>
        <w:rPr>
          <w:sz w:val="20"/>
        </w:rPr>
        <w:t>1:14:38  educate karna ho.</w:t>
      </w:r>
      <w:r>
        <w:br/>
      </w:r>
      <w:r>
        <w:rPr>
          <w:sz w:val="20"/>
        </w:rPr>
        <w:t>1:14:45  jitne bhi mission hote hain to har cheez mein</w:t>
      </w:r>
      <w:r>
        <w:br/>
      </w:r>
      <w:r>
        <w:rPr>
          <w:sz w:val="20"/>
        </w:rPr>
        <w:t>1:14:51  iski zaroorat hoti hai sacrifice ki.</w:t>
      </w:r>
      <w:r>
        <w:br/>
      </w:r>
      <w:r>
        <w:rPr>
          <w:sz w:val="20"/>
        </w:rPr>
        <w:t>1:14:56  sacrifice mein yeh istemal kar raha hoon, yeh dedication ke sense mein.</w:t>
      </w:r>
      <w:r>
        <w:br/>
      </w:r>
      <w:r>
        <w:rPr>
          <w:sz w:val="20"/>
        </w:rPr>
        <w:t>1:15:01  apne aap ko aadmi laga de to uske baghair to koi kaam nahi ho sakta, koi bhi</w:t>
      </w:r>
      <w:r>
        <w:br/>
      </w:r>
      <w:r>
        <w:rPr>
          <w:sz w:val="20"/>
        </w:rPr>
        <w:t>1:15:06  kaam nahi ho sakta.</w:t>
      </w:r>
      <w:r>
        <w:br/>
      </w:r>
      <w:r>
        <w:rPr>
          <w:sz w:val="20"/>
        </w:rPr>
        <w:t>1:15:11  sacrifice jo ka matlab aap apne ko marna nahi hai, sacrifice ka matlab hai apne ko kisi mission</w:t>
      </w:r>
      <w:r>
        <w:br/>
      </w:r>
      <w:r>
        <w:rPr>
          <w:sz w:val="20"/>
        </w:rPr>
        <w:t>1:15:16  mein dedicate karna.</w:t>
      </w:r>
      <w:r>
        <w:br/>
      </w:r>
      <w:r>
        <w:rPr>
          <w:sz w:val="20"/>
        </w:rPr>
        <w:t>1:15:21  to woh to zaroori hai, uske baghair to koi kaam nahi ho sakta, koi bhi kaam.</w:t>
      </w:r>
      <w:r>
        <w:br/>
      </w:r>
      <w:r>
        <w:rPr>
          <w:sz w:val="20"/>
        </w:rPr>
        <w:t>1:15:29  aap chahte hain nation mein education lana to woh aaye ga sacrifice se.</w:t>
      </w:r>
      <w:r>
        <w:br/>
      </w:r>
      <w:r>
        <w:rPr>
          <w:sz w:val="20"/>
        </w:rPr>
        <w:t>1:15:37  jaise abhi mein ek hi report padh raha tha ke Kerala mein education sab se zyada hai, to</w:t>
      </w:r>
      <w:r>
        <w:br/>
      </w:r>
      <w:r>
        <w:rPr>
          <w:sz w:val="20"/>
        </w:rPr>
        <w:t>1:15:44  isme kuch logon ne bohat hi apne aap ko dedicate kiya is mission mein, education ke mission mein.</w:t>
      </w:r>
      <w:r>
        <w:br/>
      </w:r>
      <w:r>
        <w:rPr>
          <w:sz w:val="20"/>
        </w:rPr>
        <w:t>1:15:52  tab wahan itni zyada aa gayi taleem to woh to samajhta hoon ke woh bas hai kisi bhi</w:t>
      </w:r>
      <w:r>
        <w:br/>
      </w:r>
      <w:r>
        <w:rPr>
          <w:sz w:val="20"/>
        </w:rPr>
        <w:t>1:16:00  development ke liye.</w:t>
      </w:r>
    </w:p>
    <w:p>
      <w:pPr>
        <w:pStyle w:val="Heading2"/>
      </w:pPr>
      <w:r>
        <w:t>Role of Sakinah in Worldly Success</w:t>
      </w:r>
    </w:p>
    <w:p>
      <w:r>
        <w:rPr>
          <w:color w:val="666666"/>
          <w:sz w:val="18"/>
        </w:rPr>
        <w:t>Life &amp; Wisdom · Man and Angels April 27, 2014 · 1m 48s · at 46:01 · https://youtu.be/b3fk1cakPeo?t=2761</w:t>
      </w:r>
    </w:p>
    <w:p>
      <w:r>
        <w:rPr>
          <w:i/>
        </w:rPr>
        <w:t>“What is the role of sakinah (tranquility) in worldly success?”</w:t>
      </w:r>
    </w:p>
    <w:p>
      <w:r>
        <w:rPr>
          <w:sz w:val="20"/>
        </w:rPr>
        <w:t>46:01  Masha Allah. Maulana, agla jo sawal hai woh Pakistan se aaya hai Aamir bin Yusuf sahib ka. unhon ne likha hai: "Dunya ki kamyabi mein sakina ka kya role hai?" Maulana, is ko wazeh karen.</w:t>
      </w:r>
      <w:r>
        <w:br/>
      </w:r>
      <w:r>
        <w:rPr>
          <w:sz w:val="20"/>
        </w:rPr>
        <w:t>46:19  Dunya ki kamyabi musalman ki manzil hi nahi hai. Dunya mein faqat zaroorat manzil hai musalman ki. yeh bohat bada dhoka hai jis ko kehte hain falah daren.</w:t>
      </w:r>
      <w:r>
        <w:br/>
      </w:r>
      <w:r>
        <w:rPr>
          <w:sz w:val="20"/>
        </w:rPr>
        <w:t>46:33  Falah dunya, yeh musalmanon ka eejad kardah hai.</w:t>
      </w:r>
      <w:r>
        <w:br/>
      </w:r>
      <w:r>
        <w:rPr>
          <w:sz w:val="20"/>
        </w:rPr>
        <w:t>46:40  Dunya mein aap ko kam par razi hona padega. Simple life par razi hona padega. Faqat zaroorat par razi hona padega. Warna aap jo duty hai, duty, shahadat haq ki aur dawat Allah ki, woh duty aap anjam nahi de sakte.</w:t>
      </w:r>
      <w:r>
        <w:br/>
      </w:r>
      <w:r>
        <w:rPr>
          <w:sz w:val="20"/>
        </w:rPr>
        <w:t>46:56  Khali apni family ke liye jeeyenge aur family ke liye marenge. log kamate hain, bas family par kharch karte hain. yeh to haram se zyada buri cheez hai yeh.</w:t>
      </w:r>
      <w:r>
        <w:br/>
      </w:r>
      <w:r>
        <w:rPr>
          <w:sz w:val="20"/>
        </w:rPr>
        <w:t>47:06  Yaad rakhiye. yeh kama kama kar family par kharch karna, yeh haram se zyada bura hai yeh. aap kamaiye aur faqat zaroorat apne liye, baqi sab dawah ke kaam ke liye.</w:t>
      </w:r>
      <w:r>
        <w:br/>
      </w:r>
      <w:r>
        <w:rPr>
          <w:sz w:val="20"/>
        </w:rPr>
        <w:t>47:22  Yusallun ka mawad yunfiqun qul al-afiyah. yaani apni kamai mein se faqat zaroorat apne liye lo. baqi sab dawah ke aur shahadat ke liye, Allah ke mission ke liye kharch karo.</w:t>
      </w:r>
      <w:r>
        <w:br/>
      </w:r>
      <w:r>
        <w:rPr>
          <w:sz w:val="20"/>
        </w:rPr>
        <w:t>47:36  Baqi jo musalmanon ne khud se bana rakha hai, woh musalmanon ka apna deen hai. woh apna Self-instilled deen hai.</w:t>
      </w:r>
      <w:r>
        <w:br/>
      </w:r>
      <w:r>
        <w:rPr>
          <w:sz w:val="20"/>
        </w:rPr>
        <w:t>47:45  Unhon ne Invent kar rakha hai. woh Allah ke haan accepted nahi hai woh.</w:t>
      </w:r>
    </w:p>
    <w:p>
      <w:pPr>
        <w:pStyle w:val="Heading2"/>
      </w:pPr>
      <w:r>
        <w:t>Role of patience in availing history</w:t>
      </w:r>
    </w:p>
    <w:p>
      <w:r>
        <w:rPr>
          <w:color w:val="666666"/>
          <w:sz w:val="18"/>
        </w:rPr>
        <w:t>Life &amp; Wisdom · History of Kaaba March 19, 2017 · 56s · at 58:00 · https://youtu.be/HPvWnoueeqg?t=3480</w:t>
      </w:r>
    </w:p>
    <w:p>
      <w:r>
        <w:rPr>
          <w:i/>
        </w:rPr>
        <w:t>“We can avail history by not confronting with it to reshape it. This can be done by adjusting with situations and availing the opportunities we find. My question is: what is the role of patience and صبر in this?”</w:t>
      </w:r>
    </w:p>
    <w:p>
      <w:r>
        <w:rPr>
          <w:sz w:val="20"/>
        </w:rPr>
        <w:t>58:00  ji maulana agla sawal miss naghma siddiqui ne bheja hai dilli se unhon ne likha hai we can avail history by not confronting with it to reshape it</w:t>
      </w:r>
      <w:r>
        <w:br/>
      </w:r>
      <w:r>
        <w:rPr>
          <w:sz w:val="20"/>
        </w:rPr>
        <w:t>58:13  this can be done by adjusting with situations and availing the opportunities we find my question is what is the role of patience aur sabr in this</w:t>
      </w:r>
      <w:r>
        <w:br/>
      </w:r>
      <w:r>
        <w:rPr>
          <w:sz w:val="20"/>
        </w:rPr>
        <w:t>58:27  is ka to role hundred percent hai rasool allah salallaho alaihe wasallam ne kaha kitna bada sabr kiya hoga ke but rakhe hue hain kaba mein tab us ko avail kar paye sabr ke baghair aur patience ke baghair to ho hi nahi sakta koi koi kaam hi nahi ho sakta har bada kaam jo hai wo sabr ke baad hota hai</w:t>
      </w:r>
    </w:p>
    <w:p>
      <w:pPr>
        <w:pStyle w:val="Heading2"/>
      </w:pPr>
      <w:r>
        <w:t>Saving ourselves from negativity and negative news</w:t>
      </w:r>
    </w:p>
    <w:p>
      <w:r>
        <w:rPr>
          <w:color w:val="666666"/>
          <w:sz w:val="18"/>
        </w:rPr>
        <w:t>Life &amp; Wisdom · Hadith-e-Jibril, April 21, 2013 · 3m 30s · at 57:12 · https://youtu.be/0rF6Ou0pDog?t=3432</w:t>
      </w:r>
    </w:p>
    <w:p>
      <w:r>
        <w:rPr>
          <w:i/>
        </w:rPr>
        <w:t>“How can we save ourselves from negativity in a world where every day we listen to many negative news items? What is your advice on this?”</w:t>
      </w:r>
    </w:p>
    <w:p>
      <w:r>
        <w:rPr>
          <w:sz w:val="20"/>
        </w:rPr>
        <w:t>57:12  Maulana, yeh sawal Roorkee se aaya hai Sajid Anwar sahib ka. Unhon ne aap se poocha hai How to save ourselves from negativity in the world where every day we listen to many negative news?</w:t>
      </w:r>
      <w:r>
        <w:br/>
      </w:r>
      <w:r>
        <w:rPr>
          <w:sz w:val="20"/>
        </w:rPr>
        <w:t>57:26  What is your advice on this?</w:t>
      </w:r>
      <w:r>
        <w:br/>
      </w:r>
      <w:r>
        <w:rPr>
          <w:sz w:val="20"/>
        </w:rPr>
        <w:t>57:30  dekhiye,</w:t>
      </w:r>
      <w:r>
        <w:br/>
      </w:r>
      <w:r>
        <w:rPr>
          <w:sz w:val="20"/>
        </w:rPr>
        <w:t>57:33  yeh baat bilkul sahi hai keh dunya</w:t>
      </w:r>
      <w:r>
        <w:br/>
      </w:r>
      <w:r>
        <w:rPr>
          <w:sz w:val="20"/>
        </w:rPr>
        <w:t>57:40  negative item ka jangal hai. Har aadmi ke liye, sab ke liye. Hatta keh jo baray baray wealthy log hain, baray baray power ke paas hain, un ke liye bhi.</w:t>
      </w:r>
      <w:r>
        <w:br/>
      </w:r>
      <w:r>
        <w:rPr>
          <w:sz w:val="20"/>
        </w:rPr>
        <w:t>57:57  aisi halat mein</w:t>
      </w:r>
      <w:r>
        <w:br/>
      </w:r>
      <w:r>
        <w:rPr>
          <w:sz w:val="20"/>
        </w:rPr>
        <w:t>58:03  apne aap ko negativity se bachana kaise mumkin hai? Main samajhta hoon keh sirf aik hi aik hi cheez hai, woh hai keh goal aap ka is se buland ho.</w:t>
      </w:r>
      <w:r>
        <w:br/>
      </w:r>
      <w:r>
        <w:rPr>
          <w:sz w:val="20"/>
        </w:rPr>
        <w:t>58:16  aik buland tar goal.</w:t>
      </w:r>
      <w:r>
        <w:br/>
      </w:r>
      <w:r>
        <w:rPr>
          <w:sz w:val="20"/>
        </w:rPr>
        <w:t>58:21  jo log dunya hi ko apna goal bana liye hon, wohi girta ho jata hai negativity mein. Agar goal aap ka buland ho jaye, jis ko main kehta hoon keh</w:t>
      </w:r>
      <w:r>
        <w:br/>
      </w:r>
      <w:r>
        <w:rPr>
          <w:sz w:val="20"/>
        </w:rPr>
        <w:t>58:35  woh big bird thinker aap ban jayen. Big bird thinker to apne aap hi yeh sab cheezain disappear ho jati hain.</w:t>
      </w:r>
      <w:r>
        <w:br/>
      </w:r>
      <w:r>
        <w:rPr>
          <w:sz w:val="20"/>
        </w:rPr>
        <w:t>58:45  main aik martaba hawai jahaz mein safar kar raha tha. To hawai jahaz jab ooper pohancha to neechay koi cheez dikhai nahi d</w:t>
      </w:r>
      <w:r>
        <w:br/>
      </w:r>
      <w:r>
        <w:rPr>
          <w:sz w:val="20"/>
        </w:rPr>
        <w:t>58:57  e rahi thi. Main ne bohat dekhna chaha to neechay na koi shehar dikhai deta tha, na koi jangal, na koi pahaar.</w:t>
      </w:r>
      <w:r>
        <w:br/>
      </w:r>
      <w:r>
        <w:rPr>
          <w:sz w:val="20"/>
        </w:rPr>
        <w:t>59:07  kuch bhi nahi, koi insan. To main ne socha keh agar aadmi apne aap ko ooper utha le, ooper shaoori aitbar se, to sab cheezain apne aap disappear ho jayen gi.</w:t>
      </w:r>
      <w:r>
        <w:br/>
      </w:r>
      <w:r>
        <w:rPr>
          <w:sz w:val="20"/>
        </w:rPr>
        <w:t>59:19  ooper uthane ka kya hai? Aap Allah ki yaad mein jeenay walay hon, jannat aap ka goal bana hua ho,</w:t>
      </w:r>
      <w:r>
        <w:br/>
      </w:r>
      <w:r>
        <w:rPr>
          <w:sz w:val="20"/>
        </w:rPr>
        <w:t>59:27  akhirat ko dunya mein apni jagah paana ya aap ka sab se bara concern ho, us ko main kehta hoon ooper uthna. Yani high thinking.</w:t>
      </w:r>
      <w:r>
        <w:br/>
      </w:r>
      <w:r>
        <w:rPr>
          <w:sz w:val="20"/>
        </w:rPr>
        <w:t>59:38  High thinking. Jis ko main kehta hoon big bird thinking. To aik hi hal is ka hai keh apne aap ko aap soch ke aitbar se ooper uthayen.</w:t>
      </w:r>
      <w:r>
        <w:br/>
      </w:r>
      <w:r>
        <w:rPr>
          <w:sz w:val="20"/>
        </w:rPr>
        <w:t>59:50  jab tak soch ke aitbar se nahi ooper uthayen ge, kabhi bhi is se bach nahi sakte.</w:t>
      </w:r>
      <w:r>
        <w:br/>
      </w:r>
      <w:r>
        <w:rPr>
          <w:sz w:val="20"/>
        </w:rPr>
        <w:t>59:56  isi mein phansay rahen ge. To jab main hawai jahaz mein tha to kuch bhi nahi. Jaisay koi dunya, jaisay lagta tha na kahin woh woh sari baatein jo zameen par hum thay, to jaisay un ka koi wajood hi nahi.</w:t>
      </w:r>
      <w:r>
        <w:br/>
      </w:r>
      <w:r>
        <w:rPr>
          <w:sz w:val="20"/>
        </w:rPr>
        <w:t>1:00:13  na koi dushman hai, na koi problem hai, na koi tashaddud hai, na koi boycott hai, na koi kuch bhi nahi.</w:t>
      </w:r>
      <w:r>
        <w:br/>
      </w:r>
      <w:r>
        <w:rPr>
          <w:sz w:val="20"/>
        </w:rPr>
        <w:t>1:00:23  aik aur hi dunya hai.</w:t>
      </w:r>
      <w:r>
        <w:br/>
      </w:r>
      <w:r>
        <w:rPr>
          <w:sz w:val="20"/>
        </w:rPr>
        <w:t>1:00:26  to apne aap ko fikri aitbaar se itna oopar uthaiye ke yeh negativity ka jangal aap se bohat neeche ho jaye.</w:t>
      </w:r>
      <w:r>
        <w:br/>
      </w:r>
      <w:r>
        <w:rPr>
          <w:sz w:val="20"/>
        </w:rPr>
        <w:t>1:00:34  dikhai bhi na de woh. yahi aik hi hal hai.</w:t>
      </w:r>
    </w:p>
    <w:p>
      <w:pPr>
        <w:pStyle w:val="Heading2"/>
      </w:pPr>
      <w:r>
        <w:t>Secret formula behind your thought process</w:t>
      </w:r>
    </w:p>
    <w:p>
      <w:r>
        <w:rPr>
          <w:color w:val="666666"/>
          <w:sz w:val="18"/>
        </w:rPr>
        <w:t>Life &amp; Wisdom · Importance of Peace August 17, 2014 · 2m 19s · at 44:46 · https://youtu.be/ifxSwh2Jckw?t=2686</w:t>
      </w:r>
    </w:p>
    <w:p>
      <w:r>
        <w:rPr>
          <w:i/>
        </w:rPr>
        <w:t>“Maulana, what is the secret formula behind your thought process? How do you look at any issue?”</w:t>
      </w:r>
    </w:p>
    <w:p>
      <w:r>
        <w:rPr>
          <w:sz w:val="20"/>
        </w:rPr>
        <w:t>44:46  maulana, agla sawal maharashtra se aaya hai aur muhammad ibrahim ginni sahib ne kiya hai. unhon ne aapse poocha hai ke maulana what is the secret formula behind your thought process?</w:t>
      </w:r>
      <w:r>
        <w:br/>
      </w:r>
      <w:r>
        <w:rPr>
          <w:sz w:val="20"/>
        </w:rPr>
        <w:t>44:58  How do you look at any issue?</w:t>
      </w:r>
      <w:r>
        <w:br/>
      </w:r>
      <w:r>
        <w:rPr>
          <w:sz w:val="20"/>
        </w:rPr>
        <w:t>45:12  dekhen, islam mein do hi cheezon ko basic mana gaya hai. do hi cheezon ko.</w:t>
      </w:r>
      <w:r>
        <w:br/>
      </w:r>
      <w:r>
        <w:rPr>
          <w:sz w:val="20"/>
        </w:rPr>
        <w:t>45:24  ek hai revealed knowledge, ek hai scientific knowledge.</w:t>
      </w:r>
      <w:r>
        <w:br/>
      </w:r>
      <w:r>
        <w:rPr>
          <w:sz w:val="20"/>
        </w:rPr>
        <w:t>45:32  to main cheezon ko hamesha isi roshni mein janchta hoon.</w:t>
      </w:r>
      <w:r>
        <w:br/>
      </w:r>
      <w:r>
        <w:rPr>
          <w:sz w:val="20"/>
        </w:rPr>
        <w:t>45:39  yani allah ne jo kitaab bheji hai, jo ilhami ilm, taghabur pe utra hai, us ki roshni mein janchana.</w:t>
      </w:r>
      <w:r>
        <w:br/>
      </w:r>
      <w:r>
        <w:rPr>
          <w:sz w:val="20"/>
        </w:rPr>
        <w:t>45:50  ya phir jo scientifically jo cheez establish ho gayi hai, us ki roshni mein dekhna cheezon ko.</w:t>
      </w:r>
      <w:r>
        <w:br/>
      </w:r>
      <w:r>
        <w:rPr>
          <w:sz w:val="20"/>
        </w:rPr>
        <w:t>46:00  bas do tareeqe mere hote hain. isi ki roshni mein sochta hoon main. aur main chahta hoon, agar main pata hoon ke in donon mein se koi cheez is mein apply nahin hoti hai to main is se khamosh ho jata hoon, is ko ignore karta hoon.</w:t>
      </w:r>
      <w:r>
        <w:br/>
      </w:r>
      <w:r>
        <w:rPr>
          <w:sz w:val="20"/>
        </w:rPr>
        <w:t>46:17  phir main is ko apne dimagh mein zaahir nahin karta.</w:t>
      </w:r>
      <w:r>
        <w:br/>
      </w:r>
      <w:r>
        <w:rPr>
          <w:sz w:val="20"/>
        </w:rPr>
        <w:t>46:20  main khud by time strategy ko bohat zabardast tareeqe se ikhtiyar kiya hua hoon. bohat zabardast tareeqe se.</w:t>
      </w:r>
      <w:r>
        <w:br/>
      </w:r>
      <w:r>
        <w:rPr>
          <w:sz w:val="20"/>
        </w:rPr>
        <w:t>46:31  rozana mere paas aise log, kisi ka telephone aata hai ya khud aata hai, aisi baaten karta hai jis ka koi sense nahin hota. na rational sense hota hai, na islamic sense.</w:t>
      </w:r>
      <w:r>
        <w:br/>
      </w:r>
      <w:r>
        <w:rPr>
          <w:sz w:val="20"/>
        </w:rPr>
        <w:t>46:43  to main bas sunta rehta hoon, sunta rehta hoon bas.</w:t>
      </w:r>
      <w:r>
        <w:br/>
      </w:r>
      <w:r>
        <w:rPr>
          <w:sz w:val="20"/>
        </w:rPr>
        <w:t>46:49  to mera jo thought process hai, woh inhi do lineon par chalta hai. ya to woh line jo quran ne di hai ya woh line jo science ne di hai.</w:t>
      </w:r>
      <w:r>
        <w:br/>
      </w:r>
      <w:r>
        <w:rPr>
          <w:sz w:val="20"/>
        </w:rPr>
        <w:t>47:00  bas.</w:t>
      </w:r>
    </w:p>
    <w:p>
      <w:pPr>
        <w:pStyle w:val="Heading2"/>
      </w:pPr>
      <w:r>
        <w:t>Should education be both secular and religious</w:t>
      </w:r>
    </w:p>
    <w:p>
      <w:r>
        <w:rPr>
          <w:color w:val="666666"/>
          <w:sz w:val="18"/>
        </w:rPr>
        <w:t>Life &amp; Wisdom · The Issues of Islam in the Present World November 11, 2012 · 1m 59s · at 1:08:05 · https://youtu.be/COoaUbCCi1c?t=4085</w:t>
      </w:r>
    </w:p>
    <w:p>
      <w:r>
        <w:rPr>
          <w:i/>
        </w:rPr>
        <w:t>“As you said, the starting point is education. Is it both secular and religious?”</w:t>
      </w:r>
    </w:p>
    <w:p>
      <w:r>
        <w:rPr>
          <w:sz w:val="20"/>
        </w:rPr>
        <w:t>1:08:05  Maulana, unka ek aur sawal hai, unhon ne aapse poocha hai: "as you said, starting point is education. is it both secular and religious</w:t>
      </w:r>
      <w:r>
        <w:br/>
      </w:r>
      <w:r>
        <w:rPr>
          <w:sz w:val="20"/>
        </w:rPr>
        <w:t>1:08:16  ?" ya dono, dono,</w:t>
      </w:r>
      <w:r>
        <w:br/>
      </w:r>
      <w:r>
        <w:rPr>
          <w:sz w:val="20"/>
        </w:rPr>
        <w:t>1:08:22  donon lazman, donon. Warna agar donon mein se ek cheez bhi chhootay gi to</w:t>
      </w:r>
      <w:r>
        <w:br/>
      </w:r>
      <w:r>
        <w:rPr>
          <w:sz w:val="20"/>
        </w:rPr>
        <w:t>1:08:33  waise hi hoga jaise ke ke hum khana khalis chawal bharein, chawal se pait bharein to hum hamari sehat achhi nahi ho sakti.</w:t>
      </w:r>
      <w:r>
        <w:br/>
      </w:r>
      <w:r>
        <w:rPr>
          <w:sz w:val="20"/>
        </w:rPr>
        <w:t>1:08:42  kyun ke aap jante hain ke beans diet darkar hai. Beans diet na ho, ek hi cheez se bhare pait apna</w:t>
      </w:r>
      <w:r>
        <w:br/>
      </w:r>
      <w:r>
        <w:rPr>
          <w:sz w:val="20"/>
        </w:rPr>
        <w:t>1:08:52  . Main report mein jab tha to ek sahib the, woh bechare andhe ho gaye the. Woh andhe to main ne poocha un se, bazahir tandrust the lekin andhe ho gaye the.</w:t>
      </w:r>
      <w:r>
        <w:br/>
      </w:r>
      <w:r>
        <w:rPr>
          <w:sz w:val="20"/>
        </w:rPr>
        <w:t>1:09:03  to unhon ne kaha ke second world war ke zamane mein main anda supply karta tha military ko. To anda gaon se aata tha, tab yani poultry farm nahi hua karte the,</w:t>
      </w:r>
      <w:r>
        <w:br/>
      </w:r>
      <w:r>
        <w:rPr>
          <w:sz w:val="20"/>
        </w:rPr>
        <w:t>1:09:16  ab to poultry farm hai jagah jagah.</w:t>
      </w:r>
      <w:r>
        <w:br/>
      </w:r>
      <w:r>
        <w:rPr>
          <w:sz w:val="20"/>
        </w:rPr>
        <w:t>1:09:19  to gaon se anda aata tha to woh toot jata tha. To unhon ne kaha ke woh toote hue ande woh kha leta hai. To bohat se ek ek din mein 80 se ande kha gaya main.</w:t>
      </w:r>
      <w:r>
        <w:br/>
      </w:r>
      <w:r>
        <w:rPr>
          <w:sz w:val="20"/>
        </w:rPr>
        <w:t>1:09:30  yani ek hi cheez khate rahe, anda, anda, anda, anda. To andhe ho gaye woh. To balance diet jis tarah zaroori hai, is tarah se balance education bhi zaroori hai.</w:t>
      </w:r>
      <w:r>
        <w:br/>
      </w:r>
      <w:r>
        <w:rPr>
          <w:sz w:val="20"/>
        </w:rPr>
        <w:t>1:09:43  main khud bhi dekhiye, meri taleem madrasay mein hui, us ke baad main bees baras tak sirf angrezi parta raha, ek dam andha dhund angrezi parta raha.</w:t>
      </w:r>
      <w:r>
        <w:br/>
      </w:r>
      <w:r>
        <w:rPr>
          <w:sz w:val="20"/>
        </w:rPr>
        <w:t>1:09:56  tab main ne dunya ko bhi jana aur Islam ko bhi jana. Yeh to donon cheezein zaroori hain.</w:t>
      </w:r>
    </w:p>
    <w:p>
      <w:pPr>
        <w:pStyle w:val="Heading2"/>
      </w:pPr>
      <w:r>
        <w:t>Should we not fulfill our desires in this world?</w:t>
      </w:r>
    </w:p>
    <w:p>
      <w:r>
        <w:rPr>
          <w:color w:val="666666"/>
          <w:sz w:val="18"/>
        </w:rPr>
        <w:t>Life &amp; Wisdom · Pillars of Western Thought October 6, 2013 · 1m 21s · at 57:58 · https://youtu.be/o4WfPvju5_M?t=3478</w:t>
      </w:r>
    </w:p>
    <w:p>
      <w:r>
        <w:rPr>
          <w:i/>
        </w:rPr>
        <w:t>“You mentioned ideal world and desires few times. By saying this is not the ideal world, do you really mean that we should not fulfill our desires?”</w:t>
      </w:r>
    </w:p>
    <w:p>
      <w:r>
        <w:rPr>
          <w:sz w:val="20"/>
        </w:rPr>
        <w:t>57:58  Maulana, agla sawal Delhi se hai. Syed Ahmed Ali sahab ka. unhon ne likha hai: "You mentioned ideal world and desires few times</w:t>
      </w:r>
      <w:r>
        <w:br/>
      </w:r>
      <w:r>
        <w:rPr>
          <w:sz w:val="20"/>
        </w:rPr>
        <w:t>58:06  . by saying this is not the ideal world, do you really mean that we should not fulfill our desires?" ji haan, bilkul sahi hai.</w:t>
      </w:r>
      <w:r>
        <w:br/>
      </w:r>
      <w:r>
        <w:rPr>
          <w:sz w:val="20"/>
        </w:rPr>
        <w:t>58:16  aap ki desire sirf akhirat mein, jannat mein poori ho sakti hai, duniya mein nahi. kisi ki bhi poori nahi ho sakti. is duniya ko Allah taala ne banaya hi nahi ke haan aap ko fulfillment hasil ho.</w:t>
      </w:r>
      <w:r>
        <w:br/>
      </w:r>
      <w:r>
        <w:rPr>
          <w:sz w:val="20"/>
        </w:rPr>
        <w:t>58:30  fulfillment is duniya mein aap ko nahi ho sakta.</w:t>
      </w:r>
      <w:r>
        <w:br/>
      </w:r>
      <w:r>
        <w:rPr>
          <w:sz w:val="20"/>
        </w:rPr>
        <w:t>58:34  yeh to Quran mein hai jannat ke bare mein: "wa lakum fiha ma tashtahi anfusukum".</w:t>
      </w:r>
      <w:r>
        <w:br/>
      </w:r>
      <w:r>
        <w:rPr>
          <w:sz w:val="20"/>
        </w:rPr>
        <w:t>58:43  wa lakum fiha ma tashtahi anfusukum. jo tum chahte ho, wo jannat mein milega tum ko</w:t>
      </w:r>
      <w:r>
        <w:br/>
      </w:r>
      <w:r>
        <w:rPr>
          <w:sz w:val="20"/>
        </w:rPr>
        <w:t>58:48  ya nahi.</w:t>
      </w:r>
      <w:r>
        <w:br/>
      </w:r>
      <w:r>
        <w:rPr>
          <w:sz w:val="20"/>
        </w:rPr>
        <w:t>58:52  yeh duniya to imtehan ke liye bani hai. imtehan ke ma'ne ke ek bohat hi limited period ke liye yahan aap ko rehna hai.</w:t>
      </w:r>
      <w:r>
        <w:br/>
      </w:r>
      <w:r>
        <w:rPr>
          <w:sz w:val="20"/>
        </w:rPr>
        <w:t>59:01  to agar aap chahein yahin fulfillment karna apna, jaise ke freud ke maanne wale chahte hain, to woh possible hi nahin.</w:t>
      </w:r>
      <w:r>
        <w:br/>
      </w:r>
      <w:r>
        <w:rPr>
          <w:sz w:val="20"/>
        </w:rPr>
        <w:t>59:10  isi liye woh log, in ka anjam kya hota hai ke aakhir mein pressure mein marte hain. woh</w:t>
      </w:r>
    </w:p>
    <w:p>
      <w:pPr>
        <w:pStyle w:val="Heading2"/>
      </w:pPr>
      <w:r>
        <w:t>Split personality in religious and political writing</w:t>
      </w:r>
    </w:p>
    <w:p>
      <w:r>
        <w:rPr>
          <w:color w:val="666666"/>
          <w:sz w:val="18"/>
        </w:rPr>
        <w:t>Life &amp; Wisdom · God Particle July 8, 2012 · 3m 21s · at 1:13:14 · https://youtu.be/30Ulu10c2nA?t=4394</w:t>
      </w:r>
    </w:p>
    <w:p>
      <w:r>
        <w:rPr>
          <w:i/>
        </w:rPr>
        <w:t>“I feel great happiness in writing about the glory of God, but as a journalist, sometimes I need to write political articles. While doing so, I feel my whole personality is split. What should I do in this situation?”</w:t>
      </w:r>
    </w:p>
    <w:p>
      <w:r>
        <w:rPr>
          <w:sz w:val="20"/>
        </w:rPr>
        <w:t>1:13:14  Maulana, agla sawal lete hain jo Delhi se hai Muhammad Asif Riyaz sahab ka. Unhon ne likha hai: "Maulana sahab, I feel a great happiness in writing the glory of God, but as a journalist, sometimes I need to write some political articles.</w:t>
      </w:r>
      <w:r>
        <w:br/>
      </w:r>
      <w:r>
        <w:rPr>
          <w:sz w:val="20"/>
        </w:rPr>
        <w:t>1:13:32  While doing so, I feel my whole personality is splitted. Maulana sahab, let me know what should I do in this situation?"</w:t>
      </w:r>
      <w:r>
        <w:br/>
      </w:r>
      <w:r>
        <w:rPr>
          <w:sz w:val="20"/>
        </w:rPr>
        <w:t>1:13:43  nahi, main samajhta hoon ke split hone ka koi sawal nahi hai. Aap chahe politics par likhein, chahe cheenti par likhein, chahe chand suraj par likhein, har jagah aap lesson le sakte hain.</w:t>
      </w:r>
      <w:r>
        <w:br/>
      </w:r>
      <w:r>
        <w:rPr>
          <w:sz w:val="20"/>
        </w:rPr>
        <w:t>1:13:57  Basic baat jo hai, woh lesson lene ki hai. Aadmi ke andar yeh zehan agar ho ke cheezon mein woh lesson le sake toh har cheez mein lesson hai.</w:t>
      </w:r>
      <w:r>
        <w:br/>
      </w:r>
      <w:r>
        <w:rPr>
          <w:sz w:val="20"/>
        </w:rPr>
        <w:t>1:14:08  Shaitan ki kahani bhi lesson hai. Political article likhe hain, tab bhi lesson hai. Main toh koi bhi cheez padhta hoon, chahe woh politics ho ya koi bhi, is mein mujhe lesson milta hai.</w:t>
      </w:r>
      <w:r>
        <w:br/>
      </w:r>
      <w:r>
        <w:rPr>
          <w:sz w:val="20"/>
        </w:rPr>
        <w:t>1:14:20  Aisi cheez hai lesson, us ko kehte hain toosam. Yaani aisi cheez jo apne andar paida karna hai, woh toosam hai. Toosam, toosam agar hai toh har cheez mein aap ko marifat milti rahegi.</w:t>
      </w:r>
      <w:r>
        <w:br/>
      </w:r>
      <w:r>
        <w:rPr>
          <w:sz w:val="20"/>
        </w:rPr>
        <w:t>1:14:36  Chaahe chaahe aap political mazmoon likh rahe hain ya roohani likh rahe hain, asal cheez jo matloob hai, woh toosam hai.</w:t>
      </w:r>
      <w:r>
        <w:br/>
      </w:r>
      <w:r>
        <w:rPr>
          <w:sz w:val="20"/>
        </w:rPr>
        <w:t>1:14:48  Toosam paida kijiye. Aap idhar toosam ka matlab hota hai to draw lesson, cheezon se sabak nikalna. Asal cheez is ki zaroorat hai.</w:t>
      </w:r>
      <w:r>
        <w:br/>
      </w:r>
      <w:r>
        <w:rPr>
          <w:sz w:val="20"/>
        </w:rPr>
        <w:t>1:14:59  Main toh Allah ke fazl se kuch bhi padhta hoon, chahe kitna hi political ho. Maslan dekhiye, abhi main ek chupa hai Times of India mein ek poore page ka ek interview,</w:t>
      </w:r>
      <w:r>
        <w:br/>
      </w:r>
      <w:r>
        <w:rPr>
          <w:sz w:val="20"/>
        </w:rPr>
        <w:t>1:15:17  Yaani Uttar Pradesh ke jo Chief Minister hain, Akhilesh Yadav, un ka interview hai. Kai logon ne mil ke</w:t>
      </w:r>
      <w:r>
        <w:br/>
      </w:r>
      <w:r>
        <w:rPr>
          <w:sz w:val="20"/>
        </w:rPr>
        <w:t>1:15:26  Interview liya, woh saara political interview hai, ek dum political. Is mein mujhe ek bahut ajeeb cheez mil gayi. Maslan dekhiye, interviewer ne un se poocha ke jab aap Chief Minister bane toh aap ne aap ne khoi kya?</w:t>
      </w:r>
      <w:r>
        <w:br/>
      </w:r>
      <w:r>
        <w:rPr>
          <w:sz w:val="20"/>
        </w:rPr>
        <w:t>1:15:43  Kya cheez khoi aap ne? Yeh ajeeb sawal hai, kya cheez miss kiya aap ne? Yaani</w:t>
      </w:r>
      <w:r>
        <w:br/>
      </w:r>
      <w:r>
        <w:rPr>
          <w:sz w:val="20"/>
        </w:rPr>
        <w:t>1:15:52  Chief Minister banne ke baad woh cheez kya thi jis ko aap ne miss kiya? Toh foran woh kehta hai: "Time, time miss kiya hua hai.</w:t>
      </w:r>
      <w:r>
        <w:br/>
      </w:r>
      <w:r>
        <w:rPr>
          <w:sz w:val="20"/>
        </w:rPr>
        <w:t>1:16:03  Mere paas koi time hi nahi. Har waqt political is mein phansa hua hota hoon." Toh maine shaoor ada kiya ke main Chief Minister nahi hoon. Waqeatan main is waqt mujhe rona aa gaya ke Khuda ka tera bada shukar hai ke tune mujh ko Chief Minister nahi banaya.</w:t>
      </w:r>
      <w:r>
        <w:br/>
      </w:r>
      <w:r>
        <w:rPr>
          <w:sz w:val="20"/>
        </w:rPr>
        <w:t>1:16:22  Mere paas time hai sochne ka, toh har cheez mein mujhe toh sabak milta hai. Toh jo cheez darkaar hai, woh toosam, toosam hai.</w:t>
      </w:r>
    </w:p>
    <w:p>
      <w:pPr>
        <w:pStyle w:val="Heading2"/>
      </w:pPr>
      <w:r>
        <w:t>Starting a New Duty</w:t>
      </w:r>
    </w:p>
    <w:p>
      <w:r>
        <w:rPr>
          <w:color w:val="666666"/>
          <w:sz w:val="18"/>
        </w:rPr>
        <w:t>Life &amp; Wisdom · Dars-e-Quran, Chapter 2, Verse 35 | December 17, 2017 · 1m 24s · at 1:12:11 · https://youtu.be/Cd8MlWM7B9w?t=4331</w:t>
      </w:r>
    </w:p>
    <w:p>
      <w:r>
        <w:rPr>
          <w:i/>
        </w:rPr>
        <w:t>“When we take a decision to start off with a new duty and in any...”</w:t>
      </w:r>
    </w:p>
    <w:p>
      <w:r>
        <w:rPr>
          <w:sz w:val="20"/>
        </w:rPr>
        <w:t>1:12:11  maulana, agla sawal bheja hai miss shabana khatoon ne.</w:t>
      </w:r>
      <w:r>
        <w:br/>
      </w:r>
      <w:r>
        <w:rPr>
          <w:sz w:val="20"/>
        </w:rPr>
        <w:t>1:12:17  unho ne apni location nahi likhi hai.</w:t>
      </w:r>
      <w:r>
        <w:br/>
      </w:r>
      <w:r>
        <w:rPr>
          <w:sz w:val="20"/>
        </w:rPr>
        <w:t>1:12:23  ان کا سوال ہے، when we take a decision to start off with a new duty or in any</w:t>
      </w:r>
      <w:r>
        <w:br/>
      </w:r>
      <w:r>
        <w:rPr>
          <w:sz w:val="20"/>
        </w:rPr>
        <w:t>1:12:29  kind of work, how will I understand whether it is from Allah who is guiding us towards something</w:t>
      </w:r>
      <w:r>
        <w:br/>
      </w:r>
      <w:r>
        <w:rPr>
          <w:sz w:val="20"/>
        </w:rPr>
        <w:t>1:12:35  Good or is it through Satan who is tempting us to get into it? Please add</w:t>
      </w:r>
      <w:r>
        <w:br/>
      </w:r>
      <w:r>
        <w:rPr>
          <w:sz w:val="20"/>
        </w:rPr>
        <w:t>1:12:41  voice is.</w:t>
      </w:r>
      <w:r>
        <w:br/>
      </w:r>
      <w:r>
        <w:rPr>
          <w:sz w:val="20"/>
        </w:rPr>
        <w:t>1:12:46  ka matlab hai ke Maulana woh yeh poochna chah rahe hain ke kuch bhi agar kaam koi start</w:t>
      </w:r>
      <w:r>
        <w:br/>
      </w:r>
      <w:r>
        <w:rPr>
          <w:sz w:val="20"/>
        </w:rPr>
        <w:t>1:12:50  karta hai to yeh kaise pata chalega ke woh Allah ki taraf se hai ya Shaitan ki</w:t>
      </w:r>
      <w:r>
        <w:br/>
      </w:r>
      <w:r>
        <w:rPr>
          <w:sz w:val="20"/>
        </w:rPr>
        <w:t>1:12:54  taraf se hai? Kaise hum janen ke jo hum kaam naya kaam start karne ja rahe hain? Dekhen,</w:t>
      </w:r>
      <w:r>
        <w:br/>
      </w:r>
      <w:r>
        <w:rPr>
          <w:sz w:val="20"/>
        </w:rPr>
        <w:t>1:12:59  vague question ka main jawab nahi de sakta.</w:t>
      </w:r>
      <w:r>
        <w:br/>
      </w:r>
      <w:r>
        <w:rPr>
          <w:sz w:val="20"/>
        </w:rPr>
        <w:t>1:13:03  yeh to vague question hai.</w:t>
      </w:r>
      <w:r>
        <w:br/>
      </w:r>
      <w:r>
        <w:rPr>
          <w:sz w:val="20"/>
        </w:rPr>
        <w:t>1:13:07  main usooli tor par yeh kahunga ke har insan ke andar consciousness hai. Consciousness to</w:t>
      </w:r>
      <w:r>
        <w:br/>
      </w:r>
      <w:r>
        <w:rPr>
          <w:sz w:val="20"/>
        </w:rPr>
        <w:t>1:13:12  apne consciousness se poochiye.</w:t>
      </w:r>
      <w:r>
        <w:br/>
      </w:r>
      <w:r>
        <w:rPr>
          <w:sz w:val="20"/>
        </w:rPr>
        <w:t>1:13:18  hadees mein aata hai ke woh istafti qalb ka apne dil se fatwa poochho.</w:t>
      </w:r>
      <w:r>
        <w:br/>
      </w:r>
      <w:r>
        <w:rPr>
          <w:sz w:val="20"/>
        </w:rPr>
        <w:t>1:13:24  matlab apne consciousness ko follow karo.</w:t>
      </w:r>
      <w:r>
        <w:br/>
      </w:r>
      <w:r>
        <w:rPr>
          <w:sz w:val="20"/>
        </w:rPr>
        <w:t>1:13:30  usoolee tor par main yeh bata sakta hoon ke apne consciousness ko follow kijiye.</w:t>
      </w:r>
    </w:p>
    <w:p>
      <w:pPr>
        <w:pStyle w:val="Heading2"/>
      </w:pPr>
      <w:r>
        <w:t>Starting point for breaking conditioning</w:t>
      </w:r>
    </w:p>
    <w:p>
      <w:r>
        <w:rPr>
          <w:color w:val="666666"/>
          <w:sz w:val="18"/>
        </w:rPr>
        <w:t>Life &amp; Wisdom · Deeper Meaning of The Quran May 17, 2015 · 2m 10s · at 1:03:43 · https://youtu.be/CoTUNYxSRiI?t=3823</w:t>
      </w:r>
    </w:p>
    <w:p>
      <w:r>
        <w:rPr>
          <w:i/>
        </w:rPr>
        <w:t>“What is the starting point of breaking one's conditioning so that the person can re-engineer his or her mind?”</w:t>
      </w:r>
    </w:p>
    <w:p>
      <w:r>
        <w:rPr>
          <w:sz w:val="20"/>
        </w:rPr>
        <w:t>1:03:43  Masha Allah. Maulana, agla sawal Bhopal se aaya hai Fawad Sahab ne kiya hai. Aur unhon ne aap se poocha hai ki: "What is the starting point of breaking one's conditioning so that the person can re-engineer his or her mind?"</w:t>
      </w:r>
      <w:r>
        <w:br/>
      </w:r>
      <w:r>
        <w:rPr>
          <w:sz w:val="20"/>
        </w:rPr>
        <w:t>1:04:02  Bhai, main to yahi samajhta hoon ki Starting Point muhasba hai yaani Introspection.</w:t>
      </w:r>
      <w:r>
        <w:br/>
      </w:r>
      <w:r>
        <w:rPr>
          <w:sz w:val="20"/>
        </w:rPr>
        <w:t>1:04:10  Apne aap apni Scrutiny karna. Apne ko Critical Way mein dekhna. Apna Analysis karna.</w:t>
      </w:r>
      <w:r>
        <w:br/>
      </w:r>
      <w:r>
        <w:rPr>
          <w:sz w:val="20"/>
        </w:rPr>
        <w:t>1:04:21  Jisko kehte hain Arabi mein muhasba kehte hain English mein jisko kehte hain Introspection. Yahi mere dekh to yahi Starting Point hai.</w:t>
      </w:r>
      <w:r>
        <w:br/>
      </w:r>
      <w:r>
        <w:rPr>
          <w:sz w:val="20"/>
        </w:rPr>
        <w:t>1:04:39  Jaise kal jo ek khatoon aayi thi jo Journalist. Un se main ne kaha ki: "Main aaj aadat hai ki jab bhi koi bahar se phone karta hoon I was wrong."</w:t>
      </w:r>
      <w:r>
        <w:br/>
      </w:r>
      <w:r>
        <w:rPr>
          <w:sz w:val="20"/>
        </w:rPr>
        <w:t>1:04:54  To unhon ne kaha ki: "Aap kyun kehte hain aap I was wrong kehte hain? Hum to pata hai log aisa nahi karte." To main ne kaha: "Dekhiye jab ek shakhs kehta hai I was wrong to uska faida usko khud bhi milta hai doosre ko nahi.</w:t>
      </w:r>
      <w:r>
        <w:br/>
      </w:r>
      <w:r>
        <w:rPr>
          <w:sz w:val="20"/>
        </w:rPr>
        <w:t>1:05:12  Doosre ko nahi apne ko. I was wrong keh kar woh apne ko Realist banata hai. Apni galtiyon ko pakad pata hai.</w:t>
      </w:r>
      <w:r>
        <w:br/>
      </w:r>
      <w:r>
        <w:rPr>
          <w:sz w:val="20"/>
        </w:rPr>
        <w:t>1:05:24  nah kahin to jhagda karen ge doosre se ke tum galat ho tum galat ho woh kahe ga tum galat ho. to time waste karta hai.</w:t>
      </w:r>
      <w:r>
        <w:br/>
      </w:r>
      <w:r>
        <w:rPr>
          <w:sz w:val="20"/>
        </w:rPr>
        <w:t>1:05:33  to hum time bachate hain. is se modesty aati hai. to sara faida apne ko milta hai doosre ko nahin.</w:t>
      </w:r>
      <w:r>
        <w:br/>
      </w:r>
      <w:r>
        <w:rPr>
          <w:sz w:val="20"/>
        </w:rPr>
        <w:t>1:05:44  yahi sab isi se yahi sab sochta hai aadmi isi ka naam hai muhasba ya introspection.</w:t>
      </w:r>
      <w:r>
        <w:br/>
      </w:r>
      <w:r>
        <w:rPr>
          <w:sz w:val="20"/>
        </w:rPr>
        <w:t>1:05:54  maulana, agla sawal punay se zahid khan sahab ne kiya hai. aur unhon ne likha hai: "maulana, aap ne kaha ke tazkiya ka talluq qalb se nahin hai.</w:t>
      </w:r>
    </w:p>
    <w:p>
      <w:pPr>
        <w:pStyle w:val="Heading2"/>
      </w:pPr>
      <w:r>
        <w:t>Starting point for brilliant personality</w:t>
      </w:r>
    </w:p>
    <w:p>
      <w:r>
        <w:rPr>
          <w:color w:val="666666"/>
          <w:sz w:val="18"/>
        </w:rPr>
        <w:t>Life &amp; Wisdom · Brilliant Personality November 27, 2016 · 2m 48s · at 44:41 · https://youtu.be/268O3sgnjC0?t=2681</w:t>
      </w:r>
    </w:p>
    <w:p>
      <w:r>
        <w:rPr>
          <w:i/>
        </w:rPr>
        <w:t>“To build a brilliant personality, where should one start? Please tell about it. Allah has Himself told it.”</w:t>
      </w:r>
    </w:p>
    <w:p>
      <w:r>
        <w:rPr>
          <w:sz w:val="20"/>
        </w:rPr>
        <w:t>44:41  Maulana pehla sawal Solan se aaya hai Ghafoor Sahib ka aur unhon ne aap se poocha hai Maulana</w:t>
      </w:r>
      <w:r>
        <w:br/>
      </w:r>
      <w:r>
        <w:rPr>
          <w:sz w:val="20"/>
        </w:rPr>
        <w:t>44:48  Sahib aik brilliant personality banane ke liye kahan se aaghaz karein, is ke baray mein bataein.</w:t>
      </w:r>
      <w:r>
        <w:br/>
      </w:r>
      <w:r>
        <w:rPr>
          <w:sz w:val="20"/>
        </w:rPr>
        <w:t>44:56  Woh Allah taala ne khud bata diya hai.</w:t>
      </w:r>
      <w:r>
        <w:br/>
      </w:r>
      <w:r>
        <w:rPr>
          <w:sz w:val="20"/>
        </w:rPr>
        <w:t>45:03  Woh ayat main ne abhi parhi thi waqayyim min ayatin fis samawati wal ardi yamurruna alaiha wa hum alaiha murdun</w:t>
      </w:r>
      <w:r>
        <w:br/>
      </w:r>
      <w:r>
        <w:rPr>
          <w:sz w:val="20"/>
        </w:rPr>
        <w:t>45:10  Is ka matlab main ne yahi samjha hai ke Allah ka noor jis tarah se lecter phoolon mein</w:t>
      </w:r>
      <w:r>
        <w:br/>
      </w:r>
      <w:r>
        <w:rPr>
          <w:sz w:val="20"/>
        </w:rPr>
        <w:t>45:18  hota hai aur shehad ki makhi us ko le le kar shehad banati hai, aise hi Allah ki</w:t>
      </w:r>
      <w:r>
        <w:br/>
      </w:r>
      <w:r>
        <w:rPr>
          <w:sz w:val="20"/>
        </w:rPr>
        <w:t>45:25  Allah ki marifat, Allah ki mohabbat, Allah ki khusoosiyat yeh sab noor ke item hain aur yeh sab</w:t>
      </w:r>
      <w:r>
        <w:br/>
      </w:r>
      <w:r>
        <w:rPr>
          <w:sz w:val="20"/>
        </w:rPr>
        <w:t>45:32  kainat mein phailay hue hain.</w:t>
      </w:r>
      <w:r>
        <w:br/>
      </w:r>
      <w:r>
        <w:rPr>
          <w:sz w:val="20"/>
        </w:rPr>
        <w:t>45:40  har jagah phailay hue hain.</w:t>
      </w:r>
      <w:r>
        <w:br/>
      </w:r>
      <w:r>
        <w:rPr>
          <w:sz w:val="20"/>
        </w:rPr>
        <w:t>45:47  aap ke apne paas bhi hain aur door galaxy bhi hai.</w:t>
      </w:r>
      <w:r>
        <w:br/>
      </w:r>
      <w:r>
        <w:rPr>
          <w:sz w:val="20"/>
        </w:rPr>
        <w:t>45:54  bas is noor ko pehchaniye aur shehad ki makhi ban jaiye.</w:t>
      </w:r>
      <w:r>
        <w:br/>
      </w:r>
      <w:r>
        <w:rPr>
          <w:sz w:val="20"/>
        </w:rPr>
        <w:t>46:02  noor ke content ko extract kijiye.</w:t>
      </w:r>
      <w:r>
        <w:br/>
      </w:r>
      <w:r>
        <w:rPr>
          <w:sz w:val="20"/>
        </w:rPr>
        <w:t>46:09  is tarah aap ke andar woh personality banay gi jo Allah ka brilliant personality ke tor par zahir hogi.</w:t>
      </w:r>
      <w:r>
        <w:br/>
      </w:r>
      <w:r>
        <w:rPr>
          <w:sz w:val="20"/>
        </w:rPr>
        <w:t>46:16  Okay, before I take the next question, there are a few comments which I would like to read</w:t>
      </w:r>
      <w:r>
        <w:br/>
      </w:r>
      <w:r>
        <w:rPr>
          <w:sz w:val="20"/>
        </w:rPr>
        <w:t>46:24  pertaining to today's talk.</w:t>
      </w:r>
      <w:r>
        <w:br/>
      </w:r>
      <w:r>
        <w:rPr>
          <w:sz w:val="20"/>
        </w:rPr>
        <w:t>46:31  aa pehla comment aaya hai Saad Ibrahim Sherpao sahib ka Peshawar se, unhon ne likha hai "Moulana Sahib,</w:t>
      </w:r>
      <w:r>
        <w:br/>
      </w:r>
      <w:r>
        <w:rPr>
          <w:sz w:val="20"/>
        </w:rPr>
        <w:t>46:38  very deep and thought provoking talk." agla comment Dubai se aaya hai Nikhat Saba sister Nikhat Saba ka,</w:t>
      </w:r>
      <w:r>
        <w:br/>
      </w:r>
      <w:r>
        <w:rPr>
          <w:sz w:val="20"/>
        </w:rPr>
        <w:t>46:46  unhon ne likha hai "Jazak Allah Maulana Sahib noor ka matlab toufeeq hai, yeh baat aaj samajh mein</w:t>
      </w:r>
      <w:r>
        <w:br/>
      </w:r>
      <w:r>
        <w:rPr>
          <w:sz w:val="20"/>
        </w:rPr>
        <w:t>46:53  aai." is ke baad comment bheja hai Chennai se Maulana Iqbal Umri ne, unhon ne likha hai "Maulana</w:t>
      </w:r>
      <w:r>
        <w:br/>
      </w:r>
      <w:r>
        <w:rPr>
          <w:sz w:val="20"/>
        </w:rPr>
        <w:t>47:00  Sahib, jo dua hai ke noor ko hamare liye mukammal farma, yani noor maarfat aur yani safar maarfat</w:t>
      </w:r>
      <w:r>
        <w:br/>
      </w:r>
      <w:r>
        <w:rPr>
          <w:sz w:val="20"/>
        </w:rPr>
        <w:t>47:08  ki takmeel ki toufeeq ata farma.</w:t>
      </w:r>
      <w:r>
        <w:br/>
      </w:r>
      <w:r>
        <w:rPr>
          <w:sz w:val="20"/>
        </w:rPr>
        <w:t>47:15  aaj hi is dua ka sahi matlab ka pata chala, Jazak Allah." Shabana Ansari ne Pakistan se bheja</w:t>
      </w:r>
      <w:r>
        <w:br/>
      </w:r>
      <w:r>
        <w:rPr>
          <w:sz w:val="20"/>
        </w:rPr>
        <w:t>47:22  hai "Moulana Sahib, as much as we absorb divine inspiration, it will also be a noor." Maulana agla</w:t>
      </w:r>
    </w:p>
    <w:p>
      <w:pPr>
        <w:pStyle w:val="Heading2"/>
      </w:pPr>
      <w:r>
        <w:t>Starting point for realistic planning</w:t>
      </w:r>
    </w:p>
    <w:p>
      <w:r>
        <w:rPr>
          <w:color w:val="666666"/>
          <w:sz w:val="18"/>
        </w:rPr>
        <w:t>Life &amp; Wisdom · Modern Age June 9, 2019 Maulana Wahiduddin Khan · 1m 50s · at 47:55 · https://youtu.be/7mjCvAvHEdA?t=2875</w:t>
      </w:r>
    </w:p>
    <w:p>
      <w:r>
        <w:rPr>
          <w:i/>
        </w:rPr>
        <w:t>“Molana, today's lecture was eye opening. I learned that it is realistic planning without complaining that works. My question is, what should be starting point for this type of planning? I think the first thing is, if a person has failed, the first step is to stop blaming others.”</w:t>
      </w:r>
    </w:p>
    <w:p>
      <w:r>
        <w:rPr>
          <w:sz w:val="20"/>
        </w:rPr>
        <w:t>47:55  Jazak Allah." Maulana, agla sawal bheja hai Dr Junaid Sheikh ne Mumbai se. Unhon ne likha hai, "Maulana, today's lecture was eye opening.</w:t>
      </w:r>
      <w:r>
        <w:br/>
      </w:r>
      <w:r>
        <w:rPr>
          <w:sz w:val="20"/>
        </w:rPr>
        <w:t>48:07  I learned that it is realistic planning without complaining that works.</w:t>
      </w:r>
      <w:r>
        <w:br/>
      </w:r>
      <w:r>
        <w:rPr>
          <w:sz w:val="20"/>
        </w:rPr>
        <w:t>48:14  My question is, what should be starting point for this type of planning?" Main to yeh sochta hoon ke sab se pehla jo kaam hai, agar aadmi fail ho gaya hai to sab se pehla kaam yeh hai ke doosre ko blame dena chhod de.</w:t>
      </w:r>
      <w:r>
        <w:br/>
      </w:r>
      <w:r>
        <w:rPr>
          <w:sz w:val="20"/>
        </w:rPr>
        <w:t>48:35  doosre ko blame dena chhod de. Woh sirf aik hi cheez par sara focus kare. Where I was wrong?</w:t>
      </w:r>
      <w:r>
        <w:br/>
      </w:r>
      <w:r>
        <w:rPr>
          <w:sz w:val="20"/>
        </w:rPr>
        <w:t>48:46  Where I was wrong?</w:t>
      </w:r>
      <w:r>
        <w:br/>
      </w:r>
      <w:r>
        <w:rPr>
          <w:sz w:val="20"/>
        </w:rPr>
        <w:t>48:48  Yeh yeh agar aadmi ke andar sihas hai to is ki kamyabi koi koi rok nahin sakta.</w:t>
      </w:r>
      <w:r>
        <w:br/>
      </w:r>
      <w:r>
        <w:rPr>
          <w:sz w:val="20"/>
        </w:rPr>
        <w:t>49:02  aisi cheez yeh aise insaan ke liye ke woh yeh jaane ke where I was wrong. Doosre ko ilzam dena, saazish ki nishandahi karna, yeh sab falsehood mein jeena hai.</w:t>
      </w:r>
      <w:r>
        <w:br/>
      </w:r>
      <w:r>
        <w:rPr>
          <w:sz w:val="20"/>
        </w:rPr>
        <w:t>49:16  yaad rakhiye, jo doosre ko ilzam de, jo doosre ka zulm bataye, woh falsehood mein jee raha hai.</w:t>
      </w:r>
      <w:r>
        <w:br/>
      </w:r>
      <w:r>
        <w:rPr>
          <w:sz w:val="20"/>
        </w:rPr>
        <w:t>49:25  aur falsehood mein jeene wala to kabhi kamyab nahin ho sakta. Saare log jis se poochein, bas woh saazish ka zikr karein ge.</w:t>
      </w:r>
      <w:r>
        <w:br/>
      </w:r>
      <w:r>
        <w:rPr>
          <w:sz w:val="20"/>
        </w:rPr>
        <w:t>49:34  saazish, zulm, yeh to falsehood mein jeena hai. Yeh to koi jeena nahin hai.</w:t>
      </w:r>
    </w:p>
    <w:p>
      <w:pPr>
        <w:pStyle w:val="Heading2"/>
      </w:pPr>
      <w:r>
        <w:t>Starting point to break conditioning and re-engineer mind</w:t>
      </w:r>
    </w:p>
    <w:p>
      <w:r>
        <w:rPr>
          <w:color w:val="666666"/>
          <w:sz w:val="18"/>
        </w:rPr>
        <w:t>Life &amp; Wisdom · Deeper Meaning of Quran 17 05 2015 · 2m 10s · at 1:01:54 · https://youtu.be/_Cj6gds7nWI?t=3714</w:t>
      </w:r>
    </w:p>
    <w:p>
      <w:r>
        <w:rPr>
          <w:i/>
        </w:rPr>
        <w:t>“What is the starting point of breaking one's conditioning so that the person can re-engineer his or her mind?”</w:t>
      </w:r>
    </w:p>
    <w:p>
      <w:r>
        <w:rPr>
          <w:sz w:val="20"/>
        </w:rPr>
        <w:t>1:01:54  To conclude, Spirit of Islam has benefited me in many ways, such as honesty, not to deny the truth, respect others, and treat everyone equally. Maulana, agla sawal Bhopal se aaya hai Fawad Sahab ne kiya hai aur unhone aap se poocha hai ke What is the starting point of breaking one's conditioning so that the person can re-engineer his or her mind?</w:t>
      </w:r>
      <w:r>
        <w:br/>
      </w:r>
      <w:r>
        <w:rPr>
          <w:sz w:val="20"/>
        </w:rPr>
        <w:t>1:02:21  bhai, main to yahi samajhta hoon ke starting point muhasba hai yani introspection.</w:t>
      </w:r>
      <w:r>
        <w:br/>
      </w:r>
      <w:r>
        <w:rPr>
          <w:sz w:val="20"/>
        </w:rPr>
        <w:t>1:02:28  apne aap apni scrutiny karna, apne ko critical way mein dekhna, apna analysis karna, jis ko kehte hain</w:t>
      </w:r>
      <w:r>
        <w:br/>
      </w:r>
      <w:r>
        <w:rPr>
          <w:sz w:val="20"/>
        </w:rPr>
        <w:t>1:02:36  Arabi mein muhasba, kehte hain English mein is ko kehte hain introspection.</w:t>
      </w:r>
      <w:r>
        <w:br/>
      </w:r>
      <w:r>
        <w:rPr>
          <w:sz w:val="20"/>
        </w:rPr>
        <w:t>1:02:43  yahi mere dekh to yahi starting point hai.</w:t>
      </w:r>
      <w:r>
        <w:br/>
      </w:r>
      <w:r>
        <w:rPr>
          <w:sz w:val="20"/>
        </w:rPr>
        <w:t>1:02:51  jaise kal jo ek khatoon aayi thi, jo journalist, un se main ne kaha ke main aadat hai</w:t>
      </w:r>
      <w:r>
        <w:br/>
      </w:r>
      <w:r>
        <w:rPr>
          <w:sz w:val="20"/>
        </w:rPr>
        <w:t>1:02:58  keh jab bhi koi baat ho to phone karta hoon I was wrong.</w:t>
      </w:r>
      <w:r>
        <w:br/>
      </w:r>
      <w:r>
        <w:rPr>
          <w:sz w:val="20"/>
        </w:rPr>
        <w:t>1:03:06  to unhone kaha ke aap kyun itna zyada I was wrong kehte hain? aam taur par to log aisa nahi karte. to maine kaha dekhen, jab ek shakhs kehta hai I was wrong.</w:t>
      </w:r>
      <w:r>
        <w:br/>
      </w:r>
      <w:r>
        <w:rPr>
          <w:sz w:val="20"/>
        </w:rPr>
        <w:t>1:03:19  to is ka faida is ko khud bhi milta hai, doosre ko nahi, doosre ko nahi, apne ko.</w:t>
      </w:r>
      <w:r>
        <w:br/>
      </w:r>
      <w:r>
        <w:rPr>
          <w:sz w:val="20"/>
        </w:rPr>
        <w:t>1:03:24  I was wrong keh kar woh apne ko realist banata hai, apni galtiyon ko pakar pata hai.</w:t>
      </w:r>
      <w:r>
        <w:br/>
      </w:r>
      <w:r>
        <w:rPr>
          <w:sz w:val="20"/>
        </w:rPr>
        <w:t>1:03:30  I was wrong na kahein to jhagda karein ge doosre se keh tum galat ho, tum galat ho,</w:t>
      </w:r>
      <w:r>
        <w:br/>
      </w:r>
      <w:r>
        <w:rPr>
          <w:sz w:val="20"/>
        </w:rPr>
        <w:t>1:03:36  woh kahe ga tum galat ho.</w:t>
      </w:r>
      <w:r>
        <w:br/>
      </w:r>
      <w:r>
        <w:rPr>
          <w:sz w:val="20"/>
        </w:rPr>
        <w:t>1:03:41  to time waste karta hai, to hum time bachate hain.</w:t>
      </w:r>
      <w:r>
        <w:br/>
      </w:r>
      <w:r>
        <w:rPr>
          <w:sz w:val="20"/>
        </w:rPr>
        <w:t>1:03:47  is se modesty aati hai.</w:t>
      </w:r>
      <w:r>
        <w:br/>
      </w:r>
      <w:r>
        <w:rPr>
          <w:sz w:val="20"/>
        </w:rPr>
        <w:t>1:03:53  to sara faida apne ko milta hai, doosre ko nahi.</w:t>
      </w:r>
      <w:r>
        <w:br/>
      </w:r>
      <w:r>
        <w:rPr>
          <w:sz w:val="20"/>
        </w:rPr>
        <w:t>1:03:58  yehi sab, isi se yehi sab sochta hai aadmi, isi ka naam hai muhasba ya introspection.</w:t>
      </w:r>
    </w:p>
    <w:p>
      <w:pPr>
        <w:pStyle w:val="Heading2"/>
      </w:pPr>
      <w:r>
        <w:t>Starting point to gain wisdom</w:t>
      </w:r>
    </w:p>
    <w:p>
      <w:r>
        <w:rPr>
          <w:color w:val="666666"/>
          <w:sz w:val="18"/>
        </w:rPr>
        <w:t>Life &amp; Wisdom · Islamic Wisdom July 17, 2016 · 1m 18s · at 47:08 · https://youtu.be/jB4ugN0K-AM?t=2828</w:t>
      </w:r>
    </w:p>
    <w:p>
      <w:r>
        <w:rPr>
          <w:i/>
        </w:rPr>
        <w:t>“What is the starting point for any person to gain wisdom? How can one become wise? Please advise.”</w:t>
      </w:r>
    </w:p>
    <w:p>
      <w:r>
        <w:rPr>
          <w:sz w:val="20"/>
        </w:rPr>
        <w:t>47:08  maulana, agla sawal kya hai muradabad se muhammad idrees sahib ne, aur unhon ne aap se poocha</w:t>
      </w:r>
      <w:r>
        <w:br/>
      </w:r>
      <w:r>
        <w:rPr>
          <w:sz w:val="20"/>
        </w:rPr>
        <w:t>47:16  ہے: "مولانا، what is the starting point for any person to gain wisdom? How can one become wise?</w:t>
      </w:r>
      <w:r>
        <w:br/>
      </w:r>
      <w:r>
        <w:rPr>
          <w:sz w:val="20"/>
        </w:rPr>
        <w:t>47:23  please advise us." dekhen, wisdom ka yaani wise banne ka jo raaz hai, woh hai 100 percent objective</w:t>
      </w:r>
      <w:r>
        <w:br/>
      </w:r>
      <w:r>
        <w:rPr>
          <w:sz w:val="20"/>
        </w:rPr>
        <w:t>47:31  banna.</w:t>
      </w:r>
      <w:r>
        <w:br/>
      </w:r>
      <w:r>
        <w:rPr>
          <w:sz w:val="20"/>
        </w:rPr>
        <w:t>47:32  ab jaise abhi sawal aaya ke log chahte hain ke un ka aap na bataya jaye, to wisdom</w:t>
      </w:r>
      <w:r>
        <w:br/>
      </w:r>
      <w:r>
        <w:rPr>
          <w:sz w:val="20"/>
        </w:rPr>
        <w:t>47:40  kahan se aye gi in ko? wais aadmi chahe ke batao mujh ko taake main is ko correction</w:t>
      </w:r>
      <w:r>
        <w:br/>
      </w:r>
      <w:r>
        <w:rPr>
          <w:sz w:val="20"/>
        </w:rPr>
        <w:t>47:48  karoon.</w:t>
      </w:r>
      <w:r>
        <w:br/>
      </w:r>
      <w:r>
        <w:rPr>
          <w:sz w:val="20"/>
        </w:rPr>
        <w:t>47:49  musalmanon ka to yeh mizaj jo aa gaya hai ke musalmanon ke aap ko na batao, chhupao is</w:t>
      </w:r>
      <w:r>
        <w:br/>
      </w:r>
      <w:r>
        <w:rPr>
          <w:sz w:val="20"/>
        </w:rPr>
        <w:t>47:57  ko, yahi to wisdom ki jar kaat deta hai.</w:t>
      </w:r>
      <w:r>
        <w:br/>
      </w:r>
      <w:r>
        <w:rPr>
          <w:sz w:val="20"/>
        </w:rPr>
        <w:t>48:01  wisdom jab aye gi jab aap open, poore khule tor par logon ki criticism ko sunen, logon ke</w:t>
      </w:r>
      <w:r>
        <w:br/>
      </w:r>
      <w:r>
        <w:rPr>
          <w:sz w:val="20"/>
        </w:rPr>
        <w:t>48:09  tanqeed ko sunen, aur khud bhi apne bare mein introspection karen.</w:t>
      </w:r>
      <w:r>
        <w:br/>
      </w:r>
      <w:r>
        <w:rPr>
          <w:sz w:val="20"/>
        </w:rPr>
        <w:t>48:13  yani main kaha karta hoon ke merciless introspection yahi wisdom ka sira hai.</w:t>
      </w:r>
      <w:r>
        <w:br/>
      </w:r>
      <w:r>
        <w:rPr>
          <w:sz w:val="20"/>
        </w:rPr>
        <w:t>48:19  apna merciless introspection kijiye, is ke baad wisdom aap ko hazir ho jaye gi.</w:t>
      </w:r>
    </w:p>
    <w:p>
      <w:pPr>
        <w:pStyle w:val="Heading2"/>
      </w:pPr>
      <w:r>
        <w:t>Staying Positive Amidst Negative Situations</w:t>
      </w:r>
    </w:p>
    <w:p>
      <w:r>
        <w:rPr>
          <w:color w:val="666666"/>
          <w:sz w:val="18"/>
        </w:rPr>
        <w:t>Life &amp; Wisdom · Man and Paradise May 05, 2013 · 2m 54s · at 54:43 · https://youtu.be/VyFgim3pvts?t=3283</w:t>
      </w:r>
    </w:p>
    <w:p>
      <w:r>
        <w:rPr>
          <w:i/>
        </w:rPr>
        <w:t>“We are living in darul-qabz (a state of oppression), while striving towards day-to-day goals. How can we stay positive and give positive response in spite of negative situation?”</w:t>
      </w:r>
    </w:p>
    <w:p>
      <w:r>
        <w:rPr>
          <w:sz w:val="20"/>
        </w:rPr>
        <w:t>54:43  maulana, agla sawal dilli se hai, miss naghma siddiqui ka</w:t>
      </w:r>
      <w:r>
        <w:br/>
      </w:r>
      <w:r>
        <w:rPr>
          <w:sz w:val="20"/>
        </w:rPr>
        <w:t>54:47  . unhon ne likha hai: "we are living in darul qabz, while striving towards day to day goals.</w:t>
      </w:r>
      <w:r>
        <w:br/>
      </w:r>
      <w:r>
        <w:rPr>
          <w:sz w:val="20"/>
        </w:rPr>
        <w:t>54:56  how can we stay positive and give positive response in spite of negative situation?"</w:t>
      </w:r>
      <w:r>
        <w:br/>
      </w:r>
      <w:r>
        <w:rPr>
          <w:sz w:val="20"/>
        </w:rPr>
        <w:t>55:07  dekhen, yeh jo problem hai zindagi mein, woh na ho toh hamari personality ka development bhi na ho.</w:t>
      </w:r>
      <w:r>
        <w:br/>
      </w:r>
      <w:r>
        <w:rPr>
          <w:sz w:val="20"/>
        </w:rPr>
        <w:t>55:19  kabhi bhi yaad rakhiye, isبوت halaat mein insaan ke andar irtaqa nahi hota. jo log is ko yaani qabr ko evil samajhte hain, woh bohat bari bhool mein mubtala hain.</w:t>
      </w:r>
      <w:r>
        <w:br/>
      </w:r>
      <w:r>
        <w:rPr>
          <w:sz w:val="20"/>
        </w:rPr>
        <w:t>55:37  dunya mein jin logon ne bari bari taraqqiyat ki hain, bari bari taraqqiyat, woh sab wohi hain jo problem mein mubtala hue hain.</w:t>
      </w:r>
      <w:r>
        <w:br/>
      </w:r>
      <w:r>
        <w:rPr>
          <w:sz w:val="20"/>
        </w:rPr>
        <w:t>55:47  kal mein soch raha tha ek hadith ke baray mein ke hadith mein hai ke jis aadmi ki aankh le li gayi allah ta'ala ne aur us ne sabr kiya, toh us ko bohat bara reward milega.</w:t>
      </w:r>
      <w:r>
        <w:br/>
      </w:r>
      <w:r>
        <w:rPr>
          <w:sz w:val="20"/>
        </w:rPr>
        <w:t>56:02  daikhen, yeh sirf akhirat ki baat nahin hai,</w:t>
      </w:r>
      <w:r>
        <w:br/>
      </w:r>
      <w:r>
        <w:rPr>
          <w:sz w:val="20"/>
        </w:rPr>
        <w:t>56:05  sirf akhirat ki baat nahin hai. yani aankh jab le li jati hai to hamari kya hui hai? iski inside barh jati hai.</w:t>
      </w:r>
      <w:r>
        <w:br/>
      </w:r>
      <w:r>
        <w:rPr>
          <w:sz w:val="20"/>
        </w:rPr>
        <w:t>56:16  yeh jo zahiri aankh hai, agar nar hai to andar jo soch hai, us mein bohat izafa ho jata hai. super thinker ban jata hai aadmi.</w:t>
      </w:r>
      <w:r>
        <w:br/>
      </w:r>
      <w:r>
        <w:rPr>
          <w:sz w:val="20"/>
        </w:rPr>
        <w:t>56:28  super thinker,</w:t>
      </w:r>
      <w:r>
        <w:br/>
      </w:r>
      <w:r>
        <w:rPr>
          <w:sz w:val="20"/>
        </w:rPr>
        <w:t>56:29  super thinker, chunancha kai bohat bari bari baaten ki hain. kuch andhe logon ne, jaise Milton ne kitab likhi hai "Paradise Lost", jo andha ho gaya tha.</w:t>
      </w:r>
      <w:r>
        <w:br/>
      </w:r>
      <w:r>
        <w:rPr>
          <w:sz w:val="20"/>
        </w:rPr>
        <w:t>56:41  to andha hone ka matlab hai ke aap ki inner side jo hai, bohat barh jaye. aise hi dekhiye, Louis Braille jo tha, kitne hi bara kaam kiya us ne ke andhon ko parhne ka uth daryaft kiya us ne.</w:t>
      </w:r>
      <w:r>
        <w:br/>
      </w:r>
      <w:r>
        <w:rPr>
          <w:sz w:val="20"/>
        </w:rPr>
        <w:t>56:57  to dunya mein Allah taala ne agar problem na rakha hota to aap ki aap ki mind activate na hota, aap ki personality mein development na hota.</w:t>
      </w:r>
      <w:r>
        <w:br/>
      </w:r>
      <w:r>
        <w:rPr>
          <w:sz w:val="20"/>
        </w:rPr>
        <w:t>57:07  yeh saboot halaat mein ke koi taraqqi hoti hai. aap aise logon ko dekh rahe hain jo paida hote hi, un ko easy money mil gaya, baap ne un ko sab kuch de diya, to zindagi bhar woh bewakoof hi bewakoof rehte hain.</w:t>
      </w:r>
      <w:r>
        <w:br/>
      </w:r>
      <w:r>
        <w:rPr>
          <w:sz w:val="20"/>
        </w:rPr>
        <w:t>57:22  stupid jeete hain, stupid marte hain.</w:t>
      </w:r>
      <w:r>
        <w:br/>
      </w:r>
      <w:r>
        <w:rPr>
          <w:sz w:val="20"/>
        </w:rPr>
        <w:t>57:26  jin logon ko shauq lage, jin logon ko problem face karna pade, un ko challenge ka samna karna pade, wohi log taraqqi karte hain is dunya mein.</w:t>
      </w:r>
    </w:p>
    <w:p>
      <w:pPr>
        <w:pStyle w:val="Heading2"/>
      </w:pPr>
      <w:r>
        <w:t>Staying unaffected by others' freedom abuse</w:t>
      </w:r>
    </w:p>
    <w:p>
      <w:r>
        <w:rPr>
          <w:color w:val="666666"/>
          <w:sz w:val="18"/>
        </w:rPr>
        <w:t>Life &amp; Wisdom · Dars-e-Quran, Chapter 2, Verse 35 | December 17, 2017 · 4m 12s · at 50:51 · https://youtu.be/Cd8MlWM7B9w?t=3051</w:t>
      </w:r>
    </w:p>
    <w:p>
      <w:r>
        <w:rPr>
          <w:i/>
        </w:rPr>
        <w:t>“How to remain unaffected by other people's misuse of freedom? What is your opinion on this?”</w:t>
      </w:r>
    </w:p>
    <w:p>
      <w:r>
        <w:rPr>
          <w:sz w:val="20"/>
        </w:rPr>
        <w:t>50:51  aah, maulana, yeh sawal bheja hai gufran sahib ne mumbai se.</w:t>
      </w:r>
      <w:r>
        <w:br/>
      </w:r>
      <w:r>
        <w:rPr>
          <w:sz w:val="20"/>
        </w:rPr>
        <w:t>50:57  انہوں نے لکھا ہے، مولانا صاحب، How to remain unaffected by other people's misuse of freedom؟</w:t>
      </w:r>
      <w:r>
        <w:br/>
      </w:r>
      <w:r>
        <w:rPr>
          <w:sz w:val="20"/>
        </w:rPr>
        <w:t>51:03  what is your opinion in this? quran mein to ek ka ek hi bataya gaya, patience, sabr.</w:t>
      </w:r>
      <w:r>
        <w:br/>
      </w:r>
      <w:r>
        <w:rPr>
          <w:sz w:val="20"/>
        </w:rPr>
        <w:t>51:09  doosra karta hai to aap</w:t>
      </w:r>
      <w:r>
        <w:br/>
      </w:r>
      <w:r>
        <w:rPr>
          <w:sz w:val="20"/>
        </w:rPr>
        <w:t>51:15  patience, sabr kijiye, patience ka tareeqa ikhtiyar kijiye, sab se aasan hai. Is se zyada aasan to koi ho nahi sakta. Ji, Maulana, agla sawal Dr. Naghma Siddiqui ne Delhi se bheja hai. Unhone aap se poocha hai ke what are some hidden distractions that we all should</w:t>
      </w:r>
      <w:r>
        <w:br/>
      </w:r>
      <w:r>
        <w:rPr>
          <w:sz w:val="20"/>
        </w:rPr>
        <w:t>51:45  "Be conscious of?" Is ke bare mein batayen.</w:t>
      </w:r>
      <w:r>
        <w:br/>
      </w:r>
      <w:r>
        <w:rPr>
          <w:sz w:val="20"/>
        </w:rPr>
        <w:t>51:53  dekhiye, distraction ki koi list list nahi hai.</w:t>
      </w:r>
      <w:r>
        <w:br/>
      </w:r>
      <w:r>
        <w:rPr>
          <w:sz w:val="20"/>
        </w:rPr>
        <w:t>52:02  koi bhi shakhs aap ko list nahi de sakta distraction ki.</w:t>
      </w:r>
      <w:r>
        <w:br/>
      </w:r>
      <w:r>
        <w:rPr>
          <w:sz w:val="20"/>
        </w:rPr>
        <w:t>52:11  aap ko khud apne andar, yani apni apni</w:t>
      </w:r>
      <w:r>
        <w:br/>
      </w:r>
      <w:r>
        <w:rPr>
          <w:sz w:val="20"/>
        </w:rPr>
        <w:t>52:19  apni thinking ko develop karna hoga. Yeh yeh self discovery ka mamla hai. Apne aap ko khud se itna zyada conscious banaiye, conscious ke jahan koi distraction ka qissa ho, foran aap ko pata chal jaye ke haan, distraction ho gaya. Woh woh ayat padhi to aap</w:t>
      </w:r>
      <w:r>
        <w:br/>
      </w:r>
      <w:r>
        <w:rPr>
          <w:sz w:val="20"/>
        </w:rPr>
        <w:t>52:49  ko woh matlab masam taaifat tazkar.</w:t>
      </w:r>
      <w:r>
        <w:br/>
      </w:r>
      <w:r>
        <w:rPr>
          <w:sz w:val="20"/>
        </w:rPr>
        <w:t>52:54  in allazina ittaquu idha masahum taaifatun minash shaitani tazakkaru faizahum mubasirun.</w:t>
      </w:r>
      <w:r>
        <w:br/>
      </w:r>
      <w:r>
        <w:rPr>
          <w:sz w:val="20"/>
        </w:rPr>
        <w:t>52:59  haan, ayat bataiye.</w:t>
      </w:r>
      <w:r>
        <w:br/>
      </w:r>
      <w:r>
        <w:rPr>
          <w:sz w:val="20"/>
        </w:rPr>
        <w:t>53:04  surah al-araf, surah number saat, ayat number do ek.</w:t>
      </w:r>
      <w:r>
        <w:br/>
      </w:r>
      <w:r>
        <w:rPr>
          <w:sz w:val="20"/>
        </w:rPr>
        <w:t>53:09  اس آیت میں بتایا گیا ہے کہ مومن کو چاہیے کہ وہ اپنے آپ کو اتنا زیادہ develop</w:t>
      </w:r>
      <w:r>
        <w:br/>
      </w:r>
      <w:r>
        <w:rPr>
          <w:sz w:val="20"/>
        </w:rPr>
        <w:t>53:14  کرے کہ جب شیطان اس کو touch کرے، ٹ</w:t>
      </w:r>
      <w:r>
        <w:br/>
      </w:r>
      <w:r>
        <w:rPr>
          <w:sz w:val="20"/>
        </w:rPr>
        <w:t>53:19  تو جلدی سے اس کو وہ جان لے کہ یہ تو شیطان نے مجھے touch کر دیا</w:t>
      </w:r>
      <w:r>
        <w:br/>
      </w:r>
      <w:r>
        <w:rPr>
          <w:sz w:val="20"/>
        </w:rPr>
        <w:t>53:27  yahan, aur phir woh apne aap ko is se bacha le.</w:t>
      </w:r>
      <w:r>
        <w:br/>
      </w:r>
      <w:r>
        <w:rPr>
          <w:sz w:val="20"/>
        </w:rPr>
        <w:t>53:34  تو کہا اس معنی کہ اپنے اپنے اندر سوچ کو develop کرنا ہے، اور کوئی دوسرا آدمی آدمی</w:t>
      </w:r>
      <w:r>
        <w:br/>
      </w:r>
      <w:r>
        <w:rPr>
          <w:sz w:val="20"/>
        </w:rPr>
        <w:t>53:42  hum ko list nahi bata sakta ke yeh</w:t>
      </w:r>
      <w:r>
        <w:br/>
      </w:r>
      <w:r>
        <w:rPr>
          <w:sz w:val="20"/>
        </w:rPr>
        <w:t>53:50  yeh possible nahi hai.</w:t>
      </w:r>
      <w:r>
        <w:br/>
      </w:r>
      <w:r>
        <w:rPr>
          <w:sz w:val="20"/>
        </w:rPr>
        <w:t>53:56  shaitan jab touch kare to hum jaldi se ba-khabar ho jayen, isi ki zaroorat hai.</w:t>
      </w:r>
      <w:r>
        <w:br/>
      </w:r>
      <w:r>
        <w:rPr>
          <w:sz w:val="20"/>
        </w:rPr>
        <w:t>54:02  maulana, kuch aur comments parhna chahenge sawal lene se pehle.</w:t>
      </w:r>
      <w:r>
        <w:br/>
      </w:r>
      <w:r>
        <w:rPr>
          <w:sz w:val="20"/>
        </w:rPr>
        <w:t>54:08  مس شبینہ علی نے کلکتہ سے لکھا ہے، each moment of our worldly life that is being spent</w:t>
      </w:r>
      <w:r>
        <w:br/>
      </w:r>
      <w:r>
        <w:rPr>
          <w:sz w:val="20"/>
        </w:rPr>
        <w:t>54:14  Here is actually a deciding factor of her eternal life,</w:t>
      </w:r>
      <w:r>
        <w:br/>
      </w:r>
      <w:r>
        <w:rPr>
          <w:sz w:val="20"/>
        </w:rPr>
        <w:t>54:20  that is hell or heaven.</w:t>
      </w:r>
      <w:r>
        <w:br/>
      </w:r>
      <w:r>
        <w:rPr>
          <w:sz w:val="20"/>
        </w:rPr>
        <w:t>54:25  The gravity of the situation is that we are not understanding this critically and spending our earthly life</w:t>
      </w:r>
      <w:r>
        <w:br/>
      </w:r>
      <w:r>
        <w:rPr>
          <w:sz w:val="20"/>
        </w:rPr>
        <w:t>54:30  with so much ease and distraction.</w:t>
      </w:r>
      <w:r>
        <w:br/>
      </w:r>
      <w:r>
        <w:rPr>
          <w:sz w:val="20"/>
        </w:rPr>
        <w:t>54:35  jazak Allah maulana sahib for opening our eyes to this important fact.</w:t>
      </w:r>
      <w:r>
        <w:br/>
      </w:r>
      <w:r>
        <w:rPr>
          <w:sz w:val="20"/>
        </w:rPr>
        <w:t>54:41  aah, miss fauzia hassan ne bhi sawal bheja hai, aah new south wales se.</w:t>
      </w:r>
      <w:r>
        <w:br/>
      </w:r>
      <w:r>
        <w:rPr>
          <w:sz w:val="20"/>
        </w:rPr>
        <w:t>54:46  unhon ne likha hai,</w:t>
      </w:r>
      <w:r>
        <w:br/>
      </w:r>
      <w:r>
        <w:rPr>
          <w:sz w:val="20"/>
        </w:rPr>
        <w:t>54:51  aah subhan allah, so beautiful, aah so beautiful, feeling so blessed listening to your inspiring thoughts. jazak allah.</w:t>
      </w:r>
      <w:r>
        <w:br/>
      </w:r>
      <w:r>
        <w:rPr>
          <w:sz w:val="20"/>
        </w:rPr>
        <w:t>54:57  maulana, ab sawal lete hain.</w:t>
      </w:r>
    </w:p>
    <w:p>
      <w:pPr>
        <w:pStyle w:val="Heading2"/>
      </w:pPr>
      <w:r>
        <w:t>Stress caused by negative thinking</w:t>
      </w:r>
    </w:p>
    <w:p>
      <w:r>
        <w:rPr>
          <w:color w:val="666666"/>
          <w:sz w:val="18"/>
        </w:rPr>
        <w:t>Life &amp; Wisdom · Stress and Spirituality January 1, 2012 · 8m 39s · at 1:21:45 · https://youtu.be/TPhXL9-g6ME?t=4905</w:t>
      </w:r>
    </w:p>
    <w:p>
      <w:r>
        <w:rPr>
          <w:i/>
        </w:rPr>
        <w:t>“How much stress is caused by negative thinking? Please explain.”</w:t>
      </w:r>
    </w:p>
    <w:p>
      <w:r>
        <w:rPr>
          <w:sz w:val="20"/>
        </w:rPr>
        <w:t>1:21:45  gulbargah se maulana fiyazuddin umri ne sawal kiya hai. unhon ne likha hai: "manfi soch se kitna zyada stress hota hai?</w:t>
      </w:r>
      <w:r>
        <w:br/>
      </w:r>
      <w:r>
        <w:rPr>
          <w:sz w:val="20"/>
        </w:rPr>
        <w:t>1:21:55  is ke bare mein bataein."</w:t>
      </w:r>
      <w:r>
        <w:br/>
      </w:r>
      <w:r>
        <w:rPr>
          <w:sz w:val="20"/>
        </w:rPr>
        <w:t>1:22:02  manfi soch hi ke to nateejay ke naam hi stress hai.</w:t>
      </w:r>
      <w:r>
        <w:br/>
      </w:r>
      <w:r>
        <w:rPr>
          <w:sz w:val="20"/>
        </w:rPr>
        <w:t>1:22:09  yani negative thinking jo hai always negative thing leads to stress.</w:t>
      </w:r>
      <w:r>
        <w:br/>
      </w:r>
      <w:r>
        <w:rPr>
          <w:sz w:val="20"/>
        </w:rPr>
        <w:t>1:22:18  negative thinking jahan hogi wahan zaroor stress hoga. zaroor wahan tension hoga.</w:t>
      </w:r>
      <w:r>
        <w:br/>
      </w:r>
      <w:r>
        <w:rPr>
          <w:sz w:val="20"/>
        </w:rPr>
        <w:t>1:22:26  to stress se bahar aane ka sabab formula aa jata hai positive thinking.</w:t>
      </w:r>
      <w:r>
        <w:br/>
      </w:r>
      <w:r>
        <w:rPr>
          <w:sz w:val="20"/>
        </w:rPr>
        <w:t>1:22:33  lekin negative thinking aur positive thinking koi updesh ki baat nahi hai. ke aap kisi ko kahein ke are bhai negative mat bano. is se nahi kuch hota.</w:t>
      </w:r>
      <w:r>
        <w:br/>
      </w:r>
      <w:r>
        <w:rPr>
          <w:sz w:val="20"/>
        </w:rPr>
        <w:t>1:22:43  ek is ke liye ek ideology chahiye. ek ideology.</w:t>
      </w:r>
      <w:r>
        <w:br/>
      </w:r>
      <w:r>
        <w:rPr>
          <w:sz w:val="20"/>
        </w:rPr>
        <w:t>1:22:50  ek insan jis ke insan expression chahta hai cheezon ki. insan ka jo dimagh hai wo is waqt mutmaeen hota hai jab kisi cheez ka wo explain kar le.</w:t>
      </w:r>
      <w:r>
        <w:br/>
      </w:r>
      <w:r>
        <w:rPr>
          <w:sz w:val="20"/>
        </w:rPr>
        <w:t>1:23:01  is ki tawjeeh dhoond le. jab tak tawjeeh na paye tab tak wo mutmaeen nahi hota. to dunya mein hamein dekhiye sad experience hote hain.</w:t>
      </w:r>
      <w:r>
        <w:br/>
      </w:r>
      <w:r>
        <w:rPr>
          <w:sz w:val="20"/>
        </w:rPr>
        <w:t>1:23:13  yani hamari khwahishon ke khilaf waqeat hote rehte hain. takleef deh tajrubaat hote rehte hain. koi hum ko provoke kar deta hai.</w:t>
      </w:r>
      <w:r>
        <w:br/>
      </w:r>
      <w:r>
        <w:rPr>
          <w:sz w:val="20"/>
        </w:rPr>
        <w:t>1:23:22  koi bura kehta hai. koi nuqsan kar deta hai. yeh sab hota hi hota hai. aur yeh quran mein likha hua hai ke zaroor hoga.</w:t>
      </w:r>
      <w:r>
        <w:br/>
      </w:r>
      <w:r>
        <w:rPr>
          <w:sz w:val="20"/>
        </w:rPr>
        <w:t>1:23:31  wla nblwkm bshyy mnn lkhwf wljwh wnnqsp mnn l'amwl wlnfsp sbrt wbsr Sbrn llzhn 'z' Sbtm mspbh qlw 'nn' llh w'nn 'lhy rjwn.</w:t>
      </w:r>
      <w:r>
        <w:br/>
      </w:r>
      <w:r>
        <w:rPr>
          <w:sz w:val="20"/>
        </w:rPr>
        <w:t>1:23:46  yeh jo tukra hai is ka. inna lillahi wa inna ilaihi raji'un. yeh jo hai formula of de-stressing hai.</w:t>
      </w:r>
      <w:r>
        <w:br/>
      </w:r>
      <w:r>
        <w:rPr>
          <w:sz w:val="20"/>
        </w:rPr>
        <w:t>1:23:56  yeh formula of de-stressing hai yeh.</w:t>
      </w:r>
      <w:r>
        <w:br/>
      </w:r>
      <w:r>
        <w:rPr>
          <w:sz w:val="20"/>
        </w:rPr>
        <w:t>1:24:01  to yeh bilkul hona hi hona hai ke dunya mein aap ko sad experiences hon. unwanted situations se aap ko samna pesh aaye.</w:t>
      </w:r>
      <w:r>
        <w:br/>
      </w:r>
      <w:r>
        <w:rPr>
          <w:sz w:val="20"/>
        </w:rPr>
        <w:t>1:24:12  to aap ke paas ideology honi chahiye is ko explain karne ki. is ki tawjeeh karne ki. jaise main apne bare mein batata hoon.</w:t>
      </w:r>
      <w:r>
        <w:br/>
      </w:r>
      <w:r>
        <w:rPr>
          <w:sz w:val="20"/>
        </w:rPr>
        <w:t>1:24:22  mujhe bohat logon ne sataya. aaj bhi sata rahe hain.</w:t>
      </w:r>
      <w:r>
        <w:br/>
      </w:r>
      <w:r>
        <w:rPr>
          <w:sz w:val="20"/>
        </w:rPr>
        <w:t>1:24:28  mujhe har tarah ka jo na mali nuqsan pohanchaya. mujhe badnaam kiya. har tarah se mujhe takleef pohanchai. aur abhi tak pohancha rahe hain.</w:t>
      </w:r>
      <w:r>
        <w:br/>
      </w:r>
      <w:r>
        <w:rPr>
          <w:sz w:val="20"/>
        </w:rPr>
        <w:t>1:24:39  ajeeb baat hai. itna zyada mujhe jhoote propaganda mere khilaf kiya jata hai. shayad tareekh mein kisi ke khilaf itna jhoota propaganda nahi hua hoga jitna mere khilaf hota hai.</w:t>
      </w:r>
      <w:r>
        <w:br/>
      </w:r>
      <w:r>
        <w:rPr>
          <w:sz w:val="20"/>
        </w:rPr>
        <w:t>1:24:53  kyun ke kisi aur zamane mein media nahi tha. ab to media hai.</w:t>
      </w:r>
      <w:r>
        <w:br/>
      </w:r>
      <w:r>
        <w:rPr>
          <w:sz w:val="20"/>
        </w:rPr>
        <w:t>1:24:58  to main kya karta hoon? meri falsafa kya hai? main is ka mubarir talash karta hoon.</w:t>
      </w:r>
      <w:r>
        <w:br/>
      </w:r>
      <w:r>
        <w:rPr>
          <w:sz w:val="20"/>
        </w:rPr>
        <w:t>1:25:09  mubarir. yani is aadmi jo kar raha hai us ko justify karta hoon main kuch soch kar ke. apne dimagh se sochta hoon.</w:t>
      </w:r>
      <w:r>
        <w:br/>
      </w:r>
      <w:r>
        <w:rPr>
          <w:sz w:val="20"/>
        </w:rPr>
        <w:t>1:25:20  is ka mubarir talash karta hoon</w:t>
      </w:r>
      <w:r>
        <w:br/>
      </w:r>
      <w:r>
        <w:rPr>
          <w:sz w:val="20"/>
        </w:rPr>
        <w:t>1:25:22  mein misaal aik deta hoon aap ko. ke aaj kal tamam musalmanon ko shikayat hai media se.</w:t>
      </w:r>
      <w:r>
        <w:br/>
      </w:r>
      <w:r>
        <w:rPr>
          <w:sz w:val="20"/>
        </w:rPr>
        <w:t>1:25:31  kahin bhi koi musalman nahi milega yahan se recovery karta hai aap ko jis ko media se shikayat na ho. abhi kal mein aik article parha tha aik bohat parhe likhe aadmi ke ka tha woh.</w:t>
      </w:r>
      <w:r>
        <w:br/>
      </w:r>
      <w:r>
        <w:rPr>
          <w:sz w:val="20"/>
        </w:rPr>
        <w:t>1:25:41  is mein kya tha? media ki shikayat. ke media musalmanon ki image bigaad raha hai. media islam ke khilaaf propaganda karta hai. media islam ke khilaaf cheezein chhaapta hai.</w:t>
      </w:r>
      <w:r>
        <w:br/>
      </w:r>
      <w:r>
        <w:rPr>
          <w:sz w:val="20"/>
        </w:rPr>
        <w:t>1:25:52  to har musalman shayad without any exception media ke baray mein negative hai. magar mein negative nahi hoon.</w:t>
      </w:r>
      <w:r>
        <w:br/>
      </w:r>
      <w:r>
        <w:rPr>
          <w:sz w:val="20"/>
        </w:rPr>
        <w:t>1:26:00  kyun ke mein is ka mubarir talash kar rakha hai. mubarir. Justification. woh kya? mein sochta hoon ke media jo hai woh aik industry hai.</w:t>
      </w:r>
      <w:r>
        <w:br/>
      </w:r>
      <w:r>
        <w:rPr>
          <w:sz w:val="20"/>
        </w:rPr>
        <w:t>1:26:13  industry. is ka kaam hai news ko sell karna.</w:t>
      </w:r>
      <w:r>
        <w:br/>
      </w:r>
      <w:r>
        <w:rPr>
          <w:sz w:val="20"/>
        </w:rPr>
        <w:t>1:26:19  jis tarah se yeh yeh glass hai. aik aadmi glass banata hai kis liye? is ko market mein sell karna hai. bechna hai market mein. agar market mein koi is ka gaaahak na ho to glass nahi banaye ga woh.</w:t>
      </w:r>
      <w:r>
        <w:br/>
      </w:r>
      <w:r>
        <w:rPr>
          <w:sz w:val="20"/>
        </w:rPr>
        <w:t>1:26:33  to media aik industry hai. is ka kaam hai news ko sell karna. to media ko yeh pata hai ke jo log hain jo masses hain woh sensation ko pasand karte hain.</w:t>
      </w:r>
      <w:r>
        <w:br/>
      </w:r>
      <w:r>
        <w:rPr>
          <w:sz w:val="20"/>
        </w:rPr>
        <w:t>1:26:46  sensational news.</w:t>
      </w:r>
      <w:r>
        <w:br/>
      </w:r>
      <w:r>
        <w:rPr>
          <w:sz w:val="20"/>
        </w:rPr>
        <w:t>1:26:49  bad news. buri khabrein. achhi khabron ko ko par koi akhbar nahi chal chal sakta.</w:t>
      </w:r>
      <w:r>
        <w:br/>
      </w:r>
      <w:r>
        <w:rPr>
          <w:sz w:val="20"/>
        </w:rPr>
        <w:t>1:26:59  buri khabron par akhbar chalte hain. kyun ke log woh woh logon ka taste bigra hua hai. log chahte hain koi koi koi dhamaka khez khabar ho.</w:t>
      </w:r>
      <w:r>
        <w:br/>
      </w:r>
      <w:r>
        <w:rPr>
          <w:sz w:val="20"/>
        </w:rPr>
        <w:t>1:27:13  to media hi karta hai.</w:t>
      </w:r>
      <w:r>
        <w:br/>
      </w:r>
      <w:r>
        <w:rPr>
          <w:sz w:val="20"/>
        </w:rPr>
        <w:t>1:27:16  agar aap aik so achhe achhe kaam kar rahe hain woh media nahi chhaape ga. lekin bomb maar de kahin ja ke woh foran chhaape ga woh. kyun ke isi ko isi isi ki wajah se is ka akhbar bikta hai.</w:t>
      </w:r>
      <w:r>
        <w:br/>
      </w:r>
      <w:r>
        <w:rPr>
          <w:sz w:val="20"/>
        </w:rPr>
        <w:t>1:27:29  isi ki wajah se is ka TV dekha jaata hai.</w:t>
      </w:r>
      <w:r>
        <w:br/>
      </w:r>
      <w:r>
        <w:rPr>
          <w:sz w:val="20"/>
        </w:rPr>
        <w:t>1:27:32  to mein ne is ka mubarir talash kar rakha hai. ke media chunchke aik industry hai is ko apne faayde ke lihaaz se apna business chalana hai.</w:t>
      </w:r>
      <w:r>
        <w:br/>
      </w:r>
      <w:r>
        <w:rPr>
          <w:sz w:val="20"/>
        </w:rPr>
        <w:t>1:27:41  aur is ko pata hai ke is ke jo viewers hain ya is ke readers jo hain woh dhamaka dhamaka khez khabrein chahte hain. sensational khabrein.</w:t>
      </w:r>
      <w:r>
        <w:br/>
      </w:r>
      <w:r>
        <w:rPr>
          <w:sz w:val="20"/>
        </w:rPr>
        <w:t>1:27:49  to woh khabrein dhoondh dhoondh ke laata hai woh.</w:t>
      </w:r>
      <w:r>
        <w:br/>
      </w:r>
      <w:r>
        <w:rPr>
          <w:sz w:val="20"/>
        </w:rPr>
        <w:t>1:27:53  to is tarah mere dil mein media ke khilaaf aik aaye thaak barabar hi shikayat nahi. jabke yahan se le kar amreeka tak chale jaiye aap. aik musalman nahi paayenge aap jis ko media se shikayat na ho.</w:t>
      </w:r>
      <w:r>
        <w:br/>
      </w:r>
      <w:r>
        <w:rPr>
          <w:sz w:val="20"/>
        </w:rPr>
        <w:t>1:28:06  shikayat shikayat shikayat. abhi Jakarta mein yani Jakarta mein isi par aik conference hui musalmanon</w:t>
      </w:r>
      <w:r>
        <w:br/>
      </w:r>
      <w:r>
        <w:rPr>
          <w:sz w:val="20"/>
        </w:rPr>
        <w:t>1:28:16  ki. saari duniya ke musalman ke woh parhe likhe likh parhe likhe log wahan aktha hue Jakarta mein.</w:t>
      </w:r>
      <w:r>
        <w:br/>
      </w:r>
      <w:r>
        <w:rPr>
          <w:sz w:val="20"/>
        </w:rPr>
        <w:t>1:28:25  media ke masle par. woh sab shikayati boli bol rahe hain wahan par. duniya bhar ka dimaagh aktha hua Jakarta mein media ke sawaal par aur sab shikayati boli bolta hai.</w:t>
      </w:r>
      <w:r>
        <w:br/>
      </w:r>
      <w:r>
        <w:rPr>
          <w:sz w:val="20"/>
        </w:rPr>
        <w:t>1:28:38  ke media jo hai islam dushman hai. media muslim dushman hai. media hum hamare khilaaf yeh yeh karta hai. hamare khilaaf woh kar</w:t>
      </w:r>
      <w:r>
        <w:br/>
      </w:r>
      <w:r>
        <w:rPr>
          <w:sz w:val="20"/>
        </w:rPr>
        <w:t>1:28:45  ta hai. mujhe kuch bhi shikayat nahi. kyun ke is ko mubarir talash kar rakha hai mein ne. ke media to aik industry hai. is ko khabrein bechna hai.</w:t>
      </w:r>
      <w:r>
        <w:br/>
      </w:r>
      <w:r>
        <w:rPr>
          <w:sz w:val="20"/>
        </w:rPr>
        <w:t>1:28:54  wohi khabrein laaye ga jis ko viewers aur readers pasand pasand karte hon. to mujhe shikayat kis baat ki? shikayat kis</w:t>
      </w:r>
      <w:r>
        <w:br/>
      </w:r>
      <w:r>
        <w:rPr>
          <w:sz w:val="20"/>
        </w:rPr>
        <w:t>1:29:03  baat ki? to agar aap chahte hain yani apne aap ko manfi soch se bachana aur positive soch par qaim rakhna to aap ko yeh karna pare ga ke jis ke baray mein aap negative ho jaate hain us ke liye mubarir talash kijiye.</w:t>
      </w:r>
      <w:r>
        <w:br/>
      </w:r>
      <w:r>
        <w:rPr>
          <w:sz w:val="20"/>
        </w:rPr>
        <w:t>1:29:19  keh woh aisa kar raha hai to kyun kar raha hai woh? phir aap thanday ho jayenge. phir aap cool ho jayenge. phir aap negativity khatam ho jayegi. sari dunya ke musalman kyun media ke khilaf hain?</w:t>
      </w:r>
      <w:r>
        <w:br/>
      </w:r>
      <w:r>
        <w:rPr>
          <w:sz w:val="20"/>
        </w:rPr>
        <w:t>1:29:31  kyunki unke paas mubarir nahi hai. talash kiya unhone. bas woh jo jo chupa usko dekha unhone. isne kyun aisa kiya? is par koi socha nahi unhone.</w:t>
      </w:r>
      <w:r>
        <w:br/>
      </w:r>
      <w:r>
        <w:rPr>
          <w:sz w:val="20"/>
        </w:rPr>
        <w:t>1:29:43  mujhe ek bhi musalman nahi mila itne dunya bhar mein gaya mein safar karne karke jo media ke bare mein negative na ho. one twice sab negative media ke bare mein.</w:t>
      </w:r>
      <w:r>
        <w:br/>
      </w:r>
      <w:r>
        <w:rPr>
          <w:sz w:val="20"/>
        </w:rPr>
        <w:t>1:29:54  mein Allah ke fazl se zara bhi ek ek percent bhi negative nahi hoon. is liye ke maine iska mubarir talash kar rakha hai. mubarir ka matlab hota hai justification.</w:t>
      </w:r>
      <w:r>
        <w:br/>
      </w:r>
      <w:r>
        <w:rPr>
          <w:sz w:val="20"/>
        </w:rPr>
        <w:t>1:30:05  to yeh raaz hai agar aap chahte hain ke sach much aap positive banein aur sach much negativities khali hon to yeh karna padega.</w:t>
      </w:r>
      <w:r>
        <w:br/>
      </w:r>
      <w:r>
        <w:rPr>
          <w:sz w:val="20"/>
        </w:rPr>
        <w:t>1:30:15  jab aisa karenge aap tabhi aap tension free reh sakenge. mein ne tension free nahi nahi reh sakte aap.</w:t>
      </w:r>
    </w:p>
    <w:p>
      <w:pPr>
        <w:pStyle w:val="Heading2"/>
      </w:pPr>
      <w:r>
        <w:t>Struggling to study as planned</w:t>
      </w:r>
    </w:p>
    <w:p>
      <w:r>
        <w:rPr>
          <w:color w:val="666666"/>
          <w:sz w:val="18"/>
        </w:rPr>
        <w:t>Life &amp; Wisdom · Q&amp;A 04 DEC 2011 Maulana Wahiduddin Khan · 2m 53s · at 25:46 · https://youtu.be/KIMNmuUZoGo?t=1546</w:t>
      </w:r>
    </w:p>
    <w:p>
      <w:r>
        <w:rPr>
          <w:i/>
        </w:rPr>
        <w:t>“Sir, I am a second year engineering student. I have nine subjects to study and my exams start on ninth of December. The problem is that the moment I start my studies in the morning and make a plan to study for at least ten to twelve hours, I end up studying only two to three hours, which is very insufficient.”</w:t>
      </w:r>
    </w:p>
    <w:p>
      <w:r>
        <w:rPr>
          <w:sz w:val="20"/>
        </w:rPr>
        <w:t>25:46  Maulana, agla sawal aaya hai Mr Haren Sharma ka, Delhi se. Unhone likha hai: "Sir, I am a second year engineering student.</w:t>
      </w:r>
      <w:r>
        <w:br/>
      </w:r>
      <w:r>
        <w:rPr>
          <w:sz w:val="20"/>
        </w:rPr>
        <w:t>25:56  I have nine subjects to study and my exams start on ninth of December</w:t>
      </w:r>
      <w:r>
        <w:br/>
      </w:r>
      <w:r>
        <w:rPr>
          <w:sz w:val="20"/>
        </w:rPr>
        <w:t>26:03  . The problem is that the moment I start my studies in the morning and make a plan to study for at least ten to twelve hours, I end up studying only two to three hours, which is very insufficient.</w:t>
      </w:r>
      <w:r>
        <w:br/>
      </w:r>
      <w:r>
        <w:rPr>
          <w:sz w:val="20"/>
        </w:rPr>
        <w:t>26:17  Because of this, my parents start shouting at me and I get really irritated and frustrated and end up doing nothing.</w:t>
      </w:r>
      <w:r>
        <w:br/>
      </w:r>
      <w:r>
        <w:rPr>
          <w:sz w:val="20"/>
        </w:rPr>
        <w:t>26:27  I can concentrate not more than two hours at a stretch. I am afraid I will end up failing. Please help me out."</w:t>
      </w:r>
      <w:r>
        <w:br/>
      </w:r>
      <w:r>
        <w:rPr>
          <w:sz w:val="20"/>
        </w:rPr>
        <w:t>26:44  mere khayal se aap ka aap ke habits jo hain is ko aap tod nahi paate. Yeh unnatural baat hai ke aadmi bas do ghanta parhe.</w:t>
      </w:r>
      <w:r>
        <w:br/>
      </w:r>
      <w:r>
        <w:rPr>
          <w:sz w:val="20"/>
        </w:rPr>
        <w:t>26:54  kyun aadmi ise do ghanta padhega? Aadmi chaar ghanta padh sakta hai? Main yeh nahi kehta hoon ke aap barah ghante padhein. Main yeh nahi kehta. Lekin aap do ghanta, chaar ghanta, chhe ghanta padh sakte hain.</w:t>
      </w:r>
      <w:r>
        <w:br/>
      </w:r>
      <w:r>
        <w:rPr>
          <w:sz w:val="20"/>
        </w:rPr>
        <w:t>27:05  yeh kuch habits hain jis ko aap chhod nahi paate. Bahut buri cheez hai habit. Habit jab ho jati hai kisi ki to itna us ko yaani is se itna zyada familiar ho jata hai ke na chhod kar bhi samajhta hai ke main chhod diya hai.</w:t>
      </w:r>
      <w:r>
        <w:br/>
      </w:r>
      <w:r>
        <w:rPr>
          <w:sz w:val="20"/>
        </w:rPr>
        <w:t>27:24  ajeeb baat hai. Yeh maine paya hai ke chhodte nahi samajhte ke hum ne chhod diya. Mujhe batana padta hai kahin chhod diya aap ne?</w:t>
      </w:r>
      <w:r>
        <w:br/>
      </w:r>
      <w:r>
        <w:rPr>
          <w:sz w:val="20"/>
        </w:rPr>
        <w:t>27:34  to jis aadmi ko bhi koi unnatural is qism ka yaani mamla pesh aaye, yeh unnatural yaad rakhiye.</w:t>
      </w:r>
      <w:r>
        <w:br/>
      </w:r>
      <w:r>
        <w:rPr>
          <w:sz w:val="20"/>
        </w:rPr>
        <w:t>27:43  yeh natural nahi hai.</w:t>
      </w:r>
      <w:r>
        <w:br/>
      </w:r>
      <w:r>
        <w:rPr>
          <w:sz w:val="20"/>
        </w:rPr>
        <w:t>27:46  aur is liye koi na koi habit galat lagi hui hai aap ko. Is habit ko discover kijiye. Main to aaj tak dhoondta rehta hoon ke aisi habit jo mujhe bachpan se lag gayi ho, abhi tak lagi hui ho.</w:t>
      </w:r>
      <w:r>
        <w:br/>
      </w:r>
      <w:r>
        <w:rPr>
          <w:sz w:val="20"/>
        </w:rPr>
        <w:t>28:00  to habit badi buri cheez hai.</w:t>
      </w:r>
      <w:r>
        <w:br/>
      </w:r>
      <w:r>
        <w:rPr>
          <w:sz w:val="20"/>
        </w:rPr>
        <w:t>28:03  bade bade logon ko habit lagi rehti hai. Aur bachpan se lag jati hai. To aadmi is pe condition ho jata hai. To aap aap sawab mamlaat sirf parent ka nahi hai.</w:t>
      </w:r>
      <w:r>
        <w:br/>
      </w:r>
      <w:r>
        <w:rPr>
          <w:sz w:val="20"/>
        </w:rPr>
        <w:t>28:14  aap future mein kya karenge? Aap ko zindagi guzarna hai duniya mein. Aap ke paas achhi education chahiye. To kaise zindagi guzarenge aap? Masla parent ka nahi hai, masla aap ke apne future ka hai.</w:t>
      </w:r>
      <w:r>
        <w:br/>
      </w:r>
      <w:r>
        <w:rPr>
          <w:sz w:val="20"/>
        </w:rPr>
        <w:t>28:26  to aap apni jo wrong habits hain us ko daryaft kijiye aur us apne is yaani is ko correct kijiye, is ki islaah kijiye.</w:t>
      </w:r>
    </w:p>
    <w:p>
      <w:pPr>
        <w:pStyle w:val="Heading2"/>
      </w:pPr>
      <w:r>
        <w:t>Study plan failure and parental frustration</w:t>
      </w:r>
    </w:p>
    <w:p>
      <w:r>
        <w:rPr>
          <w:color w:val="666666"/>
          <w:sz w:val="18"/>
        </w:rPr>
        <w:t>Life &amp; Wisdom · The Problem of Evil December 4, 2011 · 2m 46s · at 1:24:46 · https://youtu.be/SMqtVjaGHfw?t=5086</w:t>
      </w:r>
    </w:p>
    <w:p>
      <w:r>
        <w:rPr>
          <w:i/>
        </w:rPr>
        <w:t>“Sir, I am a second year engineering student. I have nine subjects to study and my exam starts on the ninth of December. The problem is that the moment I start my studies in the morning and make a plan to study for at least ten to twelve hours, I end up studying only two to three hours, which is very insufficient. Because of this, my parents start shouting at me and I get really irritated and frustrated and end up doing nothing.”</w:t>
      </w:r>
    </w:p>
    <w:p>
      <w:r>
        <w:rPr>
          <w:sz w:val="20"/>
        </w:rPr>
        <w:t>1:24:46  maulana, agla sawal aaya hai mr. hareen sharma ka, delhi se. unhon ne likha hai: "sir, i am a second year engineering student.</w:t>
      </w:r>
      <w:r>
        <w:br/>
      </w:r>
      <w:r>
        <w:rPr>
          <w:sz w:val="20"/>
        </w:rPr>
        <w:t>1:24:56  i have nine subjects to study and my exam start in ninth of december. the problem is that the moment i start my studies in the morning and make a plan to study for at least ten to twelve hours, i end up studying only two to three hours, which is very insufficient."</w:t>
      </w:r>
      <w:r>
        <w:br/>
      </w:r>
      <w:r>
        <w:rPr>
          <w:sz w:val="20"/>
        </w:rPr>
        <w:t>1:25:16  because of this, my parents start shouting at me and I get really irritated and frustrated and and up doing nothing.</w:t>
      </w:r>
      <w:r>
        <w:br/>
      </w:r>
      <w:r>
        <w:rPr>
          <w:sz w:val="20"/>
        </w:rPr>
        <w:t>1:25:25  I can concentrate not more than two hours at a stretch. I am afraid I will end up failing. Please help me out."</w:t>
      </w:r>
      <w:r>
        <w:br/>
      </w:r>
      <w:r>
        <w:rPr>
          <w:sz w:val="20"/>
        </w:rPr>
        <w:t>1:25:41  mere khayal se aap ka aap ke habits jo hain, us ko aap tod nahin paate. yeh in natural baat hai ke aadmi bas do ghanta parhe.</w:t>
      </w:r>
      <w:r>
        <w:br/>
      </w:r>
      <w:r>
        <w:rPr>
          <w:sz w:val="20"/>
        </w:rPr>
        <w:t>1:25:51  kyun? aadmi sirf do ghanta parhega. aadmi chaar ghanta parh sakta hai.</w:t>
      </w:r>
      <w:r>
        <w:br/>
      </w:r>
      <w:r>
        <w:rPr>
          <w:sz w:val="20"/>
        </w:rPr>
        <w:t>1:25:55  main yeh nahin kehta hoon ke aap barah ghante parhein. main yeh nahin kehta. lekin aap do ghanta, chaar ghanta, chhe ghanta parh sakte hain. yeh kuch habits hain jis ke jis ko aap chhod nahin paate.</w:t>
      </w:r>
      <w:r>
        <w:br/>
      </w:r>
      <w:r>
        <w:rPr>
          <w:sz w:val="20"/>
        </w:rPr>
        <w:t>1:26:07  bahut buri cheez hai habit. habit jab ho jaati hai kisi ki to itna us ko yaani is se itna zyada familiar ho jaata hai ke na chhod kar bhi samajhta hai ke main chhod diya.</w:t>
      </w:r>
      <w:r>
        <w:br/>
      </w:r>
      <w:r>
        <w:rPr>
          <w:sz w:val="20"/>
        </w:rPr>
        <w:t>1:26:20  ajeeb baat hai yeh maine paaya hai ke chhodte nahin samajhte ke hum ne chhod diya. mujhe batana padta hai kahin chhod diya aap ne.</w:t>
      </w:r>
      <w:r>
        <w:br/>
      </w:r>
      <w:r>
        <w:rPr>
          <w:sz w:val="20"/>
        </w:rPr>
        <w:t>1:26:30  to jis aadmi ko bhi koi in natural is qism ka yaani maamla pesh aaye, yeh in natural hai. yaad rakhiye, yeh natural nahin hai.</w:t>
      </w:r>
      <w:r>
        <w:br/>
      </w:r>
      <w:r>
        <w:rPr>
          <w:sz w:val="20"/>
        </w:rPr>
        <w:t>1:26:41  aur is liye koi na koi habit galat lagi hui hai aap ko. is habit ko discover kijiye.</w:t>
      </w:r>
      <w:r>
        <w:br/>
      </w:r>
      <w:r>
        <w:rPr>
          <w:sz w:val="20"/>
        </w:rPr>
        <w:t>1:26:47  main to aaj tak dhoondta rehta hoon ke aisi habit jo mujhe bachpan se lag gayi ho, abhi tak lagi hui ho. to habit badi buri cheez hai.</w:t>
      </w:r>
      <w:r>
        <w:br/>
      </w:r>
      <w:r>
        <w:rPr>
          <w:sz w:val="20"/>
        </w:rPr>
        <w:t>1:26:57  bade bade logon ko habit lagi rehti hai aur bachpan se lag jaati hai. to aadmi is pe condition ho jaata hai. to aap aap sawab maamla sirf parent ka nahin hai.</w:t>
      </w:r>
      <w:r>
        <w:br/>
      </w:r>
      <w:r>
        <w:rPr>
          <w:sz w:val="20"/>
        </w:rPr>
        <w:t>1:27:08  aap future mein kya karenge? aap ko zindagi guzarna hai duniya mein. aap ke paas achhi education chahiye. to kaise zindagi guzarenge aap</w:t>
      </w:r>
      <w:r>
        <w:br/>
      </w:r>
      <w:r>
        <w:rPr>
          <w:sz w:val="20"/>
        </w:rPr>
        <w:t>1:27:16  ? masla parent ka nahin hai, masla aap ke apne future ka hai. to aap apni jo wrong habits hain, us ko daryaft kijiye aur us apne is yaani is ko correct kijiye, is ki islaah kijiye.</w:t>
      </w:r>
    </w:p>
    <w:p>
      <w:pPr>
        <w:pStyle w:val="Heading2"/>
      </w:pPr>
      <w:r>
        <w:t>Suffering: Trial or Punishment</w:t>
      </w:r>
    </w:p>
    <w:p>
      <w:r>
        <w:rPr>
          <w:color w:val="666666"/>
          <w:sz w:val="18"/>
        </w:rPr>
        <w:t>Life &amp; Wisdom · Importance of Creative Thinking December 11, 2011 · 2m 19s · at 59:18 · https://youtu.be/jfML9Arb0S4?t=3558</w:t>
      </w:r>
    </w:p>
    <w:p>
      <w:r>
        <w:rPr>
          <w:i/>
        </w:rPr>
        <w:t>“My question is: if a person suffers due to his own mistake, should we call that a trial or is it a punishment for his own deeds? Please explain.”</w:t>
      </w:r>
    </w:p>
    <w:p>
      <w:r>
        <w:rPr>
          <w:sz w:val="20"/>
        </w:rPr>
        <w:t>59:18  unhon ne likha hai: "mera sawal yeh hai ke insaan ko apni kisi ghalti ki wajah se jo takleef pahunchti hai, kya is ko bhi hum aazmaish kahenge ya woh aazmaish nahi hogi balke apne kiye ki saza hogi?" is ki wazahat farmayen.</w:t>
      </w:r>
      <w:r>
        <w:br/>
      </w:r>
      <w:r>
        <w:rPr>
          <w:sz w:val="20"/>
        </w:rPr>
        <w:t>59:40  nahi, saza nahi kahiye is ko, woh ek ibaadat ka mauqa hai.</w:t>
      </w:r>
      <w:r>
        <w:br/>
      </w:r>
      <w:r>
        <w:rPr>
          <w:sz w:val="20"/>
        </w:rPr>
        <w:t>59:48  dekhen, jab bhi aadmi koi ghalti kare aur us ghalti ka us ko, us ki wajah se us ko koi nuqsan ho to woh ibaadat ka mauqa hota hai.</w:t>
      </w:r>
      <w:r>
        <w:br/>
      </w:r>
      <w:r>
        <w:rPr>
          <w:sz w:val="20"/>
        </w:rPr>
        <w:t>1:00:01  kya is se aadmi ke andar izzat paida hota hai, tawazu paida hoti hai, apni kami ka ehsaas hota hai, modesty aati hai, aur Allah ki taraf rujoo karta hai?</w:t>
      </w:r>
      <w:r>
        <w:br/>
      </w:r>
      <w:r>
        <w:rPr>
          <w:sz w:val="20"/>
        </w:rPr>
        <w:t>1:00:13  woh</w:t>
      </w:r>
      <w:r>
        <w:br/>
      </w:r>
      <w:r>
        <w:rPr>
          <w:sz w:val="20"/>
        </w:rPr>
        <w:t>1:00:14  agar aadmi bilkul sab kaam is ka theek bana hua ho, koi baat bigre na to Allah ki taraf rujoo nahi hoga, us ko dua nahi, us ke ubhre gi, zikr nahi ubhre ga, Allah ki azmat ko daryafti kar paye ga.</w:t>
      </w:r>
      <w:r>
        <w:br/>
      </w:r>
      <w:r>
        <w:rPr>
          <w:sz w:val="20"/>
        </w:rPr>
        <w:t>1:00:28  woh to yeh to, yeh to ek blessing hai, blessing ke aadmi ko koi nuqsan uthana pade, koi baat bigar jaye us ki kahin na kahen.</w:t>
      </w:r>
      <w:r>
        <w:br/>
      </w:r>
      <w:r>
        <w:rPr>
          <w:sz w:val="20"/>
        </w:rPr>
        <w:t>1:00:41  wohi to mauqa hota hai jab aap ko apne apni helplessness ko aap daryaft karte hain, apni izzat ko daryaft karte hain, apni kami ko daryaft karte hain, aur wahan par aap criticize hote hain.</w:t>
      </w:r>
      <w:r>
        <w:br/>
      </w:r>
      <w:r>
        <w:rPr>
          <w:sz w:val="20"/>
        </w:rPr>
        <w:t>1:00:56  aur phir is ke baad woh sari baaten ubharti hain, zikr aur dua aur ibaadat aur inabat, akhbaar yeh sab paida hota hai.</w:t>
      </w:r>
      <w:r>
        <w:br/>
      </w:r>
      <w:r>
        <w:rPr>
          <w:sz w:val="20"/>
        </w:rPr>
        <w:t>1:01:04  main samajhta hoon ke yeh achhi baat nahi ke aadmi ki zindagi mein kuch na bigaad ho, kuch baat sab banti chali jaye, sab is ka theek theek ho.</w:t>
      </w:r>
      <w:r>
        <w:br/>
      </w:r>
      <w:r>
        <w:rPr>
          <w:sz w:val="20"/>
        </w:rPr>
        <w:t>1:01:14  yeh koi achhi baat nahi hai kyunke is ke andar muhasba nahi hoga, is ke andar self thinking nahi hogi. to is wajah se is ko ek rehmat ke roop mein lijiye, is ko kisi zehmat ke roop mein mat lijiye,</w:t>
      </w:r>
      <w:r>
        <w:br/>
      </w:r>
      <w:r>
        <w:rPr>
          <w:sz w:val="20"/>
        </w:rPr>
        <w:t>1:01:33  yeh blessing in disguise hai. yeh</w:t>
      </w:r>
    </w:p>
    <w:p>
      <w:pPr>
        <w:pStyle w:val="Heading2"/>
      </w:pPr>
      <w:r>
        <w:t>Teaching patience to today's youth</w:t>
      </w:r>
    </w:p>
    <w:p>
      <w:r>
        <w:rPr>
          <w:color w:val="666666"/>
          <w:sz w:val="18"/>
        </w:rPr>
        <w:t>Life &amp; Wisdom · Understanding the Quran April 7, 2019 · 2m 10s · at 37:56 · https://youtu.be/m_Om5MtQJz4?t=2276</w:t>
      </w:r>
    </w:p>
    <w:p>
      <w:r>
        <w:rPr>
          <w:i/>
        </w:rPr>
        <w:t>“Maulana saheb, to be satisfied with less and to plan for the future requires a lot of patience. Today's youth does not have that patience because they always live in the psychology of haste, and due to this they make mistake after mistake, and become a victim of depression. My question is: how can we make the youth of today understand the virtue of patience?”</w:t>
      </w:r>
    </w:p>
    <w:p>
      <w:r>
        <w:rPr>
          <w:sz w:val="20"/>
        </w:rPr>
        <w:t>37:56  Maulana, agla sawal lete hain. Yeh sawal bheja hai Sadiq Khan sahab ne Ahmedabad se. Unhone likha hai: "Maulana sahab, kaam pe satisfied hona aur aage ke liye planning karne ke liye bohat sabr karna padta hai.</w:t>
      </w:r>
      <w:r>
        <w:br/>
      </w:r>
      <w:r>
        <w:rPr>
          <w:sz w:val="20"/>
        </w:rPr>
        <w:t>38:16  aaj ka youth itna sabr nahi karta kyunke hamesha woh jaldi ki psychology mein rehta hai, aur isi wajah se ghalati par ghalati karta hai, aur depression ka shikar ho jata hai.</w:t>
      </w:r>
      <w:r>
        <w:br/>
      </w:r>
      <w:r>
        <w:rPr>
          <w:sz w:val="20"/>
        </w:rPr>
        <w:t>38:29  mera sawal yeh hai ke: "How can we make the youth of today understand the virtue of sabr?" dekhiye, sabr koi mamooli baat nahi hai.</w:t>
      </w:r>
      <w:r>
        <w:br/>
      </w:r>
      <w:r>
        <w:rPr>
          <w:sz w:val="20"/>
        </w:rPr>
        <w:t>38:46  sabr koi mamooli baat nahi hai. sabr ka matlab hai apni tanhai ko khatam kar ke Allah ko apne sath le laina.</w:t>
      </w:r>
      <w:r>
        <w:br/>
      </w:r>
      <w:r>
        <w:rPr>
          <w:sz w:val="20"/>
        </w:rPr>
        <w:t>38:59  aap ghor kijiye ke sabr koi mamooli baat hai. sabr ke mani hain ke Allah ko apne sath le lena, Rab ul Alameen ko apne sath le lena, sari kainat ke malik ko apne sath le lena.</w:t>
      </w:r>
      <w:r>
        <w:br/>
      </w:r>
      <w:r>
        <w:rPr>
          <w:sz w:val="20"/>
        </w:rPr>
        <w:t>39:14  bataiye, is mani mein sabr to is se bari to koi cheez hi nahi. is se bari to koi cheez hi nahi.</w:t>
      </w:r>
      <w:r>
        <w:br/>
      </w:r>
      <w:r>
        <w:rPr>
          <w:sz w:val="20"/>
        </w:rPr>
        <w:t>39:28  maulana, doctor naghma siddiqui ne dilli se likha hai: "maulana, I understood clearly today that we have to restudy and discover the meaning of the Quran and apply it to our lives.</w:t>
      </w:r>
      <w:r>
        <w:br/>
      </w:r>
      <w:r>
        <w:rPr>
          <w:sz w:val="20"/>
        </w:rPr>
        <w:t>39:41  And in today's age of peace, all aspects of Islam have to be reinterpreted on peaceful lines. It is very, very important.</w:t>
      </w:r>
      <w:r>
        <w:br/>
      </w:r>
      <w:r>
        <w:rPr>
          <w:sz w:val="20"/>
        </w:rPr>
        <w:t>39:52  May God help us to do this and apply it in our life and as a part of teamwork in the Quran mission۔" mashallah.</w:t>
      </w:r>
    </w:p>
    <w:p>
      <w:pPr>
        <w:pStyle w:val="Heading2"/>
      </w:pPr>
      <w:r>
        <w:t>The reason for individual differences</w:t>
      </w:r>
    </w:p>
    <w:p>
      <w:r>
        <w:rPr>
          <w:color w:val="666666"/>
          <w:sz w:val="18"/>
        </w:rPr>
        <w:t>Life &amp; Wisdom · Interpretation of History October 23, 2016 · 1m 18s · at 59:45 · https://youtu.be/P-JhH3q-Mdg?t=3585</w:t>
      </w:r>
    </w:p>
    <w:p>
      <w:r>
        <w:rPr>
          <w:i/>
        </w:rPr>
        <w:t>“What is the reason that every individual is Mr. different and Miss different?”</w:t>
      </w:r>
    </w:p>
    <w:p>
      <w:r>
        <w:rPr>
          <w:sz w:val="20"/>
        </w:rPr>
        <w:t>59:45  maulana, agla sawal dilli se kya hai ajay devi sahib ne.</w:t>
      </w:r>
      <w:r>
        <w:br/>
      </w:r>
      <w:r>
        <w:rPr>
          <w:sz w:val="20"/>
        </w:rPr>
        <w:t>59:51  unhon ne likha hai: "maulana, what is the reason that every individual is mr.</w:t>
      </w:r>
      <w:r>
        <w:br/>
      </w:r>
      <w:r>
        <w:rPr>
          <w:sz w:val="20"/>
        </w:rPr>
        <w:t>59:57  different and miss different?"</w:t>
      </w:r>
      <w:r>
        <w:br/>
      </w:r>
      <w:r>
        <w:rPr>
          <w:sz w:val="20"/>
        </w:rPr>
        <w:t>1:00:04  Is there any divine purpose to this? " Zaroor is mein divine purpose hai, kyunke difference jo hai, woh cheez toh jis jis taraf aata hai, intellectual jo do zehn takrate hain. Agar aisa na ho, sab log bilkul ek yaksaan tarz par sochein toh koi taraqqi nahi hogi. If everybody thinks alike, no one thinks very much. Ji toh difference jo hai, bohat bari nemat hai, isi ki wajah se tamam ilmi taraqqiyan hoti hain. Yeh toh ek haqeeqat hai. Okay, so we will end today's Sunday session. We will be back next Sunday, same time. Thank you.</w:t>
      </w:r>
    </w:p>
    <w:p>
      <w:pPr>
        <w:pStyle w:val="Heading2"/>
      </w:pPr>
      <w:r>
        <w:t>Time management in today's busy life</w:t>
      </w:r>
    </w:p>
    <w:p>
      <w:r>
        <w:rPr>
          <w:color w:val="666666"/>
          <w:sz w:val="18"/>
        </w:rPr>
        <w:t>Life &amp; Wisdom · Dars-e-Quran, Chapter 38, V. 29 (Contemplation on the Quran) | October 7, 2018 · 2m 30s · at 1:17:10 · https://youtu.be/bF57J8TD8no?t=4630</w:t>
      </w:r>
    </w:p>
    <w:p>
      <w:r>
        <w:rPr>
          <w:i/>
        </w:rPr>
        <w:t>“In today's busy life, time management is a big issue. We always have excuses. What is your advice?”</w:t>
      </w:r>
    </w:p>
    <w:p>
      <w:r>
        <w:rPr>
          <w:sz w:val="20"/>
        </w:rPr>
        <w:t>1:17:10  maulana rawalpindi pakistan se wajid sahab ne sawal bheja hai.</w:t>
      </w:r>
      <w:r>
        <w:br/>
      </w:r>
      <w:r>
        <w:rPr>
          <w:sz w:val="20"/>
        </w:rPr>
        <w:t>1:17:16  انہوں نے لکھا ہے: "مولانا، in today's busy life, time management is the big issue.</w:t>
      </w:r>
      <w:r>
        <w:br/>
      </w:r>
      <w:r>
        <w:rPr>
          <w:sz w:val="20"/>
        </w:rPr>
        <w:t>1:17:22  we always have excuses.</w:t>
      </w:r>
      <w:r>
        <w:br/>
      </w:r>
      <w:r>
        <w:rPr>
          <w:sz w:val="20"/>
        </w:rPr>
        <w:t>1:17:28  how can we overcome this attitude?" yeh kuch nahi, main is ko nahi manta.</w:t>
      </w:r>
      <w:r>
        <w:br/>
      </w:r>
      <w:r>
        <w:rPr>
          <w:sz w:val="20"/>
        </w:rPr>
        <w:t>1:17:34  jab hum parhte the bachpan mein urdu reader, us waqt hum ne parha</w:t>
      </w:r>
      <w:r>
        <w:br/>
      </w:r>
      <w:r>
        <w:rPr>
          <w:sz w:val="20"/>
        </w:rPr>
        <w:t>1:17:40  tha: "waqt mein tangi farakhi dono hain, jaise rubber khenchne se barhti hai, chhod jati hai sikar." to</w:t>
      </w:r>
      <w:r>
        <w:br/>
      </w:r>
      <w:r>
        <w:rPr>
          <w:sz w:val="20"/>
        </w:rPr>
        <w:t>1:17:46  time aap ke hath mein hai, manage kijie.</w:t>
      </w:r>
      <w:r>
        <w:br/>
      </w:r>
      <w:r>
        <w:rPr>
          <w:sz w:val="20"/>
        </w:rPr>
        <w:t>1:17:52  اصل چیز ہے مینج کرنا، اصل چیز ہے you to learn the art of management.</w:t>
      </w:r>
      <w:r>
        <w:br/>
      </w:r>
      <w:r>
        <w:rPr>
          <w:sz w:val="20"/>
        </w:rPr>
        <w:t>1:17:58  time sab ke paas hota hai, yaad rakhiye.</w:t>
      </w:r>
      <w:r>
        <w:br/>
      </w:r>
      <w:r>
        <w:rPr>
          <w:sz w:val="20"/>
        </w:rPr>
        <w:t>1:18:04  aap ghor kijiye to aap ko maloom hoga ke</w:t>
      </w:r>
      <w:r>
        <w:br/>
      </w:r>
      <w:r>
        <w:rPr>
          <w:sz w:val="20"/>
        </w:rPr>
        <w:t>1:18:10  time sab ke paas hota hai.</w:t>
      </w:r>
      <w:r>
        <w:br/>
      </w:r>
      <w:r>
        <w:rPr>
          <w:sz w:val="20"/>
        </w:rPr>
        <w:t>1:18:15  جو چیز like کرتی ہے، وہ art of management ہے۔</w:t>
      </w:r>
      <w:r>
        <w:br/>
      </w:r>
      <w:r>
        <w:rPr>
          <w:sz w:val="20"/>
        </w:rPr>
        <w:t>1:18:20  yeh poore yaqeen ke sath mein keh sakta hoon ke time sab ke paas hai.</w:t>
      </w:r>
      <w:r>
        <w:br/>
      </w:r>
      <w:r>
        <w:rPr>
          <w:sz w:val="20"/>
        </w:rPr>
        <w:t>1:18:25  جو چیز like کر رہی ہے، وہ ہے Art of Management.</w:t>
      </w:r>
      <w:r>
        <w:br/>
      </w:r>
      <w:r>
        <w:rPr>
          <w:sz w:val="20"/>
        </w:rPr>
        <w:t>1:18:30  muhammad yaqoob umri sahib ne comment bheja hai.</w:t>
      </w:r>
      <w:r>
        <w:br/>
      </w:r>
      <w:r>
        <w:rPr>
          <w:sz w:val="20"/>
        </w:rPr>
        <w:t>1:18:35  انہوں نے لکھا ہے: "The key to understanding Quran is only spirit of inquiry." مولانا، it is a great wisdom. جزاک</w:t>
      </w:r>
      <w:r>
        <w:br/>
      </w:r>
      <w:r>
        <w:rPr>
          <w:sz w:val="20"/>
        </w:rPr>
        <w:t>1:18:40  allah, masha allah. okay, we will end the session now. thank you.</w:t>
      </w:r>
    </w:p>
    <w:p>
      <w:pPr>
        <w:pStyle w:val="Heading2"/>
      </w:pPr>
      <w:r>
        <w:t>Traditional versus modern style</w:t>
      </w:r>
    </w:p>
    <w:p>
      <w:r>
        <w:rPr>
          <w:color w:val="666666"/>
          <w:sz w:val="18"/>
        </w:rPr>
        <w:t>Life &amp; Wisdom · The Existence of God-7th October 2012 · 33s · at 1:17:58 · https://youtu.be/XWFqKwm-LPM?t=4678</w:t>
      </w:r>
    </w:p>
    <w:p>
      <w:r>
        <w:rPr>
          <w:i/>
        </w:rPr>
        <w:t>“What is the difference between the traditional style and the modern style?”</w:t>
      </w:r>
    </w:p>
    <w:p>
      <w:r>
        <w:rPr>
          <w:sz w:val="20"/>
        </w:rPr>
        <w:t>1:17:58  maulana, un ka ek aur sawal hai, unhon ne aap se poocha hai ke rawaiyati usloob aur asri</w:t>
      </w:r>
      <w:r>
        <w:br/>
      </w:r>
      <w:r>
        <w:rPr>
          <w:sz w:val="20"/>
        </w:rPr>
        <w:t>1:18:05  usloob mein kya antar hai? is ke baray mein batayein.</w:t>
      </w:r>
      <w:r>
        <w:br/>
      </w:r>
      <w:r>
        <w:rPr>
          <w:sz w:val="20"/>
        </w:rPr>
        <w:t>1:18:12  is ka antar hum lafzon mein nahi batate, aap kitabein padhiye, aap to aap ko maloom ho jaye ga.</w:t>
      </w:r>
      <w:r>
        <w:br/>
      </w:r>
      <w:r>
        <w:rPr>
          <w:sz w:val="20"/>
        </w:rPr>
        <w:t>1:18:18  yeh kitabon ko padhne se nikal gaya, yeh hmm, yeh nikal gaya, yeh nikal gaya.</w:t>
      </w:r>
      <w:r>
        <w:br/>
      </w:r>
      <w:r>
        <w:rPr>
          <w:sz w:val="20"/>
        </w:rPr>
        <w:t>1:18:25  sab ji acha, yeh to aap kitabein padhiye to aap samajh jayenge lafzon mein hum kya kar sakte hain.</w:t>
      </w:r>
    </w:p>
    <w:p>
      <w:pPr>
        <w:pStyle w:val="Heading2"/>
      </w:pPr>
      <w:r>
        <w:t>Truth and frustration</w:t>
      </w:r>
    </w:p>
    <w:p>
      <w:r>
        <w:rPr>
          <w:color w:val="666666"/>
          <w:sz w:val="18"/>
        </w:rPr>
        <w:t>Life &amp; Wisdom · Revival of Abrahamic Mission October 28, 2012 · 2m 03s · at 1:07:28 · https://youtu.be/9mV72V5gsqM?t=4048</w:t>
      </w:r>
    </w:p>
    <w:p>
      <w:r>
        <w:rPr>
          <w:i/>
        </w:rPr>
        <w:t>“If I have discovered truth, will I never experience frustration? What is your comment on this?”</w:t>
      </w:r>
    </w:p>
    <w:p>
      <w:r>
        <w:rPr>
          <w:sz w:val="20"/>
        </w:rPr>
        <w:t>1:07:28  Maulana, Delhi se sawal hai Muhammad Noor sahib ka. Unhone likha hai: "If I have discovered truth, will I never experience frustration?</w:t>
      </w:r>
      <w:r>
        <w:br/>
      </w:r>
      <w:r>
        <w:rPr>
          <w:sz w:val="20"/>
        </w:rPr>
        <w:t>1:07:38  What is your comment on this?"</w:t>
      </w:r>
      <w:r>
        <w:br/>
      </w:r>
      <w:r>
        <w:rPr>
          <w:sz w:val="20"/>
        </w:rPr>
        <w:t>1:07:45  Abhi mera tajurba to yahi hai.</w:t>
      </w:r>
      <w:r>
        <w:br/>
      </w:r>
      <w:r>
        <w:rPr>
          <w:sz w:val="20"/>
        </w:rPr>
        <w:t>1:07:51  Mera tajurba to yeh hai ke mein Allah ke fazal se tension free rehta hoon. Mujhe akhirat ki fikr to zaroor hai, lekin dunya tension hota hai.</w:t>
      </w:r>
      <w:r>
        <w:br/>
      </w:r>
      <w:r>
        <w:rPr>
          <w:sz w:val="20"/>
        </w:rPr>
        <w:t>1:08:00  Dunya ko le kar ke, dunya ko le kar tension hota hai. To dunya ke mamlaat mein insaan tension free ban jata hai, is mein koi shaq nahi.</w:t>
      </w:r>
      <w:r>
        <w:br/>
      </w:r>
      <w:r>
        <w:rPr>
          <w:sz w:val="20"/>
        </w:rPr>
        <w:t>1:08:13  Agar is ko woh sachai mil jaye jo Allah ke nazdeek sachai hai, yeh bhi samajh lijiye.</w:t>
      </w:r>
      <w:r>
        <w:br/>
      </w:r>
      <w:r>
        <w:rPr>
          <w:sz w:val="20"/>
        </w:rPr>
        <w:t>1:08:22  Self style sachai se nahi aisa hoga, kyunke jab woh sachai mil jaye aap ko jo Allah ke nazdeek sachai hai, to aap ka aap ka talluq Allah se qaim ho gaya.</w:t>
      </w:r>
      <w:r>
        <w:br/>
      </w:r>
      <w:r>
        <w:rPr>
          <w:sz w:val="20"/>
        </w:rPr>
        <w:t>1:08:39  Aap phir, yani Allah se aap ka communication hoga, Allah ki help aap tak pohnchegi, Allah ka inspiration milega aap ko.</w:t>
      </w:r>
      <w:r>
        <w:br/>
      </w:r>
      <w:r>
        <w:rPr>
          <w:sz w:val="20"/>
        </w:rPr>
        <w:t>1:08:49  To yeh saare faide is sachai ke liye hain jo Allah ke nazdeek sachai ho. Kisi bhi self self style sachai ke liye yeh faide nahi hain.</w:t>
      </w:r>
      <w:r>
        <w:br/>
      </w:r>
      <w:r>
        <w:rPr>
          <w:sz w:val="20"/>
        </w:rPr>
        <w:t>1:09:02  Khud hi khud log bana lete hain ke yeh sachai hai, yeh sachai hai. To is mein yeh faide kahan se milenge?</w:t>
      </w:r>
      <w:r>
        <w:br/>
      </w:r>
      <w:r>
        <w:rPr>
          <w:sz w:val="20"/>
        </w:rPr>
        <w:t>1:09:11  allah ne jis cheez ko sachai bataya hai, allah ke nazdeek jo jo sachai hai, jab woh mil jaye aap ko to aap allah se jud gaye.</w:t>
      </w:r>
      <w:r>
        <w:br/>
      </w:r>
      <w:r>
        <w:rPr>
          <w:sz w:val="20"/>
        </w:rPr>
        <w:t>1:09:21  jab aap allah se jud gaye to phir tension, tension kahan? phir to tension khatam.</w:t>
      </w:r>
    </w:p>
    <w:p>
      <w:pPr>
        <w:pStyle w:val="Heading2"/>
      </w:pPr>
      <w:r>
        <w:t>Unawareness of death reality</w:t>
      </w:r>
    </w:p>
    <w:p>
      <w:r>
        <w:rPr>
          <w:color w:val="666666"/>
          <w:sz w:val="18"/>
        </w:rPr>
        <w:t>Life &amp; Wisdom · Life after Death I 22nd Jan. 2012 Maulana Wahiduddin Khan · 1m 57s · at 1:13:35 · https://youtu.be/Pa8c09DFrkA?t=4415</w:t>
      </w:r>
    </w:p>
    <w:p>
      <w:r>
        <w:rPr>
          <w:i/>
        </w:rPr>
        <w:t>“Death is man's biggest reality. Why does he stay unaware of it?”</w:t>
      </w:r>
    </w:p>
    <w:p>
      <w:r>
        <w:rPr>
          <w:sz w:val="20"/>
        </w:rPr>
        <w:t>1:13:35  maulana, agla sawal dilli se hai, miss naghma siddiqi ka. unhon ne poocha hai Death is man's biggest reality.</w:t>
      </w:r>
      <w:r>
        <w:br/>
      </w:r>
      <w:r>
        <w:rPr>
          <w:sz w:val="20"/>
        </w:rPr>
        <w:t>1:13:43  Why does he stay unaware of it? bhai to shaitan ka sab se bara harba hai. shaitan chahta hai ke</w:t>
      </w:r>
      <w:r>
        <w:br/>
      </w:r>
      <w:r>
        <w:rPr>
          <w:sz w:val="20"/>
        </w:rPr>
        <w:t>1:13:53  maut se aadmi ko bhulaye rakhe, maut ko bhulaye rakhe. kyunke maut aayegi to aadmi ki zindagi badal jayegi bilkul.</w:t>
      </w:r>
      <w:r>
        <w:br/>
      </w:r>
      <w:r>
        <w:rPr>
          <w:sz w:val="20"/>
        </w:rPr>
        <w:t>1:14:05  to yeh shaitan ka main samajhta hoon ke sab se bara harba yeh hai ke aadmi ko</w:t>
      </w:r>
      <w:r>
        <w:br/>
      </w:r>
      <w:r>
        <w:rPr>
          <w:sz w:val="20"/>
        </w:rPr>
        <w:t>1:14:11  . ab dekhiye aap ghor kijiye. yeh shaitan ki sunnat hai yeh. aap ghor kijiye ke shaitan ne Allah taala se baghavat ki.</w:t>
      </w:r>
      <w:r>
        <w:br/>
      </w:r>
      <w:r>
        <w:rPr>
          <w:sz w:val="20"/>
        </w:rPr>
        <w:t>1:14:22  agar woh sach much is ko yaqeen hota ke mujhe isi Khuda ke paas lotna hai qayamat mein aur mujhe saza sunai jayegi.</w:t>
      </w:r>
      <w:r>
        <w:br/>
      </w:r>
      <w:r>
        <w:rPr>
          <w:sz w:val="20"/>
        </w:rPr>
        <w:t>1:14:32  sach much is ka ehsas hota to woh khud hi yeh kaam na karta. to shaitan khud bekhabar tha is baat se ke mujhe dobara Allah</w:t>
      </w:r>
    </w:p>
    <w:p>
      <w:pPr>
        <w:pStyle w:val="Heading2"/>
      </w:pPr>
      <w:r>
        <w:t>Underestimating intellectual power vs overestimating weapons</w:t>
      </w:r>
    </w:p>
    <w:p>
      <w:r>
        <w:rPr>
          <w:color w:val="666666"/>
          <w:sz w:val="18"/>
        </w:rPr>
        <w:t>Life &amp; Wisdom · Don't Be Angry Culture January 15, 2012 · 3m 53s · at 58:30 · https://youtu.be/NrA3X8y_FLY?t=3510</w:t>
      </w:r>
    </w:p>
    <w:p>
      <w:r>
        <w:rPr>
          <w:i/>
        </w:rPr>
        <w:t>“To what extent is it correct to underestimate intellectual power and overestimate the power of weapons?”</w:t>
      </w:r>
    </w:p>
    <w:p>
      <w:r>
        <w:rPr>
          <w:sz w:val="20"/>
        </w:rPr>
        <w:t>58:30  Maulana, yeh sawal aaya hai Tamil Nadu se Maulana Farhad Ahmed Salafi sahib ka. Unhon ne likha hai: "Fikri quwwat ko kamtar samajhna aur Weapons ki taqat ko badh tak samajhna kahan tak sahi hai?" Kuch bhi sahi nahi hai.</w:t>
      </w:r>
      <w:r>
        <w:br/>
      </w:r>
      <w:r>
        <w:rPr>
          <w:sz w:val="20"/>
        </w:rPr>
        <w:t>58:51  yeh to galat hi galat hai. Fikri taqat hi badi taqat hai.</w:t>
      </w:r>
      <w:r>
        <w:br/>
      </w:r>
      <w:r>
        <w:rPr>
          <w:sz w:val="20"/>
        </w:rPr>
        <w:t>58:59  hathiyar ki taqat koi taqat nahi hai. Yaad rakhiye, poori tareekh mein koi ek bhi misaal aisi nahi hai ke asleha ki taqat se, yani hathiyar ki taqat se, kabhi kisi ne koi badi kamyabi paayi ho.</w:t>
      </w:r>
      <w:r>
        <w:br/>
      </w:r>
      <w:r>
        <w:rPr>
          <w:sz w:val="20"/>
        </w:rPr>
        <w:t>59:17  Recently misalein dekhiye, do Super Power the: Roos aur America.</w:t>
      </w:r>
      <w:r>
        <w:br/>
      </w:r>
      <w:r>
        <w:rPr>
          <w:sz w:val="20"/>
        </w:rPr>
        <w:t>59:24  Roos jo hai, apne Super Power ke zoom mein aur apne hathiyar ke zoom mein dakhil ho gaya Afghanistan mein. Samajhta tha ke hathiyar ke zor par woh apne Afghanistan par qabza kar lega.</w:t>
      </w:r>
      <w:r>
        <w:br/>
      </w:r>
      <w:r>
        <w:rPr>
          <w:sz w:val="20"/>
        </w:rPr>
        <w:t>59:39  Lekin aap jante hain ke Roos ko nakami hui, wapas jana pada is ko.</w:t>
      </w:r>
      <w:r>
        <w:br/>
      </w:r>
      <w:r>
        <w:rPr>
          <w:sz w:val="20"/>
        </w:rPr>
        <w:t>59:45  Isi tarah se America, jo Super Power tha, woh ghus gaya Iraq mein hathiyar le kar ke.</w:t>
      </w:r>
      <w:r>
        <w:br/>
      </w:r>
      <w:r>
        <w:rPr>
          <w:sz w:val="20"/>
        </w:rPr>
        <w:t>59:54  Lekin wahan pe wapas jana pada is ko. To poori tareekh mein</w:t>
      </w:r>
      <w:r>
        <w:br/>
      </w:r>
      <w:r>
        <w:rPr>
          <w:sz w:val="20"/>
        </w:rPr>
        <w:t>1:00:02  kabhi bhi hathiyar ke zariye koi bari taqat nahi mili hai. Is ke bar aks fiqah ki taqat. Fiqah ki taqat ko wasee tar mani mein lijiyye.</w:t>
      </w:r>
      <w:r>
        <w:br/>
      </w:r>
      <w:r>
        <w:rPr>
          <w:sz w:val="20"/>
        </w:rPr>
        <w:t>1:00:12  Yaani Ideology, Education, Peaceful Activities, yeh sab fiqah ki taqat hai.</w:t>
      </w:r>
      <w:r>
        <w:br/>
      </w:r>
      <w:r>
        <w:rPr>
          <w:sz w:val="20"/>
        </w:rPr>
        <w:t>1:00:20  Fiqah ki taqat ko kisi mehdood mani mein mat lijiyye.</w:t>
      </w:r>
      <w:r>
        <w:br/>
      </w:r>
      <w:r>
        <w:rPr>
          <w:sz w:val="20"/>
        </w:rPr>
        <w:t>1:00:26  Is ko wasee tar mani mein lijiyye. Ideology ko istemal karna, nazariye ko istemal karna, Education ko istemal karna, Peaceful Activities ko istemal karna, yeh hai fiqah ki taqat.</w:t>
      </w:r>
      <w:r>
        <w:br/>
      </w:r>
      <w:r>
        <w:rPr>
          <w:sz w:val="20"/>
        </w:rPr>
        <w:t>1:00:42  Yaani ek hai Peaceful Activism, ek hai Violent Activism. To fiqah ki taqat ka matlab hai Peaceful Activism ka tareeqa ikhtiyar karna.</w:t>
      </w:r>
      <w:r>
        <w:br/>
      </w:r>
      <w:r>
        <w:rPr>
          <w:sz w:val="20"/>
        </w:rPr>
        <w:t>1:00:57  Aur is ka ulta hai Violent Activism. Yaani tashaddud ke zariye se kamyabi hasil karne ki koshish karna.</w:t>
      </w:r>
      <w:r>
        <w:br/>
      </w:r>
      <w:r>
        <w:rPr>
          <w:sz w:val="20"/>
        </w:rPr>
        <w:t>1:01:05  To zindagi, yaani tareekh batati hai ke kabhi bhi Violent Activism kisi ke liye mufeed nahi hua hai.</w:t>
      </w:r>
      <w:r>
        <w:br/>
      </w:r>
      <w:r>
        <w:rPr>
          <w:sz w:val="20"/>
        </w:rPr>
        <w:t>1:01:16  Jab bhi mufeed hua, Peaceful Activism. Khud India mein aap dekh lijiyye. India mein 1897 mein Angrezon ke khilaf ladai shuru hui.</w:t>
      </w:r>
      <w:r>
        <w:br/>
      </w:r>
      <w:r>
        <w:rPr>
          <w:sz w:val="20"/>
        </w:rPr>
        <w:t>1:01:25  Bahut maar kaat hui. Lekin azadi kahan mili? Azadi mili jab Mahatma Gandhi ne Non-Violence ka tareeqa ikhtiyar kiya.</w:t>
      </w:r>
      <w:r>
        <w:br/>
      </w:r>
      <w:r>
        <w:rPr>
          <w:sz w:val="20"/>
        </w:rPr>
        <w:t>1:01:39  Hadees mein hai yeh baat wazeh taur par: إن الله یعطی الرفق مولا یعطی العنف yaani God grants to non-viol</w:t>
      </w:r>
      <w:r>
        <w:br/>
      </w:r>
      <w:r>
        <w:rPr>
          <w:sz w:val="20"/>
        </w:rPr>
        <w:t>1:01:52  ence what He does not grant to violence. Khuda Peace par woh cheez deta hai jo tashaddud par nahi deta.</w:t>
      </w:r>
      <w:r>
        <w:br/>
      </w:r>
      <w:r>
        <w:rPr>
          <w:sz w:val="20"/>
        </w:rPr>
        <w:t>1:02:02  Yeh fitrat ka usool hai, tareekh ki shahadat hai, aur Quran o Hadees mein yeh baat wazeh taur par batai gayi hai. Hadees Quran mein hai: إن أصله خير</w:t>
      </w:r>
      <w:r>
        <w:br/>
      </w:r>
      <w:r>
        <w:rPr>
          <w:sz w:val="20"/>
        </w:rPr>
        <w:t>1:02:14  Yaani parman shakti se aap jab hasil karein, karne ki koshish karein, karte hain ek kaam ko to maqsad hasil hota hai aur koi baat bigadne nahi paati.</w:t>
      </w:r>
    </w:p>
    <w:p>
      <w:pPr>
        <w:pStyle w:val="Heading2"/>
      </w:pPr>
      <w:r>
        <w:t>Understanding loss and failure in Islam</w:t>
      </w:r>
    </w:p>
    <w:p>
      <w:r>
        <w:rPr>
          <w:color w:val="666666"/>
          <w:sz w:val="18"/>
        </w:rPr>
        <w:t>Life &amp; Wisdom · Surah Al-'Asr I November 23, 2014 Maulana Wahiduddin Khan · 3m 08s · at 1:19:03 · https://youtu.be/3dBMIUC0Dqw?t=4743</w:t>
      </w:r>
    </w:p>
    <w:p>
      <w:r>
        <w:rPr>
          <w:i/>
        </w:rPr>
        <w:t>“When a person suffers a loss or failure, what should he think? Is it that Allah has a better plan, or is it a learning process, or a learning experience and a test? After loss, people say that Allah has planned something good. How correct is this understanding?”</w:t>
      </w:r>
    </w:p>
    <w:p>
      <w:r>
        <w:rPr>
          <w:sz w:val="20"/>
        </w:rPr>
        <w:t>1:19:03  Maulana, agla sawal Hyderabad se aya hai, Zeeshan Yusuf sahib ka, aur unhon ne likha hai: Jab insan koi, jab insan ka koi nuqsan ya failure ho jaye to use kya sochna chahiye?</w:t>
      </w:r>
      <w:r>
        <w:br/>
      </w:r>
      <w:r>
        <w:rPr>
          <w:sz w:val="20"/>
        </w:rPr>
        <w:t>1:19:19  Allah ka koi aur acha plan ho ga ya phir yeh learning process, ya yaani ya phir yeh learning experience aur imtehan hai?</w:t>
      </w:r>
      <w:r>
        <w:br/>
      </w:r>
      <w:r>
        <w:rPr>
          <w:sz w:val="20"/>
        </w:rPr>
        <w:t>1:19:30  Nuqsan ke baad log yeh bolte hain ke Allah ne kuch acha plan kar rakha ho ga. Yeh fehm, soch kahan tak sahi hai?</w:t>
      </w:r>
      <w:r>
        <w:br/>
      </w:r>
      <w:r>
        <w:rPr>
          <w:sz w:val="20"/>
        </w:rPr>
        <w:t>1:19:42  Dekhein, pehla jo maslak hai woh to batata hoon aap ko mein. Mein hamesha aise mauqe par Hazrat Ali ka aik qoul yaad karta hoon.</w:t>
      </w:r>
      <w:r>
        <w:br/>
      </w:r>
      <w:r>
        <w:rPr>
          <w:sz w:val="20"/>
        </w:rPr>
        <w:t>1:19:55  Unhon ne kaha tha ke "Al khair e fima waqa" . Jo hua wohi behtar tha.</w:t>
      </w:r>
      <w:r>
        <w:br/>
      </w:r>
      <w:r>
        <w:rPr>
          <w:sz w:val="20"/>
        </w:rPr>
        <w:t>1:20:06  Yaani "What happened, happened for our betterment" . Is se dekhein, feel for aap ke andar positive thinking aa jati hai.</w:t>
      </w:r>
      <w:r>
        <w:br/>
      </w:r>
      <w:r>
        <w:rPr>
          <w:sz w:val="20"/>
        </w:rPr>
        <w:t>1:20:16  Acha, positive thinking anay ke mani, yaani koi, yaani wahan par full stop nahi aata,</w:t>
      </w:r>
      <w:r>
        <w:br/>
      </w:r>
      <w:r>
        <w:rPr>
          <w:sz w:val="20"/>
        </w:rPr>
        <w:t>1:20:23  wo stop nahi ho jata wahan par, balkeh soch ka direction sahi ho jata hai. Yeh jo Hazrat Ali ka qoul hai, is ko mannay se kya hota hai ke soch ka direction sahi hota hai.</w:t>
      </w:r>
      <w:r>
        <w:br/>
      </w:r>
      <w:r>
        <w:rPr>
          <w:sz w:val="20"/>
        </w:rPr>
        <w:t>1:20:36  Bajaye negative side mein sochne ke, hum positive side mein sochne lagte hain.</w:t>
      </w:r>
      <w:r>
        <w:br/>
      </w:r>
      <w:r>
        <w:rPr>
          <w:sz w:val="20"/>
        </w:rPr>
        <w:t>1:20:43  To mujhe bohat zabardast yeh lagta hai yeh qoul "Al khair e fima waqa" . Agar aap yeh na sochein to aap ki soch chalegi negative side mein, aur yeh aap qoul yaad kar lein to aap ki thinking chalegi positive side mein.</w:t>
      </w:r>
      <w:r>
        <w:br/>
      </w:r>
      <w:r>
        <w:rPr>
          <w:sz w:val="20"/>
        </w:rPr>
        <w:t>1:21:03  Bas yahi, yahi is ka solution hai aur koi doosra solution hai nahi. Okay, we will end this session now</w:t>
      </w:r>
      <w:r>
        <w:br/>
      </w:r>
      <w:r>
        <w:rPr>
          <w:sz w:val="20"/>
        </w:rPr>
        <w:t>1:21:12  . Thank you.</w:t>
      </w:r>
    </w:p>
    <w:p>
      <w:pPr>
        <w:pStyle w:val="Heading2"/>
      </w:pPr>
      <w:r>
        <w:t>Understanding the true meaning of stress</w:t>
      </w:r>
    </w:p>
    <w:p>
      <w:r>
        <w:rPr>
          <w:color w:val="666666"/>
          <w:sz w:val="18"/>
        </w:rPr>
        <w:t>Life &amp; Wisdom · Studying The Quran with Open Mind October 20, 2019 Maulana Wahiduddin Khan · 2m 40s · at 53:25 · https://youtu.be/OPyJO5TP_wI?t=3205</w:t>
      </w:r>
    </w:p>
    <w:p>
      <w:r>
        <w:rPr>
          <w:i/>
        </w:rPr>
        <w:t>“Science says stress causes problems and should be avoided, but you teach that stress makes us more aware and strong. How can I understand the true meaning of stress?”</w:t>
      </w:r>
    </w:p>
    <w:p>
      <w:r>
        <w:rPr>
          <w:sz w:val="20"/>
        </w:rPr>
        <w:t>53:25  Maulana yeh sawal Karachi Pakistan se Daniya Miss Daniya Mustafa ne bheja hai unhon ne likha hai Maulana sahib today science says that stress creates lot of problems for human body and that stress and depression should be avoided but your teaching is that stress makes us more aware and strong</w:t>
      </w:r>
      <w:r>
        <w:br/>
      </w:r>
      <w:r>
        <w:rPr>
          <w:sz w:val="20"/>
        </w:rPr>
        <w:t>53:52  molana how can I understand the true meaning of stress</w:t>
      </w:r>
      <w:r>
        <w:br/>
      </w:r>
      <w:r>
        <w:rPr>
          <w:sz w:val="20"/>
        </w:rPr>
        <w:t>53:57  nahi aap ne yeh farmaya ke science aisa kehti hai ke galat bilkul galat baat hai kaha kaun</w:t>
      </w:r>
      <w:r>
        <w:br/>
      </w:r>
      <w:r>
        <w:rPr>
          <w:sz w:val="20"/>
        </w:rPr>
        <w:t>54:03  sa science aisa kehti hai mujhe bataiye is ka is ka reference bataiye bataiye koi aisi science nahi</w:t>
      </w:r>
      <w:r>
        <w:br/>
      </w:r>
      <w:r>
        <w:rPr>
          <w:sz w:val="20"/>
        </w:rPr>
        <w:t>54:11  hai jo aisa kehti ho</w:t>
      </w:r>
      <w:r>
        <w:br/>
      </w:r>
      <w:r>
        <w:rPr>
          <w:sz w:val="20"/>
        </w:rPr>
        <w:t>54:15  kuch log aisa kehte hain yeh yeh kahiye aa miss famida khan ne aa comment bheja hai noida</w:t>
      </w:r>
      <w:r>
        <w:br/>
      </w:r>
      <w:r>
        <w:rPr>
          <w:sz w:val="20"/>
        </w:rPr>
        <w:t>54:24  se unhon ne likha hai molana aaj ke lecture se quran ke hawale se bohat bari baat samajh</w:t>
      </w:r>
      <w:r>
        <w:br/>
      </w:r>
      <w:r>
        <w:rPr>
          <w:sz w:val="20"/>
        </w:rPr>
        <w:t>54:31  mein aayi molana mein ne hamesha quran padha lekin kabhi bhi mein is se kuch</w:t>
      </w:r>
      <w:r>
        <w:br/>
      </w:r>
      <w:r>
        <w:rPr>
          <w:sz w:val="20"/>
        </w:rPr>
        <w:t>54:37  na seekh paayi lekin jab se tazkir ul quran parhna shuru kiya mujhe mujhe samajh aane laga hai quran hum se kya chahta hai molana aap ne jis tarah science aur universe ko samajh kar tazkir ul quran likha hai jo sab ke mind ko address karta hai aur ab koi bhi aasani se samajh sakta hai ke quran hum se kya chahta hai okay we will end this sess</w:t>
      </w:r>
      <w:r>
        <w:br/>
      </w:r>
      <w:r>
        <w:rPr>
          <w:sz w:val="20"/>
        </w:rPr>
        <w:t>55:06  ion now thank you.</w:t>
      </w:r>
    </w:p>
    <w:p>
      <w:pPr>
        <w:pStyle w:val="Heading2"/>
      </w:pPr>
      <w:r>
        <w:t>Understanding thinking as worship</w:t>
      </w:r>
    </w:p>
    <w:p>
      <w:r>
        <w:rPr>
          <w:color w:val="666666"/>
          <w:sz w:val="18"/>
        </w:rPr>
        <w:t>Life &amp; Wisdom · Nation Building On India's Republic Day Jan 26, 2020 Maulana Wahiduddin Khan · 3m 11s · at 58:12 · https://youtu.be/58CVocbLAb8?t=3492</w:t>
      </w:r>
    </w:p>
    <w:p>
      <w:r>
        <w:rPr>
          <w:i/>
        </w:rPr>
        <w:t>“You said that thinking for all humanity is worship, and thinking about a country is also worship. Please help us understand this concept more. If possible, give references from the Quran and Hadith, as this concept really needs to be adopted by all Muslims.”</w:t>
      </w:r>
    </w:p>
    <w:p>
      <w:r>
        <w:rPr>
          <w:sz w:val="20"/>
        </w:rPr>
        <w:t>58:12  muhammad bilal shafi sahib ne dilli se sawal kiya hai. unhon ne likha hai: "maulana aap ne jo bataya abhi ke sare insaan ke liye sochna ek ibadat hai.</w:t>
      </w:r>
      <w:r>
        <w:br/>
      </w:r>
      <w:r>
        <w:rPr>
          <w:sz w:val="20"/>
        </w:rPr>
        <w:t>58:24  To think about a country is also ibadat.</w:t>
      </w:r>
      <w:r>
        <w:br/>
      </w:r>
      <w:r>
        <w:rPr>
          <w:sz w:val="20"/>
        </w:rPr>
        <w:t>58:28  Please help us understand it more. If possible with reference from quran and hadith. As this concept really needs to be adopted by by all the Muslims.</w:t>
      </w:r>
      <w:r>
        <w:br/>
      </w:r>
      <w:r>
        <w:rPr>
          <w:sz w:val="20"/>
        </w:rPr>
        <w:t>58:42  And I find myself lacking in this spirit. "dekhie quran milta hai arabi zaban se nahi tadabbur ke zariye se.</w:t>
      </w:r>
      <w:r>
        <w:br/>
      </w:r>
      <w:r>
        <w:rPr>
          <w:sz w:val="20"/>
        </w:rPr>
        <w:t>58:57  Sirf arabi janen aap dukan mil jaye aap ko aisa nahi hai. Aap ko tadabbur karna parega tadabbur. Lehaza tabarru ayat hi.</w:t>
      </w:r>
      <w:r>
        <w:br/>
      </w:r>
      <w:r>
        <w:rPr>
          <w:sz w:val="20"/>
        </w:rPr>
        <w:t>59:07  Misla aaj ki baat mein to kehta hoon aaj. Aur subah mein soch raha tha quran ke bare mein. Alhamdulillah rabbul alameen.</w:t>
      </w:r>
      <w:r>
        <w:br/>
      </w:r>
      <w:r>
        <w:rPr>
          <w:sz w:val="20"/>
        </w:rPr>
        <w:t>59:20  Alhamdulillah rabbul alameen. To hamare ulma kehte hain ke ek ek hoti hai khabar ek hoti hai insha.</w:t>
      </w:r>
      <w:r>
        <w:br/>
      </w:r>
      <w:r>
        <w:rPr>
          <w:sz w:val="20"/>
        </w:rPr>
        <w:t>59:31  Yani khabariya jumla insha yeh jumla jumla. Yani khabar ka matlab yeh hai ke aisa ho raha hai dunya mein. Yeh batana.</w:t>
      </w:r>
      <w:r>
        <w:br/>
      </w:r>
      <w:r>
        <w:rPr>
          <w:sz w:val="20"/>
        </w:rPr>
        <w:t>59:41  Aur insha yeh hai ke yeh karo. To alhamdulillah rabbul alameen. Khabar nahi hai insha bhi hai.</w:t>
      </w:r>
      <w:r>
        <w:br/>
      </w:r>
      <w:r>
        <w:rPr>
          <w:sz w:val="20"/>
        </w:rPr>
        <w:t>59:51  Balke khabar bhi hai insha bhi hai. Yani Allah ko</w:t>
      </w:r>
      <w:r>
        <w:br/>
      </w:r>
      <w:r>
        <w:rPr>
          <w:sz w:val="20"/>
        </w:rPr>
        <w:t>59:58  yad karo is ke hum ke sath. Allah ko</w:t>
      </w:r>
      <w:r>
        <w:br/>
      </w:r>
      <w:r>
        <w:rPr>
          <w:sz w:val="20"/>
        </w:rPr>
        <w:t>1:00:07  is ki barhai ke sath is ki is ki azmaton ke sath yad karo. Yani woh khabar bhi hai insha bhi hai.</w:t>
      </w:r>
      <w:r>
        <w:br/>
      </w:r>
      <w:r>
        <w:rPr>
          <w:sz w:val="20"/>
        </w:rPr>
        <w:t>1:00:23  Yeh quran milta hai aap ko tadabbur ke zariye. Sirf arabi dani ke zariye nahi milta.</w:t>
      </w:r>
      <w:r>
        <w:br/>
      </w:r>
      <w:r>
        <w:rPr>
          <w:sz w:val="20"/>
        </w:rPr>
        <w:t>1:00:34  Tadabbur karen ge to quran milega. Nahi to quran nahi milega. Is ko hadith mein in alfaz mein kaha gaya hai ke woh kya alfaz hain sab?</w:t>
      </w:r>
      <w:r>
        <w:br/>
      </w:r>
      <w:r>
        <w:rPr>
          <w:sz w:val="20"/>
        </w:rPr>
        <w:t>1:00:48  Taahhud bil quran. Haan taahhud bil quran. Taahhud bil quran yani bil quran se lipat lipat jao.</w:t>
      </w:r>
      <w:r>
        <w:br/>
      </w:r>
      <w:r>
        <w:rPr>
          <w:sz w:val="20"/>
        </w:rPr>
        <w:t>1:00:57  Quran se apne aap ko jore rakho.</w:t>
      </w:r>
      <w:r>
        <w:br/>
      </w:r>
      <w:r>
        <w:rPr>
          <w:sz w:val="20"/>
        </w:rPr>
        <w:t>1:01:03  Log samajhte hain ke bas tilawat kar liya to quran mil gaya. Quran milta hai aap ko.</w:t>
      </w:r>
      <w:r>
        <w:br/>
      </w:r>
      <w:r>
        <w:rPr>
          <w:sz w:val="20"/>
        </w:rPr>
        <w:t>1:01:13  Kitab jab quran ko aap kitab tadabbur banayen tab milta hai.</w:t>
      </w:r>
    </w:p>
    <w:p>
      <w:pPr>
        <w:pStyle w:val="Heading2"/>
      </w:pPr>
      <w:r>
        <w:t>Visa application questions and guidance</w:t>
      </w:r>
    </w:p>
    <w:p>
      <w:r>
        <w:rPr>
          <w:color w:val="666666"/>
          <w:sz w:val="18"/>
        </w:rPr>
        <w:t>Life &amp; Wisdom · The Culture of People of Paradise January 06, 2019 Maulana Wahiduddin Khan · 1m 06s · at 50:57 · https://youtu.be/rFExua9zntM?t=3057</w:t>
      </w:r>
    </w:p>
    <w:p>
      <w:r>
        <w:rPr>
          <w:i/>
        </w:rPr>
        <w:t>“When you apply for a visa, they check your record and ask about your position, activities, criminal record, and anti-social involvement. What is your guidance on how to respond?”</w:t>
      </w:r>
    </w:p>
    <w:p>
      <w:r>
        <w:rPr>
          <w:sz w:val="20"/>
        </w:rPr>
        <w:t>50:57  yeh baat is mission ki sachai hone ka saboot hai. alhamdulillah." maulana, agla sawal doctor farida khanam ne dilli se bheja hai.</w:t>
      </w:r>
      <w:r>
        <w:br/>
      </w:r>
      <w:r>
        <w:rPr>
          <w:sz w:val="20"/>
        </w:rPr>
        <w:t>51:07  unhon ne likha hai: "when you apply for a visa for another country, they check your record in full. they ask questions such as: what is your position?</w:t>
      </w:r>
      <w:r>
        <w:br/>
      </w:r>
      <w:r>
        <w:rPr>
          <w:sz w:val="20"/>
        </w:rPr>
        <w:t>51:20  what are your activities? have you ever been arrested for any criminal act? are you engaged in any anti-social, anti-government activities?</w:t>
      </w:r>
      <w:r>
        <w:br/>
      </w:r>
      <w:r>
        <w:rPr>
          <w:sz w:val="20"/>
        </w:rPr>
        <w:t>51:33  only when they are fully satisfied, they issue a visa to enter their country. so for parah raz, will the record of worldly life be judged in a similar way?" sahi baat hai,</w:t>
      </w:r>
      <w:r>
        <w:br/>
      </w:r>
      <w:r>
        <w:rPr>
          <w:sz w:val="20"/>
        </w:rPr>
        <w:t>51:51  sahi baat hai.</w:t>
      </w:r>
    </w:p>
    <w:p>
      <w:pPr>
        <w:pStyle w:val="Heading2"/>
      </w:pPr>
      <w:r>
        <w:t>Way to de-stress and reduce stress</w:t>
      </w:r>
    </w:p>
    <w:p>
      <w:r>
        <w:rPr>
          <w:color w:val="666666"/>
          <w:sz w:val="18"/>
        </w:rPr>
        <w:t>Life &amp; Wisdom · Dars-e-Quran, Chapter 2, Verses 67-73, May 6, 2018 · 2m 34s · at 46:50 · https://youtu.be/JAsg4SpiVDU?t=2810</w:t>
      </w:r>
    </w:p>
    <w:p>
      <w:r>
        <w:rPr>
          <w:i/>
        </w:rPr>
        <w:t>“What according to you is the way to de-stress oneself? I have personally attended many workshops which were organized by my company, but I did not benefit, and I am still under a lot of stress. Please give me your guidance as to how can I reduce my stress.”</w:t>
      </w:r>
    </w:p>
    <w:p>
      <w:r>
        <w:rPr>
          <w:sz w:val="20"/>
        </w:rPr>
        <w:t>46:50  Maulana, agla sawal lete hain jo Feroz Khan sahab ne bheja hai Dubai se. Unhone likha hai: "Maulana, what according to you is the way to de-stress oneself? I have personally attended many workshops which were organized by my company,</w:t>
      </w:r>
      <w:r>
        <w:br/>
      </w:r>
      <w:r>
        <w:rPr>
          <w:sz w:val="20"/>
        </w:rPr>
        <w:t>47:12  but I did not benefit, and I am still under a lot of stress. Please give me your guidance as to how can I reduce my stress.</w:t>
      </w:r>
      <w:r>
        <w:br/>
      </w:r>
      <w:r>
        <w:rPr>
          <w:sz w:val="20"/>
        </w:rPr>
        <w:t>47:23  Bhai, yeh company ki baat kahi hai unhone, to aap bataiye ke kya kya matlab hai is ka? Main to company ka aadmi nahi hoon. Ji, to bataiye kya matlab hai is ka?</w:t>
      </w:r>
      <w:r>
        <w:br/>
      </w:r>
      <w:r>
        <w:rPr>
          <w:sz w:val="20"/>
        </w:rPr>
        <w:t>47:34  Maulana, generally logon ko work related stress hota hai ke bohat zyada kaam hai ya bohat zyada time. Kya unka company ke reference mein unka masla kya hai?</w:t>
      </w:r>
      <w:r>
        <w:br/>
      </w:r>
      <w:r>
        <w:rPr>
          <w:sz w:val="20"/>
        </w:rPr>
        <w:t>47:48  Haan, unka Maulana sawal se to unka reference company ke stress se lag raha hai. W</w:t>
      </w:r>
      <w:r>
        <w:br/>
      </w:r>
      <w:r>
        <w:rPr>
          <w:sz w:val="20"/>
        </w:rPr>
        <w:t>47:54  ork, work stress! Work stress se! Wahi bataiye na, aap to company se taluq rakhte hain. Ji, bataiye. Unhone Maulana elaborate nahi kiya hai, but it seems ke woh ah yeh janna cha rahe hain aapse ke jo bhi main mere ko work se related, mere ko pareshani hoti hai, tension hoti hai, ya woh bohat zyada ah ah stress mehsoos karte hain, to us ko kaise manage karein?</w:t>
      </w:r>
      <w:r>
        <w:br/>
      </w:r>
      <w:r>
        <w:rPr>
          <w:sz w:val="20"/>
        </w:rPr>
        <w:t>48:18  To aaj kal Maulana companies kafi workshops karati hain, ah how to reduce stress. To woh dekhiye, dekhiye!</w:t>
      </w:r>
      <w:r>
        <w:br/>
      </w:r>
      <w:r>
        <w:rPr>
          <w:sz w:val="20"/>
        </w:rPr>
        <w:t>48:26  Sanjidgi! Ji, sara masla ek hai, yeh khud to blame others par chal rahe hain, aur company, company jo hai unko blame de rahi hai.</w:t>
      </w:r>
      <w:r>
        <w:br/>
      </w:r>
      <w:r>
        <w:rPr>
          <w:sz w:val="20"/>
        </w:rPr>
        <w:t>48:38  yeh takrao hai. company ke nazdeek in ko apne ko correct karna chahiye. yeh chahte hain company apne ko correct kare,</w:t>
      </w:r>
      <w:r>
        <w:br/>
      </w:r>
      <w:r>
        <w:rPr>
          <w:sz w:val="20"/>
        </w:rPr>
        <w:t>48:52  to woh in ko mein yahi kahunga ke aap is false hold se bahar aaiye ke ghalati doosron ki, ghalati doosron ki, aap ki ghalati nahi hai.</w:t>
      </w:r>
      <w:r>
        <w:br/>
      </w:r>
      <w:r>
        <w:rPr>
          <w:sz w:val="20"/>
        </w:rPr>
        <w:t>49:03  aap bhi ghalati ko daryaft kijiye, apni ghalati ko ko ko correct kijiye, phir sab maamla durust ho jayega.</w:t>
      </w:r>
      <w:r>
        <w:br/>
      </w:r>
      <w:r>
        <w:rPr>
          <w:sz w:val="20"/>
        </w:rPr>
        <w:t>49:11  ji, yeh isi mein mubtala hain ke blame others ki ghalati mein. mein mein yahan tak samajh paya hoon.</w:t>
      </w:r>
    </w:p>
    <w:p>
      <w:pPr>
        <w:pStyle w:val="Heading2"/>
      </w:pPr>
      <w:r>
        <w:t>What does 'death is not in our DNA' mean?</w:t>
      </w:r>
    </w:p>
    <w:p>
      <w:r>
        <w:rPr>
          <w:color w:val="666666"/>
          <w:sz w:val="18"/>
        </w:rPr>
        <w:t>Life &amp; Wisdom · Concept of Death in Islam August 26, 2012 · 29s · at 1:19:43 · https://youtu.be/y0TJxKi0L94?t=4783</w:t>
      </w:r>
    </w:p>
    <w:p>
      <w:r>
        <w:rPr>
          <w:i/>
        </w:rPr>
        <w:t>“You said once that death is not in our DNA. Please explain what you meant.”</w:t>
      </w:r>
    </w:p>
    <w:p>
      <w:r>
        <w:rPr>
          <w:sz w:val="20"/>
        </w:rPr>
        <w:t>1:19:43  maulana, agla sawal lene se pehle ek comment parhna chahenge jo abdul basit umri sahib ne doha, qatar se likha hai. unhon ne likha hai ke maulana sahib, aap ne jo yeh kaha ke hadam ul lazzat ka matlab maut hamare goal ko, hamare hadaf ko correct karti hai, sahi rukh deti hai, to aap ke in jumlon ne maut ke tazkire ko bohat aham bana diya hai.</w:t>
      </w:r>
      <w:r>
        <w:br/>
      </w:r>
      <w:r>
        <w:rPr>
          <w:sz w:val="20"/>
        </w:rPr>
        <w:t>1:20:09  jazakumullah khair.</w:t>
      </w:r>
    </w:p>
    <w:p>
      <w:pPr>
        <w:pStyle w:val="Heading2"/>
      </w:pPr>
      <w:r>
        <w:t>What is the definition of obsession?</w:t>
      </w:r>
    </w:p>
    <w:p>
      <w:r>
        <w:rPr>
          <w:color w:val="666666"/>
          <w:sz w:val="18"/>
        </w:rPr>
        <w:t>Life &amp; Wisdom · Revival of Muslims March 08, 2015 · 2m 15s · at 57:07 · https://youtu.be/8ShFcr8YozI?t=3427</w:t>
      </w:r>
    </w:p>
    <w:p>
      <w:r>
        <w:rPr>
          <w:i/>
        </w:rPr>
        <w:t>“What is the definition of obsession?”</w:t>
      </w:r>
    </w:p>
    <w:p>
      <w:r>
        <w:rPr>
          <w:sz w:val="20"/>
        </w:rPr>
        <w:t>57:07  to mein waisa bana jaisa ke quran o hadith ke mutabiq mujhe banna chahiye, yeh to mein khud manta hoon. maulana, agla sawal dilli se kiya hai miss saadia khan ne aur unhon ne aapse poocha hai ke What is the definition of</w:t>
      </w:r>
      <w:r>
        <w:br/>
      </w:r>
      <w:r>
        <w:rPr>
          <w:sz w:val="20"/>
        </w:rPr>
        <w:t>57:21  obsession? dekhen, obsession jo hai, woh</w:t>
      </w:r>
      <w:r>
        <w:br/>
      </w:r>
      <w:r>
        <w:rPr>
          <w:sz w:val="20"/>
        </w:rPr>
        <w:t>57:27  nateja hai conditioning ka.</w:t>
      </w:r>
      <w:r>
        <w:br/>
      </w:r>
      <w:r>
        <w:rPr>
          <w:sz w:val="20"/>
        </w:rPr>
        <w:t>57:34  aur conditioning jo hai, woh nateja hai mahaul ka. har aadmi kisi mahaul mein rehta hai, us se us ki conditioning hoti rehti hai.</w:t>
      </w:r>
      <w:r>
        <w:br/>
      </w:r>
      <w:r>
        <w:rPr>
          <w:sz w:val="20"/>
        </w:rPr>
        <w:t>57:44  woh conditioning barhti hai to woh obsession ban jata hai.</w:t>
      </w:r>
      <w:r>
        <w:br/>
      </w:r>
      <w:r>
        <w:rPr>
          <w:sz w:val="20"/>
        </w:rPr>
        <w:t>57:49  mujhe apni zindagi ko sochta rehta hoon to bar bar sochta hoon ke mein falan baat jo mere andar thi, woh is liye thi ke mahaul se, yaani mahaul se mujhe mila tha.</w:t>
      </w:r>
      <w:r>
        <w:br/>
      </w:r>
      <w:r>
        <w:rPr>
          <w:sz w:val="20"/>
        </w:rPr>
        <w:t>58:01  woh to wohi mein isi tarah sochta tha.</w:t>
      </w:r>
      <w:r>
        <w:br/>
      </w:r>
      <w:r>
        <w:rPr>
          <w:sz w:val="20"/>
        </w:rPr>
        <w:t>58:07  to woh maholati conditioning pehle aati hai, phir obsession banta hai. phir obsession jitna gehra hota jata hai, utna hi phir woh aadmi ko sachai dikhani padti hai.</w:t>
      </w:r>
      <w:r>
        <w:br/>
      </w:r>
      <w:r>
        <w:rPr>
          <w:sz w:val="20"/>
        </w:rPr>
        <w:t>58:28  maulana, un ka ek aur sawal hai, woh aapse yeh bhi janna chahti hain ke Ulema, fear that global interaction and modern education will make Muslims secular.</w:t>
      </w:r>
      <w:r>
        <w:br/>
      </w:r>
      <w:r>
        <w:rPr>
          <w:sz w:val="20"/>
        </w:rPr>
        <w:t>58:42  What is your opinion on this? yeh fear denge? quran o hadith ko aap padhen to fear ki buniyad par koi baat aap nahi payenge.</w:t>
      </w:r>
      <w:r>
        <w:br/>
      </w:r>
      <w:r>
        <w:rPr>
          <w:sz w:val="20"/>
        </w:rPr>
        <w:t>58:56  fear to har waqt hai.</w:t>
      </w:r>
      <w:r>
        <w:br/>
      </w:r>
      <w:r>
        <w:rPr>
          <w:sz w:val="20"/>
        </w:rPr>
        <w:t>58:58  aap modern education milta jaye, tab bhi aap duniya mein hain.</w:t>
      </w:r>
      <w:r>
        <w:br/>
      </w:r>
      <w:r>
        <w:rPr>
          <w:sz w:val="20"/>
        </w:rPr>
        <w:t>59:07  to fear to har waqt hai. To fear koi excuse nahi hai. Woh jo kaha karta hoon ke if you have good excuse, don't use it.</w:t>
      </w:r>
      <w:r>
        <w:br/>
      </w:r>
      <w:r>
        <w:rPr>
          <w:sz w:val="20"/>
        </w:rPr>
        <w:t>59:19  yeh Islam ki scheme hai, Islam ki taleem</w:t>
      </w:r>
    </w:p>
    <w:p>
      <w:pPr>
        <w:pStyle w:val="Heading2"/>
      </w:pPr>
      <w:r>
        <w:t>What is the objective of life?</w:t>
      </w:r>
    </w:p>
    <w:p>
      <w:r>
        <w:rPr>
          <w:color w:val="666666"/>
          <w:sz w:val="18"/>
        </w:rPr>
        <w:t>Life &amp; Wisdom · How to Lead a Life of Fulfilment September 24, 2017 · 1m 40s · at 1:04:18 · https://youtu.be/WUoQOo2_zd8?t=3858</w:t>
      </w:r>
    </w:p>
    <w:p>
      <w:r>
        <w:rPr>
          <w:i/>
        </w:rPr>
        <w:t>“What should be the objective of life? Please show the verse from Surah Al-Ankabut verse 64.”</w:t>
      </w:r>
    </w:p>
    <w:p>
      <w:r>
        <w:rPr>
          <w:sz w:val="20"/>
        </w:rPr>
        <w:t>1:04:18  ji maulana agla sawal saharanpur se doctor safeena tabassum ne bhejha hai aur unhone aap se poocha hai ke what should be our objective of life</w:t>
      </w:r>
      <w:r>
        <w:br/>
      </w:r>
      <w:r>
        <w:rPr>
          <w:sz w:val="20"/>
        </w:rPr>
        <w:t>1:04:33  wo ait dikha diay to lijl haiwan haiwan.</w:t>
      </w:r>
      <w:r>
        <w:br/>
      </w:r>
      <w:r>
        <w:rPr>
          <w:sz w:val="20"/>
        </w:rPr>
        <w:t>1:04:37  sura ankabut ait nmbr 64</w:t>
      </w:r>
      <w:r>
        <w:br/>
      </w:r>
      <w:r>
        <w:rPr>
          <w:sz w:val="20"/>
        </w:rPr>
        <w:t>1:04:41  وما ہادی الحیات الدنیا الا لہم ولعب وان الدار الاخرۃ لیل حیوان لو کانو یعلمون aur yeh duniya</w:t>
      </w:r>
      <w:r>
        <w:br/>
      </w:r>
      <w:r>
        <w:rPr>
          <w:sz w:val="20"/>
        </w:rPr>
        <w:t>1:04:52  ki zindagi kuch nhi mgr aik khail aur dil ka bahlaawa aur akhirat ka ghar hi asli zindagi</w:t>
      </w:r>
      <w:r>
        <w:br/>
      </w:r>
      <w:r>
        <w:rPr>
          <w:sz w:val="20"/>
        </w:rPr>
        <w:t>1:04:59  ki jagah hai kash kh wo jantay</w:t>
      </w:r>
      <w:r>
        <w:br/>
      </w:r>
      <w:r>
        <w:rPr>
          <w:sz w:val="20"/>
        </w:rPr>
        <w:t>1:05:03  is ait mn aur is trh ki dosri aytn mn is ka jawab hai</w:t>
      </w:r>
      <w:r>
        <w:br/>
      </w:r>
      <w:r>
        <w:rPr>
          <w:sz w:val="20"/>
        </w:rPr>
        <w:t>1:05:09  kh dunya ki zindagi</w:t>
      </w:r>
      <w:r>
        <w:br/>
      </w:r>
      <w:r>
        <w:rPr>
          <w:sz w:val="20"/>
        </w:rPr>
        <w:t>1:05:11  yani</w:t>
      </w:r>
      <w:r>
        <w:br/>
      </w:r>
      <w:r>
        <w:rPr>
          <w:sz w:val="20"/>
        </w:rPr>
        <w:t>1:05:18  taameer hayat ke liye hai hi nahi yeh dunya ki zindagi ladne ke liye hai ladne</w:t>
      </w:r>
      <w:r>
        <w:br/>
      </w:r>
      <w:r>
        <w:rPr>
          <w:sz w:val="20"/>
        </w:rPr>
        <w:t>1:05:30  to aadmi ka jo nishana is dunya mein hona chahiye woh learning hona chahiye yeh nahi ke is dunya ko mein ko apna maal banaye qila banaye is dunya mein taraqqi ka khwab dekha hai</w:t>
      </w:r>
      <w:r>
        <w:br/>
      </w:r>
      <w:r>
        <w:rPr>
          <w:sz w:val="20"/>
        </w:rPr>
        <w:t>1:05:50  y jo ait prhi gai is ait s bhi yhi niklta hai aur dosri bhi bht si aytn</w:t>
      </w:r>
      <w:r>
        <w:br/>
      </w:r>
      <w:r>
        <w:rPr>
          <w:sz w:val="20"/>
        </w:rPr>
        <w:t>1:05:55  hain is s yhi niklta hai</w:t>
      </w:r>
    </w:p>
    <w:p>
      <w:pPr>
        <w:pStyle w:val="Heading2"/>
      </w:pPr>
      <w:r>
        <w:t>What is wisdom and what is intellect?</w:t>
      </w:r>
    </w:p>
    <w:p>
      <w:r>
        <w:rPr>
          <w:color w:val="666666"/>
          <w:sz w:val="18"/>
        </w:rPr>
        <w:t>Life &amp; Wisdom · Age Of Consumerism I January 6, 2013 Maulana Wahiduddin Khan · 45s · at 1:18:26 · https://youtu.be/CuRYFl7JuEM?t=4706</w:t>
      </w:r>
    </w:p>
    <w:p>
      <w:r>
        <w:rPr>
          <w:i/>
        </w:rPr>
        <w:t>“What is wisdom and intellect?”</w:t>
      </w:r>
    </w:p>
    <w:p>
      <w:r>
        <w:rPr>
          <w:sz w:val="20"/>
        </w:rPr>
        <w:t>1:18:26  Maulana, agla sawal Delhi se hai, Shail Sahab ka. unhon ne sawal kiya hai: "What is wisdom and intellect?"</w:t>
      </w:r>
      <w:r>
        <w:br/>
      </w:r>
      <w:r>
        <w:rPr>
          <w:sz w:val="20"/>
        </w:rPr>
        <w:t>1:18:41  ab intellect ka matlab to hota hai jahalat, wisdom ka matlab hota hai hikmat. to wisdom to intellect se nikalti hai, yani intellect jo hai, woh is is se wisdom hasil hoti hai.</w:t>
      </w:r>
      <w:r>
        <w:br/>
      </w:r>
      <w:r>
        <w:rPr>
          <w:sz w:val="20"/>
        </w:rPr>
        <w:t>1:18:57  aur intellect to salahiyat ka naam hai.</w:t>
      </w:r>
      <w:r>
        <w:br/>
      </w:r>
      <w:r>
        <w:rPr>
          <w:sz w:val="20"/>
        </w:rPr>
        <w:t>1:19:00  jahalat aap ka aap ke andar hai, to aap ke andar woh salahiyat goya maujood hai. to intellect jo hai, woh salahiyat ko bata rahi hai aur wisdom nateeje ko bata rahi hai.</w:t>
      </w:r>
    </w:p>
    <w:p>
      <w:pPr>
        <w:pStyle w:val="Heading2"/>
      </w:pPr>
      <w:r>
        <w:t>What is your secret formula for positivity?</w:t>
      </w:r>
    </w:p>
    <w:p>
      <w:r>
        <w:rPr>
          <w:color w:val="666666"/>
          <w:sz w:val="18"/>
        </w:rPr>
        <w:t>Life &amp; Wisdom · Realistic Approach 30 March, 2014 · 1m 52s · at 51:45 · https://youtu.be/HIFxmWWiEG4?t=3105</w:t>
      </w:r>
    </w:p>
    <w:p>
      <w:r>
        <w:rPr>
          <w:i/>
        </w:rPr>
        <w:t>“You always display positivity and tell others also to do the same. Please tell us what is your secret formula?”</w:t>
      </w:r>
    </w:p>
    <w:p>
      <w:r>
        <w:rPr>
          <w:sz w:val="20"/>
        </w:rPr>
        <w:t>51:45  Maulana, agla sawal kiya hai Pune se Salman sahib ne</w:t>
      </w:r>
      <w:r>
        <w:br/>
      </w:r>
      <w:r>
        <w:rPr>
          <w:sz w:val="20"/>
        </w:rPr>
        <w:t>51:49  ۔ unhon ne likha hai: "Maulana, you always display positivity and tell others also to do the same. please tell us what is your secret formula?"</w:t>
      </w:r>
      <w:r>
        <w:br/>
      </w:r>
      <w:r>
        <w:rPr>
          <w:sz w:val="20"/>
        </w:rPr>
        <w:t>52:09  dekhen, secret formula kuch bhi nahi hai. logon ne Allah Rabb-ul-Alameen ko daryaft nahi kiya, sab be</w:t>
      </w:r>
      <w:r>
        <w:br/>
      </w:r>
      <w:r>
        <w:rPr>
          <w:sz w:val="20"/>
        </w:rPr>
        <w:t>52:17  khabar hain. mere tajrube ke mutabiq koi ek bhi shakhs nahi hai musalmanon mein jis ne Allah Rabb-ul-Alameen ko daryaft kiya ho. yeh saare masjid se aur saare masjidain jo bhare hue hain barish logon se, kuch nahi janta ke koi aadmi Allah Rabb-ul-Alameen kya cheez hai.</w:t>
      </w:r>
      <w:r>
        <w:br/>
      </w:r>
      <w:r>
        <w:rPr>
          <w:sz w:val="20"/>
        </w:rPr>
        <w:t>52:31  na mullah janta hai, na molvi janta hai. agar aap Allah Rabb-ul-Alameen ko daryaft kar lein to us waqt lazman yahi cheez paida hoti hai jis ko aap ne farmaya: "positive thinking."</w:t>
      </w:r>
      <w:r>
        <w:br/>
      </w:r>
      <w:r>
        <w:rPr>
          <w:sz w:val="20"/>
        </w:rPr>
        <w:t>52:44  mere tajrube ke mutabiq agar koi insan ho chupa hua kisi to mein nahi janta us ko. meri itni lambi umar hai, maine kisi ek insan ko nahi paya, na masjid madrase mein, na universityon, collegeon mein jis ne waqai Allah Rabb-ul-Alameen ko daryaft kiya.</w:t>
      </w:r>
      <w:r>
        <w:br/>
      </w:r>
      <w:r>
        <w:rPr>
          <w:sz w:val="20"/>
        </w:rPr>
        <w:t>52:59  to positive thinking kahan se aayegi?</w:t>
      </w:r>
      <w:r>
        <w:br/>
      </w:r>
      <w:r>
        <w:rPr>
          <w:sz w:val="20"/>
        </w:rPr>
        <w:t>53:05  to sab se pehli cheez yeh hai ke aap Allah Rabb-ul-Alameen ko daryaft kijiye. Is ke baad lazman aayegi</w:t>
      </w:r>
      <w:r>
        <w:br/>
      </w:r>
      <w:r>
        <w:rPr>
          <w:sz w:val="20"/>
        </w:rPr>
        <w:t>53:13  jis tarah gulab ka phool aap laiye aap ghar mein to lazman khushboo aayegi. Yeh naam kehne ka aap gulab ka phool layein aur khushboo na aaye. Gulab ke phool ke sath sath khushboo aati hai, aise Allah Rabb-ul-Alameen ke sath sath lazman positive thinking aati hai.</w:t>
      </w:r>
    </w:p>
    <w:p>
      <w:pPr>
        <w:pStyle w:val="Heading2"/>
      </w:pPr>
      <w:r>
        <w:t>What is your secret formula for positivity?</w:t>
      </w:r>
    </w:p>
    <w:p>
      <w:r>
        <w:rPr>
          <w:color w:val="666666"/>
          <w:sz w:val="18"/>
        </w:rPr>
        <w:t>Life &amp; Wisdom · Realistic Approach March 30, 2014 Maulana Wahiduddin Khan · 1m 44s · at 51:40 · https://youtu.be/K36UonBsGlA?t=3100</w:t>
      </w:r>
    </w:p>
    <w:p>
      <w:r>
        <w:rPr>
          <w:i/>
        </w:rPr>
        <w:t>“You always display positivity and tell others also to do the same. Please tell us what is your secret formula?”</w:t>
      </w:r>
    </w:p>
    <w:p>
      <w:r>
        <w:rPr>
          <w:sz w:val="20"/>
        </w:rPr>
        <w:t>51:40  Maulana, agla sawal kya hai punay se Salman sahib ne. Unhone likha hai: "Maulana, You always display positivity and tell others also to do the same.</w:t>
      </w:r>
      <w:r>
        <w:br/>
      </w:r>
      <w:r>
        <w:rPr>
          <w:sz w:val="20"/>
        </w:rPr>
        <w:t>51:53  Please tell us what is your secret formula</w:t>
      </w:r>
      <w:r>
        <w:br/>
      </w:r>
      <w:r>
        <w:rPr>
          <w:sz w:val="20"/>
        </w:rPr>
        <w:t>51:56  ?" Dekhiye, Secret Formula kuch bhi nahi hai. Logon ne Allah Rab ul Alameen ko daryaft nahi kiya. Sab be khabar hain.</w:t>
      </w:r>
      <w:r>
        <w:br/>
      </w:r>
      <w:r>
        <w:rPr>
          <w:sz w:val="20"/>
        </w:rPr>
        <w:t>52:05  Mere tajrube ke mutabiq koi ek bhi shakhs nahi hai musalmanon mein jis ne Allah Rab ul Alameen ko daryaft kiya ho. Yeh saare badr se aur saare masjidain jo bhare hue hain barish logon se, kuch nahi janta ke koi aadmi Allah Rab ul Alameen kya cheez hai.</w:t>
      </w:r>
      <w:r>
        <w:br/>
      </w:r>
      <w:r>
        <w:rPr>
          <w:sz w:val="20"/>
        </w:rPr>
        <w:t>52:19  Na mister janta hai, na molvi janta hai. Agar aap Allah Rab ul Alameen ko daryaft kar lein to us ke baad lazman yahi cheez paida hoti hai jis ko aap ne farmaya: Positive Thinking.</w:t>
      </w:r>
      <w:r>
        <w:br/>
      </w:r>
      <w:r>
        <w:rPr>
          <w:sz w:val="20"/>
        </w:rPr>
        <w:t>52:32  Mere tajrube ke mutabiq agar koi insaan ho chupa hua kisi, to mein nahi janta us ko. Meri itni lambi umar hai, mein ne kisi ek insaan ko nahi paya.</w:t>
      </w:r>
      <w:r>
        <w:br/>
      </w:r>
      <w:r>
        <w:rPr>
          <w:sz w:val="20"/>
        </w:rPr>
        <w:t>52:41  Na masjid madrasay mein, na universityon, collegeon mein. Jis ne waqai Allah Rab ul Alameen ko daryaft kiya, to Positive Thinking kahan se ayegi?</w:t>
      </w:r>
      <w:r>
        <w:br/>
      </w:r>
      <w:r>
        <w:rPr>
          <w:sz w:val="20"/>
        </w:rPr>
        <w:t>52:53  To sab se pehli cheez yeh hai ke aap Allah Rab ul Alameen ko daryaft kijiye. Us ke baad lazman ayegi. Jis tarah gulab ka phool aap laiye aap ghar mein to lazman khushbu ayegi.</w:t>
      </w:r>
      <w:r>
        <w:br/>
      </w:r>
      <w:r>
        <w:rPr>
          <w:sz w:val="20"/>
        </w:rPr>
        <w:t>53:06  Yeh namumkin hai ke aap gulab ka phool laein aur khushbu na aaye. Gulab ke phool ke sath sath khushbu aati hai. Isi tarah Allah Rab ul Alameen ke sath sath lazman Positive Thinking aati hai.</w:t>
      </w:r>
    </w:p>
    <w:p>
      <w:pPr>
        <w:pStyle w:val="Heading2"/>
      </w:pPr>
      <w:r>
        <w:t>What resolution for CPS members?</w:t>
      </w:r>
    </w:p>
    <w:p>
      <w:r>
        <w:rPr>
          <w:color w:val="666666"/>
          <w:sz w:val="18"/>
        </w:rPr>
        <w:t>Life &amp; Wisdom · Stress and Spirituality January 1, 2012 · 5m 41s · at 1:02:09 · https://youtu.be/TPhXL9-g6ME?t=3729</w:t>
      </w:r>
    </w:p>
    <w:p>
      <w:r>
        <w:rPr>
          <w:i/>
        </w:rPr>
        <w:t>“Every year I make resolutions, however seldom keep them. This year I want to make a realistic resolution and also keep it. What resolution would you advise for all the CPS members?”</w:t>
      </w:r>
    </w:p>
    <w:p>
      <w:r>
        <w:rPr>
          <w:sz w:val="20"/>
        </w:rPr>
        <w:t>1:02:09  maulana, agla sawal aaya hai singapore se mr salish malhotra ka. unhon ne likha hai: "maulana sahib every year i make resolutions, however seldom keep them.</w:t>
      </w:r>
      <w:r>
        <w:br/>
      </w:r>
      <w:r>
        <w:rPr>
          <w:sz w:val="20"/>
        </w:rPr>
        <w:t>1:02:23  this year i want to make a realistic resolution and also keep it.</w:t>
      </w:r>
      <w:r>
        <w:br/>
      </w:r>
      <w:r>
        <w:rPr>
          <w:sz w:val="20"/>
        </w:rPr>
        <w:t>1:02:28  what resolution would you advise for all the cps members?"</w:t>
      </w:r>
      <w:r>
        <w:br/>
      </w:r>
      <w:r>
        <w:rPr>
          <w:sz w:val="20"/>
        </w:rPr>
        <w:t>1:02:41  woh to mein ne apni advice de di. jo abhi mein ne taqreer ki, woh samjhe woh advice thi. ke aadmi, har aadmi case yahi hai ke woh,</w:t>
      </w:r>
      <w:r>
        <w:br/>
      </w:r>
      <w:r>
        <w:rPr>
          <w:sz w:val="20"/>
        </w:rPr>
        <w:t>1:03:00  wo creation plan of God ko samjhe baghair jeena chahta hai dunya mein. to yeh to possible nahi hai.</w:t>
      </w:r>
      <w:r>
        <w:br/>
      </w:r>
      <w:r>
        <w:rPr>
          <w:sz w:val="20"/>
        </w:rPr>
        <w:t>1:03:10  to pehla kaam yeh karna chahiye aadmi ko, yeh jaane ke hum apni banai hui dunya mein nahi hain. na maine apne aap ko khud banaya hai, na is dunya ko maine khud banaya hai.</w:t>
      </w:r>
      <w:r>
        <w:br/>
      </w:r>
      <w:r>
        <w:rPr>
          <w:sz w:val="20"/>
        </w:rPr>
        <w:t>1:03:25  to creator ka, creator ne kyun banaya mujh ko? creator ne kyun mujhe is dunya mein rakha? yeh pehli baat hai jo har aadmi ko jaanna chahiye.</w:t>
      </w:r>
      <w:r>
        <w:br/>
      </w:r>
      <w:r>
        <w:rPr>
          <w:sz w:val="20"/>
        </w:rPr>
        <w:t>1:03:42  to main samajhta hoon ke aaj ka din, yaani naye saal ka pehla din, har ek ke liye</w:t>
      </w:r>
      <w:r>
        <w:br/>
      </w:r>
      <w:r>
        <w:rPr>
          <w:sz w:val="20"/>
        </w:rPr>
        <w:t>1:03:50  ek hi kaam karna hai is ko. ke woh Allah taala ke, yaani creator ke takhleeqi mansoobe ko jaane aur us ke mutabiq apni planning kare.</w:t>
      </w:r>
      <w:r>
        <w:br/>
      </w:r>
      <w:r>
        <w:rPr>
          <w:sz w:val="20"/>
        </w:rPr>
        <w:t>1:04:05  woh kya hai?</w:t>
      </w:r>
      <w:r>
        <w:br/>
      </w:r>
      <w:r>
        <w:rPr>
          <w:sz w:val="20"/>
        </w:rPr>
        <w:t>1:04:07  woh yeh hai ke yeh dunya is liye nahi banai gayi ke hum apni sari khwahishon ko poori karein. nahi.</w:t>
      </w:r>
      <w:r>
        <w:br/>
      </w:r>
      <w:r>
        <w:rPr>
          <w:sz w:val="20"/>
        </w:rPr>
        <w:t>1:04:17  yeh dunya is liye banai gayi hai ke yahan par aap</w:t>
      </w:r>
      <w:r>
        <w:br/>
      </w:r>
      <w:r>
        <w:rPr>
          <w:sz w:val="20"/>
        </w:rPr>
        <w:t>1:04:22  is tarah zindagi guzarein jo creator ko matloob hai. taake woh aap ko select kare agli dunya mein paradise ke liye.</w:t>
      </w:r>
      <w:r>
        <w:br/>
      </w:r>
      <w:r>
        <w:rPr>
          <w:sz w:val="20"/>
        </w:rPr>
        <w:t>1:04:36  to creation plan of God jo hai, is ka jab mutalea karein ge aap to pehli cheez jo aap discover karein ge, woh yeh hai ke yeh dunya selection ground hai.</w:t>
      </w:r>
      <w:r>
        <w:br/>
      </w:r>
      <w:r>
        <w:rPr>
          <w:sz w:val="20"/>
        </w:rPr>
        <w:t>1:04:50  yeh dunya, yaani is liye nahi hai ke yahan aap, yaani yahan par aap apne comfort aur luxury faraham karein aur is par jee kar ke mar j</w:t>
      </w:r>
      <w:r>
        <w:br/>
      </w:r>
      <w:r>
        <w:rPr>
          <w:sz w:val="20"/>
        </w:rPr>
        <w:t>1:05:06  ayein. nahi. yeh dunya selection ground hai. aise individuals ka selection ho raha hai jo deserve karein paradise mein settle karne ke liye.</w:t>
      </w:r>
      <w:r>
        <w:br/>
      </w:r>
      <w:r>
        <w:rPr>
          <w:sz w:val="20"/>
        </w:rPr>
        <w:t>1:05:18  bas ek hi concern hona chahiye hum sab logon ka. ek hi concern. do concern nahi.</w:t>
      </w:r>
      <w:r>
        <w:br/>
      </w:r>
      <w:r>
        <w:rPr>
          <w:sz w:val="20"/>
        </w:rPr>
        <w:t>1:05:29  to yeh jo, jis bhool mein pada hua hai insaan aaj ka, jo us ko kehte hain right here, right now. yeh to ulta nazariya hai. yeh jo right here, right now ka jo phaila hua hai soch, woh to ulti baat hai.</w:t>
      </w:r>
      <w:r>
        <w:br/>
      </w:r>
      <w:r>
        <w:rPr>
          <w:sz w:val="20"/>
        </w:rPr>
        <w:t>1:05:45  kyun ke yeh to hai hi nahi. zindagi to shuru hoti hai asli maut ke baad.</w:t>
      </w:r>
      <w:r>
        <w:br/>
      </w:r>
      <w:r>
        <w:rPr>
          <w:sz w:val="20"/>
        </w:rPr>
        <w:t>1:05:55  kisi shayar ne kaha hai, bohat sahi, ke zeest ka raaz khula gardish e ayyam ke baad. is kahani ka to aaghaz tha anjam ke baad.</w:t>
      </w:r>
      <w:r>
        <w:br/>
      </w:r>
      <w:r>
        <w:rPr>
          <w:sz w:val="20"/>
        </w:rPr>
        <w:t>1:06:08  asal zindagi to maut ke baad shuru hone wali hai. isi ke liye hum tayyari nahi karte.</w:t>
      </w:r>
      <w:r>
        <w:br/>
      </w:r>
      <w:r>
        <w:rPr>
          <w:sz w:val="20"/>
        </w:rPr>
        <w:t>1:06:16  to main samajhta hoon ke sab se ahem baat jo hum sab ko jaanna chahiye, woh yeh hai ke yeh dunya selection ground hai.</w:t>
      </w:r>
      <w:r>
        <w:br/>
      </w:r>
      <w:r>
        <w:rPr>
          <w:sz w:val="20"/>
        </w:rPr>
        <w:t>1:06:24  apne aap ko is tarah se aap tayyar karein ke aap ko khaliq jo hai, creator jo hai, us ki nazar mein aap ek deserving candidate sabit hon.</w:t>
      </w:r>
      <w:r>
        <w:br/>
      </w:r>
      <w:r>
        <w:rPr>
          <w:sz w:val="20"/>
        </w:rPr>
        <w:t>1:06:40  paradise mein settle karne ke liye. yeh sole concern hona chahiye har aadmi ka.</w:t>
      </w:r>
      <w:r>
        <w:br/>
      </w:r>
      <w:r>
        <w:rPr>
          <w:sz w:val="20"/>
        </w:rPr>
        <w:t>1:06:48  main samajhta hoon ke is baat ko samajhne ke liye agar ek baar bhi Quran ko aadmi padh le, dhiyan ke sath, sirf ek baar, to kafi hai. yaani bilkul poori tarah se dhiyan ke sath agar padhe aap,</w:t>
      </w:r>
      <w:r>
        <w:br/>
      </w:r>
      <w:r>
        <w:rPr>
          <w:sz w:val="20"/>
        </w:rPr>
        <w:t>1:07:02  ek baar bhi Quran ko, to us ko mil jayega jawab ke woh apne aap ko kaisa banaye ke woh eternal life jo hogi paradise ki, us mein us ko basaya jaye.</w:t>
      </w:r>
      <w:r>
        <w:br/>
      </w:r>
      <w:r>
        <w:rPr>
          <w:sz w:val="20"/>
        </w:rPr>
        <w:t>1:07:18  asal to wohi hai. asal khushi wohi hai. asal jo dunya mein to khushi mil nahi sakti kisi ko bhi.</w:t>
      </w:r>
      <w:r>
        <w:br/>
      </w:r>
      <w:r>
        <w:rPr>
          <w:sz w:val="20"/>
        </w:rPr>
        <w:t>1:07:28  na kisi ko mili hai, na kisi ko milegi.</w:t>
      </w:r>
      <w:r>
        <w:br/>
      </w:r>
      <w:r>
        <w:rPr>
          <w:sz w:val="20"/>
        </w:rPr>
        <w:t>1:07:33  to main to samajhta hoon ke yahi, yaani har aadmi ko yahi tay karna chahiye. yahi decision lena chahiye.</w:t>
      </w:r>
      <w:r>
        <w:br/>
      </w:r>
      <w:r>
        <w:rPr>
          <w:sz w:val="20"/>
        </w:rPr>
        <w:t>1:07:44  koi aur cheez nahi is ka wo decision le.</w:t>
      </w:r>
    </w:p>
    <w:p>
      <w:pPr>
        <w:pStyle w:val="Heading2"/>
      </w:pPr>
      <w:r>
        <w:t>What to do in emergencies?</w:t>
      </w:r>
    </w:p>
    <w:p>
      <w:r>
        <w:rPr>
          <w:color w:val="666666"/>
          <w:sz w:val="18"/>
        </w:rPr>
        <w:t>Life &amp; Wisdom · The Process of Personality Development June 30, 2013 · 2m 02s · at 1:03:28 · https://youtu.be/CSSFRydcJlo?t=3808</w:t>
      </w:r>
    </w:p>
    <w:p>
      <w:r>
        <w:rPr>
          <w:i/>
        </w:rPr>
        <w:t>“In emergencies, many needs and problems come in the world. What should we do at that time?”</w:t>
      </w:r>
    </w:p>
    <w:p>
      <w:r>
        <w:rPr>
          <w:sz w:val="20"/>
        </w:rPr>
        <w:t>1:03:28  maulana, agla sawal hai mehtab ahmad sahib ka, dhampur se.</w:t>
      </w:r>
      <w:r>
        <w:br/>
      </w:r>
      <w:r>
        <w:rPr>
          <w:sz w:val="20"/>
        </w:rPr>
        <w:t>1:03:33  unhon ne likha hai: emergency mein duniya mein bohat si zaroorat aur pareshani aati hai. us waqt hum kya karen?</w:t>
      </w:r>
      <w:r>
        <w:br/>
      </w:r>
      <w:r>
        <w:rPr>
          <w:sz w:val="20"/>
        </w:rPr>
        <w:t>1:03:45  dekhen, masla yeh nahi ke kisi ko, kisi ko pareshani</w:t>
      </w:r>
      <w:r>
        <w:br/>
      </w:r>
      <w:r>
        <w:rPr>
          <w:sz w:val="20"/>
        </w:rPr>
        <w:t>1:03:50  aati hai. masla yeh hai ke Allah taala ne paida hi kiya hai is dasht par duniya ko ke yahan pareshaniyan aayen. aur is ka saboot yeh hai ke quran mein ayat hai: laqad khalaqna al-insana fi qabar insaan ko hum ne paida kiya hai pareshaniyon mein.</w:t>
      </w:r>
      <w:r>
        <w:br/>
      </w:r>
      <w:r>
        <w:rPr>
          <w:sz w:val="20"/>
        </w:rPr>
        <w:t>1:04:07  to jab khud law of nature hai, khud yahi creation plan of god hai, to bachna mumkin nahi hai pareshaniyon se. paighambar bhi koi pareshani laye, koi sahaba ko hui, hum ko bhi hogi.</w:t>
      </w:r>
      <w:r>
        <w:br/>
      </w:r>
      <w:r>
        <w:rPr>
          <w:sz w:val="20"/>
        </w:rPr>
        <w:t>1:04:21  to aisi halat mein mein sirf do baat ka mashwara deta hoon: ek to dua, ek ek dua hai.</w:t>
      </w:r>
      <w:r>
        <w:br/>
      </w:r>
      <w:r>
        <w:rPr>
          <w:sz w:val="20"/>
        </w:rPr>
        <w:t>1:04:30  dosri baat yeh hai ke jab koi masla paish aaye to kabhi bhi jazbati iqdam na kiya jaye, balkay haqeeqat pasandana tareeqa ikhtiyar kiya jaye.</w:t>
      </w:r>
      <w:r>
        <w:br/>
      </w:r>
      <w:r>
        <w:rPr>
          <w:sz w:val="20"/>
        </w:rPr>
        <w:t>1:04:45  yani halaat ko samajh kar ke jo mumkin hai, us ko us ke mutabiq kaam kiya jaye. to ek taraf dua karna, dosri taraf realistic approach ikhtiyar karna.</w:t>
      </w:r>
      <w:r>
        <w:br/>
      </w:r>
      <w:r>
        <w:rPr>
          <w:sz w:val="20"/>
        </w:rPr>
        <w:t>1:05:00  yani dua karna aur realistic approach ikhtiyar karna, yeh do mashwara mein deta hoon. kyunke is se koi bach nahi sakta ke is pareshani laiq na ho.</w:t>
      </w:r>
      <w:r>
        <w:br/>
      </w:r>
      <w:r>
        <w:rPr>
          <w:sz w:val="20"/>
        </w:rPr>
        <w:t>1:05:10  woh to hongi,</w:t>
      </w:r>
      <w:r>
        <w:br/>
      </w:r>
      <w:r>
        <w:rPr>
          <w:sz w:val="20"/>
        </w:rPr>
        <w:t>1:05:12  woh Allah ka, Allah ke takhleeqi naqshay mein shamil hain. lekin un ke muqablay mein jo rawaiyya hona hona chahiye, rawaiyya wohi ke hum dua karen aur realistic approach ikhtiyar karen.</w:t>
      </w:r>
    </w:p>
    <w:p>
      <w:pPr>
        <w:pStyle w:val="Heading2"/>
      </w:pPr>
      <w:r>
        <w:t>What to do when spouse hinders spiritual mission?</w:t>
      </w:r>
    </w:p>
    <w:p>
      <w:r>
        <w:rPr>
          <w:color w:val="666666"/>
          <w:sz w:val="18"/>
        </w:rPr>
        <w:t>Life &amp; Wisdom · Paradise as A Goal April 26, 2015 · 1m 37s · at 1:04:34 · https://youtu.be/4IWLd2SIBkw?t=3874</w:t>
      </w:r>
    </w:p>
    <w:p>
      <w:r>
        <w:rPr>
          <w:i/>
        </w:rPr>
        <w:t>“If a life partner is not compatible and does not support us in gaining spiritual food, and when we talk relevantly, they talk irrelevantly, what should we do? This causes disturbance in our mission.”</w:t>
      </w:r>
    </w:p>
    <w:p>
      <w:r>
        <w:rPr>
          <w:sz w:val="20"/>
        </w:rPr>
        <w:t>1:04:34  na kabhi unhon ne aisa kiya. aisa aisa nahi ke qatl kiya unhon ne. Maulana, yeh agla sawal aaya hai Muhammad Abrar sahib ka Allahabad se</w:t>
      </w:r>
      <w:r>
        <w:br/>
      </w:r>
      <w:r>
        <w:rPr>
          <w:sz w:val="20"/>
        </w:rPr>
        <w:t>1:04:46  . Maulana, agar life partner hum mizaj na ho aur hamare spiritual food ko gain karne mein hamara saath na de, aur jab hum relevant talk karein,</w:t>
      </w:r>
      <w:r>
        <w:br/>
      </w:r>
      <w:r>
        <w:rPr>
          <w:sz w:val="20"/>
        </w:rPr>
        <w:t>1:04:59  woh irrelevant talk kare to hamein kya karna chahiye? kyunke us ki wajah se hamare mission mein disturbance hota hai.</w:t>
      </w:r>
      <w:r>
        <w:br/>
      </w:r>
      <w:r>
        <w:rPr>
          <w:sz w:val="20"/>
        </w:rPr>
        <w:t>1:05:11  nahi, dekhiye, yeh baat sahi nahi hai.</w:t>
      </w:r>
      <w:r>
        <w:br/>
      </w:r>
      <w:r>
        <w:rPr>
          <w:sz w:val="20"/>
        </w:rPr>
        <w:t>1:05:14  har aurat, har mard Allah ke paida kiye hue hain. aisa nahi ke kisi ko shaitan ne paida kiya hai, kisi ko Khuda ne paida kiya hai. to aap jis darje mein aap ka saathi aap ke aap se mawafqat kar raha hai, us par shukr kijiye.</w:t>
      </w:r>
      <w:r>
        <w:br/>
      </w:r>
      <w:r>
        <w:rPr>
          <w:sz w:val="20"/>
        </w:rPr>
        <w:t>1:05:34  agar kami hai to us ke liye koshish kijiye, dua kijiye, koshish kijiye.</w:t>
      </w:r>
      <w:r>
        <w:br/>
      </w:r>
      <w:r>
        <w:rPr>
          <w:sz w:val="20"/>
        </w:rPr>
        <w:t>1:05:39  aisa nahi hai ke woh bas woh saathi aap ka bigra hai, bigra hi rahega. aisa nahi, apni kami ko daryaft kijiye.</w:t>
      </w:r>
      <w:r>
        <w:br/>
      </w:r>
      <w:r>
        <w:rPr>
          <w:sz w:val="20"/>
        </w:rPr>
        <w:t>1:05:48  ho sakta hai ke aap ki koi kami ho, jise aap jhaadak dete hon, ghussa hote hon, sakhti se baat karte hon, to us ko reaction aata hai.</w:t>
      </w:r>
      <w:r>
        <w:br/>
      </w:r>
      <w:r>
        <w:rPr>
          <w:sz w:val="20"/>
        </w:rPr>
        <w:t>1:05:56  us ke andar yeh yeh bhi ho sakta hai. main is ko nahi manta ke koi aurat ya mard paidaishi taur par bure hain.</w:t>
      </w:r>
      <w:r>
        <w:br/>
      </w:r>
      <w:r>
        <w:rPr>
          <w:sz w:val="20"/>
        </w:rPr>
        <w:t>1:06:06  main is ko nahi manta.</w:t>
      </w:r>
    </w:p>
    <w:p>
      <w:pPr>
        <w:pStyle w:val="Heading2"/>
      </w:pPr>
      <w:r>
        <w:t>Where to begin developing the art of thinking</w:t>
      </w:r>
    </w:p>
    <w:p>
      <w:r>
        <w:rPr>
          <w:color w:val="666666"/>
          <w:sz w:val="18"/>
        </w:rPr>
        <w:t>Life &amp; Wisdom · Art of Thinking November 02, 2014 Maulana Wahiduddin Khan · 4m 04s · at 45:27 · https://youtu.be/jxGjv30RG1Q?t=2727</w:t>
      </w:r>
    </w:p>
    <w:p>
      <w:r>
        <w:rPr>
          <w:i/>
        </w:rPr>
        <w:t>“I really like your today's talk. My question is: From where to begin? What should be the starting point of developing the art of thinking?”</w:t>
      </w:r>
    </w:p>
    <w:p>
      <w:r>
        <w:rPr>
          <w:sz w:val="20"/>
        </w:rPr>
        <w:t>45:27  sawal aaya hai Jodhpur se Bilal sahib ka aur unhone likha hai: "Maulana, I really like your today talk.</w:t>
      </w:r>
      <w:r>
        <w:br/>
      </w:r>
      <w:r>
        <w:rPr>
          <w:sz w:val="20"/>
        </w:rPr>
        <w:t>45:37  My question is from where to begin? What should be the starting point of developing the art of thinking?" dekhiye, study karna, sochna,</w:t>
      </w:r>
      <w:r>
        <w:br/>
      </w:r>
      <w:r>
        <w:rPr>
          <w:sz w:val="20"/>
        </w:rPr>
        <w:t>45:52  koi criticize kare aap ko to us ko positive mein lena, introspection karna, apni degrading karna, yeh ek process hai.</w:t>
      </w:r>
      <w:r>
        <w:br/>
      </w:r>
      <w:r>
        <w:rPr>
          <w:sz w:val="20"/>
        </w:rPr>
        <w:t>46:07  yaad rakhiye, koi goli nahi ke aap kha lein aur woh cheez haasil ho jaye. ek poora process hai jo aap ko apne andar chalana padta hai.</w:t>
      </w:r>
      <w:r>
        <w:br/>
      </w:r>
      <w:r>
        <w:rPr>
          <w:sz w:val="20"/>
        </w:rPr>
        <w:t>46:21  to is ke culmination ka naam hai right way of thinking. to jo aadmi is ka hareese ho ke is ke andar sahi sochne ka tareeqa aa jaye taake is ki zindagi sachi zindagi bane.</w:t>
      </w:r>
      <w:r>
        <w:br/>
      </w:r>
      <w:r>
        <w:rPr>
          <w:sz w:val="20"/>
        </w:rPr>
        <w:t>46:42  aur sab se bari incentive jo is mein hai woh yeh hai ke Quran mein hai ke fi maqad siddiq inda malik muqtadir.</w:t>
      </w:r>
      <w:r>
        <w:br/>
      </w:r>
      <w:r>
        <w:rPr>
          <w:sz w:val="20"/>
        </w:rPr>
        <w:t>46:53  yani akhirat mein</w:t>
      </w:r>
      <w:r>
        <w:br/>
      </w:r>
      <w:r>
        <w:rPr>
          <w:sz w:val="20"/>
        </w:rPr>
        <w:t>46:57  aise log sachai ki seat par jagah payenge. maqad siddiq mani seat of truth. akhirat mein jab Allah ka zahoor hoga to wahan aise log maqad siddiq par jagah payenge.</w:t>
      </w:r>
      <w:r>
        <w:br/>
      </w:r>
      <w:r>
        <w:rPr>
          <w:sz w:val="20"/>
        </w:rPr>
        <w:t>47:15  yani seat of truth par jagah payenge. to is ke liye apne ko yani ek ek intellectual sacrifice ka ek course se guzarna padega.</w:t>
      </w:r>
      <w:r>
        <w:br/>
      </w:r>
      <w:r>
        <w:rPr>
          <w:sz w:val="20"/>
        </w:rPr>
        <w:t>47:32  ya yani yeh aasani se nahi aa sakta.</w:t>
      </w:r>
      <w:r>
        <w:br/>
      </w:r>
      <w:r>
        <w:rPr>
          <w:sz w:val="20"/>
        </w:rPr>
        <w:t>47:41  is ke liye ek it requires an intellectual sacrifice.</w:t>
      </w:r>
      <w:r>
        <w:br/>
      </w:r>
      <w:r>
        <w:rPr>
          <w:sz w:val="20"/>
        </w:rPr>
        <w:t>47:50  yani physical sacrifice nahi, intellectual sacrifice. woh kya hai?</w:t>
      </w:r>
      <w:r>
        <w:br/>
      </w:r>
      <w:r>
        <w:rPr>
          <w:sz w:val="20"/>
        </w:rPr>
        <w:t>47:58  sochna, bolne se zyada sochna, apni degrading karna, introspection karna, rethinking karna, apni priorities ko reset karna,</w:t>
      </w:r>
      <w:r>
        <w:br/>
      </w:r>
      <w:r>
        <w:rPr>
          <w:sz w:val="20"/>
        </w:rPr>
        <w:t>48:16  apne wahm se bahar aa kar sochna,</w:t>
      </w:r>
      <w:r>
        <w:br/>
      </w:r>
      <w:r>
        <w:rPr>
          <w:sz w:val="20"/>
        </w:rPr>
        <w:t>48:22  apne bias ko khatam karna</w:t>
      </w:r>
      <w:r>
        <w:br/>
      </w:r>
      <w:r>
        <w:rPr>
          <w:sz w:val="20"/>
        </w:rPr>
        <w:t>48:29  aur barabar sochna, barabar sochna, plus dua karna, dua karna, Quran padhna. to ek process hai yeh.</w:t>
      </w:r>
      <w:r>
        <w:br/>
      </w:r>
      <w:r>
        <w:rPr>
          <w:sz w:val="20"/>
        </w:rPr>
        <w:t>48:37  is process ko main keh raha hoon ke intellectual sacrifice. kyunke is mein aap ko bohat baar apne marz ke khilaaf sochna padega, apne wahm ko todna padega, apne ego ko khatam karna padega.</w:t>
      </w:r>
      <w:r>
        <w:br/>
      </w:r>
      <w:r>
        <w:rPr>
          <w:sz w:val="20"/>
        </w:rPr>
        <w:t>48:54  yeh sab karna padega. to yeh hai intellectual sacrifice. to phir is ka culmination hota hai right way of thinking.</w:t>
      </w:r>
      <w:r>
        <w:br/>
      </w:r>
      <w:r>
        <w:rPr>
          <w:sz w:val="20"/>
        </w:rPr>
        <w:t>49:06  jab right way of think aa jayegi tab aap ke andar woh zindagi banegi, woh sachai ki zindagi jo aap ko is baat ke liye yani deserving karrandar banayegi ke aap akhirat mein maqad siddiq par yani seat of truth par jagah payein.</w:t>
      </w:r>
    </w:p>
    <w:p>
      <w:pPr>
        <w:pStyle w:val="Heading2"/>
      </w:pPr>
      <w:r>
        <w:t>Where to begin to become wise</w:t>
      </w:r>
    </w:p>
    <w:p>
      <w:r>
        <w:rPr>
          <w:color w:val="666666"/>
          <w:sz w:val="18"/>
        </w:rPr>
        <w:t>Life &amp; Wisdom · Fear of God February 21, 2016 · 2m 17s · at 45:58 · https://youtu.be/T-w1IDIeCV4?t=2758</w:t>
      </w:r>
    </w:p>
    <w:p>
      <w:r>
        <w:rPr>
          <w:i/>
        </w:rPr>
        <w:t>“Maulana, you spoke about wisdom in today's talk. My question is, if I want to become wise, then from where should I begin?”</w:t>
      </w:r>
    </w:p>
    <w:p>
      <w:r>
        <w:rPr>
          <w:sz w:val="20"/>
        </w:rPr>
        <w:t>45:58  Maulana, yeh sawal aaya hai Usman Sahab ka Ahmedabad se, aur unhon ne likha hai: "Maulana, you</w:t>
      </w:r>
      <w:r>
        <w:br/>
      </w:r>
      <w:r>
        <w:rPr>
          <w:sz w:val="20"/>
        </w:rPr>
        <w:t>46:03  spoke about wisdom in today's talk.</w:t>
      </w:r>
      <w:r>
        <w:br/>
      </w:r>
      <w:r>
        <w:rPr>
          <w:sz w:val="20"/>
        </w:rPr>
        <w:t>46:08  My question is, if I want to become wise, then from where should I begin?</w:t>
      </w:r>
      <w:r>
        <w:br/>
      </w:r>
      <w:r>
        <w:rPr>
          <w:sz w:val="20"/>
        </w:rPr>
        <w:t>46:14  Is reading of the books enough to become wise?</w:t>
      </w:r>
      <w:r>
        <w:br/>
      </w:r>
      <w:r>
        <w:rPr>
          <w:sz w:val="20"/>
        </w:rPr>
        <w:t>46:21  Please advise." دیکھیں، wisdom کیا ہے؟ میں کہ کہتا ہوں کہ wisdom کوئی acquire کرنے کی چیز نہیں ہے،</w:t>
      </w:r>
      <w:r>
        <w:br/>
      </w:r>
      <w:r>
        <w:rPr>
          <w:sz w:val="20"/>
        </w:rPr>
        <w:t>46:28  woh all ready aap ke andar hai.</w:t>
      </w:r>
      <w:r>
        <w:br/>
      </w:r>
      <w:r>
        <w:rPr>
          <w:sz w:val="20"/>
        </w:rPr>
        <w:t>46:35  jo Quran mein kaha gaya hai: "Al Fitrah" yaani paida karne wale ne aap ko paida kiya hai Al Fitrah</w:t>
      </w:r>
      <w:r>
        <w:br/>
      </w:r>
      <w:r>
        <w:rPr>
          <w:sz w:val="20"/>
        </w:rPr>
        <w:t>46:42  par, right nature par.</w:t>
      </w:r>
      <w:r>
        <w:br/>
      </w:r>
      <w:r>
        <w:rPr>
          <w:sz w:val="20"/>
        </w:rPr>
        <w:t>46:50  isi right nature, is liye is right nature mein sab kuch bhara hua hai, sara wisdom, sari hikmah</w:t>
      </w:r>
      <w:r>
        <w:br/>
      </w:r>
      <w:r>
        <w:rPr>
          <w:sz w:val="20"/>
        </w:rPr>
        <w:t>46:57  is mein maujood hai.</w:t>
      </w:r>
      <w:r>
        <w:br/>
      </w:r>
      <w:r>
        <w:rPr>
          <w:sz w:val="20"/>
        </w:rPr>
        <w:t>47:04  to asal problem paida hota hai kis se? Conditioning se.</w:t>
      </w:r>
      <w:r>
        <w:br/>
      </w:r>
      <w:r>
        <w:rPr>
          <w:sz w:val="20"/>
        </w:rPr>
        <w:t>47:11  to main sochta hoon ke conditioning se apne ko bacha to sakta nahin.</w:t>
      </w:r>
      <w:r>
        <w:br/>
      </w:r>
      <w:r>
        <w:rPr>
          <w:sz w:val="20"/>
        </w:rPr>
        <w:t>47:18  kyun ke conditioning shuru hoti hai bachpan se.</w:t>
      </w:r>
      <w:r>
        <w:br/>
      </w:r>
      <w:r>
        <w:rPr>
          <w:sz w:val="20"/>
        </w:rPr>
        <w:t>47:26  is liye karna yeh hai ke jab aap maturity ke umar ko pahunchen to apni deconditioning shuru kar den.</w:t>
      </w:r>
      <w:r>
        <w:br/>
      </w:r>
      <w:r>
        <w:rPr>
          <w:sz w:val="20"/>
        </w:rPr>
        <w:t>47:33  main samajhta hoon ke koi bhi shakhs, koi bhi shakhs conditioning se bach nahin sakta.</w:t>
      </w:r>
      <w:r>
        <w:br/>
      </w:r>
      <w:r>
        <w:rPr>
          <w:sz w:val="20"/>
        </w:rPr>
        <w:t>47:40  to har aadmi apni Al Fitrah par parda daal deta hai conditioning ke zariye.</w:t>
      </w:r>
      <w:r>
        <w:br/>
      </w:r>
      <w:r>
        <w:rPr>
          <w:sz w:val="20"/>
        </w:rPr>
        <w:t>47:47  is liye beginning yahi hai, beginning ke apni study kijiye, apna introspection kijiye, apna muhasbah kijiye, aur bar</w:t>
      </w:r>
      <w:r>
        <w:br/>
      </w:r>
      <w:r>
        <w:rPr>
          <w:sz w:val="20"/>
        </w:rPr>
        <w:t>47:54  bar apni deconditioning kijiye.</w:t>
      </w:r>
      <w:r>
        <w:br/>
      </w:r>
      <w:r>
        <w:rPr>
          <w:sz w:val="20"/>
        </w:rPr>
        <w:t>48:02  to deconditioning is the beginning.</w:t>
      </w:r>
      <w:r>
        <w:br/>
      </w:r>
      <w:r>
        <w:rPr>
          <w:sz w:val="20"/>
        </w:rPr>
        <w:t>48:09  mere tajrube ke mutabiq to yahi hai ke deconditioning jo hai, wahi wahin se process ka aaghaz hota hai.</w:t>
      </w:r>
    </w:p>
    <w:p>
      <w:pPr>
        <w:pStyle w:val="Heading2"/>
      </w:pPr>
      <w:r>
        <w:t>Which Opinion on Daba is Final</w:t>
      </w:r>
    </w:p>
    <w:p>
      <w:r>
        <w:rPr>
          <w:color w:val="666666"/>
          <w:sz w:val="18"/>
        </w:rPr>
        <w:t>Life &amp; Wisdom · Importance of Peace December 16, 2012 · 3m 38s · at 1:09:54 · https://youtu.be/nymyorYyEz4?t=4194</w:t>
      </w:r>
    </w:p>
    <w:p>
      <w:r>
        <w:rPr>
          <w:i/>
        </w:rPr>
        <w:t>“I read the January 2013 issue of Al-Risala; it opened my eyes. Now Doomsday seems right in front of me. My colleagues are asking: Regarding Daba, Al-Risala has previously published three different opinions from you. Should we consider the current opinion as final, or should we also accept the previous opinions as correct? Please guide us.”</w:t>
      </w:r>
    </w:p>
    <w:p>
      <w:r>
        <w:rPr>
          <w:sz w:val="20"/>
        </w:rPr>
        <w:t>1:09:54  maulana, agla sawal aligarh se hai doctor qamar khan sahab ka. unhon ne likha hai: "maulana sahab, jannvari 2013 ka al-risala parha, is se meri aankhen khul gayin.</w:t>
      </w:r>
      <w:r>
        <w:br/>
      </w:r>
      <w:r>
        <w:rPr>
          <w:sz w:val="20"/>
        </w:rPr>
        <w:t>1:10:08  ab domz de bilkul samne nazar aa raha hai. hamare saathi ye kveshchan kar rahe hain ke daba ke bare mein al-risala mein is se pehle maulana ki teen alag alag raayen aa chuki hain.</w:t>
      </w:r>
      <w:r>
        <w:br/>
      </w:r>
      <w:r>
        <w:rPr>
          <w:sz w:val="20"/>
        </w:rPr>
        <w:t>1:10:23  kya hum maujooda raay ko final samjhen ya saath saath is se pehle wali raay ko bhi sahi manen? pliz hamein gaid kijiye." dekhiye, daba jo hai,</w:t>
      </w:r>
      <w:r>
        <w:br/>
      </w:r>
      <w:r>
        <w:rPr>
          <w:sz w:val="20"/>
        </w:rPr>
        <w:t>1:10:36  daba ka mamla ye hai ke Quran se ye sabit hota hai ke daba niklega. hadithon mein hai ke daba niklega,</w:t>
      </w:r>
      <w:r>
        <w:br/>
      </w:r>
      <w:r>
        <w:rPr>
          <w:sz w:val="20"/>
        </w:rPr>
        <w:t>1:10:47  lekin koi aadmi bilkul ta'ayyun ke sath nahi keh sakta ke daba kya cheez hai. hadith mein jo tafsilat hain, us ko muhaddiseen ne khud radd kar diya hai.</w:t>
      </w:r>
      <w:r>
        <w:br/>
      </w:r>
      <w:r>
        <w:rPr>
          <w:sz w:val="20"/>
        </w:rPr>
        <w:t>1:10:58  is se kahaniyan bohat sari hain daba ke bare mein. is ko jo raste ulama hain, wo nahi mante. to daba jo hai, ek ek ek explenation ka mozu hai.</w:t>
      </w:r>
      <w:r>
        <w:br/>
      </w:r>
      <w:r>
        <w:rPr>
          <w:sz w:val="20"/>
        </w:rPr>
        <w:t>1:11:12  wo aisa nahi hai ke ke hadith mein aaya hai ke panch waqt namaz padho to aap panch waqt namaz padhne lagen. to main ye manunga ke ab jo main ne likha hai, wahi wahi meri taza tehqeeq hai.</w:t>
      </w:r>
      <w:r>
        <w:br/>
      </w:r>
      <w:r>
        <w:rPr>
          <w:sz w:val="20"/>
        </w:rPr>
        <w:t>1:11:26  ab jo likha hai maine, aur dekhein, is qism ke farq to hote hi hain. yani saare ulama ke haan, yeh saare ulama ke haan aisa hi hai.</w:t>
      </w:r>
      <w:r>
        <w:br/>
      </w:r>
      <w:r>
        <w:rPr>
          <w:sz w:val="20"/>
        </w:rPr>
        <w:t>1:11:38  yani aap jante hain ke imam ghazali ki kitab hai "al-munqidh min al-zalal", gumrahi se nikalne wala. apne bare mein bataya ke main pehle gumrahi mein tha, ab nikal kar aaya hoon.</w:t>
      </w:r>
      <w:r>
        <w:br/>
      </w:r>
      <w:r>
        <w:rPr>
          <w:sz w:val="20"/>
        </w:rPr>
        <w:t>1:11:50  ek kitab hai baqayda "al-munqidh min al-zalal" ki. maulana saif nadvi ne baqayda ek mazmoon likha tha "rujoo aur eteraaf".</w:t>
      </w:r>
      <w:r>
        <w:br/>
      </w:r>
      <w:r>
        <w:rPr>
          <w:sz w:val="20"/>
        </w:rPr>
        <w:t>1:11:58  kuch cheezon ko unhon ne kaha tha ke main is ko rujoo karta hoon. jo main ne kaha tha, woh theek nahi tha.</w:t>
      </w:r>
      <w:r>
        <w:br/>
      </w:r>
      <w:r>
        <w:rPr>
          <w:sz w:val="20"/>
        </w:rPr>
        <w:t>1:12:04  to yeh to ulama ka ek process hai. khud paighambaron ke haan bhi aisa hota hai. ab is wajah se ke paighambar jo hai, woh is se khali hai. rasool allah sallallahu alaihi wasallam ne se poocha gaya tha rasool allah sallallahu alaihi wasallam se ke mushrikeen ki aulad ka kya anjaam hoga aakhirat mein?</w:t>
      </w:r>
      <w:r>
        <w:br/>
      </w:r>
      <w:r>
        <w:rPr>
          <w:sz w:val="20"/>
        </w:rPr>
        <w:t>1:12:19  aap ne farmaya ke "hum ma abahum", yani mushrikeen</w:t>
      </w:r>
      <w:r>
        <w:br/>
      </w:r>
      <w:r>
        <w:rPr>
          <w:sz w:val="20"/>
        </w:rPr>
        <w:t>1:12:25  jo khud jahan jayenge, wohin un ke bachche bhi jayenge. baad ko aap ne kaha ke nahi, yeh farishte hamein yeh bataya hai, aisa nahi hoga.</w:t>
      </w:r>
      <w:r>
        <w:br/>
      </w:r>
      <w:r>
        <w:rPr>
          <w:sz w:val="20"/>
        </w:rPr>
        <w:t>1:12:35  to phir aap ne bataya ke doosri baat kahi. aap ne unhon ne kaha ke "hum khadam ahl al-jannah",</w:t>
      </w:r>
      <w:r>
        <w:br/>
      </w:r>
      <w:r>
        <w:rPr>
          <w:sz w:val="20"/>
        </w:rPr>
        <w:t>1:12:45  ahl-e-jannat ke khadim ho gaye. to is se aap ko pareshani, pareshani kyun hoti hai? kai log mujhe aisa sawal karte hain, kyun pareshani hoti hai? aap logon ko yeh ghair-elmi baat hai. yeh pareshani jo hoti hai, woh ghair-elmi baat hai.</w:t>
      </w:r>
      <w:r>
        <w:br/>
      </w:r>
      <w:r>
        <w:rPr>
          <w:sz w:val="20"/>
        </w:rPr>
        <w:t>1:12:56  aakhri baat ko aap baghair poochhe hue, aakhri baat ko aap le lijiye. yeh sawal kyun karte hain? aap</w:t>
      </w:r>
      <w:r>
        <w:br/>
      </w:r>
      <w:r>
        <w:rPr>
          <w:sz w:val="20"/>
        </w:rPr>
        <w:t>1:13:03  yeh sawal karna ghair-elmi zehan ki nishani hai. aakhri baat ko maan lijiye, bas baat khatam. jaise rasool allah sallallahu alaihi wasallam ke baad wale ban ko maan lijiye, aap us ke liye cook pass karte hain ke pehle koi aisa koi kaha tha.</w:t>
      </w:r>
      <w:r>
        <w:br/>
      </w:r>
      <w:r>
        <w:rPr>
          <w:sz w:val="20"/>
        </w:rPr>
        <w:t>1:13:18  yeh koi sahi "it is not good sign". kai log aise sawalat karte hain, aise aise nahi, nahi, nahi.</w:t>
      </w:r>
      <w:r>
        <w:br/>
      </w:r>
      <w:r>
        <w:rPr>
          <w:sz w:val="20"/>
        </w:rPr>
        <w:t>1:13:26  yeh kyun is mein uljhe rehte hain? un ke dimagh mein yeh samajh nahi aata.</w:t>
      </w:r>
    </w:p>
    <w:p>
      <w:pPr>
        <w:pStyle w:val="Heading2"/>
      </w:pPr>
      <w:r>
        <w:t>Who Will Succeed Maulana as Writer and Speaker?</w:t>
      </w:r>
    </w:p>
    <w:p>
      <w:r>
        <w:rPr>
          <w:color w:val="666666"/>
          <w:sz w:val="18"/>
        </w:rPr>
        <w:t>Life &amp; Wisdom · Purpose of Human Life February 12, 2012 Maulana Wahiduddin Khan · 11m 29s · at 1:00:24 · https://youtu.be/gRupSXuak-w?t=3624</w:t>
      </w:r>
    </w:p>
    <w:p>
      <w:r>
        <w:rPr>
          <w:i/>
        </w:rPr>
        <w:t>“I often come across a question from the people asking who is going to be like Maulana after he has passed away. Did he prepare anyone like him who is going to be a prolific writer and speaker?”</w:t>
      </w:r>
    </w:p>
    <w:p>
      <w:r>
        <w:rPr>
          <w:sz w:val="20"/>
        </w:rPr>
        <w:t>1:00:24  Maulana, yeh sawal aaya hai Mr Khwaja Kaleemuddin ka Pennsylvania se. unhon ne likha hai: "Maulana sahib, i often come across with a question from the people asking who is going to be like Maulana after he has passed away.</w:t>
      </w:r>
      <w:r>
        <w:br/>
      </w:r>
      <w:r>
        <w:rPr>
          <w:sz w:val="20"/>
        </w:rPr>
        <w:t>1:00:43  dead he prepare anyone like him who is going to be a prolific writer and speaker?</w:t>
      </w:r>
      <w:r>
        <w:br/>
      </w:r>
      <w:r>
        <w:rPr>
          <w:sz w:val="20"/>
        </w:rPr>
        <w:t>1:00:51  " my reply to such people always has been that Maulana has never been trying to clone himself who can be another Maulana Wahiduddin Khan.</w:t>
      </w:r>
      <w:r>
        <w:br/>
      </w:r>
      <w:r>
        <w:rPr>
          <w:sz w:val="20"/>
        </w:rPr>
        <w:t>1:01:02  rather he is trying to raise the awareness of all and sundry so that every person becomes a thinking person, a person who discovers the reality in his own.</w:t>
      </w:r>
      <w:r>
        <w:br/>
      </w:r>
      <w:r>
        <w:rPr>
          <w:sz w:val="20"/>
        </w:rPr>
        <w:t>1:01:14  Maulana with his literature has initiated a process with which people may evolve into peaceful beings who can establish peace in the world.</w:t>
      </w:r>
      <w:r>
        <w:br/>
      </w:r>
      <w:r>
        <w:rPr>
          <w:sz w:val="20"/>
        </w:rPr>
        <w:t>1:01:25  this he is making a way so that someone greater than him may be born. Maulana sahib, please comment on my reply. theek hai, aap ne bilkul sahi jawab diya hai.</w:t>
      </w:r>
      <w:r>
        <w:br/>
      </w:r>
      <w:r>
        <w:rPr>
          <w:sz w:val="20"/>
        </w:rPr>
        <w:t>1:01:40  haqeeqat yeh hai ke dunya mein hamesha literature hi se kaam hua hai.</w:t>
      </w:r>
      <w:r>
        <w:br/>
      </w:r>
      <w:r>
        <w:rPr>
          <w:sz w:val="20"/>
        </w:rPr>
        <w:t>1:01:44  jitni tehreekein hain, insaan to hamesha baqi nahin rehta. jitne bare bare movement hain, woh sab literature se aage badhe hain.</w:t>
      </w:r>
      <w:r>
        <w:br/>
      </w:r>
      <w:r>
        <w:rPr>
          <w:sz w:val="20"/>
        </w:rPr>
        <w:t>1:01:55  chahe marxism ho, chahe darwinism ho, chahe democracy ho,</w:t>
      </w:r>
      <w:r>
        <w:br/>
      </w:r>
      <w:r>
        <w:rPr>
          <w:sz w:val="20"/>
        </w:rPr>
        <w:t>1:02:01  jitne bhi tehreekein hain, literature ke bal par aage badhe hain. aur Allah se yahan literature aisa tayyar ho chuka hai jo har cheez ko replace karta hai.</w:t>
      </w:r>
      <w:r>
        <w:br/>
      </w:r>
      <w:r>
        <w:rPr>
          <w:sz w:val="20"/>
        </w:rPr>
        <w:t>1:02:20  abhi aaj hi mujhe ek news mili ek shehar se India ke ek sahib ko, yaani daryaft hui is is mission ki aur kitabon ko padha unhone.</w:t>
      </w:r>
      <w:r>
        <w:br/>
      </w:r>
      <w:r>
        <w:rPr>
          <w:sz w:val="20"/>
        </w:rPr>
        <w:t>1:02:34  to unhone andha dhundh kitabon ko phailana shuru kar diya. aaj hi mujhe message aaya, koi kehte hain ke main ek ek insaan tak is kitabon ko pahunchaunga.</w:t>
      </w:r>
      <w:r>
        <w:br/>
      </w:r>
      <w:r>
        <w:rPr>
          <w:sz w:val="20"/>
        </w:rPr>
        <w:t>1:02:45  to log, mere khayal se, log padhte nahin, woh jante nahin ke yeh literature ki shakal mein kaisi cheez tayyar ho gayi hai. aaj hi subah telephone ke zariye mujhe ek sahib ne bataya ke unko unke paas telephone aaya hai ke unke andar ek zabardast jazba jaag utha hai ke is literature ko mujhe saare saare insanon tak pahunchana hai.</w:t>
      </w:r>
      <w:r>
        <w:br/>
      </w:r>
      <w:r>
        <w:rPr>
          <w:sz w:val="20"/>
        </w:rPr>
        <w:t>1:03:06  iske liye woh apna waqt, apna maal, apni energy sab laga laga rakha hai unhone.</w:t>
      </w:r>
      <w:r>
        <w:br/>
      </w:r>
      <w:r>
        <w:rPr>
          <w:sz w:val="20"/>
        </w:rPr>
        <w:t>1:03:14  to aap aisi baatein kyun karte hain? dekhein, Quran mein hai ke</w:t>
      </w:r>
      <w:r>
        <w:br/>
      </w:r>
      <w:r>
        <w:rPr>
          <w:sz w:val="20"/>
        </w:rPr>
        <w:t>1:03:22  qunoot haram hai, mayoosi haram hai. to is mein main aksar sochta hoon ke mayoosi ko Allah taala ne kyun haram kiya?</w:t>
      </w:r>
      <w:r>
        <w:br/>
      </w:r>
      <w:r>
        <w:rPr>
          <w:sz w:val="20"/>
        </w:rPr>
        <w:t>1:03:34  yaani agar bas mayoosi ke asbab maujood hon to usko haram nahin keh sakta.</w:t>
      </w:r>
      <w:r>
        <w:br/>
      </w:r>
      <w:r>
        <w:rPr>
          <w:sz w:val="20"/>
        </w:rPr>
        <w:t>1:03:40  pehle bas mayoosi ke asbab ko khatam karna padega, tab mayoosi ko haram kar sakte hain. aap yeh namumkin hai ke Allah taala mayoosiyon ke dunya mein insaan ko chhod de aur kahe ke mayoos mat ho.</w:t>
      </w:r>
      <w:r>
        <w:br/>
      </w:r>
      <w:r>
        <w:rPr>
          <w:sz w:val="20"/>
        </w:rPr>
        <w:t>1:03:54  dar darmiyan qaal darya takht bandam kar di batmi goyi ke daman termak hashar bash. aisa nahin ho sakta hai.</w:t>
      </w:r>
      <w:r>
        <w:br/>
      </w:r>
      <w:r>
        <w:rPr>
          <w:sz w:val="20"/>
        </w:rPr>
        <w:t>1:04:05  doosri baat yeh hai ke sab se badi taqat Allah taala ki hai</w:t>
      </w:r>
      <w:r>
        <w:br/>
      </w:r>
      <w:r>
        <w:rPr>
          <w:sz w:val="20"/>
        </w:rPr>
        <w:t>1:04:14  jo har waqt aap ke liye, har waqt aap ke liye maujood hai, har insaan ke liye, hatta ke andhe ke liye bhi maujood hai. main aap ka kal ka tajurba aap ko batata hoon.</w:t>
      </w:r>
      <w:r>
        <w:br/>
      </w:r>
      <w:r>
        <w:rPr>
          <w:sz w:val="20"/>
        </w:rPr>
        <w:t>1:04:25  kal, abhi kal shaam ko, Delhi ke ek ek bahut bade center mein kal ek program tha. wahan ek American professor aaye hue the, ek senior professor jo wahan par mazhab ko padhate hain.</w:t>
      </w:r>
      <w:r>
        <w:br/>
      </w:r>
      <w:r>
        <w:rPr>
          <w:sz w:val="20"/>
        </w:rPr>
        <w:t>1:04:46  to ek bahut zabardast program tha, scholars ekatha the is mein, aur is speaker sirf do the, sirf do ko bolna tha wahan. woh jo the, woh Christian ko le kar, Christianity ko le kar bolne the, yaani Christianity and Peace, yeh unka subject tha.</w:t>
      </w:r>
      <w:r>
        <w:br/>
      </w:r>
      <w:r>
        <w:rPr>
          <w:sz w:val="20"/>
        </w:rPr>
        <w:t>1:05:04  doosra speaker main tha, Islam and Peace.</w:t>
      </w:r>
      <w:r>
        <w:br/>
      </w:r>
      <w:r>
        <w:rPr>
          <w:sz w:val="20"/>
        </w:rPr>
        <w:t>1:05:11  ab pehli baar aisa hua meri zindagi mein ke ek senior American professor ke saath main baitha hoon, ek us ki taqreer, doosri meri taqreer.</w:t>
      </w:r>
      <w:r>
        <w:br/>
      </w:r>
      <w:r>
        <w:rPr>
          <w:sz w:val="20"/>
        </w:rPr>
        <w:t>1:05:22  to main yaqeen kijiye ke main bilkul andar se, yaani dil mera kaanp raha tha. ab woh aadmi, us ki English, us ki madri zabaan hai, wohi hi hi hi shobay mein taleem hasil ki hai, usi ka professor hai,</w:t>
      </w:r>
      <w:r>
        <w:br/>
      </w:r>
      <w:r>
        <w:rPr>
          <w:sz w:val="20"/>
        </w:rPr>
        <w:t>1:05:39  isi pe research kiya hai, isi ka expert hai. woh to एक American professor yahan baitha hua hai, doosri taraf mein bi</w:t>
      </w:r>
      <w:r>
        <w:br/>
      </w:r>
      <w:r>
        <w:rPr>
          <w:sz w:val="20"/>
        </w:rPr>
        <w:t>1:05:47  tha hua hoon, mein ek madrasay ka molvi, meri taleem to molvi wali taleem hui hai. to us waqt aap yaqeen kijiye ke mere dil mein yeh aata tha ke kaash koi mujhe mil jaye bhagne ka aisa mauqa, koi wajah mil jaye, bas mein faint ho jaon ya koi aisi baat ho jaye ke mujhe ek ek ek excuse mil jaye ke mein stage chhod ke chala jaon.</w:t>
      </w:r>
      <w:r>
        <w:br/>
      </w:r>
      <w:r>
        <w:rPr>
          <w:sz w:val="20"/>
        </w:rPr>
        <w:t>1:06:12  jaise aise khayal kar raha tha,</w:t>
      </w:r>
      <w:r>
        <w:br/>
      </w:r>
      <w:r>
        <w:rPr>
          <w:sz w:val="20"/>
        </w:rPr>
        <w:t>1:06:17  lekin zahir hai ke mein uth nahi sakta tha. mein ne Allah taala se dua ki,</w:t>
      </w:r>
      <w:r>
        <w:br/>
      </w:r>
      <w:r>
        <w:rPr>
          <w:sz w:val="20"/>
        </w:rPr>
        <w:t>1:06:26  mein ne kaha khuda to yeh. jab aadmi diwangi mein bolta hai to ajeeb baatein bolta hai. woh jo hadith mein hai ke "rabash matfaw bilwab, la ilaha illabur" diwane ki koi zuban nahi hoti.</w:t>
      </w:r>
      <w:r>
        <w:br/>
      </w:r>
      <w:r>
        <w:rPr>
          <w:sz w:val="20"/>
        </w:rPr>
        <w:t>1:06:44  yaad rakhiye,</w:t>
      </w:r>
      <w:r>
        <w:br/>
      </w:r>
      <w:r>
        <w:rPr>
          <w:sz w:val="20"/>
        </w:rPr>
        <w:t>1:06:50  mein ne kaha khuda to jo jibril ko dabo na bhej de zameen par.</w:t>
      </w:r>
      <w:r>
        <w:br/>
      </w:r>
      <w:r>
        <w:rPr>
          <w:sz w:val="20"/>
        </w:rPr>
        <w:t>1:07:00  mein bator human face ke ja raha hoon aur bolne wala jibril hoon.</w:t>
      </w:r>
      <w:r>
        <w:br/>
      </w:r>
      <w:r>
        <w:rPr>
          <w:sz w:val="20"/>
        </w:rPr>
        <w:t>1:07:13  waqea hai us waqt jo mein ne mein bola to chhodne walon se aap poochh lijiyee.</w:t>
      </w:r>
      <w:r>
        <w:br/>
      </w:r>
      <w:r>
        <w:rPr>
          <w:sz w:val="20"/>
        </w:rPr>
        <w:t>1:07:19  ek sahib ne is ko etiraf kiya ke jo level of confidence aap ka tha woh is ka nahi tha. is christian professor ka, american professor ka, white professor tha, woh is ka level of confidence jo tha us se behtar tha aap ka level of confidence.</w:t>
      </w:r>
      <w:r>
        <w:br/>
      </w:r>
      <w:r>
        <w:rPr>
          <w:sz w:val="20"/>
        </w:rPr>
        <w:t>1:07:37  aap ghante tak bata rahe hain, mein 30 minute tak.</w:t>
      </w:r>
      <w:r>
        <w:br/>
      </w:r>
      <w:r>
        <w:rPr>
          <w:sz w:val="20"/>
        </w:rPr>
        <w:t>1:07:43  to kaise log hain jo</w:t>
      </w:r>
      <w:r>
        <w:br/>
      </w:r>
      <w:r>
        <w:rPr>
          <w:sz w:val="20"/>
        </w:rPr>
        <w:t>1:07:47  jin ko khuda pe bharosa nahi?</w:t>
      </w:r>
      <w:r>
        <w:br/>
      </w:r>
      <w:r>
        <w:rPr>
          <w:sz w:val="20"/>
        </w:rPr>
        <w:t>1:07:52  log apni madi zarooraton ke liye khuda se mangna jante hain, dawat-e-Ilah ke liye mangna nahi jante.</w:t>
      </w:r>
      <w:r>
        <w:br/>
      </w:r>
      <w:r>
        <w:rPr>
          <w:sz w:val="20"/>
        </w:rPr>
        <w:t>1:08:02  mein ne aise log dekhe hain jo tadap tadap kar dua karte hain bimari ke liye, bachche ke liye, apni madi cheezon ke liye.</w:t>
      </w:r>
      <w:r>
        <w:br/>
      </w:r>
      <w:r>
        <w:rPr>
          <w:sz w:val="20"/>
        </w:rPr>
        <w:t>1:08:15  isi tareeqe se aap Allah se mangen</w:t>
      </w:r>
      <w:r>
        <w:br/>
      </w:r>
      <w:r>
        <w:rPr>
          <w:sz w:val="20"/>
        </w:rPr>
        <w:t>1:08:21  to Allah ke Allah ki madad will fall aap ke upar.</w:t>
      </w:r>
      <w:r>
        <w:br/>
      </w:r>
      <w:r>
        <w:rPr>
          <w:sz w:val="20"/>
        </w:rPr>
        <w:t>1:08:32  ek kal ek ek ek ek sahib mile mujhe, ek ek ek naujawan jo ke hamare da'wati program mein lage hue hain, woh barabar kaam kar rahe hain da'wati.</w:t>
      </w:r>
      <w:r>
        <w:br/>
      </w:r>
      <w:r>
        <w:rPr>
          <w:sz w:val="20"/>
        </w:rPr>
        <w:t>1:08:45  yahan bhi aate hain to unhon ne kaha ke mein da'wati kaam to kar raha hoon, jana padta hai mujhe hinduo mein, isaiyo mein, har jagah, lekin mere level of confidence jo hai woh bohat kam hai.</w:t>
      </w:r>
      <w:r>
        <w:br/>
      </w:r>
      <w:r>
        <w:rPr>
          <w:sz w:val="20"/>
        </w:rPr>
        <w:t>1:09:01  yahi kaha unhon ne jo confidence hona chahiye, is is is ka is se mein hi dua work kar pata hoon. to mein ne kaha ke aaj aap maujood the yahan par, yeh qissa bataya aap ne in ko, woh maujood the kal.</w:t>
      </w:r>
      <w:r>
        <w:br/>
      </w:r>
      <w:r>
        <w:rPr>
          <w:sz w:val="20"/>
        </w:rPr>
        <w:t>1:09:16  to mujhe un se un se unhon ne poocha ke aap mujhe bataiye ke woh american professor tha aur mein ek molvi tha, dono ki taqreer suni aap ne, dono mein level of confidence ke aitbar se aap number dijiye.</w:t>
      </w:r>
      <w:r>
        <w:br/>
      </w:r>
      <w:r>
        <w:rPr>
          <w:sz w:val="20"/>
        </w:rPr>
        <w:t>1:09:32  unhon ne kaha ke aap ka level of confidence badha hua tha. mein ne kaha badha tha, Allah hi Allah Allah se dua kar rahe the. yeh mere mere andar kuch bhi nahi tha.</w:t>
      </w:r>
      <w:r>
        <w:br/>
      </w:r>
      <w:r>
        <w:rPr>
          <w:sz w:val="20"/>
        </w:rPr>
        <w:t>1:09:41  mere andar isi ko Hazrat Masih ne kaha tha ke mango to paoge, darwaza khatkao to tumhare liye khula jayega.</w:t>
      </w:r>
      <w:r>
        <w:br/>
      </w:r>
      <w:r>
        <w:rPr>
          <w:sz w:val="20"/>
        </w:rPr>
        <w:t>1:09:56  bohat ajeeb baat unhon ne kahi ke woh kaun baap hai ke is ka beta is se machhli mange, us ke hath mein saanp rakh de.</w:t>
      </w:r>
      <w:r>
        <w:br/>
      </w:r>
      <w:r>
        <w:rPr>
          <w:sz w:val="20"/>
        </w:rPr>
        <w:t>1:10:07  yeh badi ajeeb taqreer hai Hazrat Masih ki Bible mein.</w:t>
      </w:r>
      <w:r>
        <w:br/>
      </w:r>
      <w:r>
        <w:rPr>
          <w:sz w:val="20"/>
        </w:rPr>
        <w:t>1:10:14  mangu to pao ge, darwaza khatkao to tumhara is se khula jayega.</w:t>
      </w:r>
      <w:r>
        <w:br/>
      </w:r>
      <w:r>
        <w:rPr>
          <w:sz w:val="20"/>
        </w:rPr>
        <w:t>1:10:21  woh kon baap hai ke is ka beta is se machhli mange, is ke hath mein saanp rakh de.</w:t>
      </w:r>
      <w:r>
        <w:br/>
      </w:r>
      <w:r>
        <w:rPr>
          <w:sz w:val="20"/>
        </w:rPr>
        <w:t>1:10:34  to is mission ke sath na sirf literature maujood hai, na sirf quran maujood hai, balkeh Allah taala maujood hai.</w:t>
      </w:r>
      <w:r>
        <w:br/>
      </w:r>
      <w:r>
        <w:rPr>
          <w:sz w:val="20"/>
        </w:rPr>
        <w:t>1:10:48  Allah taala to aap farishton ke sath maujood hain. to kis baat ka khauf, kis baat ka gham?</w:t>
      </w:r>
      <w:r>
        <w:br/>
      </w:r>
      <w:r>
        <w:rPr>
          <w:sz w:val="20"/>
        </w:rPr>
        <w:t>1:11:03  kya aap isi Allah ke sath, isi be aitimadi ke sath jiye ge to Allah ka samna kar pae ge? aap</w:t>
      </w:r>
      <w:r>
        <w:br/>
      </w:r>
      <w:r>
        <w:rPr>
          <w:sz w:val="20"/>
        </w:rPr>
        <w:t>1:11:13  jo log is be aitimadi ke sath jeena chahte hain dunya mein, woh is be aitimadi ko le kar kya Allah se milna chahte hain akhirat mein?</w:t>
      </w:r>
      <w:r>
        <w:br/>
      </w:r>
      <w:r>
        <w:rPr>
          <w:sz w:val="20"/>
        </w:rPr>
        <w:t>1:11:26  yeh sab shaitani waswase hain. yaad rakhiye, aur jab bhi is waswase waswase aen to kahiye: "la haula wala quwwata illa billahil azeem, la haula wala quwwata illa billahil alee azeem, Allahumma inni aoozu bika min hamazat shayatine".</w:t>
      </w:r>
      <w:r>
        <w:br/>
      </w:r>
      <w:r>
        <w:rPr>
          <w:sz w:val="20"/>
        </w:rPr>
        <w:t>1:11:44  yeh sab parhiye aur sab inshallah theek ho jayega.</w:t>
      </w:r>
    </w:p>
    <w:p>
      <w:pPr>
        <w:pStyle w:val="Heading2"/>
      </w:pPr>
      <w:r>
        <w:t>Why People Work Only for Immediate Gain</w:t>
      </w:r>
    </w:p>
    <w:p>
      <w:r>
        <w:rPr>
          <w:color w:val="666666"/>
          <w:sz w:val="18"/>
        </w:rPr>
        <w:t>Life &amp; Wisdom · Save Yourself from Distraction August 21, 2016 · 1m 56s · at 57:18 · https://youtu.be/wP3Dj-tccDQ?t=3438</w:t>
      </w:r>
    </w:p>
    <w:p>
      <w:r>
        <w:rPr>
          <w:i/>
        </w:rPr>
        <w:t>“Why is it that people are able to work hard only for immediate gain?”</w:t>
      </w:r>
    </w:p>
    <w:p>
      <w:r>
        <w:rPr>
          <w:sz w:val="20"/>
        </w:rPr>
        <w:t>57:18  molana, agla sawal dilli se kia hai doctor fareeda khanoom ny aur unho ny ap se poocha hai</w:t>
      </w:r>
      <w:r>
        <w:br/>
      </w:r>
      <w:r>
        <w:rPr>
          <w:sz w:val="20"/>
        </w:rPr>
        <w:t>57:25  کہ "Why is it that people are able to work hard only for immediate gain?" دیکھیں، یہ ہے</w:t>
      </w:r>
      <w:r>
        <w:br/>
      </w:r>
      <w:r>
        <w:rPr>
          <w:sz w:val="20"/>
        </w:rPr>
        <w:t>57:33  due to an awareness.</w:t>
      </w:r>
      <w:r>
        <w:br/>
      </w:r>
      <w:r>
        <w:rPr>
          <w:sz w:val="20"/>
        </w:rPr>
        <w:t>57:35  an awareness to main subah baitha tha yahan par apny parjay mein to yahan par aap dekhty hain</w:t>
      </w:r>
      <w:r>
        <w:br/>
      </w:r>
      <w:r>
        <w:rPr>
          <w:sz w:val="20"/>
        </w:rPr>
        <w:t>57:42  ky drakht hain, chirya urr rahi hain, hawa chal rahi hai, gariyan aa rahi hain, ja rahi hain.</w:t>
      </w:r>
      <w:r>
        <w:br/>
      </w:r>
      <w:r>
        <w:rPr>
          <w:sz w:val="20"/>
        </w:rPr>
        <w:t>57:50  to yeh seen world hai, yeh sab cheezen dikhai de rahi hain.</w:t>
      </w:r>
      <w:r>
        <w:br/>
      </w:r>
      <w:r>
        <w:rPr>
          <w:sz w:val="20"/>
        </w:rPr>
        <w:t>57:55  to main ny socha ky aik aur world akhirat ka hai, wo bhi aik isi tarah se aik</w:t>
      </w:r>
      <w:r>
        <w:br/>
      </w:r>
      <w:r>
        <w:rPr>
          <w:sz w:val="20"/>
        </w:rPr>
        <w:t>58:03  dunya hai lekin dikhai deti nahi.</w:t>
      </w:r>
      <w:r>
        <w:br/>
      </w:r>
      <w:r>
        <w:rPr>
          <w:sz w:val="20"/>
        </w:rPr>
        <w:t>58:06  wo, wo, wo bohat unseen world hai.</w:t>
      </w:r>
      <w:r>
        <w:br/>
      </w:r>
      <w:r>
        <w:rPr>
          <w:sz w:val="20"/>
        </w:rPr>
        <w:t>58:09  to log jo hain seen world mein bohat aasani se involve ho jatay hain lekin unseen world</w:t>
      </w:r>
      <w:r>
        <w:br/>
      </w:r>
      <w:r>
        <w:rPr>
          <w:sz w:val="20"/>
        </w:rPr>
        <w:t>58:17  mein involve karny ky liye bohat ziada sochna parta hai.</w:t>
      </w:r>
      <w:r>
        <w:br/>
      </w:r>
      <w:r>
        <w:rPr>
          <w:sz w:val="20"/>
        </w:rPr>
        <w:t>58:21  سوچنے سے بڑھ کر اپنے کو اپنے اندر ڈیٹیکٹ ٹھیک لانی پڑتی ہے۔</w:t>
      </w:r>
      <w:r>
        <w:br/>
      </w:r>
      <w:r>
        <w:rPr>
          <w:sz w:val="20"/>
        </w:rPr>
        <w:t>58:27  اپنے کو seen world سے آپ detatch کرتے ہیں، تب جا کے unseen world کو آپ جان</w:t>
      </w:r>
      <w:r>
        <w:br/>
      </w:r>
      <w:r>
        <w:rPr>
          <w:sz w:val="20"/>
        </w:rPr>
        <w:t>58:34  paty hain.</w:t>
      </w:r>
      <w:r>
        <w:br/>
      </w:r>
      <w:r>
        <w:rPr>
          <w:sz w:val="20"/>
        </w:rPr>
        <w:t>58:36  seen world se apne ko detract karna padta hai, tab aap unseen world mein apne aap ko</w:t>
      </w:r>
      <w:r>
        <w:br/>
      </w:r>
      <w:r>
        <w:rPr>
          <w:sz w:val="20"/>
        </w:rPr>
        <w:t>58:44  laga paty hain.</w:t>
      </w:r>
      <w:r>
        <w:br/>
      </w:r>
      <w:r>
        <w:rPr>
          <w:sz w:val="20"/>
        </w:rPr>
        <w:t>58:45  to yeh bohat kam log kar paty hain aisa kyun ky immediate gain jo hai, wo logon ko bohat</w:t>
      </w:r>
      <w:r>
        <w:br/>
      </w:r>
      <w:r>
        <w:rPr>
          <w:sz w:val="20"/>
        </w:rPr>
        <w:t>58:53  ziada pasand hota hai.</w:t>
      </w:r>
      <w:r>
        <w:br/>
      </w:r>
      <w:r>
        <w:rPr>
          <w:sz w:val="20"/>
        </w:rPr>
        <w:t>58:54  ab kya karain? yeh to insan ki weakness hai ky immediate gain par bhagta hai wo aur wo</w:t>
      </w:r>
      <w:r>
        <w:br/>
      </w:r>
      <w:r>
        <w:rPr>
          <w:sz w:val="20"/>
        </w:rPr>
        <w:t>59:02  geen jo baad ko aanay wala hai, chaahay woh kitni hi important ho, woh is se, yaani woh</w:t>
      </w:r>
      <w:r>
        <w:br/>
      </w:r>
      <w:r>
        <w:rPr>
          <w:sz w:val="20"/>
        </w:rPr>
        <w:t>59:10  koi ignore karta hai, is se ghafil ho jata hai.</w:t>
      </w:r>
    </w:p>
    <w:p>
      <w:pPr>
        <w:pStyle w:val="Heading2"/>
      </w:pPr>
      <w:r>
        <w:t>Why are we living in falsehood?</w:t>
      </w:r>
    </w:p>
    <w:p>
      <w:r>
        <w:rPr>
          <w:color w:val="666666"/>
          <w:sz w:val="18"/>
        </w:rPr>
        <w:t>Life &amp; Wisdom · Living In Falsehood I December 15, 2013 · 2m 46s · at 1:05:45 · https://youtu.be/yD-ZtvlrFDw?t=3945</w:t>
      </w:r>
    </w:p>
    <w:p>
      <w:r>
        <w:rPr>
          <w:i/>
        </w:rPr>
        <w:t>“Maulana, your thought-provoking speeches inspire us. Why is it that we are living in falsehood? Is it because that we have forgotten the...”</w:t>
      </w:r>
    </w:p>
    <w:p>
      <w:r>
        <w:rPr>
          <w:sz w:val="20"/>
        </w:rPr>
        <w:t>1:05:45  maulana, agla sawal chennai se hai khaleel ur rehman sahab ka, unhon ne likha hai: "maulana, your thought provoking</w:t>
      </w:r>
      <w:r>
        <w:br/>
      </w:r>
      <w:r>
        <w:rPr>
          <w:sz w:val="20"/>
        </w:rPr>
        <w:t>1:05:52  speeches inspire us.</w:t>
      </w:r>
      <w:r>
        <w:br/>
      </w:r>
      <w:r>
        <w:rPr>
          <w:sz w:val="20"/>
        </w:rPr>
        <w:t>1:05:54  Why is it that we are living in falsehood? Is it because that we have forgotten the</w:t>
      </w:r>
      <w:r>
        <w:br/>
      </w:r>
      <w:r>
        <w:rPr>
          <w:sz w:val="20"/>
        </w:rPr>
        <w:t>1:06:02  holy quran?" what is your comment? nahin, dekhen yeh sahi nahin hai.</w:t>
      </w:r>
      <w:r>
        <w:br/>
      </w:r>
      <w:r>
        <w:rPr>
          <w:sz w:val="20"/>
        </w:rPr>
        <w:t>1:06:07  forget kahan kiya? quran to har ghar mein hai, har aadmi quran ki tilawat kar raha hai aur</w:t>
      </w:r>
      <w:r>
        <w:br/>
      </w:r>
      <w:r>
        <w:rPr>
          <w:sz w:val="20"/>
        </w:rPr>
        <w:t>1:06:14  quran ki dhoom machi hui hai har jagah.</w:t>
      </w:r>
      <w:r>
        <w:br/>
      </w:r>
      <w:r>
        <w:rPr>
          <w:sz w:val="20"/>
        </w:rPr>
        <w:t>1:06:18  yeh zawal ka phenomena hai.</w:t>
      </w:r>
      <w:r>
        <w:br/>
      </w:r>
      <w:r>
        <w:rPr>
          <w:sz w:val="20"/>
        </w:rPr>
        <w:t>1:06:20  yeh cheez jo hai, woh har ummat par zawal aata hai aur yeh zawal ka phenomena hai.</w:t>
      </w:r>
      <w:r>
        <w:br/>
      </w:r>
      <w:r>
        <w:rPr>
          <w:sz w:val="20"/>
        </w:rPr>
        <w:t>1:06:27  dekhen, woh jo hadithain hain, jo hain is mafhoom ki ke: "latatba'un suar man kana qablakum".</w:t>
      </w:r>
      <w:r>
        <w:br/>
      </w:r>
      <w:r>
        <w:rPr>
          <w:sz w:val="20"/>
        </w:rPr>
        <w:t>1:06:34  tum pichli ummaton ko follow karoge, is ko bhi hamare ulma samajh nahin paye.</w:t>
      </w:r>
      <w:r>
        <w:br/>
      </w:r>
      <w:r>
        <w:rPr>
          <w:sz w:val="20"/>
        </w:rPr>
        <w:t>1:06:41  is ka matlab hai ke jis tarah pichli ummaton par zawal aaya, tumhare upar zawal ayega.</w:t>
      </w:r>
      <w:r>
        <w:br/>
      </w:r>
      <w:r>
        <w:rPr>
          <w:sz w:val="20"/>
        </w:rPr>
        <w:t>1:06:48  that is law of nature.</w:t>
      </w:r>
      <w:r>
        <w:br/>
      </w:r>
      <w:r>
        <w:rPr>
          <w:sz w:val="20"/>
        </w:rPr>
        <w:t>1:06:50  to jab zawal ayega to yeh sab siftain paida hongi.</w:t>
      </w:r>
      <w:r>
        <w:br/>
      </w:r>
      <w:r>
        <w:rPr>
          <w:sz w:val="20"/>
        </w:rPr>
        <w:t>1:06:55  musalman yeh samajhte hain, yaani hamare ulma ne yeh in ko samjha rakha hai ke tum khair ummat</w:t>
      </w:r>
      <w:r>
        <w:br/>
      </w:r>
      <w:r>
        <w:rPr>
          <w:sz w:val="20"/>
        </w:rPr>
        <w:t>1:07:03  ho, tum khair ummat ho, tum khair ummat ho.</w:t>
      </w:r>
      <w:r>
        <w:br/>
      </w:r>
      <w:r>
        <w:rPr>
          <w:sz w:val="20"/>
        </w:rPr>
        <w:t>1:07:07  yeh bohat zyada is cheez ne logon ko mislead kiya hai, bohat zyada mislead kiya hai,</w:t>
      </w:r>
      <w:r>
        <w:br/>
      </w:r>
      <w:r>
        <w:rPr>
          <w:sz w:val="20"/>
        </w:rPr>
        <w:t>1:07:14  kyun ke is ki wajah se yeh bhool gaye hain musalman ke hum par zawal ayega.</w:t>
      </w:r>
      <w:r>
        <w:br/>
      </w:r>
      <w:r>
        <w:rPr>
          <w:sz w:val="20"/>
        </w:rPr>
        <w:t>1:07:21  yeh jo woh ummat laqab jis ka khair ul umoom tha, yeh jo zehan hai ke hum khair ummat</w:t>
      </w:r>
      <w:r>
        <w:br/>
      </w:r>
      <w:r>
        <w:rPr>
          <w:sz w:val="20"/>
        </w:rPr>
        <w:t>1:07:29  hain, is ne musalmanon ko is reality se bekhabar kar diya ke zawal har ummat par aata</w:t>
      </w:r>
      <w:r>
        <w:br/>
      </w:r>
      <w:r>
        <w:rPr>
          <w:sz w:val="20"/>
        </w:rPr>
        <w:t>1:07:37  hai aur musalmanon pe bhi ayega.</w:t>
      </w:r>
      <w:r>
        <w:br/>
      </w:r>
      <w:r>
        <w:rPr>
          <w:sz w:val="20"/>
        </w:rPr>
        <w:t>1:07:40  to aaj musalman apne daur zawal mein hain, sirf quran ki tilawat karne se masla hal nahin hoga,</w:t>
      </w:r>
      <w:r>
        <w:br/>
      </w:r>
      <w:r>
        <w:rPr>
          <w:sz w:val="20"/>
        </w:rPr>
        <w:t>1:07:47  قرآن کا ترجمہ پڑھنے سے مسئلہ حل نہیں ہوگا، بلکہ ان کی de-creation، ان کی de-carnation کرنی پڑے</w:t>
      </w:r>
      <w:r>
        <w:br/>
      </w:r>
      <w:r>
        <w:rPr>
          <w:sz w:val="20"/>
        </w:rPr>
        <w:t>1:07:55  gi.</w:t>
      </w:r>
      <w:r>
        <w:br/>
      </w:r>
      <w:r>
        <w:rPr>
          <w:sz w:val="20"/>
        </w:rPr>
        <w:t>1:07:57  un ko, un ko, un ko ek ek cheez ko analysis kar ke batana parega ke yahan</w:t>
      </w:r>
      <w:r>
        <w:br/>
      </w:r>
      <w:r>
        <w:rPr>
          <w:sz w:val="20"/>
        </w:rPr>
        <w:t>1:08:04  ghalti, yahan ghalti, yahan ghalti.</w:t>
      </w:r>
      <w:r>
        <w:br/>
      </w:r>
      <w:r>
        <w:rPr>
          <w:sz w:val="20"/>
        </w:rPr>
        <w:t>1:08:07  is ko point out karna paray ga.</w:t>
      </w:r>
      <w:r>
        <w:br/>
      </w:r>
      <w:r>
        <w:rPr>
          <w:sz w:val="20"/>
        </w:rPr>
        <w:t>1:08:10  sirf yeh hai ke tarjuma parha dein, aap yeh kafi nahi hai.</w:t>
      </w:r>
      <w:r>
        <w:br/>
      </w:r>
      <w:r>
        <w:rPr>
          <w:sz w:val="20"/>
        </w:rPr>
        <w:t>1:08:15  isi liye main quran ke sath supporting literature ki shart lagata hoon.</w:t>
      </w:r>
      <w:r>
        <w:br/>
      </w:r>
      <w:r>
        <w:rPr>
          <w:sz w:val="20"/>
        </w:rPr>
        <w:t>1:08:20  aap quran ka tarjuma phailaein logon ko, that is not enough.</w:t>
      </w:r>
      <w:r>
        <w:br/>
      </w:r>
      <w:r>
        <w:rPr>
          <w:sz w:val="20"/>
        </w:rPr>
        <w:t>1:08:25  supporting literature bhi dena hai aap ko, tab ja kar ke woh faida hasil hoga.</w:t>
      </w:r>
    </w:p>
    <w:p>
      <w:pPr>
        <w:pStyle w:val="Heading2"/>
      </w:pPr>
      <w:r>
        <w:t>Why did you physically confront an attacker?</w:t>
      </w:r>
    </w:p>
    <w:p>
      <w:r>
        <w:rPr>
          <w:color w:val="666666"/>
          <w:sz w:val="18"/>
        </w:rPr>
        <w:t>Life &amp; Wisdom · Islam &amp; Prophet of Islam 21 Oct, 2012 - Maulana Wahiduddin Khan · 2m 07s · at 1:02:29 · https://youtu.be/2hwtfOyNeS0?t=3749</w:t>
      </w:r>
    </w:p>
    <w:p>
      <w:r>
        <w:rPr>
          <w:i/>
        </w:rPr>
        <w:t>“Moulana, I read an incident in your diary that a man came to you with the intention of attacking. You threw him to the ground and sat on his chest. Instead of giving him dawah, why did you do that? That was against your mission. What was the reason?”</w:t>
      </w:r>
    </w:p>
    <w:p>
      <w:r>
        <w:rPr>
          <w:sz w:val="20"/>
        </w:rPr>
        <w:t>1:02:29  maulana, agla sawal ali garh se aya hai doctor muhammad qamar sahib ka. unhon ne likha hai: "maulana sahib, diary mein aap ka ek waqia parha ke aap ke pas ek aadmi hamla karne ki niyat se aya tha.</w:t>
      </w:r>
      <w:r>
        <w:br/>
      </w:r>
      <w:r>
        <w:rPr>
          <w:sz w:val="20"/>
        </w:rPr>
        <w:t>1:02:45  aap is ko zameen par patak kar is ke seenay par charh gaye. is aadmi ko dawat dene ki bajaye aap ne is ke sath aisa kyun kiya?</w:t>
      </w:r>
      <w:r>
        <w:br/>
      </w:r>
      <w:r>
        <w:rPr>
          <w:sz w:val="20"/>
        </w:rPr>
        <w:t>1:02:54  yeh to aap ke mission ke khilaf tha. maulana sahib, is ki kya wajah thi?" mein bohat dukh khul gaya tha. mein ne is ko mein ne mana kiya.</w:t>
      </w:r>
      <w:r>
        <w:br/>
      </w:r>
      <w:r>
        <w:rPr>
          <w:sz w:val="20"/>
        </w:rPr>
        <w:t>1:03:05  pehlay neeche neeche tha. phir mein ne kaha ke aap neeche rakhiye, mein aata hoon. phir woh oopar aa gaya. mein ne kaha aap yahan oopar kyun aa gaye? aap neeche baithiye. phir charh raha tha woh.</w:t>
      </w:r>
      <w:r>
        <w:br/>
      </w:r>
      <w:r>
        <w:rPr>
          <w:sz w:val="20"/>
        </w:rPr>
        <w:t>1:03:15  charha charha ja raha tha oopar. to is ko to humein yahi karna tha. abhi mein ne ghar par pakar liya. to mein kya karta hoon is ko? mein ne ghar par pakar liya.</w:t>
      </w:r>
      <w:r>
        <w:br/>
      </w:r>
      <w:r>
        <w:rPr>
          <w:sz w:val="20"/>
        </w:rPr>
        <w:t>1:03:25  bilkul ek ek bohat hi critical position thi. is waqt har aadmi yahi karega. is waqt har aadmi yahi karega.</w:t>
      </w:r>
      <w:r>
        <w:br/>
      </w:r>
      <w:r>
        <w:rPr>
          <w:sz w:val="20"/>
        </w:rPr>
        <w:t>1:03:34  is mein shakk liya hai is ka muamla ke mein fajar ki namaz parh kar ke masjid se ghar lauta to wahan ek sahib maujood thay.</w:t>
      </w:r>
      <w:r>
        <w:br/>
      </w:r>
      <w:r>
        <w:rPr>
          <w:sz w:val="20"/>
        </w:rPr>
        <w:t>1:03:45  to mein ne kaha ke aap in ka ke aap yahan neeche baithiye, mein abhi aata hoon. oopar oopar ja kar ke abhi wapas aaunga. to baithe nahi woh.</w:t>
      </w:r>
      <w:r>
        <w:br/>
      </w:r>
      <w:r>
        <w:rPr>
          <w:sz w:val="20"/>
        </w:rPr>
        <w:t>1:03:54  phir charhne lagay. charh ke oopar tak pohanchay. mein ne kaha aap oopar kaise aa gaye? mein ne kaha ke aap baithiye. to kya kiya unhon ne ke mera ghar par pakar liya.</w:t>
      </w:r>
      <w:r>
        <w:br/>
      </w:r>
      <w:r>
        <w:rPr>
          <w:sz w:val="20"/>
        </w:rPr>
        <w:t>1:04:05  to is waqt zahiri taur par kya karta? aur to kuch nahi kar sakta tha.</w:t>
      </w:r>
      <w:r>
        <w:br/>
      </w:r>
      <w:r>
        <w:rPr>
          <w:sz w:val="20"/>
        </w:rPr>
        <w:t>1:04:10  phir jo shor gul hua to woh aa gaye. hamare colony ke jo woh hain, jo chokidar log, guard log, to is ko pakar le gaye.</w:t>
      </w:r>
      <w:r>
        <w:br/>
      </w:r>
      <w:r>
        <w:rPr>
          <w:sz w:val="20"/>
        </w:rPr>
        <w:t>1:04:26  yeh bohat ajeeb ghareeb aap ka. ab mein kehta hoon ke aap ne soche baghair yeh yeh likh diya apna sawal.</w:t>
      </w:r>
    </w:p>
    <w:p>
      <w:pPr>
        <w:pStyle w:val="Heading2"/>
      </w:pPr>
      <w:r>
        <w:t>Why do people forget disasters so quickly</w:t>
      </w:r>
    </w:p>
    <w:p>
      <w:r>
        <w:rPr>
          <w:color w:val="666666"/>
          <w:sz w:val="18"/>
        </w:rPr>
        <w:t>Life &amp; Wisdom · Paradise as A Goal April 26, 2015 · 3m 47s · at 1:06:11 · https://youtu.be/4IWLd2SIBkw?t=3971</w:t>
      </w:r>
    </w:p>
    <w:p>
      <w:r>
        <w:rPr>
          <w:i/>
        </w:rPr>
        <w:t>“Yesterday when earthquake came, I saw many people running out of their houses to save their life, but when it was all over, they went back to normal within minutes, despite hundreds of people dying in their neighboring country. How come man has become so insincere that it takes them barely few minutes to forget everything?”</w:t>
      </w:r>
    </w:p>
    <w:p>
      <w:r>
        <w:rPr>
          <w:sz w:val="20"/>
        </w:rPr>
        <w:t>1:06:11  Maulana, yeh agla sawal kiya hai Dr. Musleh Siddiqui ne Delhi se. Maulana sahib, yesterday when earthquake came, I saw many people running out of their houses to save their lives,</w:t>
      </w:r>
      <w:r>
        <w:br/>
      </w:r>
      <w:r>
        <w:rPr>
          <w:sz w:val="20"/>
        </w:rPr>
        <w:t>1:06:26  but but when it was all over, they went back to normal within minutes, despite hundreds of people dying in their neighboring country.</w:t>
      </w:r>
      <w:r>
        <w:br/>
      </w:r>
      <w:r>
        <w:rPr>
          <w:sz w:val="20"/>
        </w:rPr>
        <w:t>1:06:37  Maulana sahib, how come man has become so insensitive that it took them barely few minutes to forget everything? wahi hai ke jo maine arz kiya ke sabak nahi lete waqiat se.</w:t>
      </w:r>
      <w:r>
        <w:br/>
      </w:r>
      <w:r>
        <w:rPr>
          <w:sz w:val="20"/>
        </w:rPr>
        <w:t>1:06:53  jaise main apne bare mein batata hoon ke main kal baitha hua tha, Maria se main kuch likhwa raha tha to hilne laga. to Maria ne kaha: "yeh to yeh to earthquake hai!"</w:t>
      </w:r>
      <w:r>
        <w:br/>
      </w:r>
      <w:r>
        <w:rPr>
          <w:sz w:val="20"/>
        </w:rPr>
        <w:t>1:07:05  " to main ne kaha: "haan, yeh to earthquake hai!" to kaha jata hai ke jaldi se bhago bahar. yani yeh sikhaya jata hai ke earthquake ho, jaldi bahar bhago, kyunke chhat gir padegi to us mein aadmi mar jata hai.</w:t>
      </w:r>
      <w:r>
        <w:br/>
      </w:r>
      <w:r>
        <w:rPr>
          <w:sz w:val="20"/>
        </w:rPr>
        <w:t>1:07:20  lekin main ek dam apni koshish se chipak chipak gaya. kyun? main ne socha ke yahan bhi main us ki zad mein hoon, wahan bhi us ki zad mein hoon.</w:t>
      </w:r>
      <w:r>
        <w:br/>
      </w:r>
      <w:r>
        <w:rPr>
          <w:sz w:val="20"/>
        </w:rPr>
        <w:t>1:07:32  yahan agar chhat girne ka dar hai to wahan zameen phatne ka dar hai. to main dua karta raha, dua karta raha, bajaye bhagne ke, main dua karta raha.</w:t>
      </w:r>
      <w:r>
        <w:br/>
      </w:r>
      <w:r>
        <w:rPr>
          <w:sz w:val="20"/>
        </w:rPr>
        <w:t>1:07:42  to logon ke andar chunke sahi zehen nahi hai, sahi mizaj nahi hai, to aise hi karte hain. woh kya kiya jaye? kisi ne un ko bataya nahi.</w:t>
      </w:r>
      <w:r>
        <w:br/>
      </w:r>
      <w:r>
        <w:rPr>
          <w:sz w:val="20"/>
        </w:rPr>
        <w:t>1:07:52  batane wale to zyada tar yeh batate hain ke sahib, woh azab aaya hai un ke upar. halanke bilkul galat baat yeh hai.</w:t>
      </w:r>
      <w:r>
        <w:br/>
      </w:r>
      <w:r>
        <w:rPr>
          <w:sz w:val="20"/>
        </w:rPr>
        <w:t>1:08:01  azab keh kar ke kya hota hai? ke aap us ko jahan aaya hai, us se mutalliq kar dete hain. lekin agar aap warning ke bare mein lesson ke bare mein to aap us ko generalize karenge, apne liye bhi lenge.</w:t>
      </w:r>
      <w:r>
        <w:br/>
      </w:r>
      <w:r>
        <w:rPr>
          <w:sz w:val="20"/>
        </w:rPr>
        <w:t>1:08:17  mujhe pata hai ke India mein kuch, India mein har jagah aisi kuch, yani deeni jamaatein hain jo dhar se keh deti hain ke un par azab aaya hai.</w:t>
      </w:r>
      <w:r>
        <w:br/>
      </w:r>
      <w:r>
        <w:rPr>
          <w:sz w:val="20"/>
        </w:rPr>
        <w:t>1:08:28  yeh bohat galat tareeqa hai.</w:t>
      </w:r>
      <w:r>
        <w:br/>
      </w:r>
      <w:r>
        <w:rPr>
          <w:sz w:val="20"/>
        </w:rPr>
        <w:t>1:08:30  azaab keh kar ke aap ne is ko doosre ke oopar daal diya. Dekhein, jab aap is ko kahengay warning ya tanbeeh to apne ko shareek kar lenge aap ke mujhe bhi is se sabaq lena hai.</w:t>
      </w:r>
      <w:r>
        <w:br/>
      </w:r>
      <w:r>
        <w:rPr>
          <w:sz w:val="20"/>
        </w:rPr>
        <w:t>1:08:44  to logon ko zehni nahi banayega sahi. To kya kiya jaye?</w:t>
      </w:r>
      <w:r>
        <w:br/>
      </w:r>
      <w:r>
        <w:rPr>
          <w:sz w:val="20"/>
        </w:rPr>
        <w:t>1:08:48  Maulana, kal jo earthquake aaya, us ke baray mein raat ko ek report aayi thi ke yeh earthquake jo tha, it was due, but is se ek bohat bara earthquake aana abhi bhi due hai, which is going to be thirty times stronger than this one,</w:t>
      </w:r>
      <w:r>
        <w:br/>
      </w:r>
      <w:r>
        <w:rPr>
          <w:sz w:val="20"/>
        </w:rPr>
        <w:t>1:09:05  and man is not prepared for it.</w:t>
      </w:r>
      <w:r>
        <w:br/>
      </w:r>
      <w:r>
        <w:rPr>
          <w:sz w:val="20"/>
        </w:rPr>
        <w:t>1:09:12  Yeh sahi hai. Ab kya kiya jayegi? To Allah ke ikhtiyar mein hai. Hum to sirf dua hi kar sakte hain, sirf dua kar sakte hain.</w:t>
      </w:r>
      <w:r>
        <w:br/>
      </w:r>
      <w:r>
        <w:rPr>
          <w:sz w:val="20"/>
        </w:rPr>
        <w:t>1:09:23  Insaan ka is is mamle mein koi bas nahi hai. Earthquake jo hai, aisi cheez hai ke is ka attack unilateral hota hai, ek tarfa attack hota hai.</w:t>
      </w:r>
      <w:r>
        <w:br/>
      </w:r>
      <w:r>
        <w:rPr>
          <w:sz w:val="20"/>
        </w:rPr>
        <w:t>1:09:35  Hamara is mein koi hissa nahi hai. To hamare p</w:t>
      </w:r>
      <w:r>
        <w:br/>
      </w:r>
      <w:r>
        <w:rPr>
          <w:sz w:val="20"/>
        </w:rPr>
        <w:t>1:09:39  is kya hai? Sirf dua karna, sirf dua karna. Jaise kal mein bilkul koshish se chipak gaya aur mein dua karne laga, kyunke maine samjha ke mein helpless hoon.</w:t>
      </w:r>
      <w:r>
        <w:br/>
      </w:r>
      <w:r>
        <w:rPr>
          <w:sz w:val="20"/>
        </w:rPr>
        <w:t>1:09:50  Yahan rahoon tab bhi is ki zad mein hoon, bahar jaon tab bhi is ki zad mein hoon.</w:t>
      </w:r>
    </w:p>
    <w:p>
      <w:pPr>
        <w:pStyle w:val="Heading2"/>
      </w:pPr>
      <w:r>
        <w:t>Why does man not inquire about death?</w:t>
      </w:r>
    </w:p>
    <w:p>
      <w:r>
        <w:rPr>
          <w:color w:val="666666"/>
          <w:sz w:val="18"/>
        </w:rPr>
        <w:t>Life &amp; Wisdom · Concept of Death in Islam August 26, 2012 · 3m 48s · at 1:00:18 · https://youtu.be/y0TJxKi0L94?t=3618</w:t>
      </w:r>
    </w:p>
    <w:p>
      <w:r>
        <w:rPr>
          <w:i/>
        </w:rPr>
        <w:t>“When death is unknown, why is it that man does not use the spirit of inquiry to know about it?”</w:t>
      </w:r>
    </w:p>
    <w:p>
      <w:r>
        <w:rPr>
          <w:sz w:val="20"/>
        </w:rPr>
        <w:t>1:00:18  yehi is ka wahid tareeqa hai. Maulana, agla sawal Tamil Nadu se hai, Maulana Iqbal Umri sahab ka.</w:t>
      </w:r>
      <w:r>
        <w:br/>
      </w:r>
      <w:r>
        <w:rPr>
          <w:sz w:val="20"/>
        </w:rPr>
        <w:t>1:00:28  unhon ne likha hai when the death is unknown, why is it that man does not use the spirit of inquiry to know about it?</w:t>
      </w:r>
      <w:r>
        <w:br/>
      </w:r>
      <w:r>
        <w:rPr>
          <w:sz w:val="20"/>
        </w:rPr>
        <w:t>1:00:39  yehi to sab se bara kami hai ke aadmi ko to spirit of inquiry jaagna chahiye. kuch logon ko to jagti hai, jaise ke hum ne kuch misalein di hain aap ko.</w:t>
      </w:r>
      <w:r>
        <w:br/>
      </w:r>
      <w:r>
        <w:rPr>
          <w:sz w:val="20"/>
        </w:rPr>
        <w:t>1:00:52  beshtar log to bhoolay rehtay hain, bhoolay rehtay hain, bhoolay rehtay hain.</w:t>
      </w:r>
      <w:r>
        <w:br/>
      </w:r>
      <w:r>
        <w:rPr>
          <w:sz w:val="20"/>
        </w:rPr>
        <w:t>1:01:00  to pehlay zamanay mein jab ke log kehtay thay ke aadmi mar gaya, bas khatam ho gaya.</w:t>
      </w:r>
      <w:r>
        <w:br/>
      </w:r>
      <w:r>
        <w:rPr>
          <w:sz w:val="20"/>
        </w:rPr>
        <w:t>1:01:06  ab to jo science ne nai batein batayi hain, us mein yeh baat sabit ho jati hai ke maut jism par hoti hai, asal insan par nahi hoti.</w:t>
      </w:r>
      <w:r>
        <w:br/>
      </w:r>
      <w:r>
        <w:rPr>
          <w:sz w:val="20"/>
        </w:rPr>
        <w:t>1:01:24  asal insan par nahi hoti. jo hamari asal personality hai, woh yeh jism nahi hai.</w:t>
      </w:r>
      <w:r>
        <w:br/>
      </w:r>
      <w:r>
        <w:rPr>
          <w:sz w:val="20"/>
        </w:rPr>
        <w:t>1:01:32  asal personality to yani bayan jism ke bayan hain. to ek scientist ne is ko is tareeqay se kaha ke personality is a changelessness in change</w:t>
      </w:r>
      <w:r>
        <w:br/>
      </w:r>
      <w:r>
        <w:rPr>
          <w:sz w:val="20"/>
        </w:rPr>
        <w:t>1:01:52  personality is a changelessness in change</w:t>
      </w:r>
      <w:r>
        <w:br/>
      </w:r>
      <w:r>
        <w:rPr>
          <w:sz w:val="20"/>
        </w:rPr>
        <w:t>1:01:56  yani insan ki jo shakhsiyat hai, woh badalti hui,</w:t>
      </w:r>
      <w:r>
        <w:br/>
      </w:r>
      <w:r>
        <w:rPr>
          <w:sz w:val="20"/>
        </w:rPr>
        <w:t>1:02:03  yani badaltay huay ke andar aik na badalnay wali cheez hai. kyunke aap jantay hain ke cell toot'tay rehtay hain, hamaray jism mein har waqt cell bantay hain, har waqt toot'tay hain.</w:t>
      </w:r>
      <w:r>
        <w:br/>
      </w:r>
      <w:r>
        <w:rPr>
          <w:sz w:val="20"/>
        </w:rPr>
        <w:t>1:02:17  to cell par maut waqe hoti hai, jism ka jo cell hai, us par maut waqe hoti hai.</w:t>
      </w:r>
      <w:r>
        <w:br/>
      </w:r>
      <w:r>
        <w:rPr>
          <w:sz w:val="20"/>
        </w:rPr>
        <w:t>1:02:26  asal asal personality wahi waqe rehti hai. is ke mani is se sabit hua ke maut shakhsiyat ka khatma nahi hai, yeh zahiri jism ka khatma hai.</w:t>
      </w:r>
      <w:r>
        <w:br/>
      </w:r>
      <w:r>
        <w:rPr>
          <w:sz w:val="20"/>
        </w:rPr>
        <w:t>1:02:40  to aap to bohat socha jaye</w:t>
      </w:r>
      <w:r>
        <w:br/>
      </w:r>
      <w:r>
        <w:rPr>
          <w:sz w:val="20"/>
        </w:rPr>
        <w:t>1:02:42  aadmi ko ke jab meri shakhsiyat yeh baqi rehne wali hai to tehqeeq kare, aadmi parhe, study kare.</w:t>
      </w:r>
      <w:r>
        <w:br/>
      </w:r>
      <w:r>
        <w:rPr>
          <w:sz w:val="20"/>
        </w:rPr>
        <w:t>1:02:53  aur jo aadmi bhi arabi mein ek misl hai ke man jadd wajad jo koshish karta hai, woh zaroor pata hai.</w:t>
      </w:r>
      <w:r>
        <w:br/>
      </w:r>
      <w:r>
        <w:rPr>
          <w:sz w:val="20"/>
        </w:rPr>
        <w:t>1:03:05  to agar aadmi sincerely tehqeeq kare is baat ki to zaroor woh pa le ga ke maut ke baad kya hai.</w:t>
      </w:r>
      <w:r>
        <w:br/>
      </w:r>
      <w:r>
        <w:rPr>
          <w:sz w:val="20"/>
        </w:rPr>
        <w:t>1:03:17  lekin log bhule rehte hain, waqti jo distractions hote rehte hain, waqti is mein phanse rehte hain aur soch nahi paate.</w:t>
      </w:r>
      <w:r>
        <w:br/>
      </w:r>
      <w:r>
        <w:rPr>
          <w:sz w:val="20"/>
        </w:rPr>
        <w:t>1:03:30  aap logon ka, yaani hamara mission jo hai, yeh is ka yahi kaam hi yahi hai ke logon ko yaad dilaye,</w:t>
      </w:r>
      <w:r>
        <w:br/>
      </w:r>
      <w:r>
        <w:rPr>
          <w:sz w:val="20"/>
        </w:rPr>
        <w:t>1:03:41  yeh yaad dilaye ke bajaye is liye ke aap aaj mein itna phanse, itna phanse ke soch na sakein kal ke liye, to</w:t>
      </w:r>
      <w:r>
        <w:br/>
      </w:r>
      <w:r>
        <w:rPr>
          <w:sz w:val="20"/>
        </w:rPr>
        <w:t>1:03:56  kal ke liye sochiye ke kal hi jo hai, woh eternally baqi rehne wala hai aap ke liye.</w:t>
      </w:r>
    </w:p>
    <w:p>
      <w:pPr>
        <w:pStyle w:val="Heading2"/>
      </w:pPr>
      <w:r>
        <w:t>Why good die early and bad live long</w:t>
      </w:r>
    </w:p>
    <w:p>
      <w:r>
        <w:rPr>
          <w:color w:val="666666"/>
          <w:sz w:val="18"/>
        </w:rPr>
        <w:t>Life &amp; Wisdom · Islam and Science (In Conversation with Maulana) · 1m 24s · at 8:08 · https://youtu.be/pKS94tSXlT4?t=488</w:t>
      </w:r>
    </w:p>
    <w:p>
      <w:r>
        <w:rPr>
          <w:i/>
        </w:rPr>
        <w:t>“Why do good people die early and bad people live long? Why is this so?”</w:t>
      </w:r>
    </w:p>
    <w:p>
      <w:r>
        <w:rPr>
          <w:sz w:val="20"/>
        </w:rPr>
        <w:t>8:08  maulana, agla sawal aya hai, unhon ne location nahin likhi hai. un ka naam hai mister ghaus muhammad sahib. unhon ne likha hai ke maulana sahib, "why do good people die early and bad live long?</w:t>
      </w:r>
      <w:r>
        <w:br/>
      </w:r>
      <w:r>
        <w:rPr>
          <w:sz w:val="20"/>
        </w:rPr>
        <w:t>8:22  why is this so</w:t>
      </w:r>
      <w:r>
        <w:br/>
      </w:r>
      <w:r>
        <w:rPr>
          <w:sz w:val="20"/>
        </w:rPr>
        <w:t>8:23  ?" yeh to hai nahin, kahan hai yeh? yeh to koi baat nahin hai. yeh kahan bhi? hum to nahin jante aisa. yeh to ek mufrada hai. aisa aisi kehte hain log, aise hi.</w:t>
      </w:r>
      <w:r>
        <w:br/>
      </w:r>
      <w:r>
        <w:rPr>
          <w:sz w:val="20"/>
        </w:rPr>
        <w:t>8:34  lekin aisa waqea to nahin hai. yeh to khilaf waqea baat hai. ek adha admi hai, asal mein logon ka mizaj hai ke generalize karna.</w:t>
      </w:r>
      <w:r>
        <w:br/>
      </w:r>
      <w:r>
        <w:rPr>
          <w:sz w:val="20"/>
        </w:rPr>
        <w:t>8:46  ek admi agar mar gaya, farz kiye to us ko generalize karenge. dekho, bhai itna acha admi tha, jaldi mar gaya. bura admi ki lambi umar ho gayi to dekho, bhai itni lambi is ki umar hui.</w:t>
      </w:r>
      <w:r>
        <w:br/>
      </w:r>
      <w:r>
        <w:rPr>
          <w:sz w:val="20"/>
        </w:rPr>
        <w:t>8:57  it is severe generalization. aisi rah nahin banayi ja sakti. yani kaun sa survey aap ne kiya hai ke sari duniya mein jo achhe hain, wahi jaldi marte hain aur sari duniya bure hain, wahi der der marte hain?</w:t>
      </w:r>
      <w:r>
        <w:br/>
      </w:r>
      <w:r>
        <w:rPr>
          <w:sz w:val="20"/>
        </w:rPr>
        <w:t>9:10  aisa to koi aisa koi survey nahin kiya gaya hai kabhi, na aisi koi aisa aisa koi woh hai.</w:t>
      </w:r>
      <w:r>
        <w:br/>
      </w:r>
      <w:r>
        <w:rPr>
          <w:sz w:val="20"/>
        </w:rPr>
        <w:t>9:21  aisi koi nahin, koi ilm aisa nahin hai jo is tarah ki survey kar ke hum ko bata raha ho. yeh to ek kuch awam mein chali hui baaten hain.</w:t>
      </w:r>
    </w:p>
    <w:p>
      <w:pPr>
        <w:pStyle w:val="Heading2"/>
      </w:pPr>
      <w:r>
        <w:t>Why grieve for what is not ours</w:t>
      </w:r>
    </w:p>
    <w:p>
      <w:r>
        <w:rPr>
          <w:color w:val="666666"/>
          <w:sz w:val="18"/>
        </w:rPr>
        <w:t>Life &amp; Wisdom · Islam Ideology, Team and Method October 09, 2011 · 3m 08s · at 1:32:38 · https://youtu.be/zRilc1fG6c0?t=5558</w:t>
      </w:r>
    </w:p>
    <w:p>
      <w:r>
        <w:rPr>
          <w:i/>
        </w:rPr>
        <w:t>“Why do we grieve for something which is not even ours? Why are we afraid to lose something which was never ours?”</w:t>
      </w:r>
    </w:p>
    <w:p>
      <w:r>
        <w:rPr>
          <w:sz w:val="20"/>
        </w:rPr>
        <w:t>1:32:38  maulana, yeh sawal aaya hai miss akansha dash ka delhi se. unhon ne likha hai ke un ka bohat hi general level pe sawal</w:t>
      </w:r>
      <w:r>
        <w:br/>
      </w:r>
      <w:r>
        <w:rPr>
          <w:sz w:val="20"/>
        </w:rPr>
        <w:t>1:32:46  hai. maulana, unhon ne likha hai ke: "sir, please tell me, why do we grieve for something which is not even ours? why are we afraid to lose something which was never ours?" kindly comment.</w:t>
      </w:r>
      <w:r>
        <w:br/>
      </w:r>
      <w:r>
        <w:rPr>
          <w:sz w:val="20"/>
        </w:rPr>
        <w:t>1:32:59  kya kya matlab hua ke hamein kisi cheez ko khone se kyun dar lagta hai jo jo cheez hamari nahi hai? ya hamein kyun dukh hota hai kisi cheez ko le ke jab woh hamari kabhi nahi thi?</w:t>
      </w:r>
      <w:r>
        <w:br/>
      </w:r>
      <w:r>
        <w:rPr>
          <w:sz w:val="20"/>
        </w:rPr>
        <w:t>1:33:10  to bohat hi general level pe molana, unhon ne am immature</w:t>
      </w:r>
      <w:r>
        <w:br/>
      </w:r>
      <w:r>
        <w:rPr>
          <w:sz w:val="20"/>
        </w:rPr>
        <w:t>1:33:13  ti ek hi lafz mein. beshtar log jo hain, immature nahi hote. yeh sab am immaturity ka faraham hai. aap study kijiye, aap zyada apne soch ko develop kijiye to apne aap ko khatam ho jata hai.</w:t>
      </w:r>
      <w:r>
        <w:br/>
      </w:r>
      <w:r>
        <w:rPr>
          <w:sz w:val="20"/>
        </w:rPr>
        <w:t>1:33:32  yeh sara jo hai, is tarah ka mamla hai. a immaturity ka phenomenon hai.</w:t>
      </w:r>
      <w:r>
        <w:br/>
      </w:r>
      <w:r>
        <w:rPr>
          <w:sz w:val="20"/>
        </w:rPr>
        <w:t>1:33:41  Maulana, yeh Qatar se aaya hai sawal.</w:t>
      </w:r>
      <w:r>
        <w:br/>
      </w:r>
      <w:r>
        <w:rPr>
          <w:sz w:val="20"/>
        </w:rPr>
        <w:t>1:33:44  Miss Reshma Khanam Abdul Basit ne kara hai.</w:t>
      </w:r>
      <w:r>
        <w:br/>
      </w:r>
      <w:r>
        <w:rPr>
          <w:sz w:val="20"/>
        </w:rPr>
        <w:t>1:33:47  unhon ne likha hai ke: "Maulana, maine apni ek saheli se Quran ko dawah work mein dene</w:t>
      </w:r>
      <w:r>
        <w:br/>
      </w:r>
      <w:r>
        <w:rPr>
          <w:sz w:val="20"/>
        </w:rPr>
        <w:t>1:33:53  ke bare mein kaha to unhon ne kaha ke theek hai, lekin ek baat yeh hai ke agar</w:t>
      </w:r>
      <w:r>
        <w:br/>
      </w:r>
      <w:r>
        <w:rPr>
          <w:sz w:val="20"/>
        </w:rPr>
        <w:t>1:34:00  woh quran ki be adabi karen, is ko phenken to maulana, is baray mein batayen ke hum kya</w:t>
      </w:r>
      <w:r>
        <w:br/>
      </w:r>
      <w:r>
        <w:rPr>
          <w:sz w:val="20"/>
        </w:rPr>
        <w:t>1:34:08  jawab den?" dekhiye, be adabi aur be hurmati ke alfaaz sab bidat hain.</w:t>
      </w:r>
      <w:r>
        <w:br/>
      </w:r>
      <w:r>
        <w:rPr>
          <w:sz w:val="20"/>
        </w:rPr>
        <w:t>1:34:14  bidat mubtadaana alfaaz hain.</w:t>
      </w:r>
      <w:r>
        <w:br/>
      </w:r>
      <w:r>
        <w:rPr>
          <w:sz w:val="20"/>
        </w:rPr>
        <w:t>1:34:17  musalmanon ne bana rakha hai. koi mujhe bataye, quran majeed ne kaha yeh tasawwur hai be adabi aur be hurmati? yeh to musalmanon ne bana rakha hai.</w:t>
      </w:r>
      <w:r>
        <w:br/>
      </w:r>
      <w:r>
        <w:rPr>
          <w:sz w:val="20"/>
        </w:rPr>
        <w:t>1:34:28  to musalmanon ne jo bana rakha hai, us ka hum zimmedar nahi hain. musalmanon ne bohat sare be adabi gaar rakhe hain, to kya is ka hum zimmedar banenge?</w:t>
      </w:r>
      <w:r>
        <w:br/>
      </w:r>
      <w:r>
        <w:rPr>
          <w:sz w:val="20"/>
        </w:rPr>
        <w:t>1:34:41  koi mujhe quran ka reference de, hadith ka reference de ke be hurmati aur be adabi bhi koi cheez hai islam mein? woh is doosre concern aap concern nahi hain.</w:t>
      </w:r>
      <w:r>
        <w:br/>
      </w:r>
      <w:r>
        <w:rPr>
          <w:sz w:val="20"/>
        </w:rPr>
        <w:t>1:34:51  aap ne de diya to aap ne zimmedari poori kar di. ab woh doosra kya karega? woh allah jaane, woh jaane. aap is mamle ko khud kyun lete hain apne zame?</w:t>
      </w:r>
      <w:r>
        <w:br/>
      </w:r>
      <w:r>
        <w:rPr>
          <w:sz w:val="20"/>
        </w:rPr>
        <w:t>1:35:01  doosre pe daliye, doosre pe daliye ke woh jaisa karega to allah kahan uska jawab responsible hai is ke liye?</w:t>
      </w:r>
      <w:r>
        <w:br/>
      </w:r>
      <w:r>
        <w:rPr>
          <w:sz w:val="20"/>
        </w:rPr>
        <w:t>1:35:11  yani beshtar log yeh kehte hain ke khuda ke domain mein jo cheez hai, woh is is waqt khuda ki seat pe qabza karne ki koshish karte hain. yani khuda, yeh khuda ki seat pe ja ke baithna hai.</w:t>
      </w:r>
      <w:r>
        <w:br/>
      </w:r>
      <w:r>
        <w:rPr>
          <w:sz w:val="20"/>
        </w:rPr>
        <w:t>1:35:23  yeh khuda janta hai ke is ne be hurmati ki ya nahi ki, aur khuda hi is se poochega. aap ko, aap ko is ki zimmedari nahi dali allah taala ne. aap se koi matlab is ka nahi hai.</w:t>
      </w:r>
      <w:r>
        <w:br/>
      </w:r>
      <w:r>
        <w:rPr>
          <w:sz w:val="20"/>
        </w:rPr>
        <w:t>1:35:35  behhal, main is ko mubtadaana tasawwur samajhta hoon.</w:t>
      </w:r>
      <w:r>
        <w:br/>
      </w:r>
      <w:r>
        <w:rPr>
          <w:sz w:val="20"/>
        </w:rPr>
        <w:t>1:35:39  hoon. yani innovation, is ko islam se koi ta'alluq nahi hai.</w:t>
      </w:r>
    </w:p>
    <w:p>
      <w:pPr>
        <w:pStyle w:val="Heading2"/>
      </w:pPr>
      <w:r>
        <w:t>Why is man unaware of death</w:t>
      </w:r>
    </w:p>
    <w:p>
      <w:r>
        <w:rPr>
          <w:color w:val="666666"/>
          <w:sz w:val="18"/>
        </w:rPr>
        <w:t>Life &amp; Wisdom · Life After Death January 22, 2012 · 2m 58s · at 1:13:41 · https://youtu.be/5hVH1BLKBF4?t=4421</w:t>
      </w:r>
    </w:p>
    <w:p>
      <w:r>
        <w:rPr>
          <w:i/>
        </w:rPr>
        <w:t>“Death is man's biggest reality. Why does he stay unaware of it?”</w:t>
      </w:r>
    </w:p>
    <w:p>
      <w:r>
        <w:rPr>
          <w:sz w:val="20"/>
        </w:rPr>
        <w:t>1:13:41  Maulana, agla sawal Dilli se hai. Miss Naghma Siddiqui ka, unhon</w:t>
      </w:r>
      <w:r>
        <w:br/>
      </w:r>
      <w:r>
        <w:rPr>
          <w:sz w:val="20"/>
        </w:rPr>
        <w:t>1:13:45  ne poocha hai: "Death is man's biggest reality. Why does he stay unaware of it?" bhai toh Shaitan ka sab se bara harba hai.</w:t>
      </w:r>
      <w:r>
        <w:br/>
      </w:r>
      <w:r>
        <w:rPr>
          <w:sz w:val="20"/>
        </w:rPr>
        <w:t>1:13:56  Shaitan chahta hai ke maut se aadmi ko bhulaye rakhe, maut ko bhulaye rakhe. Kyun ke maut aayegi toh aadmi ki zindagi badal jayegi bilkul.</w:t>
      </w:r>
      <w:r>
        <w:br/>
      </w:r>
      <w:r>
        <w:rPr>
          <w:sz w:val="20"/>
        </w:rPr>
        <w:t>1:14:11  toh yeh Shaitan ka, main samajhta hoon ke sab se bara harba yeh hai ke aadmi ko, ab dekhiye aap ghaur kijiye. Yeh Shaitan ki sunnat hai yeh.</w:t>
      </w:r>
      <w:r>
        <w:br/>
      </w:r>
      <w:r>
        <w:rPr>
          <w:sz w:val="20"/>
        </w:rPr>
        <w:t>1:14:21  aap ghaur kijiye ke Shaitan ne Allah Ta'ala se baghaawat ki. Agar is sach much is ko yaqeen hota ke mujhe isi Khuda ke paas lautna hai Qayamat mein aur mujhe saza sunai jayegi.</w:t>
      </w:r>
      <w:r>
        <w:br/>
      </w:r>
      <w:r>
        <w:rPr>
          <w:sz w:val="20"/>
        </w:rPr>
        <w:t>1:14:38  sach much is ka</w:t>
      </w:r>
      <w:r>
        <w:br/>
      </w:r>
      <w:r>
        <w:rPr>
          <w:sz w:val="20"/>
        </w:rPr>
        <w:t>1:14:39  ehsas hota to woh khud hi yeh kaam na karta. to shaitan khud be khabar tha is baat se ke mujhe dobara Allah ke samne meri peshi hone hone wali hai.</w:t>
      </w:r>
      <w:r>
        <w:br/>
      </w:r>
      <w:r>
        <w:rPr>
          <w:sz w:val="20"/>
        </w:rPr>
        <w:t>1:14:51  main is Khuda ki adalat ko face karna parega mujh ko. waqti tor par mujhe azadi hai qayamat se pehle hangama karne ki.</w:t>
      </w:r>
      <w:r>
        <w:br/>
      </w:r>
      <w:r>
        <w:rPr>
          <w:sz w:val="20"/>
        </w:rPr>
        <w:t>1:15:00  to shaitan khud hi is se ghafil hai ya tha ke mujhe aakhir kar Khuda ki adalat ko face karna hai.</w:t>
      </w:r>
      <w:r>
        <w:br/>
      </w:r>
      <w:r>
        <w:rPr>
          <w:sz w:val="20"/>
        </w:rPr>
        <w:t>1:15:08  to yeh wohi is sunnat hai woh shaitan ki. woh is sunnat ko, isi shaitan ki sunnat hai. us ne kaha tha ke main main sab ko apni sunnat pe chala dunga.</w:t>
      </w:r>
      <w:r>
        <w:br/>
      </w:r>
      <w:r>
        <w:rPr>
          <w:sz w:val="20"/>
        </w:rPr>
        <w:t>1:15:18  apne raste par. to jo log, yani Allah ki pakar ka jin ko ehsas ho, unhein sochna chahiye ke mujhe to shaitan ke raste pe chal raha hoon main.</w:t>
      </w:r>
      <w:r>
        <w:br/>
      </w:r>
      <w:r>
        <w:rPr>
          <w:sz w:val="20"/>
        </w:rPr>
        <w:t>1:15:32  maut ka mat</w:t>
      </w:r>
      <w:r>
        <w:br/>
      </w:r>
      <w:r>
        <w:rPr>
          <w:sz w:val="20"/>
        </w:rPr>
        <w:t>1:15:33  lab kya hai? maut ka matlab hai Allah ke samne Accountability. Allah ke samne, Allah ke samne peshi. yeh matlab hai maut ka.</w:t>
      </w:r>
      <w:r>
        <w:br/>
      </w:r>
      <w:r>
        <w:rPr>
          <w:sz w:val="20"/>
        </w:rPr>
        <w:t>1:15:44  to shaitan khud is se ghafil aur aur doosron ko bhi ghafil karta hai is ko.</w:t>
      </w:r>
      <w:r>
        <w:br/>
      </w:r>
      <w:r>
        <w:rPr>
          <w:sz w:val="20"/>
        </w:rPr>
        <w:t>1:15:51  quran</w:t>
      </w:r>
      <w:r>
        <w:br/>
      </w:r>
      <w:r>
        <w:rPr>
          <w:sz w:val="20"/>
        </w:rPr>
        <w:t>1:15:52  mein hai ke: "jo tumhari pairwi karega to tum ko aur un sab logon ko main jahannum mein daal dunga."</w:t>
      </w:r>
      <w:r>
        <w:br/>
      </w:r>
      <w:r>
        <w:rPr>
          <w:sz w:val="20"/>
        </w:rPr>
        <w:t>1:16:00  to kitna zyada sochne ki baat hai. surah aaraf mein Allah taala ne sirf kaha tha iblis se ke: "jo tumhari pairwi karega main tum ko aur us ko sab ko jahannum mein daal dunga." to yeh to pairwi hai ke aadmi is baat se ghafil ho jaye ke hamein aakhir kar Khuda ke samne pesh hona hai.</w:t>
      </w:r>
      <w:r>
        <w:br/>
      </w:r>
      <w:r>
        <w:rPr>
          <w:sz w:val="20"/>
        </w:rPr>
        <w:t>1:16:20  Khuda ke Verdict ka samna karna hai.</w:t>
      </w:r>
      <w:r>
        <w:br/>
      </w:r>
      <w:r>
        <w:rPr>
          <w:sz w:val="20"/>
        </w:rPr>
        <w:t>1:16:26  to isi isi shaitan ki sunnat, shaitan ne sab ko apni sunnat pe kisi ke tareeqe se baqayeda rakha hai. to bohat zyada sochne ki baat hai.</w:t>
      </w:r>
    </w:p>
    <w:p>
      <w:pPr>
        <w:pStyle w:val="Heading2"/>
      </w:pPr>
      <w:r>
        <w:t>Why is modern man frustrated despite facilities?</w:t>
      </w:r>
    </w:p>
    <w:p>
      <w:r>
        <w:rPr>
          <w:color w:val="666666"/>
          <w:sz w:val="18"/>
        </w:rPr>
        <w:t>Life &amp; Wisdom · Islam The Creator of the Modern Age October 17, 2021 Prof. Farida Khanam · 6m 48s · at 43:54 · https://youtu.be/tMr3Dz35onU?t=2634</w:t>
      </w:r>
    </w:p>
    <w:p>
      <w:r>
        <w:rPr>
          <w:i/>
        </w:rPr>
        <w:t>“Why is today's man living in frustration, even though today there are the most facilities?”</w:t>
      </w:r>
    </w:p>
    <w:p>
      <w:r>
        <w:rPr>
          <w:sz w:val="20"/>
        </w:rPr>
        <w:t>43:54  apa yeh agla sawal hai mister asjad ali lucknow ka aaj ka insan frustration mein kyun jee raha hai halanke aaj sab se zyada aasaniyan hain</w:t>
      </w:r>
      <w:r>
        <w:br/>
      </w:r>
      <w:r>
        <w:rPr>
          <w:sz w:val="20"/>
        </w:rPr>
        <w:t>44:09  frustration asal mein hamesha rahegi is ko humein samajhna hai aur soch samajh kar ek zindagi guzarni hai</w:t>
      </w:r>
      <w:r>
        <w:br/>
      </w:r>
      <w:r>
        <w:rPr>
          <w:sz w:val="20"/>
        </w:rPr>
        <w:t>44:19  kyunki yeh duniya mein hum ko sab kuch milta hi nahi hamari desires bohat zyada hain is desire ke mutabiq kisi badshah ko bhi nahi milta to humein kaise mil jayega</w:t>
      </w:r>
      <w:r>
        <w:br/>
      </w:r>
      <w:r>
        <w:rPr>
          <w:sz w:val="20"/>
        </w:rPr>
        <w:t>44:32  to yeh duniya jo hai ek ideal world nahi hai sab se pehle to yeh samajhna hai to hamari desires jo hain wo sirf is liye rakhi gayi hain taake hum yeh jane ke is duniya mein agar hum khuda ki marzi ke mutabiq zindagi guzarenge to hamari desire ke mutabiq humein akhirat mein jagah milegi jannat mein jagah milegi</w:t>
      </w:r>
      <w:r>
        <w:br/>
      </w:r>
      <w:r>
        <w:rPr>
          <w:sz w:val="20"/>
        </w:rPr>
        <w:t>44:56  to log yeh samajhte hain in ko jab frustration hota hai to samajhte hain ke falan maadi cheez humein mil jayegi to humein sukoon mil jayega</w:t>
      </w:r>
      <w:r>
        <w:br/>
      </w:r>
      <w:r>
        <w:rPr>
          <w:sz w:val="20"/>
        </w:rPr>
        <w:t>45:06  kisi ke paas chhoti gadi hai to us ko badi gadi lega ke is mein sukoon mil jayega lekin jab wo le leta hai to us ko lagta hai ke is mein bhi sukoon nahi mila</w:t>
      </w:r>
      <w:r>
        <w:br/>
      </w:r>
      <w:r>
        <w:rPr>
          <w:sz w:val="20"/>
        </w:rPr>
        <w:t>45:16  kisi ke paas chhota ghar hai to bada ghar lega is mein bhi sukoon nahi log jo bollywood ke log hain wo roz ghar hi badalte rehte hain car badalte rehte hain kyunki is mein un ko sukoon milta nahi</w:t>
      </w:r>
      <w:r>
        <w:br/>
      </w:r>
      <w:r>
        <w:rPr>
          <w:sz w:val="20"/>
        </w:rPr>
        <w:t>45:27  dekhiye maadi cheezon mein koi sukoon hai hi nahi sukoon agar milega to aap ke paas koi mission hoga mission se aap judenge</w:t>
      </w:r>
      <w:r>
        <w:br/>
      </w:r>
      <w:r>
        <w:rPr>
          <w:sz w:val="20"/>
        </w:rPr>
        <w:t>45:37  koi bhi mission jis ko koi nobel mission hota hai chahe wo social work ka mission ho ya dawah mission ho koi nek nek mission ho acha kaam ho logon ki madad karna hai to is mission se aap judenge to is mein aap ko fulfillment mil sakta hai</w:t>
      </w:r>
      <w:r>
        <w:br/>
      </w:r>
      <w:r>
        <w:rPr>
          <w:sz w:val="20"/>
        </w:rPr>
        <w:t>45:54  aur doosre khuda ki yaad mein fulfillment fulfillment milta hai ke wo ek ek quran ki ayat hai hearts are comforted by the remembrance of god alone bible mein bhi yahi hai</w:t>
      </w:r>
      <w:r>
        <w:br/>
      </w:r>
      <w:r>
        <w:rPr>
          <w:sz w:val="20"/>
        </w:rPr>
        <w:t>46:10  to is tarike se humein ek acha kaam karen apni zindagi ko achhi jagah istemal karen aur khuda ki yaad karen</w:t>
      </w:r>
      <w:r>
        <w:br/>
      </w:r>
      <w:r>
        <w:rPr>
          <w:sz w:val="20"/>
        </w:rPr>
        <w:t>46:20  maadi cheezon mein sukoon talash karenge to wo kabhi nahi milega na kabhi kisi ko mila hai apa aap ne qanaat ki baat kahi to rasool allah salallaho alaihi wasallam ki ek hadith bohat sari hadithon mein qanaat ki baat aayi hai</w:t>
      </w:r>
      <w:r>
        <w:br/>
      </w:r>
      <w:r>
        <w:rPr>
          <w:sz w:val="20"/>
        </w:rPr>
        <w:t>46:34  ek hadith mein padhta hoon yahan par rasool allah salallaho alaihi wasallam ne kaha qad aflaha man hudia ila al islam wa ruziq al kifaf wa qana a bihi ibn majah 4138 ke wo kamyab hua jis ko islam ki hidayat mili aur us ko kafi rozi mil gayi aur us ne is par qanaat ki</w:t>
      </w:r>
      <w:r>
        <w:br/>
      </w:r>
      <w:r>
        <w:rPr>
          <w:sz w:val="20"/>
        </w:rPr>
        <w:t>46:56  mujahid ne musa alaihi salam ke hawale se yeh naqal kiya ke unhone sawal kiya tha allah taala se ya rabbi ayy ibadak aghna a rab tumhare bando mein se kaun hai jo sab se zyada maldar hai be niaz hai</w:t>
      </w:r>
      <w:r>
        <w:br/>
      </w:r>
      <w:r>
        <w:rPr>
          <w:sz w:val="20"/>
        </w:rPr>
        <w:t>47:11  to us ne to Allah taala ne kaha in mein jo sab se zyada qana'at karne wala ho.</w:t>
      </w:r>
      <w:r>
        <w:br/>
      </w:r>
      <w:r>
        <w:rPr>
          <w:sz w:val="20"/>
        </w:rPr>
        <w:t>47:19  aur aap ne jo itminan ki baat kahi to us par ibrahim bin adam ka qaul shayad aap</w:t>
      </w:r>
      <w:r>
        <w:br/>
      </w:r>
      <w:r>
        <w:rPr>
          <w:sz w:val="20"/>
        </w:rPr>
        <w:t>47:28  ko yaad hoga ke unhone kaha tha ke "law ya'lamul muluku ma nahnu fihi lajadalu bis suyufi" ke</w:t>
      </w:r>
      <w:r>
        <w:br/>
      </w:r>
      <w:r>
        <w:rPr>
          <w:sz w:val="20"/>
        </w:rPr>
        <w:t>47:37  har agar hum jis itminan mein hain, agar badshah jaan le is itminan ko, to hum se jang</w:t>
      </w:r>
      <w:r>
        <w:br/>
      </w:r>
      <w:r>
        <w:rPr>
          <w:sz w:val="20"/>
        </w:rPr>
        <w:t>47:43  karein talwar ke zariye se taake hamare itminan ko chheen lein.</w:t>
      </w:r>
      <w:r>
        <w:br/>
      </w:r>
      <w:r>
        <w:rPr>
          <w:sz w:val="20"/>
        </w:rPr>
        <w:t>47:49  isi mein ek aur qissa batati hoon yeh to qissa hai yeh to sufi the to yeh real sense mein unhone yeh baat kahi hai</w:t>
      </w:r>
      <w:r>
        <w:br/>
      </w:r>
      <w:r>
        <w:rPr>
          <w:sz w:val="20"/>
        </w:rPr>
        <w:t>47:58  ek bade sufi the ibrahim ibn adam to ek qissa hai yeh ke ek badshah tha wo khush nahi rehta tha to us ne har taraf apne log bhej bhujaye</w:t>
      </w:r>
      <w:r>
        <w:br/>
      </w:r>
      <w:r>
        <w:rPr>
          <w:sz w:val="20"/>
        </w:rPr>
        <w:t>48:09  is se kisi ne kaha ke agar tum ek happy man ki shirt pehan lo to tum khush rahoge to ab us ne har taraf logon ko bheja ke koi happy man ho to us ki shirt le kar aao</w:t>
      </w:r>
      <w:r>
        <w:br/>
      </w:r>
      <w:r>
        <w:rPr>
          <w:sz w:val="20"/>
        </w:rPr>
        <w:t>48:20  aur koi kisi ne bhi nahi kaha ke main happy hoon finally us ne dekha ke ek tille par ek aadmi baitha hua hai wo us ke paas gaye ke tum khush ho</w:t>
      </w:r>
      <w:r>
        <w:br/>
      </w:r>
      <w:r>
        <w:rPr>
          <w:sz w:val="20"/>
        </w:rPr>
        <w:t>48:30  us ne kaha haan main khush hoon to us ne kaha ke tumhari shirt badshah ko chahiye us ne kaha mere paas shirt hi nahi hai to us ke paas koi tha hi nahi to us ke paas koi khatra nahi koi dar nahi</w:t>
      </w:r>
      <w:r>
        <w:br/>
      </w:r>
      <w:r>
        <w:rPr>
          <w:sz w:val="20"/>
        </w:rPr>
        <w:t>48:43  aur wo sukoon mein hoga aadmi ke paas hota hai to us ko aur zyada pareshaniyan hoti hain doctor najma siddiqui ne aaj ki talk par comment kiya hai very important and informative jazak allah</w:t>
      </w:r>
      <w:r>
        <w:br/>
      </w:r>
      <w:r>
        <w:rPr>
          <w:sz w:val="20"/>
        </w:rPr>
        <w:t>49:00  maulana syed iqbal ahmad umri ne likha hai apa aap ne antum aalam bi umr dunyakum wali hadith ko bohat achhi tarah wazeh kiya ke rasool allah salallaho alaihi wasallam ne duniya ki taraqqi mein rukawat paida nahi ki aur yeh waqia is ki dalil hai</w:t>
      </w:r>
      <w:r>
        <w:br/>
      </w:r>
      <w:r>
        <w:rPr>
          <w:sz w:val="20"/>
        </w:rPr>
        <w:t>49:24  miss sofia akhtar bihar se likhti hain</w:t>
      </w:r>
      <w:r>
        <w:br/>
      </w:r>
      <w:r>
        <w:rPr>
          <w:sz w:val="20"/>
        </w:rPr>
        <w:t>49:27  bettrin, apa! very nice explanation of intellectual development by Islam in human history. ji in ka koe question hai aisa kyon hua ke musalman baad mein peechay ho gaye?</w:t>
      </w:r>
      <w:r>
        <w:br/>
      </w:r>
      <w:r>
        <w:rPr>
          <w:sz w:val="20"/>
        </w:rPr>
        <w:t>49:43  yehi sawal Maulana Imran Islahi sahib ne bhi ki hai new delhi se ke musalmanon ki ilmi taraqqi kyon ruk gayi, is ka sabab kya tha? asal mein itnay ziyada ikhtilafat thay, fiqhi ikhtilafat</w:t>
      </w:r>
    </w:p>
    <w:p>
      <w:pPr>
        <w:pStyle w:val="Heading2"/>
      </w:pPr>
      <w:r>
        <w:t>Why is tension so common today?</w:t>
      </w:r>
    </w:p>
    <w:p>
      <w:r>
        <w:rPr>
          <w:color w:val="666666"/>
          <w:sz w:val="18"/>
        </w:rPr>
        <w:t>Life &amp; Wisdom · Material Science and Spiritual Science 20 May 2012 · 1m 15s · at 1:00:30 · https://youtu.be/4K6CxjThlxQ?t=3630</w:t>
      </w:r>
    </w:p>
    <w:p>
      <w:r>
        <w:rPr>
          <w:i/>
        </w:rPr>
        <w:t>“In the past, we don't find any patient of tension, while today every person lives in tension. What could be the reason for this difference? If you meet someone who is in tension, ask them if it is due to some material cause.”</w:t>
      </w:r>
    </w:p>
    <w:p>
      <w:r>
        <w:rPr>
          <w:sz w:val="20"/>
        </w:rPr>
        <w:t>1:00:30  molana ye sawal aaya hai karachi pakistan se mister abdul latif sahib ka unhon ne likha hai sawa mein humein tension ka koi mareez nahi milta jabke aj ke daur ka har shakhs tension mein jeeta hai is farq ki kya wajah ho sakti hai</w:t>
      </w:r>
      <w:r>
        <w:br/>
      </w:r>
      <w:r>
        <w:rPr>
          <w:sz w:val="20"/>
        </w:rPr>
        <w:t>1:00:51  dekhein tension jo hai koi bhi jo aadi tension hai wo milta ho ap us se miliye us se puchiye</w:t>
      </w:r>
      <w:r>
        <w:br/>
      </w:r>
      <w:r>
        <w:rPr>
          <w:sz w:val="20"/>
        </w:rPr>
        <w:t>1:01:00  kisī ne kisī māddī sabab se hogā ṭenshan meñ ho</w:t>
      </w:r>
      <w:r>
        <w:br/>
      </w:r>
      <w:r>
        <w:rPr>
          <w:sz w:val="20"/>
        </w:rPr>
        <w:t>1:01:05  jannat kā fikr ṭenshan nahīñ paidā kartā agar ap ko bāt ākhirat ke fikr hote haiñ to ṭenshan</w:t>
      </w:r>
      <w:r>
        <w:br/>
      </w:r>
      <w:r>
        <w:rPr>
          <w:sz w:val="20"/>
        </w:rPr>
        <w:t>1:01:11  nahīñ āye gā</w:t>
      </w:r>
      <w:r>
        <w:br/>
      </w:r>
      <w:r>
        <w:rPr>
          <w:sz w:val="20"/>
        </w:rPr>
        <w:t>1:01:13  tijārat kā nuqsān miyāñ bīvī ke taluqāt hī ghar ghar ghar ke masāil</w:t>
      </w:r>
      <w:r>
        <w:br/>
      </w:r>
      <w:r>
        <w:rPr>
          <w:sz w:val="20"/>
        </w:rPr>
        <w:t>1:01:19  jo māddī masāil haiñ un ko le kar ṭenshan paidā hotā hai</w:t>
      </w:r>
      <w:r>
        <w:br/>
      </w:r>
      <w:r>
        <w:rPr>
          <w:sz w:val="20"/>
        </w:rPr>
        <w:t>1:01:24  to vah jo the sahāba un ke andar ākhirat orieṇṭeḍ thiñkiñg thī</w:t>
      </w:r>
      <w:r>
        <w:br/>
      </w:r>
      <w:r>
        <w:rPr>
          <w:sz w:val="20"/>
        </w:rPr>
        <w:t>1:01:31  dunya oriented thinking thi nahi in ke andar to sach poochhiye to tension naam hai dunya oriented thinking</w:t>
      </w:r>
      <w:r>
        <w:br/>
      </w:r>
      <w:r>
        <w:rPr>
          <w:sz w:val="20"/>
        </w:rPr>
        <w:t>1:01:37  ka aur tension free hone ka raaz kya hai aap ban jayen akhirat oriented thinker</w:t>
      </w:r>
    </w:p>
    <w:p>
      <w:pPr>
        <w:pStyle w:val="Heading2"/>
      </w:pPr>
      <w:r>
        <w:t>Why man lacks inquiry about death</w:t>
      </w:r>
    </w:p>
    <w:p>
      <w:r>
        <w:rPr>
          <w:color w:val="666666"/>
          <w:sz w:val="18"/>
        </w:rPr>
        <w:t>Life &amp; Wisdom · Concept of Death in Islam 26th Aug 12 SLOW · 3m 48s · at 7:32 · https://youtu.be/8dsos0OBM6M?t=452</w:t>
      </w:r>
    </w:p>
    <w:p>
      <w:r>
        <w:rPr>
          <w:i/>
        </w:rPr>
        <w:t>“After death is when the death is unknown, why is it that man does not use the spirit of inquiry to know about it?”</w:t>
      </w:r>
    </w:p>
    <w:p>
      <w:r>
        <w:rPr>
          <w:sz w:val="20"/>
        </w:rPr>
        <w:t>7:32  Maulana, agla sawal Tamil Nadu se hai Maulana Iqbal Umri sahab ka. unhon ne likha hai: "After death is when the death is unknown, why is it that man does not use the spirit of inquiry to know about it? "</w:t>
      </w:r>
      <w:r>
        <w:br/>
      </w:r>
      <w:r>
        <w:rPr>
          <w:sz w:val="20"/>
        </w:rPr>
        <w:t>7:51  yehi to sab se bara kami hai ke aadmi ko to spirit of inquiry jaagna chahiye.</w:t>
      </w:r>
      <w:r>
        <w:br/>
      </w:r>
      <w:r>
        <w:rPr>
          <w:sz w:val="20"/>
        </w:rPr>
        <w:t>7:57  kuch logon ko to jaagti hai, jaise ke hum ne kuch misalein di hain aap ko.</w:t>
      </w:r>
      <w:r>
        <w:br/>
      </w:r>
      <w:r>
        <w:rPr>
          <w:sz w:val="20"/>
        </w:rPr>
        <w:t>8:04  beshtar log to bhoolay rehte hain, bhoolay rehte hain, bhoolay rehte hain.</w:t>
      </w:r>
      <w:r>
        <w:br/>
      </w:r>
      <w:r>
        <w:rPr>
          <w:sz w:val="20"/>
        </w:rPr>
        <w:t>8:11  to pehle zamane mein jab ke log kehte the ke aadmi mar gaya, bas khatam ho gaya.</w:t>
      </w:r>
      <w:r>
        <w:br/>
      </w:r>
      <w:r>
        <w:rPr>
          <w:sz w:val="20"/>
        </w:rPr>
        <w:t>8:18  ab to jo science ne nayi baatein batai hain, is mein yeh baat sabit ho jati hai ke</w:t>
      </w:r>
      <w:r>
        <w:br/>
      </w:r>
      <w:r>
        <w:rPr>
          <w:sz w:val="20"/>
        </w:rPr>
        <w:t>8:25  maut jism par hoti hai, asal insaan par nahi hoti.</w:t>
      </w:r>
      <w:r>
        <w:br/>
      </w:r>
      <w:r>
        <w:rPr>
          <w:sz w:val="20"/>
        </w:rPr>
        <w:t>8:32  asal insaan par nahi hoti.</w:t>
      </w:r>
      <w:r>
        <w:br/>
      </w:r>
      <w:r>
        <w:rPr>
          <w:sz w:val="20"/>
        </w:rPr>
        <w:t>8:39  jo hamari asal personality hai, woh yeh jism nahi hai.</w:t>
      </w:r>
      <w:r>
        <w:br/>
      </w:r>
      <w:r>
        <w:rPr>
          <w:sz w:val="20"/>
        </w:rPr>
        <w:t>8:46  asal personality to yani bayan jism ke bayan hai.</w:t>
      </w:r>
      <w:r>
        <w:br/>
      </w:r>
      <w:r>
        <w:rPr>
          <w:sz w:val="20"/>
        </w:rPr>
        <w:t>8:53  to ek scientist ne is ko is tareeqe se kaha ke "Personality is a changelessness in change." "Personality</w:t>
      </w:r>
      <w:r>
        <w:br/>
      </w:r>
      <w:r>
        <w:rPr>
          <w:sz w:val="20"/>
        </w:rPr>
        <w:t>9:00  is a changelessness in change." yani insaan ki jo shakhsiyat hai, woh badalti hui, yani badalte hue ke</w:t>
      </w:r>
      <w:r>
        <w:br/>
      </w:r>
      <w:r>
        <w:rPr>
          <w:sz w:val="20"/>
        </w:rPr>
        <w:t>9:07  andar ek na badalne wali cheez hai.</w:t>
      </w:r>
      <w:r>
        <w:br/>
      </w:r>
      <w:r>
        <w:rPr>
          <w:sz w:val="20"/>
        </w:rPr>
        <w:t>9:14  kyun ke aap jante hain ke cell toot te rehte hain.</w:t>
      </w:r>
      <w:r>
        <w:br/>
      </w:r>
      <w:r>
        <w:rPr>
          <w:sz w:val="20"/>
        </w:rPr>
        <w:t>9:21  hamare jism mein har waqt cell bante hain, har waqt toot te hain.</w:t>
      </w:r>
      <w:r>
        <w:br/>
      </w:r>
      <w:r>
        <w:rPr>
          <w:sz w:val="20"/>
        </w:rPr>
        <w:t>9:28  to cell par maut waqe hoti hai.</w:t>
      </w:r>
      <w:r>
        <w:br/>
      </w:r>
      <w:r>
        <w:rPr>
          <w:sz w:val="20"/>
        </w:rPr>
        <w:t>9:35  jism ka jo cell hai, us par maut waqe hoti hai.</w:t>
      </w:r>
      <w:r>
        <w:br/>
      </w:r>
      <w:r>
        <w:rPr>
          <w:sz w:val="20"/>
        </w:rPr>
        <w:t>9:42  asal asal personality wohi waqti rehti hai.</w:t>
      </w:r>
      <w:r>
        <w:br/>
      </w:r>
      <w:r>
        <w:rPr>
          <w:sz w:val="20"/>
        </w:rPr>
        <w:t>9:49  is ke mani is se sabit hua ke maut shakhsiyat ka khatma nahi hai, yeh zahiri jism ka khatma hai.</w:t>
      </w:r>
      <w:r>
        <w:br/>
      </w:r>
      <w:r>
        <w:rPr>
          <w:sz w:val="20"/>
        </w:rPr>
        <w:t>9:56  to ab to bohat socha jaye, aadmi ek jab meri shakhsiyat yeh baqi rehne wali hai to tehqeeq</w:t>
      </w:r>
      <w:r>
        <w:br/>
      </w:r>
      <w:r>
        <w:rPr>
          <w:sz w:val="20"/>
        </w:rPr>
        <w:t>10:03  kare, aadmi parhe, study kare.</w:t>
      </w:r>
      <w:r>
        <w:br/>
      </w:r>
      <w:r>
        <w:rPr>
          <w:sz w:val="20"/>
        </w:rPr>
        <w:t>10:10  aur jo aadmi bhi hadith arabi mein ek fasal hai ke "man jadd wajad" .</w:t>
      </w:r>
      <w:r>
        <w:br/>
      </w:r>
      <w:r>
        <w:rPr>
          <w:sz w:val="20"/>
        </w:rPr>
        <w:t>10:17  jo koshish karta hai, woh zaroor pata hai.</w:t>
      </w:r>
      <w:r>
        <w:br/>
      </w:r>
      <w:r>
        <w:rPr>
          <w:sz w:val="20"/>
        </w:rPr>
        <w:t>10:24  to agar aadmi sincerely tehqeeq kare is baat ki to zaroor woh pa le ga ke maut ke</w:t>
      </w:r>
      <w:r>
        <w:br/>
      </w:r>
      <w:r>
        <w:rPr>
          <w:sz w:val="20"/>
        </w:rPr>
        <w:t>10:31  baad kya hai.</w:t>
      </w:r>
      <w:r>
        <w:br/>
      </w:r>
      <w:r>
        <w:rPr>
          <w:sz w:val="20"/>
        </w:rPr>
        <w:t>10:38  lekin log bhule rehte hain, waqti jo distractions hote rehte hain, waqti isi mein phanse rehte hain aur</w:t>
      </w:r>
      <w:r>
        <w:br/>
      </w:r>
      <w:r>
        <w:rPr>
          <w:sz w:val="20"/>
        </w:rPr>
        <w:t>10:45  soch nahi paate.</w:t>
      </w:r>
      <w:r>
        <w:br/>
      </w:r>
      <w:r>
        <w:rPr>
          <w:sz w:val="20"/>
        </w:rPr>
        <w:t>10:52  aap logon ka yani hamara mission jo hai, is ka yahi kaam hi yahi hai ke logon ko</w:t>
      </w:r>
      <w:r>
        <w:br/>
      </w:r>
      <w:r>
        <w:rPr>
          <w:sz w:val="20"/>
        </w:rPr>
        <w:t>10:59  yaad dilaye, yeh yaad dilaye ke bajaye is liye ke aap aaj mein itna phanse, itna phanse ke</w:t>
      </w:r>
      <w:r>
        <w:br/>
      </w:r>
      <w:r>
        <w:rPr>
          <w:sz w:val="20"/>
        </w:rPr>
        <w:t>11:06  soch na saken kal ke liye, to kal ke liye socheye ke kyunke kal hi jo hai, woh</w:t>
      </w:r>
      <w:r>
        <w:br/>
      </w:r>
      <w:r>
        <w:rPr>
          <w:sz w:val="20"/>
        </w:rPr>
        <w:t>11:13  eternally baqi rehne wala hai ab aap ke liye.</w:t>
      </w:r>
      <w:r>
        <w:br/>
      </w:r>
      <w:r>
        <w:rPr>
          <w:sz w:val="20"/>
        </w:rPr>
        <w:t>11:20  maulana, agla sawal miss fatima sarah ka hai bangalore se.</w:t>
      </w:r>
    </w:p>
    <w:p>
      <w:pPr>
        <w:pStyle w:val="Heading2"/>
      </w:pPr>
      <w:r>
        <w:t>Why not remove causes of worry from life?</w:t>
      </w:r>
    </w:p>
    <w:p>
      <w:r>
        <w:rPr>
          <w:color w:val="666666"/>
          <w:sz w:val="18"/>
        </w:rPr>
        <w:t>Life &amp; Wisdom · Quran for All Mankind June 3, 2012 · 1m 41s · at 1:01:40 · https://youtu.be/Gp-53Zjugcg?t=3700</w:t>
      </w:r>
    </w:p>
    <w:p>
      <w:r>
        <w:rPr>
          <w:i/>
        </w:rPr>
        <w:t>“Why don't people remove from their lives those things that cause them worry and stress? Please explain. Also, in which book are these things written?”</w:t>
      </w:r>
    </w:p>
    <w:p>
      <w:r>
        <w:rPr>
          <w:sz w:val="20"/>
        </w:rPr>
        <w:t>1:01:40  unhon ne likha hai ke "jo log zaroorat aur hiras ke darmiyan farq nahi paate, wohi log sab se zyada tension aur stress mein jeetay hain." Maulana sahib, mera sawal yeh hai ke aakhir jo cheezein logon ki pareshani aur stress ka sabab hain, woh cheezein log apni zindagi se door kyun nahi kar letay?</w:t>
      </w:r>
      <w:r>
        <w:br/>
      </w:r>
      <w:r>
        <w:rPr>
          <w:sz w:val="20"/>
        </w:rPr>
        <w:t>1:02:04  is ke baray mein batayein. logon ko maloom hi nahi hai. hamaray mission ke bahar kabhi kisi ne kuch bataya bhi nahi.</w:t>
      </w:r>
      <w:r>
        <w:br/>
      </w:r>
      <w:r>
        <w:rPr>
          <w:sz w:val="20"/>
        </w:rPr>
        <w:t>1:02:10  mujhe batayein, kaun si kitaab mein yeh baatein likhi hui hain ya kahan hai ke taqreeban log yeh baatein kehtay hain? hamaray mission mein pehli baar yeh baat batai ja rahi hai.</w:t>
      </w:r>
      <w:r>
        <w:br/>
      </w:r>
      <w:r>
        <w:rPr>
          <w:sz w:val="20"/>
        </w:rPr>
        <w:t>1:02:21  to aap hamaray mission mein jo baatein kahein, un ko aam kijiye. yeh jo lecture hota hai, is lecture ko logon ko sunwaiye kyunke is ka CD hota hai, internet pe woh maujood rehta hai.</w:t>
      </w:r>
      <w:r>
        <w:br/>
      </w:r>
      <w:r>
        <w:rPr>
          <w:sz w:val="20"/>
        </w:rPr>
        <w:t>1:02:34  woh kitaabein parhwaiye. haqeeqat yeh hai ke log be-khabar hain baaton se.</w:t>
      </w:r>
      <w:r>
        <w:br/>
      </w:r>
      <w:r>
        <w:rPr>
          <w:sz w:val="20"/>
        </w:rPr>
        <w:t>1:02:41  kisi ko khabar nahi siwaye is ke ke kuch rasmi aamaal jantay hain. rasmi aamaal jitni bhi tehreekein aap ke samnay chal rahi hain, kisi tehreek mein art of thinking par koi zor hi nahi hai,</w:t>
      </w:r>
      <w:r>
        <w:br/>
      </w:r>
      <w:r>
        <w:rPr>
          <w:sz w:val="20"/>
        </w:rPr>
        <w:t>1:02:56  tafakkir par koi zor hi nahi hai, soch badalnay par koi zor hi nahi hai. kuch chali chalai baatein hain, isi ki dham machatay hain log, bheerh akatha kartay hain.</w:t>
      </w:r>
      <w:r>
        <w:br/>
      </w:r>
      <w:r>
        <w:rPr>
          <w:sz w:val="20"/>
        </w:rPr>
        <w:t>1:03:07  yehi hamari tehreek jamaatein hain.</w:t>
      </w:r>
      <w:r>
        <w:br/>
      </w:r>
      <w:r>
        <w:rPr>
          <w:sz w:val="20"/>
        </w:rPr>
        <w:t>1:03:10  to aap hamari kitaabein parhwaiye, hamaray kahein logon ko sunwaiye. yehi hal hai aur koi doosra hal nahi hai.</w:t>
      </w:r>
    </w:p>
    <w:p>
      <w:pPr>
        <w:pStyle w:val="Heading2"/>
      </w:pPr>
      <w:r>
        <w:t>Why people cannot combine two capacities</w:t>
      </w:r>
    </w:p>
    <w:p>
      <w:r>
        <w:rPr>
          <w:color w:val="666666"/>
          <w:sz w:val="18"/>
        </w:rPr>
        <w:t>Life &amp; Wisdom · The Character of a Dayee 4 March 2012 - Maulana Wahiduddin Khan · 1m 41s · at 1:17:25 · https://youtu.be/YtavJpVNbEM?t=4645</w:t>
      </w:r>
    </w:p>
    <w:p>
      <w:r>
        <w:rPr>
          <w:i/>
        </w:rPr>
        <w:t>“You said that Allah has given man the ability to combine two capacities. What is the reason that people are not able to combine these two capacities?”</w:t>
      </w:r>
    </w:p>
    <w:p>
      <w:r>
        <w:rPr>
          <w:sz w:val="20"/>
        </w:rPr>
        <w:t>1:17:25  molana, agla sawal misster muhammad adil sahib ka hai dilli se. unhon ne likha hai: "molana, aap ne kaha ke Allah ne insan ko do capacities ek sath jama karne ki salahiyat di hai."</w:t>
      </w:r>
      <w:r>
        <w:br/>
      </w:r>
      <w:r>
        <w:rPr>
          <w:sz w:val="20"/>
        </w:rPr>
        <w:t>1:17:39  woh kya wajah hai ke log in do salahiyaton ko aik saath jama nahi kar paate?</w:t>
      </w:r>
      <w:r>
        <w:br/>
      </w:r>
      <w:r>
        <w:rPr>
          <w:sz w:val="20"/>
        </w:rPr>
        <w:t>1:17:53  quran mein hai ke: "tum log ajila ko pasand karte ho aur akhirat ko bhula rakha hai tum ne." toh aaj ke faide mein, aaj ka jo faida hai, toh aaj ka faida sach kar bolne se mila hai, jhoot bolne ke mila hai, jaise bhi mila hai, is mein log phanse hue hain.</w:t>
      </w:r>
      <w:r>
        <w:br/>
      </w:r>
      <w:r>
        <w:rPr>
          <w:sz w:val="20"/>
        </w:rPr>
        <w:t>1:18:11  aur akhirat ka jo faida hai, woh is ko bhule hue hain. isi se aadmi ke andar sachai aati hai, aala character aata hai.</w:t>
      </w:r>
      <w:r>
        <w:br/>
      </w:r>
      <w:r>
        <w:rPr>
          <w:sz w:val="20"/>
        </w:rPr>
        <w:t>1:18:20  saare jo positive awsaf hote hain, jo saare saare positive awsaf hain, woh is waqt aate hain jab akhirat ko le ke koi goal aap ne banaya ho.</w:t>
      </w:r>
      <w:r>
        <w:br/>
      </w:r>
      <w:r>
        <w:rPr>
          <w:sz w:val="20"/>
        </w:rPr>
        <w:t>1:18:29  jab dunya ka goal banayenge toh yahi sab hoga.</w:t>
      </w:r>
      <w:r>
        <w:br/>
      </w:r>
      <w:r>
        <w:rPr>
          <w:sz w:val="20"/>
        </w:rPr>
        <w:t>1:18:32  selfishness aayega aur cheap tareeqe istemal karenge, jhoot bolenge, kamina pan dikhayenge. toh jo dunya ka jo goal banayega, us ke yeh sab baatein us ke andar paida hongi.</w:t>
      </w:r>
      <w:r>
        <w:br/>
      </w:r>
      <w:r>
        <w:rPr>
          <w:sz w:val="20"/>
        </w:rPr>
        <w:t>1:18:49  toh is ki hal hai ke aadmi akhirat ko goal banaye, yaani jo jo eternity hai, us ko goal banaye. toh is se aala awsaf paida honge.</w:t>
      </w:r>
      <w:r>
        <w:br/>
      </w:r>
      <w:r>
        <w:rPr>
          <w:sz w:val="20"/>
        </w:rPr>
        <w:t>1:19:01  yeh mein samajh samjhaun is ko.</w:t>
      </w:r>
    </w:p>
    <w:p>
      <w:pPr>
        <w:pStyle w:val="Heading2"/>
      </w:pPr>
      <w:r>
        <w:t>Why people indifferent to earthquakes?</w:t>
      </w:r>
    </w:p>
    <w:p>
      <w:r>
        <w:rPr>
          <w:color w:val="666666"/>
          <w:sz w:val="18"/>
        </w:rPr>
        <w:t>Life &amp; Wisdom · Paradise as a Goal April 26, 2015 · 5m 12s · at 45:38 · https://youtu.be/hnHqhmSJZXA?t=2738</w:t>
      </w:r>
    </w:p>
    <w:p>
      <w:r>
        <w:rPr>
          <w:i/>
        </w:rPr>
        <w:t>“Why are people so engrossed in their worldly activities that even a 7.8 magnitude earthquake does not affect them?”</w:t>
      </w:r>
    </w:p>
    <w:p>
      <w:r>
        <w:rPr>
          <w:sz w:val="20"/>
        </w:rPr>
        <w:t>45:38  hai unhone agla sawal kiya hai doctor Fareeda khanam ne Delhi se</w:t>
      </w:r>
      <w:r>
        <w:br/>
      </w:r>
      <w:r>
        <w:rPr>
          <w:sz w:val="20"/>
        </w:rPr>
        <w:t>45:48  People are so engrossed in their worldly activities</w:t>
      </w:r>
      <w:r>
        <w:br/>
      </w:r>
      <w:r>
        <w:rPr>
          <w:sz w:val="20"/>
        </w:rPr>
        <w:t>45:52  that even an earth quake of 78</w:t>
      </w:r>
      <w:r>
        <w:br/>
      </w:r>
      <w:r>
        <w:rPr>
          <w:sz w:val="20"/>
        </w:rPr>
        <w:t>45:55  8 intensity does not jolt them out of their forgetfulness. Then how can we succeed in making them realize the importance of personality development, which alone can lead them to paradise?</w:t>
      </w:r>
      <w:r>
        <w:br/>
      </w:r>
      <w:r>
        <w:rPr>
          <w:sz w:val="20"/>
        </w:rPr>
        <w:t>46:11  dies dekhiye hamein mass level par</w:t>
      </w:r>
      <w:r>
        <w:br/>
      </w:r>
      <w:r>
        <w:rPr>
          <w:sz w:val="20"/>
        </w:rPr>
        <w:t>46:16  kal parson ek saath mulaqat hui is tarah ki baat hui to main ne kaha ke dekhein</w:t>
      </w:r>
      <w:r>
        <w:br/>
      </w:r>
      <w:r>
        <w:rPr>
          <w:sz w:val="20"/>
        </w:rPr>
        <w:t>46:22  dawat ka kaam hota hai mass level par</w:t>
      </w:r>
      <w:r>
        <w:br/>
      </w:r>
      <w:r>
        <w:rPr>
          <w:sz w:val="20"/>
        </w:rPr>
        <w:t>46:27  dawat ka kaam mass level par hota hai lekin result jo hai result woh individual level milta hai</w:t>
      </w:r>
      <w:r>
        <w:br/>
      </w:r>
      <w:r>
        <w:rPr>
          <w:sz w:val="20"/>
        </w:rPr>
        <w:t>46:36  Baat to aap se sab se kahiye lekin sirf koi kuch individual bhi le gaye jo aap ki</w:t>
      </w:r>
      <w:r>
        <w:br/>
      </w:r>
      <w:r>
        <w:rPr>
          <w:sz w:val="20"/>
        </w:rPr>
        <w:t>46:41  baat se asar lein aur apne andar koi change laein yeh hamesha hua hai yeh farq hamesha janna</w:t>
      </w:r>
      <w:r>
        <w:br/>
      </w:r>
      <w:r>
        <w:rPr>
          <w:sz w:val="20"/>
        </w:rPr>
        <w:t>46:48  chahiye ke dawat ya tabligh ka kaam hota hai mass level par lekin result hamesha nikalta hai individual</w:t>
      </w:r>
      <w:r>
        <w:br/>
      </w:r>
      <w:r>
        <w:rPr>
          <w:sz w:val="20"/>
        </w:rPr>
        <w:t>46:56  level par yeh agar soch ho to aadmi</w:t>
      </w:r>
      <w:r>
        <w:br/>
      </w:r>
      <w:r>
        <w:rPr>
          <w:sz w:val="20"/>
        </w:rPr>
        <w:t>47:02  yani is qism ka tasawwur is ke zehan mein nahi aayega Maulana yeh agla question kya hai</w:t>
      </w:r>
      <w:r>
        <w:br/>
      </w:r>
      <w:r>
        <w:rPr>
          <w:sz w:val="20"/>
        </w:rPr>
        <w:t>47:10  ڈاکٹر سنجے نے Delhi سے reason and intuition</w:t>
      </w:r>
      <w:r>
        <w:br/>
      </w:r>
      <w:r>
        <w:rPr>
          <w:sz w:val="20"/>
        </w:rPr>
        <w:t>47:16  How to decide what is right reason</w:t>
      </w:r>
      <w:r>
        <w:br/>
      </w:r>
      <w:r>
        <w:rPr>
          <w:sz w:val="20"/>
        </w:rPr>
        <w:t>47:19  Because right may be different for different people</w:t>
      </w:r>
      <w:r>
        <w:br/>
      </w:r>
      <w:r>
        <w:rPr>
          <w:sz w:val="20"/>
        </w:rPr>
        <w:t>47:25  dekhiye ek hai sanjidgi sincerity</w:t>
      </w:r>
      <w:r>
        <w:br/>
      </w:r>
      <w:r>
        <w:rPr>
          <w:sz w:val="20"/>
        </w:rPr>
        <w:t>47:31  aur ek hai yani</w:t>
      </w:r>
      <w:r>
        <w:br/>
      </w:r>
      <w:r>
        <w:rPr>
          <w:sz w:val="20"/>
        </w:rPr>
        <w:t>47:36  bahs karna to jo bahs kare us ke hisab se tautology aayegi tautology us ko kehte hain</w:t>
      </w:r>
      <w:r>
        <w:br/>
      </w:r>
      <w:r>
        <w:rPr>
          <w:sz w:val="20"/>
        </w:rPr>
        <w:t>47:43  bahs karega bahs karega bahs karega koi na koi technical baat mil jayegi us</w:t>
      </w:r>
      <w:r>
        <w:br/>
      </w:r>
      <w:r>
        <w:rPr>
          <w:sz w:val="20"/>
        </w:rPr>
        <w:t>47:48  se woh doosri baat ko refute kar de</w:t>
      </w:r>
      <w:r>
        <w:br/>
      </w:r>
      <w:r>
        <w:rPr>
          <w:sz w:val="20"/>
        </w:rPr>
        <w:t>47:51  to dekhein is maamle mein koi compulsive reason nahi hai</w:t>
      </w:r>
      <w:r>
        <w:br/>
      </w:r>
      <w:r>
        <w:rPr>
          <w:sz w:val="20"/>
        </w:rPr>
        <w:t>47:59  aadmi ko khud janna padta hai ke kaun si baat mujhe</w:t>
      </w:r>
      <w:r>
        <w:br/>
      </w:r>
      <w:r>
        <w:rPr>
          <w:sz w:val="20"/>
        </w:rPr>
        <w:t>48:04  reason ke mutabiq hai kaun si reason ke mutabiq nahi yeh khud apne apna yani intellectual development se</w:t>
      </w:r>
      <w:r>
        <w:br/>
      </w:r>
      <w:r>
        <w:rPr>
          <w:sz w:val="20"/>
        </w:rPr>
        <w:t>48:11  aadmi pahunchta hai is baat ko</w:t>
      </w:r>
      <w:r>
        <w:br/>
      </w:r>
      <w:r>
        <w:rPr>
          <w:sz w:val="20"/>
        </w:rPr>
        <w:t>48:14  yeh koi do do chaar ki tarah nahi hai ke hum bahar se us ko impose kar dein</w:t>
      </w:r>
      <w:r>
        <w:br/>
      </w:r>
      <w:r>
        <w:rPr>
          <w:sz w:val="20"/>
        </w:rPr>
        <w:t>48:19  aadmi maane to maane maane to milega us ko nahi to nahi milega</w:t>
      </w:r>
      <w:r>
        <w:br/>
      </w:r>
      <w:r>
        <w:rPr>
          <w:sz w:val="20"/>
        </w:rPr>
        <w:t>48:24  yeh kaha jata hai ke maano to dev nahi to pathar</w:t>
      </w:r>
      <w:r>
        <w:br/>
      </w:r>
      <w:r>
        <w:rPr>
          <w:sz w:val="20"/>
        </w:rPr>
        <w:t>48:28  to sach yeh self discovery ki baat hai</w:t>
      </w:r>
      <w:r>
        <w:br/>
      </w:r>
      <w:r>
        <w:rPr>
          <w:sz w:val="20"/>
        </w:rPr>
        <w:t>48:33  aur self discovery hoti hai hamesha sincerity jis ke andar bohat zyada ho tab hoti hai</w:t>
      </w:r>
      <w:r>
        <w:br/>
      </w:r>
      <w:r>
        <w:rPr>
          <w:sz w:val="20"/>
        </w:rPr>
        <w:t>48:40  to behal yeh baat jo hai upar se bahar se hum impose nahi kar sakte</w:t>
      </w:r>
      <w:r>
        <w:br/>
      </w:r>
      <w:r>
        <w:rPr>
          <w:sz w:val="20"/>
        </w:rPr>
        <w:t>48:47  do do chaar ki tarah jo aadmi sincere hoga woh zaroor pahunch jayega wahan tak dekhein sincerity</w:t>
      </w:r>
      <w:r>
        <w:br/>
      </w:r>
      <w:r>
        <w:rPr>
          <w:sz w:val="20"/>
        </w:rPr>
        <w:t>48:54  hamesha right way mein guide guide karti hai aur sensitivity na ho to aadmi bhatakta hai idhar udhar</w:t>
      </w:r>
      <w:r>
        <w:br/>
      </w:r>
      <w:r>
        <w:rPr>
          <w:sz w:val="20"/>
        </w:rPr>
        <w:t>49:05  Maulana sahib yeh agla question kya hai Maulana Iqbal Umri ne Chennai se</w:t>
      </w:r>
      <w:r>
        <w:br/>
      </w:r>
      <w:r>
        <w:rPr>
          <w:sz w:val="20"/>
        </w:rPr>
        <w:t>49:11  مولانا کائناتی یونیورسل پرابلم کو intervention of God ہے ڈسکور کرنے کے بجائے if there is God then</w:t>
      </w:r>
      <w:r>
        <w:br/>
      </w:r>
      <w:r>
        <w:rPr>
          <w:sz w:val="20"/>
        </w:rPr>
        <w:t>49:21  why man management like this insaan kyun samajhta hai</w:t>
      </w:r>
      <w:r>
        <w:br/>
      </w:r>
      <w:r>
        <w:rPr>
          <w:sz w:val="20"/>
        </w:rPr>
        <w:t>49:28  mus management nahi yeh to mein ne kaha hai ke warning hoti hai</w:t>
      </w:r>
      <w:r>
        <w:br/>
      </w:r>
      <w:r>
        <w:rPr>
          <w:sz w:val="20"/>
        </w:rPr>
        <w:t>49:32  mus management ho to sari kainaat mein numerestars planet hai woh sab takra jayen apas mein</w:t>
      </w:r>
      <w:r>
        <w:br/>
      </w:r>
      <w:r>
        <w:rPr>
          <w:sz w:val="20"/>
        </w:rPr>
        <w:t>49:40  yeh to bohat tiny waqia hai yani billion trillion ke mein bhi aik se kam hai</w:t>
      </w:r>
      <w:r>
        <w:br/>
      </w:r>
      <w:r>
        <w:rPr>
          <w:sz w:val="20"/>
        </w:rPr>
        <w:t>49:47  yani poori universe ke lehaz dekha jaye to be shumar waqiat hain wahan yeh sab baatein nahi hain</w:t>
      </w:r>
      <w:r>
        <w:br/>
      </w:r>
      <w:r>
        <w:rPr>
          <w:sz w:val="20"/>
        </w:rPr>
        <w:t>49:55  bohat choti si zameen par aisa hota hai</w:t>
      </w:r>
      <w:r>
        <w:br/>
      </w:r>
      <w:r>
        <w:rPr>
          <w:sz w:val="20"/>
        </w:rPr>
        <w:t>49:59  to jo zyada yani more than one percent jo hai kainaat wahan to bilkul precise way mein har</w:t>
      </w:r>
      <w:r>
        <w:br/>
      </w:r>
      <w:r>
        <w:rPr>
          <w:sz w:val="20"/>
        </w:rPr>
        <w:t>50:06  cheez ho rahi hai more than 99 percent jo hissa hai universe ka wahan to har cheez bilkul</w:t>
      </w:r>
      <w:r>
        <w:br/>
      </w:r>
      <w:r>
        <w:rPr>
          <w:sz w:val="20"/>
        </w:rPr>
        <w:t>50:12  theek ho rahi hai yani more than 99 percent mein aur less than one percent ka jo hissa</w:t>
      </w:r>
      <w:r>
        <w:br/>
      </w:r>
      <w:r>
        <w:rPr>
          <w:sz w:val="20"/>
        </w:rPr>
        <w:t>50:18  hai wahan par aise kuch waqiat hote hain kabhi koi</w:t>
      </w:r>
      <w:r>
        <w:br/>
      </w:r>
      <w:r>
        <w:rPr>
          <w:sz w:val="20"/>
        </w:rPr>
        <w:t>50:22  to yeh khuda par is se blame nahi aata yeh sochna parta hai ke jo khuda itne bare</w:t>
      </w:r>
      <w:r>
        <w:br/>
      </w:r>
      <w:r>
        <w:rPr>
          <w:sz w:val="20"/>
        </w:rPr>
        <w:t>50:29  peymane par bohat hi</w:t>
      </w:r>
      <w:r>
        <w:br/>
      </w:r>
      <w:r>
        <w:rPr>
          <w:sz w:val="20"/>
        </w:rPr>
        <w:t>50:33  precise mein har cheez ko manage kar raha hai woh aik chote se maqam par aisa kyun</w:t>
      </w:r>
      <w:r>
        <w:br/>
      </w:r>
      <w:r>
        <w:rPr>
          <w:sz w:val="20"/>
        </w:rPr>
        <w:t>50:38  us ne pasand kiya to is ka jawab yeh hai ke woh warning ke liye lesson ke liye</w:t>
      </w:r>
      <w:r>
        <w:br/>
      </w:r>
      <w:r>
        <w:rPr>
          <w:sz w:val="20"/>
        </w:rPr>
        <w:t>50:45  taake insaan jo so raha hai woh jaag woh jaag uthe</w:t>
      </w:r>
    </w:p>
    <w:p>
      <w:pPr>
        <w:pStyle w:val="Heading2"/>
      </w:pPr>
      <w:r>
        <w:t>Why people miss good intentions behind criticism</w:t>
      </w:r>
    </w:p>
    <w:p>
      <w:r>
        <w:rPr>
          <w:color w:val="666666"/>
          <w:sz w:val="18"/>
        </w:rPr>
        <w:t>Life &amp; Wisdom · Lessons and Experiences May 22, 2011 Maulana Wahiduddin Khan · 23m 53s · at 59:46 · https://youtu.be/j4Qx-MsDQWc?t=3586</w:t>
      </w:r>
    </w:p>
    <w:p>
      <w:r>
        <w:rPr>
          <w:i/>
        </w:rPr>
        <w:t>“Why do people not understand the good intentions behind speaking against their favor?”</w:t>
      </w:r>
    </w:p>
    <w:p>
      <w:r>
        <w:rPr>
          <w:sz w:val="20"/>
        </w:rPr>
        <w:t>59:46  Maulana yeh sawal aaya hai Ms Aarti Bhardwaj ka Delhi se. Unhon ne likha hai Maulana sahib why people do not understand the good intentions behind speaking against their favor.</w:t>
      </w:r>
      <w:r>
        <w:br/>
      </w:r>
      <w:r>
        <w:rPr>
          <w:sz w:val="20"/>
        </w:rPr>
        <w:t>1:00:03  Is ke bare mein batayein. Dekhiye yeh to aaj isi par maine kaha ke logon ki thinking jo hai woh develop nahi hoti hai.</w:t>
      </w:r>
      <w:r>
        <w:br/>
      </w:r>
      <w:r>
        <w:rPr>
          <w:sz w:val="20"/>
        </w:rPr>
        <w:t>1:00:15  Conditioned hote hain. Yani apne weakness ko jante nahi. Jaise maine khud apne bare mein kaha ke main apni is weakness ko nahi janta tha ke mujhe dawa kis tarah se khai jati hai woh janta nahi tha main.</w:t>
      </w:r>
      <w:r>
        <w:br/>
      </w:r>
      <w:r>
        <w:rPr>
          <w:sz w:val="20"/>
        </w:rPr>
        <w:t>1:00:36  Yeh mujhe yahi saada si baat hai bilkul saada si ke capsule munh mein aap dalein to kis tarah se is ko gale se utarein yeh janta nahi tha main.</w:t>
      </w:r>
      <w:r>
        <w:br/>
      </w:r>
      <w:r>
        <w:rPr>
          <w:sz w:val="20"/>
        </w:rPr>
        <w:t>1:00:46  To choti si baat mein jab itna aadmi conditioning ho jata hai to badi badi baaton mein kyun nahi hoga? To kisi insan ko bhi aap blame na dijiye.</w:t>
      </w:r>
      <w:r>
        <w:br/>
      </w:r>
      <w:r>
        <w:rPr>
          <w:sz w:val="20"/>
        </w:rPr>
        <w:t>1:01:00  Hamesha yeh sochiye ke is ki jo conditioning hai is ko kaise toda jaye. Is ko kaise de-condition kiya jaye.</w:t>
      </w:r>
      <w:r>
        <w:br/>
      </w:r>
      <w:r>
        <w:rPr>
          <w:sz w:val="20"/>
        </w:rPr>
        <w:t>1:01:10  Mujhe to bar bar tajurba yeh hua hai ke sara mamla hota hai conditioning ka.</w:t>
      </w:r>
      <w:r>
        <w:br/>
      </w:r>
      <w:r>
        <w:rPr>
          <w:sz w:val="20"/>
        </w:rPr>
        <w:t>1:01:16  Har aadmi kisi na kisi cheez mein conditioned rehta hai. Apne ghar mein apne mahol mein apne paros mein apne mulk mein.</w:t>
      </w:r>
      <w:r>
        <w:br/>
      </w:r>
      <w:r>
        <w:rPr>
          <w:sz w:val="20"/>
        </w:rPr>
        <w:t>1:01:27  Is conditioning ki wajah se is ki baaton ko samajh mein nahi aati.</w:t>
      </w:r>
      <w:r>
        <w:br/>
      </w:r>
      <w:r>
        <w:rPr>
          <w:sz w:val="20"/>
        </w:rPr>
        <w:t>1:01:33  To jab tak isi conditioning ko aap todein nahi</w:t>
      </w:r>
      <w:r>
        <w:br/>
      </w:r>
      <w:r>
        <w:rPr>
          <w:sz w:val="20"/>
        </w:rPr>
        <w:t>1:01:42  tab tak aap</w:t>
      </w:r>
      <w:r>
        <w:br/>
      </w:r>
      <w:r>
        <w:rPr>
          <w:sz w:val="20"/>
        </w:rPr>
        <w:t>1:01:46  is ko samjha nahi sakte.</w:t>
      </w:r>
      <w:r>
        <w:br/>
      </w:r>
      <w:r>
        <w:rPr>
          <w:sz w:val="20"/>
        </w:rPr>
        <w:t>1:01:55  To conditioning itni zyada yani</w:t>
      </w:r>
      <w:r>
        <w:br/>
      </w:r>
      <w:r>
        <w:rPr>
          <w:sz w:val="20"/>
        </w:rPr>
        <w:t>1:02:02  har aadmi ko ek condition ke case hai. Main samajhta hoon ke koi aadmi bhi aisa nahi hai jo conditioning conditioning case na ho.</w:t>
      </w:r>
      <w:r>
        <w:br/>
      </w:r>
      <w:r>
        <w:rPr>
          <w:sz w:val="20"/>
        </w:rPr>
        <w:t>1:02:13  To zindagi ka main samajhta hoon ke har aadmi yani condition ho hi jata hai. Mistake condition ho hi jata hai har aadmi.</w:t>
      </w:r>
      <w:r>
        <w:br/>
      </w:r>
      <w:r>
        <w:rPr>
          <w:sz w:val="20"/>
        </w:rPr>
        <w:t>1:02:22  To zindagi ki jo beginning hai yani zindagi ka jo starting point hai woh yahi hai ke aap ne apne ko de-condition karein.</w:t>
      </w:r>
      <w:r>
        <w:br/>
      </w:r>
      <w:r>
        <w:rPr>
          <w:sz w:val="20"/>
        </w:rPr>
        <w:t>1:02:31  Yani before de-conditioning your personality there is no beginning.</w:t>
      </w:r>
      <w:r>
        <w:br/>
      </w:r>
      <w:r>
        <w:rPr>
          <w:sz w:val="20"/>
        </w:rPr>
        <w:t>1:02:40  Yeh har aadmi mein main samajhta hoon ke is mein koi exception nahi hai.</w:t>
      </w:r>
      <w:r>
        <w:br/>
      </w:r>
      <w:r>
        <w:rPr>
          <w:sz w:val="20"/>
        </w:rPr>
        <w:t>1:02:45  To jis aadmi ko aap payein ke aisa hai to yeh sochiye ke is ki conditioning ko toda kaise jaye. Aur jaise hi aadmi ki condition ٹوٹتی hai woh aadmi samajh leta hai baat ko.</w:t>
      </w:r>
      <w:r>
        <w:br/>
      </w:r>
      <w:r>
        <w:rPr>
          <w:sz w:val="20"/>
        </w:rPr>
        <w:t>1:03:00  Mujhe to bar bar tajurba is ka hua. Yani yeh na samjhiye ke woh yani jaan boojh kar aisa kar raha hai.</w:t>
      </w:r>
      <w:r>
        <w:br/>
      </w:r>
      <w:r>
        <w:rPr>
          <w:sz w:val="20"/>
        </w:rPr>
        <w:t>1:03:09  Conditioning conditioning ki wajah se woh yani unaware hai apne khud apne weakness se.</w:t>
      </w:r>
      <w:r>
        <w:br/>
      </w:r>
      <w:r>
        <w:rPr>
          <w:sz w:val="20"/>
        </w:rPr>
        <w:t>1:03:19  To main yahi kahunga ke bajaye is aadmi ko blame dene ke aap sirf yeh kijiye ke yeh pata kijiye ke kaise is ki conditioning hui hai.</w:t>
      </w:r>
      <w:r>
        <w:br/>
      </w:r>
      <w:r>
        <w:rPr>
          <w:sz w:val="20"/>
        </w:rPr>
        <w:t>1:03:31  Is condition ko kaise toda ja sakta hai. Study karwayein aap is ko baat cheet karein is ko aap is ko koi nayi baat is ko samjhayein.</w:t>
      </w:r>
      <w:r>
        <w:br/>
      </w:r>
      <w:r>
        <w:rPr>
          <w:sz w:val="20"/>
        </w:rPr>
        <w:t>1:03:40  to hamare haan to yani bohat misalein hain sankron sankron misalein hain ke jab jab conditioning toot gayi aadmi ki to usi baat ko samajhne laga jo us ke pehle to samajh nahi pata tha wo.</w:t>
      </w:r>
      <w:r>
        <w:br/>
      </w:r>
      <w:r>
        <w:rPr>
          <w:sz w:val="20"/>
        </w:rPr>
        <w:t>1:03:57  to hum mein se har shakhs jo chahta hai logon ko theek karna us ko yeh jaanna chahiye ke us ke kaam ki jo beginning hai wo de-conditioning se hogi.</w:t>
      </w:r>
      <w:r>
        <w:br/>
      </w:r>
      <w:r>
        <w:rPr>
          <w:sz w:val="20"/>
        </w:rPr>
        <w:t>1:04:11  us ke baghair nahi ho sakti hai.</w:t>
      </w:r>
      <w:r>
        <w:br/>
      </w:r>
      <w:r>
        <w:rPr>
          <w:sz w:val="20"/>
        </w:rPr>
        <w:t>1:04:16  Miss Naghma Siddiqui ne Dilli se likha hai can you give a suggestion on how we can change our addiction؟</w:t>
      </w:r>
      <w:r>
        <w:br/>
      </w:r>
      <w:r>
        <w:rPr>
          <w:sz w:val="20"/>
        </w:rPr>
        <w:t>1:04:31  Big suggestion to</w:t>
      </w:r>
      <w:r>
        <w:br/>
      </w:r>
      <w:r>
        <w:rPr>
          <w:sz w:val="20"/>
        </w:rPr>
        <w:t>1:04:34  yahi hai ke khud sochiye aur doosra aadmi jab aap ko kuch bataye to us par dhyan dijiye.</w:t>
      </w:r>
      <w:r>
        <w:br/>
      </w:r>
      <w:r>
        <w:rPr>
          <w:sz w:val="20"/>
        </w:rPr>
        <w:t>1:04:43  us ko brush aside mat kijiye aksar aisa hota hai ke doosra aadmi jab aap ko dhyan dilata hai to aap us ko brush aside kar dete hain.</w:t>
      </w:r>
      <w:r>
        <w:br/>
      </w:r>
      <w:r>
        <w:rPr>
          <w:sz w:val="20"/>
        </w:rPr>
        <w:t>1:04:58  to aur koi tareeqa koi is mein koi koi bohat hi koi aur technical tareeqa to mein dene wala hoon is ka.</w:t>
      </w:r>
      <w:r>
        <w:br/>
      </w:r>
      <w:r>
        <w:rPr>
          <w:sz w:val="20"/>
        </w:rPr>
        <w:t>1:05:09  yeh hai ke aap introspection karein sochein apne bare mein aur is baat ko maan lein ke kai baatein aisi ho sakti hain jo hamare andar ho weakness hum jante bhi nahi ho ke wo weakness hai.</w:t>
      </w:r>
      <w:r>
        <w:br/>
      </w:r>
      <w:r>
        <w:rPr>
          <w:sz w:val="20"/>
        </w:rPr>
        <w:t>1:05:22  isi liye maine apni misaal de di khud apni misaal ke mere andar yeh weakness thi ke main pani peeta tha to sahi tareeqe se nahi peeta tha is liye dawa mere gale mein phans jati thi.</w:t>
      </w:r>
      <w:r>
        <w:br/>
      </w:r>
      <w:r>
        <w:rPr>
          <w:sz w:val="20"/>
        </w:rPr>
        <w:t>1:05:36  lekin main mujhe mujhe is ka is ka pata nahi tha mujhe aaj mein dekhiye hota kya hai is isi misaal se batata hoon aap ko ke aadmi kisi obsession mein pad jata hai obsession jaise mujhe obsession kiya tha</w:t>
      </w:r>
      <w:r>
        <w:br/>
      </w:r>
      <w:r>
        <w:rPr>
          <w:sz w:val="20"/>
        </w:rPr>
        <w:t>1:05:52  ke peghambar ne kaha ke pani thoda thoda kar ke piyo pani thoda thoda kar ke piyo lekin every rule has its exceptions.</w:t>
      </w:r>
      <w:r>
        <w:br/>
      </w:r>
      <w:r>
        <w:rPr>
          <w:sz w:val="20"/>
        </w:rPr>
        <w:t>1:06:02  is hadees mein hamein yeh sochna chahiye ke every rule has its exceptions koi bhi baat ho to us pe exception hota hai to aam halat mein to theek hai thoda thoda kar ke piyo.</w:t>
      </w:r>
      <w:r>
        <w:br/>
      </w:r>
      <w:r>
        <w:rPr>
          <w:sz w:val="20"/>
        </w:rPr>
        <w:t>1:06:11  lekin aap jab dawa le rahe hain capsule to aap ko poora ghont lena parega tabhi wo utre gi nahi to nahi utre gi ab yeh sochne se baatein maloom hoti hain.</w:t>
      </w:r>
      <w:r>
        <w:br/>
      </w:r>
      <w:r>
        <w:rPr>
          <w:sz w:val="20"/>
        </w:rPr>
        <w:t>1:06:22  jo bohat acha tha ke maine yeh adat banai ke pani thoda thoda kar ke piyo lekin isi ke sath mujhe yeh bhi janna chahiye ke every rule has its exceptions.</w:t>
      </w:r>
      <w:r>
        <w:br/>
      </w:r>
      <w:r>
        <w:rPr>
          <w:sz w:val="20"/>
        </w:rPr>
        <w:t>1:06:35  to jab dawa ka ek capsule wo mun mein dala aap ne to wo wo exception ka case ban gaya ab aap ko pani peene se zyada mun mein lena chahiye taake utar utar jayega yeh sab.</w:t>
      </w:r>
      <w:r>
        <w:br/>
      </w:r>
      <w:r>
        <w:rPr>
          <w:sz w:val="20"/>
        </w:rPr>
        <w:t>1:06:46  to</w:t>
      </w:r>
      <w:r>
        <w:br/>
      </w:r>
      <w:r>
        <w:rPr>
          <w:sz w:val="20"/>
        </w:rPr>
        <w:t>1:06:47  yahi hai ek hi process hai wo hai sochna sochna sochna sochna aur us ke liye tayyar rehna ke jaise hi mujhe pata chale apni weakness ka jaldi sambhal loon is ko mein.</w:t>
      </w:r>
      <w:r>
        <w:br/>
      </w:r>
      <w:r>
        <w:rPr>
          <w:sz w:val="20"/>
        </w:rPr>
        <w:t>1:07:00  phir mein der na karoon yahi baat meri samajh mein aati hai.</w:t>
      </w:r>
      <w:r>
        <w:br/>
      </w:r>
      <w:r>
        <w:rPr>
          <w:sz w:val="20"/>
        </w:rPr>
        <w:t>1:07:10  Miss Aisha ne Dilli se likha hai Maulana today you emphasized on art of thinking that is development of thinking power my question is is there any formula on how to develop the thinking power please comment</w:t>
      </w:r>
      <w:r>
        <w:br/>
      </w:r>
      <w:r>
        <w:rPr>
          <w:sz w:val="20"/>
        </w:rPr>
        <w:t>1:07:33  nahi is ka koi technical formula to hai nahi</w:t>
      </w:r>
      <w:r>
        <w:br/>
      </w:r>
      <w:r>
        <w:rPr>
          <w:sz w:val="20"/>
        </w:rPr>
        <w:t>1:07:40  koi bhi technical formula nahi hai</w:t>
      </w:r>
      <w:r>
        <w:br/>
      </w:r>
      <w:r>
        <w:rPr>
          <w:sz w:val="20"/>
        </w:rPr>
        <w:t>1:07:45  aap study karein</w:t>
      </w:r>
      <w:r>
        <w:br/>
      </w:r>
      <w:r>
        <w:rPr>
          <w:sz w:val="20"/>
        </w:rPr>
        <w:t>1:07:49  cheezon ko observe karein gehrai ke sath logon ki baaton ko sunein jaise misaal ke tor par dekhiye maine aksar logon ko paya hai ke jab wo kisi doosre ke paas sun rahe hote hain to wo poora nahi sun rahe hote tab bhi wo un ka apna mind ka jo hai mechanism chalta rehta hai</w:t>
      </w:r>
      <w:r>
        <w:br/>
      </w:r>
      <w:r>
        <w:rPr>
          <w:sz w:val="20"/>
        </w:rPr>
        <w:t>1:08:08  yani ek point hai jis pe discussion ho raha hai ab doosra aadmi ek us ko apne dhang se bata raha hai to mera mind jo hai usi chalta rahega apne apne khayalon par jaise hi wo khatam karega main phir aaghal doonga wo jo mere mind mein tha</w:t>
      </w:r>
      <w:r>
        <w:br/>
      </w:r>
      <w:r>
        <w:rPr>
          <w:sz w:val="20"/>
        </w:rPr>
        <w:t>1:08:26  to mein Allah ke fazl se mere andar yeh baat Allah taala ne maine rakhi hai ke mein impetive mind ho ke sunta hoon doosre ki baat hoti hai der ke liye apne mind ko ek dum kh</w:t>
      </w:r>
      <w:r>
        <w:br/>
      </w:r>
      <w:r>
        <w:rPr>
          <w:sz w:val="20"/>
        </w:rPr>
        <w:t>1:08:37  ali kar leta hoon isi ko sunta hoon jo keh raha hai kehne wala</w:t>
      </w:r>
      <w:r>
        <w:br/>
      </w:r>
      <w:r>
        <w:rPr>
          <w:sz w:val="20"/>
        </w:rPr>
        <w:t>1:08:43  to art of thinking jo hai woh uska koi technical tareeka nahi hai aap aap sochein uske liye tayyar rahein ke jaise hi meri ghalti batai jayegi maan lunga usko sab se zyada crucial baat jo hai woh hai apni ghalti ko ko maan lena</w:t>
      </w:r>
      <w:r>
        <w:br/>
      </w:r>
      <w:r>
        <w:rPr>
          <w:sz w:val="20"/>
        </w:rPr>
        <w:t>1:09:08  jaldi se aap keh sakte hain ke i was wrong i was wrong mein batata hoon sab se bari jo rukawat hai thinking power ko develop karne mein woh yahi hai ke logon ke andar yeh yeh yaani woh nahi hota woh dar nahi karte karte uske liye ke woh keh dein ke i was wrong darte hain ke mein aisa keh doon to mein kuch chhota ho jaunga</w:t>
      </w:r>
      <w:r>
        <w:br/>
      </w:r>
      <w:r>
        <w:rPr>
          <w:sz w:val="20"/>
        </w:rPr>
        <w:t>1:09:34  to ya to woh deny karte rehte hain maante hi nahi ya dil mein dil mein maan lete hain seedhe se kahiye jaise hi aap kahein ke i was wrong waise aap ke mind mein ek naya development aa jayega</w:t>
      </w:r>
      <w:r>
        <w:br/>
      </w:r>
      <w:r>
        <w:rPr>
          <w:sz w:val="20"/>
        </w:rPr>
        <w:t>1:09:48  to mein yahi kahunga ke study kijiye cheezon ko bohat gehrai ke sath dekhiye distraction se apne aap ko bachaiye aur uske liye tayyar rahein ke jaise hi bataya jaye aap ki kisi weakness ko jaldi se keh dijiye ke waqai yeh ghalti thi mere mere dil thi i was wrong</w:t>
      </w:r>
      <w:r>
        <w:br/>
      </w:r>
      <w:r>
        <w:rPr>
          <w:sz w:val="20"/>
        </w:rPr>
        <w:t>1:10:09  to yeh koi yaani koi uska koi short course nahi hai yeh to life life long process ek hai zindagi bhar aap ko sochna hai zindagi bhar apni thinking ko develop karna hai aakhir waqt tak yeh chalta rehta hai mera tajurba to yahi hai</w:t>
      </w:r>
      <w:r>
        <w:br/>
      </w:r>
      <w:r>
        <w:rPr>
          <w:sz w:val="20"/>
        </w:rPr>
        <w:t>1:10:34  mister surya mukharji ne dilli se likha hai</w:t>
      </w:r>
      <w:r>
        <w:br/>
      </w:r>
      <w:r>
        <w:rPr>
          <w:sz w:val="20"/>
        </w:rPr>
        <w:t>1:10:38  maulana ji should be adjust ourselves despite of being on theright track and compromising the very ideals with those who live by no ideals haan dekhiye yeh yeh har aadmi ka problem hota hai jo bhi aadmi society mein reh raha hai uska</w:t>
      </w:r>
      <w:r>
        <w:br/>
      </w:r>
      <w:r>
        <w:rPr>
          <w:sz w:val="20"/>
        </w:rPr>
        <w:t>1:11:00  to mein to dekhiye compromise ko manta hoon compromise ko adjustment ko manta hoon mein lekin woh compromise yaani mein mera formula kyun hai apne kisi interest ke liye nahi hai</w:t>
      </w:r>
      <w:r>
        <w:br/>
      </w:r>
      <w:r>
        <w:rPr>
          <w:sz w:val="20"/>
        </w:rPr>
        <w:t>1:11:23  sirf is liye ke mera formula yeh hai ke doosra aadmi agar aap ko chahta dikhai parta hai ke woh right track se hta hua hai to aap uske yaani uske blushar baniye aur sachai ke sath usko samjhane ki koshish kijiye agar woh maan leta hai to bari achi baat hai agar nahi maan manta hai to aap wahin par peeche hatt jaiye reset ki</w:t>
      </w:r>
      <w:r>
        <w:br/>
      </w:r>
      <w:r>
        <w:rPr>
          <w:sz w:val="20"/>
        </w:rPr>
        <w:t>1:11:52  jiye reset reset kijiye kyun kyun phir aap time waste karenge</w:t>
      </w:r>
      <w:r>
        <w:br/>
      </w:r>
      <w:r>
        <w:rPr>
          <w:sz w:val="20"/>
        </w:rPr>
        <w:t>1:12:04  to save your time to save your energy you have to reset you have to adjust you have to make compromise</w:t>
      </w:r>
      <w:r>
        <w:br/>
      </w:r>
      <w:r>
        <w:rPr>
          <w:sz w:val="20"/>
        </w:rPr>
        <w:t>1:12:16  mein usko cowardice nahi samajhta ya usko mein unprincipled behaviour nahi samajhta compromise ko</w:t>
      </w:r>
      <w:r>
        <w:br/>
      </w:r>
      <w:r>
        <w:rPr>
          <w:sz w:val="20"/>
        </w:rPr>
        <w:t>1:12:27  to dekhiye do cheezein alag alag hain ek yeh hai ke aap koi ghalt faida uthana chahte hain koi ghalt faide ke liye aap kisi se compromise karein woh to ek alag cheez</w:t>
      </w:r>
      <w:r>
        <w:br/>
      </w:r>
      <w:r>
        <w:rPr>
          <w:sz w:val="20"/>
        </w:rPr>
        <w:t>1:12:42  hai usko to koi bhi nahi kahega yeh theek kaam hai yaani apne ek ghalt faide ke liye ya koi aap se ghalt faida lena chahta hai maslan ek aadmi officer hai uske paas ek aadmi aata hai ke mera falan kaam kar do aur woh ghalt kaam hota hai paisa deta hai usko paisa de kar ke usko kehta hai ke paisa lo abhi yeh kaam kar do woh paisa le kar ke woh officer kaam kar deta hai</w:t>
      </w:r>
      <w:r>
        <w:br/>
      </w:r>
      <w:r>
        <w:rPr>
          <w:sz w:val="20"/>
        </w:rPr>
        <w:t>1:13:12  to yeh jo compromise kiya is officer ne yeh to bohat ghalt baat hai to interest ke liye compromise karna yeh to bilashuba ghalt hai interest ke liye compromise karna ghalt hai principle ke liye compromise karna bilkul sahi hai</w:t>
      </w:r>
      <w:r>
        <w:br/>
      </w:r>
      <w:r>
        <w:rPr>
          <w:sz w:val="20"/>
        </w:rPr>
        <w:t>1:13:32  principle ke principle ke liye compromise karna bilkul sahi hai</w:t>
      </w:r>
      <w:r>
        <w:br/>
      </w:r>
      <w:r>
        <w:rPr>
          <w:sz w:val="20"/>
        </w:rPr>
        <w:t>1:13:38  to do alag alag tareeke yaani do alag alag qism ke compromise hain</w:t>
      </w:r>
      <w:r>
        <w:br/>
      </w:r>
      <w:r>
        <w:rPr>
          <w:sz w:val="20"/>
        </w:rPr>
        <w:t>1:13:48  to mera tajurba yahi hai ke interest ke liye compromise karna is se aap ke andar weak personality banti hai weak personality lekin principle ke liye compromise jab aap karein to aap ko opportunity milti hai woh aap ko opportunity deta hai aap</w:t>
      </w:r>
      <w:r>
        <w:br/>
      </w:r>
      <w:r>
        <w:rPr>
          <w:sz w:val="20"/>
        </w:rPr>
        <w:t>1:14:09  ko aap ka rasta rukta nahi yeh yeh yeh jo qism hai compromise karne ki woh to must hai kyunke iske baghair aap koi bara kaam kar nahi sakte</w:t>
      </w:r>
      <w:r>
        <w:br/>
      </w:r>
      <w:r>
        <w:rPr>
          <w:sz w:val="20"/>
        </w:rPr>
        <w:t>1:14:24  maulana zikwan nadvi ne dilli se likha hai british scientist stephen hawking had said in his interview that paradise and after life is nothing but a fairy story</w:t>
      </w:r>
      <w:r>
        <w:br/>
      </w:r>
      <w:r>
        <w:rPr>
          <w:sz w:val="20"/>
        </w:rPr>
        <w:t>1:14:39  what is your comment on this haan dekhiye maine padha tha times of India mein to us waqt maine padhne ke baad maine kaha tha ke yeh scientist ki zuban se ek unscientific comment hai</w:t>
      </w:r>
      <w:r>
        <w:br/>
      </w:r>
      <w:r>
        <w:rPr>
          <w:sz w:val="20"/>
        </w:rPr>
        <w:t>1:15:00  dekhiye ek</w:t>
      </w:r>
      <w:r>
        <w:br/>
      </w:r>
      <w:r>
        <w:rPr>
          <w:sz w:val="20"/>
        </w:rPr>
        <w:t>1:15:05  scientific stand kya hai</w:t>
      </w:r>
      <w:r>
        <w:br/>
      </w:r>
      <w:r>
        <w:rPr>
          <w:sz w:val="20"/>
        </w:rPr>
        <w:t>1:15:09  science yeh kehti hai ke jo cheez observation mein aaye wahi reality hai jo na observation hai to woh reality nahi hai yani is is sense mein nahi ke woh wajood nahi reality ka is sense mein ke hum is ke baray mein kuch kehne ki position mein nahi hain</w:t>
      </w:r>
      <w:r>
        <w:br/>
      </w:r>
      <w:r>
        <w:rPr>
          <w:sz w:val="20"/>
        </w:rPr>
        <w:t>1:15:31  yani jo aaj cheez aap ke telescope mein aati hai jo jo microscope ke ke zariye dikhai padti hai to woh to hum ne dekh liya to is ko to hum maan lenge jo cheez telescope aur microscope ke range mein nahi aati hai is ke baray mein hum kuch kehne ki position mein nahi hain yeh hai stand scientist ka</w:t>
      </w:r>
      <w:r>
        <w:br/>
      </w:r>
      <w:r>
        <w:rPr>
          <w:sz w:val="20"/>
        </w:rPr>
        <w:t>1:15:55  lekin unhon ne ek statement de diya</w:t>
      </w:r>
      <w:r>
        <w:br/>
      </w:r>
      <w:r>
        <w:rPr>
          <w:sz w:val="20"/>
        </w:rPr>
        <w:t>1:16:00  jabke jo recent research hui hai cosmos ki to yeh maan liya gaya hai ke cosmos ka sirf five percent hissa woh hai jo hum dekh paate hain 95 percent hissa woh hai jo hum dekh hi nahi sakte to aisi halat mein aap dekhiye ke science scientiston ko kya karna chahiye</w:t>
      </w:r>
      <w:r>
        <w:br/>
      </w:r>
      <w:r>
        <w:rPr>
          <w:sz w:val="20"/>
        </w:rPr>
        <w:t>1:16:23  science danon ko yeh karna chahiye ke according to the physical laws</w:t>
      </w:r>
      <w:r>
        <w:br/>
      </w:r>
      <w:r>
        <w:rPr>
          <w:sz w:val="20"/>
        </w:rPr>
        <w:t>1:16:33  perhaps there is no existence of paradise yani probably kehna chahiye is ko probably there is no physical existence of paradise probably kyunke humein pata nahi hai lekin yeh keh dena ke paradise koi exist karti nahi hai aap kaise keh sakte hain yani kis knowledge ke base par kahenge aap</w:t>
      </w:r>
      <w:r>
        <w:br/>
      </w:r>
      <w:r>
        <w:rPr>
          <w:sz w:val="20"/>
        </w:rPr>
        <w:t>1:16:58  kis knowledge jo aap khud aap ka jo science hai wahi batati hai ke five percent ke siwa jo duniya hai woh humein is ki khabar hi nahi hai is ki</w:t>
      </w:r>
      <w:r>
        <w:br/>
      </w:r>
      <w:r>
        <w:rPr>
          <w:sz w:val="20"/>
        </w:rPr>
        <w:t>1:17:14  is ki khabar nahi hai hum ko kyunke aap jante hain ke insaan ne jo banai hai telescope ya hamari aankh se hum light ho tab dekh paate hain light na hote hain nahi dekh paate aap</w:t>
      </w:r>
      <w:r>
        <w:br/>
      </w:r>
      <w:r>
        <w:rPr>
          <w:sz w:val="20"/>
        </w:rPr>
        <w:t>1:17:30  to universe mein dekhiye yeh discovery hui hai ke bara hissa dark matters ka hai dark matters ka matlab yeh nahi ke woh dark hain woh bhi bright hain jis jis se doosre star bright hote hain lekin un ka strong strong hai un ka ke woh apne apne light ko bhi kheenche hue hain light ko nikalne nahi dete itna strong hai</w:t>
      </w:r>
      <w:r>
        <w:br/>
      </w:r>
      <w:r>
        <w:rPr>
          <w:sz w:val="20"/>
        </w:rPr>
        <w:t>1:17:58  woh yeh suraj ki light hum par aati hai kyunke suraj apni light ko rok nahi roke hue nahi hai lekin woh jo hain woh itna strong hain ke apni light ko rok lete hain to hamare aur un ke beech mein roshni nahi hai hum dekh nahi paate na aankh se dekhenge na telescope se to jab science khud yeh manti hai ke aap zariye boli nahi hai bara hissa kainaat ka to aap kaise keh sakte hain</w:t>
      </w:r>
      <w:r>
        <w:br/>
      </w:r>
      <w:r>
        <w:rPr>
          <w:sz w:val="20"/>
        </w:rPr>
        <w:t>1:18:27  to woh sirf yeh keh sakte hain ke probably there is no physical existence of paradise bas yahi scientific statement hai baqi yeh kehna hai ke yeh pariyon ki kahaniyan hain aur yeh aisa kuch hai nahi kahin to aap kis ilm ke base par kehte hain kis ilm ke base par</w:t>
      </w:r>
      <w:r>
        <w:br/>
      </w:r>
      <w:r>
        <w:rPr>
          <w:sz w:val="20"/>
        </w:rPr>
        <w:t>1:18:51  to bas mein ne parha tha is ko woh yahi baat mein ne is ko kahi thi ke yeh ek scientist ki zuban se ek un scientific statement hai</w:t>
      </w:r>
      <w:r>
        <w:br/>
      </w:r>
      <w:r>
        <w:rPr>
          <w:sz w:val="20"/>
        </w:rPr>
        <w:t>1:19:03  Mr Abdul Rehman ne Delhi se likha hai Maulana sahib whatever is granted to us in this world is for the test then what is meant by be hisab rizq that Allah provides for whoever He wills</w:t>
      </w:r>
      <w:r>
        <w:br/>
      </w:r>
      <w:r>
        <w:rPr>
          <w:sz w:val="20"/>
        </w:rPr>
        <w:t>1:19:21  dekhiye aap be hisab ka matlab yeh nahi hai yani absolute sense mein nahi hai yani khud rizq ki nisbat se nahi hai woh hamare amal ki nisbat se hai woh yani hum ne amal kiya ho one percent to Khuda hundred percent de sakta hai is ka yani is ka ajar</w:t>
      </w:r>
      <w:r>
        <w:br/>
      </w:r>
      <w:r>
        <w:rPr>
          <w:sz w:val="20"/>
        </w:rPr>
        <w:t>1:19:51  yeh matlab nahi ke yani khud rizq jo hai jo sari duniya mein jo sari kainaat mein jo rizq hai woh sab ko aadil deta hai is ke upar yeh matlab is ka nahi hai</w:t>
      </w:r>
      <w:r>
        <w:br/>
      </w:r>
      <w:r>
        <w:rPr>
          <w:sz w:val="20"/>
        </w:rPr>
        <w:t>1:20:05  is ka matlab yeh hai ke jo jo jo insaan ne ek amal kiya hai to agarche woh thoda ho lekin is ke andar qualitatively itni zyada important hota hai woh ke is ka yani in terms of quantity is ko bohat de deta hai amal to thoda hai lekin in terms of quality is ke andar bohat bari koi cheez hai</w:t>
      </w:r>
      <w:r>
        <w:br/>
      </w:r>
      <w:r>
        <w:rPr>
          <w:sz w:val="20"/>
        </w:rPr>
        <w:t>1:20:31  to Khuda is ki quality ko dekhte hue bohat bari quantity mein ajar de deta hai to is ko absolute absolute sense mein mat lijiye koi bhi cheez dekhen absolute sense mein nahi hoti hai</w:t>
      </w:r>
      <w:r>
        <w:br/>
      </w:r>
      <w:r>
        <w:rPr>
          <w:sz w:val="20"/>
        </w:rPr>
        <w:t>1:20:47  Dr Farida Khanam ne Delhi se likha hai a scholar once observed people are lost in trivialities not attuned to the challenging issues of the time</w:t>
      </w:r>
      <w:r>
        <w:br/>
      </w:r>
      <w:r>
        <w:rPr>
          <w:sz w:val="20"/>
        </w:rPr>
        <w:t>1:21:00  what is your comment on this</w:t>
      </w:r>
      <w:r>
        <w:br/>
      </w:r>
      <w:r>
        <w:rPr>
          <w:sz w:val="20"/>
        </w:rPr>
        <w:t>1:21:07  yeh to bohat sahi hai aaj bhi sahi hai pehle bhi sahi tha choti cheezon mein log phanse rehte hain choti cheezon mein ab bari jo cheez hai is mein nahi phanstey misaal ke taur par dekhiye musalman 50 baras se reservation reservation mein phanse gaye hain hum ko reservation do</w:t>
      </w:r>
      <w:r>
        <w:br/>
      </w:r>
      <w:r>
        <w:rPr>
          <w:sz w:val="20"/>
        </w:rPr>
        <w:t>1:21:27  ye bahut hi mamooli cheez hai baal farz reservation de bhi diya jaye to us se community ko taraqqi</w:t>
      </w:r>
      <w:r>
        <w:br/>
      </w:r>
      <w:r>
        <w:rPr>
          <w:sz w:val="20"/>
        </w:rPr>
        <w:t>1:21:32  nahi hone wali hai</w:t>
      </w:r>
      <w:r>
        <w:br/>
      </w:r>
      <w:r>
        <w:rPr>
          <w:sz w:val="20"/>
        </w:rPr>
        <w:t>1:21:36  taraqqi hogi hard work se mehnat se is par zor dena chahiye sare leader bolte hain ab to</w:t>
      </w:r>
      <w:r>
        <w:br/>
      </w:r>
      <w:r>
        <w:rPr>
          <w:sz w:val="20"/>
        </w:rPr>
        <w:t>1:21:43  aj kal boli kam ho gayi hai 1947 ke baad main ne dekha ke sab ye boli bolte</w:t>
      </w:r>
      <w:r>
        <w:br/>
      </w:r>
      <w:r>
        <w:rPr>
          <w:sz w:val="20"/>
        </w:rPr>
        <w:t>1:21:48  the reservation do reservation do reservation do mujh ko chhod kar ke main kabhi bhi reservation ki himayat</w:t>
      </w:r>
      <w:r>
        <w:br/>
      </w:r>
      <w:r>
        <w:rPr>
          <w:sz w:val="20"/>
        </w:rPr>
        <w:t>1:21:53  nahi ki main ne</w:t>
      </w:r>
      <w:r>
        <w:br/>
      </w:r>
      <w:r>
        <w:rPr>
          <w:sz w:val="20"/>
        </w:rPr>
        <w:t>1:21:57  reservation se kuch bhi bas hal nahi hone wala na to milega aur mil jaye tab bhi kuch hone wala nahi hai community ko community ko jagaiye is ke andar spirit paida kijiye hard work ki mehnat karne ki to isi yeh hai ek ek travel cheez ko itna badhana chadhana reservation ko mein travel samajhta hoon mamooli cheez badhana chadhana badhana chadhana is ko itna zyada</w:t>
      </w:r>
      <w:r>
        <w:br/>
      </w:r>
      <w:r>
        <w:rPr>
          <w:sz w:val="20"/>
        </w:rPr>
        <w:t>1:22:24  aisi discrimination hai</w:t>
      </w:r>
      <w:r>
        <w:br/>
      </w:r>
      <w:r>
        <w:rPr>
          <w:sz w:val="20"/>
        </w:rPr>
        <w:t>1:22:26  sare log discrimination ki boli bolte hain koi ek waqia le lein kahin isi ko generalize karenge aur bas dekho discrimination hota hai dekho imtiyaz hota hai yeh bhi wahi hai mein ne dekhi choti si baat ko badhana chadh raha hoon aur bohat sari bari baton ko chhod dena</w:t>
      </w:r>
      <w:r>
        <w:br/>
      </w:r>
      <w:r>
        <w:rPr>
          <w:sz w:val="20"/>
        </w:rPr>
        <w:t>1:22:46  to mein ne paya ke beshtar log jo hain beshtar log jo hain travel matters mein phanse rehte hain aur bari bari baatein jo hain is mein na sochte na apne ko is mein involve karte yeh aam mizaj pata nahi kyun hai lekin hai yahi mizaj hamare mission mein hum yeh koshish karte hain ke yeh mizaj khatm ho travel cheezon ko focus mein na lein balke focus mein na bari bari cheezon ko</w:t>
      </w:r>
      <w:r>
        <w:br/>
      </w:r>
      <w:r>
        <w:rPr>
          <w:sz w:val="20"/>
        </w:rPr>
        <w:t>1:23:14  hamare mission mein Allah inshallah isi ki koshish ki jati hai Maulana der az a comment wich is kam bi for i move on to da next question i read the comment it is kam from miss shahida zaman delhi she is written Maulana sahib i am deeply touch by your discourses and speeches i very much appreciated the article on Islam in today times of India</w:t>
      </w:r>
    </w:p>
    <w:p>
      <w:pPr>
        <w:pStyle w:val="Heading2"/>
      </w:pPr>
      <w:r>
        <w:t>Why repeatedly look at children's picture?</w:t>
      </w:r>
    </w:p>
    <w:p>
      <w:r>
        <w:rPr>
          <w:color w:val="666666"/>
          <w:sz w:val="18"/>
        </w:rPr>
        <w:t>Life &amp; Wisdom · The Problem of Evil December 4, 2011 · 47s · at 1:39:00 · https://youtu.be/SMqtVjaGHfw?t=5940</w:t>
      </w:r>
    </w:p>
    <w:p>
      <w:r>
        <w:rPr>
          <w:i/>
        </w:rPr>
        <w:t>“During a journey, a man kept repeatedly looking at a picture of his children on his phone. Why did he need to look so many times? Once should have been enough.”</w:t>
      </w:r>
    </w:p>
    <w:p>
      <w:r>
        <w:rPr>
          <w:sz w:val="20"/>
        </w:rPr>
        <w:t>1:39:00  maulana, agla sawal aya hai miss naghma se. aik bar aik banda aik safar kar raha tha to safar mein aik sahib thay, to un ka aik aik purs tareeqay se aik cheez hota tha aur bar bar khol ke dekhte thay.</w:t>
      </w:r>
      <w:r>
        <w:br/>
      </w:r>
      <w:r>
        <w:rPr>
          <w:sz w:val="20"/>
        </w:rPr>
        <w:t>1:39:10  woh to mein mein ne socha kya dekhte hain bar bar khol kar ke. to poocha un se to maloom hua ke un ka beta beti ki tasweer thi, us mein dekhte rehte thay.</w:t>
      </w:r>
      <w:r>
        <w:br/>
      </w:r>
      <w:r>
        <w:rPr>
          <w:sz w:val="20"/>
        </w:rPr>
        <w:t>1:39:21  woh yani safar mein bar bar dekh rahe hain woh beta beti ko. to kya zaroorat thi? aik martaba dekh liya, bas ho gaya.</w:t>
      </w:r>
      <w:r>
        <w:br/>
      </w:r>
      <w:r>
        <w:rPr>
          <w:sz w:val="20"/>
        </w:rPr>
        <w:t>1:39:29  to har aadmi ke haal hai ke kuch cheezon ko bhula bhoola hua rehta hai, kuch log yaad rakhta hai, bhula un cheezon ko rehta hai jis ka charcha nahi karta, aur jo charcha karta hai, wohi usay us ko yaad rehti hai.</w:t>
      </w:r>
    </w:p>
    <w:p>
      <w:pPr>
        <w:pStyle w:val="Heading2"/>
      </w:pPr>
      <w:r>
        <w:t>Why strive for ideal if unachievable</w:t>
      </w:r>
    </w:p>
    <w:p>
      <w:r>
        <w:rPr>
          <w:color w:val="666666"/>
          <w:sz w:val="18"/>
        </w:rPr>
        <w:t>Life &amp; Wisdom · Importance of Patience October 26, 2014 · 1m 06s · at 1:10:10 · https://youtu.be/XdOlp9-fPG0?t=4210</w:t>
      </w:r>
    </w:p>
    <w:p>
      <w:r>
        <w:rPr>
          <w:i/>
        </w:rPr>
        <w:t>“When the ideal cannot be achieved in this world where everybody has freedom, then why have philosophers and thinkers continued to strive for ideal? Don't they think?”</w:t>
      </w:r>
    </w:p>
    <w:p>
      <w:r>
        <w:rPr>
          <w:sz w:val="20"/>
        </w:rPr>
        <w:t>1:10:10  maulana, agla sawal kiya hai delhi se miss naghma siddiqui ne, aur unhon ne likha hai: "When the ideal cannot be achieved in this world where everybody has freedom,</w:t>
      </w:r>
      <w:r>
        <w:br/>
      </w:r>
      <w:r>
        <w:rPr>
          <w:sz w:val="20"/>
        </w:rPr>
        <w:t>1:10:23  then why have philosophers and thinkers continued to strive for ideal? Don't they think</w:t>
      </w:r>
      <w:r>
        <w:br/>
      </w:r>
      <w:r>
        <w:rPr>
          <w:sz w:val="20"/>
        </w:rPr>
        <w:t>1:10:33  dekhiye, in ko yeh pata nahi tha ke Allah taala ki jo scheme of things hai, us ke mutabiq hamari zindagi ke do part hain, yani pre death period aur post death period.</w:t>
      </w:r>
      <w:r>
        <w:br/>
      </w:r>
      <w:r>
        <w:rPr>
          <w:sz w:val="20"/>
        </w:rPr>
        <w:t>1:10:48  to ideal word sirf post death period mein Allah ne rakha hai, yani khaliq ne rakha hai, pre death period mein rakha nahi hai.</w:t>
      </w:r>
      <w:r>
        <w:br/>
      </w:r>
      <w:r>
        <w:rPr>
          <w:sz w:val="20"/>
        </w:rPr>
        <w:t>1:10:57  to yeh log jo in logon ki ghalati kya hai ke jo cheez sirf post death period mein mil sakti thi, us ko unhon ne chaha ke pre death period mein hasil karein, aur woh chunaanche Allah ke naqshe ke khilaf thi, is liye woh achieve hi nahi hui.</w:t>
      </w:r>
      <w:r>
        <w:br/>
      </w:r>
      <w:r>
        <w:rPr>
          <w:sz w:val="20"/>
        </w:rPr>
        <w:t>1:11:13  yeh hai khulasa.</w:t>
      </w:r>
    </w:p>
    <w:p>
      <w:pPr>
        <w:pStyle w:val="Heading2"/>
      </w:pPr>
      <w:r>
        <w:t>Why strive for unachievable ideal</w:t>
      </w:r>
    </w:p>
    <w:p>
      <w:r>
        <w:rPr>
          <w:color w:val="666666"/>
          <w:sz w:val="18"/>
        </w:rPr>
        <w:t>Life &amp; Wisdom · Sahaba and Muhaddithin 24th June 2012 - Maulana Wahiduddin Khan · 1m 32s · at 1:16:55 · https://youtu.be/tUPo7MI0Bdo?t=4615</w:t>
      </w:r>
    </w:p>
    <w:p>
      <w:r>
        <w:rPr>
          <w:i/>
        </w:rPr>
        <w:t>“If the ideal cannot be achieved, why have there been efforts throughout history to achieve it?”</w:t>
      </w:r>
    </w:p>
    <w:p>
      <w:r>
        <w:rPr>
          <w:sz w:val="20"/>
        </w:rPr>
        <w:t>1:16:55  bilkul theek hai. Maulana, agla sawal Delhi se hai, Miss Naghma Siddiqui ka. unhon ne likha hai: "If ideal cannot be achieved, why has there been efforts throughout history to achieve it?"</w:t>
      </w:r>
      <w:r>
        <w:br/>
      </w:r>
      <w:r>
        <w:rPr>
          <w:sz w:val="20"/>
        </w:rPr>
        <w:t>1:17:14  dekhen, insaan jo hai, yaani ideal seeking animal hai.</w:t>
      </w:r>
      <w:r>
        <w:br/>
      </w:r>
      <w:r>
        <w:rPr>
          <w:sz w:val="20"/>
        </w:rPr>
        <w:t>1:17:23  paidaishi taur par is ke mind mein ek mayar hai, ek ideal hai, jis ko woh achieve karna chahta hai. toh Allah taala ne yeh jo mayar pasandi hai insaan ke andar rakhi thi, jannat ke shauq ke liye, ke aadmi duniya mein kam tawajjuh de, duniya mein apni dil na lagaye, yeh samajh kar ke bhai, jo ideal mere mind mein hai, woh toh jannat mein milega, yahan toh bas kuch din rehna hai.</w:t>
      </w:r>
      <w:r>
        <w:br/>
      </w:r>
      <w:r>
        <w:rPr>
          <w:sz w:val="20"/>
        </w:rPr>
        <w:t>1:17:51  lekin aaj is hua yeh ke beshtar insaanon ne is mayar pasandi ko isi duniya mein transfer karna chaha, jo mayar pasandi thi aakhirat, un ki jannat ki yaad karne ke liye, is se apne ko lo lagane ke liye.</w:t>
      </w:r>
      <w:r>
        <w:br/>
      </w:r>
      <w:r>
        <w:rPr>
          <w:sz w:val="20"/>
        </w:rPr>
        <w:t>1:18:09  is mayar pasandi ko chaha ke is duniya mein main bana loon. is ke nateejay mein yeh tareekh mein yeh manzar aap ko dikhai deta hai.</w:t>
      </w:r>
    </w:p>
    <w:p>
      <w:pPr>
        <w:pStyle w:val="Heading2"/>
      </w:pPr>
      <w:r>
        <w:t>Wisdom of human civilization and paradise</w:t>
      </w:r>
    </w:p>
    <w:p>
      <w:r>
        <w:rPr>
          <w:color w:val="666666"/>
          <w:sz w:val="18"/>
        </w:rPr>
        <w:t>Life &amp; Wisdom · Stress and Spirituality January 1, 2012 · 4m 19s · at 1:07:50 · https://youtu.be/TPhXL9-g6ME?t=4070</w:t>
      </w:r>
    </w:p>
    <w:p>
      <w:r>
        <w:rPr>
          <w:i/>
        </w:rPr>
        <w:t>“What is the wisdom of human-made civilization? Was the explosion of paradise before paradise intended?”</w:t>
      </w:r>
    </w:p>
    <w:p>
      <w:r>
        <w:rPr>
          <w:sz w:val="20"/>
        </w:rPr>
        <w:t>1:07:50  maulana, agla sawal tamil nadu se aya hai maulana iqbal umri ka. unhon ne likha hai: "insan ki banai hui tehzeeb ki hikmat kya hai?</w:t>
      </w:r>
      <w:r>
        <w:br/>
      </w:r>
      <w:r>
        <w:rPr>
          <w:sz w:val="20"/>
        </w:rPr>
        <w:t>1:08:01  kya jannat se pehle jannat ka explosion maqsood tha?" nahi, aisa nahi hai. jannat se pehle jannat ka taaruf maqsood tha.</w:t>
      </w:r>
      <w:r>
        <w:br/>
      </w:r>
      <w:r>
        <w:rPr>
          <w:sz w:val="20"/>
        </w:rPr>
        <w:t>1:08:14  introduction of paradise.</w:t>
      </w:r>
      <w:r>
        <w:br/>
      </w:r>
      <w:r>
        <w:rPr>
          <w:sz w:val="20"/>
        </w:rPr>
        <w:t>1:08:19  jo log, yani modern civilization ko ke baray mein negative rai rakhte hain, un se main ittefaq nahi karta.</w:t>
      </w:r>
      <w:r>
        <w:br/>
      </w:r>
      <w:r>
        <w:rPr>
          <w:sz w:val="20"/>
        </w:rPr>
        <w:t>1:08:30  modern civilization jo hai, wo bohat hi aik positive phenomena hai insani history ka.</w:t>
      </w:r>
      <w:r>
        <w:br/>
      </w:r>
      <w:r>
        <w:rPr>
          <w:sz w:val="20"/>
        </w:rPr>
        <w:t>1:08:37  dekhen, quran mein hai ke يُدْخَلُهُمُ الجَنَّةَ وَالرَّفْحَانَ ۔ is jannat mein dakhil karega aadmi ko jis ka, jis ki pehchan kara di hai, jis ka introduction karwa diya hai.</w:t>
      </w:r>
      <w:r>
        <w:br/>
      </w:r>
      <w:r>
        <w:rPr>
          <w:sz w:val="20"/>
        </w:rPr>
        <w:t>1:08:53  to modern civilization jo hai, wo to yahi to hai, wo paradise ka introduction, paradise ka taaruf.</w:t>
      </w:r>
      <w:r>
        <w:br/>
      </w:r>
      <w:r>
        <w:rPr>
          <w:sz w:val="20"/>
        </w:rPr>
        <w:t>1:09:07  aaj jo, yani modern jo civilization ke jo memar hain, unhon ne nature mein discoveries kin, nature ki mein chupi hui boundaries ko unfold kia.</w:t>
      </w:r>
      <w:r>
        <w:br/>
      </w:r>
      <w:r>
        <w:rPr>
          <w:sz w:val="20"/>
        </w:rPr>
        <w:t>1:09:25  aur phir aik aik tehzeeb banai.</w:t>
      </w:r>
      <w:r>
        <w:br/>
      </w:r>
      <w:r>
        <w:rPr>
          <w:sz w:val="20"/>
        </w:rPr>
        <w:t>1:09:28  wo tehzeeb khud jannat nahi hai. jannat to is se bohat aala aur arfa cheez hai. lekin yeh jannat ka aik taaruf zaroor hai, wo.</w:t>
      </w:r>
      <w:r>
        <w:br/>
      </w:r>
      <w:r>
        <w:rPr>
          <w:sz w:val="20"/>
        </w:rPr>
        <w:t>1:09:44  jannat ka taaruf, jannat ki aik jhalak. jis ko kehte hain angrezi mein glimpse. yani glimpse of paradise wo hai. na ke khud paradise wo.</w:t>
      </w:r>
      <w:r>
        <w:br/>
      </w:r>
      <w:r>
        <w:rPr>
          <w:sz w:val="20"/>
        </w:rPr>
        <w:t>1:09:59  to aap ko aaj ki dunya mein</w:t>
      </w:r>
      <w:r>
        <w:br/>
      </w:r>
      <w:r>
        <w:rPr>
          <w:sz w:val="20"/>
        </w:rPr>
        <w:t>1:10:04  jo jab koi aisi cheez mile jo aap, jis mein aap ko, yani jis mein aap ko jo achi lage aap ko, jis mein aap ko bohat taste mile.</w:t>
      </w:r>
      <w:r>
        <w:br/>
      </w:r>
      <w:r>
        <w:rPr>
          <w:sz w:val="20"/>
        </w:rPr>
        <w:t>1:10:21  to yeh sochiye ke dunya mein jo jo taarufi item hain jannat ke, is mein itni lazzat hai to asal jannat kitni zyada lazeez hogi</w:t>
      </w:r>
      <w:r>
        <w:br/>
      </w:r>
      <w:r>
        <w:rPr>
          <w:sz w:val="20"/>
        </w:rPr>
        <w:t>1:10:34  ۔ aik bar to aap wahan mein switzerland mein ke geneva airport par tha to wahan hamare saathi kele khareed kar laye.</w:t>
      </w:r>
      <w:r>
        <w:br/>
      </w:r>
      <w:r>
        <w:rPr>
          <w:sz w:val="20"/>
        </w:rPr>
        <w:t>1:10:43  to switzerland walon ne kele ka jo phal hota hai, us ko phir se develop kiya hai. bohat achay tareeqay se paida karte hain wo kela.</w:t>
      </w:r>
      <w:r>
        <w:br/>
      </w:r>
      <w:r>
        <w:rPr>
          <w:sz w:val="20"/>
        </w:rPr>
        <w:t>1:10:54  aur bohat hi lazeez hota hai wahan ka kela. jo hum ko yahan dilli mein nahi milta. to wo itna acha lagta tha.</w:t>
      </w:r>
      <w:r>
        <w:br/>
      </w:r>
      <w:r>
        <w:rPr>
          <w:sz w:val="20"/>
        </w:rPr>
        <w:t>1:11:04  to main ne yeh nahi socha ke bas switzerland mein aik kele ka aik bagh lagaoon aur switzerland mein aa kar rahoon. yeh nahi socha main ne. main ne yeh socha ke jab switzerland ka kela itna acha hai to jannat kela kitna acha hoga.</w:t>
      </w:r>
      <w:r>
        <w:br/>
      </w:r>
      <w:r>
        <w:rPr>
          <w:sz w:val="20"/>
        </w:rPr>
        <w:t>1:11:20  to civilization jo modern civilization jo hai,</w:t>
      </w:r>
      <w:r>
        <w:br/>
      </w:r>
      <w:r>
        <w:rPr>
          <w:sz w:val="20"/>
        </w:rPr>
        <w:t>1:11:25  is mein jo different item hain, jab is mein kisi cheez mein aap ko khushi mile, lazzat mile,</w:t>
      </w:r>
      <w:r>
        <w:br/>
      </w:r>
      <w:r>
        <w:rPr>
          <w:sz w:val="20"/>
        </w:rPr>
        <w:t>1:11:32  to yeh sochiye</w:t>
      </w:r>
      <w:r>
        <w:br/>
      </w:r>
      <w:r>
        <w:rPr>
          <w:sz w:val="20"/>
        </w:rPr>
        <w:t>1:11:35  ke jab dunya ke</w:t>
      </w:r>
      <w:r>
        <w:br/>
      </w:r>
      <w:r>
        <w:rPr>
          <w:sz w:val="20"/>
        </w:rPr>
        <w:t>1:11:38  ki cheez mein itni zyada lazzat, itni khushi hai jo jo waqti hai, temporary hai yeh, jo to</w:t>
      </w:r>
      <w:r>
        <w:br/>
      </w:r>
      <w:r>
        <w:rPr>
          <w:sz w:val="20"/>
        </w:rPr>
        <w:t>1:11:45  eternal world jo hoga, jo perfect world hoga, wahan ki cheez mein kitni zyada lazzat aur kitni zyada</w:t>
      </w:r>
      <w:r>
        <w:br/>
      </w:r>
      <w:r>
        <w:rPr>
          <w:sz w:val="20"/>
        </w:rPr>
        <w:t>1:11:50  khushi mile gi.</w:t>
      </w:r>
      <w:r>
        <w:br/>
      </w:r>
      <w:r>
        <w:rPr>
          <w:sz w:val="20"/>
        </w:rPr>
        <w:t>1:11:54  to yeh yeh dunya ki har beauty jannat ko yaad dilane ke liye hai. is liye nahi hai ke aap right here, right now ki nazrein le kar isi dunya mein phans kar reh jayen.</w:t>
      </w:r>
    </w:p>
    <w:p>
      <w:pPr>
        <w:pStyle w:val="Heading2"/>
      </w:pPr>
      <w:r>
        <w:t>Worldly success and hereafter success</w:t>
      </w:r>
    </w:p>
    <w:p>
      <w:r>
        <w:rPr>
          <w:color w:val="666666"/>
          <w:sz w:val="18"/>
        </w:rPr>
        <w:t>Life &amp; Wisdom · Man and Angels April 27, 2014 · 3m 22s · at 55:26 · https://youtu.be/b3fk1cakPeo?t=3326</w:t>
      </w:r>
    </w:p>
    <w:p>
      <w:r>
        <w:rPr>
          <w:i/>
        </w:rPr>
        <w:t>“Is there any form of worldly success destined for man, and is success only for the hereafter?”</w:t>
      </w:r>
    </w:p>
    <w:p>
      <w:r>
        <w:rPr>
          <w:sz w:val="20"/>
        </w:rPr>
        <w:t>55:26  Maulana, agla sawal Dilli se hai. Miss Naghma Siddiqui ka. unho ne likha hai: "Is there any form of worldly success destined for man aur is success only for the hereaf</w:t>
      </w:r>
      <w:r>
        <w:br/>
      </w:r>
      <w:r>
        <w:rPr>
          <w:sz w:val="20"/>
        </w:rPr>
        <w:t>55:41  ter؟" dekhiye, dunya ki success ye nahi hai ke aap ke paas bohat paisa ho aur aap ke paas bohat bara ghar ho.</w:t>
      </w:r>
      <w:r>
        <w:br/>
      </w:r>
      <w:r>
        <w:rPr>
          <w:sz w:val="20"/>
        </w:rPr>
        <w:t>55:50  kyun ke jin logon ke paas ye cheezein hain, wo to tension mein jeete hain, diabetic hote hain, blood pressure un ka barha hua hota hai. dunya ki success ye hai ke aap ke andar contentment ho, qanaat ho.</w:t>
      </w:r>
      <w:r>
        <w:br/>
      </w:r>
      <w:r>
        <w:rPr>
          <w:sz w:val="20"/>
        </w:rPr>
        <w:t>56:03  nahi to kuch bhi nahi. isi Dilli mein jin logon ke paas zyada paisa hai, un ke paas ja ke ek din rahiye aap.</w:t>
      </w:r>
      <w:r>
        <w:br/>
      </w:r>
      <w:r>
        <w:rPr>
          <w:sz w:val="20"/>
        </w:rPr>
        <w:t>56:12  aap dekhein ke sab se zyada miserable life un ki hoti hai, jin ke paas zyada paisa hai. to dunya ki success ka main samajhta hoon ke jo miyar hai, wo ye hai hi nahi ke kisi ke paas paisa zyada hai.</w:t>
      </w:r>
      <w:r>
        <w:br/>
      </w:r>
      <w:r>
        <w:rPr>
          <w:sz w:val="20"/>
        </w:rPr>
        <w:t>56:24  nahi, is ke paas qanaat hai, wo manage karna janta hai aur wo jo Allah ne is ko diya hai, us par us se raazi hai, wo wo hai kamyab.</w:t>
      </w:r>
      <w:r>
        <w:br/>
      </w:r>
      <w:r>
        <w:rPr>
          <w:sz w:val="20"/>
        </w:rPr>
        <w:t>56:40  yani abundance jo hai, ye kamyabi ki rah nahi hai. kyun ke jo kisi ke paas bohat zyada hai, wo sab se zyada pareshan hote hain.</w:t>
      </w:r>
      <w:r>
        <w:br/>
      </w:r>
      <w:r>
        <w:rPr>
          <w:sz w:val="20"/>
        </w:rPr>
        <w:t>56:50  aap ko shaq ho to kisi bhi shakhs ko, jo jo bare uhde par ho, jis ke paas zyada paisa ho, us ke paas ja ke ek din rahiye, bas aap dekhein kitni bari museebat mein hain wo log.</w:t>
      </w:r>
      <w:r>
        <w:br/>
      </w:r>
      <w:r>
        <w:rPr>
          <w:sz w:val="20"/>
        </w:rPr>
        <w:t>57:01  to ye kamyabi ka ye miyar hi galat hai mere nazdeek. ke is ke paas, jis ke paas zyada paisa ho, zyada, jis ke paas fame ho, jis ke paas bare bare ghar hon, wo kamyab hai.</w:t>
      </w:r>
      <w:r>
        <w:br/>
      </w:r>
      <w:r>
        <w:rPr>
          <w:sz w:val="20"/>
        </w:rPr>
        <w:t>57:21  main to ab, yani jitne log dekhe hain apni zindagi mein, paisay walay, sab bilkul freshness mein jeete thay. aur jo parha hai, bani kitab hai, wo un ka bhi yahi haal hai.</w:t>
      </w:r>
      <w:r>
        <w:br/>
      </w:r>
      <w:r>
        <w:rPr>
          <w:sz w:val="20"/>
        </w:rPr>
        <w:t>57:35  abhi aap ne dekha hoga, abhi haal mein khabar aayi thi ke eight hundred billion dollar ka ek aadmi America mein, us ne khudkushi kar li.</w:t>
      </w:r>
      <w:r>
        <w:br/>
      </w:r>
      <w:r>
        <w:rPr>
          <w:sz w:val="20"/>
        </w:rPr>
        <w:t>57:47  eight hundred billion dollar to bohat hota hai. aur plus business, wo upar rehta tha, upar kisi story par wahan chhalang laga ke apne ko halak kar liya.</w:t>
      </w:r>
      <w:r>
        <w:br/>
      </w:r>
      <w:r>
        <w:rPr>
          <w:sz w:val="20"/>
        </w:rPr>
        <w:t>58:02  kyun ke in ko sukoon nahi hota. abhi Dilli mein khabar aayi thi, Mrs Throd, jo bohat paisa hai is ke paas, bazahir bohat kamyab, us ne hotel mein apne ko goli kha ke apne ko halak kar liya.</w:t>
      </w:r>
      <w:r>
        <w:br/>
      </w:r>
      <w:r>
        <w:rPr>
          <w:sz w:val="20"/>
        </w:rPr>
        <w:t>58:18  to rozana ki khabrein ye hain. to logon ne jo dunya ki kamyabi ka jo miyar bana rakha hai, wo wahi galat hai. kamyabi ye hai ke aap ko, aap ke peeche aap bind ho, aap ke dil mein sukoon ho,</w:t>
      </w:r>
      <w:r>
        <w:br/>
      </w:r>
      <w:r>
        <w:rPr>
          <w:sz w:val="20"/>
        </w:rPr>
        <w:t>58:34  aap ki sehat achi ho. ye hai kamyabi. aur wo kamyabi hoti hai in logon ke liye jo simple life par raazi ho jayein, jo baghze zaroorat par raazi ho jayein.</w:t>
      </w:r>
      <w:r>
        <w:br/>
      </w:r>
      <w:r>
        <w:rPr>
          <w:sz w:val="20"/>
        </w:rPr>
        <w:t>58:48  warna kuch nahi.</w:t>
      </w:r>
    </w:p>
    <w:p>
      <w:pPr>
        <w:pStyle w:val="Heading2"/>
      </w:pPr>
      <w:r>
        <w:t>Youngsters distracted by career and earning pressure</w:t>
      </w:r>
    </w:p>
    <w:p>
      <w:r>
        <w:rPr>
          <w:color w:val="666666"/>
          <w:sz w:val="18"/>
        </w:rPr>
        <w:t>Life &amp; Wisdom · Dars-e-Quran, Chapter 2, Verse 35 | December 17, 2017 · 4m 15s · at 1:05:22 · https://youtu.be/Cd8MlWM7B9w?t=3922</w:t>
      </w:r>
    </w:p>
    <w:p>
      <w:r>
        <w:rPr>
          <w:i/>
        </w:rPr>
        <w:t>“Today's youngsters are distracted by the pressure they face in terms of career, future planning, and earning more and more. What should they do?”</w:t>
      </w:r>
    </w:p>
    <w:p>
      <w:r>
        <w:rPr>
          <w:sz w:val="20"/>
        </w:rPr>
        <w:t>1:05:22  مولانا، اگلا سوال بھیجا ہے قصیب رضا صاحب نے گیا بہار سے اور انہوں نے لکھا ہے، مولانا، today's youngsters</w:t>
      </w:r>
      <w:r>
        <w:br/>
      </w:r>
      <w:r>
        <w:rPr>
          <w:sz w:val="20"/>
        </w:rPr>
        <w:t>1:05:30  are in the distraction of the pressure that they face in terms of their career, future planning and</w:t>
      </w:r>
      <w:r>
        <w:br/>
      </w:r>
      <w:r>
        <w:rPr>
          <w:sz w:val="20"/>
        </w:rPr>
        <w:t>1:05:36  to earn more and more.</w:t>
      </w:r>
      <w:r>
        <w:br/>
      </w:r>
      <w:r>
        <w:rPr>
          <w:sz w:val="20"/>
        </w:rPr>
        <w:t>1:05:42  What is your guidance and what is your opinion for all these youngsters? Main samajhta hoon ke yahan woh</w:t>
      </w:r>
      <w:r>
        <w:br/>
      </w:r>
      <w:r>
        <w:rPr>
          <w:sz w:val="20"/>
        </w:rPr>
        <w:t>1:05:48  hadith apply hoti hai.</w:t>
      </w:r>
      <w:r>
        <w:br/>
      </w:r>
      <w:r>
        <w:rPr>
          <w:sz w:val="20"/>
        </w:rPr>
        <w:t>1:05:54  ek hadith mein hai ke insan</w:t>
      </w:r>
      <w:r>
        <w:br/>
      </w:r>
      <w:r>
        <w:rPr>
          <w:sz w:val="20"/>
        </w:rPr>
        <w:t>1:06:00  paida hota hai nature par, al fitrat par.</w:t>
      </w:r>
      <w:r>
        <w:br/>
      </w:r>
      <w:r>
        <w:rPr>
          <w:sz w:val="20"/>
        </w:rPr>
        <w:t>1:06:06  phir is ke maa baap us ko daal dete hain doosre raaste par.</w:t>
      </w:r>
      <w:r>
        <w:br/>
      </w:r>
      <w:r>
        <w:rPr>
          <w:sz w:val="20"/>
        </w:rPr>
        <w:t>1:06:12  to main samajhta hoon ke is zamane mein taqreeban har ghar mein hi yahi ho raha hai ke</w:t>
      </w:r>
      <w:r>
        <w:br/>
      </w:r>
      <w:r>
        <w:rPr>
          <w:sz w:val="20"/>
        </w:rPr>
        <w:t>1:06:18  maa baap ke ambitions hoti hain ke mera beta yeh bane, mera beta woh bane, mera beta falan</w:t>
      </w:r>
      <w:r>
        <w:br/>
      </w:r>
      <w:r>
        <w:rPr>
          <w:sz w:val="20"/>
        </w:rPr>
        <w:t>1:06:24  idhar pahunche, mera beta yeh paisa kam</w:t>
      </w:r>
      <w:r>
        <w:br/>
      </w:r>
      <w:r>
        <w:rPr>
          <w:sz w:val="20"/>
        </w:rPr>
        <w:t>1:06:30  aaye.</w:t>
      </w:r>
      <w:r>
        <w:br/>
      </w:r>
      <w:r>
        <w:rPr>
          <w:sz w:val="20"/>
        </w:rPr>
        <w:t>1:06:35  to maa baap apne ambitions ko thopte hain apni aulaad par.</w:t>
      </w:r>
      <w:r>
        <w:br/>
      </w:r>
      <w:r>
        <w:rPr>
          <w:sz w:val="20"/>
        </w:rPr>
        <w:t>1:06:40  main samajhta hoon ke agar maa baap jo hai fitrat par qaaim rahe to bete aur aulaad apne</w:t>
      </w:r>
      <w:r>
        <w:br/>
      </w:r>
      <w:r>
        <w:rPr>
          <w:sz w:val="20"/>
        </w:rPr>
        <w:t>1:06:45  aap hi fitrat par qaaim ho sakte hain.</w:t>
      </w:r>
      <w:r>
        <w:br/>
      </w:r>
      <w:r>
        <w:rPr>
          <w:sz w:val="20"/>
        </w:rPr>
        <w:t>1:06:50  yeh badi mushkil masla hai ke maa baap ka zehan itna bigad chuka hai, itna money oriented ho</w:t>
      </w:r>
      <w:r>
        <w:br/>
      </w:r>
      <w:r>
        <w:rPr>
          <w:sz w:val="20"/>
        </w:rPr>
        <w:t>1:06:56  gaye hain ke apne bete ko sirf ek hi chahte hain ke woh</w:t>
      </w:r>
      <w:r>
        <w:br/>
      </w:r>
      <w:r>
        <w:rPr>
          <w:sz w:val="20"/>
        </w:rPr>
        <w:t>1:07:01  money haarne ki machine bane.</w:t>
      </w:r>
      <w:r>
        <w:br/>
      </w:r>
      <w:r>
        <w:rPr>
          <w:sz w:val="20"/>
        </w:rPr>
        <w:t>1:07:07  ab hum is baare mein main sochta rehta hoon ke kya kya jaaye aur hum likhte rehte hain.</w:t>
      </w:r>
      <w:r>
        <w:br/>
      </w:r>
      <w:r>
        <w:rPr>
          <w:sz w:val="20"/>
        </w:rPr>
        <w:t>1:07:13  aa'indah bhi insha'Allah koshish karte rahenge.</w:t>
      </w:r>
      <w:r>
        <w:br/>
      </w:r>
      <w:r>
        <w:rPr>
          <w:sz w:val="20"/>
        </w:rPr>
        <w:t>1:07:19  maulana, ek comment aaya hai Azhar Rizvi sahib ka Pakistan se.</w:t>
      </w:r>
      <w:r>
        <w:br/>
      </w:r>
      <w:r>
        <w:rPr>
          <w:sz w:val="20"/>
        </w:rPr>
        <w:t>1:07:25  unhon ne likha hai isi comment mein woh jaanna bhi yeh chahte hain ke kya inka yeh</w:t>
      </w:r>
      <w:r>
        <w:br/>
      </w:r>
      <w:r>
        <w:rPr>
          <w:sz w:val="20"/>
        </w:rPr>
        <w:t>1:07:31  sochna sahi hai.</w:t>
      </w:r>
      <w:r>
        <w:br/>
      </w:r>
      <w:r>
        <w:rPr>
          <w:sz w:val="20"/>
        </w:rPr>
        <w:t>1:07:36  انہوں نے لکھا ہے کہ مولانا، if I have understood correctly, we all have worldly responsibilities and there</w:t>
      </w:r>
      <w:r>
        <w:br/>
      </w:r>
      <w:r>
        <w:rPr>
          <w:sz w:val="20"/>
        </w:rPr>
        <w:t>1:07:41  are two way to address them.</w:t>
      </w:r>
      <w:r>
        <w:br/>
      </w:r>
      <w:r>
        <w:rPr>
          <w:sz w:val="20"/>
        </w:rPr>
        <w:t>1:07:46  first through halal halal way and the other through the haram way.</w:t>
      </w:r>
      <w:r>
        <w:br/>
      </w:r>
      <w:r>
        <w:rPr>
          <w:sz w:val="20"/>
        </w:rPr>
        <w:t>1:07:51  one take you to qanaat and sabr, that is the halal way, and the other which is the</w:t>
      </w:r>
      <w:r>
        <w:br/>
      </w:r>
      <w:r>
        <w:rPr>
          <w:sz w:val="20"/>
        </w:rPr>
        <w:t>1:07:56  haste and the distraction is through the haram wa</w:t>
      </w:r>
      <w:r>
        <w:br/>
      </w:r>
      <w:r>
        <w:rPr>
          <w:sz w:val="20"/>
        </w:rPr>
        <w:t>1:08:01  ye. am i right in my understanding it? haan, baat to aap ki theek hai lekin yeh ek side hai. yaani sirf yahi cheez ke haram se bachna yeh aap ko jannat ka mustaghni bana dega. aap sirf khanzir na khayen, is tarah sharab na piyen. yeh ek yahi kafi nahi hai. aap ko jannat</w:t>
      </w:r>
      <w:r>
        <w:br/>
      </w:r>
      <w:r>
        <w:rPr>
          <w:sz w:val="20"/>
        </w:rPr>
        <w:t>1:08:31  کو ڈسکور کرنا ہے، internal جو abode ہے آپ کا، اس کو ڈسکور کرنا ہے۔</w:t>
      </w:r>
      <w:r>
        <w:br/>
      </w:r>
      <w:r>
        <w:rPr>
          <w:sz w:val="20"/>
        </w:rPr>
        <w:t>1:08:39  sirf halal gosht aur haram gosht jaanna yeh kaafi nahi mere khayal se.</w:t>
      </w:r>
      <w:r>
        <w:br/>
      </w:r>
      <w:r>
        <w:rPr>
          <w:sz w:val="20"/>
        </w:rPr>
        <w:t>1:08:46  jannat ki discovery zaroori hai aur God Almighty ki discovery zaroori hai.</w:t>
      </w:r>
      <w:r>
        <w:br/>
      </w:r>
      <w:r>
        <w:rPr>
          <w:sz w:val="20"/>
        </w:rPr>
        <w:t>1:08:54  sab se pehle God Almighty ki discovery, phir jannat ki discovery.</w:t>
      </w:r>
      <w:r>
        <w:br/>
      </w:r>
      <w:r>
        <w:rPr>
          <w:sz w:val="20"/>
        </w:rPr>
        <w:t>1:09:02  main Europe America mein jaata hoon to wahan sab se zyada inka rehta hai halal gosht aur haram gosht.</w:t>
      </w:r>
      <w:r>
        <w:br/>
      </w:r>
      <w:r>
        <w:rPr>
          <w:sz w:val="20"/>
        </w:rPr>
        <w:t>1:09:08  yeh kaafi nahi hai.</w:t>
      </w:r>
      <w:r>
        <w:br/>
      </w:r>
      <w:r>
        <w:rPr>
          <w:sz w:val="20"/>
        </w:rPr>
        <w:t>1:09:14  maulana, agla comment bheja hai Abdus Salam Umri sahib ne Hyderabad se.</w:t>
      </w:r>
      <w:r>
        <w:br/>
      </w:r>
      <w:r>
        <w:rPr>
          <w:sz w:val="20"/>
        </w:rPr>
        <w:t>1:09:20  unhon ne likha hai, maulana, aaj maine apni kamzori ko pakda, woh yeh hai ke marifat ki</w:t>
      </w:r>
      <w:r>
        <w:br/>
      </w:r>
      <w:r>
        <w:rPr>
          <w:sz w:val="20"/>
        </w:rPr>
        <w:t>1:09:26  raah mein meri tar</w:t>
      </w:r>
      <w:r>
        <w:br/>
      </w:r>
      <w:r>
        <w:rPr>
          <w:sz w:val="20"/>
        </w:rPr>
        <w:t>1:09:32  aqi na hone ka reason shajar ممنوعہ hai, yani distraction hai.</w:t>
      </w:r>
    </w:p>
    <w:p>
      <w:pPr>
        <w:pStyle w:val="Heading2"/>
      </w:pPr>
      <w:r>
        <w:t>منفی کو مثبت میں بدلنے کا طریقہ</w:t>
      </w:r>
    </w:p>
    <w:p>
      <w:r>
        <w:rPr>
          <w:color w:val="666666"/>
          <w:sz w:val="18"/>
        </w:rPr>
        <w:t>Life &amp; Wisdom · Islam and Science (In Conversation with Maulana) · 4m 08s · at 17:31 · https://youtu.be/pKS94tSXlT4?t=1051</w:t>
      </w:r>
    </w:p>
    <w:p>
      <w:r>
        <w:rPr>
          <w:i/>
        </w:rPr>
        <w:t>“نیگیٹیو کو پوزیٹیو میں بدلنے کا میتھڈ کیا ہے؟ اس کے بارے میں بتائیں۔”</w:t>
      </w:r>
    </w:p>
    <w:p>
      <w:r>
        <w:rPr>
          <w:sz w:val="20"/>
        </w:rPr>
        <w:t>17:31  agla sawal tamil nadu se mister farah ahmed ka hai. unhon ne likha hai: "maulana, negative ko positive mein badalne ka method kya hai?</w:t>
      </w:r>
      <w:r>
        <w:br/>
      </w:r>
      <w:r>
        <w:rPr>
          <w:sz w:val="20"/>
        </w:rPr>
        <w:t>17:41  is ke baray mein batayen."</w:t>
      </w:r>
      <w:r>
        <w:br/>
      </w:r>
      <w:r>
        <w:rPr>
          <w:sz w:val="20"/>
        </w:rPr>
        <w:t>17:49  is ka method hai muhasba. muhasba ko angrezi mein kehte hain: "introspection".</w:t>
      </w:r>
      <w:r>
        <w:br/>
      </w:r>
      <w:r>
        <w:rPr>
          <w:sz w:val="20"/>
        </w:rPr>
        <w:t>17:59  bas aur kuch nahi. jitna zyada aap apne soch ko develop karenge, utne zyada aap is qabil ho jayenge ke aap</w:t>
      </w:r>
      <w:r>
        <w:br/>
      </w:r>
      <w:r>
        <w:rPr>
          <w:sz w:val="20"/>
        </w:rPr>
        <w:t>18:13  negative ko positive mein badal len.</w:t>
      </w:r>
      <w:r>
        <w:br/>
      </w:r>
      <w:r>
        <w:rPr>
          <w:sz w:val="20"/>
        </w:rPr>
        <w:t>18:19  ab is ki misaal mein deta hoon aap ko ke</w:t>
      </w:r>
      <w:r>
        <w:br/>
      </w:r>
      <w:r>
        <w:rPr>
          <w:sz w:val="20"/>
        </w:rPr>
        <w:t>18:27  ke abhi ek sahab ne mujhe ek parcha diya, us mein mere khilaf bohat hi ghalat tareeqe se mere upar tanqeed ki gayi thi.</w:t>
      </w:r>
      <w:r>
        <w:br/>
      </w:r>
      <w:r>
        <w:rPr>
          <w:sz w:val="20"/>
        </w:rPr>
        <w:t>18:36  bohat hi lagho jhooti, matlab bilkul be asal jhoot mere baray mein. to zahir hai fitri baat hai ke aadmi ko ghussa aata hai, rasool allah ke upar ghussa aaya.</w:t>
      </w:r>
      <w:r>
        <w:br/>
      </w:r>
      <w:r>
        <w:rPr>
          <w:sz w:val="20"/>
        </w:rPr>
        <w:t>18:49  rishta ghaab ho to waqti tor par mujhe ek jhatka laga ke kaise log hain ke jhooti baat chhapte hain aur phailate hain is ko.</w:t>
      </w:r>
      <w:r>
        <w:br/>
      </w:r>
      <w:r>
        <w:rPr>
          <w:sz w:val="20"/>
        </w:rPr>
        <w:t>19:02  lekin jab mera ghussa jo hai nafrat ke had ko chhoone laga to phir woh chaukana ho gaya. dekhiye, ek hai ghazab, ek hai nafrat.</w:t>
      </w:r>
      <w:r>
        <w:br/>
      </w:r>
      <w:r>
        <w:rPr>
          <w:sz w:val="20"/>
        </w:rPr>
        <w:t>19:12  donon farq yaad rakhiye. ghazab ka matlab yeh nahi ke mutnaffiq ho gaya. rasool allah ke baray mein yeh to aata hai ke rasool allah ghusse mein aa gaye.</w:t>
      </w:r>
      <w:r>
        <w:br/>
      </w:r>
      <w:r>
        <w:rPr>
          <w:sz w:val="20"/>
        </w:rPr>
        <w:t>19:22  yeh nahi aata ke rasool allah nafrat karne lagen. yeh nahi aata hein. to jab mujhe ghussa aaya to ghussa dheere dheere wahan tak pahunchne laga jahan nafrat shuru hoti hai.</w:t>
      </w:r>
      <w:r>
        <w:br/>
      </w:r>
      <w:r>
        <w:rPr>
          <w:sz w:val="20"/>
        </w:rPr>
        <w:t>19:34  jahan se achaanak mein is ke baad chaukana ho gaya</w:t>
      </w:r>
      <w:r>
        <w:br/>
      </w:r>
      <w:r>
        <w:rPr>
          <w:sz w:val="20"/>
        </w:rPr>
        <w:t>19:41  ke chaukana ho gaya ke woh aadmi to chhap kar ke kahin baitha hua hai aur mein yahan kyun nafrat karoon is apne apne ko yani apni positivity ko khatam karoon yani khud apne ko koi nuqsan pahunchaun.</w:t>
      </w:r>
      <w:r>
        <w:br/>
      </w:r>
      <w:r>
        <w:rPr>
          <w:sz w:val="20"/>
        </w:rPr>
        <w:t>19:56  to fiur mein ne ghussa bhi khatam kar diya aur negativity bhi khatam kar di. to soch ka matlab yeh hai ke aap yeh jab yeh soch payen ke negative banna apne hi ko halak karna hai,</w:t>
      </w:r>
      <w:r>
        <w:br/>
      </w:r>
      <w:r>
        <w:rPr>
          <w:sz w:val="20"/>
        </w:rPr>
        <w:t>20:13  yeh self killing hai. yani aap jab negative bante hain kisi ke khilaf to doosre ko kuch nahi bigadte, aap doosre ko koi nuqsan nahi pahunchate, aap aap khud apna nuqsan karte hain.</w:t>
      </w:r>
      <w:r>
        <w:br/>
      </w:r>
      <w:r>
        <w:rPr>
          <w:sz w:val="20"/>
        </w:rPr>
        <w:t>20:30  aap soch lijiyay, koi bhi shakhs soche kya is ki nafrat se kisi doosray ko kuch bigar gaya to jab mein doosray ko bigar nahin sakta to aap apna nuqsan kyon karoon, apnay ko halak kyon karoon?</w:t>
      </w:r>
      <w:r>
        <w:br/>
      </w:r>
      <w:r>
        <w:rPr>
          <w:sz w:val="20"/>
        </w:rPr>
        <w:t>20:45  kyunkay nafrat aayi to farishtay chalay gay. nafrat aayi to Allah ka ilham aap par nahin utray ga. nafrat aayi to Allah ki rehmat aap se door chali jaye gi.</w:t>
      </w:r>
      <w:r>
        <w:br/>
      </w:r>
      <w:r>
        <w:rPr>
          <w:sz w:val="20"/>
        </w:rPr>
        <w:t>20:56  to yeh sochiye aap ke nafrat ka nuqsan doosray ko to nahin puhanchay ga, aap ko puhanch jaye ga. jitna ziyada aap is ko sochengay, utnay ziyada aap nafrat se door hotay chalay jayengay.</w:t>
      </w:r>
      <w:r>
        <w:br/>
      </w:r>
      <w:r>
        <w:rPr>
          <w:sz w:val="20"/>
        </w:rPr>
        <w:t>21:10  isi ka naam hai muhasba, isi ka naam hai introspection. to mein samajhta hoon ke koi bhi aur tadbeer is ke nahin siwaye is ke ke aap muhasba karen, introspection karen, rethinking karen,</w:t>
      </w:r>
      <w:r>
        <w:br/>
      </w:r>
      <w:r>
        <w:rPr>
          <w:sz w:val="20"/>
        </w:rPr>
        <w:t>21:24  apnay baray mein sochen. to aik second mein aap yani negative thinking ko khatam kar den gay aur positive thinking ko apna len gay.</w:t>
      </w:r>
    </w:p>
    <w:p>
      <w:pPr>
        <w:pStyle w:val="Heading2"/>
      </w:pPr>
      <w:r>
        <w:t>مولانا کی تجویز کردہ کتابوں کی فہرست</w:t>
      </w:r>
    </w:p>
    <w:p>
      <w:r>
        <w:rPr>
          <w:color w:val="666666"/>
          <w:sz w:val="18"/>
        </w:rPr>
        <w:t>Life &amp; Wisdom · Dars-e-Quran, Chapter 2, Verse 79 June 24, 2018 · 1m 53s · at 48:04 · https://youtu.be/7OeNcHSoPp0?t=2884</w:t>
      </w:r>
    </w:p>
    <w:p>
      <w:r>
        <w:rPr>
          <w:i/>
        </w:rPr>
        <w:t>“I have noticed in your books and also in your talks that you mention various writers and thinkers. I often try to read the books mentioned by you. I humbly request you to please give your recommended reading list for the growth of our conscience. My second question is out of curiosity that how you were able to discover the great books. May Allah reward you for your efforts.”</w:t>
      </w:r>
    </w:p>
    <w:p>
      <w:r>
        <w:rPr>
          <w:sz w:val="20"/>
        </w:rPr>
        <w:t>48:04  yeh sawal bheja hai miss fozia hassan ne australia se. unhon ne likha hai: "maulana, i have noticed in your books and also in your talks that you mention various writers and thinkers.</w:t>
      </w:r>
      <w:r>
        <w:br/>
      </w:r>
      <w:r>
        <w:rPr>
          <w:sz w:val="20"/>
        </w:rPr>
        <w:t>48:22  i often try to read the books mentioned by you. i humble request you to please give your recommended reading list for the growth of our consciousness.</w:t>
      </w:r>
      <w:r>
        <w:br/>
      </w:r>
      <w:r>
        <w:rPr>
          <w:sz w:val="20"/>
        </w:rPr>
        <w:t>48:34  my second question is out of curiosity that how you were able to discover the great books. may allah reward you for your efforts." bhai, is zamane mein to</w:t>
      </w:r>
      <w:r>
        <w:br/>
      </w:r>
      <w:r>
        <w:rPr>
          <w:sz w:val="20"/>
        </w:rPr>
        <w:t>48:52  bahut asan hai. ek ek computer ke expert ne kaha ek bar ke is zamane ka sab se bada muhaddis google hai.</w:t>
      </w:r>
      <w:r>
        <w:br/>
      </w:r>
      <w:r>
        <w:rPr>
          <w:sz w:val="20"/>
        </w:rPr>
        <w:t>49:07  main ne padha tha yeh ke is zamane ke sab se bada google jo hai, woh bahut uska sab se bada muhaddis google hai.</w:t>
      </w:r>
      <w:r>
        <w:br/>
      </w:r>
      <w:r>
        <w:rPr>
          <w:sz w:val="20"/>
        </w:rPr>
        <w:t>49:18  kyun ke sare maloomat, sari kitaben bhari hui hain is mein. hamare zamane mein jab hum padhte the to to libraries chhanani padti thi.</w:t>
      </w:r>
      <w:r>
        <w:br/>
      </w:r>
      <w:r>
        <w:rPr>
          <w:sz w:val="20"/>
        </w:rPr>
        <w:t>49:30  ab kaha hai, ab to aap le ke baithe hain apne apne mez par</w:t>
      </w:r>
      <w:r>
        <w:br/>
      </w:r>
      <w:r>
        <w:rPr>
          <w:sz w:val="20"/>
        </w:rPr>
        <w:t>49:36  internet aur sari baaten isi mein se nikalte rahiye, nikalte rahiye, nikalte rahiye. to main samajhta hoon ke ab to aap ko google se puchhna chahiye, na ke mujh se.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